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踏雪飞猫.mtl</w:t>
        <w:br/>
        <w:t>o Body_踏雪飞猫</w:t>
        <w:br/>
        <w:t>v -0.609640 18.115396 1.044485</w:t>
        <w:br/>
        <w:t>v -0.598592 18.105289 1.053968</w:t>
        <w:br/>
        <w:t>v -0.606897 18.105099 1.055859</w:t>
        <w:br/>
        <w:t>v -0.614889 18.100367 1.053608</w:t>
        <w:br/>
        <w:t>v -0.626213 18.093460 1.049308</w:t>
        <w:br/>
        <w:t>v -0.629345 18.098747 1.040126</w:t>
        <w:br/>
        <w:t>v -0.619461 18.107992 1.041780</w:t>
        <w:br/>
        <w:t>v -0.606258 18.092899 1.055784</w:t>
        <w:br/>
        <w:t>v -0.620827 18.089054 1.050034</w:t>
        <w:br/>
        <w:t>v -0.642059 18.079767 1.040790</w:t>
        <w:br/>
        <w:t>v -0.593594 18.093912 1.059930</w:t>
        <w:br/>
        <w:t>v -0.579389 18.093262 1.065517</w:t>
        <w:br/>
        <w:t>v -0.579389 18.093262 1.065517</w:t>
        <w:br/>
        <w:t>v -0.513111 18.081409 1.097297</w:t>
        <w:br/>
        <w:t>v -0.467402 18.081936 1.114559</w:t>
        <w:br/>
        <w:t>v -0.466124 18.077963 1.113519</w:t>
        <w:br/>
        <w:t>v -0.497340 18.074211 1.099264</w:t>
        <w:br/>
        <w:t>v -0.511883 18.084566 1.093740</w:t>
        <w:br/>
        <w:t>v -0.466625 18.084066 1.110049</w:t>
        <w:br/>
        <w:t>v -0.467402 18.081936 1.114559</w:t>
        <w:br/>
        <w:t>v -0.513111 18.081409 1.097297</w:t>
        <w:br/>
        <w:t>v -0.392443 18.085932 1.131031</w:t>
        <w:br/>
        <w:t>v -0.392443 18.085932 1.131031</w:t>
        <w:br/>
        <w:t>v -0.528105 18.059828 1.100730</w:t>
        <w:br/>
        <w:t>v -0.521704 18.071098 1.099928</w:t>
        <w:br/>
        <w:t>v -0.512898 18.065929 1.101443</w:t>
        <w:br/>
        <w:t>v -0.522619 18.057537 1.101205</w:t>
        <w:br/>
        <w:t>v -0.512898 18.065929 1.101443</w:t>
        <w:br/>
        <w:t>v -0.519813 18.067982 1.095719</w:t>
        <w:br/>
        <w:t>v -0.527116 18.057598 1.097673</w:t>
        <w:br/>
        <w:t>v -0.522619 18.057537 1.101205</w:t>
        <w:br/>
        <w:t>v -0.529095 18.067907 1.095581</w:t>
        <w:br/>
        <w:t>v -0.532364 18.057384 1.098850</w:t>
        <w:br/>
        <w:t>v -0.532364 18.057384 1.098850</w:t>
        <w:br/>
        <w:t>v -0.529095 18.067907 1.095581</w:t>
        <w:br/>
        <w:t>v -0.535170 18.042292 1.098850</w:t>
        <w:br/>
        <w:t>v -0.535170 18.042292 1.098850</w:t>
        <w:br/>
        <w:t>v -0.497340 18.074211 1.099264</w:t>
        <w:br/>
        <w:t>v -0.513098 18.074896 1.095468</w:t>
        <w:br/>
        <w:t>v -0.525988 18.076010 1.091134</w:t>
        <w:br/>
        <w:t>v -0.525988 18.076010 1.091134</w:t>
        <w:br/>
        <w:t>v -0.556753 18.090342 1.074975</w:t>
        <w:br/>
        <w:t>v -0.558833 18.089079 1.077267</w:t>
        <w:br/>
        <w:t>v -0.579389 18.093262 1.065517</w:t>
        <w:br/>
        <w:t>v -0.558833 18.089079 1.077267</w:t>
        <w:br/>
        <w:t>v -0.558996 18.084845 1.077417</w:t>
        <w:br/>
        <w:t>v -0.579389 18.093262 1.065517</w:t>
        <w:br/>
        <w:t>v 0.598593 18.105286 1.053970</w:t>
        <w:br/>
        <w:t>v 0.609641 18.115395 1.044488</w:t>
        <w:br/>
        <w:t>v 0.606898 18.105099 1.055862</w:t>
        <w:br/>
        <w:t>v 0.629349 18.098747 1.040128</w:t>
        <w:br/>
        <w:t>v 0.626214 18.093460 1.049311</w:t>
        <w:br/>
        <w:t>v 0.614890 18.100365 1.053607</w:t>
        <w:br/>
        <w:t>v 0.619463 18.107992 1.041782</w:t>
        <w:br/>
        <w:t>v 0.620827 18.089054 1.050037</w:t>
        <w:br/>
        <w:t>v 0.606259 18.092899 1.055786</w:t>
        <w:br/>
        <w:t>v 0.642060 18.079767 1.040792</w:t>
        <w:br/>
        <w:t>v 0.593595 18.093912 1.059933</w:t>
        <w:br/>
        <w:t>v 0.579390 18.093264 1.065520</w:t>
        <w:br/>
        <w:t>v 0.579390 18.093264 1.065520</w:t>
        <w:br/>
        <w:t>v 0.466125 18.077963 1.113521</w:t>
        <w:br/>
        <w:t>v 0.467403 18.081936 1.114561</w:t>
        <w:br/>
        <w:t>v 0.513112 18.081409 1.097299</w:t>
        <w:br/>
        <w:t>v 0.497341 18.074211 1.099266</w:t>
        <w:br/>
        <w:t>v 0.467403 18.081936 1.114561</w:t>
        <w:br/>
        <w:t>v 0.466626 18.084066 1.110052</w:t>
        <w:br/>
        <w:t>v 0.511884 18.084566 1.093742</w:t>
        <w:br/>
        <w:t>v 0.513112 18.081409 1.097299</w:t>
        <w:br/>
        <w:t>v 0.392444 18.085932 1.131033</w:t>
        <w:br/>
        <w:t>v 0.392444 18.085932 1.131033</w:t>
        <w:br/>
        <w:t>v 0.512899 18.065929 1.101446</w:t>
        <w:br/>
        <w:t>v 0.521705 18.071098 1.099930</w:t>
        <w:br/>
        <w:t>v 0.528106 18.059828 1.100732</w:t>
        <w:br/>
        <w:t>v 0.522619 18.057537 1.101208</w:t>
        <w:br/>
        <w:t>v 0.527116 18.057598 1.097675</w:t>
        <w:br/>
        <w:t>v 0.519813 18.067982 1.095721</w:t>
        <w:br/>
        <w:t>v 0.512899 18.065929 1.101446</w:t>
        <w:br/>
        <w:t>v 0.522619 18.057537 1.101208</w:t>
        <w:br/>
        <w:t>v 0.532365 18.057384 1.098853</w:t>
        <w:br/>
        <w:t>v 0.529095 18.067907 1.095584</w:t>
        <w:br/>
        <w:t>v 0.532365 18.057384 1.098853</w:t>
        <w:br/>
        <w:t>v 0.529095 18.067907 1.095584</w:t>
        <w:br/>
        <w:t>v 0.535171 18.042292 1.098853</w:t>
        <w:br/>
        <w:t>v 0.535171 18.042292 1.098853</w:t>
        <w:br/>
        <w:t>v 0.497341 18.074211 1.099266</w:t>
        <w:br/>
        <w:t>v 0.513099 18.074896 1.095471</w:t>
        <w:br/>
        <w:t>v 0.525989 18.076010 1.091137</w:t>
        <w:br/>
        <w:t>v 0.525989 18.076010 1.091137</w:t>
        <w:br/>
        <w:t>v 0.558834 18.089079 1.077270</w:t>
        <w:br/>
        <w:t>v 0.556754 18.090342 1.074977</w:t>
        <w:br/>
        <w:t>v 0.579390 18.093264 1.065520</w:t>
        <w:br/>
        <w:t>v 0.558996 18.084845 1.077419</w:t>
        <w:br/>
        <w:t>v 0.558834 18.089079 1.077270</w:t>
        <w:br/>
        <w:t>v 0.579390 18.093264 1.065520</w:t>
        <w:br/>
        <w:t>v -0.183476 18.576385 1.365341</w:t>
        <w:br/>
        <w:t>v -0.222171 18.587021 1.361270</w:t>
        <w:br/>
        <w:t>v -0.220542 18.592880 1.373746</w:t>
        <w:br/>
        <w:t>v -0.272665 18.617823 1.359379</w:t>
        <w:br/>
        <w:t>v -0.218864 18.598244 1.365329</w:t>
        <w:br/>
        <w:t>v -0.220542 18.592880 1.373746</w:t>
        <w:br/>
        <w:t>v -0.273517 18.607777 1.373458</w:t>
        <w:br/>
        <w:t>v -0.275797 18.594723 1.351462</w:t>
        <w:br/>
        <w:t>v -0.273517 18.607777 1.373458</w:t>
        <w:br/>
        <w:t>v -0.345707 18.621405 1.359479</w:t>
        <w:br/>
        <w:t>v -0.343165 18.637438 1.341829</w:t>
        <w:br/>
        <w:t>v -0.347775 18.599094 1.337247</w:t>
        <w:br/>
        <w:t>v -0.345707 18.621405 1.359479</w:t>
        <w:br/>
        <w:t>v -0.425802 18.616720 1.332258</w:t>
        <w:br/>
        <w:t>v -0.423998 18.632376 1.314220</w:t>
        <w:br/>
        <w:t>v -0.427042 18.598368 1.310863</w:t>
        <w:br/>
        <w:t>v -0.425802 18.616720 1.332258</w:t>
        <w:br/>
        <w:t>v -0.510807 18.609280 1.294266</w:t>
        <w:br/>
        <w:t>v -0.510606 18.624241 1.279071</w:t>
        <w:br/>
        <w:t>v -0.510907 18.593519 1.278695</w:t>
        <w:br/>
        <w:t>v -0.510807 18.609280 1.294266</w:t>
        <w:br/>
        <w:t>v -0.588309 18.596188 1.252502</w:t>
        <w:br/>
        <w:t>v -0.588534 18.607397 1.237483</w:t>
        <w:br/>
        <w:t>v -0.664645 18.578779 1.184208</w:t>
        <w:br/>
        <w:t>v -0.664645 18.586391 1.166846</w:t>
        <w:br/>
        <w:t>v -0.726627 18.554739 1.088542</w:t>
        <w:br/>
        <w:t>v -0.727228 18.561163 1.094956</w:t>
        <w:br/>
        <w:t>v -0.664645 18.578779 1.184208</w:t>
        <w:br/>
        <w:t>v -0.664269 18.570461 1.170817</w:t>
        <w:br/>
        <w:t>v -0.727228 18.561163 1.094956</w:t>
        <w:br/>
        <w:t>v -0.727040 18.563606 1.081678</w:t>
        <w:br/>
        <w:t>v -0.771384 18.542713 1.017241</w:t>
        <w:br/>
        <w:t>v -0.771384 18.542713 1.017241</w:t>
        <w:br/>
        <w:t>v -0.588221 18.585230 1.236781</w:t>
        <w:br/>
        <w:t>v -0.588309 18.596188 1.252502</w:t>
        <w:br/>
        <w:t>v -0.183476 18.576385 1.365341</w:t>
        <w:br/>
        <w:t>v -0.136437 17.670528 1.032044</w:t>
        <w:br/>
        <w:t>v -0.129634 17.719671 1.037518</w:t>
        <w:br/>
        <w:t>v -0.127063 17.709949 1.106305</w:t>
        <w:br/>
        <w:t>v -0.135868 17.662750 1.100580</w:t>
        <w:br/>
        <w:t>v -0.122418 17.702408 1.163107</w:t>
        <w:br/>
        <w:t>v -0.126551 17.658440 1.155838</w:t>
        <w:br/>
        <w:t>v -0.094405 17.697403 1.190231</w:t>
        <w:br/>
        <w:t>v -0.097930 17.653839 1.181214</w:t>
        <w:br/>
        <w:t>v -0.069932 17.695524 1.204646</w:t>
        <w:br/>
        <w:t>v -0.073773 17.651525 1.194869</w:t>
        <w:br/>
        <w:t>v -0.045634 17.693390 1.214053</w:t>
        <w:br/>
        <w:t>v -0.050011 17.650730 1.204041</w:t>
        <w:br/>
        <w:t>v -0.020243 17.692425 1.216904</w:t>
        <w:br/>
        <w:t>v -0.000000 17.692350 1.217621</w:t>
        <w:br/>
        <w:t>v -0.000000 17.649471 1.207099</w:t>
        <w:br/>
        <w:t>v -0.021972 17.650024 1.207471</w:t>
        <w:br/>
        <w:t>v -0.000000 17.652451 1.182221</w:t>
        <w:br/>
        <w:t>v -0.017688 17.653091 1.182055</w:t>
        <w:br/>
        <w:t>v -0.021972 17.650024 1.207471</w:t>
        <w:br/>
        <w:t>v -0.000000 17.649471 1.207099</w:t>
        <w:br/>
        <w:t>v -0.041501 17.654003 1.178290</w:t>
        <w:br/>
        <w:t>v -0.050011 17.650730 1.204041</w:t>
        <w:br/>
        <w:t>v -0.073773 17.651525 1.194869</w:t>
        <w:br/>
        <w:t>v -0.063492 17.655079 1.174696</w:t>
        <w:br/>
        <w:t>v -0.097930 17.653839 1.181214</w:t>
        <w:br/>
        <w:t>v -0.081501 17.656662 1.168977</w:t>
        <w:br/>
        <w:t>v -0.126551 17.658440 1.155838</w:t>
        <w:br/>
        <w:t>v -0.099659 17.661806 1.143009</w:t>
        <w:br/>
        <w:t>v -0.108039 17.663527 1.094885</w:t>
        <w:br/>
        <w:t>v -0.135868 17.662750 1.100580</w:t>
        <w:br/>
        <w:t>v -0.106670 17.670454 1.029801</w:t>
        <w:br/>
        <w:t>v -0.136437 17.670528 1.032044</w:t>
        <w:br/>
        <w:t>v -0.095500 17.710966 1.099795</w:t>
        <w:br/>
        <w:t>v -0.098808 17.719231 1.036378</w:t>
        <w:br/>
        <w:t>v -0.106670 17.670454 1.029801</w:t>
        <w:br/>
        <w:t>v -0.108039 17.663527 1.094885</w:t>
        <w:br/>
        <w:t>v -0.093250 17.703779 1.152117</w:t>
        <w:br/>
        <w:t>v -0.099659 17.661806 1.143009</w:t>
        <w:br/>
        <w:t>v -0.081501 17.656662 1.168977</w:t>
        <w:br/>
        <w:t>v -0.070120 17.702469 1.176658</w:t>
        <w:br/>
        <w:t>v -0.063492 17.655079 1.174696</w:t>
        <w:br/>
        <w:t>v -0.053326 17.699638 1.183669</w:t>
        <w:br/>
        <w:t>v -0.041501 17.654003 1.178290</w:t>
        <w:br/>
        <w:t>v -0.034924 17.697811 1.188612</w:t>
        <w:br/>
        <w:t>v -0.000000 17.652451 1.182221</w:t>
        <w:br/>
        <w:t>v -0.000000 17.696459 1.194622</w:t>
        <w:br/>
        <w:t>v -0.014468 17.696697 1.193480</w:t>
        <w:br/>
        <w:t>v -0.017688 17.653091 1.182055</w:t>
        <w:br/>
        <w:t>v 0.127062 17.709949 1.106318</w:t>
        <w:br/>
        <w:t>v 0.129633 17.719671 1.037518</w:t>
        <w:br/>
        <w:t>v 0.136425 17.670528 1.032043</w:t>
        <w:br/>
        <w:t>v 0.135868 17.662750 1.100580</w:t>
        <w:br/>
        <w:t>v 0.122398 17.702402 1.163131</w:t>
        <w:br/>
        <w:t>v 0.126488 17.658428 1.155900</w:t>
        <w:br/>
        <w:t>v 0.094404 17.697401 1.190229</w:t>
        <w:br/>
        <w:t>v 0.097916 17.653839 1.181216</w:t>
        <w:br/>
        <w:t>v 0.069933 17.695511 1.204645</w:t>
        <w:br/>
        <w:t>v 0.073772 17.651524 1.194895</w:t>
        <w:br/>
        <w:t>v 0.045634 17.693378 1.214028</w:t>
        <w:br/>
        <w:t>v 0.050010 17.650730 1.204041</w:t>
        <w:br/>
        <w:t>v 0.020243 17.692425 1.216916</w:t>
        <w:br/>
        <w:t>v 0.021971 17.650024 1.207471</w:t>
        <w:br/>
        <w:t>v 0.021971 17.650024 1.207471</w:t>
        <w:br/>
        <w:t>v 0.017687 17.653091 1.182081</w:t>
        <w:br/>
        <w:t>v 0.050010 17.650730 1.204041</w:t>
        <w:br/>
        <w:t>v 0.041487 17.654003 1.178290</w:t>
        <w:br/>
        <w:t>v 0.073772 17.651524 1.194895</w:t>
        <w:br/>
        <w:t>v 0.063491 17.655077 1.174709</w:t>
        <w:br/>
        <w:t>v 0.081488 17.656664 1.168978</w:t>
        <w:br/>
        <w:t>v 0.097916 17.653839 1.181216</w:t>
        <w:br/>
        <w:t>v 0.126488 17.658428 1.155900</w:t>
        <w:br/>
        <w:t>v 0.099654 17.661802 1.143017</w:t>
        <w:br/>
        <w:t>v 0.135868 17.662750 1.100580</w:t>
        <w:br/>
        <w:t>v 0.108026 17.663527 1.094898</w:t>
        <w:br/>
        <w:t>v 0.136425 17.670528 1.032043</w:t>
        <w:br/>
        <w:t>v 0.106669 17.670454 1.029814</w:t>
        <w:br/>
        <w:t>v 0.095502 17.710964 1.099795</w:t>
        <w:br/>
        <w:t>v 0.108026 17.663527 1.094898</w:t>
        <w:br/>
        <w:t>v 0.106669 17.670454 1.029814</w:t>
        <w:br/>
        <w:t>v 0.098808 17.719231 1.036378</w:t>
        <w:br/>
        <w:t>v 0.093246 17.703783 1.152119</w:t>
        <w:br/>
        <w:t>v 0.099654 17.661802 1.143017</w:t>
        <w:br/>
        <w:t>v 0.070119 17.702469 1.176658</w:t>
        <w:br/>
        <w:t>v 0.081488 17.656664 1.168978</w:t>
        <w:br/>
        <w:t>v 0.053325 17.699638 1.183669</w:t>
        <w:br/>
        <w:t>v 0.063491 17.655077 1.174709</w:t>
        <w:br/>
        <w:t>v 0.034924 17.697811 1.188612</w:t>
        <w:br/>
        <w:t>v 0.041487 17.654003 1.178290</w:t>
        <w:br/>
        <w:t>v 0.017687 17.653091 1.182081</w:t>
        <w:br/>
        <w:t>v 0.014468 17.696684 1.193480</w:t>
        <w:br/>
        <w:t>v 0.082157 17.628479 1.176743</w:t>
        <w:br/>
        <w:t>v 0.097916 17.653839 1.181216</w:t>
        <w:br/>
        <w:t>v 0.081488 17.656664 1.168978</w:t>
        <w:br/>
        <w:t>v 0.082157 17.628479 1.176743</w:t>
        <w:br/>
        <w:t>v 0.082157 17.628479 1.176743</w:t>
        <w:br/>
        <w:t>v 0.063491 17.655077 1.174709</w:t>
        <w:br/>
        <w:t>v 0.073772 17.651524 1.194895</w:t>
        <w:br/>
        <w:t>v 0.404991 18.299335 1.128449</w:t>
        <w:br/>
        <w:t>v 0.411630 18.296143 1.128837</w:t>
        <w:br/>
        <w:t>v 0.404527 18.295101 1.127985</w:t>
        <w:br/>
        <w:t>v 0.405492 18.291021 1.127159</w:t>
        <w:br/>
        <w:t>v 0.406832 18.303196 1.128499</w:t>
        <w:br/>
        <w:t>v 0.412719 18.292837 1.128098</w:t>
        <w:br/>
        <w:t>v 0.407784 18.287575 1.126081</w:t>
        <w:br/>
        <w:t>v 0.411116 18.285172 1.124866</w:t>
        <w:br/>
        <w:t>v 0.412682 18.299551 1.129038</w:t>
        <w:br/>
        <w:t>v 0.409826 18.306229 1.128123</w:t>
        <w:br/>
        <w:t>v 0.415525 18.290882 1.127096</w:t>
        <w:br/>
        <w:t>v 0.415087 18.284119 1.123676</w:t>
        <w:br/>
        <w:t>v 0.417605 18.296432 1.128123</w:t>
        <w:br/>
        <w:t>v 0.418983 18.291021 1.126219</w:t>
        <w:br/>
        <w:t>v 0.419221 18.284531 1.122637</w:t>
        <w:br/>
        <w:t>v 0.415463 18.301743 1.128624</w:t>
        <w:br/>
        <w:t>v 0.413621 18.308056 1.127372</w:t>
        <w:br/>
        <w:t>v 0.421764 18.293211 1.125806</w:t>
        <w:br/>
        <w:t>v 0.423016 18.286362 1.121885</w:t>
        <w:br/>
        <w:t>v 0.426010 18.289392 1.121509</w:t>
        <w:br/>
        <w:t>v 0.418908 18.301880 1.127748</w:t>
        <w:br/>
        <w:t>v 0.417755 18.308472 1.126332</w:t>
        <w:br/>
        <w:t>v 0.421726 18.307415 1.125142</w:t>
        <w:br/>
        <w:t>v 0.422804 18.296619 1.126005</w:t>
        <w:br/>
        <w:t>v 0.427852 18.293249 1.121558</w:t>
        <w:br/>
        <w:t>v 0.428315 18.297483 1.122023</w:t>
        <w:br/>
        <w:t>v 0.421714 18.299923 1.126745</w:t>
        <w:br/>
        <w:t>v 0.425058 18.305014 1.123927</w:t>
        <w:br/>
        <w:t>v 0.427350 18.301569 1.122849</w:t>
        <w:br/>
        <w:t>v -0.504130 18.301695 1.093222</w:t>
        <w:br/>
        <w:t>v -0.497535 18.298981 1.095153</w:t>
        <w:br/>
        <w:t>v -0.504236 18.297424 1.092896</w:t>
        <w:br/>
        <w:t>v -0.502882 18.293388 1.092504</w:t>
        <w:br/>
        <w:t>v -0.502568 18.305672 1.093438</w:t>
        <w:br/>
        <w:t>v -0.496122 18.295732 1.094832</w:t>
        <w:br/>
        <w:t>v -0.500215 18.290070 1.092110</w:t>
        <w:br/>
        <w:t>v -0.496567 18.287855 1.091743</w:t>
        <w:br/>
        <w:t>v -0.496763 18.302456 1.095386</w:t>
        <w:br/>
        <w:t>v -0.499736 18.308886 1.093549</w:t>
        <w:br/>
        <w:t>v -0.493058 18.293938 1.094540</w:t>
        <w:br/>
        <w:t>v -0.492377 18.287027 1.091450</w:t>
        <w:br/>
        <w:t>v -0.491583 18.299652 1.095681</w:t>
        <w:br/>
        <w:t>v -0.489520 18.294273 1.094393</w:t>
        <w:br/>
        <w:t>v -0.488151 18.287682 1.091285</w:t>
        <w:br/>
        <w:t>v -0.494091 18.304819 1.095445</w:t>
        <w:br/>
        <w:t>v -0.495981 18.310936 1.093508</w:t>
        <w:br/>
        <w:t>v -0.486845 18.296635 1.094440</w:t>
        <w:br/>
        <w:t>v -0.484396 18.289732 1.091245</w:t>
        <w:br/>
        <w:t>v -0.481574 18.292948 1.091341</w:t>
        <w:br/>
        <w:t>v -0.490540 18.305157 1.095300</w:t>
        <w:br/>
        <w:t>v -0.491765 18.311588 1.093328</w:t>
        <w:br/>
        <w:t>v -0.487577 18.310766 1.093048</w:t>
        <w:br/>
        <w:t>v -0.486062 18.300108 1.094686</w:t>
        <w:br/>
        <w:t>v -0.480001 18.296923 1.091571</w:t>
        <w:br/>
        <w:t>v -0.479895 18.301191 1.091898</w:t>
        <w:br/>
        <w:t>v -0.487476 18.303362 1.095009</w:t>
        <w:br/>
        <w:t>v -0.483929 18.308548 1.092681</w:t>
        <w:br/>
        <w:t>v -0.481260 18.305231 1.092275</w:t>
        <w:br/>
        <w:t>v -0.346710 18.345531 1.129011</w:t>
        <w:br/>
        <w:t>v -0.352735 18.345522 1.143279</w:t>
        <w:br/>
        <w:t>v -0.383024 18.379869 1.138907</w:t>
        <w:br/>
        <w:t>v -0.377099 18.380920 1.124965</w:t>
        <w:br/>
        <w:t>v -0.461277 18.408316 1.121708</w:t>
        <w:br/>
        <w:t>v -0.456542 18.410908 1.107992</w:t>
        <w:br/>
        <w:t>v -0.414954 18.403440 1.117712</w:t>
        <w:br/>
        <w:t>v -0.420428 18.401514 1.131479</w:t>
        <w:br/>
        <w:t>v -0.326730 18.300751 1.129475</w:t>
        <w:br/>
        <w:t>v -0.332517 18.301813 1.144143</w:t>
        <w:br/>
        <w:t>v -0.432153 18.285477 1.095578</w:t>
        <w:br/>
        <w:t>v -0.443502 18.291344 1.093636</w:t>
        <w:br/>
        <w:t>v -0.420428 18.401514 1.131479</w:t>
        <w:br/>
        <w:t>v -0.383024 18.379869 1.138907</w:t>
        <w:br/>
        <w:t>v -0.422683 18.275860 1.096856</w:t>
        <w:br/>
        <w:t>v -0.352735 18.345522 1.143279</w:t>
        <w:br/>
        <w:t>v -0.461277 18.408316 1.121708</w:t>
        <w:br/>
        <w:t>v -0.455628 18.292858 1.091194</w:t>
        <w:br/>
        <w:t>v -0.501575 18.399635 1.110547</w:t>
        <w:br/>
        <w:t>v -0.497817 18.402567 1.096718</w:t>
        <w:br/>
        <w:t>v -0.416031 18.263409 1.097332</w:t>
        <w:br/>
        <w:t>v -0.332517 18.301813 1.144143</w:t>
        <w:br/>
        <w:t>v -0.537363 18.376299 1.099098</w:t>
        <w:br/>
        <w:t>v -0.534708 18.379242 1.085031</w:t>
        <w:br/>
        <w:t>v -0.467328 18.289888 1.088500</w:t>
        <w:br/>
        <w:t>v -0.501575 18.399635 1.110547</w:t>
        <w:br/>
        <w:t>v -0.477474 18.282711 1.085832</w:t>
        <w:br/>
        <w:t>v -0.537363 18.376299 1.099098</w:t>
        <w:br/>
        <w:t>v -0.565175 18.340595 1.088476</w:t>
        <w:br/>
        <w:t>v -0.563631 18.343227 1.074045</w:t>
        <w:br/>
        <w:t>v -0.485065 18.272038 1.083440</w:t>
        <w:br/>
        <w:t>v -0.565175 18.340595 1.088476</w:t>
        <w:br/>
        <w:t>v -0.582246 18.296038 1.079720</w:t>
        <w:br/>
        <w:t>v -0.581732 18.298031 1.064851</w:t>
        <w:br/>
        <w:t>v -0.489362 18.258923 1.081548</w:t>
        <w:br/>
        <w:t>v -0.582246 18.296038 1.079720</w:t>
        <w:br/>
        <w:t>v -0.412825 18.249353 1.096956</w:t>
        <w:br/>
        <w:t>v -0.324337 18.253048 1.141425</w:t>
        <w:br/>
        <w:t>v -0.452033 18.248751 1.085006</w:t>
        <w:br/>
        <w:t>v -0.489950 18.244631 1.080371</w:t>
        <w:br/>
        <w:t>v -0.319126 18.250944 1.126293</w:t>
        <w:br/>
        <w:t>v -0.324337 18.253048 1.141425</w:t>
        <w:br/>
        <w:t>v -0.324652 18.201014 1.119779</w:t>
        <w:br/>
        <w:t>v -0.329022 18.203981 1.135387</w:t>
        <w:br/>
        <w:t>v -0.329022 18.203981 1.135387</w:t>
        <w:br/>
        <w:t>v -0.413413 18.235073 1.095778</w:t>
        <w:br/>
        <w:t>v -0.342764 18.155819 1.110597</w:t>
        <w:br/>
        <w:t>v -0.346108 18.159412 1.126644</w:t>
        <w:br/>
        <w:t>v -0.371672 18.119804 1.099612</w:t>
        <w:br/>
        <w:t>v -0.373905 18.123713 1.116021</w:t>
        <w:br/>
        <w:t>v -0.408578 18.096479 1.087912</w:t>
        <w:br/>
        <w:t>v -0.409706 18.100376 1.104559</w:t>
        <w:br/>
        <w:t>v -0.346108 18.159412 1.126644</w:t>
        <w:br/>
        <w:t>v -0.417710 18.221943 1.093887</w:t>
        <w:br/>
        <w:t>v -0.373905 18.123713 1.116021</w:t>
        <w:br/>
        <w:t>v -0.425301 18.211285 1.091495</w:t>
        <w:br/>
        <w:t>v -0.409706 18.100376 1.104559</w:t>
        <w:br/>
        <w:t>v -0.435448 18.204107 1.088826</w:t>
        <w:br/>
        <w:t>v -0.490840 18.098497 1.083640</w:t>
        <w:br/>
        <w:t>v -0.528244 18.120142 1.076200</w:t>
        <w:br/>
        <w:t>v -0.470622 18.208504 1.081749</w:t>
        <w:br/>
        <w:t>v -0.459273 18.202654 1.083690</w:t>
        <w:br/>
        <w:t>v -0.486744 18.230576 1.079995</w:t>
        <w:br/>
        <w:t>v -0.447147 18.201138 1.086133</w:t>
        <w:br/>
        <w:t>v -0.480092 18.218138 1.080471</w:t>
        <w:br/>
        <w:t>v -0.449991 18.091694 1.093411</w:t>
        <w:br/>
        <w:t>v -0.558533 18.154490 1.071840</w:t>
        <w:br/>
        <w:t>v -0.578764 18.198195 1.070976</w:t>
        <w:br/>
        <w:t>v -0.586931 18.246962 1.073694</w:t>
        <w:br/>
        <w:t>v -0.558533 18.154490 1.071840</w:t>
        <w:br/>
        <w:t>v -0.559686 18.153513 1.055631</w:t>
        <w:br/>
        <w:t>v -0.579666 18.198296 1.055167</w:t>
        <w:br/>
        <w:t>v -0.578764 18.198195 1.070976</w:t>
        <w:br/>
        <w:t>v -0.528244 18.120142 1.076200</w:t>
        <w:br/>
        <w:t>v -0.529284 18.118128 1.059677</w:t>
        <w:br/>
        <w:t>v -0.449841 18.088137 1.076650</w:t>
        <w:br/>
        <w:t>v -0.449991 18.091694 1.093411</w:t>
        <w:br/>
        <w:t>v -0.587256 18.248098 1.058349</w:t>
        <w:br/>
        <w:t>v -0.586931 18.246962 1.073694</w:t>
        <w:br/>
        <w:t>v -0.491441 18.095602 1.066917</w:t>
        <w:br/>
        <w:t>v -0.490840 18.098497 1.083640</w:t>
        <w:br/>
        <w:t>v -0.485190 18.445536 1.254731</w:t>
        <w:br/>
        <w:t>v -0.553297 18.449547 1.227111</w:t>
        <w:br/>
        <w:t>v -0.485566 18.452822 1.257162</w:t>
        <w:br/>
        <w:t>v -0.429497 18.447460 1.273898</w:t>
        <w:br/>
        <w:t>v -0.430361 18.436703 1.266820</w:t>
        <w:br/>
        <w:t>v -0.377174 18.438105 1.287464</w:t>
        <w:br/>
        <w:t>v -0.379767 18.425251 1.278733</w:t>
        <w:br/>
        <w:t>v -0.329110 18.405247 1.281088</w:t>
        <w:br/>
        <w:t>v -0.324262 18.419512 1.287288</w:t>
        <w:br/>
        <w:t>v -0.280970 18.378803 1.278883</w:t>
        <w:br/>
        <w:t>v -0.119992 17.662899 0.961912</w:t>
        <w:br/>
        <w:t>v -0.111386 17.661070 0.929443</w:t>
        <w:br/>
        <w:t>v -0.105712 17.684845 0.925072</w:t>
        <w:br/>
        <w:t>v -0.114806 17.687651 0.961361</w:t>
        <w:br/>
        <w:t>v -0.117700 17.689180 0.990573</w:t>
        <w:br/>
        <w:t>v -0.123710 17.662161 0.991976</w:t>
        <w:br/>
        <w:t>v -0.122209 17.660269 1.024933</w:t>
        <w:br/>
        <w:t>v -0.116499 17.686535 1.022841</w:t>
        <w:br/>
        <w:t>v -0.114656 17.685999 1.046679</w:t>
        <w:br/>
        <w:t>v -0.119992 17.658440 1.049297</w:t>
        <w:br/>
        <w:t>v -0.110372 17.683958 1.074926</w:t>
        <w:br/>
        <w:t>v -0.114393 17.655510 1.078283</w:t>
        <w:br/>
        <w:t>v -0.106563 17.648857 1.113270</w:t>
        <w:br/>
        <w:t>v -0.102833 17.678297 1.108222</w:t>
        <w:br/>
        <w:t>v -0.097921 17.640652 1.142833</w:t>
        <w:br/>
        <w:t>v -0.096205 17.669138 1.138837</w:t>
        <w:br/>
        <w:t>v -0.084643 17.632851 1.159743</w:t>
        <w:br/>
        <w:t>v -0.087888 17.658291 1.159944</w:t>
        <w:br/>
        <w:t>v -0.071477 17.648531 1.175401</w:t>
        <w:br/>
        <w:t>v -0.066642 17.627716 1.169663</w:t>
        <w:br/>
        <w:t>v -0.045008 17.624454 1.172633</w:t>
        <w:br/>
        <w:t>v -0.053050 17.647842 1.181464</w:t>
        <w:br/>
        <w:t>v -0.019329 17.648407 1.178658</w:t>
        <w:br/>
        <w:t>v -0.000000 17.646603 1.175013</w:t>
        <w:br/>
        <w:t>v -0.000000 17.623751 1.163564</w:t>
        <w:br/>
        <w:t>v -0.000000 17.662699 1.155046</w:t>
        <w:br/>
        <w:t>v -0.000000 17.646603 1.175013</w:t>
        <w:br/>
        <w:t>v -0.019329 17.648407 1.178658</w:t>
        <w:br/>
        <w:t>v -0.020130 17.664040 1.161547</w:t>
        <w:br/>
        <w:t>v -0.020970 17.677620 1.139839</w:t>
        <w:br/>
        <w:t>v -0.000001 17.674253 1.133788</w:t>
        <w:br/>
        <w:t>v -0.056946 17.656107 1.171443</w:t>
        <w:br/>
        <w:t>v -0.061117 17.668715 1.152503</w:t>
        <w:br/>
        <w:t>v -0.020531 17.685797 1.118594</w:t>
        <w:br/>
        <w:t>v -0.000000 17.680338 1.115575</w:t>
        <w:br/>
        <w:t>v -0.049530 17.625019 1.164215</w:t>
        <w:br/>
        <w:t>v -0.000000 17.628540 1.148307</w:t>
        <w:br/>
        <w:t>v -0.000000 17.631269 1.135555</w:t>
        <w:br/>
        <w:t>v -0.054516 17.628941 1.152090</w:t>
        <w:br/>
        <w:t>v -0.053050 17.647842 1.181464</w:t>
        <w:br/>
        <w:t>v -0.071477 17.648531 1.175401</w:t>
        <w:br/>
        <w:t>v -0.021345 17.696283 1.092063</w:t>
        <w:br/>
        <w:t>v -0.000000 17.686762 1.089958</w:t>
        <w:br/>
        <w:t>v -0.087888 17.658291 1.159944</w:t>
        <w:br/>
        <w:t>v -0.062207 17.678596 1.129141</w:t>
        <w:br/>
        <w:t>v -0.023375 17.704763 1.064279</w:t>
        <w:br/>
        <w:t>v -0.000000 17.692965 1.063264</w:t>
        <w:br/>
        <w:t>v -0.096205 17.669138 1.138837</w:t>
        <w:br/>
        <w:t>v -0.062796 17.689495 1.099265</w:t>
        <w:br/>
        <w:t>v -0.102833 17.678297 1.108222</w:t>
        <w:br/>
        <w:t>v -0.065314 17.697924 1.068150</w:t>
        <w:br/>
        <w:t>v -0.024289 17.710400 1.036144</w:t>
        <w:br/>
        <w:t>v -0.000000 17.699480 1.034666</w:t>
        <w:br/>
        <w:t>v -0.110372 17.683958 1.074926</w:t>
        <w:br/>
        <w:t>v -0.065852 17.701859 1.039501</w:t>
        <w:br/>
        <w:t>v -0.114656 17.685999 1.046679</w:t>
        <w:br/>
        <w:t>v -0.024377 17.713770 1.012569</w:t>
        <w:br/>
        <w:t>v -0.000000 17.704552 1.010828</w:t>
        <w:br/>
        <w:t>v -0.064938 17.703247 1.015625</w:t>
        <w:br/>
        <w:t>v -0.116499 17.686535 1.022841</w:t>
        <w:br/>
        <w:t>v -0.064387 17.705280 0.984059</w:t>
        <w:br/>
        <w:t>v -0.117700 17.689180 0.990573</w:t>
        <w:br/>
        <w:t>v -0.023938 17.715876 0.981441</w:t>
        <w:br/>
        <w:t>v -0.114806 17.687651 0.961361</w:t>
        <w:br/>
        <w:t>v -0.064148 17.705524 0.956500</w:t>
        <w:br/>
        <w:t>v 0.000000 17.709682 0.979537</w:t>
        <w:br/>
        <w:t>v -0.022723 17.714245 0.953319</w:t>
        <w:br/>
        <w:t>v -0.065677 17.701859 0.922704</w:t>
        <w:br/>
        <w:t>v 0.000000 17.708029 0.950851</w:t>
        <w:br/>
        <w:t>v -0.000000 17.709614 0.922291</w:t>
        <w:br/>
        <w:t>v -0.000000 17.608788 0.907033</w:t>
        <w:br/>
        <w:t>v -0.073832 17.632647 0.919961</w:t>
        <w:br/>
        <w:t>v -0.074809 17.636820 0.954885</w:t>
        <w:br/>
        <w:t>v -0.000000 17.620659 0.946655</w:t>
        <w:br/>
        <w:t>v -0.123710 17.662161 0.991976</w:t>
        <w:br/>
        <w:t>v -0.076512 17.639513 0.984497</w:t>
        <w:br/>
        <w:t>v -0.119992 17.662899 0.961912</w:t>
        <w:br/>
        <w:t>v -0.000000 17.627914 0.975065</w:t>
        <w:br/>
        <w:t>v -0.077176 17.641281 1.017016</w:t>
        <w:br/>
        <w:t>v -0.000000 17.629717 1.005191</w:t>
        <w:br/>
        <w:t>v -0.122209 17.660269 1.024933</w:t>
        <w:br/>
        <w:t>v -0.119992 17.658440 1.049297</w:t>
        <w:br/>
        <w:t>v -0.076074 17.642796 1.042482</w:t>
        <w:br/>
        <w:t>v -0.000000 17.630257 1.031747</w:t>
        <w:br/>
        <w:t>v -0.114393 17.655510 1.078283</w:t>
        <w:br/>
        <w:t>v -0.072203 17.642040 1.072546</w:t>
        <w:br/>
        <w:t>v -0.000000 17.630880 1.061673</w:t>
        <w:br/>
        <w:t>v -0.106563 17.648857 1.113270</w:t>
        <w:br/>
        <w:t>v -0.066003 17.638397 1.103975</w:t>
        <w:br/>
        <w:t>v -0.000000 17.630405 1.088054</w:t>
        <w:br/>
        <w:t>v -0.060554 17.633148 1.132999</w:t>
        <w:br/>
        <w:t>v -0.097921 17.640652 1.142833</w:t>
        <w:br/>
        <w:t>v -0.084643 17.632851 1.159743</w:t>
        <w:br/>
        <w:t>v -0.066642 17.627716 1.169663</w:t>
        <w:br/>
        <w:t>v -0.045008 17.624454 1.172633</w:t>
        <w:br/>
        <w:t>v -0.111386 17.661070 0.929443</w:t>
        <w:br/>
        <w:t>v -0.000000 17.623751 1.163564</w:t>
        <w:br/>
        <w:t>v -0.000000 17.631521 1.116026</w:t>
        <w:br/>
        <w:t>v 0.105711 17.684845 0.925084</w:t>
        <w:br/>
        <w:t>v 0.111386 17.661070 0.929443</w:t>
        <w:br/>
        <w:t>v 0.119992 17.662899 0.961912</w:t>
        <w:br/>
        <w:t>v 0.114805 17.687651 0.961361</w:t>
        <w:br/>
        <w:t>v 0.123712 17.662161 0.991976</w:t>
        <w:br/>
        <w:t>v 0.117699 17.689169 0.990573</w:t>
        <w:br/>
        <w:t>v 0.122196 17.660269 1.024933</w:t>
        <w:br/>
        <w:t>v 0.116484 17.686537 1.022841</w:t>
        <w:br/>
        <w:t>v 0.119992 17.658440 1.049309</w:t>
        <w:br/>
        <w:t>v 0.114655 17.685999 1.046679</w:t>
        <w:br/>
        <w:t>v 0.114392 17.655510 1.078283</w:t>
        <w:br/>
        <w:t>v 0.110371 17.683945 1.074939</w:t>
        <w:br/>
        <w:t>v 0.106563 17.648857 1.113270</w:t>
        <w:br/>
        <w:t>v 0.102830 17.678295 1.108234</w:t>
        <w:br/>
        <w:t>v 0.097907 17.640652 1.142833</w:t>
        <w:br/>
        <w:t>v 0.096191 17.669138 1.138849</w:t>
        <w:br/>
        <w:t>v 0.084643 17.632866 1.159743</w:t>
        <w:br/>
        <w:t>v 0.087886 17.658291 1.159956</w:t>
        <w:br/>
        <w:t>v 0.066641 17.627714 1.169664</w:t>
        <w:br/>
        <w:t>v 0.071476 17.648531 1.175401</w:t>
        <w:br/>
        <w:t>v 0.045008 17.624454 1.172646</w:t>
        <w:br/>
        <w:t>v 0.053050 17.647842 1.181452</w:t>
        <w:br/>
        <w:t>v 0.019328 17.648407 1.178658</w:t>
        <w:br/>
        <w:t>v 0.020117 17.664040 1.161535</w:t>
        <w:br/>
        <w:t>v 0.019328 17.648407 1.178658</w:t>
        <w:br/>
        <w:t>v 0.020969 17.677605 1.139839</w:t>
        <w:br/>
        <w:t>v 0.056945 17.656109 1.171443</w:t>
        <w:br/>
        <w:t>v 0.061117 17.668709 1.152503</w:t>
        <w:br/>
        <w:t>v 0.020518 17.685797 1.118619</w:t>
        <w:br/>
        <w:t>v 0.049530 17.625019 1.164228</w:t>
        <w:br/>
        <w:t>v 0.054515 17.628939 1.152090</w:t>
        <w:br/>
        <w:t>v 0.053050 17.647842 1.181452</w:t>
        <w:br/>
        <w:t>v 0.071476 17.648531 1.175401</w:t>
        <w:br/>
        <w:t>v 0.021332 17.696283 1.092063</w:t>
        <w:br/>
        <w:t>v 0.087886 17.658291 1.159956</w:t>
        <w:br/>
        <w:t>v 0.062206 17.678596 1.129153</w:t>
        <w:br/>
        <w:t>v 0.023374 17.704763 1.064279</w:t>
        <w:br/>
        <w:t>v 0.096191 17.669138 1.138849</w:t>
        <w:br/>
        <w:t>v 0.062795 17.689495 1.099265</w:t>
        <w:br/>
        <w:t>v 0.102830 17.678295 1.108234</w:t>
        <w:br/>
        <w:t>v 0.065313 17.697924 1.068175</w:t>
        <w:br/>
        <w:t>v 0.024289 17.710400 1.036144</w:t>
        <w:br/>
        <w:t>v 0.110371 17.683945 1.074939</w:t>
        <w:br/>
        <w:t>v 0.065839 17.701859 1.039501</w:t>
        <w:br/>
        <w:t>v 0.114655 17.685999 1.046679</w:t>
        <w:br/>
        <w:t>v 0.024376 17.713770 1.012569</w:t>
        <w:br/>
        <w:t>v 0.064937 17.703247 1.015625</w:t>
        <w:br/>
        <w:t>v 0.116484 17.686537 1.022841</w:t>
        <w:br/>
        <w:t>v 0.064386 17.705280 0.984096</w:t>
        <w:br/>
        <w:t>v 0.117699 17.689169 0.990573</w:t>
        <w:br/>
        <w:t>v 0.023926 17.715876 0.981441</w:t>
        <w:br/>
        <w:t>v 0.064148 17.705528 0.956500</w:t>
        <w:br/>
        <w:t>v 0.114805 17.687651 0.961361</w:t>
        <w:br/>
        <w:t>v 0.022723 17.714245 0.953319</w:t>
        <w:br/>
        <w:t>v 0.065676 17.701860 0.922704</w:t>
        <w:br/>
        <w:t>v 0.074808 17.636820 0.954885</w:t>
        <w:br/>
        <w:t>v 0.073832 17.632648 0.919961</w:t>
        <w:br/>
        <w:t>v 0.076512 17.639513 0.984497</w:t>
        <w:br/>
        <w:t>v 0.123712 17.662161 0.991976</w:t>
        <w:br/>
        <w:t>v 0.119992 17.662899 0.961912</w:t>
        <w:br/>
        <w:t>v 0.077175 17.641281 1.017016</w:t>
        <w:br/>
        <w:t>v 0.122196 17.660269 1.024933</w:t>
        <w:br/>
        <w:t>v 0.119992 17.658440 1.049309</w:t>
        <w:br/>
        <w:t>v 0.076073 17.642796 1.042482</w:t>
        <w:br/>
        <w:t>v 0.072190 17.642042 1.072559</w:t>
        <w:br/>
        <w:t>v 0.114392 17.655510 1.078283</w:t>
        <w:br/>
        <w:t>v 0.066002 17.638397 1.103988</w:t>
        <w:br/>
        <w:t>v 0.106563 17.648857 1.113270</w:t>
        <w:br/>
        <w:t>v 0.097907 17.640652 1.142833</w:t>
        <w:br/>
        <w:t>v 0.060553 17.633148 1.132999</w:t>
        <w:br/>
        <w:t>v 0.084643 17.632866 1.159743</w:t>
        <w:br/>
        <w:t>v 0.066641 17.627714 1.169664</w:t>
        <w:br/>
        <w:t>v 0.045008 17.624454 1.172646</w:t>
        <w:br/>
        <w:t>v 0.111386 17.661070 0.929443</w:t>
        <w:br/>
        <w:t>v 0.357237 18.315147 1.147953</w:t>
        <w:br/>
        <w:t>v 0.371292 18.308395 1.148792</w:t>
        <w:br/>
        <w:t>v 0.356260 18.306204 1.146976</w:t>
        <w:br/>
        <w:t>v 0.358302 18.297562 1.145247</w:t>
        <w:br/>
        <w:t>v 0.361133 18.323317 1.148053</w:t>
        <w:br/>
        <w:t>v 0.373596 18.301394 1.147214</w:t>
        <w:br/>
        <w:t>v 0.363149 18.290270 1.142955</w:t>
        <w:br/>
        <w:t>v 0.370189 18.285196 1.140387</w:t>
        <w:br/>
        <w:t>v 0.373496 18.315586 1.149218</w:t>
        <w:br/>
        <w:t>v 0.367471 18.329718 1.147264</w:t>
        <w:br/>
        <w:t>v 0.379521 18.297260 1.145097</w:t>
        <w:br/>
        <w:t>v 0.378582 18.282969 1.137869</w:t>
        <w:br/>
        <w:t>v 0.383918 18.308996 1.147276</w:t>
        <w:br/>
        <w:t>v 0.386824 18.297562 1.143243</w:t>
        <w:br/>
        <w:t>v 0.387326 18.283833 1.135677</w:t>
        <w:br/>
        <w:t>v 0.379371 18.320221 1.148341</w:t>
        <w:br/>
        <w:t>v 0.375500 18.333588 1.145685</w:t>
        <w:br/>
        <w:t>v 0.392699 18.302195 1.142366</w:t>
        <w:br/>
        <w:t>v 0.395342 18.287704 1.134086</w:t>
        <w:br/>
        <w:t>v 0.401681 18.294104 1.133296</w:t>
        <w:br/>
        <w:t>v 0.386674 18.320532 1.146487</w:t>
        <w:br/>
        <w:t>v 0.384231 18.334463 1.143493</w:t>
        <w:br/>
        <w:t>v 0.392637 18.332220 1.140963</w:t>
        <w:br/>
        <w:t>v 0.394904 18.309399 1.142793</w:t>
        <w:br/>
        <w:t>v 0.405589 18.302269 1.133397</w:t>
        <w:br/>
        <w:t>v 0.406566 18.311214 1.134374</w:t>
        <w:br/>
        <w:t>v 0.392612 18.316401 1.144370</w:t>
        <w:br/>
        <w:t>v 0.399677 18.327148 1.138407</w:t>
        <w:br/>
        <w:t>v 0.404512 18.319859 1.136115</w:t>
        <w:br/>
        <w:t>v 0.383024 18.379860 1.138909</w:t>
        <w:br/>
        <w:t>v 0.352735 18.345512 1.143280</w:t>
        <w:br/>
        <w:t>v 0.346709 18.345526 1.129013</w:t>
        <w:br/>
        <w:t>v 0.377095 18.380915 1.124967</w:t>
        <w:br/>
        <w:t>v 0.414954 18.403435 1.117714</w:t>
        <w:br/>
        <w:t>v 0.456542 18.410900 1.107993</w:t>
        <w:br/>
        <w:t>v 0.461277 18.408308 1.121710</w:t>
        <w:br/>
        <w:t>v 0.420428 18.401505 1.131480</w:t>
        <w:br/>
        <w:t>v 0.332517 18.301807 1.144145</w:t>
        <w:br/>
        <w:t>v 0.326729 18.300743 1.129476</w:t>
        <w:br/>
        <w:t>v 0.420428 18.401505 1.131480</w:t>
        <w:br/>
        <w:t>v 0.443502 18.291336 1.093638</w:t>
        <w:br/>
        <w:t>v 0.432153 18.285471 1.095579</w:t>
        <w:br/>
        <w:t>v 0.383024 18.379860 1.138909</w:t>
        <w:br/>
        <w:t>v 0.422683 18.275852 1.096857</w:t>
        <w:br/>
        <w:t>v 0.352735 18.345512 1.143280</w:t>
        <w:br/>
        <w:t>v 0.461277 18.408308 1.121710</w:t>
        <w:br/>
        <w:t>v 0.455627 18.292852 1.091195</w:t>
        <w:br/>
        <w:t>v 0.497817 18.402559 1.096719</w:t>
        <w:br/>
        <w:t>v 0.501575 18.399628 1.110548</w:t>
        <w:br/>
        <w:t>v 0.416031 18.263403 1.097333</w:t>
        <w:br/>
        <w:t>v 0.332517 18.301807 1.144145</w:t>
        <w:br/>
        <w:t>v 0.534707 18.379232 1.085032</w:t>
        <w:br/>
        <w:t>v 0.537363 18.376286 1.099099</w:t>
        <w:br/>
        <w:t>v 0.467327 18.289881 1.088502</w:t>
        <w:br/>
        <w:t>v 0.501575 18.399628 1.110548</w:t>
        <w:br/>
        <w:t>v 0.477474 18.282705 1.085834</w:t>
        <w:br/>
        <w:t>v 0.537363 18.376286 1.099099</w:t>
        <w:br/>
        <w:t>v 0.565172 18.340590 1.088477</w:t>
        <w:br/>
        <w:t>v 0.563631 18.343220 1.074046</w:t>
        <w:br/>
        <w:t>v 0.485065 18.272030 1.083441</w:t>
        <w:br/>
        <w:t>v 0.565172 18.340590 1.088477</w:t>
        <w:br/>
        <w:t>v 0.581732 18.298023 1.064852</w:t>
        <w:br/>
        <w:t>v 0.582245 18.296032 1.079721</w:t>
        <w:br/>
        <w:t>v 0.489361 18.258913 1.081550</w:t>
        <w:br/>
        <w:t>v 0.582245 18.296032 1.079721</w:t>
        <w:br/>
        <w:t>v 0.412824 18.249348 1.096957</w:t>
        <w:br/>
        <w:t>v 0.324337 18.253042 1.141427</w:t>
        <w:br/>
        <w:t>v 0.452032 18.248745 1.085007</w:t>
        <w:br/>
        <w:t>v 0.489950 18.244621 1.080372</w:t>
        <w:br/>
        <w:t>v 0.324337 18.253042 1.141427</w:t>
        <w:br/>
        <w:t>v 0.319126 18.250937 1.126294</w:t>
        <w:br/>
        <w:t>v 0.329022 18.203974 1.135389</w:t>
        <w:br/>
        <w:t>v 0.324650 18.201004 1.119781</w:t>
        <w:br/>
        <w:t>v 0.413413 18.235065 1.095780</w:t>
        <w:br/>
        <w:t>v 0.329022 18.203974 1.135389</w:t>
        <w:br/>
        <w:t>v 0.342762 18.155809 1.110599</w:t>
        <w:br/>
        <w:t>v 0.346108 18.159405 1.126645</w:t>
        <w:br/>
        <w:t>v 0.371675 18.119795 1.099613</w:t>
        <w:br/>
        <w:t>v 0.373904 18.123705 1.116023</w:t>
        <w:br/>
        <w:t>v 0.408578 18.096470 1.087913</w:t>
        <w:br/>
        <w:t>v 0.409705 18.100368 1.104561</w:t>
        <w:br/>
        <w:t>v 0.417710 18.221937 1.093888</w:t>
        <w:br/>
        <w:t>v 0.346108 18.159405 1.126645</w:t>
        <w:br/>
        <w:t>v 0.425301 18.211277 1.091496</w:t>
        <w:br/>
        <w:t>v 0.373904 18.123705 1.116023</w:t>
        <w:br/>
        <w:t>v 0.435447 18.204100 1.088827</w:t>
        <w:br/>
        <w:t>v 0.409705 18.100368 1.104561</w:t>
        <w:br/>
        <w:t>v 0.470622 18.208496 1.081750</w:t>
        <w:br/>
        <w:t>v 0.528244 18.120134 1.076201</w:t>
        <w:br/>
        <w:t>v 0.490839 18.098490 1.083642</w:t>
        <w:br/>
        <w:t>v 0.459273 18.202648 1.083692</w:t>
        <w:br/>
        <w:t>v 0.486743 18.230568 1.079996</w:t>
        <w:br/>
        <w:t>v 0.447147 18.201132 1.086134</w:t>
        <w:br/>
        <w:t>v 0.480092 18.218130 1.080472</w:t>
        <w:br/>
        <w:t>v 0.449990 18.091686 1.093412</w:t>
        <w:br/>
        <w:t>v 0.558533 18.154482 1.071842</w:t>
        <w:br/>
        <w:t>v 0.578763 18.198187 1.070977</w:t>
        <w:br/>
        <w:t>v 0.586930 18.246954 1.073695</w:t>
        <w:br/>
        <w:t>v 0.579665 18.198288 1.055169</w:t>
        <w:br/>
        <w:t>v 0.559685 18.153505 1.055632</w:t>
        <w:br/>
        <w:t>v 0.558533 18.154482 1.071842</w:t>
        <w:br/>
        <w:t>v 0.578763 18.198187 1.070977</w:t>
        <w:br/>
        <w:t>v 0.529283 18.118118 1.059678</w:t>
        <w:br/>
        <w:t>v 0.528244 18.120134 1.076201</w:t>
        <w:br/>
        <w:t>v 0.449840 18.088131 1.076652</w:t>
        <w:br/>
        <w:t>v 0.449990 18.091686 1.093412</w:t>
        <w:br/>
        <w:t>v 0.586930 18.246954 1.073695</w:t>
        <w:br/>
        <w:t>v 0.587256 18.248091 1.058351</w:t>
        <w:br/>
        <w:t>v 0.491441 18.095596 1.066918</w:t>
        <w:br/>
        <w:t>v 0.490839 18.098490 1.083642</w:t>
        <w:br/>
        <w:t>v -0.017500 17.652929 1.182068</w:t>
        <w:br/>
        <w:t>v -0.017249 17.603046 1.168627</w:t>
        <w:br/>
        <w:t>v -0.000000 17.602697 1.169344</w:t>
        <w:br/>
        <w:t>v -0.000000 17.652489 1.181983</w:t>
        <w:br/>
        <w:t>v -0.131384 17.622576 1.022423</w:t>
        <w:br/>
        <w:t>v -0.136172 17.670380 1.031793</w:t>
        <w:br/>
        <w:t>v -0.135950 17.662600 1.100506</w:t>
        <w:br/>
        <w:t>v -0.136298 17.613621 1.092676</w:t>
        <w:br/>
        <w:t>v -0.126299 17.658190 1.155912</w:t>
        <w:br/>
        <w:t>v -0.128088 17.608685 1.142858</w:t>
        <w:br/>
        <w:t>v -0.098123 17.653538 1.181258</w:t>
        <w:br/>
        <w:t>v -0.098713 17.604145 1.171379</w:t>
        <w:br/>
        <w:t>v -0.073142 17.651361 1.195089</w:t>
        <w:br/>
        <w:t>v -0.071651 17.602556 1.186360</w:t>
        <w:br/>
        <w:t>v -0.046950 17.600452 1.192206</w:t>
        <w:br/>
        <w:t>v -0.050061 17.650629 1.204142</w:t>
        <w:br/>
        <w:t>v 0.000012 17.599628 1.194685</w:t>
        <w:br/>
        <w:t>v -0.021533 17.599918 1.194218</w:t>
        <w:br/>
        <w:t>v -0.021571 17.649998 1.207409</w:t>
        <w:br/>
        <w:t>v -0.000000 17.649471 1.207086</w:t>
        <w:br/>
        <w:t>v -0.107988 17.663952 1.095737</w:t>
        <w:br/>
        <w:t>v -0.106543 17.670479 1.030453</w:t>
        <w:br/>
        <w:t>v -0.099706 17.622438 1.018929</w:t>
        <w:br/>
        <w:t>v -0.103865 17.614849 1.085791</w:t>
        <w:br/>
        <w:t>v -0.096573 17.615660 1.126245</w:t>
        <w:br/>
        <w:t>v -0.100252 17.661566 1.143318</w:t>
        <w:br/>
        <w:t>v -0.076698 17.607887 1.155967</w:t>
        <w:br/>
        <w:t>v -0.082158 17.656528 1.169063</w:t>
        <w:br/>
        <w:t>v -0.058975 17.605665 1.160958</w:t>
        <w:br/>
        <w:t>v -0.063280 17.654858 1.174708</w:t>
        <w:br/>
        <w:t>v -0.038870 17.603710 1.164987</w:t>
        <w:br/>
        <w:t>v -0.041463 17.653868 1.178716</w:t>
        <w:br/>
        <w:t>v -0.135950 17.662600 1.100506</w:t>
        <w:br/>
        <w:t>v -0.136172 17.670380 1.031793</w:t>
        <w:br/>
        <w:t>v -0.106543 17.670479 1.030453</w:t>
        <w:br/>
        <w:t>v -0.107988 17.663952 1.095737</w:t>
        <w:br/>
        <w:t>v -0.126299 17.658190 1.155912</w:t>
        <w:br/>
        <w:t>v -0.100252 17.661566 1.143318</w:t>
        <w:br/>
        <w:t>v -0.082158 17.656528 1.169063</w:t>
        <w:br/>
        <w:t>v -0.098123 17.653538 1.181258</w:t>
        <w:br/>
        <w:t>v -0.063280 17.654858 1.174708</w:t>
        <w:br/>
        <w:t>v -0.073142 17.651361 1.195089</w:t>
        <w:br/>
        <w:t>v -0.041463 17.653868 1.178716</w:t>
        <w:br/>
        <w:t>v -0.050061 17.650629 1.204142</w:t>
        <w:br/>
        <w:t>v -0.017500 17.652929 1.182068</w:t>
        <w:br/>
        <w:t>v -0.021571 17.649998 1.207409</w:t>
        <w:br/>
        <w:t>v -0.000000 17.652489 1.181983</w:t>
        <w:br/>
        <w:t>v -0.000000 17.649471 1.207086</w:t>
        <w:br/>
        <w:t>v 0.017236 17.603046 1.168627</w:t>
        <w:br/>
        <w:t>v 0.017487 17.652929 1.182055</w:t>
        <w:br/>
        <w:t>v 0.131371 17.622576 1.022423</w:t>
        <w:br/>
        <w:t>v 0.136298 17.613621 1.092676</w:t>
        <w:br/>
        <w:t>v 0.135949 17.662600 1.100518</w:t>
        <w:br/>
        <w:t>v 0.136171 17.670380 1.031793</w:t>
        <w:br/>
        <w:t>v 0.126230 17.658171 1.155979</w:t>
        <w:br/>
        <w:t>v 0.128019 17.608683 1.142953</w:t>
        <w:br/>
        <w:t>v 0.098710 17.604151 1.171430</w:t>
        <w:br/>
        <w:t>v 0.098122 17.653564 1.181271</w:t>
        <w:br/>
        <w:t>v 0.071687 17.602522 1.186472</w:t>
        <w:br/>
        <w:t>v 0.073154 17.651335 1.195114</w:t>
        <w:br/>
        <w:t>v 0.046962 17.600452 1.192256</w:t>
        <w:br/>
        <w:t>v 0.050060 17.650629 1.204142</w:t>
        <w:br/>
        <w:t>v 0.021570 17.649998 1.207409</w:t>
        <w:br/>
        <w:t>v 0.021520 17.599918 1.194231</w:t>
        <w:br/>
        <w:t>v 0.107986 17.663954 1.095737</w:t>
        <w:br/>
        <w:t>v 0.103851 17.614849 1.085791</w:t>
        <w:br/>
        <w:t>v 0.099705 17.622438 1.018929</w:t>
        <w:br/>
        <w:t>v 0.106542 17.670479 1.030465</w:t>
        <w:br/>
        <w:t>v 0.100252 17.661566 1.143318</w:t>
        <w:br/>
        <w:t>v 0.096564 17.615662 1.126241</w:t>
        <w:br/>
        <w:t>v 0.076698 17.607910 1.155979</w:t>
        <w:br/>
        <w:t>v 0.082158 17.656528 1.169063</w:t>
        <w:br/>
        <w:t>v 0.063279 17.654858 1.174708</w:t>
        <w:br/>
        <w:t>v 0.058962 17.605665 1.160958</w:t>
        <w:br/>
        <w:t>v 0.041462 17.653868 1.178691</w:t>
        <w:br/>
        <w:t>v 0.038857 17.603710 1.164987</w:t>
        <w:br/>
        <w:t>v 0.106542 17.670479 1.030465</w:t>
        <w:br/>
        <w:t>v 0.136171 17.670380 1.031793</w:t>
        <w:br/>
        <w:t>v 0.135949 17.662600 1.100518</w:t>
        <w:br/>
        <w:t>v 0.107986 17.663954 1.095737</w:t>
        <w:br/>
        <w:t>v 0.126230 17.658171 1.155979</w:t>
        <w:br/>
        <w:t>v 0.100252 17.661566 1.143318</w:t>
        <w:br/>
        <w:t>v 0.082158 17.656528 1.169063</w:t>
        <w:br/>
        <w:t>v 0.098122 17.653564 1.181271</w:t>
        <w:br/>
        <w:t>v 0.073154 17.651335 1.195114</w:t>
        <w:br/>
        <w:t>v 0.063279 17.654858 1.174708</w:t>
        <w:br/>
        <w:t>v 0.050060 17.650629 1.204142</w:t>
        <w:br/>
        <w:t>v 0.041462 17.653868 1.178691</w:t>
        <w:br/>
        <w:t>v 0.021570 17.649998 1.207409</w:t>
        <w:br/>
        <w:t>v 0.017487 17.652929 1.182055</w:t>
        <w:br/>
        <w:t>v 0.553284 18.449539 1.227111</w:t>
        <w:br/>
        <w:t>v 0.485177 18.445532 1.254732</w:t>
        <w:br/>
        <w:t>v 0.485553 18.452822 1.257162</w:t>
        <w:br/>
        <w:t>v 0.429484 18.447458 1.273898</w:t>
        <w:br/>
        <w:t>v 0.430349 18.436703 1.266820</w:t>
        <w:br/>
        <w:t>v 0.379754 18.425247 1.278733</w:t>
        <w:br/>
        <w:t>v 0.377161 18.438103 1.287466</w:t>
        <w:br/>
        <w:t>v 0.329097 18.405247 1.281088</w:t>
        <w:br/>
        <w:t>v 0.324249 18.419512 1.287289</w:t>
        <w:br/>
        <w:t>v 0.280957 18.378803 1.278883</w:t>
        <w:br/>
        <w:t>v -0.552309 18.321569 1.093687</w:t>
        <w:br/>
        <w:t>v -0.539504 18.313929 1.099324</w:t>
        <w:br/>
        <w:t>v -0.553342 18.312502 1.092230</w:t>
        <w:br/>
        <w:t>v -0.551188 18.303591 1.091113</w:t>
        <w:br/>
        <w:t>v -0.548219 18.329679 1.095340</w:t>
        <w:br/>
        <w:t>v -0.537085 18.306679 1.098495</w:t>
        <w:br/>
        <w:t>v -0.546102 18.295895 1.090496</w:t>
        <w:br/>
        <w:t>v -0.538707 18.290361 1.090432</w:t>
        <w:br/>
        <w:t>v -0.537181 18.321154 1.100667</w:t>
        <w:br/>
        <w:t>v -0.541569 18.335878 1.096948</w:t>
        <w:br/>
        <w:t>v -0.530856 18.302156 1.098482</w:t>
        <w:br/>
        <w:t>v -0.529896 18.287645 1.090939</w:t>
        <w:br/>
        <w:t>v -0.526868 18.313890 1.102362</w:t>
        <w:br/>
        <w:t>v -0.523204 18.302084 1.099300</w:t>
        <w:br/>
        <w:t>v -0.520722 18.288074 1.091948</w:t>
        <w:br/>
        <w:t>v -0.531034 18.325562 1.101992</w:t>
        <w:br/>
        <w:t>v -0.533146 18.339407 1.098353</w:t>
        <w:br/>
        <w:t>v -0.517061 18.306503 1.100637</w:t>
        <w:br/>
        <w:t>v -0.512300 18.291595 1.093353</w:t>
        <w:br/>
        <w:t>v -0.505643 18.297787 1.094977</w:t>
        <w:br/>
        <w:t>v -0.523381 18.325502 1.102810</w:t>
        <w:br/>
        <w:t>v -0.523964 18.339836 1.099378</w:t>
        <w:br/>
        <w:t>v -0.515149 18.337107 1.099873</w:t>
        <w:br/>
        <w:t>v -0.514738 18.313715 1.101980</w:t>
        <w:br/>
        <w:t>v -0.501547 18.305910 1.096618</w:t>
        <w:br/>
        <w:t>v -0.500515 18.314966 1.098075</w:t>
        <w:br/>
        <w:t>v -0.517158 18.320963 1.102809</w:t>
        <w:br/>
        <w:t>v -0.507759 18.331572 1.099821</w:t>
        <w:br/>
        <w:t>v -0.502680 18.323893 1.099189</w:t>
        <w:br/>
        <w:t>v 0.222158 18.587019 1.361270</w:t>
        <w:br/>
        <w:t>v 0.183463 18.576385 1.365341</w:t>
        <w:br/>
        <w:t>v 0.220529 18.592880 1.373746</w:t>
        <w:br/>
        <w:t>v 0.220529 18.592880 1.373746</w:t>
        <w:br/>
        <w:t>v 0.218851 18.598244 1.365329</w:t>
        <w:br/>
        <w:t>v 0.272652 18.617819 1.359379</w:t>
        <w:br/>
        <w:t>v 0.273504 18.607775 1.373458</w:t>
        <w:br/>
        <w:t>v 0.273504 18.607775 1.373458</w:t>
        <w:br/>
        <w:t>v 0.275784 18.594723 1.351462</w:t>
        <w:br/>
        <w:t>v 0.343151 18.637438 1.341829</w:t>
        <w:br/>
        <w:t>v 0.345694 18.621405 1.359479</w:t>
        <w:br/>
        <w:t>v 0.347761 18.599094 1.337244</w:t>
        <w:br/>
        <w:t>v 0.345694 18.621405 1.359479</w:t>
        <w:br/>
        <w:t>v 0.423986 18.632372 1.314220</w:t>
        <w:br/>
        <w:t>v 0.425789 18.616720 1.332258</w:t>
        <w:br/>
        <w:t>v 0.427029 18.598368 1.310863</w:t>
        <w:br/>
        <w:t>v 0.425789 18.616720 1.332258</w:t>
        <w:br/>
        <w:t>v 0.510593 18.624237 1.279071</w:t>
        <w:br/>
        <w:t>v 0.510794 18.609280 1.294266</w:t>
        <w:br/>
        <w:t>v 0.510794 18.609280 1.294266</w:t>
        <w:br/>
        <w:t>v 0.510894 18.593519 1.278695</w:t>
        <w:br/>
        <w:t>v 0.588521 18.607397 1.237483</w:t>
        <w:br/>
        <w:t>v 0.588295 18.596188 1.252502</w:t>
        <w:br/>
        <w:t>v 0.664632 18.586390 1.166846</w:t>
        <w:br/>
        <w:t>v 0.664632 18.578779 1.184208</w:t>
        <w:br/>
        <w:t>v 0.664632 18.578779 1.184208</w:t>
        <w:br/>
        <w:t>v 0.727215 18.561163 1.094956</w:t>
        <w:br/>
        <w:t>v 0.726613 18.554739 1.088542</w:t>
        <w:br/>
        <w:t>v 0.664256 18.570457 1.170817</w:t>
        <w:br/>
        <w:t>v 0.727027 18.563602 1.081678</w:t>
        <w:br/>
        <w:t>v 0.727215 18.561163 1.094956</w:t>
        <w:br/>
        <w:t>v 0.771371 18.542713 1.017241</w:t>
        <w:br/>
        <w:t>v 0.771371 18.542713 1.017241</w:t>
        <w:br/>
        <w:t>v 0.588208 18.585230 1.236781</w:t>
        <w:br/>
        <w:t>v 0.588295 18.596188 1.252502</w:t>
        <w:br/>
        <w:t>v 0.183463 18.576385 1.365341</w:t>
        <w:br/>
        <w:t>v -0.252573 18.354551 1.149309</w:t>
        <w:br/>
        <w:t>v -0.293873 18.410080 1.171957</w:t>
        <w:br/>
        <w:t>v -0.342951 18.318777 1.169001</w:t>
        <w:br/>
        <w:t>v -0.387007 18.099562 1.107870</w:t>
        <w:br/>
        <w:t>v -0.428444 18.089054 1.097247</w:t>
        <w:br/>
        <w:t>v -0.381258 18.096392 1.025584</w:t>
        <w:br/>
        <w:t>v -0.463694 18.088638 1.088391</w:t>
        <w:br/>
        <w:t>v -0.492982 18.085823 0.993028</w:t>
        <w:br/>
        <w:t>v -0.280482 18.138281 1.049360</w:t>
        <w:br/>
        <w:t>v -0.322984 18.121609 1.119306</w:t>
        <w:br/>
        <w:t>v -0.507374 18.087860 1.073822</w:t>
        <w:br/>
        <w:t>v -0.559158 18.093761 1.058753</w:t>
        <w:br/>
        <w:t>v -0.286707 18.154024 1.126572</w:t>
        <w:br/>
        <w:t>v -0.220041 18.196491 1.065782</w:t>
        <w:br/>
        <w:t>v -0.258614 18.222923 1.138591</w:t>
        <w:br/>
        <w:t>v -0.490852 18.147339 0.956538</w:t>
        <w:br/>
        <w:t>v -0.381433 18.163874 0.980677</w:t>
        <w:br/>
        <w:t>v -0.274920 18.204060 1.010839</w:t>
        <w:br/>
        <w:t>v -0.280482 18.138281 1.049360</w:t>
        <w:br/>
        <w:t>v -0.253274 18.283863 1.156789</w:t>
        <w:br/>
        <w:t>v -0.208717 18.283714 1.068400</w:t>
        <w:br/>
        <w:t>v -0.220041 18.196491 1.065782</w:t>
        <w:br/>
        <w:t>v -0.275747 18.334074 1.004164</w:t>
        <w:br/>
        <w:t>v -0.208717 18.283714 1.068400</w:t>
        <w:br/>
        <w:t>v -0.293008 18.299513 1.160595</w:t>
        <w:br/>
        <w:t>v -0.611207 18.309193 0.935356</w:t>
        <w:br/>
        <w:t>v -0.667990 18.311348 0.949210</w:t>
        <w:br/>
        <w:t>v -0.619750 18.376747 0.971332</w:t>
        <w:br/>
        <w:t>v -0.379354 18.353550 0.975754</w:t>
        <w:br/>
        <w:t>v -0.348376 18.443752 1.178208</w:t>
        <w:br/>
        <w:t>v -0.407914 18.341412 1.174650</w:t>
        <w:br/>
        <w:t>v -0.293873 18.410080 1.171957</w:t>
        <w:br/>
        <w:t>v -0.263822 18.403240 1.055923</w:t>
        <w:br/>
        <w:t>v -0.348376 18.443752 1.178208</w:t>
        <w:br/>
        <w:t>v -0.263822 18.403240 1.055923</w:t>
        <w:br/>
        <w:t>v -0.379141 18.437689 1.011830</w:t>
        <w:br/>
        <w:t>v -0.423209 18.473593 1.175038</w:t>
        <w:br/>
        <w:t>v -0.467415 18.347389 1.176780</w:t>
        <w:br/>
        <w:t>v -0.423209 18.473593 1.175038</w:t>
        <w:br/>
        <w:t>v -0.630760 18.305176 1.114044</w:t>
        <w:br/>
        <w:t>v -0.599933 18.321621 1.136269</w:t>
        <w:br/>
        <w:t>v -0.599195 18.447073 1.117590</w:t>
        <w:br/>
        <w:t>v -0.665510 18.400509 1.066809</w:t>
        <w:br/>
        <w:t>v -0.492305 18.431852 0.988806</w:t>
        <w:br/>
        <w:t>v -0.513500 18.475971 1.156612</w:t>
        <w:br/>
        <w:t>v -0.491742 18.347088 0.953081</w:t>
        <w:br/>
        <w:t>v -0.599195 18.447073 1.117590</w:t>
        <w:br/>
        <w:t>v -0.513500 18.475971 1.156612</w:t>
        <w:br/>
        <w:t>v -0.513988 18.343554 1.168875</w:t>
        <w:br/>
        <w:t>v -0.561564 18.334646 1.155021</w:t>
        <w:br/>
        <w:t>v -0.665510 18.400509 1.066809</w:t>
        <w:br/>
        <w:t>v -0.679370 18.247532 1.021618</w:t>
        <w:br/>
        <w:t>v -0.661909 18.273945 1.061437</w:t>
        <w:br/>
        <w:t>v -0.683610 18.241236 0.949624</w:t>
        <w:br/>
        <w:t>v -0.683610 18.241236 0.949624</w:t>
        <w:br/>
        <w:t>v -0.656504 18.153162 0.946504</w:t>
        <w:br/>
        <w:t>v -0.656650 18.195110 1.012372</w:t>
        <w:br/>
        <w:t>v -0.656504 18.153162 0.946504</w:t>
        <w:br/>
        <w:t>v -0.597278 18.144270 0.935882</w:t>
        <w:br/>
        <w:t>v -0.638984 18.168661 1.019391</w:t>
        <w:br/>
        <w:t>v -0.590689 18.102644 0.964943</w:t>
        <w:br/>
        <w:t>v -0.620471 18.144390 1.028882</w:t>
        <w:br/>
        <w:t>v -0.590689 18.102644 0.964943</w:t>
        <w:br/>
        <w:t>v -0.592605 18.108593 1.045390</w:t>
        <w:br/>
        <w:t>v -0.226192 18.358185 1.068600</w:t>
        <w:br/>
        <w:t>v -0.667990 18.311348 0.949210</w:t>
        <w:br/>
        <w:t>v -0.671748 18.219896 1.011107</w:t>
        <w:br/>
        <w:t>v -0.747208 17.962997 0.304257</w:t>
        <w:br/>
        <w:t>v -0.732476 17.934214 0.258760</w:t>
        <w:br/>
        <w:t>v -0.759020 17.955107 0.194124</w:t>
        <w:br/>
        <w:t>v -0.777472 17.961720 0.242889</w:t>
        <w:br/>
        <w:t>v -0.833227 18.095619 0.200111</w:t>
        <w:br/>
        <w:t>v -0.795585 18.119081 0.292056</w:t>
        <w:br/>
        <w:t>v -0.769417 18.033609 0.298457</w:t>
        <w:br/>
        <w:t>v -0.806208 18.016359 0.223799</w:t>
        <w:br/>
        <w:t>v -0.835119 17.987101 0.139959</w:t>
        <w:br/>
        <w:t>v -0.867813 17.999252 0.188048</w:t>
        <w:br/>
        <w:t>v -0.924107 18.059261 0.125466</w:t>
        <w:br/>
        <w:t>v -0.867813 17.999252 0.188048</w:t>
        <w:br/>
        <w:t>v -0.875267 18.215357 0.169872</w:t>
        <w:br/>
        <w:t>v -0.837223 18.242014 0.292106</w:t>
        <w:br/>
        <w:t>v -0.904980 18.049267 0.081798</w:t>
        <w:br/>
        <w:t>v -0.924107 18.059261 0.125466</w:t>
        <w:br/>
        <w:t>v -0.984873 18.161531 0.074796</w:t>
        <w:br/>
        <w:t>v -0.984873 18.161531 0.074796</w:t>
        <w:br/>
        <w:t>v -0.976756 18.141602 0.034648</w:t>
        <w:br/>
        <w:t>v -1.041705 18.292057 0.059326</w:t>
        <w:br/>
        <w:t>v -1.030795 18.286182 0.015445</w:t>
        <w:br/>
        <w:t>v -0.969014 18.356106 0.155167</w:t>
        <w:br/>
        <w:t>v -0.926474 18.393248 0.239996</w:t>
        <w:br/>
        <w:t>v -1.068476 18.422110 0.050119</w:t>
        <w:br/>
        <w:t>v -1.079787 18.417208 0.084704</w:t>
        <w:br/>
        <w:t>v -1.079787 18.417208 0.084704</w:t>
        <w:br/>
        <w:t>v -1.055773 18.510433 0.117486</w:t>
        <w:br/>
        <w:t>v -1.059805 18.491367 0.146623</w:t>
        <w:br/>
        <w:t>v -1.059805 18.491367 0.146623</w:t>
        <w:br/>
        <w:t>v -1.018106 18.555605 0.182361</w:t>
        <w:br/>
        <w:t>v -1.027464 18.526390 0.200775</w:t>
        <w:br/>
        <w:t>v -1.000118 18.516579 0.239144</w:t>
        <w:br/>
        <w:t>v -0.984873 18.552946 0.211485</w:t>
        <w:br/>
        <w:t>v -1.000118 18.516579 0.239144</w:t>
        <w:br/>
        <w:t>v -0.887479 18.431253 0.303881</w:t>
        <w:br/>
        <w:t>v -0.963353 18.496988 0.258109</w:t>
        <w:br/>
        <w:t>v -0.900357 18.477865 0.229962</w:t>
        <w:br/>
        <w:t>v -0.887479 18.431253 0.303881</w:t>
        <w:br/>
        <w:t>v -0.956275 18.513777 0.247449</w:t>
        <w:br/>
        <w:t>v -0.963353 18.496988 0.258109</w:t>
        <w:br/>
        <w:t>v -0.777472 17.961720 0.242889</w:t>
        <w:br/>
        <w:t>v -0.111851 17.647675 1.222370</w:t>
        <w:br/>
        <w:t>v -0.115583 17.647703 1.221931</w:t>
        <w:br/>
        <w:t>v -0.117145 17.651028 1.225811</w:t>
        <w:br/>
        <w:t>v -0.111848 17.648073 1.223161</w:t>
        <w:br/>
        <w:t>v -0.000000 18.823645 1.387175</w:t>
        <w:br/>
        <w:t>v -0.116246 18.828304 1.381212</w:t>
        <w:br/>
        <w:t>v -0.117361 19.054834 1.322250</w:t>
        <w:br/>
        <w:t>v -0.000000 19.046093 1.328576</w:t>
        <w:br/>
        <w:t>v -0.000000 18.656479 1.380423</w:t>
        <w:br/>
        <w:t>v -0.111912 18.657530 1.376565</w:t>
        <w:br/>
        <w:t>v -0.000000 18.505421 1.358852</w:t>
        <w:br/>
        <w:t>v -0.107303 18.508818 1.354130</w:t>
        <w:br/>
        <w:t>v -0.000000 18.444645 1.340163</w:t>
        <w:br/>
        <w:t>v -0.101853 18.440060 1.338146</w:t>
        <w:br/>
        <w:t>v -0.214317 18.658506 1.362673</w:t>
        <w:br/>
        <w:t>v -0.209569 18.509644 1.340463</w:t>
        <w:br/>
        <w:t>v -0.191794 18.434797 1.323666</w:t>
        <w:br/>
        <w:t>v -0.000000 18.379152 1.316889</w:t>
        <w:br/>
        <w:t>v -0.088074 18.378605 1.312880</w:t>
        <w:br/>
        <w:t>v -0.220580 18.837172 1.370602</w:t>
        <w:br/>
        <w:t>v -0.000000 18.313339 1.291322</w:t>
        <w:br/>
        <w:t>v -0.082062 18.309996 1.288002</w:t>
        <w:br/>
        <w:t>v -0.000000 18.245596 1.280800</w:t>
        <w:br/>
        <w:t>v -0.070312 18.243280 1.275288</w:t>
        <w:br/>
        <w:t>v -0.000000 18.185682 1.284570</w:t>
        <w:br/>
        <w:t>v -0.063322 18.184341 1.277793</w:t>
        <w:br/>
        <w:t>v -0.120881 18.234459 1.258916</w:t>
        <w:br/>
        <w:t>v -0.137980 18.298071 1.270653</w:t>
        <w:br/>
        <w:t>v -0.160891 18.368896 1.296408</w:t>
        <w:br/>
        <w:t>v -0.113466 18.177238 1.259993</w:t>
        <w:br/>
        <w:t>v -0.188049 18.289679 1.218480</w:t>
        <w:br/>
        <w:t>v -0.235749 18.349642 1.245011</w:t>
        <w:br/>
        <w:t>v -0.176725 18.229111 1.215975</w:t>
        <w:br/>
        <w:t>v -0.317297 18.406473 1.274887</w:t>
        <w:br/>
        <w:t>v -0.171564 18.162848 1.214872</w:t>
        <w:br/>
        <w:t>v -0.224876 18.288275 1.192563</w:t>
        <w:br/>
        <w:t>v -0.272439 18.334814 1.209862</w:t>
        <w:br/>
        <w:t>v -0.318349 18.509941 1.319081</w:t>
        <w:br/>
        <w:t>v -0.330550 18.366617 1.224656</w:t>
        <w:br/>
        <w:t>v -0.216347 18.200226 1.173660</w:t>
        <w:br/>
        <w:t>v -0.321105 18.660551 1.339862</w:t>
        <w:br/>
        <w:t>v -0.246134 18.284250 1.166153</w:t>
        <w:br/>
        <w:t>v -0.289563 18.313492 1.177005</w:t>
        <w:br/>
        <w:t>v -0.322045 18.849001 1.342944</w:t>
        <w:br/>
        <w:t>v -0.338692 18.346447 1.188417</w:t>
        <w:br/>
        <w:t>v -0.218989 19.059408 1.308183</w:t>
        <w:br/>
        <w:t>v -0.115269 19.253443 1.228251</w:t>
        <w:br/>
        <w:t>v -0.000000 19.250023 1.232610</w:t>
        <w:br/>
        <w:t>v -0.118802 19.441053 1.128853</w:t>
        <w:br/>
        <w:t>v -0.000000 19.442144 1.144561</w:t>
        <w:br/>
        <w:t>v -0.243078 19.246180 1.211303</w:t>
        <w:br/>
        <w:t>v -0.248188 19.434479 1.098226</w:t>
        <w:br/>
        <w:t>v -0.391529 19.241356 1.156048</w:t>
        <w:br/>
        <w:t>v -0.394661 19.424643 1.037384</w:t>
        <w:br/>
        <w:t>v -0.316395 19.065157 1.273146</w:t>
        <w:br/>
        <w:t>v -0.509316 19.406052 0.949686</w:t>
        <w:br/>
        <w:t>v -0.519074 19.226025 1.065080</w:t>
        <w:br/>
        <w:t>v -0.416733 19.068562 1.236080</w:t>
        <w:br/>
        <w:t>v -0.427869 18.863293 1.291723</w:t>
        <w:br/>
        <w:t>v -0.523283 19.058983 1.174011</w:t>
        <w:br/>
        <w:t>v -0.613261 19.195658 0.985349</w:t>
        <w:br/>
        <w:t>v -0.606422 19.371578 0.832588</w:t>
        <w:br/>
        <w:t>v -0.619763 19.033152 1.100794</w:t>
        <w:br/>
        <w:t>v -0.523108 18.874641 1.250273</w:t>
        <w:br/>
        <w:t>v -0.610405 18.867765 1.180600</w:t>
        <w:br/>
        <w:t>v -0.689986 19.297876 0.679176</w:t>
        <w:br/>
        <w:t>v -0.688533 19.146955 0.863065</w:t>
        <w:br/>
        <w:t>v -0.693657 18.987629 0.994481</w:t>
        <w:br/>
        <w:t>v -0.781468 19.052305 0.689673</w:t>
        <w:br/>
        <w:t>v -0.777309 19.198265 0.527567</w:t>
        <w:br/>
        <w:t>v -0.767085 18.921453 0.837448</w:t>
        <w:br/>
        <w:t>v -0.850702 19.032961 0.382961</w:t>
        <w:br/>
        <w:t>v -0.839326 18.926477 0.538177</w:t>
        <w:br/>
        <w:t>v -0.824446 18.809526 0.682884</w:t>
        <w:br/>
        <w:t>v -0.900470 18.764393 0.431601</w:t>
        <w:br/>
        <w:t>v -0.911846 18.839405 0.276648</w:t>
        <w:br/>
        <w:t>v -0.871696 18.676611 0.608952</w:t>
        <w:br/>
        <w:t>v -0.937122 18.643801 0.204508</w:t>
        <w:br/>
        <w:t>v -0.909589 18.595222 0.350079</w:t>
        <w:br/>
        <w:t>v -0.854486 18.524210 0.579389</w:t>
        <w:br/>
        <w:t>v -0.886954 18.566814 0.441811</w:t>
        <w:br/>
        <w:t>v -0.819073 18.378876 0.585515</w:t>
        <w:br/>
        <w:t>v -0.853846 18.405071 0.444692</w:t>
        <w:br/>
        <w:t>v -0.829620 18.583752 0.776845</w:t>
        <w:br/>
        <w:t>v -0.798339 18.679518 0.857867</w:t>
        <w:br/>
        <w:t>v -0.793456 18.260977 0.599820</w:t>
        <w:br/>
        <w:t>v -0.810918 18.252186 0.448174</w:t>
        <w:br/>
        <w:t>v -0.811242 18.436523 0.777659</w:t>
        <w:br/>
        <w:t>v -0.740356 18.780704 0.977720</w:t>
        <w:br/>
        <w:t>v -0.791088 18.485088 0.913797</w:t>
        <w:br/>
        <w:t>v -0.767074 18.559484 0.984134</w:t>
        <w:br/>
        <w:t>v -0.686003 18.840517 1.100042</w:t>
        <w:br/>
        <w:t>v -0.718296 18.619801 1.071143</w:t>
        <w:br/>
        <w:t>v -0.660311 18.655102 1.149584</w:t>
        <w:br/>
        <w:t>v -0.597289 18.672901 1.214134</w:t>
        <w:br/>
        <w:t>v -0.520214 18.676296 1.267684</w:t>
        <w:br/>
        <w:t>v -0.426265 18.668530 1.306354</w:t>
        <w:br/>
        <w:t>v -0.583335 18.546295 1.224618</w:t>
        <w:br/>
        <w:t>v -0.641133 18.530235 1.176579</w:t>
        <w:br/>
        <w:t>v -0.512586 18.547134 1.267096</w:t>
        <w:br/>
        <w:t>v -0.688973 18.497515 1.125984</w:t>
        <w:br/>
        <w:t>v -0.727805 18.443037 1.064467</w:t>
        <w:br/>
        <w:t>v -0.421681 18.533756 1.300942</w:t>
        <w:br/>
        <w:t>v -0.499646 18.467705 1.250786</w:t>
        <w:br/>
        <w:t>v -0.564057 18.468269 1.228552</w:t>
        <w:br/>
        <w:t>v -0.409806 18.442026 1.268022</w:t>
        <w:br/>
        <w:t>v -0.406035 18.385073 1.231846</w:t>
        <w:br/>
        <w:t>v -0.484250 18.410402 1.225207</w:t>
        <w:br/>
        <w:t>v -0.544102 18.406956 1.208033</w:t>
        <w:br/>
        <w:t>v -0.615378 18.446472 1.187090</w:t>
        <w:br/>
        <w:t>v -0.595010 18.393692 1.184383</w:t>
        <w:br/>
        <w:t>v -0.661413 18.419090 1.142282</w:t>
        <w:br/>
        <w:t>v -0.636448 18.376156 1.155284</w:t>
        <w:br/>
        <w:t>v -0.537739 18.392048 1.193202</w:t>
        <w:br/>
        <w:t>v -0.584526 18.382395 1.174875</w:t>
        <w:br/>
        <w:t>v -0.698405 18.382576 1.097374</w:t>
        <w:br/>
        <w:t>v -0.623169 18.365625 1.151690</w:t>
        <w:br/>
        <w:t>v -0.479528 18.394852 1.205528</w:t>
        <w:br/>
        <w:t>v -0.407613 18.377764 1.200154</w:t>
        <w:br/>
        <w:t>v -0.293008 18.299513 1.160595</w:t>
        <w:br/>
        <w:t>v -0.342951 18.318777 1.169001</w:t>
        <w:br/>
        <w:t>v -0.253274 18.283863 1.156789</w:t>
        <w:br/>
        <w:t>v -0.258614 18.222923 1.138591</w:t>
        <w:br/>
        <w:t>v -0.249324 18.220688 1.152014</w:t>
        <w:br/>
        <w:t>v -0.276936 18.151373 1.142731</w:t>
        <w:br/>
        <w:t>v -0.286707 18.154024 1.126572</w:t>
        <w:br/>
        <w:t>v -0.249090 18.145084 1.163726</w:t>
        <w:br/>
        <w:t>v -0.322984 18.121609 1.119306</w:t>
        <w:br/>
        <w:t>v -0.312298 18.117201 1.136969</w:t>
        <w:br/>
        <w:t>v -0.307539 18.094063 1.152602</w:t>
        <w:br/>
        <w:t>v -0.383073 18.092482 1.127286</w:t>
        <w:br/>
        <w:t>v -0.387007 18.099562 1.107870</w:t>
        <w:br/>
        <w:t>v -0.427304 18.081789 1.118479</w:t>
        <w:br/>
        <w:t>v -0.428444 18.089054 1.097247</w:t>
        <w:br/>
        <w:t>v -0.465210 18.078854 1.108045</w:t>
        <w:br/>
        <w:t>v -0.463694 18.088638 1.088391</w:t>
        <w:br/>
        <w:t>v -0.373854 18.070763 1.139262</w:t>
        <w:br/>
        <w:t>v -0.421342 18.059513 1.126372</w:t>
        <w:br/>
        <w:t>v -0.462254 18.054991 1.109787</w:t>
        <w:br/>
        <w:t>v -0.513449 18.079897 1.092048</w:t>
        <w:br/>
        <w:t>v -0.507374 18.087860 1.073822</w:t>
        <w:br/>
        <w:t>v -0.564294 18.086481 1.074086</w:t>
        <w:br/>
        <w:t>v -0.559158 18.093761 1.058753</w:t>
        <w:br/>
        <w:t>v -0.513449 18.079897 1.092048</w:t>
        <w:br/>
        <w:t>v -0.513086 18.055456 1.091673</w:t>
        <w:br/>
        <w:t>v -0.592605 18.108593 1.045390</w:t>
        <w:br/>
        <w:t>v -0.602926 18.103109 1.051337</w:t>
        <w:br/>
        <w:t>v -0.567214 18.060867 1.067259</w:t>
        <w:br/>
        <w:t>v -0.564294 18.086481 1.074086</w:t>
        <w:br/>
        <w:t>v -0.602926 18.103109 1.051337</w:t>
        <w:br/>
        <w:t>v -0.603077 18.083902 1.042206</w:t>
        <w:br/>
        <w:t>v -0.634280 18.132683 1.026999</w:t>
        <w:br/>
        <w:t>v -0.636849 18.116058 1.016615</w:t>
        <w:br/>
        <w:t>v -0.655223 18.160578 1.014460</w:t>
        <w:br/>
        <w:t>v -0.657893 18.146986 1.002297</w:t>
        <w:br/>
        <w:t>v -0.673025 18.187584 1.010752</w:t>
        <w:br/>
        <w:t>v -0.676345 18.178190 0.995833</w:t>
        <w:br/>
        <w:t>v -0.706496 18.249783 0.998990</w:t>
        <w:br/>
        <w:t>v -0.726152 18.286133 1.008435</w:t>
        <w:br/>
        <w:t>v -0.717006 18.270033 1.014035</w:t>
        <w:br/>
        <w:t>v -0.697227 18.221746 0.996936</w:t>
        <w:br/>
        <w:t>v -0.694483 18.225492 1.010715</w:t>
        <w:br/>
        <w:t>v -0.685351 18.306364 1.083594</w:t>
        <w:br/>
        <w:t>v -0.698454 18.315342 1.073523</w:t>
        <w:br/>
        <w:t>v -0.729971 18.261555 0.968827</w:t>
        <w:br/>
        <w:t>v -0.717870 18.218651 0.964267</w:t>
        <w:br/>
        <w:t>v -0.698454 18.163919 0.962576</w:t>
        <w:br/>
        <w:t>v -0.679263 18.120306 0.967135</w:t>
        <w:br/>
        <w:t>v -0.672336 18.347759 1.121325</w:t>
        <w:br/>
        <w:t>v -0.657317 18.338120 1.120763</w:t>
        <w:br/>
        <w:t>v -0.726301 18.340660 1.048921</w:t>
        <w:br/>
        <w:t>v -0.747909 18.311337 0.978221</w:t>
        <w:br/>
        <w:t>v -0.749124 18.384914 1.007471</w:t>
        <w:br/>
        <w:t>v -0.778073 18.363359 0.908824</w:t>
        <w:br/>
        <w:t>v -0.753347 18.289591 0.906570</w:t>
        <w:br/>
        <w:t>v -0.781355 18.336603 0.786666</w:t>
        <w:br/>
        <w:t>v -0.738138 18.220743 0.909225</w:t>
        <w:br/>
        <w:t>v -0.721190 18.155342 0.910491</w:t>
        <w:br/>
        <w:t>v -0.767075 18.244181 0.791739</w:t>
        <w:br/>
        <w:t>v -0.764731 18.144657 0.621241</w:t>
        <w:br/>
        <w:t>v -0.783434 18.132481 0.459924</w:t>
        <w:br/>
        <w:t>v -0.745654 18.153904 0.800909</w:t>
        <w:br/>
        <w:t>v -0.704579 18.099112 0.916340</w:t>
        <w:br/>
        <w:t>v -0.645969 18.052813 1.000255</w:t>
        <w:br/>
        <w:t>v -0.723871 18.081326 0.810942</w:t>
        <w:br/>
        <w:t>v -0.678888 18.027084 0.937723</w:t>
        <w:br/>
        <w:t>v -0.609704 18.034662 1.035029</w:t>
        <w:br/>
        <w:t>v -0.736886 18.056005 0.639053</w:t>
        <w:br/>
        <w:t>v -0.697064 18.001381 0.822354</w:t>
        <w:br/>
        <w:t>v -0.553510 18.013378 1.075226</w:t>
        <w:br/>
        <w:t>v -0.756314 18.041904 0.468755</w:t>
        <w:br/>
        <w:t>v -0.492230 18.008194 1.109687</w:t>
        <w:br/>
        <w:t>v -0.596462 17.982765 1.039514</w:t>
        <w:br/>
        <w:t>v -0.649739 17.942743 0.969503</w:t>
        <w:br/>
        <w:t>v -0.452521 18.009256 1.126998</w:t>
        <w:br/>
        <w:t>v -0.573001 17.913956 1.062049</w:t>
        <w:br/>
        <w:t>v -0.539831 17.948114 1.093039</w:t>
        <w:br/>
        <w:t>v -0.472839 17.949833 1.134441</w:t>
        <w:br/>
        <w:t>v -0.405759 18.020544 1.141855</w:t>
        <w:br/>
        <w:t>v -0.431539 17.956835 1.151876</w:t>
        <w:br/>
        <w:t>v -0.355816 18.037657 1.155208</w:t>
        <w:br/>
        <w:t>v -0.381884 17.968948 1.167748</w:t>
        <w:br/>
        <w:t>v -0.443026 17.878645 1.158204</w:t>
        <w:br/>
        <w:t>v -0.507112 17.865204 1.118869</w:t>
        <w:br/>
        <w:t>v -0.400073 17.895319 1.178683</w:t>
        <w:br/>
        <w:t>v -0.555865 17.854906 1.074212</w:t>
        <w:br/>
        <w:t>v -0.327143 17.985533 1.184884</w:t>
        <w:br/>
        <w:t>v -0.620851 17.864489 0.994594</w:t>
        <w:br/>
        <w:t>v -0.305347 18.059565 1.168474</w:t>
        <w:br/>
        <w:t>v -0.669093 17.912992 0.839941</w:t>
        <w:br/>
        <w:t>v -0.709804 17.973392 0.654937</w:t>
        <w:br/>
        <w:t>v -0.234346 18.089338 1.190496</w:t>
        <w:br/>
        <w:t>v -0.724510 17.950848 0.478864</w:t>
        <w:br/>
        <w:t>v -0.166515 18.109470 1.228213</w:t>
        <w:br/>
        <w:t>v -0.687819 17.893085 0.668892</w:t>
        <w:br/>
        <w:t>v -0.698855 17.877754 0.488685</w:t>
        <w:br/>
        <w:t>v -0.622293 17.787966 0.865395</w:t>
        <w:br/>
        <w:t>v -0.637450 17.782101 0.689310</w:t>
        <w:br/>
        <w:t>v -0.649751 17.775688 0.516506</w:t>
        <w:br/>
        <w:t>v -0.530812 17.789230 1.090497</w:t>
        <w:br/>
        <w:t>v -0.591464 17.783993 1.013721</w:t>
        <w:br/>
        <w:t>v -0.479115 17.797472 1.136256</w:t>
        <w:br/>
        <w:t>v -0.410044 17.812868 1.178045</w:t>
        <w:br/>
        <w:t>v -0.496301 17.721865 1.106794</w:t>
        <w:br/>
        <w:t>v -0.561727 17.720657 1.028052</w:t>
        <w:br/>
        <w:t>v -0.434458 17.726534 1.155522</w:t>
        <w:br/>
        <w:t>v -0.591891 17.722876 0.882694</w:t>
        <w:br/>
        <w:t>v -0.604981 17.719595 0.712885</w:t>
        <w:br/>
        <w:t>v -0.522143 17.660933 1.038311</w:t>
        <w:br/>
        <w:t>v -0.548725 17.657301 0.902699</w:t>
        <w:br/>
        <w:t>v -0.617057 17.718443 0.544190</w:t>
        <w:br/>
        <w:t>v -0.566638 17.655222 0.736234</w:t>
        <w:br/>
        <w:t>v -0.653309 17.773409 0.351933</w:t>
        <w:br/>
        <w:t>v -0.578063 17.661938 0.412361</w:t>
        <w:br/>
        <w:t>v -0.635058 17.772270 0.308240</w:t>
        <w:br/>
        <w:t>v -0.697991 17.865429 0.319101</w:t>
        <w:br/>
        <w:t>v -0.681481 17.861658 0.274130</w:t>
        <w:br/>
        <w:t>v -0.598480 17.852175 0.205711</w:t>
        <w:br/>
        <w:t>v -0.568955 17.666985 0.380268</w:t>
        <w:br/>
        <w:t>v -0.465248 17.645638 0.339243</w:t>
        <w:br/>
        <w:t>v -0.543338 17.756149 0.262330</w:t>
        <w:br/>
        <w:t>v -0.574191 17.657150 0.576746</w:t>
        <w:br/>
        <w:t>v -0.473866 17.577682 0.444980</w:t>
        <w:br/>
        <w:t>v -0.385717 17.556261 0.405646</w:t>
        <w:br/>
        <w:t>v -0.510218 17.586481 0.474016</w:t>
        <w:br/>
        <w:t>v -0.378965 17.498201 0.522895</w:t>
        <w:br/>
        <w:t>v -0.298157 17.481354 0.476972</w:t>
        <w:br/>
        <w:t>v -0.404895 17.498550 0.566274</w:t>
        <w:br/>
        <w:t>v -0.276436 17.443911 0.579490</w:t>
        <w:br/>
        <w:t>v -0.218951 17.424496 0.530812</w:t>
        <w:br/>
        <w:t>v -0.303230 17.427114 0.652933</w:t>
        <w:br/>
        <w:t>v -0.505483 17.580248 0.621165</w:t>
        <w:br/>
        <w:t>v -0.192583 17.394234 0.646569</w:t>
        <w:br/>
        <w:t>v -0.102129 17.379686 0.579703</w:t>
        <w:br/>
        <w:t>v -0.488510 17.580839 0.927852</w:t>
        <w:br/>
        <w:t>v -0.495550 17.576754 0.770795</w:t>
        <w:br/>
        <w:t>v -0.416795 17.506227 0.682483</w:t>
        <w:br/>
        <w:t>v -0.412549 17.507547 0.810003</w:t>
        <w:br/>
        <w:t>v -0.319915 17.442232 0.745967</w:t>
        <w:br/>
        <w:t>v -0.320717 17.447304 0.860222</w:t>
        <w:br/>
        <w:t>v -0.253875 17.399172 0.805744</w:t>
        <w:br/>
        <w:t>v -0.252560 17.406593 0.904478</w:t>
        <w:br/>
        <w:t>v -0.206099 17.376244 0.740543</w:t>
        <w:br/>
        <w:t>v -0.000000 17.352880 0.598004</w:t>
        <w:br/>
        <w:t>v -0.105223 17.370441 0.654749</w:t>
        <w:br/>
        <w:t>v -0.104659 17.345152 0.749024</w:t>
        <w:br/>
        <w:t>v -0.178240 17.356462 0.852167</w:t>
        <w:br/>
        <w:t>v -0.000000 17.337410 0.751504</w:t>
        <w:br/>
        <w:t>v -0.000000 17.362514 0.657768</w:t>
        <w:br/>
        <w:t>v -0.112614 17.325361 0.899367</w:t>
        <w:br/>
        <w:t>v -0.097745 17.323217 0.978722</w:t>
        <w:br/>
        <w:t>v -0.172240 17.357843 0.943110</w:t>
        <w:br/>
        <w:t>v -0.051534 17.301710 0.931660</w:t>
        <w:br/>
        <w:t>v -0.045647 17.299503 1.007070</w:t>
        <w:br/>
        <w:t>v -0.162883 17.362766 1.013033</w:t>
        <w:br/>
        <w:t>v -0.094287 17.329042 1.033939</w:t>
        <w:br/>
        <w:t>v -0.308065 17.449059 0.984710</w:t>
        <w:br/>
        <w:t>v -0.237203 17.406042 1.000281</w:t>
        <w:br/>
        <w:t>v -0.399496 17.510700 0.960584</w:t>
        <w:br/>
        <w:t>v -0.222634 17.419209 1.064767</w:t>
        <w:br/>
        <w:t>v -0.292845 17.464443 1.062274</w:t>
        <w:br/>
        <w:t>v -0.376761 17.522013 1.056713</w:t>
        <w:br/>
        <w:t>v -0.464910 17.591961 1.048633</w:t>
        <w:br/>
        <w:t>v -0.449953 17.657927 1.121174</w:t>
        <w:br/>
        <w:t>v -0.397880 17.599665 1.124080</w:t>
        <w:br/>
        <w:t>v -0.340446 17.539665 1.115976</w:t>
        <w:br/>
        <w:t>v -0.382673 17.660381 1.162612</w:t>
        <w:br/>
        <w:t>v -0.264285 17.481401 1.102259</w:t>
        <w:br/>
        <w:t>v -0.362230 17.731346 1.195206</w:t>
        <w:br/>
        <w:t>v -0.264310 17.563702 1.151726</w:t>
        <w:br/>
        <w:t>v -0.324763 17.605841 1.158040</w:t>
        <w:br/>
        <w:t>v -0.296027 17.661173 1.200956</w:t>
        <w:br/>
        <w:t>v -0.363219 17.830933 1.203924</w:t>
        <w:br/>
        <w:t>v -0.351069 17.912579 1.199778</w:t>
        <w:br/>
        <w:t>v -0.303556 17.779285 1.232397</w:t>
        <w:br/>
        <w:t>v -0.308854 17.851187 1.226372</w:t>
        <w:br/>
        <w:t>v -0.295914 17.934511 1.214872</w:t>
        <w:br/>
        <w:t>v -0.277475 18.005600 1.198563</w:t>
        <w:br/>
        <w:t>v -0.251896 17.873945 1.246051</w:t>
        <w:br/>
        <w:t>v -0.244581 17.955168 1.227812</w:t>
        <w:br/>
        <w:t>v -0.211623 18.029163 1.219382</w:t>
        <w:br/>
        <w:t>v -0.185793 17.977392 1.251464</w:t>
        <w:br/>
        <w:t>v -0.206500 17.895281 1.261121</w:t>
        <w:br/>
        <w:t>v -0.254339 17.805151 1.251663</w:t>
        <w:br/>
        <w:t>v -0.202892 17.827497 1.270490</w:t>
        <w:br/>
        <w:t>v -0.231792 17.742277 1.253392</w:t>
        <w:br/>
        <w:t>v -0.270010 17.706318 1.230268</w:t>
        <w:br/>
        <w:t>v -0.194801 17.767582 1.269764</w:t>
        <w:br/>
        <w:t>v -0.173167 17.717951 1.269739</w:t>
        <w:br/>
        <w:t>v -0.197481 17.693789 1.247767</w:t>
        <w:br/>
        <w:t>v -0.206851 17.665678 1.226573</w:t>
        <w:br/>
        <w:t>v -0.251596 17.620672 1.188366</w:t>
        <w:br/>
        <w:t>v -0.143780 17.738874 1.285785</w:t>
        <w:br/>
        <w:t>v -0.151497 17.789341 1.289380</w:t>
        <w:br/>
        <w:t>v -0.209043 17.636290 1.206355</w:t>
        <w:br/>
        <w:t>v -0.161918 17.847692 1.285071</w:t>
        <w:br/>
        <w:t>v -0.154703 17.918039 1.286073</w:t>
        <w:br/>
        <w:t>v -0.120543 17.872105 1.316663</w:t>
        <w:br/>
        <w:t>v -0.118452 17.812227 1.310049</w:t>
        <w:br/>
        <w:t>v -0.125629 18.001028 1.281301</w:t>
        <w:br/>
        <w:t>v -0.147600 18.053263 1.252602</w:t>
        <w:br/>
        <w:t>v -0.110171 17.759655 1.303736</w:t>
        <w:br/>
        <w:t>v -0.103307 17.944948 1.319331</w:t>
        <w:br/>
        <w:t>v -0.076876 18.027157 1.315110</w:t>
        <w:br/>
        <w:t>v -0.092083 18.080849 1.285560</w:t>
        <w:br/>
        <w:t>v -0.061693 17.981174 1.354919</w:t>
        <w:br/>
        <w:t>v -0.106025 18.135237 1.267271</w:t>
        <w:br/>
        <w:t>v -0.039496 18.046274 1.344773</w:t>
        <w:br/>
        <w:t>v -0.047714 18.096781 1.312216</w:t>
        <w:br/>
        <w:t>v -0.057309 18.148403 1.286687</w:t>
        <w:br/>
        <w:t>v -0.000000 18.152037 1.293414</w:t>
        <w:br/>
        <w:t>v -0.031743 18.006927 1.380636</w:t>
        <w:br/>
        <w:t>v -0.000000 18.100828 1.320484</w:t>
        <w:br/>
        <w:t>v -0.000000 18.051960 1.352489</w:t>
        <w:br/>
        <w:t>v -0.000000 18.013906 1.384619</w:t>
        <w:br/>
        <w:t>v -0.000000 17.984657 1.414370</w:t>
        <w:br/>
        <w:t>v -0.024953 17.978479 1.412103</w:t>
        <w:br/>
        <w:t>v -0.051459 17.948114 1.387638</w:t>
        <w:br/>
        <w:t>v -0.082525 17.906666 1.352076</w:t>
        <w:br/>
        <w:t>v -0.019039 17.960680 1.437068</w:t>
        <w:br/>
        <w:t>v -0.042879 17.927359 1.412015</w:t>
        <w:br/>
        <w:t>v -0.067766 17.885706 1.378832</w:t>
        <w:br/>
        <w:t>v -0.092058 17.848417 1.344485</w:t>
        <w:br/>
        <w:t>v -0.069748 17.789642 1.328225</w:t>
        <w:br/>
        <w:t>v -0.044018 17.864702 1.405062</w:t>
        <w:br/>
        <w:t>v -0.056884 17.830904 1.370402</w:t>
        <w:br/>
        <w:t>v -0.053050 17.729927 1.328012</w:t>
        <w:br/>
        <w:t>v -0.076788 17.721249 1.313193</w:t>
        <w:br/>
        <w:t>v -0.030403 17.819654 1.385910</w:t>
        <w:br/>
        <w:t>v -0.031129 17.782604 1.343382</w:t>
        <w:br/>
        <w:t>v -0.025291 17.734766 1.340476</w:t>
        <w:br/>
        <w:t>v -0.104497 17.709135 1.294641</w:t>
        <w:br/>
        <w:t>v -0.022885 17.852440 1.417665</w:t>
        <w:br/>
        <w:t>v -0.029350 17.904535 1.439799</w:t>
        <w:br/>
        <w:t>v -0.015947 17.889843 1.445722</w:t>
        <w:br/>
        <w:t>v -0.012289 17.944786 1.464777</w:t>
        <w:br/>
        <w:t>v 0.000000 17.846025 1.426521</w:t>
        <w:br/>
        <w:t>v -0.000001 17.814880 1.394917</w:t>
        <w:br/>
        <w:t>v -0.000001 17.778618 1.350034</w:t>
        <w:br/>
        <w:t>v -0.010485 17.926596 1.469535</w:t>
        <w:br/>
        <w:t>v -0.000000 17.963999 1.442367</w:t>
        <w:br/>
        <w:t>v -0.000000 17.947039 1.469274</w:t>
        <w:br/>
        <w:t>v -0.000000 17.924015 1.475487</w:t>
        <w:br/>
        <w:t>v -0.000000 17.884645 1.453440</w:t>
        <w:br/>
        <w:t>v -0.000001 17.736366 1.344560</w:t>
        <w:br/>
        <w:t>v -0.022197 17.695469 1.343745</w:t>
        <w:br/>
        <w:t>v -0.044895 17.692850 1.329778</w:t>
        <w:br/>
        <w:t>v -0.065476 17.688393 1.315749</w:t>
        <w:br/>
        <w:t>v -0.000001 17.696880 1.345399</w:t>
        <w:br/>
        <w:t>v -0.014619 17.643068 1.257175</w:t>
        <w:br/>
        <w:t>v -0.015320 17.644836 1.282341</w:t>
        <w:br/>
        <w:t>v -0.000001 17.645086 1.282616</w:t>
        <w:br/>
        <w:t>v -0.000001 17.642967 1.258139</w:t>
        <w:br/>
        <w:t>v -0.031955 17.643408 1.252815</w:t>
        <w:br/>
        <w:t>v -0.033809 17.644522 1.279597</w:t>
        <w:br/>
        <w:t>v -0.054102 17.644625 1.271705</w:t>
        <w:br/>
        <w:t>v -0.052035 17.644161 1.244548</w:t>
        <w:br/>
        <w:t>v -0.071367 17.644869 1.234462</w:t>
        <w:br/>
        <w:t>v -0.073706 17.645126 1.260594</w:t>
        <w:br/>
        <w:t>v -0.090793 17.646431 1.228123</w:t>
        <w:br/>
        <w:t>v -0.093260 17.646866 1.245500</w:t>
        <w:br/>
        <w:t>v -0.106935 17.647417 1.223776</w:t>
        <w:br/>
        <w:t>v -0.108706 17.649572 1.230164</w:t>
        <w:br/>
        <w:t>v -0.089828 17.681927 1.295105</w:t>
        <w:br/>
        <w:t>v -0.109081 17.675764 1.277543</w:t>
        <w:br/>
        <w:t>v -0.127408 17.696407 1.276779</w:t>
        <w:br/>
        <w:t>v -0.149367 17.683117 1.254419</w:t>
        <w:br/>
        <w:t>v -0.166517 17.665047 1.234763</w:t>
        <w:br/>
        <w:t>v -0.130715 17.668400 1.252151</w:t>
        <w:br/>
        <w:t>v -0.146300 17.663086 1.234505</w:t>
        <w:br/>
        <w:t>v -0.149969 17.647955 1.219786</w:t>
        <w:br/>
        <w:t>v -0.171727 17.643549 1.216939</w:t>
        <w:br/>
        <w:t>v -0.135870 17.626204 1.216459</w:t>
        <w:br/>
        <w:t>v -0.156771 17.618477 1.202783</w:t>
        <w:br/>
        <w:t>v -0.183840 17.603722 1.193903</w:t>
        <w:br/>
        <w:t>v -0.214329 17.587753 1.178997</w:t>
        <w:br/>
        <w:t>v -0.173781 17.555523 1.170454</w:t>
        <w:br/>
        <w:t>v -0.214968 17.525347 1.141755</w:t>
        <w:br/>
        <w:t>v -0.137767 17.532236 1.162336</w:t>
        <w:br/>
        <w:t>v -0.164774 17.492025 1.135104</w:t>
        <w:br/>
        <w:t>v -0.202128 17.441031 1.097236</w:t>
        <w:br/>
        <w:t>v -0.151922 17.378290 1.071757</w:t>
        <w:br/>
        <w:t>v -0.138757 17.406193 1.102209</w:t>
        <w:br/>
        <w:t>v -0.088250 17.346104 1.081340</w:t>
        <w:br/>
        <w:t>v -0.043831 17.303337 1.051928</w:t>
        <w:br/>
        <w:t>v -0.083214 17.380140 1.106293</w:t>
        <w:br/>
        <w:t>v -0.042803 17.324461 1.092538</w:t>
        <w:br/>
        <w:t>v -0.118827 17.463890 1.132285</w:t>
        <w:br/>
        <w:t>v -0.073644 17.445089 1.135041</w:t>
        <w:br/>
        <w:t>v -0.097945 17.512281 1.160846</w:t>
        <w:br/>
        <w:t>v -0.060954 17.499916 1.160808</w:t>
        <w:br/>
        <w:t>v -0.032469 17.434542 1.138536</w:t>
        <w:br/>
        <w:t>v -0.037755 17.371019 1.115650</w:t>
        <w:br/>
        <w:t>v -0.119357 17.557226 1.183833</w:t>
        <w:br/>
        <w:t>v -0.084757 17.542812 1.186153</w:t>
        <w:br/>
        <w:t>v -0.053815 17.534487 1.188542</w:t>
        <w:br/>
        <w:t>v -0.100779 17.581057 1.206871</w:t>
        <w:br/>
        <w:t>v -0.072942 17.568487 1.215286</w:t>
        <w:br/>
        <w:t>v -0.090880 17.594719 1.222188</w:t>
        <w:br/>
        <w:t>v -0.068671 17.583094 1.229616</w:t>
        <w:br/>
        <w:t>v -0.109565 17.644724 1.221296</w:t>
        <w:br/>
        <w:t>v -0.090187 17.647167 1.223977</w:t>
        <w:br/>
        <w:t>v -0.071163 17.645735 1.229722</w:t>
        <w:br/>
        <w:t>v -0.072328 17.638653 1.236869</w:t>
        <w:br/>
        <w:t>v -0.091868 17.641411 1.229209</w:t>
        <w:br/>
        <w:t>v -0.057009 17.635981 1.244836</w:t>
        <w:br/>
        <w:t>v -0.052161 17.644661 1.239926</w:t>
        <w:br/>
        <w:t>v -0.032069 17.644033 1.247207</w:t>
        <w:br/>
        <w:t>v -0.035363 17.634089 1.255734</w:t>
        <w:br/>
        <w:t>v -0.015095 17.633261 1.262486</w:t>
        <w:br/>
        <w:t>v -0.014343 17.643772 1.251550</w:t>
        <w:br/>
        <w:t>v -0.000001 17.632820 1.263526</w:t>
        <w:br/>
        <w:t>v -0.000001 17.643694 1.252527</w:t>
        <w:br/>
        <w:t>v -0.045534 17.575853 1.239224</w:t>
        <w:br/>
        <w:t>v -0.047864 17.561483 1.219006</w:t>
        <w:br/>
        <w:t>v -0.021057 17.571419 1.244698</w:t>
        <w:br/>
        <w:t>v -0.022811 17.556864 1.221900</w:t>
        <w:br/>
        <w:t>v -0.025567 17.529804 1.188667</w:t>
        <w:br/>
        <w:t>v -0.028436 17.491877 1.161885</w:t>
        <w:br/>
        <w:t>v -0.000001 17.570400 1.245462</w:t>
        <w:br/>
        <w:t>v -0.000001 17.555662 1.221612</w:t>
        <w:br/>
        <w:t>v -0.000001 17.528214 1.189707</w:t>
        <w:br/>
        <w:t>v -0.000000 17.489584 1.163501</w:t>
        <w:br/>
        <w:t>v -0.000000 17.432564 1.140102</w:t>
        <w:br/>
        <w:t>v -0.000000 17.294519 1.054207</w:t>
        <w:br/>
        <w:t>v -0.000000 17.289707 1.014461</w:t>
        <w:br/>
        <w:t>v -0.000000 17.319571 1.095207</w:t>
        <w:br/>
        <w:t>v -0.000000 17.368513 1.118944</w:t>
        <w:br/>
        <w:t>v -0.000000 17.292593 0.944124</w:t>
        <w:br/>
        <w:t>v -0.147907 17.575338 1.187376</w:t>
        <w:br/>
        <w:t>v -0.130401 17.596367 1.201932</w:t>
        <w:br/>
        <w:t>v -0.115013 17.610294 1.217360</w:t>
        <w:br/>
        <w:t>v -0.106700 17.648067 1.222057</w:t>
        <w:br/>
        <w:t>v -0.634280 18.132683 1.026999</w:t>
        <w:br/>
        <w:t>v -0.900357 18.477865 0.229962</w:t>
        <w:br/>
        <w:t>v -0.870581 18.458235 0.159701</w:t>
        <w:br/>
        <w:t>v -0.598668 17.940199 0.157709</w:t>
        <w:br/>
        <w:t>v -0.121890 17.648788 1.223075</w:t>
        <w:br/>
        <w:t>v -0.129668 17.647549 1.221459</w:t>
        <w:br/>
        <w:t>v -0.128854 17.655989 1.230073</w:t>
        <w:br/>
        <w:t>v -0.121266 17.651445 1.227616</w:t>
        <w:br/>
        <w:t>v -0.119906 17.660685 1.248155</w:t>
        <w:br/>
        <w:t>v -0.113456 17.654936 1.243757</w:t>
        <w:br/>
        <w:t>v -0.101528 17.664040 1.272833</w:t>
        <w:br/>
        <w:t>v -0.095540 17.653917 1.265843</w:t>
        <w:br/>
        <w:t>v -0.016836 17.653780 1.309347</w:t>
        <w:br/>
        <w:t>v -0.018702 17.671055 1.330693</w:t>
        <w:br/>
        <w:t>v -0.000001 17.672180 1.333699</w:t>
        <w:br/>
        <w:t>v -0.000001 17.654655 1.311578</w:t>
        <w:br/>
        <w:t>v -0.035914 17.652742 1.305189</w:t>
        <w:br/>
        <w:t>v -0.038632 17.669815 1.324154</w:t>
        <w:br/>
        <w:t>v -0.056407 17.652239 1.295656</w:t>
        <w:br/>
        <w:t>v -0.059539 17.667736 1.311026</w:t>
        <w:br/>
        <w:t>v -0.076813 17.652304 1.282816</w:t>
        <w:br/>
        <w:t>v -0.081899 17.665367 1.294191</w:t>
        <w:br/>
        <w:t>v -0.112118 17.640608 1.224833</w:t>
        <w:br/>
        <w:t>v -0.119585 17.633636 1.222798</w:t>
        <w:br/>
        <w:t>v -0.106789 17.618031 1.227236</w:t>
        <w:br/>
        <w:t>v -0.098860 17.631495 1.231144</w:t>
        <w:br/>
        <w:t>v -0.075122 17.621675 1.242869</w:t>
        <w:br/>
        <w:t>v -0.081097 17.605854 1.237170</w:t>
        <w:br/>
        <w:t>v -0.058487 17.617792 1.250523</w:t>
        <w:br/>
        <w:t>v -0.063147 17.597422 1.244285</w:t>
        <w:br/>
        <w:t>v -0.036402 17.614973 1.261183</w:t>
        <w:br/>
        <w:t>v -0.040235 17.590221 1.254632</w:t>
        <w:br/>
        <w:t>v -0.016072 17.613796 1.265430</w:t>
        <w:br/>
        <w:t>v -0.017562 17.587488 1.260156</w:t>
        <w:br/>
        <w:t>v -0.000001 17.613293 1.266006</w:t>
        <w:br/>
        <w:t>v -0.000001 17.587112 1.261146</w:t>
        <w:br/>
        <w:t>v -0.121890 17.648788 1.223075</w:t>
        <w:br/>
        <w:t>v -0.115583 17.647703 1.221931</w:t>
        <w:br/>
        <w:t>v -0.759020 17.955107 0.194124</w:t>
        <w:br/>
        <w:t>v -0.732476 17.934214 0.258760</w:t>
        <w:br/>
        <w:t>v -0.741145 17.967121 0.185480</w:t>
        <w:br/>
        <w:t>v -0.837386 18.090906 0.106538</w:t>
        <w:br/>
        <w:t>v -0.835119 17.987101 0.139959</w:t>
        <w:br/>
        <w:t>v -0.904980 18.049267 0.081798</w:t>
        <w:br/>
        <w:t>v -0.823619 18.316345 0.115219</w:t>
        <w:br/>
        <w:t>v -0.870581 18.458235 0.159701</w:t>
        <w:br/>
        <w:t>v -1.019033 18.436226 0.051622</w:t>
        <w:br/>
        <w:t>v -0.922554 18.303019 0.025228</w:t>
        <w:br/>
        <w:t>v -0.976756 18.141602 0.034648</w:t>
        <w:br/>
        <w:t>v -1.030795 18.286182 0.015445</w:t>
        <w:br/>
        <w:t>v -1.068476 18.422110 0.050119</w:t>
        <w:br/>
        <w:t>v -1.001684 18.510672 0.107590</w:t>
        <w:br/>
        <w:t>v -1.055773 18.510433 0.117486</w:t>
        <w:br/>
        <w:t>v -0.985274 18.549229 0.173593</w:t>
        <w:br/>
        <w:t>v -1.018106 18.555605 0.182361</w:t>
        <w:br/>
        <w:t>v -0.984873 18.552946 0.211485</w:t>
        <w:br/>
        <w:t>v -0.900357 18.477865 0.229962</w:t>
        <w:br/>
        <w:t>v -0.694546 18.107780 0.097469</w:t>
        <w:br/>
        <w:t>v -0.615065 18.030304 0.137842</w:t>
        <w:br/>
        <w:t>v -0.732476 17.934214 0.258760</w:t>
        <w:br/>
        <w:t>v -0.598668 17.940199 0.157709</w:t>
        <w:br/>
        <w:t>v -0.117563 17.655931 1.216107</w:t>
        <w:br/>
        <w:t>v -0.134512 17.663107 1.201044</w:t>
        <w:br/>
        <w:t>v -0.135191 17.647875 1.195831</w:t>
        <w:br/>
        <w:t>v -0.117126 17.651308 1.214225</w:t>
        <w:br/>
        <w:t>v -0.062302 17.771572 0.952486</w:t>
        <w:br/>
        <w:t>v 0.000995 17.778418 0.946869</w:t>
        <w:br/>
        <w:t>v 0.000447 17.723494 0.884717</w:t>
        <w:br/>
        <w:t>v -0.065304 17.724226 0.893240</w:t>
        <w:br/>
        <w:t>v -0.124953 17.714312 0.909718</w:t>
        <w:br/>
        <w:t>v -0.114578 17.750113 0.966452</w:t>
        <w:br/>
        <w:t>v -0.161944 17.715227 0.980153</w:t>
        <w:br/>
        <w:t>v -0.152928 17.693239 0.921064</w:t>
        <w:br/>
        <w:t>v -0.139842 17.668163 0.902957</w:t>
        <w:br/>
        <w:t>v -0.160745 17.669415 0.926183</w:t>
        <w:br/>
        <w:t>v -0.183538 17.670158 0.991492</w:t>
        <w:br/>
        <w:t>v -0.134433 17.625881 0.915442</w:t>
        <w:br/>
        <w:t>v -0.156013 17.646999 0.923855</w:t>
        <w:br/>
        <w:t>v -0.162280 17.630259 0.986059</w:t>
        <w:br/>
        <w:t>v -0.128265 17.597548 0.978689</w:t>
        <w:br/>
        <w:t>v -0.071022 17.605955 0.906641</w:t>
        <w:br/>
        <w:t>v -0.067896 17.581642 0.975525</w:t>
        <w:br/>
        <w:t>v -0.000546 17.601761 0.907812</w:t>
        <w:br/>
        <w:t>v -0.000315 17.578766 0.972956</w:t>
        <w:br/>
        <w:t>v -0.013830 17.669672 1.240208</w:t>
        <w:br/>
        <w:t>v -0.014619 17.643068 1.257175</w:t>
        <w:br/>
        <w:t>v -0.000001 17.642967 1.258139</w:t>
        <w:br/>
        <w:t>v 0.000093 17.669918 1.241372</w:t>
        <w:br/>
        <w:t>v 0.001440 17.722876 1.227695</w:t>
        <w:br/>
        <w:t>v -0.026622 17.712437 1.229940</w:t>
        <w:br/>
        <w:t>v -0.031955 17.643408 1.252815</w:t>
        <w:br/>
        <w:t>v -0.033685 17.671049 1.239404</w:t>
        <w:br/>
        <w:t>v -0.055003 17.669609 1.236906</w:t>
        <w:br/>
        <w:t>v -0.052035 17.644161 1.244548</w:t>
        <w:br/>
        <w:t>v 0.001161 17.756294 1.177931</w:t>
        <w:br/>
        <w:t>v -0.043559 17.742220 1.189711</w:t>
        <w:br/>
        <w:t>v -0.106935 17.647417 1.223776</w:t>
        <w:br/>
        <w:t>v -0.109454 17.664089 1.223273</w:t>
        <w:br/>
        <w:t>v -0.111848 17.648073 1.223161</w:t>
        <w:br/>
        <w:t>v -0.059943 17.708389 1.224554</w:t>
        <w:br/>
        <w:t>v -0.000859 17.800320 1.112333</w:t>
        <w:br/>
        <w:t>v -0.059508 17.776978 1.129975</w:t>
        <w:br/>
        <w:t>v -0.000254 17.803648 1.024746</w:t>
        <w:br/>
        <w:t>v -0.060072 17.785257 1.030413</w:t>
        <w:br/>
        <w:t>v -0.085992 17.746992 1.177050</w:t>
        <w:br/>
        <w:t>v -0.103570 17.702667 1.212493</w:t>
        <w:br/>
        <w:t>v -0.114385 17.752565 1.131011</w:t>
        <w:br/>
        <w:t>v -0.114814 17.763664 1.044569</w:t>
        <w:br/>
        <w:t>v -0.176428 17.720051 1.065210</w:t>
        <w:br/>
        <w:t>v -0.136051 17.702396 1.179242</w:t>
        <w:br/>
        <w:t>v -0.126259 17.740170 1.164142</w:t>
        <w:br/>
        <w:t>v -0.161673 17.723448 1.142532</w:t>
        <w:br/>
        <w:t>v -0.185011 17.662058 1.088989</w:t>
        <w:br/>
        <w:t>v -0.157617 17.669140 1.171086</w:t>
        <w:br/>
        <w:t>v -0.173793 17.663652 1.140351</w:t>
        <w:br/>
        <w:t>v -0.121102 17.684900 1.214907</w:t>
        <w:br/>
        <w:t>v -0.161687 17.618319 1.073083</w:t>
        <w:br/>
        <w:t>v -0.167410 17.617729 1.122763</w:t>
        <w:br/>
        <w:t>v -0.125256 17.587931 1.065042</w:t>
        <w:br/>
        <w:t>v -0.115442 17.585388 1.127560</w:t>
        <w:br/>
        <w:t>v -0.062927 17.573778 1.051491</w:t>
        <w:br/>
        <w:t>v -0.057900 17.564350 1.110923</w:t>
        <w:br/>
        <w:t>v 0.000001 17.569059 1.039845</w:t>
        <w:br/>
        <w:t>v -0.000181 17.566660 1.102412</w:t>
        <w:br/>
        <w:t>v -0.039386 17.574644 1.154226</w:t>
        <w:br/>
        <w:t>v -0.077442 17.578962 1.160614</w:t>
        <w:br/>
        <w:t>v -0.001001 17.566439 1.146046</w:t>
        <w:br/>
        <w:t>v -0.078004 17.621275 1.218367</w:t>
        <w:br/>
        <w:t>v -0.095152 17.628201 1.215441</w:t>
        <w:br/>
        <w:t>v -0.097476 17.607542 1.193278</w:t>
        <w:br/>
        <w:t>v -0.071163 17.645735 1.229722</w:t>
        <w:br/>
        <w:t>v -0.090187 17.647167 1.223977</w:t>
        <w:br/>
        <w:t>v -0.014343 17.643772 1.251550</w:t>
        <w:br/>
        <w:t>v -0.032069 17.644033 1.247207</w:t>
        <w:br/>
        <w:t>v -0.037254 17.613659 1.224380</w:t>
        <w:br/>
        <w:t>v -0.017926 17.611280 1.225570</w:t>
        <w:br/>
        <w:t>v -0.000001 17.643694 1.252527</w:t>
        <w:br/>
        <w:t>v -0.000001 17.611115 1.227287</w:t>
        <w:br/>
        <w:t>v -0.058887 17.616917 1.221825</w:t>
        <w:br/>
        <w:t>v -0.052161 17.644661 1.239926</w:t>
        <w:br/>
        <w:t>v -0.000249 17.657410 0.870357</w:t>
        <w:br/>
        <w:t>v -0.070322 17.662142 0.880708</w:t>
        <w:br/>
        <w:t>v -0.071367 17.644869 1.234462</w:t>
        <w:br/>
        <w:t>v -0.074297 17.668808 1.233799</w:t>
        <w:br/>
        <w:t>v -0.093996 17.666771 1.226424</w:t>
        <w:br/>
        <w:t>v -0.090793 17.646431 1.228123</w:t>
        <w:br/>
        <w:t>v -0.153142 17.633484 1.170898</w:t>
        <w:br/>
        <w:t>v -0.029488 17.590761 1.191185</w:t>
        <w:br/>
        <w:t>v -0.067974 17.597116 1.195646</w:t>
        <w:br/>
        <w:t>v -0.000001 17.588541 1.190333</w:t>
        <w:br/>
        <w:t>v -0.109676 17.635904 1.214359</w:t>
        <w:br/>
        <w:t>v -0.106700 17.648067 1.222057</w:t>
        <w:br/>
        <w:t>v -0.111463 17.599159 1.167018</w:t>
        <w:br/>
        <w:t>v -0.122201 17.623936 1.190722</w:t>
        <w:br/>
        <w:t>v -0.111851 17.647675 1.222370</w:t>
        <w:br/>
        <w:t>v 0.293872 18.410080 1.171957</w:t>
        <w:br/>
        <w:t>v 0.252572 18.354551 1.149309</w:t>
        <w:br/>
        <w:t>v 0.342952 18.318771 1.169001</w:t>
        <w:br/>
        <w:t>v 0.428445 18.089054 1.097249</w:t>
        <w:br/>
        <w:t>v 0.387007 18.099562 1.107872</w:t>
        <w:br/>
        <w:t>v 0.381257 18.096392 1.025584</w:t>
        <w:br/>
        <w:t>v 0.492981 18.085823 0.993028</w:t>
        <w:br/>
        <w:t>v 0.463695 18.088638 1.088393</w:t>
        <w:br/>
        <w:t>v 0.280481 18.138277 1.049360</w:t>
        <w:br/>
        <w:t>v 0.322984 18.121609 1.119309</w:t>
        <w:br/>
        <w:t>v 0.559159 18.093761 1.058755</w:t>
        <w:br/>
        <w:t>v 0.507374 18.087860 1.073825</w:t>
        <w:br/>
        <w:t>v 0.286708 18.154026 1.126573</w:t>
        <w:br/>
        <w:t>v 0.258611 18.222927 1.138591</w:t>
        <w:br/>
        <w:t>v 0.220041 18.196491 1.065782</w:t>
        <w:br/>
        <w:t>v 0.381432 18.163874 0.980677</w:t>
        <w:br/>
        <w:t>v 0.490852 18.147339 0.956538</w:t>
        <w:br/>
        <w:t>v 0.274919 18.204060 1.010840</w:t>
        <w:br/>
        <w:t>v 0.280481 18.138277 1.049360</w:t>
        <w:br/>
        <w:t>v 0.253275 18.283861 1.156790</w:t>
        <w:br/>
        <w:t>v 0.208717 18.283714 1.068400</w:t>
        <w:br/>
        <w:t>v 0.220041 18.196491 1.065782</w:t>
        <w:br/>
        <w:t>v 0.208717 18.283714 1.068400</w:t>
        <w:br/>
        <w:t>v 0.275746 18.334074 1.004164</w:t>
        <w:br/>
        <w:t>v 0.293008 18.299507 1.160596</w:t>
        <w:br/>
        <w:t>v 0.667990 18.311348 0.949210</w:t>
        <w:br/>
        <w:t>v 0.611207 18.309193 0.935356</w:t>
        <w:br/>
        <w:t>v 0.619750 18.376747 0.971332</w:t>
        <w:br/>
        <w:t>v 0.379353 18.353550 0.975754</w:t>
        <w:br/>
        <w:t>v 0.407914 18.341408 1.174650</w:t>
        <w:br/>
        <w:t>v 0.348375 18.443752 1.178208</w:t>
        <w:br/>
        <w:t>v 0.263821 18.403242 1.055923</w:t>
        <w:br/>
        <w:t>v 0.293872 18.410080 1.171957</w:t>
        <w:br/>
        <w:t>v 0.348375 18.443752 1.178208</w:t>
        <w:br/>
        <w:t>v 0.263821 18.403242 1.055923</w:t>
        <w:br/>
        <w:t>v 0.379140 18.437689 1.011830</w:t>
        <w:br/>
        <w:t>v 0.467415 18.347385 1.176780</w:t>
        <w:br/>
        <w:t>v 0.423208 18.473593 1.175038</w:t>
        <w:br/>
        <w:t>v 0.423208 18.473593 1.175038</w:t>
        <w:br/>
        <w:t>v 0.599194 18.447071 1.117592</w:t>
        <w:br/>
        <w:t>v 0.599933 18.321617 1.136269</w:t>
        <w:br/>
        <w:t>v 0.630759 18.305172 1.114050</w:t>
        <w:br/>
        <w:t>v 0.665509 18.400509 1.066809</w:t>
        <w:br/>
        <w:t>v 0.513500 18.475971 1.156612</w:t>
        <w:br/>
        <w:t>v 0.492305 18.431850 0.988806</w:t>
        <w:br/>
        <w:t>v 0.491741 18.347088 0.953081</w:t>
        <w:br/>
        <w:t>v 0.599194 18.447071 1.117592</w:t>
        <w:br/>
        <w:t>v 0.513989 18.343552 1.168876</w:t>
        <w:br/>
        <w:t>v 0.513500 18.475971 1.156612</w:t>
        <w:br/>
        <w:t>v 0.561564 18.334644 1.155021</w:t>
        <w:br/>
        <w:t>v 0.665509 18.400509 1.066809</w:t>
        <w:br/>
        <w:t>v 0.679371 18.247532 1.021618</w:t>
        <w:br/>
        <w:t>v 0.661909 18.273945 1.061435</w:t>
        <w:br/>
        <w:t>v 0.683610 18.241236 0.949623</w:t>
        <w:br/>
        <w:t>v 0.656502 18.153162 0.946504</w:t>
        <w:br/>
        <w:t>v 0.683610 18.241236 0.949623</w:t>
        <w:br/>
        <w:t>v 0.656649 18.195110 1.012373</w:t>
        <w:br/>
        <w:t>v 0.656502 18.153162 0.946504</w:t>
        <w:br/>
        <w:t>v 0.597277 18.144270 0.935882</w:t>
        <w:br/>
        <w:t>v 0.638985 18.168657 1.019392</w:t>
        <w:br/>
        <w:t>v 0.590688 18.102642 0.964943</w:t>
        <w:br/>
        <w:t>v 0.620471 18.144386 1.028883</w:t>
        <w:br/>
        <w:t>v 0.590688 18.102642 0.964943</w:t>
        <w:br/>
        <w:t>v 0.592605 18.108593 1.045390</w:t>
        <w:br/>
        <w:t>v 0.226192 18.358185 1.068600</w:t>
        <w:br/>
        <w:t>v 0.667990 18.311348 0.949210</w:t>
        <w:br/>
        <w:t>v 0.671748 18.219896 1.011107</w:t>
        <w:br/>
        <w:t>v 0.759020 17.955107 0.194123</w:t>
        <w:br/>
        <w:t>v 0.732476 17.934214 0.258760</w:t>
        <w:br/>
        <w:t>v 0.747207 17.962997 0.304257</w:t>
        <w:br/>
        <w:t>v 0.777471 17.961720 0.242889</w:t>
        <w:br/>
        <w:t>v 0.769417 18.033609 0.298457</w:t>
        <w:br/>
        <w:t>v 0.795584 18.119081 0.292056</w:t>
        <w:br/>
        <w:t>v 0.833227 18.095619 0.200111</w:t>
        <w:br/>
        <w:t>v 0.806207 18.016359 0.223799</w:t>
        <w:br/>
        <w:t>v 0.867812 17.999252 0.188048</w:t>
        <w:br/>
        <w:t>v 0.835118 17.987099 0.139959</w:t>
        <w:br/>
        <w:t>v 0.924107 18.059261 0.125466</w:t>
        <w:br/>
        <w:t>v 0.867812 17.999252 0.188048</w:t>
        <w:br/>
        <w:t>v 0.837223 18.242014 0.292106</w:t>
        <w:br/>
        <w:t>v 0.875266 18.215357 0.169872</w:t>
        <w:br/>
        <w:t>v 0.924107 18.059261 0.125466</w:t>
        <w:br/>
        <w:t>v 0.904979 18.049263 0.081798</w:t>
        <w:br/>
        <w:t>v 0.984873 18.161531 0.074796</w:t>
        <w:br/>
        <w:t>v 0.984873 18.161531 0.074796</w:t>
        <w:br/>
        <w:t>v 0.976756 18.141602 0.034648</w:t>
        <w:br/>
        <w:t>v 1.041706 18.292057 0.059326</w:t>
        <w:br/>
        <w:t>v 1.030797 18.286180 0.015445</w:t>
        <w:br/>
        <w:t>v 0.969014 18.356106 0.155166</w:t>
        <w:br/>
        <w:t>v 0.926474 18.393248 0.239996</w:t>
        <w:br/>
        <w:t>v 1.079786 18.417208 0.084704</w:t>
        <w:br/>
        <w:t>v 1.068475 18.422110 0.050119</w:t>
        <w:br/>
        <w:t>v 1.079786 18.417208 0.084704</w:t>
        <w:br/>
        <w:t>v 1.059806 18.491367 0.146623</w:t>
        <w:br/>
        <w:t>v 1.055773 18.510433 0.117486</w:t>
        <w:br/>
        <w:t>v 1.059806 18.491367 0.146623</w:t>
        <w:br/>
        <w:t>v 1.027463 18.526390 0.200775</w:t>
        <w:br/>
        <w:t>v 1.018106 18.555605 0.182361</w:t>
        <w:br/>
        <w:t>v 1.000118 18.516581 0.239144</w:t>
        <w:br/>
        <w:t>v 0.984873 18.552946 0.211485</w:t>
        <w:br/>
        <w:t>v 1.000118 18.516581 0.239144</w:t>
        <w:br/>
        <w:t>v 0.887477 18.431253 0.303881</w:t>
        <w:br/>
        <w:t>v 0.963350 18.496988 0.258109</w:t>
        <w:br/>
        <w:t>v 0.887477 18.431253 0.303881</w:t>
        <w:br/>
        <w:t>v 0.900356 18.477865 0.229962</w:t>
        <w:br/>
        <w:t>v 0.956275 18.513777 0.247449</w:t>
        <w:br/>
        <w:t>v 0.963350 18.496988 0.258109</w:t>
        <w:br/>
        <w:t>v 0.777471 17.961720 0.242889</w:t>
        <w:br/>
        <w:t>v 0.117144 17.651028 1.225810</w:t>
        <w:br/>
        <w:t>v 0.115583 17.647703 1.221931</w:t>
        <w:br/>
        <w:t>v 0.111850 17.647675 1.222370</w:t>
        <w:br/>
        <w:t>v 0.111848 17.648073 1.223161</w:t>
        <w:br/>
        <w:t>v 0.117361 19.054834 1.322250</w:t>
        <w:br/>
        <w:t>v 0.116246 18.828304 1.381212</w:t>
        <w:br/>
        <w:t>v 0.111912 18.657530 1.376565</w:t>
        <w:br/>
        <w:t>v 0.107302 18.508818 1.354130</w:t>
        <w:br/>
        <w:t>v 0.101853 18.440060 1.338146</w:t>
        <w:br/>
        <w:t>v 0.214316 18.658506 1.362673</w:t>
        <w:br/>
        <w:t>v 0.209569 18.509640 1.340463</w:t>
        <w:br/>
        <w:t>v 0.191793 18.434797 1.323666</w:t>
        <w:br/>
        <w:t>v 0.088074 18.378605 1.312880</w:t>
        <w:br/>
        <w:t>v 0.220579 18.837172 1.370602</w:t>
        <w:br/>
        <w:t>v 0.082061 18.309996 1.288002</w:t>
        <w:br/>
        <w:t>v 0.070311 18.243280 1.275288</w:t>
        <w:br/>
        <w:t>v 0.063321 18.184341 1.277793</w:t>
        <w:br/>
        <w:t>v 0.137979 18.298071 1.270653</w:t>
        <w:br/>
        <w:t>v 0.120881 18.234459 1.258916</w:t>
        <w:br/>
        <w:t>v 0.160890 18.368896 1.296408</w:t>
        <w:br/>
        <w:t>v 0.113465 18.177238 1.259993</w:t>
        <w:br/>
        <w:t>v 0.235749 18.349640 1.245011</w:t>
        <w:br/>
        <w:t>v 0.188048 18.289679 1.218480</w:t>
        <w:br/>
        <w:t>v 0.176724 18.229111 1.215975</w:t>
        <w:br/>
        <w:t>v 0.317297 18.406473 1.274890</w:t>
        <w:br/>
        <w:t>v 0.171563 18.162848 1.214871</w:t>
        <w:br/>
        <w:t>v 0.272439 18.334808 1.209866</w:t>
        <w:br/>
        <w:t>v 0.224876 18.288271 1.192563</w:t>
        <w:br/>
        <w:t>v 0.318349 18.509941 1.319081</w:t>
        <w:br/>
        <w:t>v 0.330550 18.366611 1.224656</w:t>
        <w:br/>
        <w:t>v 0.216347 18.200226 1.173661</w:t>
        <w:br/>
        <w:t>v 0.321105 18.660551 1.339862</w:t>
        <w:br/>
        <w:t>v 0.246134 18.284250 1.166153</w:t>
        <w:br/>
        <w:t>v 0.289563 18.313488 1.177006</w:t>
        <w:br/>
        <w:t>v 0.322044 18.849001 1.342944</w:t>
        <w:br/>
        <w:t>v 0.338692 18.346443 1.188417</w:t>
        <w:br/>
        <w:t>v 0.218988 19.059408 1.308183</w:t>
        <w:br/>
        <w:t>v 0.115269 19.253443 1.228251</w:t>
        <w:br/>
        <w:t>v 0.118801 19.441053 1.128853</w:t>
        <w:br/>
        <w:t>v 0.248188 19.434479 1.098226</w:t>
        <w:br/>
        <w:t>v 0.243077 19.246180 1.211303</w:t>
        <w:br/>
        <w:t>v 0.394660 19.424643 1.037384</w:t>
        <w:br/>
        <w:t>v 0.391529 19.241356 1.156048</w:t>
        <w:br/>
        <w:t>v 0.316395 19.065157 1.273146</w:t>
        <w:br/>
        <w:t>v 0.509316 19.406052 0.949686</w:t>
        <w:br/>
        <w:t>v 0.519074 19.226025 1.065080</w:t>
        <w:br/>
        <w:t>v 0.416732 19.068562 1.236080</w:t>
        <w:br/>
        <w:t>v 0.427868 18.863293 1.291723</w:t>
        <w:br/>
        <w:t>v 0.523283 19.058983 1.174011</w:t>
        <w:br/>
        <w:t>v 0.606421 19.371578 0.832588</w:t>
        <w:br/>
        <w:t>v 0.613261 19.195658 0.985349</w:t>
        <w:br/>
        <w:t>v 0.619762 19.033152 1.100794</w:t>
        <w:br/>
        <w:t>v 0.523107 18.874641 1.250273</w:t>
        <w:br/>
        <w:t>v 0.610405 18.867765 1.180600</w:t>
        <w:br/>
        <w:t>v 0.689986 19.297876 0.679176</w:t>
        <w:br/>
        <w:t>v 0.688533 19.146955 0.863065</w:t>
        <w:br/>
        <w:t>v 0.693656 18.987629 0.994481</w:t>
        <w:br/>
        <w:t>v 0.777308 19.198265 0.527567</w:t>
        <w:br/>
        <w:t>v 0.781467 19.052305 0.689673</w:t>
        <w:br/>
        <w:t>v 0.767088 18.921452 0.837448</w:t>
        <w:br/>
        <w:t>v 0.850702 19.032961 0.382961</w:t>
        <w:br/>
        <w:t>v 0.839327 18.926477 0.538177</w:t>
        <w:br/>
        <w:t>v 0.824446 18.809526 0.682884</w:t>
        <w:br/>
        <w:t>v 0.911844 18.839405 0.276648</w:t>
        <w:br/>
        <w:t>v 0.900469 18.764393 0.431601</w:t>
        <w:br/>
        <w:t>v 0.871696 18.676611 0.608952</w:t>
        <w:br/>
        <w:t>v 0.937122 18.643801 0.204508</w:t>
        <w:br/>
        <w:t>v 0.909588 18.595222 0.350079</w:t>
        <w:br/>
        <w:t>v 0.886953 18.566814 0.441810</w:t>
        <w:br/>
        <w:t>v 0.854484 18.524210 0.579389</w:t>
        <w:br/>
        <w:t>v 0.819072 18.378876 0.585515</w:t>
        <w:br/>
        <w:t>v 0.853845 18.405071 0.444691</w:t>
        <w:br/>
        <w:t>v 0.829619 18.583752 0.776845</w:t>
        <w:br/>
        <w:t>v 0.798339 18.679518 0.857867</w:t>
        <w:br/>
        <w:t>v 0.793455 18.260977 0.599820</w:t>
        <w:br/>
        <w:t>v 0.810917 18.252186 0.448174</w:t>
        <w:br/>
        <w:t>v 0.811243 18.436523 0.777659</w:t>
        <w:br/>
        <w:t>v 0.740355 18.780704 0.977720</w:t>
        <w:br/>
        <w:t>v 0.791087 18.485088 0.913797</w:t>
        <w:br/>
        <w:t>v 0.767074 18.559488 0.984134</w:t>
        <w:br/>
        <w:t>v 0.686002 18.840517 1.100042</w:t>
        <w:br/>
        <w:t>v 0.718296 18.619801 1.071143</w:t>
        <w:br/>
        <w:t>v 0.660310 18.655102 1.149584</w:t>
        <w:br/>
        <w:t>v 0.597289 18.672901 1.214134</w:t>
        <w:br/>
        <w:t>v 0.520214 18.676296 1.267684</w:t>
        <w:br/>
        <w:t>v 0.426265 18.668530 1.306354</w:t>
        <w:br/>
        <w:t>v 0.641132 18.530235 1.176579</w:t>
        <w:br/>
        <w:t>v 0.583335 18.546295 1.224619</w:t>
        <w:br/>
        <w:t>v 0.512585 18.547134 1.267096</w:t>
        <w:br/>
        <w:t>v 0.688971 18.497515 1.125985</w:t>
        <w:br/>
        <w:t>v 0.727802 18.443037 1.064467</w:t>
        <w:br/>
        <w:t>v 0.421680 18.533756 1.300943</w:t>
        <w:br/>
        <w:t>v 0.564057 18.468269 1.228552</w:t>
        <w:br/>
        <w:t>v 0.499646 18.467701 1.250786</w:t>
        <w:br/>
        <w:t>v 0.409805 18.442022 1.268023</w:t>
        <w:br/>
        <w:t>v 0.406035 18.385063 1.231847</w:t>
        <w:br/>
        <w:t>v 0.484251 18.410393 1.225207</w:t>
        <w:br/>
        <w:t>v 0.544102 18.406948 1.208033</w:t>
        <w:br/>
        <w:t>v 0.615378 18.446468 1.187090</w:t>
        <w:br/>
        <w:t>v 0.595010 18.393681 1.184383</w:t>
        <w:br/>
        <w:t>v 0.661413 18.419086 1.142282</w:t>
        <w:br/>
        <w:t>v 0.636448 18.376144 1.155284</w:t>
        <w:br/>
        <w:t>v 0.584525 18.382393 1.174876</w:t>
        <w:br/>
        <w:t>v 0.537739 18.392040 1.193202</w:t>
        <w:br/>
        <w:t>v 0.698404 18.382576 1.097374</w:t>
        <w:br/>
        <w:t>v 0.623170 18.365623 1.151689</w:t>
        <w:br/>
        <w:t>v 0.479528 18.394844 1.205528</w:t>
        <w:br/>
        <w:t>v 0.407613 18.377762 1.200154</w:t>
        <w:br/>
        <w:t>v 0.293008 18.299507 1.160596</w:t>
        <w:br/>
        <w:t>v 0.342952 18.318771 1.169001</w:t>
        <w:br/>
        <w:t>v 0.253275 18.283861 1.156790</w:t>
        <w:br/>
        <w:t>v 0.258611 18.222927 1.138591</w:t>
        <w:br/>
        <w:t>v 0.249323 18.220688 1.152014</w:t>
        <w:br/>
        <w:t>v 0.286708 18.154026 1.126573</w:t>
        <w:br/>
        <w:t>v 0.276937 18.151373 1.142733</w:t>
        <w:br/>
        <w:t>v 0.249090 18.145084 1.163727</w:t>
        <w:br/>
        <w:t>v 0.322984 18.121609 1.119309</w:t>
        <w:br/>
        <w:t>v 0.312298 18.117201 1.136971</w:t>
        <w:br/>
        <w:t>v 0.307539 18.094063 1.152604</w:t>
        <w:br/>
        <w:t>v 0.387007 18.099562 1.107872</w:t>
        <w:br/>
        <w:t>v 0.383074 18.092482 1.127288</w:t>
        <w:br/>
        <w:t>v 0.428445 18.089054 1.097249</w:t>
        <w:br/>
        <w:t>v 0.427305 18.081789 1.118482</w:t>
        <w:br/>
        <w:t>v 0.463695 18.088638 1.088393</w:t>
        <w:br/>
        <w:t>v 0.465210 18.078854 1.108047</w:t>
        <w:br/>
        <w:t>v 0.373854 18.070763 1.139263</w:t>
        <w:br/>
        <w:t>v 0.421342 18.059513 1.126373</w:t>
        <w:br/>
        <w:t>v 0.462254 18.054991 1.109788</w:t>
        <w:br/>
        <w:t>v 0.507374 18.087860 1.073825</w:t>
        <w:br/>
        <w:t>v 0.513450 18.079897 1.092051</w:t>
        <w:br/>
        <w:t>v 0.559159 18.093761 1.058755</w:t>
        <w:br/>
        <w:t>v 0.564295 18.086481 1.074088</w:t>
        <w:br/>
        <w:t>v 0.513450 18.079897 1.092051</w:t>
        <w:br/>
        <w:t>v 0.513086 18.055456 1.091675</w:t>
        <w:br/>
        <w:t>v 0.592605 18.108593 1.045390</w:t>
        <w:br/>
        <w:t>v 0.602927 18.103109 1.051340</w:t>
        <w:br/>
        <w:t>v 0.564295 18.086481 1.074088</w:t>
        <w:br/>
        <w:t>v 0.567214 18.060867 1.067261</w:t>
        <w:br/>
        <w:t>v 0.602927 18.103109 1.051340</w:t>
        <w:br/>
        <w:t>v 0.603077 18.083902 1.042207</w:t>
        <w:br/>
        <w:t>v 0.634281 18.132683 1.027001</w:t>
        <w:br/>
        <w:t>v 0.636849 18.116058 1.016616</w:t>
        <w:br/>
        <w:t>v 0.655225 18.160578 1.014462</w:t>
        <w:br/>
        <w:t>v 0.657891 18.146986 1.002298</w:t>
        <w:br/>
        <w:t>v 0.673027 18.187586 1.010753</w:t>
        <w:br/>
        <w:t>v 0.676345 18.178190 0.995834</w:t>
        <w:br/>
        <w:t>v 0.726150 18.286133 1.008435</w:t>
        <w:br/>
        <w:t>v 0.706496 18.249783 0.998990</w:t>
        <w:br/>
        <w:t>v 0.717006 18.270035 1.014035</w:t>
        <w:br/>
        <w:t>v 0.694483 18.225492 1.010715</w:t>
        <w:br/>
        <w:t>v 0.697226 18.221746 0.996936</w:t>
        <w:br/>
        <w:t>v 0.685351 18.306362 1.083595</w:t>
        <w:br/>
        <w:t>v 0.698454 18.315342 1.073524</w:t>
        <w:br/>
        <w:t>v 0.729973 18.261553 0.968826</w:t>
        <w:br/>
        <w:t>v 0.717870 18.218651 0.964267</w:t>
        <w:br/>
        <w:t>v 0.698454 18.163919 0.962576</w:t>
        <w:br/>
        <w:t>v 0.679262 18.120304 0.967135</w:t>
        <w:br/>
        <w:t>v 0.672337 18.347748 1.121322</w:t>
        <w:br/>
        <w:t>v 0.657317 18.338116 1.120761</w:t>
        <w:br/>
        <w:t>v 0.726300 18.340658 1.048921</w:t>
        <w:br/>
        <w:t>v 0.747910 18.311335 0.978221</w:t>
        <w:br/>
        <w:t>v 0.749124 18.384914 1.007471</w:t>
        <w:br/>
        <w:t>v 0.778072 18.363359 0.908824</w:t>
        <w:br/>
        <w:t>v 0.781354 18.336603 0.786666</w:t>
        <w:br/>
        <w:t>v 0.753345 18.289591 0.906570</w:t>
        <w:br/>
        <w:t>v 0.738138 18.220743 0.909225</w:t>
        <w:br/>
        <w:t>v 0.721189 18.155342 0.910490</w:t>
        <w:br/>
        <w:t>v 0.767074 18.244181 0.791739</w:t>
        <w:br/>
        <w:t>v 0.764732 18.144657 0.621240</w:t>
        <w:br/>
        <w:t>v 0.783434 18.132481 0.459924</w:t>
        <w:br/>
        <w:t>v 0.745654 18.153904 0.800908</w:t>
        <w:br/>
        <w:t>v 0.704579 18.099112 0.916340</w:t>
        <w:br/>
        <w:t>v 0.645968 18.052813 1.000255</w:t>
        <w:br/>
        <w:t>v 0.723870 18.081326 0.810942</w:t>
        <w:br/>
        <w:t>v 0.678889 18.027082 0.937723</w:t>
        <w:br/>
        <w:t>v 0.609703 18.034662 1.035030</w:t>
        <w:br/>
        <w:t>v 0.736885 18.056005 0.639053</w:t>
        <w:br/>
        <w:t>v 0.697063 18.001381 0.822354</w:t>
        <w:br/>
        <w:t>v 0.553509 18.013378 1.075227</w:t>
        <w:br/>
        <w:t>v 0.756314 18.041904 0.468755</w:t>
        <w:br/>
        <w:t>v 0.492230 18.008194 1.109688</w:t>
        <w:br/>
        <w:t>v 0.596463 17.982765 1.039514</w:t>
        <w:br/>
        <w:t>v 0.649738 17.942743 0.969503</w:t>
        <w:br/>
        <w:t>v 0.452521 18.009256 1.126999</w:t>
        <w:br/>
        <w:t>v 0.573001 17.913956 1.062049</w:t>
        <w:br/>
        <w:t>v 0.539830 17.948114 1.093039</w:t>
        <w:br/>
        <w:t>v 0.472838 17.949833 1.134439</w:t>
        <w:br/>
        <w:t>v 0.405759 18.020544 1.141856</w:t>
        <w:br/>
        <w:t>v 0.431539 17.956835 1.151876</w:t>
        <w:br/>
        <w:t>v 0.355816 18.037657 1.155209</w:t>
        <w:br/>
        <w:t>v 0.381883 17.968948 1.167748</w:t>
        <w:br/>
        <w:t>v 0.507111 17.865204 1.118869</w:t>
        <w:br/>
        <w:t>v 0.443025 17.878645 1.158202</w:t>
        <w:br/>
        <w:t>v 0.400072 17.895319 1.178683</w:t>
        <w:br/>
        <w:t>v 0.555864 17.854906 1.074212</w:t>
        <w:br/>
        <w:t>v 0.327142 17.985533 1.184884</w:t>
        <w:br/>
        <w:t>v 0.620852 17.864489 0.994594</w:t>
        <w:br/>
        <w:t>v 0.305346 18.059565 1.168474</w:t>
        <w:br/>
        <w:t>v 0.669092 17.912992 0.839941</w:t>
        <w:br/>
        <w:t>v 0.709801 17.973392 0.654937</w:t>
        <w:br/>
        <w:t>v 0.234346 18.089338 1.190496</w:t>
        <w:br/>
        <w:t>v 0.724509 17.950848 0.478864</w:t>
        <w:br/>
        <w:t>v 0.166515 18.109470 1.228213</w:t>
        <w:br/>
        <w:t>v 0.687819 17.893085 0.668891</w:t>
        <w:br/>
        <w:t>v 0.698855 17.877754 0.488685</w:t>
        <w:br/>
        <w:t>v 0.622293 17.787966 0.865395</w:t>
        <w:br/>
        <w:t>v 0.637450 17.782101 0.689310</w:t>
        <w:br/>
        <w:t>v 0.649751 17.775688 0.516506</w:t>
        <w:br/>
        <w:t>v 0.530811 17.789230 1.090497</w:t>
        <w:br/>
        <w:t>v 0.591465 17.783993 1.013721</w:t>
        <w:br/>
        <w:t>v 0.479114 17.797472 1.136256</w:t>
        <w:br/>
        <w:t>v 0.410043 17.812868 1.178045</w:t>
        <w:br/>
        <w:t>v 0.561727 17.720657 1.028052</w:t>
        <w:br/>
        <w:t>v 0.496301 17.721865 1.106794</w:t>
        <w:br/>
        <w:t>v 0.434458 17.726534 1.155520</w:t>
        <w:br/>
        <w:t>v 0.591891 17.722876 0.882694</w:t>
        <w:br/>
        <w:t>v 0.604981 17.719595 0.712884</w:t>
        <w:br/>
        <w:t>v 0.522143 17.660933 1.038311</w:t>
        <w:br/>
        <w:t>v 0.548724 17.657301 0.902699</w:t>
        <w:br/>
        <w:t>v 0.617056 17.718443 0.544190</w:t>
        <w:br/>
        <w:t>v 0.566637 17.655222 0.736234</w:t>
        <w:br/>
        <w:t>v 0.578061 17.661938 0.412361</w:t>
        <w:br/>
        <w:t>v 0.653308 17.773409 0.351933</w:t>
        <w:br/>
        <w:t>v 0.635057 17.772270 0.308240</w:t>
        <w:br/>
        <w:t>v 0.697990 17.865429 0.319101</w:t>
        <w:br/>
        <w:t>v 0.681480 17.861658 0.274130</w:t>
        <w:br/>
        <w:t>v 0.598480 17.852175 0.205711</w:t>
        <w:br/>
        <w:t>v 0.465247 17.645634 0.339243</w:t>
        <w:br/>
        <w:t>v 0.568955 17.666985 0.380268</w:t>
        <w:br/>
        <w:t>v 0.543338 17.756149 0.262330</w:t>
        <w:br/>
        <w:t>v 0.574191 17.657150 0.576746</w:t>
        <w:br/>
        <w:t>v 0.385717 17.556261 0.405646</w:t>
        <w:br/>
        <w:t>v 0.473866 17.577682 0.444980</w:t>
        <w:br/>
        <w:t>v 0.510218 17.586475 0.474016</w:t>
        <w:br/>
        <w:t>v 0.298156 17.481354 0.476972</w:t>
        <w:br/>
        <w:t>v 0.378965 17.498201 0.522895</w:t>
        <w:br/>
        <w:t>v 0.404895 17.498549 0.566274</w:t>
        <w:br/>
        <w:t>v 0.218951 17.424496 0.530812</w:t>
        <w:br/>
        <w:t>v 0.276435 17.443911 0.579490</w:t>
        <w:br/>
        <w:t>v 0.303229 17.427114 0.652933</w:t>
        <w:br/>
        <w:t>v 0.505483 17.580248 0.621165</w:t>
        <w:br/>
        <w:t>v 0.102128 17.379686 0.579703</w:t>
        <w:br/>
        <w:t>v 0.192583 17.394234 0.646569</w:t>
        <w:br/>
        <w:t>v 0.495549 17.576754 0.770795</w:t>
        <w:br/>
        <w:t>v 0.488509 17.580839 0.927852</w:t>
        <w:br/>
        <w:t>v 0.416795 17.506227 0.682483</w:t>
        <w:br/>
        <w:t>v 0.412548 17.507544 0.810003</w:t>
        <w:br/>
        <w:t>v 0.319915 17.442232 0.745967</w:t>
        <w:br/>
        <w:t>v 0.320716 17.447309 0.860222</w:t>
        <w:br/>
        <w:t>v 0.253875 17.399166 0.805744</w:t>
        <w:br/>
        <w:t>v 0.252560 17.406593 0.904478</w:t>
        <w:br/>
        <w:t>v 0.206099 17.376244 0.740543</w:t>
        <w:br/>
        <w:t>v -0.000000 17.352880 0.598004</w:t>
        <w:br/>
        <w:t>v 0.105223 17.370441 0.654749</w:t>
        <w:br/>
        <w:t>v 0.104659 17.345152 0.749024</w:t>
        <w:br/>
        <w:t>v 0.178240 17.356462 0.852167</w:t>
        <w:br/>
        <w:t>v -0.000000 17.362514 0.657768</w:t>
        <w:br/>
        <w:t>v -0.000000 17.337410 0.751504</w:t>
        <w:br/>
        <w:t>v 0.112613 17.325361 0.899367</w:t>
        <w:br/>
        <w:t>v 0.097744 17.323217 0.978722</w:t>
        <w:br/>
        <w:t>v 0.172239 17.357841 0.943110</w:t>
        <w:br/>
        <w:t>v 0.051534 17.301710 0.931660</w:t>
        <w:br/>
        <w:t>v 0.045646 17.299503 1.007070</w:t>
        <w:br/>
        <w:t>v 0.094287 17.329042 1.033939</w:t>
        <w:br/>
        <w:t>v 0.162882 17.362766 1.013033</w:t>
        <w:br/>
        <w:t>v 0.237202 17.406042 1.000281</w:t>
        <w:br/>
        <w:t>v 0.308065 17.449059 0.984710</w:t>
        <w:br/>
        <w:t>v 0.399496 17.510700 0.960584</w:t>
        <w:br/>
        <w:t>v 0.222634 17.419209 1.064767</w:t>
        <w:br/>
        <w:t>v 0.292845 17.464441 1.062274</w:t>
        <w:br/>
        <w:t>v 0.376760 17.522013 1.056713</w:t>
        <w:br/>
        <w:t>v 0.464909 17.591961 1.048633</w:t>
        <w:br/>
        <w:t>v 0.449953 17.657927 1.121174</w:t>
        <w:br/>
        <w:t>v 0.340445 17.539669 1.115976</w:t>
        <w:br/>
        <w:t>v 0.397880 17.599665 1.124080</w:t>
        <w:br/>
        <w:t>v 0.382673 17.660381 1.162612</w:t>
        <w:br/>
        <w:t>v 0.264284 17.481401 1.102259</w:t>
        <w:br/>
        <w:t>v 0.362229 17.731346 1.195206</w:t>
        <w:br/>
        <w:t>v 0.264309 17.563702 1.151726</w:t>
        <w:br/>
        <w:t>v 0.324762 17.605841 1.158040</w:t>
        <w:br/>
        <w:t>v 0.296027 17.661173 1.200956</w:t>
        <w:br/>
        <w:t>v 0.363219 17.830933 1.203924</w:t>
        <w:br/>
        <w:t>v 0.351068 17.912579 1.199778</w:t>
        <w:br/>
        <w:t>v 0.303555 17.779285 1.232397</w:t>
        <w:br/>
        <w:t>v 0.308854 17.851187 1.226372</w:t>
        <w:br/>
        <w:t>v 0.295914 17.934511 1.214872</w:t>
        <w:br/>
        <w:t>v 0.277475 18.005600 1.198563</w:t>
        <w:br/>
        <w:t>v 0.251896 17.873945 1.246051</w:t>
        <w:br/>
        <w:t>v 0.244580 17.955168 1.227812</w:t>
        <w:br/>
        <w:t>v 0.211623 18.029163 1.219382</w:t>
        <w:br/>
        <w:t>v 0.185793 17.977392 1.251462</w:t>
        <w:br/>
        <w:t>v 0.206499 17.895281 1.261121</w:t>
        <w:br/>
        <w:t>v 0.254338 17.805151 1.251663</w:t>
        <w:br/>
        <w:t>v 0.202892 17.827497 1.270490</w:t>
        <w:br/>
        <w:t>v 0.231791 17.742281 1.253392</w:t>
        <w:br/>
        <w:t>v 0.270009 17.706318 1.230268</w:t>
        <w:br/>
        <w:t>v 0.194799 17.767582 1.269764</w:t>
        <w:br/>
        <w:t>v 0.173166 17.717951 1.269739</w:t>
        <w:br/>
        <w:t>v 0.197480 17.693789 1.247767</w:t>
        <w:br/>
        <w:t>v 0.206850 17.665678 1.226573</w:t>
        <w:br/>
        <w:t>v 0.251595 17.620672 1.188366</w:t>
        <w:br/>
        <w:t>v 0.143779 17.738873 1.285785</w:t>
        <w:br/>
        <w:t>v 0.151495 17.789341 1.289380</w:t>
        <w:br/>
        <w:t>v 0.209042 17.636290 1.206355</w:t>
        <w:br/>
        <w:t>v 0.161918 17.847692 1.285071</w:t>
        <w:br/>
        <w:t>v 0.154702 17.918039 1.286073</w:t>
        <w:br/>
        <w:t>v 0.120542 17.872105 1.316663</w:t>
        <w:br/>
        <w:t>v 0.118450 17.812227 1.310049</w:t>
        <w:br/>
        <w:t>v 0.125628 18.001028 1.281301</w:t>
        <w:br/>
        <w:t>v 0.147600 18.053263 1.252602</w:t>
        <w:br/>
        <w:t>v 0.110170 17.759651 1.303736</w:t>
        <w:br/>
        <w:t>v 0.103306 17.944948 1.319331</w:t>
        <w:br/>
        <w:t>v 0.076875 18.027157 1.315110</w:t>
        <w:br/>
        <w:t>v 0.092082 18.080849 1.285560</w:t>
        <w:br/>
        <w:t>v 0.061692 17.981174 1.354919</w:t>
        <w:br/>
        <w:t>v 0.106024 18.135237 1.267271</w:t>
        <w:br/>
        <w:t>v 0.039495 18.046276 1.344773</w:t>
        <w:br/>
        <w:t>v 0.047713 18.096781 1.312216</w:t>
        <w:br/>
        <w:t>v 0.057309 18.148403 1.286687</w:t>
        <w:br/>
        <w:t>v 0.031742 18.006927 1.380636</w:t>
        <w:br/>
        <w:t>v 0.024953 17.978481 1.412103</w:t>
        <w:br/>
        <w:t>v 0.051459 17.948114 1.387638</w:t>
        <w:br/>
        <w:t>v 0.082524 17.906666 1.352076</w:t>
        <w:br/>
        <w:t>v 0.042878 17.927359 1.412015</w:t>
        <w:br/>
        <w:t>v 0.019039 17.960678 1.437068</w:t>
        <w:br/>
        <w:t>v 0.067768 17.885708 1.378832</w:t>
        <w:br/>
        <w:t>v 0.092057 17.848419 1.344484</w:t>
        <w:br/>
        <w:t>v 0.069747 17.789640 1.328225</w:t>
        <w:br/>
        <w:t>v 0.044018 17.864702 1.405063</w:t>
        <w:br/>
        <w:t>v 0.056882 17.830904 1.370402</w:t>
        <w:br/>
        <w:t>v 0.076787 17.721247 1.313196</w:t>
        <w:br/>
        <w:t>v 0.053049 17.729925 1.328012</w:t>
        <w:br/>
        <w:t>v 0.031128 17.782600 1.343382</w:t>
        <w:br/>
        <w:t>v 0.030401 17.819660 1.385910</w:t>
        <w:br/>
        <w:t>v 0.025290 17.734762 1.340476</w:t>
        <w:br/>
        <w:t>v 0.104496 17.709133 1.294642</w:t>
        <w:br/>
        <w:t>v 0.022883 17.852440 1.417664</w:t>
        <w:br/>
        <w:t>v 0.029349 17.904535 1.439799</w:t>
        <w:br/>
        <w:t>v 0.015946 17.889843 1.445724</w:t>
        <w:br/>
        <w:t>v 0.012288 17.944786 1.464777</w:t>
        <w:br/>
        <w:t>v 0.010483 17.926596 1.469537</w:t>
        <w:br/>
        <w:t>v -0.000000 17.884645 1.453440</w:t>
        <w:br/>
        <w:t>v 0.022196 17.695467 1.343745</w:t>
        <w:br/>
        <w:t>v 0.044894 17.692848 1.329778</w:t>
        <w:br/>
        <w:t>v 0.065475 17.688391 1.315749</w:t>
        <w:br/>
        <w:t>v 0.015319 17.644835 1.282341</w:t>
        <w:br/>
        <w:t>v 0.014618 17.643068 1.257175</w:t>
        <w:br/>
        <w:t>v 0.031954 17.643406 1.252816</w:t>
        <w:br/>
        <w:t>v 0.033808 17.644520 1.279597</w:t>
        <w:br/>
        <w:t>v 0.071369 17.644871 1.234460</w:t>
        <w:br/>
        <w:t>v 0.052034 17.644159 1.244548</w:t>
        <w:br/>
        <w:t>v 0.054101 17.644621 1.271706</w:t>
        <w:br/>
        <w:t>v 0.073705 17.645123 1.260595</w:t>
        <w:br/>
        <w:t>v 0.090785 17.646418 1.228127</w:t>
        <w:br/>
        <w:t>v 0.093259 17.646864 1.245500</w:t>
        <w:br/>
        <w:t>v 0.106934 17.647419 1.223776</w:t>
        <w:br/>
        <w:t>v 0.108705 17.649572 1.230164</w:t>
        <w:br/>
        <w:t>v 0.089827 17.681925 1.295105</w:t>
        <w:br/>
        <w:t>v 0.127407 17.696405 1.276779</w:t>
        <w:br/>
        <w:t>v 0.109080 17.675762 1.277543</w:t>
        <w:br/>
        <w:t>v 0.149366 17.683115 1.254419</w:t>
        <w:br/>
        <w:t>v 0.166514 17.665041 1.234765</w:t>
        <w:br/>
        <w:t>v 0.130714 17.668398 1.252152</w:t>
        <w:br/>
        <w:t>v 0.146284 17.663059 1.234514</w:t>
        <w:br/>
        <w:t>v 0.171725 17.643543 1.216939</w:t>
        <w:br/>
        <w:t>v 0.149842 17.647892 1.219771</w:t>
        <w:br/>
        <w:t>v 0.135774 17.626209 1.216501</w:t>
        <w:br/>
        <w:t>v 0.156368 17.618567 1.202960</w:t>
        <w:br/>
        <w:t>v 0.183839 17.603722 1.193903</w:t>
        <w:br/>
        <w:t>v 0.214329 17.587753 1.178997</w:t>
        <w:br/>
        <w:t>v 0.173780 17.555523 1.170454</w:t>
        <w:br/>
        <w:t>v 0.214967 17.525347 1.141755</w:t>
        <w:br/>
        <w:t>v 0.137766 17.532236 1.162336</w:t>
        <w:br/>
        <w:t>v 0.164774 17.492025 1.135104</w:t>
        <w:br/>
        <w:t>v 0.202128 17.441032 1.097232</w:t>
        <w:br/>
        <w:t>v 0.151921 17.378286 1.071757</w:t>
        <w:br/>
        <w:t>v 0.138756 17.406193 1.102209</w:t>
        <w:br/>
        <w:t>v 0.088249 17.346104 1.081340</w:t>
        <w:br/>
        <w:t>v 0.043830 17.303339 1.051928</w:t>
        <w:br/>
        <w:t>v 0.083214 17.380140 1.106289</w:t>
        <w:br/>
        <w:t>v 0.042803 17.324461 1.092538</w:t>
        <w:br/>
        <w:t>v 0.118826 17.463890 1.132285</w:t>
        <w:br/>
        <w:t>v 0.073643 17.445089 1.135041</w:t>
        <w:br/>
        <w:t>v 0.097945 17.512281 1.160846</w:t>
        <w:br/>
        <w:t>v 0.060954 17.499916 1.160808</w:t>
        <w:br/>
        <w:t>v 0.037755 17.371019 1.115650</w:t>
        <w:br/>
        <w:t>v 0.032468 17.434542 1.138536</w:t>
        <w:br/>
        <w:t>v 0.084754 17.542843 1.186174</w:t>
        <w:br/>
        <w:t>v 0.118976 17.558378 1.184471</w:t>
        <w:br/>
        <w:t>v 0.053814 17.534489 1.188545</w:t>
        <w:br/>
        <w:t>v 0.072941 17.568485 1.215290</w:t>
        <w:br/>
        <w:t>v 0.100448 17.582069 1.207431</w:t>
        <w:br/>
        <w:t>v 0.068670 17.583092 1.229616</w:t>
        <w:br/>
        <w:t>v 0.090879 17.594717 1.222188</w:t>
        <w:br/>
        <w:t>v 0.109564 17.644724 1.221296</w:t>
        <w:br/>
        <w:t>v 0.072328 17.638647 1.236869</w:t>
        <w:br/>
        <w:t>v 0.071168 17.645742 1.229718</w:t>
        <w:br/>
        <w:t>v 0.090186 17.647169 1.223977</w:t>
        <w:br/>
        <w:t>v 0.091867 17.641411 1.229209</w:t>
        <w:br/>
        <w:t>v 0.057008 17.635981 1.244836</w:t>
        <w:br/>
        <w:t>v 0.052160 17.644665 1.239925</w:t>
        <w:br/>
        <w:t>v 0.032068 17.644032 1.247207</w:t>
        <w:br/>
        <w:t>v 0.035362 17.634087 1.255734</w:t>
        <w:br/>
        <w:t>v 0.015094 17.633261 1.262486</w:t>
        <w:br/>
        <w:t>v 0.014342 17.643772 1.251547</w:t>
        <w:br/>
        <w:t>v 0.045533 17.575851 1.239224</w:t>
        <w:br/>
        <w:t>v 0.047863 17.561483 1.219006</w:t>
        <w:br/>
        <w:t>v 0.022810 17.556862 1.221900</w:t>
        <w:br/>
        <w:t>v 0.021057 17.571421 1.244698</w:t>
        <w:br/>
        <w:t>v 0.025566 17.529804 1.188667</w:t>
        <w:br/>
        <w:t>v 0.028435 17.491877 1.161885</w:t>
        <w:br/>
        <w:t>v -0.000000 17.289707 1.014461</w:t>
        <w:br/>
        <w:t>v -0.000000 17.292593 0.944124</w:t>
        <w:br/>
        <w:t>v 0.147737 17.575689 1.187452</w:t>
        <w:br/>
        <w:t>v 0.128758 17.596899 1.202817</w:t>
        <w:br/>
        <w:t>v 0.114944 17.610298 1.217390</w:t>
        <w:br/>
        <w:t>v 0.106699 17.648067 1.222057</w:t>
        <w:br/>
        <w:t>v 0.634281 18.132683 1.027001</w:t>
        <w:br/>
        <w:t>v 0.900356 18.477865 0.229962</w:t>
        <w:br/>
        <w:t>v 0.870581 18.458235 0.159701</w:t>
        <w:br/>
        <w:t>v 0.598667 17.940199 0.157709</w:t>
        <w:br/>
        <w:t>v 0.128854 17.655989 1.230073</w:t>
        <w:br/>
        <w:t>v 0.129667 17.647549 1.221458</w:t>
        <w:br/>
        <w:t>v 0.121890 17.648788 1.223075</w:t>
        <w:br/>
        <w:t>v 0.121265 17.651445 1.227616</w:t>
        <w:br/>
        <w:t>v 0.113452 17.654930 1.243759</w:t>
        <w:br/>
        <w:t>v 0.119903 17.660681 1.248156</w:t>
        <w:br/>
        <w:t>v 0.095539 17.653915 1.265843</w:t>
        <w:br/>
        <w:t>v 0.101527 17.664040 1.272833</w:t>
        <w:br/>
        <w:t>v 0.018701 17.671053 1.330693</w:t>
        <w:br/>
        <w:t>v 0.016835 17.653780 1.309348</w:t>
        <w:br/>
        <w:t>v 0.038631 17.669813 1.324154</w:t>
        <w:br/>
        <w:t>v 0.035913 17.652739 1.305189</w:t>
        <w:br/>
        <w:t>v 0.059538 17.667732 1.311026</w:t>
        <w:br/>
        <w:t>v 0.056406 17.652237 1.295656</w:t>
        <w:br/>
        <w:t>v 0.081898 17.665363 1.294191</w:t>
        <w:br/>
        <w:t>v 0.076812 17.652300 1.282817</w:t>
        <w:br/>
        <w:t>v 0.119578 17.633623 1.222802</w:t>
        <w:br/>
        <w:t>v 0.112117 17.640608 1.224833</w:t>
        <w:br/>
        <w:t>v 0.106788 17.618029 1.227235</w:t>
        <w:br/>
        <w:t>v 0.098859 17.631491 1.231144</w:t>
        <w:br/>
        <w:t>v 0.081096 17.605854 1.237170</w:t>
        <w:br/>
        <w:t>v 0.075121 17.621674 1.242869</w:t>
        <w:br/>
        <w:t>v 0.063145 17.597422 1.244285</w:t>
        <w:br/>
        <w:t>v 0.058486 17.617790 1.250523</w:t>
        <w:br/>
        <w:t>v 0.040234 17.590218 1.254632</w:t>
        <w:br/>
        <w:t>v 0.036401 17.614971 1.261183</w:t>
        <w:br/>
        <w:t>v 0.017561 17.587488 1.260156</w:t>
        <w:br/>
        <w:t>v 0.016071 17.613794 1.265430</w:t>
        <w:br/>
        <w:t>v 0.121890 17.648788 1.223075</w:t>
        <w:br/>
        <w:t>v 0.115583 17.647703 1.221931</w:t>
        <w:br/>
        <w:t>v 0.732476 17.934214 0.258760</w:t>
        <w:br/>
        <w:t>v 0.759020 17.955107 0.194123</w:t>
        <w:br/>
        <w:t>v 0.741144 17.967121 0.185480</w:t>
        <w:br/>
        <w:t>v 0.837385 18.090906 0.106538</w:t>
        <w:br/>
        <w:t>v 0.835118 17.987099 0.139959</w:t>
        <w:br/>
        <w:t>v 0.904979 18.049263 0.081798</w:t>
        <w:br/>
        <w:t>v 1.019033 18.436226 0.051622</w:t>
        <w:br/>
        <w:t>v 0.870581 18.458235 0.159701</w:t>
        <w:br/>
        <w:t>v 0.823619 18.316345 0.115219</w:t>
        <w:br/>
        <w:t>v 0.922553 18.303019 0.025228</w:t>
        <w:br/>
        <w:t>v 0.976756 18.141602 0.034648</w:t>
        <w:br/>
        <w:t>v 1.030797 18.286180 0.015445</w:t>
        <w:br/>
        <w:t>v 1.068475 18.422110 0.050119</w:t>
        <w:br/>
        <w:t>v 1.001683 18.510672 0.107590</w:t>
        <w:br/>
        <w:t>v 1.055773 18.510433 0.117486</w:t>
        <w:br/>
        <w:t>v 1.018106 18.555605 0.182361</w:t>
        <w:br/>
        <w:t>v 0.985274 18.549227 0.173592</w:t>
        <w:br/>
        <w:t>v 0.984873 18.552946 0.211485</w:t>
        <w:br/>
        <w:t>v 0.900356 18.477865 0.229962</w:t>
        <w:br/>
        <w:t>v 0.694546 18.107780 0.097469</w:t>
        <w:br/>
        <w:t>v 0.615065 18.030304 0.137842</w:t>
        <w:br/>
        <w:t>v 0.598667 17.940199 0.157709</w:t>
        <w:br/>
        <w:t>v 0.732476 17.934214 0.258760</w:t>
        <w:br/>
        <w:t>v 0.135189 17.647869 1.195831</w:t>
        <w:br/>
        <w:t>v 0.134512 17.663105 1.201044</w:t>
        <w:br/>
        <w:t>v 0.117563 17.655931 1.216107</w:t>
        <w:br/>
        <w:t>v 0.117126 17.651308 1.214225</w:t>
        <w:br/>
        <w:t>v 0.062301 17.771570 0.952486</w:t>
        <w:br/>
        <w:t>v 0.065303 17.724222 0.893240</w:t>
        <w:br/>
        <w:t>v 0.114577 17.750113 0.966452</w:t>
        <w:br/>
        <w:t>v 0.124953 17.714310 0.909717</w:t>
        <w:br/>
        <w:t>v 0.161943 17.715223 0.980153</w:t>
        <w:br/>
        <w:t>v 0.152927 17.693239 0.921063</w:t>
        <w:br/>
        <w:t>v 0.160744 17.669411 0.926184</w:t>
        <w:br/>
        <w:t>v 0.139841 17.668161 0.902958</w:t>
        <w:br/>
        <w:t>v 0.183537 17.670156 0.991491</w:t>
        <w:br/>
        <w:t>v 0.134431 17.625881 0.915442</w:t>
        <w:br/>
        <w:t>v 0.156013 17.646997 0.923855</w:t>
        <w:br/>
        <w:t>v 0.162280 17.630259 0.986059</w:t>
        <w:br/>
        <w:t>v 0.128264 17.597546 0.978690</w:t>
        <w:br/>
        <w:t>v 0.067895 17.581640 0.975525</w:t>
        <w:br/>
        <w:t>v 0.071021 17.605953 0.906641</w:t>
        <w:br/>
        <w:t>v 0.014618 17.643068 1.257175</w:t>
        <w:br/>
        <w:t>v 0.013828 17.669670 1.240208</w:t>
        <w:br/>
        <w:t>v 0.026622 17.712437 1.229940</w:t>
        <w:br/>
        <w:t>v 0.055002 17.669609 1.236906</w:t>
        <w:br/>
        <w:t>v 0.033765 17.671032 1.239313</w:t>
        <w:br/>
        <w:t>v 0.031954 17.643406 1.252816</w:t>
        <w:br/>
        <w:t>v 0.052034 17.644159 1.244548</w:t>
        <w:br/>
        <w:t>v 0.043557 17.742218 1.189711</w:t>
        <w:br/>
        <w:t>v 0.109453 17.664087 1.223273</w:t>
        <w:br/>
        <w:t>v 0.106934 17.647419 1.223776</w:t>
        <w:br/>
        <w:t>v 0.111848 17.648073 1.223161</w:t>
        <w:br/>
        <w:t>v 0.059942 17.708389 1.224553</w:t>
        <w:br/>
        <w:t>v 0.059507 17.776978 1.129976</w:t>
        <w:br/>
        <w:t>v 0.060071 17.785255 1.030413</w:t>
        <w:br/>
        <w:t>v 0.085991 17.746992 1.177050</w:t>
        <w:br/>
        <w:t>v 0.103570 17.702669 1.212493</w:t>
        <w:br/>
        <w:t>v 0.114384 17.752563 1.131011</w:t>
        <w:br/>
        <w:t>v 0.114813 17.763662 1.044569</w:t>
        <w:br/>
        <w:t>v 0.176427 17.720047 1.065210</w:t>
        <w:br/>
        <w:t>v 0.126258 17.740168 1.164142</w:t>
        <w:br/>
        <w:t>v 0.136051 17.702396 1.179242</w:t>
        <w:br/>
        <w:t>v 0.161672 17.723446 1.142532</w:t>
        <w:br/>
        <w:t>v 0.185010 17.662056 1.088989</w:t>
        <w:br/>
        <w:t>v 0.157616 17.669138 1.171086</w:t>
        <w:br/>
        <w:t>v 0.173792 17.663651 1.140351</w:t>
        <w:br/>
        <w:t>v 0.121101 17.684900 1.214907</w:t>
        <w:br/>
        <w:t>v 0.161687 17.618317 1.073083</w:t>
        <w:br/>
        <w:t>v 0.167409 17.617727 1.122763</w:t>
        <w:br/>
        <w:t>v 0.125255 17.587929 1.065042</w:t>
        <w:br/>
        <w:t>v 0.115441 17.585386 1.127560</w:t>
        <w:br/>
        <w:t>v 0.062926 17.573778 1.051491</w:t>
        <w:br/>
        <w:t>v 0.057899 17.564350 1.110923</w:t>
        <w:br/>
        <w:t>v 0.039385 17.574640 1.154226</w:t>
        <w:br/>
        <w:t>v 0.077441 17.578960 1.160614</w:t>
        <w:br/>
        <w:t>v 0.095151 17.628201 1.215440</w:t>
        <w:br/>
        <w:t>v 0.078012 17.621275 1.218363</w:t>
        <w:br/>
        <w:t>v 0.097475 17.607542 1.193277</w:t>
        <w:br/>
        <w:t>v 0.071168 17.645742 1.229718</w:t>
        <w:br/>
        <w:t>v 0.090186 17.647169 1.223977</w:t>
        <w:br/>
        <w:t>v 0.037253 17.613655 1.224383</w:t>
        <w:br/>
        <w:t>v 0.032068 17.644032 1.247207</w:t>
        <w:br/>
        <w:t>v 0.014342 17.643772 1.251547</w:t>
        <w:br/>
        <w:t>v 0.017925 17.611277 1.225570</w:t>
        <w:br/>
        <w:t>v 0.058886 17.616915 1.221825</w:t>
        <w:br/>
        <w:t>v 0.052160 17.644665 1.239925</w:t>
        <w:br/>
        <w:t>v 0.070322 17.662142 0.880708</w:t>
        <w:br/>
        <w:t>v 0.093995 17.666773 1.226424</w:t>
        <w:br/>
        <w:t>v 0.074296 17.668808 1.233799</w:t>
        <w:br/>
        <w:t>v 0.071369 17.644871 1.234460</w:t>
        <w:br/>
        <w:t>v 0.090785 17.646418 1.228127</w:t>
        <w:br/>
        <w:t>v 0.153141 17.633482 1.170898</w:t>
        <w:br/>
        <w:t>v 0.029487 17.590759 1.191185</w:t>
        <w:br/>
        <w:t>v 0.067974 17.597115 1.195646</w:t>
        <w:br/>
        <w:t>v 0.109675 17.635904 1.214359</w:t>
        <w:br/>
        <w:t>v 0.106699 17.648067 1.222057</w:t>
        <w:br/>
        <w:t>v 0.111463 17.599159 1.167019</w:t>
        <w:br/>
        <w:t>v 0.122200 17.623934 1.190722</w:t>
        <w:br/>
        <w:t>v 0.111850 17.647675 1.222370</w:t>
        <w:br/>
        <w:t>v 0.407914 18.341408 1.174650</w:t>
        <w:br/>
        <w:t>v 0.467415 18.347385 1.176780</w:t>
        <w:br/>
        <w:t>v 0.513989 18.343552 1.168876</w:t>
        <w:br/>
        <w:t>v 0.561564 18.334644 1.155021</w:t>
        <w:br/>
        <w:t>v 0.599933 18.321617 1.136269</w:t>
        <w:br/>
        <w:t>v 0.630759 18.305172 1.114050</w:t>
        <w:br/>
        <w:t>v 0.661909 18.273945 1.061435</w:t>
        <w:br/>
        <w:t>v 0.679371 18.247532 1.021618</w:t>
        <w:br/>
        <w:t>v 0.671748 18.219896 1.011107</w:t>
        <w:br/>
        <w:t>v 0.694483 18.225492 1.010715</w:t>
        <w:br/>
        <w:t>v 0.673027 18.187586 1.010753</w:t>
        <w:br/>
        <w:t>v 0.656649 18.195110 1.012373</w:t>
        <w:br/>
        <w:t>v 0.638985 18.168657 1.019392</w:t>
        <w:br/>
        <w:t>v 0.620471 18.144386 1.028883</w:t>
        <w:br/>
        <w:t>v 0.592605 18.108593 1.045390</w:t>
        <w:br/>
        <w:t>v -0.407613 18.377764 1.200154</w:t>
        <w:br/>
        <w:t>v -0.338692 18.346447 1.188417</w:t>
        <w:br/>
        <w:t>v -0.342951 18.318777 1.169001</w:t>
        <w:br/>
        <w:t>v -0.407914 18.341412 1.174650</w:t>
        <w:br/>
        <w:t>v -0.289563 18.313492 1.177005</w:t>
        <w:br/>
        <w:t>v -0.467415 18.347389 1.176780</w:t>
        <w:br/>
        <w:t>v -0.479528 18.394852 1.205528</w:t>
        <w:br/>
        <w:t>v -0.513988 18.343554 1.168875</w:t>
        <w:br/>
        <w:t>v -0.537739 18.392048 1.193202</w:t>
        <w:br/>
        <w:t>v -0.561564 18.334646 1.155021</w:t>
        <w:br/>
        <w:t>v -0.584526 18.382395 1.174875</w:t>
        <w:br/>
        <w:t>v -0.599933 18.321621 1.136269</w:t>
        <w:br/>
        <w:t>v -0.623169 18.365625 1.151690</w:t>
        <w:br/>
        <w:t>v -0.630760 18.305176 1.114044</w:t>
        <w:br/>
        <w:t>v -0.657317 18.338120 1.120763</w:t>
        <w:br/>
        <w:t>v -0.661909 18.273945 1.061437</w:t>
        <w:br/>
        <w:t>v -0.685351 18.306364 1.083594</w:t>
        <w:br/>
        <w:t>v -0.679370 18.247532 1.021618</w:t>
        <w:br/>
        <w:t>v -0.717006 18.270033 1.014035</w:t>
        <w:br/>
        <w:t>v -0.671748 18.219896 1.011107</w:t>
        <w:br/>
        <w:t>v -0.694483 18.225492 1.010715</w:t>
        <w:br/>
        <w:t>v -0.656650 18.195110 1.012372</w:t>
        <w:br/>
        <w:t>v -0.673025 18.187584 1.010752</w:t>
        <w:br/>
        <w:t>v -0.694483 18.225492 1.010715</w:t>
        <w:br/>
        <w:t>v -0.638984 18.168661 1.019391</w:t>
        <w:br/>
        <w:t>v -0.655223 18.160578 1.014460</w:t>
        <w:br/>
        <w:t>v -0.673025 18.187584 1.010752</w:t>
        <w:br/>
        <w:t>v -0.620471 18.144390 1.028882</w:t>
        <w:br/>
        <w:t>v -0.634280 18.132683 1.026999</w:t>
        <w:br/>
        <w:t>v -0.592605 18.108593 1.045390</w:t>
        <w:br/>
        <w:t>v -0.574968 18.376141 1.213645</w:t>
        <w:br/>
        <w:t>v -0.561564 18.334646 1.155021</w:t>
        <w:br/>
        <w:t>v -0.599933 18.321621 1.136269</w:t>
        <w:br/>
        <w:t>v -0.616343 18.358696 1.188179</w:t>
        <w:br/>
        <w:t>v -0.522531 18.383507 1.232172</w:t>
        <w:br/>
        <w:t>v -0.513988 18.343554 1.168875</w:t>
        <w:br/>
        <w:t>v -0.630760 18.305176 1.114044</w:t>
        <w:br/>
        <w:t>v -0.651805 18.335417 1.161034</w:t>
        <w:br/>
        <w:t>v -0.466989 18.385664 1.243533</w:t>
        <w:br/>
        <w:t>v -0.467415 18.347389 1.176780</w:t>
        <w:br/>
        <w:t>v -0.400448 18.368862 1.240113</w:t>
        <w:br/>
        <w:t>v -0.407914 18.341412 1.174650</w:t>
        <w:br/>
        <w:t>v -0.339368 18.332638 1.189156</w:t>
        <w:br/>
        <w:t>v -0.342951 18.318777 1.169001</w:t>
        <w:br/>
        <w:t>v -0.661909 18.273945 1.061437</w:t>
        <w:br/>
        <w:t>v -0.688320 18.309435 1.122464</w:t>
        <w:br/>
        <w:t>v -0.289563 18.313492 1.177005</w:t>
        <w:br/>
        <w:t>v -0.632990 18.391035 1.176967</w:t>
        <w:br/>
        <w:t>v -0.589035 18.414410 1.207482</w:t>
        <w:br/>
        <w:t>v -0.616343 18.358696 1.188179</w:t>
        <w:br/>
        <w:t>v -0.284164 18.317593 1.208847</w:t>
        <w:br/>
        <w:t>v -0.239194 18.287500 1.196095</w:t>
        <w:br/>
        <w:t>v -0.332955 18.346104 1.225871</w:t>
        <w:br/>
        <w:t>v -0.398932 18.401371 1.250598</w:t>
        <w:br/>
        <w:t>v -0.467778 18.422440 1.247103</w:t>
        <w:br/>
        <w:t>v -0.713924 18.323750 1.094505</w:t>
        <w:br/>
        <w:t>v -0.672775 18.365768 1.141730</w:t>
        <w:br/>
        <w:t>v -0.651805 18.335417 1.161034</w:t>
        <w:br/>
        <w:t>v -0.746531 18.251158 1.036232</w:t>
        <w:br/>
        <w:t>v -0.715843 18.278481 1.078741</w:t>
        <w:br/>
        <w:t>v -0.712836 18.239408 1.041938</w:t>
        <w:br/>
        <w:t>v -0.727789 18.221758 1.014777</w:t>
        <w:br/>
        <w:t>v -0.710755 18.205297 1.012331</w:t>
        <w:br/>
        <w:t>v -0.697124 18.215214 1.034625</w:t>
        <w:br/>
        <w:t>v -0.687080 18.178505 1.013170</w:t>
        <w:br/>
        <w:t>v -0.677483 18.192387 1.030799</w:t>
        <w:br/>
        <w:t>v -0.651817 18.161943 1.030244</w:t>
        <w:br/>
        <w:t>v -0.663731 18.156382 1.017729</w:t>
        <w:br/>
        <w:t>v -0.627128 18.136602 1.034978</w:t>
        <w:br/>
        <w:t>v -0.634280 18.132683 1.026999</w:t>
        <w:br/>
        <w:t>v -0.735746 18.295153 1.061723</w:t>
        <w:br/>
        <w:t>v -0.688320 18.309435 1.122464</w:t>
        <w:br/>
        <w:t>v -0.620471 18.144390 1.028882</w:t>
        <w:br/>
        <w:t>v -0.592605 18.108593 1.045390</w:t>
        <w:br/>
        <w:t>v -0.627128 18.136602 1.034978</w:t>
        <w:br/>
        <w:t>v -0.655223 18.160578 1.014460</w:t>
        <w:br/>
        <w:t>v -0.663731 18.156382 1.017729</w:t>
        <w:br/>
        <w:t>v -0.634280 18.132683 1.026999</w:t>
        <w:br/>
        <w:t>v -0.687080 18.178505 1.013170</w:t>
        <w:br/>
        <w:t>v -0.673025 18.187584 1.010752</w:t>
        <w:br/>
        <w:t>v -0.694483 18.225492 1.010715</w:t>
        <w:br/>
        <w:t>v -0.710755 18.205297 1.012331</w:t>
        <w:br/>
        <w:t>v -0.727789 18.221758 1.014777</w:t>
        <w:br/>
        <w:t>v -0.735746 18.295153 1.061723</w:t>
        <w:br/>
        <w:t>v -0.746682 18.273134 1.037494</w:t>
        <w:br/>
        <w:t>v -0.715843 18.278481 1.078741</w:t>
        <w:br/>
        <w:t>v -0.679370 18.247532 1.021618</w:t>
        <w:br/>
        <w:t>v -0.656650 18.195110 1.012372</w:t>
        <w:br/>
        <w:t>v -0.677483 18.192387 1.030799</w:t>
        <w:br/>
        <w:t>v -0.697124 18.215214 1.034625</w:t>
        <w:br/>
        <w:t>v -0.671748 18.219896 1.011107</w:t>
        <w:br/>
        <w:t>v -0.638984 18.168661 1.019392</w:t>
        <w:br/>
        <w:t>v -0.651817 18.161943 1.030244</w:t>
        <w:br/>
        <w:t>v -0.522531 18.383507 1.232172</w:t>
        <w:br/>
        <w:t>v -0.526277 18.428478 1.229804</w:t>
        <w:br/>
        <w:t>v -0.746682 18.273134 1.037494</w:t>
        <w:br/>
        <w:t>v -0.592605 18.108593 1.045390</w:t>
        <w:br/>
        <w:t>v -0.712836 18.239408 1.041938</w:t>
        <w:br/>
        <w:t>v -0.328007 18.363768 1.235466</w:t>
        <w:br/>
        <w:t>v -0.279467 18.324303 1.216651</w:t>
        <w:br/>
        <w:t>v -0.557042 18.416227 1.230017</w:t>
        <w:br/>
        <w:t>v -0.727789 18.221758 1.014777</w:t>
        <w:br/>
        <w:t>v -0.717006 18.270033 1.014035</w:t>
        <w:br/>
        <w:t>v -0.735746 18.295153 1.061723</w:t>
        <w:br/>
        <w:t>v -0.278101 18.324028 1.204814</w:t>
        <w:br/>
        <w:t>v -0.289563 18.313492 1.177005</w:t>
        <w:br/>
        <w:t>v -0.239194 18.287500 1.196095</w:t>
        <w:br/>
        <w:t>v -0.398932 18.401371 1.250598</w:t>
        <w:br/>
        <w:t>v -0.407613 18.377764 1.200154</w:t>
        <w:br/>
        <w:t>v -0.338692 18.346447 1.188417</w:t>
        <w:br/>
        <w:t>v -0.328007 18.363768 1.235466</w:t>
        <w:br/>
        <w:t>v -0.685351 18.306364 1.083594</w:t>
        <w:br/>
        <w:t>v -0.713924 18.323750 1.094505</w:t>
        <w:br/>
        <w:t>v -0.657317 18.338120 1.120763</w:t>
        <w:br/>
        <w:t>v -0.672775 18.365768 1.141730</w:t>
        <w:br/>
        <w:t>v -0.623169 18.365625 1.151690</w:t>
        <w:br/>
        <w:t>v -0.584526 18.382395 1.174875</w:t>
        <w:br/>
        <w:t>v -0.589035 18.414410 1.207482</w:t>
        <w:br/>
        <w:t>v -0.632990 18.391035 1.176967</w:t>
        <w:br/>
        <w:t>v -0.479528 18.394852 1.205528</w:t>
        <w:br/>
        <w:t>v -0.467778 18.422440 1.247103</w:t>
        <w:br/>
        <w:t>v -0.526277 18.428478 1.229804</w:t>
        <w:br/>
        <w:t>v -0.537739 18.392048 1.193202</w:t>
        <w:br/>
        <w:t>v -0.717006 18.270033 1.014035</w:t>
        <w:br/>
        <w:t>v -0.559923 18.443520 1.223554</w:t>
        <w:br/>
        <w:t>v -0.581306 18.454041 1.220435</w:t>
        <w:br/>
        <w:t>v -0.599620 18.448227 1.214359</w:t>
        <w:br/>
        <w:t>v -0.596526 18.432512 1.212443</w:t>
        <w:br/>
        <w:t>v -0.577097 18.436731 1.227262</w:t>
        <w:br/>
        <w:t>v -0.596526 18.432512 1.212443</w:t>
        <w:br/>
        <w:t>v -0.599620 18.448227 1.214359</w:t>
        <w:br/>
        <w:t>v -0.588960 18.449718 1.224092</w:t>
        <w:br/>
        <w:t>v -0.559923 18.443520 1.223554</w:t>
        <w:br/>
        <w:t>v -0.581306 18.454041 1.220435</w:t>
        <w:br/>
        <w:t>v -0.600860 18.467382 1.218756</w:t>
        <w:br/>
        <w:t>v -0.600860 18.467382 1.218756</w:t>
        <w:br/>
        <w:t>v -0.600860 18.467382 1.218756</w:t>
        <w:br/>
        <w:t>v -0.771246 18.252934 0.991926</w:t>
        <w:br/>
        <w:t>v -0.759226 18.261145 1.015371</w:t>
        <w:br/>
        <w:t>v -0.756288 18.247427 1.019922</w:t>
        <w:br/>
        <w:t>v -0.768640 18.244768 0.996773</w:t>
        <w:br/>
        <w:t>v -0.763956 18.232431 0.985913</w:t>
        <w:br/>
        <w:t>v -0.749638 18.226418 0.997588</w:t>
        <w:br/>
        <w:t>v -0.759226 18.261145 1.015371</w:t>
        <w:br/>
        <w:t>v -0.771246 18.252934 0.991926</w:t>
        <w:br/>
        <w:t>v -0.763956 18.232431 0.985913</w:t>
        <w:br/>
        <w:t>v -0.749638 18.226418 0.997588</w:t>
        <w:br/>
        <w:t>v -0.781241 18.245708 0.968726</w:t>
        <w:br/>
        <w:t>v -0.781241 18.245708 0.968726</w:t>
        <w:br/>
        <w:t>v -0.279467 18.324303 1.216651</w:t>
        <w:br/>
        <w:t>v -0.328007 18.363768 1.235466</w:t>
        <w:br/>
        <w:t>v -0.278101 18.324028 1.204814</w:t>
        <w:br/>
        <w:t>v -0.239194 18.287500 1.196095</w:t>
        <w:br/>
        <w:t>v 0.599933 18.321617 1.136269</w:t>
        <w:br/>
        <w:t>v 0.561564 18.334644 1.155021</w:t>
        <w:br/>
        <w:t>v 0.574968 18.376133 1.213645</w:t>
        <w:br/>
        <w:t>v 0.616343 18.358692 1.188179</w:t>
        <w:br/>
        <w:t>v 0.513989 18.343552 1.168876</w:t>
        <w:br/>
        <w:t>v 0.522532 18.383495 1.232172</w:t>
        <w:br/>
        <w:t>v 0.630759 18.305172 1.114050</w:t>
        <w:br/>
        <w:t>v 0.651805 18.335411 1.161034</w:t>
        <w:br/>
        <w:t>v 0.467415 18.347385 1.176780</w:t>
        <w:br/>
        <w:t>v 0.407914 18.341408 1.174650</w:t>
        <w:br/>
        <w:t>v 0.400448 18.368855 1.240114</w:t>
        <w:br/>
        <w:t>v 0.466989 18.385651 1.243534</w:t>
        <w:br/>
        <w:t>v 0.342952 18.318771 1.169001</w:t>
        <w:br/>
        <w:t>v 0.339369 18.332626 1.189156</w:t>
        <w:br/>
        <w:t>v 0.661909 18.273945 1.061435</w:t>
        <w:br/>
        <w:t>v 0.688320 18.309429 1.122465</w:t>
        <w:br/>
        <w:t>v 0.289563 18.313488 1.177006</w:t>
        <w:br/>
        <w:t>v 0.589035 18.414402 1.207482</w:t>
        <w:br/>
        <w:t>v 0.632990 18.391026 1.176968</w:t>
        <w:br/>
        <w:t>v 0.616343 18.358692 1.188179</w:t>
        <w:br/>
        <w:t>v 0.239194 18.287497 1.196095</w:t>
        <w:br/>
        <w:t>v 0.284164 18.317581 1.208848</w:t>
        <w:br/>
        <w:t>v 0.332955 18.346092 1.225871</w:t>
        <w:br/>
        <w:t>v 0.398933 18.401360 1.250599</w:t>
        <w:br/>
        <w:t>v 0.467778 18.422428 1.247104</w:t>
        <w:br/>
        <w:t>v 0.672773 18.365765 1.141731</w:t>
        <w:br/>
        <w:t>v 0.713923 18.323750 1.094506</w:t>
        <w:br/>
        <w:t>v 0.651805 18.335411 1.161034</w:t>
        <w:br/>
        <w:t>v 0.715843 18.278475 1.078741</w:t>
        <w:br/>
        <w:t>v 0.746531 18.251158 1.036232</w:t>
        <w:br/>
        <w:t>v 0.712835 18.239405 1.041938</w:t>
        <w:br/>
        <w:t>v 0.727788 18.221758 1.014777</w:t>
        <w:br/>
        <w:t>v 0.710755 18.205297 1.012331</w:t>
        <w:br/>
        <w:t>v 0.697124 18.215214 1.034626</w:t>
        <w:br/>
        <w:t>v 0.687080 18.178505 1.013171</w:t>
        <w:br/>
        <w:t>v 0.677483 18.192385 1.030804</w:t>
        <w:br/>
        <w:t>v 0.663731 18.156382 1.017731</w:t>
        <w:br/>
        <w:t>v 0.651818 18.161943 1.030245</w:t>
        <w:br/>
        <w:t>v 0.634281 18.132683 1.027001</w:t>
        <w:br/>
        <w:t>v 0.627128 18.136602 1.034980</w:t>
        <w:br/>
        <w:t>v 0.688320 18.309429 1.122465</w:t>
        <w:br/>
        <w:t>v 0.735745 18.295153 1.061723</w:t>
        <w:br/>
        <w:t>v 0.592605 18.108593 1.045390</w:t>
        <w:br/>
        <w:t>v 0.620471 18.144386 1.028883</w:t>
        <w:br/>
        <w:t>v 0.627128 18.136602 1.034980</w:t>
        <w:br/>
        <w:t>v 0.663731 18.156382 1.017731</w:t>
        <w:br/>
        <w:t>v 0.655225 18.160578 1.014462</w:t>
        <w:br/>
        <w:t>v 0.634281 18.132683 1.027001</w:t>
        <w:br/>
        <w:t>v 0.687080 18.178505 1.013171</w:t>
        <w:br/>
        <w:t>v 0.673027 18.187586 1.010753</w:t>
        <w:br/>
        <w:t>v 0.710755 18.205297 1.012331</w:t>
        <w:br/>
        <w:t>v 0.694483 18.225492 1.010715</w:t>
        <w:br/>
        <w:t>v 0.735745 18.295153 1.061723</w:t>
        <w:br/>
        <w:t>v 0.727788 18.221758 1.014777</w:t>
        <w:br/>
        <w:t>v 0.746681 18.273134 1.037494</w:t>
        <w:br/>
        <w:t>v 0.679371 18.247532 1.021618</w:t>
        <w:br/>
        <w:t>v 0.715843 18.278475 1.078741</w:t>
        <w:br/>
        <w:t>v 0.697124 18.215214 1.034626</w:t>
        <w:br/>
        <w:t>v 0.677483 18.192385 1.030804</w:t>
        <w:br/>
        <w:t>v 0.656649 18.195110 1.012373</w:t>
        <w:br/>
        <w:t>v 0.671748 18.219896 1.011107</w:t>
        <w:br/>
        <w:t>v 0.638985 18.168657 1.019393</w:t>
        <w:br/>
        <w:t>v 0.651818 18.161943 1.030245</w:t>
        <w:br/>
        <w:t>v 0.522532 18.383495 1.232172</w:t>
        <w:br/>
        <w:t>v 0.526277 18.428467 1.229805</w:t>
        <w:br/>
        <w:t>v 0.746681 18.273134 1.037494</w:t>
        <w:br/>
        <w:t>v 0.592605 18.108593 1.045390</w:t>
        <w:br/>
        <w:t>v 0.712835 18.239405 1.041938</w:t>
        <w:br/>
        <w:t>v 0.279467 18.324295 1.216652</w:t>
        <w:br/>
        <w:t>v 0.328007 18.363758 1.235467</w:t>
        <w:br/>
        <w:t>v 0.557042 18.416218 1.230017</w:t>
        <w:br/>
        <w:t>v 0.717006 18.270035 1.014035</w:t>
        <w:br/>
        <w:t>v 0.727788 18.221758 1.014777</w:t>
        <w:br/>
        <w:t>v 0.735745 18.295153 1.061723</w:t>
        <w:br/>
        <w:t>v 0.289563 18.313488 1.177006</w:t>
        <w:br/>
        <w:t>v 0.278102 18.324020 1.204814</w:t>
        <w:br/>
        <w:t>v 0.239194 18.287497 1.196095</w:t>
        <w:br/>
        <w:t>v 0.338692 18.346443 1.188417</w:t>
        <w:br/>
        <w:t>v 0.407613 18.377762 1.200154</w:t>
        <w:br/>
        <w:t>v 0.398933 18.401360 1.250599</w:t>
        <w:br/>
        <w:t>v 0.328007 18.363758 1.235467</w:t>
        <w:br/>
        <w:t>v 0.713923 18.323750 1.094506</w:t>
        <w:br/>
        <w:t>v 0.685351 18.306362 1.083595</w:t>
        <w:br/>
        <w:t>v 0.672773 18.365765 1.141731</w:t>
        <w:br/>
        <w:t>v 0.657317 18.338116 1.120761</w:t>
        <w:br/>
        <w:t>v 0.589035 18.414402 1.207482</w:t>
        <w:br/>
        <w:t>v 0.584525 18.382393 1.174876</w:t>
        <w:br/>
        <w:t>v 0.623170 18.365623 1.151689</w:t>
        <w:br/>
        <w:t>v 0.632990 18.391026 1.176968</w:t>
        <w:br/>
        <w:t>v 0.467778 18.422428 1.247104</w:t>
        <w:br/>
        <w:t>v 0.479528 18.394844 1.205528</w:t>
        <w:br/>
        <w:t>v 0.526277 18.428467 1.229805</w:t>
        <w:br/>
        <w:t>v 0.537739 18.392040 1.193202</w:t>
        <w:br/>
        <w:t>v 0.717006 18.270035 1.014035</w:t>
        <w:br/>
        <w:t>v 0.599620 18.448223 1.214359</w:t>
        <w:br/>
        <w:t>v 0.581306 18.454033 1.220435</w:t>
        <w:br/>
        <w:t>v 0.559923 18.443512 1.223554</w:t>
        <w:br/>
        <w:t>v 0.596526 18.432499 1.212443</w:t>
        <w:br/>
        <w:t>v 0.599620 18.448223 1.214359</w:t>
        <w:br/>
        <w:t>v 0.596526 18.432499 1.212443</w:t>
        <w:br/>
        <w:t>v 0.577097 18.436722 1.227262</w:t>
        <w:br/>
        <w:t>v 0.588960 18.449715 1.224093</w:t>
        <w:br/>
        <w:t>v 0.559923 18.443512 1.223554</w:t>
        <w:br/>
        <w:t>v 0.581306 18.454033 1.220435</w:t>
        <w:br/>
        <w:t>v 0.600860 18.467377 1.218756</w:t>
        <w:br/>
        <w:t>v 0.600860 18.467377 1.218756</w:t>
        <w:br/>
        <w:t>v 0.600860 18.467377 1.218756</w:t>
        <w:br/>
        <w:t>v 0.756289 18.247427 1.019922</w:t>
        <w:br/>
        <w:t>v 0.759225 18.261145 1.015371</w:t>
        <w:br/>
        <w:t>v 0.771245 18.252934 0.991926</w:t>
        <w:br/>
        <w:t>v 0.768641 18.244768 0.996773</w:t>
        <w:br/>
        <w:t>v 0.763955 18.232428 0.985913</w:t>
        <w:br/>
        <w:t>v 0.749637 18.226416 0.997587</w:t>
        <w:br/>
        <w:t>v 0.763955 18.232428 0.985913</w:t>
        <w:br/>
        <w:t>v 0.771245 18.252934 0.991926</w:t>
        <w:br/>
        <w:t>v 0.759225 18.261145 1.015371</w:t>
        <w:br/>
        <w:t>v 0.749637 18.226416 0.997587</w:t>
        <w:br/>
        <w:t>v 0.781242 18.245708 0.968726</w:t>
        <w:br/>
        <w:t>v 0.781242 18.245708 0.968726</w:t>
        <w:br/>
        <w:t>v 0.328007 18.363758 1.235467</w:t>
        <w:br/>
        <w:t>v 0.279467 18.324295 1.216652</w:t>
        <w:br/>
        <w:t>v 0.278102 18.324020 1.204814</w:t>
        <w:br/>
        <w:t>v 0.239194 18.287497 1.196095</w:t>
        <w:br/>
        <w:t>v -0.338692 18.346447 1.188417</w:t>
        <w:br/>
        <w:t>v -0.407613 18.377764 1.200154</w:t>
        <w:br/>
        <w:t>v -0.407914 18.341412 1.174650</w:t>
        <w:br/>
        <w:t>v -0.342951 18.318777 1.169001</w:t>
        <w:br/>
        <w:t>v -0.479528 18.394852 1.205528</w:t>
        <w:br/>
        <w:t>v -0.467415 18.347389 1.176780</w:t>
        <w:br/>
        <w:t>v -0.289563 18.313492 1.177005</w:t>
        <w:br/>
        <w:t>v -0.537739 18.392048 1.193202</w:t>
        <w:br/>
        <w:t>v -0.513988 18.343554 1.168875</w:t>
        <w:br/>
        <w:t>v -0.584526 18.382395 1.174875</w:t>
        <w:br/>
        <w:t>v -0.623169 18.365625 1.151690</w:t>
        <w:br/>
        <w:t>v -0.657317 18.338120 1.120763</w:t>
        <w:br/>
        <w:t>v -0.630760 18.305176 1.114044</w:t>
        <w:br/>
        <w:t>v -0.599933 18.321621 1.136269</w:t>
        <w:br/>
        <w:t>v -0.685351 18.306364 1.083594</w:t>
        <w:br/>
        <w:t>v -0.661909 18.273945 1.061437</w:t>
        <w:br/>
        <w:t>v -0.673025 18.187584 1.010752</w:t>
        <w:br/>
        <w:t>v -0.656650 18.195110 1.012372</w:t>
        <w:br/>
        <w:t>v -0.671748 18.219896 1.011107</w:t>
        <w:br/>
        <w:t>v -0.694483 18.225492 1.010715</w:t>
        <w:br/>
        <w:t>v -0.655223 18.160578 1.014460</w:t>
        <w:br/>
        <w:t>v -0.638984 18.168661 1.019392</w:t>
        <w:br/>
        <w:t>v -0.634280 18.132683 1.026999</w:t>
        <w:br/>
        <w:t>v -0.620471 18.144390 1.028882</w:t>
        <w:br/>
        <w:t>v -0.592605 18.108593 1.045390</w:t>
        <w:br/>
        <w:t>v -0.679370 18.247532 1.021618</w:t>
        <w:br/>
        <w:t>v -0.717006 18.270033 1.014035</w:t>
        <w:br/>
        <w:t>v 0.407914 18.341408 1.174650</w:t>
        <w:br/>
        <w:t>v 0.407613 18.377762 1.200154</w:t>
        <w:br/>
        <w:t>v 0.338692 18.346443 1.188417</w:t>
        <w:br/>
        <w:t>v 0.342952 18.318771 1.169001</w:t>
        <w:br/>
        <w:t>v 0.467415 18.347385 1.176780</w:t>
        <w:br/>
        <w:t>v 0.479528 18.394844 1.205528</w:t>
        <w:br/>
        <w:t>v 0.289563 18.313488 1.177006</w:t>
        <w:br/>
        <w:t>v 0.513989 18.343552 1.168876</w:t>
        <w:br/>
        <w:t>v 0.537739 18.392040 1.193202</w:t>
        <w:br/>
        <w:t>v 0.561564 18.334644 1.155021</w:t>
        <w:br/>
        <w:t>v 0.599933 18.321617 1.136269</w:t>
        <w:br/>
        <w:t>v 0.630759 18.305172 1.114050</w:t>
        <w:br/>
        <w:t>v 0.657317 18.338116 1.120761</w:t>
        <w:br/>
        <w:t>v 0.623170 18.365623 1.151689</w:t>
        <w:br/>
        <w:t>v 0.661909 18.273945 1.061435</w:t>
        <w:br/>
        <w:t>v 0.685351 18.306362 1.083595</w:t>
        <w:br/>
        <w:t>v 0.671748 18.219896 1.011107</w:t>
        <w:br/>
        <w:t>v 0.656649 18.195110 1.012373</w:t>
        <w:br/>
        <w:t>v 0.673027 18.187586 1.010753</w:t>
        <w:br/>
        <w:t>v 0.694483 18.225492 1.010715</w:t>
        <w:br/>
        <w:t>v 0.638985 18.168657 1.019393</w:t>
        <w:br/>
        <w:t>v 0.655225 18.160578 1.014462</w:t>
        <w:br/>
        <w:t>v 0.620471 18.144386 1.028883</w:t>
        <w:br/>
        <w:t>v 0.634281 18.132683 1.027001</w:t>
        <w:br/>
        <w:t>v 0.592605 18.108593 1.045390</w:t>
        <w:br/>
        <w:t>v 0.679371 18.247532 1.021618</w:t>
        <w:br/>
        <w:t>v 0.717006 18.270035 1.014035</w:t>
        <w:br/>
        <w:t>v -0.561564 18.334646 1.155021</w:t>
        <w:br/>
        <w:t>v 0.584525 18.382393 1.174876</w:t>
        <w:br/>
        <w:t>v 0.002295 17.713135 0.778546</w:t>
        <w:br/>
        <w:t>v 0.008323 17.720898 0.780662</w:t>
        <w:br/>
        <w:t>v 0.018713 17.714954 0.779042</w:t>
        <w:br/>
        <w:t>v 0.013714 17.708521 0.777287</w:t>
        <w:br/>
        <w:t>v 0.014880 17.728008 0.782603</w:t>
        <w:br/>
        <w:t>v 0.024137 17.720844 0.780648</w:t>
        <w:br/>
        <w:t>v 0.021860 17.734371 0.784337</w:t>
        <w:br/>
        <w:t>v 0.029876 17.726072 0.782074</w:t>
        <w:br/>
        <w:t>v 0.029162 17.739866 0.785836</w:t>
        <w:br/>
        <w:t>v 0.035816 17.730547 0.783294</w:t>
        <w:br/>
        <w:t>v 0.036688 17.744379 0.787068</w:t>
        <w:br/>
        <w:t>v 0.041838 17.734158 0.784279</w:t>
        <w:br/>
        <w:t>v 0.044348 17.747791 0.787997</w:t>
        <w:br/>
        <w:t>v 0.047818 17.736824 0.785007</w:t>
        <w:br/>
        <w:t>v 0.052058 17.749950 0.788587</w:t>
        <w:br/>
        <w:t>v 0.053627 17.738464 0.785453</w:t>
        <w:br/>
        <w:t>v 0.059719 17.750708 0.788793</w:t>
        <w:br/>
        <w:t>v 0.059147 17.739017 0.785605</w:t>
        <w:br/>
        <w:t>v 0.067190 17.749866 0.788564</w:t>
        <w:br/>
        <w:t>v 0.064299 17.738449 0.785449</w:t>
        <w:br/>
        <w:t>v 0.074262 17.747265 0.787854</w:t>
        <w:br/>
        <w:t>v 0.069064 17.736702 0.784973</w:t>
        <w:br/>
        <w:t>v 0.080807 17.742708 0.786611</w:t>
        <w:br/>
        <w:t>v 0.073349 17.733751 0.784169</w:t>
        <w:br/>
        <w:t>v 0.086143 17.736584 0.784941</w:t>
        <w:br/>
        <w:t>v 0.090089 17.729866 0.783109</w:t>
        <w:br/>
        <w:t>v 0.080449 17.723869 0.781473</w:t>
        <w:br/>
        <w:t>v 0.077511 17.729073 0.782893</w:t>
        <w:br/>
        <w:t>v 0.095053 17.716949 0.779587</w:t>
        <w:br/>
        <w:t>v 0.084275 17.713919 0.778760</w:t>
        <w:br/>
        <w:t>v 0.096351 17.704092 0.776079</w:t>
        <w:br/>
        <w:t>v 0.085262 17.704044 0.776066</w:t>
        <w:br/>
        <w:t>v 0.094599 17.691555 0.772660</w:t>
        <w:br/>
        <w:t>v 0.083877 17.694241 0.773393</w:t>
        <w:br/>
        <w:t>v 0.090461 17.679535 0.769382</w:t>
        <w:br/>
        <w:t>v 0.080542 17.684586 0.770759</w:t>
        <w:br/>
        <w:t>v 0.084584 17.668148 0.766276</w:t>
        <w:br/>
        <w:t>v 0.075697 17.675211 0.768203</w:t>
        <w:br/>
        <w:t>v 0.077576 17.657494 0.763370</w:t>
        <w:br/>
        <w:t>v 0.069814 17.666275 0.765765</w:t>
        <w:br/>
        <w:t>v 0.070026 17.647682 0.760695</w:t>
        <w:br/>
        <w:t>v 0.063384 17.657925 0.763488</w:t>
        <w:br/>
        <w:t>v 0.062514 17.638832 0.758281</w:t>
        <w:br/>
        <w:t>v 0.056905 17.650290 0.761407</w:t>
        <w:br/>
        <w:t>v 0.057500 17.633526 0.756833</w:t>
        <w:br/>
        <w:t>v 0.049794 17.640894 0.758844</w:t>
        <w:br/>
        <w:t>v 0.052652 17.627581 0.755212</w:t>
        <w:br/>
        <w:t>v 0.044551 17.635153 0.757277</w:t>
        <w:br/>
        <w:t>v 0.050051 17.624220 0.754295</w:t>
        <w:br/>
        <w:t>v 0.040592 17.628178 0.755376</w:t>
        <w:br/>
        <w:t>v 0.049015 17.616093 0.752079</w:t>
        <w:br/>
        <w:t>v 0.050366 17.611074 0.750711</w:t>
        <w:br/>
        <w:t>v 0.041274 17.607258 0.749670</w:t>
        <w:br/>
        <w:t>v 0.039040 17.614000 0.751508</w:t>
        <w:br/>
        <w:t>v 0.052577 17.605507 0.749192</w:t>
        <w:br/>
        <w:t>v 0.044187 17.600275 0.747766</w:t>
        <w:br/>
        <w:t>v 0.054564 17.599415 0.747531</w:t>
        <w:br/>
        <w:t>v 0.046362 17.593077 0.745802</w:t>
        <w:br/>
        <w:t>v 0.056719 17.590748 0.745166</w:t>
        <w:br/>
        <w:t>v 0.048217 17.585615 0.743767</w:t>
        <w:br/>
        <w:t>v 0.058382 17.581894 0.742753</w:t>
        <w:br/>
        <w:t>v 0.049639 17.578054 0.741705</w:t>
        <w:br/>
        <w:t>v 0.059419 17.573034 0.740336</w:t>
        <w:br/>
        <w:t>v 0.050517 17.570564 0.739663</w:t>
        <w:br/>
        <w:t>v 0.059690 17.564322 0.737959</w:t>
        <w:br/>
        <w:t>v 0.050745 17.563322 0.737687</w:t>
        <w:br/>
        <w:t>v 0.059046 17.555906 0.735665</w:t>
        <w:br/>
        <w:t>v 0.050228 17.556498 0.735826</w:t>
        <w:br/>
        <w:t>v 0.057320 17.547955 0.733495</w:t>
        <w:br/>
        <w:t>v 0.048884 17.550266 0.734127</w:t>
        <w:br/>
        <w:t>v 0.054325 17.540638 0.731500</w:t>
        <w:br/>
        <w:t>v 0.046651 17.544783 0.732631</w:t>
        <w:br/>
        <w:t>v 0.049872 17.534187 0.729741</w:t>
        <w:br/>
        <w:t>v 0.043469 17.540154 0.731368</w:t>
        <w:br/>
        <w:t>v 0.043665 17.528795 0.728271</w:t>
        <w:br/>
        <w:t>v 0.039370 17.536528 0.730379</w:t>
        <w:br/>
        <w:t>v 0.039439 17.527153 0.727823</w:t>
        <w:br/>
        <w:t>v 0.036910 17.535654 0.730141</w:t>
        <w:br/>
        <w:t>v 0.035594 17.526125 0.727542</w:t>
        <w:br/>
        <w:t>v 0.034108 17.534899 0.729936</w:t>
        <w:br/>
        <w:t>v 0.031704 17.525526 0.727379</w:t>
        <w:br/>
        <w:t>v 0.031350 17.534475 0.729820</w:t>
        <w:br/>
        <w:t>v 0.027781 17.525389 0.727341</w:t>
        <w:br/>
        <w:t>v 0.028625 17.534378 0.729793</w:t>
        <w:br/>
        <w:t>v 0.023844 17.525743 0.727438</w:t>
        <w:br/>
        <w:t>v 0.025919 17.534624 0.729860</w:t>
        <w:br/>
        <w:t>v 0.019920 17.526611 0.727674</w:t>
        <w:br/>
        <w:t>v 0.023211 17.535219 0.730022</w:t>
        <w:br/>
        <w:t>v 0.016032 17.528006 0.728056</w:t>
        <w:br/>
        <w:t>v 0.020482 17.536203 0.730291</w:t>
        <w:br/>
        <w:t>v 0.012198 17.529936 0.728582</w:t>
        <w:br/>
        <w:t>v 0.017718 17.537596 0.730671</w:t>
        <w:br/>
        <w:t>v 0.008428 17.532406 0.729255</w:t>
        <w:br/>
        <w:t>v 0.014912 17.539436 0.731172</w:t>
        <w:br/>
        <w:t>v 0.004723 17.535421 0.730077</w:t>
        <w:br/>
        <w:t>v 0.012067 17.541752 0.731805</w:t>
        <w:br/>
        <w:t>v 0.001080 17.538988 0.731051</w:t>
        <w:br/>
        <w:t>v 0.009186 17.544577 0.732574</w:t>
        <w:br/>
        <w:t>v -0.002510 17.543129 0.732179</w:t>
        <w:br/>
        <w:t>v -0.001749 17.546015 0.732967</w:t>
        <w:br/>
        <w:t>v 0.000145 17.548161 0.733552</w:t>
        <w:br/>
        <w:t>v 0.003041 17.548752 0.733713</w:t>
        <w:br/>
        <w:t>v 0.006282 17.547922 0.733488</w:t>
        <w:br/>
        <w:t>v 0.009632 17.702417 0.775623</w:t>
        <w:br/>
        <w:t>v 0.005380 17.700621 0.775133</w:t>
        <w:br/>
        <w:t>v 0.001808 17.700684 0.775150</w:t>
        <w:br/>
        <w:t>v -0.001258 17.701820 0.775460</w:t>
        <w:br/>
        <w:t>v -0.002231 17.705999 0.776600</w:t>
        <w:br/>
        <w:t>v 0.048900 17.620222 0.753205</w:t>
        <w:br/>
        <w:t>v 0.038614 17.620501 0.753282</w:t>
        <w:br/>
        <w:t>v 0.597983 18.448572 0.732295</w:t>
        <w:br/>
        <w:t>v 0.578564 18.422174 0.728222</w:t>
        <w:br/>
        <w:t>v 0.544292 18.440634 0.738188</w:t>
        <w:br/>
        <w:t>v 0.558221 18.469994 0.743858</w:t>
        <w:br/>
        <w:t>v 0.632411 18.419836 0.719550</w:t>
        <w:br/>
        <w:t>v 0.608234 18.397404 0.717237</w:t>
        <w:br/>
        <w:t>v 0.660176 18.384882 0.706111</w:t>
        <w:br/>
        <w:t>v 0.632163 18.367271 0.705654</w:t>
        <w:br/>
        <w:t>v 0.680211 18.345047 0.692492</w:t>
        <w:br/>
        <w:t>v 0.649432 18.332943 0.693917</w:t>
        <w:br/>
        <w:t>v 0.691749 18.301868 0.679220</w:t>
        <w:br/>
        <w:t>v 0.659376 18.295725 0.682478</w:t>
        <w:br/>
        <w:t>v 0.694345 18.257000 0.666803</w:t>
        <w:br/>
        <w:t>v 0.661613 18.257063 0.671777</w:t>
        <w:br/>
        <w:t>v 0.687900 18.212185 0.655720</w:t>
        <w:br/>
        <w:t>v 0.656058 18.218428 0.662224</w:t>
        <w:br/>
        <w:t>v 0.672660 18.169115 0.646393</w:t>
        <w:br/>
        <w:t>v 0.642923 18.181316 0.654186</w:t>
        <w:br/>
        <w:t>v 0.649212 18.129473 0.639186</w:t>
        <w:br/>
        <w:t>v 0.622714 18.147142 0.647973</w:t>
        <w:br/>
        <w:t>v 0.618457 18.094765 0.634372</w:t>
        <w:br/>
        <w:t>v 0.596206 18.117231 0.643825</w:t>
        <w:br/>
        <w:t>v 0.581576 18.066334 0.632136</w:t>
        <w:br/>
        <w:t>v 0.564420 18.092724 0.641898</w:t>
        <w:br/>
        <w:t>v 0.539987 18.045269 0.632567</w:t>
        <w:br/>
        <w:t>v 0.528578 18.074572 0.642269</w:t>
        <w:br/>
        <w:t>v 0.495289 18.032375 0.635644</w:t>
        <w:br/>
        <w:t>v 0.490053 18.063463 0.644922</w:t>
        <w:br/>
        <w:t>v 0.449200 18.028162 0.641254</w:t>
        <w:br/>
        <w:t>v 0.450330 18.059830 0.649756</w:t>
        <w:br/>
        <w:t>v 0.403490 18.032778 0.649177</w:t>
        <w:br/>
        <w:t>v 0.410935 18.063810 0.656585</w:t>
        <w:br/>
        <w:t>v 0.359914 18.046045 0.659110</w:t>
        <w:br/>
        <w:t>v 0.373377 18.075239 0.665144</w:t>
        <w:br/>
        <w:t>v 0.320148 18.067461 0.670671</w:t>
        <w:br/>
        <w:t>v 0.339105 18.093695 0.675108</w:t>
        <w:br/>
        <w:t>v 0.285724 18.096205 0.683417</w:t>
        <w:br/>
        <w:t>v 0.309434 18.118467 0.686095</w:t>
        <w:br/>
        <w:t>v 0.257958 18.131161 0.696857</w:t>
        <w:br/>
        <w:t>v 0.285507 18.148605 0.697679</w:t>
        <w:br/>
        <w:t>v 0.237922 18.170990 0.710474</w:t>
        <w:br/>
        <w:t>v 0.268239 18.182930 0.709415</w:t>
        <w:br/>
        <w:t>v 0.226383 18.214167 0.723746</w:t>
        <w:br/>
        <w:t>v 0.258295 18.220144 0.720854</w:t>
        <w:br/>
        <w:t>v 0.223789 18.259033 0.736164</w:t>
        <w:br/>
        <w:t>v 0.256057 18.258808 0.731555</w:t>
        <w:br/>
        <w:t>v 0.230233 18.303852 0.747246</w:t>
        <w:br/>
        <w:t>v 0.261613 18.297438 0.741108</w:t>
        <w:br/>
        <w:t>v 0.245474 18.346918 0.756573</w:t>
        <w:br/>
        <w:t>v 0.274747 18.334553 0.749145</w:t>
        <w:br/>
        <w:t>v 0.268922 18.386562 0.763781</w:t>
        <w:br/>
        <w:t>v 0.294957 18.368729 0.755358</w:t>
        <w:br/>
        <w:t>v 0.299678 18.421274 0.768596</w:t>
        <w:br/>
        <w:t>v 0.321463 18.398638 0.759507</w:t>
        <w:br/>
        <w:t>v 0.336558 18.449705 0.770830</w:t>
        <w:br/>
        <w:t>v 0.353249 18.423143 0.761434</w:t>
        <w:br/>
        <w:t>v 0.378147 18.470772 0.770401</w:t>
        <w:br/>
        <w:t>v 0.389092 18.441298 0.761063</w:t>
        <w:br/>
        <w:t>v 0.422844 18.483664 0.767322</w:t>
        <w:br/>
        <w:t>v 0.427617 18.452408 0.758410</w:t>
        <w:br/>
        <w:t>v 0.468935 18.487881 0.761714</w:t>
        <w:br/>
        <w:t>v 0.467341 18.456047 0.753578</w:t>
        <w:br/>
        <w:t>v 0.458836 18.257936 0.701667</w:t>
        <w:br/>
        <w:t>v 0.514645 18.483265 0.753791</w:t>
        <w:br/>
        <w:t>v 0.506737 18.452070 0.746749</w:t>
        <w:br/>
        <w:t>v -0.544293 18.440634 0.738188</w:t>
        <w:br/>
        <w:t>v -0.578565 18.422174 0.728222</w:t>
        <w:br/>
        <w:t>v -0.597984 18.448572 0.732295</w:t>
        <w:br/>
        <w:t>v -0.558222 18.469994 0.743858</w:t>
        <w:br/>
        <w:t>v -0.608234 18.397404 0.717237</w:t>
        <w:br/>
        <w:t>v -0.632412 18.419836 0.719550</w:t>
        <w:br/>
        <w:t>v -0.632164 18.367271 0.705654</w:t>
        <w:br/>
        <w:t>v -0.660176 18.384882 0.706111</w:t>
        <w:br/>
        <w:t>v -0.649432 18.332943 0.693917</w:t>
        <w:br/>
        <w:t>v -0.680211 18.345047 0.692492</w:t>
        <w:br/>
        <w:t>v -0.659377 18.295725 0.682478</w:t>
        <w:br/>
        <w:t>v -0.691749 18.301868 0.679220</w:t>
        <w:br/>
        <w:t>v -0.661613 18.257063 0.671777</w:t>
        <w:br/>
        <w:t>v -0.694345 18.257000 0.666803</w:t>
        <w:br/>
        <w:t>v -0.656058 18.218428 0.662224</w:t>
        <w:br/>
        <w:t>v -0.687900 18.212185 0.655720</w:t>
        <w:br/>
        <w:t>v -0.642923 18.181316 0.654186</w:t>
        <w:br/>
        <w:t>v -0.672660 18.169115 0.646393</w:t>
        <w:br/>
        <w:t>v -0.622714 18.147142 0.647973</w:t>
        <w:br/>
        <w:t>v -0.649213 18.129473 0.639187</w:t>
        <w:br/>
        <w:t>v -0.596207 18.117231 0.643825</w:t>
        <w:br/>
        <w:t>v -0.618457 18.094765 0.634372</w:t>
        <w:br/>
        <w:t>v -0.564420 18.092724 0.641898</w:t>
        <w:br/>
        <w:t>v -0.581576 18.066334 0.632137</w:t>
        <w:br/>
        <w:t>v -0.528578 18.074572 0.642269</w:t>
        <w:br/>
        <w:t>v -0.539988 18.045269 0.632567</w:t>
        <w:br/>
        <w:t>v -0.490054 18.063463 0.644922</w:t>
        <w:br/>
        <w:t>v -0.495290 18.032375 0.635644</w:t>
        <w:br/>
        <w:t>v -0.450331 18.059830 0.649756</w:t>
        <w:br/>
        <w:t>v -0.449201 18.028162 0.641254</w:t>
        <w:br/>
        <w:t>v -0.410935 18.063810 0.656585</w:t>
        <w:br/>
        <w:t>v -0.403490 18.032778 0.649177</w:t>
        <w:br/>
        <w:t>v -0.373378 18.075239 0.665144</w:t>
        <w:br/>
        <w:t>v -0.359914 18.046045 0.659110</w:t>
        <w:br/>
        <w:t>v -0.339106 18.093695 0.675108</w:t>
        <w:br/>
        <w:t>v -0.320149 18.067461 0.670671</w:t>
        <w:br/>
        <w:t>v -0.309435 18.118467 0.686095</w:t>
        <w:br/>
        <w:t>v -0.285725 18.096205 0.683417</w:t>
        <w:br/>
        <w:t>v -0.285508 18.148605 0.697679</w:t>
        <w:br/>
        <w:t>v -0.257958 18.131161 0.696857</w:t>
        <w:br/>
        <w:t>v -0.268239 18.182930 0.709415</w:t>
        <w:br/>
        <w:t>v -0.237922 18.170990 0.710474</w:t>
        <w:br/>
        <w:t>v -0.258295 18.220144 0.720854</w:t>
        <w:br/>
        <w:t>v -0.226384 18.214167 0.723746</w:t>
        <w:br/>
        <w:t>v -0.256058 18.258808 0.731555</w:t>
        <w:br/>
        <w:t>v -0.223789 18.259033 0.736164</w:t>
        <w:br/>
        <w:t>v -0.261613 18.297438 0.741108</w:t>
        <w:br/>
        <w:t>v -0.230234 18.303852 0.747246</w:t>
        <w:br/>
        <w:t>v -0.274747 18.334553 0.749145</w:t>
        <w:br/>
        <w:t>v -0.245475 18.346918 0.756573</w:t>
        <w:br/>
        <w:t>v -0.294958 18.368729 0.755358</w:t>
        <w:br/>
        <w:t>v -0.268923 18.386562 0.763781</w:t>
        <w:br/>
        <w:t>v -0.321464 18.398638 0.759507</w:t>
        <w:br/>
        <w:t>v -0.299679 18.421274 0.768596</w:t>
        <w:br/>
        <w:t>v -0.353250 18.423143 0.761434</w:t>
        <w:br/>
        <w:t>v -0.336558 18.449705 0.770830</w:t>
        <w:br/>
        <w:t>v -0.389093 18.441298 0.761063</w:t>
        <w:br/>
        <w:t>v -0.378148 18.470772 0.770401</w:t>
        <w:br/>
        <w:t>v -0.427618 18.452408 0.758410</w:t>
        <w:br/>
        <w:t>v -0.422845 18.483664 0.767322</w:t>
        <w:br/>
        <w:t>v -0.467342 18.456047 0.753578</w:t>
        <w:br/>
        <w:t>v -0.468935 18.487881 0.761714</w:t>
        <w:br/>
        <w:t>v -0.458837 18.257936 0.701667</w:t>
        <w:br/>
        <w:t>v -0.506738 18.452070 0.746749</w:t>
        <w:br/>
        <w:t>v -0.514645 18.483265 0.753791</w:t>
        <w:br/>
        <w:t>v -0.511883 14.762664 2.149806</w:t>
        <w:br/>
        <w:t>v -0.589894 14.636515 2.113338</w:t>
        <w:br/>
        <w:t>v -0.638664 14.728142 2.132615</w:t>
        <w:br/>
        <w:t>v -0.500573 14.688112 2.139992</w:t>
        <w:br/>
        <w:t>v -0.364687 14.707117 2.123690</w:t>
        <w:br/>
        <w:t>v -0.396075 14.665782 2.126250</w:t>
        <w:br/>
        <w:t>v -0.555651 14.631384 2.119482</w:t>
        <w:br/>
        <w:t>v -0.365411 14.801786 2.133221</w:t>
        <w:br/>
        <w:t>v -0.356510 15.214376 2.074405</w:t>
        <w:br/>
        <w:t>v -0.593298 15.222264 2.101277</w:t>
        <w:br/>
        <w:t>v -0.610269 15.356022 2.069248</w:t>
        <w:br/>
        <w:t>v -0.408124 15.320357 2.061354</w:t>
        <w:br/>
        <w:t>v -0.738858 14.740144 2.099043</w:t>
        <w:br/>
        <w:t>v -0.790720 14.825143 2.111053</w:t>
        <w:br/>
        <w:t>v -0.528131 14.870845 2.150007</w:t>
        <w:br/>
        <w:t>v -0.825909 14.914631 2.104091</w:t>
        <w:br/>
        <w:t>v -0.549004 14.972382 2.147248</w:t>
        <w:br/>
        <w:t>v -0.570857 15.090301 2.129484</w:t>
        <w:br/>
        <w:t>v -0.839899 15.062995 2.096216</w:t>
        <w:br/>
        <w:t>v -0.837620 15.233066 2.077560</w:t>
        <w:br/>
        <w:t>v -0.656639 14.711246 1.973689</w:t>
        <w:br/>
        <w:t>v -0.606654 14.623324 1.992584</w:t>
        <w:br/>
        <w:t>v -0.515439 14.753095 1.951812</w:t>
        <w:br/>
        <w:t>v -0.498357 14.673930 1.969501</w:t>
        <w:br/>
        <w:t>v -0.390083 14.652810 1.991570</w:t>
        <w:br/>
        <w:t>v -0.348089 14.702703 1.989576</w:t>
        <w:br/>
        <w:t>v -0.552381 14.615702 1.990280</w:t>
        <w:br/>
        <w:t>v -0.349748 14.790727 1.970304</w:t>
        <w:br/>
        <w:t>v -0.526586 14.855434 1.949092</w:t>
        <w:br/>
        <w:t>v -0.252926 15.009547 1.985179</w:t>
        <w:br/>
        <w:t>v -0.548012 14.959310 1.946213</w:t>
        <w:br/>
        <w:t>v -0.246774 14.919193 1.978965</w:t>
        <w:br/>
        <w:t>v -0.844438 14.905807 1.986954</w:t>
        <w:br/>
        <w:t>v -0.569679 15.079793 1.949054</w:t>
        <w:br/>
        <w:t>v -0.851876 15.055842 1.982586</w:t>
        <w:br/>
        <w:t>v -0.590873 15.220007 1.950367</w:t>
        <w:br/>
        <w:t>v -0.838165 15.233974 1.964208</w:t>
        <w:br/>
        <w:t>v -0.268086 14.828381 1.985679</w:t>
        <w:br/>
        <w:t>v -0.831687 15.397767 2.032100</w:t>
        <w:br/>
        <w:t>v -0.833083 15.542474 1.938847</w:t>
        <w:br/>
        <w:t>v -0.619201 15.500504 2.016865</w:t>
        <w:br/>
        <w:t>v -0.312099 15.120095 2.086516</w:t>
        <w:br/>
        <w:t>v -0.282952 15.025826 2.099361</w:t>
        <w:br/>
        <w:t>v -0.754261 16.514542 0.766529</w:t>
        <w:br/>
        <w:t>v -0.732632 16.332035 0.971640</w:t>
        <w:br/>
        <w:t>v -0.894707 16.256212 0.902909</w:t>
        <w:br/>
        <w:t>v -0.922316 16.427452 0.707114</w:t>
        <w:br/>
        <w:t>v -0.673971 15.917496 1.665264</w:t>
        <w:br/>
        <w:t>v -0.856105 15.905827 1.537313</w:t>
        <w:br/>
        <w:t>v -0.862601 16.003561 1.320054</w:t>
        <w:br/>
        <w:t>v -0.692517 16.070177 1.448884</w:t>
        <w:br/>
        <w:t>v -0.637996 15.642511 1.934611</w:t>
        <w:br/>
        <w:t>v -0.838968 15.664332 1.838160</w:t>
        <w:br/>
        <w:t>v -0.844475 15.796021 1.685963</w:t>
        <w:br/>
        <w:t>v -0.651721 15.761342 1.837277</w:t>
        <w:br/>
        <w:t>v -0.707655 16.176573 1.182830</w:t>
        <w:br/>
        <w:t>v -0.510476 16.236202 1.241411</w:t>
        <w:br/>
        <w:t>v -0.493600 16.097319 1.500451</w:t>
        <w:br/>
        <w:t>v -0.835141 15.538693 1.845243</w:t>
        <w:br/>
        <w:t>v -0.834020 15.394336 1.927412</w:t>
        <w:br/>
        <w:t>v -0.397750 15.310203 1.950146</w:t>
        <w:br/>
        <w:t>v -0.412857 15.445877 1.920160</w:t>
        <w:br/>
        <w:t>v -0.274297 14.934690 2.114056</w:t>
        <w:br/>
        <w:t>v -0.628803 14.590833 2.042145</w:t>
        <w:br/>
        <w:t>v -0.690609 14.650254 2.038562</w:t>
        <w:br/>
        <w:t>v -0.535603 14.572973 2.040021</w:t>
        <w:br/>
        <w:t>v -0.471120 14.602180 2.044368</w:t>
        <w:br/>
        <w:t>v -0.378792 14.602549 2.048945</w:t>
        <w:br/>
        <w:t>v -0.302896 14.660065 2.050496</w:t>
        <w:br/>
        <w:t>v -0.276865 14.744904 2.054382</w:t>
        <w:br/>
        <w:t>v -0.283385 14.839598 2.113287</w:t>
        <w:br/>
        <w:t>v -0.219606 14.822615 2.048333</w:t>
        <w:br/>
        <w:t>v -0.198214 14.914039 2.040377</w:t>
        <w:br/>
        <w:t>v -0.205838 15.010534 2.032563</w:t>
        <w:br/>
        <w:t>v -0.243686 15.120267 2.026474</w:t>
        <w:br/>
        <w:t>v -0.290837 15.213061 2.017399</w:t>
        <w:br/>
        <w:t>v -0.329954 15.312676 2.002762</w:t>
        <w:br/>
        <w:t>v -0.424860 15.453871 2.018001</w:t>
        <w:br/>
        <w:t>v -0.440667 15.589626 1.957768</w:t>
        <w:br/>
        <w:t>v -0.373990 15.578783 1.919371</w:t>
        <w:br/>
        <w:t>v -0.353959 15.443058 1.971491</w:t>
        <w:br/>
        <w:t>v -0.454820 15.713854 1.879730</w:t>
        <w:br/>
        <w:t>v -0.475357 15.911234 1.702294</w:t>
        <w:br/>
        <w:t>v -0.415766 15.908901 1.655820</w:t>
        <w:br/>
        <w:t>v -0.392004 15.710836 1.833362</w:t>
        <w:br/>
        <w:t>v -0.464811 16.239946 1.218034</w:t>
        <w:br/>
        <w:t>v -0.439823 16.097727 1.457025</w:t>
        <w:br/>
        <w:t>v -0.530964 16.412750 1.016077</w:t>
        <w:br/>
        <w:t>v -0.549802 16.582886 0.788858</w:t>
        <w:br/>
        <w:t>v -0.511565 16.577555 0.767586</w:t>
        <w:br/>
        <w:t>v -0.492402 16.407112 1.012214</w:t>
        <w:br/>
        <w:t>v -0.944688 16.184753 0.866452</w:t>
        <w:br/>
        <w:t>v -0.966035 16.381540 0.668309</w:t>
        <w:br/>
        <w:t>v -0.869477 16.116364 1.092474</w:t>
        <w:br/>
        <w:t>v -0.929030 16.055267 1.036336</w:t>
        <w:br/>
        <w:t>v -0.915849 15.968279 1.236972</w:t>
        <w:br/>
        <w:t>v -0.910405 15.892386 1.442624</w:t>
        <w:br/>
        <w:t>v -0.904258 15.797891 1.597587</w:t>
        <w:br/>
        <w:t>v -0.898508 15.664713 1.780815</w:t>
        <w:br/>
        <w:t>v -0.891444 15.550054 1.881084</w:t>
        <w:br/>
        <w:t>v -0.886734 15.412244 1.961460</w:t>
        <w:br/>
        <w:t>v -0.883584 15.053912 2.030148</w:t>
        <w:br/>
        <w:t>v -0.883645 15.238338 2.016384</w:t>
        <w:br/>
        <w:t>v -0.875235 14.892450 2.029494</w:t>
        <w:br/>
        <w:t>v -0.845199 14.772974 2.032533</w:t>
        <w:br/>
        <w:t>v -0.771240 14.682314 2.036417</w:t>
        <w:br/>
        <w:t>v -0.690609 14.650254 2.038562</w:t>
        <w:br/>
        <w:t>v -0.628803 14.590833 2.042145</w:t>
        <w:br/>
        <w:t>v -0.751775 14.715518 1.987636</w:t>
        <w:br/>
        <w:t>v -0.771240 14.682314 2.036417</w:t>
        <w:br/>
        <w:t>v -0.808724 14.806423 1.983209</w:t>
        <w:br/>
        <w:t>v -0.845199 14.772974 2.032533</w:t>
        <w:br/>
        <w:t>v -0.875235 14.892450 2.029494</w:t>
        <w:br/>
        <w:t>v -0.883584 15.053912 2.030148</w:t>
        <w:br/>
        <w:t>v -0.883645 15.238338 2.016384</w:t>
        <w:br/>
        <w:t>v -0.886734 15.412244 1.961460</w:t>
        <w:br/>
        <w:t>v -0.891444 15.550054 1.881084</w:t>
        <w:br/>
        <w:t>v -0.846708 15.650921 1.745231</w:t>
        <w:br/>
        <w:t>v -0.898508 15.664713 1.780815</w:t>
        <w:br/>
        <w:t>v -0.904258 15.797891 1.597587</w:t>
        <w:br/>
        <w:t>v -0.856496 15.762392 1.604454</w:t>
        <w:br/>
        <w:t>v -0.855900 15.868662 1.442080</w:t>
        <w:br/>
        <w:t>v -0.910405 15.892386 1.442624</w:t>
        <w:br/>
        <w:t>v -0.853781 15.948933 1.230762</w:t>
        <w:br/>
        <w:t>v -0.863425 16.042030 1.027557</w:t>
        <w:br/>
        <w:t>v -0.929030 16.055267 1.036336</w:t>
        <w:br/>
        <w:t>v -0.915849 15.968279 1.236972</w:t>
        <w:br/>
        <w:t>v -0.878041 16.170820 0.850465</w:t>
        <w:br/>
        <w:t>v -0.900194 16.362181 0.657690</w:t>
        <w:br/>
        <w:t>v -0.966035 16.381540 0.668309</w:t>
        <w:br/>
        <w:t>v -0.944688 16.184753 0.866452</w:t>
        <w:br/>
        <w:t>v -0.553905 16.512058 0.724928</w:t>
        <w:br/>
        <w:t>v -0.534654 16.342190 0.947141</w:t>
        <w:br/>
        <w:t>v -0.492402 16.407112 1.012214</w:t>
        <w:br/>
        <w:t>v -0.511565 16.577555 0.767586</w:t>
        <w:br/>
        <w:t>v -0.503739 16.184778 1.162843</w:t>
        <w:br/>
        <w:t>v -0.464811 16.239946 1.218034</w:t>
        <w:br/>
        <w:t>v -0.482955 16.053486 1.397842</w:t>
        <w:br/>
        <w:t>v -0.460079 15.875868 1.599497</w:t>
        <w:br/>
        <w:t>v -0.415766 15.908901 1.655820</w:t>
        <w:br/>
        <w:t>v -0.439823 16.097727 1.457025</w:t>
        <w:br/>
        <w:t>v -0.392004 15.710836 1.833362</w:t>
        <w:br/>
        <w:t>v -0.434175 15.691954 1.781001</w:t>
        <w:br/>
        <w:t>v -0.422043 15.567703 1.866422</w:t>
        <w:br/>
        <w:t>v -0.373990 15.578783 1.919371</w:t>
        <w:br/>
        <w:t>v -0.329954 15.312676 2.002762</w:t>
        <w:br/>
        <w:t>v -0.353959 15.443058 1.971491</w:t>
        <w:br/>
        <w:t>v -0.349306 15.211187 1.969195</w:t>
        <w:br/>
        <w:t>v -0.294209 15.110216 1.979850</w:t>
        <w:br/>
        <w:t>v -0.243686 15.120267 2.026474</w:t>
        <w:br/>
        <w:t>v -0.290837 15.213061 2.017399</w:t>
        <w:br/>
        <w:t>v -0.205838 15.010534 2.032563</w:t>
        <w:br/>
        <w:t>v -0.198214 14.914039 2.040377</w:t>
        <w:br/>
        <w:t>v -0.219606 14.822615 2.048333</w:t>
        <w:br/>
        <w:t>v -0.276865 14.744904 2.054382</w:t>
        <w:br/>
        <w:t>v -0.302896 14.660065 2.050496</w:t>
        <w:br/>
        <w:t>v -0.378792 14.602549 2.048945</w:t>
        <w:br/>
        <w:t>v -0.471120 14.602180 2.044368</w:t>
        <w:br/>
        <w:t>v -0.535603 14.572973 2.040021</w:t>
        <w:br/>
        <w:t>v -0.618743 12.935834 1.659599</w:t>
        <w:br/>
        <w:t>v -0.314424 12.935655 1.719373</w:t>
        <w:br/>
        <w:t>v -0.301401 12.619188 1.737571</w:t>
        <w:br/>
        <w:t>v -0.638008 12.536036 1.670856</w:t>
        <w:br/>
        <w:t>v -0.180568 13.498083 1.728444</w:t>
        <w:br/>
        <w:t>v -0.331681 13.494065 1.680622</w:t>
        <w:br/>
        <w:t>v -0.329484 13.747064 1.690179</w:t>
        <w:br/>
        <w:t>v -0.203862 13.747026 1.733337</w:t>
        <w:br/>
        <w:t>v -0.146457 12.935617 1.767734</w:t>
        <w:br/>
        <w:t>v -0.095783 12.549066 1.808211</w:t>
        <w:br/>
        <w:t>v -0.495847 14.237786 1.692147</w:t>
        <w:br/>
        <w:t>v -0.326781 14.222065 1.730793</w:t>
        <w:br/>
        <w:t>v -0.328347 13.998313 1.706831</w:t>
        <w:br/>
        <w:t>v -0.508767 14.024865 1.658540</w:t>
        <w:br/>
        <w:t>v -0.160501 13.250351 1.740570</w:t>
        <w:br/>
        <w:t>v -0.330826 13.250354 1.699195</w:t>
        <w:br/>
        <w:t>v -0.243729 11.834718 1.726360</w:t>
        <w:br/>
        <w:t>v 0.033468 11.832057 1.739690</w:t>
        <w:br/>
        <w:t>v 0.080097 11.469498 1.716676</w:t>
        <w:br/>
        <w:t>v -0.181008 11.482540 1.735708</w:t>
        <w:br/>
        <w:t>v -0.109148 11.095113 1.738288</w:t>
        <w:br/>
        <w:t>v 0.122740 11.095004 1.736979</w:t>
        <w:br/>
        <w:t>v 0.756446 10.612426 1.754220</w:t>
        <w:br/>
        <w:t>v 0.524091 10.606395 1.739764</w:t>
        <w:br/>
        <w:t>v 0.457633 11.088439 1.760366</w:t>
        <w:br/>
        <w:t>v 0.692495 11.090034 1.779377</w:t>
        <w:br/>
        <w:t>v 0.183052 10.597334 1.711599</w:t>
        <w:br/>
        <w:t>v 0.396233 11.469787 1.734153</w:t>
        <w:br/>
        <w:t>v 0.646791 11.468521 1.721075</w:t>
        <w:br/>
        <w:t>v 0.350413 11.831665 1.704774</w:t>
        <w:br/>
        <w:t>v 0.000029 12.156701 1.769508</w:t>
        <w:br/>
        <w:t>v 0.332296 12.160271 1.728247</w:t>
        <w:br/>
        <w:t>v 0.600415 11.830820 1.711928</w:t>
        <w:br/>
        <w:t>v -0.579394 13.250216 1.628696</w:t>
        <w:br/>
        <w:t>v -0.555772 13.498331 1.619063</w:t>
        <w:br/>
        <w:t>v -0.318238 12.165006 1.732258</w:t>
        <w:br/>
        <w:t>v -0.534304 13.747499 1.631835</w:t>
        <w:br/>
        <w:t>v -0.381507 12.321057 1.716427</w:t>
        <w:br/>
        <w:t>v -0.492910 12.441194 1.694371</w:t>
        <w:br/>
        <w:t>v -0.013053 10.590357 1.726752</w:t>
        <w:br/>
        <w:t>v -0.242967 11.483138 1.758000</w:t>
        <w:br/>
        <w:t>v -0.197221 11.483219 1.754847</w:t>
        <w:br/>
        <w:t>v -0.134230 11.095739 1.759633</w:t>
        <w:br/>
        <w:t>v -0.168016 11.095906 1.764843</w:t>
        <w:br/>
        <w:t>v -0.267893 11.834693 1.741582</w:t>
        <w:br/>
        <w:t>v -0.300382 11.834016 1.741821</w:t>
        <w:br/>
        <w:t>v -0.381200 12.160982 1.743809</w:t>
        <w:br/>
        <w:t>v -0.345055 12.162998 1.749691</w:t>
        <w:br/>
        <w:t>v -0.607184 13.498647 1.616461</w:t>
        <w:br/>
        <w:t>v -0.578228 13.498297 1.629339</w:t>
        <w:br/>
        <w:t>v -0.601700 13.251191 1.639844</w:t>
        <w:br/>
        <w:t>v -0.630668 13.251648 1.628881</w:t>
        <w:br/>
        <w:t>v -0.630272 12.935946 1.666347</w:t>
        <w:br/>
        <w:t>v -0.655763 12.524962 1.676192</w:t>
        <w:br/>
        <w:t>v -0.681537 12.510782 1.668548</w:t>
        <w:br/>
        <w:t>v -0.661620 12.936000 1.655894</w:t>
        <w:br/>
        <w:t>v -0.584369 13.747663 1.626368</w:t>
        <w:br/>
        <w:t>v -0.557539 13.747835 1.640624</w:t>
        <w:br/>
        <w:t>v -0.512713 14.237878 1.707334</w:t>
        <w:br/>
        <w:t>v -0.532981 14.028379 1.673054</w:t>
        <w:br/>
        <w:t>v -0.562684 14.034004 1.663496</w:t>
        <w:br/>
        <w:t>v -0.553080 14.232846 1.701208</w:t>
        <w:br/>
        <w:t>v -0.507654 12.443109 1.698751</w:t>
        <w:br/>
        <w:t>v -0.534009 12.418447 1.702004</w:t>
        <w:br/>
        <w:t>v -0.039106 10.590485 1.752655</w:t>
        <w:br/>
        <w:t>v -0.074069 10.590399 1.755837</w:t>
        <w:br/>
        <w:t>v -0.431504 12.299238 1.732999</w:t>
        <w:br/>
        <w:t>v -0.405127 12.312654 1.733962</w:t>
        <w:br/>
        <w:t>v -0.266551 11.482280 1.736942</w:t>
        <w:br/>
        <w:t>v -0.194771 11.095530 1.751260</w:t>
        <w:br/>
        <w:t>v -0.203399 11.094783 1.715114</w:t>
        <w:br/>
        <w:t>v -0.275455 11.481899 1.706659</w:t>
        <w:br/>
        <w:t>v -0.338958 11.832967 1.684739</w:t>
        <w:br/>
        <w:t>v -0.326656 11.833970 1.723180</w:t>
        <w:br/>
        <w:t>v -0.055964 14.167776 1.771843</w:t>
        <w:br/>
        <w:t>v -0.054288 13.998607 1.730986</w:t>
        <w:br/>
        <w:t>v -0.063153 14.185152 1.801456</w:t>
        <w:br/>
        <w:t>v 0.538900 10.460999 1.743465</w:t>
        <w:br/>
        <w:t>v 0.768225 10.522792 1.754393</w:t>
        <w:br/>
        <w:t>v 0.757635 10.487447 1.707597</w:t>
        <w:br/>
        <w:t>v 0.550462 10.437757 1.719346</w:t>
        <w:br/>
        <w:t>v 0.207648 10.394277 1.730798</w:t>
        <w:br/>
        <w:t>v 0.217263 10.372278 1.710054</w:t>
        <w:br/>
        <w:t>v 0.045291 10.342806 1.698985</w:t>
        <w:br/>
        <w:t>v 0.034403 10.369223 1.721862</w:t>
        <w:br/>
        <w:t>v -0.619416 13.498608 1.579418</w:t>
        <w:br/>
        <w:t>v -0.645376 13.251022 1.602481</w:t>
        <w:br/>
        <w:t>v -0.650571 13.250837 1.558924</w:t>
        <w:br/>
        <w:t>v -0.610139 13.498272 1.556516</w:t>
        <w:br/>
        <w:t>v -0.699196 12.495468 1.624503</w:t>
        <w:br/>
        <w:t>v -0.678124 12.935752 1.599585</w:t>
        <w:br/>
        <w:t>v -0.674893 12.935775 1.614512</w:t>
        <w:br/>
        <w:t>v -0.695487 12.499145 1.642960</w:t>
        <w:br/>
        <w:t>v -0.594488 13.747524 1.595366</w:t>
        <w:br/>
        <w:t>v -0.586852 13.747231 1.551696</w:t>
        <w:br/>
        <w:t>v -0.584037 13.979414 1.583018</w:t>
        <w:br/>
        <w:t>v -0.576514 13.981419 1.628278</w:t>
        <w:br/>
        <w:t>v -0.544033 12.398552 1.687349</w:t>
        <w:br/>
        <w:t>v -0.546885 12.385820 1.656779</w:t>
        <w:br/>
        <w:t>v -0.051313 10.329983 1.695401</w:t>
        <w:br/>
        <w:t>v -0.103485 10.576847 1.700230</w:t>
        <w:br/>
        <w:t>v -0.102062 10.584848 1.734591</w:t>
        <w:br/>
        <w:t>v -0.055297 10.357999 1.725081</w:t>
        <w:br/>
        <w:t>v -0.447489 12.282530 1.717027</w:t>
        <w:br/>
        <w:t>v -0.400320 12.160092 1.725343</w:t>
        <w:br/>
        <w:t>v -0.409335 12.159257 1.685459</w:t>
        <w:br/>
        <w:t>v -0.455181 12.274144 1.677425</w:t>
        <w:br/>
        <w:t>v -0.051313 10.329983 1.695401</w:t>
        <w:br/>
        <w:t>v -0.055297 10.357999 1.725081</w:t>
        <w:br/>
        <w:t>v -0.125082 14.198686 1.782281</w:t>
        <w:br/>
        <w:t>v -0.112924 14.194481 1.794370</w:t>
        <w:br/>
        <w:t>v -0.121439 13.978219 1.754878</w:t>
        <w:br/>
        <w:t>v -0.127819 13.976243 1.748320</w:t>
        <w:br/>
        <w:t>v -0.572486 14.044523 1.638825</w:t>
        <w:br/>
        <w:t>v -0.561553 14.228396 1.679400</w:t>
        <w:br/>
        <w:t>v -0.040374 10.371468 1.742535</w:t>
        <w:br/>
        <w:t>v -0.005310 10.377467 1.746120</w:t>
        <w:br/>
        <w:t>v -0.186787 13.913371 1.733962</w:t>
        <w:br/>
        <w:t>v -0.125082 14.198686 1.782281</w:t>
        <w:br/>
        <w:t>v -0.326781 14.222065 1.730793</w:t>
        <w:br/>
        <w:t>v -0.319754 14.205576 1.701801</w:t>
        <w:br/>
        <w:t>v -0.118916 14.183343 1.750904</w:t>
        <w:br/>
        <w:t>v -0.055964 14.167776 1.771843</w:t>
        <w:br/>
        <w:t>v -0.063153 14.185152 1.801456</w:t>
        <w:br/>
        <w:t>v -0.086418 14.188149 1.810096</w:t>
        <w:br/>
        <w:t>v -0.112924 14.194481 1.794370</w:t>
        <w:br/>
        <w:t>v -0.495847 14.237786 1.692147</w:t>
        <w:br/>
        <w:t>v -0.512713 14.237878 1.707334</w:t>
        <w:br/>
        <w:t>v -0.553080 14.232846 1.701208</w:t>
        <w:br/>
        <w:t>v -0.561553 14.228396 1.679400</w:t>
        <w:br/>
        <w:t>v -0.487096 14.218818 1.655632</w:t>
        <w:br/>
        <w:t>v -0.553457 14.215342 1.649807</w:t>
        <w:br/>
        <w:t>v -0.090823 13.985507 1.775449</w:t>
        <w:br/>
        <w:t>v -0.086418 14.188149 1.810096</w:t>
        <w:br/>
        <w:t>v -0.577304 14.039815 1.598567</w:t>
        <w:br/>
        <w:t>v -0.553457 14.215342 1.649807</w:t>
        <w:br/>
        <w:t>v -0.065999 13.995996 1.771998</w:t>
        <w:br/>
        <w:t>v -0.705693 11.026573 -0.841043</w:t>
        <w:br/>
        <w:t>v -0.994905 11.023815 -0.770403</w:t>
        <w:br/>
        <w:t>v -1.008894 10.570111 -0.733868</w:t>
        <w:br/>
        <w:t>v -0.733455 10.545685 -0.780333</w:t>
        <w:br/>
        <w:t>v -0.766787 13.250095 1.492131</w:t>
        <w:br/>
        <w:t>v -0.735819 13.499011 1.455516</w:t>
        <w:br/>
        <w:t>v -0.610139 13.498272 1.556516</w:t>
        <w:br/>
        <w:t>v -0.650571 13.250837 1.558924</w:t>
        <w:br/>
        <w:t>v -0.827003 12.935677 1.487166</w:t>
        <w:br/>
        <w:t>v -0.678124 12.935752 1.599585</w:t>
        <w:br/>
        <w:t>v -0.699196 12.495468 1.624503</w:t>
        <w:br/>
        <w:t>v -0.909334 12.590206 1.502977</w:t>
        <w:br/>
        <w:t>v -0.946000 14.039954 1.131231</w:t>
        <w:br/>
        <w:t>v -0.932828 14.017155 1.126974</w:t>
        <w:br/>
        <w:t>v -0.968367 14.018513 0.895599</w:t>
        <w:br/>
        <w:t>v -0.982289 14.043523 0.898376</w:t>
        <w:br/>
        <w:t>v -0.456372 12.968434 -0.198137</w:t>
        <w:br/>
        <w:t>v -0.332158 13.032268 -0.152100</w:t>
        <w:br/>
        <w:t>v -0.262330 13.106967 -0.100560</w:t>
        <w:br/>
        <w:t>v -0.995869 12.241447 1.492437</w:t>
        <w:br/>
        <w:t>v -0.699726 12.211044 1.590463</w:t>
        <w:br/>
        <w:t>v -0.946426 13.746067 0.648608</w:t>
        <w:br/>
        <w:t>v -0.984499 13.746084 0.895620</w:t>
        <w:br/>
        <w:t>v -1.060126 13.498092 0.881199</w:t>
        <w:br/>
        <w:t>v -1.017077 13.498672 0.646052</w:t>
        <w:br/>
        <w:t>v -0.943666 13.747570 1.114567</w:t>
        <w:br/>
        <w:t>v -1.019509 13.490463 1.061782</w:t>
        <w:br/>
        <w:t>v -0.956124 13.491242 1.219582</w:t>
        <w:br/>
        <w:t>v -0.850939 13.747416 1.294973</w:t>
        <w:br/>
        <w:t>v -0.908664 13.485620 1.287128</w:t>
        <w:br/>
        <w:t>v -0.731415 13.747833 1.427512</w:t>
        <w:br/>
        <w:t>v -0.586852 13.747231 1.551696</w:t>
        <w:br/>
        <w:t>v -0.370266 11.032461 -0.867867</w:t>
        <w:br/>
        <w:t>v -0.393172 10.536022 -0.809174</w:t>
        <w:br/>
        <w:t>v -0.877707 10.623434 1.714496</w:t>
        <w:br/>
        <w:t>v -0.827916 11.090638 1.681646</w:t>
        <w:br/>
        <w:t>v -0.465532 11.090695 1.717498</w:t>
        <w:br/>
        <w:t>v -0.469599 10.600893 1.729521</w:t>
        <w:br/>
        <w:t>v -1.289488 10.671774 1.570125</w:t>
        <w:br/>
        <w:t>v -1.559541 10.711794 1.365815</w:t>
        <w:br/>
        <w:t>v -1.478753 11.084979 1.328725</w:t>
        <w:br/>
        <w:t>v -1.212437 11.088495 1.524082</w:t>
        <w:br/>
        <w:t>v -0.787628 12.751794 -0.250112</w:t>
        <w:br/>
        <w:t>v -0.767520 12.806739 -0.229692</w:t>
        <w:br/>
        <w:t>v -0.959589 12.727827 -0.177392</w:t>
        <w:br/>
        <w:t>v -0.087240 13.169822 -0.062799</w:t>
        <w:br/>
        <w:t>v -0.128568 13.237013 -0.037485</w:t>
        <w:br/>
        <w:t>v -0.000501 13.238947 -0.016925</w:t>
        <w:br/>
        <w:t>v 0.001148 13.351918 0.000157</w:t>
        <w:br/>
        <w:t>v -1.177821 12.604042 1.320135</w:t>
        <w:br/>
        <w:t>v -1.073578 12.936303 1.300053</w:t>
        <w:br/>
        <w:t>v -0.753565 14.019561 1.471238</w:t>
        <w:br/>
        <w:t>v -0.742180 13.997731 1.459323</w:t>
        <w:br/>
        <w:t>v -0.842513 14.009918 1.327338</w:t>
        <w:br/>
        <w:t>v -0.849972 14.030382 1.342926</w:t>
        <w:br/>
        <w:t>v -0.955943 13.250607 1.274391</w:t>
        <w:br/>
        <w:t>v -1.025996 12.442403 -0.402638</w:t>
        <w:br/>
        <w:t>v -0.831449 12.464893 -0.472482</w:t>
        <w:br/>
        <w:t>v -0.573971 12.469515 -0.535690</w:t>
        <w:br/>
        <w:t>v -0.305183 12.615758 -0.439247</w:t>
        <w:br/>
        <w:t>v -0.370223 12.796966 -0.311739</w:t>
        <w:br/>
        <w:t>v -0.523531 12.774186 -0.314703</w:t>
        <w:br/>
        <w:t>v -0.409335 12.159257 1.685459</w:t>
        <w:br/>
        <w:t>v -0.532243 12.189607 1.634625</w:t>
        <w:br/>
        <w:t>v -0.546885 12.385820 1.656779</w:t>
        <w:br/>
        <w:t>v -0.455181 12.274144 1.677425</w:t>
        <w:br/>
        <w:t>v -0.203399 11.094783 1.715114</w:t>
        <w:br/>
        <w:t>v -0.103485 10.576847 1.700230</w:t>
        <w:br/>
        <w:t>v -1.263816 12.253779 1.319403</w:t>
        <w:br/>
        <w:t>v 0.000225 10.537733 -0.820566</w:t>
        <w:br/>
        <w:t>v 0.000197 11.042304 -0.873687</w:t>
        <w:br/>
        <w:t>v -1.221751 11.026162 -0.690066</w:t>
        <w:br/>
        <w:t>v -0.962207 11.421343 -0.787029</w:t>
        <w:br/>
        <w:t>v -1.175453 11.421687 -0.703439</w:t>
        <w:br/>
        <w:t>v -0.748262 11.837889 1.611932</w:t>
        <w:br/>
        <w:t>v -1.098183 11.836213 1.494183</w:t>
        <w:br/>
        <w:t>v -0.340696 11.426874 -0.878061</w:t>
        <w:br/>
        <w:t>v -0.679366 11.421616 -0.861160</w:t>
        <w:br/>
        <w:t>v -0.785974 11.473102 1.651237</w:t>
        <w:br/>
        <w:t>v -0.484040 11.473425 1.691541</w:t>
        <w:br/>
        <w:t>v -1.162379 11.471094 1.506165</w:t>
        <w:br/>
        <w:t>v -1.418967 11.469342 1.317108</w:t>
        <w:br/>
        <w:t>v 0.000670 11.434163 -0.862410</w:t>
        <w:br/>
        <w:t>v -0.000744 11.807523 -0.804812</w:t>
        <w:br/>
        <w:t>v -0.326188 11.802599 -0.826114</w:t>
        <w:br/>
        <w:t>v -1.084510 12.106011 -0.590942</w:t>
        <w:br/>
        <w:t>v -0.873679 12.122018 -0.670320</w:t>
        <w:br/>
        <w:t>v -0.614956 12.126091 -0.728224</w:t>
        <w:br/>
        <w:t>v -0.298544 12.130316 -0.727812</w:t>
        <w:br/>
        <w:t>v -0.260135 12.470726 -0.555571</w:t>
        <w:br/>
        <w:t>v -0.275455 11.481899 1.706659</w:t>
        <w:br/>
        <w:t>v -0.499762 11.836808 1.651396</w:t>
        <w:br/>
        <w:t>v -0.338958 11.832967 1.684739</w:t>
        <w:br/>
        <w:t>v -1.347209 11.835207 1.314246</w:t>
        <w:br/>
        <w:t>v 1.077371 10.584467 -0.718473</w:t>
        <w:br/>
        <w:t>v 1.040792 11.035448 -0.763717</w:t>
        <w:br/>
        <w:t>v 0.739415 11.035593 -0.840354</w:t>
        <w:br/>
        <w:t>v 0.788135 10.561572 -0.785515</w:t>
        <w:br/>
        <w:t>v 0.253646 13.118193 -0.098186</w:t>
        <w:br/>
        <w:t>v 0.332158 13.032268 -0.152100</w:t>
        <w:br/>
        <w:t>v 0.450311 12.973501 -0.195401</w:t>
        <w:br/>
        <w:t>v 0.370585 11.042665 -0.880082</w:t>
        <w:br/>
        <w:t>v 0.393400 10.551021 -0.824361</w:t>
        <w:br/>
        <w:t>v 0.498431 12.809429 -0.290718</w:t>
        <w:br/>
        <w:t>v 0.746790 12.820083 -0.236362</w:t>
        <w:br/>
        <w:t>v 0.087240 13.169822 -0.062799</w:t>
        <w:br/>
        <w:t>v 0.127165 13.238780 -0.035537</w:t>
        <w:br/>
        <w:t>v 0.875872 12.468847 -0.440459</w:t>
        <w:br/>
        <w:t>v 0.569029 12.468415 -0.542573</w:t>
        <w:br/>
        <w:t>v 0.370222 12.796966 -0.311739</w:t>
        <w:br/>
        <w:t>v 0.305172 12.614784 -0.440166</w:t>
        <w:br/>
        <w:t>v 1.155208 12.404776 -0.296215</w:t>
        <w:br/>
        <w:t>v 1.083904 12.421360 -0.352394</w:t>
        <w:br/>
        <w:t>v 1.122987 12.300104 -0.422070</w:t>
        <w:br/>
        <w:t>v 1.163856 12.323092 -0.356240</w:t>
        <w:br/>
        <w:t>v 0.996989 11.425084 -0.769854</w:t>
        <w:br/>
        <w:t>v 0.696667 11.426208 -0.859652</w:t>
        <w:br/>
        <w:t>v 0.348256 11.432261 -0.880046</w:t>
        <w:br/>
        <w:t>v -0.004216 12.465641 -0.535072</w:t>
        <w:br/>
        <w:t>v -0.002667 12.130799 -0.707404</w:t>
        <w:br/>
        <w:t>v 0.303647 12.131741 -0.727753</w:t>
        <w:br/>
        <w:t>v 0.270415 12.470042 -0.556124</w:t>
        <w:br/>
        <w:t>v 0.968993 11.798405 -0.741088</w:t>
        <w:br/>
        <w:t>v 0.671622 11.800236 -0.823127</w:t>
        <w:br/>
        <w:t>v 0.326752 11.807492 -0.832095</w:t>
        <w:br/>
        <w:t>v 0.823451 10.615320 1.800043</w:t>
        <w:br/>
        <w:t>v 0.787394 10.614313 1.800674</w:t>
        <w:br/>
        <w:t>v 0.723950 11.091087 1.822996</w:t>
        <w:br/>
        <w:t>v 0.770063 11.091640 1.820440</w:t>
        <w:br/>
        <w:t>v 0.553616 12.161664 1.727864</w:t>
        <w:br/>
        <w:t>v 0.333447 12.256376 1.782063</w:t>
        <w:br/>
        <w:t>v 0.346262 12.282231 1.780595</w:t>
        <w:br/>
        <w:t>v 0.578860 12.177606 1.712009</w:t>
        <w:br/>
        <w:t>v 0.640231 12.003872 1.717160</w:t>
        <w:br/>
        <w:t>v 0.618766 11.999586 1.724354</w:t>
        <w:br/>
        <w:t>v 0.684379 11.469817 1.752469</w:t>
        <w:br/>
        <w:t>v 0.718187 11.470521 1.745248</w:t>
        <w:br/>
        <w:t>v 0.145142 12.349700 1.825093</w:t>
        <w:br/>
        <w:t>v 0.078895 12.474441 1.827814</w:t>
        <w:br/>
        <w:t>v 0.113483 12.461681 1.824970</w:t>
        <w:br/>
        <w:t>v 0.169684 12.376031 1.821086</w:t>
        <w:br/>
        <w:t>v 0.358379 12.305091 1.765427</w:t>
        <w:br/>
        <w:t>v 0.186200 12.391926 1.808517</w:t>
        <w:br/>
        <w:t>v 0.148439 12.446896 1.813288</w:t>
        <w:br/>
        <w:t>v 0.394772 12.351538 1.763989</w:t>
        <w:br/>
        <w:t>v 0.057040 13.498638 1.775509</w:t>
        <w:br/>
        <w:t>v -0.113136 13.498492 1.761328</w:t>
        <w:br/>
        <w:t>v -0.136668 13.747150 1.766036</w:t>
        <w:br/>
        <w:t>v 0.052158 13.746622 1.779034</w:t>
        <w:br/>
        <w:t>v 0.143301 12.607780 1.815491</w:t>
        <w:br/>
        <w:t>v -0.037335 12.602784 1.833979</w:t>
        <w:br/>
        <w:t>v -0.072306 12.936398 1.798816</w:t>
        <w:br/>
        <w:t>v 0.095874 12.936528 1.796364</w:t>
        <w:br/>
        <w:t>v -0.127596 13.886138 1.777222</w:t>
        <w:br/>
        <w:t>v 0.070635 13.250328 1.772773</w:t>
        <w:br/>
        <w:t>v -0.095808 13.250726 1.769266</w:t>
        <w:br/>
        <w:t>v 0.719756 13.996895 1.523340</w:t>
        <w:br/>
        <w:t>v 0.705009 13.746697 1.543846</w:t>
        <w:br/>
        <w:t>v 0.482024 13.745554 1.679480</w:t>
        <w:br/>
        <w:t>v 0.484582 13.987100 1.663440</w:t>
        <w:br/>
        <w:t>v 0.739099 13.498151 1.548066</w:t>
        <w:br/>
        <w:t>v 0.780200 13.251593 1.553840</w:t>
        <w:br/>
        <w:t>v 0.546201 13.251093 1.688456</w:t>
        <w:br/>
        <w:t>v 0.515809 13.498288 1.698886</w:t>
        <w:br/>
        <w:t>v 0.601076 12.936821 1.708375</w:t>
        <w:br/>
        <w:t>v 0.854358 12.936173 1.568727</w:t>
        <w:br/>
        <w:t>v 0.929035 12.601957 1.575227</w:t>
        <w:br/>
        <w:t>v 0.667496 12.614787 1.697245</w:t>
        <w:br/>
        <w:t>v 0.986832 13.748370 0.930667</w:t>
        <w:br/>
        <w:t>v 0.959055 13.748790 1.135310</w:t>
        <w:br/>
        <w:t>v 0.950550 14.016444 1.132984</w:t>
        <w:br/>
        <w:t>v 0.974162 14.019090 0.927264</w:t>
        <w:br/>
        <w:t>v 0.871680 13.748608 1.355269</w:t>
        <w:br/>
        <w:t>v 0.868849 14.008443 1.347564</w:t>
        <w:br/>
        <w:t>v 1.458187 12.657158 0.432446</w:t>
        <w:br/>
        <w:t>v 1.344713 12.693089 0.194381</w:t>
        <w:br/>
        <w:t>v 1.471572 12.303819 -0.071160</w:t>
        <w:br/>
        <w:t>v 1.621018 12.271955 0.293194</w:t>
        <w:br/>
        <w:t>v 0.943971 13.499071 0.437048</w:t>
        <w:br/>
        <w:t>v 1.000580 13.251003 0.329126</w:t>
        <w:br/>
        <w:t>v 1.083852 13.250566 0.465037</w:t>
        <w:br/>
        <w:t>v 0.986226 13.498827 0.539256</w:t>
        <w:br/>
        <w:t>v 1.175589 13.251320 0.896346</w:t>
        <w:br/>
        <w:t>v 1.047632 13.497549 0.922829</w:t>
        <w:br/>
        <w:t>v 1.033484 13.498696 0.709036</w:t>
        <w:br/>
        <w:t>v 1.159898 13.249508 0.657225</w:t>
        <w:br/>
        <w:t>v 1.351046 12.937943 0.848625</w:t>
        <w:br/>
        <w:t>v 1.313886 12.946958 0.559573</w:t>
        <w:br/>
        <w:t>v 1.507548 12.631092 0.780408</w:t>
        <w:br/>
        <w:t>v 0.234502 13.746781 1.757872</w:t>
        <w:br/>
        <w:t>v 0.253986 13.498243 1.759852</w:t>
        <w:br/>
        <w:t>v 1.939427 10.755821 0.162616</w:t>
        <w:br/>
        <w:t>v 1.995823 10.784128 0.567678</w:t>
        <w:br/>
        <w:t>v 1.965889 11.059388 0.567957</w:t>
        <w:br/>
        <w:t>v 1.900261 11.049544 0.147238</w:t>
        <w:br/>
        <w:t>v 1.840870 11.073423 0.980564</w:t>
        <w:br/>
        <w:t>v 1.903735 10.732060 0.959192</w:t>
        <w:br/>
        <w:t>v 1.689850 10.622511 1.305482</w:t>
        <w:br/>
        <w:t>v 1.603693 11.081596 1.327346</w:t>
        <w:br/>
        <w:t>v 0.333140 12.936444 1.774943</w:t>
        <w:br/>
        <w:t>v 0.388393 12.619728 1.779852</w:t>
        <w:br/>
        <w:t>v 1.417800 12.610445 1.113568</w:t>
        <w:br/>
        <w:t>v 1.667572 12.250010 0.696057</w:t>
        <w:br/>
        <w:t>v 1.561015 12.223103 1.080090</w:t>
        <w:br/>
        <w:t>v 1.016102 13.498853 1.132356</w:t>
        <w:br/>
        <w:t>v 1.109069 13.249746 1.127763</w:t>
        <w:br/>
        <w:t>v 0.907645 13.498772 1.352573</w:t>
        <w:br/>
        <w:t>v 0.989048 13.250068 1.356730</w:t>
        <w:br/>
        <w:t>v 1.211458 12.590464 1.391683</w:t>
        <w:br/>
        <w:t>v 1.338528 12.207115 1.370940</w:t>
        <w:br/>
        <w:t>v 0.976035 13.748480 0.722997</w:t>
        <w:br/>
        <w:t>v 0.288123 13.250118 1.761387</w:t>
        <w:br/>
        <w:t>v 1.386086 10.623397 1.598868</w:t>
        <w:br/>
        <w:t>v 1.409775 10.481421 1.601012</w:t>
        <w:br/>
        <w:t>v 0.965194 14.017089 0.718149</w:t>
        <w:br/>
        <w:t>v 0.031868 13.941934 1.785696</w:t>
        <w:br/>
        <w:t>v 0.219212 13.969974 1.750424</w:t>
        <w:br/>
        <w:t>v 1.209890 12.669931 -0.082822</w:t>
        <w:br/>
        <w:t>v 1.299919 12.356196 -0.274610</w:t>
        <w:br/>
        <w:t>v 1.071820 12.935389 1.377937</w:t>
        <w:br/>
        <w:t>v 0.938572 13.748573 0.559083</w:t>
        <w:br/>
        <w:t>v 0.933959 14.017194 0.547090</w:t>
        <w:br/>
        <w:t>v 0.911464 14.011285 0.458552</w:t>
        <w:br/>
        <w:t>v 0.912025 13.748598 0.481939</w:t>
        <w:br/>
        <w:t>v 1.749328 10.688972 -0.230155</w:t>
        <w:br/>
        <w:t>v 1.709559 11.038979 -0.264172</w:t>
        <w:br/>
        <w:t>v 1.201093 10.622685 1.727648</w:t>
        <w:br/>
        <w:t>v 1.104583 11.092530 1.756235</w:t>
        <w:br/>
        <w:t>v 1.301914 11.089064 1.613472</w:t>
        <w:br/>
        <w:t>v 1.563784 10.624902 -0.469620</w:t>
        <w:br/>
        <w:t>v 1.517699 11.031809 -0.493312</w:t>
        <w:br/>
        <w:t>v 1.557406 11.942801 -0.211748</w:t>
        <w:br/>
        <w:t>v 1.748107 11.872073 0.192103</w:t>
        <w:br/>
        <w:t>v 1.895154 11.452579 0.586001</w:t>
        <w:br/>
        <w:t>v 1.844034 11.440793 0.147234</w:t>
        <w:br/>
        <w:t>v 1.768309 11.458418 1.004743</w:t>
        <w:br/>
        <w:t>v 1.533679 11.465521 1.331058</w:t>
        <w:br/>
        <w:t>v 1.137998 11.836779 1.597798</w:t>
        <w:br/>
        <w:t>v 0.893837 11.834766 1.718951</w:t>
        <w:br/>
        <w:t>v 0.821525 12.070287 1.696466</w:t>
        <w:br/>
        <w:t>v 1.038562 12.217044 1.584511</w:t>
        <w:br/>
        <w:t>v 1.220635 11.471363 1.592330</w:t>
        <w:br/>
        <w:t>v 1.358275 12.092222 -0.389722</w:t>
        <w:br/>
        <w:t>v 1.657657 11.431415 -0.264882</w:t>
        <w:br/>
        <w:t>v 1.800394 11.839044 0.624760</w:t>
        <w:br/>
        <w:t>v 1.679061 11.826623 1.036611</w:t>
        <w:br/>
        <w:t>v 1.435317 11.832645 1.356586</w:t>
        <w:br/>
        <w:t>v 0.991049 11.472450 1.719355</w:t>
        <w:br/>
        <w:t>v 1.467040 11.424282 -0.492142</w:t>
        <w:br/>
        <w:t>v 1.208313 12.963836 0.347694</w:t>
        <w:br/>
        <w:t>v 1.074051 12.989120 0.168594</w:t>
        <w:br/>
        <w:t>v 1.175777 12.760406 -0.016918</w:t>
        <w:br/>
        <w:t>v 1.444782 11.032092 -0.522280</w:t>
        <w:br/>
        <w:t>v 1.342397 11.031837 -0.620238</w:t>
        <w:br/>
        <w:t>v 1.387105 10.571095 -0.590573</w:t>
        <w:br/>
        <w:t>v 1.497256 10.583412 -0.501122</w:t>
        <w:br/>
        <w:t>v 1.300816 11.421892 -0.619735</w:t>
        <w:br/>
        <w:t>v 1.400018 11.422946 -0.538130</w:t>
        <w:br/>
        <w:t>v 1.267318 11.422275 -0.672156</w:t>
        <w:br/>
        <w:t>v 1.294261 11.422303 -0.643065</w:t>
        <w:br/>
        <w:t>v 1.255234 11.795447 -0.608611</w:t>
        <w:br/>
        <w:t>v 1.231579 11.795593 -0.630904</w:t>
        <w:br/>
        <w:t>v 1.126447 10.621914 1.740564</w:t>
        <w:br/>
        <w:t>v 1.073833 10.619630 1.733848</w:t>
        <w:br/>
        <w:t>v 0.999835 11.091030 1.745339</w:t>
        <w:br/>
        <w:t>v 1.027253 11.091548 1.767712</w:t>
        <w:br/>
        <w:t>v -0.161560 12.515302 -0.516605</w:t>
        <w:br/>
        <w:t>v 0.000000 12.517177 -0.515514</w:t>
        <w:br/>
        <w:t>v 0.161557 12.515050 -0.516797</w:t>
        <w:br/>
        <w:t>v -0.577304 14.039815 1.598567</w:t>
        <w:br/>
        <w:t>v -0.747321 14.062342 1.469195</w:t>
        <w:br/>
        <w:t>v -0.727781 14.070803 1.450068</w:t>
        <w:br/>
        <w:t>v -0.564130 14.045876 1.576160</w:t>
        <w:br/>
        <w:t>v -0.937553 14.079841 1.132572</w:t>
        <w:br/>
        <w:t>v -0.972601 14.082748 0.899369</w:t>
        <w:br/>
        <w:t>v -0.947097 14.090075 0.898216</w:t>
        <w:br/>
        <w:t>v -0.913514 14.088452 1.122253</w:t>
        <w:br/>
        <w:t>v -0.843396 14.071838 1.342406</w:t>
        <w:br/>
        <w:t>v -0.822319 14.081024 1.329079</w:t>
        <w:br/>
        <w:t>v -0.730466 10.522930 -0.755808</w:t>
        <w:br/>
        <w:t>v -0.393310 10.511977 -0.777437</w:t>
        <w:br/>
        <w:t>v -0.470257 10.580208 1.704794</w:t>
        <w:br/>
        <w:t>v -0.877396 10.601358 1.684987</w:t>
        <w:br/>
        <w:t>v -1.284498 10.649270 1.546018</w:t>
        <w:br/>
        <w:t>v -1.543694 10.687685 1.353016</w:t>
        <w:br/>
        <w:t>v -0.929785 14.080019 0.602738</w:t>
        <w:br/>
        <w:t>v -0.908534 14.085885 0.612836</w:t>
        <w:br/>
        <w:t>v -0.081615 10.560081 1.665937</w:t>
        <w:br/>
        <w:t>v 0.000093 10.511202 -0.777959</w:t>
        <w:br/>
        <w:t>v 0.787132 10.536825 -0.756645</w:t>
        <w:br/>
        <w:t>v 1.068519 10.560184 -0.691579</w:t>
        <w:br/>
        <w:t>v 0.393627 10.525064 -0.791443</w:t>
        <w:br/>
        <w:t>v 0.781720 10.434696 1.759408</w:t>
        <w:br/>
        <w:t>v 0.768225 10.522792 1.754393</w:t>
        <w:br/>
        <w:t>v 0.787560 10.464198 1.787851</w:t>
        <w:br/>
        <w:t>v 0.787560 10.464198 1.787851</w:t>
        <w:br/>
        <w:t>v 0.870248 10.481928 1.777531</w:t>
        <w:br/>
        <w:t>v 0.872581 10.455647 1.749423</w:t>
        <w:br/>
        <w:t>v 0.781720 10.434696 1.759408</w:t>
        <w:br/>
        <w:t>v 0.323725 12.239277 1.770626</w:t>
        <w:br/>
        <w:t>v 0.534160 12.147999 1.723235</w:t>
        <w:br/>
        <w:t>v 0.527547 12.138098 1.701530</w:t>
        <w:br/>
        <w:t>v 0.318851 12.233314 1.747383</w:t>
        <w:br/>
        <w:t>v 0.662786 11.469174 1.745933</w:t>
        <w:br/>
        <w:t>v 0.646791 11.468521 1.721075</w:t>
        <w:br/>
        <w:t>v 0.600415 11.830820 1.711928</w:t>
        <w:br/>
        <w:t>v 0.615450 11.832251 1.735731</w:t>
        <w:br/>
        <w:t>v 0.697500 11.090085 1.806733</w:t>
        <w:br/>
        <w:t>v 0.692495 11.090034 1.779377</w:t>
        <w:br/>
        <w:t>v 0.047165 12.486949 1.810536</w:t>
        <w:br/>
        <w:t>v 0.127930 12.327768 1.809404</w:t>
        <w:br/>
        <w:t>v 0.126007 12.324771 1.783654</w:t>
        <w:br/>
        <w:t>v 0.042564 12.496942 1.784979</w:t>
        <w:br/>
        <w:t>v -0.201055 13.747211 1.757595</w:t>
        <w:br/>
        <w:t>v -0.179043 13.498016 1.758446</w:t>
        <w:br/>
        <w:t>v -0.180568 13.498083 1.728444</w:t>
        <w:br/>
        <w:t>v -0.203862 13.747026 1.733337</w:t>
        <w:br/>
        <w:t>v -0.082850 12.558914 1.837664</w:t>
        <w:br/>
        <w:t>v -0.095783 12.549066 1.808211</w:t>
        <w:br/>
        <w:t>v -0.146457 12.935617 1.767734</w:t>
        <w:br/>
        <w:t>v -0.132766 12.936038 1.788156</w:t>
        <w:br/>
        <w:t>v 0.051172 12.492385 1.840445</w:t>
        <w:br/>
        <w:t>v 0.047165 12.486949 1.810536</w:t>
        <w:br/>
        <w:t>v -0.095783 12.549066 1.808211</w:t>
        <w:br/>
        <w:t>v -0.186787 13.913371 1.733962</w:t>
        <w:br/>
        <w:t>v -0.190318 13.916749 1.760303</w:t>
        <w:br/>
        <w:t>v -0.157646 13.250441 1.765306</w:t>
        <w:br/>
        <w:t>v -0.160501 13.250351 1.740570</w:t>
        <w:br/>
        <w:t>v 0.468542 14.052511 1.635376</w:t>
        <w:br/>
        <w:t>v 0.698065 14.063683 1.504059</w:t>
        <w:br/>
        <w:t>v 0.720724 14.053500 1.529093</w:t>
        <w:br/>
        <w:t>v 0.482848 14.045454 1.666598</w:t>
        <w:br/>
        <w:t>v 0.982258 14.081738 0.926777</w:t>
        <w:br/>
        <w:t>v 0.954628 14.073960 1.135622</w:t>
        <w:br/>
        <w:t>v 0.921689 14.083499 1.126441</w:t>
        <w:br/>
        <w:t>v 0.947996 14.087874 0.924846</w:t>
        <w:br/>
        <w:t>v 0.871124 14.063951 1.352342</w:t>
        <w:br/>
        <w:t>v 0.842265 14.074755 1.336228</w:t>
        <w:br/>
        <w:t>v 0.970295 13.250015 0.270626</w:t>
        <w:br/>
        <w:t>v 0.914143 13.499368 0.375876</w:t>
        <w:br/>
        <w:t>v 0.890692 13.499222 0.377466</w:t>
        <w:br/>
        <w:t>v 0.937168 13.249576 0.282840</w:t>
        <w:br/>
        <w:t>v 1.918097 10.729468 0.170851</w:t>
        <w:br/>
        <w:t>v 1.973587 10.753225 0.562669</w:t>
        <w:br/>
        <w:t>v 1.883254 10.700575 0.947178</w:t>
        <w:br/>
        <w:t>v 1.671145 10.587479 1.296781</w:t>
        <w:br/>
        <w:t>v 1.400569 10.450783 1.580038</w:t>
        <w:br/>
        <w:t>v 0.970421 14.083512 0.714771</w:t>
        <w:br/>
        <w:t>v 0.934851 14.090072 0.719900</w:t>
        <w:br/>
        <w:t>v 0.213509 14.032790 1.749210</w:t>
        <w:br/>
        <w:t>v 0.025548 14.013207 1.779245</w:t>
        <w:br/>
        <w:t>v 0.027073 14.015945 1.740051</w:t>
        <w:br/>
        <w:t>v 0.206981 14.036974 1.720165</w:t>
        <w:br/>
        <w:t>v 0.861532 14.076864 0.392165</w:t>
        <w:br/>
        <w:t>v 0.860829 14.033165 0.392112</w:t>
        <w:br/>
        <w:t>v 0.894519 14.070452 0.391845</w:t>
        <w:br/>
        <w:t>v 0.903897 14.084759 0.546182</w:t>
        <w:br/>
        <w:t>v 0.861532 14.076864 0.392165</w:t>
        <w:br/>
        <w:t>v 0.894519 14.070452 0.391845</w:t>
        <w:br/>
        <w:t>v 0.939042 14.077436 0.536308</w:t>
        <w:br/>
        <w:t>v 0.888419 13.748798 0.419466</w:t>
        <w:br/>
        <w:t>v 0.858461 13.748612 0.424545</w:t>
        <w:br/>
        <w:t>v 1.730860 10.662454 -0.214040</w:t>
        <w:br/>
        <w:t>v 1.187523 10.350708 1.741085</w:t>
        <w:br/>
        <w:t>v 1.149545 10.513004 1.741586</w:t>
        <w:br/>
        <w:t>v 1.195835 10.380723 1.764923</w:t>
        <w:br/>
        <w:t>v 1.239823 10.373520 1.705008</w:t>
        <w:br/>
        <w:t>v 1.248051 10.402904 1.729522</w:t>
        <w:br/>
        <w:t>v 0.410759 12.361018 1.786559</w:t>
        <w:br/>
        <w:t>v 0.669616 12.236056 1.717428</w:t>
        <w:br/>
        <w:t>v 0.654716 12.228165 1.694145</w:t>
        <w:br/>
        <w:t>v 0.394772 12.351538 1.763989</w:t>
        <w:br/>
        <w:t>v 1.477071 11.031219 -0.544114</w:t>
        <w:br/>
        <w:t>v 1.444782 11.032092 -0.522280</w:t>
        <w:br/>
        <w:t>v 1.497256 10.583412 -0.501122</w:t>
        <w:br/>
        <w:t>v 1.516816 10.600887 -0.517134</w:t>
        <w:br/>
        <w:t>v 1.497256 10.583412 -0.501122</w:t>
        <w:br/>
        <w:t>v 1.541856 10.594905 -0.447402</w:t>
        <w:br/>
        <w:t>v 1.516816 10.600887 -0.517134</w:t>
        <w:br/>
        <w:t>v 0.938823 11.472719 1.740598</w:t>
        <w:br/>
        <w:t>v 0.922187 11.471315 1.714502</w:t>
        <w:br/>
        <w:t>v 0.822155 11.834298 1.715417</w:t>
        <w:br/>
        <w:t>v 0.838371 11.835413 1.740064</w:t>
        <w:br/>
        <w:t>v 1.226389 12.361897 -0.311889</w:t>
        <w:br/>
        <w:t>v 1.289575 12.099157 -0.433075</w:t>
        <w:br/>
        <w:t>v 1.321106 12.106192 -0.446169</w:t>
        <w:br/>
        <w:t>v 1.257097 12.379378 -0.332057</w:t>
        <w:br/>
        <w:t>v 1.042896 11.092216 1.787077</w:t>
        <w:br/>
        <w:t>v 1.027253 11.091548 1.767712</w:t>
        <w:br/>
        <w:t>v 1.430995 11.422373 -0.550052</w:t>
        <w:br/>
        <w:t>v 1.400018 11.422946 -0.538130</w:t>
        <w:br/>
        <w:t>v 1.319943 10.530780 -0.620394</w:t>
        <w:br/>
        <w:t>v 1.373947 10.544951 -0.567296</w:t>
        <w:br/>
        <w:t>v 1.333209 10.554379 -0.643768</w:t>
        <w:br/>
        <w:t>v 1.265897 11.035999 -0.651492</w:t>
        <w:br/>
        <w:t>v 1.307086 10.613593 -0.618626</w:t>
        <w:br/>
        <w:t>v 1.333209 10.554379 -0.643768</w:t>
        <w:br/>
        <w:t>v 1.282214 11.033922 -0.675973</w:t>
        <w:br/>
        <w:t>v 1.226389 12.361897 -0.311889</w:t>
        <w:br/>
        <w:t>v 1.214671 12.350519 -0.281469</w:t>
        <w:br/>
        <w:t>v 1.163856 12.323092 -0.356240</w:t>
        <w:br/>
        <w:t>v 1.194536 12.340501 -0.361163</w:t>
        <w:br/>
        <w:t>v 1.029590 10.457372 1.756571</w:t>
        <w:br/>
        <w:t>v 1.025952 10.427299 1.731631</w:t>
        <w:br/>
        <w:t>v 1.008659 10.526904 1.736683</w:t>
        <w:br/>
        <w:t>v 1.023188 10.533162 1.756173</w:t>
        <w:br/>
        <w:t>v 1.206955 10.526577 1.683468</w:t>
        <w:br/>
        <w:t>v 1.096462 10.478741 1.733242</w:t>
        <w:br/>
        <w:t>v 1.149545 10.513004 1.741586</w:t>
        <w:br/>
        <w:t>v 0.880422 11.470862 1.704073</w:t>
        <w:br/>
        <w:t>v 0.951538 11.091698 1.769886</w:t>
        <w:br/>
        <w:t>v 0.931761 11.090707 1.758521</w:t>
        <w:br/>
        <w:t>v 0.858239 11.470298 1.693733</w:t>
        <w:br/>
        <w:t>v -0.181257 13.747269 1.778321</w:t>
        <w:br/>
        <w:t>v -0.154711 13.747182 1.778740</w:t>
        <w:br/>
        <w:t>v -0.131404 13.498482 1.774589</w:t>
        <w:br/>
        <w:t>v -0.159618 13.498258 1.775176</w:t>
        <w:br/>
        <w:t>v -0.109972 13.250714 1.777274</w:t>
        <w:br/>
        <w:t>v -0.142098 13.250596 1.779712</w:t>
        <w:br/>
        <w:t>v -0.119273 12.936253 1.807444</w:t>
        <w:br/>
        <w:t>v -0.089319 12.936372 1.808466</w:t>
        <w:br/>
        <w:t>v -0.053519 12.595798 1.845695</w:t>
        <w:br/>
        <w:t>v -0.069794 12.577464 1.848176</w:t>
        <w:br/>
        <w:t>v 0.063504 12.542824 1.837998</w:t>
        <w:br/>
        <w:t>v 0.060270 12.516369 1.849130</w:t>
        <w:br/>
        <w:t>v 0.425025 12.404155 1.781543</w:t>
        <w:br/>
        <w:t>v 0.703004 12.263324 1.714180</w:t>
        <w:br/>
        <w:t>v 0.689981 12.255765 1.722240</w:t>
        <w:br/>
        <w:t>v 0.422128 12.384888 1.790168</w:t>
        <w:br/>
        <w:t>v 0.808808 12.063929 1.713826</w:t>
        <w:br/>
        <w:t>v 0.786973 12.056291 1.719849</w:t>
        <w:br/>
        <w:t>v 0.984484 11.472779 1.731279</w:t>
        <w:br/>
        <w:t>v 1.094311 11.092640 1.774112</w:t>
        <w:br/>
        <w:t>v 1.070321 11.092732 1.790125</w:t>
        <w:br/>
        <w:t>v 0.966792 11.473315 1.744188</w:t>
        <w:br/>
        <w:t>v 1.186334 10.623072 1.759351</w:t>
        <w:br/>
        <w:t>v 1.156647 10.622658 1.769248</w:t>
        <w:br/>
        <w:t>v 1.515963 11.031115 -0.517892</w:t>
        <w:br/>
        <w:t>v 1.467424 11.423162 -0.518141</w:t>
        <w:br/>
        <w:t>v 1.453444 11.422468 -0.536906</w:t>
        <w:br/>
        <w:t>v 1.500677 11.030588 -0.536497</w:t>
        <w:br/>
        <w:t>v 1.209534 12.683285 -0.114898</w:t>
        <w:br/>
        <w:t>v 1.300805 12.366916 -0.297831</w:t>
        <w:br/>
        <w:t>v 1.175205 12.775995 -0.044405</w:t>
        <w:br/>
        <w:t>v 1.074339 12.997928 0.135445</w:t>
        <w:br/>
        <w:t>v 0.919118 14.036294 0.421823</w:t>
        <w:br/>
        <w:t>v 0.894519 14.070452 0.391845</w:t>
        <w:br/>
        <w:t>v 0.901780 14.040058 0.392436</w:t>
        <w:br/>
        <w:t>v 0.948957 14.035478 0.540799</w:t>
        <w:br/>
        <w:t>v 0.939042 14.077436 0.536308</w:t>
        <w:br/>
        <w:t>v 0.978213 14.032847 0.715415</w:t>
        <w:br/>
        <w:t>v 0.970421 14.083512 0.714771</w:t>
        <w:br/>
        <w:t>v 0.986183 14.033367 0.927853</w:t>
        <w:br/>
        <w:t>v 0.982258 14.081738 0.926777</w:t>
        <w:br/>
        <w:t>v 0.961408 14.030710 1.136502</w:t>
        <w:br/>
        <w:t>v 0.954628 14.073960 1.135622</w:t>
        <w:br/>
        <w:t>v 0.877796 14.022863 1.353611</w:t>
        <w:br/>
        <w:t>v 0.871124 14.063951 1.352342</w:t>
        <w:br/>
        <w:t>v 0.726475 14.011283 1.532209</w:t>
        <w:br/>
        <w:t>v 0.720724 14.053500 1.529093</w:t>
        <w:br/>
        <w:t>v 0.488604 14.001768 1.674179</w:t>
        <w:br/>
        <w:t>v 0.482848 14.045454 1.666598</w:t>
        <w:br/>
        <w:t>v 0.220842 13.984658 1.761701</w:t>
        <w:br/>
        <w:t>v 0.213509 14.032790 1.749210</w:t>
        <w:br/>
        <w:t>v 0.031555 13.962086 1.798430</w:t>
        <w:br/>
        <w:t>v 0.025548 14.013207 1.779245</w:t>
        <w:br/>
        <w:t>v -0.088122 13.941657 1.799483</w:t>
        <w:br/>
        <w:t>v -0.112980 13.966249 1.790688</w:t>
        <w:br/>
        <w:t>v -0.177454 13.915570 1.780847</w:t>
        <w:br/>
        <w:t>v -0.145783 13.901647 1.789935</w:t>
        <w:br/>
        <w:t>v 1.187523 10.350708 1.741085</w:t>
        <w:br/>
        <w:t>v 1.195835 10.380723 1.764923</w:t>
        <w:br/>
        <w:t>v 1.233622 10.411121 1.752822</w:t>
        <w:br/>
        <w:t>v 1.540825 10.620543 -0.514417</w:t>
        <w:br/>
        <w:t>v 1.562356 10.627831 -0.489371</w:t>
        <w:br/>
        <w:t>v 0.595610 11.991920 1.719589</w:t>
        <w:br/>
        <w:t>v 0.768111 10.613459 1.791228</w:t>
        <w:br/>
        <w:t>v 0.804202 10.483828 1.800354</w:t>
        <w:br/>
        <w:t>v 0.845040 10.498784 1.795909</w:t>
        <w:br/>
        <w:t>v 0.852343 10.615479 1.779748</w:t>
        <w:br/>
        <w:t>v 0.789992 11.091382 1.804235</w:t>
        <w:br/>
        <w:t>v 0.736124 11.470815 1.731797</w:t>
        <w:br/>
        <w:t>v 0.668494 11.833068 1.738476</w:t>
        <w:br/>
        <w:t>v 0.685257 11.833624 1.725835</w:t>
        <w:br/>
        <w:t>v 0.595411 12.186907 1.695061</w:t>
        <w:br/>
        <w:t>v 1.059577 10.619625 1.748861</w:t>
        <w:br/>
        <w:t>v 1.031427 10.619472 1.759561</w:t>
        <w:br/>
        <w:t>v 0.986166 11.091793 1.760499</w:t>
        <w:br/>
        <w:t>v 0.922187 11.471315 1.714502</w:t>
        <w:br/>
        <w:t>v 0.909400 11.471152 1.699235</w:t>
        <w:br/>
        <w:t>v 1.089911 10.454270 1.707396</w:t>
        <w:br/>
        <w:t>v 1.025952 10.427299 1.731631</w:t>
        <w:br/>
        <w:t>v 1.029590 10.457372 1.756571</w:t>
        <w:br/>
        <w:t>v 1.015349 10.619005 1.757854</w:t>
        <w:br/>
        <w:t>v 1.051793 10.479370 1.761754</w:t>
        <w:br/>
        <w:t>v 1.079003 10.488008 1.750517</w:t>
        <w:br/>
        <w:t>v 1.073833 10.619630 1.733848</w:t>
        <w:br/>
        <w:t>v 0.999835 11.091030 1.745339</w:t>
        <w:br/>
        <w:t>v 0.996488 10.617893 1.740371</w:t>
        <w:br/>
        <w:t>v 1.310339 11.032721 -0.673420</w:t>
        <w:br/>
        <w:t>v 1.333947 11.032359 -0.648849</w:t>
        <w:br/>
        <w:t>v 1.226327 12.098437 -0.505469</w:t>
        <w:br/>
        <w:t>v 1.289575 12.099157 -0.433075</w:t>
        <w:br/>
        <w:t>v 1.226389 12.361897 -0.311889</w:t>
        <w:br/>
        <w:t>v 1.194536 12.340501 -0.361163</w:t>
        <w:br/>
        <w:t>v 1.476058 10.571305 -0.475019</w:t>
        <w:br/>
        <w:t>v 1.122987 12.300104 -0.422070</w:t>
        <w:br/>
        <w:t>v 1.140367 12.317202 -0.447712</w:t>
        <w:br/>
        <w:t>v 1.354576 10.574265 -0.648337</w:t>
        <w:br/>
        <w:t>v 1.380504 10.586330 -0.624120</w:t>
        <w:br/>
        <w:t>v -0.580284 13.994003 1.603645</w:t>
        <w:br/>
        <w:t>v -0.584037 13.979414 1.583018</w:t>
        <w:br/>
        <w:t>v -0.945057 14.036656 0.604766</w:t>
        <w:br/>
        <w:t>v -0.929160 14.021346 0.614983</w:t>
        <w:br/>
        <w:t>v 0.765915 12.047788 1.711791</w:t>
        <w:br/>
        <w:t>v 1.137964 10.621765 1.760330</w:t>
        <w:br/>
        <w:t>v 1.207573 10.398026 1.768009</w:t>
        <w:br/>
        <w:t>v 1.399463 11.797241 -0.505523</w:t>
        <w:br/>
        <w:t>v 1.376472 11.796738 -0.517521</w:t>
        <w:br/>
        <w:t>v 1.285357 12.379459 -0.321235</w:t>
        <w:br/>
        <w:t>v 1.186894 12.693664 -0.138105</w:t>
        <w:br/>
        <w:t>v 1.164398 12.694357 -0.138490</w:t>
        <w:br/>
        <w:t>v 1.007848 12.991747 0.125423</w:t>
        <w:br/>
        <w:t>v 1.130567 12.772855 -0.076491</w:t>
        <w:br/>
        <w:t>v 1.152814 12.782886 -0.071381</w:t>
        <w:br/>
        <w:t>v 1.037764 13.001515 0.110495</w:t>
        <w:br/>
        <w:t>v 1.000191 13.251380 0.291848</w:t>
        <w:br/>
        <w:t>v 0.943097 13.499412 0.399947</w:t>
        <w:br/>
        <w:t>v 0.913372 13.748718 0.441571</w:t>
        <w:br/>
        <w:t>v 0.901780 14.040058 0.392436</w:t>
        <w:br/>
        <w:t>v -0.090823 13.985507 1.775449</w:t>
        <w:br/>
        <w:t>v -0.065999 13.995996 1.771998</w:t>
        <w:br/>
        <w:t>v -0.082202 13.921634 1.789340</w:t>
        <w:br/>
        <w:t>v 1.358181 12.100715 -0.411367</w:t>
        <w:br/>
        <w:t>v 0.883813 11.835380 1.735864</w:t>
        <w:br/>
        <w:t>v 0.427625 12.418774 1.773042</w:t>
        <w:br/>
        <w:t>v 0.711367 12.275785 1.699097</w:t>
        <w:br/>
        <w:t>v 0.143064 12.517638 1.826836</w:t>
        <w:br/>
        <w:t>v 0.144647 12.528082 1.822646</w:t>
        <w:br/>
        <w:t>v 1.242432 11.423426 -0.675618</w:t>
        <w:br/>
        <w:t>v 1.227557 11.425019 -0.655569</w:t>
        <w:br/>
        <w:t>v 1.203663 11.796713 -0.632342</w:t>
        <w:br/>
        <w:t>v 1.188434 11.798469 -0.615036</w:t>
        <w:br/>
        <w:t>v 1.172868 12.318227 -0.439247</w:t>
        <w:br/>
        <w:t>v 1.190745 12.329700 -0.403910</w:t>
        <w:br/>
        <w:t>v 1.190745 12.329700 -0.403910</w:t>
        <w:br/>
        <w:t>v 1.216700 12.103730 -0.529951</w:t>
        <w:br/>
        <w:t>v -0.747321 14.062342 1.469195</w:t>
        <w:br/>
        <w:t>v -0.577304 14.039815 1.598567</w:t>
        <w:br/>
        <w:t>v -0.843396 14.071838 1.342406</w:t>
        <w:br/>
        <w:t>v -0.937553 14.079841 1.132572</w:t>
        <w:br/>
        <w:t>v -0.972601 14.082748 0.899369</w:t>
        <w:br/>
        <w:t>v 0.600661 13.986258 0.187849</w:t>
        <w:br/>
        <w:t>v 0.747838 14.004169 0.278433</w:t>
        <w:br/>
        <w:t>v 0.751506 14.022147 0.265758</w:t>
        <w:br/>
        <w:t>v 0.604249 14.003054 0.176071</w:t>
        <w:br/>
        <w:t>v 0.818374 13.247274 0.175516</w:t>
        <w:br/>
        <w:t>v 0.651595 13.247314 0.065821</w:t>
        <w:br/>
        <w:t>v 0.708761 13.021076 -0.070702</w:t>
        <w:br/>
        <w:t>v 0.887577 13.000607 0.034641</w:t>
        <w:br/>
        <w:t>v 0.756241 12.885132 -0.180185</w:t>
        <w:br/>
        <w:t>v 0.973080 12.795623 -0.119771</w:t>
        <w:br/>
        <w:t>v 0.460665 13.248978 -0.004018</w:t>
        <w:br/>
        <w:t>v 0.495233 13.033722 -0.146043</w:t>
        <w:br/>
        <w:t>v 0.746216 13.748002 0.311807</w:t>
        <w:br/>
        <w:t>v 0.762793 13.499239 0.276865</w:t>
        <w:br/>
        <w:t>v 0.890692 13.499222 0.377466</w:t>
        <w:br/>
        <w:t>v 0.858461 13.748612 0.424545</w:t>
        <w:br/>
        <w:t>v 0.423583 13.498916 0.100705</w:t>
        <w:br/>
        <w:t>v 0.606367 13.499003 0.172909</w:t>
        <w:br/>
        <w:t>v 0.596560 13.747425 0.211920</w:t>
        <w:br/>
        <w:t>v 0.414789 13.746829 0.139120</w:t>
        <w:br/>
        <w:t>v 0.427517 13.970682 0.129781</w:t>
        <w:br/>
        <w:t>v 0.430184 13.988242 0.118209</w:t>
        <w:br/>
        <w:t>v 0.211433 13.746268 0.108852</w:t>
        <w:br/>
        <w:t>v 0.213568 13.498930 0.070540</w:t>
        <w:br/>
        <w:t>v 0.219138 13.250007 -0.041014</w:t>
        <w:br/>
        <w:t>v 0.000002 13.498981 0.063580</w:t>
        <w:br/>
        <w:t>v -0.000087 13.441181 0.030927</w:t>
        <w:br/>
        <w:t>v 0.222027 13.959476 0.101925</w:t>
        <w:br/>
        <w:t>v 0.221817 13.975731 0.091946</w:t>
        <w:br/>
        <w:t>v -0.000010 13.967042 0.089401</w:t>
        <w:br/>
        <w:t>v 0.000158 13.950442 0.099451</w:t>
        <w:br/>
        <w:t>v -0.000012 13.746073 0.105159</w:t>
        <w:br/>
        <w:t>v 0.937168 13.249576 0.282840</w:t>
        <w:br/>
        <w:t>v 0.171636 13.244319 -0.078758</w:t>
        <w:br/>
        <w:t>v 0.204039 13.248066 -0.056445</w:t>
        <w:br/>
        <w:t>v 0.000051 13.424558 0.006374</w:t>
        <w:br/>
        <w:t>v 0.000871 13.397992 -0.014450</w:t>
        <w:br/>
        <w:t>v 0.986226 12.782645 -0.154432</w:t>
        <w:br/>
        <w:t>v 0.994010 12.739432 -0.194192</w:t>
        <w:br/>
        <w:t>v 1.135843 12.688953 -0.119233</w:t>
        <w:br/>
        <w:t>v 1.120670 12.734114 -0.084447</w:t>
        <w:br/>
        <w:t>v 0.752235 12.842189 -0.245350</w:t>
        <w:br/>
        <w:t>v 0.752882 12.880285 -0.213039</w:t>
        <w:br/>
        <w:t>v 0.473991 13.032026 -0.175384</w:t>
        <w:br/>
        <w:t>v 0.456488 13.024399 -0.200470</w:t>
        <w:br/>
        <w:t>v 0.327342 13.162123 -0.080273</w:t>
        <w:br/>
        <w:t>v -0.790499 14.020718 0.300557</w:t>
        <w:br/>
        <w:t>v -0.782377 14.005695 0.306542</w:t>
        <w:br/>
        <w:t>v -0.630013 13.987488 0.203893</w:t>
        <w:br/>
        <w:t>v -0.637820 14.003745 0.192054</w:t>
        <w:br/>
        <w:t>v -0.302057 13.134430 -0.135509</w:t>
        <w:br/>
        <w:t>v -0.172216 13.241782 -0.079541</w:t>
        <w:br/>
        <w:t>v -0.195457 13.244194 -0.070263</w:t>
        <w:br/>
        <w:t>v -0.316665 13.143922 -0.112075</w:t>
        <w:br/>
        <w:t>v -0.950002 12.802345 -0.128690</w:t>
        <w:br/>
        <w:t>v -0.781935 12.869484 -0.174111</w:t>
        <w:br/>
        <w:t>v -0.717999 13.027637 -0.057026</w:t>
        <w:br/>
        <w:t>v -0.898116 13.009552 0.043977</w:t>
        <w:br/>
        <w:t>v -0.503001 13.022336 -0.152005</w:t>
        <w:br/>
        <w:t>v -0.449026 13.246369 -0.007390</w:t>
        <w:br/>
        <w:t>v -0.661648 13.248708 0.072926</w:t>
        <w:br/>
        <w:t>v -0.779549 13.747979 0.338197</w:t>
        <w:br/>
        <w:t>v -0.837045 13.518836 0.341123</w:t>
        <w:br/>
        <w:t>v -0.781073 13.518710 0.317621</w:t>
        <w:br/>
        <w:t>v -0.623232 13.746800 0.225329</w:t>
        <w:br/>
        <w:t>v -0.618721 13.498979 0.219693</w:t>
        <w:br/>
        <w:t>v -0.422112 13.492704 0.130490</w:t>
        <w:br/>
        <w:t>v -0.437435 13.746176 0.145901</w:t>
        <w:br/>
        <w:t>v -0.446429 13.968889 0.136430</w:t>
        <w:br/>
        <w:t>v -0.451714 13.986861 0.123947</w:t>
        <w:br/>
        <w:t>v -0.224704 13.746243 0.109487</w:t>
        <w:br/>
        <w:t>v -0.213687 13.498933 0.070213</w:t>
        <w:br/>
        <w:t>v -0.219942 13.246983 -0.042444</w:t>
        <w:br/>
        <w:t>v -0.225210 13.955048 0.101122</w:t>
        <w:br/>
        <w:t>v -0.228214 13.971773 0.091939</w:t>
        <w:br/>
        <w:t>v -0.898458 13.747618 0.480107</w:t>
        <w:br/>
        <w:t>v -0.943832 13.747569 0.559229</w:t>
        <w:br/>
        <w:t>v -0.997639 13.514925 0.562320</w:t>
        <w:br/>
        <w:t>v -0.949191 13.515475 0.465796</w:t>
        <w:br/>
        <w:t>v -0.841407 13.249236 0.193510</w:t>
        <w:br/>
        <w:t>v -0.491375 13.016485 -0.179750</w:t>
        <w:br/>
        <w:t>v -0.778765 12.864539 -0.206474</w:t>
        <w:br/>
        <w:t>v -0.775234 12.848919 -0.232664</w:t>
        <w:br/>
        <w:t>v -0.472288 13.005787 -0.210998</w:t>
        <w:br/>
        <w:t>v -0.331114 13.155644 -0.083662</w:t>
        <w:br/>
        <w:t>v 0.602299 14.042218 0.176667</w:t>
        <w:br/>
        <w:t>v 0.748621 14.060783 0.265929</w:t>
        <w:br/>
        <w:t>v 0.729150 14.066927 0.280580</w:t>
        <w:br/>
        <w:t>v 0.590843 14.050063 0.196188</w:t>
        <w:br/>
        <w:t>v 0.861532 14.076864 0.392165</w:t>
        <w:br/>
        <w:t>v 0.831143 14.076844 0.398037</w:t>
        <w:br/>
        <w:t>v 0.430931 14.026438 0.120838</w:t>
        <w:br/>
        <w:t>v 0.424122 14.033020 0.147697</w:t>
        <w:br/>
        <w:t>v 0.217872 14.017468 0.098023</w:t>
        <w:br/>
        <w:t>v 0.216823 14.016837 0.128301</w:t>
        <w:br/>
        <w:t>v -0.000009 14.013783 0.096634</w:t>
        <w:br/>
        <w:t>v -0.000001 14.011352 0.127472</w:t>
        <w:br/>
        <w:t>v 0.000292 13.367736 -0.014902</w:t>
        <w:br/>
        <w:t>v 0.001148 13.351918 0.000157</w:t>
        <w:br/>
        <w:t>v 0.127165 13.238780 -0.035537</w:t>
        <w:br/>
        <w:t>v 0.143963 13.241080 -0.064510</w:t>
        <w:br/>
        <w:t>v -0.792016 14.063889 0.305651</w:t>
        <w:br/>
        <w:t>v -0.634576 14.048535 0.194159</w:t>
        <w:br/>
        <w:t>v -0.621590 14.050060 0.230192</w:t>
        <w:br/>
        <w:t>v -0.770286 14.070976 0.325147</w:t>
        <w:br/>
        <w:t>v -0.864503 14.081165 0.456321</w:t>
        <w:br/>
        <w:t>v -0.890135 14.072845 0.447677</w:t>
        <w:br/>
        <w:t>v -0.283816 13.122147 -0.138041</w:t>
        <w:br/>
        <w:t>v -0.262330 13.106967 -0.100560</w:t>
        <w:br/>
        <w:t>v -0.128568 13.237013 -0.037485</w:t>
        <w:br/>
        <w:t>v -0.147361 13.239058 -0.067031</w:t>
        <w:br/>
        <w:t>v -0.453941 14.028466 0.126986</w:t>
        <w:br/>
        <w:t>v -0.447363 14.031011 0.151922</w:t>
        <w:br/>
        <w:t>v -0.231247 14.017197 0.098027</w:t>
        <w:br/>
        <w:t>v -0.229836 14.016922 0.129371</w:t>
        <w:br/>
        <w:t>v -1.031808 13.512285 0.632040</w:t>
        <w:br/>
        <w:t>v -0.977968 13.746950 0.630984</w:t>
        <w:br/>
        <w:t>v -0.946426 13.746067 0.648608</w:t>
        <w:br/>
        <w:t>v -1.017077 13.498672 0.646052</w:t>
        <w:br/>
        <w:t>v 0.001148 13.351918 0.000157</w:t>
        <w:br/>
        <w:t>v 0.000292 13.367736 -0.014902</w:t>
        <w:br/>
        <w:t>v -0.461075 12.979261 -0.212374</w:t>
        <w:br/>
        <w:t>v -0.773236 12.827853 -0.239763</w:t>
        <w:br/>
        <w:t>v -0.767520 12.806739 -0.229692</w:t>
        <w:br/>
        <w:t>v -0.456372 12.968434 -0.198137</w:t>
        <w:br/>
        <w:t>v 1.127312 12.663411 -0.105378</w:t>
        <w:br/>
        <w:t>v 1.135843 12.688953 -0.119233</w:t>
        <w:br/>
        <w:t>v 0.994010 12.739432 -0.194192</w:t>
        <w:br/>
        <w:t>v 0.986712 12.718782 -0.180345</w:t>
        <w:br/>
        <w:t>v 0.752235 12.842189 -0.245350</w:t>
        <w:br/>
        <w:t>v 0.451466 13.008931 -0.211406</w:t>
        <w:br/>
        <w:t>v 0.450311 12.973501 -0.195401</w:t>
        <w:br/>
        <w:t>v 0.746790 12.820083 -0.236362</w:t>
        <w:br/>
        <w:t>v 0.171636 13.244319 -0.078758</w:t>
        <w:br/>
        <w:t>v 0.000871 13.397992 -0.014450</w:t>
        <w:br/>
        <w:t>v -0.971171 12.748397 -0.193964</w:t>
        <w:br/>
        <w:t>v -0.920559 14.021077 0.529472</w:t>
        <w:br/>
        <w:t>v -0.954042 14.018913 0.570455</w:t>
        <w:br/>
        <w:t>v -0.977787 13.747243 0.589552</w:t>
        <w:br/>
        <w:t>v -1.010349 13.513613 0.567713</w:t>
        <w:br/>
        <w:t>v -1.035884 13.515999 0.605292</w:t>
        <w:br/>
        <w:t>v -0.951889 14.022511 0.602994</w:t>
        <w:br/>
        <w:t>v -0.950474 14.041755 0.566224</w:t>
        <w:br/>
        <w:t>v -0.895918 14.034337 0.445977</w:t>
        <w:br/>
        <w:t>v -0.890135 14.072845 0.447677</w:t>
        <w:br/>
        <w:t>v -0.943425 14.076632 0.585362</w:t>
        <w:br/>
        <w:t>v 0.857302 14.015513 0.397271</w:t>
        <w:br/>
        <w:t>v 0.860829 14.033165 0.392112</w:t>
        <w:br/>
        <w:t>v -0.890743 14.019156 0.448582</w:t>
        <w:br/>
        <w:t>v 0.748621 14.060783 0.265929</w:t>
        <w:br/>
        <w:t>v 0.602299 14.042218 0.176667</w:t>
        <w:br/>
        <w:t>v 0.861532 14.076864 0.392165</w:t>
        <w:br/>
        <w:t>v -0.792016 14.063889 0.305651</w:t>
        <w:br/>
        <w:t>v -0.634576 14.048535 0.194159</w:t>
        <w:br/>
        <w:t>v -0.453941 14.028466 0.126986</w:t>
        <w:br/>
        <w:t>v -0.231247 14.017197 0.098027</w:t>
        <w:br/>
        <w:t>v -0.000009 14.013783 0.096634</w:t>
        <w:br/>
        <w:t>v 0.217872 14.017468 0.098023</w:t>
        <w:br/>
        <w:t>v 0.430931 14.026438 0.120838</w:t>
        <w:br/>
        <w:t>v -1.367020 12.693239 0.202717</w:t>
        <w:br/>
        <w:t>v -1.467556 12.655041 0.462467</w:t>
        <w:br/>
        <w:t>v -1.642039 12.270645 0.332694</w:t>
        <w:br/>
        <w:t>v -1.517693 12.330102 0.014705</w:t>
        <w:br/>
        <w:t>v -0.888068 13.249164 0.162592</w:t>
        <w:br/>
        <w:t>v -0.829509 13.516141 0.293770</w:t>
        <w:br/>
        <w:t>v -0.852095 13.515182 0.324613</w:t>
        <w:br/>
        <w:t>v -0.913461 13.251453 0.186111</w:t>
        <w:br/>
        <w:t>v -1.041359 12.754860 -0.135449</w:t>
        <w:br/>
        <w:t>v -0.970164 13.016515 0.076945</w:t>
        <w:br/>
        <w:t>v -1.085985 12.984159 0.177764</w:t>
        <w:br/>
        <w:t>v -1.198174 12.720847 -0.003431</w:t>
        <w:br/>
        <w:t>v -1.053504 13.513092 0.634335</w:t>
        <w:br/>
        <w:t>v -1.083644 13.503509 0.883342</w:t>
        <w:br/>
        <w:t>v -1.191510 13.251536 0.856057</w:t>
        <w:br/>
        <w:t>v -1.172517 13.255119 0.606354</w:t>
        <w:br/>
        <w:t>v -1.479729 12.627923 0.771896</w:t>
        <w:br/>
        <w:t>v -1.321501 12.950572 0.558819</w:t>
        <w:br/>
        <w:t>v -1.340335 12.941055 0.827113</w:t>
        <w:br/>
        <w:t>v -1.900010 10.753111 0.120451</w:t>
        <w:br/>
        <w:t>v -1.873669 11.050269 0.131669</w:t>
        <w:br/>
        <w:t>v -1.915115 11.062509 0.550324</w:t>
        <w:br/>
        <w:t>v -1.943313 10.776417 0.541486</w:t>
        <w:br/>
        <w:t>v -1.827763 11.072026 0.887069</w:t>
        <w:br/>
        <w:t>v -1.866385 10.769364 0.881567</w:t>
        <w:br/>
        <w:t>v -1.762305 10.754162 1.151559</w:t>
        <w:br/>
        <w:t>v -1.694562 11.077678 1.113905</w:t>
        <w:br/>
        <w:t>v -1.251238 12.941230 1.085773</w:t>
        <w:br/>
        <w:t>v -1.379483 12.609932 1.065298</w:t>
        <w:br/>
        <w:t>v -1.046448 13.497254 1.070962</w:t>
        <w:br/>
        <w:t>v -1.132118 13.250431 1.063710</w:t>
        <w:br/>
        <w:t>v -0.980922 13.490497 1.232619</w:t>
        <w:br/>
        <w:t>v -1.045951 13.251628 1.230282</w:t>
        <w:br/>
        <w:t>v -1.168916 12.937412 1.250431</w:t>
        <w:br/>
        <w:t>v -1.277908 12.604693 1.271201</w:t>
        <w:br/>
        <w:t>v -1.554316 10.644161 -0.480107</w:t>
        <w:br/>
        <w:t>v -1.334349 10.607226 -0.634989</w:t>
        <w:br/>
        <w:t>v -1.304322 11.027366 -0.668117</w:t>
        <w:br/>
        <w:t>v -1.511725 11.031878 -0.507458</w:t>
        <w:br/>
        <w:t>v -1.213917 12.975476 0.307382</w:t>
        <w:br/>
        <w:t>v -1.298221 12.401471 -0.231742</w:t>
        <w:br/>
        <w:t>v -0.968393 13.518296 0.456687</w:t>
        <w:br/>
        <w:t>v -1.026604 13.516614 0.564615</w:t>
        <w:br/>
        <w:t>v -1.153475 13.249622 0.583594</w:t>
        <w:br/>
        <w:t>v -1.071244 13.252172 0.404459</w:t>
        <w:br/>
        <w:t>v -1.763156 10.698365 -0.216632</w:t>
        <w:br/>
        <w:t>v -1.738307 11.040751 -0.226542</w:t>
        <w:br/>
        <w:t>v -1.657827 12.257175 0.693679</w:t>
        <w:br/>
        <w:t>v -1.567653 12.257874 0.993981</w:t>
        <w:br/>
        <w:t>v -1.482643 12.247495 1.108378</w:t>
        <w:br/>
        <w:t>v -1.338607 12.267160 1.328733</w:t>
        <w:br/>
        <w:t>v -1.256564 12.610161 1.327492</w:t>
        <w:br/>
        <w:t>v -1.213483 12.610483 1.330776</w:t>
        <w:br/>
        <w:t>v -1.297302 12.262977 1.332832</w:t>
        <w:br/>
        <w:t>v -1.105730 12.435253 -0.381536</w:t>
        <w:br/>
        <w:t>v -1.691539 11.432361 -0.212230</w:t>
        <w:br/>
        <w:t>v -1.600066 11.952486 -0.153692</w:t>
        <w:br/>
        <w:t>v -1.741381 11.890536 0.232029</w:t>
        <w:br/>
        <w:t>v -1.823785 11.440331 0.163116</w:t>
        <w:br/>
        <w:t>v -1.845836 11.450933 0.578247</w:t>
        <w:br/>
        <w:t>v -1.757099 11.457582 0.896174</w:t>
        <w:br/>
        <w:t>v -1.624901 11.462850 1.113143</w:t>
        <w:br/>
        <w:t>v -1.540830 11.085206 1.342989</w:t>
        <w:br/>
        <w:t>v -1.480184 11.469224 1.334244</w:t>
        <w:br/>
        <w:t>v -1.448688 11.470306 1.336758</w:t>
        <w:br/>
        <w:t>v -1.511931 11.085746 1.346287</w:t>
        <w:br/>
        <w:t>v -1.255583 11.421272 -0.669161</w:t>
        <w:br/>
        <w:t>v -1.454918 11.424822 -0.516553</w:t>
        <w:br/>
        <w:t>v -1.351338 12.085849 -0.401545</w:t>
        <w:br/>
        <w:t>v -1.765891 11.839805 0.625029</w:t>
        <w:br/>
        <w:t>v -1.680961 11.827835 0.926857</w:t>
        <w:br/>
        <w:t>v -1.554552 11.830709 1.109504</w:t>
        <w:br/>
        <w:t>v -1.411782 11.834951 1.330060</w:t>
        <w:br/>
        <w:t>v -1.378076 11.835899 1.331352</w:t>
        <w:br/>
        <w:t>v -1.160231 12.103080 -0.555051</w:t>
        <w:br/>
        <w:t>v -0.794816 13.526730 0.304287</w:t>
        <w:br/>
        <w:t>v -0.870666 13.250126 0.166006</w:t>
        <w:br/>
        <w:t>v -0.841407 13.249236 0.193510</w:t>
        <w:br/>
        <w:t>v -0.781073 13.518710 0.317621</w:t>
        <w:br/>
        <w:t>v -0.971171 12.748397 -0.193964</w:t>
        <w:br/>
        <w:t>v -1.041649 12.449537 -0.419288</w:t>
        <w:br/>
        <w:t>v -1.025996 12.442403 -0.402638</w:t>
        <w:br/>
        <w:t>v -0.959589 12.727827 -0.177392</w:t>
        <w:br/>
        <w:t>v -1.083644 13.503509 0.883342</w:t>
        <w:br/>
        <w:t>v -1.053504 13.513092 0.634335</w:t>
        <w:br/>
        <w:t>v -1.017077 13.498672 0.646052</w:t>
        <w:br/>
        <w:t>v -1.060126 13.498092 0.881199</w:t>
        <w:br/>
        <w:t>v -1.925585 10.756727 0.537785</w:t>
        <w:br/>
        <w:t>v -1.879779 10.730095 0.127488</w:t>
        <w:br/>
        <w:t>v -1.849303 10.748157 0.877080</w:t>
        <w:br/>
        <w:t>v -1.740128 10.720421 1.141054</w:t>
        <w:br/>
        <w:t>v -1.019509 13.490463 1.061782</w:t>
        <w:br/>
        <w:t>v -1.046448 13.497254 1.070962</w:t>
        <w:br/>
        <w:t>v -1.264981 10.578689 -0.655630</w:t>
        <w:br/>
        <w:t>v -1.262151 10.613932 -0.658438</w:t>
        <w:br/>
        <w:t>v -1.279204 10.598952 -0.680465</w:t>
        <w:br/>
        <w:t>v -1.539787 10.620013 -0.455982</w:t>
        <w:br/>
        <w:t>v -1.317550 10.583227 -0.614013</w:t>
        <w:br/>
        <w:t>v -1.742949 10.676865 -0.198853</w:t>
        <w:br/>
        <w:t>v -1.202403 11.421185 -0.728040</w:t>
        <w:br/>
        <w:t>v -1.245799 11.025372 -0.717720</w:t>
        <w:br/>
        <w:t>v -1.221751 11.026162 -0.690066</w:t>
        <w:br/>
        <w:t>v -1.175453 11.421687 -0.703439</w:t>
        <w:br/>
        <w:t>v -1.175453 11.421687 -0.703439</w:t>
        <w:br/>
        <w:t>v -1.128934 11.800470 -0.673697</w:t>
        <w:br/>
        <w:t>v -1.157351 11.799899 -0.692263</w:t>
        <w:br/>
        <w:t>v -1.585059 10.714651 1.379091</w:t>
        <w:br/>
        <w:t>v -1.612277 10.731630 1.384042</w:t>
        <w:br/>
        <w:t>v -1.641013 10.727525 1.322102</w:t>
        <w:br/>
        <w:t>v -1.572380 11.082982 1.285790</w:t>
        <w:br/>
        <w:t>v -1.149718 12.938919 1.310245</w:t>
        <w:br/>
        <w:t>v -1.110788 12.935613 1.316736</w:t>
        <w:br/>
        <w:t>v -1.360522 12.260298 1.272765</w:t>
        <w:br/>
        <w:t>v -1.506391 11.469434 1.277055</w:t>
        <w:br/>
        <w:t>v -1.439715 11.835628 1.272424</w:t>
        <w:br/>
        <w:t>v -1.619584 10.696797 1.306733</w:t>
        <w:br/>
        <w:t>v -0.914334 13.252197 0.207115</w:t>
        <w:br/>
        <w:t>v -0.849033 13.524547 0.352336</w:t>
        <w:br/>
        <w:t>v -0.968757 13.023869 0.058259</w:t>
        <w:br/>
        <w:t>v -1.034799 12.772621 -0.153003</w:t>
        <w:br/>
        <w:t>v -0.994859 12.784425 -0.177744</w:t>
        <w:br/>
        <w:t>v -0.943162 13.023754 0.024649</w:t>
        <w:br/>
        <w:t>v -1.298429 11.026237 -0.700298</w:t>
        <w:br/>
        <w:t>v -1.333795 10.629927 -0.668232</w:t>
        <w:br/>
        <w:t>v -1.302799 10.623007 -0.691983</w:t>
        <w:br/>
        <w:t>v -1.270340 11.025318 -0.719786</w:t>
        <w:br/>
        <w:t>v -1.104083 12.444212 -0.400430</w:t>
        <w:br/>
        <w:t>v -1.084282 12.452691 -0.421824</w:t>
        <w:br/>
        <w:t>v -1.225146 11.420914 -0.726863</w:t>
        <w:br/>
        <w:t>v -1.247440 11.421053 -0.706035</w:t>
        <w:br/>
        <w:t>v -1.157852 12.105915 -0.580617</w:t>
        <w:br/>
        <w:t>v -1.138268 12.107902 -0.602194</w:t>
        <w:br/>
        <w:t>v -0.837045 13.518836 0.341123</w:t>
        <w:br/>
        <w:t>v -0.949191 13.515475 0.465796</w:t>
        <w:br/>
        <w:t>v -0.968393 13.518296 0.456687</w:t>
        <w:br/>
        <w:t>v -0.849033 13.524547 0.352336</w:t>
        <w:br/>
        <w:t>v -1.264981 10.578689 -0.655630</w:t>
        <w:br/>
        <w:t>v -1.279204 10.598952 -0.680465</w:t>
        <w:br/>
        <w:t>v -1.105793 12.106411 -0.606393</w:t>
        <w:br/>
        <w:t>v -1.199688 11.799659 -0.667129</w:t>
        <w:br/>
        <w:t>v -1.204614 11.799392 -0.643465</w:t>
        <w:br/>
        <w:t>v -0.794816 13.526730 0.304287</w:t>
        <w:br/>
        <w:t>v -0.934380 13.487749 1.301753</w:t>
        <w:br/>
        <w:t>v -0.992695 13.252748 1.290741</w:t>
        <w:br/>
        <w:t>v -1.028847 13.254025 1.282868</w:t>
        <w:br/>
        <w:t>v -0.971500 13.485909 1.292354</w:t>
        <w:br/>
        <w:t>v -1.418967 11.469342 1.317108</w:t>
        <w:br/>
        <w:t>v -1.478753 11.084979 1.328725</w:t>
        <w:br/>
        <w:t>v -1.347209 11.835207 1.314246</w:t>
        <w:br/>
        <w:t>v -1.177821 12.604042 1.320135</w:t>
        <w:br/>
        <w:t>v -1.263816 12.253779 1.319403</w:t>
        <w:br/>
        <w:t>v -1.073578 12.936303 1.300053</w:t>
        <w:br/>
        <w:t>v -0.908664 13.485620 1.287128</w:t>
        <w:br/>
        <w:t>v -0.955943 13.250607 1.274391</w:t>
        <w:br/>
        <w:t>v -0.987180 13.486134 1.257305</w:t>
        <w:br/>
        <w:t>v -1.046617 13.252856 1.254926</w:t>
        <w:br/>
        <w:t>v -1.169943 12.937601 1.274785</w:t>
        <w:br/>
        <w:t>v -1.277164 12.609911 1.293525</w:t>
        <w:br/>
        <w:t>v -1.358900 12.265134 1.297629</w:t>
        <w:br/>
        <w:t>v -1.440163 11.835738 1.293690</w:t>
        <w:br/>
        <w:t>v -1.505995 11.469583 1.302253</w:t>
        <w:br/>
        <w:t>v -1.570895 11.084047 1.311911</w:t>
        <w:br/>
        <w:t>v -1.645016 10.736540 1.349633</w:t>
        <w:br/>
        <w:t>v -1.645016 10.736540 1.349633</w:t>
        <w:br/>
        <w:t>v -1.612277 10.731630 1.384042</w:t>
        <w:br/>
        <w:t>v -1.585059 10.714651 1.379091</w:t>
        <w:br/>
        <w:t>v -0.580284 13.994003 1.603645</w:t>
        <w:br/>
        <w:t>v -0.956124 13.491242 1.219582</w:t>
        <w:br/>
        <w:t>v -0.980922 13.490497 1.232619</w:t>
        <w:br/>
        <w:t>v -0.945057 14.036656 0.604766</w:t>
        <w:br/>
        <w:t>v -0.965625 12.792959 -0.154838</w:t>
        <w:br/>
        <w:t>v -0.994859 12.784425 -0.177744</w:t>
        <w:br/>
        <w:t>v -0.971171 12.748397 -0.193964</w:t>
        <w:br/>
        <w:t>v -0.965625 12.792959 -0.154838</w:t>
        <w:br/>
        <w:t>v 0.857302 14.015513 0.397271</w:t>
        <w:br/>
        <w:t>v 1.111072 12.750371 -0.063587</w:t>
        <w:br/>
        <w:t>v 1.120670 12.734114 -0.084447</w:t>
        <w:br/>
        <w:t>v 1.220379 12.389254 -0.296472</w:t>
        <w:br/>
        <w:t>v 1.227557 11.425019 -0.655569</w:t>
        <w:br/>
        <w:t>v 1.188434 11.798469 -0.615036</w:t>
        <w:br/>
        <w:t>v 1.307086 10.613593 -0.618626</w:t>
        <w:br/>
        <w:t>v 1.265897 11.035999 -0.651492</w:t>
        <w:br/>
        <w:t>v 1.300889 10.589346 -0.583201</w:t>
        <w:br/>
        <w:t>v 0.996488 10.617893 1.740371</w:t>
        <w:br/>
        <w:t>v 0.931761 11.090707 1.758521</w:t>
        <w:br/>
        <w:t>v 0.858239 11.470298 1.693733</w:t>
        <w:br/>
        <w:t>v 0.654716 12.228165 1.694145</w:t>
        <w:br/>
        <w:t>v 0.753412 12.045519 1.683158</w:t>
        <w:br/>
        <w:t>v 0.656752 12.007856 1.701713</w:t>
        <w:br/>
        <w:t>v 1.009933 10.501241 1.709828</w:t>
        <w:br/>
        <w:t>v 1.008659 10.526904 1.736683</w:t>
        <w:br/>
        <w:t>v -0.997639 13.514925 0.562320</w:t>
        <w:br/>
        <w:t>v -1.010349 13.513613 0.567713</w:t>
        <w:br/>
        <w:t>v -1.031808 13.512285 0.632040</w:t>
        <w:br/>
        <w:t>v -1.017077 13.498672 0.646052</w:t>
        <w:br/>
        <w:t>v -1.035884 13.515999 0.605292</w:t>
        <w:br/>
        <w:t>v -1.026604 13.516614 0.564615</w:t>
        <w:br/>
        <w:t>v -0.781073 13.518710 0.317621</w:t>
        <w:br/>
        <w:t>v -0.794816 13.526730 0.304287</w:t>
        <w:br/>
        <w:t>v -0.129301 13.973451 1.769370</w:t>
        <w:br/>
        <w:t>v -0.065999 13.995996 1.771998</w:t>
        <w:br/>
        <w:t>v -0.054288 13.998607 1.730986</w:t>
        <w:br/>
        <w:t>v -0.121439 13.978219 1.754878</w:t>
        <w:br/>
        <w:t>v -0.127819 13.976243 1.748320</w:t>
        <w:br/>
        <w:t>v -0.065999 13.995996 1.771998</w:t>
        <w:br/>
        <w:t>v 0.756446 10.612426 1.754220</w:t>
        <w:br/>
        <w:t>v 0.141543 12.459036 1.834329</w:t>
        <w:br/>
        <w:t>v 0.148439 12.446896 1.813288</w:t>
        <w:br/>
        <w:t>v 0.141948 12.484831 1.842311</w:t>
        <w:br/>
        <w:t>v 0.070232 12.556288 1.829099</w:t>
        <w:br/>
        <w:t>v 0.078895 12.474441 1.827814</w:t>
        <w:br/>
        <w:t>v 0.113483 12.461681 1.824970</w:t>
        <w:br/>
        <w:t>v 0.078895 12.474441 1.827814</w:t>
        <w:br/>
        <w:t>v 0.318851 12.233314 1.747383</w:t>
        <w:br/>
        <w:t>v 0.527547 12.138098 1.701530</w:t>
        <w:br/>
        <w:t>v 0.126007 12.324771 1.783654</w:t>
        <w:br/>
        <w:t>v 0.042564 12.496942 1.784979</w:t>
        <w:br/>
        <w:t>v 0.042564 12.496942 1.784979</w:t>
        <w:br/>
        <w:t>v 1.126447 10.621914 1.740564</w:t>
        <w:br/>
        <w:t>v 0.654716 12.228165 1.694145</w:t>
        <w:br/>
        <w:t>v 0.581413 11.983333 1.701463</w:t>
        <w:br/>
        <w:t>v -0.648261 11.799731 -0.826862</w:t>
        <w:br/>
        <w:t>v -0.914833 11.798276 -0.757110</w:t>
        <w:br/>
        <w:t>v -0.338958 11.832967 1.684739</w:t>
        <w:br/>
        <w:t>v 0.934143 12.112120 -0.652814</w:t>
        <w:br/>
        <w:t>v 0.631023 12.122103 -0.727454</w:t>
        <w:br/>
        <w:t>v 0.634489 11.832742 1.743578</w:t>
        <w:br/>
        <w:t>v 1.410624 11.798645 -0.458121</w:t>
        <w:br/>
        <w:t>v 1.190561 12.106890 -0.550140</w:t>
        <w:br/>
        <w:t>v 0.581413 11.983333 1.701463</w:t>
        <w:br/>
        <w:t>v 1.339583 11.797268 -0.501137</w:t>
        <w:br/>
        <w:t>v 0.863946 11.836245 1.744651</w:t>
        <w:br/>
        <w:t>v 1.266105 11.795753 -0.577584</w:t>
        <w:br/>
        <w:t>v 1.339583 11.797268 -0.501137</w:t>
        <w:br/>
        <w:t>v 1.340439 12.107604 -0.437629</w:t>
        <w:br/>
        <w:t>v 1.411869 11.797647 -0.484461</w:t>
        <w:br/>
        <w:t>v 1.165988 12.101097 -0.552739</w:t>
        <w:br/>
        <w:t>v 1.150961 12.084228 -0.537830</w:t>
        <w:br/>
        <w:t>v -1.395666 11.802668 -0.480749</w:t>
        <w:br/>
        <w:t>v -1.084510 12.106011 -0.590942</w:t>
        <w:br/>
        <w:t>v -1.180442 11.799666 -0.686860</w:t>
        <w:br/>
        <w:t>v 0.789198 11.833291 1.698582</w:t>
        <w:br/>
        <w:t>v 0.789198 11.833291 1.698582</w:t>
        <w:br/>
        <w:t>v 0.753412 12.045519 1.683158</w:t>
        <w:br/>
        <w:t>v 0.822155 11.834298 1.715417</w:t>
        <w:br/>
        <w:t>v 1.150961 12.084228 -0.537830</w:t>
        <w:br/>
        <w:t>v 1.266168 12.935735 1.127882</w:t>
        <w:br/>
        <w:t>v -1.007091 10.545444 -0.705291</w:t>
        <w:br/>
        <w:t>v -0.908664 13.485620 1.287128</w:t>
        <w:br/>
        <w:t>v -0.934380 13.487749 1.301753</w:t>
        <w:br/>
        <w:t>v 1.007848 12.991747 0.125423</w:t>
        <w:br/>
        <w:t>v -0.650571 13.250837 1.558924</w:t>
        <w:br/>
        <w:t>v -0.160501 13.250351 1.740570</w:t>
        <w:br/>
        <w:t>v -0.919556 13.015850 0.022876</w:t>
        <w:br/>
        <w:t>v -0.898116 13.009552 0.043977</w:t>
        <w:br/>
        <w:t>v -0.929785 14.080019 0.602738</w:t>
        <w:br/>
        <w:t>v -0.943425 14.076632 0.585362</w:t>
        <w:br/>
        <w:t>v -0.584037 13.979414 1.583018</w:t>
        <w:br/>
        <w:t>v -0.929160 14.021346 0.614983</w:t>
        <w:br/>
        <w:t>v 1.135843 12.688953 -0.119233</w:t>
        <w:br/>
        <w:t>v 1.140367 12.317202 -0.447712</w:t>
        <w:br/>
        <w:t>v 1.111072 12.750371 -0.063587</w:t>
        <w:br/>
        <w:t>v 1.202712 12.394140 -0.256829</w:t>
        <w:br/>
        <w:t>v 1.214671 12.350519 -0.281469</w:t>
        <w:br/>
        <w:t>v 1.226389 12.361897 -0.311889</w:t>
        <w:br/>
        <w:t>v 1.220379 12.389254 -0.296472</w:t>
        <w:br/>
        <w:t>v 1.214671 12.350519 -0.281469</w:t>
        <w:br/>
        <w:t>v 1.202712 12.394140 -0.256829</w:t>
        <w:br/>
        <w:t>v 1.140367 12.317202 -0.447712</w:t>
        <w:br/>
        <w:t>v 0.314640 13.153032 -0.100256</w:t>
        <w:br/>
        <w:t>v 0.294958 13.142432 -0.131562</w:t>
        <w:br/>
        <w:t>v 0.270319 13.128117 -0.130073</w:t>
        <w:br/>
        <w:t>v 0.270319 13.128117 -0.130073</w:t>
        <w:br/>
        <w:t>v 0.253646 13.118193 -0.098186</w:t>
        <w:br/>
        <w:t>v -1.262151 10.613932 -0.658438</w:t>
        <w:br/>
        <w:t>v -1.128934 11.800470 -0.673697</w:t>
        <w:br/>
        <w:t>v -1.264981 10.578689 -0.655630</w:t>
        <w:br/>
        <w:t>v 1.152814 12.782886 -0.071381</w:t>
        <w:br/>
        <w:t>v -0.965625 12.792959 -0.154838</w:t>
        <w:br/>
        <w:t>v -0.950002 12.802345 -0.128690</w:t>
        <w:br/>
        <w:t>v 0.909400 11.471152 1.699235</w:t>
        <w:br/>
        <w:t>v 0.753412 12.045519 1.683158</w:t>
        <w:br/>
        <w:t>v -0.040374 10.371468 1.742535</w:t>
        <w:br/>
        <w:t>v 0.034403 10.369223 1.721862</w:t>
        <w:br/>
        <w:t>v 1.149545 10.513004 1.741586</w:t>
        <w:br/>
        <w:t>v 1.207573 10.398026 1.768009</w:t>
        <w:br/>
        <w:t>v 0.986712 12.718782 -0.180345</w:t>
        <w:br/>
        <w:t>v 1.127312 12.663411 -0.105378</w:t>
        <w:br/>
        <w:t>v 1.135843 12.688953 -0.119233</w:t>
        <w:br/>
        <w:t>v 1.127312 12.663411 -0.105378</w:t>
        <w:br/>
        <w:t>v -0.971171 12.748397 -0.193964</w:t>
        <w:br/>
        <w:t>v -0.959589 12.727827 -0.177392</w:t>
        <w:br/>
        <w:t>v -0.300807 14.008729 1.660911</w:t>
        <w:br/>
        <w:t>v -0.307133 14.005222 1.681067</w:t>
        <w:br/>
        <w:t>v -0.577304 14.039815 1.598567</w:t>
        <w:br/>
        <w:t>v -0.564130 14.045876 1.576160</w:t>
        <w:br/>
        <w:t>v -0.054288 13.998607 1.730986</w:t>
        <w:br/>
        <w:t>v -0.487096 14.218818 1.655632</w:t>
        <w:br/>
        <w:t>v -0.307133 14.005222 1.681067</w:t>
        <w:br/>
        <w:t>v -0.319754 14.205576 1.701801</w:t>
        <w:br/>
        <w:t>v -0.118916 14.183343 1.750904</w:t>
        <w:br/>
        <w:t>v -0.577304 14.039815 1.598567</w:t>
        <w:br/>
        <w:t>v -0.054288 13.998607 1.730986</w:t>
        <w:br/>
        <w:t>v -0.055964 14.167776 1.771843</w:t>
        <w:br/>
        <w:t>v -0.553457 14.215342 1.649807</w:t>
        <w:br/>
        <w:t>v 0.831143 14.076844 0.398037</w:t>
        <w:br/>
        <w:t>v 0.027073 14.015945 1.740051</w:t>
        <w:br/>
        <w:t>v 0.023427 13.994108 1.688960</w:t>
        <w:br/>
        <w:t>v -0.908534 14.085885 0.612836</w:t>
        <w:br/>
        <w:t>v 0.000221 13.948537 0.848640</w:t>
        <w:br/>
        <w:t>v -0.564130 14.045876 1.576160</w:t>
        <w:br/>
        <w:t>v -0.727781 14.070803 1.450068</w:t>
        <w:br/>
        <w:t>v -0.913514 14.088452 1.122253</w:t>
        <w:br/>
        <w:t>v -0.947097 14.090075 0.898216</w:t>
        <w:br/>
        <w:t>v -0.822319 14.081024 1.329079</w:t>
        <w:br/>
        <w:t>v -0.908534 14.085885 0.612836</w:t>
        <w:br/>
        <w:t>v 0.443581 13.964688 1.606429</w:t>
        <w:br/>
        <w:t>v 0.664169 13.959066 1.483800</w:t>
        <w:br/>
        <w:t>v 0.698065 14.063683 1.504059</w:t>
        <w:br/>
        <w:t>v 0.468542 14.052511 1.635376</w:t>
        <w:br/>
        <w:t>v 0.890665 13.972365 1.122226</w:t>
        <w:br/>
        <w:t>v 0.916780 13.968821 0.931798</w:t>
        <w:br/>
        <w:t>v 0.947996 14.087874 0.924846</w:t>
        <w:br/>
        <w:t>v 0.921689 14.083499 1.126441</w:t>
        <w:br/>
        <w:t>v 0.794588 13.979226 1.319890</w:t>
        <w:br/>
        <w:t>v 0.842265 14.074755 1.336228</w:t>
        <w:br/>
        <w:t>v 0.907684 13.966891 0.736465</w:t>
        <w:br/>
        <w:t>v 0.934851 14.090072 0.719900</w:t>
        <w:br/>
        <w:t>v 0.189091 13.991479 1.673527</w:t>
        <w:br/>
        <w:t>v 0.206981 14.036974 1.720165</w:t>
        <w:br/>
        <w:t>v 0.907684 13.966891 0.736465</w:t>
        <w:br/>
        <w:t>v 0.872223 13.971295 0.573449</w:t>
        <w:br/>
        <w:t>v 0.903897 14.084759 0.546182</w:t>
        <w:br/>
        <w:t>v 0.934851 14.090072 0.719900</w:t>
        <w:br/>
        <w:t>v 0.699492 13.960600 0.296853</w:t>
        <w:br/>
        <w:t>v 0.536802 13.971035 0.265697</w:t>
        <w:br/>
        <w:t>v 0.590843 14.050063 0.196188</w:t>
        <w:br/>
        <w:t>v 0.729150 14.066927 0.280580</w:t>
        <w:br/>
        <w:t>v 0.787004 13.966469 0.432088</w:t>
        <w:br/>
        <w:t>v 0.831143 14.076844 0.398037</w:t>
        <w:br/>
        <w:t>v 0.382477 13.990672 0.222337</w:t>
        <w:br/>
        <w:t>v 0.424122 14.033020 0.147697</w:t>
        <w:br/>
        <w:t>v 0.590843 14.050063 0.196188</w:t>
        <w:br/>
        <w:t>v 0.199073 13.993934 0.196226</w:t>
        <w:br/>
        <w:t>v 0.216823 14.016837 0.128301</w:t>
        <w:br/>
        <w:t>v -0.004917 13.985548 0.194857</w:t>
        <w:br/>
        <w:t>v -0.000001 14.011352 0.127472</w:t>
        <w:br/>
        <w:t>v -0.606587 14.055396 0.263094</w:t>
        <w:br/>
        <w:t>v -0.749416 14.072849 0.360924</w:t>
        <w:br/>
        <w:t>v -0.770286 14.070976 0.325147</w:t>
        <w:br/>
        <w:t>v -0.621590 14.050060 0.230192</w:t>
        <w:br/>
        <w:t>v -0.850732 14.082768 0.487238</w:t>
        <w:br/>
        <w:t>v -0.864503 14.081165 0.456321</w:t>
        <w:br/>
        <w:t>v -0.425606 14.033682 0.206813</w:t>
        <w:br/>
        <w:t>v -0.447363 14.031011 0.151922</w:t>
        <w:br/>
        <w:t>v -0.221630 13.999122 0.195928</w:t>
        <w:br/>
        <w:t>v -0.229836 14.016922 0.129371</w:t>
        <w:br/>
        <w:t>v -0.300807 14.008729 1.660911</w:t>
        <w:br/>
        <w:t>v -0.908534 14.085885 0.612836</w:t>
        <w:br/>
        <w:t>v 0.664169 13.959066 1.483800</w:t>
        <w:br/>
        <w:t>v 0.443581 13.964688 1.606429</w:t>
        <w:br/>
        <w:t>v 0.916780 13.968821 0.931798</w:t>
        <w:br/>
        <w:t>v 0.890665 13.972365 1.122226</w:t>
        <w:br/>
        <w:t>v 0.794588 13.979226 1.319890</w:t>
        <w:br/>
        <w:t>v 0.907684 13.966891 0.736465</w:t>
        <w:br/>
        <w:t>v 0.189091 13.991479 1.673527</w:t>
        <w:br/>
        <w:t>v 0.023427 13.994108 1.688960</w:t>
        <w:br/>
        <w:t>v 0.872223 13.971295 0.573449</w:t>
        <w:br/>
        <w:t>v 0.536802 13.971035 0.265697</w:t>
        <w:br/>
        <w:t>v 0.699492 13.960600 0.296853</w:t>
        <w:br/>
        <w:t>v 0.787004 13.966469 0.432088</w:t>
        <w:br/>
        <w:t>v 0.382477 13.990672 0.222337</w:t>
        <w:br/>
        <w:t>v 0.199073 13.993934 0.196226</w:t>
        <w:br/>
        <w:t>v -0.004917 13.985548 0.194857</w:t>
        <w:br/>
        <w:t>v -0.749416 14.072849 0.360924</w:t>
        <w:br/>
        <w:t>v -0.606587 14.055396 0.263094</w:t>
        <w:br/>
        <w:t>v -0.850732 14.082768 0.487238</w:t>
        <w:br/>
        <w:t>v -0.425606 14.033682 0.206813</w:t>
        <w:br/>
        <w:t>v -0.221630 13.999122 0.195928</w:t>
        <w:br/>
        <w:t>v 0.693632 10.593844 1.668233</w:t>
        <w:br/>
        <w:t>v 0.470685 10.581015 1.672007</w:t>
        <w:br/>
        <w:t>v 0.550462 10.437757 1.719346</w:t>
        <w:br/>
        <w:t>v 0.757635 10.487447 1.707597</w:t>
        <w:br/>
        <w:t>v 0.220795 10.570797 1.648474</w:t>
        <w:br/>
        <w:t>v 0.217263 10.372278 1.710054</w:t>
        <w:br/>
        <w:t>v 0.045291 10.342806 1.698985</w:t>
        <w:br/>
        <w:t>v 0.048659 10.561603 1.672904</w:t>
        <w:br/>
        <w:t>v -0.073966 10.562273 1.667649</w:t>
        <w:br/>
        <w:t>v -0.051313 10.329983 1.695401</w:t>
        <w:br/>
        <w:t>v 1.870341 10.774405 0.562489</w:t>
        <w:br/>
        <w:t>v 1.769128 10.738053 0.963245</w:t>
        <w:br/>
        <w:t>v 1.883254 10.700575 0.947178</w:t>
        <w:br/>
        <w:t>v 1.973587 10.753225 0.562669</w:t>
        <w:br/>
        <w:t>v 1.705604 10.639998 -0.199621</w:t>
        <w:br/>
        <w:t>v 1.206955 10.526577 1.683468</w:t>
        <w:br/>
        <w:t>v 1.187523 10.350708 1.741085</w:t>
        <w:br/>
        <w:t>v 1.239823 10.373520 1.705008</w:t>
        <w:br/>
        <w:t>v 1.127682 10.540188 1.659836</w:t>
        <w:br/>
        <w:t>v 1.009933 10.501241 1.709828</w:t>
        <w:br/>
        <w:t>v 1.025952 10.427299 1.731631</w:t>
        <w:br/>
        <w:t>v 1.089911 10.454270 1.707396</w:t>
        <w:br/>
        <w:t>v 0.872581 10.455647 1.749423</w:t>
        <w:br/>
        <w:t>v 0.874640 10.514357 1.739715</w:t>
        <w:br/>
        <w:t>v 0.768225 10.522792 1.754393</w:t>
        <w:br/>
        <w:t>v 0.781720 10.434696 1.759408</w:t>
        <w:br/>
        <w:t>v 1.832653 10.749713 0.177309</w:t>
        <w:br/>
        <w:t>v 1.918097 10.729468 0.170851</w:t>
        <w:br/>
        <w:t>v 1.580826 10.696259 1.349172</w:t>
        <w:br/>
        <w:t>v 1.671145 10.587479 1.296781</w:t>
        <w:br/>
        <w:t>v 1.372715 10.589265 1.541436</w:t>
        <w:br/>
        <w:t>v 1.400569 10.450783 1.580038</w:t>
        <w:br/>
        <w:t>v 1.369078 10.610964 -0.567517</w:t>
        <w:br/>
        <w:t>v 1.477669 10.621230 -0.434001</w:t>
        <w:br/>
        <w:t>v 1.476058 10.571305 -0.475019</w:t>
        <w:br/>
        <w:t>v 1.519760 10.583336 -0.430122</w:t>
        <w:br/>
        <w:t>v -1.815833 10.749793 0.879728</w:t>
        <w:br/>
        <w:t>v -1.883884 10.758281 0.554100</w:t>
        <w:br/>
        <w:t>v -1.509967 10.624014 -0.435921</w:t>
        <w:br/>
        <w:t>v -1.308159 10.588815 -0.590856</w:t>
        <w:br/>
        <w:t>v -1.838606 10.726995 0.122346</w:t>
        <w:br/>
        <w:t>v -1.716687 10.722222 1.136552</w:t>
        <w:br/>
        <w:t>v -1.603568 10.698449 1.289617</w:t>
        <w:br/>
        <w:t>v -1.713419 10.675942 -0.182670</w:t>
        <w:br/>
        <w:t>v -1.543694 10.687685 1.353016</w:t>
        <w:br/>
        <w:t>v -1.563430 10.688820 1.362752</w:t>
        <w:br/>
        <w:t>v -1.248085 10.580612 -0.620419</w:t>
        <w:br/>
        <w:t>v 1.149545 10.513004 1.741586</w:t>
        <w:br/>
        <w:t>v -1.248085 10.580612 -0.620419</w:t>
        <w:br/>
        <w:t>v 1.349756 10.596589 -0.547974</w:t>
        <w:br/>
        <w:t>v 1.369078 10.610964 -0.567517</w:t>
        <w:br/>
        <w:t>v 1.009933 10.501241 1.709828</w:t>
        <w:br/>
        <w:t>v 0.926389 10.537864 1.680857</w:t>
        <w:br/>
        <w:t>v 1.108183 10.593003 1.626107</w:t>
        <w:br/>
        <w:t>v 1.088076 10.630163 1.591823</w:t>
        <w:br/>
        <w:t>v 0.905482 10.609167 1.640356</w:t>
        <w:br/>
        <w:t>v -1.559541 10.711794 1.365815</w:t>
        <w:br/>
        <w:t>v -1.563430 10.688820 1.362752</w:t>
        <w:br/>
        <w:t>v -1.543694 10.687685 1.353016</w:t>
        <w:br/>
        <w:t>v 1.195791 10.501616 1.665905</w:t>
        <w:br/>
        <w:t>v 1.195791 10.501616 1.665905</w:t>
        <w:br/>
        <w:t>v 1.328364 10.659101 1.472903</w:t>
        <w:br/>
        <w:t>v 1.344185 10.667036 1.500300</w:t>
        <w:br/>
        <w:t>v 1.536298 10.687037 1.304367</w:t>
        <w:br/>
        <w:t>v 1.580826 10.696259 1.349172</w:t>
        <w:br/>
        <w:t>v 1.372715 10.589265 1.541436</w:t>
        <w:br/>
        <w:t>v 1.358450 10.628151 1.520868</w:t>
        <w:br/>
        <w:t>v -0.805323 11.091178 1.652339</w:t>
        <w:br/>
        <w:t>v -1.202644 11.088579 1.495026</w:t>
        <w:br/>
        <w:t>v -1.284498 10.649270 1.546018</w:t>
        <w:br/>
        <w:t>v -0.877396 10.601358 1.684987</w:t>
        <w:br/>
        <w:t>v 0.011387 11.071232 1.650559</w:t>
        <w:br/>
        <w:t>v -0.407146 11.075223 1.678426</w:t>
        <w:br/>
        <w:t>v -0.470257 10.580208 1.704794</w:t>
        <w:br/>
        <w:t>v -0.081615 10.560081 1.665937</w:t>
        <w:br/>
        <w:t>v -0.359658 11.033673 -0.828916</w:t>
        <w:br/>
        <w:t>v 0.006755 11.042753 -0.824083</w:t>
        <w:br/>
        <w:t>v 0.000093 10.511202 -0.777959</w:t>
        <w:br/>
        <w:t>v -0.393310 10.511977 -0.777437</w:t>
        <w:br/>
        <w:t>v 0.363836 11.042270 -0.828231</w:t>
        <w:br/>
        <w:t>v 0.393627 10.525064 -0.791443</w:t>
        <w:br/>
        <w:t>v -0.954759 11.024073 -0.735710</w:t>
        <w:br/>
        <w:t>v -0.683915 11.027687 -0.795890</w:t>
        <w:br/>
        <w:t>v -0.730466 10.522930 -0.755808</w:t>
        <w:br/>
        <w:t>v -1.007091 10.545444 -0.705291</w:t>
        <w:br/>
        <w:t>v 0.751625 11.035754 -0.789977</w:t>
        <w:br/>
        <w:t>v 1.028506 11.032924 -0.718356</w:t>
        <w:br/>
        <w:t>v 1.068519 10.560184 -0.691579</w:t>
        <w:br/>
        <w:t>v 0.787132 10.536825 -0.756645</w:t>
        <w:br/>
        <w:t>v 1.293809 11.035118 -0.586242</w:t>
        <w:br/>
        <w:t>v 1.300889 10.589346 -0.583201</w:t>
        <w:br/>
        <w:t>v 0.658798 11.084363 1.685330</w:t>
        <w:br/>
        <w:t>v 0.314008 11.081125 1.682345</w:t>
        <w:br/>
        <w:t>v 1.821176 11.061923 0.565600</w:t>
        <w:br/>
        <w:t>v 1.716379 11.072811 0.951288</w:t>
        <w:br/>
        <w:t>v 1.870341 10.774405 0.562489</w:t>
        <w:br/>
        <w:t>v 1.636314 11.040215 -0.201395</w:t>
        <w:br/>
        <w:t>v 1.789958 11.050248 0.170798</w:t>
        <w:br/>
        <w:t>v 1.832653 10.749713 0.177309</w:t>
        <w:br/>
        <w:t>v 1.674078 10.673493 -0.188006</w:t>
        <w:br/>
        <w:t>v 1.045716 11.083648 1.575169</w:t>
        <w:br/>
        <w:t>v 0.863529 11.084505 1.643698</w:t>
        <w:br/>
        <w:t>v 1.789958 11.050248 0.170798</w:t>
        <w:br/>
        <w:t>v 1.832653 10.749713 0.177309</w:t>
        <w:br/>
        <w:t>v 1.517748 11.077878 1.241645</w:t>
        <w:br/>
        <w:t>v 1.536298 10.687037 1.304367</w:t>
        <w:br/>
        <w:t>v 1.446795 11.034252 -0.447271</w:t>
        <w:br/>
        <w:t>v -1.748969 11.069028 0.869847</w:t>
        <w:br/>
        <w:t>v -1.817523 11.059639 0.546215</w:t>
        <w:br/>
        <w:t>v -1.883884 10.758281 0.554100</w:t>
        <w:br/>
        <w:t>v -1.815833 10.749793 0.879728</w:t>
        <w:br/>
        <w:t>v -1.451023 11.032132 -0.437233</w:t>
        <w:br/>
        <w:t>v -1.225893 11.027775 -0.627082</w:t>
        <w:br/>
        <w:t>v -1.308159 10.588815 -0.590856</w:t>
        <w:br/>
        <w:t>v -1.509967 10.624014 -0.435921</w:t>
        <w:br/>
        <w:t>v -1.778971 11.049115 0.120407</w:t>
        <w:br/>
        <w:t>v -1.838606 10.726995 0.122346</w:t>
        <w:br/>
        <w:t>v -1.636860 11.077257 1.098707</w:t>
        <w:br/>
        <w:t>v -1.716687 10.722222 1.136552</w:t>
        <w:br/>
        <w:t>v -1.485721 11.082357 1.277264</w:t>
        <w:br/>
        <w:t>v -1.603568 10.698449 1.289617</w:t>
        <w:br/>
        <w:t>v -1.649653 11.040521 -0.182704</w:t>
        <w:br/>
        <w:t>v -1.713419 10.675942 -0.182670</w:t>
        <w:br/>
        <w:t>v -1.543694 10.687685 1.353016</w:t>
        <w:br/>
        <w:t>v -1.248085 10.580612 -0.620419</w:t>
        <w:br/>
        <w:t>v 1.349756 10.596589 -0.547974</w:t>
        <w:br/>
        <w:t>v 0.017588 10.568077 1.635741</w:t>
        <w:br/>
        <w:t>v 1.277821 11.081387 1.447050</w:t>
        <w:br/>
        <w:t>v 1.328364 10.659101 1.472903</w:t>
        <w:br/>
        <w:t>v 1.705604 10.639998 -0.199621</w:t>
        <w:br/>
        <w:t>v 1.519760 10.583336 -0.430122</w:t>
        <w:br/>
        <w:t>v 1.918097 10.729468 0.170851</w:t>
        <w:br/>
        <w:t>v 1.832653 10.749713 0.177309</w:t>
        <w:br/>
        <w:t>v 1.476058 10.571305 -0.475019</w:t>
        <w:br/>
        <w:t>v 1.769128 10.738053 0.963245</w:t>
        <w:br/>
        <w:t>v 1.307086 10.613593 -0.618626</w:t>
        <w:br/>
        <w:t>v 1.373947 10.544951 -0.567296</w:t>
        <w:br/>
        <w:t>v 1.319943 10.530780 -0.620394</w:t>
        <w:br/>
        <w:t>v 1.477669 10.621230 -0.434001</w:t>
        <w:br/>
        <w:t>v -0.103485 10.576847 1.700230</w:t>
        <w:br/>
        <w:t>v -0.051313 10.329983 1.695401</w:t>
        <w:br/>
        <w:t>v -0.750950 11.474682 1.572197</w:t>
        <w:br/>
        <w:t>v -1.114687 11.466746 1.405579</w:t>
        <w:br/>
        <w:t>v 0.011201 11.475554 1.563216</w:t>
        <w:br/>
        <w:t>v -0.376965 11.465431 1.583912</w:t>
        <w:br/>
        <w:t>v -0.333418 11.429711 -0.765858</w:t>
        <w:br/>
        <w:t>v 0.006968 11.437374 -0.768664</w:t>
        <w:br/>
        <w:t>v 0.339415 11.435770 -0.776886</w:t>
        <w:br/>
        <w:t>v -0.895548 11.427265 -0.699487</w:t>
        <w:br/>
        <w:t>v -0.647990 11.440499 -0.821451</w:t>
        <w:br/>
        <w:t>v 0.714838 11.443367 -0.810898</w:t>
        <w:br/>
        <w:t>v 0.956796 11.421707 -0.649533</w:t>
        <w:br/>
        <w:t>v 1.200838 11.424763 -0.522545</w:t>
        <w:br/>
        <w:t>v 0.611757 11.462938 1.584779</w:t>
        <w:br/>
        <w:t>v 0.291988 11.462922 1.583692</w:t>
        <w:br/>
        <w:t>v 1.750462 11.461460 0.547631</w:t>
        <w:br/>
        <w:t>v 1.650173 11.468465 0.925227</w:t>
        <w:br/>
        <w:t>v 1.518735 11.430872 -0.169070</w:t>
        <w:br/>
        <w:t>v 1.723420 11.455462 0.161199</w:t>
        <w:br/>
        <w:t>v 0.970632 11.462081 1.481961</w:t>
        <w:br/>
        <w:t>v 0.801637 11.461950 1.545517</w:t>
        <w:br/>
        <w:t>v 1.723420 11.455462 0.161199</w:t>
        <w:br/>
        <w:t>v 1.457500 11.473399 1.216755</w:t>
        <w:br/>
        <w:t>v 1.342771 11.426522 -0.396464</w:t>
        <w:br/>
        <w:t>v -1.671218 11.467315 0.843688</w:t>
        <w:br/>
        <w:t>v -1.745951 11.461724 0.528274</w:t>
        <w:br/>
        <w:t>v -1.398630 11.439864 -0.440004</w:t>
        <w:br/>
        <w:t>v -1.137092 11.422318 -0.565207</w:t>
        <w:br/>
        <w:t>v -1.704835 11.452188 0.115782</w:t>
        <w:br/>
        <w:t>v -1.517471 11.459342 1.038716</w:t>
        <w:br/>
        <w:t>v -1.377284 11.463911 1.204432</w:t>
        <w:br/>
        <w:t>v -1.542863 11.433486 -0.158875</w:t>
        <w:br/>
        <w:t>v 1.224018 11.477615 1.420430</w:t>
        <w:br/>
        <w:t>v -0.727299 11.853231 1.575497</w:t>
        <w:br/>
        <w:t>v -1.053707 11.834254 1.343590</w:t>
        <w:br/>
        <w:t>v 0.011311 11.827218 1.491391</w:t>
        <w:br/>
        <w:t>v -0.355853 11.830361 1.513876</w:t>
        <w:br/>
        <w:t>v -0.314316 11.803634 -0.689599</w:t>
        <w:br/>
        <w:t>v 0.007180 11.808647 -0.687682</w:t>
        <w:br/>
        <w:t>v 0.322466 11.816107 -0.738356</w:t>
        <w:br/>
        <w:t>v -0.845511 11.803761 -0.643255</w:t>
        <w:br/>
        <w:t>v -0.615198 11.818500 -0.781620</w:t>
        <w:br/>
        <w:t>v 0.680334 11.825020 -0.771276</w:t>
        <w:br/>
        <w:t>v 0.905779 11.805422 -0.599261</w:t>
        <w:br/>
        <w:t>v 1.136494 11.806136 -0.478706</w:t>
        <w:br/>
        <w:t>v 0.579132 11.826838 1.515504</w:t>
        <w:br/>
        <w:t>v 0.276691 11.827139 1.514440</w:t>
        <w:br/>
        <w:t>v 1.674378 11.835576 0.534719</w:t>
        <w:br/>
        <w:t>v 1.586157 11.843799 0.900295</w:t>
        <w:br/>
        <w:t>v 1.436955 11.808630 -0.144708</w:t>
        <w:br/>
        <w:t>v 1.638952 11.828597 0.165396</w:t>
        <w:br/>
        <w:t>v 0.920539 11.826313 1.422301</w:t>
        <w:br/>
        <w:t>v 0.758721 11.825584 1.478498</w:t>
        <w:br/>
        <w:t>v 1.638952 11.828597 0.165396</w:t>
        <w:br/>
        <w:t>v 1.407103 11.846377 1.193401</w:t>
        <w:br/>
        <w:t>v 1.270730 11.806818 -0.359732</w:t>
        <w:br/>
        <w:t>v -1.601096 11.838842 0.819574</w:t>
        <w:br/>
        <w:t>v -1.671569 11.835220 0.515052</w:t>
        <w:br/>
        <w:t>v -1.316787 11.815160 -0.396329</w:t>
        <w:br/>
        <w:t>v -1.074940 11.800463 -0.519698</w:t>
        <w:br/>
        <w:t>v -1.623956 11.827631 0.121087</w:t>
        <w:br/>
        <w:t>v -1.434729 11.827011 0.995883</w:t>
        <w:br/>
        <w:t>v -1.302012 11.830931 1.152409</w:t>
        <w:br/>
        <w:t>v -1.472504 11.813851 -0.143190</w:t>
        <w:br/>
        <w:t>v 1.178659 11.849325 1.392789</w:t>
        <w:br/>
        <w:t>v 0.048659 10.561603 1.672904</w:t>
        <w:br/>
        <w:t>v 0.017588 10.568077 1.635741</w:t>
        <w:br/>
        <w:t>v -0.081615 10.560081 1.665937</w:t>
        <w:br/>
        <w:t>v -0.073966 10.562273 1.667649</w:t>
        <w:br/>
        <w:t>v -0.073966 10.562273 1.667649</w:t>
        <w:br/>
        <w:t>v 0.220795 10.570797 1.648474</w:t>
        <w:br/>
        <w:t>v -0.971500 13.485909 1.292354</w:t>
        <w:br/>
        <w:t>v -0.987180 13.486134 1.257305</w:t>
        <w:br/>
        <w:t>v 1.319943 10.530780 -0.620394</w:t>
        <w:br/>
        <w:t>v -0.865542 12.633328 1.684142</w:t>
        <w:br/>
        <w:t>v -0.897770 12.642699 1.720674</w:t>
        <w:br/>
        <w:t>v -0.960666 12.905827 1.597707</w:t>
        <w:br/>
        <w:t>v -0.928438 12.896454 1.561174</w:t>
        <w:br/>
        <w:t>v -0.872697 12.611070 1.640170</w:t>
        <w:br/>
        <w:t>v -0.935592 12.874194 1.517202</w:t>
        <w:br/>
        <w:t>v -0.909242 12.589972 1.613718</w:t>
        <w:br/>
        <w:t>v -0.972137 12.853096 1.490751</w:t>
        <w:br/>
        <w:t>v -0.957387 12.583626 1.624764</w:t>
        <w:br/>
        <w:t>v -0.909242 12.589972 1.613718</w:t>
        <w:br/>
        <w:t>v -0.972137 12.853096 1.490751</w:t>
        <w:br/>
        <w:t>v -1.020283 12.846750 1.501797</w:t>
        <w:br/>
        <w:t>v -0.989538 12.593150 1.661588</w:t>
        <w:br/>
        <w:t>v -1.052433 12.856275 1.538620</w:t>
        <w:br/>
        <w:t>v -0.982384 12.615413 1.705560</w:t>
        <w:br/>
        <w:t>v -1.045279 12.878537 1.582593</w:t>
        <w:br/>
        <w:t>v -0.945838 12.636507 1.732012</w:t>
        <w:br/>
        <w:t>v -1.008734 12.899635 1.609044</w:t>
        <w:br/>
        <w:t>v -0.412771 12.803419 1.791211</w:t>
        <w:br/>
        <w:t>v -0.422233 12.804737 1.840093</w:t>
        <w:br/>
        <w:t>v -0.515214 13.085836 1.814596</w:t>
        <w:br/>
        <w:t>v -0.505752 13.084517 1.765715</w:t>
        <w:br/>
        <w:t>v -0.442023 12.790157 1.753146</w:t>
        <w:br/>
        <w:t>v -0.535004 13.071257 1.727649</w:t>
        <w:br/>
        <w:t>v -0.488318 12.773880 1.744625</w:t>
        <w:br/>
        <w:t>v -0.442023 12.790157 1.753146</w:t>
        <w:br/>
        <w:t>v -0.535004 13.071257 1.727649</w:t>
        <w:br/>
        <w:t>v -0.581298 13.054979 1.719128</w:t>
        <w:br/>
        <w:t>v -0.525440 12.764417 1.776450</w:t>
        <w:br/>
        <w:t>v -0.618421 13.045513 1.750954</w:t>
        <w:br/>
        <w:t>v -0.534901 12.765733 1.825330</w:t>
        <w:br/>
        <w:t>v -0.627882 13.046831 1.799833</w:t>
        <w:br/>
        <w:t>v -0.505558 12.778997 1.863070</w:t>
        <w:br/>
        <w:t>v -0.598538 13.060096 1.837574</w:t>
        <w:br/>
        <w:t>v -0.459349 12.795252 1.871921</w:t>
        <w:br/>
        <w:t>v -0.552330 13.076347 1.846424</w:t>
        <w:br/>
        <w:t>v -0.731084 12.674586 1.723585</w:t>
        <w:br/>
        <w:t>v -0.726494 12.697160 1.767742</w:t>
        <w:br/>
        <w:t>v -0.788752 12.958470 1.640657</w:t>
        <w:br/>
        <w:t>v -0.793342 12.935903 1.596499</w:t>
        <w:br/>
        <w:t>v -0.782575 12.648846 1.695879</w:t>
        <w:br/>
        <w:t>v -0.844832 12.910159 1.568793</w:t>
        <w:br/>
        <w:t>v -0.829474 12.645674 1.712331</w:t>
        <w:br/>
        <w:t>v -0.782575 12.648846 1.695879</w:t>
        <w:br/>
        <w:t>v -0.844832 12.910159 1.568793</w:t>
        <w:br/>
        <w:t>v -0.891732 12.906987 1.585245</w:t>
        <w:br/>
        <w:t>v -0.848429 12.654364 1.739485</w:t>
        <w:br/>
        <w:t>v -0.910687 12.915678 1.612399</w:t>
        <w:br/>
        <w:t>v -0.843839 12.676932 1.783642</w:t>
        <w:br/>
        <w:t>v -0.906097 12.938245 1.656557</w:t>
        <w:br/>
        <w:t>v -0.808815 12.698638 1.811113</w:t>
        <w:br/>
        <w:t>v -0.871073 12.959950 1.684027</w:t>
        <w:br/>
        <w:t>v -0.822813 12.967474 1.675857</w:t>
        <w:br/>
        <w:t>v -0.760555 12.706161 1.802943</w:t>
        <w:br/>
        <w:t>v 0.936177 13.142863 1.585636</w:t>
        <w:br/>
        <w:t>v 0.940117 13.123639 1.588123</w:t>
        <w:br/>
        <w:t>v 0.940813 13.126301 1.598536</w:t>
        <w:br/>
        <w:t>v 0.937328 13.143308 1.596335</w:t>
        <w:br/>
        <w:t>v 0.924245 13.158397 1.588380</w:t>
        <w:br/>
        <w:t>v 0.926772 13.157053 1.598763</w:t>
        <w:br/>
        <w:t>v 0.907518 13.166082 1.595618</w:t>
        <w:br/>
        <w:t>v 0.911973 13.163851 1.605166</w:t>
        <w:br/>
        <w:t>v 0.890477 13.163857 1.605412</w:t>
        <w:br/>
        <w:t>v 0.896897 13.161882 1.613831</w:t>
        <w:br/>
        <w:t>v 0.877689 13.152317 1.615139</w:t>
        <w:br/>
        <w:t>v 0.885584 13.151675 1.622436</w:t>
        <w:br/>
        <w:t>v 0.872580 13.134558 1.622190</w:t>
        <w:br/>
        <w:t>v 0.881065 13.135962 1.628673</w:t>
        <w:br/>
        <w:t>v 0.876520 13.115333 1.624677</w:t>
        <w:br/>
        <w:t>v 0.884550 13.118955 1.630874</w:t>
        <w:br/>
        <w:t>v 0.888452 13.099796 1.621934</w:t>
        <w:br/>
        <w:t>v 0.895106 13.105209 1.628447</w:t>
        <w:br/>
        <w:t>v 0.905180 13.092113 1.614695</w:t>
        <w:br/>
        <w:t>v 0.909905 13.098412 1.622043</w:t>
        <w:br/>
        <w:t>v 0.922220 13.094338 1.604901</w:t>
        <w:br/>
        <w:t>v 0.924980 13.100380 1.613378</w:t>
        <w:br/>
        <w:t>v 0.935008 13.105877 1.595175</w:t>
        <w:br/>
        <w:t>v 0.936293 13.110588 1.604774</w:t>
        <w:br/>
        <w:t>v 0.910939 13.131131 1.613605</w:t>
        <w:br/>
        <w:t>v 0.937328 13.143308 1.596335</w:t>
        <w:br/>
        <w:t>v 0.940813 13.126301 1.598536</w:t>
        <w:br/>
        <w:t>v 0.926772 13.157053 1.598763</w:t>
        <w:br/>
        <w:t>v 0.911973 13.163851 1.605166</w:t>
        <w:br/>
        <w:t>v 0.896897 13.161882 1.613831</w:t>
        <w:br/>
        <w:t>v 0.885584 13.151675 1.622436</w:t>
        <w:br/>
        <w:t>v 0.881065 13.135962 1.628673</w:t>
        <w:br/>
        <w:t>v 0.884550 13.118955 1.630874</w:t>
        <w:br/>
        <w:t>v 0.895106 13.105209 1.628447</w:t>
        <w:br/>
        <w:t>v 0.909905 13.098412 1.622043</w:t>
        <w:br/>
        <w:t>v 0.924980 13.100380 1.613378</w:t>
        <w:br/>
        <w:t>v 0.936293 13.110588 1.604774</w:t>
        <w:br/>
        <w:t>v -0.969186 13.585298 1.306879</w:t>
        <w:br/>
        <w:t>v -0.949642 13.718889 1.306879</w:t>
        <w:br/>
        <w:t>v -0.938092 13.717199 1.324855</w:t>
        <w:br/>
        <w:t>v -0.957636 13.583605 1.324855</w:t>
        <w:br/>
        <w:t>v -0.989668 13.656350 1.262120</w:t>
        <w:br/>
        <w:t>v -0.917416 13.726703 1.327617</w:t>
        <w:br/>
        <w:t>v -0.935448 13.729339 1.299554</w:t>
        <w:br/>
        <w:t>v -0.958478 13.571920 1.299554</w:t>
        <w:br/>
        <w:t>v -0.940446 13.569281 1.327617</w:t>
        <w:br/>
        <w:t>v -0.940446 13.569281 1.327617</w:t>
        <w:br/>
        <w:t>v -0.917416 13.726703 1.327617</w:t>
        <w:br/>
        <w:t>v -0.989668 13.656350 1.262120</w:t>
        <w:br/>
        <w:t>v -0.983664 13.655832 1.244694</w:t>
        <w:br/>
        <w:t>v -0.983664 13.655832 1.244694</w:t>
        <w:br/>
        <w:t>v -0.989668 13.656350 1.262120</w:t>
        <w:br/>
        <w:t>v 0.291041 12.306561 -0.726901</w:t>
        <w:br/>
        <w:t>v 0.000042 12.305055 -0.718451</w:t>
        <w:br/>
        <w:t>v 0.000042 12.287395 -0.730054</w:t>
        <w:br/>
        <w:t>v 0.290423 12.289351 -0.738869</w:t>
        <w:br/>
        <w:t>v 0.608023 12.536993 -0.547368</w:t>
        <w:br/>
        <w:t>v 0.283767 12.520813 -0.582965</w:t>
        <w:br/>
        <w:t>v 0.283171 12.501045 -0.596483</w:t>
        <w:br/>
        <w:t>v 0.606347 12.516842 -0.560926</w:t>
        <w:br/>
        <w:t>v 0.621415 12.304822 -0.698125</w:t>
        <w:br/>
        <w:t>v 0.935386 12.338220 -0.587245</w:t>
        <w:br/>
        <w:t>v 0.926469 12.351715 -0.574497</w:t>
        <w:br/>
        <w:t>v 0.622939 12.322338 -0.686547</w:t>
        <w:br/>
        <w:t>v 0.000046 12.273989 -0.726913</w:t>
        <w:br/>
        <w:t>v 0.000048 12.248265 -0.689335</w:t>
        <w:br/>
        <w:t>v 0.287800 12.250386 -0.698183</w:t>
        <w:br/>
        <w:t>v 0.290600 12.276341 -0.735396</w:t>
        <w:br/>
        <w:t>v 0.614096 12.266146 -0.658451</w:t>
        <w:br/>
        <w:t>v 0.621622 12.291750 -0.694698</w:t>
        <w:br/>
        <w:t>v 0.603931 12.538810 -0.534813</w:t>
        <w:br/>
        <w:t>v 0.596171 12.513125 -0.498584</w:t>
        <w:br/>
        <w:t>v 0.279328 12.497061 -0.532161</w:t>
        <w:br/>
        <w:t>v 0.282205 12.522504 -0.569881</w:t>
        <w:br/>
        <w:t>v 0.886350 12.564909 -0.405439</w:t>
        <w:br/>
        <w:t>v 0.877032 12.538378 -0.370661</w:t>
        <w:br/>
        <w:t>v 0.928557 12.298150 -0.547278</w:t>
        <w:br/>
        <w:t>v 0.937821 12.324540 -0.582114</w:t>
        <w:br/>
        <w:t>v 0.980834 12.344175 -0.511639</w:t>
        <w:br/>
        <w:t>v 1.025403 12.306212 -0.511388</w:t>
        <w:br/>
        <w:t>v 1.035754 12.331900 -0.544275</w:t>
        <w:br/>
        <w:t>v 0.984958 12.355115 -0.525584</w:t>
        <w:br/>
        <w:t>v 0.985100 12.383497 -0.513647</w:t>
        <w:br/>
        <w:t>v 0.952694 12.382577 -0.523860</w:t>
        <w:br/>
        <w:t>v 0.960904 12.367931 -0.537865</w:t>
        <w:br/>
        <w:t>v 0.986087 12.369244 -0.528437</w:t>
        <w:br/>
        <w:t>v 0.962468 12.354158 -0.533654</w:t>
        <w:br/>
        <w:t>v 0.958573 12.343390 -0.519640</w:t>
        <w:br/>
        <w:t>v 0.917114 12.513508 -0.391775</w:t>
        <w:br/>
        <w:t>v 0.921093 12.524314 -0.405897</w:t>
        <w:br/>
        <w:t>v 0.943473 12.525345 -0.398010</w:t>
        <w:br/>
        <w:t>v 0.939241 12.514683 -0.384039</w:t>
        <w:br/>
        <w:t>v 1.105461 12.343023 -0.512474</w:t>
        <w:br/>
        <w:t>v 1.090471 12.307496 -0.468682</w:t>
        <w:br/>
        <w:t>v 1.086216 12.323239 -0.457080</w:t>
        <w:br/>
        <w:t>v 1.101517 12.358753 -0.500720</w:t>
        <w:br/>
        <w:t>v -0.000013 12.495893 -0.526484</w:t>
        <w:br/>
        <w:t>v -0.000010 12.521474 -0.564532</w:t>
        <w:br/>
        <w:t>v -0.000010 12.519987 -0.577488</w:t>
        <w:br/>
        <w:t>v 0.000010 12.499924 -0.590442</w:t>
        <w:br/>
        <w:t>v 0.289516 12.308584 -0.713656</w:t>
        <w:br/>
        <w:t>v 0.619333 12.324397 -0.673630</w:t>
        <w:br/>
        <w:t>v 0.606424 12.504047 -0.557271</w:t>
        <w:br/>
        <w:t>v 0.283382 12.488333 -0.592704</w:t>
        <w:br/>
        <w:t>v 0.889980 12.564443 -0.420222</w:t>
        <w:br/>
        <w:t>v 0.884795 12.542074 -0.434268</w:t>
        <w:br/>
        <w:t>v 0.947691 12.525552 -0.411531</w:t>
        <w:br/>
        <w:t>v 0.925864 12.524663 -0.419441</w:t>
        <w:br/>
        <w:t>v 0.928339 12.503533 -0.431055</w:t>
        <w:br/>
        <w:t>v 0.951015 12.503949 -0.423659</w:t>
        <w:br/>
        <w:t>v 1.031648 12.534580 -0.305480</w:t>
        <w:br/>
        <w:t>v 1.047101 12.570050 -0.349114</w:t>
        <w:br/>
        <w:t>v 1.051929 12.550935 -0.363468</w:t>
        <w:br/>
        <w:t>v 1.036789 12.515411 -0.319604</w:t>
        <w:br/>
        <w:t>v 0.000013 12.486497 -0.587318</w:t>
        <w:br/>
        <w:t>v 0.000030 12.307586 -0.704922</w:t>
        <w:br/>
        <w:t>v 0.885382 12.530797 -0.433115</w:t>
        <w:br/>
        <w:t>v 0.923237 12.354060 -0.563252</w:t>
        <w:br/>
        <w:t>v 0.956299 12.492242 -0.421194</w:t>
        <w:br/>
        <w:t>v 0.923681 12.491431 -0.432724</w:t>
        <w:br/>
        <w:t>v 0.944263 12.384068 -0.514388</w:t>
        <w:br/>
        <w:t>v 0.986219 12.385702 -0.500402</w:t>
        <w:br/>
        <w:t>v 1.045464 12.539048 -0.365884</w:t>
        <w:br/>
        <w:t>v 1.091315 12.361460 -0.493199</w:t>
        <w:br/>
        <w:t>v 1.079185 12.334681 -0.460006</w:t>
        <w:br/>
        <w:t>v 1.033218 12.512115 -0.332843</w:t>
        <w:br/>
        <w:t>v 0.000051 12.249857 -0.675970</w:t>
        <w:br/>
        <w:t>v 0.286317 12.252092 -0.685072</w:t>
        <w:br/>
        <w:t>v 0.610643 12.267915 -0.645675</w:t>
        <w:br/>
        <w:t>v 0.922700 12.297527 -0.534440</w:t>
        <w:br/>
        <w:t>v 0.954468 12.342937 -0.506271</w:t>
        <w:br/>
        <w:t>v 0.977642 12.344185 -0.497859</w:t>
        <w:br/>
        <w:t>v 1.099031 12.331370 -0.514702</w:t>
        <w:br/>
        <w:t>v 1.086921 12.304602 -0.481504</w:t>
        <w:br/>
        <w:t>v 1.035754 12.331900 -0.544275</w:t>
        <w:br/>
        <w:t>v 1.099031 12.331370 -0.514702</w:t>
        <w:br/>
        <w:t>v 1.105461 12.343023 -0.512474</w:t>
        <w:br/>
        <w:t>v 1.037850 12.345886 -0.547089</w:t>
        <w:br/>
        <w:t>v 0.986087 12.369244 -0.528437</w:t>
        <w:br/>
        <w:t>v 0.960904 12.367931 -0.537865</w:t>
        <w:br/>
        <w:t>v 0.925864 12.524663 -0.419441</w:t>
        <w:br/>
        <w:t>v 0.947691 12.525552 -0.411531</w:t>
        <w:br/>
        <w:t>v 1.024652 12.545988 -0.308289</w:t>
        <w:br/>
        <w:t>v 1.036919 12.572735 -0.341516</w:t>
        <w:br/>
        <w:t>v 0.964015 12.544793 -0.339561</w:t>
        <w:br/>
        <w:t>v 1.024652 12.545988 -0.308289</w:t>
        <w:br/>
        <w:t>v 1.031648 12.534580 -0.305480</w:t>
        <w:br/>
        <w:t>v 0.966566 12.530986 -0.334914</w:t>
        <w:br/>
        <w:t>v 0.939241 12.514683 -0.384039</w:t>
        <w:br/>
        <w:t>v 0.940842 12.500942 -0.379888</w:t>
        <w:br/>
        <w:t>v 0.916002 12.499284 -0.388344</w:t>
        <w:br/>
        <w:t>v 0.874087 12.523450 -0.367324</w:t>
        <w:br/>
        <w:t>v 0.596026 12.500373 -0.495018</w:t>
        <w:br/>
        <w:t>v 0.279489 12.483789 -0.528773</w:t>
        <w:br/>
        <w:t>v -0.000013 12.483195 -0.522537</w:t>
        <w:br/>
        <w:t>v 0.990867 12.537197 -0.392917</w:t>
        <w:br/>
        <w:t>v 1.045464 12.539048 -0.365884</w:t>
        <w:br/>
        <w:t>v 1.051929 12.550935 -0.363468</w:t>
        <w:br/>
        <w:t>v 0.991926 12.551018 -0.392557</w:t>
        <w:br/>
        <w:t>v 1.047101 12.570050 -0.349114</w:t>
        <w:br/>
        <w:t>v 0.980112 12.570746 -0.385738</w:t>
        <w:br/>
        <w:t>v 0.877032 12.538378 -0.370661</w:t>
        <w:br/>
        <w:t>v 1.086921 12.304602 -0.481504</w:t>
        <w:br/>
        <w:t>v 1.024652 12.545988 -0.308289</w:t>
        <w:br/>
        <w:t>v 0.974641 12.570586 -0.372315</w:t>
        <w:br/>
        <w:t>v 1.036919 12.572735 -0.341516</w:t>
        <w:br/>
        <w:t>v 1.030502 12.362242 -0.521371</w:t>
        <w:br/>
        <w:t>v 1.091315 12.361460 -0.493199</w:t>
        <w:br/>
        <w:t>v 1.101517 12.358753 -0.500720</w:t>
        <w:br/>
        <w:t>v 1.035299 12.359235 -0.533867</w:t>
        <w:br/>
        <w:t>v 1.023531 12.306245 -0.497103</w:t>
        <w:br/>
        <w:t>v 1.090471 12.307496 -0.468682</w:t>
        <w:br/>
        <w:t>v 0.980112 12.570746 -0.385738</w:t>
        <w:br/>
        <w:t>v -0.312434 12.310834 -0.714321</w:t>
        <w:br/>
        <w:t>v -0.311826 12.293298 -0.726509</w:t>
        <w:br/>
        <w:t>v -0.305780 12.506688 -0.585712</w:t>
        <w:br/>
        <w:t>v -0.305770 12.527124 -0.572972</w:t>
        <w:br/>
        <w:t>v -0.608574 12.537399 -0.556205</w:t>
        <w:br/>
        <w:t>v -0.608435 12.516940 -0.567926</w:t>
        <w:br/>
        <w:t>v -0.620884 12.304108 -0.712798</w:t>
        <w:br/>
        <w:t>v -0.621946 12.320406 -0.699334</w:t>
        <w:br/>
        <w:t>v -0.980348 12.328339 -0.593806</w:t>
        <w:br/>
        <w:t>v -0.984638 12.314248 -0.608233</w:t>
        <w:br/>
        <w:t>v -0.308913 12.254299 -0.685698</w:t>
        <w:br/>
        <w:t>v -0.312278 12.280188 -0.722910</w:t>
        <w:br/>
        <w:t>v -0.615049 12.264581 -0.672197</w:t>
        <w:br/>
        <w:t>v -0.621729 12.290824 -0.708527</w:t>
        <w:br/>
        <w:t>v -0.301247 12.502994 -0.521645</w:t>
        <w:br/>
        <w:t>v -0.599477 12.512562 -0.504927</w:t>
        <w:br/>
        <w:t>v -0.606201 12.538807 -0.542324</w:t>
        <w:br/>
        <w:t>v -0.304615 12.528529 -0.559809</w:t>
        <w:br/>
        <w:t>v -0.948999 12.517350 -0.402676</w:t>
        <w:br/>
        <w:t>v -0.959549 12.543715 -0.439481</w:t>
        <w:br/>
        <w:t>v -0.986091 12.300112 -0.603070</w:t>
        <w:br/>
        <w:t>v -0.975566 12.273947 -0.567798</w:t>
        <w:br/>
        <w:t>v -1.091341 12.308474 -0.565817</w:t>
        <w:br/>
        <w:t>v -1.077585 12.277765 -0.526492</w:t>
        <w:br/>
        <w:t>v -1.036417 12.318335 -0.526913</w:t>
        <w:br/>
        <w:t>v -1.041076 12.329199 -0.541152</w:t>
        <w:br/>
        <w:t>v -1.017724 12.342670 -0.553721</w:t>
        <w:br/>
        <w:t>v -1.017270 12.356280 -0.538728</w:t>
        <w:br/>
        <w:t>v -1.036818 12.357459 -0.532024</w:t>
        <w:br/>
        <w:t>v -1.043261 12.343556 -0.544205</w:t>
        <w:br/>
        <w:t>v -1.018282 12.328505 -0.549375</w:t>
        <w:br/>
        <w:t>v -1.013866 12.317539 -0.535226</w:t>
        <w:br/>
        <w:t>v -1.012438 12.499640 -0.424797</w:t>
        <w:br/>
        <w:t>v -0.989796 12.499481 -0.432351</w:t>
        <w:br/>
        <w:t>v -0.985308 12.488506 -0.417661</w:t>
        <w:br/>
        <w:t>v -1.007707 12.488826 -0.410241</w:t>
        <w:br/>
        <w:t>v -1.151208 12.295932 -0.477525</w:t>
        <w:br/>
        <w:t>v -1.153922 12.279868 -0.489146</w:t>
        <w:br/>
        <w:t>v -1.171034 12.316352 -0.534580</w:t>
        <w:br/>
        <w:t>v -1.168625 12.332118 -0.523153</w:t>
        <w:br/>
        <w:t>v -0.311318 12.313477 -0.700970</w:t>
        <w:br/>
        <w:t>v -0.305689 12.493214 -0.582727</w:t>
        <w:br/>
        <w:t>v -0.608358 12.504065 -0.565182</w:t>
        <w:br/>
        <w:t>v -0.619781 12.323325 -0.686521</w:t>
        <w:br/>
        <w:t>v -0.962808 12.543439 -0.454152</w:t>
        <w:br/>
        <w:t>v -0.962979 12.521564 -0.463675</w:t>
        <w:br/>
        <w:t>v -0.998326 12.478573 -0.454797</w:t>
        <w:br/>
        <w:t>v -0.994261 12.499722 -0.446060</w:t>
        <w:br/>
        <w:t>v -1.016368 12.500008 -0.438267</w:t>
        <w:br/>
        <w:t>v -1.015677 12.479174 -0.449685</w:t>
        <w:br/>
        <w:t>v -1.133841 12.524416 -0.399972</w:t>
        <w:br/>
        <w:t>v -1.130832 12.543366 -0.387223</w:t>
        <w:br/>
        <w:t>v -1.113323 12.507043 -0.339581</w:t>
        <w:br/>
        <w:t>v -1.116637 12.487996 -0.352346</w:t>
        <w:br/>
        <w:t>v -0.962719 12.510044 -0.462109</w:t>
        <w:br/>
        <w:t>v -0.977588 12.331046 -0.582430</w:t>
        <w:br/>
        <w:t>v -1.018410 12.468454 -0.446329</w:t>
        <w:br/>
        <w:t>v -1.038948 12.357237 -0.520443</w:t>
        <w:br/>
        <w:t>v -1.011562 12.355983 -0.530046</w:t>
        <w:br/>
        <w:t>v -0.994699 12.468118 -0.454030</w:t>
        <w:br/>
        <w:t>v -1.145020 12.307536 -0.480664</w:t>
        <w:br/>
        <w:t>v -1.158823 12.335293 -0.515503</w:t>
        <w:br/>
        <w:t>v -1.126434 12.512909 -0.401287</w:t>
        <w:br/>
        <w:t>v -1.112560 12.485487 -0.364896</w:t>
        <w:br/>
        <w:t>v -0.307173 12.255932 -0.672404</w:t>
        <w:br/>
        <w:t>v -0.611541 12.265529 -0.659220</w:t>
        <w:br/>
        <w:t>v -0.970008 12.273798 -0.554713</w:t>
        <w:br/>
        <w:t>v -1.010049 12.317168 -0.521772</w:t>
        <w:br/>
        <w:t>v -1.033553 12.318085 -0.513224</w:t>
        <w:br/>
        <w:t>v -1.149856 12.277340 -0.501874</w:t>
        <w:br/>
        <w:t>v -1.163646 12.305093 -0.536441</w:t>
        <w:br/>
        <w:t>v -1.171034 12.316352 -0.534580</w:t>
        <w:br/>
        <w:t>v -1.163646 12.305093 -0.536441</w:t>
        <w:br/>
        <w:t>v -1.091341 12.308474 -0.565817</w:t>
        <w:br/>
        <w:t>v -1.093582 12.320393 -0.566350</w:t>
        <w:br/>
        <w:t>v -1.043261 12.343556 -0.544205</w:t>
        <w:br/>
        <w:t>v -1.017724 12.342670 -0.553721</w:t>
        <w:br/>
        <w:t>v -0.984638 12.314248 -0.608233</w:t>
        <w:br/>
        <w:t>v -0.962808 12.543439 -0.454152</w:t>
        <w:br/>
        <w:t>v -0.994261 12.499722 -0.446060</w:t>
        <w:br/>
        <w:t>v -1.016368 12.500008 -0.438267</w:t>
        <w:br/>
        <w:t>v -1.121049 12.546300 -0.379709</w:t>
        <w:br/>
        <w:t>v -1.107157 12.518651 -0.343217</w:t>
        <w:br/>
        <w:t>v -1.113323 12.507043 -0.339581</w:t>
        <w:br/>
        <w:t>v -1.107157 12.518651 -0.343217</w:t>
        <w:br/>
        <w:t>v -1.035513 12.516470 -0.367855</w:t>
        <w:br/>
        <w:t>v -1.037994 12.504237 -0.365274</w:t>
        <w:br/>
        <w:t>v -1.008317 12.474965 -0.405334</w:t>
        <w:br/>
        <w:t>v -0.983135 12.474096 -0.413583</w:t>
        <w:br/>
        <w:t>v -0.597564 12.498828 -0.500990</w:t>
        <w:br/>
        <w:t>v -0.944968 12.502569 -0.398378</w:t>
        <w:br/>
        <w:t>v -0.300350 12.492403 -0.515933</w:t>
        <w:br/>
        <w:t>v -1.133841 12.524416 -0.399972</w:t>
        <w:br/>
        <w:t>v -1.126434 12.512909 -0.401287</w:t>
        <w:br/>
        <w:t>v -1.053968 12.511873 -0.428163</w:t>
        <w:br/>
        <w:t>v -1.056070 12.525659 -0.428955</w:t>
        <w:br/>
        <w:t>v -1.053802 12.545243 -0.419896</w:t>
        <w:br/>
        <w:t>v -1.130832 12.543366 -0.387223</w:t>
        <w:br/>
        <w:t>v -1.163646 12.305093 -0.536441</w:t>
        <w:br/>
        <w:t>v -1.149856 12.277340 -0.501874</w:t>
        <w:br/>
        <w:t>v -1.049543 12.546975 -0.409182</w:t>
        <w:br/>
        <w:t>v -1.107157 12.518651 -0.343217</w:t>
        <w:br/>
        <w:t>v -1.121049 12.546300 -0.379709</w:t>
        <w:br/>
        <w:t>v -1.158823 12.335293 -0.515503</w:t>
        <w:br/>
        <w:t>v -1.085654 12.336699 -0.542115</w:t>
        <w:br/>
        <w:t>v -1.089942 12.333849 -0.554560</w:t>
        <w:br/>
        <w:t>v -1.168625 12.332118 -0.523153</w:t>
        <w:br/>
        <w:t>v -1.076951 12.279693 -0.514760</w:t>
        <w:br/>
        <w:t>v -1.153922 12.279868 -0.489146</w:t>
        <w:br/>
        <w:t>v -1.053802 12.545243 -0.419896</w:t>
        <w:br/>
        <w:t>v 0.853484 13.354474 1.613130</w:t>
        <w:br/>
        <w:t>v 0.893908 13.336006 1.595657</w:t>
        <w:br/>
        <w:t>v 0.800009 12.983082 1.729224</w:t>
        <w:br/>
        <w:t>v 0.759279 12.999651 1.747653</w:t>
        <w:br/>
        <w:t>v 0.727895 12.959075 1.598614</w:t>
        <w:br/>
        <w:t>v 0.806064 13.249721 1.488365</w:t>
        <w:br/>
        <w:t>v 0.760817 13.249828 1.512988</w:t>
        <w:br/>
        <w:t>v 0.687615 12.976383 1.617280</w:t>
        <w:br/>
        <w:t>v 0.782343 13.330240 1.482319</w:t>
        <w:br/>
        <w:t>v 0.823036 13.312828 1.464426</w:t>
        <w:br/>
        <w:t>v 0.893908 13.336006 1.595657</w:t>
        <w:br/>
        <w:t>v 0.853484 13.354474 1.613130</w:t>
        <w:br/>
        <w:t>v 0.727895 12.959075 1.598614</w:t>
        <w:br/>
        <w:t>v 0.687615 12.976383 1.617280</w:t>
        <w:br/>
        <w:t>v 0.759279 12.999651 1.747653</w:t>
        <w:br/>
        <w:t>v 0.800009 12.983082 1.729224</w:t>
        <w:br/>
        <w:t>v 0.801381 13.312043 1.582509</w:t>
        <w:br/>
        <w:t>v 0.828657 13.346858 1.608652</w:t>
        <w:br/>
        <w:t>v 0.740469 13.013833 1.735843</w:t>
        <w:br/>
        <w:t>v 0.728665 13.034739 1.691058</w:t>
        <w:br/>
        <w:t>v 0.796572 13.005625 1.659329</w:t>
        <w:br/>
        <w:t>v 0.809017 12.985492 1.704621</w:t>
        <w:br/>
        <w:t>v 0.896806 13.315956 1.578897</w:t>
        <w:br/>
        <w:t>v 0.869261 13.281621 1.551946</w:t>
        <w:br/>
        <w:t>v 0.840500 13.296854 1.475954</w:t>
        <w:br/>
        <w:t>v 0.827864 13.249698 1.493939</w:t>
        <w:br/>
        <w:t>v 0.840820 13.249733 1.523104</w:t>
        <w:br/>
        <w:t>v 0.847759 13.275996 1.512872</w:t>
        <w:br/>
        <w:t>v 0.684426 12.997378 1.632886</w:t>
        <w:br/>
        <w:t>v 0.751659 13.249882 1.535744</w:t>
        <w:br/>
        <w:t>v 0.765011 13.249915 1.565531</w:t>
        <w:br/>
        <w:t>v 0.706881 13.028947 1.652158</w:t>
        <w:br/>
        <w:t>v 0.779826 13.306233 1.543453</w:t>
        <w:br/>
        <w:t>v 0.772067 13.326523 1.506258</w:t>
        <w:br/>
        <w:t>v 0.774806 12.999866 1.620449</w:t>
        <w:br/>
        <w:t>v 0.752432 12.968199 1.601303</w:t>
        <w:br/>
        <w:t>v 0.740469 13.013833 1.735843</w:t>
        <w:br/>
        <w:t>v 0.828657 13.346858 1.608652</w:t>
        <w:br/>
        <w:t>v 0.896806 13.315956 1.578897</w:t>
        <w:br/>
        <w:t>v 0.809017 12.985492 1.704621</w:t>
        <w:br/>
        <w:t>v 0.823036 13.312828 1.464426</w:t>
        <w:br/>
        <w:t>v 0.827864 13.249698 1.493939</w:t>
        <w:br/>
        <w:t>v 0.840500 13.296854 1.475954</w:t>
        <w:br/>
        <w:t>v 0.751659 13.249882 1.535744</w:t>
        <w:br/>
        <w:t>v 0.684426 12.997378 1.632886</w:t>
        <w:br/>
        <w:t>v 0.896806 13.315956 1.578897</w:t>
        <w:br/>
        <w:t>v 0.840500 13.296854 1.475954</w:t>
        <w:br/>
        <w:t>v 0.772067 13.326523 1.506258</w:t>
        <w:br/>
        <w:t>v 0.828657 13.346858 1.608652</w:t>
        <w:br/>
        <w:t>v 0.740469 13.013833 1.735843</w:t>
        <w:br/>
        <w:t>v 0.684426 12.997378 1.632886</w:t>
        <w:br/>
        <w:t>v 0.752432 12.968199 1.601303</w:t>
        <w:br/>
        <w:t>v 0.809017 12.985492 1.704621</w:t>
        <w:br/>
        <w:t>v 0.140068 13.078026 1.921801</w:t>
        <w:br/>
        <w:t>v 0.073677 12.998724 1.919397</w:t>
        <w:br/>
        <w:t>v -0.031616 13.300037 1.916591</w:t>
        <w:br/>
        <w:t>v 0.057684 13.290651 1.919938</w:t>
        <w:br/>
        <w:t>v -0.087481 12.933186 1.905236</w:t>
        <w:br/>
        <w:t>v -0.202819 13.224039 1.900756</w:t>
        <w:br/>
        <w:t>v -0.144574 13.252196 1.911944</w:t>
        <w:br/>
        <w:t>v -0.043935 12.946601 1.915459</w:t>
        <w:br/>
        <w:t>v 0.173691 13.214948 1.892136</w:t>
        <w:br/>
        <w:t>v 0.179158 13.067219 1.891601</w:t>
        <w:br/>
        <w:t>v 0.178083 13.067112 1.923251</w:t>
        <w:br/>
        <w:t>v 0.172563 13.214801 1.923784</w:t>
        <w:br/>
        <w:t>v 0.099001 12.971413 1.888710</w:t>
        <w:br/>
        <w:t>v 0.097931 12.971375 1.920361</w:t>
        <w:br/>
        <w:t>v -0.216520 13.256865 1.868633</w:t>
        <w:br/>
        <w:t>v -0.156193 13.283449 1.880002</w:t>
        <w:br/>
        <w:t>v -0.158211 13.283102 1.911606</w:t>
        <w:br/>
        <w:t>v -0.219415 13.256188 1.900152</w:t>
        <w:br/>
        <w:t>v 0.078042 13.324611 1.921005</w:t>
        <w:br/>
        <w:t>v 0.079257 13.324856 1.889361</w:t>
        <w:br/>
        <w:t>v -0.031499 13.336405 1.885198</w:t>
        <w:br/>
        <w:t>v -0.032716 13.336255 1.916843</w:t>
        <w:br/>
        <w:t>v -0.029814 12.914187 1.884503</w:t>
        <w:br/>
        <w:t>v -0.075238 12.897372 1.874182</w:t>
        <w:br/>
        <w:t>v -0.078205 12.896667 1.905692</w:t>
        <w:br/>
        <w:t>v -0.031867 12.913854 1.916105</w:t>
        <w:br/>
        <w:t>v 0.165244 13.212002 1.932315</w:t>
        <w:br/>
        <w:t>v 0.170575 13.069550 1.931794</w:t>
        <w:br/>
        <w:t>v 0.146894 13.075552 1.930912</w:t>
        <w:br/>
        <w:t>v 0.142126 13.202929 1.931358</w:t>
        <w:br/>
        <w:t>v 0.060868 13.297319 1.928957</w:t>
        <w:br/>
        <w:t>v 0.074175 13.317793 1.929641</w:t>
        <w:br/>
        <w:t>v -0.031979 13.328956 1.925655</w:t>
        <w:br/>
        <w:t>v -0.033027 13.307192 1.925432</w:t>
        <w:br/>
        <w:t>v -0.155913 13.276479 1.920493</w:t>
        <w:br/>
        <w:t>v -0.148027 13.258506 1.920670</w:t>
        <w:br/>
        <w:t>v -0.222519 13.246729 1.905822</w:t>
        <w:br/>
        <w:t>v -0.212044 13.227345 1.906340</w:t>
        <w:br/>
        <w:t>v 0.093246 12.977204 1.929005</w:t>
        <w:br/>
        <w:t>v -0.035123 12.920361 1.924780</w:t>
        <w:br/>
        <w:t>v -0.041885 12.939983 1.924389</w:t>
        <w:br/>
        <w:t>v 0.077716 12.992941 1.928408</w:t>
        <w:br/>
        <w:t>v -0.087257 12.901735 1.910924</w:t>
        <w:br/>
        <w:t>v -0.091948 12.924825 1.911133</w:t>
        <w:br/>
        <w:t>v 0.135501 13.200246 1.922235</w:t>
        <w:br/>
        <w:t>v -0.619907 13.105993 1.791203</w:t>
        <w:br/>
        <w:t>v -0.570981 13.128536 1.800594</w:t>
        <w:br/>
        <w:t>v -0.550353 13.074541 1.806576</w:t>
        <w:br/>
        <w:t>v -0.482277 13.115635 1.819199</w:t>
        <w:br/>
        <w:t>v -0.516430 13.161871 1.810719</w:t>
        <w:br/>
        <w:t>v -0.463625 13.212772 1.819791</w:t>
        <w:br/>
        <w:t>v -0.401798 13.309448 1.829190</w:t>
        <w:br/>
        <w:t>v -0.375701 13.246129 1.836593</w:t>
        <w:br/>
        <w:t>v -0.430767 13.164322 1.828081</w:t>
        <w:br/>
        <w:t>v -0.247298 13.182460 1.864846</w:t>
        <w:br/>
        <w:t>v -0.212006 13.219703 1.870806</w:t>
        <w:br/>
        <w:t>v -0.118480 13.082716 1.894378</w:t>
        <w:br/>
        <w:t>v -0.165666 13.063881 1.885388</w:t>
        <w:br/>
        <w:t>v -0.365216 12.806107 1.853264</w:t>
        <w:br/>
        <w:t>v -0.360021 12.748304 1.856233</w:t>
        <w:br/>
        <w:t>v -0.422160 12.735039 1.843900</w:t>
        <w:br/>
        <w:t>v -0.442428 12.789179 1.837982</w:t>
        <w:br/>
        <w:t>v -0.295224 12.805927 1.867524</w:t>
        <w:br/>
        <w:t>v -0.200837 12.783767 1.887478</w:t>
        <w:br/>
        <w:t>v -0.178476 12.718954 1.894175</w:t>
        <w:br/>
        <w:t>v -0.287620 12.747393 1.871008</w:t>
        <w:br/>
        <w:t>v -0.147956 12.919787 1.893754</w:t>
        <w:br/>
        <w:t>v -0.097448 12.916795 1.904142</w:t>
        <w:br/>
        <w:t>v -0.561019 13.126961 1.752050</w:t>
        <w:br/>
        <w:t>v -0.609879 13.104443 1.742671</w:t>
        <w:br/>
        <w:t>v -0.540365 13.072977 1.758037</w:t>
        <w:br/>
        <w:t>v -0.506535 13.160276 1.762162</w:t>
        <w:br/>
        <w:t>v -0.472384 13.114037 1.770642</w:t>
        <w:br/>
        <w:t>v -0.420879 13.162720 1.779523</w:t>
        <w:br/>
        <w:t>v -0.365813 13.244527 1.788036</w:t>
        <w:br/>
        <w:t>v -0.391909 13.307844 1.780631</w:t>
        <w:br/>
        <w:t>v -0.453738 13.211170 1.771233</w:t>
        <w:br/>
        <w:t>v -0.202116 13.218100 1.822248</w:t>
        <w:br/>
        <w:t>v -0.237407 13.180860 1.816289</w:t>
        <w:br/>
        <w:t>v -0.155775 13.062279 1.836831</w:t>
        <w:br/>
        <w:t>v -0.108589 13.081112 1.845820</w:t>
        <w:br/>
        <w:t>v -0.432438 12.787611 1.789443</w:t>
        <w:br/>
        <w:t>v -0.412197 12.733463 1.795357</w:t>
        <w:br/>
        <w:t>v -0.350123 12.746698 1.807677</w:t>
        <w:br/>
        <w:t>v -0.355319 12.804501 1.804708</w:t>
        <w:br/>
        <w:t>v -0.168586 12.717349 1.845618</w:t>
        <w:br/>
        <w:t>v -0.190947 12.782161 1.838921</w:t>
        <w:br/>
        <w:t>v -0.285335 12.804321 1.818967</w:t>
        <w:br/>
        <w:t>v -0.277731 12.745787 1.822450</w:t>
        <w:br/>
        <w:t>v -0.087556 12.915191 1.855585</w:t>
        <w:br/>
        <w:t>v -0.138065 12.918186 1.845197</w:t>
        <w:br/>
        <w:t>v -0.473055 12.717705 1.833936</w:t>
        <w:br/>
        <w:t>v -0.463026 12.716154 1.785405</w:t>
        <w:br/>
        <w:t>v -0.564714 13.053385 1.809918</w:t>
        <w:br/>
        <w:t>v -0.495439 12.803562 1.828145</w:t>
        <w:br/>
        <w:t>v -0.645271 12.749680 1.800020</w:t>
        <w:br/>
        <w:t>v -0.712593 12.992513 1.729138</w:t>
        <w:br/>
        <w:t>v -0.542420 13.056333 1.765885</w:t>
        <w:br/>
        <w:t>v -0.689132 12.987796 1.688812</w:t>
        <w:br/>
        <w:t>v -0.628337 12.741616 1.756301</w:t>
        <w:br/>
        <w:t>v -0.478632 12.798108 1.781919</w:t>
        <w:br/>
        <w:t>v -0.553495 13.070712 1.778985</w:t>
        <w:br/>
        <w:t>v -0.561662 13.069611 1.794752</w:t>
        <w:br/>
        <w:t>v -0.708819 13.004988 1.712399</w:t>
        <w:br/>
        <w:t>v -0.700249 13.003345 1.697957</w:t>
        <w:br/>
        <w:t>v -0.787296 12.680366 1.767876</w:t>
        <w:br/>
        <w:t>v -0.637147 12.733624 1.792596</w:t>
        <w:br/>
        <w:t>v -0.629119 12.729647 1.771317</w:t>
        <w:br/>
        <w:t>v -0.779187 12.675113 1.747822</w:t>
        <w:br/>
        <w:t>v -0.795103 12.695795 1.771894</w:t>
        <w:br/>
        <w:t>v -0.835844 12.919263 1.611739</w:t>
        <w:br/>
        <w:t>v -0.700249 13.003345 1.697957</w:t>
        <w:br/>
        <w:t>v -0.847002 12.935974 1.616929</w:t>
        <w:br/>
        <w:t>v -0.629119 12.729647 1.771317</w:t>
        <w:br/>
        <w:t>v -0.479052 12.784180 1.794813</w:t>
        <w:br/>
        <w:t>v -1.388173 12.964283 0.982895</w:t>
        <w:br/>
        <w:t>v -1.397972 12.945699 0.982655</w:t>
        <w:br/>
        <w:t>v -1.408769 13.007383 0.837344</w:t>
        <w:br/>
        <w:t>v -1.398770 13.025902 0.840613</w:t>
        <w:br/>
        <w:t>v -0.443512 13.369996 -0.005544</w:t>
        <w:br/>
        <w:t>v -0.453653 13.393232 0.007851</w:t>
        <w:br/>
        <w:t>v -0.687306 13.319761 0.027371</w:t>
        <w:br/>
        <w:t>v -0.687004 13.289474 0.013902</w:t>
        <w:br/>
        <w:t>v -0.994308 13.344204 0.247366</w:t>
        <w:br/>
        <w:t>v -0.840539 13.416178 0.201299</w:t>
        <w:br/>
        <w:t>v -0.837613 13.441422 0.209578</w:t>
        <w:br/>
        <w:t>v -0.990024 13.366701 0.256408</w:t>
        <w:br/>
        <w:t>v -1.283064 12.983486 0.278119</w:t>
        <w:br/>
        <w:t>v -1.339425 12.974005 0.359554</w:t>
        <w:br/>
        <w:t>v -1.432592 12.901924 0.519016</w:t>
        <w:br/>
        <w:t>v -1.459027 12.893316 0.505059</w:t>
        <w:br/>
        <w:t>v -1.541621 12.734348 0.891059</w:t>
        <w:br/>
        <w:t>v -1.526937 12.748628 0.905551</w:t>
        <w:br/>
        <w:t>v -1.504494 12.749435 0.935999</w:t>
        <w:br/>
        <w:t>v -1.515643 12.738467 0.924156</w:t>
        <w:br/>
        <w:t>v -0.988880 13.234480 0.285700</w:t>
        <w:br/>
        <w:t>v -1.102014 13.270003 0.370888</w:t>
        <w:br/>
        <w:t>v -0.975705 13.357114 0.283966</w:t>
        <w:br/>
        <w:t>v -1.454395 12.608857 1.127957</w:t>
        <w:br/>
        <w:t>v -1.437513 12.557127 1.206882</w:t>
        <w:br/>
        <w:t>v -1.280430 12.752856 1.243457</w:t>
        <w:br/>
        <w:t>v -1.304749 12.800029 1.180340</w:t>
        <w:br/>
        <w:t>v -0.975705 13.357114 0.283966</w:t>
        <w:br/>
        <w:t>v -1.102014 13.270003 0.370888</w:t>
        <w:br/>
        <w:t>v -1.117395 13.278861 0.357589</w:t>
        <w:br/>
        <w:t>v -0.986568 13.369245 0.265699</w:t>
        <w:br/>
        <w:t>v -1.283067 12.971644 0.281512</w:t>
        <w:br/>
        <w:t>v -1.265757 12.960142 0.291236</w:t>
        <w:br/>
        <w:t>v -1.085623 13.053013 0.151953</w:t>
        <w:br/>
        <w:t>v -1.095812 13.067221 0.136293</w:t>
        <w:br/>
        <w:t>v -1.538098 12.722573 0.890724</w:t>
        <w:br/>
        <w:t>v -1.518749 12.709303 0.887440</w:t>
        <w:br/>
        <w:t>v -1.533231 12.747162 0.791066</w:t>
        <w:br/>
        <w:t>v -1.544237 12.760014 0.793208</w:t>
        <w:br/>
        <w:t>v -1.388159 13.028319 0.841200</w:t>
        <w:br/>
        <w:t>v -1.367441 13.017800 0.839475</w:t>
        <w:br/>
        <w:t>v -1.356795 12.952560 0.982576</w:t>
        <w:br/>
        <w:t>v -1.377029 12.964314 0.986285</w:t>
        <w:br/>
        <w:t>v -0.426615 13.357254 0.017373</w:t>
        <w:br/>
        <w:t>v -0.433163 13.365732 -0.002290</w:t>
        <w:br/>
        <w:t>v -0.686792 13.277961 0.016740</w:t>
        <w:br/>
        <w:t>v -0.686458 13.263317 0.035204</w:t>
        <w:br/>
        <w:t>v -0.759283 13.248143 0.031901</w:t>
        <w:br/>
        <w:t>v -0.744124 13.239614 0.049164</w:t>
        <w:br/>
        <w:t>v -0.837263 13.443037 0.220011</w:t>
        <w:br/>
        <w:t>v -0.838569 13.425615 0.242991</w:t>
        <w:br/>
        <w:t>v -1.456865 12.881824 0.507424</w:t>
        <w:br/>
        <w:t>v -1.439696 12.867719 0.514860</w:t>
        <w:br/>
        <w:t>v -1.280430 12.752856 1.243457</w:t>
        <w:br/>
        <w:t>v -1.299025 12.766251 1.249469</w:t>
        <w:br/>
        <w:t>v -1.321630 12.811925 1.185462</w:t>
        <w:br/>
        <w:t>v -1.304749 12.800029 1.180340</w:t>
        <w:br/>
        <w:t>v -1.512673 12.728281 0.922597</w:t>
        <w:br/>
        <w:t>v -1.498066 12.717993 0.919737</w:t>
        <w:br/>
        <w:t>v -1.398042 12.908933 0.999862</w:t>
        <w:br/>
        <w:t>v -1.390805 12.923329 1.000118</w:t>
        <w:br/>
        <w:t>v -1.372842 12.873565 1.080645</w:t>
        <w:br/>
        <w:t>v -1.380300 12.862915 1.077999</w:t>
        <w:br/>
        <w:t>v -1.498066 12.717993 0.919737</w:t>
        <w:br/>
        <w:t>v -1.365084 12.914094 0.998823</w:t>
        <w:br/>
        <w:t>v -1.378130 12.920513 0.970043</w:t>
        <w:br/>
        <w:t>v -1.518749 12.709303 0.887440</w:t>
        <w:br/>
        <w:t>v -1.365084 12.914094 0.998823</w:t>
        <w:br/>
        <w:t>v -1.380409 12.923290 1.001992</w:t>
        <w:br/>
        <w:t>v -1.496405 12.686017 1.015650</w:t>
        <w:br/>
        <w:t>v -1.482230 12.678136 1.007285</w:t>
        <w:br/>
        <w:t>v -1.347304 12.865749 1.075673</w:t>
        <w:br/>
        <w:t>v -1.482230 12.678136 1.007285</w:t>
        <w:br/>
        <w:t>v -1.347304 12.865749 1.075673</w:t>
        <w:br/>
        <w:t>v -1.362385 12.875313 1.079817</w:t>
        <w:br/>
        <w:t>v -1.331511 12.809383 1.188670</w:t>
        <w:br/>
        <w:t>v -1.340303 12.798440 1.186945</w:t>
        <w:br/>
        <w:t>v -1.470076 12.620351 1.134871</w:t>
        <w:br/>
        <w:t>v -1.454395 12.608857 1.127957</w:t>
        <w:br/>
        <w:t>v -1.125232 13.274890 0.350993</w:t>
        <w:br/>
        <w:t>v -1.142328 13.247832 0.350542</w:t>
        <w:br/>
        <w:t>v -1.523061 12.793565 0.799081</w:t>
        <w:br/>
        <w:t>v -1.437320 12.940658 0.824713</w:t>
        <w:br/>
        <w:t>v -1.395843 12.937920 0.975073</w:t>
        <w:br/>
        <w:t>v -1.517082 12.752056 0.903249</w:t>
        <w:br/>
        <w:t>v -0.990441 13.337338 0.249294</w:t>
        <w:br/>
        <w:t>v -1.021746 13.243751 0.207318</w:t>
        <w:br/>
        <w:t>v -0.918566 13.252599 0.136042</w:t>
        <w:br/>
        <w:t>v -0.841811 13.402799 0.205976</w:t>
        <w:br/>
        <w:t>v -1.384412 12.940448 0.824777</w:t>
        <w:br/>
        <w:t>v -1.367441 13.017800 0.839475</w:t>
        <w:br/>
        <w:t>v -1.284978 13.143966 0.588546</w:t>
        <w:br/>
        <w:t>v -1.385617 12.956901 0.531606</w:t>
        <w:br/>
        <w:t>v -0.838569 13.425615 0.242991</w:t>
        <w:br/>
        <w:t>v -0.878994 13.232611 0.171540</w:t>
        <w:br/>
        <w:t>v -1.396141 12.902047 0.992498</w:t>
        <w:br/>
        <w:t>v -1.378608 12.854279 1.072204</w:t>
        <w:br/>
        <w:t>v -1.477559 12.710052 1.024291</w:t>
        <w:br/>
        <w:t>v -1.494789 12.752417 0.933382</w:t>
        <w:br/>
        <w:t>v -1.340250 12.790606 1.179750</w:t>
        <w:br/>
        <w:t>v -1.318712 12.744183 1.245384</w:t>
        <w:br/>
        <w:t>v -1.421079 12.597562 1.212660</w:t>
        <w:br/>
        <w:t>v -1.449739 12.644992 1.141679</w:t>
        <w:br/>
        <w:t>v -1.133961 13.239675 0.352487</w:t>
        <w:br/>
        <w:t>v -1.401442 12.946289 0.531909</w:t>
        <w:br/>
        <w:t>v -1.423588 12.904755 0.522761</w:t>
        <w:br/>
        <w:t>v -1.338602 12.972738 0.373540</w:t>
        <w:br/>
        <w:t>v -1.547982 12.770869 0.794993</w:t>
        <w:br/>
        <w:t>v -1.532682 12.790854 0.798587</w:t>
        <w:br/>
        <w:t>v -1.085623 13.053013 0.151953</w:t>
        <w:br/>
        <w:t>v -1.265757 12.960142 0.291236</w:t>
        <w:br/>
        <w:t>v -1.439696 12.867719 0.514860</w:t>
        <w:br/>
        <w:t>v -1.488017 12.708359 1.024805</w:t>
        <w:br/>
        <w:t>v -1.498397 12.695085 1.020840</w:t>
        <w:br/>
        <w:t>v -1.459382 12.642576 1.144272</w:t>
        <w:br/>
        <w:t>v -1.429851 12.594524 1.217407</w:t>
        <w:br/>
        <w:t>v -1.441999 12.579315 1.216796</w:t>
        <w:br/>
        <w:t>v -1.470749 12.628231 1.141802</w:t>
        <w:br/>
        <w:t>v -0.777167 13.253253 0.029973</w:t>
        <w:br/>
        <w:t>v -0.933583 13.159929 0.075821</w:t>
        <w:br/>
        <w:t>v -0.934809 13.147654 0.079664</w:t>
        <w:br/>
        <w:t>v -0.448337 13.400499 0.017755</w:t>
        <w:br/>
        <w:t>v -0.687329 13.322411 0.037718</w:t>
        <w:br/>
        <w:t>v -0.821528 13.256412 0.059205</w:t>
        <w:br/>
        <w:t>v -0.817810 13.260136 0.048462</w:t>
        <w:br/>
        <w:t>v -1.443565 12.572354 1.207995</w:t>
        <w:br/>
        <w:t>v -1.312810 13.152797 0.575447</w:t>
        <w:br/>
        <w:t>v -1.303896 13.154765 0.581282</w:t>
        <w:br/>
        <w:t>v -1.317208 12.751209 1.254047</w:t>
        <w:br/>
        <w:t>v -1.405930 12.997117 0.835470</w:t>
        <w:br/>
        <w:t>v -0.757042 13.440203 0.192605</w:t>
        <w:br/>
        <w:t>v -0.772137 13.440211 0.192160</w:t>
        <w:br/>
        <w:t>v -0.841811 13.402799 0.205976</w:t>
        <w:br/>
        <w:t>v -1.307337 12.762725 1.254727</w:t>
        <w:br/>
        <w:t>v -1.437513 12.557127 1.206882</w:t>
        <w:br/>
        <w:t>v -1.283064 12.983486 0.278119</w:t>
        <w:br/>
        <w:t>v -1.459027 12.893316 0.505059</w:t>
        <w:br/>
        <w:t>v -0.621708 13.399195 0.103949</w:t>
        <w:br/>
        <w:t>v -0.757042 13.440203 0.192605</w:t>
        <w:br/>
        <w:t>v -0.923420 12.564742 1.697734</w:t>
        <w:br/>
        <w:t>v -1.021334 12.912683 1.544276</w:t>
        <w:br/>
        <w:t>v -0.972666 12.894332 1.582788</w:t>
        <w:br/>
        <w:t>v -0.896418 12.623380 1.702291</w:t>
        <w:br/>
        <w:t>v -0.807055 12.669633 1.753446</w:t>
        <w:br/>
        <w:t>v -0.758046 12.650063 1.792495</w:t>
        <w:br/>
        <w:t>v -0.857293 13.002734 1.636948</w:t>
        <w:br/>
        <w:t>v -0.883951 12.942876 1.632930</w:t>
        <w:br/>
        <w:t>v -0.867332 12.613220 1.660679</w:t>
        <w:br/>
        <w:t>v -0.943576 12.884166 1.541181</w:t>
        <w:br/>
        <w:t>v -0.992243 12.902515 1.502670</w:t>
        <w:br/>
        <w:t>v -0.894332 12.554579 1.656125</w:t>
        <w:br/>
        <w:t>v -0.777965 12.659465 1.711838</w:t>
        <w:br/>
        <w:t>v -0.728955 12.639894 1.750888</w:t>
        <w:br/>
        <w:t>v -0.854865 12.932716 1.591319</w:t>
        <w:br/>
        <w:t>v -0.828205 12.992571 1.595339</w:t>
        <w:br/>
        <w:t>v -0.045952 12.934587 1.828036</w:t>
        <w:br/>
        <w:t>v -0.037376 12.914220 1.829639</w:t>
        <w:br/>
        <w:t>v -0.031591 12.922152 1.899477</w:t>
        <w:br/>
        <w:t>v -0.040167 12.942519 1.897874</w:t>
        <w:br/>
        <w:t>v -0.099152 12.909143 1.789358</w:t>
        <w:br/>
        <w:t>v -0.090575 12.888775 1.790961</w:t>
        <w:br/>
        <w:t>v -0.037376 12.914220 1.829639</w:t>
        <w:br/>
        <w:t>v -0.045952 12.934587 1.828036</w:t>
        <w:br/>
        <w:t>v -0.163921 12.882532 1.797745</w:t>
        <w:br/>
        <w:t>v -0.155345 12.862162 1.799348</w:t>
        <w:br/>
        <w:t>v -0.201317 12.871409 1.856496</w:t>
        <w:br/>
        <w:t>v -0.192740 12.851041 1.858099</w:t>
        <w:br/>
        <w:t>v -0.195532 12.879342 1.926333</w:t>
        <w:br/>
        <w:t>v -0.186955 12.858974 1.927936</w:t>
        <w:br/>
        <w:t>v -0.142332 12.904750 1.964534</w:t>
        <w:br/>
        <w:t>v -0.133756 12.884379 1.966137</w:t>
        <w:br/>
        <w:t>v -0.077562 12.931398 1.956624</w:t>
        <w:br/>
        <w:t>v -0.068986 12.911029 1.958227</w:t>
        <w:br/>
        <w:t>v -0.177262 13.268117 1.872248</w:t>
        <w:br/>
        <w:t>v -0.183046 13.260185 1.802411</w:t>
        <w:br/>
        <w:t>v -0.174470 13.239816 1.804014</w:t>
        <w:br/>
        <w:t>v -0.168685 13.247748 1.873852</w:t>
        <w:br/>
        <w:t>v -0.183046 13.260185 1.802411</w:t>
        <w:br/>
        <w:t>v -0.236246 13.234740 1.763733</w:t>
        <w:br/>
        <w:t>v -0.227670 13.214371 1.765336</w:t>
        <w:br/>
        <w:t>v -0.174470 13.239816 1.804014</w:t>
        <w:br/>
        <w:t>v -0.301016 13.208127 1.772120</w:t>
        <w:br/>
        <w:t>v -0.292439 13.187760 1.773723</w:t>
        <w:br/>
        <w:t>v -0.338411 13.197006 1.830871</w:t>
        <w:br/>
        <w:t>v -0.329834 13.176638 1.832474</w:t>
        <w:br/>
        <w:t>v -0.332626 13.204940 1.900708</w:t>
        <w:br/>
        <w:t>v -0.324049 13.184569 1.902311</w:t>
        <w:br/>
        <w:t>v -0.279426 13.230347 1.938909</w:t>
        <w:br/>
        <w:t>v -0.270850 13.209976 1.940512</w:t>
        <w:br/>
        <w:t>v -0.214657 13.256995 1.930999</w:t>
        <w:br/>
        <w:t>v -0.206080 13.236627 1.932602</w:t>
        <w:br/>
        <w:t>v -0.054691 12.937963 1.831748</w:t>
        <w:br/>
        <w:t>v -0.049396 12.945223 1.895672</w:t>
        <w:br/>
        <w:t>v -0.173101 13.239022 1.872550</w:t>
        <w:br/>
        <w:t>v -0.178396 13.231762 1.808626</w:t>
        <w:br/>
        <w:t>v -0.103186 12.914546 1.796798</w:t>
        <w:br/>
        <w:t>v -0.054691 12.937963 1.831748</w:t>
        <w:br/>
        <w:t>v -0.178396 13.231762 1.808626</w:t>
        <w:br/>
        <w:t>v -0.227091 13.208471 1.773222</w:t>
        <w:br/>
        <w:t>v -0.286377 13.184114 1.780900</w:t>
        <w:br/>
        <w:t>v -0.162672 12.890314 1.804022</w:t>
        <w:br/>
        <w:t>v -0.196900 12.880136 1.857798</w:t>
        <w:br/>
        <w:t>v -0.320605 13.173934 1.834675</w:t>
        <w:br/>
        <w:t>v -0.191605 12.887396 1.921722</w:t>
        <w:br/>
        <w:t>v -0.315310 13.181195 1.898599</w:t>
        <w:br/>
        <w:t>v -0.142910 12.910652 1.956688</w:t>
        <w:br/>
        <w:t>v -0.266615 13.204449 1.933566</w:t>
        <w:br/>
        <w:t>v -0.207330 13.228842 1.926325</w:t>
        <w:br/>
        <w:t>v -0.083625 12.935045 1.949448</w:t>
        <w:br/>
        <w:t>v -0.041302 12.906164 1.834251</w:t>
        <w:br/>
        <w:t>v -0.036007 12.913423 1.898175</w:t>
        <w:br/>
        <w:t>v -0.089997 12.882874 1.798847</w:t>
        <w:br/>
        <w:t>v -0.041302 12.906164 1.834251</w:t>
        <w:br/>
        <w:t>v -0.149283 12.858518 1.806525</w:t>
        <w:br/>
        <w:t>v -0.183511 12.848337 1.860300</w:t>
        <w:br/>
        <w:t>v -0.178216 12.855599 1.924224</w:t>
        <w:br/>
        <w:t>v -0.129521 12.878852 1.959191</w:t>
        <w:br/>
        <w:t>v -0.070236 12.903245 1.951950</w:t>
        <w:br/>
        <w:t>v -0.186491 13.270822 1.870047</w:t>
        <w:br/>
        <w:t>v -0.191786 13.263560 1.806123</w:t>
        <w:br/>
        <w:t>v -0.220719 13.260642 1.923823</w:t>
        <w:br/>
        <w:t>v -0.280004 13.236248 1.931063</w:t>
        <w:br/>
        <w:t>v -0.328699 13.212996 1.896097</w:t>
        <w:br/>
        <w:t>v -0.333995 13.205733 1.832173</w:t>
        <w:br/>
        <w:t>v -0.299766 13.215914 1.778397</w:t>
        <w:br/>
        <w:t>v -0.240481 13.240271 1.770720</w:t>
        <w:br/>
        <w:t>v -0.191786 13.263560 1.806123</w:t>
        <w:br/>
        <w:t>v -0.147839 13.845574 0.012786</w:t>
        <w:br/>
        <w:t>v 0.147927 13.845574 0.012786</w:t>
        <w:br/>
        <w:t>v 0.147927 13.870395 0.146988</w:t>
        <w:br/>
        <w:t>v -0.147839 13.870395 0.146988</w:t>
        <w:br/>
        <w:t>v -0.155076 13.289821 -0.128738</w:t>
        <w:br/>
        <w:t>v -0.155076 13.241796 0.026804</w:t>
        <w:br/>
        <w:t>v 0.155164 13.241796 0.026804</w:t>
        <w:br/>
        <w:t>v 0.155164 13.289821 -0.128738</w:t>
        <w:br/>
        <w:t>v 0.147936 13.757582 0.043005</w:t>
        <w:br/>
        <w:t>v 0.147927 13.845574 0.012786</w:t>
        <w:br/>
        <w:t>v 0.151870 13.542765 -0.064325</w:t>
        <w:br/>
        <w:t>v 0.151261 13.558418 -0.008613</w:t>
        <w:br/>
        <w:t>v -0.155076 13.289821 -0.128738</w:t>
        <w:br/>
        <w:t>v -0.151782 13.542765 -0.064325</w:t>
        <w:br/>
        <w:t>v -0.151173 13.558418 -0.008613</w:t>
        <w:br/>
        <w:t>v -0.155076 13.324619 -0.069208</w:t>
        <w:br/>
        <w:t>v -0.147839 13.765304 0.155508</w:t>
        <w:br/>
        <w:t>v -0.147848 13.757582 0.043005</w:t>
        <w:br/>
        <w:t>v -0.147839 13.845574 0.012786</w:t>
        <w:br/>
        <w:t>v -0.147839 13.870395 0.146988</w:t>
        <w:br/>
        <w:t>v 0.147927 13.765304 0.155508</w:t>
        <w:br/>
        <w:t>v 0.147927 13.870395 0.146988</w:t>
        <w:br/>
        <w:t>v 0.155164 13.296784 0.045186</w:t>
        <w:br/>
        <w:t>v 0.155164 13.324619 -0.069209</w:t>
        <w:br/>
        <w:t>v 0.155164 13.289821 -0.128738</w:t>
        <w:br/>
        <w:t>v 0.155164 13.241796 0.026804</w:t>
        <w:br/>
        <w:t>v -0.155076 13.296784 0.045186</w:t>
        <w:br/>
        <w:t>v -0.155076 13.241796 0.026804</w:t>
        <w:br/>
        <w:t>v -1.528137 11.910158 1.172337</w:t>
        <w:br/>
        <w:t>v -1.532776 11.925142 1.166413</w:t>
        <w:br/>
        <w:t>v -1.648391 11.849044 1.064468</w:t>
        <w:br/>
        <w:t>v -1.643752 11.834058 1.070392</w:t>
        <w:br/>
        <w:t>v -1.556067 11.936991 1.183983</w:t>
        <w:br/>
        <w:t>v -1.559954 11.926345 1.196338</w:t>
        <w:br/>
        <w:t>v -1.675568 11.850244 1.094393</w:t>
        <w:br/>
        <w:t>v -1.671682 11.860890 1.082038</w:t>
        <w:br/>
        <w:t>v -1.555315 11.911363 1.202262</w:t>
        <w:br/>
        <w:t>v -1.670930 11.835264 1.100317</w:t>
        <w:br/>
        <w:t>v -1.543532 11.900748 1.196823</w:t>
        <w:br/>
        <w:t>v -1.659147 11.824649 1.094877</w:t>
        <w:br/>
        <w:t>v -1.532024 11.899514 1.184692</w:t>
        <w:br/>
        <w:t>v -1.647640 11.823415 1.082747</w:t>
        <w:br/>
        <w:t>v -1.502237 11.795022 1.223443</w:t>
        <w:br/>
        <w:t>v -1.533686 11.894921 1.184606</w:t>
        <w:br/>
        <w:t>v -1.644993 11.821657 1.086459</w:t>
        <w:br/>
        <w:t>v -1.613545 11.721756 1.125296</w:t>
        <w:br/>
        <w:t>v -1.533686 11.894921 1.184606</w:t>
        <w:br/>
        <w:t>v -1.541893 11.899096 1.190797</w:t>
        <w:br/>
        <w:t>v -1.653200 11.825830 1.092651</w:t>
        <w:br/>
        <w:t>v -1.644993 11.821657 1.086459</w:t>
        <w:br/>
        <w:t>v -1.541893 11.899096 1.190797</w:t>
        <w:br/>
        <w:t>v -1.548868 11.898196 1.199380</w:t>
        <w:br/>
        <w:t>v -1.660176 11.824931 1.101233</w:t>
        <w:br/>
        <w:t>v -1.653200 11.825830 1.092651</w:t>
        <w:br/>
        <w:t>v -1.548868 11.898196 1.199380</w:t>
        <w:br/>
        <w:t>v -1.532603 11.801569 1.252991</w:t>
        <w:br/>
        <w:t>v -1.643911 11.728304 1.154844</w:t>
        <w:br/>
        <w:t>v -1.660176 11.824931 1.101233</w:t>
        <w:br/>
        <w:t>v -1.528270 11.791663 1.255474</w:t>
        <w:br/>
        <w:t>v -1.639577 11.718398 1.157327</w:t>
        <w:br/>
        <w:t>v -1.521030 11.783529 1.253333</w:t>
        <w:br/>
        <w:t>v -1.632338 11.710264 1.155186</w:t>
        <w:br/>
        <w:t>v -1.512822 11.779356 1.247141</w:t>
        <w:br/>
        <w:t>v -1.624130 11.706091 1.148994</w:t>
        <w:br/>
        <w:t>v -1.505847 11.780257 1.238558</w:t>
        <w:br/>
        <w:t>v -1.617154 11.706991 1.140411</w:t>
        <w:br/>
        <w:t>v -1.501973 11.785987 1.229885</w:t>
        <w:br/>
        <w:t>v -1.613280 11.712724 1.131738</w:t>
        <w:br/>
        <w:t>v -1.534524 11.913409 1.177155</w:t>
        <w:br/>
        <w:t>v -1.650139 11.837308 1.075209</w:t>
        <w:br/>
        <w:t>v -1.652915 11.846277 1.071664</w:t>
        <w:br/>
        <w:t>v -1.537300 11.922377 1.173609</w:t>
        <w:br/>
        <w:t>v -1.551241 11.929468 1.184125</w:t>
        <w:br/>
        <w:t>v -1.666856 11.853369 1.082180</w:t>
        <w:br/>
        <w:t>v -1.669183 11.846996 1.089575</w:t>
        <w:br/>
        <w:t>v -1.553567 11.923097 1.191520</w:t>
        <w:br/>
        <w:t>v -1.666406 11.838030 1.093121</w:t>
        <w:br/>
        <w:t>v -1.550791 11.914131 1.195066</w:t>
        <w:br/>
        <w:t>v -1.659354 11.831674 1.089865</w:t>
        <w:br/>
        <w:t>v -1.543738 11.907777 1.191810</w:t>
        <w:br/>
        <w:t>v -1.652465 11.830938 1.082604</w:t>
        <w:br/>
        <w:t>v -1.536850 11.907038 1.184550</w:t>
        <w:br/>
        <w:t>v -1.508469 11.796988 1.229043</w:t>
        <w:br/>
        <w:t>v -1.619776 11.723722 1.130896</w:t>
        <w:br/>
        <w:t>v -1.648471 11.817768 1.093304</w:t>
        <w:br/>
        <w:t>v -1.537163 11.891032 1.191452</w:t>
        <w:br/>
        <w:t>v -1.537163 11.891032 1.191452</w:t>
        <w:br/>
        <w:t>v -1.648471 11.817768 1.093304</w:t>
        <w:br/>
        <w:t>v -1.651354 11.818228 1.096233</w:t>
        <w:br/>
        <w:t>v -1.540047 11.891492 1.194380</w:t>
        <w:br/>
        <w:t>v -1.540047 11.891492 1.194380</w:t>
        <w:br/>
        <w:t>v -1.651354 11.818228 1.096233</w:t>
        <w:br/>
        <w:t>v -1.654322 11.819032 1.098998</w:t>
        <w:br/>
        <w:t>v -1.543015 11.892298 1.197145</w:t>
        <w:br/>
        <w:t>v -1.543015 11.892298 1.197145</w:t>
        <w:br/>
        <w:t>v -1.654322 11.819032 1.098998</w:t>
        <w:br/>
        <w:t>v -1.637997 11.727653 1.148625</w:t>
        <w:br/>
        <w:t>v -1.526690 11.800915 1.246773</w:t>
        <w:br/>
        <w:t>v -1.635222 11.721060 1.150399</w:t>
        <w:br/>
        <w:t>v -1.523914 11.794325 1.248546</w:t>
        <w:br/>
        <w:t>v -1.630888 11.716193 1.149117</w:t>
        <w:br/>
        <w:t>v -1.519580 11.789458 1.247264</w:t>
        <w:br/>
        <w:t>v -1.625975 11.713696 1.145411</w:t>
        <w:br/>
        <w:t>v -1.514669 11.786959 1.243559</w:t>
        <w:br/>
        <w:t>v -1.621800 11.714233 1.140274</w:t>
        <w:br/>
        <w:t>v -1.510493 11.787497 1.238421</w:t>
        <w:br/>
        <w:t>v -1.619482 11.717666 1.135082</w:t>
        <w:br/>
        <w:t>v -1.508174 11.790933 1.233230</w:t>
        <w:br/>
        <w:t>v -1.652915 11.846277 1.071664</w:t>
        <w:br/>
        <w:t>v -1.650139 11.837308 1.075209</w:t>
        <w:br/>
        <w:t>v -1.643752 11.834058 1.070392</w:t>
        <w:br/>
        <w:t>v -1.648391 11.849044 1.064468</w:t>
        <w:br/>
        <w:t>v -1.534524 11.913409 1.177155</w:t>
        <w:br/>
        <w:t>v -1.537300 11.922377 1.173609</w:t>
        <w:br/>
        <w:t>v -1.532776 11.925142 1.166413</w:t>
        <w:br/>
        <w:t>v -1.528137 11.910158 1.172337</w:t>
        <w:br/>
        <w:t>v -1.669183 11.846996 1.089575</w:t>
        <w:br/>
        <w:t>v -1.666856 11.853369 1.082180</w:t>
        <w:br/>
        <w:t>v -1.671682 11.860890 1.082038</w:t>
        <w:br/>
        <w:t>v -1.675568 11.850244 1.094393</w:t>
        <w:br/>
        <w:t>v -1.551241 11.929468 1.184125</w:t>
        <w:br/>
        <w:t>v -1.553567 11.923097 1.191520</w:t>
        <w:br/>
        <w:t>v -1.559954 11.926345 1.196338</w:t>
        <w:br/>
        <w:t>v -1.556067 11.936991 1.183983</w:t>
        <w:br/>
        <w:t>v -1.666406 11.838030 1.093121</w:t>
        <w:br/>
        <w:t>v -1.670930 11.835264 1.100317</w:t>
        <w:br/>
        <w:t>v -1.550791 11.914131 1.195066</w:t>
        <w:br/>
        <w:t>v -1.555315 11.911363 1.202262</w:t>
        <w:br/>
        <w:t>v -1.659354 11.831674 1.089865</w:t>
        <w:br/>
        <w:t>v -1.659147 11.824649 1.094877</w:t>
        <w:br/>
        <w:t>v -1.543738 11.907777 1.191810</w:t>
        <w:br/>
        <w:t>v -1.543532 11.900748 1.196823</w:t>
        <w:br/>
        <w:t>v -1.652465 11.830938 1.082604</w:t>
        <w:br/>
        <w:t>v -1.647640 11.823415 1.082747</w:t>
        <w:br/>
        <w:t>v -1.536850 11.907038 1.184550</w:t>
        <w:br/>
        <w:t>v -1.532024 11.899514 1.184692</w:t>
        <w:br/>
        <w:t>v -1.648471 11.817768 1.093304</w:t>
        <w:br/>
        <w:t>v -1.619776 11.723722 1.130896</w:t>
        <w:br/>
        <w:t>v -1.613545 11.721756 1.125296</w:t>
        <w:br/>
        <w:t>v -1.644993 11.821657 1.086459</w:t>
        <w:br/>
        <w:t>v -1.508469 11.796988 1.229043</w:t>
        <w:br/>
        <w:t>v -1.537163 11.891032 1.191452</w:t>
        <w:br/>
        <w:t>v -1.533686 11.894921 1.184606</w:t>
        <w:br/>
        <w:t>v -1.502237 11.795022 1.223443</w:t>
        <w:br/>
        <w:t>v -1.651354 11.818228 1.096233</w:t>
        <w:br/>
        <w:t>v -1.653200 11.825830 1.092651</w:t>
        <w:br/>
        <w:t>v -1.540047 11.891492 1.194380</w:t>
        <w:br/>
        <w:t>v -1.541893 11.899096 1.190797</w:t>
        <w:br/>
        <w:t>v -1.654322 11.819032 1.098998</w:t>
        <w:br/>
        <w:t>v -1.660176 11.824931 1.101233</w:t>
        <w:br/>
        <w:t>v -1.543015 11.892298 1.197145</w:t>
        <w:br/>
        <w:t>v -1.548868 11.898196 1.199380</w:t>
        <w:br/>
        <w:t>v -1.637997 11.727653 1.148625</w:t>
        <w:br/>
        <w:t>v -1.643911 11.728304 1.154844</w:t>
        <w:br/>
        <w:t>v -1.526690 11.800915 1.246773</w:t>
        <w:br/>
        <w:t>v -1.532603 11.801569 1.252991</w:t>
        <w:br/>
        <w:t>v -1.635222 11.721060 1.150399</w:t>
        <w:br/>
        <w:t>v -1.639577 11.718398 1.157327</w:t>
        <w:br/>
        <w:t>v -1.523914 11.794325 1.248546</w:t>
        <w:br/>
        <w:t>v -1.528270 11.791663 1.255474</w:t>
        <w:br/>
        <w:t>v -1.630888 11.716193 1.149117</w:t>
        <w:br/>
        <w:t>v -1.632338 11.710264 1.155186</w:t>
        <w:br/>
        <w:t>v -1.519580 11.789458 1.247264</w:t>
        <w:br/>
        <w:t>v -1.521030 11.783529 1.253333</w:t>
        <w:br/>
        <w:t>v -1.625975 11.713696 1.145411</w:t>
        <w:br/>
        <w:t>v -1.624130 11.706091 1.148994</w:t>
        <w:br/>
        <w:t>v -1.514669 11.786959 1.243559</w:t>
        <w:br/>
        <w:t>v -1.512822 11.779356 1.247141</w:t>
        <w:br/>
        <w:t>v -1.621800 11.714233 1.140274</w:t>
        <w:br/>
        <w:t>v -1.617154 11.706991 1.140411</w:t>
        <w:br/>
        <w:t>v -1.510493 11.787497 1.238421</w:t>
        <w:br/>
        <w:t>v -1.505847 11.780257 1.238558</w:t>
        <w:br/>
        <w:t>v -1.619482 11.717666 1.135082</w:t>
        <w:br/>
        <w:t>v -1.613280 11.712724 1.131738</w:t>
        <w:br/>
        <w:t>v -1.508174 11.790933 1.233230</w:t>
        <w:br/>
        <w:t>v -1.501973 11.785987 1.229885</w:t>
        <w:br/>
        <w:t>v -0.860471 12.931638 1.648359</w:t>
        <w:br/>
        <w:t>v -0.778043 12.685122 1.730682</w:t>
        <w:br/>
        <w:t>v -0.855977 12.940365 1.630045</w:t>
        <w:br/>
        <w:t>v -0.847002 12.935974 1.616929</w:t>
        <w:br/>
        <w:t>v -0.486997 12.786887 1.817317</w:t>
        <w:br/>
        <w:t>v -0.479052 12.784180 1.794813</w:t>
        <w:br/>
        <w:t>v -0.553495 13.070712 1.778985</w:t>
        <w:br/>
        <w:t>v -0.779187 12.675113 1.747822</w:t>
        <w:br/>
        <w:t>v -1.229847 12.919913 1.366643</w:t>
        <w:br/>
        <w:t>v -1.146981 12.974677 1.440182</w:t>
        <w:br/>
        <w:t>v -1.243731 12.995546 1.534327</w:t>
        <w:br/>
        <w:t>v -1.326851 12.940837 1.461035</w:t>
        <w:br/>
        <w:t>v -1.167355 12.363029 1.797962</w:t>
        <w:br/>
        <w:t>v -1.733032 11.981304 1.300660</w:t>
        <w:br/>
        <w:t>v -1.746970 11.984292 1.314237</w:t>
        <w:br/>
        <w:t>v -1.165441 12.376273 1.825090</w:t>
        <w:br/>
        <w:t>v -0.956151 12.382233 1.727759</w:t>
        <w:br/>
        <w:t>v -0.982473 12.374922 1.725745</w:t>
        <w:br/>
        <w:t>v -1.047746 12.389003 1.789261</w:t>
        <w:br/>
        <w:t>v -1.046105 12.402022 1.816111</w:t>
        <w:br/>
        <w:t>v -1.067674 12.311952 1.636031</w:t>
        <w:br/>
        <w:t>v -1.074248 12.314512 1.644821</w:t>
        <w:br/>
        <w:t>v -1.217632 12.905154 1.366531</w:t>
        <w:br/>
        <w:t>v -1.211064 12.902614 1.357729</w:t>
        <w:br/>
        <w:t>v -1.099544 12.972910 1.449451</w:t>
        <w:br/>
        <w:t>v -1.125857 12.965563 1.447455</w:t>
        <w:br/>
        <w:t>v -1.191131 12.979644 1.510970</w:t>
        <w:br/>
        <w:t>v -1.189499 12.992699 1.537803</w:t>
        <w:br/>
        <w:t>v -1.310740 12.953669 1.519671</w:t>
        <w:br/>
        <w:t>v -1.308835 12.966949 1.546783</w:t>
        <w:br/>
        <w:t>v -1.890363 12.574965 1.035931</w:t>
        <w:br/>
        <w:t>v -1.873787 12.567208 1.024588</w:t>
        <w:br/>
        <w:t>v -1.888361 12.522314 1.021097</w:t>
        <w:br/>
        <w:t>v -1.902306 12.525330 1.034661</w:t>
        <w:br/>
        <w:t>v -1.775912 12.004675 1.279977</w:t>
        <w:br/>
        <w:t>v -1.761971 12.001681 1.266402</w:t>
        <w:br/>
        <w:t>v -1.888361 12.522314 1.021097</w:t>
        <w:br/>
        <w:t>v -1.761971 12.001681 1.266402</w:t>
        <w:br/>
        <w:t>v -1.733032 11.981304 1.300660</w:t>
        <w:br/>
        <w:t>v -1.873787 12.567208 1.024588</w:t>
        <w:br/>
        <w:t>v -1.184358 12.325437 1.758586</w:t>
        <w:br/>
        <w:t>v -1.101146 12.380209 1.831961</w:t>
        <w:br/>
        <w:t>v -0.989796 12.356204 1.723601</w:t>
        <w:br/>
        <w:t>v -1.073009 12.301432 1.650227</w:t>
        <w:br/>
        <w:t>v -1.344672 12.895090 1.492488</w:t>
        <w:br/>
        <w:t>v -1.342329 12.915982 1.496907</w:t>
        <w:br/>
        <w:t>v -1.207049 12.358518 1.759626</w:t>
        <w:br/>
        <w:t>v -1.216212 12.365837 1.741813</w:t>
        <w:br/>
        <w:t>v -1.329251 12.919946 1.456445</w:t>
        <w:br/>
        <w:t>v -1.238840 12.900446 1.368471</w:t>
        <w:br/>
        <w:t>v -1.089271 12.310281 1.639322</w:t>
        <w:br/>
        <w:t>v -1.193035 12.332652 1.740300</w:t>
        <w:br/>
        <w:t>v -0.982068 12.391221 1.713119</w:t>
        <w:br/>
        <w:t>v -1.103837 12.417490 1.831608</w:t>
        <w:br/>
        <w:t>v -1.239115 12.974952 1.568889</w:t>
        <w:br/>
        <w:t>v -1.117437 12.948689 1.450501</w:t>
        <w:br/>
        <w:t>v -1.259115 12.970755 1.570281</w:t>
        <w:br/>
        <w:t>v -1.123837 12.413291 1.833001</w:t>
        <w:br/>
        <w:t>v -1.831717 11.990781 1.191763</w:t>
        <w:br/>
        <w:t>v -1.943219 12.450083 0.975354</w:t>
        <w:br/>
        <w:t>v -1.931743 12.498249 0.976470</w:t>
        <w:br/>
        <w:t>v -1.803261 11.968993 1.225837</w:t>
        <w:br/>
        <w:t>v -1.200519 12.889092 1.354516</w:t>
        <w:br/>
        <w:t>v -1.062648 12.321168 1.622105</w:t>
        <w:br/>
        <w:t>v -0.948014 12.396642 1.723230</w:t>
        <w:br/>
        <w:t>v -1.085885 12.964569 1.455641</w:t>
        <w:br/>
        <w:t>v -1.189278 12.986872 1.556249</w:t>
        <w:br/>
        <w:t>v -1.085885 12.964569 1.455641</w:t>
        <w:br/>
        <w:t>v -0.948014 12.396642 1.723230</w:t>
        <w:br/>
        <w:t>v -1.051408 12.418946 1.823839</w:t>
        <w:br/>
        <w:t>v -1.047746 12.389003 1.789261</w:t>
        <w:br/>
        <w:t>v -0.982473 12.374922 1.725745</w:t>
        <w:br/>
        <w:t>v -1.125857 12.965563 1.447455</w:t>
        <w:br/>
        <w:t>v -1.191131 12.979644 1.510970</w:t>
        <w:br/>
        <w:t>v -0.982473 12.374922 1.725745</w:t>
        <w:br/>
        <w:t>v -1.074248 12.314512 1.644821</w:t>
        <w:br/>
        <w:t>v -1.217632 12.905154 1.366531</w:t>
        <w:br/>
        <w:t>v -1.125857 12.965563 1.447455</w:t>
        <w:br/>
        <w:t>v -1.200519 12.889092 1.354516</w:t>
        <w:br/>
        <w:t>v -1.211064 12.902614 1.357729</w:t>
        <w:br/>
        <w:t>v -1.067674 12.311952 1.636031</w:t>
        <w:br/>
        <w:t>v -1.062648 12.321168 1.622105</w:t>
        <w:br/>
        <w:t>v -1.788961 11.929950 1.216441</w:t>
        <w:br/>
        <w:t>v -1.128871 12.374782 1.796839</w:t>
        <w:br/>
        <w:t>v -1.025172 12.352413 1.695933</w:t>
        <w:br/>
        <w:t>v -1.685261 11.907578 1.115533</w:t>
        <w:br/>
        <w:t>v -1.828182 12.496307 0.838144</w:t>
        <w:br/>
        <w:t>v -1.168092 12.941140 1.418543</w:t>
        <w:br/>
        <w:t>v -1.271792 12.963508 1.519450</w:t>
        <w:br/>
        <w:t>v -1.931881 12.518677 0.939050</w:t>
        <w:br/>
        <w:t>v -1.832467 11.953559 1.166495</w:t>
        <w:br/>
        <w:t>v -1.728767 11.931190 1.065588</w:t>
        <w:br/>
        <w:t>v -1.849815 12.429818 0.830651</w:t>
        <w:br/>
        <w:t>v -1.953515 12.452189 0.931557</w:t>
        <w:br/>
        <w:t>v -1.200133 12.885292 1.358555</w:t>
        <w:br/>
        <w:t>v -1.116919 12.940063 1.431930</w:t>
        <w:br/>
        <w:t>v -1.259115 12.970755 1.570281</w:t>
        <w:br/>
        <w:t>v -1.342329 12.915982 1.496907</w:t>
        <w:br/>
        <w:t>v -1.696045 11.961515 1.059745</w:t>
        <w:br/>
        <w:t>v -1.807547 12.420817 0.843336</w:t>
        <w:br/>
        <w:t>v -1.152077 12.407969 1.798384</w:t>
        <w:br/>
        <w:t>v -1.667588 11.939730 1.093819</w:t>
        <w:br/>
        <w:t>v -1.016405 12.378700 1.666366</w:t>
        <w:br/>
        <w:t>v -0.981551 12.382596 1.694547</w:t>
        <w:br/>
        <w:t>v -1.064764 12.327826 1.621173</w:t>
        <w:br/>
        <w:t>v -1.073009 12.301432 1.650227</w:t>
        <w:br/>
        <w:t>v -1.207049 12.358518 1.759626</w:t>
        <w:br/>
        <w:t>v -1.123837 12.413291 1.833001</w:t>
        <w:br/>
        <w:t>v -1.184358 12.325437 1.758586</w:t>
        <w:br/>
        <w:t>v -1.144887 12.907956 1.416999</w:t>
        <w:br/>
        <w:t>v -1.796071 12.468981 0.844452</w:t>
        <w:br/>
        <w:t>v -1.280559 12.937220 1.549017</w:t>
        <w:br/>
        <w:t>v -1.216212 12.365837 1.741813</w:t>
        <w:br/>
        <w:t>v -1.080540 12.336570 1.609795</w:t>
        <w:br/>
        <w:t>v -1.208979 12.865826 1.360451</w:t>
        <w:br/>
        <w:t>v -1.344672 12.895090 1.492488</w:t>
        <w:br/>
        <w:t>v -1.900964 12.524887 1.052598</w:t>
        <w:br/>
        <w:t>v -1.778063 12.018620 1.291134</w:t>
        <w:br/>
        <w:t>v -1.754388 11.999619 1.319677</w:t>
        <w:br/>
        <w:t>v -1.171026 12.392996 1.832532</w:t>
        <w:br/>
        <w:t>v -1.308896 12.960921 1.564943</w:t>
        <w:br/>
        <w:t>v -1.892126 12.567634 1.052204</w:t>
        <w:br/>
        <w:t>v -1.880506 12.407112 1.120387</w:t>
        <w:br/>
        <w:t>v -1.816268 12.142497 1.245064</w:t>
        <w:br/>
        <w:t>v -1.831091 12.132742 1.231993</w:t>
        <w:br/>
        <w:t>v -1.895330 12.397352 1.107316</w:t>
        <w:br/>
        <w:t>v -1.779103 12.118214 1.221044</w:t>
        <w:br/>
        <w:t>v -1.802595 12.123281 1.243904</w:t>
        <w:br/>
        <w:t>v -1.764990 12.210856 1.263136</w:t>
        <w:br/>
        <w:t>v -1.741497 12.205789 1.240277</w:t>
        <w:br/>
        <w:t>v -1.787771 12.396401 1.150466</w:t>
        <w:br/>
        <w:t>v -1.811264 12.401467 1.173326</w:t>
        <w:br/>
        <w:t>v -1.851676 12.417158 1.080190</w:t>
        <w:br/>
        <w:t>v -1.875167 12.422228 1.103050</w:t>
        <w:br/>
        <w:t>v -1.905520 12.402249 1.076286</w:t>
        <w:br/>
        <w:t>v -1.882027 12.397181 1.053427</w:t>
        <w:br/>
        <w:t>v -1.809455 12.098235 1.194280</w:t>
        <w:br/>
        <w:t>v -1.882027 12.397181 1.053427</w:t>
        <w:br/>
        <w:t>v -1.905520 12.402249 1.076286</w:t>
        <w:br/>
        <w:t>v -1.832948 12.103304 1.217140</w:t>
        <w:br/>
        <w:t>v -1.834527 12.386010 1.172315</w:t>
        <w:br/>
        <w:t>v -1.791793 12.209972 1.255259</w:t>
        <w:br/>
        <w:t>v -1.809455 12.098235 1.194280</w:t>
        <w:br/>
        <w:t>v -1.832948 12.103304 1.217140</w:t>
        <w:br/>
        <w:t>v -1.764990 12.210856 1.263136</w:t>
        <w:br/>
        <w:t>v -1.811264 12.401467 1.173326</w:t>
        <w:br/>
        <w:t>v -1.905520 12.402249 1.076286</w:t>
        <w:br/>
        <w:t>v -1.832948 12.103304 1.217140</w:t>
        <w:br/>
        <w:t>v -1.318851 12.836777 1.587787</w:t>
        <w:br/>
        <w:t>v -1.284415 12.859183 1.617603</w:t>
        <w:br/>
        <w:t>v -1.196689 12.497819 1.787866</w:t>
        <w:br/>
        <w:t>v -1.231126 12.475411 1.758050</w:t>
        <w:br/>
        <w:t>v -1.274258 12.532304 1.701112</w:t>
        <w:br/>
        <w:t>v -1.326280 12.746599 1.600143</w:t>
        <w:br/>
        <w:t>v -1.402280 12.448062 1.588220</w:t>
        <w:br/>
        <w:t>v -1.454291 12.662311 1.487274</w:t>
        <w:br/>
        <w:t>v -1.076029 12.523080 1.779309</w:t>
        <w:br/>
        <w:t>v -1.163754 12.884442 1.609046</w:t>
        <w:br/>
        <w:t>v -1.082121 12.867201 1.530393</w:t>
        <w:br/>
        <w:t>v -0.994395 12.505838 1.700655</w:t>
        <w:br/>
        <w:t>v -1.409718 12.357944 1.600555</w:t>
        <w:br/>
        <w:t>v -1.497406 12.719154 1.430365</w:t>
        <w:br/>
        <w:t>v -1.815016 12.513300 1.162378</w:t>
        <w:br/>
        <w:t>v -1.826031 12.473216 1.159945</w:t>
        <w:br/>
        <w:t>v -1.845652 12.463407 1.141956</w:t>
        <w:br/>
        <w:t>v -1.822829 12.527164 1.151275</w:t>
        <w:br/>
        <w:t>v -1.785583 12.450501 1.206546</w:t>
        <w:br/>
        <w:t>v -1.796656 12.436517 1.198268</w:t>
        <w:br/>
        <w:t>v -1.729018 12.217495 1.316333</w:t>
        <w:br/>
        <w:t>v -1.742894 12.215057 1.302612</w:t>
        <w:br/>
        <w:t>v -1.748811 12.155128 1.309818</w:t>
        <w:br/>
        <w:t>v -1.767133 12.139964 1.294351</w:t>
        <w:br/>
        <w:t>v -1.724052 12.138591 1.338930</w:t>
        <w:br/>
        <w:t>v -1.723907 12.119679 1.343269</w:t>
        <w:br/>
        <w:t>v -1.411272 12.354744 1.613099</w:t>
        <w:br/>
        <w:t>v -1.399241 12.343652 1.627922</w:t>
        <w:br/>
        <w:t>v -1.403834 12.444865 1.600765</w:t>
        <w:br/>
        <w:t>v -1.391803 12.433774 1.615586</w:t>
        <w:br/>
        <w:t>v -1.286586 12.503009 1.708368</w:t>
        <w:br/>
        <w:t>v -1.282509 12.524699 1.707750</w:t>
        <w:br/>
        <w:t>v -1.239337 12.467797 1.764712</w:t>
        <w:br/>
        <w:t>v -1.243436 12.446114 1.765346</w:t>
        <w:br/>
        <w:t>v -1.196321 12.495130 1.800533</w:t>
        <w:br/>
        <w:t>v -1.192249 12.478717 1.808152</w:t>
        <w:br/>
        <w:t>v -0.963935 12.482719 1.698978</w:t>
        <w:br/>
        <w:t>v -1.070020 12.504189 1.799207</w:t>
        <w:br/>
        <w:t>v -1.073901 12.520631 1.791545</w:t>
        <w:br/>
        <w:t>v -0.981051 12.501940 1.704040</w:t>
        <w:br/>
        <w:t>v -1.072085 12.876935 1.527354</w:t>
        <w:br/>
        <w:t>v -1.062926 12.890491 1.506849</w:t>
        <w:br/>
        <w:t>v -1.169012 12.911963 1.607078</w:t>
        <w:br/>
        <w:t>v -1.164934 12.895624 1.614858</w:t>
        <w:br/>
        <w:t>v -1.342437 12.853922 1.573199</w:t>
        <w:br/>
        <w:t>v -1.291245 12.886511 1.616013</w:t>
        <w:br/>
        <w:t>v -1.287362 12.870151 1.623835</w:t>
        <w:br/>
        <w:t>v -1.330382 12.842836 1.588006</w:t>
        <w:br/>
        <w:t>v -1.337841 12.752625 1.600358</w:t>
        <w:br/>
        <w:t>v -1.349874 12.763711 1.585535</w:t>
        <w:br/>
        <w:t>v -1.459154 12.672748 1.493394</w:t>
        <w:br/>
        <w:t>v -1.455082 12.694436 1.492771</w:t>
        <w:br/>
        <w:t>v -1.502269 12.729588 1.436486</w:t>
        <w:br/>
        <w:t>v -1.498197 12.751280 1.435862</w:t>
        <w:br/>
        <w:t>v -1.734634 12.160019 1.309870</w:t>
        <w:br/>
        <w:t>v -1.717554 12.145042 1.330745</w:t>
        <w:br/>
        <w:t>v -1.716690 12.217092 1.315660</w:t>
        <w:br/>
        <w:t>v -1.774422 12.454905 1.203610</w:t>
        <w:br/>
        <w:t>v -1.811315 12.475884 1.161046</w:t>
        <w:br/>
        <w:t>v -1.805210 12.506121 1.160616</w:t>
        <w:br/>
        <w:t>v -1.847255 12.457912 1.128094</w:t>
        <w:br/>
        <w:t>v -1.819523 12.531514 1.140278</w:t>
        <w:br/>
        <w:t>v -1.794704 12.429287 1.188445</w:t>
        <w:br/>
        <w:t>v -1.847255 12.457912 1.128094</w:t>
        <w:br/>
        <w:t>v -1.742110 12.212631 1.290526</w:t>
        <w:br/>
        <w:t>v -1.768195 12.132245 1.281538</w:t>
        <w:br/>
        <w:t>v -1.717292 12.110399 1.338694</w:t>
        <w:br/>
        <w:t>v -1.768195 12.132245 1.281538</w:t>
        <w:br/>
        <w:t>v -1.387681 12.337626 1.627706</w:t>
        <w:br/>
        <w:t>v -1.380244 12.427749 1.615371</w:t>
        <w:br/>
        <w:t>v -1.281724 12.492575 1.702245</w:t>
        <w:br/>
        <w:t>v -1.238591 12.435680 1.759186</w:t>
        <w:br/>
        <w:t>v -1.189333 12.467785 1.801943</w:t>
        <w:br/>
        <w:t>v -0.963043 12.470626 1.691383</w:t>
        <w:br/>
        <w:t>v -1.068787 12.493028 1.793413</w:t>
        <w:br/>
        <w:t>v -1.065343 12.892030 1.492831</w:t>
        <w:br/>
        <w:t>v -0.963043 12.470626 1.691383</w:t>
        <w:br/>
        <w:t>v -1.171088 12.914433 1.594860</w:t>
        <w:br/>
        <w:t>v -1.065343 12.892030 1.492831</w:t>
        <w:br/>
        <w:t>v -1.340892 12.857084 1.560634</w:t>
        <w:br/>
        <w:t>v -1.291633 12.889188 1.603391</w:t>
        <w:br/>
        <w:t>v -1.348321 12.766906 1.572990</w:t>
        <w:br/>
        <w:t>v -1.446831 12.702043 1.486131</w:t>
        <w:br/>
        <w:t>v -1.489947 12.758887 1.429222</w:t>
        <w:br/>
        <w:t>v -1.103837 12.417490 1.831608</w:t>
        <w:br/>
        <w:t>v -0.982068 12.391221 1.713119</w:t>
        <w:br/>
        <w:t>v -0.988735 12.376614 1.731584</w:t>
        <w:br/>
        <w:t>v -1.088939 12.398219 1.829098</w:t>
        <w:br/>
        <w:t>v -1.117437 12.948689 1.450501</w:t>
        <w:br/>
        <w:t>v -1.239115 12.974952 1.568889</w:t>
        <w:br/>
        <w:t>v -1.226478 12.988213 1.544660</w:t>
        <w:br/>
        <w:t>v -1.138529 12.969241 1.459080</w:t>
        <w:br/>
        <w:t>v -1.143967 12.376623 1.813970</w:t>
        <w:br/>
        <w:t>v -1.142053 12.389850 1.841083</w:t>
        <w:br/>
        <w:t>v -1.213752 12.985081 1.534243</w:t>
        <w:br/>
        <w:t>v -1.212374 12.995698 1.556037</w:t>
        <w:br/>
        <w:t>v -1.287351 12.967263 1.535679</w:t>
        <w:br/>
        <w:t>v -1.310740 12.953669 1.519671</w:t>
        <w:br/>
        <w:t>v -1.167355 12.363029 1.797962</w:t>
        <w:br/>
        <w:t>v -1.143967 12.376623 1.813970</w:t>
        <w:br/>
        <w:t>v -1.212266 12.989803 1.574398</w:t>
        <w:br/>
        <w:t>v -1.074395 12.421876 1.841987</w:t>
        <w:br/>
        <w:t>v -1.147634 12.406579 1.848543</w:t>
        <w:br/>
        <w:t>v -1.173023 12.511089 1.803836</w:t>
        <w:br/>
        <w:t>v -1.260749 12.872453 1.633573</w:t>
        <w:br/>
        <w:t>v -1.168218 12.491928 1.823801</w:t>
        <w:br/>
        <w:t>v -1.172248 12.508335 1.816143</w:t>
        <w:br/>
        <w:t>v -1.193873 12.914986 1.626304</w:t>
        <w:br/>
        <w:t>v -1.189829 12.898630 1.634064</w:t>
        <w:br/>
        <w:t>v -1.263285 12.883347 1.639450</w:t>
        <w:br/>
        <w:t>v -1.100627 12.526247 1.798701</w:t>
        <w:br/>
        <w:t>v -1.098795 12.523636 1.810750</w:t>
        <w:br/>
        <w:t>v -1.165693 12.481056 1.817935</w:t>
        <w:br/>
        <w:t>v -1.195666 12.917609 1.614264</w:t>
        <w:br/>
        <w:t>v -1.119864 12.389145 1.827524</w:t>
        <w:br/>
        <w:t>v -1.118426 12.399213 1.848181</w:t>
        <w:br/>
        <w:t>v -1.095799 12.395453 1.828080</w:t>
        <w:br/>
        <w:t>v -1.094559 12.404362 1.846385</w:t>
        <w:br/>
        <w:t>v -1.070366 12.394436 1.812537</w:t>
        <w:br/>
        <w:t>v -1.068981 12.405021 1.834345</w:t>
        <w:br/>
        <w:t>v -1.239186 12.986105 1.549784</w:t>
        <w:br/>
        <w:t>v -1.237953 12.995040 1.568077</w:t>
        <w:br/>
        <w:t>v -1.263251 12.979795 1.549230</w:t>
        <w:br/>
        <w:t>v -1.261820 12.989889 1.569873</w:t>
        <w:br/>
        <w:t>v -1.287351 12.967263 1.535679</w:t>
        <w:br/>
        <w:t>v -1.285447 12.980526 1.562775</w:t>
        <w:br/>
        <w:t>v -1.263251 12.979795 1.549230</w:t>
        <w:br/>
        <w:t>v -1.119864 12.389145 1.827524</w:t>
        <w:br/>
        <w:t>v -1.239186 12.986105 1.549784</w:t>
        <w:br/>
        <w:t>v -1.095799 12.395453 1.828080</w:t>
        <w:br/>
        <w:t>v -1.213752 12.985081 1.534243</w:t>
        <w:br/>
        <w:t>v -1.070366 12.394436 1.812537</w:t>
        <w:br/>
        <w:t>v -1.237922 12.989085 1.586351</w:t>
        <w:br/>
        <w:t>v -1.100052 12.421159 1.853940</w:t>
        <w:br/>
        <w:t>v -1.261846 12.983895 1.588090</w:t>
        <w:br/>
        <w:t>v -1.123976 12.415969 1.855679</w:t>
        <w:br/>
        <w:t>v -1.285504 12.974507 1.580954</w:t>
        <w:br/>
        <w:t>v -1.149125 12.520249 1.810965</w:t>
        <w:br/>
        <w:t>v -1.236850 12.881613 1.640702</w:t>
        <w:br/>
        <w:t>v -1.124992 12.525302 1.809253</w:t>
        <w:br/>
        <w:t>v -1.212718 12.886663 1.638990</w:t>
        <w:br/>
        <w:t>v -1.188352 12.887607 1.628438</w:t>
        <w:br/>
        <w:t>v -1.143981 12.501083 1.830731</w:t>
        <w:br/>
        <w:t>v -1.147968 12.517488 1.823050</w:t>
        <w:br/>
        <w:t>v -1.119535 12.506177 1.828942</w:t>
        <w:br/>
        <w:t>v -1.123484 12.522588 1.821252</w:t>
        <w:br/>
        <w:t>v -1.094881 12.507214 1.818434</w:t>
        <w:br/>
        <w:t>v -1.218527 12.913954 1.636811</w:t>
        <w:br/>
        <w:t>v -1.214518 12.897587 1.644564</w:t>
        <w:br/>
        <w:t>v -1.242974 12.908863 1.638599</w:t>
        <w:br/>
        <w:t>v -1.239004 12.892491 1.646359</w:t>
        <w:br/>
        <w:t>v -1.267213 12.899715 1.631666</w:t>
        <w:br/>
        <w:t>v -1.141819 12.490219 1.825078</w:t>
        <w:br/>
        <w:t>v -1.117710 12.495268 1.823372</w:t>
        <w:br/>
        <w:t>v -1.093366 12.496204 1.812817</w:t>
        <w:br/>
        <w:t>v -1.220011 12.916672 1.624820</w:t>
        <w:br/>
        <w:t>v -1.244120 12.911623 1.626526</w:t>
        <w:br/>
        <w:t>v -1.267994 12.902461 1.619383</w:t>
        <w:br/>
        <w:t>v -1.217632 12.905154 1.366531</w:t>
        <w:br/>
        <w:t>v -1.074248 12.314512 1.644821</w:t>
        <w:br/>
        <w:t>v -0.942265 11.811466 1.752379</w:t>
        <w:br/>
        <w:t>v -0.781011 11.811466 1.811070</w:t>
        <w:br/>
        <w:t>v -0.789212 11.447025 1.840267</w:t>
        <w:br/>
        <w:t>v -0.950370 11.447723 1.781536</w:t>
        <w:br/>
        <w:t>v -0.767681 11.812791 1.774444</w:t>
        <w:br/>
        <w:t>v -0.770255 12.134179 1.776441</w:t>
        <w:br/>
        <w:t>v -0.931509 12.134179 1.717750</w:t>
        <w:br/>
        <w:t>v -0.928934 11.812791 1.715754</w:t>
        <w:br/>
        <w:t>v -0.769238 11.354886 1.786798</w:t>
        <w:br/>
        <w:t>v -0.761860 11.366914 1.766525</w:t>
        <w:br/>
        <w:t>v -0.923113 11.366914 1.707835</w:t>
        <w:br/>
        <w:t>v -0.930492 11.354886 1.728107</w:t>
        <w:br/>
        <w:t>v -0.770255 12.134179 1.776441</w:t>
        <w:br/>
        <w:t>v -0.777951 12.134179 1.797586</w:t>
        <w:br/>
        <w:t>v -0.939205 12.134179 1.738895</w:t>
        <w:br/>
        <w:t>v -0.931509 12.134179 1.717750</w:t>
        <w:br/>
        <w:t>v -0.939205 12.134179 1.738895</w:t>
        <w:br/>
        <w:t>v -0.777951 12.134179 1.797586</w:t>
        <w:br/>
        <w:t>v -0.790688 11.391021 1.845398</w:t>
        <w:br/>
        <w:t>v -0.951942 11.391021 1.786706</w:t>
        <w:br/>
        <w:t>v -0.757520 11.391079 1.754267</w:t>
        <w:br/>
        <w:t>v -0.759063 11.447718 1.757422</w:t>
        <w:br/>
        <w:t>v -0.920317 11.447718 1.698732</w:t>
        <w:br/>
        <w:t>v -0.918774 11.391079 1.695578</w:t>
        <w:br/>
        <w:t>v -0.947600 11.366914 1.775111</w:t>
        <w:br/>
        <w:t>v -0.786346 11.366914 1.833803</w:t>
        <w:br/>
        <w:t>v -0.778968 11.354886 1.813530</w:t>
        <w:br/>
        <w:t>v -0.940221 11.354886 1.754839</w:t>
        <w:br/>
        <w:t>v -0.937139 11.810264 1.738297</w:t>
        <w:br/>
        <w:t>v -0.945477 11.446222 1.767921</w:t>
        <w:br/>
        <w:t>v -0.784225 11.446220 1.826620</w:t>
        <w:br/>
        <w:t>v -0.775885 11.810264 1.796989</w:t>
        <w:br/>
        <w:t>v -0.934070 11.812125 1.729867</w:t>
        <w:br/>
        <w:t>v -0.935397 12.123402 1.728434</w:t>
        <w:br/>
        <w:t>v -0.774144 12.123448 1.787125</w:t>
        <w:br/>
        <w:t>v -0.772816 11.812124 1.788557</w:t>
        <w:br/>
        <w:t>v -0.770532 11.369433 1.790351</w:t>
        <w:br/>
        <w:t>v -0.931785 11.369433 1.731660</w:t>
        <w:br/>
        <w:t>v -0.926777 11.377459 1.717902</w:t>
        <w:br/>
        <w:t>v -0.765521 11.377464 1.776583</w:t>
        <w:br/>
        <w:t>v -0.935397 12.123402 1.728434</w:t>
        <w:br/>
        <w:t>v -0.774144 12.123448 1.787125</w:t>
        <w:br/>
        <w:t>v -0.785631 11.393735 1.831505</w:t>
        <w:br/>
        <w:t>v -0.946883 11.393702 1.772807</w:t>
        <w:br/>
        <w:t>v -0.762548 11.394217 1.768081</w:t>
        <w:br/>
        <w:t>v -0.923804 11.394186 1.709398</w:t>
        <w:br/>
        <w:t>v -0.925193 11.446711 1.712419</w:t>
        <w:br/>
        <w:t>v -0.764052 11.448382 1.771163</w:t>
        <w:br/>
        <w:t>v -0.943902 11.377355 1.764950</w:t>
        <w:br/>
        <w:t>v -0.938928 11.369433 1.751286</w:t>
        <w:br/>
        <w:t>v -0.777675 11.369433 1.809976</w:t>
        <w:br/>
        <w:t>v -0.782651 11.377362 1.823649</w:t>
        <w:br/>
        <w:t>v -0.942265 11.811466 1.752379</w:t>
        <w:br/>
        <w:t>v -0.950370 11.447723 1.781536</w:t>
        <w:br/>
        <w:t>v -0.945477 11.446222 1.767921</w:t>
        <w:br/>
        <w:t>v -0.937139 11.810264 1.738297</w:t>
        <w:br/>
        <w:t>v -0.789212 11.447025 1.840267</w:t>
        <w:br/>
        <w:t>v -0.781011 11.811466 1.811070</w:t>
        <w:br/>
        <w:t>v -0.775885 11.810264 1.796989</w:t>
        <w:br/>
        <w:t>v -0.784225 11.446220 1.826620</w:t>
        <w:br/>
        <w:t>v -0.772816 11.812124 1.788557</w:t>
        <w:br/>
        <w:t>v -0.774144 12.123448 1.787125</w:t>
        <w:br/>
        <w:t>v -0.770255 12.134179 1.776441</w:t>
        <w:br/>
        <w:t>v -0.767681 11.812791 1.774444</w:t>
        <w:br/>
        <w:t>v -0.931509 12.134179 1.717750</w:t>
        <w:br/>
        <w:t>v -0.935397 12.123402 1.728434</w:t>
        <w:br/>
        <w:t>v -0.934070 11.812125 1.729867</w:t>
        <w:br/>
        <w:t>v -0.928934 11.812791 1.715754</w:t>
        <w:br/>
        <w:t>v -0.761860 11.366914 1.766525</w:t>
        <w:br/>
        <w:t>v -0.769238 11.354886 1.786798</w:t>
        <w:br/>
        <w:t>v -0.770532 11.369433 1.790351</w:t>
        <w:br/>
        <w:t>v -0.765521 11.377464 1.776583</w:t>
        <w:br/>
        <w:t>v -0.930492 11.354886 1.728107</w:t>
        <w:br/>
        <w:t>v -0.923113 11.366914 1.707835</w:t>
        <w:br/>
        <w:t>v -0.926777 11.377459 1.717902</w:t>
        <w:br/>
        <w:t>v -0.931785 11.369433 1.731660</w:t>
        <w:br/>
        <w:t>v -0.777951 12.134179 1.797586</w:t>
        <w:br/>
        <w:t>v -0.939205 12.134179 1.738895</w:t>
        <w:br/>
        <w:t>v -0.790688 11.391021 1.845398</w:t>
        <w:br/>
        <w:t>v -0.785631 11.393735 1.831505</w:t>
        <w:br/>
        <w:t>v -0.951942 11.391021 1.786706</w:t>
        <w:br/>
        <w:t>v -0.946883 11.393702 1.772807</w:t>
        <w:br/>
        <w:t>v -0.759063 11.447718 1.757422</w:t>
        <w:br/>
        <w:t>v -0.757520 11.391079 1.754267</w:t>
        <w:br/>
        <w:t>v -0.762548 11.394217 1.768081</w:t>
        <w:br/>
        <w:t>v -0.764052 11.448382 1.771163</w:t>
        <w:br/>
        <w:t>v -0.918774 11.391079 1.695578</w:t>
        <w:br/>
        <w:t>v -0.920317 11.447718 1.698732</w:t>
        <w:br/>
        <w:t>v -0.925193 11.446711 1.712419</w:t>
        <w:br/>
        <w:t>v -0.923804 11.394186 1.709398</w:t>
        <w:br/>
        <w:t>v -0.947600 11.366914 1.775111</w:t>
        <w:br/>
        <w:t>v -0.940221 11.354886 1.754839</w:t>
        <w:br/>
        <w:t>v -0.938928 11.369433 1.751286</w:t>
        <w:br/>
        <w:t>v -0.943902 11.377355 1.764950</w:t>
        <w:br/>
        <w:t>v -0.778968 11.354886 1.813530</w:t>
        <w:br/>
        <w:t>v -0.786346 11.366914 1.833803</w:t>
        <w:br/>
        <w:t>v -0.782651 11.377362 1.823649</w:t>
        <w:br/>
        <w:t>v -0.777675 11.369433 1.809976</w:t>
        <w:br/>
        <w:t>v -0.763426 12.270577 1.783409</w:t>
        <w:br/>
        <w:t>v -0.767723 12.270577 1.795216</w:t>
        <w:br/>
        <w:t>v -0.943163 12.270577 1.731361</w:t>
        <w:br/>
        <w:t>v -0.938865 12.270577 1.719554</w:t>
        <w:br/>
        <w:t>v -0.933739 12.169486 1.733871</w:t>
        <w:br/>
        <w:t>v -0.918228 12.169486 1.745937</w:t>
        <w:br/>
        <w:t>v -0.798926 12.169486 1.789359</w:t>
        <w:br/>
        <w:t>v -0.779287 12.169486 1.790087</w:t>
        <w:br/>
        <w:t>v -0.911629 12.128202 1.744708</w:t>
        <w:br/>
        <w:t>v -0.911629 12.189684 1.744708</w:t>
        <w:br/>
        <w:t>v -0.803191 12.189684 1.784176</w:t>
        <w:br/>
        <w:t>v -0.803191 12.128202 1.784176</w:t>
        <w:br/>
        <w:t>v -0.927860 12.189684 1.726795</w:t>
        <w:br/>
        <w:t>v -0.929486 12.189684 1.731264</w:t>
        <w:br/>
        <w:t>v -0.929486 12.128202 1.731264</w:t>
        <w:br/>
        <w:t>v -0.927860 12.128202 1.726795</w:t>
        <w:br/>
        <w:t>v -0.797100 12.128202 1.767442</w:t>
        <w:br/>
        <w:t>v -0.797100 12.189684 1.767442</w:t>
        <w:br/>
        <w:t>v -0.905538 12.189684 1.727974</w:t>
        <w:br/>
        <w:t>v -0.905538 12.128202 1.727974</w:t>
        <w:br/>
        <w:t>v -0.780869 12.189684 1.785356</w:t>
        <w:br/>
        <w:t>v -0.779243 12.189684 1.780887</w:t>
        <w:br/>
        <w:t>v -0.779243 12.128202 1.780887</w:t>
        <w:br/>
        <w:t>v -0.780869 12.128202 1.785356</w:t>
        <w:br/>
        <w:t>v -0.795883 12.270577 1.797617</w:t>
        <w:br/>
        <w:t>v -0.796954 12.184226 1.796308</w:t>
        <w:br/>
        <w:t>v -0.924204 12.184226 1.749992</w:t>
        <w:br/>
        <w:t>v -0.923134 12.270577 1.751302</w:t>
        <w:br/>
        <w:t>v -0.944233 12.184226 1.730052</w:t>
        <w:br/>
        <w:t>v -0.939936 12.184226 1.718244</w:t>
        <w:br/>
        <w:t>v -0.938865 12.270577 1.719554</w:t>
        <w:br/>
        <w:t>v -0.943163 12.270577 1.731361</w:t>
        <w:br/>
        <w:t>v -0.911775 12.184226 1.715843</w:t>
        <w:br/>
        <w:t>v -0.784525 12.184226 1.762159</w:t>
        <w:br/>
        <w:t>v -0.783454 12.270577 1.763468</w:t>
        <w:br/>
        <w:t>v -0.910705 12.270577 1.717153</w:t>
        <w:br/>
        <w:t>v -0.763426 12.270577 1.783409</w:t>
        <w:br/>
        <w:t>v -0.764496 12.184226 1.782099</w:t>
        <w:br/>
        <w:t>v -0.768794 12.184226 1.793906</w:t>
        <w:br/>
        <w:t>v -0.767723 12.270577 1.795216</w:t>
        <w:br/>
        <w:t>v -0.780869 12.189684 1.785356</w:t>
        <w:br/>
        <w:t>v -0.780869 12.128202 1.785356</w:t>
        <w:br/>
        <w:t>v -0.929486 12.189684 1.731264</w:t>
        <w:br/>
        <w:t>v -0.929486 12.128202 1.731264</w:t>
        <w:br/>
        <w:t>v -0.905538 12.189684 1.727974</w:t>
        <w:br/>
        <w:t>v -0.927860 12.189684 1.726795</w:t>
        <w:br/>
        <w:t>v -0.927860 12.128202 1.726795</w:t>
        <w:br/>
        <w:t>v -0.905538 12.128202 1.727974</w:t>
        <w:br/>
        <w:t>v -0.779243 12.189684 1.780887</w:t>
        <w:br/>
        <w:t>v -0.779243 12.128202 1.780887</w:t>
        <w:br/>
        <w:t>v -0.943163 12.270577 1.731361</w:t>
        <w:br/>
        <w:t>v -0.944233 12.184226 1.730052</w:t>
        <w:br/>
        <w:t>v -0.939936 12.184226 1.718244</w:t>
        <w:br/>
        <w:t>v -0.911775 12.184226 1.715843</w:t>
        <w:br/>
        <w:t>v -0.910705 12.270577 1.717153</w:t>
        <w:br/>
        <w:t>v -0.938865 12.270577 1.719554</w:t>
        <w:br/>
        <w:t>v -0.768794 12.184226 1.793906</w:t>
        <w:br/>
        <w:t>v -0.767723 12.270577 1.795216</w:t>
        <w:br/>
        <w:t>v -0.763426 12.270577 1.783409</w:t>
        <w:br/>
        <w:t>v -0.764496 12.184226 1.782099</w:t>
        <w:br/>
        <w:t>v -0.910705 12.270577 1.717153</w:t>
        <w:br/>
        <w:t>v -0.783454 12.270577 1.763468</w:t>
        <w:br/>
        <w:t>v -0.790502 12.169486 1.766214</w:t>
        <w:br/>
        <w:t>v -0.909803 12.169486 1.722791</w:t>
        <w:br/>
        <w:t>v -0.929442 12.169486 1.722064</w:t>
        <w:br/>
        <w:t>v -0.774990 12.169486 1.778280</w:t>
        <w:br/>
        <w:t>v -0.795883 12.270577 1.797617</w:t>
        <w:br/>
        <w:t>v -0.923134 12.270577 1.751302</w:t>
        <w:br/>
        <w:t>v -0.798926 12.169486 1.789359</w:t>
        <w:br/>
        <w:t>v -0.918228 12.169486 1.745937</w:t>
        <w:br/>
        <w:t>v -0.909803 12.169486 1.722791</w:t>
        <w:br/>
        <w:t>v -0.790502 12.169486 1.766214</w:t>
        <w:br/>
        <w:t>v -0.933739 12.169486 1.733871</w:t>
        <w:br/>
        <w:t>v -0.929442 12.169486 1.722064</w:t>
        <w:br/>
        <w:t>v -0.774990 12.169486 1.778280</w:t>
        <w:br/>
        <w:t>v -0.779287 12.169486 1.790087</w:t>
        <w:br/>
        <w:t>v -0.779287 12.169486 1.790087</w:t>
        <w:br/>
        <w:t>v -0.774990 12.169486 1.778280</w:t>
        <w:br/>
        <w:t>v -0.933739 12.169486 1.733871</w:t>
        <w:br/>
        <w:t>v -0.909803 12.169486 1.722791</w:t>
        <w:br/>
        <w:t>v -0.929442 12.169486 1.722064</w:t>
        <w:br/>
        <w:t>v -0.839690 12.388535 1.772080</w:t>
        <w:br/>
        <w:t>v -0.857809 12.396523 1.765486</w:t>
        <w:br/>
        <w:t>v -0.841095 12.383430 1.719563</w:t>
        <w:br/>
        <w:t>v -0.824342 12.376512 1.729910</w:t>
        <w:br/>
        <w:t>v -0.832185 12.369256 1.774812</w:t>
        <w:br/>
        <w:t>v -0.820134 12.359814 1.741701</w:t>
        <w:br/>
        <w:t>v -0.839690 12.349973 1.772080</w:t>
        <w:br/>
        <w:t>v -0.830936 12.343116 1.748029</w:t>
        <w:br/>
        <w:t>v -0.857809 12.341989 1.765486</w:t>
        <w:br/>
        <w:t>v -0.850421 12.336199 1.745186</w:t>
        <w:br/>
        <w:t>v -0.875927 12.349973 1.758891</w:t>
        <w:br/>
        <w:t>v -0.857809 12.341989 1.765486</w:t>
        <w:br/>
        <w:t>v -0.850421 12.336199 1.745186</w:t>
        <w:br/>
        <w:t>v -0.867173 12.343116 1.734840</w:t>
        <w:br/>
        <w:t>v -0.883432 12.369256 1.756159</w:t>
        <w:br/>
        <w:t>v -0.871381 12.359814 1.723049</w:t>
        <w:br/>
        <w:t>v -0.875927 12.388535 1.758891</w:t>
        <w:br/>
        <w:t>v -0.860579 12.376512 1.716721</w:t>
        <w:br/>
        <w:t>v -0.828859 12.347652 1.685945</w:t>
        <w:br/>
        <w:t>v -0.813105 12.343661 1.699039</w:t>
        <w:br/>
        <w:t>v -0.811312 12.334019 1.717462</w:t>
        <w:br/>
        <w:t>v -0.824528 12.324378 1.730422</w:t>
        <w:br/>
        <w:t>v -0.845012 12.320385 1.730327</w:t>
        <w:br/>
        <w:t>v -0.845012 12.320385 1.730327</w:t>
        <w:br/>
        <w:t>v -0.860765 12.324378 1.717232</w:t>
        <w:br/>
        <w:t>v -0.862559 12.334019 1.698810</w:t>
        <w:br/>
        <w:t>v -0.849343 12.343661 1.685850</w:t>
        <w:br/>
        <w:t>v -0.824380 12.298781 1.673640</w:t>
        <w:br/>
        <w:t>v -0.808993 12.298781 1.687740</w:t>
        <w:br/>
        <w:t>v -0.808083 12.298781 1.708590</w:t>
        <w:br/>
        <w:t>v -0.822182 12.298781 1.723977</w:t>
        <w:br/>
        <w:t>v -0.843032 12.298781 1.724887</w:t>
        <w:br/>
        <w:t>v -0.843032 12.298781 1.724887</w:t>
        <w:br/>
        <w:t>v -0.858419 12.298781 1.710788</w:t>
        <w:br/>
        <w:t>v -0.859330 12.298781 1.689938</w:t>
        <w:br/>
        <w:t>v -0.845230 12.298781 1.674551</w:t>
        <w:br/>
        <w:t>v -0.828859 12.249915 1.685945</w:t>
        <w:br/>
        <w:t>v -0.813105 12.253906 1.699039</w:t>
        <w:br/>
        <w:t>v -0.811312 12.263548 1.717462</w:t>
        <w:br/>
        <w:t>v -0.824528 12.273188 1.730422</w:t>
        <w:br/>
        <w:t>v -0.845012 12.277183 1.730327</w:t>
        <w:br/>
        <w:t>v -0.845012 12.277183 1.730327</w:t>
        <w:br/>
        <w:t>v -0.860765 12.273188 1.717232</w:t>
        <w:br/>
        <w:t>v -0.862559 12.263548 1.698810</w:t>
        <w:br/>
        <w:t>v -0.849343 12.253906 1.685850</w:t>
        <w:br/>
        <w:t>v -0.813105 12.253906 1.699039</w:t>
        <w:br/>
        <w:t>v -0.828859 12.249915 1.685945</w:t>
        <w:br/>
        <w:t>v -0.841095 12.214139 1.719563</w:t>
        <w:br/>
        <w:t>v -0.824342 12.221054 1.729910</w:t>
        <w:br/>
        <w:t>v -0.811312 12.263548 1.717462</w:t>
        <w:br/>
        <w:t>v -0.820134 12.237751 1.741701</w:t>
        <w:br/>
        <w:t>v -0.824528 12.273188 1.730422</w:t>
        <w:br/>
        <w:t>v -0.830936 12.254451 1.748029</w:t>
        <w:br/>
        <w:t>v -0.845012 12.277183 1.730327</w:t>
        <w:br/>
        <w:t>v -0.850421 12.261367 1.745186</w:t>
        <w:br/>
        <w:t>v -0.860765 12.273188 1.717232</w:t>
        <w:br/>
        <w:t>v -0.845012 12.277183 1.730327</w:t>
        <w:br/>
        <w:t>v -0.850421 12.261367 1.745186</w:t>
        <w:br/>
        <w:t>v -0.867173 12.254451 1.734840</w:t>
        <w:br/>
        <w:t>v -0.862559 12.263548 1.698810</w:t>
        <w:br/>
        <w:t>v -0.871381 12.237751 1.723049</w:t>
        <w:br/>
        <w:t>v -0.849343 12.253906 1.685850</w:t>
        <w:br/>
        <w:t>v -0.860579 12.221054 1.716721</w:t>
        <w:br/>
        <w:t>v -0.857809 12.201043 1.765486</w:t>
        <w:br/>
        <w:t>v -0.839690 12.209028 1.772080</w:t>
        <w:br/>
        <w:t>v -0.832186 12.228312 1.774812</w:t>
        <w:br/>
        <w:t>v -0.839690 12.247594 1.772080</w:t>
        <w:br/>
        <w:t>v -0.857809 12.255579 1.765486</w:t>
        <w:br/>
        <w:t>v -0.857809 12.255579 1.765486</w:t>
        <w:br/>
        <w:t>v -0.875927 12.247594 1.758891</w:t>
        <w:br/>
        <w:t>v -0.883432 12.228312 1.756159</w:t>
        <w:br/>
        <w:t>v -0.875928 12.209028 1.758891</w:t>
        <w:br/>
        <w:t>v -0.874523 12.214139 1.811408</w:t>
        <w:br/>
        <w:t>v -0.855039 12.221054 1.814250</w:t>
        <w:br/>
        <w:t>v -0.844237 12.237751 1.807923</w:t>
        <w:br/>
        <w:t>v -0.848444 12.254451 1.796132</w:t>
        <w:br/>
        <w:t>v -0.865197 12.261367 1.785785</w:t>
        <w:br/>
        <w:t>v -0.865197 12.261367 1.785785</w:t>
        <w:br/>
        <w:t>v -0.884681 12.254451 1.782943</w:t>
        <w:br/>
        <w:t>v -0.895484 12.237751 1.789271</w:t>
        <w:br/>
        <w:t>v -0.891276 12.221054 1.801061</w:t>
        <w:br/>
        <w:t>v -0.886759 12.249915 1.845026</w:t>
        <w:br/>
        <w:t>v -0.866275 12.253906 1.845121</w:t>
        <w:br/>
        <w:t>v -0.853059 12.263548 1.832162</w:t>
        <w:br/>
        <w:t>v -0.854853 12.273188 1.813739</w:t>
        <w:br/>
        <w:t>v -0.870606 12.277183 1.800645</w:t>
        <w:br/>
        <w:t>v -0.870606 12.277183 1.800645</w:t>
        <w:br/>
        <w:t>v -0.891090 12.273188 1.800550</w:t>
        <w:br/>
        <w:t>v -0.904306 12.263548 1.813509</w:t>
        <w:br/>
        <w:t>v -0.902512 12.253906 1.831932</w:t>
        <w:br/>
        <w:t>v -0.891238 12.298781 1.857331</w:t>
        <w:br/>
        <w:t>v -0.870388 12.298781 1.856421</w:t>
        <w:br/>
        <w:t>v -0.856288 12.298781 1.841034</w:t>
        <w:br/>
        <w:t>v -0.857199 12.298781 1.820183</w:t>
        <w:br/>
        <w:t>v -0.872586 12.298781 1.806084</w:t>
        <w:br/>
        <w:t>v -0.872586 12.298781 1.806084</w:t>
        <w:br/>
        <w:t>v -0.893436 12.298781 1.806994</w:t>
        <w:br/>
        <w:t>v -0.907535 12.298781 1.822381</w:t>
        <w:br/>
        <w:t>v -0.906625 12.298781 1.843231</w:t>
        <w:br/>
        <w:t>v -0.886759 12.347652 1.845026</w:t>
        <w:br/>
        <w:t>v -0.866275 12.343661 1.845121</w:t>
        <w:br/>
        <w:t>v -0.853059 12.334019 1.832162</w:t>
        <w:br/>
        <w:t>v -0.854853 12.324378 1.813739</w:t>
        <w:br/>
        <w:t>v -0.870606 12.320385 1.800645</w:t>
        <w:br/>
        <w:t>v -0.870606 12.320385 1.800645</w:t>
        <w:br/>
        <w:t>v -0.891090 12.324378 1.800550</w:t>
        <w:br/>
        <w:t>v -0.904306 12.334019 1.813509</w:t>
        <w:br/>
        <w:t>v -0.902512 12.343661 1.831932</w:t>
        <w:br/>
        <w:t>v -0.874523 12.383430 1.811408</w:t>
        <w:br/>
        <w:t>v -0.855039 12.376512 1.814250</w:t>
        <w:br/>
        <w:t>v -0.844237 12.359814 1.807923</w:t>
        <w:br/>
        <w:t>v -0.848444 12.343116 1.796132</w:t>
        <w:br/>
        <w:t>v -0.865197 12.336199 1.785785</w:t>
        <w:br/>
        <w:t>v -0.865197 12.336199 1.785785</w:t>
        <w:br/>
        <w:t>v -0.884681 12.343116 1.782943</w:t>
        <w:br/>
        <w:t>v -0.895484 12.359814 1.789271</w:t>
        <w:br/>
        <w:t>v -0.891276 12.376512 1.801061</w:t>
        <w:br/>
        <w:t>v 0.978235 12.587720 -0.322944</w:t>
        <w:br/>
        <w:t>v 0.994717 12.590343 -0.332891</w:t>
        <w:br/>
        <w:t>v 1.082380 12.714182 -0.109233</w:t>
        <w:br/>
        <w:t>v 1.067643 12.710564 -0.098503</w:t>
        <w:br/>
        <w:t>v 1.012575 12.581535 -0.335758</w:t>
        <w:br/>
        <w:t>v 1.099161 12.706017 -0.115407</w:t>
        <w:br/>
        <w:t>v 1.024641 12.566279 -0.331375</w:t>
        <w:br/>
        <w:t>v 1.110959 12.690481 -0.115224</w:t>
        <w:br/>
        <w:t>v 1.024393 12.550148 -0.320652</w:t>
        <w:br/>
        <w:t>v 1.111709 12.673517 -0.108152</w:t>
        <w:br/>
        <w:t>v 1.006043 12.542627 -0.306457</w:t>
        <w:br/>
        <w:t>v 1.095954 12.665110 -0.094692</w:t>
        <w:br/>
        <w:t>v 0.984914 12.550661 -0.301100</w:t>
        <w:br/>
        <w:t>v 1.076488 12.672306 -0.086557</w:t>
        <w:br/>
        <w:t>v 0.984914 12.550661 -0.301100</w:t>
        <w:br/>
        <w:t>v 0.973404 12.569253 -0.308017</w:t>
        <w:br/>
        <w:t>v 1.064789 12.691093 -0.088231</w:t>
        <w:br/>
        <w:t>v 1.076488 12.672306 -0.086557</w:t>
        <w:br/>
        <w:t>v 1.001003 12.454563 -0.417288</w:t>
        <w:br/>
        <w:t>v 1.018478 12.454861 -0.429550</w:t>
        <w:br/>
        <w:t>v 1.034952 12.454976 -0.425852</w:t>
        <w:br/>
        <w:t>v 1.044080 12.454893 -0.409831</w:t>
        <w:br/>
        <w:t>v 1.040464 12.454607 -0.386654</w:t>
        <w:br/>
        <w:t>v 1.020236 12.454189 -0.366579</w:t>
        <w:br/>
        <w:t>v 1.000274 12.454006 -0.367098</w:t>
        <w:br/>
        <w:t>v 1.000274 12.454006 -0.367098</w:t>
        <w:br/>
        <w:t>v 0.992229 12.454164 -0.387944</w:t>
        <w:br/>
        <w:t>v 1.169221 12.160023 -0.484235</w:t>
        <w:br/>
        <w:t>v 1.177213 12.183951 -0.489702</w:t>
        <w:br/>
        <w:t>v 1.046622 12.294608 -0.543517</w:t>
        <w:br/>
        <w:t>v 1.030996 12.279452 -0.540950</w:t>
        <w:br/>
        <w:t>v 1.175949 12.209647 -0.479797</w:t>
        <w:br/>
        <w:t>v 1.061208 12.306708 -0.531060</w:t>
        <w:br/>
        <w:t>v 1.166889 12.226413 -0.460144</w:t>
        <w:br/>
        <w:t>v 1.069172 12.311423 -0.510540</w:t>
        <w:br/>
        <w:t>v 1.153068 12.225389 -0.438327</w:t>
        <w:br/>
        <w:t>v 1.065625 12.305179 -0.489598</w:t>
        <w:br/>
        <w:t>v 1.140848 12.199375 -0.426566</w:t>
        <w:br/>
        <w:t>v 1.047207 12.286430 -0.480283</w:t>
        <w:br/>
        <w:t>v 1.140573 12.169453 -0.435140</w:t>
        <w:br/>
        <w:t>v 1.029447 12.271127 -0.491466</w:t>
        <w:br/>
        <w:t>v 1.140573 12.169453 -0.435140</w:t>
        <w:br/>
        <w:t>v 1.152275 12.153152 -0.459028</w:t>
        <w:br/>
        <w:t>v 1.022721 12.268236 -0.516595</w:t>
        <w:br/>
        <w:t>v 1.029447 12.271127 -0.491466</w:t>
        <w:br/>
        <w:t>v -1.207908 12.415858 -0.341118</w:t>
        <w:br/>
        <w:t>v -1.192898 12.418098 -0.335427</w:t>
        <w:br/>
        <w:t>v -1.168263 12.564193 -0.239622</w:t>
        <w:br/>
        <w:t>v -1.182469 12.566742 -0.242334</w:t>
        <w:br/>
        <w:t>v -1.235236 12.238283 -0.445137</w:t>
        <w:br/>
        <w:t>v -1.221006 12.235738 -0.442393</w:t>
        <w:br/>
        <w:t>v -1.226823 12.410552 -0.335497</w:t>
        <w:br/>
        <w:t>v -1.200861 12.564483 -0.234807</w:t>
        <w:br/>
        <w:t>v -1.253639 12.236027 -0.437624</w:t>
        <w:br/>
        <w:t>v -1.238274 12.405568 -0.319702</w:t>
        <w:br/>
        <w:t>v -1.212546 12.557975 -0.219937</w:t>
        <w:br/>
        <w:t>v -1.265312 12.229518 -0.422738</w:t>
        <w:br/>
        <w:t>v -1.237262 12.403009 -0.304064</w:t>
        <w:br/>
        <w:t>v -1.212298 12.551353 -0.206831</w:t>
        <w:br/>
        <w:t>v -1.265041 12.222903 -0.409598</w:t>
        <w:br/>
        <w:t>v -1.222218 12.405272 -0.298327</w:t>
        <w:br/>
        <w:t>v -1.237262 12.403009 -0.304064</w:t>
        <w:br/>
        <w:t>v -1.212298 12.551353 -0.206831</w:t>
        <w:br/>
        <w:t>v -1.198091 12.548803 -0.204118</w:t>
        <w:br/>
        <w:t>v -1.250811 12.220360 -0.406853</w:t>
        <w:br/>
        <w:t>v -1.265041 12.222903 -0.409598</w:t>
        <w:br/>
        <w:t>v -1.203324 12.410542 -0.303988</w:t>
        <w:br/>
        <w:t>v -1.179699 12.551062 -0.211645</w:t>
        <w:br/>
        <w:t>v -1.232408 12.222613 -0.414367</w:t>
        <w:br/>
        <w:t>v -1.168015 12.557576 -0.226515</w:t>
        <w:br/>
        <w:t>v -1.191944 12.415725 -0.319688</w:t>
        <w:br/>
        <w:t>v -1.203324 12.410542 -0.303988</w:t>
        <w:br/>
        <w:t>v -1.179699 12.551062 -0.211645</w:t>
        <w:br/>
        <w:t>v -1.220735 12.229125 -0.429253</w:t>
        <w:br/>
        <w:t>v -1.232408 12.222613 -0.414367</w:t>
        <w:br/>
        <w:t>v -1.192898 12.418098 -0.335427</w:t>
        <w:br/>
        <w:t>v -1.168263 12.564193 -0.239622</w:t>
        <w:br/>
        <w:t>v -1.221006 12.235738 -0.442393</w:t>
        <w:br/>
        <w:t>v -1.195918 12.535714 -0.237554</w:t>
        <w:br/>
        <w:t>v -1.182469 12.566742 -0.242334</w:t>
        <w:br/>
        <w:t>v -1.168263 12.564193 -0.239622</w:t>
        <w:br/>
        <w:t>v -1.241952 12.248791 -0.414093</w:t>
        <w:br/>
        <w:t>v -1.221006 12.235738 -0.442393</w:t>
        <w:br/>
        <w:t>v -1.235236 12.238283 -0.445137</w:t>
        <w:br/>
        <w:t>v -1.200861 12.564483 -0.234807</w:t>
        <w:br/>
        <w:t>v -1.253639 12.236027 -0.437624</w:t>
        <w:br/>
        <w:t>v -1.212546 12.557975 -0.219937</w:t>
        <w:br/>
        <w:t>v -1.265312 12.229518 -0.422738</w:t>
        <w:br/>
        <w:t>v -1.212298 12.551353 -0.206831</w:t>
        <w:br/>
        <w:t>v -1.265041 12.222903 -0.409598</w:t>
        <w:br/>
        <w:t>v -1.195918 12.535714 -0.237554</w:t>
        <w:br/>
        <w:t>v -1.198091 12.548803 -0.204118</w:t>
        <w:br/>
        <w:t>v -1.241952 12.248791 -0.414093</w:t>
        <w:br/>
        <w:t>v -1.250811 12.220360 -0.406853</w:t>
        <w:br/>
        <w:t>v -1.179699 12.551062 -0.211645</w:t>
        <w:br/>
        <w:t>v -1.232408 12.222613 -0.414367</w:t>
        <w:br/>
        <w:t>v -1.168015 12.557576 -0.226515</w:t>
        <w:br/>
        <w:t>v -1.220735 12.229125 -0.429253</w:t>
        <w:br/>
        <w:t>v -1.153982 12.624509 -0.188060</w:t>
        <w:br/>
        <w:t>v -1.188388 12.416204 -0.332109</w:t>
        <w:br/>
        <w:t>v -1.105204 12.433875 -0.402738</w:t>
        <w:br/>
        <w:t>v -1.045700 12.738735 -0.194663</w:t>
        <w:br/>
        <w:t>v -1.209044 12.291065 -0.409083</w:t>
        <w:br/>
        <w:t>v -1.225001 12.163098 -0.481536</w:t>
        <w:br/>
        <w:t>v -1.164843 12.050684 -0.594049</w:t>
        <w:br/>
        <w:t>v -1.133307 12.289663 -0.493556</w:t>
        <w:br/>
        <w:t>v -1.133307 12.289663 -0.493556</w:t>
        <w:br/>
        <w:t>v -1.119158 12.272200 -0.459801</w:t>
        <w:br/>
        <w:t>v -1.087038 12.425308 -0.367085</w:t>
        <w:br/>
        <w:t>v -1.105204 12.433875 -0.402738</w:t>
        <w:br/>
        <w:t>v -1.152313 12.620767 -0.160978</w:t>
        <w:br/>
        <w:t>v -1.188052 12.414808 -0.304108</w:t>
        <w:br/>
        <w:t>v -1.024055 12.736128 -0.162913</w:t>
        <w:br/>
        <w:t>v -1.164843 12.050684 -0.594049</w:t>
        <w:br/>
        <w:t>v -1.157066 12.027900 -0.575303</w:t>
        <w:br/>
        <w:t>v -1.230140 12.158119 -0.457980</w:t>
        <w:br/>
        <w:t>v -1.157066 12.027900 -0.575303</w:t>
        <w:br/>
        <w:t>v -1.209822 12.289272 -0.381650</w:t>
        <w:br/>
        <w:t>v -0.762478 13.757536 1.538360</w:t>
        <w:br/>
        <w:t>v -0.807379 13.766268 1.502463</w:t>
        <w:br/>
        <w:t>v -0.803082 13.881959 1.506613</w:t>
        <w:br/>
        <w:t>v -0.759725 13.829357 1.540879</w:t>
        <w:br/>
        <w:t>v -0.617559 13.713101 1.655306</w:t>
        <w:br/>
        <w:t>v -0.660177 13.733745 1.619633</w:t>
        <w:br/>
        <w:t>v -0.651534 13.746716 1.626985</w:t>
        <w:br/>
        <w:t>v -0.597978 13.746055 1.672339</w:t>
        <w:br/>
        <w:t>v -0.554117 13.861217 1.710662</w:t>
        <w:br/>
        <w:t>v -0.555832 13.817122 1.709000</w:t>
        <w:br/>
        <w:t>v -0.605662 13.815089 1.666005</w:t>
        <w:br/>
        <w:t>v -0.743844 13.679850 1.553345</w:t>
        <w:br/>
        <w:t>v -0.784031 13.684581 1.520720</w:t>
        <w:br/>
        <w:t>v -0.778532 13.609070 1.524718</w:t>
        <w:br/>
        <w:t>v -0.740144 13.606490 1.555984</w:t>
        <w:br/>
        <w:t>v -0.773858 13.459217 1.527758</w:t>
        <w:br/>
        <w:t>v -0.776584 13.387396 1.525172</w:t>
        <w:br/>
        <w:t>v -0.823724 13.340807 1.487381</w:t>
        <w:br/>
        <w:t>v -0.819195 13.456491 1.491454</w:t>
        <w:br/>
        <w:t>v -0.670264 13.469334 1.610236</w:t>
        <w:br/>
        <w:t>v -0.626295 13.484092 1.647168</w:t>
        <w:br/>
        <w:t>v -0.572806 13.372133 1.693186</w:t>
        <w:br/>
        <w:t>v -0.622221 13.380995 1.650577</w:t>
        <w:br/>
        <w:t>v -0.574456 13.328030 1.691712</w:t>
        <w:br/>
        <w:t>v -0.801027 13.504718 1.506224</w:t>
        <w:br/>
        <w:t>v -0.759198 13.504053 1.539992</w:t>
        <w:br/>
        <w:t>v -1.711893 11.893126 1.052445</w:t>
        <w:br/>
        <w:t>v -1.855665 12.471607 0.788770</w:t>
        <w:br/>
        <w:t>v -1.084732 12.990812 1.464228</w:t>
        <w:br/>
        <w:t>v -0.946425 12.403007 1.726677</w:t>
        <w:br/>
        <w:t>v -0.955358 12.363894 1.725941</w:t>
        <w:br/>
        <w:t>v -1.679471 11.876702 1.089405</w:t>
        <w:br/>
        <w:t>v -1.711893 11.893126 1.052445</w:t>
        <w:br/>
        <w:t>v -0.946425 12.403007 1.726677</w:t>
        <w:br/>
        <w:t>v -1.032976 13.002762 1.447247</w:t>
        <w:br/>
        <w:t>v -1.842961 12.456357 0.735116</w:t>
        <w:br/>
        <w:t>v -1.695797 11.861190 1.007280</w:t>
        <w:br/>
        <w:t>v -0.887611 12.414848 1.715672</w:t>
        <w:br/>
        <w:t>v -1.647823 11.837347 1.061869</w:t>
        <w:br/>
        <w:t>v -0.909820 12.333686 1.710654</w:t>
        <w:br/>
        <w:t>v -0.887611 12.414848 1.715672</w:t>
        <w:br/>
        <w:t>v -0.908857 12.419408 1.736449</w:t>
        <w:br/>
        <w:t>v -1.053028 13.003810 1.469276</w:t>
        <w:br/>
        <w:t>v -1.032976 13.002762 1.447247</w:t>
        <w:br/>
        <w:t>v -1.647823 11.837347 1.061869</w:t>
        <w:br/>
        <w:t>v -1.695797 11.861190 1.007280</w:t>
        <w:br/>
        <w:t>v -1.717097 11.865786 1.028005</w:t>
        <w:br/>
        <w:t>v -1.669122 11.841941 1.082594</w:t>
        <w:br/>
        <w:t>v -0.909820 12.333686 1.710654</w:t>
        <w:br/>
        <w:t>v -0.931119 12.338280 1.731379</w:t>
        <w:br/>
        <w:t>v -1.842961 12.456357 0.735116</w:t>
        <w:br/>
        <w:t>v -1.863014 12.457403 0.757145</w:t>
        <w:br/>
        <w:t>v -1.855665 12.471607 0.788770</w:t>
        <w:br/>
        <w:t>v -1.717097 11.865786 1.028005</w:t>
        <w:br/>
        <w:t>v -1.669122 11.841941 1.082594</w:t>
        <w:br/>
        <w:t>v -0.908857 12.419408 1.736449</w:t>
        <w:br/>
        <w:t>v -1.084732 12.990812 1.464228</w:t>
        <w:br/>
        <w:t>v -1.053028 13.003810 1.469276</w:t>
        <w:br/>
        <w:t>v -0.931119 12.338280 1.731379</w:t>
        <w:br/>
        <w:t>v -1.084732 12.990812 1.464228</w:t>
        <w:br/>
        <w:t>v -1.855665 12.471607 0.788770</w:t>
        <w:br/>
        <w:t>v -1.863014 12.457403 0.757145</w:t>
        <w:br/>
        <w:t>v -1.053028 13.003810 1.469276</w:t>
        <w:br/>
        <w:t>v -1.842961 12.456357 0.735116</w:t>
        <w:br/>
        <w:t>v -1.032976 13.002762 1.447247</w:t>
        <w:br/>
        <w:t>v -0.802123 12.461212 1.781125</w:t>
        <w:br/>
        <w:t>v -0.818227 12.447326 1.805130</w:t>
        <w:br/>
        <w:t>v -0.861339 12.459456 1.791326</w:t>
        <w:br/>
        <w:t>v -0.852870 12.475492 1.764877</w:t>
        <w:br/>
        <w:t>v -0.818227 12.447326 1.805130</w:t>
        <w:br/>
        <w:t>v -0.833497 12.419554 1.800240</w:t>
        <w:br/>
        <w:t>v -0.861339 12.427390 1.791326</w:t>
        <w:br/>
        <w:t>v -0.861339 12.459456 1.791326</w:t>
        <w:br/>
        <w:t>v -0.833497 12.419554 1.800240</w:t>
        <w:br/>
        <w:t>v -0.832664 12.405667 1.771346</w:t>
        <w:br/>
        <w:t>v -0.852870 12.411354 1.764877</w:t>
        <w:br/>
        <w:t>v -0.861339 12.427390 1.791326</w:t>
        <w:br/>
        <w:t>v -0.832664 12.405667 1.771346</w:t>
        <w:br/>
        <w:t>v -0.816560 12.419554 1.747341</w:t>
        <w:br/>
        <w:t>v -0.844401 12.427390 1.738427</w:t>
        <w:br/>
        <w:t>v -0.852870 12.411354 1.764877</w:t>
        <w:br/>
        <w:t>v -0.816560 12.419554 1.747341</w:t>
        <w:br/>
        <w:t>v -0.801289 12.447326 1.752231</w:t>
        <w:br/>
        <w:t>v -0.844401 12.459456 1.738427</w:t>
        <w:br/>
        <w:t>v -0.844401 12.427390 1.738427</w:t>
        <w:br/>
        <w:t>v -0.801289 12.447326 1.752231</w:t>
        <w:br/>
        <w:t>v -0.844401 12.459456 1.738427</w:t>
        <w:br/>
        <w:t>v -0.764973 12.422204 1.793020</w:t>
        <w:br/>
        <w:t>v -0.786667 12.414188 1.815235</w:t>
        <w:br/>
        <w:t>v -0.786667 12.414188 1.815235</w:t>
        <w:br/>
        <w:t>v -0.813116 12.398155 1.806766</w:t>
        <w:br/>
        <w:t>v -0.813116 12.398155 1.806766</w:t>
        <w:br/>
        <w:t>v -0.817872 12.390137 1.776082</w:t>
        <w:br/>
        <w:t>v -0.817872 12.390137 1.776082</w:t>
        <w:br/>
        <w:t>v -0.796179 12.398155 1.753867</w:t>
        <w:br/>
        <w:t>v -0.796179 12.398155 1.753867</w:t>
        <w:br/>
        <w:t>v -0.769729 12.414188 1.762336</w:t>
        <w:br/>
        <w:t>v -0.769729 12.414188 1.762336</w:t>
        <w:br/>
        <w:t>v -0.751375 12.368920 1.797373</w:t>
        <w:br/>
        <w:t>v -0.775115 12.368920 1.818933</w:t>
        <w:br/>
        <w:t>v -0.775115 12.368920 1.818933</w:t>
        <w:br/>
        <w:t>v -0.805656 12.368920 1.809155</w:t>
        <w:br/>
        <w:t>v -0.805656 12.368920 1.809155</w:t>
        <w:br/>
        <w:t>v -0.812458 12.368920 1.777816</w:t>
        <w:br/>
        <w:t>v -0.812458 12.368920 1.777816</w:t>
        <w:br/>
        <w:t>v -0.788719 12.368920 1.756256</w:t>
        <w:br/>
        <w:t>v -0.788719 12.368920 1.756256</w:t>
        <w:br/>
        <w:t>v -0.758177 12.368920 1.766034</w:t>
        <w:br/>
        <w:t>v -0.758177 12.368920 1.766034</w:t>
        <w:br/>
        <w:t>v -0.764973 12.315635 1.793020</w:t>
        <w:br/>
        <w:t>v -0.786667 12.323653 1.815235</w:t>
        <w:br/>
        <w:t>v -0.786667 12.323653 1.815235</w:t>
        <w:br/>
        <w:t>v -0.813116 12.339686 1.806766</w:t>
        <w:br/>
        <w:t>v -0.813116 12.339686 1.806766</w:t>
        <w:br/>
        <w:t>v -0.817872 12.347704 1.776082</w:t>
        <w:br/>
        <w:t>v -0.817872 12.347704 1.776082</w:t>
        <w:br/>
        <w:t>v -0.796179 12.339686 1.753867</w:t>
        <w:br/>
        <w:t>v -0.796179 12.339686 1.753867</w:t>
        <w:br/>
        <w:t>v -0.769729 12.323653 1.762336</w:t>
        <w:br/>
        <w:t>v -0.769729 12.323653 1.762336</w:t>
        <w:br/>
        <w:t>v -0.802123 12.276628 1.781125</w:t>
        <w:br/>
        <w:t>v -0.818227 12.290514 1.805130</w:t>
        <w:br/>
        <w:t>v -0.818227 12.290514 1.805130</w:t>
        <w:br/>
        <w:t>v -0.833497 12.318287 1.800240</w:t>
        <w:br/>
        <w:t>v -0.833497 12.318287 1.800240</w:t>
        <w:br/>
        <w:t>v -0.832664 12.332173 1.771346</w:t>
        <w:br/>
        <w:t>v -0.832664 12.332173 1.771346</w:t>
        <w:br/>
        <w:t>v -0.816560 12.318287 1.747341</w:t>
        <w:br/>
        <w:t>v -0.816560 12.318287 1.747341</w:t>
        <w:br/>
        <w:t>v -0.801289 12.290514 1.752231</w:t>
        <w:br/>
        <w:t>v -0.801289 12.290514 1.752231</w:t>
        <w:br/>
        <w:t>v -0.852870 12.262352 1.764877</w:t>
        <w:br/>
        <w:t>v -0.861339 12.278384 1.791326</w:t>
        <w:br/>
        <w:t>v -0.861339 12.278384 1.791326</w:t>
        <w:br/>
        <w:t>v -0.861339 12.310453 1.791326</w:t>
        <w:br/>
        <w:t>v -0.861339 12.310453 1.791326</w:t>
        <w:br/>
        <w:t>v -0.852870 12.326488 1.764877</w:t>
        <w:br/>
        <w:t>v -0.852870 12.326488 1.764877</w:t>
        <w:br/>
        <w:t>v -0.844401 12.310453 1.738427</w:t>
        <w:br/>
        <w:t>v -0.844401 12.310453 1.738427</w:t>
        <w:br/>
        <w:t>v -0.844401 12.278384 1.738427</w:t>
        <w:br/>
        <w:t>v -0.844401 12.278384 1.738427</w:t>
        <w:br/>
        <w:t>v -0.903617 12.276628 1.748628</w:t>
        <w:br/>
        <w:t>v -0.904451 12.290514 1.777522</w:t>
        <w:br/>
        <w:t>v -0.861339 12.278384 1.791326</w:t>
        <w:br/>
        <w:t>v -0.852870 12.262352 1.764877</w:t>
        <w:br/>
        <w:t>v -0.904451 12.290514 1.777522</w:t>
        <w:br/>
        <w:t>v -0.889180 12.318287 1.782412</w:t>
        <w:br/>
        <w:t>v -0.861339 12.310453 1.791326</w:t>
        <w:br/>
        <w:t>v -0.861339 12.278384 1.791326</w:t>
        <w:br/>
        <w:t>v -0.889180 12.318287 1.782412</w:t>
        <w:br/>
        <w:t>v -0.873076 12.332173 1.758407</w:t>
        <w:br/>
        <w:t>v -0.852870 12.326488 1.764877</w:t>
        <w:br/>
        <w:t>v -0.861339 12.310453 1.791326</w:t>
        <w:br/>
        <w:t>v -0.873076 12.332173 1.758407</w:t>
        <w:br/>
        <w:t>v -0.872242 12.318287 1.729513</w:t>
        <w:br/>
        <w:t>v -0.844401 12.310453 1.738427</w:t>
        <w:br/>
        <w:t>v -0.852870 12.326488 1.764877</w:t>
        <w:br/>
        <w:t>v -0.872242 12.318287 1.729513</w:t>
        <w:br/>
        <w:t>v -0.887513 12.290514 1.724623</w:t>
        <w:br/>
        <w:t>v -0.844401 12.278384 1.738427</w:t>
        <w:br/>
        <w:t>v -0.844401 12.310453 1.738427</w:t>
        <w:br/>
        <w:t>v -0.887513 12.290514 1.724623</w:t>
        <w:br/>
        <w:t>v -0.844401 12.278384 1.738427</w:t>
        <w:br/>
        <w:t>v -0.940767 12.315635 1.736733</w:t>
        <w:br/>
        <w:t>v -0.936011 12.323653 1.767417</w:t>
        <w:br/>
        <w:t>v -0.936011 12.323653 1.767417</w:t>
        <w:br/>
        <w:t>v -0.909561 12.339686 1.775886</w:t>
        <w:br/>
        <w:t>v -0.909561 12.339686 1.775886</w:t>
        <w:br/>
        <w:t>v -0.887868 12.347704 1.753671</w:t>
        <w:br/>
        <w:t>v -0.887868 12.347704 1.753671</w:t>
        <w:br/>
        <w:t>v -0.892624 12.339686 1.722987</w:t>
        <w:br/>
        <w:t>v -0.892624 12.339686 1.722987</w:t>
        <w:br/>
        <w:t>v -0.919073 12.323653 1.714518</w:t>
        <w:br/>
        <w:t>v -0.919073 12.323653 1.714518</w:t>
        <w:br/>
        <w:t>v -0.954365 12.368920 1.732380</w:t>
        <w:br/>
        <w:t>v -0.947563 12.368920 1.763718</w:t>
        <w:br/>
        <w:t>v -0.947563 12.368920 1.763718</w:t>
        <w:br/>
        <w:t>v -0.917021 12.368920 1.773497</w:t>
        <w:br/>
        <w:t>v -0.917021 12.368920 1.773497</w:t>
        <w:br/>
        <w:t>v -0.893282 12.368920 1.751937</w:t>
        <w:br/>
        <w:t>v -0.893282 12.368920 1.751937</w:t>
        <w:br/>
        <w:t>v -0.900084 12.368920 1.720598</w:t>
        <w:br/>
        <w:t>v -0.900084 12.368920 1.720598</w:t>
        <w:br/>
        <w:t>v -0.930625 12.368920 1.710819</w:t>
        <w:br/>
        <w:t>v -0.930625 12.368920 1.710819</w:t>
        <w:br/>
        <w:t>v -0.940767 12.422204 1.736733</w:t>
        <w:br/>
        <w:t>v -0.936011 12.414188 1.767417</w:t>
        <w:br/>
        <w:t>v -0.936011 12.414188 1.767417</w:t>
        <w:br/>
        <w:t>v -0.909561 12.398155 1.775886</w:t>
        <w:br/>
        <w:t>v -0.909561 12.398155 1.775886</w:t>
        <w:br/>
        <w:t>v -0.887868 12.390137 1.753671</w:t>
        <w:br/>
        <w:t>v -0.887868 12.390137 1.753671</w:t>
        <w:br/>
        <w:t>v -0.892624 12.398155 1.722987</w:t>
        <w:br/>
        <w:t>v -0.892624 12.398155 1.722987</w:t>
        <w:br/>
        <w:t>v -0.919073 12.414188 1.714518</w:t>
        <w:br/>
        <w:t>v -0.919073 12.414188 1.714518</w:t>
        <w:br/>
        <w:t>v -0.903617 12.461212 1.748628</w:t>
        <w:br/>
        <w:t>v -0.904451 12.447326 1.777522</w:t>
        <w:br/>
        <w:t>v -0.904451 12.447326 1.777522</w:t>
        <w:br/>
        <w:t>v -0.889180 12.419554 1.782412</w:t>
        <w:br/>
        <w:t>v -0.889180 12.419554 1.782412</w:t>
        <w:br/>
        <w:t>v -0.873076 12.405667 1.758407</w:t>
        <w:br/>
        <w:t>v -0.873076 12.405667 1.758407</w:t>
        <w:br/>
        <w:t>v -0.872242 12.419554 1.729513</w:t>
        <w:br/>
        <w:t>v -0.872242 12.419554 1.729513</w:t>
        <w:br/>
        <w:t>v -0.887513 12.447326 1.724623</w:t>
        <w:br/>
        <w:t>v -0.887513 12.447326 1.724623</w:t>
        <w:br/>
        <w:t>v -1.335864 12.855999 1.555740</w:t>
        <w:br/>
        <w:t>v -1.288877 12.886921 1.597161</w:t>
        <w:br/>
        <w:t>v -1.265924 12.899941 1.612969</w:t>
        <w:br/>
        <w:t>v -1.243217 12.908728 1.619913</w:t>
        <w:br/>
        <w:t>v -1.220481 12.913499 1.618328</w:t>
        <w:br/>
        <w:t>v -1.197299 12.914346 1.608184</w:t>
        <w:br/>
        <w:t>v -1.173378 12.911165 1.589106</w:t>
        <w:br/>
        <w:t>v -1.070118 12.888887 1.488621</w:t>
        <w:br/>
        <w:t>v -1.070118 12.888887 1.488621</w:t>
        <w:br/>
        <w:t>v -0.967817 12.467484 1.687173</w:t>
        <w:br/>
        <w:t>v -0.967817 12.467484 1.687173</w:t>
        <w:br/>
        <w:t>v -1.071077 12.489762 1.787658</w:t>
        <w:br/>
        <w:t>v -1.094998 12.492943 1.806736</w:t>
        <w:br/>
        <w:t>v -1.118180 12.492095 1.816880</w:t>
        <w:br/>
        <w:t>v -1.140917 12.487323 1.818465</w:t>
        <w:br/>
        <w:t>v -1.163624 12.478538 1.811521</w:t>
        <w:br/>
        <w:t>v -1.186577 12.465516 1.795712</w:t>
        <w:br/>
        <w:t>v -1.233563 12.434595 1.754293</w:t>
        <w:br/>
        <w:t>v -1.233563 12.434595 1.754293</w:t>
        <w:br/>
        <w:t>v -1.276696 12.491492 1.697353</w:t>
        <w:br/>
        <w:t>v -1.276696 12.491492 1.697353</w:t>
        <w:br/>
        <w:t>v -1.375215 12.426663 1.610478</w:t>
        <w:br/>
        <w:t>v -1.375215 12.426663 1.610478</w:t>
        <w:br/>
        <w:t>v -1.382651 12.336541 1.622815</w:t>
        <w:br/>
        <w:t>v -1.382651 12.336541 1.622815</w:t>
        <w:br/>
        <w:t>v -1.712262 12.109318 1.333802</w:t>
        <w:br/>
        <w:t>v -1.763167 12.131161 1.276645</w:t>
        <w:br/>
        <w:t>v -1.763167 12.131161 1.276645</w:t>
        <w:br/>
        <w:t>v -1.737080 12.211546 1.285635</w:t>
        <w:br/>
        <w:t>v -1.789675 12.428202 1.183554</w:t>
        <w:br/>
        <w:t>v -1.842227 12.456825 1.123201</w:t>
        <w:br/>
        <w:t>v -1.842227 12.456825 1.123201</w:t>
        <w:br/>
        <w:t>v -1.814492 12.530433 1.135385</w:t>
        <w:br/>
        <w:t>v -1.484917 12.757802 1.424331</w:t>
        <w:br/>
        <w:t>v -1.484917 12.757802 1.424331</w:t>
        <w:br/>
        <w:t>v -1.441803 12.700959 1.481239</w:t>
        <w:br/>
        <w:t>v -1.441803 12.700959 1.481239</w:t>
        <w:br/>
        <w:t>v -1.343293 12.765821 1.568097</w:t>
        <w:br/>
        <w:t>v -1.343293 12.765821 1.568097</w:t>
        <w:br/>
        <w:t>v -1.335864 12.855999 1.555740</w:t>
        <w:br/>
        <w:t>v 0.903681 13.127719 1.609778</w:t>
        <w:br/>
        <w:t>v 0.940117 13.123639 1.588123</w:t>
        <w:br/>
        <w:t>v 0.936177 13.142863 1.585636</w:t>
        <w:br/>
        <w:t>v 0.924245 13.158397 1.588380</w:t>
        <w:br/>
        <w:t>v 0.907518 13.166082 1.595618</w:t>
        <w:br/>
        <w:t>v 0.890477 13.163857 1.605412</w:t>
        <w:br/>
        <w:t>v 0.877689 13.152317 1.615139</w:t>
        <w:br/>
        <w:t>v 0.872580 13.134558 1.622190</w:t>
        <w:br/>
        <w:t>v 0.876520 13.115333 1.624677</w:t>
        <w:br/>
        <w:t>v 0.888452 13.099796 1.621934</w:t>
        <w:br/>
        <w:t>v 0.905180 13.092113 1.614695</w:t>
        <w:br/>
        <w:t>v 0.922220 13.094338 1.604901</w:t>
        <w:br/>
        <w:t>v 0.935008 13.105877 1.595175</w:t>
        <w:br/>
        <w:t>v -0.147839 13.845574 0.012786</w:t>
        <w:br/>
        <w:t>v -0.151782 13.542765 -0.064325</w:t>
        <w:br/>
        <w:t>v 0.151870 13.542765 -0.064325</w:t>
        <w:br/>
        <w:t>v 0.147927 13.845574 0.012786</w:t>
        <w:br/>
        <w:t>v 0.782343 13.330240 1.482319</w:t>
        <w:br/>
        <w:t>v 0.752432 12.968199 1.601303</w:t>
        <w:br/>
        <w:t>v 0.772067 13.326523 1.506258</w:t>
        <w:br/>
        <w:t>v -0.804400 13.440230 0.219045</w:t>
        <w:br/>
        <w:t>v -0.802085 13.440231 0.208325</w:t>
        <w:br/>
        <w:t>v -0.936229 13.130029 0.099787</w:t>
        <w:br/>
        <w:t>v -0.930330 13.187313 0.087392</w:t>
        <w:br/>
        <w:t>v -0.929889 13.188814 0.097589</w:t>
        <w:br/>
        <w:t>v -0.930330 13.187313 0.087392</w:t>
        <w:br/>
        <w:t>v -1.324338 13.132330 0.571528</w:t>
        <w:br/>
        <w:t>v -1.321069 13.122126 0.570535</w:t>
        <w:br/>
        <w:t>v -0.936229 13.130029 0.099787</w:t>
        <w:br/>
        <w:t>v -1.533231 12.747162 0.791066</w:t>
        <w:br/>
        <w:t>v -0.621927 13.598597 1.651237</w:t>
        <w:br/>
        <w:t>v -0.665220 13.601539 1.614934</w:t>
        <w:br/>
        <w:t>v 1.030996 12.279452 -0.540950</w:t>
        <w:br/>
        <w:t>v 1.046622 12.294608 -0.543517</w:t>
        <w:br/>
        <w:t>v 1.065625 12.305179 -0.489598</w:t>
        <w:br/>
        <w:t>v 1.047207 12.286430 -0.480283</w:t>
        <w:br/>
        <w:t>v -0.107563 12.881098 1.870257</w:t>
        <w:br/>
        <w:t>v -0.036007 12.913423 1.898175</w:t>
        <w:br/>
        <w:t>v -0.041302 12.906164 1.834251</w:t>
        <w:br/>
        <w:t>v -0.260243 13.238274 1.851055</w:t>
        <w:br/>
        <w:t>v -0.191786 13.263560 1.806123</w:t>
        <w:br/>
        <w:t>v -0.186491 13.270822 1.870047</w:t>
        <w:br/>
        <w:t>v -0.089997 12.882874 1.798847</w:t>
        <w:br/>
        <w:t>v -0.240481 13.240271 1.770720</w:t>
        <w:br/>
        <w:t>v -0.149283 12.858518 1.806525</w:t>
        <w:br/>
        <w:t>v -0.299766 13.215914 1.778397</w:t>
        <w:br/>
        <w:t>v -0.183511 12.848337 1.860300</w:t>
        <w:br/>
        <w:t>v -0.333995 13.205733 1.832173</w:t>
        <w:br/>
        <w:t>v -0.178216 12.855599 1.924224</w:t>
        <w:br/>
        <w:t>v -0.328699 13.212996 1.896097</w:t>
        <w:br/>
        <w:t>v -0.129521 12.878852 1.959191</w:t>
        <w:br/>
        <w:t>v -0.280004 13.236248 1.931063</w:t>
        <w:br/>
        <w:t>v -0.070236 12.903245 1.951950</w:t>
        <w:br/>
        <w:t>v -0.220719 13.260642 1.923823</w:t>
        <w:br/>
        <w:t>v -0.786074 13.440213 0.235679</w:t>
        <w:br/>
        <w:t>v -1.097941 13.086145 0.133354</w:t>
        <w:br/>
        <w:t>v -0.990441 13.337338 0.249294</w:t>
        <w:br/>
        <w:t>v -1.088996 13.103137 0.149499</w:t>
        <w:br/>
        <w:t>v -1.077170 13.108353 0.163591</w:t>
        <w:br/>
        <w:t>v -1.284978 13.143966 0.588546</w:t>
        <w:br/>
        <w:t>v -1.356795 12.952560 0.982576</w:t>
        <w:br/>
        <w:t>v -1.324338 13.132330 0.571528</w:t>
        <w:br/>
        <w:t>v -1.236859 13.011877 0.290074</w:t>
        <w:br/>
        <w:t>v -1.245218 13.008453 0.282810</w:t>
        <w:br/>
        <w:t>v 0.652829 13.817837 1.666231</w:t>
        <w:br/>
        <w:t>v 0.666314 13.584910 1.667004</w:t>
        <w:br/>
        <w:t>v 0.537568 13.574046 1.752314</w:t>
        <w:br/>
        <w:t>v 0.525775 13.804111 1.749672</w:t>
        <w:br/>
        <w:t>v 0.517968 13.323242 1.704408</w:t>
        <w:br/>
        <w:t>v 0.549361 13.343980 1.754955</w:t>
        <w:br/>
        <w:t>v 0.679799 13.351983 1.667778</w:t>
        <w:br/>
        <w:t>v 0.650019 13.335473 1.619798</w:t>
        <w:br/>
        <w:t>v 0.593508 13.838583 1.575946</w:t>
        <w:br/>
        <w:t>v 0.652829 13.817837 1.666231</w:t>
        <w:br/>
        <w:t>v 0.525775 13.804111 1.749672</w:t>
        <w:br/>
        <w:t>v 0.470785 13.823592 1.657133</w:t>
        <w:br/>
        <w:t>v 0.679799 13.351983 1.667778</w:t>
        <w:br/>
        <w:t>v 0.666314 13.584910 1.667004</w:t>
        <w:br/>
        <w:t>v 0.651081 13.589735 1.634824</w:t>
        <w:br/>
        <w:t>v 0.662980 13.385075 1.638373</w:t>
        <w:br/>
        <w:t>v 0.650019 13.335473 1.619798</w:t>
        <w:br/>
        <w:t>v 0.629723 13.361779 1.584966</w:t>
        <w:br/>
        <w:t>v 0.549361 13.343980 1.754955</w:t>
        <w:br/>
        <w:t>v 0.517968 13.323242 1.704408</w:t>
        <w:br/>
        <w:t>v 0.492896 13.353010 1.679457</w:t>
        <w:br/>
        <w:t>v 0.524806 13.373690 1.731956</w:t>
        <w:br/>
        <w:t>v 0.470785 13.823592 1.657133</w:t>
        <w:br/>
        <w:t>v 0.525775 13.804111 1.749672</w:t>
        <w:br/>
        <w:t>v 0.506587 13.778029 1.723637</w:t>
        <w:br/>
        <w:t>v 0.448490 13.799260 1.627521</w:t>
        <w:br/>
        <w:t>v 0.652829 13.817837 1.666231</w:t>
        <w:br/>
        <w:t>v 0.593508 13.838583 1.575946</w:t>
        <w:br/>
        <w:t>v 0.580534 13.813414 1.540013</w:t>
        <w:br/>
        <w:t>v 0.639182 13.794395 1.631275</w:t>
        <w:br/>
        <w:t>v -0.264493 13.557619 1.816190</w:t>
        <w:br/>
        <w:t>v -0.462558 13.575069 1.743095</w:t>
        <w:br/>
        <w:t>v -0.438404 13.807554 1.742122</w:t>
        <w:br/>
        <w:t>v -0.245132 13.787305 1.812263</w:t>
        <w:br/>
        <w:t>v -0.486712 13.342584 1.744068</w:t>
        <w:br/>
        <w:t>v -0.283854 13.327932 1.820117</w:t>
        <w:br/>
        <w:t>v -0.253131 13.310931 1.743530</w:t>
        <w:br/>
        <w:t>v -0.454551 13.323247 1.669437</w:t>
        <w:br/>
        <w:t>v -0.245132 13.787305 1.812263</w:t>
        <w:br/>
        <w:t>v -0.438404 13.807554 1.742122</w:t>
        <w:br/>
        <w:t>v -0.399863 13.828954 1.664847</w:t>
        <w:br/>
        <w:t>v -0.214207 13.809984 1.731848</w:t>
        <w:br/>
        <w:t>v -0.443802 13.347413 1.631478</w:t>
        <w:br/>
        <w:t>v -0.475649 13.367195 1.712496</w:t>
        <w:br/>
        <w:t>v -0.486712 13.342584 1.744068</w:t>
        <w:br/>
        <w:t>v -0.454551 13.323247 1.669437</w:t>
        <w:br/>
        <w:t>v -0.283854 13.327932 1.820117</w:t>
        <w:br/>
        <w:t>v -0.266876 13.352391 1.793931</w:t>
        <w:br/>
        <w:t>v -0.239185 13.329120 1.708760</w:t>
        <w:br/>
        <w:t>v -0.253131 13.310931 1.743530</w:t>
        <w:br/>
        <w:t>v -0.199915 13.782592 1.700115</w:t>
        <w:br/>
        <w:t>v -0.233740 13.761285 1.782399</w:t>
        <w:br/>
        <w:t>v -0.245132 13.787305 1.812263</w:t>
        <w:br/>
        <w:t>v -0.214207 13.809984 1.731848</w:t>
        <w:br/>
        <w:t>v -0.438404 13.807554 1.742122</w:t>
        <w:br/>
        <w:t>v -0.434969 13.781371 1.709778</w:t>
        <w:br/>
        <w:t>v -0.394065 13.803557 1.627822</w:t>
        <w:br/>
        <w:t>v -0.399863 13.828954 1.664847</w:t>
        <w:br/>
        <w:t>v 0.515697 13.575859 1.727797</w:t>
        <w:br/>
        <w:t>v 0.537568 13.574046 1.752314</w:t>
        <w:br/>
        <w:t>v -0.462558 13.575069 1.743095</w:t>
        <w:br/>
        <w:t>v -0.455309 13.574284 1.711137</w:t>
        <w:br/>
        <w:t>v -0.264493 13.557619 1.816190</w:t>
        <w:br/>
        <w:t>v -0.250308 13.556837 1.788165</w:t>
        <w:br/>
        <w:t>v -1.024055 12.736128 -0.162913</w:t>
        <w:br/>
        <w:t>v -1.045700 12.738735 -0.194663</w:t>
        <w:br/>
        <w:t>v -0.759725 13.829357 1.540879</w:t>
        <w:br/>
        <w:t>v -0.605662 13.815089 1.666005</w:t>
        <w:br/>
        <w:t>v -0.578525 13.815333 1.634408</w:t>
        <w:br/>
        <w:t>v -0.732695 13.829532 1.509187</w:t>
        <w:br/>
        <w:t>v -0.578525 13.815333 1.634408</w:t>
        <w:br/>
        <w:t>v -0.605662 13.815089 1.666005</w:t>
        <w:br/>
        <w:t>v -0.651534 13.746716 1.626985</w:t>
        <w:br/>
        <w:t>v -0.624440 13.746740 1.595349</w:t>
        <w:br/>
        <w:t>v -0.660177 13.733745 1.619633</w:t>
        <w:br/>
        <w:t>v -0.633051 13.733875 1.588024</w:t>
        <w:br/>
        <w:t>v -0.643140 13.469379 1.578624</w:t>
        <w:br/>
        <w:t>v -0.638096 13.601628 1.583324</w:t>
        <w:br/>
        <w:t>v -0.665220 13.601539 1.614934</w:t>
        <w:br/>
        <w:t>v -0.670264 13.469334 1.610236</w:t>
        <w:br/>
        <w:t>v -0.622221 13.380995 1.650577</w:t>
        <w:br/>
        <w:t>v -0.595095 13.380929 1.618970</w:t>
        <w:br/>
        <w:t>v -0.595095 13.380929 1.618970</w:t>
        <w:br/>
        <w:t>v -0.622221 13.380995 1.650577</w:t>
        <w:br/>
        <w:t>v -0.776584 13.387396 1.525172</w:t>
        <w:br/>
        <w:t>v -0.749561 13.387410 1.493475</w:t>
        <w:br/>
        <w:t>v -0.749561 13.387410 1.493475</w:t>
        <w:br/>
        <w:t>v -0.776584 13.387396 1.525172</w:t>
        <w:br/>
        <w:t>v -0.773858 13.459217 1.527758</w:t>
        <w:br/>
        <w:t>v -0.746851 13.459319 1.496050</w:t>
        <w:br/>
        <w:t>v -0.759198 13.504053 1.539992</w:t>
        <w:br/>
        <w:t>v -0.732158 13.504135 1.508309</w:t>
        <w:br/>
        <w:t>v -0.740144 13.606490 1.555984</w:t>
        <w:br/>
        <w:t>v -0.713058 13.606583 1.524338</w:t>
        <w:br/>
        <w:t>v -0.743844 13.679850 1.553345</w:t>
        <w:br/>
        <w:t>v -0.716778 13.679965 1.521683</w:t>
        <w:br/>
        <w:t>v -0.762478 13.757536 1.538360</w:t>
        <w:br/>
        <w:t>v -0.735472 13.757627 1.506651</w:t>
        <w:br/>
        <w:t>v -0.759725 13.829357 1.540879</w:t>
        <w:br/>
        <w:t>v -0.732695 13.829532 1.509187</w:t>
        <w:br/>
        <w:t>v -0.803082 13.881959 1.506613</w:t>
        <w:br/>
        <w:t>v -0.807379 13.766268 1.502463</w:t>
        <w:br/>
        <w:t>v -0.780369 13.766398 1.470754</w:t>
        <w:br/>
        <w:t>v -0.776040 13.882157 1.474930</w:t>
        <w:br/>
        <w:t>v -0.784031 13.684581 1.520720</w:t>
        <w:br/>
        <w:t>v -0.756961 13.684733 1.489059</w:t>
        <w:br/>
        <w:t>v -0.778532 13.609070 1.524718</w:t>
        <w:br/>
        <w:t>v -0.751448 13.609159 1.493069</w:t>
        <w:br/>
        <w:t>v -0.801027 13.504718 1.506224</w:t>
        <w:br/>
        <w:t>v -0.773987 13.504763 1.474539</w:t>
        <w:br/>
        <w:t>v -0.819195 13.456491 1.491454</w:t>
        <w:br/>
        <w:t>v -0.792188 13.456556 1.459743</w:t>
        <w:br/>
        <w:t>v -0.823724 13.340807 1.487381</w:t>
        <w:br/>
        <w:t>v -0.796690 13.340799 1.455691</w:t>
        <w:br/>
        <w:t>v -0.796690 13.340799 1.455691</w:t>
        <w:br/>
        <w:t>v -0.823724 13.340807 1.487381</w:t>
        <w:br/>
        <w:t>v -0.574456 13.328030 1.691712</w:t>
        <w:br/>
        <w:t>v -0.547313 13.327961 1.660122</w:t>
        <w:br/>
        <w:t>v -0.547313 13.327961 1.660122</w:t>
        <w:br/>
        <w:t>v -0.574456 13.328030 1.691712</w:t>
        <w:br/>
        <w:t>v -0.572806 13.372133 1.693186</w:t>
        <w:br/>
        <w:t>v -0.545592 13.372204 1.661656</w:t>
        <w:br/>
        <w:t>v -0.626295 13.484092 1.647168</w:t>
        <w:br/>
        <w:t>v -0.599165 13.484113 1.615564</w:t>
        <w:br/>
        <w:t>v -0.621927 13.598597 1.651237</w:t>
        <w:br/>
        <w:t>v -0.594795 13.598686 1.619635</w:t>
        <w:br/>
        <w:t>v -0.590424 13.713261 1.623707</w:t>
        <w:br/>
        <w:t>v -0.617559 13.713101 1.655306</w:t>
        <w:br/>
        <w:t>v -0.597978 13.746055 1.672339</w:t>
        <w:br/>
        <w:t>v -0.570871 13.746148 1.640715</w:t>
        <w:br/>
        <w:t>v -0.555832 13.817122 1.709000</w:t>
        <w:br/>
        <w:t>v -0.528616 13.817217 1.677471</w:t>
        <w:br/>
        <w:t>v -0.554117 13.861217 1.710662</w:t>
        <w:br/>
        <w:t>v -0.526963 13.861462 1.679082</w:t>
        <w:br/>
        <w:t>v -0.554117 13.861217 1.710662</w:t>
        <w:br/>
        <w:t>v -0.803082 13.881959 1.506613</w:t>
        <w:br/>
        <w:t>v -0.776040 13.882157 1.474930</w:t>
        <w:br/>
        <w:t>v -0.526963 13.861462 1.679082</w:t>
        <w:br/>
        <w:t>v -0.619907 13.105993 1.791203</w:t>
        <w:br/>
        <w:t>v -0.473055 12.717705 1.833936</w:t>
        <w:br/>
        <w:t>v -0.463026 12.716154 1.785405</w:t>
        <w:br/>
        <w:t>v -0.609879 13.104443 1.742671</w:t>
        <w:br/>
        <w:t>v -0.473055 12.717705 1.833936</w:t>
        <w:br/>
        <w:t>v -0.422160 12.735039 1.843900</w:t>
        <w:br/>
        <w:t>v -0.412197 12.733463 1.795357</w:t>
        <w:br/>
        <w:t>v -0.463026 12.716154 1.785405</w:t>
        <w:br/>
        <w:t>v -0.360021 12.748304 1.856233</w:t>
        <w:br/>
        <w:t>v -0.350123 12.746698 1.807677</w:t>
        <w:br/>
        <w:t>v -0.287620 12.747393 1.871008</w:t>
        <w:br/>
        <w:t>v -0.277731 12.745787 1.822450</w:t>
        <w:br/>
        <w:t>v -0.178476 12.718954 1.894175</w:t>
        <w:br/>
        <w:t>v -0.168586 12.717349 1.845618</w:t>
        <w:br/>
        <w:t>v -0.178476 12.718954 1.894175</w:t>
        <w:br/>
        <w:t>v -0.097448 12.916795 1.904142</w:t>
        <w:br/>
        <w:t>v -0.087556 12.915191 1.855585</w:t>
        <w:br/>
        <w:t>v -0.168586 12.717349 1.845618</w:t>
        <w:br/>
        <w:t>v -0.118480 13.082716 1.894378</w:t>
        <w:br/>
        <w:t>v -0.108589 13.081112 1.845820</w:t>
        <w:br/>
        <w:t>v -0.212006 13.219703 1.870806</w:t>
        <w:br/>
        <w:t>v -0.202116 13.218100 1.822248</w:t>
        <w:br/>
        <w:t>v -0.401798 13.309448 1.829190</w:t>
        <w:br/>
        <w:t>v -0.391909 13.307844 1.780631</w:t>
        <w:br/>
        <w:t>v -0.401798 13.309448 1.829190</w:t>
        <w:br/>
        <w:t>v -0.463625 13.212772 1.819791</w:t>
        <w:br/>
        <w:t>v -0.453738 13.211170 1.771233</w:t>
        <w:br/>
        <w:t>v -0.391909 13.307844 1.780631</w:t>
        <w:br/>
        <w:t>v -0.516430 13.161871 1.810719</w:t>
        <w:br/>
        <w:t>v -0.506535 13.160276 1.762162</w:t>
        <w:br/>
        <w:t>v -0.570981 13.128536 1.800594</w:t>
        <w:br/>
        <w:t>v -0.561019 13.126961 1.752050</w:t>
        <w:br/>
        <w:t>v -0.619907 13.105993 1.791203</w:t>
        <w:br/>
        <w:t>v -0.609879 13.104443 1.742671</w:t>
        <w:br/>
        <w:t>v -0.442428 12.789179 1.837982</w:t>
        <w:br/>
        <w:t>v -0.550353 13.074541 1.806576</w:t>
        <w:br/>
        <w:t>v -0.540365 13.072977 1.758037</w:t>
        <w:br/>
        <w:t>v -0.432438 12.787611 1.789443</w:t>
        <w:br/>
        <w:t>v -0.550353 13.074541 1.806576</w:t>
        <w:br/>
        <w:t>v -0.482277 13.115635 1.819199</w:t>
        <w:br/>
        <w:t>v -0.472384 13.114037 1.770642</w:t>
        <w:br/>
        <w:t>v -0.540365 13.072977 1.758037</w:t>
        <w:br/>
        <w:t>v -0.430767 13.164322 1.828081</w:t>
        <w:br/>
        <w:t>v -0.420879 13.162720 1.779523</w:t>
        <w:br/>
        <w:t>v -0.375701 13.246129 1.836593</w:t>
        <w:br/>
        <w:t>v -0.365813 13.244527 1.788036</w:t>
        <w:br/>
        <w:t>v -0.375701 13.246129 1.836593</w:t>
        <w:br/>
        <w:t>v -0.247298 13.182460 1.864846</w:t>
        <w:br/>
        <w:t>v -0.237407 13.180860 1.816289</w:t>
        <w:br/>
        <w:t>v -0.365813 13.244527 1.788036</w:t>
        <w:br/>
        <w:t>v -0.165666 13.063881 1.885388</w:t>
        <w:br/>
        <w:t>v -0.155775 13.062279 1.836831</w:t>
        <w:br/>
        <w:t>v -0.147956 12.919787 1.893754</w:t>
        <w:br/>
        <w:t>v -0.138065 12.918186 1.845197</w:t>
        <w:br/>
        <w:t>v -0.200837 12.783767 1.887478</w:t>
        <w:br/>
        <w:t>v -0.190947 12.782161 1.838921</w:t>
        <w:br/>
        <w:t>v -0.200837 12.783767 1.887478</w:t>
        <w:br/>
        <w:t>v -0.295224 12.805927 1.867524</w:t>
        <w:br/>
        <w:t>v -0.285335 12.804321 1.818967</w:t>
        <w:br/>
        <w:t>v -0.190947 12.782161 1.838921</w:t>
        <w:br/>
        <w:t>v -0.365216 12.806107 1.853264</w:t>
        <w:br/>
        <w:t>v -0.355319 12.804501 1.804708</w:t>
        <w:br/>
        <w:t>v -0.442428 12.789179 1.837982</w:t>
        <w:br/>
        <w:t>v -0.432438 12.787611 1.789443</w:t>
        <w:br/>
        <w:t>v -0.992243 12.902515 1.502670</w:t>
        <w:br/>
        <w:t>v -1.021334 12.912683 1.544276</w:t>
        <w:br/>
        <w:t>v -0.923420 12.564742 1.697734</w:t>
        <w:br/>
        <w:t>v -0.894332 12.554579 1.656125</w:t>
        <w:br/>
        <w:t>v -0.894332 12.554579 1.656125</w:t>
        <w:br/>
        <w:t>v -0.923420 12.564742 1.697734</w:t>
        <w:br/>
        <w:t>v -0.758046 12.650063 1.792495</w:t>
        <w:br/>
        <w:t>v -0.728955 12.639894 1.750888</w:t>
        <w:br/>
        <w:t>v -0.728955 12.639894 1.750888</w:t>
        <w:br/>
        <w:t>v -0.758046 12.650063 1.792495</w:t>
        <w:br/>
        <w:t>v -0.857293 13.002734 1.636948</w:t>
        <w:br/>
        <w:t>v -0.828205 12.992571 1.595339</w:t>
        <w:br/>
        <w:t>v -0.828205 12.992571 1.595339</w:t>
        <w:br/>
        <w:t>v -0.857293 13.002734 1.636948</w:t>
        <w:br/>
        <w:t>v -1.021334 12.912683 1.544276</w:t>
        <w:br/>
        <w:t>v -0.992243 12.902515 1.502670</w:t>
        <w:br/>
        <w:t>v -0.777965 12.659465 1.711838</w:t>
        <w:br/>
        <w:t>v -0.807055 12.669633 1.753446</w:t>
        <w:br/>
        <w:t>v -0.896418 12.623380 1.702291</w:t>
        <w:br/>
        <w:t>v -0.867332 12.613220 1.660679</w:t>
        <w:br/>
        <w:t>v -0.867332 12.613220 1.660679</w:t>
        <w:br/>
        <w:t>v -0.896418 12.623380 1.702291</w:t>
        <w:br/>
        <w:t>v -0.972666 12.894332 1.582788</w:t>
        <w:br/>
        <w:t>v -0.943576 12.884166 1.541181</w:t>
        <w:br/>
        <w:t>v -0.943576 12.884166 1.541181</w:t>
        <w:br/>
        <w:t>v -0.972666 12.894332 1.582788</w:t>
        <w:br/>
        <w:t>v -0.883951 12.942876 1.632930</w:t>
        <w:br/>
        <w:t>v -0.854865 12.932716 1.591319</w:t>
        <w:br/>
        <w:t>v -0.854865 12.932716 1.591319</w:t>
        <w:br/>
        <w:t>v -0.883951 12.942876 1.632930</w:t>
        <w:br/>
        <w:t>v -0.807055 12.669633 1.753446</w:t>
        <w:br/>
        <w:t>v -0.777965 12.659465 1.711838</w:t>
        <w:br/>
        <w:t>v -0.473824 12.784575 1.808231</w:t>
        <w:br/>
        <w:t>v -0.422233 12.804737 1.840093</w:t>
        <w:br/>
        <w:t>v -0.412771 12.803419 1.791211</w:t>
        <w:br/>
        <w:t>v -0.442023 12.790157 1.753146</w:t>
        <w:br/>
        <w:t>v -0.488318 12.773880 1.744625</w:t>
        <w:br/>
        <w:t>v -0.525440 12.764417 1.776450</w:t>
        <w:br/>
        <w:t>v -0.534901 12.765733 1.825330</w:t>
        <w:br/>
        <w:t>v -0.505558 12.778997 1.863070</w:t>
        <w:br/>
        <w:t>v -0.459349 12.795252 1.871921</w:t>
        <w:br/>
        <w:t>v -0.791408 12.675293 1.754590</w:t>
        <w:br/>
        <w:t>v -0.726494 12.697160 1.767742</w:t>
        <w:br/>
        <w:t>v -0.731084 12.674586 1.723585</w:t>
        <w:br/>
        <w:t>v -0.782575 12.648846 1.695879</w:t>
        <w:br/>
        <w:t>v -0.829474 12.645674 1.712331</w:t>
        <w:br/>
        <w:t>v -0.848429 12.654364 1.739485</w:t>
        <w:br/>
        <w:t>v -0.843839 12.676932 1.783642</w:t>
        <w:br/>
        <w:t>v -0.808815 12.698638 1.811113</w:t>
        <w:br/>
        <w:t>v -0.760555 12.706161 1.802943</w:t>
        <w:br/>
        <w:t>v -0.927550 12.613220 1.672828</w:t>
        <w:br/>
        <w:t>v -0.897770 12.642699 1.720674</w:t>
        <w:br/>
        <w:t>v -0.865542 12.633328 1.684142</w:t>
        <w:br/>
        <w:t>v -0.872697 12.611070 1.640170</w:t>
        <w:br/>
        <w:t>v -0.909242 12.589972 1.613718</w:t>
        <w:br/>
        <w:t>v -0.957387 12.583626 1.624764</w:t>
        <w:br/>
        <w:t>v -0.989538 12.593150 1.661588</w:t>
        <w:br/>
        <w:t>v -0.982384 12.615413 1.705560</w:t>
        <w:br/>
        <w:t>v -0.945838 12.636507 1.732012</w:t>
        <w:br/>
        <w:t>v -0.566805 13.065671 1.782734</w:t>
        <w:br/>
        <w:t>v -0.505752 13.084517 1.765715</w:t>
        <w:br/>
        <w:t>v -0.515214 13.085836 1.814596</w:t>
        <w:br/>
        <w:t>v -0.535004 13.071257 1.727649</w:t>
        <w:br/>
        <w:t>v -0.581298 13.054979 1.719128</w:t>
        <w:br/>
        <w:t>v -0.618421 13.045513 1.750954</w:t>
        <w:br/>
        <w:t>v -0.627882 13.046831 1.799833</w:t>
        <w:br/>
        <w:t>v -0.598538 13.060096 1.837574</w:t>
        <w:br/>
        <w:t>v -0.552330 13.076347 1.846424</w:t>
        <w:br/>
        <w:t>v -0.853666 12.936607 1.627504</w:t>
        <w:br/>
        <w:t>v -0.793342 12.935903 1.596499</w:t>
        <w:br/>
        <w:t>v -0.788752 12.958470 1.640657</w:t>
        <w:br/>
        <w:t>v -0.844832 12.910159 1.568793</w:t>
        <w:br/>
        <w:t>v -0.891732 12.906987 1.585245</w:t>
        <w:br/>
        <w:t>v -0.910687 12.915678 1.612399</w:t>
        <w:br/>
        <w:t>v -0.906097 12.938245 1.656557</w:t>
        <w:br/>
        <w:t>v -0.871073 12.959950 1.684027</w:t>
        <w:br/>
        <w:t>v -0.822813 12.967474 1.675857</w:t>
        <w:br/>
        <w:t>v -0.990445 12.876346 1.549861</w:t>
        <w:br/>
        <w:t>v -0.928438 12.896454 1.561174</w:t>
        <w:br/>
        <w:t>v -0.960666 12.905827 1.597707</w:t>
        <w:br/>
        <w:t>v -0.935592 12.874194 1.517202</w:t>
        <w:br/>
        <w:t>v -0.972137 12.853096 1.490751</w:t>
        <w:br/>
        <w:t>v -1.020283 12.846750 1.501797</w:t>
        <w:br/>
        <w:t>v -1.052433 12.856275 1.538620</w:t>
        <w:br/>
        <w:t>v -1.045279 12.878537 1.582593</w:t>
        <w:br/>
        <w:t>v -1.008734 12.899635 1.609044</w:t>
        <w:br/>
        <w:t>v 2.102450 8.020238 -0.354022</w:t>
        <w:br/>
        <w:t>v 2.095132 7.797235 -0.385555</w:t>
        <w:br/>
        <w:t>v 2.061688 7.875639 -0.427271</w:t>
        <w:br/>
        <w:t>v 2.063867 7.942067 -0.417809</w:t>
        <w:br/>
        <w:t>v 1.853456 7.972611 -0.669696</w:t>
        <w:br/>
        <w:t>v 1.851102 7.906200 -0.679093</w:t>
        <w:br/>
        <w:t>v 1.802512 7.839685 -0.735270</w:t>
        <w:br/>
        <w:t>v 1.810495 8.062636 -0.703944</w:t>
        <w:br/>
        <w:t>v 2.027383 7.795863 -0.466085</w:t>
        <w:br/>
        <w:t>v 2.130755 8.021744 -0.377323</w:t>
        <w:br/>
        <w:t>v 1.838798 8.064141 -0.727237</w:t>
        <w:br/>
        <w:t>v 1.872285 7.973615 -0.685195</w:t>
        <w:br/>
        <w:t>v 2.082698 7.943069 -0.433308</w:t>
        <w:br/>
        <w:t>v 1.830812 7.841191 -0.758566</w:t>
        <w:br/>
        <w:t>v 1.869932 7.907202 -0.694591</w:t>
        <w:br/>
        <w:t>v 1.897651 7.820296 -0.678239</w:t>
        <w:br/>
        <w:t>v 2.123432 7.798739 -0.408853</w:t>
        <w:br/>
        <w:t>v 2.095132 7.797235 -0.385555</w:t>
        <w:br/>
        <w:t>v 2.102450 8.020238 -0.354022</w:t>
        <w:br/>
        <w:t>v 2.130755 8.021744 -0.377323</w:t>
        <w:br/>
        <w:t>v 1.810495 8.062636 -0.703944</w:t>
        <w:br/>
        <w:t>v 1.838798 8.064141 -0.727237</w:t>
        <w:br/>
        <w:t>v 2.130755 8.021744 -0.377323</w:t>
        <w:br/>
        <w:t>v 2.102450 8.020238 -0.354022</w:t>
        <w:br/>
        <w:t>v 1.830812 7.841191 -0.758566</w:t>
        <w:br/>
        <w:t>v 1.838798 8.064141 -0.727237</w:t>
        <w:br/>
        <w:t>v 1.810495 8.062636 -0.703944</w:t>
        <w:br/>
        <w:t>v 1.802512 7.839685 -0.735270</w:t>
        <w:br/>
        <w:t>v 2.082698 7.943069 -0.433308</w:t>
        <w:br/>
        <w:t>v 1.872285 7.973615 -0.685195</w:t>
        <w:br/>
        <w:t>v 1.853456 7.972611 -0.669696</w:t>
        <w:br/>
        <w:t>v 2.063867 7.942067 -0.417809</w:t>
        <w:br/>
        <w:t>v 1.853456 7.972611 -0.669696</w:t>
        <w:br/>
        <w:t>v 1.872285 7.973615 -0.685195</w:t>
        <w:br/>
        <w:t>v 1.869932 7.907202 -0.694591</w:t>
        <w:br/>
        <w:t>v 1.851102 7.906200 -0.679093</w:t>
        <w:br/>
        <w:t>v 2.080518 7.876640 -0.442773</w:t>
        <w:br/>
        <w:t>v 2.082698 7.943069 -0.433308</w:t>
        <w:br/>
        <w:t>v 2.063867 7.942067 -0.417809</w:t>
        <w:br/>
        <w:t>v 2.061688 7.875639 -0.427271</w:t>
        <w:br/>
        <w:t>v 1.844641 7.797680 -0.745436</w:t>
        <w:br/>
        <w:t>v 1.816340 7.796176 -0.722136</w:t>
        <w:br/>
        <w:t>v 2.105649 7.752625 -0.434103</w:t>
        <w:br/>
        <w:t>v 2.077348 7.751117 -0.410802</w:t>
        <w:br/>
        <w:t>v 2.061688 7.875639 -0.427271</w:t>
        <w:br/>
        <w:t>v 1.851102 7.906200 -0.679093</w:t>
        <w:br/>
        <w:t>v 1.869932 7.907202 -0.694591</w:t>
        <w:br/>
        <w:t>v 2.080518 7.876640 -0.442773</w:t>
        <w:br/>
        <w:t>v 1.869351 7.818788 -0.654941</w:t>
        <w:br/>
        <w:t>v 1.897651 7.820296 -0.678239</w:t>
        <w:br/>
        <w:t>v 1.876994 7.787335 -0.706575</w:t>
        <w:br/>
        <w:t>v 1.848693 7.785830 -0.683278</w:t>
        <w:br/>
        <w:t>v 1.999013 7.749785 -0.504268</w:t>
        <w:br/>
        <w:t>v 2.027315 7.751290 -0.527568</w:t>
        <w:br/>
        <w:t>v 1.973093 7.720981 -0.595667</w:t>
        <w:br/>
        <w:t>v 1.944792 7.719478 -0.572369</w:t>
        <w:br/>
        <w:t>v 1.921960 7.766570 -0.653494</w:t>
        <w:br/>
        <w:t>v 1.893659 7.765067 -0.630198</w:t>
        <w:br/>
        <w:t>v 2.027383 7.795863 -0.466085</w:t>
        <w:br/>
        <w:t>v 2.055682 7.797366 -0.489383</w:t>
        <w:br/>
        <w:t>v 1.897651 7.820296 -0.678239</w:t>
        <w:br/>
        <w:t>v 1.869351 7.818788 -0.654941</w:t>
        <w:br/>
        <w:t>v 2.072931 7.753641 -0.472858</w:t>
        <w:br/>
        <w:t>v 2.055682 7.797366 -0.489383</w:t>
        <w:br/>
        <w:t>v 2.027383 7.795863 -0.466085</w:t>
        <w:br/>
        <w:t>v 2.044629 7.752132 -0.449555</w:t>
        <w:br/>
        <w:t>v 2.089381 7.745449 -0.454057</w:t>
        <w:br/>
        <w:t>v 2.061080 7.743944 -0.430755</w:t>
        <w:br/>
        <w:t>v 1.860161 7.785268 -0.727452</w:t>
        <w:br/>
        <w:t>v 1.831860 7.783762 -0.704151</w:t>
        <w:br/>
        <w:t>v 1.869351 7.818788 -0.654941</w:t>
        <w:br/>
        <w:t>v 2.080518 7.876640 -0.442773</w:t>
        <w:br/>
        <w:t>v 2.123432 7.798739 -0.408853</w:t>
        <w:br/>
        <w:t>v 2.055682 7.797366 -0.489383</w:t>
        <w:br/>
        <w:t>v 1.999013 7.749785 -0.504268</w:t>
        <w:br/>
        <w:t>v 1.893659 7.765067 -0.630198</w:t>
        <w:br/>
        <w:t>v 1.921960 7.766570 -0.653494</w:t>
        <w:br/>
        <w:t>v 2.027315 7.751290 -0.527568</w:t>
        <w:br/>
        <w:t>v 1.944792 7.719478 -0.572369</w:t>
        <w:br/>
        <w:t>v 1.973093 7.720981 -0.595667</w:t>
        <w:br/>
        <w:t>v 2.077348 7.751117 -0.410802</w:t>
        <w:br/>
        <w:t>v 2.044629 7.752132 -0.449555</w:t>
        <w:br/>
        <w:t>v 1.844641 7.797680 -0.745436</w:t>
        <w:br/>
        <w:t>v 1.876994 7.787335 -0.706575</w:t>
        <w:br/>
        <w:t>v 1.848693 7.785830 -0.683278</w:t>
        <w:br/>
        <w:t>v 1.816340 7.796176 -0.722136</w:t>
        <w:br/>
        <w:t>v 2.072931 7.753641 -0.472858</w:t>
        <w:br/>
        <w:t>v 2.105649 7.752625 -0.434103</w:t>
        <w:br/>
        <w:t>v 2.061080 7.743944 -0.430755</w:t>
        <w:br/>
        <w:t>v 1.860161 7.785268 -0.727452</w:t>
        <w:br/>
        <w:t>v 1.831860 7.783762 -0.704151</w:t>
        <w:br/>
        <w:t>v 2.089381 7.745449 -0.454057</w:t>
        <w:br/>
        <w:t>v -0.135392 16.164749 1.280306</w:t>
        <w:br/>
        <w:t>v -0.216000 16.238857 1.205316</w:t>
        <w:br/>
        <w:t>v 0.000660 16.244711 1.200573</w:t>
        <w:br/>
        <w:t>v 0.000665 16.178143 1.266412</w:t>
        <w:br/>
        <w:t>v -0.278597 16.142939 1.304729</w:t>
        <w:br/>
        <w:t>v -0.378063 16.468304 0.967656</w:t>
        <w:br/>
        <w:t>v -0.425483 16.390835 1.035268</w:t>
        <w:br/>
        <w:t>v -0.563001 16.398495 0.978988</w:t>
        <w:br/>
        <w:t>v -0.503775 16.520302 0.874319</w:t>
        <w:br/>
        <w:t>v -0.490457 16.248318 1.173741</w:t>
        <w:br/>
        <w:t>v -0.672962 16.259787 1.067473</w:t>
        <w:br/>
        <w:t>v -0.590973 16.370823 0.991816</w:t>
        <w:br/>
        <w:t>v -0.569157 16.104202 1.317227</w:t>
        <w:br/>
        <w:t>v -0.591717 16.064577 1.358871</w:t>
        <w:br/>
        <w:t>v -0.680959 16.104347 1.257834</w:t>
        <w:br/>
        <w:t>v -0.428091 16.115181 1.335847</w:t>
        <w:br/>
        <w:t>v -0.726954 16.029177 1.329811</w:t>
        <w:br/>
        <w:t>v -0.823896 16.104166 1.095104</w:t>
        <w:br/>
        <w:t>v -0.749887 16.104286 1.186533</w:t>
        <w:br/>
        <w:t>v -0.838241 15.986494 1.240879</w:t>
        <w:br/>
        <w:t>v -0.918135 15.960830 1.128504</w:t>
        <w:br/>
        <w:t>v -0.886624 16.103735 0.988433</w:t>
        <w:br/>
        <w:t>v -0.972357 15.927173 0.969751</w:t>
        <w:br/>
        <w:t>v -0.277543 16.438993 1.017291</w:t>
        <w:br/>
        <w:t>v -0.184327 16.380613 1.065948</w:t>
        <w:br/>
        <w:t>v 0.000665 16.374720 1.070546</w:t>
        <w:br/>
        <w:t>v 0.000889 16.445585 1.077237</w:t>
        <w:br/>
        <w:t>v 0.003467 16.423578 1.024509</w:t>
        <w:br/>
        <w:t>v -0.124682 16.464928 1.004538</w:t>
        <w:br/>
        <w:t>v -0.132610 16.483206 1.032919</w:t>
        <w:br/>
        <w:t>v -0.378063 16.468304 0.967656</w:t>
        <w:br/>
        <w:t>v -0.503775 16.520302 0.874319</w:t>
        <w:br/>
        <w:t>v -0.504398 16.550919 0.902959</w:t>
        <w:br/>
        <w:t>v -0.375005 16.483879 0.998177</w:t>
        <w:br/>
        <w:t>v 0.217329 16.238857 1.205316</w:t>
        <w:br/>
        <w:t>v 0.136722 16.164749 1.280306</w:t>
        <w:br/>
        <w:t>v 0.279868 16.142460 1.304566</w:t>
        <w:br/>
        <w:t>v 0.389091 16.496765 0.934382</w:t>
        <w:br/>
        <w:t>v 0.498401 16.526239 0.867499</w:t>
        <w:br/>
        <w:t>v 0.542524 16.424097 0.957319</w:t>
        <w:br/>
        <w:t>v 0.426812 16.390835 1.035268</w:t>
        <w:br/>
        <w:t>v 0.491713 16.248011 1.173470</w:t>
        <w:br/>
        <w:t>v 0.591645 16.370823 0.991816</w:t>
        <w:br/>
        <w:t>v 0.673624 16.259787 1.067473</w:t>
        <w:br/>
        <w:t>v 0.593046 16.064577 1.358871</w:t>
        <w:br/>
        <w:t>v 0.570486 16.104202 1.317227</w:t>
        <w:br/>
        <w:t>v 0.682288 16.104347 1.257834</w:t>
        <w:br/>
        <w:t>v 0.429351 16.114763 1.335682</w:t>
        <w:br/>
        <w:t>v 0.728283 16.029177 1.329811</w:t>
        <w:br/>
        <w:t>v 0.839596 15.986563 1.240884</w:t>
        <w:br/>
        <w:t>v 0.751216 16.104286 1.195799</w:t>
        <w:br/>
        <w:t>v 0.825225 16.104166 1.095104</w:t>
        <w:br/>
        <w:t>v 0.919464 15.960830 1.128504</w:t>
        <w:br/>
        <w:t>v 0.887287 16.103735 0.988433</w:t>
        <w:br/>
        <w:t>v 0.973020 15.927173 0.969751</w:t>
        <w:br/>
        <w:t>v 0.230295 16.449295 1.004171</w:t>
        <w:br/>
        <w:t>v 0.186358 16.379536 1.068611</w:t>
        <w:br/>
        <w:t>v 0.083183 16.448853 1.074756</w:t>
        <w:br/>
        <w:t>v 0.082302 16.412296 1.039831</w:t>
        <w:br/>
        <w:t>v 0.498089 16.550726 0.889212</w:t>
        <w:br/>
        <w:t>v 0.498401 16.526239 0.867499</w:t>
        <w:br/>
        <w:t>v 0.389091 16.496765 0.934382</w:t>
        <w:br/>
        <w:t>v 0.392959 16.516533 0.956586</w:t>
        <w:br/>
        <w:t>v 0.496994 16.989666 0.357967</w:t>
        <w:br/>
        <w:t>v 0.533125 17.016302 0.262065</w:t>
        <w:br/>
        <w:t>v 0.520807 16.971069 0.258542</w:t>
        <w:br/>
        <w:t>v 0.495076 16.956676 0.356583</w:t>
        <w:br/>
        <w:t>v 0.483758 16.976793 0.047898</w:t>
        <w:br/>
        <w:t>v 0.498791 16.934811 0.036786</w:t>
        <w:br/>
        <w:t>v 0.511694 16.959009 0.138630</w:t>
        <w:br/>
        <w:t>v 0.513814 17.003626 0.151138</w:t>
        <w:br/>
        <w:t>v 0.358273 16.960505 0.572930</w:t>
        <w:br/>
        <w:t>v 0.436839 16.976393 0.467298</w:t>
        <w:br/>
        <w:t>v 0.444153 16.927723 0.456040</w:t>
        <w:br/>
        <w:t>v 0.350886 16.893141 0.585023</w:t>
        <w:br/>
        <w:t>v 0.579576 17.018963 0.386299</w:t>
        <w:br/>
        <w:t>v 0.526764 16.972240 0.539883</w:t>
        <w:br/>
        <w:t>v 0.444153 16.927723 0.456040</w:t>
        <w:br/>
        <w:t>v 0.495076 16.956676 0.356583</w:t>
        <w:br/>
        <w:t>v 0.414234 16.913710 0.675174</w:t>
        <w:br/>
        <w:t>v 0.350886 16.893141 0.585023</w:t>
        <w:br/>
        <w:t>v 0.196945 16.716328 0.902037</w:t>
        <w:br/>
        <w:t>v 0.166817 16.812622 0.837444</w:t>
        <w:br/>
        <w:t>v 0.306733 16.872644 0.768788</w:t>
        <w:br/>
        <w:t>v 0.353964 16.768543 0.835929</w:t>
        <w:br/>
        <w:t>v 0.414234 16.913710 0.675174</w:t>
        <w:br/>
        <w:t>v 0.474929 16.831081 0.732554</w:t>
        <w:br/>
        <w:t>v 0.028543 16.681086 0.929706</w:t>
        <w:br/>
        <w:t>v 0.216385 16.637606 0.955398</w:t>
        <w:br/>
        <w:t>v 0.038504 16.611498 0.997276</w:t>
        <w:br/>
        <w:t>v -0.067610 16.664946 0.941500</w:t>
        <w:br/>
        <w:t>v -0.137372 16.709503 0.862415</w:t>
        <w:br/>
        <w:t>v -0.477578 16.771551 0.818542</w:t>
        <w:br/>
        <w:t>v -0.323698 16.651403 0.991327</w:t>
        <w:br/>
        <w:t>v -0.333867 16.578724 0.967167</w:t>
        <w:br/>
        <w:t>v -0.470528 16.655798 0.863095</w:t>
        <w:br/>
        <w:t>v -0.156631 16.703560 1.007861</w:t>
        <w:br/>
        <w:t>v -0.277498 16.801662 0.882044</w:t>
        <w:br/>
        <w:t>v -0.196517 16.755842 0.791766</w:t>
        <w:br/>
        <w:t>v -0.510835 17.029610 0.417553</w:t>
        <w:br/>
        <w:t>v -0.447493 16.968866 0.572226</w:t>
        <w:br/>
        <w:t>v -0.486194 16.942831 0.607958</w:t>
        <w:br/>
        <w:t>v -0.565854 16.997356 0.449864</w:t>
        <w:br/>
        <w:t>v -0.337795 16.876535 0.719376</w:t>
        <w:br/>
        <w:t>v -0.380989 16.865849 0.759493</w:t>
        <w:br/>
        <w:t>v -0.405360 16.922766 0.492416</w:t>
        <w:br/>
        <w:t>v -0.352094 16.874973 0.572471</w:t>
        <w:br/>
        <w:t>v -0.455220 16.972065 0.386748</w:t>
        <w:br/>
        <w:t>v -0.510835 17.029610 0.417553</w:t>
        <w:br/>
        <w:t>v -0.611610 17.022102 0.275437</w:t>
        <w:br/>
        <w:t>v -0.553043 17.050745 0.268315</w:t>
        <w:br/>
        <w:t>v -0.553043 17.050745 0.268315</w:t>
        <w:br/>
        <w:t>v -0.481839 16.998459 0.256637</w:t>
        <w:br/>
        <w:t>v -0.541226 17.015160 0.087436</w:t>
        <w:br/>
        <w:t>v -0.462944 16.979448 0.118454</w:t>
        <w:br/>
        <w:t>v -0.599199 16.996605 0.072396</w:t>
        <w:br/>
        <w:t>v -0.405360 16.922766 0.492416</w:t>
        <w:br/>
        <w:t>v -0.455220 16.972065 0.386748</w:t>
        <w:br/>
        <w:t>v -0.411408 16.975460 0.483232</w:t>
        <w:br/>
        <w:t>v -0.119431 16.775055 0.724494</w:t>
        <w:br/>
        <w:t>v -0.245377 16.793953 0.669387</w:t>
        <w:br/>
        <w:t>v -0.238820 16.892231 0.685075</w:t>
        <w:br/>
        <w:t>v -0.111263 16.881050 0.741108</w:t>
        <w:br/>
        <w:t>v -0.352094 16.874973 0.572471</w:t>
        <w:br/>
        <w:t>v 0.014004 16.773594 0.854777</w:t>
        <w:br/>
        <w:t>v -0.119431 16.775055 0.724494</w:t>
        <w:br/>
        <w:t>v 0.011392 16.799675 0.752717</w:t>
        <w:br/>
        <w:t>v -0.134501 16.746275 0.805631</w:t>
        <w:br/>
        <w:t>v -0.245377 16.793953 0.669387</w:t>
        <w:br/>
        <w:t>v 0.172249 16.985140 0.724244</w:t>
        <w:br/>
        <w:t>v 0.155947 16.906256 0.723005</w:t>
        <w:br/>
        <w:t>v 0.022688 16.884771 0.757744</w:t>
        <w:br/>
        <w:t>v 0.011392 16.799675 0.752717</w:t>
        <w:br/>
        <w:t>v 0.139511 16.839806 0.731916</w:t>
        <w:br/>
        <w:t>v -0.446808 17.132843 0.500174</w:t>
        <w:br/>
        <w:t>v -0.499822 17.138319 0.385827</w:t>
        <w:br/>
        <w:t>v -0.522496 17.247711 0.375165</w:t>
        <w:br/>
        <w:t>v -0.454973 17.247784 0.496697</w:t>
        <w:br/>
        <w:t>v -0.428036 17.056410 0.494743</w:t>
        <w:br/>
        <w:t>v -0.479195 17.056658 0.371780</w:t>
        <w:br/>
        <w:t>v -0.352268 17.055853 0.606990</w:t>
        <w:br/>
        <w:t>v -0.355489 17.135263 0.625287</w:t>
        <w:br/>
        <w:t>v -0.253490 17.141401 0.706908</w:t>
        <w:br/>
        <w:t>v -0.241956 17.056221 0.699344</w:t>
        <w:br/>
        <w:t>v -0.481839 16.998459 0.256637</w:t>
        <w:br/>
        <w:t>v -0.489958 17.058180 0.112494</w:t>
        <w:br/>
        <w:t>v -0.519851 17.138927 0.106035</w:t>
        <w:br/>
        <w:t>v -0.527317 17.136497 0.245008</w:t>
        <w:br/>
        <w:t>v -0.498928 17.053804 0.244157</w:t>
        <w:br/>
        <w:t>v -0.489269 16.943169 -0.070198</w:t>
        <w:br/>
        <w:t>v -0.417771 16.933794 -0.015989</w:t>
        <w:br/>
        <w:t>v -0.349243 16.867386 -0.143578</w:t>
        <w:br/>
        <w:t>v -0.349433 17.012653 -0.135614</w:t>
        <w:br/>
        <w:t>v -0.447283 17.058298 -0.015728</w:t>
        <w:br/>
        <w:t>v -0.417771 16.933794 -0.015989</w:t>
        <w:br/>
        <w:t>v -0.402915 16.857573 -0.194430</w:t>
        <w:br/>
        <w:t>v -0.349243 16.867386 -0.143578</w:t>
        <w:br/>
        <w:t>v -0.584484 16.846441 -0.113723</w:t>
        <w:br/>
        <w:t>v -0.450363 16.775789 -0.248940</w:t>
        <w:br/>
        <w:t>v -0.251600 16.962999 -0.226463</w:t>
        <w:br/>
        <w:t>v -0.272444 17.132496 -0.242989</w:t>
        <w:br/>
        <w:t>v -0.376529 17.136841 -0.141037</w:t>
        <w:br/>
        <w:t>v -0.455053 17.138412 -0.013154</w:t>
        <w:br/>
        <w:t>v -0.117904 16.774738 -0.293222</w:t>
        <w:br/>
        <w:t>v -0.112489 16.941347 -0.291598</w:t>
        <w:br/>
        <w:t>v -0.249876 16.809055 -0.230571</w:t>
        <w:br/>
        <w:t>v -0.211508 16.457954 1.053946</w:t>
        <w:br/>
        <w:t>v -0.132610 16.483206 1.032919</w:t>
        <w:br/>
        <w:t>v 0.389863 16.609560 0.937940</w:t>
        <w:br/>
        <w:t>v 0.372878 16.690695 0.889173</w:t>
        <w:br/>
        <w:t>v 0.468568 16.698139 0.832543</w:t>
        <w:br/>
        <w:t>v 0.473629 16.632658 0.871199</w:t>
        <w:br/>
        <w:t>v 0.406340 16.976604 -0.043467</w:t>
        <w:br/>
        <w:t>v 0.403085 17.156340 -0.050734</w:t>
        <w:br/>
        <w:t>v 0.457152 17.165085 0.077470</w:t>
        <w:br/>
        <w:t>v 0.449049 17.001900 0.090141</w:t>
        <w:br/>
        <w:t>v 0.318886 16.925571 -0.150587</w:t>
        <w:br/>
        <w:t>v 0.312859 17.128971 -0.156446</w:t>
        <w:br/>
        <w:t>v 0.469838 17.160913 0.123884</w:t>
        <w:br/>
        <w:t>v 0.463546 17.147545 0.265011</w:t>
        <w:br/>
        <w:t>v 0.438251 16.972504 0.274475</w:t>
        <w:br/>
        <w:t>v 0.457083 17.148544 0.313076</w:t>
        <w:br/>
        <w:t>v 0.407562 17.128500 0.432741</w:t>
        <w:br/>
        <w:t>v 0.372906 16.927235 0.425263</w:t>
        <w:br/>
        <w:t>v 0.323386 17.108328 0.535194</w:t>
        <w:br/>
        <w:t>v 0.282170 16.889196 0.530461</w:t>
        <w:br/>
        <w:t>v 0.224056 17.085709 0.607440</w:t>
        <w:br/>
        <w:t>v 0.171574 16.857946 0.596288</w:t>
        <w:br/>
        <w:t>v 0.114982 17.068388 0.648391</w:t>
        <w:br/>
        <w:t>v 0.079328 16.844379 0.619099</w:t>
        <w:br/>
        <w:t>v 0.521943 16.846207 0.690656</w:t>
        <w:br/>
        <w:t>v 0.482640 16.774628 0.774100</w:t>
        <w:br/>
        <w:t>v 0.696200 16.888668 -0.020264</w:t>
        <w:br/>
        <w:t>v 0.772571 16.819765 0.125766</w:t>
        <w:br/>
        <w:t>v 0.692915 16.956896 0.121988</w:t>
        <w:br/>
        <w:t>v 0.681578 16.959578 0.276517</w:t>
        <w:br/>
        <w:t>v 0.729003 16.876801 0.295741</w:t>
        <w:br/>
        <w:t>v 0.686270 16.843647 0.477319</w:t>
        <w:br/>
        <w:t>v 0.641188 16.939297 0.437116</w:t>
        <w:br/>
        <w:t>v 0.494827 16.590769 0.899029</w:t>
        <w:br/>
        <w:t>v 0.388934 16.564608 0.970500</w:t>
        <w:br/>
        <w:t>v 0.267412 16.871120 0.663009</w:t>
        <w:br/>
        <w:t>v 0.268345 16.935108 0.650578</w:t>
        <w:br/>
        <w:t>v 0.370245 17.018492 0.592105</w:t>
        <w:br/>
        <w:t>v 0.285984 17.002005 0.662596</w:t>
        <w:br/>
        <w:t>v 0.278082 17.057238 0.652997</w:t>
        <w:br/>
        <w:t>v 0.166684 17.046642 0.712395</w:t>
        <w:br/>
        <w:t>v 0.164014 17.074938 0.707440</w:t>
        <w:br/>
        <w:t>v 0.390707 17.142782 0.574734</w:t>
        <w:br/>
        <w:t>v 0.373217 17.068602 0.584271</w:t>
        <w:br/>
        <w:t>v 0.285890 17.141380 0.660376</w:t>
        <w:br/>
        <w:t>v 0.017796 17.138876 0.750197</w:t>
        <w:br/>
        <w:t>v 0.021091 17.227890 0.770644</w:t>
        <w:br/>
        <w:t>v 0.159716 17.229519 0.745799</w:t>
        <w:br/>
        <w:t>v 0.161297 17.140430 0.722707</w:t>
        <w:br/>
        <w:t>v 0.160833 17.296726 0.724801</w:t>
        <w:br/>
        <w:t>v -0.108923 17.136326 0.745749</w:t>
        <w:br/>
        <w:t>v -0.113515 17.180687 0.756419</w:t>
        <w:br/>
        <w:t>v 0.011847 17.058516 0.661265</w:t>
        <w:br/>
        <w:t>v -0.000001 16.837839 0.627116</w:t>
        <w:br/>
        <w:t>v -0.113381 17.294846 0.714040</w:t>
        <w:br/>
        <w:t>v -0.102874 17.292913 0.681282</w:t>
        <w:br/>
        <w:t>v 0.023694 17.279196 0.695415</w:t>
        <w:br/>
        <w:t>v 0.024936 17.269541 0.732500</w:t>
        <w:br/>
        <w:t>v 0.150634 17.292397 0.677683</w:t>
        <w:br/>
        <w:t>v 0.160833 17.296726 0.724801</w:t>
        <w:br/>
        <w:t>v 0.465252 17.328270 0.064823</w:t>
        <w:br/>
        <w:t>v 0.508970 17.333918 0.038754</w:t>
        <w:br/>
        <w:t>v 0.533105 17.333708 0.156130</w:t>
        <w:br/>
        <w:t>v 0.490625 17.319927 0.157653</w:t>
        <w:br/>
        <w:t>v 0.529479 17.332651 0.257401</w:t>
        <w:br/>
        <w:t>v 0.488839 17.322580 0.255553</w:t>
        <w:br/>
        <w:t>v 0.537760 17.141945 0.374726</w:t>
        <w:br/>
        <w:t>v 0.540757 17.248310 0.371288</w:t>
        <w:br/>
        <w:t>v 0.566883 17.247856 0.262907</w:t>
        <w:br/>
        <w:t>v 0.581336 17.179985 0.266298</w:t>
        <w:br/>
        <w:t>v 0.567509 17.249687 0.154295</w:t>
        <w:br/>
        <w:t>v 0.544346 17.248926 0.041429</w:t>
        <w:br/>
        <w:t>v 0.523940 17.184113 0.050419</w:t>
        <w:br/>
        <w:t>v 0.569882 17.180128 0.156278</w:t>
        <w:br/>
        <w:t>v 0.306831 17.332378 -0.162287</w:t>
        <w:br/>
        <w:t>v 0.331145 17.336832 -0.201176</w:t>
        <w:br/>
        <w:t>v 0.432799 17.337818 -0.092631</w:t>
        <w:br/>
        <w:t>v 0.399834 17.336067 -0.057963</w:t>
        <w:br/>
        <w:t>v 0.457043 17.248623 -0.097686</w:t>
        <w:br/>
        <w:t>v 0.353851 17.248392 -0.213854</w:t>
        <w:br/>
        <w:t>v 0.336063 17.137957 -0.187426</w:t>
        <w:br/>
        <w:t>v 0.438291 17.165184 -0.084501</w:t>
        <w:br/>
        <w:t>v 0.392360 17.333120 0.572012</w:t>
        <w:br/>
        <w:t>v 0.364600 17.327457 0.539927</w:t>
        <w:br/>
        <w:t>v 0.442210 17.329763 0.440219</w:t>
        <w:br/>
        <w:t>v 0.477494 17.340643 0.460199</w:t>
        <w:br/>
        <w:t>v 0.475911 17.324577 0.351684</w:t>
        <w:br/>
        <w:t>v 0.517568 17.335197 0.363905</w:t>
        <w:br/>
        <w:t>v 0.289890 17.316267 0.664226</w:t>
        <w:br/>
        <w:t>v 0.276537 17.313475 0.618593</w:t>
        <w:br/>
        <w:t>v 0.404811 17.242931 0.579003</w:t>
        <w:br/>
        <w:t>v 0.490209 17.244822 0.468599</w:t>
        <w:br/>
        <w:t>v 0.477166 17.144085 0.469973</w:t>
        <w:br/>
        <w:t>v 0.295832 17.237465 0.676282</w:t>
        <w:br/>
        <w:t>v -0.091102 17.068645 0.650190</w:t>
        <w:br/>
        <w:t>v -0.079330 16.844379 0.619099</w:t>
        <w:br/>
        <w:t>v -0.171575 16.857946 0.596288</w:t>
        <w:br/>
        <w:t>v -0.199974 17.084892 0.612420</w:t>
        <w:br/>
        <w:t>v -0.305349 17.106407 0.542296</w:t>
        <w:br/>
        <w:t>v -0.282172 16.889196 0.530461</w:t>
        <w:br/>
        <w:t>v -0.372902 16.927231 0.425263</w:t>
        <w:br/>
        <w:t>v -0.393898 17.129345 0.437511</w:t>
        <w:br/>
        <w:t>v -0.451624 17.149786 0.315087</w:t>
        <w:br/>
        <w:t>v -0.438253 16.972500 0.274481</w:t>
        <w:br/>
        <w:t>v -0.113381 17.294846 0.714040</w:t>
        <w:br/>
        <w:t>v -0.111984 17.220247 0.742111</w:t>
        <w:br/>
        <w:t>v -0.247533 17.234945 0.682047</w:t>
        <w:br/>
        <w:t>v -0.246978 17.315733 0.658371</w:t>
        <w:br/>
        <w:t>v -0.360090 17.248276 0.598747</w:t>
        <w:br/>
        <w:t>v -0.352259 17.328959 0.578557</w:t>
        <w:br/>
        <w:t>v -0.446991 17.336542 0.470361</w:t>
        <w:br/>
        <w:t>v -0.497779 17.328341 0.365878</w:t>
        <w:br/>
        <w:t>v -0.526233 17.247993 0.109074</w:t>
        <w:br/>
        <w:t>v -0.551201 17.248024 0.243293</w:t>
        <w:br/>
        <w:t>v -0.513312 17.321146 0.235969</w:t>
        <w:br/>
        <w:t>v -0.504568 17.326635 0.110692</w:t>
        <w:br/>
        <w:t>v -0.475699 17.248056 -0.020579</w:t>
        <w:br/>
        <w:t>v -0.397060 17.247938 -0.149904</w:t>
        <w:br/>
        <w:t>v -0.465595 17.337740 -0.015550</w:t>
        <w:br/>
        <w:t>v -0.386558 17.343390 -0.136076</w:t>
        <w:br/>
        <w:t>v -0.432775 17.330931 0.002585</w:t>
        <w:br/>
        <w:t>v -0.468417 17.328794 0.117064</w:t>
        <w:br/>
        <w:t>v -0.504568 17.326635 0.110692</w:t>
        <w:br/>
        <w:t>v -0.465595 17.337740 -0.015550</w:t>
        <w:br/>
        <w:t>v -0.359527 17.334248 -0.112559</w:t>
        <w:br/>
        <w:t>v -0.386558 17.343390 -0.136076</w:t>
        <w:br/>
        <w:t>v -0.513312 17.321146 0.235969</w:t>
        <w:br/>
        <w:t>v -0.474778 17.323364 0.235966</w:t>
        <w:br/>
        <w:t>v -0.497779 17.328341 0.365878</w:t>
        <w:br/>
        <w:t>v -0.464994 17.327072 0.355692</w:t>
        <w:br/>
        <w:t>v -0.414895 17.331461 0.449759</w:t>
        <w:br/>
        <w:t>v -0.446991 17.336542 0.470361</w:t>
        <w:br/>
        <w:t>v -0.328527 17.323616 0.554130</w:t>
        <w:br/>
        <w:t>v -0.352259 17.328959 0.578557</w:t>
        <w:br/>
        <w:t>v -0.228372 17.311838 0.628553</w:t>
        <w:br/>
        <w:t>v -0.246978 17.315733 0.658371</w:t>
        <w:br/>
        <w:t>v 0.022483 16.976980 0.732386</w:t>
        <w:br/>
        <w:t>v 0.463318 17.080479 0.480154</w:t>
        <w:br/>
        <w:t>v 0.498791 16.934811 0.036786</w:t>
        <w:br/>
        <w:t>v 0.605267 16.989805 0.014357</w:t>
        <w:br/>
        <w:t>v 0.626971 17.016180 0.113397</w:t>
        <w:br/>
        <w:t>v 0.511694 16.959009 0.138630</w:t>
        <w:br/>
        <w:t>v 0.520807 16.971069 0.258542</w:t>
        <w:br/>
        <w:t>v 0.617835 17.032764 0.256860</w:t>
        <w:br/>
        <w:t>v 0.605267 16.989805 0.014357</w:t>
        <w:br/>
        <w:t>v 0.579964 16.902369 -0.128472</w:t>
        <w:br/>
        <w:t>v 0.422415 16.886333 -0.096481</w:t>
        <w:br/>
        <w:t>v 0.326833 16.830933 -0.202666</w:t>
        <w:br/>
        <w:t>v 0.380268 16.816771 -0.259762</w:t>
        <w:br/>
        <w:t>v 0.000351 16.708109 -0.376973</w:t>
        <w:br/>
        <w:t>v 0.223890 16.759489 -0.339792</w:t>
        <w:br/>
        <w:t>v 0.199090 16.782631 -0.284033</w:t>
        <w:br/>
        <w:t>v 0.036046 16.760763 -0.316488</w:t>
        <w:br/>
        <w:t>v 0.000351 16.708109 -0.376973</w:t>
        <w:br/>
        <w:t>v 0.036046 16.760763 -0.316488</w:t>
        <w:br/>
        <w:t>v -0.131315 16.722986 -0.355281</w:t>
        <w:br/>
        <w:t>v -0.143543 16.654974 -0.400651</w:t>
        <w:br/>
        <w:t>v 0.198052 16.822529 -0.268404</w:t>
        <w:br/>
        <w:t>v 0.215358 16.960371 -0.279252</w:t>
        <w:br/>
        <w:t>v 0.031874 16.945351 -0.320575</w:t>
        <w:br/>
        <w:t>v 0.031874 16.945351 -0.320575</w:t>
        <w:br/>
        <w:t>v 0.025526 17.118040 -0.322174</w:t>
        <w:br/>
        <w:t>v -0.128717 17.127028 -0.305569</w:t>
        <w:br/>
        <w:t>v 0.201687 17.112118 -0.275634</w:t>
        <w:br/>
        <w:t>v 0.025526 17.118040 -0.322174</w:t>
        <w:br/>
        <w:t>v 0.319753 16.879280 -0.185513</w:t>
        <w:br/>
        <w:t>v 0.337916 16.997860 -0.171963</w:t>
        <w:br/>
        <w:t>v 0.201021 17.327721 -0.281867</w:t>
        <w:br/>
        <w:t>v 0.033059 17.313030 -0.329140</w:t>
        <w:br/>
        <w:t>v 0.031334 17.247999 -0.344214</w:t>
        <w:br/>
        <w:t>v 0.219912 17.248180 -0.305423</w:t>
        <w:br/>
        <w:t>v 0.201021 17.327721 -0.281867</w:t>
        <w:br/>
        <w:t>v 0.189711 17.316626 -0.245833</w:t>
        <w:br/>
        <w:t>v 0.032416 17.303202 -0.283167</w:t>
        <w:br/>
        <w:t>v 0.033059 17.313030 -0.329140</w:t>
        <w:br/>
        <w:t>v 0.033059 17.313030 -0.329140</w:t>
        <w:br/>
        <w:t>v 0.032416 17.303202 -0.283167</w:t>
        <w:br/>
        <w:t>v -0.114185 17.311245 -0.258199</w:t>
        <w:br/>
        <w:t>v -0.122718 17.322235 -0.303241</w:t>
        <w:br/>
        <w:t>v 0.480313 17.045874 0.057902</w:t>
        <w:br/>
        <w:t>v 0.419781 17.025015 -0.059683</w:t>
        <w:br/>
        <w:t>v 0.416486 16.926092 -0.082159</w:t>
        <w:br/>
        <w:t>v 0.422415 16.886333 -0.096481</w:t>
        <w:br/>
        <w:t>v 0.506291 17.058062 0.148822</w:t>
        <w:br/>
        <w:t>v 0.523514 17.144203 0.044568</w:t>
        <w:br/>
        <w:t>v -0.131582 17.247957 -0.316074</w:t>
        <w:br/>
        <w:t>v -0.122718 17.322235 -0.303241</w:t>
        <w:br/>
        <w:t>v -0.271559 17.340317 -0.237523</w:t>
        <w:br/>
        <w:t>v -0.281352 17.248005 -0.257694</w:t>
        <w:br/>
        <w:t>v 0.331145 17.336832 -0.201176</w:t>
        <w:br/>
        <w:t>v 0.194291 16.874393 -0.221820</w:t>
        <w:br/>
        <w:t>v 0.192005 17.095507 -0.233826</w:t>
        <w:br/>
        <w:t>v -0.000001 16.850256 -0.253023</w:t>
        <w:br/>
        <w:t>v 0.016208 17.076729 -0.268095</w:t>
        <w:br/>
        <w:t>v -0.225070 17.102402 -0.210352</w:t>
        <w:br/>
        <w:t>v -0.057092 17.080751 -0.255611</w:t>
        <w:br/>
        <w:t>v -0.000001 16.850256 -0.253023</w:t>
        <w:br/>
        <w:t>v -0.194286 16.874393 -0.221820</w:t>
        <w:br/>
        <w:t>v -0.339207 17.129911 -0.131564</w:t>
        <w:br/>
        <w:t>v -0.318888 16.925575 -0.150569</w:t>
        <w:br/>
        <w:t>v -0.419562 17.153763 -0.020422</w:t>
        <w:br/>
        <w:t>v -0.432775 17.330931 0.002585</w:t>
        <w:br/>
        <w:t>v -0.359527 17.334248 -0.112559</w:t>
        <w:br/>
        <w:t>v -0.458734 17.165348 0.103615</w:t>
        <w:br/>
        <w:t>v -0.468417 17.328794 0.117064</w:t>
        <w:br/>
        <w:t>v -0.456516 17.147930 0.255224</w:t>
        <w:br/>
        <w:t>v -0.449050 17.001900 0.090166</w:t>
        <w:br/>
        <w:t>v -0.464994 17.327072 0.355692</w:t>
        <w:br/>
        <w:t>v -0.474778 17.323364 0.235966</w:t>
        <w:br/>
        <w:t>v 0.016208 17.076729 -0.268095</w:t>
        <w:br/>
        <w:t>v -0.271559 17.340317 -0.237523</w:t>
        <w:br/>
        <w:t>v -0.255853 17.330416 -0.198884</w:t>
        <w:br/>
        <w:t>v -0.283719 16.777008 -0.288936</w:t>
        <w:br/>
        <w:t>v -0.249876 16.809055 -0.230571</w:t>
        <w:br/>
        <w:t>v -0.313514 16.752703 -0.320197</w:t>
        <w:br/>
        <w:t>v 0.008256 16.527100 1.091239</w:t>
        <w:br/>
        <w:t>v 0.244779 16.533579 1.035549</w:t>
        <w:br/>
        <w:t>v 0.242980 16.481138 1.028841</w:t>
        <w:br/>
        <w:t>v -0.292489 16.713324 0.986648</w:t>
        <w:br/>
        <w:t>v -0.062008 16.632385 1.054289</w:t>
        <w:br/>
        <w:t>v -0.129186 16.597839 1.092419</w:t>
        <w:br/>
        <w:t>v 0.617835 17.032764 0.256860</w:t>
        <w:br/>
        <w:t>v 0.626971 17.016180 0.113397</w:t>
        <w:br/>
        <w:t>v 0.526764 16.972240 0.539883</w:t>
        <w:br/>
        <w:t>v 0.579170 16.890497 0.590806</w:t>
        <w:br/>
        <w:t>v 0.579576 17.018963 0.386299</w:t>
        <w:br/>
        <w:t>v 0.139511 16.839806 0.731916</w:t>
        <w:br/>
        <w:t>v 0.267412 16.871120 0.663009</w:t>
        <w:br/>
        <w:t>v -0.203999 17.139044 0.737112</w:t>
        <w:br/>
        <w:t>v 0.019758 17.093702 0.738450</w:t>
        <w:br/>
        <w:t>v -0.108548 17.081367 0.751682</w:t>
        <w:br/>
        <w:t>v -0.232317 16.982203 0.676390</w:t>
        <w:br/>
        <w:t>v -0.098077 16.975437 0.717768</w:t>
        <w:br/>
        <w:t>v 0.022191 17.037643 0.750805</w:t>
        <w:br/>
        <w:t>v 0.522251 17.078424 0.266355</w:t>
        <w:br/>
        <w:t>v 0.024936 17.269541 0.732500</w:t>
        <w:br/>
        <w:t>v 0.507094 17.031097 0.367080</w:t>
        <w:br/>
        <w:t>v 0.508646 17.071093 0.366163</w:t>
        <w:br/>
        <w:t>v -0.333867 16.578724 0.967167</w:t>
        <w:br/>
        <w:t>v -0.147317 16.524374 1.083198</w:t>
        <w:br/>
        <w:t>v -0.520052 16.847626 0.705703</w:t>
        <w:br/>
        <w:t>v -0.726517 16.807472 0.051226</w:t>
        <w:br/>
        <w:t>v -0.730495 16.876495 0.265986</w:t>
        <w:br/>
        <w:t>v 0.238314 16.577656 1.017842</w:t>
        <w:br/>
        <w:t>v 0.024451 16.578176 1.066009</w:t>
        <w:br/>
        <w:t>v -0.279779 16.461533 1.043546</w:t>
        <w:br/>
        <w:t>v -0.375005 16.483879 0.998177</w:t>
        <w:br/>
        <w:t>v -0.504398 16.550919 0.902959</w:t>
        <w:br/>
        <w:t>v 0.456084 17.029474 0.482386</w:t>
        <w:br/>
        <w:t>v -0.348836 16.983234 0.588955</w:t>
        <w:br/>
        <w:t>v 0.508970 17.333918 0.038754</w:t>
        <w:br/>
        <w:t>v 0.533105 17.333708 0.156130</w:t>
        <w:br/>
        <w:t>v 0.517568 17.335197 0.363905</w:t>
        <w:br/>
        <w:t>v 0.529479 17.332651 0.257401</w:t>
        <w:br/>
        <w:t>v 0.432799 17.337818 -0.092631</w:t>
        <w:br/>
        <w:t>v 0.477494 17.340643 0.460199</w:t>
        <w:br/>
        <w:t>v 0.392360 17.333120 0.572012</w:t>
        <w:br/>
        <w:t>v 0.289890 17.316267 0.664226</w:t>
        <w:br/>
        <w:t>v 0.033059 17.313030 -0.329140</w:t>
        <w:br/>
        <w:t>v 0.031334 17.247999 -0.344214</w:t>
        <w:br/>
        <w:t>v -0.105440 17.045811 0.745293</w:t>
        <w:br/>
        <w:t>v -0.462944 16.979448 0.118454</w:t>
        <w:br/>
        <w:t>v -0.205792 16.431299 1.029695</w:t>
        <w:br/>
        <w:t>v -0.124682 16.464928 1.004538</w:t>
        <w:br/>
        <w:t>v -0.581106 16.887383 0.595595</w:t>
        <w:br/>
        <w:t>v -0.685854 16.845638 0.482926</w:t>
        <w:br/>
        <w:t>v -0.692450 16.891394 0.385153</w:t>
        <w:br/>
        <w:t>v 0.003467 16.423578 1.024509</w:t>
        <w:br/>
        <w:t>v 0.082302 16.412296 1.039831</w:t>
        <w:br/>
        <w:t>v -0.205792 16.431299 1.029695</w:t>
        <w:br/>
        <w:t>v -0.211508 16.457954 1.053946</w:t>
        <w:br/>
        <w:t>v -0.277543 16.438993 1.017291</w:t>
        <w:br/>
        <w:t>v -0.279779 16.461533 1.043546</w:t>
        <w:br/>
        <w:t>v 0.230295 16.449295 1.004171</w:t>
        <w:br/>
        <w:t>v -1.126286 15.628703 0.651335</w:t>
        <w:br/>
        <w:t>v -1.076810 15.736663 0.941240</w:t>
        <w:br/>
        <w:t>v -1.134986 15.594372 0.974546</w:t>
        <w:br/>
        <w:t>v -1.133018 15.227710 0.433000</w:t>
        <w:br/>
        <w:t>v -1.125848 15.344872 0.687570</w:t>
        <w:br/>
        <w:t>v -1.115045 15.079203 0.727409</w:t>
        <w:br/>
        <w:t>v -1.110788 15.066847 0.448409</w:t>
        <w:br/>
        <w:t>v -1.165803 15.156444 1.043175</w:t>
        <w:br/>
        <w:t>v -1.173142 15.293081 1.027237</w:t>
        <w:br/>
        <w:t>v -1.083799 15.160795 0.108629</w:t>
        <w:br/>
        <w:t>v -1.133018 15.227710 0.433000</w:t>
        <w:br/>
        <w:t>v -1.110788 15.066847 0.448409</w:t>
        <w:br/>
        <w:t>v -0.822534 14.966215 -0.105225</w:t>
        <w:br/>
        <w:t>v -0.893688 15.235015 -0.189950</w:t>
        <w:br/>
        <w:t>v -1.011779 14.915925 0.163917</w:t>
        <w:br/>
        <w:t>v 0.000665 16.178143 1.266412</w:t>
        <w:br/>
        <w:t>v 0.000665 16.186796 1.290511</w:t>
        <w:br/>
        <w:t>v -0.135614 16.174891 1.303661</w:t>
        <w:br/>
        <w:t>v -0.135392 16.164749 1.280306</w:t>
        <w:br/>
        <w:t>v -0.347249 15.973528 1.493323</w:t>
        <w:br/>
        <w:t>v -0.340841 15.997840 1.497342</w:t>
        <w:br/>
        <w:t>v -0.173886 16.023123 1.452784</w:t>
        <w:br/>
        <w:t>v -0.174584 16.004702 1.449389</w:t>
        <w:br/>
        <w:t>v -1.114651 15.228872 1.691453</w:t>
        <w:br/>
        <w:t>v -1.084538 15.069039 1.670404</w:t>
        <w:br/>
        <w:t>v -1.142843 15.062537 1.508368</w:t>
        <w:br/>
        <w:t>v -1.175997 15.214398 1.520677</w:t>
        <w:br/>
        <w:t>v -1.153389 15.511847 1.471272</w:t>
        <w:br/>
        <w:t>v -1.087602 15.532303 1.631675</w:t>
        <w:br/>
        <w:t>v -1.114717 15.390190 1.679417</w:t>
        <w:br/>
        <w:t>v -1.179784 15.367513 1.510102</w:t>
        <w:br/>
        <w:t>v -0.852884 15.531167 1.864741</w:t>
        <w:br/>
        <w:t>v -0.872089 15.393084 1.912489</w:t>
        <w:br/>
        <w:t>v -1.011827 15.400702 1.825178</w:t>
        <w:br/>
        <w:t>v -0.988168 15.542717 1.773856</w:t>
        <w:br/>
        <w:t>v -1.044654 15.767794 1.174133</w:t>
        <w:br/>
        <w:t>v -0.997345 15.803231 1.336130</w:t>
        <w:br/>
        <w:t>v -1.099510 15.639079 1.420025</w:t>
        <w:br/>
        <w:t>v -1.126125 15.609042 1.234499</w:t>
        <w:br/>
        <w:t>v -0.950528 15.799914 1.474778</w:t>
        <w:br/>
        <w:t>v -1.037598 15.657573 1.567020</w:t>
        <w:br/>
        <w:t>v -0.823001 15.657570 1.796478</w:t>
        <w:br/>
        <w:t>v -0.700709 15.641190 1.845308</w:t>
        <w:br/>
        <w:t>v -0.731248 15.518064 1.922097</w:t>
        <w:br/>
        <w:t>v -0.761118 15.788767 1.682415</w:t>
        <w:br/>
        <w:t>v -0.945145 15.666145 1.699346</w:t>
        <w:br/>
        <w:t>v -0.864639 15.792892 1.588907</w:t>
        <w:br/>
        <w:t>v -0.725742 15.888533 1.584010</w:t>
        <w:br/>
        <w:t>v -0.605265 15.867045 1.636610</w:t>
        <w:br/>
        <w:t>v -0.647879 15.766005 1.733700</w:t>
        <w:br/>
        <w:t>v -1.044654 15.767794 1.174133</w:t>
        <w:br/>
        <w:t>v -1.048507 15.787244 1.179316</w:t>
        <w:br/>
        <w:t>v -0.998776 15.818192 1.338940</w:t>
        <w:br/>
        <w:t>v -0.997345 15.803231 1.336130</w:t>
        <w:br/>
        <w:t>v -0.873373 15.239794 1.926976</w:t>
        <w:br/>
        <w:t>v -0.745317 15.233386 1.977894</w:t>
        <w:br/>
        <w:t>v -0.728514 15.092808 1.947422</w:t>
        <w:br/>
        <w:t>v -0.855582 15.085897 1.897501</w:t>
        <w:br/>
        <w:t>v -1.013503 15.237296 1.836427</w:t>
        <w:br/>
        <w:t>v -1.186490 15.191003 1.308729</w:t>
        <w:br/>
        <w:t>v -1.188553 15.330556 1.297117</w:t>
        <w:br/>
        <w:t>v -1.169784 15.475710 1.271231</w:t>
        <w:br/>
        <w:t>v -0.205539 15.528944 1.814367</w:t>
        <w:br/>
        <w:t>v -0.191694 15.657355 1.738107</w:t>
        <w:br/>
        <w:t>v 0.000665 15.640388 1.727117</w:t>
        <w:br/>
        <w:t>v 0.000650 15.508033 1.797895</w:t>
        <w:br/>
        <w:t>v -0.396810 15.111116 1.904873</w:t>
        <w:br/>
        <w:t>v -0.405367 15.213656 1.929255</w:t>
        <w:br/>
        <w:t>v -0.203009 15.168436 1.853192</w:t>
        <w:br/>
        <w:t>v -0.386825 15.572161 1.845443</w:t>
        <w:br/>
        <w:t>v -0.359443 15.699232 1.752329</w:t>
        <w:br/>
        <w:t>v -0.210396 15.417261 1.849977</w:t>
        <w:br/>
        <w:t>v -0.209243 15.302976 1.864383</w:t>
        <w:br/>
        <w:t>v -0.409182 15.318855 1.928267</w:t>
        <w:br/>
        <w:t>v -0.403450 15.449585 1.897465</w:t>
        <w:br/>
        <w:t>v -0.572841 15.222321 1.976078</w:t>
        <w:br/>
        <w:t>v -0.559986 15.101458 1.948132</w:t>
        <w:br/>
        <w:t>v -0.506526 15.730574 1.758331</w:t>
        <w:br/>
        <w:t>v -0.473809 15.836657 1.670117</w:t>
        <w:br/>
        <w:t>v -0.338345 15.808457 1.678633</w:t>
        <w:br/>
        <w:t>v -0.578016 15.345467 1.971876</w:t>
        <w:br/>
        <w:t>v -0.566193 15.484626 1.928542</w:t>
        <w:br/>
        <w:t>v -0.918366 15.852812 1.452363</w:t>
        <w:br/>
        <w:t>v -0.915615 15.834249 1.451034</w:t>
        <w:br/>
        <w:t>v -1.157041 15.445883 1.005436</w:t>
        <w:br/>
        <w:t>v -0.822946 15.867541 1.525446</w:t>
        <w:br/>
        <w:t>v -0.816253 15.886437 1.522441</w:t>
        <w:br/>
        <w:t>v -0.712594 15.915026 1.561137</w:t>
        <w:br/>
        <w:t>v -0.721562 15.890171 1.553536</w:t>
        <w:br/>
        <w:t>v -1.148573 15.462919 0.627366</w:t>
        <w:br/>
        <w:t>v -0.749365 15.375764 1.970176</w:t>
        <w:br/>
        <w:t>v 0.000679 15.401340 1.819720</w:t>
        <w:br/>
        <w:t>v -0.543038 15.608871 1.859800</w:t>
        <w:br/>
        <w:t>v -0.183898 15.784501 1.676594</w:t>
        <w:br/>
        <w:t>v -0.271758 15.003313 -0.247407</w:t>
        <w:br/>
        <w:t>v 0.000664 15.003191 -0.220704</w:t>
        <w:br/>
        <w:t>v 0.000331 15.239577 -0.285493</w:t>
        <w:br/>
        <w:t>v -0.280062 15.240017 -0.320260</w:t>
        <w:br/>
        <w:t>v -0.570323 15.257915 -0.331059</w:t>
        <w:br/>
        <w:t>v -0.535976 14.995600 -0.246141</w:t>
        <w:br/>
        <w:t>v -1.143600 15.024097 1.053971</w:t>
        <w:br/>
        <w:t>v -1.157273 15.052525 1.309302</w:t>
        <w:br/>
        <w:t>v -0.918135 15.960830 1.128504</w:t>
        <w:br/>
        <w:t>v -0.935169 15.962879 1.137189</w:t>
        <w:br/>
        <w:t>v -0.972357 15.927173 0.969751</w:t>
        <w:br/>
        <w:t>v -0.278597 16.142939 1.304729</w:t>
        <w:br/>
        <w:t>v -0.279767 16.149832 1.324375</w:t>
        <w:br/>
        <w:t>v -0.432050 16.118555 1.353223</w:t>
        <w:br/>
        <w:t>v -0.428091 16.115181 1.335847</w:t>
        <w:br/>
        <w:t>v -0.521783 15.965469 1.544470</w:t>
        <w:br/>
        <w:t>v -0.530963 15.939700 1.542761</w:t>
        <w:br/>
        <w:t>v 0.000676 15.301040 1.841233</w:t>
        <w:br/>
        <w:t>v 0.000665 15.178402 1.834196</w:t>
        <w:br/>
        <w:t>v -0.182691 15.792681 1.651521</w:t>
        <w:br/>
        <w:t>v 0.000665 15.774963 1.649265</w:t>
        <w:br/>
        <w:t>v 0.000665 15.768392 1.673671</w:t>
        <w:br/>
        <w:t>v -0.200334 15.032604 1.806876</w:t>
        <w:br/>
        <w:t>v -0.385447 15.007886 1.854839</w:t>
        <w:br/>
        <w:t>v -1.017651 14.912066 1.609260</w:t>
        <w:br/>
        <w:t>v -1.076667 14.911129 1.470930</w:t>
        <w:br/>
        <w:t>v -0.540024 14.981407 1.881779</w:t>
        <w:br/>
        <w:t>v -0.695318 14.954268 1.871217</w:t>
        <w:br/>
        <w:t>v -0.810533 14.937601 1.816420</w:t>
        <w:br/>
        <w:t>v -0.930801 14.917488 1.729402</w:t>
        <w:br/>
        <w:t>v -0.990230 15.075543 1.806474</w:t>
        <w:br/>
        <w:t>v -1.068062 14.833351 0.487675</w:t>
        <w:br/>
        <w:t>v -1.082324 14.852527 0.759070</w:t>
        <w:br/>
        <w:t>v -1.068062 14.833351 0.487675</w:t>
        <w:br/>
        <w:t>v -1.100039 14.914665 1.297743</w:t>
        <w:br/>
        <w:t>v -1.098681 14.886774 1.057160</w:t>
        <w:br/>
        <w:t>v 0.000664 15.046621 1.798232</w:t>
        <w:br/>
        <w:t>v -1.059728 14.681790 0.776956</w:t>
        <w:br/>
        <w:t>v -1.049367 14.690930 1.057792</w:t>
        <w:br/>
        <w:t>v -1.011229 14.607091 1.058830</w:t>
        <w:br/>
        <w:t>v -1.032067 14.593998 0.795331</w:t>
        <w:br/>
        <w:t>v -0.989795 14.717304 1.343247</w:t>
        <w:br/>
        <w:t>v -0.936561 14.634186 1.316540</w:t>
        <w:br/>
        <w:t>v -0.876070 14.742484 1.561957</w:t>
        <w:br/>
        <w:t>v -0.820736 14.680256 1.505051</w:t>
        <w:br/>
        <w:t>v -0.722883 14.777994 1.680406</w:t>
        <w:br/>
        <w:t>v -0.690693 14.730310 1.619424</w:t>
        <w:br/>
        <w:t>v -0.526143 14.765881 1.686831</w:t>
        <w:br/>
        <w:t>v -0.549301 14.825439 1.753031</w:t>
        <w:br/>
        <w:t>v -0.371360 14.880432 1.763442</w:t>
        <w:br/>
        <w:t>v -0.364281 14.805974 1.715459</w:t>
        <w:br/>
        <w:t>v -0.202366 14.927544 1.752900</w:t>
        <w:br/>
        <w:t>v -0.205693 14.834835 1.719748</w:t>
        <w:br/>
        <w:t>v 0.000664 14.948287 1.760689</w:t>
        <w:br/>
        <w:t>v 0.000664 14.843829 1.747756</w:t>
        <w:br/>
        <w:t>v -0.256083 14.702806 -0.128134</w:t>
        <w:br/>
        <w:t>v 0.000664 14.705551 -0.117846</w:t>
        <w:br/>
        <w:t>v 0.000664 14.800663 -0.157373</w:t>
        <w:br/>
        <w:t>v -0.261806 14.796940 -0.174033</w:t>
        <w:br/>
        <w:t>v -0.515134 14.781330 -0.158392</w:t>
        <w:br/>
        <w:t>v -0.503185 14.689110 -0.106723</w:t>
        <w:br/>
        <w:t>v -0.776550 14.750813 -0.032209</w:t>
        <w:br/>
        <w:t>v -0.754009 14.656657 0.019963</w:t>
        <w:br/>
        <w:t>v -0.961380 14.702512 0.213410</w:t>
        <w:br/>
        <w:t>v -0.931528 14.610309 0.256344</w:t>
        <w:br/>
        <w:t>v -1.047394 14.680360 0.510646</w:t>
        <w:br/>
        <w:t>v -1.019005 14.591543 0.538331</w:t>
        <w:br/>
        <w:t>v -1.047394 14.680360 0.510646</w:t>
        <w:br/>
        <w:t>v -1.019005 14.591543 0.538331</w:t>
        <w:br/>
        <w:t>v -1.038712 14.713150 1.055251</w:t>
        <w:br/>
        <w:t>v -1.050424 14.703897 0.777906</w:t>
        <w:br/>
        <w:t>v -1.038550 14.702624 0.515112</w:t>
        <w:br/>
        <w:t>v -1.038550 14.702624 0.515112</w:t>
        <w:br/>
        <w:t>v -0.956684 14.724415 0.220994</w:t>
        <w:br/>
        <w:t>v -0.770949 14.767777 -0.024951</w:t>
        <w:br/>
        <w:t>v -0.511782 14.793597 -0.149700</w:t>
        <w:br/>
        <w:t>v -0.260018 14.808027 -0.164781</w:t>
        <w:br/>
        <w:t>v 0.000664 14.812829 -0.148079</w:t>
        <w:br/>
        <w:t>v 0.000664 14.966722 1.750289</w:t>
        <w:br/>
        <w:t>v -0.202936 14.947193 1.746827</w:t>
        <w:br/>
        <w:t>v -0.371313 14.899560 1.761457</w:t>
        <w:br/>
        <w:t>v -0.551065 14.840307 1.751588</w:t>
        <w:br/>
        <w:t>v -0.726385 14.793991 1.680117</w:t>
        <w:br/>
        <w:t>v -0.874217 14.758787 1.559980</w:t>
        <w:br/>
        <w:t>v -0.985140 14.732472 1.339846</w:t>
        <w:br/>
        <w:t>v -0.989208 14.594625 1.054693</w:t>
        <w:br/>
        <w:t>v -1.012446 14.583507 0.798734</w:t>
        <w:br/>
        <w:t>v -0.917060 14.627868 1.309505</w:t>
        <w:br/>
        <w:t>v -0.803721 14.674444 1.493152</w:t>
        <w:br/>
        <w:t>v -0.678945 14.719768 1.600619</w:t>
        <w:br/>
        <w:t>v -0.355995 14.792267 1.691461</w:t>
        <w:br/>
        <w:t>v -0.514680 14.755105 1.665147</w:t>
        <w:br/>
        <w:t>v -0.202866 14.822077 1.705914</w:t>
        <w:br/>
        <w:t>v 0.000331 14.833014 1.729187</w:t>
        <w:br/>
        <w:t>v -0.253399 14.693175 -0.109053</w:t>
        <w:br/>
        <w:t>v 0.000331 14.695127 -0.096579</w:t>
        <w:br/>
        <w:t>v -0.497331 14.679109 -0.086413</w:t>
        <w:br/>
        <w:t>v -0.736868 14.646561 0.037188</w:t>
        <w:br/>
        <w:t>v -0.912594 14.598928 0.271013</w:t>
        <w:br/>
        <w:t>v -1.000090 14.581657 0.547806</w:t>
        <w:br/>
        <w:t>v -1.000090 14.581657 0.547806</w:t>
        <w:br/>
        <w:t>v -0.515134 14.781330 -0.158392</w:t>
        <w:br/>
        <w:t>v -0.511782 14.793597 -0.149700</w:t>
        <w:br/>
        <w:t>v -0.261806 14.796940 -0.174033</w:t>
        <w:br/>
        <w:t>v -0.260018 14.808027 -0.164781</w:t>
        <w:br/>
        <w:t>v 0.000664 14.800663 -0.157373</w:t>
        <w:br/>
        <w:t>v 0.000664 14.812829 -0.148079</w:t>
        <w:br/>
        <w:t>v -0.202936 14.947193 1.746827</w:t>
        <w:br/>
        <w:t>v -0.989795 14.717304 1.343247</w:t>
        <w:br/>
        <w:t>v -0.600002 15.868296 1.607354</w:t>
        <w:br/>
        <w:t>v -0.469739 15.839952 1.643343</w:t>
        <w:br/>
        <w:t>v -0.915615 15.834249 1.451034</w:t>
        <w:br/>
        <w:t>v -0.915615 15.834249 1.451034</w:t>
        <w:br/>
        <w:t>v -0.822946 15.867541 1.525446</w:t>
        <w:br/>
        <w:t>v -0.721562 15.890171 1.553536</w:t>
        <w:br/>
        <w:t>v 0.000665 16.123260 1.381221</w:t>
        <w:br/>
        <w:t>v 0.000665 16.038710 1.426086</w:t>
        <w:br/>
        <w:t>v -0.155893 16.109997 1.396714</w:t>
        <w:br/>
        <w:t>v -0.312058 16.085564 1.436109</w:t>
        <w:br/>
        <w:t>v -1.011158 15.886432 1.168301</w:t>
        <w:br/>
        <w:t>v -0.856355 15.997744 1.257017</w:t>
        <w:br/>
        <w:t>v -0.933280 15.924415 1.298930</w:t>
        <w:br/>
        <w:t>v -0.737426 16.038023 1.345965</w:t>
        <w:br/>
        <w:t>v -0.791919 15.973433 1.434792</w:t>
        <w:br/>
        <w:t>v -0.598772 16.076162 1.379777</w:t>
        <w:br/>
        <w:t>v -0.661751 16.009863 1.496458</w:t>
        <w:br/>
        <w:t>v -1.066123 15.775164 1.021649</w:t>
        <w:br/>
        <w:t>v -1.040342 15.856114 1.005043</w:t>
        <w:br/>
        <w:t>v -0.476908 16.052380 1.476565</w:t>
        <w:br/>
        <w:t>v -0.972357 15.927173 0.969751</w:t>
        <w:br/>
        <w:t>v -0.838241 15.986494 1.240879</w:t>
        <w:br/>
        <w:t>v -0.726954 16.029177 1.329811</w:t>
        <w:br/>
        <w:t>v -0.591717 16.064577 1.358871</w:t>
        <w:br/>
        <w:t>v 0.000329 16.020861 1.427197</w:t>
        <w:br/>
        <w:t>v -1.076810 15.736663 0.941240</w:t>
        <w:br/>
        <w:t>v -0.587038 16.464836 -0.743995</w:t>
        <w:br/>
        <w:t>v -0.614092 16.313263 -0.698824</w:t>
        <w:br/>
        <w:t>v -0.400269 16.227404 -0.770840</w:t>
        <w:br/>
        <w:t>v -0.391755 16.410414 -0.825994</w:t>
        <w:br/>
        <w:t>v -0.568294 16.541719 -0.756065</w:t>
        <w:br/>
        <w:t>v -0.389558 16.592939 -0.845452</w:t>
        <w:br/>
        <w:t>v -0.758762 16.528833 -0.647797</w:t>
        <w:br/>
        <w:t>v -0.791076 16.397562 -0.616510</w:t>
        <w:br/>
        <w:t>v -0.730850 16.644613 -0.669271</w:t>
        <w:br/>
        <w:t>v -0.185654 16.173275 -0.817000</w:t>
        <w:br/>
        <w:t>v -0.179935 16.374790 -0.869848</w:t>
        <w:br/>
        <w:t>v -0.177318 16.570032 -0.880390</w:t>
        <w:br/>
        <w:t>v -0.908841 16.713718 -0.549231</w:t>
        <w:br/>
        <w:t>v -0.913815 16.616655 -0.527723</w:t>
        <w:br/>
        <w:t>v -0.930350 16.500793 -0.520546</w:t>
        <w:br/>
        <w:t>v -0.527377 16.594555 -0.779994</w:t>
        <w:br/>
        <w:t>v -0.618173 16.648088 -0.728749</w:t>
        <w:br/>
        <w:t>v -0.671307 16.692116 -0.696252</w:t>
        <w:br/>
        <w:t>v -0.282894 16.638807 -0.862485</w:t>
        <w:br/>
        <w:t>v -0.127664 16.660454 -0.879931</w:t>
        <w:br/>
        <w:t>v 0.000665 16.557539 -0.877841</w:t>
        <w:br/>
        <w:t>v 0.000683 16.672924 -0.877985</w:t>
        <w:br/>
        <w:t>v -0.720118 16.717308 -0.658551</w:t>
        <w:br/>
        <w:t>v -0.804326 16.300379 -0.579495</w:t>
        <w:br/>
        <w:t>v -0.939096 16.407614 -0.499032</w:t>
        <w:br/>
        <w:t>v -0.799188 16.285791 -0.565277</w:t>
        <w:br/>
        <w:t>v -1.053195 16.517715 -0.411470</w:t>
        <w:br/>
        <w:t>v -1.030808 16.587433 -0.427694</w:t>
        <w:br/>
        <w:t>v -1.119436 16.661839 -0.301236</w:t>
        <w:br/>
        <w:t>v -1.146695 16.603855 -0.290359</w:t>
        <w:br/>
        <w:t>v 0.000665 15.916581 -0.600307</w:t>
        <w:br/>
        <w:t>v 0.000665 15.927794 -0.659500</w:t>
        <w:br/>
        <w:t>v -0.188822 15.950803 -0.672855</w:t>
        <w:br/>
        <w:t>v -0.187429 15.941660 -0.624019</w:t>
        <w:br/>
        <w:t>v -0.416596 16.049589 -0.655042</w:t>
        <w:br/>
        <w:t>v -0.416243 16.035269 -0.625179</w:t>
        <w:br/>
        <w:t>v -0.631931 16.167839 -0.624398</w:t>
        <w:br/>
        <w:t>v -0.631762 16.164888 -0.600505</w:t>
        <w:br/>
        <w:t>v 0.000665 15.985881 -0.734274</w:t>
        <w:br/>
        <w:t>v -0.188900 16.015997 -0.738192</w:t>
        <w:br/>
        <w:t>v -0.412247 16.099726 -0.705758</w:t>
        <w:br/>
        <w:t>v -0.623010 16.201061 -0.652828</w:t>
        <w:br/>
        <w:t>v 0.000665 16.156002 -0.817591</w:t>
        <w:br/>
        <w:t>v 0.000665 16.359318 -0.864050</w:t>
        <w:br/>
        <w:t>v -0.387499 16.666449 -0.831168</w:t>
        <w:br/>
        <w:t>v -0.471120 16.713018 -0.794651</w:t>
        <w:br/>
        <w:t>v -0.504165 16.641552 -0.789638</w:t>
        <w:br/>
        <w:t>v -0.590825 16.609661 -0.746115</w:t>
        <w:br/>
        <w:t>v -1.030912 16.731462 -0.423581</w:t>
        <w:br/>
        <w:t>v -1.104297 16.757727 -0.298667</w:t>
        <w:br/>
        <w:t>v -1.167283 16.699085 -0.169956</w:t>
        <w:br/>
        <w:t>v -1.143351 16.753487 -0.206476</w:t>
        <w:br/>
        <w:t>v -1.187516 16.711058 0.168217</w:t>
        <w:br/>
        <w:t>v -1.203651 16.720150 0.009567</w:t>
        <w:br/>
        <w:t>v -1.174667 16.749226 0.015087</w:t>
        <w:br/>
        <w:t>v -1.193732 16.662586 -0.160593</w:t>
        <w:br/>
        <w:t>v -1.174484 16.755770 -0.102451</w:t>
        <w:br/>
        <w:t>v -0.238440 15.286312 -0.530616</w:t>
        <w:br/>
        <w:t>v 0.000664 15.283244 -0.558474</w:t>
        <w:br/>
        <w:t>v 0.000665 15.604785 -0.573783</w:t>
        <w:br/>
        <w:t>v -0.213468 15.607594 -0.565575</w:t>
        <w:br/>
        <w:t>v -0.463327 15.281869 -0.503484</w:t>
        <w:br/>
        <w:t>v -0.432708 15.611726 -0.558434</w:t>
        <w:br/>
        <w:t>v -0.504764 14.490147 -0.435214</w:t>
        <w:br/>
        <w:t>v -0.266500 14.459955 -0.500878</w:t>
        <w:br/>
        <w:t>v -0.207195 14.555807 -0.515998</w:t>
        <w:br/>
        <w:t>v -0.293247 14.354188 -0.486338</w:t>
        <w:br/>
        <w:t>v -0.504145 14.358916 -0.429735</w:t>
        <w:br/>
        <w:t>v -0.521102 14.721132 -0.441625</w:t>
        <w:br/>
        <w:t>v -0.500092 14.951286 -0.458337</w:t>
        <w:br/>
        <w:t>v -0.760401 14.946051 -0.346406</w:t>
        <w:br/>
        <w:t>v -0.760218 14.712308 -0.331849</w:t>
        <w:br/>
        <w:t>v -1.019289 14.712260 -0.105824</w:t>
        <w:br/>
        <w:t>v -1.042768 14.927999 -0.125296</w:t>
        <w:br/>
        <w:t>v -1.176853 14.711090 0.140280</w:t>
        <w:br/>
        <w:t>v -1.186991 14.918049 0.141660</w:t>
        <w:br/>
        <w:t>v -1.163987 14.496512 0.139779</w:t>
        <w:br/>
        <w:t>v -1.005696 14.493281 -0.091788</w:t>
        <w:br/>
        <w:t>v -0.760019 14.493252 -0.316374</w:t>
        <w:br/>
        <w:t>v -0.708248 15.291858 -0.467910</w:t>
        <w:br/>
        <w:t>v -0.687192 15.624106 -0.559283</w:t>
        <w:br/>
        <w:t>v -0.910046 15.269216 -0.338446</w:t>
        <w:br/>
        <w:t>v -0.869650 15.648862 -0.556445</w:t>
        <w:br/>
        <w:t>v -1.076869 15.179780 -0.152540</w:t>
        <w:br/>
        <w:t>v -1.203071 15.169179 0.141660</w:t>
        <w:br/>
        <w:t>v -1.123746 15.350242 -0.198877</w:t>
        <w:br/>
        <w:t>v -1.151097 15.313685 -0.093130</w:t>
        <w:br/>
        <w:t>v -1.023885 15.414663 -0.358730</w:t>
        <w:br/>
        <w:t>v -0.904553 15.971722 -0.612136</w:t>
        <w:br/>
        <w:t>v -1.069966 15.984074 -0.590636</w:t>
        <w:br/>
        <w:t>v -0.986426 15.662428 -0.529655</w:t>
        <w:br/>
        <w:t>v -1.251959 16.472265 -0.360535</w:t>
        <w:br/>
        <w:t>v -1.176877 16.273710 -0.493537</w:t>
        <w:br/>
        <w:t>v -0.961795 16.290010 -0.522285</w:t>
        <w:br/>
        <w:t>v -1.053195 16.517715 -0.411470</w:t>
        <w:br/>
        <w:t>v -1.435160 16.396748 -0.325519</w:t>
        <w:br/>
        <w:t>v -1.358027 16.209721 -0.460141</w:t>
        <w:br/>
        <w:t>v -0.782923 16.242645 -0.564573</w:t>
        <w:br/>
        <w:t>v -0.799188 16.285791 -0.565277</w:t>
        <w:br/>
        <w:t>v -0.939096 16.407614 -0.499032</w:t>
        <w:br/>
        <w:t>v -1.178229 15.783083 -0.505679</w:t>
        <w:br/>
        <w:t>v -1.123672 15.611154 -0.436318</w:t>
        <w:br/>
        <w:t>v -1.115054 15.452458 -0.321328</w:t>
        <w:br/>
        <w:t>v 0.000664 14.961296 -0.553218</w:t>
        <w:br/>
        <w:t>v -0.251966 14.963045 -0.514578</w:t>
        <w:br/>
        <w:t>v 0.000664 14.740108 -0.554204</w:t>
        <w:br/>
        <w:t>v -0.246316 14.731817 -0.513447</w:t>
        <w:br/>
        <w:t>v -0.416243 16.035269 -0.625179</w:t>
        <w:br/>
        <w:t>v -0.631762 16.164888 -0.600505</w:t>
        <w:br/>
        <w:t>v -0.714118 15.942497 -0.570379</w:t>
        <w:br/>
        <w:t>v -1.146695 16.603855 -0.290359</w:t>
        <w:br/>
        <w:t>v -1.193732 16.662586 -0.160593</w:t>
        <w:br/>
        <w:t>v -1.342389 16.586185 -0.181105</w:t>
        <w:br/>
        <w:t>v -1.382940 16.644308 -0.002194</w:t>
        <w:br/>
        <w:t>v -1.342389 16.586185 -0.181105</w:t>
        <w:br/>
        <w:t>v -1.193732 16.662586 -0.160593</w:t>
        <w:br/>
        <w:t>v -1.203651 16.720150 0.009567</w:t>
        <w:br/>
        <w:t>v 0.000665 15.916581 -0.600307</w:t>
        <w:br/>
        <w:t>v -0.189434 15.915931 -0.619518</w:t>
        <w:br/>
        <w:t>v -0.420888 15.915778 -0.606349</w:t>
        <w:br/>
        <w:t>v -1.266232 15.988234 -0.529410</w:t>
        <w:br/>
        <w:t>v -0.508018 14.354585 -0.384588</w:t>
        <w:br/>
        <w:t>v -0.293287 14.354188 -0.439117</w:t>
        <w:br/>
        <w:t>v -0.293247 14.354188 -0.486338</w:t>
        <w:br/>
        <w:t>v -0.504145 14.358916 -0.429735</w:t>
        <w:br/>
        <w:t>v -1.293082 14.357398 0.657382</w:t>
        <w:br/>
        <w:t>v -1.229562 14.356850 0.423561</w:t>
        <w:br/>
        <w:t>v -1.271653 14.357080 0.408563</w:t>
        <w:br/>
        <w:t>v -1.330882 14.357154 0.654554</w:t>
        <w:br/>
        <w:t>v -1.099787 14.356203 0.160878</w:t>
        <w:br/>
        <w:t>v -0.958129 14.357429 -0.051684</w:t>
        <w:br/>
        <w:t>v -0.994409 14.356873 -0.085688</w:t>
        <w:br/>
        <w:t>v -1.142763 14.356094 0.141659</w:t>
        <w:br/>
        <w:t>v -0.735635 14.355441 -0.271923</w:t>
        <w:br/>
        <w:t>v -0.755873 14.359907 -0.304753</w:t>
        <w:br/>
        <w:t>v -1.306661 14.367123 0.935227</w:t>
        <w:br/>
        <w:t>v -1.348972 14.365106 0.940362</w:t>
        <w:br/>
        <w:t>v -1.360531 14.368407 1.178934</w:t>
        <w:br/>
        <w:t>v -1.315147 14.368102 1.163520</w:t>
        <w:br/>
        <w:t>v -0.114716 14.622385 -0.532281</w:t>
        <w:br/>
        <w:t>v 0.000664 14.649487 -0.549144</w:t>
        <w:br/>
        <w:t>v -0.257892 14.455651 -0.517944</w:t>
        <w:br/>
        <w:t>v -0.184552 14.428082 -0.527829</w:t>
        <w:br/>
        <w:t>v -0.145929 14.489959 -0.539624</w:t>
        <w:br/>
        <w:t>v -0.200357 14.548178 -0.535052</w:t>
        <w:br/>
        <w:t>v -0.199578 14.354178 -0.515348</w:t>
        <w:br/>
        <w:t>v -0.278272 14.354178 -0.500271</w:t>
        <w:br/>
        <w:t>v -0.278233 14.354178 -0.429886</w:t>
        <w:br/>
        <w:t>v -0.198142 14.354178 -0.436283</w:t>
        <w:br/>
        <w:t>v -0.199578 14.354178 -0.515348</w:t>
        <w:br/>
        <w:t>v -0.278272 14.354178 -0.500271</w:t>
        <w:br/>
        <w:t>v -0.112510 14.612627 -0.551029</w:t>
        <w:br/>
        <w:t>v -0.084004 14.539224 -0.550047</w:t>
        <w:br/>
        <w:t>v 0.000664 14.562348 -0.559783</w:t>
        <w:br/>
        <w:t>v 0.000664 14.638627 -0.566441</w:t>
        <w:br/>
        <w:t>v -0.198142 14.354178 -0.436283</w:t>
        <w:br/>
        <w:t>v -0.183984 14.427660 -0.444186</w:t>
        <w:br/>
        <w:t>v -0.184552 14.428082 -0.527829</w:t>
        <w:br/>
        <w:t>v -0.199578 14.354178 -0.515348</w:t>
        <w:br/>
        <w:t>v -0.146281 14.490138 -0.452444</w:t>
        <w:br/>
        <w:t>v -0.145929 14.489959 -0.539624</w:t>
        <w:br/>
        <w:t>v -0.084156 14.539136 -0.461414</w:t>
        <w:br/>
        <w:t>v -0.084004 14.539224 -0.550047</w:t>
        <w:br/>
        <w:t>v 0.000331 14.562308 -0.470739</w:t>
        <w:br/>
        <w:t>v 0.000664 14.562348 -0.559783</w:t>
        <w:br/>
        <w:t>v -0.112510 14.612627 -0.551029</w:t>
        <w:br/>
        <w:t>v 0.000664 14.638627 -0.566441</w:t>
        <w:br/>
        <w:t>v 0.000664 14.649487 -0.549144</w:t>
        <w:br/>
        <w:t>v -0.994409 14.356873 -0.085688</w:t>
        <w:br/>
        <w:t>v -1.142763 14.356094 0.141659</w:t>
        <w:br/>
        <w:t>v -0.755873 14.359907 -0.304753</w:t>
        <w:br/>
        <w:t>v -0.799188 16.285791 -0.565277</w:t>
        <w:br/>
        <w:t>v -1.173890 15.300940 0.043643</w:t>
        <w:br/>
        <w:t>v -0.187429 15.941660 -0.624019</w:t>
        <w:br/>
        <w:t>v -1.478645 16.504564 -0.197680</w:t>
        <w:br/>
        <w:t>v -1.511480 16.568850 -0.010666</w:t>
        <w:br/>
        <w:t>v -1.478645 16.504564 -0.197680</w:t>
        <w:br/>
        <w:t>v -1.111077 15.710289 1.144836</w:t>
        <w:br/>
        <w:t>v -1.161942 15.600407 1.124276</w:t>
        <w:br/>
        <w:t>v -1.208036 15.615067 1.139064</w:t>
        <w:br/>
        <w:t>v -1.152538 15.733708 1.164338</w:t>
        <w:br/>
        <w:t>v -0.506451 16.309906 1.324063</w:t>
        <w:br/>
        <w:t>v -0.564577 16.246500 1.300545</w:t>
        <w:br/>
        <w:t>v -0.588964 16.263714 1.311154</w:t>
        <w:br/>
        <w:t>v -0.530537 16.323837 1.337213</w:t>
        <w:br/>
        <w:t>v -0.632847 16.189152 1.274318</w:t>
        <w:br/>
        <w:t>v -0.660262 16.206133 1.285480</w:t>
        <w:br/>
        <w:t>v -1.213042 15.451762 1.108451</w:t>
        <w:br/>
        <w:t>v -1.262787 15.455656 1.119817</w:t>
        <w:br/>
        <w:t>v -1.243198 15.306242 1.103784</w:t>
        <w:br/>
        <w:t>v -1.291250 15.310195 1.115903</w:t>
        <w:br/>
        <w:t>v -1.265110 15.159489 1.104621</w:t>
        <w:br/>
        <w:t>v -1.289513 14.923172 1.115657</w:t>
        <w:br/>
        <w:t>v -1.338210 14.924136 1.129055</w:t>
        <w:br/>
        <w:t>v -1.314729 15.164031 1.117366</w:t>
        <w:br/>
        <w:t>v -1.303242 14.711541 1.132197</w:t>
        <w:br/>
        <w:t>v -1.351243 14.711750 1.144174</w:t>
        <w:br/>
        <w:t>v -1.311396 14.522553 1.149705</w:t>
        <w:br/>
        <w:t>v -1.359766 14.525161 1.162068</w:t>
        <w:br/>
        <w:t>v -0.749957 16.120947 1.252724</w:t>
        <w:br/>
        <w:t>v -0.769674 16.144014 1.263004</w:t>
        <w:br/>
        <w:t>v -0.856750 16.045010 1.225236</w:t>
        <w:br/>
        <w:t>v -0.878806 16.067358 1.239670</w:t>
        <w:br/>
        <w:t>v -1.012299 15.886938 1.184638</w:t>
        <w:br/>
        <w:t>v -1.042480 15.915379 1.200602</w:t>
        <w:br/>
        <w:t>v -1.315147 14.368102 1.163520</w:t>
        <w:br/>
        <w:t>v -1.360531 14.368407 1.178934</w:t>
        <w:br/>
        <w:t>v -1.206350 15.296756 0.145174</w:t>
        <w:br/>
        <w:t>v 1.077473 15.736663 0.941240</w:t>
        <w:br/>
        <w:t>v 1.126949 15.628703 0.651335</w:t>
        <w:br/>
        <w:t>v 1.136315 15.594371 0.974546</w:t>
        <w:br/>
        <w:t>v 1.116374 15.079203 0.727409</w:t>
        <w:br/>
        <w:t>v 1.127177 15.344872 0.687570</w:t>
        <w:br/>
        <w:t>v 1.133681 15.227710 0.433000</w:t>
        <w:br/>
        <w:t>v 1.112117 15.066847 0.448409</w:t>
        <w:br/>
        <w:t>v 1.165837 15.156594 1.043280</w:t>
        <w:br/>
        <w:t>v 1.173316 15.293087 1.027348</w:t>
        <w:br/>
        <w:t>v 1.133681 15.227710 0.433000</w:t>
        <w:br/>
        <w:t>v 1.084462 15.160795 0.108629</w:t>
        <w:br/>
        <w:t>v 1.112117 15.066847 0.448409</w:t>
        <w:br/>
        <w:t>v 0.894351 15.235015 -0.189950</w:t>
        <w:br/>
        <w:t>v 0.823862 14.966215 -0.105225</w:t>
        <w:br/>
        <w:t>v 1.013108 14.915925 0.163917</w:t>
        <w:br/>
        <w:t>v 0.136925 16.174715 1.303625</w:t>
        <w:br/>
        <w:t>v 0.136722 16.164749 1.280306</w:t>
        <w:br/>
        <w:t>v 0.175215 16.023123 1.452784</w:t>
        <w:br/>
        <w:t>v 0.342170 15.997840 1.497342</w:t>
        <w:br/>
        <w:t>v 0.347907 15.973528 1.493323</w:t>
        <w:br/>
        <w:t>v 0.175242 16.004702 1.449389</w:t>
        <w:br/>
        <w:t>v 1.143053 15.062961 1.508113</w:t>
        <w:br/>
        <w:t>v 1.084956 15.069432 1.669903</w:t>
        <w:br/>
        <w:t>v 1.114940 15.228986 1.690896</w:t>
        <w:br/>
        <w:t>v 1.176068 15.214541 1.520440</w:t>
        <w:br/>
        <w:t>v 1.115024 15.389999 1.678874</w:t>
        <w:br/>
        <w:t>v 1.088052 15.531867 1.631214</w:t>
        <w:br/>
        <w:t>v 1.153577 15.511468 1.471087</w:t>
        <w:br/>
        <w:t>v 1.179845 15.367372 1.509890</w:t>
        <w:br/>
        <w:t>v 1.012533 15.400516 1.824514</w:t>
        <w:br/>
        <w:t>v 0.873295 15.393017 1.912277</w:t>
        <w:br/>
        <w:t>v 0.853889 15.530788 1.864131</w:t>
        <w:br/>
        <w:t>v 0.988970 15.542343 1.773299</w:t>
        <w:br/>
        <w:t>v 1.099919 15.638528 1.419859</w:t>
        <w:br/>
        <w:t>v 0.997856 15.802896 1.335828</w:t>
        <w:br/>
        <w:t>v 1.045983 15.767793 1.174133</w:t>
        <w:br/>
        <w:t>v 1.127453 15.609042 1.234499</w:t>
        <w:br/>
        <w:t>v 1.038297 15.657044 1.566689</w:t>
        <w:br/>
        <w:t>v 0.951437 15.799455 1.474566</w:t>
        <w:br/>
        <w:t>v 0.732662 15.518185 1.922342</w:t>
        <w:br/>
        <w:t>v 0.702093 15.641340 1.845529</w:t>
        <w:br/>
        <w:t>v 0.824137 15.657185 1.796089</w:t>
        <w:br/>
        <w:t>v 0.946135 15.665698 1.698967</w:t>
        <w:br/>
        <w:t>v 0.762297 15.788380 1.682097</w:t>
        <w:br/>
        <w:t>v 0.865612 15.792373 1.588548</w:t>
        <w:br/>
        <w:t>v 0.649195 15.765884 1.733587</w:t>
        <w:br/>
        <w:t>v 0.606646 15.866937 1.636793</w:t>
        <w:br/>
        <w:t>v 0.727105 15.888444 1.584153</w:t>
        <w:br/>
        <w:t>v 0.999136 15.817909 1.338491</w:t>
        <w:br/>
        <w:t>v 1.049836 15.787244 1.179316</w:t>
        <w:br/>
        <w:t>v 1.045983 15.767793 1.174133</w:t>
        <w:br/>
        <w:t>v 0.997856 15.802896 1.335828</w:t>
        <w:br/>
        <w:t>v 0.729871 15.092881 1.947241</w:t>
        <w:br/>
        <w:t>v 0.746681 15.233398 1.977758</w:t>
        <w:br/>
        <w:t>v 0.874553 15.239820 1.926718</w:t>
        <w:br/>
        <w:t>v 0.856800 15.086019 1.897285</w:t>
        <w:br/>
        <w:t>v 1.014193 15.237369 1.835746</w:t>
        <w:br/>
        <w:t>v 1.186503 15.191157 1.308736</w:t>
        <w:br/>
        <w:t>v 1.188558 15.330488 1.297141</w:t>
        <w:br/>
        <w:t>v 1.169929 15.475468 1.271232</w:t>
        <w:br/>
        <w:t>v 0.193016 15.657378 1.738149</w:t>
        <w:br/>
        <w:t>v 0.208074 15.525907 1.807603</w:t>
        <w:br/>
        <w:t>v 0.406546 15.213621 1.929722</w:t>
        <w:br/>
        <w:t>v 0.398112 15.111094 1.904950</w:t>
        <w:br/>
        <w:t>v 0.204340 15.168441 1.853193</w:t>
        <w:br/>
        <w:t>v 0.388754 15.570993 1.843204</w:t>
        <w:br/>
        <w:t>v 0.360707 15.699395 1.752604</w:t>
        <w:br/>
        <w:t>v 0.409978 15.319052 1.929892</w:t>
        <w:br/>
        <w:t>v 0.210538 15.303025 1.864550</w:t>
        <w:br/>
        <w:t>v 0.210265 15.418963 1.857654</w:t>
        <w:br/>
        <w:t>v 0.404618 15.449713 1.898017</w:t>
        <w:br/>
        <w:t>v 0.574116 15.222271 1.976684</w:t>
        <w:br/>
        <w:t>v 0.561287 15.101326 1.948515</w:t>
        <w:br/>
        <w:t>v 0.339681 15.808414 1.678702</w:t>
        <w:br/>
        <w:t>v 0.475171 15.836564 1.670255</w:t>
        <w:br/>
        <w:t>v 0.507843 15.730678 1.758449</w:t>
        <w:br/>
        <w:t>v 0.579301 15.345549 1.972380</w:t>
        <w:br/>
        <w:t>v 0.567397 15.485006 1.929500</w:t>
        <w:br/>
        <w:t>v 0.919047 15.852453 1.451851</w:t>
        <w:br/>
        <w:t>v 0.915980 15.833673 1.450332</w:t>
        <w:br/>
        <w:t>v 1.158370 15.445881 1.005436</w:t>
        <w:br/>
        <w:t>v 0.713923 15.915026 1.561137</w:t>
        <w:br/>
        <w:t>v 0.817612 15.886456 1.522460</w:t>
        <w:br/>
        <w:t>v 0.824300 15.867558 1.525461</w:t>
        <w:br/>
        <w:t>v 0.722219 15.890171 1.553536</w:t>
        <w:br/>
        <w:t>v 1.149235 15.462919 0.627366</w:t>
        <w:br/>
        <w:t>v 0.750742 15.375753 1.970124</w:t>
        <w:br/>
        <w:t>v 0.544303 15.609156 1.860263</w:t>
        <w:br/>
        <w:t>v 0.185228 15.784479 1.676622</w:t>
        <w:br/>
        <w:t>v 0.000331 15.239577 -0.285493</w:t>
        <w:br/>
        <w:t>v 0.000664 15.003191 -0.220704</w:t>
        <w:br/>
        <w:t>v 0.273086 15.003313 -0.247407</w:t>
        <w:br/>
        <w:t>v 0.280724 15.240017 -0.320260</w:t>
        <w:br/>
        <w:t>v 0.570985 15.257915 -0.331059</w:t>
        <w:br/>
        <w:t>v 0.537304 14.995600 -0.246141</w:t>
        <w:br/>
        <w:t>v 1.143670 15.024384 1.054030</w:t>
        <w:br/>
        <w:t>v 1.157397 15.052888 1.309263</w:t>
        <w:br/>
        <w:t>v 0.936498 15.962879 1.137189</w:t>
        <w:br/>
        <w:t>v 0.919464 15.960830 1.128504</w:t>
        <w:br/>
        <w:t>v 0.973020 15.927173 0.969751</w:t>
        <w:br/>
        <w:t>v 0.433337 16.118324 1.353177</w:t>
        <w:br/>
        <w:t>v 0.281056 16.149570 1.324320</w:t>
        <w:br/>
        <w:t>v 0.279868 16.142460 1.304566</w:t>
        <w:br/>
        <w:t>v 0.429351 16.114763 1.335682</w:t>
        <w:br/>
        <w:t>v 0.523112 15.965469 1.544470</w:t>
        <w:br/>
        <w:t>v 0.531620 15.939700 1.542761</w:t>
        <w:br/>
        <w:t>v 0.184020 15.792681 1.651521</w:t>
        <w:br/>
        <w:t>v 0.386674 15.007682 1.855161</w:t>
        <w:br/>
        <w:t>v 0.201672 15.032628 1.806829</w:t>
        <w:br/>
        <w:t>v 1.077108 14.911704 1.470680</w:t>
        <w:br/>
        <w:t>v 1.018343 14.912628 1.608878</w:t>
        <w:br/>
        <w:t>v 0.541323 14.981265 1.881981</w:t>
        <w:br/>
        <w:t>v 0.696675 14.954366 1.871103</w:t>
        <w:br/>
        <w:t>v 0.931797 14.917949 1.728987</w:t>
        <w:br/>
        <w:t>v 0.811841 14.937692 1.816353</w:t>
        <w:br/>
        <w:t>v 0.991018 15.075860 1.805880</w:t>
        <w:br/>
        <w:t>v 1.069391 14.833351 0.487675</w:t>
        <w:br/>
        <w:t>v 1.083653 14.852527 0.759070</w:t>
        <w:br/>
        <w:t>v 1.069391 14.833351 0.487675</w:t>
        <w:br/>
        <w:t>v 1.100020 14.886771 1.057160</w:t>
        <w:br/>
        <w:t>v 1.100505 14.915057 1.297658</w:t>
        <w:br/>
        <w:t>v 1.012557 14.607091 1.058830</w:t>
        <w:br/>
        <w:t>v 1.050695 14.690930 1.057792</w:t>
        <w:br/>
        <w:t>v 1.061056 14.681790 0.776956</w:t>
        <w:br/>
        <w:t>v 1.033395 14.593998 0.795331</w:t>
        <w:br/>
        <w:t>v 0.991123 14.717304 1.343247</w:t>
        <w:br/>
        <w:t>v 0.937889 14.634186 1.316540</w:t>
        <w:br/>
        <w:t>v 0.822065 14.680256 1.505051</w:t>
        <w:br/>
        <w:t>v 0.877398 14.742484 1.561957</w:t>
        <w:br/>
        <w:t>v 0.724211 14.777994 1.680406</w:t>
        <w:br/>
        <w:t>v 0.692021 14.730310 1.619424</w:t>
        <w:br/>
        <w:t>v 0.372688 14.880432 1.763442</w:t>
        <w:br/>
        <w:t>v 0.550630 14.825439 1.753031</w:t>
        <w:br/>
        <w:t>v 0.527471 14.765881 1.686831</w:t>
        <w:br/>
        <w:t>v 0.365610 14.805974 1.715459</w:t>
        <w:br/>
        <w:t>v 0.203695 14.927544 1.752900</w:t>
        <w:br/>
        <w:t>v 0.207022 14.834835 1.719748</w:t>
        <w:br/>
        <w:t>v 0.000664 14.800663 -0.157373</w:t>
        <w:br/>
        <w:t>v 0.000664 14.705551 -0.117846</w:t>
        <w:br/>
        <w:t>v 0.257411 14.702806 -0.128134</w:t>
        <w:br/>
        <w:t>v 0.263134 14.796940 -0.174033</w:t>
        <w:br/>
        <w:t>v 0.504513 14.689110 -0.106723</w:t>
        <w:br/>
        <w:t>v 0.516463 14.781330 -0.158392</w:t>
        <w:br/>
        <w:t>v 0.755337 14.656657 0.019963</w:t>
        <w:br/>
        <w:t>v 0.777878 14.750813 -0.032209</w:t>
        <w:br/>
        <w:t>v 0.932856 14.610309 0.256344</w:t>
        <w:br/>
        <w:t>v 0.962708 14.702512 0.213410</w:t>
        <w:br/>
        <w:t>v 1.020333 14.591543 0.538331</w:t>
        <w:br/>
        <w:t>v 1.048722 14.680360 0.510646</w:t>
        <w:br/>
        <w:t>v 1.048722 14.680360 0.510646</w:t>
        <w:br/>
        <w:t>v 1.020333 14.591543 0.538331</w:t>
        <w:br/>
        <w:t>v 1.051752 14.703897 0.777906</w:t>
        <w:br/>
        <w:t>v 1.040040 14.713150 1.055251</w:t>
        <w:br/>
        <w:t>v 1.039878 14.702624 0.515112</w:t>
        <w:br/>
        <w:t>v 0.958012 14.724415 0.220994</w:t>
        <w:br/>
        <w:t>v 1.039878 14.702624 0.515112</w:t>
        <w:br/>
        <w:t>v 0.772278 14.767777 -0.024951</w:t>
        <w:br/>
        <w:t>v 0.513111 14.793597 -0.149700</w:t>
        <w:br/>
        <w:t>v 0.261346 14.808027 -0.164781</w:t>
        <w:br/>
        <w:t>v 0.000664 14.812829 -0.148079</w:t>
        <w:br/>
        <w:t>v 0.204265 14.947193 1.746827</w:t>
        <w:br/>
        <w:t>v 0.372641 14.899560 1.761457</w:t>
        <w:br/>
        <w:t>v 0.552393 14.840307 1.751588</w:t>
        <w:br/>
        <w:t>v 0.727714 14.793991 1.680117</w:t>
        <w:br/>
        <w:t>v 0.875546 14.758787 1.559980</w:t>
        <w:br/>
        <w:t>v 0.986468 14.732472 1.339846</w:t>
        <w:br/>
        <w:t>v 0.989870 14.594625 1.054693</w:t>
        <w:br/>
        <w:t>v 1.013108 14.583507 0.798734</w:t>
        <w:br/>
        <w:t>v 0.917721 14.627868 1.309505</w:t>
        <w:br/>
        <w:t>v 0.804383 14.674444 1.493152</w:t>
        <w:br/>
        <w:t>v 0.679607 14.719768 1.600619</w:t>
        <w:br/>
        <w:t>v 0.356657 14.792267 1.691461</w:t>
        <w:br/>
        <w:t>v 0.515342 14.755105 1.665147</w:t>
        <w:br/>
        <w:t>v 0.203528 14.822077 1.705914</w:t>
        <w:br/>
        <w:t>v 0.254061 14.693175 -0.109053</w:t>
        <w:br/>
        <w:t>v 0.000331 14.695127 -0.096579</w:t>
        <w:br/>
        <w:t>v 0.497993 14.679109 -0.086413</w:t>
        <w:br/>
        <w:t>v 0.737530 14.646561 0.037188</w:t>
        <w:br/>
        <w:t>v 0.913256 14.598928 0.271013</w:t>
        <w:br/>
        <w:t>v 1.000752 14.581657 0.547806</w:t>
        <w:br/>
        <w:t>v 1.000752 14.581657 0.547806</w:t>
        <w:br/>
        <w:t>v 0.513111 14.793597 -0.149700</w:t>
        <w:br/>
        <w:t>v 0.516463 14.781330 -0.158392</w:t>
        <w:br/>
        <w:t>v 0.261346 14.808027 -0.164781</w:t>
        <w:br/>
        <w:t>v 0.263134 14.796940 -0.174033</w:t>
        <w:br/>
        <w:t>v 0.000664 14.812829 -0.148079</w:t>
        <w:br/>
        <w:t>v 0.000664 14.800663 -0.157373</w:t>
        <w:br/>
        <w:t>v 0.204265 14.947193 1.746827</w:t>
        <w:br/>
        <w:t>v 0.991123 14.717304 1.343247</w:t>
        <w:br/>
        <w:t>v 0.600659 15.868296 1.607354</w:t>
        <w:br/>
        <w:t>v 0.470396 15.839952 1.643343</w:t>
        <w:br/>
        <w:t>v 0.915980 15.833673 1.450332</w:t>
        <w:br/>
        <w:t>v 0.824300 15.867558 1.525461</w:t>
        <w:br/>
        <w:t>v 0.915980 15.833673 1.450332</w:t>
        <w:br/>
        <w:t>v 0.157220 16.110020 1.396736</w:t>
        <w:br/>
        <w:t>v 0.313386 16.085602 1.436144</w:t>
        <w:br/>
        <w:t>v 0.857557 15.997375 1.257035</w:t>
        <w:br/>
        <w:t>v 1.012816 15.886432 1.168301</w:t>
        <w:br/>
        <w:t>v 0.936844 15.932807 1.306177</w:t>
        <w:br/>
        <w:t>v 0.738682 16.037788 1.345973</w:t>
        <w:br/>
        <w:t>v 0.821880 15.972949 1.434516</w:t>
        <w:br/>
        <w:t>v 0.600034 16.075897 1.379769</w:t>
        <w:br/>
        <w:t>v 0.662997 16.009621 1.496292</w:t>
        <w:br/>
        <w:t>v 1.067452 15.775164 1.021649</w:t>
        <w:br/>
        <w:t>v 1.041004 15.856114 1.005043</w:t>
        <w:br/>
        <w:t>v 0.478236 16.052366 1.476554</w:t>
        <w:br/>
        <w:t>v 0.973020 15.927173 0.969751</w:t>
        <w:br/>
        <w:t>v 0.839596 15.986563 1.240884</w:t>
        <w:br/>
        <w:t>v 0.728283 16.029177 1.329811</w:t>
        <w:br/>
        <w:t>v 0.593046 16.064577 1.358871</w:t>
        <w:br/>
        <w:t>v 1.077473 15.736663 0.941240</w:t>
        <w:br/>
        <w:t>v 0.402136 16.226931 -0.772281</w:t>
        <w:br/>
        <w:t>v 0.616732 16.312607 -0.701369</w:t>
        <w:br/>
        <w:t>v 0.589506 16.464508 -0.746185</w:t>
        <w:br/>
        <w:t>v 0.393383 16.410250 -0.826876</w:t>
        <w:br/>
        <w:t>v 0.569941 16.541683 -0.756617</w:t>
        <w:br/>
        <w:t>v 0.390954 16.592966 -0.845684</w:t>
        <w:br/>
        <w:t>v 0.793791 16.397234 -0.618657</w:t>
        <w:br/>
        <w:t>v 0.761815 16.528608 -0.650453</w:t>
        <w:br/>
        <w:t>v 0.732586 16.644566 -0.669866</w:t>
        <w:br/>
        <w:t>v 0.187045 16.173145 -0.817362</w:t>
        <w:br/>
        <w:t>v 0.181273 16.374781 -0.869915</w:t>
        <w:br/>
        <w:t>v 0.178647 16.570032 -0.880390</w:t>
        <w:br/>
        <w:t>v 0.909657 16.713682 -0.548543</w:t>
        <w:br/>
        <w:t>v 0.915143 16.616655 -0.527723</w:t>
        <w:br/>
        <w:t>v 0.931679 16.500793 -0.520546</w:t>
        <w:br/>
        <w:t>v 0.528741 16.594660 -0.779660</w:t>
        <w:br/>
        <w:t>v 0.672638 16.692137 -0.696214</w:t>
        <w:br/>
        <w:t>v 0.620263 16.647699 -0.729277</w:t>
        <w:br/>
        <w:t>v 0.284139 16.639542 -0.861922</w:t>
        <w:br/>
        <w:t>v 0.000665 16.557539 -0.877841</w:t>
        <w:br/>
        <w:t>v 0.129027 16.660435 -0.879948</w:t>
        <w:br/>
        <w:t>v 0.000683 16.672924 -0.877985</w:t>
        <w:br/>
        <w:t>v 0.721974 16.716660 -0.659023</w:t>
        <w:br/>
        <w:t>v 0.940425 16.407614 -0.499032</w:t>
        <w:br/>
        <w:t>v 0.805655 16.300379 -0.579495</w:t>
        <w:br/>
        <w:t>v 0.800516 16.285791 -0.565277</w:t>
        <w:br/>
        <w:t>v 1.120764 16.661839 -0.301236</w:t>
        <w:br/>
        <w:t>v 1.032137 16.587433 -0.427694</w:t>
        <w:br/>
        <w:t>v 1.041480 16.517456 -0.411470</w:t>
        <w:br/>
        <w:t>v 1.125149 16.611202 -0.290359</w:t>
        <w:br/>
        <w:t>v 0.190151 15.950803 -0.672855</w:t>
        <w:br/>
        <w:t>v 0.000665 15.927794 -0.659500</w:t>
        <w:br/>
        <w:t>v 0.000665 15.916581 -0.600307</w:t>
        <w:br/>
        <w:t>v 0.188758 15.941660 -0.624019</w:t>
        <w:br/>
        <w:t>v 0.417925 16.049589 -0.655042</w:t>
        <w:br/>
        <w:t>v 0.417572 16.035269 -0.625179</w:t>
        <w:br/>
        <w:t>v 0.633260 16.167839 -0.624398</w:t>
        <w:br/>
        <w:t>v 0.633091 16.164888 -0.600505</w:t>
        <w:br/>
        <w:t>v 0.190229 16.015997 -0.738192</w:t>
        <w:br/>
        <w:t>v 0.000665 15.985881 -0.734274</w:t>
        <w:br/>
        <w:t>v 0.413576 16.099726 -0.705758</w:t>
        <w:br/>
        <w:t>v 0.624339 16.201061 -0.652828</w:t>
        <w:br/>
        <w:t>v 0.000665 16.156002 -0.817591</w:t>
        <w:br/>
        <w:t>v 0.000665 16.359318 -0.864050</w:t>
        <w:br/>
        <w:t>v 0.388739 16.666601 -0.830988</w:t>
        <w:br/>
        <w:t>v 0.505527 16.641506 -0.789944</w:t>
        <w:br/>
        <w:t>v 0.472486 16.713018 -0.794651</w:t>
        <w:br/>
        <w:t>v 0.592901 16.609417 -0.746547</w:t>
        <w:br/>
        <w:t>v 1.031700 16.731752 -0.423095</w:t>
        <w:br/>
        <w:t>v 1.105662 16.757727 -0.298667</w:t>
        <w:br/>
        <w:t>v 1.168611 16.699085 -0.169956</w:t>
        <w:br/>
        <w:t>v 1.144716 16.753487 -0.206476</w:t>
        <w:br/>
        <w:t>v 1.171190 16.733715 0.009567</w:t>
        <w:br/>
        <w:t>v 1.162597 16.721525 0.168216</w:t>
        <w:br/>
        <w:t>v 1.176032 16.749226 0.015087</w:t>
        <w:br/>
        <w:t>v 1.164256 16.675247 -0.160594</w:t>
        <w:br/>
        <w:t>v 1.175849 16.755770 -0.102451</w:t>
        <w:br/>
        <w:t>v 0.239769 15.286312 -0.530616</w:t>
        <w:br/>
        <w:t>v 0.214797 15.607594 -0.565575</w:t>
        <w:br/>
        <w:t>v 0.464656 15.281869 -0.503484</w:t>
        <w:br/>
        <w:t>v 0.434037 15.611726 -0.558434</w:t>
        <w:br/>
        <w:t>v 0.267828 14.459955 -0.500878</w:t>
        <w:br/>
        <w:t>v 0.506092 14.490147 -0.435214</w:t>
        <w:br/>
        <w:t>v 0.208523 14.555807 -0.515998</w:t>
        <w:br/>
        <w:t>v 0.294575 14.354188 -0.486338</w:t>
        <w:br/>
        <w:t>v 0.505473 14.358916 -0.429735</w:t>
        <w:br/>
        <w:t>v 0.761730 14.946051 -0.346406</w:t>
        <w:br/>
        <w:t>v 0.501421 14.951286 -0.458337</w:t>
        <w:br/>
        <w:t>v 0.522430 14.721132 -0.441626</w:t>
        <w:br/>
        <w:t>v 0.761546 14.712308 -0.331849</w:t>
        <w:br/>
        <w:t>v 1.020617 14.712261 -0.105824</w:t>
        <w:br/>
        <w:t>v 1.044097 14.927999 -0.125296</w:t>
        <w:br/>
        <w:t>v 1.176552 14.711138 0.141653</w:t>
        <w:br/>
        <w:t>v 1.185492 14.918196 0.141654</w:t>
        <w:br/>
        <w:t>v 1.007024 14.493281 -0.091788</w:t>
        <w:br/>
        <w:t>v 1.160848 14.496002 0.141652</w:t>
        <w:br/>
        <w:t>v 0.761347 14.493252 -0.316374</w:t>
        <w:br/>
        <w:t>v 0.709577 15.291858 -0.467910</w:t>
        <w:br/>
        <w:t>v 0.688521 15.624106 -0.559283</w:t>
        <w:br/>
        <w:t>v 0.880954 15.283412 -0.338446</w:t>
        <w:br/>
        <w:t>v 0.863358 15.653323 -0.556445</w:t>
        <w:br/>
        <w:t>v 1.152823 15.176741 0.141653</w:t>
        <w:br/>
        <w:t>v 1.034435 15.191838 -0.152540</w:t>
        <w:br/>
        <w:t>v 1.104040 15.353004 -0.198877</w:t>
        <w:br/>
        <w:t>v 1.122291 15.318071 -0.093131</w:t>
        <w:br/>
        <w:t>v 1.012353 15.417837 -0.358730</w:t>
        <w:br/>
        <w:t>v 1.075333 15.983663 -0.590637</w:t>
        <w:br/>
        <w:t>v 0.916826 15.961735 -0.612136</w:t>
        <w:br/>
        <w:t>v 0.986388 15.662615 -0.529655</w:t>
        <w:br/>
        <w:t>v 0.962520 16.283670 -0.522285</w:t>
        <w:br/>
        <w:t>v 1.179242 16.276516 -0.493538</w:t>
        <w:br/>
        <w:t>v 1.247155 16.477659 -0.360535</w:t>
        <w:br/>
        <w:t>v 1.041480 16.517456 -0.411470</w:t>
        <w:br/>
        <w:t>v 1.433770 16.400826 -0.325519</w:t>
        <w:br/>
        <w:t>v 1.359364 16.214279 -0.460142</w:t>
        <w:br/>
        <w:t>v 0.940425 16.407614 -0.499032</w:t>
        <w:br/>
        <w:t>v 0.800516 16.285791 -0.565277</w:t>
        <w:br/>
        <w:t>v 0.784252 16.242645 -0.564573</w:t>
        <w:br/>
        <w:t>v 1.126574 15.611595 -0.436318</w:t>
        <w:br/>
        <w:t>v 1.185066 15.784589 -0.505679</w:t>
        <w:br/>
        <w:t>v 1.108495 15.452895 -0.321329</w:t>
        <w:br/>
        <w:t>v 0.253295 14.963045 -0.514578</w:t>
        <w:br/>
        <w:t>v 0.247644 14.731817 -0.513447</w:t>
        <w:br/>
        <w:t>v 0.633091 16.164888 -0.600505</w:t>
        <w:br/>
        <w:t>v 0.417572 16.035269 -0.625179</w:t>
        <w:br/>
        <w:t>v 0.715447 15.942497 -0.570379</w:t>
        <w:br/>
        <w:t>v 1.164256 16.675247 -0.160594</w:t>
        <w:br/>
        <w:t>v 1.125149 16.611202 -0.290359</w:t>
        <w:br/>
        <w:t>v 1.338802 16.590057 -0.181105</w:t>
        <w:br/>
        <w:t>v 1.164256 16.675247 -0.160594</w:t>
        <w:br/>
        <w:t>v 1.338802 16.590057 -0.181105</w:t>
        <w:br/>
        <w:t>v 1.382865 16.644833 -0.002194</w:t>
        <w:br/>
        <w:t>v 1.171190 16.733715 0.009567</w:t>
        <w:br/>
        <w:t>v 0.190763 15.915931 -0.619518</w:t>
        <w:br/>
        <w:t>v 0.422217 15.915778 -0.606349</w:t>
        <w:br/>
        <w:t>v 1.271529 15.991684 -0.529411</w:t>
        <w:br/>
        <w:t>v 0.294575 14.354188 -0.486338</w:t>
        <w:br/>
        <w:t>v 0.296736 14.356170 -0.442902</w:t>
        <w:br/>
        <w:t>v 0.508680 14.354585 -0.384588</w:t>
        <w:br/>
        <w:t>v 0.505473 14.358916 -0.429735</w:t>
        <w:br/>
        <w:t>v 1.272317 14.357080 0.408563</w:t>
        <w:br/>
        <w:t>v 1.230224 14.356850 0.423561</w:t>
        <w:br/>
        <w:t>v 1.293744 14.357398 0.657382</w:t>
        <w:br/>
        <w:t>v 1.331546 14.357154 0.654554</w:t>
        <w:br/>
        <w:t>v 0.995737 14.356874 -0.085688</w:t>
        <w:br/>
        <w:t>v 0.958791 14.357430 -0.051684</w:t>
        <w:br/>
        <w:t>v 1.101115 14.356204 0.160879</w:t>
        <w:br/>
        <w:t>v 1.144083 14.356094 0.141653</w:t>
        <w:br/>
        <w:t>v 0.757201 14.359907 -0.304753</w:t>
        <w:br/>
        <w:t>v 0.736297 14.355441 -0.271923</w:t>
        <w:br/>
        <w:t>v 1.361195 14.368407 1.178934</w:t>
        <w:br/>
        <w:t>v 1.349636 14.365106 0.940362</w:t>
        <w:br/>
        <w:t>v 1.307323 14.367123 0.935227</w:t>
        <w:br/>
        <w:t>v 1.315808 14.368102 1.163520</w:t>
        <w:br/>
        <w:t>v 0.116044 14.622385 -0.532281</w:t>
        <w:br/>
        <w:t>v 0.147257 14.489959 -0.539624</w:t>
        <w:br/>
        <w:t>v 0.185880 14.428082 -0.527829</w:t>
        <w:br/>
        <w:t>v 0.259221 14.455651 -0.517944</w:t>
        <w:br/>
        <w:t>v 0.201685 14.548178 -0.535052</w:t>
        <w:br/>
        <w:t>v 0.200906 14.354178 -0.515348</w:t>
        <w:br/>
        <w:t>v 0.279600 14.354178 -0.500271</w:t>
        <w:br/>
        <w:t>v 0.200906 14.354178 -0.515348</w:t>
        <w:br/>
        <w:t>v 0.198803 14.354178 -0.436283</w:t>
        <w:br/>
        <w:t>v 0.286421 14.354182 -0.434502</w:t>
        <w:br/>
        <w:t>v 0.279600 14.354178 -0.500271</w:t>
        <w:br/>
        <w:t>v 0.085332 14.539224 -0.550047</w:t>
        <w:br/>
        <w:t>v 0.113838 14.612627 -0.551029</w:t>
        <w:br/>
        <w:t>v 0.185880 14.428082 -0.527829</w:t>
        <w:br/>
        <w:t>v 0.184646 14.427660 -0.444186</w:t>
        <w:br/>
        <w:t>v 0.198803 14.354178 -0.436283</w:t>
        <w:br/>
        <w:t>v 0.200906 14.354178 -0.515348</w:t>
        <w:br/>
        <w:t>v 0.147257 14.489959 -0.539624</w:t>
        <w:br/>
        <w:t>v 0.146943 14.490138 -0.452444</w:t>
        <w:br/>
        <w:t>v 0.085332 14.539224 -0.550047</w:t>
        <w:br/>
        <w:t>v 0.084818 14.539136 -0.461414</w:t>
        <w:br/>
        <w:t>v 0.000664 14.562348 -0.559783</w:t>
        <w:br/>
        <w:t>v 0.000331 14.562308 -0.470739</w:t>
        <w:br/>
        <w:t>v 0.113838 14.612627 -0.551029</w:t>
        <w:br/>
        <w:t>v 0.995737 14.356874 -0.085688</w:t>
        <w:br/>
        <w:t>v 1.144083 14.356094 0.141653</w:t>
        <w:br/>
        <w:t>v 0.757201 14.359907 -0.304753</w:t>
        <w:br/>
        <w:t>v 0.800516 16.285791 -0.565277</w:t>
        <w:br/>
        <w:t>v 1.131894 15.305652 0.043643</w:t>
        <w:br/>
        <w:t>v 0.188758 15.941660 -0.624019</w:t>
        <w:br/>
        <w:t>v 1.477412 16.506775 -0.197680</w:t>
        <w:br/>
        <w:t>v 1.511643 16.568825 -0.010667</w:t>
        <w:br/>
        <w:t>v 1.477412 16.506775 -0.197680</w:t>
        <w:br/>
        <w:t>v 1.208702 15.615067 1.139064</w:t>
        <w:br/>
        <w:t>v 1.162605 15.600407 1.124276</w:t>
        <w:br/>
        <w:t>v 1.111739 15.710289 1.144837</w:t>
        <w:br/>
        <w:t>v 1.153203 15.733708 1.164338</w:t>
        <w:br/>
        <w:t>v 0.589629 16.263714 1.311154</w:t>
        <w:br/>
        <w:t>v 0.565239 16.246500 1.300545</w:t>
        <w:br/>
        <w:t>v 0.507114 16.309906 1.324063</w:t>
        <w:br/>
        <w:t>v 0.531202 16.323837 1.337213</w:t>
        <w:br/>
        <w:t>v 0.663019 16.205597 1.285480</w:t>
        <w:br/>
        <w:t>v 0.635602 16.188616 1.274318</w:t>
        <w:br/>
        <w:t>v 1.263446 15.455655 1.119810</w:t>
        <w:br/>
        <w:t>v 1.213656 15.451734 1.108669</w:t>
        <w:br/>
        <w:t>v 1.291739 15.310169 1.115662</w:t>
        <w:br/>
        <w:t>v 1.243746 15.306214 1.104343</w:t>
        <w:br/>
        <w:t>v 1.338861 14.924133 1.129037</w:t>
        <w:br/>
        <w:t>v 1.290180 14.923170 1.115637</w:t>
        <w:br/>
        <w:t>v 1.265646 15.159484 1.105192</w:t>
        <w:br/>
        <w:t>v 1.315131 15.163988 1.117003</w:t>
        <w:br/>
        <w:t>v 1.351907 14.711750 1.144173</w:t>
        <w:br/>
        <w:t>v 1.303904 14.711541 1.132197</w:t>
        <w:br/>
        <w:t>v 1.360430 14.525161 1.162067</w:t>
        <w:br/>
        <w:t>v 1.312058 14.522553 1.149704</w:t>
        <w:br/>
        <w:t>v 0.770339 16.144014 1.263004</w:t>
        <w:br/>
        <w:t>v 0.750620 16.120947 1.252724</w:t>
        <w:br/>
        <w:t>v 0.879470 16.067358 1.239671</w:t>
        <w:br/>
        <w:t>v 0.857413 16.045010 1.225236</w:t>
        <w:br/>
        <w:t>v 1.043145 15.915379 1.200602</w:t>
        <w:br/>
        <w:t>v 1.012961 15.886938 1.184638</w:t>
        <w:br/>
        <w:t>v 1.361195 14.368407 1.178934</w:t>
        <w:br/>
        <w:t>v 1.315808 14.368102 1.163520</w:t>
        <w:br/>
        <w:t>v 1.147641 15.304334 0.141650</w:t>
        <w:br/>
        <w:t>v -0.335319 15.815125 1.649629</w:t>
        <w:br/>
        <w:t>v 0.722219 15.890171 1.553536</w:t>
        <w:br/>
        <w:t>v 0.335977 15.815125 1.649629</w:t>
        <w:br/>
        <w:t>v 0.926389 10.537864 1.680857</w:t>
        <w:br/>
        <w:t>v 0.399834 17.336067 -0.057963</w:t>
        <w:br/>
        <w:t>v 0.465252 17.328270 0.064823</w:t>
        <w:br/>
        <w:t>v 0.306831 17.332378 -0.162287</w:t>
        <w:br/>
        <w:t>v 0.490625 17.319927 0.157653</w:t>
        <w:br/>
        <w:t>v 0.488839 17.322580 0.255553</w:t>
        <w:br/>
        <w:t>v 0.475911 17.324577 0.351684</w:t>
        <w:br/>
        <w:t>v 0.442210 17.329763 0.440219</w:t>
        <w:br/>
        <w:t>v 0.364600 17.327457 0.539927</w:t>
        <w:br/>
        <w:t>v 0.276537 17.313475 0.618593</w:t>
        <w:br/>
        <w:t>v 0.150634 17.292397 0.677683</w:t>
        <w:br/>
        <w:t>v 0.023694 17.279196 0.695415</w:t>
        <w:br/>
        <w:t>v -0.102874 17.292913 0.681282</w:t>
        <w:br/>
        <w:t>v -0.228372 17.311838 0.628553</w:t>
        <w:br/>
        <w:t>v -0.328527 17.323616 0.554130</w:t>
        <w:br/>
        <w:t>v -0.414895 17.331461 0.449759</w:t>
        <w:br/>
        <w:t>v 0.189711 17.316626 -0.245833</w:t>
        <w:br/>
        <w:t>v 0.032416 17.303202 -0.283167</w:t>
        <w:br/>
        <w:t>v -0.255853 17.330416 -0.198884</w:t>
        <w:br/>
        <w:t>v -0.114185 17.311245 -0.258199</w:t>
        <w:br/>
        <w:t>v -0.406348 16.976597 -0.043429</w:t>
        <w:br/>
        <w:t>v 0.032416 17.303202 -0.283167</w:t>
        <w:br/>
        <w:t>v -1.264981 10.578689 -0.655630</w:t>
        <w:br/>
        <w:t>v -0.577375 13.976653 1.539524</w:t>
        <w:br/>
        <w:t>v -0.393636 13.968943 1.639465</w:t>
        <w:br/>
        <w:t>v -0.382211 13.796840 1.623620</w:t>
        <w:br/>
        <w:t>v -0.563949 13.802773 1.529324</w:t>
        <w:br/>
        <w:t>v -0.729413 13.810414 1.408514</w:t>
        <w:br/>
        <w:t>v -0.847677 13.826543 1.239734</w:t>
        <w:br/>
        <w:t>v -0.853318 14.003495 1.238932</w:t>
        <w:br/>
        <w:t>v -0.740416 13.986176 1.413135</w:t>
        <w:br/>
        <w:t>v -0.853625 14.252062 0.429778</w:t>
        <w:br/>
        <w:t>v -0.685045 14.274441 0.210730</w:t>
        <w:br/>
        <w:t>v -0.716263 14.492898 0.111529</w:t>
        <w:br/>
        <w:t>v -0.884956 14.457713 0.345798</w:t>
        <w:br/>
        <w:t>v -0.480076 14.522750 -0.018233</w:t>
        <w:br/>
        <w:t>v -0.450616 14.288901 0.085655</w:t>
        <w:br/>
        <w:t>v -0.662192 14.077479 0.279659</w:t>
        <w:br/>
        <w:t>v -0.640911 13.900539 0.306512</w:t>
        <w:br/>
        <w:t>v -0.407215 13.902146 0.192456</w:t>
        <w:br/>
        <w:t>v -0.420951 14.076090 0.158103</w:t>
        <w:br/>
        <w:t>v -0.206868 13.905391 0.157594</w:t>
        <w:br/>
        <w:t>v -0.214051 14.079169 0.123557</w:t>
        <w:br/>
        <w:t>v -0.900725 14.019707 1.093046</w:t>
        <w:br/>
        <w:t>v -0.897170 13.842932 1.095013</w:t>
        <w:br/>
        <w:t>v -0.814711 13.888509 0.501538</w:t>
        <w:br/>
        <w:t>v -0.833132 14.066158 0.488240</w:t>
        <w:br/>
        <w:t>v -0.920425 14.037957 0.885568</w:t>
        <w:br/>
        <w:t>v -0.914761 13.860780 0.888090</w:t>
        <w:br/>
        <w:t>v -0.936431 14.237582 0.671913</w:t>
        <w:br/>
        <w:t>v -0.942682 14.232433 0.871604</w:t>
        <w:br/>
        <w:t>v -0.913956 14.050395 0.709372</w:t>
        <w:br/>
        <w:t>v -0.790634 14.489337 1.450997</w:t>
        <w:br/>
        <w:t>v -0.757587 14.223892 1.431350</w:t>
        <w:br/>
        <w:t>v -0.868957 14.221134 1.253640</w:t>
        <w:br/>
        <w:t>v -0.903544 14.453660 1.262853</w:t>
        <w:br/>
        <w:t>v -0.920160 14.225489 1.094143</w:t>
        <w:br/>
        <w:t>v -0.976310 14.441386 0.841004</w:t>
        <w:br/>
        <w:t>v -0.956645 14.443558 1.083498</w:t>
        <w:br/>
        <w:t>v -0.970147 14.441303 0.612979</w:t>
        <w:br/>
        <w:t>v -0.446512 14.534622 1.668208</w:t>
        <w:br/>
        <w:t>v -0.355995 14.792267 1.691461</w:t>
        <w:br/>
        <w:t>v -0.202866 14.822077 1.705914</w:t>
        <w:br/>
        <w:t>v -0.192869 14.545337 1.724322</w:t>
        <w:br/>
        <w:t>v -0.000002 14.551656 1.741849</w:t>
        <w:br/>
        <w:t>v -0.000002 14.222447 1.726791</w:t>
        <w:br/>
        <w:t>v -0.178404 14.225768 1.714739</w:t>
        <w:br/>
        <w:t>v -0.417178 14.226995 1.661048</w:t>
        <w:br/>
        <w:t>v -0.651071 14.518363 1.584702</w:t>
        <w:br/>
        <w:t>v -0.678945 14.719768 1.600619</w:t>
        <w:br/>
        <w:t>v -0.610482 14.229611 1.572230</w:t>
        <w:br/>
        <w:t>v -0.159726 13.798856 1.666052</w:t>
        <w:br/>
        <w:t>v -0.165010 13.970067 1.687028</w:t>
        <w:br/>
        <w:t>v -0.904931 13.872691 0.715499</w:t>
        <w:br/>
        <w:t>v -0.229566 14.295826 0.055164</w:t>
        <w:br/>
        <w:t>v -0.244852 14.532030 -0.037631</w:t>
        <w:br/>
        <w:t>v -0.917060 14.627868 1.309505</w:t>
        <w:br/>
        <w:t>v -0.000002 14.533503 -0.026294</w:t>
        <w:br/>
        <w:t>v 0.000331 14.695127 -0.096579</w:t>
        <w:br/>
        <w:t>v -0.253399 14.693175 -0.109053</w:t>
        <w:br/>
        <w:t>v -0.803721 14.674444 1.493152</w:t>
        <w:br/>
        <w:t>v -0.000002 13.968482 1.697582</w:t>
        <w:br/>
        <w:t>v -0.497331 14.679109 -0.086413</w:t>
        <w:br/>
        <w:t>v -1.000090 14.581657 0.547806</w:t>
        <w:br/>
        <w:t>v -1.012446 14.583507 0.798734</w:t>
        <w:br/>
        <w:t>v -0.000003 13.802339 1.676977</w:t>
        <w:br/>
        <w:t>v -0.989208 14.594625 1.054693</w:t>
        <w:br/>
        <w:t>v -0.736868 14.646561 0.037188</w:t>
        <w:br/>
        <w:t>v -0.912594 14.598928 0.271013</w:t>
        <w:br/>
        <w:t>v 0.000331 14.833014 1.729187</w:t>
        <w:br/>
        <w:t>v -0.514680 14.755105 1.665147</w:t>
        <w:br/>
        <w:t>v -0.000002 14.081782 0.118339</w:t>
        <w:br/>
        <w:t>v -0.000002 14.298767 0.055701</w:t>
        <w:br/>
        <w:t>v -0.000002 13.907605 0.150714</w:t>
        <w:br/>
        <w:t>v -0.803721 14.674444 1.493152</w:t>
        <w:br/>
        <w:t>v -0.315242 17.025324 0.421079</w:t>
        <w:br/>
        <w:t>v -0.244292 16.991354 0.512298</w:t>
        <w:br/>
        <w:t>v -0.282172 16.889196 0.530461</w:t>
        <w:br/>
        <w:t>v -0.372902 16.927231 0.425263</w:t>
        <w:br/>
        <w:t>v -0.364572 17.064445 0.270172</w:t>
        <w:br/>
        <w:t>v -0.438253 16.972500 0.274481</w:t>
        <w:br/>
        <w:t>v -0.380693 17.094271 0.100263</w:t>
        <w:br/>
        <w:t>v -0.449050 17.001900 0.090166</w:t>
        <w:br/>
        <w:t>v -0.406348 16.976597 -0.043429</w:t>
        <w:br/>
        <w:t>v -0.345757 17.090899 -0.014405</w:t>
        <w:br/>
        <w:t>v -0.270548 17.072798 -0.106450</w:t>
        <w:br/>
        <w:t>v -0.318888 16.925575 -0.150569</w:t>
        <w:br/>
        <w:t>v -0.194286 16.874393 -0.221820</w:t>
        <w:br/>
        <w:t>v -0.163721 17.051680 -0.166841</w:t>
        <w:br/>
        <w:t>v -0.000001 16.850256 -0.253023</w:t>
        <w:br/>
        <w:t>v -0.000002 17.042709 -0.196115</w:t>
        <w:br/>
        <w:t>v -0.343289 17.198830 0.099386</w:t>
        <w:br/>
        <w:t>v -0.322508 17.168287 0.266965</w:t>
        <w:br/>
        <w:t>v -0.279253 17.126286 0.421142</w:t>
        <w:br/>
        <w:t>v -0.216972 17.092390 0.507111</w:t>
        <w:br/>
        <w:t>v -0.313213 17.212057 -0.008994</w:t>
        <w:br/>
        <w:t>v -0.244417 17.207745 -0.091130</w:t>
        <w:br/>
        <w:t>v -0.147136 17.198065 -0.144305</w:t>
        <w:br/>
        <w:t>v -0.000002 17.194872 -0.172640</w:t>
        <w:br/>
        <w:t>v -0.138994 17.327602 -0.132994</w:t>
        <w:br/>
        <w:t>v -0.236024 17.332125 -0.075785</w:t>
        <w:br/>
        <w:t>v -0.000002 17.325699 -0.161567</w:t>
        <w:br/>
        <w:t>v -0.139395 17.449699 -0.133808</w:t>
        <w:br/>
        <w:t>v -0.148577 17.624929 -0.151020</w:t>
        <w:br/>
        <w:t>v -0.252547 17.623816 -0.089665</w:t>
        <w:br/>
        <w:t>v -0.237378 17.451925 -0.076049</w:t>
        <w:br/>
        <w:t>v -0.000002 17.448435 -0.163308</w:t>
        <w:br/>
        <w:t>v -0.000002 17.624540 -0.183526</w:t>
        <w:br/>
        <w:t>v -0.390502 17.602320 0.215431</w:t>
        <w:br/>
        <w:t>v -0.345657 17.429743 0.112263</w:t>
        <w:br/>
        <w:t>v -0.376247 17.616665 0.090491</w:t>
        <w:br/>
        <w:t>v -0.334095 17.310526 0.105586</w:t>
        <w:br/>
        <w:t>v -0.308077 17.278109 0.269020</w:t>
        <w:br/>
        <w:t>v -0.427343 17.794779 0.055755</w:t>
        <w:br/>
        <w:t>v -0.542173 17.755371 0.262393</w:t>
        <w:br/>
        <w:t>v -0.597729 17.851671 0.205760</w:t>
        <w:br/>
        <w:t>v -0.343214 17.495359 0.346960</w:t>
        <w:br/>
        <w:t>v -0.322082 17.394770 0.276899</w:t>
        <w:br/>
        <w:t>v -0.463833 17.644661 0.339318</w:t>
        <w:br/>
        <w:t>v -0.384540 17.555344 0.405709</w:t>
        <w:br/>
        <w:t>v -0.297706 17.480751 0.476985</w:t>
        <w:br/>
        <w:t>v -0.262882 17.334566 0.436512</w:t>
        <w:br/>
        <w:t>v -0.000002 17.229956 0.571535</w:t>
        <w:br/>
        <w:t>v -0.111812 17.249271 0.559096</w:t>
        <w:br/>
        <w:t>v -0.102467 17.379761 0.579715</w:t>
        <w:br/>
        <w:t>v -0.000003 17.353119 0.598003</w:t>
        <w:br/>
        <w:t>v -0.198031 17.192064 0.509416</w:t>
        <w:br/>
        <w:t>v -0.115670 17.151529 0.551718</w:t>
        <w:br/>
        <w:t>v -0.124839 17.058983 0.555577</w:t>
        <w:br/>
        <w:t>v -0.260276 17.227741 0.423923</w:t>
        <w:br/>
        <w:t>v -0.598167 17.939873 0.157746</w:t>
        <w:br/>
        <w:t>v -0.219114 17.424231 0.530824</w:t>
        <w:br/>
        <w:t>v -0.194650 17.292189 0.517045</w:t>
        <w:br/>
        <w:t>v -0.299622 17.331118 -0.000100</w:t>
        <w:br/>
        <w:t>v -0.324287 17.622009 -0.013316</w:t>
        <w:br/>
        <w:t>v -0.303342 17.450739 -0.000639</w:t>
        <w:br/>
        <w:t>v -0.000002 17.143364 0.567865</w:t>
        <w:br/>
        <w:t>v -0.000002 17.051941 0.577085</w:t>
        <w:br/>
        <w:t>v -0.166365 17.792059 -0.192020</w:t>
        <w:br/>
        <w:t>v -0.280244 17.791548 -0.124639</w:t>
        <w:br/>
        <w:t>v -0.000003 17.792362 -0.227620</w:t>
        <w:br/>
        <w:t>v -0.358359 17.791733 -0.044507</w:t>
        <w:br/>
        <w:t>v -0.141249 16.961876 0.569306</w:t>
        <w:br/>
        <w:t>v -0.000002 16.940031 0.595612</w:t>
        <w:br/>
        <w:t>v -0.042615 16.944313 0.592442</w:t>
        <w:br/>
        <w:t>v -0.000001 16.837839 0.627116</w:t>
        <w:br/>
        <w:t>v -0.079330 16.844379 0.619099</w:t>
        <w:br/>
        <w:t>v -0.171575 16.857946 0.596288</w:t>
        <w:br/>
        <w:t>v -0.137107 16.473768 -0.889201</w:t>
        <w:br/>
        <w:t>v -0.077992 16.547771 -0.909060</w:t>
        <w:br/>
        <w:t>v -0.090747 16.586136 -0.912087</w:t>
        <w:br/>
        <w:t>v -0.150121 16.589060 -0.909335</w:t>
        <w:br/>
        <w:t>v -0.190121 16.546562 -0.900282</w:t>
        <w:br/>
        <w:t>v -0.177688 16.614910 -0.908081</w:t>
        <w:br/>
        <w:t>v -0.227875 16.618174 -0.904087</w:t>
        <w:br/>
        <w:t>v -0.241087 16.702827 -0.902441</w:t>
        <w:br/>
        <w:t>v -0.198264 16.702940 -0.905176</w:t>
        <w:br/>
        <w:t>v -0.250801 16.828150 -0.885495</w:t>
        <w:br/>
        <w:t>v -0.210923 16.814793 -0.891463</w:t>
        <w:br/>
        <w:t>v -0.067633 16.537724 -0.896062</w:t>
        <w:br/>
        <w:t>v -0.136040 16.464424 -0.881228</w:t>
        <w:br/>
        <w:t>v -0.134331 16.460978 -0.861382</w:t>
        <w:br/>
        <w:t>v -0.062777 16.536762 -0.876367</w:t>
        <w:br/>
        <w:t>v -0.142613 16.605129 -0.895536</w:t>
        <w:br/>
        <w:t>v -0.090930 16.598415 -0.897898</w:t>
        <w:br/>
        <w:t>v -0.091303 16.598843 -0.880817</w:t>
        <w:br/>
        <w:t>v -0.141718 16.606014 -0.877208</w:t>
        <w:br/>
        <w:t>v -0.000002 16.538319 -0.875006</w:t>
        <w:br/>
        <w:t>v -0.000002 16.538872 -0.894892</w:t>
        <w:br/>
        <w:t>v -0.163095 16.618599 -0.895072</w:t>
        <w:br/>
        <w:t>v -0.159639 16.619484 -0.875618</w:t>
        <w:br/>
        <w:t>v -0.236260 16.618137 -0.888840</w:t>
        <w:br/>
        <w:t>v -0.232536 16.618093 -0.869281</w:t>
        <w:br/>
        <w:t>v -0.193980 16.539030 -0.865350</w:t>
        <w:br/>
        <w:t>v -0.196822 16.541328 -0.885036</w:t>
        <w:br/>
        <w:t>v -0.251378 16.702547 -0.884169</w:t>
        <w:br/>
        <w:t>v -0.248115 16.701830 -0.866657</w:t>
        <w:br/>
        <w:t>v -0.183257 16.702570 -0.889884</w:t>
        <w:br/>
        <w:t>v -0.178862 16.702631 -0.868737</w:t>
        <w:br/>
        <w:t>v -0.257167 16.841412 -0.868100</w:t>
        <w:br/>
        <w:t>v -0.253248 16.838991 -0.850892</w:t>
        <w:br/>
        <w:t>v -0.196929 16.819921 -0.876254</w:t>
        <w:br/>
        <w:t>v -0.193896 16.820318 -0.859669</w:t>
        <w:br/>
        <w:t>v -0.136040 16.464424 -0.881228</w:t>
        <w:br/>
        <w:t>v -0.250801 16.828150 -0.885495</w:t>
        <w:br/>
        <w:t>v -0.000002 16.586136 -0.912087</w:t>
        <w:br/>
        <w:t>v -0.000002 16.598415 -0.897898</w:t>
        <w:br/>
        <w:t>v -0.000002 16.548903 -0.908815</w:t>
        <w:br/>
        <w:t>v -0.000002 16.598843 -0.880817</w:t>
        <w:br/>
        <w:t>v -0.134331 16.460978 -0.861382</w:t>
        <w:br/>
        <w:t>v -0.980618 14.724959 1.346601</w:t>
        <w:br/>
        <w:t>v -0.944909 14.683352 1.356183</w:t>
        <w:br/>
        <w:t>v -0.965612 14.668371 1.370071</w:t>
        <w:br/>
        <w:t>v -1.001307 14.709898 1.360708</w:t>
        <w:br/>
        <w:t>v -1.014838 14.734547 1.301981</w:t>
        <w:br/>
        <w:t>v -1.035545 14.719588 1.315806</w:t>
        <w:br/>
        <w:t>v -1.029368 14.711349 1.253271</w:t>
        <w:br/>
        <w:t>v -1.050100 14.696548 1.266660</w:t>
        <w:br/>
        <w:t>v -1.011470 14.664559 1.229256</w:t>
        <w:br/>
        <w:t>v -1.032202 14.649757 1.242644</w:t>
        <w:br/>
        <w:t>v -0.975775 14.623030 1.238620</w:t>
        <w:br/>
        <w:t>v -0.996507 14.608229 1.252008</w:t>
        <w:br/>
        <w:t>v -0.941655 14.614055 1.281535</w:t>
        <w:br/>
        <w:t>v -0.962386 14.599252 1.294923</w:t>
        <w:br/>
        <w:t>v -0.927116 14.637199 1.330392</w:t>
        <w:br/>
        <w:t>v -0.947835 14.622316 1.344007</w:t>
        <w:br/>
        <w:t>v -1.008013 14.652989 1.311133</w:t>
        <w:br/>
        <w:t>v -1.009940 14.694782 1.357340</w:t>
        <w:br/>
        <w:t>v -0.980324 14.660358 1.364992</w:t>
        <w:br/>
        <w:t>v -1.038351 14.702813 1.320099</w:t>
        <w:br/>
        <w:t>v -1.050448 14.683803 1.279010</w:t>
        <w:br/>
        <w:t>v -1.035596 14.644972 1.259081</w:t>
        <w:br/>
        <w:t>v -1.005973 14.610507 1.266851</w:t>
        <w:br/>
        <w:t>v -0.977657 14.603059 1.302472</w:t>
        <w:br/>
        <w:t>v -0.965571 14.622136 1.343373</w:t>
        <w:br/>
        <w:t>v -1.000889 14.645799 1.316339</w:t>
        <w:br/>
        <w:t>v -0.959068 14.633235 1.295260</w:t>
        <w:br/>
        <w:t>v -0.951547 14.621987 1.303269</w:t>
        <w:br/>
        <w:t>v -0.995189 14.635901 1.327009</w:t>
        <w:br/>
        <w:t>v -0.947553 14.581276 1.316261</w:t>
        <w:br/>
        <w:t>v -0.992985 14.596532 1.344195</w:t>
        <w:br/>
        <w:t>v -0.946920 14.484654 1.341622</w:t>
        <w:br/>
        <w:t>v -0.996375 14.500718 1.368321</w:t>
        <w:br/>
        <w:t>v -0.950693 14.399995 1.361228</w:t>
        <w:br/>
        <w:t>v -1.001030 14.415828 1.387071</w:t>
        <w:br/>
        <w:t>v -0.967189 14.318763 1.364230</w:t>
        <w:br/>
        <w:t>v -1.016976 14.334346 1.389363</w:t>
        <w:br/>
        <w:t>v -0.987331 14.278404 1.349590</w:t>
        <w:br/>
        <w:t>v -1.036788 14.293700 1.374482</w:t>
        <w:br/>
        <w:t>v -1.008341 14.263977 1.319829</w:t>
        <w:br/>
        <w:t>v -1.057857 14.279045 1.344723</w:t>
        <w:br/>
        <w:t>v -1.027538 14.280314 1.277001</w:t>
        <w:br/>
        <w:t>v -1.077051 14.294968 1.302141</w:t>
        <w:br/>
        <w:t>v -1.027199 14.336279 1.252938</w:t>
        <w:br/>
        <w:t>v -1.076401 14.350283 1.278246</w:t>
        <w:br/>
        <w:t>v -1.017279 14.419221 1.249279</w:t>
        <w:br/>
        <w:t>v -1.065555 14.432317 1.274142</w:t>
        <w:br/>
        <w:t>v -1.001300 14.503615 1.261516</w:t>
        <w:br/>
        <w:t>v -1.047731 14.515595 1.285453</w:t>
        <w:br/>
        <w:t>v -0.981542 14.594780 1.274775</w:t>
        <w:br/>
        <w:t>v -1.024358 14.605988 1.297493</w:t>
        <w:br/>
        <w:t>v -0.968928 14.629616 1.286590</w:t>
        <w:br/>
        <w:t>v -1.009669 14.641171 1.307075</w:t>
        <w:br/>
        <w:t>v -0.959068 14.633235 1.295260</w:t>
        <w:br/>
        <w:t>v -1.000889 14.645799 1.316339</w:t>
        <w:br/>
        <w:t>v -1.002267 14.640510 1.316674</w:t>
        <w:br/>
        <w:t>v -0.997985 14.632570 1.323675</w:t>
        <w:br/>
        <w:t>v -0.954554 14.619235 1.299607</w:t>
        <w:br/>
        <w:t>v -0.961093 14.628209 1.294446</w:t>
        <w:br/>
        <w:t>v -0.996060 14.594972 1.339947</w:t>
        <w:br/>
        <w:t>v -0.950645 14.579808 1.311987</w:t>
        <w:br/>
        <w:t>v -0.999200 14.499844 1.363713</w:t>
        <w:br/>
        <w:t>v -0.949685 14.483722 1.336990</w:t>
        <w:br/>
        <w:t>v -1.003497 14.416158 1.382180</w:t>
        <w:br/>
        <w:t>v -0.953114 14.400306 1.356312</w:t>
        <w:br/>
        <w:t>v -1.018955 14.335805 1.384541</w:t>
        <w:br/>
        <w:t>v -0.969159 14.320249 1.359408</w:t>
        <w:br/>
        <w:t>v -1.037518 14.297555 1.370659</w:t>
        <w:br/>
        <w:t>v -0.988077 14.282247 1.345755</w:t>
        <w:br/>
        <w:t>v -1.056867 14.284172 1.343577</w:t>
        <w:br/>
        <w:t>v -1.007379 14.269104 1.318653</w:t>
        <w:br/>
        <w:t>v -1.074479 14.298647 1.305051</w:t>
        <w:br/>
        <w:t>v -1.024975 14.284022 1.279880</w:t>
        <w:br/>
        <w:t>v -1.073832 14.350671 1.283025</w:t>
        <w:br/>
        <w:t>v -1.024626 14.336717 1.257708</w:t>
        <w:br/>
        <w:t>v -1.063109 14.432048 1.279148</w:t>
        <w:br/>
        <w:t>v -1.014809 14.418995 1.254282</w:t>
        <w:br/>
        <w:t>v -1.045482 14.514574 1.290343</w:t>
        <w:br/>
        <w:t>v -0.999026 14.502626 1.266401</w:t>
        <w:br/>
        <w:t>v -1.022272 14.604296 1.302252</w:t>
        <w:br/>
        <w:t>v -0.979505 14.593056 1.279541</w:t>
        <w:br/>
        <w:t>v -1.008804 14.637326 1.310883</w:t>
        <w:br/>
        <w:t>v -0.968314 14.625529 1.290189</w:t>
        <w:br/>
        <w:t>v -1.002267 14.640510 1.316674</w:t>
        <w:br/>
        <w:t>v -0.961093 14.628209 1.294446</w:t>
        <w:br/>
        <w:t>v -0.954554 14.619235 1.299607</w:t>
        <w:br/>
        <w:t>v -0.951547 14.621987 1.303269</w:t>
        <w:br/>
        <w:t>v -0.959068 14.633235 1.295260</w:t>
        <w:br/>
        <w:t>v -0.961093 14.628209 1.294446</w:t>
        <w:br/>
        <w:t>v -1.002267 14.640510 1.316674</w:t>
        <w:br/>
        <w:t>v -1.000889 14.645799 1.316339</w:t>
        <w:br/>
        <w:t>v -0.995189 14.635901 1.327009</w:t>
        <w:br/>
        <w:t>v -0.997985 14.632570 1.323675</w:t>
        <w:br/>
        <w:t>v -0.950645 14.579808 1.311987</w:t>
        <w:br/>
        <w:t>v -0.947553 14.581276 1.316261</w:t>
        <w:br/>
        <w:t>v -0.992985 14.596532 1.344195</w:t>
        <w:br/>
        <w:t>v -0.996060 14.594972 1.339947</w:t>
        <w:br/>
        <w:t>v -0.949685 14.483722 1.336990</w:t>
        <w:br/>
        <w:t>v -0.946920 14.484654 1.341622</w:t>
        <w:br/>
        <w:t>v -0.996375 14.500718 1.368321</w:t>
        <w:br/>
        <w:t>v -0.999200 14.499844 1.363713</w:t>
        <w:br/>
        <w:t>v -0.953114 14.400306 1.356312</w:t>
        <w:br/>
        <w:t>v -0.950693 14.399995 1.361228</w:t>
        <w:br/>
        <w:t>v -1.001030 14.415828 1.387071</w:t>
        <w:br/>
        <w:t>v -1.003497 14.416158 1.382180</w:t>
        <w:br/>
        <w:t>v -0.969159 14.320249 1.359408</w:t>
        <w:br/>
        <w:t>v -0.967189 14.318763 1.364230</w:t>
        <w:br/>
        <w:t>v -1.016976 14.334346 1.389363</w:t>
        <w:br/>
        <w:t>v -1.018955 14.335805 1.384541</w:t>
        <w:br/>
        <w:t>v -0.988077 14.282247 1.345755</w:t>
        <w:br/>
        <w:t>v -0.987331 14.278404 1.349590</w:t>
        <w:br/>
        <w:t>v -1.036788 14.293700 1.374482</w:t>
        <w:br/>
        <w:t>v -1.037518 14.297555 1.370659</w:t>
        <w:br/>
        <w:t>v -1.007379 14.269104 1.318653</w:t>
        <w:br/>
        <w:t>v -1.008341 14.263977 1.319829</w:t>
        <w:br/>
        <w:t>v -1.057857 14.279045 1.344723</w:t>
        <w:br/>
        <w:t>v -1.056867 14.284172 1.343577</w:t>
        <w:br/>
        <w:t>v -1.024975 14.284022 1.279880</w:t>
        <w:br/>
        <w:t>v -1.027538 14.280314 1.277001</w:t>
        <w:br/>
        <w:t>v -1.077051 14.294968 1.302141</w:t>
        <w:br/>
        <w:t>v -1.074479 14.298647 1.305051</w:t>
        <w:br/>
        <w:t>v -1.024626 14.336717 1.257708</w:t>
        <w:br/>
        <w:t>v -1.027199 14.336279 1.252938</w:t>
        <w:br/>
        <w:t>v -1.076401 14.350283 1.278246</w:t>
        <w:br/>
        <w:t>v -1.073832 14.350671 1.283025</w:t>
        <w:br/>
        <w:t>v -1.014809 14.418995 1.254282</w:t>
        <w:br/>
        <w:t>v -1.017279 14.419221 1.249279</w:t>
        <w:br/>
        <w:t>v -1.065555 14.432317 1.274142</w:t>
        <w:br/>
        <w:t>v -1.063109 14.432048 1.279148</w:t>
        <w:br/>
        <w:t>v -0.999026 14.502626 1.266401</w:t>
        <w:br/>
        <w:t>v -1.001300 14.503615 1.261516</w:t>
        <w:br/>
        <w:t>v -1.047731 14.515595 1.285453</w:t>
        <w:br/>
        <w:t>v -1.045482 14.514574 1.290343</w:t>
        <w:br/>
        <w:t>v -0.979505 14.593056 1.279541</w:t>
        <w:br/>
        <w:t>v -0.981542 14.594780 1.274775</w:t>
        <w:br/>
        <w:t>v -1.024358 14.605988 1.297493</w:t>
        <w:br/>
        <w:t>v -1.022272 14.604296 1.302252</w:t>
        <w:br/>
        <w:t>v -0.968314 14.625529 1.290189</w:t>
        <w:br/>
        <w:t>v -0.968928 14.629616 1.286590</w:t>
        <w:br/>
        <w:t>v -1.009669 14.641171 1.307075</w:t>
        <w:br/>
        <w:t>v -1.008804 14.637326 1.310883</w:t>
        <w:br/>
        <w:t>v -0.961093 14.628209 1.294446</w:t>
        <w:br/>
        <w:t>v -0.959068 14.633235 1.295260</w:t>
        <w:br/>
        <w:t>v -1.000889 14.645799 1.316339</w:t>
        <w:br/>
        <w:t>v -1.002267 14.640510 1.316674</w:t>
        <w:br/>
        <w:t>v -0.260444 14.250784 -0.456169</w:t>
        <w:br/>
        <w:t>v -0.248542 14.255713 -0.476793</w:t>
        <w:br/>
        <w:t>v -0.271341 14.358665 -0.471960</w:t>
        <w:br/>
        <w:t>v -0.284335 14.358665 -0.450867</w:t>
        <w:br/>
        <w:t>v -0.222896 14.266337 -0.490244</w:t>
        <w:br/>
        <w:t>v -0.243342 14.358665 -0.486360</w:t>
        <w:br/>
        <w:t>v -0.197250 14.276960 -0.486282</w:t>
        <w:br/>
        <w:t>v -0.215344 14.358665 -0.483237</w:t>
        <w:br/>
        <w:t>v -0.185347 14.281891 -0.470063</w:t>
        <w:br/>
        <w:t>v -0.202349 14.358665 -0.467378</w:t>
        <w:br/>
        <w:t>v -0.185347 14.281891 -0.470063</w:t>
        <w:br/>
        <w:t>v -0.197250 14.276960 -0.450025</w:t>
        <w:br/>
        <w:t>v -0.215344 14.358665 -0.446980</w:t>
        <w:br/>
        <w:t>v -0.202349 14.358665 -0.467378</w:t>
        <w:br/>
        <w:t>v -0.222896 14.266337 -0.437159</w:t>
        <w:br/>
        <w:t>v -0.243342 14.358665 -0.433276</w:t>
        <w:br/>
        <w:t>v -0.248542 14.255713 -0.440535</w:t>
        <w:br/>
        <w:t>v -0.271341 14.358665 -0.435703</w:t>
        <w:br/>
        <w:t>v -0.260444 14.250784 -0.456169</w:t>
        <w:br/>
        <w:t>v -0.284335 14.358665 -0.450867</w:t>
        <w:br/>
        <w:t>v -0.201056 14.157608 -0.467594</w:t>
        <w:br/>
        <w:t>v -0.191867 14.166798 -0.487205</w:t>
        <w:br/>
        <w:t>v -0.172069 14.186595 -0.498611</w:t>
        <w:br/>
        <w:t>v -0.152271 14.206392 -0.492843</w:t>
        <w:br/>
        <w:t>v -0.143083 14.215581 -0.475849</w:t>
        <w:br/>
        <w:t>v -0.143083 14.215581 -0.475849</w:t>
        <w:br/>
        <w:t>v -0.152271 14.206392 -0.456586</w:t>
        <w:br/>
        <w:t>v -0.172069 14.186595 -0.445527</w:t>
        <w:br/>
        <w:t>v -0.191867 14.166798 -0.450947</w:t>
        <w:br/>
        <w:t>v -0.201056 14.157608 -0.467594</w:t>
        <w:br/>
        <w:t>v -0.107880 14.098219 -0.479018</w:t>
        <w:br/>
        <w:t>v -0.102949 14.110121 -0.497617</w:t>
        <w:br/>
        <w:t>v -0.092326 14.135768 -0.506979</w:t>
        <w:br/>
        <w:t>v -0.081703 14.161413 -0.499404</w:t>
        <w:br/>
        <w:t>v -0.076773 14.173317 -0.481635</w:t>
        <w:br/>
        <w:t>v -0.076773 14.173317 -0.481635</w:t>
        <w:br/>
        <w:t>v -0.081703 14.161413 -0.463147</w:t>
        <w:br/>
        <w:t>v -0.092326 14.135768 -0.453895</w:t>
        <w:br/>
        <w:t>v -0.102949 14.110121 -0.461359</w:t>
        <w:br/>
        <w:t>v -0.107880 14.098219 -0.479018</w:t>
        <w:br/>
        <w:t>v -0.000002 14.074327 -0.484320</w:t>
        <w:br/>
        <w:t>v -0.000002 14.087323 -0.502449</w:t>
        <w:br/>
        <w:t>v -0.000002 14.115320 -0.510862</w:t>
        <w:br/>
        <w:t>v -0.000002 14.143320 -0.502449</w:t>
        <w:br/>
        <w:t>v -0.000002 14.156315 -0.484320</w:t>
        <w:br/>
        <w:t>v -0.000002 14.156315 -0.484320</w:t>
        <w:br/>
        <w:t>v -0.000002 14.143320 -0.466192</w:t>
        <w:br/>
        <w:t>v -0.000002 14.115320 -0.457778</w:t>
        <w:br/>
        <w:t>v -0.000002 14.087323 -0.466192</w:t>
        <w:br/>
        <w:t>v -0.000002 14.074327 -0.484320</w:t>
        <w:br/>
        <w:t>v -1.208781 15.362071 -0.032595</w:t>
        <w:br/>
        <w:t>v -1.128289 15.348976 0.040308</w:t>
        <w:br/>
        <w:t>v -1.121534 15.370745 -0.072266</w:t>
        <w:br/>
        <w:t>v -1.280463 15.514270 0.418421</w:t>
        <w:br/>
        <w:t>v -1.181412 15.484597 0.449469</w:t>
        <w:br/>
        <w:t>v -1.169287 15.406883 0.358953</w:t>
        <w:br/>
        <w:t>v -1.165998 15.358351 0.232732</w:t>
        <w:br/>
        <w:t>v -1.237935 15.381359 0.219964</w:t>
        <w:br/>
        <w:t>v -1.213673 15.633011 0.543785</w:t>
        <w:br/>
        <w:t>v -1.199677 15.566725 0.515271</w:t>
        <w:br/>
        <w:t>v -1.563664 15.194056 -0.031956</w:t>
        <w:br/>
        <w:t>v -1.598045 15.237551 -0.243238</w:t>
        <w:br/>
        <w:t>v -1.902477 15.072557 -0.226732</w:t>
        <w:br/>
        <w:t>v -1.867318 15.028025 -0.031957</w:t>
        <w:br/>
        <w:t>v -1.563664 15.194056 -0.031956</w:t>
        <w:br/>
        <w:t>v -1.867318 15.028025 -0.031957</w:t>
        <w:br/>
        <w:t>v -1.896899 15.077309 0.195071</w:t>
        <w:br/>
        <w:t>v -1.598930 15.244440 0.211284</w:t>
        <w:br/>
        <w:t>v -1.982553 15.220875 0.365012</w:t>
        <w:br/>
        <w:t>v -1.698347 15.390316 0.397495</w:t>
        <w:br/>
        <w:t>v -1.670737 15.349828 -0.367569</w:t>
        <w:br/>
        <w:t>v -1.975840 15.203746 -0.361727</w:t>
        <w:br/>
        <w:t>v -3.370671 13.997545 -0.032083</w:t>
        <w:br/>
        <w:t>v -3.238068 14.101759 -0.032062</w:t>
        <w:br/>
        <w:t>v -3.263114 14.218632 -0.292460</w:t>
        <w:br/>
        <w:t>v -3.396121 14.112879 -0.300939</w:t>
        <w:br/>
        <w:t>v -3.260799 14.211701 0.232299</w:t>
        <w:br/>
        <w:t>v -3.238068 14.101759 -0.032062</w:t>
        <w:br/>
        <w:t>v -3.370671 13.997545 -0.032083</w:t>
        <w:br/>
        <w:t>v -3.397258 14.104356 0.242882</w:t>
        <w:br/>
        <w:t>v -3.473548 14.409968 0.481581</w:t>
        <w:br/>
        <w:t>v -3.322369 14.486549 0.445983</w:t>
        <w:br/>
        <w:t>v -3.481840 14.371482 0.451977</w:t>
        <w:br/>
        <w:t>v -3.422094 14.111520 0.236449</w:t>
        <w:br/>
        <w:t>v -3.547131 14.329731 0.453347</w:t>
        <w:br/>
        <w:t>v -2.164006 14.860214 -0.031968</w:t>
        <w:br/>
        <w:t>v -2.189947 14.907766 -0.221698</w:t>
        <w:br/>
        <w:t>v -2.471185 14.748452 -0.222055</w:t>
        <w:br/>
        <w:t>v -2.442807 14.694557 -0.031983</w:t>
        <w:br/>
        <w:t>v -2.831570 14.548864 0.206429</w:t>
        <w:br/>
        <w:t>v -2.678933 14.628059 0.187395</w:t>
        <w:br/>
        <w:t>v -2.648488 14.568562 -0.031995</w:t>
        <w:br/>
        <w:t>v -2.791562 14.497519 -0.032090</w:t>
        <w:br/>
        <w:t>v -2.759234 14.792442 0.371029</w:t>
        <w:br/>
        <w:t>v -2.926594 14.692342 0.404261</w:t>
        <w:br/>
        <w:t>v -4.282331 13.737516 -0.586294</w:t>
        <w:br/>
        <w:t>v -4.194059 13.841977 -0.581584</w:t>
        <w:br/>
        <w:t>v -4.225406 13.894320 -0.605719</w:t>
        <w:br/>
        <w:t>v -4.326418 13.812005 -0.623239</w:t>
        <w:br/>
        <w:t>v -2.821443 14.533175 -0.245649</w:t>
        <w:br/>
        <w:t>v -2.678572 14.628901 -0.226494</w:t>
        <w:br/>
        <w:t>v -2.759624 14.788062 -0.346687</w:t>
        <w:br/>
        <w:t>v -2.927654 14.688922 -0.388944</w:t>
        <w:br/>
        <w:t>v -4.074986 13.375432 -0.032207</w:t>
        <w:br/>
        <w:t>v -3.983118 13.460975 -0.032189</w:t>
        <w:br/>
        <w:t>v -4.017466 13.523032 -0.292255</w:t>
        <w:br/>
        <w:t>v -4.113906 13.436195 -0.300696</w:t>
        <w:br/>
        <w:t>v -3.397393 14.005141 -0.032077</w:t>
        <w:br/>
        <w:t>v -3.467473 13.909446 -0.032103</w:t>
        <w:br/>
        <w:t>v -3.547161 14.007558 0.255475</w:t>
        <w:br/>
        <w:t>v -4.103908 13.677939 0.460387</w:t>
        <w:br/>
        <w:t>v -4.011262 13.519990 0.208317</w:t>
        <w:br/>
        <w:t>v -4.108224 13.428718 0.218257</w:t>
        <w:br/>
        <w:t>v -4.202685 13.596621 0.475201</w:t>
        <w:br/>
        <w:t>v -4.224767 13.875795 0.600118</w:t>
        <w:br/>
        <w:t>v -4.205729 13.841062 0.584031</w:t>
        <w:br/>
        <w:t>v -4.324315 13.800444 0.621372</w:t>
        <w:br/>
        <w:t>v -3.418569 14.114508 -0.297696</w:t>
        <w:br/>
        <w:t>v -3.484279 14.375570 -0.438183</w:t>
        <w:br/>
        <w:t>v -3.547402 14.330037 -0.443868</w:t>
        <w:br/>
        <w:t>v -1.474923 15.393267 -0.332050</w:t>
        <w:br/>
        <w:t>v -1.431007 15.285008 -0.230774</w:t>
        <w:br/>
        <w:t>v -1.305858 15.326012 -0.189182</w:t>
        <w:br/>
        <w:t>v -1.349658 15.413788 -0.299959</w:t>
        <w:br/>
        <w:t>v -1.401502 15.273390 -0.031738</w:t>
        <w:br/>
        <w:t>v -1.313788 15.324357 -0.032320</w:t>
        <w:br/>
        <w:t>v -1.401502 15.273390 -0.031738</w:t>
        <w:br/>
        <w:t>v -1.440872 15.312018 0.216294</w:t>
        <w:br/>
        <w:t>v -1.352734 15.369239 0.224364</w:t>
        <w:br/>
        <w:t>v -1.313788 15.324357 -0.032320</w:t>
        <w:br/>
        <w:t>v -1.538606 15.491053 0.422923</w:t>
        <w:br/>
        <w:t>v -1.434394 15.579807 0.453207</w:t>
        <w:br/>
        <w:t>v -2.164006 14.860214 -0.031968</w:t>
        <w:br/>
        <w:t>v -2.190351 14.911054 0.186408</w:t>
        <w:br/>
        <w:t>v -2.264314 15.056082 0.352116</w:t>
        <w:br/>
        <w:t>v -2.265705 15.052658 -0.349664</w:t>
        <w:br/>
        <w:t>v -4.105296 13.678683 -0.481745</w:t>
        <w:br/>
        <w:t>v -4.206361 13.601039 -0.498995</w:t>
        <w:br/>
        <w:t>v -3.982934 13.475257 -0.032205</w:t>
        <w:br/>
        <w:t>v -3.837861 13.560765 -0.032174</w:t>
        <w:br/>
        <w:t>v -3.888249 13.739160 -0.352159</w:t>
        <w:br/>
        <w:t>v -4.014791 13.539636 -0.282740</w:t>
        <w:br/>
        <w:t>v -3.983118 13.460975 -0.032189</w:t>
        <w:br/>
        <w:t>v -4.074986 13.375432 -0.032207</w:t>
        <w:br/>
        <w:t>v -4.099216 13.695616 0.446050</w:t>
        <w:br/>
        <w:t>v -4.176104 13.813620 0.550666</w:t>
        <w:br/>
        <w:t>v -3.879292 13.736501 0.305304</w:t>
        <w:br/>
        <w:t>v -4.007906 13.538044 0.201670</w:t>
        <w:br/>
        <w:t>v -3.739181 13.699685 -0.032225</w:t>
        <w:br/>
        <w:t>v -3.837861 13.560765 -0.032174</w:t>
        <w:br/>
        <w:t>v -3.710029 13.892943 -0.330503</w:t>
        <w:br/>
        <w:t>v -3.553051 14.009810 -0.306665</w:t>
        <w:br/>
        <w:t>v -3.700404 14.227691 -0.476465</w:t>
        <w:br/>
        <w:t>v -3.900846 14.093373 -0.510224</w:t>
        <w:br/>
        <w:t>v -3.720672 13.702118 -0.032231</w:t>
        <w:br/>
        <w:t>v -3.568456 13.825406 -0.032124</w:t>
        <w:br/>
        <w:t>v -3.716430 13.873402 -0.339035</w:t>
        <w:br/>
        <w:t>v -3.871058 13.746449 -0.364526</w:t>
        <w:br/>
        <w:t>v -3.864374 13.740921 0.314509</w:t>
        <w:br/>
        <w:t>v -4.073596 13.984674 0.566722</w:t>
        <w:br/>
        <w:t>v -3.700516 13.867491 0.281144</w:t>
        <w:br/>
        <w:t>v -4.048982 13.992133 0.552440</w:t>
        <w:br/>
        <w:t>v -3.901891 14.100100 0.523601</w:t>
        <w:br/>
        <w:t>v -3.696698 13.885718 0.274232</w:t>
        <w:br/>
        <w:t>v -3.739181 13.699685 -0.032225</w:t>
        <w:br/>
        <w:t>v -4.099107 13.689281 -0.468610</w:t>
        <w:br/>
        <w:t>v -3.982934 13.475257 -0.032205</w:t>
        <w:br/>
        <w:t>v -3.568456 13.825406 -0.032124</w:t>
        <w:br/>
        <w:t>v -3.720672 13.702118 -0.032231</w:t>
        <w:br/>
        <w:t>v -3.574135 13.847980 -0.032114</w:t>
        <w:br/>
        <w:t>v -3.467473 13.909446 -0.032103</w:t>
        <w:br/>
        <w:t>v -3.574135 13.847980 -0.032114</w:t>
        <w:br/>
        <w:t>v -3.397393 14.005141 -0.032077</w:t>
        <w:br/>
        <w:t>v -3.238257 14.128863 -0.032046</w:t>
        <w:br/>
        <w:t>v -3.114614 14.208010 -0.032040</w:t>
        <w:br/>
        <w:t>v -3.165218 14.286162 -0.275391</w:t>
        <w:br/>
        <w:t>v -3.254694 14.236625 -0.276713</w:t>
        <w:br/>
        <w:t>v -3.238257 14.128863 -0.032046</w:t>
        <w:br/>
        <w:t>v -3.251191 14.230750 0.222164</w:t>
        <w:br/>
        <w:t>v -3.174786 14.294777 0.217945</w:t>
        <w:br/>
        <w:t>v -3.114614 14.208010 -0.032040</w:t>
        <w:br/>
        <w:t>v -3.308377 14.473216 0.420508</w:t>
        <w:br/>
        <w:t>v -3.311975 14.478414 -0.405324</w:t>
        <w:br/>
        <w:t>v -3.075742 14.335703 -0.274069</w:t>
        <w:br/>
        <w:t>v -3.040675 14.291921 -0.032035</w:t>
        <w:br/>
        <w:t>v -2.885110 14.353892 -0.032021</w:t>
        <w:br/>
        <w:t>v -2.944491 14.456745 -0.222822</w:t>
        <w:br/>
        <w:t>v -3.040675 14.291921 -0.032035</w:t>
        <w:br/>
        <w:t>v -3.098380 14.358806 0.213726</w:t>
        <w:br/>
        <w:t>v -2.935979 14.416244 0.222457</w:t>
        <w:br/>
        <w:t>v -2.885110 14.353892 -0.032021</w:t>
        <w:br/>
        <w:t>v -3.184829 14.538055 0.430111</w:t>
        <w:br/>
        <w:t>v -3.062118 14.618080 0.372524</w:t>
        <w:br/>
        <w:t>v -3.087370 14.622745 -0.353439</w:t>
        <w:br/>
        <w:t>v -3.196402 14.533963 -0.431669</w:t>
        <w:br/>
        <w:t>v -1.277354 15.551545 -0.415706</w:t>
        <w:br/>
        <w:t>v -1.216660 15.409261 -0.301664</w:t>
        <w:br/>
        <w:t>v -1.140042 15.466927 -0.300930</w:t>
        <w:br/>
        <w:t>v -1.177483 15.601970 -0.413106</w:t>
        <w:br/>
        <w:t>v -1.566097 16.076616 -0.436834</w:t>
        <w:br/>
        <w:t>v -1.434367 16.164019 -0.439774</w:t>
        <w:br/>
        <w:t>v -1.519010 16.346035 -0.300177</w:t>
        <w:br/>
        <w:t>v -1.663215 16.255955 -0.276371</w:t>
        <w:br/>
        <w:t>v -1.691635 16.270666 0.225929</w:t>
        <w:br/>
        <w:t>v -1.544190 16.322350 0.309922</w:t>
        <w:br/>
        <w:t>v -1.491911 16.192686 0.431487</w:t>
        <w:br/>
        <w:t>v -1.598407 16.111298 0.420326</w:t>
        <w:br/>
        <w:t>v -1.577286 16.423115 0.169590</w:t>
        <w:br/>
        <w:t>v -1.635437 16.396425 0.082270</w:t>
        <w:br/>
        <w:t>v -1.643556 16.426739 -0.008535</w:t>
        <w:br/>
        <w:t>v -1.593123 16.483759 -0.012020</w:t>
        <w:br/>
        <w:t>v -1.407786 15.791831 -0.499940</w:t>
        <w:br/>
        <w:t>v -1.330307 15.942080 -0.499947</w:t>
        <w:br/>
        <w:t>v -1.244836 15.760244 -0.483491</w:t>
        <w:br/>
        <w:t>v -1.308821 15.705976 0.562257</w:t>
        <w:br/>
        <w:t>v -1.349848 15.669370 0.543389</w:t>
        <w:br/>
        <w:t>v -1.463656 15.879382 0.526074</w:t>
        <w:br/>
        <w:t>v -1.348112 15.835926 0.560331</w:t>
        <w:br/>
        <w:t>v -1.426112 16.035858 0.516542</w:t>
        <w:br/>
        <w:t>v -1.815136 15.572320 -0.462008</w:t>
        <w:br/>
        <w:t>v -1.967286 15.801301 -0.390378</w:t>
        <w:br/>
        <w:t>v -2.246537 15.626222 -0.371456</w:t>
        <w:br/>
        <w:t>v -2.108700 15.411438 -0.440528</w:t>
        <w:br/>
        <w:t>v -2.078763 15.952418 -0.217299</w:t>
        <w:br/>
        <w:t>v -2.347309 15.767719 -0.203206</w:t>
        <w:br/>
        <w:t>v -2.006528 15.259488 0.422308</w:t>
        <w:br/>
        <w:t>v -2.120422 15.437927 0.437046</w:t>
        <w:br/>
        <w:t>v -1.840882 15.608051 0.451555</w:t>
        <w:br/>
        <w:t>v -1.723202 15.429251 0.450344</w:t>
        <w:br/>
        <w:t>v -2.256560 15.645296 0.363160</w:t>
        <w:br/>
        <w:t>v -2.350327 15.773048 0.194427</w:t>
        <w:br/>
        <w:t>v -2.083459 15.955446 0.199615</w:t>
        <w:br/>
        <w:t>v -1.985533 15.823634 0.377312</w:t>
        <w:br/>
        <w:t>v -2.377682 15.813775 0.003106</w:t>
        <w:br/>
        <w:t>v -2.112802 15.998003 0.002387</w:t>
        <w:br/>
        <w:t>v -1.686681 15.368878 -0.416490</w:t>
        <w:br/>
        <w:t>v -1.998171 15.218316 -0.397269</w:t>
        <w:br/>
        <w:t>v -1.256053 15.538134 0.552872</w:t>
        <w:br/>
        <w:t>v -1.199677 15.566725 0.515271</w:t>
        <w:br/>
        <w:t>v -1.213673 15.633011 0.543785</w:t>
        <w:br/>
        <w:t>v -1.255605 15.632330 0.582196</w:t>
        <w:br/>
        <w:t>v -1.165998 15.358351 0.232732</w:t>
        <w:br/>
        <w:t>v -1.169287 15.406883 0.358953</w:t>
        <w:br/>
        <w:t>v -1.267191 15.352720 0.385043</w:t>
        <w:br/>
        <w:t>v -1.238508 15.296555 0.233664</w:t>
        <w:br/>
        <w:t>v -1.121534 15.370745 -0.072266</w:t>
        <w:br/>
        <w:t>v -1.128289 15.348976 0.040308</w:t>
        <w:br/>
        <w:t>v -1.173890 15.300940 0.043643</w:t>
        <w:br/>
        <w:t>v -1.150071 15.350891 -0.082388</w:t>
        <w:br/>
        <w:t>v -1.128289 15.348976 0.040308</w:t>
        <w:br/>
        <w:t>v -1.143203 15.353532 0.145179</w:t>
        <w:br/>
        <w:t>v -1.206350 15.296756 0.145174</w:t>
        <w:br/>
        <w:t>v -1.173890 15.300940 0.043643</w:t>
        <w:br/>
        <w:t>v -1.271210 15.705688 0.584215</w:t>
        <w:br/>
        <w:t>v -1.245387 15.682323 0.546782</w:t>
        <w:br/>
        <w:t>v -1.291321 15.674406 0.517576</w:t>
        <w:br/>
        <w:t>v -1.181412 15.484597 0.449469</w:t>
        <w:br/>
        <w:t>v -1.251791 15.465449 0.492881</w:t>
        <w:br/>
        <w:t>v -2.282200 15.073398 -0.398252</w:t>
        <w:br/>
        <w:t>v -1.484724 15.410390 -0.395251</w:t>
        <w:br/>
        <w:t>v -1.354915 15.428558 -0.356911</w:t>
        <w:br/>
        <w:t>v -1.666235 16.002295 -0.432717</w:t>
        <w:br/>
        <w:t>v -1.786341 15.921912 -0.415696</w:t>
        <w:br/>
        <w:t>v -1.647367 15.661977 -0.479125</w:t>
        <w:br/>
        <w:t>v -1.516219 15.731572 -0.500591</w:t>
        <w:br/>
        <w:t>v -1.382628 15.490495 -0.418354</w:t>
        <w:br/>
        <w:t>v -1.502785 15.441153 -0.418912</w:t>
        <w:br/>
        <w:t>v -1.764268 16.186010 -0.260041</w:t>
        <w:br/>
        <w:t>v -1.878705 16.103830 -0.243519</w:t>
        <w:br/>
        <w:t>v -1.801193 15.952946 0.395595</w:t>
        <w:br/>
        <w:t>v -1.667304 15.719110 0.480721</w:t>
        <w:br/>
        <w:t>v -1.765124 16.211376 0.222001</w:t>
        <w:br/>
        <w:t>v -1.892510 16.112431 0.212356</w:t>
        <w:br/>
        <w:t>v -1.921715 16.157362 0.002110</w:t>
        <w:br/>
        <w:t>v -1.802437 16.245203 0.001655</w:t>
        <w:br/>
        <w:t>v -1.557496 15.527331 0.479018</w:t>
        <w:br/>
        <w:t>v -1.436732 15.610964 0.511475</w:t>
        <w:br/>
        <w:t>v -1.227662 15.417300 -0.243634</w:t>
        <w:br/>
        <w:t>v -1.214204 15.353787 -0.144027</w:t>
        <w:br/>
        <w:t>v -1.130369 15.408416 -0.172652</w:t>
        <w:br/>
        <w:t>v -2.525088 15.460550 -0.362963</w:t>
        <w:br/>
        <w:t>v -2.398173 15.254291 -0.429659</w:t>
        <w:br/>
        <w:t>v -2.527307 15.478041 0.359670</w:t>
        <w:br/>
        <w:t>v -2.398168 15.275262 0.432706</w:t>
        <w:br/>
        <w:t>v -2.287874 15.094824 0.412069</w:t>
        <w:br/>
        <w:t>v -3.709183 15.020098 0.178498</w:t>
        <w:br/>
        <w:t>v -3.540919 15.088344 0.179837</w:t>
        <w:br/>
        <w:t>v -3.439001 14.948268 0.345339</w:t>
        <w:br/>
        <w:t>v -3.620417 14.879515 0.381610</w:t>
        <w:br/>
        <w:t>v -3.293269 15.054082 0.350727</w:t>
        <w:br/>
        <w:t>v -3.361264 15.170343 0.183530</w:t>
        <w:br/>
        <w:t>v -3.231649 15.233571 0.185679</w:t>
        <w:br/>
        <w:t>v -3.153532 15.108827 0.330515</w:t>
        <w:br/>
        <w:t>v -3.473703 14.675566 0.506822</w:t>
        <w:br/>
        <w:t>v -3.319595 14.755127 0.484157</w:t>
        <w:br/>
        <w:t>v -3.046214 14.912777 0.451507</w:t>
        <w:br/>
        <w:t>v -3.184849 14.847355 0.455678</w:t>
        <w:br/>
        <w:t>v -3.572371 15.138448 0.004294</w:t>
        <w:br/>
        <w:t>v -3.735872 15.060467 0.004370</w:t>
        <w:br/>
        <w:t>v -3.398554 15.222249 0.004273</w:t>
        <w:br/>
        <w:t>v -3.262006 15.285818 0.004271</w:t>
        <w:br/>
        <w:t>v -2.995845 15.198024 0.354686</w:t>
        <w:br/>
        <w:t>v -2.884698 15.002810 0.443229</w:t>
        <w:br/>
        <w:t>v -4.507318 14.045368 0.697593</w:t>
        <w:br/>
        <w:t>v -4.573874 13.779907 0.773919</w:t>
        <w:br/>
        <w:t>v -4.682997 13.847706 0.788474</w:t>
        <w:br/>
        <w:t>v -5.124694 14.323767 0.425879</w:t>
        <w:br/>
        <w:t>v -5.146420 14.404535 0.282484</w:t>
        <w:br/>
        <w:t>v -4.926737 14.497915 0.255002</w:t>
        <w:br/>
        <w:t>v -4.842056 14.452001 0.369857</w:t>
        <w:br/>
        <w:t>v -5.057388 14.239101 0.541107</w:t>
        <w:br/>
        <w:t>v -4.789933 14.333804 0.515113</w:t>
        <w:br/>
        <w:t>v -4.624084 14.685835 0.157433</w:t>
        <w:br/>
        <w:t>v -4.697397 14.174567 0.638101</w:t>
        <w:br/>
        <w:t>v -4.735574 14.113894 0.672475</w:t>
        <w:br/>
        <w:t>v -4.907693 14.170386 0.621640</w:t>
        <w:br/>
        <w:t>v -5.049463 14.533509 0.007111</w:t>
        <w:br/>
        <w:t>v -4.902454 14.590814 0.004419</w:t>
        <w:br/>
        <w:t>v -4.911349 14.564674 0.128507</w:t>
        <w:br/>
        <w:t>v -5.093904 14.491674 0.146612</w:t>
        <w:br/>
        <w:t>v -3.087747 14.646024 0.421915</w:t>
        <w:br/>
        <w:t>v -2.953811 14.730117 0.468247</w:t>
        <w:br/>
        <w:t>v -3.201343 14.583966 0.493661</w:t>
        <w:br/>
        <w:t>v -2.548092 14.903109 0.357175</w:t>
        <w:br/>
        <w:t>v -2.568917 14.937180 0.415144</w:t>
        <w:br/>
        <w:t>v -4.336237 13.783131 0.615959</w:t>
        <w:br/>
        <w:t>v -4.463936 13.709841 0.664891</w:t>
        <w:br/>
        <w:t>v -4.454616 13.780619 0.717838</w:t>
        <w:br/>
        <w:t>v -4.347585 13.829161 0.671130</w:t>
        <w:br/>
        <w:t>v -4.580913 13.725389 0.737157</w:t>
        <w:br/>
        <w:t>v -3.330683 14.507192 0.474119</w:t>
        <w:br/>
        <w:t>v -3.566377 14.371037 0.511096</w:t>
        <w:br/>
        <w:t>v -3.704639 14.233033 0.483416</w:t>
        <w:br/>
        <w:t>v -3.722448 14.273713 0.536557</w:t>
        <w:br/>
        <w:t>v -5.086470 14.174780 0.521073</w:t>
        <w:br/>
        <w:t>v -5.178556 14.268261 0.405732</w:t>
        <w:br/>
        <w:t>v -5.182798 14.346346 0.265822</w:t>
        <w:br/>
        <w:t>v -4.711480 13.799401 0.756791</w:t>
        <w:br/>
        <w:t>v -4.786327 13.938945 0.689815</w:t>
        <w:br/>
        <w:t>v -4.753392 13.981887 0.738808</w:t>
        <w:br/>
        <w:t>v -4.682997 13.847706 0.788474</w:t>
        <w:br/>
        <w:t>v -4.748206 14.105082 0.597696</w:t>
        <w:br/>
        <w:t>v -4.804860 14.098196 0.605547</w:t>
        <w:br/>
        <w:t>v -4.781469 14.155915 0.638804</w:t>
        <w:br/>
        <w:t>v -4.697397 14.174567 0.638101</w:t>
        <w:br/>
        <w:t>v -4.935349 14.113171 0.593333</w:t>
        <w:br/>
        <w:t>v -4.907693 14.170386 0.621640</w:t>
        <w:br/>
        <w:t>v -5.138217 14.433727 0.129061</w:t>
        <w:br/>
        <w:t>v -5.086712 14.472348 0.010230</w:t>
        <w:br/>
        <w:t>v -4.264576 14.223990 0.625890</w:t>
        <w:br/>
        <w:t>v -3.970722 14.388345 0.568818</w:t>
        <w:br/>
        <w:t>v -4.428608 14.490215 0.464152</w:t>
        <w:br/>
        <w:t>v -4.159665 14.620706 0.429639</w:t>
        <w:br/>
        <w:t>v -4.503223 14.618687 0.304363</w:t>
        <w:br/>
        <w:t>v -4.249717 14.743933 0.255297</w:t>
        <w:br/>
        <w:t>v -3.919441 14.143633 0.577303</w:t>
        <w:br/>
        <w:t>v -3.760284 14.510193 0.533988</w:t>
        <w:br/>
        <w:t>v -4.096776 14.820148 0.229261</w:t>
        <w:br/>
        <w:t>v -3.972791 14.911322 0.191491</w:t>
        <w:br/>
        <w:t>v -3.912124 14.742660 0.400255</w:t>
        <w:br/>
        <w:t>v -4.240733 14.850987 0.089439</w:t>
        <w:br/>
        <w:t>v -4.092406 14.024278 0.615868</w:t>
        <w:br/>
        <w:t>v -3.981441 14.961775 0.004438</w:t>
        <w:br/>
        <w:t>v -4.683756 14.682906 0.096411</w:t>
        <w:br/>
        <w:t>v -4.708128 14.686575 0.004871</w:t>
        <w:br/>
        <w:t>v -4.226412 14.871663 0.004394</w:t>
        <w:br/>
        <w:t>v -4.225812 14.867319 0.047189</w:t>
        <w:br/>
        <w:t>v -4.309036 14.811865 0.131550</w:t>
        <w:br/>
        <w:t>v -4.418115 14.761506 0.158264</w:t>
        <w:br/>
        <w:t>v -4.529721 14.712856 0.178107</w:t>
        <w:br/>
        <w:t>v -4.233457 14.860974 0.004033</w:t>
        <w:br/>
        <w:t>v -4.234578 14.858516 0.042892</w:t>
        <w:br/>
        <w:t>v -4.251622 14.843013 0.082772</w:t>
        <w:br/>
        <w:t>v -4.316299 14.807628 0.120724</w:t>
        <w:br/>
        <w:t>v -4.419783 14.758870 0.148202</w:t>
        <w:br/>
        <w:t>v -4.527114 14.712161 0.159663</w:t>
        <w:br/>
        <w:t>v -4.616074 14.684316 0.143818</w:t>
        <w:br/>
        <w:t>v -4.673400 14.674414 0.088078</w:t>
        <w:br/>
        <w:t>v -4.708128 14.686575 0.004871</w:t>
        <w:br/>
        <w:t>v -4.696080 14.673970 0.005773</w:t>
        <w:br/>
        <w:t>v -2.778229 14.822945 0.422953</w:t>
        <w:br/>
        <w:t>v -4.776726 14.067456 0.637600</w:t>
        <w:br/>
        <w:t>v -4.735574 14.113894 0.672475</w:t>
        <w:br/>
        <w:t>v -4.748206 14.105082 0.597696</w:t>
        <w:br/>
        <w:t>v -4.697397 14.174567 0.638101</w:t>
        <w:br/>
        <w:t>v -4.781469 14.155915 0.638804</w:t>
        <w:br/>
        <w:t>v -3.622697 14.884917 -0.379570</w:t>
        <w:br/>
        <w:t>v -3.439011 14.952895 -0.348299</w:t>
        <w:br/>
        <w:t>v -3.547329 15.100888 -0.187445</w:t>
        <w:br/>
        <w:t>v -3.710299 15.022564 -0.190405</w:t>
        <w:br/>
        <w:t>v -3.153277 15.111386 -0.351447</w:t>
        <w:br/>
        <w:t>v -3.237744 15.250918 -0.188421</w:t>
        <w:br/>
        <w:t>v -3.373583 15.185954 -0.187990</w:t>
        <w:br/>
        <w:t>v -3.294970 15.053150 -0.373155</w:t>
        <w:br/>
        <w:t>v -3.473874 14.674305 -0.496586</w:t>
        <w:br/>
        <w:t>v -3.319901 14.754045 -0.469738</w:t>
        <w:br/>
        <w:t>v -3.050267 14.913492 -0.450908</w:t>
        <w:br/>
        <w:t>v -3.172203 14.839230 -0.468568</w:t>
        <w:br/>
        <w:t>v -2.885680 14.996754 -0.432514</w:t>
        <w:br/>
        <w:t>v -2.997215 15.198875 -0.356858</w:t>
        <w:br/>
        <w:t>v -4.573261 13.780704 -0.763708</w:t>
        <w:br/>
        <w:t>v -4.508801 14.043911 -0.689276</w:t>
        <w:br/>
        <w:t>v -4.683286 13.848128 -0.774969</w:t>
        <w:br/>
        <w:t>v -4.926704 14.497931 -0.246178</w:t>
        <w:br/>
        <w:t>v -5.155445 14.394546 -0.264473</w:t>
        <w:br/>
        <w:t>v -5.144475 14.298543 -0.412317</w:t>
        <w:br/>
        <w:t>v -4.842017 14.452013 -0.361051</w:t>
        <w:br/>
        <w:t>v -5.070552 14.227410 -0.527484</w:t>
        <w:br/>
        <w:t>v -4.786633 14.327531 -0.511018</w:t>
        <w:br/>
        <w:t>v -4.624433 14.685603 -0.148691</w:t>
        <w:br/>
        <w:t>v -4.703828 14.170323 -0.627610</w:t>
        <w:br/>
        <w:t>v -4.740283 14.105136 -0.669750</w:t>
        <w:br/>
        <w:t>v -4.744876 13.987255 -0.733406</w:t>
        <w:br/>
        <w:t>v -4.944461 14.180993 -0.600965</w:t>
        <w:br/>
        <w:t>v -5.102263 14.484832 -0.130724</w:t>
        <w:br/>
        <w:t>v -4.911300 14.564705 -0.119680</w:t>
        <w:br/>
        <w:t>v -4.688804 14.681489 -0.088941</w:t>
        <w:br/>
        <w:t>v -3.109946 14.647850 -0.412953</w:t>
        <w:br/>
        <w:t>v -2.952481 14.726714 -0.443668</w:t>
        <w:br/>
        <w:t>v -3.212526 14.567240 -0.486686</w:t>
        <w:br/>
        <w:t>v -3.335279 14.503241 -0.459438</w:t>
        <w:br/>
        <w:t>v -3.325576 14.487415 -0.426876</w:t>
        <w:br/>
        <w:t>v -2.567207 14.928768 -0.405121</w:t>
        <w:br/>
        <w:t>v -2.548335 14.898128 -0.345349</w:t>
        <w:br/>
        <w:t>v -4.453888 13.780211 -0.710491</w:t>
        <w:br/>
        <w:t>v -4.461126 13.723806 -0.669721</w:t>
        <w:br/>
        <w:t>v -4.329552 13.785178 -0.600300</w:t>
        <w:br/>
        <w:t>v -4.356096 13.834169 -0.671695</w:t>
        <w:br/>
        <w:t>v -4.590227 13.698792 -0.724159</w:t>
        <w:br/>
        <w:t>v -3.565951 14.370591 -0.503321</w:t>
        <w:br/>
        <w:t>v -3.473453 14.401449 -0.457695</w:t>
        <w:br/>
        <w:t>v -3.720396 14.271749 -0.532607</w:t>
        <w:br/>
        <w:t>v -5.169478 14.262874 -0.395207</w:t>
        <w:br/>
        <w:t>v -5.096876 14.183717 -0.503383</w:t>
        <w:br/>
        <w:t>v -5.179848 14.355478 -0.243110</w:t>
        <w:br/>
        <w:t>v -4.788184 13.954462 -0.692328</w:t>
        <w:br/>
        <w:t>v -4.718284 13.796369 -0.738032</w:t>
        <w:br/>
        <w:t>v -4.827891 14.155958 -0.628707</w:t>
        <w:br/>
        <w:t>v -4.855077 14.104687 -0.603726</w:t>
        <w:br/>
        <w:t>v -4.746265 14.108036 -0.589474</w:t>
        <w:br/>
        <w:t>v -4.703828 14.170323 -0.627610</w:t>
        <w:br/>
        <w:t>v -4.968276 14.131696 -0.579810</w:t>
        <w:br/>
        <w:t>v -5.128434 14.438436 -0.118017</w:t>
        <w:br/>
        <w:t>v -4.230163 13.923381 -0.635887</w:t>
        <w:br/>
        <w:t>v -4.076847 14.025059 -0.597566</w:t>
        <w:br/>
        <w:t>v -4.269219 14.215712 -0.619323</w:t>
        <w:br/>
        <w:t>v -3.923424 14.133597 -0.568301</w:t>
        <w:br/>
        <w:t>v -3.970792 14.388698 -0.561935</w:t>
        <w:br/>
        <w:t>v -4.159114 14.619506 -0.419270</w:t>
        <w:br/>
        <w:t>v -4.428324 14.489129 -0.454055</w:t>
        <w:br/>
        <w:t>v -4.503159 14.618394 -0.296198</w:t>
        <w:br/>
        <w:t>v -4.249471 14.742704 -0.249296</w:t>
        <w:br/>
        <w:t>v -4.417673 14.761627 -0.151180</w:t>
        <w:br/>
        <w:t>v -4.530900 14.713833 -0.166245</w:t>
        <w:br/>
        <w:t>v -3.760192 14.510748 -0.528052</w:t>
        <w:br/>
        <w:t>v -3.912453 14.743511 -0.392476</w:t>
        <w:br/>
        <w:t>v -3.976960 14.921379 -0.182006</w:t>
        <w:br/>
        <w:t>v -4.097797 14.815938 -0.227751</w:t>
        <w:br/>
        <w:t>v -4.245283 14.848830 -0.083336</w:t>
        <w:br/>
        <w:t>v -4.307946 14.812594 -0.122252</w:t>
        <w:br/>
        <w:t>v -4.039528 14.001141 -0.540359</w:t>
        <w:br/>
        <w:t>v -4.230868 14.863806 -0.042981</w:t>
        <w:br/>
        <w:t>v -4.235944 14.854440 -0.041153</w:t>
        <w:br/>
        <w:t>v -4.252394 14.841537 -0.074727</w:t>
        <w:br/>
        <w:t>v -4.316216 14.805008 -0.108976</w:t>
        <w:br/>
        <w:t>v -4.419266 14.756110 -0.134591</w:t>
        <w:br/>
        <w:t>v -4.528991 14.710207 -0.149662</w:t>
        <w:br/>
        <w:t>v -4.616911 14.684012 -0.135426</w:t>
        <w:br/>
        <w:t>v -4.676785 14.680356 -0.081242</w:t>
        <w:br/>
        <w:t>v -2.778302 14.821478 -0.411471</w:t>
        <w:br/>
        <w:t>v -4.778909 14.064044 -0.628071</w:t>
        <w:br/>
        <w:t>v -4.703828 14.170323 -0.627610</w:t>
        <w:br/>
        <w:t>v -4.746265 14.108036 -0.589474</w:t>
        <w:br/>
        <w:t>v -4.827891 14.155958 -0.628707</w:t>
        <w:br/>
        <w:t>v -1.208781 15.362071 -0.032595</w:t>
        <w:br/>
        <w:t>v -1.143203 15.353532 0.145179</w:t>
        <w:br/>
        <w:t>v -1.128289 15.348976 0.040308</w:t>
        <w:br/>
        <w:t>v -4.242458 13.913365 0.649722</w:t>
        <w:br/>
        <w:t>v -1.136946 15.399370 -0.194519</w:t>
        <w:br/>
        <w:t>v -1.136946 15.399370 -0.194519</w:t>
        <w:br/>
        <w:t>v -1.245387 15.682323 0.546782</w:t>
        <w:br/>
        <w:t>v -1.271210 15.705688 0.584215</w:t>
        <w:br/>
        <w:t>v -1.343897 15.639462 0.491350</w:t>
        <w:br/>
        <w:t>v -1.458635 16.393311 -0.337308</w:t>
        <w:br/>
        <w:t>v -1.375621 16.200388 -0.470020</w:t>
        <w:br/>
        <w:t>v -1.358027 16.209721 -0.460141</w:t>
        <w:br/>
        <w:t>v -1.435160 16.396748 -0.325519</w:t>
        <w:br/>
        <w:t>v -1.276204 15.975425 -0.547979</w:t>
        <w:br/>
        <w:t>v -1.266232 15.988234 -0.529410</w:t>
        <w:br/>
        <w:t>v -1.180921 15.767690 -0.524824</w:t>
        <w:br/>
        <w:t>v -1.178229 15.783083 -0.505679</w:t>
        <w:br/>
        <w:t>v -1.127908 15.600163 -0.447267</w:t>
        <w:br/>
        <w:t>v -1.123672 15.611154 -0.436318</w:t>
        <w:br/>
        <w:t>v -1.178229 15.783083 -0.505679</w:t>
        <w:br/>
        <w:t>v -1.113300 15.443556 -0.328357</w:t>
        <w:br/>
        <w:t>v -1.115054 15.452458 -0.321328</w:t>
        <w:br/>
        <w:t>v -1.128492 15.350268 -0.199080</w:t>
        <w:br/>
        <w:t>v -1.123746 15.350242 -0.198877</w:t>
        <w:br/>
        <w:t>v -1.152364 15.321175 -0.097810</w:t>
        <w:br/>
        <w:t>v -1.151097 15.313685 -0.093130</w:t>
        <w:br/>
        <w:t>v -1.157540 15.334070 -0.089315</w:t>
        <w:br/>
        <w:t>v -1.143834 15.366038 -0.198177</w:t>
        <w:br/>
        <w:t>v -1.135224 15.455058 -0.318178</w:t>
        <w:br/>
        <w:t>v -1.140042 15.466927 -0.300930</w:t>
        <w:br/>
        <w:t>v -1.161490 15.594272 -0.440232</w:t>
        <w:br/>
        <w:t>v -1.177483 15.601970 -0.413106</w:t>
        <w:br/>
        <w:t>v -1.222541 15.753461 -0.517330</w:t>
        <w:br/>
        <w:t>v -1.244836 15.760244 -0.483491</w:t>
        <w:br/>
        <w:t>v -1.313285 15.950855 -0.534311</w:t>
        <w:br/>
        <w:t>v -1.330307 15.942080 -0.499947</w:t>
        <w:br/>
        <w:t>v -1.421961 16.175678 -0.455966</w:t>
        <w:br/>
        <w:t>v -1.512278 16.364201 -0.321358</w:t>
        <w:br/>
        <w:t>v -1.556638 16.461607 -0.185235</w:t>
        <w:br/>
        <w:t>v -1.557206 16.433115 -0.169747</w:t>
        <w:br/>
        <w:t>v -1.590724 16.519463 -0.014004</w:t>
        <w:br/>
        <w:t>v -1.577124 16.479233 0.179569</w:t>
        <w:br/>
        <w:t>v -1.543207 16.371832 0.339698</w:t>
        <w:br/>
        <w:t>v -1.488811 16.216848 0.455575</w:t>
        <w:br/>
        <w:t>v -1.427198 16.052307 0.539788</w:t>
        <w:br/>
        <w:t>v -1.426112 16.035858 0.516542</w:t>
        <w:br/>
        <w:t>v -1.349176 15.845436 0.584305</w:t>
        <w:br/>
        <w:t>v -1.348112 15.835926 0.560331</w:t>
        <w:br/>
        <w:t>v -1.312795 15.735707 0.584184</w:t>
        <w:br/>
        <w:t>v -1.280873 15.743246 0.603451</w:t>
        <w:br/>
        <w:t>v -1.280873 15.743246 0.603451</w:t>
        <w:br/>
        <w:t>v -1.316591 15.870584 0.617872</w:t>
        <w:br/>
        <w:t>v -1.314036 15.882272 0.609048</w:t>
        <w:br/>
        <w:t>v -1.271210 15.705688 0.584215</w:t>
        <w:br/>
        <w:t>v -1.388109 16.086679 0.566689</w:t>
        <w:br/>
        <w:t>v -1.373225 16.099777 0.556721</w:t>
        <w:br/>
        <w:t>v -1.446245 16.257965 0.481724</w:t>
        <w:br/>
        <w:t>v -1.424462 16.271137 0.477635</w:t>
        <w:br/>
        <w:t>v -1.496373 16.410093 0.353561</w:t>
        <w:br/>
        <w:t>v -1.465407 16.424995 0.346498</w:t>
        <w:br/>
        <w:t>v -1.531336 16.516821 0.181265</w:t>
        <w:br/>
        <w:t>v -1.496679 16.530228 0.178280</w:t>
        <w:br/>
        <w:t>v -1.545334 16.561581 -0.010589</w:t>
        <w:br/>
        <w:t>v -1.506306 16.497215 -0.199733</w:t>
        <w:br/>
        <w:t>v -1.478645 16.504564 -0.197680</w:t>
        <w:br/>
        <w:t>v -1.511480 16.568850 -0.010666</w:t>
        <w:br/>
        <w:t>v -1.316591 15.870584 0.617872</w:t>
        <w:br/>
        <w:t>v -1.173890 15.300940 0.043643</w:t>
        <w:br/>
        <w:t>v -2.791562 14.497519 -0.032090</w:t>
        <w:br/>
        <w:t>v -2.648488 14.568562 -0.031995</w:t>
        <w:br/>
        <w:t>v -2.471768 14.750429 0.184426</w:t>
        <w:br/>
        <w:t>v -2.442807 14.694557 -0.031983</w:t>
        <w:br/>
        <w:t>v -3.073319 15.333125 0.193819</w:t>
        <w:br/>
        <w:t>v -2.880791 15.446125 0.194016</w:t>
        <w:br/>
        <w:t>v -2.802015 15.313042 0.357047</w:t>
        <w:br/>
        <w:t>v -2.677195 15.117074 0.434021</w:t>
        <w:br/>
        <w:t>v -3.095416 15.371291 0.004261</w:t>
        <w:br/>
        <w:t>v -2.904969 15.483646 0.004070</w:t>
        <w:br/>
        <w:t>v -3.068342 15.332244 -0.187462</w:t>
        <w:br/>
        <w:t>v -2.801774 15.304989 -0.358700</w:t>
        <w:br/>
        <w:t>v -2.876839 15.440688 -0.191736</w:t>
        <w:br/>
        <w:t>v -2.678494 15.104988 -0.427418</w:t>
        <w:br/>
        <w:t>v -4.073796 13.992662 -0.563148</w:t>
        <w:br/>
        <w:t>v -4.171068 13.818818 -0.554009</w:t>
        <w:br/>
        <w:t>v -4.283788 13.727521 0.582059</w:t>
        <w:br/>
        <w:t>v -4.303849 13.726397 0.563868</w:t>
        <w:br/>
        <w:t>v -4.222904 13.594475 0.466247</w:t>
        <w:br/>
        <w:t>v -4.130965 13.437163 0.210507</w:t>
        <w:br/>
        <w:t>v -4.094822 13.375043 -0.032260</w:t>
        <w:br/>
        <w:t>v -4.130013 13.435547 -0.293962</w:t>
        <w:br/>
        <w:t>v -4.094822 13.375043 -0.032260</w:t>
        <w:br/>
        <w:t>v -4.219381 13.594358 -0.490503</w:t>
        <w:br/>
        <w:t>v -4.302026 13.734962 -0.570613</w:t>
        <w:br/>
        <w:t>v -3.574135 13.847980 -0.032114</w:t>
        <w:br/>
        <w:t>v -3.574135 13.847980 -0.032114</w:t>
        <w:br/>
        <w:t>v -3.397393 14.005141 -0.032077</w:t>
        <w:br/>
        <w:t>v -3.397393 14.005141 -0.032077</w:t>
        <w:br/>
        <w:t>v -4.579151 14.729080 0.005327</w:t>
        <w:br/>
        <w:t>v -4.428350 14.790037 0.004760</w:t>
        <w:br/>
        <w:t>v -4.288200 14.842841 0.004236</w:t>
        <w:br/>
        <w:t>v -1.729176 16.326990 -0.002534</w:t>
        <w:br/>
        <w:t>v -2.642669 15.642828 0.003687</w:t>
        <w:br/>
        <w:t>v -2.613506 15.597300 -0.197115</w:t>
        <w:br/>
        <w:t>v -2.616058 15.603660 0.193185</w:t>
        <w:br/>
        <w:t>v -1.673449 16.046026 0.412187</w:t>
        <w:br/>
        <w:t>v -1.541603 15.809077 0.513583</w:t>
        <w:br/>
        <w:t>v -1.596918 16.367363 -0.209518</w:t>
        <w:br/>
        <w:t>v -1.619535 16.360394 0.195379</w:t>
        <w:br/>
        <w:t>v -1.625414 16.401493 -0.087398</w:t>
        <w:br/>
        <w:t>v -0.084156 14.539136 -0.461414</w:t>
        <w:br/>
        <w:t>v -0.112492 14.612545 -0.462758</w:t>
        <w:br/>
        <w:t>v -0.000002 14.638698 -0.477460</w:t>
        <w:br/>
        <w:t>v 0.000331 14.562308 -0.470739</w:t>
        <w:br/>
        <w:t>v -0.200351 14.548011 -0.448056</w:t>
        <w:br/>
        <w:t>v -0.146281 14.490138 -0.452444</w:t>
        <w:br/>
        <w:t>v -0.544305 14.716497 -0.342565</w:t>
        <w:br/>
        <w:t>v -0.215639 14.554536 -0.452763</w:t>
        <w:br/>
        <w:t>v -0.524251 14.485771 -0.363105</w:t>
        <w:br/>
        <w:t>v -1.299111 14.711660 0.932219</w:t>
        <w:br/>
        <w:t>v -1.303242 14.711541 1.132197</w:t>
        <w:br/>
        <w:t>v -1.289513 14.923172 1.115657</w:t>
        <w:br/>
        <w:t>v -1.286089 14.923998 0.939597</w:t>
        <w:br/>
        <w:t>v -1.287030 14.711747 0.624838</w:t>
        <w:br/>
        <w:t>v -1.277133 14.923898 0.624485</w:t>
        <w:br/>
        <w:t>v -1.237029 14.711459 0.408352</w:t>
        <w:br/>
        <w:t>v -1.234214 14.496337 0.418451</w:t>
        <w:br/>
        <w:t>v -1.287964 14.507132 0.643482</w:t>
        <w:br/>
        <w:t>v -0.739727 14.715299 -0.266233</w:t>
        <w:br/>
        <w:t>v -0.752429 14.947006 -0.241848</w:t>
        <w:br/>
        <w:t>v -0.540208 14.945271 -0.321839</w:t>
        <w:br/>
        <w:t>v -0.981546 14.712763 -0.073591</w:t>
        <w:br/>
        <w:t>v -0.991229 14.936622 -0.086192</w:t>
        <w:br/>
        <w:t>v -1.136305 14.711380 0.175813</w:t>
        <w:br/>
        <w:t>v -1.135767 14.924086 0.161770</w:t>
        <w:br/>
        <w:t>v -1.224672 14.921867 0.400462</w:t>
        <w:br/>
        <w:t>v -0.968087 14.494947 -0.061592</w:t>
        <w:br/>
        <w:t>v -0.958129 14.357429 -0.051684</w:t>
        <w:br/>
        <w:t>v -1.099787 14.356203 0.160878</w:t>
        <w:br/>
        <w:t>v -1.127127 14.492922 0.185067</w:t>
        <w:br/>
        <w:t>v -1.229562 14.356850 0.423561</w:t>
        <w:br/>
        <w:t>v -0.738713 14.497067 -0.258059</w:t>
        <w:br/>
        <w:t>v -0.735635 14.355441 -0.271923</w:t>
        <w:br/>
        <w:t>v -0.508018 14.354585 -0.384588</w:t>
        <w:br/>
        <w:t>v -1.214083 15.367967 0.952552</w:t>
        <w:br/>
        <w:t>v -1.156424 15.599612 0.964615</w:t>
        <w:br/>
        <w:t>v -1.126286 15.628703 0.651335</w:t>
        <w:br/>
        <w:t>v -1.148573 15.462919 0.627366</w:t>
        <w:br/>
        <w:t>v -1.110958 15.732474 0.975234</w:t>
        <w:br/>
        <w:t>v -1.076811 15.736663 0.941240</w:t>
        <w:br/>
        <w:t>v -1.161942 15.600407 1.124276</w:t>
        <w:br/>
        <w:t>v -1.111077 15.710289 1.144836</w:t>
        <w:br/>
        <w:t>v -0.564577 16.246500 1.300545</w:t>
        <w:br/>
        <w:t>v -0.672962 16.259787 1.067473</w:t>
        <w:br/>
        <w:t>v -0.632847 16.189152 1.274318</w:t>
        <w:br/>
        <w:t>v -1.165861 15.170627 0.380963</w:t>
        <w:br/>
        <w:t>v -1.235325 15.180513 0.635345</w:t>
        <w:br/>
        <w:t>v -1.133018 15.227710 0.433000</w:t>
        <w:br/>
        <w:t>v -0.893688 15.235015 -0.189950</w:t>
        <w:br/>
        <w:t>v -1.083799 15.160795 0.108629</w:t>
        <w:br/>
        <w:t>v -0.570323 15.257915 -0.331059</w:t>
        <w:br/>
        <w:t>v -1.213042 15.451762 1.108451</w:t>
        <w:br/>
        <w:t>v -1.243198 15.306242 1.103784</w:t>
        <w:br/>
        <w:t>v -1.304806 14.517835 0.928142</w:t>
        <w:br/>
        <w:t>v -1.311396 14.522553 1.149705</w:t>
        <w:br/>
        <w:t>v -1.293082 14.357398 0.657382</w:t>
        <w:br/>
        <w:t>v -1.306661 14.367123 0.935227</w:t>
        <w:br/>
        <w:t>v -1.315147 14.368102 1.163520</w:t>
        <w:br/>
        <w:t>v -0.280062 15.240017 -0.320260</w:t>
        <w:br/>
        <w:t>v 0.000331 15.239577 -0.285493</w:t>
        <w:br/>
        <w:t>v -0.000002 14.950914 -0.377554</w:t>
        <w:br/>
        <w:t>v -0.271108 14.942739 -0.389083</w:t>
        <w:br/>
        <w:t>v -0.249511 14.727467 -0.424122</w:t>
        <w:br/>
        <w:t>v -0.000002 14.741120 -0.447486</w:t>
        <w:br/>
        <w:t>v -0.749957 16.120947 1.252724</w:t>
        <w:br/>
        <w:t>v -0.886624 16.103735 0.988433</w:t>
        <w:br/>
        <w:t>v -0.856750 16.045010 1.225236</w:t>
        <w:br/>
        <w:t>v -0.972357 15.927173 0.969751</w:t>
        <w:br/>
        <w:t>v -1.012299 15.886938 1.184638</w:t>
        <w:br/>
        <w:t>v -0.000002 14.649316 -0.499075</w:t>
        <w:br/>
        <w:t>v -0.114687 14.622448 -0.482841</w:t>
        <w:br/>
        <w:t>v -0.183984 14.427660 -0.444186</w:t>
        <w:br/>
        <w:t>v -0.257670 14.455602 -0.438971</w:t>
        <w:br/>
        <w:t>v -0.198142 14.354178 -0.436283</w:t>
        <w:br/>
        <w:t>v -0.278233 14.354178 -0.429886</w:t>
        <w:br/>
        <w:t>v -0.000002 14.638698 -0.477460</w:t>
        <w:br/>
        <w:t>v -0.112492 14.612545 -0.462758</w:t>
        <w:br/>
        <w:t>v -0.114687 14.622448 -0.482841</w:t>
        <w:br/>
        <w:t>v -0.000002 14.649316 -0.499075</w:t>
        <w:br/>
        <w:t>v -0.293287 14.354188 -0.439117</w:t>
        <w:br/>
        <w:t>v -0.267103 14.460327 -0.452862</w:t>
        <w:br/>
        <w:t>v -0.267103 14.460327 -0.452862</w:t>
        <w:br/>
        <w:t>v -1.040342 15.856114 1.005043</w:t>
        <w:br/>
        <w:t>v -0.506451 16.309906 1.324063</w:t>
        <w:br/>
        <w:t>v -0.548062 16.341784 1.098586</w:t>
        <w:br/>
        <w:t>v -0.293287 14.354188 -0.439117</w:t>
        <w:br/>
        <w:t>v -1.253403 15.181188 0.945418</w:t>
        <w:br/>
        <w:t>v -1.265110 15.159489 1.104621</w:t>
        <w:br/>
        <w:t>v -0.590973 16.370823 0.991816</w:t>
        <w:br/>
        <w:t>v -5.086712 14.472348 0.010230</w:t>
        <w:br/>
        <w:t>v -5.086712 14.472348 0.010230</w:t>
        <w:br/>
        <w:t>v -5.295392 14.361418 -0.005162</w:t>
        <w:br/>
        <w:t>v -5.128434 14.438436 -0.118017</w:t>
        <w:br/>
        <w:t>v -4.461126 13.723806 -0.669721</w:t>
        <w:br/>
        <w:t>v -4.373152 13.565007 -0.650187</w:t>
        <w:br/>
        <w:t>v -4.329552 13.785178 -0.600300</w:t>
        <w:br/>
        <w:t>v -4.153275 13.348726 0.217299</w:t>
        <w:br/>
        <w:t>v -4.208591 13.405551 0.419953</w:t>
        <w:br/>
        <w:t>v -4.222904 13.594475 0.466247</w:t>
        <w:br/>
        <w:t>v -4.130965 13.437163 0.210507</w:t>
        <w:br/>
        <w:t>v -4.911934 13.547305 -0.774891</w:t>
        <w:br/>
        <w:t>v -4.982936 13.460074 -0.683735</w:t>
        <w:br/>
        <w:t>v -4.861693 13.279792 -0.707689</w:t>
        <w:br/>
        <w:t>v -4.755985 13.382134 -0.816171</w:t>
        <w:br/>
        <w:t>v -5.468570 14.031662 -0.380604</w:t>
        <w:br/>
        <w:t>v -5.490348 13.888392 -0.333717</w:t>
        <w:br/>
        <w:t>v -5.342458 13.800330 -0.462395</w:t>
        <w:br/>
        <w:t>v -5.326154 13.922687 -0.523568</w:t>
        <w:br/>
        <w:t>v -4.907867 13.543854 0.790883</w:t>
        <w:br/>
        <w:t>v -4.774541 13.408145 0.799829</w:t>
        <w:br/>
        <w:t>v -4.886897 13.307843 0.725835</w:t>
        <w:br/>
        <w:t>v -4.989666 13.453966 0.714852</w:t>
        <w:br/>
        <w:t>v -5.499343 14.111858 0.254969</w:t>
        <w:br/>
        <w:t>v -5.435026 13.979739 0.503867</w:t>
        <w:br/>
        <w:t>v -5.462792 13.837303 0.439081</w:t>
        <w:br/>
        <w:t>v -5.525480 13.971527 0.221970</w:t>
        <w:br/>
        <w:t>v -5.060025 13.654352 0.819288</w:t>
        <w:br/>
        <w:t>v -5.134975 13.536273 0.734778</w:t>
        <w:br/>
        <w:t>v -5.288085 13.876543 0.625107</w:t>
        <w:br/>
        <w:t>v -5.191553 13.768373 0.763850</w:t>
        <w:br/>
        <w:t>v -5.278290 13.635169 0.686493</w:t>
        <w:br/>
        <w:t>v -5.326885 13.755723 0.551435</w:t>
        <w:br/>
        <w:t>v -5.462167 14.157529 -0.007322</w:t>
        <w:br/>
        <w:t>v -5.489655 14.034872 -0.005733</w:t>
        <w:br/>
        <w:t>v -5.528684 13.985376 -0.164489</w:t>
        <w:br/>
        <w:t>v -5.498147 14.124224 -0.179272</w:t>
        <w:br/>
        <w:t>v -5.276104 13.661544 -0.633394</w:t>
        <w:br/>
        <w:t>v -5.223496 13.790765 -0.713994</w:t>
        <w:br/>
        <w:t>v -5.078803 13.658329 -0.795757</w:t>
        <w:br/>
        <w:t>v -5.138213 13.554581 -0.690926</w:t>
        <w:br/>
        <w:t>v -4.573331 13.227399 -0.698077</w:t>
        <w:br/>
        <w:t>v -4.702090 13.133934 -0.606412</w:t>
        <w:br/>
        <w:t>v -4.371144 13.084073 -0.372631</w:t>
        <w:br/>
        <w:t>v -4.469633 13.162324 -0.523026</w:t>
        <w:br/>
        <w:t>v -4.590245 13.098379 -0.439329</w:t>
        <w:br/>
        <w:t>v -4.511759 13.018792 -0.314971</w:t>
        <w:br/>
        <w:t>v -4.310766 13.090686 0.053465</w:t>
        <w:br/>
        <w:t>v -4.310026 13.066947 -0.137847</w:t>
        <w:br/>
        <w:t>v -4.447865 12.979272 -0.119426</w:t>
        <w:br/>
        <w:t>v -4.442118 13.024993 0.048972</w:t>
        <w:br/>
        <w:t>v -4.310766 13.090686 0.053465</w:t>
        <w:br/>
        <w:t>v -4.442118 13.024993 0.048972</w:t>
        <w:br/>
        <w:t>v -4.481692 12.998902 0.209098</w:t>
        <w:br/>
        <w:t>v -4.348872 13.086642 0.230705</w:t>
        <w:br/>
        <w:t>v -4.415278 13.106329 0.425866</w:t>
        <w:br/>
        <w:t>v -4.554739 13.004796 0.380131</w:t>
        <w:br/>
        <w:t>v -4.648440 13.119711 0.529328</w:t>
        <w:br/>
        <w:t>v -4.513932 13.199980 0.593841</w:t>
        <w:br/>
        <w:t>v -4.757238 13.182338 0.656660</w:t>
        <w:br/>
        <w:t>v -4.626105 13.278814 0.738573</w:t>
        <w:br/>
        <w:t>v -4.590227 13.698792 -0.724159</w:t>
        <w:br/>
        <w:t>v -4.632116 13.543378 -0.770985</w:t>
        <w:br/>
        <w:t>v -5.096876 14.183717 -0.503383</w:t>
        <w:br/>
        <w:t>v -5.169478 14.262874 -0.395207</w:t>
        <w:br/>
        <w:t>v -5.351444 14.158391 -0.379832</w:t>
        <w:br/>
        <w:t>v -5.247167 14.059120 -0.547713</w:t>
        <w:br/>
        <w:t>v -4.580913 13.725389 0.737157</w:t>
        <w:br/>
        <w:t>v -4.659498 13.557643 0.787596</w:t>
        <w:br/>
        <w:t>v -4.808525 13.665299 0.808555</w:t>
        <w:br/>
        <w:t>v -4.711480 13.799401 0.756791</w:t>
        <w:br/>
        <w:t>v -5.182798 14.346346 0.265822</w:t>
        <w:br/>
        <w:t>v -5.178556 14.268261 0.405732</w:t>
        <w:br/>
        <w:t>v -5.331552 14.123958 0.502597</w:t>
        <w:br/>
        <w:t>v -5.391241 14.239180 0.264846</w:t>
        <w:br/>
        <w:t>v -4.957373 13.780993 0.793753</w:t>
        <w:br/>
        <w:t>v -4.841190 13.898536 0.718991</w:t>
        <w:br/>
        <w:t>v -5.086470 14.174780 0.521073</w:t>
        <w:br/>
        <w:t>v -4.938108 13.992428 0.665192</w:t>
        <w:br/>
        <w:t>v -5.066300 13.890078 0.746017</w:t>
        <w:br/>
        <w:t>v -5.190001 14.009988 0.619835</w:t>
        <w:br/>
        <w:t>v -5.377530 14.239685 -0.183973</w:t>
        <w:br/>
        <w:t>v -5.179848 14.355478 -0.243110</w:t>
        <w:br/>
        <w:t>v -5.380548 14.284012 -0.005553</w:t>
        <w:br/>
        <w:t>v -5.111832 13.931842 -0.719016</w:t>
        <w:br/>
        <w:t>v -4.966492 14.027609 -0.662524</w:t>
        <w:br/>
        <w:t>v -4.880092 13.948615 -0.698894</w:t>
        <w:br/>
        <w:t>v -4.971023 13.808273 -0.783471</w:t>
        <w:br/>
        <w:t>v -4.807790 13.663082 -0.770143</w:t>
        <w:br/>
        <w:t>v -4.718284 13.796369 -0.738032</w:t>
        <w:br/>
        <w:t>v -4.459642 13.405333 -0.691638</w:t>
        <w:br/>
        <w:t>v -4.185659 13.361020 -0.338325</w:t>
        <w:br/>
        <w:t>v -4.250619 13.455054 -0.507510</w:t>
        <w:br/>
        <w:t>v -4.350029 13.317419 -0.534772</w:t>
        <w:br/>
        <w:t>v -4.253819 13.238459 -0.369796</w:t>
        <w:br/>
        <w:t>v -4.124295 13.319421 -0.179492</w:t>
        <w:br/>
        <w:t>v -4.187725 13.208568 -0.153612</w:t>
        <w:br/>
        <w:t>v -4.187171 13.214644 0.047639</w:t>
        <w:br/>
        <w:t>v -4.124445 13.307130 0.041930</w:t>
        <w:br/>
        <w:t>v -4.124445 13.307130 0.041930</w:t>
        <w:br/>
        <w:t>v -4.187171 13.214644 0.047639</w:t>
        <w:br/>
        <w:t>v -4.210421 13.226333 0.232622</w:t>
        <w:br/>
        <w:t>v -4.301170 13.505645 0.556054</w:t>
        <w:br/>
        <w:t>v -4.270399 13.263335 0.444442</w:t>
        <w:br/>
        <w:t>v -4.392757 13.357318 0.597933</w:t>
        <w:br/>
        <w:t>v -4.512697 13.452884 0.717686</w:t>
        <w:br/>
        <w:t>v -4.444839 13.616600 0.661443</w:t>
        <w:br/>
        <w:t>v -5.049373 13.429979 -0.505530</w:t>
        <w:br/>
        <w:t>v -4.972258 13.266758 -0.506583</w:t>
        <w:br/>
        <w:t>v -5.447290 13.754925 -0.247196</w:t>
        <w:br/>
        <w:t>v -5.325169 13.692353 -0.358208</w:t>
        <w:br/>
        <w:t>v -4.991358 13.297751 0.538642</w:t>
        <w:br/>
        <w:t>v -5.060308 13.419791 0.536281</w:t>
        <w:br/>
        <w:t>v -5.407004 13.730640 0.327892</w:t>
        <w:br/>
        <w:t>v -5.466264 13.827605 0.170595</w:t>
        <w:br/>
        <w:t>v -5.181472 13.478860 0.550482</w:t>
        <w:br/>
        <w:t>v -5.271148 13.557628 0.517141</w:t>
        <w:br/>
        <w:t>v -5.318143 13.655086 0.421570</w:t>
        <w:br/>
        <w:t>v -5.439546 13.896466 -0.002315</w:t>
        <w:br/>
        <w:t>v -5.479350 13.836610 -0.125358</w:t>
        <w:br/>
        <w:t>v -5.286180 13.567511 -0.471528</w:t>
        <w:br/>
        <w:t>v -5.186917 13.481496 -0.509543</w:t>
        <w:br/>
        <w:t>v -4.867559 13.156271 -0.429601</w:t>
        <w:br/>
        <w:t>v -4.773629 13.121510 -0.308415</w:t>
        <w:br/>
        <w:t>v -4.725676 13.061580 -0.223357</w:t>
        <w:br/>
        <w:t>v -4.679605 13.029574 -0.087717</w:t>
        <w:br/>
        <w:t>v -4.669402 13.059676 0.029934</w:t>
        <w:br/>
        <w:t>v -4.669402 13.059676 0.029934</w:t>
        <w:br/>
        <w:t>v -4.717276 13.025803 0.141047</w:t>
        <w:br/>
        <w:t>v -4.779716 13.037898 0.276403</w:t>
        <w:br/>
        <w:t>v -4.845024 13.126780 0.393963</w:t>
        <w:br/>
        <w:t>v -4.921956 13.182079 0.485376</w:t>
        <w:br/>
        <w:t>v -5.058288 13.445490 -0.342988</w:t>
        <w:br/>
        <w:t>v -5.005965 13.336564 -0.325057</w:t>
        <w:br/>
        <w:t>v -5.340059 13.666732 -0.159003</w:t>
        <w:br/>
        <w:t>v -5.262512 13.619165 -0.248496</w:t>
        <w:br/>
        <w:t>v -5.030126 13.347887 0.371345</w:t>
        <w:br/>
        <w:t>v -5.072910 13.421192 0.367934</w:t>
        <w:br/>
        <w:t>v -5.316104 13.654041 0.221409</w:t>
        <w:br/>
        <w:t>v -5.353747 13.723492 0.115443</w:t>
        <w:br/>
        <w:t>v -5.162573 13.466939 0.377718</w:t>
        <w:br/>
        <w:t>v -5.345218 13.792739 0.004808</w:t>
        <w:br/>
        <w:t>v -5.363851 13.734995 -0.073207</w:t>
        <w:br/>
        <w:t>v -5.222903 13.535800 -0.314049</w:t>
        <w:br/>
        <w:t>v -5.151324 13.476890 -0.336108</w:t>
        <w:br/>
        <w:t>v -4.944789 13.268460 -0.273703</w:t>
        <w:br/>
        <w:t>v -4.870283 13.231627 -0.191460</w:t>
        <w:br/>
        <w:t>v -4.853565 13.192129 -0.135498</w:t>
        <w:br/>
        <w:t>v -4.832195 13.171768 -0.048332</w:t>
        <w:br/>
        <w:t>v -4.807609 13.198654 0.009180</w:t>
        <w:br/>
        <w:t>v -4.807609 13.198654 0.009180</w:t>
        <w:br/>
        <w:t>v -4.852903 13.182325 0.077245</w:t>
        <w:br/>
        <w:t>v -4.896575 13.192882 0.178048</w:t>
        <w:br/>
        <w:t>v -4.934088 13.246326 0.259681</w:t>
        <w:br/>
        <w:t>v -4.993979 13.279864 0.327899</w:t>
        <w:br/>
        <w:t>v -5.003693 13.520765 -0.219214</w:t>
        <w:br/>
        <w:t>v -4.858065 13.687546 -0.241502</w:t>
        <w:br/>
        <w:t>v -4.827058 13.638011 -0.214723</w:t>
        <w:br/>
        <w:t>v -4.954515 13.474275 -0.199084</w:t>
        <w:br/>
        <w:t>v -5.178503 13.695911 -0.098730</w:t>
        <w:br/>
        <w:t>v -4.952743 13.858322 -0.148449</w:t>
        <w:br/>
        <w:t>v -5.140265 13.648305 -0.172805</w:t>
        <w:br/>
        <w:t>v -4.969749 13.466927 0.214129</w:t>
        <w:br/>
        <w:t>v -4.849977 13.685038 0.208413</w:t>
        <w:br/>
        <w:t>v -5.001709 13.504441 0.235867</w:t>
        <w:br/>
        <w:t>v -5.171624 13.676317 0.137952</w:t>
        <w:br/>
        <w:t>v -4.962896 13.876452 0.013950</w:t>
        <w:br/>
        <w:t>v -5.191591 13.751646 0.015763</w:t>
        <w:br/>
        <w:t>v -4.882405 13.738911 0.208579</w:t>
        <w:br/>
        <w:t>v -5.067105 13.555229 0.232596</w:t>
        <w:br/>
        <w:t>v -5.094079 13.588478 -0.209809</w:t>
        <w:br/>
        <w:t>v -4.906102 13.771142 -0.231115</w:t>
        <w:br/>
        <w:t>v -5.059222 13.554943 -0.217189</w:t>
        <w:br/>
        <w:t>v -4.931848 13.448575 -0.179809</w:t>
        <w:br/>
        <w:t>v -4.871726 13.411230 -0.120360</w:t>
        <w:br/>
        <w:t>v -4.794095 13.585979 -0.126401</w:t>
        <w:br/>
        <w:t>v -4.782712 13.567945 0.015920</w:t>
        <w:br/>
        <w:t>v -4.846524 13.393671 -0.060878</w:t>
        <w:br/>
        <w:t>v -4.828925 13.398495 -0.023772</w:t>
        <w:br/>
        <w:t>v -4.822310 13.407254 0.005491</w:t>
        <w:br/>
        <w:t>v -4.862277 13.404564 0.067961</w:t>
        <w:br/>
        <w:t>v -4.822310 13.407254 0.005491</w:t>
        <w:br/>
        <w:t>v -4.782712 13.567945 0.015920</w:t>
        <w:br/>
        <w:t>v -4.792392 13.586227 0.111730</w:t>
        <w:br/>
        <w:t>v -4.922144 13.428697 0.174961</w:t>
        <w:br/>
        <w:t>v -4.887413 13.412396 0.117552</w:t>
        <w:br/>
        <w:t>v -4.820311 13.635005 0.186629</w:t>
        <w:br/>
        <w:t>v -5.254210 13.600302 0.295519</w:t>
        <w:br/>
        <w:t>v -4.927552 13.814244 0.165178</w:t>
        <w:br/>
        <w:t>v -4.776726 14.067456 0.637600</w:t>
        <w:br/>
        <w:t>v -4.804860 14.098196 0.605547</w:t>
        <w:br/>
        <w:t>v -5.129138 13.628987 0.200162</w:t>
        <w:br/>
        <w:t>v -5.217559 13.519135 0.360812</w:t>
        <w:br/>
        <w:t>v -4.463936 13.709841 0.664891</w:t>
        <w:br/>
        <w:t>v -4.130013 13.435547 -0.293962</w:t>
        <w:br/>
        <w:t>v -4.855077 14.104687 -0.603726</w:t>
        <w:br/>
        <w:t>v -4.968276 14.131696 -0.579810</w:t>
        <w:br/>
        <w:t>v -4.778909 14.064044 -0.628071</w:t>
        <w:br/>
        <w:t>v -4.788184 13.954462 -0.692328</w:t>
        <w:br/>
        <w:t>v -4.746265 14.108036 -0.589474</w:t>
        <w:br/>
        <w:t>v -5.138217 14.433727 0.129061</w:t>
        <w:br/>
        <w:t>v -4.786327 13.938945 0.689815</w:t>
        <w:br/>
        <w:t>v -4.748206 14.105082 0.597696</w:t>
        <w:br/>
        <w:t>v -4.935349 14.113171 0.593333</w:t>
        <w:br/>
        <w:t>v -4.303849 13.726397 0.563868</w:t>
        <w:br/>
        <w:t>v -4.336237 13.783131 0.615959</w:t>
        <w:br/>
        <w:t>v -4.303849 13.726397 0.563868</w:t>
        <w:br/>
        <w:t>v -4.094822 13.375043 -0.032260</w:t>
        <w:br/>
        <w:t>v -4.094822 13.375043 -0.032260</w:t>
        <w:br/>
        <w:t>v -4.219381 13.594358 -0.490503</w:t>
        <w:br/>
        <w:t>v -4.302026 13.734962 -0.570613</w:t>
        <w:br/>
        <w:t>v -4.786327 13.938945 0.689815</w:t>
        <w:br/>
        <w:t>v -5.191591 13.751646 0.015763</w:t>
        <w:br/>
        <w:t>v -4.293564 14.985445 0.056321</w:t>
        <w:br/>
        <w:t>v -4.235397 15.011949 0.056574</w:t>
        <w:br/>
        <w:t>v -4.232993 14.997347 0.059595</w:t>
        <w:br/>
        <w:t>v -4.278801 14.974943 0.059024</w:t>
        <w:br/>
        <w:t>v -4.339535 14.874696 0.276484</w:t>
        <w:br/>
        <w:t>v -4.295425 14.980747 0.287341</w:t>
        <w:br/>
        <w:t>v -4.271788 14.965315 0.334842</w:t>
        <w:br/>
        <w:t>v -4.322788 14.864463 0.320964</w:t>
        <w:br/>
        <w:t>v -4.338932 14.878175 0.214940</w:t>
        <w:br/>
        <w:t>v -4.303455 14.985444 0.221738</w:t>
        <w:br/>
        <w:t>v -4.208134 15.067892 0.271199</w:t>
        <w:br/>
        <w:t>v -4.189818 15.052724 0.314668</w:t>
        <w:br/>
        <w:t>v -4.311875 14.898180 0.130158</w:t>
        <w:br/>
        <w:t>v -4.288133 14.920565 0.059870</w:t>
        <w:br/>
        <w:t>v -4.278801 14.974943 0.059024</w:t>
        <w:br/>
        <w:t>v -4.286381 14.973757 0.132249</w:t>
        <w:br/>
        <w:t>v -4.221720 15.027822 0.127294</w:t>
        <w:br/>
        <w:t>v -4.208807 15.056106 0.210210</w:t>
        <w:br/>
        <w:t>v -4.232993 14.997347 0.059595</w:t>
        <w:br/>
        <w:t>v -4.288133 14.920565 0.059870</w:t>
        <w:br/>
        <w:t>v -4.302422 14.917663 0.056988</w:t>
        <w:br/>
        <w:t>v -4.176559 14.956668 0.059310</w:t>
        <w:br/>
        <w:t>v -4.157957 14.958178 0.056457</w:t>
        <w:br/>
        <w:t>v -4.165735 14.894596 0.055036</w:t>
        <w:br/>
        <w:t>v -4.192586 14.910288 0.057365</w:t>
        <w:br/>
        <w:t>v -4.188008 14.906921 0.335944</w:t>
        <w:br/>
        <w:t>v -4.167514 14.891666 0.289864</w:t>
        <w:br/>
        <w:t>v -4.249426 14.810710 0.277707</w:t>
        <w:br/>
        <w:t>v -4.262237 14.822434 0.321134</w:t>
        <w:br/>
        <w:t>v -4.164330 14.888653 0.224097</w:t>
        <w:br/>
        <w:t>v -4.247519 14.811000 0.214492</w:t>
        <w:br/>
        <w:t>v -4.130652 15.008416 0.314211</w:t>
        <w:br/>
        <w:t>v -4.116656 15.004205 0.268907</w:t>
        <w:br/>
        <w:t>v -4.192586 14.910288 0.057365</w:t>
        <w:br/>
        <w:t>v -4.230199 14.879065 0.059678</w:t>
        <w:br/>
        <w:t>v -4.239281 14.847239 0.130949</w:t>
        <w:br/>
        <w:t>v -4.181310 14.900757 0.135075</w:t>
        <w:br/>
        <w:t>v -4.116073 14.997420 0.208834</w:t>
        <w:br/>
        <w:t>v -4.148234 14.976983 0.128144</w:t>
        <w:br/>
        <w:t>v -4.176559 14.956668 0.059310</w:t>
        <w:br/>
        <w:t>v -4.224287 14.863532 0.056451</w:t>
        <w:br/>
        <w:t>v -4.230199 14.879065 0.059678</w:t>
        <w:br/>
        <w:t>v -4.177921 15.007890 0.342974</w:t>
        <w:br/>
        <w:t>v -4.134715 15.070118 0.305476</w:t>
        <w:br/>
        <w:t>v -4.296299 14.838701 0.126686</w:t>
        <w:br/>
        <w:t>v -4.269284 14.877536 0.061219</w:t>
        <w:br/>
        <w:t>v -4.158383 15.036290 0.122881</w:t>
        <w:br/>
        <w:t>v -4.128076 15.079423 0.195249</w:t>
        <w:br/>
        <w:t>v -4.325666 14.796480 0.204957</w:t>
        <w:br/>
        <w:t>v -4.188175 14.993788 0.060977</w:t>
        <w:br/>
        <w:t>v -4.269284 14.877536 0.061219</w:t>
        <w:br/>
        <w:t>v -4.275220 14.869065 0.057874</w:t>
        <w:br/>
        <w:t>v -4.181982 15.002625 0.057760</w:t>
        <w:br/>
        <w:t>v -4.188175 14.993788 0.060977</w:t>
        <w:br/>
        <w:t>v -4.318613 14.806741 0.313417</w:t>
        <w:br/>
        <w:t>v -4.276060 14.867350 0.346649</w:t>
        <w:br/>
        <w:t>v -4.325666 14.796480 0.204957</w:t>
        <w:br/>
        <w:t>v -4.329432 14.791093 0.264313</w:t>
        <w:br/>
        <w:t>v -4.134715 15.070118 0.305476</w:t>
        <w:br/>
        <w:t>v -4.123813 15.085519 0.253961</w:t>
        <w:br/>
        <w:t>v -4.276060 14.867350 0.346649</w:t>
        <w:br/>
        <w:t>v -4.228231 14.935937 0.355698</w:t>
        <w:br/>
        <w:t>v -4.128076 15.079423 0.195249</w:t>
        <w:br/>
        <w:t>v -4.177921 15.007890 0.342974</w:t>
        <w:br/>
        <w:t>v -4.318613 14.806741 0.313417</w:t>
        <w:br/>
        <w:t>v -4.134715 15.070118 0.305476</w:t>
        <w:br/>
        <w:t>v -4.296299 14.838701 0.126686</w:t>
        <w:br/>
        <w:t>v -4.269284 14.877536 0.061219</w:t>
        <w:br/>
        <w:t>v -4.158383 15.036290 0.122881</w:t>
        <w:br/>
        <w:t>v -4.188175 14.993788 0.060977</w:t>
        <w:br/>
        <w:t>v -4.269284 14.877536 0.061219</w:t>
        <w:br/>
        <w:t>v -4.275220 14.869065 0.057874</w:t>
        <w:br/>
        <w:t>v -4.188175 14.993788 0.060977</w:t>
        <w:br/>
        <w:t>v -4.181982 15.002625 0.057760</w:t>
        <w:br/>
        <w:t>v -4.329432 14.791093 0.264313</w:t>
        <w:br/>
        <w:t>v -4.123813 15.085519 0.253961</w:t>
        <w:br/>
        <w:t>v -4.228231 14.935937 0.355698</w:t>
        <w:br/>
        <w:t>v -4.236424 15.025098 0.040162</w:t>
        <w:br/>
        <w:t>v -4.304738 14.993394 0.040814</w:t>
        <w:br/>
        <w:t>v -4.317526 14.913500 0.040648</w:t>
        <w:br/>
        <w:t>v -4.153800 14.887624 0.040536</w:t>
        <w:br/>
        <w:t>v -4.145100 14.960742 0.040582</w:t>
        <w:br/>
        <w:t>v -4.221201 14.851048 0.040080</w:t>
        <w:br/>
        <w:t>v -4.282788 14.858258 0.040137</w:t>
        <w:br/>
        <w:t>v -4.174358 15.013506 0.040330</w:t>
        <w:br/>
        <w:t>v -4.282788 14.858258 0.040137</w:t>
        <w:br/>
        <w:t>v -4.174358 15.013506 0.040330</w:t>
        <w:br/>
        <w:t>v -4.145100 14.960742 -0.018305</w:t>
        <w:br/>
        <w:t>v -4.153800 14.887624 -0.018259</w:t>
        <w:br/>
        <w:t>v -4.221201 14.851048 -0.017803</w:t>
        <w:br/>
        <w:t>v -4.282788 14.858258 -0.017861</w:t>
        <w:br/>
        <w:t>v -4.318613 14.806741 0.313417</w:t>
        <w:br/>
        <w:t>v -4.232993 14.997347 -0.037318</w:t>
        <w:br/>
        <w:t>v -4.235397 15.011949 -0.034297</w:t>
        <w:br/>
        <w:t>v -4.293563 14.985444 -0.034045</w:t>
        <w:br/>
        <w:t>v -4.278801 14.974943 -0.036748</w:t>
        <w:br/>
        <w:t>v -4.271788 14.965316 -0.312565</w:t>
        <w:br/>
        <w:t>v -4.295426 14.980749 -0.265064</w:t>
        <w:br/>
        <w:t>v -4.339534 14.874696 -0.254207</w:t>
        <w:br/>
        <w:t>v -4.322789 14.864466 -0.298687</w:t>
        <w:br/>
        <w:t>v -4.303455 14.985444 -0.199462</w:t>
        <w:br/>
        <w:t>v -4.338932 14.878172 -0.192663</w:t>
        <w:br/>
        <w:t>v -4.189817 15.052723 -0.292391</w:t>
        <w:br/>
        <w:t>v -4.208134 15.067893 -0.248923</w:t>
        <w:br/>
        <w:t>v -4.278801 14.974943 -0.036748</w:t>
        <w:br/>
        <w:t>v -4.288133 14.920565 -0.037593</w:t>
        <w:br/>
        <w:t>v -4.311875 14.898180 -0.107881</w:t>
        <w:br/>
        <w:t>v -4.286380 14.973756 -0.109972</w:t>
        <w:br/>
        <w:t>v -4.208807 15.056106 -0.187934</w:t>
        <w:br/>
        <w:t>v -4.221720 15.027822 -0.105017</w:t>
        <w:br/>
        <w:t>v -4.232993 14.997347 -0.037318</w:t>
        <w:br/>
        <w:t>v -4.302421 14.917661 -0.034711</w:t>
        <w:br/>
        <w:t>v -4.288133 14.920565 -0.037593</w:t>
        <w:br/>
        <w:t>v -4.165735 14.894596 -0.032760</w:t>
        <w:br/>
        <w:t>v -4.157957 14.958178 -0.034180</w:t>
        <w:br/>
        <w:t>v -4.176559 14.956668 -0.037033</w:t>
        <w:br/>
        <w:t>v -4.192586 14.910288 -0.035088</w:t>
        <w:br/>
        <w:t>v -4.249426 14.810710 -0.255431</w:t>
        <w:br/>
        <w:t>v -4.167513 14.891666 -0.267588</w:t>
        <w:br/>
        <w:t>v -4.188009 14.906922 -0.313667</w:t>
        <w:br/>
        <w:t>v -4.262236 14.822433 -0.298857</w:t>
        <w:br/>
        <w:t>v -4.247519 14.811000 -0.192215</w:t>
        <w:br/>
        <w:t>v -4.164330 14.888653 -0.201820</w:t>
        <w:br/>
        <w:t>v -4.116656 15.004203 -0.246630</w:t>
        <w:br/>
        <w:t>v -4.130652 15.008418 -0.291934</w:t>
        <w:br/>
        <w:t>v -4.239281 14.847239 -0.108673</w:t>
        <w:br/>
        <w:t>v -4.230199 14.879065 -0.037401</w:t>
        <w:br/>
        <w:t>v -4.192586 14.910288 -0.035088</w:t>
        <w:br/>
        <w:t>v -4.181311 14.900759 -0.112798</w:t>
        <w:br/>
        <w:t>v -4.148234 14.976983 -0.105867</w:t>
        <w:br/>
        <w:t>v -4.116074 14.997421 -0.186557</w:t>
        <w:br/>
        <w:t>v -4.176559 14.956668 -0.037033</w:t>
        <w:br/>
        <w:t>v -4.230199 14.879065 -0.037401</w:t>
        <w:br/>
        <w:t>v -4.224287 14.863532 -0.034175</w:t>
        <w:br/>
        <w:t>v -4.177922 15.007892 -0.320697</w:t>
        <w:br/>
        <w:t>v -4.134714 15.070116 -0.283199</w:t>
        <w:br/>
        <w:t>v -4.296299 14.838700 -0.104409</w:t>
        <w:br/>
        <w:t>v -4.269284 14.877536 -0.038943</w:t>
        <w:br/>
        <w:t>v -4.128076 15.079423 -0.172972</w:t>
        <w:br/>
        <w:t>v -4.158382 15.036288 -0.100604</w:t>
        <w:br/>
        <w:t>v -4.325666 14.796480 -0.182680</w:t>
        <w:br/>
        <w:t>v -4.188175 14.993788 -0.038701</w:t>
        <w:br/>
        <w:t>v -4.269284 14.877536 -0.038943</w:t>
        <w:br/>
        <w:t>v -4.275220 14.869065 -0.035597</w:t>
        <w:br/>
        <w:t>v -4.188175 14.993788 -0.038701</w:t>
        <w:br/>
        <w:t>v -4.181982 15.002625 -0.035483</w:t>
        <w:br/>
        <w:t>v -4.318614 14.806743 -0.291140</w:t>
        <w:br/>
        <w:t>v -4.276061 14.867352 -0.324372</w:t>
        <w:br/>
        <w:t>v -4.329431 14.791091 -0.242037</w:t>
        <w:br/>
        <w:t>v -4.325666 14.796480 -0.182680</w:t>
        <w:br/>
        <w:t>v -4.123813 15.085516 -0.231684</w:t>
        <w:br/>
        <w:t>v -4.134714 15.070116 -0.283199</w:t>
        <w:br/>
        <w:t>v -4.228231 14.935937 -0.333421</w:t>
        <w:br/>
        <w:t>v -4.276061 14.867352 -0.324372</w:t>
        <w:br/>
        <w:t>v -4.128076 15.079423 -0.172972</w:t>
        <w:br/>
        <w:t>v -4.177922 15.007892 -0.320697</w:t>
        <w:br/>
        <w:t>v -4.318614 14.806743 -0.291140</w:t>
        <w:br/>
        <w:t>v -4.134714 15.070116 -0.283199</w:t>
        <w:br/>
        <w:t>v -4.296299 14.838700 -0.104409</w:t>
        <w:br/>
        <w:t>v -4.269284 14.877536 -0.038943</w:t>
        <w:br/>
        <w:t>v -4.158382 15.036288 -0.100604</w:t>
        <w:br/>
        <w:t>v -4.188175 14.993788 -0.038701</w:t>
        <w:br/>
        <w:t>v -4.269284 14.877536 -0.038943</w:t>
        <w:br/>
        <w:t>v -4.275220 14.869065 -0.035597</w:t>
        <w:br/>
        <w:t>v -4.181982 15.002625 -0.035483</w:t>
        <w:br/>
        <w:t>v -4.188175 14.993788 -0.038701</w:t>
        <w:br/>
        <w:t>v -4.329431 14.791091 -0.242037</w:t>
        <w:br/>
        <w:t>v -4.123813 15.085516 -0.231684</w:t>
        <w:br/>
        <w:t>v -4.228231 14.935937 -0.333421</w:t>
        <w:br/>
        <w:t>v -4.236424 15.025098 -0.017886</w:t>
        <w:br/>
        <w:t>v -4.304738 14.993394 -0.018537</w:t>
        <w:br/>
        <w:t>v -4.317526 14.913500 -0.018371</w:t>
        <w:br/>
        <w:t>v -4.282788 14.858258 -0.017861</w:t>
        <w:br/>
        <w:t>v -4.174358 15.013506 -0.018054</w:t>
        <w:br/>
        <w:t>v -4.174358 15.013506 -0.018054</w:t>
        <w:br/>
        <w:t>v -4.282788 14.858258 -0.017861</w:t>
        <w:br/>
        <w:t>v -4.318614 14.806743 -0.291140</w:t>
        <w:br/>
        <w:t>v -4.260779 14.814065 0.212765</w:t>
        <w:br/>
        <w:t>v -4.275319 14.832444 0.210223</w:t>
        <w:br/>
        <w:t>v -4.200586 14.902531 0.096128</w:t>
        <w:br/>
        <w:t>v -4.188764 14.882618 0.102498</w:t>
        <w:br/>
        <w:t>v -4.294952 14.836845 0.197240</w:t>
        <w:br/>
        <w:t>v -4.219100 14.907383 0.081618</w:t>
        <w:br/>
        <w:t>v -4.308177 14.824692 0.181422</w:t>
        <w:br/>
        <w:t>v -4.233462 14.894331 0.067469</w:t>
        <w:br/>
        <w:t>v -4.307246 14.803104 0.172035</w:t>
        <w:br/>
        <w:t>v -4.235256 14.871018 0.061968</w:t>
        <w:br/>
        <w:t>v -4.292705 14.784726 0.174577</w:t>
        <w:br/>
        <w:t>v -4.223434 14.851107 0.068338</w:t>
        <w:br/>
        <w:t>v -4.273072 14.780323 0.187560</w:t>
        <w:br/>
        <w:t>v -4.204921 14.846255 0.082847</w:t>
        <w:br/>
        <w:t>v -4.273072 14.780323 0.187560</w:t>
        <w:br/>
        <w:t>v -4.259847 14.792478 0.203378</w:t>
        <w:br/>
        <w:t>v -4.190558 14.859307 0.096997</w:t>
        <w:br/>
        <w:t>v -4.204921 14.846255 0.082847</w:t>
        <w:br/>
        <w:t>v -4.327341 14.729213 0.316475</w:t>
        <w:br/>
        <w:t>v -4.343893 14.746154 0.316913</w:t>
        <w:br/>
        <w:t>v -4.364423 14.750072 0.305212</w:t>
        <w:br/>
        <w:t>v -4.376910 14.738673 0.288226</w:t>
        <w:br/>
        <w:t>v -4.374036 14.718638 0.275905</w:t>
        <w:br/>
        <w:t>v -4.357486 14.701700 0.275467</w:t>
        <w:br/>
        <w:t>v -4.336954 14.697782 0.287168</w:t>
        <w:br/>
        <w:t>v -4.336954 14.697782 0.287168</w:t>
        <w:br/>
        <w:t>v -4.324468 14.709176 0.304154</w:t>
        <w:br/>
        <w:t>v -4.386357 14.628468 0.412679</w:t>
        <w:br/>
        <w:t>v -4.404174 14.644155 0.415199</w:t>
        <w:br/>
        <w:t>v -4.425362 14.647602 0.404501</w:t>
        <w:br/>
        <w:t>v -4.437510 14.636786 0.386851</w:t>
        <w:br/>
        <w:t>v -4.433500 14.618052 0.372589</w:t>
        <w:br/>
        <w:t>v -4.415683 14.602361 0.370069</w:t>
        <w:br/>
        <w:t>v -4.394495 14.598918 0.380767</w:t>
        <w:br/>
        <w:t>v -4.394495 14.598918 0.380767</w:t>
        <w:br/>
        <w:t>v -4.382348 14.609727 0.398417</w:t>
        <w:br/>
        <w:t>v -4.438751 14.518583 0.503432</w:t>
        <w:br/>
        <w:t>v -4.457355 14.533232 0.507445</w:t>
        <w:br/>
        <w:t>v -4.479031 14.536259 0.497550</w:t>
        <w:br/>
        <w:t>v -4.491077 14.525890 0.479544</w:t>
        <w:br/>
        <w:t>v -4.486437 14.508198 0.463974</w:t>
        <w:br/>
        <w:t>v -4.467834 14.493551 0.459962</w:t>
        <w:br/>
        <w:t>v -4.446159 14.490525 0.469856</w:t>
        <w:br/>
        <w:t>v -4.446159 14.490525 0.469856</w:t>
        <w:br/>
        <w:t>v -4.434113 14.500893 0.487862</w:t>
        <w:br/>
        <w:t>v -4.200586 14.902531 -0.078028</w:t>
        <w:br/>
        <w:t>v -4.275319 14.832444 -0.192124</w:t>
        <w:br/>
        <w:t>v -4.260779 14.814063 -0.194666</w:t>
        <w:br/>
        <w:t>v -4.188764 14.882618 -0.084398</w:t>
        <w:br/>
        <w:t>v -4.219100 14.907383 -0.063519</w:t>
        <w:br/>
        <w:t>v -4.294952 14.836845 -0.179141</w:t>
        <w:br/>
        <w:t>v -4.233462 14.894331 -0.049369</w:t>
        <w:br/>
        <w:t>v -4.308176 14.824693 -0.163323</w:t>
        <w:br/>
        <w:t>v -4.235256 14.871018 -0.043868</w:t>
        <w:br/>
        <w:t>v -4.307245 14.803106 -0.153935</w:t>
        <w:br/>
        <w:t>v -4.223434 14.851107 -0.050238</w:t>
        <w:br/>
        <w:t>v -4.292705 14.784726 -0.156478</w:t>
        <w:br/>
        <w:t>v -4.204921 14.846255 -0.064748</w:t>
        <w:br/>
        <w:t>v -4.273071 14.780319 -0.169461</w:t>
        <w:br/>
        <w:t>v -4.190558 14.859307 -0.078897</w:t>
        <w:br/>
        <w:t>v -4.259847 14.792478 -0.185279</w:t>
        <w:br/>
        <w:t>v -4.273071 14.780319 -0.169461</w:t>
        <w:br/>
        <w:t>v -4.204921 14.846255 -0.064748</w:t>
        <w:br/>
        <w:t>v -4.343891 14.746152 -0.298814</w:t>
        <w:br/>
        <w:t>v -4.327341 14.729213 -0.298376</w:t>
        <w:br/>
        <w:t>v -4.364422 14.750070 -0.287113</w:t>
        <w:br/>
        <w:t>v -4.376911 14.738678 -0.270126</w:t>
        <w:br/>
        <w:t>v -4.374035 14.718637 -0.257805</w:t>
        <w:br/>
        <w:t>v -4.357487 14.701704 -0.257367</w:t>
        <w:br/>
        <w:t>v -4.336953 14.697781 -0.269069</w:t>
        <w:br/>
        <w:t>v -4.324470 14.709181 -0.286055</w:t>
        <w:br/>
        <w:t>v -4.336953 14.697781 -0.269069</w:t>
        <w:br/>
        <w:t>v -4.404175 14.644156 -0.397100</w:t>
        <w:br/>
        <w:t>v -4.386358 14.628469 -0.394580</w:t>
        <w:br/>
        <w:t>v -4.425362 14.647602 -0.386402</w:t>
        <w:br/>
        <w:t>v -4.437510 14.636788 -0.368752</w:t>
        <w:br/>
        <w:t>v -4.433500 14.618050 -0.354490</w:t>
        <w:br/>
        <w:t>v -4.415683 14.602360 -0.351970</w:t>
        <w:br/>
        <w:t>v -4.394495 14.598916 -0.362668</w:t>
        <w:br/>
        <w:t>v -4.382348 14.609730 -0.380318</w:t>
        <w:br/>
        <w:t>v -4.394495 14.598916 -0.362668</w:t>
        <w:br/>
        <w:t>v -4.457356 14.533234 -0.489346</w:t>
        <w:br/>
        <w:t>v -4.438751 14.518581 -0.485333</w:t>
        <w:br/>
        <w:t>v -4.479031 14.536260 -0.479451</w:t>
        <w:br/>
        <w:t>v -4.491077 14.525891 -0.461445</w:t>
        <w:br/>
        <w:t>v -4.486438 14.508200 -0.445875</w:t>
        <w:br/>
        <w:t>v -4.467834 14.493553 -0.441863</w:t>
        <w:br/>
        <w:t>v -4.446159 14.490525 -0.451758</w:t>
        <w:br/>
        <w:t>v -4.434113 14.500894 -0.469763</w:t>
        <w:br/>
        <w:t>v -4.446159 14.490525 -0.451758</w:t>
        <w:br/>
        <w:t>v 0.382206 13.796839 1.615149</w:t>
        <w:br/>
        <w:t>v 0.393631 13.968943 1.630994</w:t>
        <w:br/>
        <w:t>v 0.587906 13.976653 1.530686</w:t>
        <w:br/>
        <w:t>v 0.574479 13.802772 1.534614</w:t>
        <w:br/>
        <w:t>v 0.853313 14.003495 1.238932</w:t>
        <w:br/>
        <w:t>v 0.847672 13.826542 1.239734</w:t>
        <w:br/>
        <w:t>v 0.729408 13.810413 1.408514</w:t>
        <w:br/>
        <w:t>v 0.740411 13.986176 1.413135</w:t>
        <w:br/>
        <w:t>v 0.716258 14.492898 0.111529</w:t>
        <w:br/>
        <w:t>v 0.685040 14.274441 0.210730</w:t>
        <w:br/>
        <w:t>v 0.853620 14.252062 0.429778</w:t>
        <w:br/>
        <w:t>v 0.884951 14.457713 0.345798</w:t>
        <w:br/>
        <w:t>v 0.480071 14.522750 -0.018233</w:t>
        <w:br/>
        <w:t>v 0.450612 14.288901 0.085655</w:t>
        <w:br/>
        <w:t>v 0.407210 13.902146 0.192456</w:t>
        <w:br/>
        <w:t>v 0.640906 13.900539 0.306512</w:t>
        <w:br/>
        <w:t>v 0.662188 14.077479 0.279659</w:t>
        <w:br/>
        <w:t>v 0.420946 14.076090 0.158103</w:t>
        <w:br/>
        <w:t>v 0.206863 13.905391 0.157594</w:t>
        <w:br/>
        <w:t>v 0.214046 14.079169 0.123557</w:t>
        <w:br/>
        <w:t>v 0.900720 14.019707 1.093046</w:t>
        <w:br/>
        <w:t>v 0.897165 13.842931 1.095013</w:t>
        <w:br/>
        <w:t>v 0.814706 13.888508 0.501538</w:t>
        <w:br/>
        <w:t>v 0.833127 14.066158 0.488240</w:t>
        <w:br/>
        <w:t>v 0.920420 14.037957 0.885568</w:t>
        <w:br/>
        <w:t>v 0.914756 13.860779 0.888090</w:t>
        <w:br/>
        <w:t>v 0.942677 14.232433 0.871604</w:t>
        <w:br/>
        <w:t>v 0.936426 14.237582 0.671913</w:t>
        <w:br/>
        <w:t>v 0.913951 14.050395 0.709372</w:t>
        <w:br/>
        <w:t>v 0.868953 14.221134 1.253640</w:t>
        <w:br/>
        <w:t>v 0.757582 14.223892 1.431350</w:t>
        <w:br/>
        <w:t>v 0.790629 14.489337 1.450997</w:t>
        <w:br/>
        <w:t>v 0.903539 14.453660 1.262853</w:t>
        <w:br/>
        <w:t>v 0.976305 14.441386 0.841004</w:t>
        <w:br/>
        <w:t>v 0.920155 14.225489 1.094143</w:t>
        <w:br/>
        <w:t>v 0.956640 14.443558 1.083498</w:t>
        <w:br/>
        <w:t>v 0.970142 14.441303 0.612979</w:t>
        <w:br/>
        <w:t>v 0.203528 14.822077 1.705914</w:t>
        <w:br/>
        <w:t>v 0.356657 14.792267 1.691461</w:t>
        <w:br/>
        <w:t>v 0.446507 14.534622 1.668208</w:t>
        <w:br/>
        <w:t>v 0.192864 14.545337 1.724322</w:t>
        <w:br/>
        <w:t>v 0.178399 14.225768 1.714739</w:t>
        <w:br/>
        <w:t>v 0.417173 14.226995 1.661048</w:t>
        <w:br/>
        <w:t>v 0.679607 14.719768 1.600619</w:t>
        <w:br/>
        <w:t>v 0.651066 14.518363 1.584702</w:t>
        <w:br/>
        <w:t>v 0.610477 14.229611 1.572230</w:t>
        <w:br/>
        <w:t>v 0.159721 13.798856 1.666052</w:t>
        <w:br/>
        <w:t>v 0.165005 13.970067 1.687028</w:t>
        <w:br/>
        <w:t>v 0.904926 13.872690 0.715499</w:t>
        <w:br/>
        <w:t>v 0.244847 14.532030 -0.037631</w:t>
        <w:br/>
        <w:t>v 0.229562 14.295826 0.055164</w:t>
        <w:br/>
        <w:t>v 0.917721 14.627868 1.309505</w:t>
        <w:br/>
        <w:t>v 0.254061 14.693175 -0.109053</w:t>
        <w:br/>
        <w:t>v 0.804383 14.674444 1.493152</w:t>
        <w:br/>
        <w:t>v 0.497993 14.679109 -0.086413</w:t>
        <w:br/>
        <w:t>v 1.013108 14.583507 0.798734</w:t>
        <w:br/>
        <w:t>v 1.000752 14.581657 0.547806</w:t>
        <w:br/>
        <w:t>v 0.989870 14.594625 1.054693</w:t>
        <w:br/>
        <w:t>v 0.913256 14.598928 0.271013</w:t>
        <w:br/>
        <w:t>v 0.737530 14.646561 0.037188</w:t>
        <w:br/>
        <w:t>v 0.515342 14.755105 1.665147</w:t>
        <w:br/>
        <w:t>v 0.804383 14.674444 1.493152</w:t>
        <w:br/>
        <w:t>v 0.282170 16.889196 0.530461</w:t>
        <w:br/>
        <w:t>v 0.244288 16.991354 0.512298</w:t>
        <w:br/>
        <w:t>v 0.315238 17.025324 0.421079</w:t>
        <w:br/>
        <w:t>v 0.372906 16.927235 0.425263</w:t>
        <w:br/>
        <w:t>v 0.364568 17.064445 0.270172</w:t>
        <w:br/>
        <w:t>v 0.438251 16.972504 0.274475</w:t>
        <w:br/>
        <w:t>v 0.380689 17.094271 0.100262</w:t>
        <w:br/>
        <w:t>v 0.449049 17.001900 0.090141</w:t>
        <w:br/>
        <w:t>v 0.406340 16.976604 -0.043467</w:t>
        <w:br/>
        <w:t>v 0.345753 17.090899 -0.014405</w:t>
        <w:br/>
        <w:t>v 0.194291 16.874393 -0.221820</w:t>
        <w:br/>
        <w:t>v 0.318886 16.925571 -0.150587</w:t>
        <w:br/>
        <w:t>v 0.270544 17.072798 -0.106450</w:t>
        <w:br/>
        <w:t>v 0.163717 17.051680 -0.166841</w:t>
        <w:br/>
        <w:t>v 0.322504 17.168287 0.266965</w:t>
        <w:br/>
        <w:t>v 0.343285 17.198830 0.099386</w:t>
        <w:br/>
        <w:t>v 0.279249 17.126286 0.421142</w:t>
        <w:br/>
        <w:t>v 0.216968 17.092390 0.507111</w:t>
        <w:br/>
        <w:t>v 0.313209 17.212057 -0.008994</w:t>
        <w:br/>
        <w:t>v 0.244413 17.207745 -0.091130</w:t>
        <w:br/>
        <w:t>v 0.147132 17.198065 -0.144305</w:t>
        <w:br/>
        <w:t>v 0.236020 17.332125 -0.075785</w:t>
        <w:br/>
        <w:t>v 0.138990 17.327602 -0.132994</w:t>
        <w:br/>
        <w:t>v 0.252542 17.623816 -0.089665</w:t>
        <w:br/>
        <w:t>v 0.148572 17.624929 -0.151020</w:t>
        <w:br/>
        <w:t>v 0.139391 17.449699 -0.133808</w:t>
        <w:br/>
        <w:t>v 0.237373 17.451925 -0.076049</w:t>
        <w:br/>
        <w:t>v 0.345652 17.429743 0.112263</w:t>
        <w:br/>
        <w:t>v 0.390497 17.602320 0.215431</w:t>
        <w:br/>
        <w:t>v 0.376242 17.616665 0.090491</w:t>
        <w:br/>
        <w:t>v 0.334091 17.310526 0.105586</w:t>
        <w:br/>
        <w:t>v 0.308073 17.278109 0.269020</w:t>
        <w:br/>
        <w:t>v 0.427337 17.794779 0.055755</w:t>
        <w:br/>
        <w:t>v 0.542168 17.755371 0.262393</w:t>
        <w:br/>
        <w:t>v 0.597723 17.851671 0.205760</w:t>
        <w:br/>
        <w:t>v 0.322077 17.394770 0.276899</w:t>
        <w:br/>
        <w:t>v 0.343209 17.495359 0.346959</w:t>
        <w:br/>
        <w:t>v 0.384534 17.555344 0.405709</w:t>
        <w:br/>
        <w:t>v 0.463827 17.644661 0.339318</w:t>
        <w:br/>
        <w:t>v 0.297700 17.480751 0.476985</w:t>
        <w:br/>
        <w:t>v 0.262877 17.334566 0.436512</w:t>
        <w:br/>
        <w:t>v 0.102462 17.379761 0.579715</w:t>
        <w:br/>
        <w:t>v 0.111807 17.249271 0.559096</w:t>
        <w:br/>
        <w:t>v 0.124835 17.058983 0.555577</w:t>
        <w:br/>
        <w:t>v 0.115665 17.151529 0.551718</w:t>
        <w:br/>
        <w:t>v 0.198027 17.192064 0.509416</w:t>
        <w:br/>
        <w:t>v 0.260272 17.227741 0.423923</w:t>
        <w:br/>
        <w:t>v 0.598162 17.939873 0.157746</w:t>
        <w:br/>
        <w:t>v 0.219109 17.424231 0.530824</w:t>
        <w:br/>
        <w:t>v 0.194645 17.292189 0.517045</w:t>
        <w:br/>
        <w:t>v 0.299618 17.331118 -0.000100</w:t>
        <w:br/>
        <w:t>v 0.324282 17.622009 -0.013316</w:t>
        <w:br/>
        <w:t>v 0.303338 17.450739 -0.000639</w:t>
        <w:br/>
        <w:t>v 0.166360 17.792059 -0.192020</w:t>
        <w:br/>
        <w:t>v 0.280238 17.791548 -0.124639</w:t>
        <w:br/>
        <w:t>v 0.358354 17.791733 -0.044507</w:t>
        <w:br/>
        <w:t>v 0.141245 16.961876 0.569306</w:t>
        <w:br/>
        <w:t>v 0.042611 16.944313 0.592442</w:t>
        <w:br/>
        <w:t>v 0.079328 16.844379 0.619099</w:t>
        <w:br/>
        <w:t>v 0.171574 16.857946 0.596288</w:t>
        <w:br/>
        <w:t>v 0.090744 16.586136 -0.912087</w:t>
        <w:br/>
        <w:t>v 0.077988 16.547771 -0.909060</w:t>
        <w:br/>
        <w:t>v 0.137103 16.473768 -0.889201</w:t>
        <w:br/>
        <w:t>v 0.150117 16.589060 -0.909335</w:t>
        <w:br/>
        <w:t>v 0.177685 16.614910 -0.908081</w:t>
        <w:br/>
        <w:t>v 0.190117 16.546562 -0.900282</w:t>
        <w:br/>
        <w:t>v 0.227871 16.618174 -0.904087</w:t>
        <w:br/>
        <w:t>v 0.241084 16.702827 -0.902441</w:t>
        <w:br/>
        <w:t>v 0.198261 16.702940 -0.905176</w:t>
        <w:br/>
        <w:t>v 0.250797 16.828150 -0.885495</w:t>
        <w:br/>
        <w:t>v 0.210919 16.814793 -0.891463</w:t>
        <w:br/>
        <w:t>v 0.134328 16.460978 -0.861382</w:t>
        <w:br/>
        <w:t>v 0.136036 16.464424 -0.881227</w:t>
        <w:br/>
        <w:t>v 0.067629 16.537724 -0.896062</w:t>
        <w:br/>
        <w:t>v 0.062774 16.536762 -0.876367</w:t>
        <w:br/>
        <w:t>v 0.091299 16.598843 -0.880817</w:t>
        <w:br/>
        <w:t>v 0.090926 16.598415 -0.897898</w:t>
        <w:br/>
        <w:t>v 0.142609 16.605129 -0.895536</w:t>
        <w:br/>
        <w:t>v 0.141714 16.606014 -0.877208</w:t>
        <w:br/>
        <w:t>v 0.163091 16.618599 -0.895072</w:t>
        <w:br/>
        <w:t>v 0.159636 16.619484 -0.875618</w:t>
        <w:br/>
        <w:t>v 0.193977 16.539030 -0.865350</w:t>
        <w:br/>
        <w:t>v 0.232532 16.618093 -0.869281</w:t>
        <w:br/>
        <w:t>v 0.236257 16.618137 -0.888840</w:t>
        <w:br/>
        <w:t>v 0.196819 16.541328 -0.885036</w:t>
        <w:br/>
        <w:t>v 0.248111 16.701830 -0.866657</w:t>
        <w:br/>
        <w:t>v 0.251374 16.702547 -0.884169</w:t>
        <w:br/>
        <w:t>v 0.183253 16.702570 -0.889884</w:t>
        <w:br/>
        <w:t>v 0.178859 16.702631 -0.868737</w:t>
        <w:br/>
        <w:t>v 0.253244 16.838991 -0.850892</w:t>
        <w:br/>
        <w:t>v 0.257164 16.841412 -0.868100</w:t>
        <w:br/>
        <w:t>v 0.196926 16.819921 -0.876254</w:t>
        <w:br/>
        <w:t>v 0.193892 16.820318 -0.859669</w:t>
        <w:br/>
        <w:t>v 0.136036 16.464424 -0.881227</w:t>
        <w:br/>
        <w:t>v 0.250797 16.828150 -0.885495</w:t>
        <w:br/>
        <w:t>v 0.134328 16.460978 -0.861382</w:t>
        <w:br/>
        <w:t>v 0.965607 14.668371 1.370071</w:t>
        <w:br/>
        <w:t>v 0.944905 14.683352 1.356183</w:t>
        <w:br/>
        <w:t>v 0.980613 14.724959 1.346601</w:t>
        <w:br/>
        <w:t>v 1.001302 14.709898 1.360708</w:t>
        <w:br/>
        <w:t>v 1.014834 14.734547 1.301981</w:t>
        <w:br/>
        <w:t>v 1.035540 14.719588 1.315806</w:t>
        <w:br/>
        <w:t>v 1.029364 14.711349 1.253271</w:t>
        <w:br/>
        <w:t>v 1.050096 14.696548 1.266660</w:t>
        <w:br/>
        <w:t>v 1.011466 14.664559 1.229256</w:t>
        <w:br/>
        <w:t>v 1.032198 14.649757 1.242644</w:t>
        <w:br/>
        <w:t>v 0.975771 14.623030 1.238620</w:t>
        <w:br/>
        <w:t>v 0.996503 14.608229 1.252008</w:t>
        <w:br/>
        <w:t>v 0.941650 14.614055 1.281535</w:t>
        <w:br/>
        <w:t>v 0.962382 14.599252 1.294923</w:t>
        <w:br/>
        <w:t>v 0.927112 14.637199 1.330392</w:t>
        <w:br/>
        <w:t>v 0.947830 14.622316 1.344007</w:t>
        <w:br/>
        <w:t>v 1.009935 14.694782 1.357340</w:t>
        <w:br/>
        <w:t>v 1.008008 14.652989 1.311133</w:t>
        <w:br/>
        <w:t>v 0.980319 14.660358 1.364992</w:t>
        <w:br/>
        <w:t>v 1.038346 14.702813 1.320099</w:t>
        <w:br/>
        <w:t>v 1.050443 14.683803 1.279010</w:t>
        <w:br/>
        <w:t>v 1.035591 14.644972 1.259081</w:t>
        <w:br/>
        <w:t>v 1.005968 14.610507 1.266851</w:t>
        <w:br/>
        <w:t>v 0.977652 14.603059 1.302472</w:t>
        <w:br/>
        <w:t>v 0.965566 14.622136 1.343373</w:t>
        <w:br/>
        <w:t>v 0.951543 14.621987 1.303269</w:t>
        <w:br/>
        <w:t>v 0.959064 14.633235 1.295260</w:t>
        <w:br/>
        <w:t>v 1.000884 14.645799 1.316339</w:t>
        <w:br/>
        <w:t>v 0.995185 14.635901 1.327009</w:t>
        <w:br/>
        <w:t>v 0.947549 14.581276 1.316261</w:t>
        <w:br/>
        <w:t>v 0.992980 14.596532 1.344195</w:t>
        <w:br/>
        <w:t>v 0.946915 14.484654 1.341622</w:t>
        <w:br/>
        <w:t>v 0.996370 14.500718 1.368321</w:t>
        <w:br/>
        <w:t>v 0.950688 14.399995 1.361228</w:t>
        <w:br/>
        <w:t>v 1.001025 14.415828 1.387071</w:t>
        <w:br/>
        <w:t>v 0.967184 14.318763 1.364230</w:t>
        <w:br/>
        <w:t>v 1.016972 14.334346 1.389363</w:t>
        <w:br/>
        <w:t>v 0.987326 14.278404 1.349590</w:t>
        <w:br/>
        <w:t>v 1.036783 14.293700 1.374482</w:t>
        <w:br/>
        <w:t>v 1.008336 14.263977 1.319829</w:t>
        <w:br/>
        <w:t>v 1.057853 14.279045 1.344723</w:t>
        <w:br/>
        <w:t>v 1.027533 14.280314 1.277001</w:t>
        <w:br/>
        <w:t>v 1.077047 14.294968 1.302141</w:t>
        <w:br/>
        <w:t>v 1.027195 14.336279 1.252938</w:t>
        <w:br/>
        <w:t>v 1.076397 14.350283 1.278246</w:t>
        <w:br/>
        <w:t>v 1.017274 14.419221 1.249279</w:t>
        <w:br/>
        <w:t>v 1.065551 14.432317 1.274142</w:t>
        <w:br/>
        <w:t>v 1.001296 14.503615 1.261516</w:t>
        <w:br/>
        <w:t>v 1.047726 14.515595 1.285453</w:t>
        <w:br/>
        <w:t>v 0.981537 14.594780 1.274775</w:t>
        <w:br/>
        <w:t>v 1.024354 14.605988 1.297493</w:t>
        <w:br/>
        <w:t>v 0.968924 14.629616 1.286590</w:t>
        <w:br/>
        <w:t>v 1.009664 14.641171 1.307075</w:t>
        <w:br/>
        <w:t>v 0.959064 14.633235 1.295260</w:t>
        <w:br/>
        <w:t>v 1.000884 14.645799 1.316339</w:t>
        <w:br/>
        <w:t>v 0.954549 14.619235 1.299607</w:t>
        <w:br/>
        <w:t>v 0.997980 14.632570 1.323675</w:t>
        <w:br/>
        <w:t>v 1.002263 14.640510 1.316674</w:t>
        <w:br/>
        <w:t>v 0.961088 14.628209 1.294446</w:t>
        <w:br/>
        <w:t>v 0.950641 14.579808 1.311987</w:t>
        <w:br/>
        <w:t>v 0.996055 14.594972 1.339947</w:t>
        <w:br/>
        <w:t>v 0.949680 14.483722 1.336990</w:t>
        <w:br/>
        <w:t>v 0.999195 14.499844 1.363713</w:t>
        <w:br/>
        <w:t>v 0.953109 14.400306 1.356312</w:t>
        <w:br/>
        <w:t>v 1.003492 14.416158 1.382180</w:t>
        <w:br/>
        <w:t>v 0.969154 14.320249 1.359408</w:t>
        <w:br/>
        <w:t>v 1.018951 14.335805 1.384541</w:t>
        <w:br/>
        <w:t>v 0.988072 14.282247 1.345755</w:t>
        <w:br/>
        <w:t>v 1.037513 14.297555 1.370659</w:t>
        <w:br/>
        <w:t>v 1.007375 14.269104 1.318653</w:t>
        <w:br/>
        <w:t>v 1.056862 14.284172 1.343577</w:t>
        <w:br/>
        <w:t>v 1.024970 14.284022 1.279880</w:t>
        <w:br/>
        <w:t>v 1.074475 14.298647 1.305051</w:t>
        <w:br/>
        <w:t>v 1.024621 14.336717 1.257708</w:t>
        <w:br/>
        <w:t>v 1.073827 14.350671 1.283025</w:t>
        <w:br/>
        <w:t>v 1.014804 14.418995 1.254282</w:t>
        <w:br/>
        <w:t>v 1.063104 14.432048 1.279148</w:t>
        <w:br/>
        <w:t>v 0.999021 14.502626 1.266401</w:t>
        <w:br/>
        <w:t>v 1.045478 14.514574 1.290343</w:t>
        <w:br/>
        <w:t>v 0.979500 14.593056 1.279541</w:t>
        <w:br/>
        <w:t>v 1.022267 14.604296 1.302252</w:t>
        <w:br/>
        <w:t>v 0.968310 14.625529 1.290189</w:t>
        <w:br/>
        <w:t>v 1.008800 14.637326 1.310883</w:t>
        <w:br/>
        <w:t>v 0.961088 14.628209 1.294446</w:t>
        <w:br/>
        <w:t>v 1.002263 14.640510 1.316674</w:t>
        <w:br/>
        <w:t>v 0.959064 14.633235 1.295260</w:t>
        <w:br/>
        <w:t>v 0.951543 14.621987 1.303269</w:t>
        <w:br/>
        <w:t>v 0.954549 14.619235 1.299607</w:t>
        <w:br/>
        <w:t>v 0.961088 14.628209 1.294446</w:t>
        <w:br/>
        <w:t>v 0.995185 14.635901 1.327009</w:t>
        <w:br/>
        <w:t>v 1.000884 14.645799 1.316339</w:t>
        <w:br/>
        <w:t>v 1.002263 14.640510 1.316674</w:t>
        <w:br/>
        <w:t>v 0.997980 14.632570 1.323675</w:t>
        <w:br/>
        <w:t>v 0.947549 14.581276 1.316261</w:t>
        <w:br/>
        <w:t>v 0.950641 14.579808 1.311987</w:t>
        <w:br/>
        <w:t>v 0.992980 14.596532 1.344195</w:t>
        <w:br/>
        <w:t>v 0.996055 14.594972 1.339947</w:t>
        <w:br/>
        <w:t>v 0.946915 14.484654 1.341622</w:t>
        <w:br/>
        <w:t>v 0.949680 14.483722 1.336990</w:t>
        <w:br/>
        <w:t>v 0.996370 14.500718 1.368321</w:t>
        <w:br/>
        <w:t>v 0.999195 14.499844 1.363713</w:t>
        <w:br/>
        <w:t>v 0.950688 14.399995 1.361228</w:t>
        <w:br/>
        <w:t>v 0.953109 14.400306 1.356312</w:t>
        <w:br/>
        <w:t>v 1.001025 14.415828 1.387071</w:t>
        <w:br/>
        <w:t>v 1.003492 14.416158 1.382180</w:t>
        <w:br/>
        <w:t>v 0.967184 14.318763 1.364230</w:t>
        <w:br/>
        <w:t>v 0.969154 14.320249 1.359408</w:t>
        <w:br/>
        <w:t>v 1.016972 14.334346 1.389363</w:t>
        <w:br/>
        <w:t>v 1.018951 14.335805 1.384541</w:t>
        <w:br/>
        <w:t>v 0.987326 14.278404 1.349590</w:t>
        <w:br/>
        <w:t>v 0.988072 14.282247 1.345755</w:t>
        <w:br/>
        <w:t>v 1.036783 14.293700 1.374482</w:t>
        <w:br/>
        <w:t>v 1.037513 14.297555 1.370659</w:t>
        <w:br/>
        <w:t>v 1.008336 14.263977 1.319829</w:t>
        <w:br/>
        <w:t>v 1.007375 14.269104 1.318653</w:t>
        <w:br/>
        <w:t>v 1.057853 14.279045 1.344723</w:t>
        <w:br/>
        <w:t>v 1.056862 14.284172 1.343577</w:t>
        <w:br/>
        <w:t>v 1.027533 14.280314 1.277001</w:t>
        <w:br/>
        <w:t>v 1.024970 14.284022 1.279880</w:t>
        <w:br/>
        <w:t>v 1.077047 14.294968 1.302141</w:t>
        <w:br/>
        <w:t>v 1.074475 14.298647 1.305051</w:t>
        <w:br/>
        <w:t>v 1.027195 14.336279 1.252938</w:t>
        <w:br/>
        <w:t>v 1.024621 14.336717 1.257708</w:t>
        <w:br/>
        <w:t>v 1.076397 14.350283 1.278246</w:t>
        <w:br/>
        <w:t>v 1.073827 14.350671 1.283025</w:t>
        <w:br/>
        <w:t>v 1.017274 14.419221 1.249279</w:t>
        <w:br/>
        <w:t>v 1.014804 14.418995 1.254282</w:t>
        <w:br/>
        <w:t>v 1.065551 14.432317 1.274142</w:t>
        <w:br/>
        <w:t>v 1.063104 14.432048 1.279148</w:t>
        <w:br/>
        <w:t>v 1.001296 14.503615 1.261516</w:t>
        <w:br/>
        <w:t>v 0.999021 14.502626 1.266401</w:t>
        <w:br/>
        <w:t>v 1.047726 14.515595 1.285453</w:t>
        <w:br/>
        <w:t>v 1.045478 14.514574 1.290343</w:t>
        <w:br/>
        <w:t>v 0.981537 14.594780 1.274775</w:t>
        <w:br/>
        <w:t>v 0.979500 14.593056 1.279541</w:t>
        <w:br/>
        <w:t>v 1.024354 14.605988 1.297493</w:t>
        <w:br/>
        <w:t>v 1.022267 14.604296 1.302252</w:t>
        <w:br/>
        <w:t>v 0.968924 14.629616 1.286590</w:t>
        <w:br/>
        <w:t>v 0.968310 14.625529 1.290189</w:t>
        <w:br/>
        <w:t>v 1.009664 14.641171 1.307075</w:t>
        <w:br/>
        <w:t>v 1.008800 14.637326 1.310883</w:t>
        <w:br/>
        <w:t>v 0.959064 14.633235 1.295260</w:t>
        <w:br/>
        <w:t>v 0.961088 14.628209 1.294446</w:t>
        <w:br/>
        <w:t>v 1.000884 14.645799 1.316339</w:t>
        <w:br/>
        <w:t>v 1.002263 14.640510 1.316674</w:t>
        <w:br/>
        <w:t>v 0.271336 14.358665 -0.471960</w:t>
        <w:br/>
        <w:t>v 0.248537 14.255713 -0.476793</w:t>
        <w:br/>
        <w:t>v 0.260440 14.250784 -0.456169</w:t>
        <w:br/>
        <w:t>v 0.284331 14.358665 -0.450867</w:t>
        <w:br/>
        <w:t>v 0.243338 14.358665 -0.486360</w:t>
        <w:br/>
        <w:t>v 0.222891 14.266337 -0.490244</w:t>
        <w:br/>
        <w:t>v 0.215339 14.358665 -0.483237</w:t>
        <w:br/>
        <w:t>v 0.197245 14.276960 -0.486282</w:t>
        <w:br/>
        <w:t>v 0.202345 14.358665 -0.467378</w:t>
        <w:br/>
        <w:t>v 0.185342 14.281891 -0.470063</w:t>
        <w:br/>
        <w:t>v 0.215339 14.358665 -0.446980</w:t>
        <w:br/>
        <w:t>v 0.197245 14.276960 -0.450025</w:t>
        <w:br/>
        <w:t>v 0.185342 14.281891 -0.470063</w:t>
        <w:br/>
        <w:t>v 0.202345 14.358665 -0.467378</w:t>
        <w:br/>
        <w:t>v 0.243338 14.358665 -0.433276</w:t>
        <w:br/>
        <w:t>v 0.222891 14.266337 -0.437159</w:t>
        <w:br/>
        <w:t>v 0.271336 14.358665 -0.435703</w:t>
        <w:br/>
        <w:t>v 0.248537 14.255713 -0.440535</w:t>
        <w:br/>
        <w:t>v 0.284331 14.358665 -0.450867</w:t>
        <w:br/>
        <w:t>v 0.260440 14.250784 -0.456169</w:t>
        <w:br/>
        <w:t>v 0.191862 14.166798 -0.487205</w:t>
        <w:br/>
        <w:t>v 0.201051 14.157608 -0.467594</w:t>
        <w:br/>
        <w:t>v 0.172064 14.186595 -0.498611</w:t>
        <w:br/>
        <w:t>v 0.152266 14.206392 -0.492843</w:t>
        <w:br/>
        <w:t>v 0.143078 14.215581 -0.475849</w:t>
        <w:br/>
        <w:t>v 0.152266 14.206392 -0.456586</w:t>
        <w:br/>
        <w:t>v 0.143078 14.215581 -0.475849</w:t>
        <w:br/>
        <w:t>v 0.172064 14.186595 -0.445527</w:t>
        <w:br/>
        <w:t>v 0.191862 14.166798 -0.450947</w:t>
        <w:br/>
        <w:t>v 0.201051 14.157608 -0.467594</w:t>
        <w:br/>
        <w:t>v 0.102945 14.110121 -0.497617</w:t>
        <w:br/>
        <w:t>v 0.107875 14.098219 -0.479018</w:t>
        <w:br/>
        <w:t>v 0.092322 14.135768 -0.506979</w:t>
        <w:br/>
        <w:t>v 0.081699 14.161413 -0.499404</w:t>
        <w:br/>
        <w:t>v 0.076769 14.173317 -0.481635</w:t>
        <w:br/>
        <w:t>v 0.081699 14.161413 -0.463147</w:t>
        <w:br/>
        <w:t>v 0.076769 14.173317 -0.481635</w:t>
        <w:br/>
        <w:t>v 0.092322 14.135768 -0.453895</w:t>
        <w:br/>
        <w:t>v 0.102945 14.110121 -0.461359</w:t>
        <w:br/>
        <w:t>v 0.107875 14.098219 -0.479018</w:t>
        <w:br/>
        <w:t>v 1.082025 15.352442 0.040308</w:t>
        <w:br/>
        <w:t>v 1.200880 15.360646 -0.032596</w:t>
        <w:br/>
        <w:t>v 1.088008 15.370923 -0.072266</w:t>
        <w:br/>
        <w:t>v 1.172692 15.484577 0.449469</w:t>
        <w:br/>
        <w:t>v 1.275466 15.513046 0.418420</w:t>
        <w:br/>
        <w:t>v 1.152156 15.407595 0.358953</w:t>
        <w:br/>
        <w:t>v 1.222303 15.379187 0.219963</w:t>
        <w:br/>
        <w:t>v 1.132009 15.361090 0.232732</w:t>
        <w:br/>
        <w:t>v 1.209377 15.632515 0.543785</w:t>
        <w:br/>
        <w:t>v 1.193383 15.566389 0.515270</w:t>
        <w:br/>
        <w:t>v 1.902475 15.072560 -0.226733</w:t>
        <w:br/>
        <w:t>v 1.598044 15.237555 -0.243239</w:t>
        <w:br/>
        <w:t>v 1.563662 15.194060 -0.031957</w:t>
        <w:br/>
        <w:t>v 1.867315 15.028028 -0.031958</w:t>
        <w:br/>
        <w:t>v 1.896896 15.077312 0.195071</w:t>
        <w:br/>
        <w:t>v 1.867315 15.028028 -0.031958</w:t>
        <w:br/>
        <w:t>v 1.563662 15.194060 -0.031957</w:t>
        <w:br/>
        <w:t>v 1.598928 15.244443 0.211283</w:t>
        <w:br/>
        <w:t>v 1.982550 15.220879 0.365011</w:t>
        <w:br/>
        <w:t>v 1.698345 15.390321 0.397494</w:t>
        <w:br/>
        <w:t>v 1.975837 15.203750 -0.361728</w:t>
        <w:br/>
        <w:t>v 1.670736 15.349833 -0.367569</w:t>
        <w:br/>
        <w:t>v 3.263113 14.218639 -0.292460</w:t>
        <w:br/>
        <w:t>v 3.238065 14.101765 -0.032062</w:t>
        <w:br/>
        <w:t>v 3.370669 13.997552 -0.032083</w:t>
        <w:br/>
        <w:t>v 3.396119 14.112886 -0.300939</w:t>
        <w:br/>
        <w:t>v 3.370669 13.997552 -0.032083</w:t>
        <w:br/>
        <w:t>v 3.238065 14.101765 -0.032062</w:t>
        <w:br/>
        <w:t>v 3.260796 14.211708 0.232299</w:t>
        <w:br/>
        <w:t>v 3.397255 14.104362 0.242882</w:t>
        <w:br/>
        <w:t>v 3.322366 14.486554 0.445983</w:t>
        <w:br/>
        <w:t>v 3.473547 14.409974 0.481580</w:t>
        <w:br/>
        <w:t>v 3.422091 14.111525 0.236448</w:t>
        <w:br/>
        <w:t>v 3.481838 14.371488 0.451977</w:t>
        <w:br/>
        <w:t>v 3.547130 14.329738 0.453347</w:t>
        <w:br/>
        <w:t>v 2.471183 14.748456 -0.222056</w:t>
        <w:br/>
        <w:t>v 2.189944 14.907770 -0.221699</w:t>
        <w:br/>
        <w:t>v 2.164002 14.860218 -0.031969</w:t>
        <w:br/>
        <w:t>v 2.442804 14.694561 -0.031984</w:t>
        <w:br/>
        <w:t>v 2.648485 14.568565 -0.031996</w:t>
        <w:br/>
        <w:t>v 2.678930 14.628062 0.187395</w:t>
        <w:br/>
        <w:t>v 2.831568 14.548871 0.206429</w:t>
        <w:br/>
        <w:t>v 2.791559 14.497524 -0.032091</w:t>
        <w:br/>
        <w:t>v 2.759232 14.792446 0.371029</w:t>
        <w:br/>
        <w:t>v 2.926591 14.692344 0.404260</w:t>
        <w:br/>
        <w:t>v 4.225403 13.894326 -0.605719</w:t>
        <w:br/>
        <w:t>v 4.194057 13.841983 -0.581584</w:t>
        <w:br/>
        <w:t>v 4.282329 13.737524 -0.586294</w:t>
        <w:br/>
        <w:t>v 4.326415 13.812008 -0.623239</w:t>
        <w:br/>
        <w:t>v 2.759621 14.788064 -0.346688</w:t>
        <w:br/>
        <w:t>v 2.678570 14.628903 -0.226495</w:t>
        <w:br/>
        <w:t>v 2.821442 14.533181 -0.245649</w:t>
        <w:br/>
        <w:t>v 2.927652 14.688927 -0.388945</w:t>
        <w:br/>
        <w:t>v 4.017463 13.523037 -0.292255</w:t>
        <w:br/>
        <w:t>v 3.983116 13.460983 -0.032189</w:t>
        <w:br/>
        <w:t>v 4.074983 13.375436 -0.032207</w:t>
        <w:br/>
        <w:t>v 4.113905 13.436204 -0.300696</w:t>
        <w:br/>
        <w:t>v 3.467469 13.909450 -0.032104</w:t>
        <w:br/>
        <w:t>v 3.397391 14.005148 -0.032077</w:t>
        <w:br/>
        <w:t>v 3.547158 14.007562 0.255475</w:t>
        <w:br/>
        <w:t>v 4.108222 13.428722 0.218257</w:t>
        <w:br/>
        <w:t>v 4.011259 13.519995 0.208317</w:t>
        <w:br/>
        <w:t>v 4.103905 13.677945 0.460387</w:t>
        <w:br/>
        <w:t>v 4.202683 13.596627 0.475201</w:t>
        <w:br/>
        <w:t>v 4.205727 13.841067 0.584031</w:t>
        <w:br/>
        <w:t>v 4.224763 13.875799 0.600117</w:t>
        <w:br/>
        <w:t>v 4.324315 13.800448 0.621372</w:t>
        <w:br/>
        <w:t>v 3.484277 14.375576 -0.438183</w:t>
        <w:br/>
        <w:t>v 3.418567 14.114516 -0.297696</w:t>
        <w:br/>
        <w:t>v 3.547400 14.330043 -0.443869</w:t>
        <w:br/>
        <w:t>v 1.290518 15.318280 -0.189183</w:t>
        <w:br/>
        <w:t>v 1.431005 15.285012 -0.230775</w:t>
        <w:br/>
        <w:t>v 1.474921 15.393271 -0.332051</w:t>
        <w:br/>
        <w:t>v 1.347948 15.412786 -0.299960</w:t>
        <w:br/>
        <w:t>v 1.307976 15.321602 -0.032321</w:t>
        <w:br/>
        <w:t>v 1.401500 15.273394 -0.031739</w:t>
        <w:br/>
        <w:t>v 1.363969 15.374325 0.224363</w:t>
        <w:br/>
        <w:t>v 1.455619 15.322260 0.216293</w:t>
        <w:br/>
        <w:t>v 1.401500 15.273394 -0.031739</w:t>
        <w:br/>
        <w:t>v 1.307976 15.321602 -0.032321</w:t>
        <w:br/>
        <w:t>v 1.435785 15.580780 0.453206</w:t>
        <w:br/>
        <w:t>v 1.534338 15.486893 0.422922</w:t>
        <w:br/>
        <w:t>v 2.164002 14.860218 -0.031969</w:t>
        <w:br/>
        <w:t>v 2.190347 14.911057 0.186407</w:t>
        <w:br/>
        <w:t>v 2.264310 15.056086 0.352115</w:t>
        <w:br/>
        <w:t>v 2.265702 15.052661 -0.349665</w:t>
        <w:br/>
        <w:t>v 4.206358 13.601045 -0.498995</w:t>
        <w:br/>
        <w:t>v 4.105293 13.678688 -0.481745</w:t>
        <w:br/>
        <w:t>v 3.888246 13.739162 -0.352159</w:t>
        <w:br/>
        <w:t>v 3.837857 13.560770 -0.032174</w:t>
        <w:br/>
        <w:t>v 3.982931 13.475261 -0.032205</w:t>
        <w:br/>
        <w:t>v 4.014789 13.539642 -0.282740</w:t>
        <w:br/>
        <w:t>v 4.074983 13.375436 -0.032207</w:t>
        <w:br/>
        <w:t>v 3.983116 13.460983 -0.032189</w:t>
        <w:br/>
        <w:t>v 4.176101 13.813625 0.550666</w:t>
        <w:br/>
        <w:t>v 4.099213 13.695621 0.446050</w:t>
        <w:br/>
        <w:t>v 3.879288 13.736505 0.305304</w:t>
        <w:br/>
        <w:t>v 4.007905 13.538052 0.201670</w:t>
        <w:br/>
        <w:t>v 3.837857 13.560770 -0.032174</w:t>
        <w:br/>
        <w:t>v 3.739178 13.699690 -0.032225</w:t>
        <w:br/>
        <w:t>v 3.700402 14.227696 -0.476466</w:t>
        <w:br/>
        <w:t>v 3.553048 14.009817 -0.306665</w:t>
        <w:br/>
        <w:t>v 3.710026 13.892952 -0.330503</w:t>
        <w:br/>
        <w:t>v 3.900843 14.093377 -0.510224</w:t>
        <w:br/>
        <w:t>v 3.716426 13.873404 -0.339036</w:t>
        <w:br/>
        <w:t>v 3.568455 13.825414 -0.032125</w:t>
        <w:br/>
        <w:t>v 3.720669 13.702123 -0.032231</w:t>
        <w:br/>
        <w:t>v 3.871057 13.746455 -0.364526</w:t>
        <w:br/>
        <w:t>v 4.073594 13.984681 0.566721</w:t>
        <w:br/>
        <w:t>v 3.864371 13.740927 0.314509</w:t>
        <w:br/>
        <w:t>v 3.700514 13.867498 0.281144</w:t>
        <w:br/>
        <w:t>v 3.901890 14.100107 0.523601</w:t>
        <w:br/>
        <w:t>v 4.048979 13.992136 0.552440</w:t>
        <w:br/>
        <w:t>v 3.696696 13.885725 0.274232</w:t>
        <w:br/>
        <w:t>v 3.739178 13.699690 -0.032225</w:t>
        <w:br/>
        <w:t>v 4.099105 13.689288 -0.468610</w:t>
        <w:br/>
        <w:t>v 3.982931 13.475261 -0.032205</w:t>
        <w:br/>
        <w:t>v 3.720669 13.702123 -0.032231</w:t>
        <w:br/>
        <w:t>v 3.568455 13.825414 -0.032125</w:t>
        <w:br/>
        <w:t>v 3.467469 13.909450 -0.032104</w:t>
        <w:br/>
        <w:t>v 3.574132 13.847986 -0.032114</w:t>
        <w:br/>
        <w:t>v 3.574132 13.847986 -0.032114</w:t>
        <w:br/>
        <w:t>v 3.397391 14.005148 -0.032077</w:t>
        <w:br/>
        <w:t>v 3.165215 14.286169 -0.275392</w:t>
        <w:br/>
        <w:t>v 3.114613 14.208017 -0.032040</w:t>
        <w:br/>
        <w:t>v 3.238255 14.128870 -0.032046</w:t>
        <w:br/>
        <w:t>v 3.254691 14.236629 -0.276714</w:t>
        <w:br/>
        <w:t>v 3.174783 14.294782 0.217944</w:t>
        <w:br/>
        <w:t>v 3.251190 14.230758 0.222163</w:t>
        <w:br/>
        <w:t>v 3.238255 14.128870 -0.032046</w:t>
        <w:br/>
        <w:t>v 3.114613 14.208017 -0.032040</w:t>
        <w:br/>
        <w:t>v 3.308374 14.473221 0.420508</w:t>
        <w:br/>
        <w:t>v 3.311973 14.478420 -0.405324</w:t>
        <w:br/>
        <w:t>v 2.885107 14.353899 -0.032022</w:t>
        <w:br/>
        <w:t>v 3.040673 14.291926 -0.032035</w:t>
        <w:br/>
        <w:t>v 3.075740 14.335709 -0.274069</w:t>
        <w:br/>
        <w:t>v 2.944489 14.456753 -0.222823</w:t>
        <w:br/>
        <w:t>v 2.935978 14.416253 0.222456</w:t>
        <w:br/>
        <w:t>v 3.098378 14.358811 0.213726</w:t>
        <w:br/>
        <w:t>v 3.040673 14.291926 -0.032035</w:t>
        <w:br/>
        <w:t>v 2.885107 14.353899 -0.032022</w:t>
        <w:br/>
        <w:t>v 3.062116 14.618086 0.372524</w:t>
        <w:br/>
        <w:t>v 3.184827 14.538060 0.430110</w:t>
        <w:br/>
        <w:t>v 3.087369 14.622753 -0.353440</w:t>
        <w:br/>
        <w:t>v 3.196400 14.533969 -0.431669</w:t>
        <w:br/>
        <w:t>v 1.138289 15.466629 -0.300930</w:t>
        <w:br/>
        <w:t>v 1.218487 15.409842 -0.301664</w:t>
        <w:br/>
        <w:t>v 1.280299 15.553040 -0.415707</w:t>
        <w:br/>
        <w:t>v 1.181775 15.603358 -0.413107</w:t>
        <w:br/>
        <w:t>v 1.519886 16.343460 -0.300178</w:t>
        <w:br/>
        <w:t>v 1.434243 16.163250 -0.439774</w:t>
        <w:br/>
        <w:t>v 1.565876 16.075523 -0.436835</w:t>
        <w:br/>
        <w:t>v 1.664182 16.249939 -0.276372</w:t>
        <w:br/>
        <w:t>v 1.491852 16.191814 0.431486</w:t>
        <w:br/>
        <w:t>v 1.545196 16.318653 0.309921</w:t>
        <w:br/>
        <w:t>v 1.692609 16.265656 0.225928</w:t>
        <w:br/>
        <w:t>v 1.598404 16.111301 0.420325</w:t>
        <w:br/>
        <w:t>v 1.645698 16.422443 -0.008536</w:t>
        <w:br/>
        <w:t>v 1.637311 16.392132 0.082269</w:t>
        <w:br/>
        <w:t>v 1.579683 16.418396 0.169589</w:t>
        <w:br/>
        <w:t>v 1.596189 16.479023 -0.012021</w:t>
        <w:br/>
        <w:t>v 1.408679 15.792751 -0.499941</w:t>
        <w:br/>
        <w:t>v 1.330941 15.942749 -0.499948</w:t>
        <w:br/>
        <w:t>v 1.246952 15.761388 -0.483492</w:t>
        <w:br/>
        <w:t>v 1.463654 15.879385 0.526073</w:t>
        <w:br/>
        <w:t>v 1.351086 15.670129 0.543388</w:t>
        <w:br/>
        <w:t>v 1.307591 15.705431 0.562256</w:t>
        <w:br/>
        <w:t>v 1.347205 15.835254 0.560331</w:t>
        <w:br/>
        <w:t>v 1.426109 16.035858 0.516541</w:t>
        <w:br/>
        <w:t>v 2.246534 15.626225 -0.371456</w:t>
        <w:br/>
        <w:t>v 1.967284 15.801305 -0.390379</w:t>
        <w:br/>
        <w:t>v 1.815134 15.572324 -0.462009</w:t>
        <w:br/>
        <w:t>v 2.108697 15.411442 -0.440528</w:t>
        <w:br/>
        <w:t>v 2.347307 15.767725 -0.203206</w:t>
        <w:br/>
        <w:t>v 2.078760 15.952422 -0.217300</w:t>
        <w:br/>
        <w:t>v 1.840880 15.608054 0.451554</w:t>
        <w:br/>
        <w:t>v 2.120419 15.437930 0.437045</w:t>
        <w:br/>
        <w:t>v 2.006525 15.259491 0.422307</w:t>
        <w:br/>
        <w:t>v 1.723200 15.429254 0.450343</w:t>
        <w:br/>
        <w:t>v 2.083457 15.955452 0.199614</w:t>
        <w:br/>
        <w:t>v 2.350325 15.773052 0.194426</w:t>
        <w:br/>
        <w:t>v 2.256557 15.645300 0.363160</w:t>
        <w:br/>
        <w:t>v 1.985531 15.823638 0.377311</w:t>
        <w:br/>
        <w:t>v 2.377680 15.813778 0.003105</w:t>
        <w:br/>
        <w:t>v 2.112799 15.998009 0.002386</w:t>
        <w:br/>
        <w:t>v 1.686679 15.368882 -0.416491</w:t>
        <w:br/>
        <w:t>v 1.998168 15.218318 -0.397270</w:t>
        <w:br/>
        <w:t>v 1.209377 15.632515 0.543785</w:t>
        <w:br/>
        <w:t>v 1.193383 15.566389 0.515270</w:t>
        <w:br/>
        <w:t>v 1.249583 15.537827 0.552871</w:t>
        <w:br/>
        <w:t>v 1.251408 15.631833 0.582196</w:t>
        <w:br/>
        <w:t>v 1.228441 15.355639 0.385043</w:t>
        <w:br/>
        <w:t>v 1.152156 15.407595 0.358953</w:t>
        <w:br/>
        <w:t>v 1.132009 15.361090 0.232732</w:t>
        <w:br/>
        <w:t>v 1.193581 15.301481 0.233664</w:t>
        <w:br/>
        <w:t>v 1.131894 15.305652 0.043643</w:t>
        <w:br/>
        <w:t>v 1.082025 15.352442 0.040308</w:t>
        <w:br/>
        <w:t>v 1.088008 15.370923 -0.072266</w:t>
        <w:br/>
        <w:t>v 1.109805 15.352976 -0.082389</w:t>
        <w:br/>
        <w:t>v 1.147641 15.304334 0.141650</w:t>
        <w:br/>
        <w:t>v 1.098285 15.357876 0.141969</w:t>
        <w:br/>
        <w:t>v 1.082025 15.352442 0.040308</w:t>
        <w:br/>
        <w:t>v 1.131894 15.305652 0.043643</w:t>
        <w:br/>
        <w:t>v 1.290005 15.673941 0.517575</w:t>
        <w:br/>
        <w:t>v 1.244061 15.682045 0.546782</w:t>
        <w:br/>
        <w:t>v 1.267514 15.704808 0.584214</w:t>
        <w:br/>
        <w:t>v 1.172692 15.484577 0.449469</w:t>
        <w:br/>
        <w:t>v 1.241086 15.465466 0.492880</w:t>
        <w:br/>
        <w:t>v 2.282196 15.073400 -0.398253</w:t>
        <w:br/>
        <w:t>v 1.484722 15.410394 -0.395251</w:t>
        <w:br/>
        <w:t>v 1.356588 15.429562 -0.356912</w:t>
        <w:br/>
        <w:t>v 1.647366 15.661980 -0.479126</w:t>
        <w:br/>
        <w:t>v 1.786339 15.921916 -0.415697</w:t>
        <w:br/>
        <w:t>v 1.666233 16.002296 -0.432718</w:t>
        <w:br/>
        <w:t>v 1.519004 15.735193 -0.500592</w:t>
        <w:br/>
        <w:t>v 1.390161 15.495834 -0.418355</w:t>
        <w:br/>
        <w:t>v 1.502782 15.441156 -0.418913</w:t>
        <w:br/>
        <w:t>v 1.878703 16.103832 -0.243520</w:t>
        <w:br/>
        <w:t>v 1.764823 16.180214 -0.260042</w:t>
        <w:br/>
        <w:t>v 1.801191 15.952950 0.395594</w:t>
        <w:br/>
        <w:t>v 1.667301 15.719113 0.480720</w:t>
        <w:br/>
        <w:t>v 1.921712 16.157364 0.002109</w:t>
        <w:br/>
        <w:t>v 1.892507 16.112431 0.212356</w:t>
        <w:br/>
        <w:t>v 1.765715 16.207069 0.222000</w:t>
        <w:br/>
        <w:t>v 1.802435 16.245209 0.001654</w:t>
        <w:br/>
        <w:t>v 1.557494 15.527335 0.479017</w:t>
        <w:br/>
        <w:t>v 1.438001 15.612020 0.511474</w:t>
        <w:br/>
        <w:t>v 1.229466 15.417912 -0.243634</w:t>
        <w:br/>
        <w:t>v 1.216156 15.354347 -0.144028</w:t>
        <w:br/>
        <w:t>v 1.119061 15.407065 -0.172653</w:t>
        <w:br/>
        <w:t>v 2.525085 15.460558 -0.362963</w:t>
        <w:br/>
        <w:t>v 2.398170 15.254294 -0.429660</w:t>
        <w:br/>
        <w:t>v 2.527303 15.478045 0.359669</w:t>
        <w:br/>
        <w:t>v 2.398165 15.275266 0.432705</w:t>
        <w:br/>
        <w:t>v 2.287871 15.094828 0.412068</w:t>
        <w:br/>
        <w:t>v 3.438999 14.948275 0.345339</w:t>
        <w:br/>
        <w:t>v 3.540918 15.088350 0.179837</w:t>
        <w:br/>
        <w:t>v 3.709181 15.020102 0.178498</w:t>
        <w:br/>
        <w:t>v 3.620416 14.879524 0.381609</w:t>
        <w:br/>
        <w:t>v 3.231647 15.233574 0.185679</w:t>
        <w:br/>
        <w:t>v 3.361261 15.170346 0.183529</w:t>
        <w:br/>
        <w:t>v 3.293266 15.054087 0.350726</w:t>
        <w:br/>
        <w:t>v 3.153528 15.108829 0.330514</w:t>
        <w:br/>
        <w:t>v 3.473701 14.675572 0.506822</w:t>
        <w:br/>
        <w:t>v 3.319593 14.755135 0.484157</w:t>
        <w:br/>
        <w:t>v 3.184847 14.847360 0.455677</w:t>
        <w:br/>
        <w:t>v 3.046211 14.912779 0.451507</w:t>
        <w:br/>
        <w:t>v 3.572370 15.138453 0.004293</w:t>
        <w:br/>
        <w:t>v 3.735869 15.060472 0.004370</w:t>
        <w:br/>
        <w:t>v 3.398552 15.222252 0.004273</w:t>
        <w:br/>
        <w:t>v 3.262003 15.285825 0.004271</w:t>
        <w:br/>
        <w:t>v 2.884695 15.002810 0.443229</w:t>
        <w:br/>
        <w:t>v 2.995844 15.198030 0.354686</w:t>
        <w:br/>
        <w:t>v 4.573873 13.779914 0.773919</w:t>
        <w:br/>
        <w:t>v 4.507316 14.045379 0.697593</w:t>
        <w:br/>
        <w:t>v 4.682994 13.847713 0.788474</w:t>
        <w:br/>
        <w:t>v 4.926734 14.497920 0.255002</w:t>
        <w:br/>
        <w:t>v 5.146418 14.404542 0.282483</w:t>
        <w:br/>
        <w:t>v 5.124691 14.323774 0.425879</w:t>
        <w:br/>
        <w:t>v 4.842056 14.452009 0.369857</w:t>
        <w:br/>
        <w:t>v 5.057385 14.239107 0.541107</w:t>
        <w:br/>
        <w:t>v 4.789931 14.333813 0.515113</w:t>
        <w:br/>
        <w:t>v 4.624082 14.685841 0.157432</w:t>
        <w:br/>
        <w:t>v 4.697395 14.174573 0.638101</w:t>
        <w:br/>
        <w:t>v 4.735571 14.113901 0.672475</w:t>
        <w:br/>
        <w:t>v 4.907692 14.170394 0.621640</w:t>
        <w:br/>
        <w:t>v 4.911348 14.564681 0.128507</w:t>
        <w:br/>
        <w:t>v 4.902453 14.590822 0.004419</w:t>
        <w:br/>
        <w:t>v 5.049463 14.533520 0.007111</w:t>
        <w:br/>
        <w:t>v 5.093903 14.491683 0.146612</w:t>
        <w:br/>
        <w:t>v 4.683753 14.682909 0.096411</w:t>
        <w:br/>
        <w:t>v 3.087744 14.646029 0.421914</w:t>
        <w:br/>
        <w:t>v 2.953809 14.730120 0.468246</w:t>
        <w:br/>
        <w:t>v 3.201341 14.583971 0.493660</w:t>
        <w:br/>
        <w:t>v 2.548090 14.903111 0.357174</w:t>
        <w:br/>
        <w:t>v 2.568914 14.937183 0.415143</w:t>
        <w:br/>
        <w:t>v 4.454613 13.780626 0.717837</w:t>
        <w:br/>
        <w:t>v 4.463933 13.709847 0.664891</w:t>
        <w:br/>
        <w:t>v 4.336236 13.783140 0.615959</w:t>
        <w:br/>
        <w:t>v 4.347582 13.829165 0.671130</w:t>
        <w:br/>
        <w:t>v 4.580910 13.725396 0.737157</w:t>
        <w:br/>
        <w:t>v 3.330680 14.507195 0.474118</w:t>
        <w:br/>
        <w:t>v 3.566373 14.371037 0.511096</w:t>
        <w:br/>
        <w:t>v 3.722445 14.273716 0.536557</w:t>
        <w:br/>
        <w:t>v 3.704637 14.233040 0.483415</w:t>
        <w:br/>
        <w:t>v 5.178555 14.268270 0.405732</w:t>
        <w:br/>
        <w:t>v 5.086466 14.174788 0.521073</w:t>
        <w:br/>
        <w:t>v 5.182797 14.346354 0.265822</w:t>
        <w:br/>
        <w:t>v 4.753390 13.981894 0.738808</w:t>
        <w:br/>
        <w:t>v 4.786325 13.938955 0.689815</w:t>
        <w:br/>
        <w:t>v 4.711478 13.799409 0.756791</w:t>
        <w:br/>
        <w:t>v 4.682994 13.847713 0.788474</w:t>
        <w:br/>
        <w:t>v 4.781466 14.155920 0.638804</w:t>
        <w:br/>
        <w:t>v 4.804858 14.098202 0.605547</w:t>
        <w:br/>
        <w:t>v 4.748204 14.105085 0.597696</w:t>
        <w:br/>
        <w:t>v 4.697395 14.174573 0.638101</w:t>
        <w:br/>
        <w:t>v 4.907692 14.170394 0.621640</w:t>
        <w:br/>
        <w:t>v 4.935348 14.113176 0.593333</w:t>
        <w:br/>
        <w:t>v 5.138216 14.433734 0.129061</w:t>
        <w:br/>
        <w:t>v 5.086709 14.472355 0.010230</w:t>
        <w:br/>
        <w:t>v 4.264575 14.223997 0.625890</w:t>
        <w:br/>
        <w:t>v 4.428606 14.490223 0.464152</w:t>
        <w:br/>
        <w:t>v 3.970719 14.388350 0.568817</w:t>
        <w:br/>
        <w:t>v 4.159662 14.620711 0.429639</w:t>
        <w:br/>
        <w:t>v 4.503222 14.618695 0.304363</w:t>
        <w:br/>
        <w:t>v 4.249715 14.743937 0.255297</w:t>
        <w:br/>
        <w:t>v 4.418112 14.761512 0.158264</w:t>
        <w:br/>
        <w:t>v 4.529719 14.712863 0.178107</w:t>
        <w:br/>
        <w:t>v 3.919438 14.143639 0.577303</w:t>
        <w:br/>
        <w:t>v 3.760282 14.510200 0.533988</w:t>
        <w:br/>
        <w:t>v 3.972788 14.911325 0.191491</w:t>
        <w:br/>
        <w:t>v 4.096774 14.820152 0.229261</w:t>
        <w:br/>
        <w:t>v 3.912121 14.742663 0.400255</w:t>
        <w:br/>
        <w:t>v 4.240728 14.850992 0.089438</w:t>
        <w:br/>
        <w:t>v 4.309034 14.811867 0.131550</w:t>
        <w:br/>
        <w:t>v 4.092403 14.024284 0.615867</w:t>
        <w:br/>
        <w:t>v 3.981440 14.961786 0.004437</w:t>
        <w:br/>
        <w:t>v 4.225810 14.867326 0.047189</w:t>
        <w:br/>
        <w:t>v 4.708126 14.686580 0.004870</w:t>
        <w:br/>
        <w:t>v 4.226409 14.871669 0.004393</w:t>
        <w:br/>
        <w:t>v 4.233455 14.860977 0.004033</w:t>
        <w:br/>
        <w:t>v 4.234575 14.858520 0.042892</w:t>
        <w:br/>
        <w:t>v 4.251618 14.843019 0.082771</w:t>
        <w:br/>
        <w:t>v 4.316298 14.807634 0.120724</w:t>
        <w:br/>
        <w:t>v 4.419780 14.758876 0.148202</w:t>
        <w:br/>
        <w:t>v 4.527111 14.712167 0.159663</w:t>
        <w:br/>
        <w:t>v 4.616072 14.684323 0.143817</w:t>
        <w:br/>
        <w:t>v 4.673397 14.674417 0.088077</w:t>
        <w:br/>
        <w:t>v 4.696078 14.673978 0.005773</w:t>
        <w:br/>
        <w:t>v 4.708126 14.686580 0.004870</w:t>
        <w:br/>
        <w:t>v 2.778227 14.822946 0.422953</w:t>
        <w:br/>
        <w:t>v 4.735571 14.113901 0.672475</w:t>
        <w:br/>
        <w:t>v 4.776723 14.067460 0.637600</w:t>
        <w:br/>
        <w:t>v 4.697395 14.174573 0.638101</w:t>
        <w:br/>
        <w:t>v 4.748204 14.105085 0.597696</w:t>
        <w:br/>
        <w:t>v 4.781466 14.155920 0.638804</w:t>
        <w:br/>
        <w:t>v 3.547328 15.100897 -0.187446</w:t>
        <w:br/>
        <w:t>v 3.439010 14.952903 -0.348299</w:t>
        <w:br/>
        <w:t>v 3.622694 14.884923 -0.379571</w:t>
        <w:br/>
        <w:t>v 3.710297 15.022571 -0.190406</w:t>
        <w:br/>
        <w:t>v 3.373582 15.185963 -0.187991</w:t>
        <w:br/>
        <w:t>v 3.237741 15.250923 -0.188422</w:t>
        <w:br/>
        <w:t>v 3.153274 15.111390 -0.351448</w:t>
        <w:br/>
        <w:t>v 3.294968 15.053156 -0.373156</w:t>
        <w:br/>
        <w:t>v 3.473872 14.674310 -0.496586</w:t>
        <w:br/>
        <w:t>v 3.319899 14.754050 -0.469739</w:t>
        <w:br/>
        <w:t>v 3.050265 14.913496 -0.450909</w:t>
        <w:br/>
        <w:t>v 3.172201 14.839236 -0.468568</w:t>
        <w:br/>
        <w:t>v 2.885678 14.996755 -0.432515</w:t>
        <w:br/>
        <w:t>v 2.997212 15.198878 -0.356859</w:t>
        <w:br/>
        <w:t>v 4.508799 14.043920 -0.689276</w:t>
        <w:br/>
        <w:t>v 4.573259 13.780711 -0.763707</w:t>
        <w:br/>
        <w:t>v 4.683283 13.848135 -0.774968</w:t>
        <w:br/>
        <w:t>v 5.144472 14.298551 -0.412317</w:t>
        <w:br/>
        <w:t>v 5.155442 14.394551 -0.264473</w:t>
        <w:br/>
        <w:t>v 4.926703 14.497937 -0.246178</w:t>
        <w:br/>
        <w:t>v 4.842016 14.452021 -0.361051</w:t>
        <w:br/>
        <w:t>v 5.070549 14.227417 -0.527484</w:t>
        <w:br/>
        <w:t>v 4.786629 14.327534 -0.511018</w:t>
        <w:br/>
        <w:t>v 4.624430 14.685609 -0.148691</w:t>
        <w:br/>
        <w:t>v 4.744874 13.987262 -0.733406</w:t>
        <w:br/>
        <w:t>v 4.740282 14.105144 -0.669750</w:t>
        <w:br/>
        <w:t>v 4.703825 14.170331 -0.627611</w:t>
        <w:br/>
        <w:t>v 4.944459 14.180999 -0.600965</w:t>
        <w:br/>
        <w:t>v 5.102261 14.484838 -0.130724</w:t>
        <w:br/>
        <w:t>v 4.911295 14.564708 -0.119680</w:t>
        <w:br/>
        <w:t>v 3.109943 14.647855 -0.412953</w:t>
        <w:br/>
        <w:t>v 2.952478 14.726720 -0.443668</w:t>
        <w:br/>
        <w:t>v 3.325573 14.487422 -0.426876</w:t>
        <w:br/>
        <w:t>v 3.335278 14.503246 -0.459438</w:t>
        <w:br/>
        <w:t>v 3.212524 14.567246 -0.486687</w:t>
        <w:br/>
        <w:t>v 2.548333 14.898133 -0.345350</w:t>
        <w:br/>
        <w:t>v 2.567205 14.928770 -0.405122</w:t>
        <w:br/>
        <w:t>v 4.329550 13.785184 -0.600301</w:t>
        <w:br/>
        <w:t>v 4.461125 13.723815 -0.669721</w:t>
        <w:br/>
        <w:t>v 4.453885 13.780215 -0.710491</w:t>
        <w:br/>
        <w:t>v 4.356094 13.834176 -0.671695</w:t>
        <w:br/>
        <w:t>v 4.590225 13.698799 -0.724159</w:t>
        <w:br/>
        <w:t>v 3.473451 14.401455 -0.457695</w:t>
        <w:br/>
        <w:t>v 3.565950 14.370600 -0.503321</w:t>
        <w:br/>
        <w:t>v 3.720393 14.271754 -0.532607</w:t>
        <w:br/>
        <w:t>v 5.096874 14.183724 -0.503383</w:t>
        <w:br/>
        <w:t>v 5.169476 14.262879 -0.395207</w:t>
        <w:br/>
        <w:t>v 5.179845 14.355485 -0.243110</w:t>
        <w:br/>
        <w:t>v 4.718282 13.796377 -0.738032</w:t>
        <w:br/>
        <w:t>v 4.788181 13.954467 -0.692328</w:t>
        <w:br/>
        <w:t>v 4.746263 14.108042 -0.589474</w:t>
        <w:br/>
        <w:t>v 4.855074 14.104692 -0.603726</w:t>
        <w:br/>
        <w:t>v 4.827889 14.155966 -0.628707</w:t>
        <w:br/>
        <w:t>v 4.703825 14.170331 -0.627611</w:t>
        <w:br/>
        <w:t>v 4.968276 14.131703 -0.579810</w:t>
        <w:br/>
        <w:t>v 5.128432 14.438445 -0.118017</w:t>
        <w:br/>
        <w:t>v 4.076845 14.025066 -0.597566</w:t>
        <w:br/>
        <w:t>v 4.230161 13.923388 -0.635887</w:t>
        <w:br/>
        <w:t>v 4.269217 14.215719 -0.619323</w:t>
        <w:br/>
        <w:t>v 3.923421 14.133604 -0.568301</w:t>
        <w:br/>
        <w:t>v 3.970790 14.388703 -0.561935</w:t>
        <w:br/>
        <w:t>v 4.428321 14.489135 -0.454055</w:t>
        <w:br/>
        <w:t>v 4.159111 14.619510 -0.419270</w:t>
        <w:br/>
        <w:t>v 4.503157 14.618399 -0.296198</w:t>
        <w:br/>
        <w:t>v 4.249468 14.742712 -0.249296</w:t>
        <w:br/>
        <w:t>v 3.760190 14.510756 -0.528053</w:t>
        <w:br/>
        <w:t>v 3.976959 14.921388 -0.182007</w:t>
        <w:br/>
        <w:t>v 3.912450 14.743517 -0.392476</w:t>
        <w:br/>
        <w:t>v 4.097795 14.815941 -0.227751</w:t>
        <w:br/>
        <w:t>v 4.245280 14.848837 -0.083337</w:t>
        <w:br/>
        <w:t>v 4.039525 14.001147 -0.540359</w:t>
        <w:br/>
        <w:t>v 4.688801 14.681495 -0.088941</w:t>
        <w:br/>
        <w:t>v 4.230866 14.863811 -0.042981</w:t>
        <w:br/>
        <w:t>v 4.307942 14.812602 -0.122253</w:t>
        <w:br/>
        <w:t>v 4.417670 14.761633 -0.151180</w:t>
        <w:br/>
        <w:t>v 4.530896 14.713839 -0.166245</w:t>
        <w:br/>
        <w:t>v 4.235942 14.854447 -0.041153</w:t>
        <w:br/>
        <w:t>v 4.252391 14.841542 -0.074728</w:t>
        <w:br/>
        <w:t>v 4.316213 14.805012 -0.108976</w:t>
        <w:br/>
        <w:t>v 4.419263 14.756115 -0.134591</w:t>
        <w:br/>
        <w:t>v 4.528989 14.710212 -0.149662</w:t>
        <w:br/>
        <w:t>v 4.616910 14.684019 -0.135426</w:t>
        <w:br/>
        <w:t>v 4.676782 14.680361 -0.081242</w:t>
        <w:br/>
        <w:t>v 2.778299 14.821481 -0.411472</w:t>
        <w:br/>
        <w:t>v 4.778907 14.064052 -0.628071</w:t>
        <w:br/>
        <w:t>v 4.746263 14.108042 -0.589474</w:t>
        <w:br/>
        <w:t>v 4.703825 14.170331 -0.627611</w:t>
        <w:br/>
        <w:t>v 4.827889 14.155966 -0.628707</w:t>
        <w:br/>
        <w:t>v 1.098285 15.357876 0.141969</w:t>
        <w:br/>
        <w:t>v 1.200880 15.360646 -0.032596</w:t>
        <w:br/>
        <w:t>v 1.082025 15.352442 0.040308</w:t>
        <w:br/>
        <w:t>v 4.242457 13.913372 0.649722</w:t>
        <w:br/>
        <w:t>v 1.117842 15.398043 -0.194519</w:t>
        <w:br/>
        <w:t>v 1.117842 15.398043 -0.194519</w:t>
        <w:br/>
        <w:t>v 1.244061 15.682045 0.546782</w:t>
        <w:br/>
        <w:t>v 1.267514 15.704808 0.584214</w:t>
        <w:br/>
        <w:t>v 1.343894 15.639465 0.491349</w:t>
        <w:br/>
        <w:t>v 1.359364 16.214279 -0.460142</w:t>
        <w:br/>
        <w:t>v 1.376222 16.204144 -0.470020</w:t>
        <w:br/>
        <w:t>v 1.457294 16.396191 -0.337309</w:t>
        <w:br/>
        <w:t>v 1.433770 16.400826 -0.325519</w:t>
        <w:br/>
        <w:t>v 1.271529 15.991684 -0.529411</w:t>
        <w:br/>
        <w:t>v 1.280500 15.978980 -0.547980</w:t>
        <w:br/>
        <w:t>v 1.185066 15.784589 -0.505679</w:t>
        <w:br/>
        <w:t>v 1.188578 15.770210 -0.524824</w:t>
        <w:br/>
        <w:t>v 1.126574 15.611595 -0.436318</w:t>
        <w:br/>
        <w:t>v 1.135282 15.601254 -0.447267</w:t>
        <w:br/>
        <w:t>v 1.185066 15.784589 -0.505679</w:t>
        <w:br/>
        <w:t>v 1.108495 15.452895 -0.321329</w:t>
        <w:br/>
        <w:t>v 1.111480 15.443530 -0.328358</w:t>
        <w:br/>
        <w:t>v 1.104040 15.353004 -0.198877</w:t>
        <w:br/>
        <w:t>v 1.105278 15.352178 -0.199070</w:t>
        <w:br/>
        <w:t>v 1.122291 15.318071 -0.093131</w:t>
        <w:br/>
        <w:t>v 1.119237 15.325032 -0.097810</w:t>
        <w:br/>
        <w:t>v 1.120670 15.336935 -0.089316</w:t>
        <w:br/>
        <w:t>v 1.120842 15.365452 -0.198223</w:t>
        <w:br/>
        <w:t>v 1.138289 15.466629 -0.300930</w:t>
        <w:br/>
        <w:t>v 1.133434 15.454870 -0.318179</w:t>
        <w:br/>
        <w:t>v 1.181775 15.603358 -0.413107</w:t>
        <w:br/>
        <w:t>v 1.167353 15.595750 -0.440233</w:t>
        <w:br/>
        <w:t>v 1.246952 15.761388 -0.483492</w:t>
        <w:br/>
        <w:t>v 1.228002 15.755969 -0.517331</w:t>
        <w:br/>
        <w:t>v 1.330941 15.942749 -0.499948</w:t>
        <w:br/>
        <w:t>v 1.315187 15.952707 -0.534312</w:t>
        <w:br/>
        <w:t>v 1.422296 16.177895 -0.455967</w:t>
        <w:br/>
        <w:t>v 1.511955 16.365040 -0.321359</w:t>
        <w:br/>
        <w:t>v 1.559160 16.429520 -0.169748</w:t>
        <w:br/>
        <w:t>v 1.557173 16.460720 -0.185235</w:t>
        <w:br/>
        <w:t>v 1.593371 16.515709 -0.014005</w:t>
        <w:br/>
        <w:t>v 1.579938 16.474564 0.179568</w:t>
        <w:br/>
        <w:t>v 1.488767 16.215996 0.455575</w:t>
        <w:br/>
        <w:t>v 1.544152 16.369106 0.339697</w:t>
        <w:br/>
        <w:t>v 1.426109 16.035858 0.516541</w:t>
        <w:br/>
        <w:t>v 1.426765 16.051544 0.539788</w:t>
        <w:br/>
        <w:t>v 1.347205 15.835254 0.560331</w:t>
        <w:br/>
        <w:t>v 1.347350 15.844173 0.584304</w:t>
        <w:br/>
        <w:t>v 1.311623 15.735173 0.584184</w:t>
        <w:br/>
        <w:t>v 1.279690 15.742839 0.603451</w:t>
        <w:br/>
        <w:t>v 1.310563 15.880557 0.609047</w:t>
        <w:br/>
        <w:t>v 1.313896 15.869078 0.617872</w:t>
        <w:br/>
        <w:t>v 1.279690 15.742839 0.603451</w:t>
        <w:br/>
        <w:t>v 1.267514 15.704808 0.584214</w:t>
        <w:br/>
        <w:t>v 1.372514 16.098595 0.556721</w:t>
        <w:br/>
        <w:t>v 1.387286 16.085377 0.566689</w:t>
        <w:br/>
        <w:t>v 1.424514 16.269730 0.477635</w:t>
        <w:br/>
        <w:t>v 1.446207 16.256470 0.481723</w:t>
        <w:br/>
        <w:t>v 1.466443 16.422672 0.346498</w:t>
        <w:br/>
        <w:t>v 1.497697 16.406841 0.353560</w:t>
        <w:br/>
        <w:t>v 1.498477 16.527790 0.178280</w:t>
        <w:br/>
        <w:t>v 1.534248 16.512589 0.181264</w:t>
        <w:br/>
        <w:t>v 1.477412 16.506775 -0.197680</w:t>
        <w:br/>
        <w:t>v 1.505742 16.498001 -0.199733</w:t>
        <w:br/>
        <w:t>v 1.546724 16.559875 -0.010590</w:t>
        <w:br/>
        <w:t>v 1.511643 16.568825 -0.010667</w:t>
        <w:br/>
        <w:t>v 1.313896 15.869078 0.617872</w:t>
        <w:br/>
        <w:t>v 1.131894 15.305652 0.043643</w:t>
        <w:br/>
        <w:t>v 2.791559 14.497524 -0.032091</w:t>
        <w:br/>
        <w:t>v 2.648485 14.568565 -0.031996</w:t>
        <w:br/>
        <w:t>v 2.471765 14.750433 0.184425</w:t>
        <w:br/>
        <w:t>v 2.442804 14.694561 -0.031984</w:t>
        <w:br/>
        <w:t>v 2.802012 15.313045 0.357046</w:t>
        <w:br/>
        <w:t>v 2.880788 15.446126 0.194016</w:t>
        <w:br/>
        <w:t>v 3.073316 15.333127 0.193818</w:t>
        <w:br/>
        <w:t>v 2.677192 15.117079 0.434020</w:t>
        <w:br/>
        <w:t>v 2.904967 15.483652 0.004069</w:t>
        <w:br/>
        <w:t>v 3.095413 15.371294 0.004260</w:t>
        <w:br/>
        <w:t>v 2.801770 15.304991 -0.358700</w:t>
        <w:br/>
        <w:t>v 3.068340 15.332250 -0.187463</w:t>
        <w:br/>
        <w:t>v 2.876837 15.440695 -0.191736</w:t>
        <w:br/>
        <w:t>v 2.678492 15.104992 -0.427418</w:t>
        <w:br/>
        <w:t>v 4.073793 13.992670 -0.563148</w:t>
        <w:br/>
        <w:t>v 4.171065 13.818823 -0.554009</w:t>
        <w:br/>
        <w:t>v 4.283785 13.727525 0.582059</w:t>
        <w:br/>
        <w:t>v 4.303846 13.726401 0.563868</w:t>
        <w:br/>
        <w:t>v 4.222903 13.594481 0.466247</w:t>
        <w:br/>
        <w:t>v 4.130962 13.437170 0.210507</w:t>
        <w:br/>
        <w:t>v 4.094821 13.375051 -0.032261</w:t>
        <w:br/>
        <w:t>v 4.130012 13.435555 -0.293962</w:t>
        <w:br/>
        <w:t>v 4.094821 13.375051 -0.032261</w:t>
        <w:br/>
        <w:t>v 4.219379 13.594368 -0.490504</w:t>
        <w:br/>
        <w:t>v 4.302022 13.734967 -0.570613</w:t>
        <w:br/>
        <w:t>v 3.574132 13.847986 -0.032114</w:t>
        <w:br/>
        <w:t>v 3.574132 13.847986 -0.032114</w:t>
        <w:br/>
        <w:t>v 3.397391 14.005148 -0.032077</w:t>
        <w:br/>
        <w:t>v 3.397391 14.005148 -0.032077</w:t>
        <w:br/>
        <w:t>v 4.579149 14.729089 0.005327</w:t>
        <w:br/>
        <w:t>v 4.428348 14.790044 0.004760</w:t>
        <w:br/>
        <w:t>v 4.288197 14.842847 0.004236</w:t>
        <w:br/>
        <w:t>v 1.729577 16.325695 -0.002535</w:t>
        <w:br/>
        <w:t>v 2.613503 15.597304 -0.197115</w:t>
        <w:br/>
        <w:t>v 2.642666 15.642832 0.003686</w:t>
        <w:br/>
        <w:t>v 2.616054 15.603663 0.193185</w:t>
        <w:br/>
        <w:t>v 1.673446 16.046028 0.412186</w:t>
        <w:br/>
        <w:t>v 1.542378 15.810275 0.513582</w:t>
        <w:br/>
        <w:t>v 1.598812 16.362312 -0.209519</w:t>
        <w:br/>
        <w:t>v 1.621053 16.356155 0.195378</w:t>
        <w:br/>
        <w:t>v 1.627309 16.397297 -0.087399</w:t>
        <w:br/>
        <w:t>v 0.112488 14.612545 -0.462758</w:t>
        <w:br/>
        <w:t>v 0.084818 14.539136 -0.461414</w:t>
        <w:br/>
        <w:t>v 0.200346 14.548011 -0.448056</w:t>
        <w:br/>
        <w:t>v 0.146943 14.490138 -0.452444</w:t>
        <w:br/>
        <w:t>v 0.215634 14.554536 -0.452763</w:t>
        <w:br/>
        <w:t>v 0.544300 14.716497 -0.342565</w:t>
        <w:br/>
        <w:t>v 0.524246 14.485771 -0.363105</w:t>
        <w:br/>
        <w:t>v 1.290180 14.923170 1.115637</w:t>
        <w:br/>
        <w:t>v 1.303904 14.711541 1.132197</w:t>
        <w:br/>
        <w:t>v 1.299106 14.711660 0.932219</w:t>
        <w:br/>
        <w:t>v 1.286085 14.923998 0.939597</w:t>
        <w:br/>
        <w:t>v 1.287025 14.711747 0.624838</w:t>
        <w:br/>
        <w:t>v 1.277129 14.923898 0.624485</w:t>
        <w:br/>
        <w:t>v 1.234210 14.496337 0.418451</w:t>
        <w:br/>
        <w:t>v 1.237025 14.711459 0.408352</w:t>
        <w:br/>
        <w:t>v 1.287959 14.507132 0.643482</w:t>
        <w:br/>
        <w:t>v 0.752425 14.947006 -0.241848</w:t>
        <w:br/>
        <w:t>v 0.739722 14.715299 -0.266233</w:t>
        <w:br/>
        <w:t>v 0.540204 14.945271 -0.321839</w:t>
        <w:br/>
        <w:t>v 0.991225 14.936622 -0.086192</w:t>
        <w:br/>
        <w:t>v 0.981541 14.712764 -0.073591</w:t>
        <w:br/>
        <w:t>v 1.136300 14.711380 0.175813</w:t>
        <w:br/>
        <w:t>v 1.135763 14.924086 0.161770</w:t>
        <w:br/>
        <w:t>v 1.224668 14.921867 0.400462</w:t>
        <w:br/>
        <w:t>v 1.101115 14.356204 0.160879</w:t>
        <w:br/>
        <w:t>v 0.958791 14.357430 -0.051684</w:t>
        <w:br/>
        <w:t>v 0.968082 14.494947 -0.061592</w:t>
        <w:br/>
        <w:t>v 1.127123 14.492922 0.185067</w:t>
        <w:br/>
        <w:t>v 1.230224 14.356850 0.423561</w:t>
        <w:br/>
        <w:t>v 0.738708 14.497067 -0.258059</w:t>
        <w:br/>
        <w:t>v 0.736297 14.355441 -0.271923</w:t>
        <w:br/>
        <w:t>v 0.508680 14.354585 -0.384588</w:t>
        <w:br/>
        <w:t>v 1.126949 15.628703 0.651335</w:t>
        <w:br/>
        <w:t>v 1.156420 15.599612 0.964615</w:t>
        <w:br/>
        <w:t>v 1.214080 15.367967 0.952552</w:t>
        <w:br/>
        <w:t>v 1.149235 15.462919 0.627366</w:t>
        <w:br/>
        <w:t>v 1.077473 15.736663 0.941240</w:t>
        <w:br/>
        <w:t>v 1.110954 15.732474 0.975234</w:t>
        <w:br/>
        <w:t>v 1.111739 15.710289 1.144837</w:t>
        <w:br/>
        <w:t>v 1.162605 15.600407 1.124276</w:t>
        <w:br/>
        <w:t>v 0.673624 16.259787 1.067473</w:t>
        <w:br/>
        <w:t>v 0.565239 16.246500 1.300545</w:t>
        <w:br/>
        <w:t>v 0.635602 16.188616 1.274318</w:t>
        <w:br/>
        <w:t>v 1.235321 15.180513 0.635345</w:t>
        <w:br/>
        <w:t>v 1.165858 15.170627 0.380963</w:t>
        <w:br/>
        <w:t>v 1.133681 15.227710 0.433000</w:t>
        <w:br/>
        <w:t>v 0.894351 15.235015 -0.189950</w:t>
        <w:br/>
        <w:t>v 1.084462 15.160795 0.108629</w:t>
        <w:br/>
        <w:t>v 0.570985 15.257915 -0.331059</w:t>
        <w:br/>
        <w:t>v 1.213656 15.451734 1.108669</w:t>
        <w:br/>
        <w:t>v 1.243746 15.306214 1.104343</w:t>
        <w:br/>
        <w:t>v 1.312058 14.522553 1.149704</w:t>
        <w:br/>
        <w:t>v 1.304801 14.517835 0.928142</w:t>
        <w:br/>
        <w:t>v 1.307323 14.367123 0.935227</w:t>
        <w:br/>
        <w:t>v 1.293744 14.357398 0.657382</w:t>
        <w:br/>
        <w:t>v 1.315808 14.368102 1.163520</w:t>
        <w:br/>
        <w:t>v 0.280724 15.240017 -0.320260</w:t>
        <w:br/>
        <w:t>v 0.271104 14.942739 -0.389084</w:t>
        <w:br/>
        <w:t>v 0.249507 14.727467 -0.424122</w:t>
        <w:br/>
        <w:t>v 0.887287 16.103735 0.988433</w:t>
        <w:br/>
        <w:t>v 0.750620 16.120947 1.252724</w:t>
        <w:br/>
        <w:t>v 0.857413 16.045010 1.225236</w:t>
        <w:br/>
        <w:t>v 0.973020 15.927173 0.969751</w:t>
        <w:br/>
        <w:t>v 1.012961 15.886938 1.184638</w:t>
        <w:br/>
        <w:t>v 0.114682 14.622448 -0.482841</w:t>
        <w:br/>
        <w:t>v 0.257665 14.455602 -0.438971</w:t>
        <w:br/>
        <w:t>v 0.184646 14.427660 -0.444186</w:t>
        <w:br/>
        <w:t>v 0.198803 14.354178 -0.436283</w:t>
        <w:br/>
        <w:t>v 0.286421 14.354182 -0.434502</w:t>
        <w:br/>
        <w:t>v 0.114682 14.622448 -0.482841</w:t>
        <w:br/>
        <w:t>v 0.112488 14.612545 -0.462758</w:t>
        <w:br/>
        <w:t>v 0.267099 14.460327 -0.452862</w:t>
        <w:br/>
        <w:t>v 0.296736 14.356170 -0.442902</w:t>
        <w:br/>
        <w:t>v 0.267099 14.460327 -0.452862</w:t>
        <w:br/>
        <w:t>v 1.041004 15.856114 1.005043</w:t>
        <w:br/>
        <w:t>v 0.548061 16.341784 1.098586</w:t>
        <w:br/>
        <w:t>v 0.507114 16.309906 1.324063</w:t>
        <w:br/>
        <w:t>v 0.296736 14.356170 -0.442902</w:t>
        <w:br/>
        <w:t>v 1.253399 15.181188 0.945418</w:t>
        <w:br/>
        <w:t>v 1.265646 15.159484 1.105192</w:t>
        <w:br/>
        <w:t>v 0.591645 16.370823 0.991816</w:t>
        <w:br/>
        <w:t>v 5.295390 14.361423 -0.005162</w:t>
        <w:br/>
        <w:t>v 5.086709 14.472355 0.010230</w:t>
        <w:br/>
        <w:t>v 5.086709 14.472355 0.010230</w:t>
        <w:br/>
        <w:t>v 5.128432 14.438445 -0.118017</w:t>
        <w:br/>
        <w:t>v 4.373148 13.565013 -0.650187</w:t>
        <w:br/>
        <w:t>v 4.461125 13.723815 -0.669721</w:t>
        <w:br/>
        <w:t>v 4.329550 13.785184 -0.600301</w:t>
        <w:br/>
        <w:t>v 4.222903 13.594481 0.466247</w:t>
        <w:br/>
        <w:t>v 4.208591 13.405560 0.419953</w:t>
        <w:br/>
        <w:t>v 4.153273 13.348732 0.217299</w:t>
        <w:br/>
        <w:t>v 4.130962 13.437170 0.210507</w:t>
        <w:br/>
        <w:t>v 4.861690 13.279798 -0.707689</w:t>
        <w:br/>
        <w:t>v 4.982934 13.460082 -0.683735</w:t>
        <w:br/>
        <w:t>v 4.911929 13.547308 -0.774891</w:t>
        <w:br/>
        <w:t>v 4.755983 13.382141 -0.816171</w:t>
        <w:br/>
        <w:t>v 5.342457 13.800339 -0.462395</w:t>
        <w:br/>
        <w:t>v 5.490346 13.888401 -0.333717</w:t>
        <w:br/>
        <w:t>v 5.468569 14.031671 -0.380604</w:t>
        <w:br/>
        <w:t>v 5.326154 13.922697 -0.523568</w:t>
        <w:br/>
        <w:t>v 4.886895 13.307848 0.725835</w:t>
        <w:br/>
        <w:t>v 4.774539 13.408153 0.799829</w:t>
        <w:br/>
        <w:t>v 4.907867 13.543865 0.790883</w:t>
        <w:br/>
        <w:t>v 4.989666 13.453974 0.714852</w:t>
        <w:br/>
        <w:t>v 5.462791 13.837309 0.439081</w:t>
        <w:br/>
        <w:t>v 5.435025 13.979747 0.503867</w:t>
        <w:br/>
        <w:t>v 5.499340 14.111865 0.254969</w:t>
        <w:br/>
        <w:t>v 5.525481 13.971533 0.221970</w:t>
        <w:br/>
        <w:t>v 5.060023 13.654359 0.819288</w:t>
        <w:br/>
        <w:t>v 5.134973 13.536280 0.734778</w:t>
        <w:br/>
        <w:t>v 5.278288 13.635175 0.686493</w:t>
        <w:br/>
        <w:t>v 5.191552 13.768379 0.763850</w:t>
        <w:br/>
        <w:t>v 5.288084 13.876550 0.625107</w:t>
        <w:br/>
        <w:t>v 5.326883 13.755728 0.551435</w:t>
        <w:br/>
        <w:t>v 5.528683 13.985383 -0.164489</w:t>
        <w:br/>
        <w:t>v 5.489654 14.034881 -0.005733</w:t>
        <w:br/>
        <w:t>v 5.462165 14.157534 -0.007322</w:t>
        <w:br/>
        <w:t>v 5.498145 14.124228 -0.179272</w:t>
        <w:br/>
        <w:t>v 5.276102 13.661549 -0.633394</w:t>
        <w:br/>
        <w:t>v 5.223495 13.790771 -0.713993</w:t>
        <w:br/>
        <w:t>v 5.138212 13.554587 -0.690926</w:t>
        <w:br/>
        <w:t>v 5.078802 13.658335 -0.795757</w:t>
        <w:br/>
        <w:t>v 4.573329 13.227407 -0.698077</w:t>
        <w:br/>
        <w:t>v 4.702088 13.133941 -0.606412</w:t>
        <w:br/>
        <w:t>v 4.590245 13.098391 -0.439329</w:t>
        <w:br/>
        <w:t>v 4.469631 13.162333 -0.523026</w:t>
        <w:br/>
        <w:t>v 4.371142 13.084080 -0.372631</w:t>
        <w:br/>
        <w:t>v 4.511757 13.018802 -0.314971</w:t>
        <w:br/>
        <w:t>v 4.447862 12.979278 -0.119426</w:t>
        <w:br/>
        <w:t>v 4.310024 13.066955 -0.137847</w:t>
        <w:br/>
        <w:t>v 4.310764 13.090694 0.053465</w:t>
        <w:br/>
        <w:t>v 4.442116 13.025000 0.048972</w:t>
        <w:br/>
        <w:t>v 4.481691 12.998912 0.209098</w:t>
        <w:br/>
        <w:t>v 4.442116 13.025000 0.048972</w:t>
        <w:br/>
        <w:t>v 4.310764 13.090694 0.053465</w:t>
        <w:br/>
        <w:t>v 4.348869 13.086649 0.230705</w:t>
        <w:br/>
        <w:t>v 4.648438 13.119717 0.529328</w:t>
        <w:br/>
        <w:t>v 4.554737 13.004805 0.380131</w:t>
        <w:br/>
        <w:t>v 4.415276 13.106336 0.425866</w:t>
        <w:br/>
        <w:t>v 4.513930 13.199987 0.593841</w:t>
        <w:br/>
        <w:t>v 4.757238 13.182345 0.656660</w:t>
        <w:br/>
        <w:t>v 4.626102 13.278822 0.738573</w:t>
        <w:br/>
        <w:t>v 4.632113 13.543384 -0.770985</w:t>
        <w:br/>
        <w:t>v 4.590225 13.698799 -0.724159</w:t>
        <w:br/>
        <w:t>v 5.351442 14.158397 -0.379832</w:t>
        <w:br/>
        <w:t>v 5.169476 14.262879 -0.395207</w:t>
        <w:br/>
        <w:t>v 5.096874 14.183724 -0.503383</w:t>
        <w:br/>
        <w:t>v 5.247164 14.059126 -0.547713</w:t>
        <w:br/>
        <w:t>v 4.808522 13.665306 0.808555</w:t>
        <w:br/>
        <w:t>v 4.659496 13.557650 0.787596</w:t>
        <w:br/>
        <w:t>v 4.580910 13.725396 0.737157</w:t>
        <w:br/>
        <w:t>v 4.711478 13.799409 0.756791</w:t>
        <w:br/>
        <w:t>v 5.331550 14.123967 0.502597</w:t>
        <w:br/>
        <w:t>v 5.178555 14.268270 0.405732</w:t>
        <w:br/>
        <w:t>v 5.182797 14.346354 0.265822</w:t>
        <w:br/>
        <w:t>v 5.391239 14.239184 0.264846</w:t>
        <w:br/>
        <w:t>v 4.957371 13.781001 0.793753</w:t>
        <w:br/>
        <w:t>v 4.841189 13.898544 0.718991</w:t>
        <w:br/>
        <w:t>v 5.066297 13.890081 0.746017</w:t>
        <w:br/>
        <w:t>v 4.938106 13.992434 0.665192</w:t>
        <w:br/>
        <w:t>v 5.086466 14.174788 0.521073</w:t>
        <w:br/>
        <w:t>v 5.190001 14.009999 0.619835</w:t>
        <w:br/>
        <w:t>v 5.377528 14.239694 -0.183973</w:t>
        <w:br/>
        <w:t>v 5.179845 14.355485 -0.243110</w:t>
        <w:br/>
        <w:t>v 5.380548 14.284022 -0.005553</w:t>
        <w:br/>
        <w:t>v 5.111829 13.931845 -0.719016</w:t>
        <w:br/>
        <w:t>v 4.966489 14.027616 -0.662524</w:t>
        <w:br/>
        <w:t>v 4.807786 13.663091 -0.770143</w:t>
        <w:br/>
        <w:t>v 4.971019 13.808277 -0.783470</w:t>
        <w:br/>
        <w:t>v 4.880088 13.948623 -0.698894</w:t>
        <w:br/>
        <w:t>v 4.718282 13.796377 -0.738032</w:t>
        <w:br/>
        <w:t>v 4.459641 13.405338 -0.691638</w:t>
        <w:br/>
        <w:t>v 4.350027 13.317427 -0.534772</w:t>
        <w:br/>
        <w:t>v 4.250618 13.455063 -0.507510</w:t>
        <w:br/>
        <w:t>v 4.185657 13.361030 -0.338325</w:t>
        <w:br/>
        <w:t>v 4.253817 13.238465 -0.369796</w:t>
        <w:br/>
        <w:t>v 4.187169 13.214649 0.047638</w:t>
        <w:br/>
        <w:t>v 4.187723 13.208574 -0.153612</w:t>
        <w:br/>
        <w:t>v 4.124293 13.319428 -0.179493</w:t>
        <w:br/>
        <w:t>v 4.124443 13.307137 0.041930</w:t>
        <w:br/>
        <w:t>v 4.210419 13.226339 0.232621</w:t>
        <w:br/>
        <w:t>v 4.187169 13.214649 0.047638</w:t>
        <w:br/>
        <w:t>v 4.124443 13.307137 0.041930</w:t>
        <w:br/>
        <w:t>v 4.270397 13.263342 0.444442</w:t>
        <w:br/>
        <w:t>v 4.301169 13.505654 0.556054</w:t>
        <w:br/>
        <w:t>v 4.392754 13.357325 0.597933</w:t>
        <w:br/>
        <w:t>v 4.512694 13.452888 0.717686</w:t>
        <w:br/>
        <w:t>v 4.444836 13.616606 0.661443</w:t>
        <w:br/>
        <w:t>v 5.049370 13.429985 -0.505530</w:t>
        <w:br/>
        <w:t>v 4.972257 13.266765 -0.506583</w:t>
        <w:br/>
        <w:t>v 5.325166 13.692360 -0.358208</w:t>
        <w:br/>
        <w:t>v 5.447289 13.754932 -0.247196</w:t>
        <w:br/>
        <w:t>v 4.991357 13.297758 0.538642</w:t>
        <w:br/>
        <w:t>v 5.060306 13.419798 0.536281</w:t>
        <w:br/>
        <w:t>v 5.407003 13.730647 0.327892</w:t>
        <w:br/>
        <w:t>v 5.466263 13.827613 0.170595</w:t>
        <w:br/>
        <w:t>v 5.181470 13.478867 0.550482</w:t>
        <w:br/>
        <w:t>v 5.318142 13.655093 0.421570</w:t>
        <w:br/>
        <w:t>v 5.271145 13.557631 0.517141</w:t>
        <w:br/>
        <w:t>v 5.479349 13.836616 -0.125358</w:t>
        <w:br/>
        <w:t>v 5.439545 13.896473 -0.002315</w:t>
        <w:br/>
        <w:t>v 5.286178 13.567516 -0.471528</w:t>
        <w:br/>
        <w:t>v 5.186916 13.481501 -0.509543</w:t>
        <w:br/>
        <w:t>v 4.867558 13.156278 -0.429601</w:t>
        <w:br/>
        <w:t>v 4.773627 13.121515 -0.308415</w:t>
        <w:br/>
        <w:t>v 4.725673 13.061584 -0.223357</w:t>
        <w:br/>
        <w:t>v 4.679602 13.029581 -0.087717</w:t>
        <w:br/>
        <w:t>v 4.669400 13.059683 0.029934</w:t>
        <w:br/>
        <w:t>v 4.717275 13.025812 0.141047</w:t>
        <w:br/>
        <w:t>v 4.669400 13.059683 0.029934</w:t>
        <w:br/>
        <w:t>v 4.779714 13.037904 0.276403</w:t>
        <w:br/>
        <w:t>v 4.845023 13.126789 0.393963</w:t>
        <w:br/>
        <w:t>v 4.921954 13.182087 0.485376</w:t>
        <w:br/>
        <w:t>v 5.058285 13.445497 -0.342988</w:t>
        <w:br/>
        <w:t>v 5.005964 13.336571 -0.325057</w:t>
        <w:br/>
        <w:t>v 5.340058 13.666738 -0.159003</w:t>
        <w:br/>
        <w:t>v 5.262511 13.619175 -0.248496</w:t>
        <w:br/>
        <w:t>v 5.072910 13.421201 0.367934</w:t>
        <w:br/>
        <w:t>v 5.030125 13.347897 0.371345</w:t>
        <w:br/>
        <w:t>v 5.353746 13.723501 0.115443</w:t>
        <w:br/>
        <w:t>v 5.316105 13.654050 0.221409</w:t>
        <w:br/>
        <w:t>v 5.162571 13.466948 0.377718</w:t>
        <w:br/>
        <w:t>v 5.363850 13.735003 -0.073207</w:t>
        <w:br/>
        <w:t>v 5.345216 13.792745 0.004808</w:t>
        <w:br/>
        <w:t>v 5.222901 13.535804 -0.314049</w:t>
        <w:br/>
        <w:t>v 5.151322 13.476897 -0.336108</w:t>
        <w:br/>
        <w:t>v 4.944788 13.268469 -0.273703</w:t>
        <w:br/>
        <w:t>v 4.853563 13.192136 -0.135498</w:t>
        <w:br/>
        <w:t>v 4.870281 13.231630 -0.191460</w:t>
        <w:br/>
        <w:t>v 4.832194 13.171775 -0.048332</w:t>
        <w:br/>
        <w:t>v 4.807607 13.198662 0.009180</w:t>
        <w:br/>
        <w:t>v 4.852902 13.182331 0.077245</w:t>
        <w:br/>
        <w:t>v 4.807607 13.198662 0.009180</w:t>
        <w:br/>
        <w:t>v 4.934087 13.246336 0.259681</w:t>
        <w:br/>
        <w:t>v 4.896574 13.192889 0.178048</w:t>
        <w:br/>
        <w:t>v 4.993978 13.279870 0.327899</w:t>
        <w:br/>
        <w:t>v 4.827058 13.638018 -0.214723</w:t>
        <w:br/>
        <w:t>v 4.858067 13.687554 -0.241502</w:t>
        <w:br/>
        <w:t>v 5.003690 13.520769 -0.219214</w:t>
        <w:br/>
        <w:t>v 4.954514 13.474283 -0.199084</w:t>
        <w:br/>
        <w:t>v 4.952743 13.858330 -0.148449</w:t>
        <w:br/>
        <w:t>v 5.178502 13.695919 -0.098730</w:t>
        <w:br/>
        <w:t>v 5.140265 13.648315 -0.172805</w:t>
        <w:br/>
        <w:t>v 4.849978 13.685044 0.208413</w:t>
        <w:br/>
        <w:t>v 4.969747 13.466933 0.214130</w:t>
        <w:br/>
        <w:t>v 5.001706 13.504447 0.235867</w:t>
        <w:br/>
        <w:t>v 4.962895 13.876459 0.013950</w:t>
        <w:br/>
        <w:t>v 5.171623 13.676323 0.137952</w:t>
        <w:br/>
        <w:t>v 5.191588 13.751651 0.015763</w:t>
        <w:br/>
        <w:t>v 4.882406 13.738919 0.208579</w:t>
        <w:br/>
        <w:t>v 5.067105 13.555237 0.232596</w:t>
        <w:br/>
        <w:t>v 5.094079 13.588486 -0.209809</w:t>
        <w:br/>
        <w:t>v 4.906103 13.771148 -0.231115</w:t>
        <w:br/>
        <w:t>v 5.059220 13.554949 -0.217189</w:t>
        <w:br/>
        <w:t>v 4.931845 13.448583 -0.179809</w:t>
        <w:br/>
        <w:t>v 4.782712 13.567951 0.015920</w:t>
        <w:br/>
        <w:t>v 4.794095 13.585986 -0.126401</w:t>
        <w:br/>
        <w:t>v 4.871723 13.411238 -0.120360</w:t>
        <w:br/>
        <w:t>v 4.846524 13.393682 -0.060878</w:t>
        <w:br/>
        <w:t>v 4.828923 13.398499 -0.023772</w:t>
        <w:br/>
        <w:t>v 4.822309 13.407264 0.005491</w:t>
        <w:br/>
        <w:t>v 4.782712 13.567951 0.015920</w:t>
        <w:br/>
        <w:t>v 4.822309 13.407264 0.005491</w:t>
        <w:br/>
        <w:t>v 4.862274 13.404571 0.067961</w:t>
        <w:br/>
        <w:t>v 4.792392 13.586234 0.111730</w:t>
        <w:br/>
        <w:t>v 4.887412 13.412405 0.117552</w:t>
        <w:br/>
        <w:t>v 4.922142 13.428704 0.174961</w:t>
        <w:br/>
        <w:t>v 4.820311 13.635013 0.186629</w:t>
        <w:br/>
        <w:t>v 5.254208 13.600309 0.295519</w:t>
        <w:br/>
        <w:t>v 4.927551 13.814249 0.165178</w:t>
        <w:br/>
        <w:t>v 4.776723 14.067460 0.637600</w:t>
        <w:br/>
        <w:t>v 4.804858 14.098202 0.605547</w:t>
        <w:br/>
        <w:t>v 5.129138 13.628996 0.200162</w:t>
        <w:br/>
        <w:t>v 5.217557 13.519141 0.360812</w:t>
        <w:br/>
        <w:t>v 4.463933 13.709847 0.664891</w:t>
        <w:br/>
        <w:t>v 4.130012 13.435555 -0.293962</w:t>
        <w:br/>
        <w:t>v 4.855074 14.104692 -0.603726</w:t>
        <w:br/>
        <w:t>v 4.968276 14.131703 -0.579810</w:t>
        <w:br/>
        <w:t>v 4.778907 14.064052 -0.628071</w:t>
        <w:br/>
        <w:t>v 4.788181 13.954467 -0.692328</w:t>
        <w:br/>
        <w:t>v 4.746263 14.108042 -0.589474</w:t>
        <w:br/>
        <w:t>v 5.138216 14.433734 0.129061</w:t>
        <w:br/>
        <w:t>v 4.786325 13.938955 0.689815</w:t>
        <w:br/>
        <w:t>v 4.748204 14.105085 0.597696</w:t>
        <w:br/>
        <w:t>v 4.935348 14.113176 0.593333</w:t>
        <w:br/>
        <w:t>v 4.303846 13.726401 0.563868</w:t>
        <w:br/>
        <w:t>v 4.336236 13.783140 0.615959</w:t>
        <w:br/>
        <w:t>v 4.303846 13.726401 0.563868</w:t>
        <w:br/>
        <w:t>v 4.094821 13.375051 -0.032261</w:t>
        <w:br/>
        <w:t>v 4.094821 13.375051 -0.032261</w:t>
        <w:br/>
        <w:t>v 4.219379 13.594368 -0.490504</w:t>
        <w:br/>
        <w:t>v 4.302022 13.734967 -0.570613</w:t>
        <w:br/>
        <w:t>v 4.786325 13.938955 0.689815</w:t>
        <w:br/>
        <w:t>v 5.191588 13.751651 0.015763</w:t>
        <w:br/>
        <w:t>v 4.232989 14.997353 0.059594</w:t>
        <w:br/>
        <w:t>v 4.235395 15.011955 0.056573</w:t>
        <w:br/>
        <w:t>v 4.293561 14.985451 0.056321</w:t>
        <w:br/>
        <w:t>v 4.278799 14.974948 0.059024</w:t>
        <w:br/>
        <w:t>v 4.271787 14.965322 0.334842</w:t>
        <w:br/>
        <w:t>v 4.295423 14.980753 0.287340</w:t>
        <w:br/>
        <w:t>v 4.339532 14.874703 0.276484</w:t>
        <w:br/>
        <w:t>v 4.322788 14.864471 0.320964</w:t>
        <w:br/>
        <w:t>v 4.303452 14.985452 0.221738</w:t>
        <w:br/>
        <w:t>v 4.338930 14.878181 0.214940</w:t>
        <w:br/>
        <w:t>v 4.189816 15.052730 0.314667</w:t>
        <w:br/>
        <w:t>v 4.208132 15.067900 0.271199</w:t>
        <w:br/>
        <w:t>v 4.278799 14.974948 0.059024</w:t>
        <w:br/>
        <w:t>v 4.288130 14.920570 0.059870</w:t>
        <w:br/>
        <w:t>v 4.311873 14.898187 0.130158</w:t>
        <w:br/>
        <w:t>v 4.286377 14.973760 0.132248</w:t>
        <w:br/>
        <w:t>v 4.208803 15.056109 0.210210</w:t>
        <w:br/>
        <w:t>v 4.221716 15.027827 0.127294</w:t>
        <w:br/>
        <w:t>v 4.232989 14.997353 0.059594</w:t>
        <w:br/>
        <w:t>v 4.302419 14.917666 0.056987</w:t>
        <w:br/>
        <w:t>v 4.288130 14.920570 0.059870</w:t>
        <w:br/>
        <w:t>v 4.165733 14.894601 0.055036</w:t>
        <w:br/>
        <w:t>v 4.157954 14.958182 0.056457</w:t>
        <w:br/>
        <w:t>v 4.176556 14.956674 0.059310</w:t>
        <w:br/>
        <w:t>v 4.192586 14.910297 0.057365</w:t>
        <w:br/>
        <w:t>v 4.249425 14.810718 0.277707</w:t>
        <w:br/>
        <w:t>v 4.167510 14.891669 0.289864</w:t>
        <w:br/>
        <w:t>v 4.188006 14.906929 0.335943</w:t>
        <w:br/>
        <w:t>v 4.262235 14.822440 0.321134</w:t>
        <w:br/>
        <w:t>v 4.247516 14.811007 0.214492</w:t>
        <w:br/>
        <w:t>v 4.164329 14.888658 0.224097</w:t>
        <w:br/>
        <w:t>v 4.116653 15.004210 0.268907</w:t>
        <w:br/>
        <w:t>v 4.130650 15.008425 0.314211</w:t>
        <w:br/>
        <w:t>v 4.239279 14.847244 0.130949</w:t>
        <w:br/>
        <w:t>v 4.230196 14.879070 0.059678</w:t>
        <w:br/>
        <w:t>v 4.192586 14.910297 0.057365</w:t>
        <w:br/>
        <w:t>v 4.181306 14.900764 0.135075</w:t>
        <w:br/>
        <w:t>v 4.148232 14.976990 0.128144</w:t>
        <w:br/>
        <w:t>v 4.116071 14.997426 0.208834</w:t>
        <w:br/>
        <w:t>v 4.176556 14.956674 0.059310</w:t>
        <w:br/>
        <w:t>v 4.230196 14.879070 0.059678</w:t>
        <w:br/>
        <w:t>v 4.224284 14.863540 0.056451</w:t>
        <w:br/>
        <w:t>v 4.177920 15.007895 0.342973</w:t>
        <w:br/>
        <w:t>v 4.134711 15.070122 0.305476</w:t>
        <w:br/>
        <w:t>v 4.296296 14.838704 0.126686</w:t>
        <w:br/>
        <w:t>v 4.269281 14.877542 0.061219</w:t>
        <w:br/>
        <w:t>v 4.128074 15.079428 0.195249</w:t>
        <w:br/>
        <w:t>v 4.158379 15.036293 0.122881</w:t>
        <w:br/>
        <w:t>v 4.325664 14.796487 0.204956</w:t>
        <w:br/>
        <w:t>v 4.188174 14.993796 0.060977</w:t>
        <w:br/>
        <w:t>v 4.269281 14.877542 0.061219</w:t>
        <w:br/>
        <w:t>v 4.275217 14.869069 0.057874</w:t>
        <w:br/>
        <w:t>v 4.188174 14.993796 0.060977</w:t>
        <w:br/>
        <w:t>v 4.181980 15.002631 0.057759</w:t>
        <w:br/>
        <w:t>v 4.318611 14.806748 0.313417</w:t>
        <w:br/>
        <w:t>v 4.276056 14.867353 0.346649</w:t>
        <w:br/>
        <w:t>v 4.329430 14.791095 0.264313</w:t>
        <w:br/>
        <w:t>v 4.325664 14.796487 0.204956</w:t>
        <w:br/>
        <w:t>v 4.123811 15.085525 0.253960</w:t>
        <w:br/>
        <w:t>v 4.134711 15.070122 0.305476</w:t>
        <w:br/>
        <w:t>v 4.228229 14.935944 0.355698</w:t>
        <w:br/>
        <w:t>v 4.276056 14.867353 0.346649</w:t>
        <w:br/>
        <w:t>v 4.128074 15.079428 0.195249</w:t>
        <w:br/>
        <w:t>v 4.177920 15.007895 0.342973</w:t>
        <w:br/>
        <w:t>v 4.318611 14.806748 0.313417</w:t>
        <w:br/>
        <w:t>v 4.134711 15.070122 0.305476</w:t>
        <w:br/>
        <w:t>v 4.296296 14.838704 0.126686</w:t>
        <w:br/>
        <w:t>v 4.269281 14.877542 0.061219</w:t>
        <w:br/>
        <w:t>v 4.158379 15.036293 0.122881</w:t>
        <w:br/>
        <w:t>v 4.188174 14.993796 0.060977</w:t>
        <w:br/>
        <w:t>v 4.269281 14.877542 0.061219</w:t>
        <w:br/>
        <w:t>v 4.275217 14.869069 0.057874</w:t>
        <w:br/>
        <w:t>v 4.181980 15.002631 0.057759</w:t>
        <w:br/>
        <w:t>v 4.188174 14.993796 0.060977</w:t>
        <w:br/>
        <w:t>v 4.329430 14.791095 0.264313</w:t>
        <w:br/>
        <w:t>v 4.123811 15.085525 0.253960</w:t>
        <w:br/>
        <w:t>v 4.228229 14.935944 0.355698</w:t>
        <w:br/>
        <w:t>v 4.236421 15.025101 0.040162</w:t>
        <w:br/>
        <w:t>v 4.304734 14.993398 0.040814</w:t>
        <w:br/>
        <w:t>v 4.317523 14.913506 0.040647</w:t>
        <w:br/>
        <w:t>v 4.153797 14.887630 0.040536</w:t>
        <w:br/>
        <w:t>v 4.145096 14.960745 0.040582</w:t>
        <w:br/>
        <w:t>v 4.221199 14.851055 0.040080</w:t>
        <w:br/>
        <w:t>v 4.282785 14.858265 0.040137</w:t>
        <w:br/>
        <w:t>v 4.174356 15.013512 0.040330</w:t>
        <w:br/>
        <w:t>v 4.282785 14.858265 0.040137</w:t>
        <w:br/>
        <w:t>v 4.174356 15.013512 0.040330</w:t>
        <w:br/>
        <w:t>v 4.153797 14.887630 -0.018260</w:t>
        <w:br/>
        <w:t>v 4.145096 14.960745 -0.018305</w:t>
        <w:br/>
        <w:t>v 4.282785 14.858265 -0.017861</w:t>
        <w:br/>
        <w:t>v 4.221199 14.851055 -0.017804</w:t>
        <w:br/>
        <w:t>v 4.318611 14.806748 0.313417</w:t>
        <w:br/>
        <w:t>v 4.293561 14.985451 -0.034045</w:t>
        <w:br/>
        <w:t>v 4.235395 15.011955 -0.034297</w:t>
        <w:br/>
        <w:t>v 4.232989 14.997353 -0.037318</w:t>
        <w:br/>
        <w:t>v 4.278799 14.974948 -0.036748</w:t>
        <w:br/>
        <w:t>v 4.339532 14.874701 -0.254208</w:t>
        <w:br/>
        <w:t>v 4.295423 14.980751 -0.265064</w:t>
        <w:br/>
        <w:t>v 4.271785 14.965321 -0.312565</w:t>
        <w:br/>
        <w:t>v 4.322786 14.864469 -0.298688</w:t>
        <w:br/>
        <w:t>v 4.338931 14.878181 -0.192664</w:t>
        <w:br/>
        <w:t>v 4.303452 14.985451 -0.199462</w:t>
        <w:br/>
        <w:t>v 4.208131 15.067899 -0.248923</w:t>
        <w:br/>
        <w:t>v 4.189816 15.052731 -0.292391</w:t>
        <w:br/>
        <w:t>v 4.311873 14.898187 -0.107881</w:t>
        <w:br/>
        <w:t>v 4.288130 14.920570 -0.037594</w:t>
        <w:br/>
        <w:t>v 4.278799 14.974948 -0.036748</w:t>
        <w:br/>
        <w:t>v 4.286379 14.973763 -0.109972</w:t>
        <w:br/>
        <w:t>v 4.221716 15.027827 -0.105017</w:t>
        <w:br/>
        <w:t>v 4.208803 15.056109 -0.187934</w:t>
        <w:br/>
        <w:t>v 4.232989 14.997353 -0.037318</w:t>
        <w:br/>
        <w:t>v 4.288130 14.920570 -0.037594</w:t>
        <w:br/>
        <w:t>v 4.302420 14.917668 -0.034711</w:t>
        <w:br/>
        <w:t>v 4.176556 14.956674 -0.037033</w:t>
        <w:br/>
        <w:t>v 4.157954 14.958182 -0.034181</w:t>
        <w:br/>
        <w:t>v 4.165732 14.894601 -0.032760</w:t>
        <w:br/>
        <w:t>v 4.192586 14.910297 -0.035089</w:t>
        <w:br/>
        <w:t>v 4.188004 14.906926 -0.313667</w:t>
        <w:br/>
        <w:t>v 4.167511 14.891671 -0.267588</w:t>
        <w:br/>
        <w:t>v 4.249424 14.810716 -0.255431</w:t>
        <w:br/>
        <w:t>v 4.262234 14.822438 -0.298858</w:t>
        <w:br/>
        <w:t>v 4.164329 14.888658 -0.201821</w:t>
        <w:br/>
        <w:t>v 4.247516 14.811007 -0.192215</w:t>
        <w:br/>
        <w:t>v 4.130649 15.008424 -0.291935</w:t>
        <w:br/>
        <w:t>v 4.116653 15.004210 -0.246631</w:t>
        <w:br/>
        <w:t>v 4.192586 14.910297 -0.035089</w:t>
        <w:br/>
        <w:t>v 4.230196 14.879068 -0.037401</w:t>
        <w:br/>
        <w:t>v 4.239279 14.847244 -0.108673</w:t>
        <w:br/>
        <w:t>v 4.181306 14.900764 -0.112799</w:t>
        <w:br/>
        <w:t>v 4.116071 14.997426 -0.186557</w:t>
        <w:br/>
        <w:t>v 4.148232 14.976990 -0.105867</w:t>
        <w:br/>
        <w:t>v 4.176556 14.956674 -0.037033</w:t>
        <w:br/>
        <w:t>v 4.224284 14.863540 -0.034175</w:t>
        <w:br/>
        <w:t>v 4.230196 14.879068 -0.037401</w:t>
        <w:br/>
        <w:t>v 4.177920 15.007897 -0.320697</w:t>
        <w:br/>
        <w:t>v 4.134712 15.070125 -0.283200</w:t>
        <w:br/>
        <w:t>v 4.296297 14.838707 -0.104410</w:t>
        <w:br/>
        <w:t>v 4.269281 14.877541 -0.038943</w:t>
        <w:br/>
        <w:t>v 4.158380 15.036295 -0.100604</w:t>
        <w:br/>
        <w:t>v 4.128074 15.079428 -0.172973</w:t>
        <w:br/>
        <w:t>v 4.325664 14.796487 -0.182680</w:t>
        <w:br/>
        <w:t>v 4.188174 14.993796 -0.038701</w:t>
        <w:br/>
        <w:t>v 4.269281 14.877541 -0.038943</w:t>
        <w:br/>
        <w:t>v 4.275217 14.869069 -0.035598</w:t>
        <w:br/>
        <w:t>v 4.181980 15.002631 -0.035483</w:t>
        <w:br/>
        <w:t>v 4.188174 14.993796 -0.038701</w:t>
        <w:br/>
        <w:t>v 4.318610 14.806746 -0.291141</w:t>
        <w:br/>
        <w:t>v 4.276056 14.867353 -0.324373</w:t>
        <w:br/>
        <w:t>v 4.325664 14.796487 -0.182680</w:t>
        <w:br/>
        <w:t>v 4.329430 14.791095 -0.242037</w:t>
        <w:br/>
        <w:t>v 4.134712 15.070125 -0.283200</w:t>
        <w:br/>
        <w:t>v 4.123811 15.085525 -0.231684</w:t>
        <w:br/>
        <w:t>v 4.276056 14.867353 -0.324373</w:t>
        <w:br/>
        <w:t>v 4.228228 14.935942 -0.333422</w:t>
        <w:br/>
        <w:t>v 4.128074 15.079428 -0.172973</w:t>
        <w:br/>
        <w:t>v 4.177920 15.007897 -0.320697</w:t>
        <w:br/>
        <w:t>v 4.318610 14.806746 -0.291141</w:t>
        <w:br/>
        <w:t>v 4.134712 15.070125 -0.283200</w:t>
        <w:br/>
        <w:t>v 4.296297 14.838707 -0.104410</w:t>
        <w:br/>
        <w:t>v 4.269281 14.877541 -0.038943</w:t>
        <w:br/>
        <w:t>v 4.158380 15.036295 -0.100604</w:t>
        <w:br/>
        <w:t>v 4.188174 14.993796 -0.038701</w:t>
        <w:br/>
        <w:t>v 4.269281 14.877541 -0.038943</w:t>
        <w:br/>
        <w:t>v 4.275217 14.869069 -0.035598</w:t>
        <w:br/>
        <w:t>v 4.188174 14.993796 -0.038701</w:t>
        <w:br/>
        <w:t>v 4.181980 15.002631 -0.035483</w:t>
        <w:br/>
        <w:t>v 4.329430 14.791095 -0.242037</w:t>
        <w:br/>
        <w:t>v 4.123811 15.085525 -0.231684</w:t>
        <w:br/>
        <w:t>v 4.228228 14.935942 -0.333422</w:t>
        <w:br/>
        <w:t>v 4.236421 15.025101 -0.017886</w:t>
        <w:br/>
        <w:t>v 4.304734 14.993398 -0.018538</w:t>
        <w:br/>
        <w:t>v 4.317523 14.913506 -0.018371</w:t>
        <w:br/>
        <w:t>v 4.282785 14.858265 -0.017861</w:t>
        <w:br/>
        <w:t>v 4.174356 15.013512 -0.018054</w:t>
        <w:br/>
        <w:t>v 4.174356 15.013512 -0.018054</w:t>
        <w:br/>
        <w:t>v 4.282785 14.858265 -0.017861</w:t>
        <w:br/>
        <w:t>v 4.318610 14.806746 -0.291141</w:t>
        <w:br/>
        <w:t>v 4.200583 14.902535 0.096128</w:t>
        <w:br/>
        <w:t>v 4.275317 14.832448 0.210223</w:t>
        <w:br/>
        <w:t>v 4.260776 14.814070 0.212765</w:t>
        <w:br/>
        <w:t>v 4.188762 14.882624 0.102497</w:t>
        <w:br/>
        <w:t>v 4.219098 14.907387 0.081618</w:t>
        <w:br/>
        <w:t>v 4.294949 14.836848 0.197240</w:t>
        <w:br/>
        <w:t>v 4.233459 14.894334 0.067469</w:t>
        <w:br/>
        <w:t>v 4.308174 14.824700 0.181422</w:t>
        <w:br/>
        <w:t>v 4.235254 14.871023 0.061967</w:t>
        <w:br/>
        <w:t>v 4.307242 14.803109 0.172035</w:t>
        <w:br/>
        <w:t>v 4.223432 14.851111 0.068337</w:t>
        <w:br/>
        <w:t>v 4.292702 14.784730 0.174577</w:t>
        <w:br/>
        <w:t>v 4.204917 14.846259 0.082847</w:t>
        <w:br/>
        <w:t>v 4.273069 14.780328 0.187560</w:t>
        <w:br/>
        <w:t>v 4.190557 14.859315 0.096996</w:t>
        <w:br/>
        <w:t>v 4.259845 14.792482 0.203378</w:t>
        <w:br/>
        <w:t>v 4.273069 14.780328 0.187560</w:t>
        <w:br/>
        <w:t>v 4.204917 14.846259 0.082847</w:t>
        <w:br/>
        <w:t>v 4.343888 14.746158 0.316913</w:t>
        <w:br/>
        <w:t>v 4.327340 14.729221 0.316475</w:t>
        <w:br/>
        <w:t>v 4.364422 14.750078 0.305212</w:t>
        <w:br/>
        <w:t>v 4.376908 14.738682 0.288225</w:t>
        <w:br/>
        <w:t>v 4.374034 14.718645 0.275904</w:t>
        <w:br/>
        <w:t>v 4.357484 14.701708 0.275466</w:t>
        <w:br/>
        <w:t>v 4.336952 14.697787 0.287168</w:t>
        <w:br/>
        <w:t>v 4.324464 14.709182 0.304154</w:t>
        <w:br/>
        <w:t>v 4.336952 14.697787 0.287168</w:t>
        <w:br/>
        <w:t>v 4.404171 14.644159 0.415199</w:t>
        <w:br/>
        <w:t>v 4.386354 14.628470 0.412679</w:t>
        <w:br/>
        <w:t>v 4.425361 14.647608 0.404501</w:t>
        <w:br/>
        <w:t>v 4.437507 14.636795 0.386851</w:t>
        <w:br/>
        <w:t>v 4.433498 14.618057 0.372589</w:t>
        <w:br/>
        <w:t>v 4.415682 14.602370 0.370068</w:t>
        <w:br/>
        <w:t>v 4.394493 14.598924 0.380767</w:t>
        <w:br/>
        <w:t>v 4.382345 14.609734 0.398417</w:t>
        <w:br/>
        <w:t>v 4.394493 14.598924 0.380767</w:t>
        <w:br/>
        <w:t>v 4.457354 14.533238 0.507444</w:t>
        <w:br/>
        <w:t>v 4.438747 14.518587 0.503432</w:t>
        <w:br/>
        <w:t>v 4.479028 14.536264 0.497550</w:t>
        <w:br/>
        <w:t>v 4.491075 14.525893 0.479544</w:t>
        <w:br/>
        <w:t>v 4.486437 14.508206 0.463974</w:t>
        <w:br/>
        <w:t>v 4.467831 14.493555 0.459961</w:t>
        <w:br/>
        <w:t>v 4.446157 14.490531 0.469856</w:t>
        <w:br/>
        <w:t>v 4.434111 14.500899 0.487862</w:t>
        <w:br/>
        <w:t>v 4.446157 14.490531 0.469856</w:t>
        <w:br/>
        <w:t>v 4.260777 14.814071 -0.194666</w:t>
        <w:br/>
        <w:t>v 4.275317 14.832448 -0.192124</w:t>
        <w:br/>
        <w:t>v 4.200583 14.902535 -0.078029</w:t>
        <w:br/>
        <w:t>v 4.188762 14.882624 -0.084399</w:t>
        <w:br/>
        <w:t>v 4.294950 14.836851 -0.179141</w:t>
        <w:br/>
        <w:t>v 4.219098 14.907387 -0.063519</w:t>
        <w:br/>
        <w:t>v 4.308174 14.824697 -0.163323</w:t>
        <w:br/>
        <w:t>v 4.233460 14.894336 -0.049370</w:t>
        <w:br/>
        <w:t>v 4.307243 14.803110 -0.153936</w:t>
        <w:br/>
        <w:t>v 4.235254 14.871023 -0.043869</w:t>
        <w:br/>
        <w:t>v 4.292702 14.784730 -0.156478</w:t>
        <w:br/>
        <w:t>v 4.223432 14.851111 -0.050238</w:t>
        <w:br/>
        <w:t>v 4.273069 14.780328 -0.169461</w:t>
        <w:br/>
        <w:t>v 4.204917 14.846259 -0.064748</w:t>
        <w:br/>
        <w:t>v 4.273069 14.780328 -0.169461</w:t>
        <w:br/>
        <w:t>v 4.259845 14.792482 -0.185279</w:t>
        <w:br/>
        <w:t>v 4.190557 14.859315 -0.078897</w:t>
        <w:br/>
        <w:t>v 4.204917 14.846259 -0.064748</w:t>
        <w:br/>
        <w:t>v 4.327339 14.729219 -0.298376</w:t>
        <w:br/>
        <w:t>v 4.343890 14.746161 -0.298814</w:t>
        <w:br/>
        <w:t>v 4.364422 14.750077 -0.287113</w:t>
        <w:br/>
        <w:t>v 4.376907 14.738680 -0.270126</w:t>
        <w:br/>
        <w:t>v 4.374034 14.718644 -0.257806</w:t>
        <w:br/>
        <w:t>v 4.357484 14.701708 -0.257368</w:t>
        <w:br/>
        <w:t>v 4.336951 14.697786 -0.269069</w:t>
        <w:br/>
        <w:t>v 4.336951 14.697786 -0.269069</w:t>
        <w:br/>
        <w:t>v 4.324465 14.709183 -0.286055</w:t>
        <w:br/>
        <w:t>v 4.386354 14.628472 -0.394580</w:t>
        <w:br/>
        <w:t>v 4.404171 14.644158 -0.397101</w:t>
        <w:br/>
        <w:t>v 4.425361 14.647607 -0.386402</w:t>
        <w:br/>
        <w:t>v 4.437507 14.636791 -0.368753</w:t>
        <w:br/>
        <w:t>v 4.433498 14.618058 -0.354490</w:t>
        <w:br/>
        <w:t>v 4.415680 14.602366 -0.351970</w:t>
        <w:br/>
        <w:t>v 4.394493 14.598923 -0.362668</w:t>
        <w:br/>
        <w:t>v 4.394493 14.598923 -0.362668</w:t>
        <w:br/>
        <w:t>v 4.382345 14.609733 -0.380318</w:t>
        <w:br/>
        <w:t>v 4.438747 14.518588 -0.485333</w:t>
        <w:br/>
        <w:t>v 4.457353 14.533237 -0.489346</w:t>
        <w:br/>
        <w:t>v 4.479029 14.536268 -0.479451</w:t>
        <w:br/>
        <w:t>v 4.491075 14.525894 -0.461445</w:t>
        <w:br/>
        <w:t>v 4.486437 14.508206 -0.445875</w:t>
        <w:br/>
        <w:t>v 4.467831 14.493556 -0.441863</w:t>
        <w:br/>
        <w:t>v 4.446157 14.490530 -0.451758</w:t>
        <w:br/>
        <w:t>v 4.446157 14.490530 -0.451758</w:t>
        <w:br/>
        <w:t>v 4.434111 14.500901 -0.469764</w:t>
        <w:br/>
        <w:t>v 1.091279 16.668640 0.351827</w:t>
        <w:br/>
        <w:t>v 1.050605 16.616417 0.468835</w:t>
        <w:br/>
        <w:t>v 1.168185 16.655125 0.499190</w:t>
        <w:br/>
        <w:t>v 1.249751 16.713892 0.305737</w:t>
        <w:br/>
        <w:t>v 1.195497 16.804010 -0.305557</w:t>
        <w:br/>
        <w:t>v 1.144716 16.753487 -0.206476</w:t>
        <w:br/>
        <w:t>v 1.286958 16.787666 -0.109477</w:t>
        <w:br/>
        <w:t>v 1.031700 16.731752 -0.423095</w:t>
        <w:br/>
        <w:t>v 1.105662 16.757727 -0.298667</w:t>
        <w:br/>
        <w:t>v 1.104240 16.788179 -0.470708</w:t>
        <w:br/>
        <w:t>v 1.175849 16.755770 -0.102451</w:t>
        <w:br/>
        <w:t>v 1.176032 16.749226 0.015087</w:t>
        <w:br/>
        <w:t>v 1.278760 16.756460 0.099518</w:t>
        <w:br/>
        <w:t>v 1.162597 16.721525 0.168216</w:t>
        <w:br/>
        <w:t>v 1.135417 16.593882 0.593283</w:t>
        <w:br/>
        <w:t>v 1.038066 16.541368 0.564030</w:t>
        <w:br/>
        <w:t>v 1.024243 16.436256 0.670415</w:t>
        <w:br/>
        <w:t>v 0.909657 16.713682 -0.548543</w:t>
        <w:br/>
        <w:t>v 1.031700 16.731752 -0.423095</w:t>
        <w:br/>
        <w:t>v 0.879168 16.736835 1.074628</w:t>
        <w:br/>
        <w:t>v 1.026723 16.778725 0.991364</w:t>
        <w:br/>
        <w:t>v 1.086119 16.633039 0.974041</w:t>
        <w:br/>
        <w:t>v 0.925246 16.600052 1.077383</w:t>
        <w:br/>
        <w:t>v 0.775252 16.873844 0.986831</w:t>
        <w:br/>
        <w:t>v 0.903993 16.929502 0.923735</w:t>
        <w:br/>
        <w:t>v 0.577949 16.919594 0.765842</w:t>
        <w:br/>
        <w:t>v 0.663100 16.960657 0.669842</w:t>
        <w:br/>
        <w:t>v 0.752126 16.984222 0.771168</w:t>
        <w:br/>
        <w:t>v 0.643642 16.927874 0.847844</w:t>
        <w:br/>
        <w:t>v 1.144501 16.834459 0.858040</w:t>
        <w:br/>
        <w:t>v 1.183389 16.709101 0.850928</w:t>
        <w:br/>
        <w:t>v 1.020325 16.984179 0.806311</w:t>
        <w:br/>
        <w:t>v 0.760303 17.007839 0.594723</w:t>
        <w:br/>
        <w:t>v 0.857369 17.043022 0.686478</w:t>
        <w:br/>
        <w:t>v 1.080585 16.501949 0.932583</w:t>
        <w:br/>
        <w:t>v 0.927254 16.465508 1.023210</w:t>
        <w:br/>
        <w:t>v 1.183499 16.911530 0.743020</w:t>
        <w:br/>
        <w:t>v 1.237355 16.785006 0.729034</w:t>
        <w:br/>
        <w:t>v 1.056504 17.048882 0.698744</w:t>
        <w:br/>
        <w:t>v 0.788968 17.069317 0.522246</w:t>
        <w:br/>
        <w:t>v 0.899706 17.102016 0.596237</w:t>
        <w:br/>
        <w:t>v 1.186941 16.586706 0.811267</w:t>
        <w:br/>
        <w:t>v 1.237920 16.670549 0.673141</w:t>
        <w:br/>
        <w:t>v 1.279199 16.871738 0.612445</w:t>
        <w:br/>
        <w:t>v 1.212354 17.001846 0.622157</w:t>
        <w:br/>
        <w:t>v 1.331517 17.064066 0.423333</w:t>
        <w:br/>
        <w:t>v 1.389459 16.921436 0.396910</w:t>
        <w:br/>
        <w:t>v 1.080640 17.128319 0.576392</w:t>
        <w:br/>
        <w:t>v 1.179724 17.208485 0.394895</w:t>
        <w:br/>
        <w:t>v 0.794628 17.139439 0.418298</w:t>
        <w:br/>
        <w:t>v 0.847423 17.189562 0.312486</w:t>
        <w:br/>
        <w:t>v 1.013953 17.235966 0.374413</w:t>
        <w:br/>
        <w:t>v 0.943740 17.164480 0.504121</w:t>
        <w:br/>
        <w:t>v 1.274382 16.741745 0.576565</w:t>
        <w:br/>
        <w:t>v 1.371614 16.804005 0.364617</w:t>
        <w:br/>
        <w:t>v 1.399269 17.132156 0.229129</w:t>
        <w:br/>
        <w:t>v 1.437796 16.976866 0.200575</w:t>
        <w:br/>
        <w:t>v 1.284478 17.257103 0.229863</w:t>
        <w:br/>
        <w:t>v 1.376489 17.217501 0.054419</w:t>
        <w:br/>
        <w:t>v 1.278978 17.311724 0.068707</w:t>
        <w:br/>
        <w:t>v 1.095747 17.299398 0.231595</w:t>
        <w:br/>
        <w:t>v 0.909019 17.221945 0.200720</w:t>
        <w:br/>
        <w:t>v 0.923010 17.256536 0.086026</w:t>
        <w:br/>
        <w:t>v 1.117244 17.353098 0.027983</w:t>
        <w:br/>
        <w:t>v 0.781015 17.012497 0.105631</w:t>
        <w:br/>
        <w:t>v 0.685201 16.990934 -0.043669</w:t>
        <w:br/>
        <w:t>v 1.432381 16.970791 -0.003083</w:t>
        <w:br/>
        <w:t>v 1.408725 16.850613 0.162246</w:t>
        <w:br/>
        <w:t>v 1.379153 16.994127 -0.174320</w:t>
        <w:br/>
        <w:t>v 1.383939 17.089298 -0.146696</w:t>
        <w:br/>
        <w:t>v 1.303699 17.105366 -0.328347</w:t>
        <w:br/>
        <w:t>v 1.299695 16.984467 -0.349259</w:t>
        <w:br/>
        <w:t>v 1.341562 17.225555 -0.106373</w:t>
        <w:br/>
        <w:t>v 1.260145 17.240643 -0.266773</w:t>
        <w:br/>
        <w:t>v 1.247783 17.323433 -0.071824</w:t>
        <w:br/>
        <w:t>v 1.167794 17.318575 -0.209158</w:t>
        <w:br/>
        <w:t>v 0.584186 16.977541 -0.132391</w:t>
        <w:br/>
        <w:t>v 0.750862 17.257244 -0.191577</w:t>
        <w:br/>
        <w:t>v 0.874254 17.239986 -0.057393</w:t>
        <w:br/>
        <w:t>v 1.272587 16.904976 -0.347458</w:t>
        <w:br/>
        <w:t>v 1.377994 16.892109 -0.104606</w:t>
        <w:br/>
        <w:t>v 1.202077 17.123154 -0.472519</w:t>
        <w:br/>
        <w:t>v 1.202952 16.972876 -0.500953</w:t>
        <w:br/>
        <w:t>v 1.144240 17.273254 -0.426873</w:t>
        <w:br/>
        <w:t>v 1.059459 17.375246 -0.347478</w:t>
        <w:br/>
        <w:t>v 0.838411 17.252520 -0.684429</w:t>
        <w:br/>
        <w:t>v 0.638832 17.260967 -0.788876</w:t>
        <w:br/>
        <w:t>v 0.738607 17.107668 -0.814390</w:t>
        <w:br/>
        <w:t>v 0.887110 17.135954 -0.724577</w:t>
        <w:br/>
        <w:t>v 0.761357 17.346712 -0.581522</w:t>
        <w:br/>
        <w:t>v 0.581525 17.388287 -0.675082</w:t>
        <w:br/>
        <w:t>v 0.601938 17.222738 -0.292048</w:t>
        <w:br/>
        <w:t>v 0.449149 17.232986 -0.355126</w:t>
        <w:br/>
        <w:t>v 0.507225 17.363966 -0.494799</w:t>
        <w:br/>
        <w:t>v 0.671256 17.340893 -0.431288</w:t>
        <w:br/>
        <w:t>v 0.499572 16.992065 -0.180558</w:t>
        <w:br/>
        <w:t>v 0.361447 17.004515 -0.234658</w:t>
        <w:br/>
        <w:t>v 0.754039 16.964901 -0.822747</w:t>
        <w:br/>
        <w:t>v 0.605015 17.117851 -0.872324</w:t>
        <w:br/>
        <w:t>v 0.602096 16.976404 -0.904676</w:t>
        <w:br/>
        <w:t>v 0.235830 17.027929 -0.275491</w:t>
        <w:br/>
        <w:t>v 0.275290 17.223728 -0.411524</w:t>
        <w:br/>
        <w:t>v 0.623161 16.650091 -0.762951</w:t>
        <w:br/>
        <w:t>v 0.620263 16.647699 -0.729277</w:t>
        <w:br/>
        <w:t>v 0.672638 16.692137 -0.696214</w:t>
        <w:br/>
        <w:t>v 0.691174 16.701128 -0.766624</w:t>
        <w:br/>
        <w:t>v 0.669968 16.770775 -0.839521</w:t>
        <w:br/>
        <w:t>v 0.576655 16.794617 -0.839358</w:t>
        <w:br/>
        <w:t>v 0.509736 16.746248 -0.830688</w:t>
        <w:br/>
        <w:t>v 0.624755 16.709291 -0.833227</w:t>
        <w:br/>
        <w:t>v 0.649254 16.868696 -0.849655</w:t>
        <w:br/>
        <w:t>v 0.711925 16.852856 -0.837573</w:t>
        <w:br/>
        <w:t>v 0.408870 17.120649 -0.928998</w:t>
        <w:br/>
        <w:t>v 0.384353 17.280869 -0.869654</w:t>
        <w:br/>
        <w:t>v 0.193185 17.277193 -0.897602</w:t>
        <w:br/>
        <w:t>v 0.186678 17.124315 -0.959413</w:t>
        <w:br/>
        <w:t>v 0.356674 17.401571 -0.744944</w:t>
        <w:br/>
        <w:t>v 0.178571 17.375570 -0.767778</w:t>
        <w:br/>
        <w:t>v 0.310438 17.378761 -0.563844</w:t>
        <w:br/>
        <w:t>v 0.146353 17.218128 -0.453649</w:t>
        <w:br/>
        <w:t>v 0.159253 17.346298 -0.601085</w:t>
        <w:br/>
        <w:t>v 0.509736 16.746248 -0.830688</w:t>
        <w:br/>
        <w:t>v 0.388739 16.666601 -0.830988</w:t>
        <w:br/>
        <w:t>v 0.472486 16.713018 -0.794651</w:t>
        <w:br/>
        <w:t>v 0.422928 16.969931 -0.967166</w:t>
        <w:br/>
        <w:t>v 0.294434 16.882278 -1.003102</w:t>
        <w:br/>
        <w:t>v 0.436853 16.876925 -0.983745</w:t>
        <w:br/>
        <w:t>v 0.657431 16.517845 1.076475</w:t>
        <w:br/>
        <w:t>v 0.642668 16.616123 1.051391</w:t>
        <w:br/>
        <w:t>v 0.730177 16.674227 1.083723</w:t>
        <w:br/>
        <w:t>v 0.765725 16.569424 1.101308</w:t>
        <w:br/>
        <w:t>v 0.587482 16.684330 1.004528</w:t>
        <w:br/>
        <w:t>v 0.654415 16.787415 1.008557</w:t>
        <w:br/>
        <w:t>v 0.525797 16.723043 0.954784</w:t>
        <w:br/>
        <w:t>v 0.506715 16.837984 0.847941</w:t>
        <w:br/>
        <w:t>v 0.567235 16.854132 0.921685</w:t>
        <w:br/>
        <w:t>v 0.658352 16.443138 1.068602</w:t>
        <w:br/>
        <w:t>v 0.779990 16.447958 1.070164</w:t>
        <w:br/>
        <w:t>v 0.600771 16.443733 1.040155</w:t>
        <w:br/>
        <w:t>v 0.554270 16.471836 0.982957</w:t>
        <w:br/>
        <w:t>v 0.473629 16.632658 0.871199</w:t>
        <w:br/>
        <w:t>v 0.468568 16.698139 0.832543</w:t>
        <w:br/>
        <w:t>v 0.529824 16.543549 0.943907</w:t>
        <w:br/>
        <w:t>v 0.472486 16.713018 -0.794651</w:t>
        <w:br/>
        <w:t>v 0.505527 16.641506 -0.789944</w:t>
        <w:br/>
        <w:t>v 0.539409 16.646580 -0.806328</w:t>
        <w:br/>
        <w:t>v 0.498401 16.526239 0.867499</w:t>
        <w:br/>
        <w:t>v 0.498089 16.550726 0.889212</w:t>
        <w:br/>
        <w:t>v 0.494827 16.590769 0.899029</w:t>
        <w:br/>
        <w:t>v 0.725122 17.028311 0.337250</w:t>
        <w:br/>
        <w:t>v 0.767990 17.046354 0.243396</w:t>
        <w:br/>
        <w:t>v 0.533218 16.786478 -0.871070</w:t>
        <w:br/>
        <w:t>v 0.565831 16.860943 -0.906431</w:t>
        <w:br/>
        <w:t>v 1.162588 16.877335 -0.500475</w:t>
        <w:br/>
        <w:t>v 0.960377 17.396738 -0.249269</w:t>
        <w:br/>
        <w:t>v 1.032050 17.347660 -0.135204</w:t>
        <w:br/>
        <w:t>v 1.013561 17.288952 -0.566056</w:t>
        <w:br/>
        <w:t>v 1.063130 17.125273 -0.604982</w:t>
        <w:br/>
        <w:t>v 0.929613 17.390938 -0.467471</w:t>
        <w:br/>
        <w:t>v 0.833235 17.395815 -0.330531</w:t>
        <w:br/>
        <w:t>v 0.721974 16.716660 -0.659023</w:t>
        <w:br/>
        <w:t>v 0.873847 16.773657 -0.695593</w:t>
        <w:br/>
        <w:t>v 0.785671 16.772833 -0.779872</w:t>
        <w:br/>
        <w:t>v 0.799247 16.736189 -0.689898</w:t>
        <w:br/>
        <w:t>v 0.903279 16.972467 -0.748592</w:t>
        <w:br/>
        <w:t>v 0.425874 16.727945 -0.935898</w:t>
        <w:br/>
        <w:t>v 0.304995 16.709482 -0.966028</w:t>
        <w:br/>
        <w:t>v 0.284139 16.639542 -0.861922</w:t>
        <w:br/>
        <w:t>v 0.000701 17.125256 -0.966534</w:t>
        <w:br/>
        <w:t>v 0.000701 16.978430 -0.987364</w:t>
        <w:br/>
        <w:t>v 0.159990 16.972807 -0.986204</w:t>
        <w:br/>
        <w:t>v 0.000701 17.247805 -0.909457</w:t>
        <w:br/>
        <w:t>v 0.000701 17.334351 -0.779997</w:t>
        <w:br/>
        <w:t>v 0.127724 17.027580 -0.310564</w:t>
        <w:br/>
        <w:t>v 0.000701 16.883348 -0.995765</w:t>
        <w:br/>
        <w:t>v 0.153714 16.883984 -1.000301</w:t>
        <w:br/>
        <w:t>v 0.129027 16.660435 -0.879948</w:t>
        <w:br/>
        <w:t>v 0.136611 16.723783 -0.956718</w:t>
        <w:br/>
        <w:t>v 0.000701 16.740602 -0.952279</w:t>
        <w:br/>
        <w:t>v 0.000683 16.672924 -0.877985</w:t>
        <w:br/>
        <w:t>v 0.542524 16.424097 0.957319</w:t>
        <w:br/>
        <w:t>v 1.074820 16.967037 -0.628032</w:t>
        <w:br/>
        <w:t>v 0.943163 16.850666 -0.705366</w:t>
        <w:br/>
        <w:t>v 1.031477 16.856363 -0.631770</w:t>
        <w:br/>
        <w:t>v 1.428880 17.080587 0.035925</w:t>
        <w:br/>
        <w:t>v 0.595672 16.650932 -0.807973</w:t>
        <w:br/>
        <w:t>v 0.854823 16.851774 -0.773733</w:t>
        <w:br/>
        <w:t>v 0.582841 16.604906 -0.788524</w:t>
        <w:br/>
        <w:t>v 0.556816 16.600105 -0.795888</w:t>
        <w:br/>
        <w:t>v 0.569941 16.541683 -0.756617</w:t>
        <w:br/>
        <w:t>v 0.435067 16.787758 -0.974367</w:t>
        <w:br/>
        <w:t>v 0.309898 16.780294 -1.003323</w:t>
        <w:br/>
        <w:t>v 0.143019 16.790083 -0.993039</w:t>
        <w:br/>
        <w:t>v 0.000701 16.798670 -0.984675</w:t>
        <w:br/>
        <w:t>v 0.964027 16.772104 -0.612194</w:t>
        <w:br/>
        <w:t>v 0.841238 16.354364 0.896613</w:t>
        <w:br/>
        <w:t>v 0.887127 16.389778 0.946126</w:t>
        <w:br/>
        <w:t>v 1.017671 16.407015 0.856344</w:t>
        <w:br/>
        <w:t>v 0.938582 16.372696 0.788367</w:t>
        <w:br/>
        <w:t>v 1.127293 16.478468 0.745637</w:t>
        <w:br/>
        <w:t>v 0.615021 16.390558 1.026160</w:t>
        <w:br/>
        <w:t>v 0.744713 16.389854 1.037598</w:t>
        <w:br/>
        <w:t>v 0.723190 16.348982 0.999003</w:t>
        <w:br/>
        <w:t>v 0.521943 16.846207 0.690656</w:t>
        <w:br/>
        <w:t>v 0.579170 16.890497 0.590806</w:t>
        <w:br/>
        <w:t>v 0.708317 16.909157 0.513885</w:t>
        <w:br/>
        <w:t>v 0.725817 16.978905 0.451989</w:t>
        <w:br/>
        <w:t>v 0.482640 16.774628 0.774100</w:t>
        <w:br/>
        <w:t>v 0.593533 16.607180 -0.762914</w:t>
        <w:br/>
        <w:t>v 0.569941 16.541683 -0.756617</w:t>
        <w:br/>
        <w:t>v 0.592901 16.609417 -0.746547</w:t>
        <w:br/>
        <w:t>v 0.528741 16.594660 -0.779660</w:t>
        <w:br/>
        <w:t>v 0.000701 17.029213 -0.334866</w:t>
        <w:br/>
        <w:t>v 0.000701 17.197950 -0.473256</w:t>
        <w:br/>
        <w:t>v 0.000701 17.299873 -0.615640</w:t>
        <w:br/>
        <w:t>v 0.686270 16.843647 0.477319</w:t>
        <w:br/>
        <w:t>v 0.729003 16.876801 0.295741</w:t>
        <w:br/>
        <w:t>v 0.696200 16.888668 -0.020264</w:t>
        <w:br/>
        <w:t>v 0.579964 16.902369 -0.128472</w:t>
        <w:br/>
        <w:t>v 0.380268 16.816771 -0.259762</w:t>
        <w:br/>
        <w:t>v 0.223890 16.759489 -0.339792</w:t>
        <w:br/>
        <w:t>v 0.772571 16.819765 0.125766</w:t>
        <w:br/>
        <w:t>v 0.000351 16.708109 -0.376973</w:t>
        <w:br/>
        <w:t>v 0.591645 16.370823 0.991816</w:t>
        <w:br/>
        <w:t>v -1.166783 16.655125 0.499190</w:t>
        <w:br/>
        <w:t>v -1.049922 16.616417 0.468835</w:t>
        <w:br/>
        <w:t>v -1.090597 16.668640 0.351827</w:t>
        <w:br/>
        <w:t>v -1.248350 16.713892 0.305737</w:t>
        <w:br/>
        <w:t>v -1.143351 16.753487 -0.206476</w:t>
        <w:br/>
        <w:t>v -1.194076 16.804037 -0.305547</w:t>
        <w:br/>
        <w:t>v -1.285658 16.787485 -0.109520</w:t>
        <w:br/>
        <w:t>v -1.104297 16.757727 -0.298667</w:t>
        <w:br/>
        <w:t>v -1.030912 16.731462 -0.423581</w:t>
        <w:br/>
        <w:t>v -1.103278 16.787556 -0.471000</w:t>
        <w:br/>
        <w:t>v -1.174484 16.755770 -0.102451</w:t>
        <w:br/>
        <w:t>v -1.277358 16.756460 0.099517</w:t>
        <w:br/>
        <w:t>v -1.174667 16.749226 0.015087</w:t>
        <w:br/>
        <w:t>v -1.187516 16.711058 0.168217</w:t>
        <w:br/>
        <w:t>v -1.133909 16.594006 0.593351</w:t>
        <w:br/>
        <w:t>v -1.037383 16.541368 0.564030</w:t>
        <w:br/>
        <w:t>v -1.023560 16.436256 0.670415</w:t>
        <w:br/>
        <w:t>v -0.908841 16.713718 -0.549231</w:t>
        <w:br/>
        <w:t>v -1.030912 16.731462 -0.423581</w:t>
        <w:br/>
        <w:t>v -1.085309 16.632957 0.974755</w:t>
        <w:br/>
        <w:t>v -1.025659 16.779018 0.991935</w:t>
        <w:br/>
        <w:t>v -0.877794 16.736916 1.074839</w:t>
        <w:br/>
        <w:t>v -0.924034 16.600006 1.077895</w:t>
        <w:br/>
        <w:t>v -0.902599 16.929592 0.923807</w:t>
        <w:br/>
        <w:t>v -0.773863 16.873697 0.986677</w:t>
        <w:br/>
        <w:t>v -0.750725 16.984200 0.771162</w:t>
        <w:br/>
        <w:t>v -0.661737 16.960527 0.669834</w:t>
        <w:br/>
        <w:t>v -0.576976 16.918985 0.765763</w:t>
        <w:br/>
        <w:t>v -0.642278 16.927778 0.847799</w:t>
        <w:br/>
        <w:t>v -1.183014 16.709154 0.851575</w:t>
        <w:br/>
        <w:t>v -1.143749 16.834919 0.858690</w:t>
        <w:br/>
        <w:t>v -1.018996 16.984470 0.806518</w:t>
        <w:br/>
        <w:t>v -0.855988 17.042938 0.686444</w:t>
        <w:br/>
        <w:t>v -0.759482 17.006994 0.594665</w:t>
        <w:br/>
        <w:t>v -1.079852 16.501476 0.933153</w:t>
        <w:br/>
        <w:t>v -0.926180 16.465160 1.023770</w:t>
        <w:br/>
        <w:t>v -1.182807 16.912058 0.743605</w:t>
        <w:br/>
        <w:t>v -1.237125 16.785135 0.729555</w:t>
        <w:br/>
        <w:t>v -1.055179 17.049185 0.698961</w:t>
        <w:br/>
        <w:t>v -0.788291 17.068651 0.521935</w:t>
        <w:br/>
        <w:t>v -0.898468 17.101532 0.595966</w:t>
        <w:br/>
        <w:t>v -1.186815 16.586143 0.811632</w:t>
        <w:br/>
        <w:t>v -1.237872 16.669983 0.673208</w:t>
        <w:br/>
        <w:t>v -1.330879 17.064575 0.423854</w:t>
        <w:br/>
        <w:t>v -1.211621 17.002365 0.622711</w:t>
        <w:br/>
        <w:t>v -1.278881 16.871845 0.612966</w:t>
        <w:br/>
        <w:t>v -1.389258 16.921478 0.397382</w:t>
        <w:br/>
        <w:t>v -1.178550 17.209053 0.395242</w:t>
        <w:br/>
        <w:t>v -1.079352 17.128714 0.576659</w:t>
        <w:br/>
        <w:t>v -1.012553 17.235920 0.374395</w:t>
        <w:br/>
        <w:t>v -0.846512 17.188919 0.312477</w:t>
        <w:br/>
        <w:t>v -0.793780 17.138819 0.418122</w:t>
        <w:br/>
        <w:t>v -0.942393 17.164225 0.503988</w:t>
        <w:br/>
        <w:t>v -1.274070 16.741140 0.576728</w:t>
        <w:br/>
        <w:t>v -1.371211 16.803366 0.364779</w:t>
        <w:br/>
        <w:t>v -1.437717 16.976881 0.200721</w:t>
        <w:br/>
        <w:t>v -1.398866 17.132673 0.229421</w:t>
        <w:br/>
        <w:t>v -1.283403 17.257658 0.230092</w:t>
        <w:br/>
        <w:t>v -1.375865 17.218063 0.054454</w:t>
        <w:br/>
        <w:t>v -1.277674 17.311943 0.068730</w:t>
        <w:br/>
        <w:t>v -0.922882 17.255043 0.085506</w:t>
        <w:br/>
        <w:t>v -0.907680 17.221872 0.200707</w:t>
        <w:br/>
        <w:t>v -1.094370 17.299150 0.231517</w:t>
        <w:br/>
        <w:t>v -1.115883 17.351984 0.027810</w:t>
        <w:br/>
        <w:t>v -0.683799 16.990934 -0.043670</w:t>
        <w:br/>
        <w:t>v -0.779613 17.012497 0.105631</w:t>
        <w:br/>
        <w:t>v -1.432286 16.970594 -0.003300</w:t>
        <w:br/>
        <w:t>v -1.408400 16.850006 0.162183</w:t>
        <w:br/>
        <w:t>v -1.303278 17.105679 -0.328871</w:t>
        <w:br/>
        <w:t>v -1.383616 17.089573 -0.147061</w:t>
        <w:br/>
        <w:t>v -1.379088 16.993929 -0.174836</w:t>
        <w:br/>
        <w:t>v -1.299682 16.984278 -0.350002</w:t>
        <w:br/>
        <w:t>v -1.258998 17.240864 -0.266897</w:t>
        <w:br/>
        <w:t>v -1.340673 17.225943 -0.106531</w:t>
        <w:br/>
        <w:t>v -1.166164 17.318153 -0.209089</w:t>
        <w:br/>
        <w:t>v -1.246315 17.323339 -0.071811</w:t>
        <w:br/>
        <w:t>v -0.749460 17.257244 -0.191577</w:t>
        <w:br/>
        <w:t>v -0.582784 16.977541 -0.132391</w:t>
        <w:br/>
        <w:t>v -0.872906 17.239935 -0.057433</w:t>
        <w:br/>
        <w:t>v -1.272367 16.904335 -0.348048</w:t>
        <w:br/>
        <w:t>v -1.377796 16.891453 -0.105009</w:t>
        <w:br/>
        <w:t>v -1.201381 17.123428 -0.473088</w:t>
        <w:br/>
        <w:t>v -1.202544 16.972765 -0.501753</w:t>
        <w:br/>
        <w:t>v -1.143142 17.273554 -0.427086</w:t>
        <w:br/>
        <w:t>v -1.057839 17.374767 -0.347378</w:t>
        <w:br/>
        <w:t>v -0.737346 17.107758 -0.814673</w:t>
        <w:br/>
        <w:t>v -0.637473 17.261045 -0.788980</w:t>
        <w:br/>
        <w:t>v -0.837082 17.252649 -0.684561</w:t>
        <w:br/>
        <w:t>v -0.886000 17.136114 -0.725073</w:t>
        <w:br/>
        <w:t>v -0.580103 17.388115 -0.675024</w:t>
        <w:br/>
        <w:t>v -0.759899 17.346247 -0.581363</w:t>
        <w:br/>
        <w:t>v -0.505999 17.362902 -0.495173</w:t>
        <w:br/>
        <w:t>v -0.447747 17.232986 -0.355126</w:t>
        <w:br/>
        <w:t>v -0.600536 17.222738 -0.292048</w:t>
        <w:br/>
        <w:t>v -0.670253 17.339211 -0.431742</w:t>
        <w:br/>
        <w:t>v -0.360045 17.004515 -0.234658</w:t>
        <w:br/>
        <w:t>v -0.498170 16.992065 -0.180558</w:t>
        <w:br/>
        <w:t>v -0.603668 17.117897 -0.872463</w:t>
        <w:br/>
        <w:t>v -0.752794 16.964899 -0.823080</w:t>
        <w:br/>
        <w:t>v -0.600919 16.976431 -0.905166</w:t>
        <w:br/>
        <w:t>v -0.273888 17.223728 -0.411524</w:t>
        <w:br/>
        <w:t>v -0.234428 17.027929 -0.275491</w:t>
        <w:br/>
        <w:t>v -0.671307 16.692116 -0.696252</w:t>
        <w:br/>
        <w:t>v -0.618173 16.648088 -0.728749</w:t>
        <w:br/>
        <w:t>v -0.621760 16.650091 -0.762951</w:t>
        <w:br/>
        <w:t>v -0.690138 16.700544 -0.766844</w:t>
        <w:br/>
        <w:t>v -0.508334 16.746248 -0.830688</w:t>
        <w:br/>
        <w:t>v -0.575060 16.794867 -0.838839</w:t>
        <w:br/>
        <w:t>v -0.668653 16.770679 -0.839853</w:t>
        <w:br/>
        <w:t>v -0.623460 16.709120 -0.833573</w:t>
        <w:br/>
        <w:t>v -0.648063 16.868559 -0.850194</w:t>
        <w:br/>
        <w:t>v -0.710591 16.852835 -0.837799</w:t>
        <w:br/>
        <w:t>v -0.191783 17.277185 -0.897586</w:t>
        <w:br/>
        <w:t>v -0.382929 17.280794 -0.869557</w:t>
        <w:br/>
        <w:t>v -0.407468 17.120649 -0.928998</w:t>
        <w:br/>
        <w:t>v -0.185282 17.124332 -0.959476</w:t>
        <w:br/>
        <w:t>v -0.177171 17.375565 -0.767777</w:t>
        <w:br/>
        <w:t>v -0.355265 17.401295 -0.744865</w:t>
        <w:br/>
        <w:t>v -0.144951 17.218128 -0.453649</w:t>
        <w:br/>
        <w:t>v -0.309049 17.378698 -0.563869</w:t>
        <w:br/>
        <w:t>v -0.157862 17.346235 -0.601112</w:t>
        <w:br/>
        <w:t>v -0.387499 16.666449 -0.831168</w:t>
        <w:br/>
        <w:t>v -0.508334 16.746248 -0.830688</w:t>
        <w:br/>
        <w:t>v -0.471120 16.713018 -0.794651</w:t>
        <w:br/>
        <w:t>v -0.293028 16.882271 -1.003041</w:t>
        <w:br/>
        <w:t>v -0.421496 16.969908 -0.967041</w:t>
        <w:br/>
        <w:t>v -0.435524 16.876938 -0.983963</w:t>
        <w:br/>
        <w:t>v -0.728872 16.674110 1.083272</w:t>
        <w:br/>
        <w:t>v -0.641384 16.616095 1.051228</w:t>
        <w:br/>
        <w:t>v -0.656281 16.517830 1.075983</w:t>
        <w:br/>
        <w:t>v -0.764314 16.569433 1.101225</w:t>
        <w:br/>
        <w:t>v -0.653180 16.787188 1.008149</w:t>
        <w:br/>
        <w:t>v -0.586474 16.684244 1.003977</w:t>
        <w:br/>
        <w:t>v -0.506391 16.837553 0.847718</w:t>
        <w:br/>
        <w:t>v -0.525111 16.723047 0.954122</w:t>
        <w:br/>
        <w:t>v -0.566161 16.853779 0.921317</w:t>
        <w:br/>
        <w:t>v -0.657047 16.443237 1.068248</w:t>
        <w:br/>
        <w:t>v -0.778619 16.447863 1.070360</w:t>
        <w:br/>
        <w:t>v -0.552869 16.471836 0.982957</w:t>
        <w:br/>
        <w:t>v -0.599948 16.443821 1.039536</w:t>
        <w:br/>
        <w:t>v -0.477578 16.771551 0.818542</w:t>
        <w:br/>
        <w:t>v -0.470528 16.655798 0.863095</w:t>
        <w:br/>
        <w:t>v -0.529395 16.543741 0.943080</w:t>
        <w:br/>
        <w:t>v -0.538007 16.646580 -0.806328</w:t>
        <w:br/>
        <w:t>v -0.504165 16.641552 -0.789638</w:t>
        <w:br/>
        <w:t>v -0.471120 16.713018 -0.794651</w:t>
        <w:br/>
        <w:t>v -0.504398 16.550919 0.902959</w:t>
        <w:br/>
        <w:t>v -0.503775 16.520302 0.874319</w:t>
        <w:br/>
        <w:t>v -0.766589 17.046354 0.243396</w:t>
        <w:br/>
        <w:t>v -0.723720 17.028311 0.337250</w:t>
        <w:br/>
        <w:t>v -0.531816 16.786478 -0.871070</w:t>
        <w:br/>
        <w:t>v -0.565044 16.860613 -0.907336</w:t>
        <w:br/>
        <w:t>v -1.161990 16.876823 -0.501069</w:t>
        <w:br/>
        <w:t>v -0.959283 17.394835 -0.249888</w:t>
        <w:br/>
        <w:t>v -1.030805 17.345636 -0.135606</w:t>
        <w:br/>
        <w:t>v -1.012399 17.289251 -0.566341</w:t>
        <w:br/>
        <w:t>v -1.062253 17.125515 -0.605619</w:t>
        <w:br/>
        <w:t>v -0.928064 17.390327 -0.467280</w:t>
        <w:br/>
        <w:t>v -0.832269 17.393677 -0.331081</w:t>
        <w:br/>
        <w:t>v -0.720118 16.717308 -0.658551</w:t>
        <w:br/>
        <w:t>v -0.784616 16.772449 -0.780368</w:t>
        <w:br/>
        <w:t>v -0.872439 16.773670 -0.695585</w:t>
        <w:br/>
        <w:t>v -0.797845 16.736189 -0.689898</w:t>
        <w:br/>
        <w:t>v -0.902230 16.972473 -0.749184</w:t>
        <w:br/>
        <w:t>v -0.282894 16.638807 -0.862485</w:t>
        <w:br/>
        <w:t>v -0.303636 16.709217 -0.966313</w:t>
        <w:br/>
        <w:t>v -0.424947 16.727217 -0.936519</w:t>
        <w:br/>
        <w:t>v -0.158590 16.972816 -0.986251</w:t>
        <w:br/>
        <w:t>v -0.126322 17.027580 -0.310564</w:t>
        <w:br/>
        <w:t>v -0.152313 16.883986 -1.000281</w:t>
        <w:br/>
        <w:t>v -0.135209 16.723783 -0.956718</w:t>
        <w:br/>
        <w:t>v -0.127664 16.660454 -0.879931</w:t>
        <w:br/>
        <w:t>v -0.563001 16.398495 0.978988</w:t>
        <w:br/>
        <w:t>v -0.942277 16.850389 -0.706055</w:t>
        <w:br/>
        <w:t>v -1.074044 16.966978 -0.628784</w:t>
        <w:br/>
        <w:t>v -1.030638 16.855976 -0.632361</w:t>
        <w:br/>
        <w:t>v -1.428664 17.080853 0.035839</w:t>
        <w:br/>
        <w:t>v -0.594180 16.651028 -0.807792</w:t>
        <w:br/>
        <w:t>v -0.853829 16.851612 -0.774393</w:t>
        <w:br/>
        <w:t>v -0.555414 16.600105 -0.795888</w:t>
        <w:br/>
        <w:t>v -0.581439 16.604906 -0.788524</w:t>
        <w:br/>
        <w:t>v -0.568294 16.541719 -0.756065</w:t>
        <w:br/>
        <w:t>v -0.434075 16.787443 -0.975091</w:t>
        <w:br/>
        <w:t>v -0.308514 16.780239 -1.003533</w:t>
        <w:br/>
        <w:t>v -0.141617 16.790083 -0.993034</w:t>
        <w:br/>
        <w:t>v -0.962946 16.771492 -0.612503</w:t>
        <w:br/>
        <w:t>v -1.016724 16.406328 0.856544</w:t>
        <w:br/>
        <w:t>v -0.885725 16.389778 0.946126</w:t>
        <w:br/>
        <w:t>v -0.840555 16.354364 0.896613</w:t>
        <w:br/>
        <w:t>v -0.937899 16.372696 0.788367</w:t>
        <w:br/>
        <w:t>v -1.126870 16.477472 0.745456</w:t>
        <w:br/>
        <w:t>v -0.743311 16.389854 1.037598</w:t>
        <w:br/>
        <w:t>v -0.614338 16.390558 1.026160</w:t>
        <w:br/>
        <w:t>v -0.722507 16.348982 0.999003</w:t>
        <w:br/>
        <w:t>v -0.520052 16.847626 0.705703</w:t>
        <w:br/>
        <w:t>v -0.581106 16.887383 0.595595</w:t>
        <w:br/>
        <w:t>v -0.706915 16.909157 0.513885</w:t>
        <w:br/>
        <w:t>v -0.724416 16.978905 0.451989</w:t>
        <w:br/>
        <w:t>v -0.568294 16.541719 -0.756065</w:t>
        <w:br/>
        <w:t>v -0.592131 16.607180 -0.762914</w:t>
        <w:br/>
        <w:t>v -0.590825 16.609661 -0.746115</w:t>
        <w:br/>
        <w:t>v -0.527377 16.594555 -0.779994</w:t>
        <w:br/>
        <w:t>v -0.282894 16.638807 -0.862485</w:t>
        <w:br/>
        <w:t>v -0.685854 16.845638 0.482926</w:t>
        <w:br/>
        <w:t>v -0.692450 16.891394 0.385153</w:t>
        <w:br/>
        <w:t>v -0.726517 16.807472 0.051226</w:t>
        <w:br/>
        <w:t>v -0.584484 16.846441 -0.113723</w:t>
        <w:br/>
        <w:t>v -0.450363 16.775789 -0.248940</w:t>
        <w:br/>
        <w:t>v -0.313514 16.752703 -0.320197</w:t>
        <w:br/>
        <w:t>v -0.143543 16.654974 -0.400651</w:t>
        <w:br/>
        <w:t>v -0.730495 16.876495 0.265986</w:t>
        <w:br/>
        <w:t>v -0.590973 16.370823 0.991816</w:t>
        <w:br/>
        <w:t>v 1.865010 7.947720 -0.625091</w:t>
        <w:br/>
        <w:t>v 1.845543 7.949955 -0.649082</w:t>
        <w:br/>
        <w:t>v 1.844497 8.601294 -0.597103</w:t>
        <w:br/>
        <w:t>v 1.863477 8.596284 -0.573332</w:t>
        <w:br/>
        <w:t>v 1.829921 11.066056 -0.258743</w:t>
        <w:br/>
        <w:t>v 1.813904 11.067355 -0.287106</w:t>
        <w:br/>
        <w:t>v 1.738604 11.452753 -0.211319</w:t>
        <w:br/>
        <w:t>v 1.754765 11.452031 -0.182555</w:t>
        <w:br/>
        <w:t>v 1.651247 11.922816 -0.092179</w:t>
        <w:br/>
        <w:t>v 1.633881 11.927332 -0.119954</w:t>
        <w:br/>
        <w:t>v 1.521493 12.300377 -0.026925</w:t>
        <w:br/>
        <w:t>v 1.538460 12.298092 0.000348</w:t>
        <w:br/>
        <w:t>v 1.873193 9.909561 -0.453694</w:t>
        <w:br/>
        <w:t>v 1.854893 10.658668 -0.354116</w:t>
        <w:br/>
        <w:t>v 1.870633 10.658430 -0.326181</w:t>
        <w:br/>
        <w:t>v 1.889751 9.906399 -0.427648</w:t>
        <w:br/>
        <w:t>v 1.482463 12.675879 0.330368</w:t>
        <w:br/>
        <w:t>v 1.711823 12.290120 0.187260</w:t>
        <w:br/>
        <w:t>v 1.726421 12.287885 0.210856</w:t>
        <w:br/>
        <w:t>v 1.495955 12.669694 0.354789</w:t>
        <w:br/>
        <w:t>v 2.084663 9.230546 -0.335036</w:t>
        <w:br/>
        <w:t>v 2.073343 8.568510 -0.414525</w:t>
        <w:br/>
        <w:t>v 2.092584 8.563381 -0.391996</w:t>
        <w:br/>
        <w:t>v 2.102839 9.226338 -0.312203</w:t>
        <w:br/>
        <w:t>v 2.093776 9.887663 -0.220986</w:t>
        <w:br/>
        <w:t>v 2.076958 9.890986 -0.244276</w:t>
        <w:br/>
        <w:t>v 1.929387 11.450278 0.011960</w:t>
        <w:br/>
        <w:t>v 2.004898 11.062025 -0.063489</w:t>
        <w:br/>
        <w:t>v 2.020009 11.060564 -0.039868</w:t>
        <w:br/>
        <w:t>v 1.944383 11.449504 0.035397</w:t>
        <w:br/>
        <w:t>v 1.828885 11.909478 0.096210</w:t>
        <w:br/>
        <w:t>v 1.844739 11.905154 0.118724</w:t>
        <w:br/>
        <w:t>v 2.062431 10.657473 -0.108276</w:t>
        <w:br/>
        <w:t>v 2.047030 10.657728 -0.132210</w:t>
        <w:br/>
        <w:t>v 1.322997 12.729514 0.096212</w:t>
        <w:br/>
        <w:t>v 1.300995 12.723415 0.111574</w:t>
        <w:br/>
        <w:t>v 1.529113 12.302551 -0.041681</w:t>
        <w:br/>
        <w:t>v 1.551077 12.307294 -0.055764</w:t>
        <w:br/>
        <w:t>v 2.073261 7.927709 -0.476415</w:t>
        <w:br/>
        <w:t>v 2.025101 7.926078 -0.433615</w:t>
        <w:br/>
        <w:t>v 2.044607 7.923792 -0.410383</w:t>
        <w:br/>
        <w:t>v 2.093020 7.925424 -0.453387</w:t>
        <w:br/>
        <w:t>v 2.093389 9.228485 -0.295049</w:t>
        <w:br/>
        <w:t>v 2.083032 8.567166 -0.373676</w:t>
        <w:br/>
        <w:t>v 2.059986 8.563835 -0.355948</w:t>
        <w:br/>
        <w:t>v 2.071084 9.225424 -0.279655</w:t>
        <w:br/>
        <w:t>v 1.875871 7.962182 -0.686719</w:t>
        <w:br/>
        <w:t>v 1.875285 8.613564 -0.632645</w:t>
        <w:br/>
        <w:t>v 1.852259 8.610252 -0.614858</w:t>
        <w:br/>
        <w:t>v 1.851553 7.961629 -0.666645</w:t>
        <w:br/>
        <w:t>v 2.085458 9.888300 -0.205857</w:t>
        <w:br/>
        <w:t>v 2.063203 9.885474 -0.192420</w:t>
        <w:br/>
        <w:t>v 1.820776 11.068193 -0.301204</w:t>
        <w:br/>
        <w:t>v 1.842996 11.070318 -0.312878</w:t>
        <w:br/>
        <w:t>v 1.768158 11.454622 -0.237826</w:t>
        <w:br/>
        <w:t>v 1.745672 11.453261 -0.225690</w:t>
        <w:br/>
        <w:t>v 1.936713 11.449054 0.048575</w:t>
        <w:br/>
        <w:t>v 2.012594 11.059843 -0.026848</w:t>
        <w:br/>
        <w:t>v 1.989517 11.057711 -0.014815</w:t>
        <w:br/>
        <w:t>v 1.913323 11.447701 0.061137</w:t>
        <w:br/>
        <w:t>v 1.661871 11.939373 -0.146195</w:t>
        <w:br/>
        <w:t>v 1.640707 11.930923 -0.134188</w:t>
        <w:br/>
        <w:t>v 1.815140 11.893213 0.144003</w:t>
        <w:br/>
        <w:t>v 1.694058 12.280976 0.239470</w:t>
        <w:br/>
        <w:t>v 1.717604 12.285707 0.224896</w:t>
        <w:br/>
        <w:t>v 1.837178 11.901660 0.131792</w:t>
        <w:br/>
        <w:t>v 1.880628 9.913409 -0.468649</w:t>
        <w:br/>
        <w:t>v 1.902768 9.916258 -0.482051</w:t>
        <w:br/>
        <w:t>v 1.884402 10.659260 -0.380696</w:t>
        <w:br/>
        <w:t>v 1.861946 10.658872 -0.368420</w:t>
        <w:br/>
        <w:t>v 2.054926 10.657356 -0.094828</w:t>
        <w:br/>
        <w:t>v 2.032004 10.656964 -0.082339</w:t>
        <w:br/>
        <w:t>v 1.310223 12.713859 0.150980</w:t>
        <w:br/>
        <w:t>v 1.293235 12.720014 0.125808</w:t>
        <w:br/>
        <w:t>v 1.228749 12.859156 0.183232</w:t>
        <w:br/>
        <w:t>v 1.249185 12.844237 0.204673</w:t>
        <w:br/>
        <w:t>v 1.463899 12.660485 0.385256</w:t>
        <w:br/>
        <w:t>v 1.433317 12.722693 0.409753</w:t>
        <w:br/>
        <w:t>v 1.450207 12.741097 0.398825</w:t>
        <w:br/>
        <w:t>v 1.487113 12.666358 0.368933</w:t>
        <w:br/>
        <w:t>v 2.030097 9.885599 -0.214854</w:t>
        <w:br/>
        <w:t>v 2.046977 9.882273 -0.191632</w:t>
        <w:br/>
        <w:t>v 2.053937 9.220005 -0.276931</w:t>
        <w:br/>
        <w:t>v 2.035674 9.224224 -0.299658</w:t>
        <w:br/>
        <w:t>v 1.900185 10.659353 -0.379731</w:t>
        <w:br/>
        <w:t>v 1.919919 9.914912 -0.483219</w:t>
        <w:br/>
        <w:t>v 1.936393 9.911755 -0.457078</w:t>
        <w:br/>
        <w:t>v 1.915886 10.659114 -0.351807</w:t>
        <w:br/>
        <w:t>v 1.874096 9.262527 -0.547900</w:t>
        <w:br/>
        <w:t>v 1.896385 9.265605 -0.563354</w:t>
        <w:br/>
        <w:t>v 2.027315 7.936372 -0.444641</w:t>
        <w:br/>
        <w:t>v 1.877777 7.956276 -0.623788</w:t>
        <w:br/>
        <w:t>v 1.878864 8.602965 -0.574084</w:t>
        <w:br/>
        <w:t>v 2.028636 8.569592 -0.387502</w:t>
        <w:br/>
        <w:t>v 1.966320 11.059292 -0.051570</w:t>
        <w:br/>
        <w:t>v 1.845209 11.066825 -0.257103</w:t>
        <w:br/>
        <w:t>v 1.770187 11.452508 -0.181067</w:t>
        <w:br/>
        <w:t>v 1.890482 11.448513 0.024718</w:t>
        <w:br/>
        <w:t>v 1.666524 11.925393 -0.090869</w:t>
        <w:br/>
        <w:t>v 1.791655 11.898315 0.108707</w:t>
        <w:br/>
        <w:t>v 1.886155 10.658614 -0.325013</w:t>
        <w:br/>
        <w:t>v 2.008315 10.657246 -0.119621</w:t>
        <w:br/>
        <w:t>v 2.037304 9.889339 -0.228688</w:t>
        <w:br/>
        <w:t>v 1.905734 9.909430 -0.427470</w:t>
        <w:br/>
        <w:t>v 1.339526 12.730282 0.095875</w:t>
        <w:br/>
        <w:t>v 1.566907 12.308705 -0.055468</w:t>
        <w:br/>
        <w:t>v 1.583824 12.306417 -0.028145</w:t>
        <w:br/>
        <w:t>v 1.356691 12.724212 0.121150</w:t>
        <w:br/>
        <w:t>v 1.913423 7.949350 -0.668148</w:t>
        <w:br/>
        <w:t>v 1.913679 8.603268 -0.614191</w:t>
        <w:br/>
        <w:t>v 1.894711 8.608232 -0.638009</w:t>
        <w:br/>
        <w:t>v 1.893701 7.951585 -0.691933</w:t>
        <w:br/>
        <w:t>v 1.915200 9.262326 -0.567032</w:t>
        <w:br/>
        <w:t>v 1.932940 9.258296 -0.542223</w:t>
        <w:br/>
        <w:t>v 1.783594 11.455048 -0.236422</w:t>
        <w:br/>
        <w:t>v 1.858408 11.070952 -0.311374</w:t>
        <w:br/>
        <w:t>v 1.874403 11.069628 -0.283072</w:t>
        <w:br/>
        <w:t>v 1.799693 11.454309 -0.207733</w:t>
        <w:br/>
        <w:t>v 1.677116 11.942018 -0.145000</w:t>
        <w:br/>
        <w:t>v 1.694436 11.937385 -0.117273</w:t>
        <w:br/>
        <w:t>v 1.893701 7.951585 -0.691933</w:t>
        <w:br/>
        <w:t>v 1.845543 7.949955 -0.649082</w:t>
        <w:br/>
        <w:t>v 1.865010 7.947720 -0.625091</w:t>
        <w:br/>
        <w:t>v 1.913423 7.949350 -0.668148</w:t>
        <w:br/>
        <w:t>v 1.672496 12.283973 0.202679</w:t>
        <w:br/>
        <w:t>v 1.554295 12.299479 0.000825</w:t>
        <w:br/>
        <w:t>v 1.326838 12.714638 0.150786</w:t>
        <w:br/>
        <w:t>v 1.443418 12.669401 0.347547</w:t>
        <w:br/>
        <w:t>v 1.884020 9.252047 -0.506726</w:t>
        <w:br/>
        <w:t>v 1.866182 9.256098 -0.531402</w:t>
        <w:br/>
        <w:t>v 1.989360 11.061418 -0.063590</w:t>
        <w:br/>
        <w:t>v 1.867412 11.068948 -0.268779</w:t>
        <w:br/>
        <w:t>v 1.908551 10.659002 -0.337215</w:t>
        <w:br/>
        <w:t>v 2.031147 10.657635 -0.132026</w:t>
        <w:br/>
        <w:t>v 1.348958 12.720753 0.135404</w:t>
        <w:br/>
        <w:t>v 1.576255 12.304226 -0.013251</w:t>
        <w:br/>
        <w:t>v 1.695955 12.288707 0.188134</w:t>
        <w:br/>
        <w:t>v 1.466537 12.675279 0.331227</w:t>
        <w:br/>
        <w:t>v 2.061307 7.937809 -0.475709</w:t>
        <w:br/>
        <w:t>v 2.057492 8.573464 -0.411755</w:t>
        <w:br/>
        <w:t>v 1.907716 8.606827 -0.598430</w:t>
        <w:br/>
        <w:t>v 1.911769 7.957712 -0.654901</w:t>
        <w:br/>
        <w:t>v 1.928487 9.912289 -0.441496</w:t>
        <w:br/>
        <w:t>v 1.925135 9.260263 -0.525893</w:t>
        <w:br/>
        <w:t>v 2.067426 9.233514 -0.332213</w:t>
        <w:br/>
        <w:t>v 2.060114 9.892147 -0.242707</w:t>
        <w:br/>
        <w:t>v 1.792642 11.453867 -0.193222</w:t>
        <w:br/>
        <w:t>v 1.913847 11.449863 0.012163</w:t>
        <w:br/>
        <w:t>v 1.687662 11.933839 -0.102875</w:t>
        <w:br/>
        <w:t>v 1.813652 11.906762 0.096511</w:t>
        <w:br/>
        <w:t>v 1.911769 7.957712 -0.654901</w:t>
        <w:br/>
        <w:t>v 1.877777 7.956276 -0.623788</w:t>
        <w:br/>
        <w:t>v 2.027315 7.936372 -0.444641</w:t>
        <w:br/>
        <w:t>v 2.061307 7.937809 -0.475709</w:t>
        <w:br/>
        <w:t>v 2.042544 9.230258 -0.313977</w:t>
        <w:br/>
        <w:t>v 1.900201 9.256963 -0.507536</w:t>
        <w:br/>
        <w:t>v 2.044607 7.923792 -0.410383</w:t>
        <w:br/>
        <w:t>v 2.025101 7.926078 -0.433615</w:t>
        <w:br/>
        <w:t>v 2.023165 8.561401 -0.373855</w:t>
        <w:br/>
        <w:t>v 2.042411 8.556238 -0.351355</w:t>
        <w:br/>
        <w:t>v 1.974044 11.056972 -0.015031</w:t>
        <w:br/>
        <w:t>v 1.958947 11.058408 -0.038707</w:t>
        <w:br/>
        <w:t>v 1.882763 11.447992 0.037752</w:t>
        <w:br/>
        <w:t>v 1.897752 11.447240 0.061255</w:t>
        <w:br/>
        <w:t>v 1.784056 11.894779 0.121587</w:t>
        <w:br/>
        <w:t>v 1.799874 11.890563 0.144152</w:t>
        <w:br/>
        <w:t>v 2.001004 10.657036 -0.106362</w:t>
        <w:br/>
        <w:t>v 2.016402 10.656782 -0.082415</w:t>
        <w:br/>
        <w:t>v 1.678187 12.279579 0.240134</w:t>
        <w:br/>
        <w:t>v 1.663676 12.281816 0.216551</w:t>
        <w:br/>
        <w:t>v 1.434634 12.666084 0.361617</w:t>
        <w:br/>
        <w:t>v 1.447891 12.659835 0.385939</w:t>
        <w:br/>
        <w:t>v 1.234274 12.867162 0.171039</w:t>
        <w:br/>
        <w:t>v 1.844497 8.601294 -0.597103</w:t>
        <w:br/>
        <w:t>v 1.875871 7.962182 -0.686719</w:t>
        <w:br/>
        <w:t>v 1.851553 7.961629 -0.666645</w:t>
        <w:br/>
        <w:t>v 1.893701 7.951585 -0.691933</w:t>
        <w:br/>
        <w:t>v 1.894711 8.608232 -0.638009</w:t>
        <w:br/>
        <w:t>v 1.875285 8.613564 -0.632645</w:t>
        <w:br/>
        <w:t>v 1.875871 7.962182 -0.686719</w:t>
        <w:br/>
        <w:t>v 1.919919 9.914912 -0.483219</w:t>
        <w:br/>
        <w:t>v 1.902768 9.916258 -0.482051</w:t>
        <w:br/>
        <w:t>v 1.896385 9.265605 -0.563354</w:t>
        <w:br/>
        <w:t>v 1.915200 9.262326 -0.567032</w:t>
        <w:br/>
        <w:t>v 1.884402 10.659260 -0.380696</w:t>
        <w:br/>
        <w:t>v 1.842996 11.070318 -0.312878</w:t>
        <w:br/>
        <w:t>v 1.768158 11.454622 -0.237826</w:t>
        <w:br/>
        <w:t>v 1.661871 11.939373 -0.146195</w:t>
        <w:br/>
        <w:t>v 1.322997 12.729514 0.096212</w:t>
        <w:br/>
        <w:t>v 1.551077 12.307294 -0.055764</w:t>
        <w:br/>
        <w:t>v 1.286578 12.874197 0.182639</w:t>
        <w:br/>
        <w:t>v 1.281166 12.865958 0.194995</w:t>
        <w:br/>
        <w:t>v 1.928487 9.912289 -0.441496</w:t>
        <w:br/>
        <w:t>v 1.932940 9.258296 -0.542223</w:t>
        <w:br/>
        <w:t>v 1.925135 9.260263 -0.525893</w:t>
        <w:br/>
        <w:t>v 1.913679 8.603268 -0.614191</w:t>
        <w:br/>
        <w:t>v 1.907716 8.606827 -0.598430</w:t>
        <w:br/>
        <w:t>v 1.889751 9.906399 -0.427648</w:t>
        <w:br/>
        <w:t>v 1.326838 12.714638 0.150786</w:t>
        <w:br/>
        <w:t>v 1.554295 12.299479 0.000825</w:t>
        <w:br/>
        <w:t>v 1.447891 12.659835 0.385939</w:t>
        <w:br/>
        <w:t>v 1.678187 12.279579 0.240134</w:t>
        <w:br/>
        <w:t>v 1.456296 12.749726 0.387214</w:t>
        <w:br/>
        <w:t>v 1.487113 12.666358 0.368933</w:t>
        <w:br/>
        <w:t>v 1.450207 12.741097 0.398825</w:t>
        <w:br/>
        <w:t>v 1.837178 11.901660 0.131792</w:t>
        <w:br/>
        <w:t>v 1.717604 12.285707 0.224896</w:t>
        <w:br/>
        <w:t>v 1.844739 11.905154 0.118724</w:t>
        <w:br/>
        <w:t>v 2.012594 11.059843 -0.026848</w:t>
        <w:br/>
        <w:t>v 1.936713 11.449054 0.048575</w:t>
        <w:br/>
        <w:t>v 1.944383 11.449504 0.035397</w:t>
        <w:br/>
        <w:t>v 2.020009 11.060564 -0.039868</w:t>
        <w:br/>
        <w:t>v 2.054926 10.657356 -0.094828</w:t>
        <w:br/>
        <w:t>v 2.062431 10.657473 -0.108276</w:t>
        <w:br/>
        <w:t>v 2.093776 9.887663 -0.220986</w:t>
        <w:br/>
        <w:t>v 2.085458 9.888300 -0.205857</w:t>
        <w:br/>
        <w:t>v 2.102839 9.226338 -0.312203</w:t>
        <w:br/>
        <w:t>v 2.093389 9.228485 -0.295049</w:t>
        <w:br/>
        <w:t>v 2.092584 8.563381 -0.391996</w:t>
        <w:br/>
        <w:t>v 2.083032 8.567166 -0.373676</w:t>
        <w:br/>
        <w:t>v 2.061121 7.933738 -0.415514</w:t>
        <w:br/>
        <w:t>v 2.085442 7.934290 -0.435593</w:t>
        <w:br/>
        <w:t>v 2.044607 7.923792 -0.410383</w:t>
        <w:br/>
        <w:t>v 2.042411 8.556238 -0.351355</w:t>
        <w:br/>
        <w:t>v 2.061121 7.933738 -0.415514</w:t>
        <w:br/>
        <w:t>v 2.053937 9.220005 -0.276931</w:t>
        <w:br/>
        <w:t>v 2.046977 9.882273 -0.191632</w:t>
        <w:br/>
        <w:t>v 1.466537 12.675279 0.331227</w:t>
        <w:br/>
        <w:t>v 1.695955 12.288707 0.188134</w:t>
        <w:br/>
        <w:t>v 1.711823 12.290120 0.187260</w:t>
        <w:br/>
        <w:t>v 1.482463 12.675879 0.330368</w:t>
        <w:br/>
        <w:t>v 1.407270 12.743676 0.377010</w:t>
        <w:br/>
        <w:t>v 1.401043 12.735365 0.388763</w:t>
        <w:br/>
        <w:t>v 1.784056 11.894779 0.121587</w:t>
        <w:br/>
        <w:t>v 1.791655 11.898315 0.108707</w:t>
        <w:br/>
        <w:t>v 1.672496 12.283973 0.202679</w:t>
        <w:br/>
        <w:t>v 1.958947 11.058408 -0.038707</w:t>
        <w:br/>
        <w:t>v 1.966320 11.059292 -0.051570</w:t>
        <w:br/>
        <w:t>v 1.890482 11.448513 0.024718</w:t>
        <w:br/>
        <w:t>v 1.882763 11.447992 0.037752</w:t>
        <w:br/>
        <w:t>v 2.008315 10.657246 -0.119621</w:t>
        <w:br/>
        <w:t>v 2.001004 10.657036 -0.106362</w:t>
        <w:br/>
        <w:t>v 2.030097 9.885599 -0.214854</w:t>
        <w:br/>
        <w:t>v 2.037304 9.889339 -0.228688</w:t>
        <w:br/>
        <w:t>v 2.035674 9.224224 -0.299658</w:t>
        <w:br/>
        <w:t>v 2.042544 9.230258 -0.313977</w:t>
        <w:br/>
        <w:t>v 2.023165 8.561401 -0.373855</w:t>
        <w:br/>
        <w:t>v 2.028636 8.569592 -0.387502</w:t>
        <w:br/>
        <w:t>v 2.073261 7.927709 -0.476415</w:t>
        <w:br/>
        <w:t>v 2.076958 9.890986 -0.244276</w:t>
        <w:br/>
        <w:t>v 2.060114 9.892147 -0.242707</w:t>
        <w:br/>
        <w:t>v 2.067426 9.233514 -0.332213</w:t>
        <w:br/>
        <w:t>v 2.031147 10.657635 -0.132026</w:t>
        <w:br/>
        <w:t>v 1.813652 11.906762 0.096511</w:t>
        <w:br/>
        <w:t>v 2.093020 7.925424 -0.453387</w:t>
        <w:br/>
        <w:t>v 2.085442 7.934290 -0.435593</w:t>
        <w:br/>
        <w:t>v 2.093020 7.925424 -0.453387</w:t>
        <w:br/>
        <w:t>v 2.085442 7.934290 -0.435593</w:t>
        <w:br/>
        <w:t>v 1.438816 12.764932 0.366350</w:t>
        <w:br/>
        <w:t>v 1.250683 12.885388 0.160005</w:t>
        <w:br/>
        <w:t>v 1.266188 12.888534 0.160860</w:t>
        <w:br/>
        <w:t>v 1.264669 12.847631 0.205720</w:t>
        <w:br/>
        <w:t>v 1.424119 12.762064 0.366045</w:t>
        <w:br/>
        <w:t>v 1.418613 12.719510 0.409255</w:t>
        <w:br/>
        <w:t>v 1.250683 12.885388 0.160005</w:t>
        <w:br/>
        <w:t>v 1.264669 12.847631 0.205720</w:t>
        <w:br/>
        <w:t>v 1.418613 12.719510 0.409255</w:t>
        <w:br/>
        <w:t>v 1.424119 12.762064 0.366045</w:t>
        <w:br/>
        <w:t>v 1.438816 12.764932 0.366350</w:t>
        <w:br/>
        <w:t>v 1.283323 12.880051 0.195712</w:t>
        <w:br/>
        <w:t>v 1.421265 12.577233 0.012739</w:t>
        <w:br/>
        <w:t>v 1.563007 12.532248 0.220675</w:t>
        <w:br/>
        <w:t>v 1.445228 12.768510 0.370761</w:t>
        <w:br/>
        <w:t>v 1.445290 12.882440 0.431032</w:t>
        <w:br/>
        <w:t>v 1.282776 12.984861 0.250445</w:t>
        <w:br/>
        <w:t>v 1.441858 12.498996 -0.007935</w:t>
        <w:br/>
        <w:t>v 1.527217 12.436118 0.064458</w:t>
        <w:br/>
        <w:t>v 1.541920 12.447125 0.056438</w:t>
        <w:br/>
        <w:t>v 1.456497 12.509980 -0.016071</w:t>
        <w:br/>
        <w:t>v 1.405005 12.575523 -0.021815</w:t>
        <w:br/>
        <w:t>v 1.261820 12.890511 0.167763</w:t>
        <w:br/>
        <w:t>v 1.246109 12.882145 0.177128</w:t>
        <w:br/>
        <w:t>v 1.390370 12.564574 -0.013675</w:t>
        <w:br/>
        <w:t>v 1.450985 12.749149 0.407664</w:t>
        <w:br/>
        <w:t>v 1.466695 12.758000 0.398754</w:t>
        <w:br/>
        <w:t>v 1.587340 12.516438 0.245453</w:t>
        <w:br/>
        <w:t>v 1.572594 12.505423 0.253269</w:t>
        <w:br/>
        <w:t>v 1.451502 12.894791 0.484486</w:t>
        <w:br/>
        <w:t>v 1.467269 12.900464 0.473686</w:t>
        <w:br/>
        <w:t>v 1.260622 13.031641 0.241869</w:t>
        <w:br/>
        <w:t>v 1.244809 13.025868 0.252677</w:t>
        <w:br/>
        <w:t>v 1.573932 12.456983 0.184185</w:t>
        <w:br/>
        <w:t>v 1.588690 12.468013 0.176351</w:t>
        <w:br/>
        <w:t>v 1.459235 12.529130 0.016900</w:t>
        <w:br/>
        <w:t>v 1.563815 12.496099 0.169392</w:t>
        <w:br/>
        <w:t>v 1.545379 12.458201 0.056506</w:t>
        <w:br/>
        <w:t>v 1.590324 12.478283 0.171700</w:t>
        <w:br/>
        <w:t>v 1.574981 12.495522 0.167393</w:t>
        <w:br/>
        <w:t>v 1.535984 12.478112 0.067404</w:t>
        <w:br/>
        <w:t>v 1.465136 12.530281 0.007213</w:t>
        <w:br/>
        <w:t>v 1.463436 12.518466 -0.013044</w:t>
        <w:br/>
        <w:t>v 1.424628 12.581676 0.002800</w:t>
        <w:br/>
        <w:t>v 1.414618 12.580586 -0.018453</w:t>
        <w:br/>
        <w:t>v 1.286090 12.885651 0.186367</w:t>
        <w:br/>
        <w:t>v 1.272781 12.892090 0.169234</w:t>
        <w:br/>
        <w:t>v 1.271691 13.025073 0.238934</w:t>
        <w:br/>
        <w:t>v 1.285451 12.996337 0.244108</w:t>
        <w:br/>
        <w:t>v 1.456163 12.770161 0.372306</w:t>
        <w:br/>
        <w:t>v 1.469465 12.763701 0.389460</w:t>
        <w:br/>
        <w:t>v 1.469966 12.899473 0.460815</w:t>
        <w:br/>
        <w:t>v 1.456280 12.888352 0.434675</w:t>
        <w:br/>
        <w:t>v 1.574128 12.534029 0.222201</w:t>
        <w:br/>
        <w:t>v 1.589107 12.524356 0.237462</w:t>
        <w:br/>
        <w:t>v 1.526651 12.479499 0.074148</w:t>
        <w:br/>
        <w:t>v 1.422507 12.684230 0.441863</w:t>
        <w:br/>
        <w:t>v 1.385309 12.965548 0.608421</w:t>
        <w:br/>
        <w:t>v 1.470207 13.012198 0.549693</w:t>
        <w:br/>
        <w:t>v 1.507410 12.737964 0.386799</w:t>
        <w:br/>
        <w:t>v 1.385309 12.965548 0.608421</w:t>
        <w:br/>
        <w:t>v 1.150865 13.109733 0.340862</w:t>
        <w:br/>
        <w:t>v 1.235855 13.156302 0.282108</w:t>
        <w:br/>
        <w:t>v 1.470207 13.012198 0.549693</w:t>
        <w:br/>
        <w:t>v 1.507410 12.737964 0.386799</w:t>
        <w:br/>
        <w:t>v 1.470207 13.012198 0.549693</w:t>
        <w:br/>
        <w:t>v 1.235855 13.156302 0.282108</w:t>
        <w:br/>
        <w:t>v 1.276807 12.882720 0.120031</w:t>
        <w:br/>
        <w:t>v 1.235855 13.156302 0.282108</w:t>
        <w:br/>
        <w:t>v 1.150865 13.109733 0.340862</w:t>
        <w:br/>
        <w:t>v 1.191933 12.828787 0.175180</w:t>
        <w:br/>
        <w:t>v 1.276807 12.882720 0.120031</w:t>
        <w:br/>
        <w:t>v 1.150865 13.109733 0.340862</w:t>
        <w:br/>
        <w:t>v 1.385309 12.965548 0.608421</w:t>
        <w:br/>
        <w:t>v 1.422507 12.684230 0.441863</w:t>
        <w:br/>
        <w:t>v 1.191933 12.828787 0.175180</w:t>
        <w:br/>
        <w:t>v 1.422507 12.684230 0.441863</w:t>
        <w:br/>
        <w:t>v 1.507410 12.737964 0.386799</w:t>
        <w:br/>
        <w:t>v 1.276807 12.882720 0.120031</w:t>
        <w:br/>
        <w:t>v 1.191933 12.828787 0.175180</w:t>
        <w:br/>
        <w:t>v 0.012311 11.823825 0.409897</w:t>
        <w:br/>
        <w:t>v -1.053707 11.834254 1.343590</w:t>
        <w:br/>
        <w:t>v -0.727299 11.853231 1.575497</w:t>
        <w:br/>
        <w:t>v -0.355853 11.830361 1.513876</w:t>
        <w:br/>
        <w:t>v 0.011311 11.827218 1.491391</w:t>
        <w:br/>
        <w:t>v 0.007180 11.808647 -0.687682</w:t>
        <w:br/>
        <w:t>v -0.314316 11.803634 -0.689599</w:t>
        <w:br/>
        <w:t>v 0.322466 11.816107 -0.738356</w:t>
        <w:br/>
        <w:t>v -0.615198 11.818500 -0.781620</w:t>
        <w:br/>
        <w:t>v -0.845511 11.803761 -0.643255</w:t>
        <w:br/>
        <w:t>v 0.905779 11.805422 -0.599261</w:t>
        <w:br/>
        <w:t>v 0.680334 11.825020 -0.771276</w:t>
        <w:br/>
        <w:t>v 1.136494 11.806136 -0.478706</w:t>
        <w:br/>
        <w:t>v 0.276691 11.827139 1.514440</w:t>
        <w:br/>
        <w:t>v 0.579132 11.826838 1.515504</w:t>
        <w:br/>
        <w:t>v 1.586157 11.843799 0.900295</w:t>
        <w:br/>
        <w:t>v 1.674378 11.835576 0.534719</w:t>
        <w:br/>
        <w:t>v 1.638952 11.828597 0.165396</w:t>
        <w:br/>
        <w:t>v 1.436955 11.808630 -0.144708</w:t>
        <w:br/>
        <w:t>v 0.758721 11.825584 1.478498</w:t>
        <w:br/>
        <w:t>v 0.920539 11.826313 1.422301</w:t>
        <w:br/>
        <w:t>v 1.407103 11.846377 1.193401</w:t>
        <w:br/>
        <w:t>v 1.270730 11.806818 -0.359732</w:t>
        <w:br/>
        <w:t>v -1.671569 11.835220 0.515052</w:t>
        <w:br/>
        <w:t>v -1.601096 11.838842 0.819574</w:t>
        <w:br/>
        <w:t>v -1.074940 11.800463 -0.519698</w:t>
        <w:br/>
        <w:t>v -1.316787 11.815160 -0.396329</w:t>
        <w:br/>
        <w:t>v -1.623956 11.827631 0.121087</w:t>
        <w:br/>
        <w:t>v -1.434729 11.827011 0.995883</w:t>
        <w:br/>
        <w:t>v -1.302012 11.830931 1.152409</w:t>
        <w:br/>
        <w:t>v -1.472504 11.813851 -0.143190</w:t>
        <w:br/>
        <w:t>v 1.178659 11.849325 1.392789</w:t>
        <w:br/>
        <w:t>v -0.283854 13.327932 1.820117</w:t>
        <w:br/>
        <w:t>v -0.486712 13.342584 1.744068</w:t>
        <w:br/>
        <w:t>v 0.679799 13.351983 1.667778</w:t>
        <w:br/>
        <w:t>v 0.549361 13.343980 1.754955</w:t>
        <w:br/>
        <w:t>v -0.155076 13.289821 -0.128738</w:t>
        <w:br/>
        <w:t>v 0.155164 13.289821 -0.128738</w:t>
        <w:br/>
        <w:t>v -0.327921 13.383430 1.768434</w:t>
        <w:br/>
        <w:t>v -0.001009 13.371857 1.829116</w:t>
        <w:br/>
        <w:t>v -0.001032 13.351398 1.830452</w:t>
        <w:br/>
        <w:t>v -0.328563 13.362025 1.769531</w:t>
        <w:br/>
        <w:t>v -0.498823 13.780899 1.693863</w:t>
        <w:br/>
        <w:t>v -0.325662 13.763024 1.766022</w:t>
        <w:br/>
        <w:t>v -0.325771 13.741598 1.764926</w:t>
        <w:br/>
        <w:t>v -0.499062 13.758508 1.692355</w:t>
        <w:br/>
        <w:t>v -1.031261 13.452425 0.387053</w:t>
        <w:br/>
        <w:t>v -0.862210 13.425238 0.194845</w:t>
        <w:br/>
        <w:t>v -0.858353 13.447170 0.198610</w:t>
        <w:br/>
        <w:t>v -1.026398 13.473823 0.389906</w:t>
        <w:br/>
        <w:t>v -1.041469 13.862970 0.654586</w:t>
        <w:br/>
        <w:t>v -1.057148 13.857759 0.904409</w:t>
        <w:br/>
        <w:t>v -1.061197 13.837014 0.903655</w:t>
        <w:br/>
        <w:t>v -1.045763 13.841370 0.653693</w:t>
        <w:br/>
        <w:t>v -1.017338 13.829168 1.144415</w:t>
        <w:br/>
        <w:t>v -1.014223 13.849663 1.145121</w:t>
        <w:br/>
        <w:t>v -1.095657 13.481234 1.136681</w:t>
        <w:br/>
        <w:t>v -0.943044 13.453620 1.369010</w:t>
        <w:br/>
        <w:t>v -0.946759 13.431785 1.369251</w:t>
        <w:br/>
        <w:t>v -1.100880 13.461280 1.136737</w:t>
        <w:br/>
        <w:t>v -0.508368 13.375444 1.688803</w:t>
        <w:br/>
        <w:t>v -0.724620 13.397717 1.555762</w:t>
        <w:br/>
        <w:t>v -0.722413 13.421073 1.555511</w:t>
        <w:br/>
        <w:t>v -0.507003 13.397874 1.688201</w:t>
        <w:br/>
        <w:t>v -0.438695 13.393449 -0.031701</w:t>
        <w:br/>
        <w:t>v -0.644126 13.415313 0.052913</w:t>
        <w:br/>
        <w:t>v -0.646945 13.393514 0.048243</w:t>
        <w:br/>
        <w:t>v -0.440381 13.372573 -0.037196</w:t>
        <w:br/>
        <w:t>v -0.616678 13.768592 0.121440</w:t>
        <w:br/>
        <w:t>v -0.614952 13.790894 0.124104</w:t>
        <w:br/>
        <w:t>v -0.810917 13.824213 0.256157</w:t>
        <w:br/>
        <w:t>v -0.813193 13.801730 0.254176</w:t>
        <w:br/>
        <w:t>v -0.214280 13.724844 0.037549</w:t>
        <w:br/>
        <w:t>v -0.213672 13.746266 0.041569</w:t>
        <w:br/>
        <w:t>v -0.421651 13.763602 0.055155</w:t>
        <w:br/>
        <w:t>v -0.422852 13.742118 0.051664</w:t>
        <w:br/>
        <w:t>v -0.000579 13.718678 0.041109</w:t>
        <w:br/>
        <w:t>v -0.000579 13.740069 0.045273</w:t>
        <w:br/>
        <w:t>v -1.130938 13.488027 0.631789</w:t>
        <w:br/>
        <w:t>v -1.137532 13.467344 0.630379</w:t>
        <w:br/>
        <w:t>v 0.283567 13.378610 1.830508</w:t>
        <w:br/>
        <w:t>v 0.284124 13.357549 1.831749</w:t>
        <w:br/>
        <w:t>v 0.281440 13.735773 1.800156</w:t>
        <w:br/>
        <w:t>v 0.281297 13.756852 1.801064</w:t>
        <w:br/>
        <w:t>v 0.509636 13.778836 1.723013</w:t>
        <w:br/>
        <w:t>v 0.510449 13.756157 1.721860</w:t>
        <w:br/>
        <w:t>v 0.976993 13.827806 1.143383</w:t>
        <w:br/>
        <w:t>v 0.973254 13.848827 1.144016</w:t>
        <w:br/>
        <w:t>v 0.999087 13.855969 0.910554</w:t>
        <w:br/>
        <w:t>v 1.005641 13.836971 0.910553</w:t>
        <w:br/>
        <w:t>v 1.071910 13.460941 1.135980</w:t>
        <w:br/>
        <w:t>v 0.948886 13.433465 1.369532</w:t>
        <w:br/>
        <w:t>v 0.945187 13.455075 1.369303</w:t>
        <w:br/>
        <w:t>v 1.066002 13.481306 1.136003</w:t>
        <w:br/>
        <w:t>v 0.758607 13.423809 1.575794</w:t>
        <w:br/>
        <w:t>v 0.760972 13.400618 1.576085</w:t>
        <w:br/>
        <w:t>v 0.538750 13.372709 1.736084</w:t>
        <w:br/>
        <w:t>v 0.536939 13.395273 1.734978</w:t>
        <w:br/>
        <w:t>v -0.317810 13.771553 1.737256</w:t>
        <w:br/>
        <w:t>v -0.000467 13.755656 1.792285</w:t>
        <w:br/>
        <w:t>v -0.000812 13.756007 1.808648</w:t>
        <w:br/>
        <w:t>v -0.322145 13.771602 1.753063</w:t>
        <w:br/>
        <w:t>v -0.000465 13.343010 1.801171</w:t>
        <w:br/>
        <w:t>v -0.320618 13.353499 1.740957</w:t>
        <w:br/>
        <w:t>v -0.325002 13.353645 1.756775</w:t>
        <w:br/>
        <w:t>v -0.000810 13.343287 1.817536</w:t>
        <w:br/>
        <w:t>v -0.484759 13.789787 1.667531</w:t>
        <w:br/>
        <w:t>v -0.492315 13.789803 1.682054</w:t>
        <w:br/>
        <w:t>v -0.494495 13.366584 1.662334</w:t>
        <w:br/>
        <w:t>v -0.502068 13.366676 1.676848</w:t>
        <w:br/>
        <w:t>v -1.008061 13.437292 0.401724</w:t>
        <w:br/>
        <w:t>v -0.844713 13.410987 0.215996</w:t>
        <w:br/>
        <w:t>v -0.854417 13.414274 0.203228</w:t>
        <w:br/>
        <w:t>v -1.021247 13.441069 0.392786</w:t>
        <w:br/>
        <w:t>v -0.790889 13.827536 0.280081</w:t>
        <w:br/>
        <w:t>v -0.932542 13.852198 0.450242</w:t>
        <w:br/>
        <w:t>v -0.946370 13.855579 0.442157</w:t>
        <w:br/>
        <w:t>v -0.800928 13.830811 0.267571</w:t>
        <w:br/>
        <w:t>v -1.010520 13.864435 0.662325</w:t>
        <w:br/>
        <w:t>v -1.025614 13.859444 0.902734</w:t>
        <w:br/>
        <w:t>v -1.041441 13.863264 0.903960</w:t>
        <w:br/>
        <w:t>v -1.025854 13.868619 0.658409</w:t>
        <w:br/>
        <w:t>v -1.115192 13.456295 0.885445</w:t>
        <w:br/>
        <w:t>v -1.111803 13.451227 0.637376</w:t>
        <w:br/>
        <w:t>v -1.126951 13.455652 0.633023</w:t>
        <w:br/>
        <w:t>v -1.130913 13.460559 0.886791</w:t>
        <w:br/>
        <w:t>v -1.075967 13.447771 1.124453</w:t>
        <w:br/>
        <w:t>v -1.090451 13.451064 1.131334</w:t>
        <w:br/>
        <w:t>v -0.985081 13.852938 1.134244</w:t>
        <w:br/>
        <w:t>v -0.999953 13.855735 1.140489</w:t>
        <w:br/>
        <w:t>v -0.864481 13.837723 1.359151</w:t>
        <w:br/>
        <w:t>v -0.877458 13.839324 1.369001</w:t>
        <w:br/>
        <w:t>v -0.924609 13.420553 1.350409</w:t>
        <w:br/>
        <w:t>v -0.937104 13.422119 1.360785</w:t>
        <w:br/>
        <w:t>v -0.706866 13.388334 1.531516</w:t>
        <w:br/>
        <w:t>v -0.716500 13.388469 1.544752</w:t>
        <w:br/>
        <w:t>v -0.684079 13.815337 1.543203</w:t>
        <w:br/>
        <w:t>v -0.694240 13.815886 1.556027</w:t>
        <w:br/>
        <w:t>v -0.634336 13.379271 0.072246</w:t>
        <w:br/>
        <w:t>v -0.433350 13.358122 -0.011748</w:t>
        <w:br/>
        <w:t>v -0.437006 13.361968 -0.027235</w:t>
        <w:br/>
        <w:t>v -0.641151 13.382723 0.057767</w:t>
        <w:br/>
        <w:t>v -0.608246 13.797405 0.137467</w:t>
        <w:br/>
        <w:t>v -0.221425 13.342148 -0.032370</w:t>
        <w:br/>
        <w:t>v -0.221835 13.346181 -0.048231</w:t>
        <w:br/>
        <w:t>v 0.000095 13.327451 -0.033260</w:t>
        <w:br/>
        <w:t>v 0.000576 13.331635 -0.049080</w:t>
        <w:br/>
        <w:t>v 0.278601 13.348983 1.802754</w:t>
        <w:br/>
        <w:t>v 0.281453 13.349225 1.818873</w:t>
        <w:br/>
        <w:t>v 0.275599 13.764805 1.771843</w:t>
        <w:br/>
        <w:t>v 0.278566 13.765134 1.787939</w:t>
        <w:br/>
        <w:t>v 0.526148 13.363151 1.709130</w:t>
        <w:br/>
        <w:t>v 0.533066 13.363615 1.723960</w:t>
        <w:br/>
        <w:t>v 0.496311 13.787257 1.695714</w:t>
        <w:br/>
        <w:t>v 0.503194 13.787587 1.710563</w:t>
        <w:br/>
        <w:t>v 0.902315 13.847132 0.466453</w:t>
        <w:br/>
        <w:t>v 0.759318 13.820288 0.288027</w:t>
        <w:br/>
        <w:t>v 0.770010 13.823448 0.276039</w:t>
        <w:br/>
        <w:t>v 0.916476 13.850484 0.458954</w:t>
        <w:br/>
        <w:t>v 0.811097 13.398117 0.218807</w:t>
        <w:br/>
        <w:t>v 0.972282 13.433266 0.426010</w:t>
        <w:br/>
        <w:t>v 0.985433 13.437204 0.417091</w:t>
        <w:br/>
        <w:t>v 0.821434 13.401336 0.206526</w:t>
        <w:br/>
        <w:t>v 1.079080 13.451303 0.641342</w:t>
        <w:br/>
        <w:t>v 1.087768 13.449243 0.901505</w:t>
        <w:br/>
        <w:t>v 1.103373 13.454050 0.902676</w:t>
        <w:br/>
        <w:t>v 1.094161 13.456188 0.637252</w:t>
        <w:br/>
        <w:t>v 0.969602 13.857725 0.909746</w:t>
        <w:br/>
        <w:t>v 0.953736 13.857568 0.662838</w:t>
        <w:br/>
        <w:t>v 0.969215 13.861949 0.659804</w:t>
        <w:br/>
        <w:t>v 0.985313 13.862268 0.910474</w:t>
        <w:br/>
        <w:t>v 0.942704 13.851455 1.136588</w:t>
        <w:br/>
        <w:t>v 0.958226 13.854642 1.140700</w:t>
        <w:br/>
        <w:t>v 1.046582 13.446267 1.126018</w:t>
        <w:br/>
        <w:t>v 1.061496 13.450238 1.131477</w:t>
        <w:br/>
        <w:t>v 0.925083 13.421853 1.352827</w:t>
        <w:br/>
        <w:t>v 0.938578 13.423715 1.361879</w:t>
        <w:br/>
        <w:t>v 0.869848 13.838705 1.364520</w:t>
        <w:br/>
        <w:t>v 0.884154 13.840350 1.372329</w:t>
        <w:br/>
        <w:t>v 0.710615 13.817386 1.554932</w:t>
        <w:br/>
        <w:t>v 0.721283 13.817953 1.567302</w:t>
        <w:br/>
        <w:t>v 0.741789 13.390799 1.552883</w:t>
        <w:br/>
        <w:t>v 0.752275 13.391252 1.565428</w:t>
        <w:br/>
        <w:t>v 0.422451 13.348977 0.014563</w:t>
        <w:br/>
        <w:t>v 0.623343 13.370256 0.102044</w:t>
        <w:br/>
        <w:t>v 0.630893 13.373690 0.087930</w:t>
        <w:br/>
        <w:t>v 0.426730 13.352815 -0.000765</w:t>
        <w:br/>
        <w:t>v 0.594148 13.794083 0.188012</w:t>
        <w:br/>
        <w:t>v 0.411996 13.765844 0.112404</w:t>
        <w:br/>
        <w:t>v 0.416095 13.769590 0.097004</w:t>
        <w:br/>
        <w:t>v 0.601570 13.797401 0.173803</w:t>
        <w:br/>
        <w:t>v 0.214958 13.332749 -0.025931</w:t>
        <w:br/>
        <w:t>v 0.216365 13.336793 -0.041732</w:t>
        <w:br/>
        <w:t>v 0.209789 13.747976 0.085587</w:t>
        <w:br/>
        <w:t>v 0.210979 13.752072 0.069782</w:t>
        <w:br/>
        <w:t>v -0.001384 13.741731 0.075907</w:t>
        <w:br/>
        <w:t>v -0.000886 13.745843 0.060069</w:t>
        <w:br/>
        <w:t>v 0.000095 13.327451 -0.033260</w:t>
        <w:br/>
        <w:t>v 0.000576 13.331635 -0.049080</w:t>
        <w:br/>
        <w:t>v -0.001033 13.747938 1.821962</w:t>
        <w:br/>
        <w:t>v -0.325662 13.763024 1.766022</w:t>
        <w:br/>
        <w:t>v -0.328563 13.362025 1.769531</w:t>
        <w:br/>
        <w:t>v -0.001032 13.351398 1.830452</w:t>
        <w:br/>
        <w:t>v -0.498823 13.780899 1.693863</w:t>
        <w:br/>
        <w:t>v -0.508368 13.375444 1.688803</w:t>
        <w:br/>
        <w:t>v -0.862210 13.425238 0.194845</w:t>
        <w:br/>
        <w:t>v -1.031261 13.452425 0.387053</w:t>
        <w:br/>
        <w:t>v -0.959772 13.849152 0.434430</w:t>
        <w:br/>
        <w:t>v -1.057148 13.857759 0.904409</w:t>
        <w:br/>
        <w:t>v -1.137532 13.467344 0.630379</w:t>
        <w:br/>
        <w:t>v -1.141892 13.471684 0.888202</w:t>
        <w:br/>
        <w:t>v -1.100880 13.461280 1.136737</w:t>
        <w:br/>
        <w:t>v -1.014223 13.849663 1.145121</w:t>
        <w:br/>
        <w:t>v -0.889556 13.831758 1.376785</w:t>
        <w:br/>
        <w:t>v -0.946759 13.431785 1.369251</w:t>
        <w:br/>
        <w:t>v -0.724620 13.397717 1.555762</w:t>
        <w:br/>
        <w:t>v -0.703465 13.807003 1.566342</w:t>
        <w:br/>
        <w:t>v -0.614952 13.790894 0.124104</w:t>
        <w:br/>
        <w:t>v -0.417839 13.769588 0.069494</w:t>
        <w:br/>
        <w:t>v -0.440381 13.372573 -0.037196</w:t>
        <w:br/>
        <w:t>v -0.646945 13.393514 0.048243</w:t>
        <w:br/>
        <w:t>v -0.212754 13.752073 0.056296</w:t>
        <w:br/>
        <w:t>v -0.222662 13.356823 -0.058351</w:t>
        <w:br/>
        <w:t>v 0.000875 13.342317 -0.059151</w:t>
        <w:br/>
        <w:t>v -0.000886 13.745843 0.060069</w:t>
        <w:br/>
        <w:t>v 0.284124 13.357549 1.831749</w:t>
        <w:br/>
        <w:t>v 0.281297 13.756852 1.801064</w:t>
        <w:br/>
        <w:t>v 0.538750 13.372709 1.736084</w:t>
        <w:br/>
        <w:t>v 0.509636 13.778836 1.723013</w:t>
        <w:br/>
        <w:t>v 0.783224 13.820916 0.259548</w:t>
        <w:br/>
        <w:t>v 0.924379 13.844919 0.454428</w:t>
        <w:br/>
        <w:t>v 0.981020 13.854596 0.659465</w:t>
        <w:br/>
        <w:t>v 1.121455 13.464672 0.904456</w:t>
        <w:br/>
        <w:t>v 1.071910 13.460941 1.135980</w:t>
        <w:br/>
        <w:t>v 0.948886 13.433465 1.369532</w:t>
        <w:br/>
        <w:t>v 0.897105 13.832955 1.378832</w:t>
        <w:br/>
        <w:t>v 0.730893 13.809171 1.577467</w:t>
        <w:br/>
        <w:t>v 0.760972 13.400618 1.576085</w:t>
        <w:br/>
        <w:t>v 0.637134 13.384481 0.078653</w:t>
        <w:br/>
        <w:t>v 0.430480 13.363414 -0.010623</w:t>
        <w:br/>
        <w:t>v 0.415976 13.762958 0.083383</w:t>
        <w:br/>
        <w:t>v 0.606834 13.790609 0.158666</w:t>
        <w:br/>
        <w:t>v 0.829661 13.412168 0.198443</w:t>
        <w:br/>
        <w:t>v 0.217811 13.347440 -0.051813</w:t>
        <w:br/>
        <w:t>v 0.210749 13.745402 0.052759</w:t>
        <w:br/>
        <w:t>v -0.000579 13.740069 0.045273</w:t>
        <w:br/>
        <w:t>v 0.000875 13.342317 -0.059151</w:t>
        <w:br/>
        <w:t>v -0.001033 13.747938 1.821962</w:t>
        <w:br/>
        <w:t>v -0.001018 13.727423 1.821211</w:t>
        <w:br/>
        <w:t>v -0.959772 13.849152 0.434430</w:t>
        <w:br/>
        <w:t>v -0.962580 13.827113 0.432900</w:t>
        <w:br/>
        <w:t>v -1.141892 13.471684 0.888202</w:t>
        <w:br/>
        <w:t>v -1.135615 13.491628 0.888823</w:t>
        <w:br/>
        <w:t>v -0.891294 13.809731 1.375628</w:t>
        <w:br/>
        <w:t>v -0.703465 13.807003 1.566342</w:t>
        <w:br/>
        <w:t>v -0.704001 13.783690 1.564712</w:t>
        <w:br/>
        <w:t>v -0.221838 13.377614 -0.052365</w:t>
        <w:br/>
        <w:t>v -0.000594 13.372009 -0.051090</w:t>
        <w:br/>
        <w:t>v 1.121455 13.464672 0.904456</w:t>
        <w:br/>
        <w:t>v 1.114621 13.484417 0.904748</w:t>
        <w:br/>
        <w:t>v 0.898889 13.811181 1.377649</w:t>
        <w:br/>
        <w:t>v 0.730893 13.809171 1.577467</w:t>
        <w:br/>
        <w:t>v 0.731515 13.786034 1.575892</w:t>
        <w:br/>
        <w:t>v -0.000893 13.549707 1.816985</w:t>
        <w:br/>
        <w:t>v -0.324646 13.562633 1.758664</w:t>
        <w:br/>
        <w:t>v -0.323865 13.732389 1.756983</w:t>
        <w:br/>
        <w:t>v -0.000902 13.718577 1.813294</w:t>
        <w:br/>
        <w:t>v -0.498984 13.578278 1.682908</w:t>
        <w:br/>
        <w:t>v -0.325427 13.392877 1.760344</w:t>
        <w:br/>
        <w:t>v -0.502446 13.407743 1.681016</w:t>
        <w:br/>
        <w:t>v -0.850841 13.455818 0.206008</w:t>
        <w:br/>
        <w:t>v -0.830061 13.623352 0.232431</w:t>
        <w:br/>
        <w:t>v -0.987052 13.649227 0.415514</w:t>
        <w:br/>
        <w:t>v -1.016738 13.482340 0.395074</w:t>
        <w:br/>
        <w:t>v -1.055479 13.826357 0.902891</w:t>
        <w:br/>
        <w:t>v -1.089983 13.662796 0.895657</w:t>
        <w:br/>
        <w:t>v -1.079432 13.666325 0.643975</w:t>
        <w:br/>
        <w:t>v -1.040418 13.830132 0.655108</w:t>
        <w:br/>
        <w:t>v -1.011564 13.819149 1.141448</w:t>
        <w:br/>
        <w:t>v -1.048682 13.654085 1.137516</w:t>
        <w:br/>
        <w:t>v -0.885688 13.799580 1.370548</w:t>
        <w:br/>
        <w:t>v -0.910266 13.631132 1.367320</w:t>
        <w:br/>
        <w:t>v -0.707680 13.602325 1.553521</w:t>
        <w:br/>
        <w:t>v -0.699156 13.773399 1.557871</w:t>
        <w:br/>
        <w:t>v -0.495522 13.748810 1.684800</w:t>
        <w:br/>
        <w:t>v -0.435346 13.401478 -0.022011</w:t>
        <w:br/>
        <w:t>v -0.428346 13.566664 0.017452</w:t>
        <w:br/>
        <w:t>v -0.626289 13.590900 0.094163</w:t>
        <w:br/>
        <w:t>v -0.638582 13.423801 0.061626</w:t>
        <w:br/>
        <w:t>v -0.421345 13.731849 0.056915</w:t>
        <w:br/>
        <w:t>v -0.217339 13.550081 0.000257</w:t>
        <w:br/>
        <w:t>v -0.213950 13.714596 0.042665</w:t>
        <w:br/>
        <w:t>v -0.000773 13.544184 0.002690</w:t>
        <w:br/>
        <w:t>v -0.000707 13.708440 0.046180</w:t>
        <w:br/>
        <w:t>v -1.119653 13.496006 0.634205</w:t>
        <w:br/>
        <w:t>v -0.000883 13.380835 1.820676</w:t>
        <w:br/>
        <w:t>v 0.280707 13.557266 1.807236</w:t>
        <w:br/>
        <w:t>v 0.281523 13.387866 1.822225</w:t>
        <w:br/>
        <w:t>v 0.507311 13.746208 1.714260</w:t>
        <w:br/>
        <w:t>v 0.519826 13.575651 1.720768</w:t>
        <w:br/>
        <w:t>v 0.279892 13.726665 1.792247</w:t>
        <w:br/>
        <w:t>v 1.013480 13.653215 1.137292</w:t>
        <w:br/>
        <w:t>v 1.050567 13.664885 0.906334</w:t>
        <w:br/>
        <w:t>v 1.103450 13.491390 0.904244</w:t>
        <w:br/>
        <w:t>v 1.055629 13.488930 1.133442</w:t>
        <w:br/>
        <w:t>v 0.914763 13.632526 1.368992</w:t>
        <w:br/>
        <w:t>v 0.892883 13.801107 1.373181</w:t>
        <w:br/>
        <w:t>v 0.971331 13.817498 1.141141</w:t>
        <w:br/>
        <w:t>v 0.532342 13.405097 1.727277</w:t>
        <w:br/>
        <w:t>v 0.739235 13.604822 1.569387</w:t>
        <w:br/>
        <w:t>v 0.752000 13.433862 1.569592</w:t>
        <w:br/>
        <w:t>v 0.936643 13.463948 1.364802</w:t>
        <w:br/>
        <w:t>v -0.000839 13.379927 -0.040800</w:t>
        <w:br/>
        <w:t>v -0.220729 13.385569 -0.042151</w:t>
        <w:br/>
        <w:t>v -1.124488 13.499239 0.888422</w:t>
        <w:br/>
        <w:t>v -1.085801 13.489022 1.133584</w:t>
        <w:br/>
        <w:t>v -0.934845 13.462686 1.364093</w:t>
        <w:br/>
        <w:t>v -0.716205 13.431252 1.549172</w:t>
        <w:br/>
        <w:t>v -0.957366 13.816115 0.435953</w:t>
        <w:br/>
        <w:t>v -0.809281 13.790883 0.258853</w:t>
        <w:br/>
        <w:t>v -0.613997 13.758000 0.126700</w:t>
        <w:br/>
        <w:t>v 1.000322 13.826581 0.910073</w:t>
        <w:br/>
        <w:t>v 0.726470 13.775784 1.569182</w:t>
        <w:br/>
        <w:t>v 0.067448 12.990969 1.890606</w:t>
        <w:br/>
        <w:t>v 0.071370 12.970947 1.890773</w:t>
        <w:br/>
        <w:t>v -0.071629 12.908564 1.875747</w:t>
        <w:br/>
        <w:t>v -0.078726 12.927329 1.875470</w:t>
        <w:br/>
        <w:t>v 0.311492 13.097616 1.882310</w:t>
        <w:br/>
        <w:t>v 0.312289 13.077338 1.882935</w:t>
        <w:br/>
        <w:t>v 0.269596 13.431280 1.878195</w:t>
        <w:br/>
        <w:t>v 0.268755 13.451239 1.877496</w:t>
        <w:br/>
        <w:t>v 0.520730 13.558777 1.820756</w:t>
        <w:br/>
        <w:t>v 0.521304 13.539198 1.821714</w:t>
        <w:br/>
        <w:t>v 1.012211 13.480568 0.402546</w:t>
        <w:br/>
        <w:t>v 0.851853 13.454482 0.176046</w:t>
        <w:br/>
        <w:t>v 0.852896 13.429273 0.170589</w:t>
        <w:br/>
        <w:t>v 1.015375 13.455667 0.397733</w:t>
        <w:br/>
        <w:t>v 1.019175 13.830998 0.651314</w:t>
        <w:br/>
        <w:t>v 1.044180 13.834864 0.910138</w:t>
        <w:br/>
        <w:t>v 1.037340 13.856042 0.909719</w:t>
        <w:br/>
        <w:t>v 1.011415 13.855584 0.654079</w:t>
        <w:br/>
        <w:t>v 1.027200 13.805519 1.167795</w:t>
        <w:br/>
        <w:t>v 1.023282 13.826201 1.165976</w:t>
        <w:br/>
        <w:t>v 1.106095 13.473442 1.161440</w:t>
        <w:br/>
        <w:t>v 1.110005 13.452778 1.162994</w:t>
        <w:br/>
        <w:t>v 1.007322 13.387343 1.462317</w:t>
        <w:br/>
        <w:t>v 1.003628 13.409814 1.459637</w:t>
        <w:br/>
        <w:t>v 0.720356 13.246469 1.745903</w:t>
        <w:br/>
        <w:t>v 0.581498 13.187813 1.821173</w:t>
        <w:br/>
        <w:t>v 0.580549 13.209425 1.820026</w:t>
        <w:br/>
        <w:t>v 0.667263 13.246738 1.773965</w:t>
        <w:br/>
        <w:t>v 0.439362 13.381955 -0.045108</w:t>
        <w:br/>
        <w:t>v 0.651780 13.402021 0.045673</w:t>
        <w:br/>
        <w:t>v 0.651857 13.426847 0.051416</w:t>
        <w:br/>
        <w:t>v 0.440110 13.405015 -0.038968</w:t>
        <w:br/>
        <w:t>v 0.622105 13.763955 0.114836</w:t>
        <w:br/>
        <w:t>v 0.809133 13.792741 0.225546</w:t>
        <w:br/>
        <w:t>v 0.808269 13.817963 0.231188</w:t>
        <w:br/>
        <w:t>v 0.622513 13.788835 0.120638</w:t>
        <w:br/>
        <w:t>v 0.212239 13.721905 0.004484</w:t>
        <w:br/>
        <w:t>v 0.421676 13.738760 0.039332</w:t>
        <w:br/>
        <w:t>v 0.422645 13.761849 0.045468</w:t>
        <w:br/>
        <w:t>v 0.212731 13.744862 0.010576</w:t>
        <w:br/>
        <w:t>v 0.002658 13.738468 0.005596</w:t>
        <w:br/>
        <w:t>v 0.002676 13.715602 -0.000514</w:t>
        <w:br/>
        <w:t>v 0.820383 13.288834 1.688793</w:t>
        <w:br/>
        <w:t>v 0.819049 13.312387 1.686451</w:t>
        <w:br/>
        <w:t>v 1.119242 13.501671 0.629281</w:t>
        <w:br/>
        <w:t>v 1.126938 13.477070 0.626506</w:t>
        <w:br/>
        <w:t>v -0.209904 13.257131 1.830660</w:t>
        <w:br/>
        <w:t>v -0.038332 13.331646 1.848057</w:t>
        <w:br/>
        <w:t>v -0.039609 13.331561 1.877134</w:t>
        <w:br/>
        <w:t>v -0.212603 13.256590 1.859634</w:t>
        <w:br/>
        <w:t>v 0.077094 12.962311 1.852047</w:t>
        <w:br/>
        <w:t>v -0.073373 12.896368 1.836275</w:t>
        <w:br/>
        <w:t>v -0.076122 12.895779 1.865243</w:t>
        <w:br/>
        <w:t>v 0.075737 12.962108 1.881119</w:t>
        <w:br/>
        <w:t>v 0.311845 13.067388 1.843831</w:t>
        <w:br/>
        <w:t>v 0.313632 13.067469 1.872920</w:t>
        <w:br/>
        <w:t>v 0.264396 13.461458 1.838522</w:t>
        <w:br/>
        <w:t>v 0.266296 13.461025 1.867635</w:t>
        <w:br/>
        <w:t>v 0.051401 13.370079 1.874308</w:t>
        <w:br/>
        <w:t>v 0.051178 13.370028 1.845238</w:t>
        <w:br/>
        <w:t>v 0.570292 13.175426 1.780704</w:t>
        <w:br/>
        <w:t>v 0.581537 13.177087 1.809886</w:t>
        <w:br/>
        <w:t>v 0.504063 13.566272 1.784793</w:t>
        <w:br/>
        <w:t>v 0.514217 13.567557 1.812153</w:t>
        <w:br/>
        <w:t>v 0.924379 13.844919 0.454428</w:t>
        <w:br/>
        <w:t>v 0.783224 13.820916 0.259548</w:t>
        <w:br/>
        <w:t>v 0.799525 13.825574 0.238760</w:t>
        <w:br/>
        <w:t>v 0.936084 13.849295 0.451878</w:t>
        <w:br/>
        <w:t>v 0.829661 13.412168 0.198443</w:t>
        <w:br/>
        <w:t>v 0.985433 13.437204 0.417091</w:t>
        <w:br/>
        <w:t>v 1.009617 13.444160 0.402468</w:t>
        <w:br/>
        <w:t>v 0.848582 13.417948 0.177096</w:t>
        <w:br/>
        <w:t>v 1.094161 13.456188 0.637252</w:t>
        <w:br/>
        <w:t>v 1.103373 13.454050 0.902676</w:t>
        <w:br/>
        <w:t>v 1.131150 13.462620 0.904122</w:t>
        <w:br/>
        <w:t>v 1.120728 13.464844 0.629105</w:t>
        <w:br/>
        <w:t>v 0.999087 13.855969 0.910554</w:t>
        <w:br/>
        <w:t>v 0.981020 13.854596 0.659465</w:t>
        <w:br/>
        <w:t>v 0.999584 13.861985 0.656213</w:t>
        <w:br/>
        <w:t>v 1.025263 13.862442 0.910439</w:t>
        <w:br/>
        <w:t>v 0.983691 13.826878 1.158577</w:t>
        <w:br/>
        <w:t>v 1.011352 13.833321 1.164937</w:t>
        <w:br/>
        <w:t>v 1.076331 13.434481 1.151397</w:t>
        <w:br/>
        <w:t>v 1.103490 13.441374 1.159269</w:t>
        <w:br/>
        <w:t>v 0.974188 13.368331 1.434320</w:t>
        <w:br/>
        <w:t>v 1.002369 13.374123 1.452966</w:t>
        <w:br/>
        <w:t>v 0.879350 13.756536 1.446593</w:t>
        <w:br/>
        <w:t>v 0.903952 13.762158 1.461092</w:t>
        <w:br/>
        <w:t>v 0.717800 13.666338 1.665037</w:t>
        <w:br/>
        <w:t>v 0.736126 13.669657 1.687404</w:t>
        <w:br/>
        <w:t>v 0.734787 13.246394 1.687019</w:t>
        <w:br/>
        <w:t>v 0.746153 13.246340 1.718562</w:t>
        <w:br/>
        <w:t>v 0.818036 13.276645 1.676908</w:t>
        <w:br/>
        <w:t>v 0.796899 13.273247 1.650295</w:t>
        <w:br/>
        <w:t>v 0.430480 13.363414 -0.010623</w:t>
        <w:br/>
        <w:t>v 0.637134 13.384481 0.078653</w:t>
        <w:br/>
        <w:t>v 0.649308 13.390577 0.052929</w:t>
        <w:br/>
        <w:t>v 0.438117 13.370235 -0.037867</w:t>
        <w:br/>
        <w:t>v 0.606834 13.790609 0.158666</w:t>
        <w:br/>
        <w:t>v 0.415976 13.762958 0.083383</w:t>
        <w:br/>
        <w:t>v 0.418877 13.768961 0.056595</w:t>
        <w:br/>
        <w:t>v 0.616594 13.796260 0.130651</w:t>
        <w:br/>
        <w:t>v 0.217811 13.347440 -0.051813</w:t>
        <w:br/>
        <w:t>v 0.220416 13.354644 -0.079892</w:t>
        <w:br/>
        <w:t>v 0.210749 13.745402 0.052759</w:t>
        <w:br/>
        <w:t>v 0.211237 13.751813 0.022345</w:t>
        <w:br/>
        <w:t>v -0.000579 13.740069 0.045273</w:t>
        <w:br/>
        <w:t>v 0.001561 13.745081 0.017264</w:t>
        <w:br/>
        <w:t>v 0.000875 13.342317 -0.059151</w:t>
        <w:br/>
        <w:t>v 0.001680 13.349756 -0.087277</w:t>
        <w:br/>
        <w:t>v -0.151412 13.250881 1.875037</w:t>
        <w:br/>
        <w:t>v -0.194079 13.232360 1.870691</w:t>
        <w:br/>
        <w:t>v -0.201180 13.251132 1.870413</w:t>
        <w:br/>
        <w:t>v 0.118740 13.366976 1.882692</w:t>
        <w:br/>
        <w:t>v 0.073992 13.369096 1.883583</w:t>
        <w:br/>
        <w:t>v 0.947048 13.841942 0.447587</w:t>
        <w:br/>
        <w:t>v 0.950213 13.817061 0.442404</w:t>
        <w:br/>
        <w:t>v 1.137709 13.474801 0.904958</w:t>
        <w:br/>
        <w:t>v 1.130947 13.495982 0.904832</w:t>
        <w:br/>
        <w:t>v 0.918192 13.736484 1.466613</w:t>
        <w:br/>
        <w:t>v 0.915054 13.754868 1.464599</w:t>
        <w:br/>
        <w:t>v 0.745668 13.661620 1.693535</w:t>
        <w:br/>
        <w:t>v 0.746169 13.642067 1.695319</w:t>
        <w:br/>
        <w:t>v 0.220652 13.366495 -0.086996</w:t>
        <w:br/>
        <w:t>v 0.221101 13.389444 -0.080889</w:t>
        <w:br/>
        <w:t>v 0.001559 13.361883 -0.093943</w:t>
        <w:br/>
        <w:t>v 0.001541 13.384751 -0.087835</w:t>
        <w:br/>
        <w:t>v 0.063948 12.999870 1.880712</w:t>
        <w:br/>
        <w:t>v -0.090097 12.932724 1.864669</w:t>
        <w:br/>
        <w:t>v -0.198628 13.219643 1.860208</w:t>
        <w:br/>
        <w:t>v -0.014205 13.250187 1.878012</w:t>
        <w:br/>
        <w:t>v 0.308875 13.107322 1.872814</w:t>
        <w:br/>
        <w:t>v 0.290893 13.248645 1.872415</w:t>
        <w:br/>
        <w:t>v 0.569468 13.247233 1.810858</w:t>
        <w:br/>
        <w:t>v 0.574071 13.218150 1.811673</w:t>
        <w:br/>
        <w:t>v 0.824054 13.621761 0.207928</w:t>
        <w:br/>
        <w:t>v 0.972851 13.646729 0.427173</w:t>
        <w:br/>
        <w:t>v 0.944025 13.805558 0.446549</w:t>
        <w:br/>
        <w:t>v 0.804834 13.781425 0.232077</w:t>
        <w:br/>
        <w:t>v 1.076887 13.668430 0.906456</w:t>
        <w:br/>
        <w:t>v 1.060156 13.663414 0.642659</w:t>
        <w:br/>
        <w:t>v 1.107541 13.508069 0.632049</w:t>
        <w:br/>
        <w:t>v 1.118834 13.502392 0.904943</w:t>
        <w:br/>
        <w:t>v 1.094268 13.480604 1.159838</w:t>
        <w:br/>
        <w:t>v 1.051542 13.662357 1.162464</w:t>
        <w:br/>
        <w:t>v 0.992637 13.417161 1.455846</w:t>
        <w:br/>
        <w:t>v 0.981274 13.461082 1.456464</w:t>
        <w:br/>
        <w:t>v 0.640501 13.246872 1.777150</w:t>
        <w:br/>
        <w:t>v 0.428497 13.569597 0.009364</w:t>
        <w:br/>
        <w:t>v 0.632951 13.593420 0.091790</w:t>
        <w:br/>
        <w:t>v 0.620114 13.752536 0.122271</w:t>
        <w:br/>
        <w:t>v 0.420893 13.727048 0.046664</w:t>
        <w:br/>
        <w:t>v 0.645788 13.434304 0.061309</w:t>
        <w:br/>
        <w:t>v 0.843274 13.462098 0.183779</w:t>
        <w:br/>
        <w:t>v 0.215826 13.553228 -0.028774</w:t>
        <w:br/>
        <w:t>v 0.219454 13.396398 -0.069143</w:t>
        <w:br/>
        <w:t>v 0.436101 13.412149 -0.027936</w:t>
        <w:br/>
        <w:t>v 0.001620 13.547419 -0.035007</w:t>
        <w:br/>
        <w:t>v 0.001668 13.391401 -0.076262</w:t>
        <w:br/>
        <w:t>v 0.809811 13.320530 1.680025</w:t>
        <w:br/>
        <w:t>v 0.787278 13.426478 1.682143</w:t>
        <w:br/>
        <w:t>v 1.001676 13.487896 0.407797</w:t>
        <w:br/>
        <w:t>v -0.036254 13.322598 1.887028</w:t>
        <w:br/>
        <w:t>v -0.126955 13.250759 1.867481</w:t>
        <w:br/>
        <w:t>v -0.032116 13.302670 1.887190</w:t>
        <w:br/>
        <w:t>v 0.148098 13.369050 1.871618</w:t>
        <w:br/>
        <w:t>v -0.027821 13.293796 1.877541</w:t>
        <w:br/>
        <w:t>v 0.520144 13.527112 1.805642</w:t>
        <w:br/>
        <w:t>v 0.271053 13.421648 1.867478</w:t>
        <w:br/>
        <w:t>v 0.743548 13.632093 1.686254</w:t>
        <w:br/>
        <w:t>v 0.912880 13.725445 1.460179</w:t>
        <w:br/>
        <w:t>v 1.020574 13.794092 1.164369</w:t>
        <w:br/>
        <w:t>v 1.037578 13.822670 0.909617</w:t>
        <w:br/>
        <w:t>v 1.012771 13.818758 0.653268</w:t>
        <w:br/>
        <w:t>v 0.212199 13.710057 0.011596</w:t>
        <w:br/>
        <w:t>v 0.001573 13.703436 0.006249</w:t>
        <w:br/>
        <w:t>v -0.484759 13.789787 1.667531</w:t>
        <w:br/>
        <w:t>v -0.488942 13.819243 1.669589</w:t>
        <w:br/>
        <w:t>v -0.317810 13.771553 1.737256</w:t>
        <w:br/>
        <w:t>v -1.003521 13.952361 0.665065</w:t>
        <w:br/>
        <w:t>v -0.996936 13.987160 0.669577</w:t>
        <w:br/>
        <w:t>v -1.008216 13.986102 0.906605</w:t>
        <w:br/>
        <w:t>v -1.016091 13.952282 0.905578</w:t>
        <w:br/>
        <w:t>v -0.979012 13.937642 1.139280</w:t>
        <w:br/>
        <w:t>v -0.972170 13.971593 1.139298</w:t>
        <w:br/>
        <w:t>v -0.969475 13.925310 1.134911</w:t>
        <w:br/>
        <w:t>v -0.857510 13.887251 1.359736</w:t>
        <w:br/>
        <w:t>v -0.864481 13.837723 1.359151</w:t>
        <w:br/>
        <w:t>v -0.985081 13.852938 1.134244</w:t>
        <w:br/>
        <w:t>v -0.610310 13.809792 0.127338</w:t>
        <w:br/>
        <w:t>v -0.601938 13.839244 0.130838</w:t>
        <w:br/>
        <w:t>v -0.790378 13.898537 0.283592</w:t>
        <w:br/>
        <w:t>v -0.792208 13.863712 0.275033</w:t>
        <w:br/>
        <w:t>v -0.416527 13.796970 0.077637</w:t>
        <w:br/>
        <w:t>v -0.417839 13.769588 0.069494</w:t>
        <w:br/>
        <w:t>v -0.212754 13.752073 0.056296</w:t>
        <w:br/>
        <w:t>v -0.301843 13.782031 1.689619</w:t>
        <w:br/>
        <w:t>v 0.003796 13.754799 1.754752</w:t>
        <w:br/>
        <w:t>v -0.000467 13.755656 1.792285</w:t>
        <w:br/>
        <w:t>v -0.312489 13.781723 1.725914</w:t>
        <w:br/>
        <w:t>v -0.462839 13.829137 1.626502</w:t>
        <w:br/>
        <w:t>v -0.480719 13.829191 1.659788</w:t>
        <w:br/>
        <w:t>v -0.753974 13.897733 0.319712</w:t>
        <w:br/>
        <w:t>v -0.880562 13.949945 0.480703</w:t>
        <w:br/>
        <w:t>v -0.912856 13.957933 0.462935</w:t>
        <w:br/>
        <w:t>v -0.779101 13.905726 0.292650</w:t>
        <w:br/>
        <w:t>v -0.948262 13.982924 0.678578</w:t>
        <w:br/>
        <w:t>v -0.959073 13.981874 0.901638</w:t>
        <w:br/>
        <w:t>v -0.993987 13.993435 0.905460</w:t>
        <w:br/>
        <w:t>v -0.982719 13.994588 0.671719</w:t>
        <w:br/>
        <w:t>v -0.928087 13.958165 1.123109</w:t>
        <w:br/>
        <w:t>v -0.958615 13.979407 1.135627</w:t>
        <w:br/>
        <w:t>v -0.823465 13.928041 1.338462</w:t>
        <w:br/>
        <w:t>v -0.850494 13.943026 1.360579</w:t>
        <w:br/>
        <w:t>v -0.656912 13.889191 1.515214</w:t>
        <w:br/>
        <w:t>v -0.680159 13.890513 1.544971</w:t>
        <w:br/>
        <w:t>v -0.411799 13.794800 0.128954</w:t>
        <w:br/>
        <w:t>v -0.576232 13.838458 0.175299</w:t>
        <w:br/>
        <w:t>v -0.593205 13.846390 0.142487</w:t>
        <w:br/>
        <w:t>v -0.414071 13.803652 0.091728</w:t>
        <w:br/>
        <w:t>v -0.209239 13.749587 0.107407</w:t>
        <w:br/>
        <w:t>v -0.210384 13.758819 0.070786</w:t>
        <w:br/>
        <w:t>v -0.001185 13.743789 0.108165</w:t>
        <w:br/>
        <w:t>v -0.001596 13.753300 0.071599</w:t>
        <w:br/>
        <w:t>v -0.926069 13.950604 0.457168</w:t>
        <w:br/>
        <w:t>v -0.930711 13.915447 0.450188</w:t>
        <w:br/>
        <w:t>v -0.862468 13.934166 1.366898</w:t>
        <w:br/>
        <w:t>v -0.865643 13.898537 1.367740</w:t>
        <w:br/>
        <w:t>v -0.689918 13.880619 1.553491</w:t>
        <w:br/>
        <w:t>v -0.688789 13.843412 1.554469</w:t>
        <w:br/>
        <w:t>v -0.317810 13.771553 1.737256</w:t>
        <w:br/>
        <w:t>v -0.000886 13.745843 0.060069</w:t>
        <w:br/>
        <w:t>v -0.000655 13.731330 0.114503</w:t>
        <w:br/>
        <w:t>v -0.210970 13.736796 0.116978</w:t>
        <w:br/>
        <w:t>v -0.412170 13.782064 0.139023</w:t>
        <w:br/>
        <w:t>v -0.574027 13.826159 0.185377</w:t>
        <w:br/>
        <w:t>v -0.748859 13.885308 0.328610</w:t>
        <w:br/>
        <w:t>v -0.872577 13.937387 0.486718</w:t>
        <w:br/>
        <w:t>v -0.938590 13.970306 0.680950</w:t>
        <w:br/>
        <w:t>v -0.949160 13.969115 0.900339</w:t>
        <w:br/>
        <w:t>v -0.918465 13.945826 1.119016</w:t>
        <w:br/>
        <w:t>v -0.815151 13.916736 1.330734</w:t>
        <w:br/>
        <w:t>v -0.650896 13.878978 1.504508</w:t>
        <w:br/>
        <w:t>v -0.459377 13.819222 1.614349</w:t>
        <w:br/>
        <w:t>v -0.300525 13.772044 1.676967</w:t>
        <w:br/>
        <w:t>v 0.004660 13.745036 1.744994</w:t>
        <w:br/>
        <w:t>v -0.787200 13.851226 0.284016</w:t>
        <w:br/>
        <w:t>v -0.608246 13.797405 0.137467</w:t>
        <w:br/>
        <w:t>v -0.922799 13.902862 0.456370</w:t>
        <w:br/>
        <w:t>v -0.993878 13.939732 0.667672</w:t>
        <w:br/>
        <w:t>v -1.006175 13.939520 0.904289</w:t>
        <w:br/>
        <w:t>v -0.683065 13.833226 1.543519</w:t>
        <w:br/>
        <w:t>v 0.543262 13.395934 1.808087</w:t>
        <w:br/>
        <w:t>v 0.276630 13.373017 1.868866</w:t>
        <w:br/>
        <w:t>v -0.790889 13.827536 0.280081</w:t>
        <w:br/>
        <w:t>v -0.932542 13.852198 0.450242</w:t>
        <w:br/>
        <w:t>v -0.684079 13.815337 1.543203</w:t>
        <w:br/>
        <w:t>v -1.010520 13.864435 0.662325</w:t>
        <w:br/>
        <w:t>v -1.025614 13.859444 0.902734</w:t>
        <w:br/>
        <w:t>v 0.935686 13.637293 1.458940</w:t>
        <w:br/>
        <w:t>v -0.417839 13.769588 0.069494</w:t>
        <w:br/>
        <w:t>v -1.349017 14.924143 0.933869</w:t>
        <w:br/>
        <w:t>v -1.363299 14.711141 0.932740</w:t>
        <w:br/>
        <w:t>v -1.367742 14.711685 0.641773</w:t>
        <w:br/>
        <w:t>v -1.360925 14.924014 0.643755</w:t>
        <w:br/>
        <w:t>v -1.338210 14.924136 1.129055</w:t>
        <w:br/>
        <w:t>v -1.351243 14.711750 1.144174</w:t>
        <w:br/>
        <w:t>v -1.292165 14.508628 0.395338</w:t>
        <w:br/>
        <w:t>v -1.350761 14.505233 0.645188</w:t>
        <w:br/>
        <w:t>v -1.330882 14.357154 0.654554</w:t>
        <w:br/>
        <w:t>v -1.271653 14.357080 0.408563</w:t>
        <w:br/>
        <w:t>v -1.186991 14.918049 0.141660</w:t>
        <w:br/>
        <w:t>v -1.258402 14.924180 0.286480</w:t>
        <w:br/>
        <w:t>v -1.261124 14.708789 0.287665</w:t>
        <w:br/>
        <w:t>v -1.176853 14.711090 0.140280</w:t>
        <w:br/>
        <w:t>v -1.310761 14.922060 0.384116</w:t>
        <w:br/>
        <w:t>v -1.314562 14.711457 0.386597</w:t>
        <w:br/>
        <w:t>v -1.163987 14.496512 0.139779</w:t>
        <w:br/>
        <w:t>v -1.253050 14.512512 0.293407</w:t>
        <w:br/>
        <w:t>v -1.176027 16.289436 0.665288</w:t>
        <w:br/>
        <w:t>v -1.023560 16.436256 0.670415</w:t>
        <w:br/>
        <w:t>v -0.937899 16.372696 0.788367</w:t>
        <w:br/>
        <w:t>v -1.314729 15.164031 1.117366</w:t>
        <w:br/>
        <w:t>v -1.330211 15.178480 0.927950</w:t>
        <w:br/>
        <w:t>v -1.329720 15.191455 0.639332</w:t>
        <w:br/>
        <w:t>v -1.289724 15.391657 0.943792</w:t>
        <w:br/>
        <w:t>v -1.298146 15.399870 0.625348</w:t>
        <w:br/>
        <w:t>v -1.252751 15.616366 0.705817</w:t>
        <w:br/>
        <w:t>v -1.249384 15.587170 0.965741</w:t>
        <w:br/>
        <w:t>v -1.245168 15.799590 0.746546</w:t>
        <w:br/>
        <w:t>v -1.183346 15.760281 0.993591</w:t>
        <w:br/>
        <w:t>v -1.171078 16.009169 0.846871</w:t>
        <w:br/>
        <w:t>v -1.095555 15.948639 1.035988</w:t>
        <w:br/>
        <w:t>v -1.284825 15.190202 0.395514</w:t>
        <w:br/>
        <w:t>v -1.259717 15.180767 0.295410</w:t>
        <w:br/>
        <w:t>v -1.203071 15.169179 0.141660</w:t>
        <w:br/>
        <w:t>v -1.262787 15.455656 1.119817</w:t>
        <w:br/>
        <w:t>v -1.208036 15.615067 1.139064</w:t>
        <w:br/>
        <w:t>v -1.299343 16.384024 0.529167</w:t>
        <w:br/>
        <w:t>v -1.424462 16.271137 0.477635</w:t>
        <w:br/>
        <w:t>v -1.465407 16.424995 0.346498</w:t>
        <w:br/>
        <w:t>v -1.338933 16.544151 0.355161</w:t>
        <w:br/>
        <w:t>v -1.369451 16.622644 0.171227</w:t>
        <w:br/>
        <w:t>v -1.496679 16.530228 0.178280</w:t>
        <w:br/>
        <w:t>v -1.364003 14.511917 0.929135</w:t>
        <w:br/>
        <w:t>v -1.359766 14.525161 1.162068</w:t>
        <w:br/>
        <w:t>v -1.256053 15.538134 0.552872</w:t>
        <w:br/>
        <w:t>v -1.255605 15.632330 0.582196</w:t>
        <w:br/>
        <w:t>v -1.267191 15.352720 0.385043</w:t>
        <w:br/>
        <w:t>v -1.238508 15.296555 0.233664</w:t>
        <w:br/>
        <w:t>v -1.314036 15.882272 0.609048</w:t>
        <w:br/>
        <w:t>v -1.240721 15.956875 0.714524</w:t>
        <w:br/>
        <w:t>v -1.271210 15.705688 0.584215</w:t>
        <w:br/>
        <w:t>v -0.954800 16.108974 1.063058</w:t>
        <w:br/>
        <w:t>v -0.838809 16.172543 1.138891</w:t>
        <w:br/>
        <w:t>v -0.801263 16.165970 1.191976</w:t>
        <w:br/>
        <w:t>v -0.878806 16.067358 1.239670</w:t>
        <w:br/>
        <w:t>v -0.840555 16.354364 0.896613</w:t>
        <w:br/>
        <w:t>v -1.050888 16.179287 0.868475</w:t>
        <w:br/>
        <w:t>v -1.049922 16.616417 0.468835</w:t>
        <w:br/>
        <w:t>v -1.037383 16.541368 0.564030</w:t>
        <w:br/>
        <w:t>v -1.373225 16.099777 0.556721</w:t>
        <w:br/>
        <w:t>v -1.271757 16.203583 0.629660</w:t>
        <w:br/>
        <w:t>v -1.042480 15.915379 1.200602</w:t>
        <w:br/>
        <w:t>v -1.142763 14.356094 0.141659</w:t>
        <w:br/>
        <w:t>v -1.348972 14.365106 0.940362</w:t>
        <w:br/>
        <w:t>v -1.360531 14.368407 1.178934</w:t>
        <w:br/>
        <w:t>v -1.152538 15.733708 1.164338</w:t>
        <w:br/>
        <w:t>v -1.291250 15.310195 1.115903</w:t>
        <w:br/>
        <w:t>v -0.530537 16.323837 1.337213</w:t>
        <w:br/>
        <w:t>v -0.579290 16.362211 1.113812</w:t>
        <w:br/>
        <w:t>v -0.548062 16.341784 1.098586</w:t>
        <w:br/>
        <w:t>v -0.506451 16.309906 1.324063</w:t>
        <w:br/>
        <w:t>v -1.251791 15.465449 0.492881</w:t>
        <w:br/>
        <w:t>v -1.187516 16.711058 0.168217</w:t>
        <w:br/>
        <w:t>v -1.090597 16.668640 0.351827</w:t>
        <w:br/>
        <w:t>v -1.206350 15.296756 0.145174</w:t>
        <w:br/>
        <w:t>v -0.614338 16.390558 1.026160</w:t>
        <w:br/>
        <w:t>v -0.590973 16.370823 0.991816</w:t>
        <w:br/>
        <w:t>v -0.804922 16.197771 1.191916</w:t>
        <w:br/>
        <w:t>v -0.801263 16.165970 1.191976</w:t>
        <w:br/>
        <w:t>v -0.838809 16.172543 1.138891</w:t>
        <w:br/>
        <w:t>v -0.836208 16.203173 1.147947</w:t>
        <w:br/>
        <w:t>v -0.762113 16.212381 1.221501</w:t>
        <w:br/>
        <w:t>v -0.749638 16.183588 1.227653</w:t>
        <w:br/>
        <w:t>v -0.718353 16.243387 1.228480</w:t>
        <w:br/>
        <w:t>v -0.696867 16.220980 1.236069</w:t>
        <w:br/>
        <w:t>v -0.758815 16.273792 1.137287</w:t>
        <w:br/>
        <w:t>v -0.849764 16.202389 1.081822</w:t>
        <w:br/>
        <w:t>v -0.845141 16.227976 1.100573</w:t>
        <w:br/>
        <w:t>v -0.831772 16.264692 1.063289</w:t>
        <w:br/>
        <w:t>v -0.833643 16.246670 1.036861</w:t>
        <w:br/>
        <w:t>v -0.793865 16.293823 1.015762</w:t>
        <w:br/>
        <w:t>v -0.798788 16.303789 1.045793</w:t>
        <w:br/>
        <w:t>v -0.712211 16.349400 1.082358</w:t>
        <w:br/>
        <w:t>v -0.755023 16.334793 1.052774</w:t>
        <w:br/>
        <w:t>v -0.741090 16.331207 1.024179</w:t>
        <w:br/>
        <w:t>v -0.689459 16.348810 1.059857</w:t>
        <w:br/>
        <w:t>v -0.681822 16.343689 1.126620</w:t>
        <w:br/>
        <w:t>v -0.671996 16.319202 1.173701</w:t>
        <w:br/>
        <w:t>v -0.652808 16.341930 1.113233</w:t>
        <w:br/>
        <w:t>v -0.640961 16.312397 1.170010</w:t>
        <w:br/>
        <w:t>v -0.685366 16.282495 1.210985</w:t>
        <w:br/>
        <w:t>v -0.657087 16.268129 1.214971</w:t>
        <w:br/>
        <w:t>v -0.696867 16.220980 1.236069</w:t>
        <w:br/>
        <w:t>v -0.660262 16.206133 1.285480</w:t>
        <w:br/>
        <w:t>v -0.769674 16.144014 1.263004</w:t>
        <w:br/>
        <w:t>v -0.749638 16.183588 1.227653</w:t>
        <w:br/>
        <w:t>v -0.657087 16.268129 1.214971</w:t>
        <w:br/>
        <w:t>v -0.588964 16.263714 1.311154</w:t>
        <w:br/>
        <w:t>v -0.640961 16.312397 1.170010</w:t>
        <w:br/>
        <w:t>v -0.530537 16.323837 1.337213</w:t>
        <w:br/>
        <w:t>v -0.689459 16.348810 1.059857</w:t>
        <w:br/>
        <w:t>v -0.652808 16.341930 1.113233</w:t>
        <w:br/>
        <w:t>v -0.741090 16.331207 1.024179</w:t>
        <w:br/>
        <w:t>v -0.722507 16.348982 0.999003</w:t>
        <w:br/>
        <w:t>v -0.793865 16.293823 1.015762</w:t>
        <w:br/>
        <w:t>v -0.849764 16.202389 1.081822</w:t>
        <w:br/>
        <w:t>v -0.833643 16.246670 1.036861</w:t>
        <w:br/>
        <w:t>v 1.367742 14.711685 0.641773</w:t>
        <w:br/>
        <w:t>v 1.363300 14.711141 0.932740</w:t>
        <w:br/>
        <w:t>v 1.349018 14.924143 0.933869</w:t>
        <w:br/>
        <w:t>v 1.360925 14.924014 0.643755</w:t>
        <w:br/>
        <w:t>v 1.338861 14.924133 1.129037</w:t>
        <w:br/>
        <w:t>v 1.351907 14.711750 1.144173</w:t>
        <w:br/>
        <w:t>v 1.331546 14.357154 0.654554</w:t>
        <w:br/>
        <w:t>v 1.350761 14.505233 0.645188</w:t>
        <w:br/>
        <w:t>v 1.292165 14.508628 0.395338</w:t>
        <w:br/>
        <w:t>v 1.272317 14.357080 0.408563</w:t>
        <w:br/>
        <w:t>v 1.261124 14.708789 0.287665</w:t>
        <w:br/>
        <w:t>v 1.258402 14.924180 0.286480</w:t>
        <w:br/>
        <w:t>v 1.185492 14.918196 0.141654</w:t>
        <w:br/>
        <w:t>v 1.176552 14.711138 0.141653</w:t>
        <w:br/>
        <w:t>v 1.310761 14.922060 0.384116</w:t>
        <w:br/>
        <w:t>v 1.314562 14.711457 0.386597</w:t>
        <w:br/>
        <w:t>v 1.160848 14.496002 0.141652</w:t>
        <w:br/>
        <w:t>v 1.253050 14.512512 0.293407</w:t>
        <w:br/>
        <w:t>v 1.024243 16.436256 0.670415</w:t>
        <w:br/>
        <w:t>v 1.176028 16.289436 0.665289</w:t>
        <w:br/>
        <w:t>v 0.938582 16.372696 0.788367</w:t>
        <w:br/>
        <w:t>v 1.315131 15.163988 1.117003</w:t>
        <w:br/>
        <w:t>v 1.330212 15.178480 0.927951</w:t>
        <w:br/>
        <w:t>v 1.329720 15.191455 0.639332</w:t>
        <w:br/>
        <w:t>v 1.245277 15.615966 0.705817</w:t>
        <w:br/>
        <w:t>v 1.298147 15.399870 0.625348</w:t>
        <w:br/>
        <w:t>v 1.289725 15.391657 0.943792</w:t>
        <w:br/>
        <w:t>v 1.221357 15.588408 0.965741</w:t>
        <w:br/>
        <w:t>v 1.239624 15.798940 0.746546</w:t>
        <w:br/>
        <w:t>v 1.183347 15.760281 0.993592</w:t>
        <w:br/>
        <w:t>v 1.171078 16.009169 0.846871</w:t>
        <w:br/>
        <w:t>v 1.095555 15.948639 1.035988</w:t>
        <w:br/>
        <w:t>v 1.284826 15.190202 0.395514</w:t>
        <w:br/>
        <w:t>v 1.259717 15.180767 0.295410</w:t>
        <w:br/>
        <w:t>v 1.152823 15.176741 0.141653</w:t>
        <w:br/>
        <w:t>v 1.263446 15.455655 1.119810</w:t>
        <w:br/>
        <w:t>v 1.208702 15.615067 1.139064</w:t>
        <w:br/>
        <w:t>v 1.466443 16.422672 0.346498</w:t>
        <w:br/>
        <w:t>v 1.424514 16.269730 0.477635</w:t>
        <w:br/>
        <w:t>v 1.299471 16.383577 0.529166</w:t>
        <w:br/>
        <w:t>v 1.338935 16.544155 0.355161</w:t>
        <w:br/>
        <w:t>v 1.498477 16.527790 0.178280</w:t>
        <w:br/>
        <w:t>v 1.370117 16.622063 0.171226</w:t>
        <w:br/>
        <w:t>v 1.364003 14.511917 0.929135</w:t>
        <w:br/>
        <w:t>v 1.360430 14.525161 1.162067</w:t>
        <w:br/>
        <w:t>v 1.251408 15.631833 0.582196</w:t>
        <w:br/>
        <w:t>v 1.249583 15.537827 0.552871</w:t>
        <w:br/>
        <w:t>v 1.228441 15.355639 0.385043</w:t>
        <w:br/>
        <w:t>v 1.193581 15.301481 0.233664</w:t>
        <w:br/>
        <w:t>v 1.236876 15.955835 0.714524</w:t>
        <w:br/>
        <w:t>v 1.310563 15.880557 0.609047</w:t>
        <w:br/>
        <w:t>v 1.267514 15.704808 0.584214</w:t>
        <w:br/>
        <w:t>v 0.801264 16.165970 1.191976</w:t>
        <w:br/>
        <w:t>v 0.838809 16.172543 1.138891</w:t>
        <w:br/>
        <w:t>v 0.954801 16.108974 1.063058</w:t>
        <w:br/>
        <w:t>v 0.879470 16.067358 1.239671</w:t>
        <w:br/>
        <w:t>v 1.050889 16.179287 0.868475</w:t>
        <w:br/>
        <w:t>v 0.841238 16.354364 0.896613</w:t>
        <w:br/>
        <w:t>v 1.038066 16.541368 0.564030</w:t>
        <w:br/>
        <w:t>v 1.050605 16.616417 0.468835</w:t>
        <w:br/>
        <w:t>v 1.372514 16.098595 0.556721</w:t>
        <w:br/>
        <w:t>v 1.271247 16.202896 0.629660</w:t>
        <w:br/>
        <w:t>v 1.043145 15.915379 1.200602</w:t>
        <w:br/>
        <w:t>v 1.144083 14.356094 0.141653</w:t>
        <w:br/>
        <w:t>v 1.349636 14.365106 0.940362</w:t>
        <w:br/>
        <w:t>v 1.361195 14.368407 1.178934</w:t>
        <w:br/>
        <w:t>v 1.153203 15.733708 1.164338</w:t>
        <w:br/>
        <w:t>v 1.291739 15.310169 1.115662</w:t>
        <w:br/>
        <w:t>v 0.548061 16.341784 1.098586</w:t>
        <w:br/>
        <w:t>v 0.579290 16.362211 1.113812</w:t>
        <w:br/>
        <w:t>v 0.531202 16.323837 1.337213</w:t>
        <w:br/>
        <w:t>v 0.507114 16.309906 1.324063</w:t>
        <w:br/>
        <w:t>v 1.241086 15.465466 0.492880</w:t>
        <w:br/>
        <w:t>v 1.091279 16.668640 0.351827</w:t>
        <w:br/>
        <w:t>v 1.162597 16.721525 0.168216</w:t>
        <w:br/>
        <w:t>v 1.147641 15.304334 0.141650</w:t>
        <w:br/>
        <w:t>v 0.591645 16.370823 0.991816</w:t>
        <w:br/>
        <w:t>v 0.615021 16.390558 1.026160</w:t>
        <w:br/>
        <w:t>v 0.838809 16.172543 1.138891</w:t>
        <w:br/>
        <w:t>v 0.801264 16.165970 1.191976</w:t>
        <w:br/>
        <w:t>v 0.804923 16.197771 1.191916</w:t>
        <w:br/>
        <w:t>v 0.836209 16.203173 1.147947</w:t>
        <w:br/>
        <w:t>v 0.749639 16.183588 1.227653</w:t>
        <w:br/>
        <w:t>v 0.762114 16.212381 1.221501</w:t>
        <w:br/>
        <w:t>v 0.696868 16.220980 1.236069</w:t>
        <w:br/>
        <w:t>v 0.718353 16.243387 1.228480</w:t>
        <w:br/>
        <w:t>v 0.758816 16.273792 1.137287</w:t>
        <w:br/>
        <w:t>v 0.849764 16.202389 1.081822</w:t>
        <w:br/>
        <w:t>v 0.845141 16.227976 1.100573</w:t>
        <w:br/>
        <w:t>v 0.831773 16.264692 1.063289</w:t>
        <w:br/>
        <w:t>v 0.833644 16.246670 1.036861</w:t>
        <w:br/>
        <w:t>v 0.798789 16.303789 1.045793</w:t>
        <w:br/>
        <w:t>v 0.793866 16.293823 1.015763</w:t>
        <w:br/>
        <w:t>v 0.741091 16.331207 1.024179</w:t>
        <w:br/>
        <w:t>v 0.755024 16.334793 1.052774</w:t>
        <w:br/>
        <w:t>v 0.712211 16.349400 1.082358</w:t>
        <w:br/>
        <w:t>v 0.689459 16.348810 1.059857</w:t>
        <w:br/>
        <w:t>v 0.681822 16.343689 1.126620</w:t>
        <w:br/>
        <w:t>v 0.671997 16.319202 1.173701</w:t>
        <w:br/>
        <w:t>v 0.652808 16.341930 1.113234</w:t>
        <w:br/>
        <w:t>v 0.640962 16.312397 1.170010</w:t>
        <w:br/>
        <w:t>v 0.685367 16.282495 1.210985</w:t>
        <w:br/>
        <w:t>v 0.657088 16.268129 1.214971</w:t>
        <w:br/>
        <w:t>v 0.770339 16.144014 1.263004</w:t>
        <w:br/>
        <w:t>v 0.663019 16.205597 1.285480</w:t>
        <w:br/>
        <w:t>v 0.696868 16.220980 1.236069</w:t>
        <w:br/>
        <w:t>v 0.749639 16.183588 1.227653</w:t>
        <w:br/>
        <w:t>v 0.657088 16.268129 1.214971</w:t>
        <w:br/>
        <w:t>v 0.589629 16.263714 1.311154</w:t>
        <w:br/>
        <w:t>v 0.531202 16.323837 1.337213</w:t>
        <w:br/>
        <w:t>v 0.640962 16.312397 1.170010</w:t>
        <w:br/>
        <w:t>v 0.652808 16.341930 1.113234</w:t>
        <w:br/>
        <w:t>v 0.723190 16.348982 0.999003</w:t>
        <w:br/>
        <w:t>v 0.689459 16.348810 1.059857</w:t>
        <w:br/>
        <w:t>v 0.793866 16.293823 1.015763</w:t>
        <w:br/>
        <w:t>v 0.741091 16.331207 1.024179</w:t>
        <w:br/>
        <w:t>v 0.849764 16.202389 1.081822</w:t>
        <w:br/>
        <w:t>v 0.833644 16.246670 1.036861</w:t>
        <w:br/>
        <w:t>v -1.232243 15.481444 1.158478</w:t>
        <w:br/>
        <w:t>v -1.214139 15.476996 1.152865</w:t>
        <w:br/>
        <w:t>v -1.225803 15.432238 1.149035</w:t>
        <w:br/>
        <w:t>v -1.243920 15.436730 1.154436</w:t>
        <w:br/>
        <w:t>v -0.515490 16.293966 1.359355</w:t>
        <w:br/>
        <w:t>v -0.542396 16.262711 1.346079</w:t>
        <w:br/>
        <w:t>v -0.558586 16.272907 1.350148</w:t>
        <w:br/>
        <w:t>v -0.531680 16.304148 1.363373</w:t>
        <w:br/>
        <w:t>v -0.565244 16.232573 1.342807</w:t>
        <w:br/>
        <w:t>v -0.598913 16.204548 1.321466</w:t>
        <w:br/>
        <w:t>v -0.612762 16.217196 1.326634</w:t>
        <w:br/>
        <w:t>v -0.581435 16.242769 1.346788</w:t>
        <w:br/>
        <w:t>v -0.631551 16.178823 1.310558</w:t>
        <w:br/>
        <w:t>v -0.669312 16.156525 1.302133</w:t>
        <w:br/>
        <w:t>v -0.679400 16.171795 1.308647</w:t>
        <w:br/>
        <w:t>v -0.643443 16.193010 1.317045</w:t>
        <w:br/>
        <w:t>v -0.715418 16.152424 1.301735</w:t>
        <w:br/>
        <w:t>v -0.705332 16.137152 1.295224</w:t>
        <w:br/>
        <w:t>v -0.743786 16.113993 1.287564</w:t>
        <w:br/>
        <w:t>v -0.754558 16.128832 1.293674</w:t>
        <w:br/>
        <w:t>v -0.789389 16.107054 1.286736</w:t>
        <w:br/>
        <w:t>v -0.778621 16.092234 1.280845</w:t>
        <w:br/>
        <w:t>v -0.812022 16.062346 1.274180</w:t>
        <w:br/>
        <w:t>v -0.823849 16.076376 1.279521</w:t>
        <w:br/>
        <w:t>v -0.856765 16.051191 1.273451</w:t>
        <w:br/>
        <w:t>v -0.844941 16.037170 1.268156</w:t>
        <w:br/>
        <w:t>v -0.881326 16.008753 1.261525</w:t>
        <w:br/>
        <w:t>v -0.893138 16.022764 1.266801</w:t>
        <w:br/>
        <w:t>v -0.925084 15.995580 1.260425</w:t>
        <w:br/>
        <w:t>v -0.912712 15.982074 1.255089</w:t>
        <w:br/>
        <w:t>v -0.947234 15.951545 1.247408</w:t>
        <w:br/>
        <w:t>v -0.959562 15.965055 1.252939</w:t>
        <w:br/>
        <w:t>v -0.988189 15.937541 1.246531</w:t>
        <w:br/>
        <w:t>v -0.974070 15.926009 1.241145</w:t>
        <w:br/>
        <w:t>v -1.003959 15.889846 1.233449</w:t>
        <w:br/>
        <w:t>v -1.018045 15.901436 1.239568</w:t>
        <w:br/>
        <w:t>v -1.045387 15.868986 1.231467</w:t>
        <w:br/>
        <w:t>v -1.031275 15.857353 1.224845</w:t>
        <w:br/>
        <w:t>v -1.053769 15.820845 1.217158</w:t>
        <w:br/>
        <w:t>v -1.069686 15.830022 1.223234</w:t>
        <w:br/>
        <w:t>v -1.076960 15.784753 1.209497</w:t>
        <w:br/>
        <w:t>v -1.101055 15.745857 1.201076</w:t>
        <w:br/>
        <w:t>v -1.118245 15.753302 1.206647</w:t>
        <w:br/>
        <w:t>v -1.092927 15.794006 1.215543</w:t>
        <w:br/>
        <w:t>v -1.121679 15.709677 1.191793</w:t>
        <w:br/>
        <w:t>v -1.143631 15.669438 1.180822</w:t>
        <w:br/>
        <w:t>v -1.160742 15.676966 1.186688</w:t>
        <w:br/>
        <w:t>v -1.138927 15.717255 1.197617</w:t>
        <w:br/>
        <w:t>v -1.176187 15.643299 1.180490</w:t>
        <w:br/>
        <w:t>v -1.158923 15.635893 1.174481</w:t>
        <w:br/>
        <w:t>v -1.175880 15.592805 1.167545</w:t>
        <w:br/>
        <w:t>v -1.193097 15.600208 1.173562</w:t>
        <w:br/>
        <w:t>v -1.208134 15.561313 1.166601</w:t>
        <w:br/>
        <w:t>v -1.190934 15.553910 1.160445</w:t>
        <w:br/>
        <w:t>v -1.204147 15.517299 1.154891</w:t>
        <w:br/>
        <w:t>v -1.222255 15.521701 1.160625</w:t>
        <w:br/>
        <w:t>v -1.336852 14.381882 1.213696</w:t>
        <w:br/>
        <w:t>v -1.336086 14.430537 1.207895</w:t>
        <w:br/>
        <w:t>v -1.317446 14.430056 1.203073</w:t>
        <w:br/>
        <w:t>v -1.318212 14.381364 1.208879</w:t>
        <w:br/>
        <w:t>v -1.335404 14.470796 1.203375</w:t>
        <w:br/>
        <w:t>v -1.334588 14.516457 1.198408</w:t>
        <w:br/>
        <w:t>v -1.315951 14.515930 1.193528</w:t>
        <w:br/>
        <w:t>v -1.316764 14.470361 1.198537</w:t>
        <w:br/>
        <w:t>v -1.333676 14.558907 1.194170</w:t>
        <w:br/>
        <w:t>v -1.332620 14.606750 1.191060</w:t>
        <w:br/>
        <w:t>v -1.313982 14.606262 1.186125</w:t>
        <w:br/>
        <w:t>v -1.315039 14.558404 1.189245</w:t>
        <w:br/>
        <w:t>v -1.331295 14.649512 1.187431</w:t>
        <w:br/>
        <w:t>v -1.329707 14.696698 1.182270</w:t>
        <w:br/>
        <w:t>v -1.311072 14.696045 1.177347</w:t>
        <w:br/>
        <w:t>v -1.312661 14.648861 1.182503</w:t>
        <w:br/>
        <w:t>v -1.327922 14.737847 1.179088</w:t>
        <w:br/>
        <w:t>v -1.325428 14.784199 1.175795</w:t>
        <w:br/>
        <w:t>v -1.306799 14.783362 1.170866</w:t>
        <w:br/>
        <w:t>v -1.309293 14.736990 1.174189</w:t>
        <w:br/>
        <w:t>v -1.323137 14.825798 1.171949</w:t>
        <w:br/>
        <w:t>v -1.319997 14.873493 1.168719</w:t>
        <w:br/>
        <w:t>v -1.301396 14.872190 1.163731</w:t>
        <w:br/>
        <w:t>v -1.304509 14.824968 1.166980</w:t>
        <w:br/>
        <w:t>v -1.298462 14.913417 1.160167</w:t>
        <w:br/>
        <w:t>v -1.317039 14.915004 1.165162</w:t>
        <w:br/>
        <w:t>v -1.313726 14.960796 1.163435</w:t>
        <w:br/>
        <w:t>v -1.295129 14.959516 1.158381</w:t>
        <w:br/>
        <w:t>v -1.291362 15.002077 1.156139</w:t>
        <w:br/>
        <w:t>v -1.309889 15.004242 1.161243</w:t>
        <w:br/>
        <w:t>v -1.305008 15.050313 1.160148</w:t>
        <w:br/>
        <w:t>v -1.286482 15.048147 1.154941</w:t>
        <w:br/>
        <w:t>v -1.282042 15.089824 1.153738</w:t>
        <w:br/>
        <w:t>v -1.300566 15.091985 1.158970</w:t>
        <w:br/>
        <w:t>v -1.295035 15.139699 1.157226</w:t>
        <w:br/>
        <w:t>v -1.276609 15.136685 1.152006</w:t>
        <w:br/>
        <w:t>v -1.270660 15.177905 1.148802</w:t>
        <w:br/>
        <w:t>v -1.289083 15.180913 1.154071</w:t>
        <w:br/>
        <w:t>v -1.282429 15.226558 1.151759</w:t>
        <w:br/>
        <w:t>v -1.264008 15.223570 1.146426</w:t>
        <w:br/>
        <w:t>v -1.258110 15.263362 1.144921</w:t>
        <w:br/>
        <w:t>v -1.276505 15.266531 1.150019</w:t>
        <w:br/>
        <w:t>v -1.268945 15.312071 1.152554</w:t>
        <w:br/>
        <w:t>v -1.250553 15.308912 1.147186</w:t>
        <w:br/>
        <w:t>v -1.243699 15.349890 1.147440</w:t>
        <w:br/>
        <w:t>v -1.262088 15.353049 1.152823</w:t>
        <w:br/>
        <w:t>v -1.254456 15.396352 1.153663</w:t>
        <w:br/>
        <w:t>v -1.236329 15.391831 1.148292</w:t>
        <w:br/>
        <w:t>v -0.582336 16.257393 1.328321</w:t>
        <w:br/>
        <w:t>v -0.564988 16.280975 1.328757</w:t>
        <w:br/>
        <w:t>v -0.540899 16.265663 1.322614</w:t>
        <w:br/>
        <w:t>v -0.558246 16.242083 1.322290</w:t>
        <w:br/>
        <w:t>v -0.645066 16.207911 1.298726</w:t>
        <w:br/>
        <w:t>v -0.619471 16.226040 1.305649</w:t>
        <w:br/>
        <w:t>v -0.598893 16.207079 1.297850</w:t>
        <w:br/>
        <w:t>v -0.626949 16.187370 1.290761</w:t>
        <w:br/>
        <w:t>v -0.714263 16.166655 1.282894</w:t>
        <w:br/>
        <w:t>v -0.686339 16.181660 1.288257</w:t>
        <w:br/>
        <w:t>v -0.671393 16.158798 1.278491</w:t>
        <w:br/>
        <w:t>v -0.699320 16.143799 1.273133</w:t>
        <w:br/>
        <w:t>v -0.788637 16.121458 1.267678</w:t>
        <w:br/>
        <w:t>v -0.761629 16.138315 1.273124</w:t>
        <w:br/>
        <w:t>v -0.745659 16.116104 1.263986</w:t>
        <w:br/>
        <w:t>v -0.772671 16.099258 1.258806</w:t>
        <w:br/>
        <w:t>v -0.856950 16.065569 1.254128</w:t>
        <w:br/>
        <w:t>v -0.831423 16.085056 1.258770</w:t>
        <w:br/>
        <w:t>v -0.813870 16.064053 1.250854</w:t>
        <w:br/>
        <w:t>v -0.839400 16.044563 1.245988</w:t>
        <w:br/>
        <w:t>v -0.900710 16.031437 1.245908</w:t>
        <w:br/>
        <w:t>v -0.883177 16.010458 1.238141</w:t>
        <w:br/>
        <w:t>v -0.907286 15.989864 1.233189</w:t>
        <w:br/>
        <w:t>v -0.925685 16.010099 1.241067</w:t>
        <w:br/>
        <w:t>v -0.991066 15.950916 1.226884</w:t>
        <w:br/>
        <w:t>v -0.967213 15.973446 1.232221</w:t>
        <w:br/>
        <w:t>v -0.948881 15.953204 1.223894</w:t>
        <w:br/>
        <w:t>v -0.970027 15.933608 1.218824</w:t>
        <w:br/>
        <w:t>v -1.026958 15.907535 1.218569</w:t>
        <w:br/>
        <w:t>v -1.005949 15.890138 1.209396</w:t>
        <w:br/>
        <w:t>v -1.027090 15.864956 1.202753</w:t>
        <w:br/>
        <w:t>v -1.048140 15.882407 1.212558</w:t>
        <w:br/>
        <w:t>v -1.079618 15.833626 1.201918</w:t>
        <w:br/>
        <w:t>v -1.055884 15.819797 1.192756</w:t>
        <w:br/>
        <w:t>v -1.073732 15.791770 1.186862</w:t>
        <w:br/>
        <w:t>v -1.097479 15.805671 1.195870</w:t>
        <w:br/>
        <w:t>v -1.144174 15.728498 1.178197</w:t>
        <w:br/>
        <w:t>v -1.128142 15.756377 1.185041</w:t>
        <w:br/>
        <w:t>v -1.102623 15.745175 1.176764</w:t>
        <w:br/>
        <w:t>v -1.118639 15.717165 1.169619</w:t>
        <w:br/>
        <w:t>v -1.170645 15.680180 1.165211</w:t>
        <w:br/>
        <w:t>v -1.145153 15.668836 1.156562</w:t>
        <w:br/>
        <w:t>v -1.157725 15.641474 1.151584</w:t>
        <w:br/>
        <w:t>v -1.183268 15.652548 1.160384</w:t>
        <w:br/>
        <w:t>v -1.203734 15.600801 1.152437</w:t>
        <w:br/>
        <w:t>v -1.178191 15.589703 1.143590</w:t>
        <w:br/>
        <w:t>v -1.189848 15.559551 1.138138</w:t>
        <w:br/>
        <w:t>v -1.215407 15.570666 1.147213</w:t>
        <w:br/>
        <w:t>v -1.233644 15.518407 1.139520</w:t>
        <w:br/>
        <w:t>v -1.206571 15.511681 1.131202</w:t>
        <w:br/>
        <w:t>v -1.214370 15.480482 1.129738</w:t>
        <w:br/>
        <w:t>v -1.241363 15.487226 1.137908</w:t>
        <w:br/>
        <w:t>v -1.318366 14.464674 1.178253</w:t>
        <w:br/>
        <w:t>v -1.318894 14.433254 1.181829</w:t>
        <w:br/>
        <w:t>v -1.346709 14.434182 1.188883</w:t>
        <w:br/>
        <w:t>v -1.346180 14.465525 1.185345</w:t>
        <w:br/>
        <w:t>v -1.316676 14.552651 1.168338</w:t>
        <w:br/>
        <w:t>v -1.317380 14.519514 1.172243</w:t>
        <w:br/>
        <w:t>v -1.345190 14.520444 1.179425</w:t>
        <w:br/>
        <w:t>v -1.344485 14.553517 1.175619</w:t>
        <w:br/>
        <w:t>v -1.314352 14.643234 1.161594</w:t>
        <w:br/>
        <w:t>v -1.315407 14.610215 1.164456</w:t>
        <w:br/>
        <w:t>v -1.343215 14.611066 1.171778</w:t>
        <w:br/>
        <w:t>v -1.342156 14.644337 1.168903</w:t>
        <w:br/>
        <w:t>v -1.311053 14.731958 1.153280</w:t>
        <w:br/>
        <w:t>v -1.312444 14.699931 1.155547</w:t>
        <w:br/>
        <w:t>v -1.340246 14.701029 1.162797</w:t>
        <w:br/>
        <w:t>v -1.338848 14.733369 1.160487</w:t>
        <w:br/>
        <w:t>v -1.306280 14.820063 1.145816</w:t>
        <w:br/>
        <w:t>v -1.308056 14.787784 1.149239</w:t>
        <w:br/>
        <w:t>v -1.335848 14.789153 1.156479</w:t>
        <w:br/>
        <w:t>v -1.334072 14.821420 1.153087</w:t>
        <w:br/>
        <w:t>v -1.300371 14.907594 1.138969</w:t>
        <w:br/>
        <w:t>v -1.302640 14.875696 1.141987</w:t>
        <w:br/>
        <w:t>v -1.330390 14.877755 1.149289</w:t>
        <w:br/>
        <w:t>v -1.328095 14.910036 1.146289</w:t>
        <w:br/>
        <w:t>v -1.293529 14.995223 1.134784</w:t>
        <w:br/>
        <w:t>v -1.296362 14.963096 1.136732</w:t>
        <w:br/>
        <w:t>v -1.324113 14.965121 1.144161</w:t>
        <w:br/>
        <w:t>v -1.321173 14.998558 1.142259</w:t>
        <w:br/>
        <w:t>v -1.284224 15.082968 1.131776</w:t>
        <w:br/>
        <w:t>v -1.287664 15.050653 1.133029</w:t>
        <w:br/>
        <w:t>v -1.315305 15.053987 1.140719</w:t>
        <w:br/>
        <w:t>v -1.311862 15.086307 1.139518</w:t>
        <w:br/>
        <w:t>v -1.273123 15.170281 1.126859</w:t>
        <w:br/>
        <w:t>v -1.277731 15.138327 1.129440</w:t>
        <w:br/>
        <w:t>v -1.305220 15.142929 1.137133</w:t>
        <w:br/>
        <w:t>v -1.300607 15.174878 1.134581</w:t>
        <w:br/>
        <w:t>v -1.265128 15.225207 1.123877</w:t>
        <w:br/>
        <w:t>v -1.292607 15.229781 1.131973</w:t>
        <w:br/>
        <w:t>v -1.287926 15.261604 1.130602</w:t>
        <w:br/>
        <w:t>v -1.260450 15.257034 1.122706</w:t>
        <w:br/>
        <w:t>v -1.251487 15.311194 1.124098</w:t>
        <w:br/>
        <w:t>v -1.278922 15.316014 1.131908</w:t>
        <w:br/>
        <w:t>v -1.273607 15.347782 1.132645</w:t>
        <w:br/>
        <w:t>v -1.246176 15.342968 1.124833</w:t>
        <w:br/>
        <w:t>v -1.228408 15.426671 1.125917</w:t>
        <w:br/>
        <w:t>v -1.236573 15.395358 1.125341</w:t>
        <w:br/>
        <w:t>v -1.263602 15.402205 1.133262</w:t>
        <w:br/>
        <w:t>v -1.255425 15.433486 1.133851</w:t>
        <w:br/>
        <w:t>v -1.228408 15.426671 1.125917</w:t>
        <w:br/>
        <w:t>v -1.225803 15.432238 1.149035</w:t>
        <w:br/>
        <w:t>v -1.214139 15.476996 1.152865</w:t>
        <w:br/>
        <w:t>v -1.214370 15.480482 1.129738</w:t>
        <w:br/>
        <w:t>v -1.228408 15.426671 1.125917</w:t>
        <w:br/>
        <w:t>v -1.255425 15.433486 1.133851</w:t>
        <w:br/>
        <w:t>v -1.243920 15.436730 1.154436</w:t>
        <w:br/>
        <w:t>v -1.225803 15.432238 1.149035</w:t>
        <w:br/>
        <w:t>v -1.255425 15.433486 1.133851</w:t>
        <w:br/>
        <w:t>v -1.241363 15.487226 1.137908</w:t>
        <w:br/>
        <w:t>v -1.232243 15.481444 1.158478</w:t>
        <w:br/>
        <w:t>v -1.243920 15.436730 1.154436</w:t>
        <w:br/>
        <w:t>v -1.214370 15.480482 1.129738</w:t>
        <w:br/>
        <w:t>v -1.214139 15.476996 1.152865</w:t>
        <w:br/>
        <w:t>v -1.232243 15.481444 1.158478</w:t>
        <w:br/>
        <w:t>v -1.241363 15.487226 1.137908</w:t>
        <w:br/>
        <w:t>v -0.508478 16.303411 1.338918</w:t>
        <w:br/>
        <w:t>v -0.540899 16.265663 1.322614</w:t>
        <w:br/>
        <w:t>v -0.542396 16.262711 1.346079</w:t>
        <w:br/>
        <w:t>v -0.515490 16.293966 1.359355</w:t>
        <w:br/>
        <w:t>v -0.564988 16.280975 1.328757</w:t>
        <w:br/>
        <w:t>v -0.558586 16.272907 1.350148</w:t>
        <w:br/>
        <w:t>v -0.542396 16.262711 1.346079</w:t>
        <w:br/>
        <w:t>v -0.540899 16.265663 1.322614</w:t>
        <w:br/>
        <w:t>v -0.564988 16.280975 1.328757</w:t>
        <w:br/>
        <w:t>v -0.532564 16.318695 1.344966</w:t>
        <w:br/>
        <w:t>v -0.531680 16.304148 1.363373</w:t>
        <w:br/>
        <w:t>v -0.558586 16.272907 1.350148</w:t>
        <w:br/>
        <w:t>v -0.508478 16.303411 1.338918</w:t>
        <w:br/>
        <w:t>v -0.515490 16.293966 1.359355</w:t>
        <w:br/>
        <w:t>v -0.531680 16.304148 1.363373</w:t>
        <w:br/>
        <w:t>v -0.532564 16.318695 1.344966</w:t>
        <w:br/>
        <w:t>v -0.558246 16.242083 1.322290</w:t>
        <w:br/>
        <w:t>v -0.598893 16.207079 1.297850</w:t>
        <w:br/>
        <w:t>v -0.598913 16.204548 1.321466</w:t>
        <w:br/>
        <w:t>v -0.565244 16.232573 1.342807</w:t>
        <w:br/>
        <w:t>v -0.619471 16.226040 1.305649</w:t>
        <w:br/>
        <w:t>v -0.612762 16.217196 1.326634</w:t>
        <w:br/>
        <w:t>v -0.598913 16.204548 1.321466</w:t>
        <w:br/>
        <w:t>v -0.598893 16.207079 1.297850</w:t>
        <w:br/>
        <w:t>v -0.619471 16.226040 1.305649</w:t>
        <w:br/>
        <w:t>v -0.582336 16.257393 1.328321</w:t>
        <w:br/>
        <w:t>v -0.581435 16.242769 1.346788</w:t>
        <w:br/>
        <w:t>v -0.612762 16.217196 1.326634</w:t>
        <w:br/>
        <w:t>v -0.558246 16.242083 1.322290</w:t>
        <w:br/>
        <w:t>v -0.565244 16.232573 1.342807</w:t>
        <w:br/>
        <w:t>v -0.581435 16.242769 1.346788</w:t>
        <w:br/>
        <w:t>v -0.582336 16.257393 1.328321</w:t>
        <w:br/>
        <w:t>v -0.671393 16.158798 1.278491</w:t>
        <w:br/>
        <w:t>v -0.669312 16.156525 1.302133</w:t>
        <w:br/>
        <w:t>v -0.631551 16.178823 1.310558</w:t>
        <w:br/>
        <w:t>v -0.626949 16.187370 1.290761</w:t>
        <w:br/>
        <w:t>v -0.671393 16.158798 1.278491</w:t>
        <w:br/>
        <w:t>v -0.686339 16.181660 1.288257</w:t>
        <w:br/>
        <w:t>v -0.679400 16.171795 1.308647</w:t>
        <w:br/>
        <w:t>v -0.669312 16.156525 1.302133</w:t>
        <w:br/>
        <w:t>v -0.686339 16.181660 1.288257</w:t>
        <w:br/>
        <w:t>v -0.645066 16.207911 1.298726</w:t>
        <w:br/>
        <w:t>v -0.643443 16.193010 1.317045</w:t>
        <w:br/>
        <w:t>v -0.679400 16.171795 1.308647</w:t>
        <w:br/>
        <w:t>v -0.626949 16.187370 1.290761</w:t>
        <w:br/>
        <w:t>v -0.631551 16.178823 1.310558</w:t>
        <w:br/>
        <w:t>v -0.643443 16.193010 1.317045</w:t>
        <w:br/>
        <w:t>v -0.645066 16.207911 1.298726</w:t>
        <w:br/>
        <w:t>v -0.699320 16.143799 1.273133</w:t>
        <w:br/>
        <w:t>v -0.745659 16.116104 1.263986</w:t>
        <w:br/>
        <w:t>v -0.743786 16.113993 1.287564</w:t>
        <w:br/>
        <w:t>v -0.705332 16.137152 1.295224</w:t>
        <w:br/>
        <w:t>v -0.745659 16.116104 1.263986</w:t>
        <w:br/>
        <w:t>v -0.761629 16.138315 1.273124</w:t>
        <w:br/>
        <w:t>v -0.754558 16.128832 1.293674</w:t>
        <w:br/>
        <w:t>v -0.743786 16.113993 1.287564</w:t>
        <w:br/>
        <w:t>v -0.761629 16.138315 1.273124</w:t>
        <w:br/>
        <w:t>v -0.714263 16.166655 1.282894</w:t>
        <w:br/>
        <w:t>v -0.715418 16.152424 1.301735</w:t>
        <w:br/>
        <w:t>v -0.754558 16.128832 1.293674</w:t>
        <w:br/>
        <w:t>v -0.699320 16.143799 1.273133</w:t>
        <w:br/>
        <w:t>v -0.705332 16.137152 1.295224</w:t>
        <w:br/>
        <w:t>v -0.715418 16.152424 1.301735</w:t>
        <w:br/>
        <w:t>v -0.714263 16.166655 1.282894</w:t>
        <w:br/>
        <w:t>v -0.772671 16.099258 1.258806</w:t>
        <w:br/>
        <w:t>v -0.813870 16.064053 1.250854</w:t>
        <w:br/>
        <w:t>v -0.812022 16.062346 1.274180</w:t>
        <w:br/>
        <w:t>v -0.778621 16.092234 1.280845</w:t>
        <w:br/>
        <w:t>v -0.831423 16.085056 1.258770</w:t>
        <w:br/>
        <w:t>v -0.823849 16.076376 1.279521</w:t>
        <w:br/>
        <w:t>v -0.812022 16.062346 1.274180</w:t>
        <w:br/>
        <w:t>v -0.813870 16.064053 1.250854</w:t>
        <w:br/>
        <w:t>v -0.788637 16.121458 1.267678</w:t>
        <w:br/>
        <w:t>v -0.789389 16.107054 1.286736</w:t>
        <w:br/>
        <w:t>v -0.823849 16.076376 1.279521</w:t>
        <w:br/>
        <w:t>v -0.831423 16.085056 1.258770</w:t>
        <w:br/>
        <w:t>v -0.788637 16.121458 1.267678</w:t>
        <w:br/>
        <w:t>v -0.772671 16.099258 1.258806</w:t>
        <w:br/>
        <w:t>v -0.778621 16.092234 1.280845</w:t>
        <w:br/>
        <w:t>v -0.789389 16.107054 1.286736</w:t>
        <w:br/>
        <w:t>v -0.839400 16.044563 1.245988</w:t>
        <w:br/>
        <w:t>v -0.883177 16.010458 1.238141</w:t>
        <w:br/>
        <w:t>v -0.881326 16.008753 1.261525</w:t>
        <w:br/>
        <w:t>v -0.844941 16.037170 1.268156</w:t>
        <w:br/>
        <w:t>v -0.900710 16.031437 1.245908</w:t>
        <w:br/>
        <w:t>v -0.893138 16.022764 1.266801</w:t>
        <w:br/>
        <w:t>v -0.881326 16.008753 1.261525</w:t>
        <w:br/>
        <w:t>v -0.883177 16.010458 1.238141</w:t>
        <w:br/>
        <w:t>v -0.856950 16.065569 1.254128</w:t>
        <w:br/>
        <w:t>v -0.856765 16.051191 1.273451</w:t>
        <w:br/>
        <w:t>v -0.893138 16.022764 1.266801</w:t>
        <w:br/>
        <w:t>v -0.900710 16.031437 1.245908</w:t>
        <w:br/>
        <w:t>v -0.856950 16.065569 1.254128</w:t>
        <w:br/>
        <w:t>v -0.839400 16.044563 1.245988</w:t>
        <w:br/>
        <w:t>v -0.844941 16.037170 1.268156</w:t>
        <w:br/>
        <w:t>v -0.856765 16.051191 1.273451</w:t>
        <w:br/>
        <w:t>v -0.907286 15.989864 1.233189</w:t>
        <w:br/>
        <w:t>v -0.948881 15.953204 1.223894</w:t>
        <w:br/>
        <w:t>v -0.947234 15.951545 1.247408</w:t>
        <w:br/>
        <w:t>v -0.912712 15.982074 1.255089</w:t>
        <w:br/>
        <w:t>v -0.967213 15.973446 1.232221</w:t>
        <w:br/>
        <w:t>v -0.959562 15.965055 1.252939</w:t>
        <w:br/>
        <w:t>v -0.947234 15.951545 1.247408</w:t>
        <w:br/>
        <w:t>v -0.948881 15.953204 1.223894</w:t>
        <w:br/>
        <w:t>v -0.925685 16.010099 1.241067</w:t>
        <w:br/>
        <w:t>v -0.925084 15.995580 1.260425</w:t>
        <w:br/>
        <w:t>v -0.959562 15.965055 1.252939</w:t>
        <w:br/>
        <w:t>v -0.967213 15.973446 1.232221</w:t>
        <w:br/>
        <w:t>v -0.925685 16.010099 1.241067</w:t>
        <w:br/>
        <w:t>v -0.907286 15.989864 1.233189</w:t>
        <w:br/>
        <w:t>v -0.912712 15.982074 1.255089</w:t>
        <w:br/>
        <w:t>v -0.925084 15.995580 1.260425</w:t>
        <w:br/>
        <w:t>v -0.970027 15.933608 1.218824</w:t>
        <w:br/>
        <w:t>v -1.005949 15.890138 1.209396</w:t>
        <w:br/>
        <w:t>v -1.003959 15.889846 1.233449</w:t>
        <w:br/>
        <w:t>v -0.974070 15.926009 1.241145</w:t>
        <w:br/>
        <w:t>v -1.005949 15.890138 1.209396</w:t>
        <w:br/>
        <w:t>v -1.026958 15.907535 1.218569</w:t>
        <w:br/>
        <w:t>v -1.018045 15.901436 1.239568</w:t>
        <w:br/>
        <w:t>v -1.003959 15.889846 1.233449</w:t>
        <w:br/>
        <w:t>v -0.991066 15.950916 1.226884</w:t>
        <w:br/>
        <w:t>v -0.988189 15.937541 1.246531</w:t>
        <w:br/>
        <w:t>v -1.018045 15.901436 1.239568</w:t>
        <w:br/>
        <w:t>v -1.026958 15.907535 1.218569</w:t>
        <w:br/>
        <w:t>v -0.991066 15.950916 1.226884</w:t>
        <w:br/>
        <w:t>v -0.970027 15.933608 1.218824</w:t>
        <w:br/>
        <w:t>v -0.974070 15.926009 1.241145</w:t>
        <w:br/>
        <w:t>v -0.988189 15.937541 1.246531</w:t>
        <w:br/>
        <w:t>v -1.055884 15.819797 1.192756</w:t>
        <w:br/>
        <w:t>v -1.053769 15.820845 1.217158</w:t>
        <w:br/>
        <w:t>v -1.031275 15.857353 1.224845</w:t>
        <w:br/>
        <w:t>v -1.027090 15.864956 1.202753</w:t>
        <w:br/>
        <w:t>v -1.055884 15.819797 1.192756</w:t>
        <w:br/>
        <w:t>v -1.079618 15.833626 1.201918</w:t>
        <w:br/>
        <w:t>v -1.069686 15.830022 1.223234</w:t>
        <w:br/>
        <w:t>v -1.053769 15.820845 1.217158</w:t>
        <w:br/>
        <w:t>v -1.079618 15.833626 1.201918</w:t>
        <w:br/>
        <w:t>v -1.048140 15.882407 1.212558</w:t>
        <w:br/>
        <w:t>v -1.045387 15.868986 1.231467</w:t>
        <w:br/>
        <w:t>v -1.069686 15.830022 1.223234</w:t>
        <w:br/>
        <w:t>v -1.027090 15.864956 1.202753</w:t>
        <w:br/>
        <w:t>v -1.031275 15.857353 1.224845</w:t>
        <w:br/>
        <w:t>v -1.045387 15.868986 1.231467</w:t>
        <w:br/>
        <w:t>v -1.048140 15.882407 1.212558</w:t>
        <w:br/>
        <w:t>v -1.102623 15.745175 1.176764</w:t>
        <w:br/>
        <w:t>v -1.101055 15.745857 1.201076</w:t>
        <w:br/>
        <w:t>v -1.076960 15.784753 1.209497</w:t>
        <w:br/>
        <w:t>v -1.073732 15.791770 1.186862</w:t>
        <w:br/>
        <w:t>v -1.102623 15.745175 1.176764</w:t>
        <w:br/>
        <w:t>v -1.128142 15.756377 1.185041</w:t>
        <w:br/>
        <w:t>v -1.118245 15.753302 1.206647</w:t>
        <w:br/>
        <w:t>v -1.101055 15.745857 1.201076</w:t>
        <w:br/>
        <w:t>v -1.128142 15.756377 1.185041</w:t>
        <w:br/>
        <w:t>v -1.097479 15.805671 1.195870</w:t>
        <w:br/>
        <w:t>v -1.092927 15.794006 1.215543</w:t>
        <w:br/>
        <w:t>v -1.118245 15.753302 1.206647</w:t>
        <w:br/>
        <w:t>v -1.073732 15.791770 1.186862</w:t>
        <w:br/>
        <w:t>v -1.076960 15.784753 1.209497</w:t>
        <w:br/>
        <w:t>v -1.092927 15.794006 1.215543</w:t>
        <w:br/>
        <w:t>v -1.097479 15.805671 1.195870</w:t>
        <w:br/>
        <w:t>v -1.145153 15.668836 1.156562</w:t>
        <w:br/>
        <w:t>v -1.143631 15.669438 1.180822</w:t>
        <w:br/>
        <w:t>v -1.121679 15.709677 1.191793</w:t>
        <w:br/>
        <w:t>v -1.118639 15.717165 1.169619</w:t>
        <w:br/>
        <w:t>v -1.145153 15.668836 1.156562</w:t>
        <w:br/>
        <w:t>v -1.170645 15.680180 1.165211</w:t>
        <w:br/>
        <w:t>v -1.160742 15.676966 1.186688</w:t>
        <w:br/>
        <w:t>v -1.143631 15.669438 1.180822</w:t>
        <w:br/>
        <w:t>v -1.170645 15.680180 1.165211</w:t>
        <w:br/>
        <w:t>v -1.144174 15.728498 1.178197</w:t>
        <w:br/>
        <w:t>v -1.138927 15.717255 1.197617</w:t>
        <w:br/>
        <w:t>v -1.160742 15.676966 1.186688</w:t>
        <w:br/>
        <w:t>v -1.118639 15.717165 1.169619</w:t>
        <w:br/>
        <w:t>v -1.121679 15.709677 1.191793</w:t>
        <w:br/>
        <w:t>v -1.138927 15.717255 1.197617</w:t>
        <w:br/>
        <w:t>v -1.144174 15.728498 1.178197</w:t>
        <w:br/>
        <w:t>v -1.178191 15.589703 1.143590</w:t>
        <w:br/>
        <w:t>v -1.175880 15.592805 1.167545</w:t>
        <w:br/>
        <w:t>v -1.158923 15.635893 1.174481</w:t>
        <w:br/>
        <w:t>v -1.157725 15.641474 1.151584</w:t>
        <w:br/>
        <w:t>v -1.178191 15.589703 1.143590</w:t>
        <w:br/>
        <w:t>v -1.203734 15.600801 1.152437</w:t>
        <w:br/>
        <w:t>v -1.193097 15.600208 1.173562</w:t>
        <w:br/>
        <w:t>v -1.175880 15.592805 1.167545</w:t>
        <w:br/>
        <w:t>v -1.203734 15.600801 1.152437</w:t>
        <w:br/>
        <w:t>v -1.183268 15.652548 1.160384</w:t>
        <w:br/>
        <w:t>v -1.176187 15.643299 1.180490</w:t>
        <w:br/>
        <w:t>v -1.193097 15.600208 1.173562</w:t>
        <w:br/>
        <w:t>v -1.157725 15.641474 1.151584</w:t>
        <w:br/>
        <w:t>v -1.158923 15.635893 1.174481</w:t>
        <w:br/>
        <w:t>v -1.176187 15.643299 1.180490</w:t>
        <w:br/>
        <w:t>v -1.183268 15.652548 1.160384</w:t>
        <w:br/>
        <w:t>v -1.206571 15.511681 1.131202</w:t>
        <w:br/>
        <w:t>v -1.204147 15.517299 1.154891</w:t>
        <w:br/>
        <w:t>v -1.190934 15.553910 1.160445</w:t>
        <w:br/>
        <w:t>v -1.189848 15.559551 1.138138</w:t>
        <w:br/>
        <w:t>v -1.206571 15.511681 1.131202</w:t>
        <w:br/>
        <w:t>v -1.233644 15.518407 1.139520</w:t>
        <w:br/>
        <w:t>v -1.222255 15.521701 1.160625</w:t>
        <w:br/>
        <w:t>v -1.204147 15.517299 1.154891</w:t>
        <w:br/>
        <w:t>v -1.233644 15.518407 1.139520</w:t>
        <w:br/>
        <w:t>v -1.215407 15.570666 1.147213</w:t>
        <w:br/>
        <w:t>v -1.208134 15.561313 1.166601</w:t>
        <w:br/>
        <w:t>v -1.222255 15.521701 1.160625</w:t>
        <w:br/>
        <w:t>v -1.189848 15.559551 1.138138</w:t>
        <w:br/>
        <w:t>v -1.190934 15.553910 1.160445</w:t>
        <w:br/>
        <w:t>v -1.208134 15.561313 1.166601</w:t>
        <w:br/>
        <w:t>v -1.215407 15.570666 1.147213</w:t>
        <w:br/>
        <w:t>v -1.346709 14.434182 1.188883</w:t>
        <w:br/>
        <w:t>v -1.336086 14.430537 1.207895</w:t>
        <w:br/>
        <w:t>v -1.336852 14.381882 1.213696</w:t>
        <w:br/>
        <w:t>v -1.347615 14.376188 1.196036</w:t>
        <w:br/>
        <w:t>v -1.346709 14.434182 1.188883</w:t>
        <w:br/>
        <w:t>v -1.318894 14.433254 1.181829</w:t>
        <w:br/>
        <w:t>v -1.317446 14.430056 1.203073</w:t>
        <w:br/>
        <w:t>v -1.336086 14.430537 1.207895</w:t>
        <w:br/>
        <w:t>v -1.318894 14.433254 1.181829</w:t>
        <w:br/>
        <w:t>v -1.319797 14.375140 1.189033</w:t>
        <w:br/>
        <w:t>v -1.318212 14.381364 1.208879</w:t>
        <w:br/>
        <w:t>v -1.317446 14.430056 1.203073</w:t>
        <w:br/>
        <w:t>v -1.347615 14.376188 1.196036</w:t>
        <w:br/>
        <w:t>v -1.336852 14.381882 1.213696</w:t>
        <w:br/>
        <w:t>v -1.318212 14.381364 1.208879</w:t>
        <w:br/>
        <w:t>v -1.319797 14.375140 1.189033</w:t>
        <w:br/>
        <w:t>v -1.317380 14.519514 1.172243</w:t>
        <w:br/>
        <w:t>v -1.318366 14.464674 1.178253</w:t>
        <w:br/>
        <w:t>v -1.316764 14.470361 1.198537</w:t>
        <w:br/>
        <w:t>v -1.315951 14.515930 1.193528</w:t>
        <w:br/>
        <w:t>v -1.346180 14.465525 1.185345</w:t>
        <w:br/>
        <w:t>v -1.335404 14.470796 1.203375</w:t>
        <w:br/>
        <w:t>v -1.316764 14.470361 1.198537</w:t>
        <w:br/>
        <w:t>v -1.318366 14.464674 1.178253</w:t>
        <w:br/>
        <w:t>v -1.345190 14.520444 1.179425</w:t>
        <w:br/>
        <w:t>v -1.334588 14.516457 1.198408</w:t>
        <w:br/>
        <w:t>v -1.335404 14.470796 1.203375</w:t>
        <w:br/>
        <w:t>v -1.346180 14.465525 1.185345</w:t>
        <w:br/>
        <w:t>v -1.345190 14.520444 1.179425</w:t>
        <w:br/>
        <w:t>v -1.317380 14.519514 1.172243</w:t>
        <w:br/>
        <w:t>v -1.315951 14.515930 1.193528</w:t>
        <w:br/>
        <w:t>v -1.334588 14.516457 1.198408</w:t>
        <w:br/>
        <w:t>v -1.315407 14.610215 1.164456</w:t>
        <w:br/>
        <w:t>v -1.316676 14.552651 1.168338</w:t>
        <w:br/>
        <w:t>v -1.315039 14.558404 1.189245</w:t>
        <w:br/>
        <w:t>v -1.313982 14.606262 1.186125</w:t>
        <w:br/>
        <w:t>v -1.344485 14.553517 1.175619</w:t>
        <w:br/>
        <w:t>v -1.333676 14.558907 1.194170</w:t>
        <w:br/>
        <w:t>v -1.315039 14.558404 1.189245</w:t>
        <w:br/>
        <w:t>v -1.316676 14.552651 1.168338</w:t>
        <w:br/>
        <w:t>v -1.343215 14.611066 1.171778</w:t>
        <w:br/>
        <w:t>v -1.332620 14.606750 1.191060</w:t>
        <w:br/>
        <w:t>v -1.333676 14.558907 1.194170</w:t>
        <w:br/>
        <w:t>v -1.344485 14.553517 1.175619</w:t>
        <w:br/>
        <w:t>v -1.343215 14.611066 1.171778</w:t>
        <w:br/>
        <w:t>v -1.315407 14.610215 1.164456</w:t>
        <w:br/>
        <w:t>v -1.313982 14.606262 1.186125</w:t>
        <w:br/>
        <w:t>v -1.332620 14.606750 1.191060</w:t>
        <w:br/>
        <w:t>v -1.312444 14.699931 1.155547</w:t>
        <w:br/>
        <w:t>v -1.314352 14.643234 1.161594</w:t>
        <w:br/>
        <w:t>v -1.312661 14.648861 1.182503</w:t>
        <w:br/>
        <w:t>v -1.311072 14.696045 1.177347</w:t>
        <w:br/>
        <w:t>v -1.342156 14.644337 1.168903</w:t>
        <w:br/>
        <w:t>v -1.331295 14.649512 1.187431</w:t>
        <w:br/>
        <w:t>v -1.312661 14.648861 1.182503</w:t>
        <w:br/>
        <w:t>v -1.314352 14.643234 1.161594</w:t>
        <w:br/>
        <w:t>v -1.340246 14.701029 1.162797</w:t>
        <w:br/>
        <w:t>v -1.329707 14.696698 1.182270</w:t>
        <w:br/>
        <w:t>v -1.331295 14.649512 1.187431</w:t>
        <w:br/>
        <w:t>v -1.342156 14.644337 1.168903</w:t>
        <w:br/>
        <w:t>v -1.340246 14.701029 1.162797</w:t>
        <w:br/>
        <w:t>v -1.312444 14.699931 1.155547</w:t>
        <w:br/>
        <w:t>v -1.311072 14.696045 1.177347</w:t>
        <w:br/>
        <w:t>v -1.329707 14.696698 1.182270</w:t>
        <w:br/>
        <w:t>v -1.308056 14.787784 1.149239</w:t>
        <w:br/>
        <w:t>v -1.311053 14.731958 1.153280</w:t>
        <w:br/>
        <w:t>v -1.309293 14.736990 1.174189</w:t>
        <w:br/>
        <w:t>v -1.306799 14.783362 1.170866</w:t>
        <w:br/>
        <w:t>v -1.338848 14.733369 1.160487</w:t>
        <w:br/>
        <w:t>v -1.327922 14.737847 1.179088</w:t>
        <w:br/>
        <w:t>v -1.309293 14.736990 1.174189</w:t>
        <w:br/>
        <w:t>v -1.311053 14.731958 1.153280</w:t>
        <w:br/>
        <w:t>v -1.335848 14.789153 1.156479</w:t>
        <w:br/>
        <w:t>v -1.325428 14.784199 1.175795</w:t>
        <w:br/>
        <w:t>v -1.327922 14.737847 1.179088</w:t>
        <w:br/>
        <w:t>v -1.338848 14.733369 1.160487</w:t>
        <w:br/>
        <w:t>v -1.335848 14.789153 1.156479</w:t>
        <w:br/>
        <w:t>v -1.308056 14.787784 1.149239</w:t>
        <w:br/>
        <w:t>v -1.306799 14.783362 1.170866</w:t>
        <w:br/>
        <w:t>v -1.325428 14.784199 1.175795</w:t>
        <w:br/>
        <w:t>v -1.302640 14.875696 1.141987</w:t>
        <w:br/>
        <w:t>v -1.306280 14.820063 1.145816</w:t>
        <w:br/>
        <w:t>v -1.304509 14.824968 1.166980</w:t>
        <w:br/>
        <w:t>v -1.301396 14.872190 1.163731</w:t>
        <w:br/>
        <w:t>v -1.334072 14.821420 1.153087</w:t>
        <w:br/>
        <w:t>v -1.323137 14.825798 1.171949</w:t>
        <w:br/>
        <w:t>v -1.304509 14.824968 1.166980</w:t>
        <w:br/>
        <w:t>v -1.306280 14.820063 1.145816</w:t>
        <w:br/>
        <w:t>v -1.330390 14.877755 1.149289</w:t>
        <w:br/>
        <w:t>v -1.319997 14.873493 1.168719</w:t>
        <w:br/>
        <w:t>v -1.323137 14.825798 1.171949</w:t>
        <w:br/>
        <w:t>v -1.334072 14.821420 1.153087</w:t>
        <w:br/>
        <w:t>v -1.330390 14.877755 1.149289</w:t>
        <w:br/>
        <w:t>v -1.302640 14.875696 1.141987</w:t>
        <w:br/>
        <w:t>v -1.301396 14.872190 1.163731</w:t>
        <w:br/>
        <w:t>v -1.319997 14.873493 1.168719</w:t>
        <w:br/>
        <w:t>v -1.300371 14.907594 1.138969</w:t>
        <w:br/>
        <w:t>v -1.298462 14.913417 1.160167</w:t>
        <w:br/>
        <w:t>v -1.295129 14.959516 1.158381</w:t>
        <w:br/>
        <w:t>v -1.296362 14.963096 1.136732</w:t>
        <w:br/>
        <w:t>v -1.328095 14.910036 1.146289</w:t>
        <w:br/>
        <w:t>v -1.317039 14.915004 1.165162</w:t>
        <w:br/>
        <w:t>v -1.298462 14.913417 1.160167</w:t>
        <w:br/>
        <w:t>v -1.300371 14.907594 1.138969</w:t>
        <w:br/>
        <w:t>v -1.328095 14.910036 1.146289</w:t>
        <w:br/>
        <w:t>v -1.324113 14.965121 1.144161</w:t>
        <w:br/>
        <w:t>v -1.313726 14.960796 1.163435</w:t>
        <w:br/>
        <w:t>v -1.317039 14.915004 1.165162</w:t>
        <w:br/>
        <w:t>v -1.324113 14.965121 1.144161</w:t>
        <w:br/>
        <w:t>v -1.296362 14.963096 1.136732</w:t>
        <w:br/>
        <w:t>v -1.295129 14.959516 1.158381</w:t>
        <w:br/>
        <w:t>v -1.313726 14.960796 1.163435</w:t>
        <w:br/>
        <w:t>v -1.293529 14.995223 1.134784</w:t>
        <w:br/>
        <w:t>v -1.291362 15.002077 1.156139</w:t>
        <w:br/>
        <w:t>v -1.286482 15.048147 1.154941</w:t>
        <w:br/>
        <w:t>v -1.287664 15.050653 1.133029</w:t>
        <w:br/>
        <w:t>v -1.321173 14.998558 1.142259</w:t>
        <w:br/>
        <w:t>v -1.309889 15.004242 1.161243</w:t>
        <w:br/>
        <w:t>v -1.291362 15.002077 1.156139</w:t>
        <w:br/>
        <w:t>v -1.293529 14.995223 1.134784</w:t>
        <w:br/>
        <w:t>v -1.321173 14.998558 1.142259</w:t>
        <w:br/>
        <w:t>v -1.315305 15.053987 1.140719</w:t>
        <w:br/>
        <w:t>v -1.305008 15.050313 1.160148</w:t>
        <w:br/>
        <w:t>v -1.309889 15.004242 1.161243</w:t>
        <w:br/>
        <w:t>v -1.315305 15.053987 1.140719</w:t>
        <w:br/>
        <w:t>v -1.287664 15.050653 1.133029</w:t>
        <w:br/>
        <w:t>v -1.286482 15.048147 1.154941</w:t>
        <w:br/>
        <w:t>v -1.305008 15.050313 1.160148</w:t>
        <w:br/>
        <w:t>v -1.284224 15.082968 1.131776</w:t>
        <w:br/>
        <w:t>v -1.282042 15.089824 1.153738</w:t>
        <w:br/>
        <w:t>v -1.276609 15.136685 1.152006</w:t>
        <w:br/>
        <w:t>v -1.277731 15.138327 1.129440</w:t>
        <w:br/>
        <w:t>v -1.311862 15.086307 1.139518</w:t>
        <w:br/>
        <w:t>v -1.300566 15.091985 1.158970</w:t>
        <w:br/>
        <w:t>v -1.282042 15.089824 1.153738</w:t>
        <w:br/>
        <w:t>v -1.284224 15.082968 1.131776</w:t>
        <w:br/>
        <w:t>v -1.311862 15.086307 1.139518</w:t>
        <w:br/>
        <w:t>v -1.305220 15.142929 1.137133</w:t>
        <w:br/>
        <w:t>v -1.295035 15.139699 1.157226</w:t>
        <w:br/>
        <w:t>v -1.300566 15.091985 1.158970</w:t>
        <w:br/>
        <w:t>v -1.305220 15.142929 1.137133</w:t>
        <w:br/>
        <w:t>v -1.277731 15.138327 1.129440</w:t>
        <w:br/>
        <w:t>v -1.276609 15.136685 1.152006</w:t>
        <w:br/>
        <w:t>v -1.295035 15.139699 1.157226</w:t>
        <w:br/>
        <w:t>v -1.273123 15.170281 1.126859</w:t>
        <w:br/>
        <w:t>v -1.270660 15.177905 1.148802</w:t>
        <w:br/>
        <w:t>v -1.264008 15.223570 1.146426</w:t>
        <w:br/>
        <w:t>v -1.265128 15.225207 1.123877</w:t>
        <w:br/>
        <w:t>v -1.273123 15.170281 1.126859</w:t>
        <w:br/>
        <w:t>v -1.300607 15.174878 1.134581</w:t>
        <w:br/>
        <w:t>v -1.289083 15.180913 1.154071</w:t>
        <w:br/>
        <w:t>v -1.270660 15.177905 1.148802</w:t>
        <w:br/>
        <w:t>v -1.300607 15.174878 1.134581</w:t>
        <w:br/>
        <w:t>v -1.292607 15.229781 1.131973</w:t>
        <w:br/>
        <w:t>v -1.282429 15.226558 1.151759</w:t>
        <w:br/>
        <w:t>v -1.289083 15.180913 1.154071</w:t>
        <w:br/>
        <w:t>v -1.265128 15.225207 1.123877</w:t>
        <w:br/>
        <w:t>v -1.264008 15.223570 1.146426</w:t>
        <w:br/>
        <w:t>v -1.282429 15.226558 1.151759</w:t>
        <w:br/>
        <w:t>v -1.292607 15.229781 1.131973</w:t>
        <w:br/>
        <w:t>v -1.260450 15.257034 1.122706</w:t>
        <w:br/>
        <w:t>v -1.258110 15.263362 1.144921</w:t>
        <w:br/>
        <w:t>v -1.250553 15.308912 1.147186</w:t>
        <w:br/>
        <w:t>v -1.251487 15.311194 1.124098</w:t>
        <w:br/>
        <w:t>v -1.260450 15.257034 1.122706</w:t>
        <w:br/>
        <w:t>v -1.287926 15.261604 1.130602</w:t>
        <w:br/>
        <w:t>v -1.276505 15.266531 1.150019</w:t>
        <w:br/>
        <w:t>v -1.258110 15.263362 1.144921</w:t>
        <w:br/>
        <w:t>v -1.287926 15.261604 1.130602</w:t>
        <w:br/>
        <w:t>v -1.278922 15.316014 1.131908</w:t>
        <w:br/>
        <w:t>v -1.268945 15.312071 1.152554</w:t>
        <w:br/>
        <w:t>v -1.276505 15.266531 1.150019</w:t>
        <w:br/>
        <w:t>v -1.251487 15.311194 1.124098</w:t>
        <w:br/>
        <w:t>v -1.250553 15.308912 1.147186</w:t>
        <w:br/>
        <w:t>v -1.268945 15.312071 1.152554</w:t>
        <w:br/>
        <w:t>v -1.278922 15.316014 1.131908</w:t>
        <w:br/>
        <w:t>v -1.246176 15.342968 1.124833</w:t>
        <w:br/>
        <w:t>v -1.243699 15.349890 1.147440</w:t>
        <w:br/>
        <w:t>v -1.236329 15.391831 1.148292</w:t>
        <w:br/>
        <w:t>v -1.236573 15.395358 1.125341</w:t>
        <w:br/>
        <w:t>v -1.246176 15.342968 1.124833</w:t>
        <w:br/>
        <w:t>v -1.273607 15.347782 1.132645</w:t>
        <w:br/>
        <w:t>v -1.262088 15.353049 1.152823</w:t>
        <w:br/>
        <w:t>v -1.243699 15.349890 1.147440</w:t>
        <w:br/>
        <w:t>v -1.273607 15.347782 1.132645</w:t>
        <w:br/>
        <w:t>v -1.263602 15.402205 1.133262</w:t>
        <w:br/>
        <w:t>v -1.254456 15.396352 1.153663</w:t>
        <w:br/>
        <w:t>v -1.262088 15.353049 1.152823</w:t>
        <w:br/>
        <w:t>v -1.236573 15.395358 1.125341</w:t>
        <w:br/>
        <w:t>v -1.236329 15.391831 1.148292</w:t>
        <w:br/>
        <w:t>v -1.254456 15.396352 1.153663</w:t>
        <w:br/>
        <w:t>v -1.263602 15.402205 1.133262</w:t>
        <w:br/>
        <w:t>v -0.573913 16.280811 1.309461</w:t>
        <w:br/>
        <w:t>v -0.549824 16.265501 1.303339</w:t>
        <w:br/>
        <w:t>v -0.636898 16.227684 1.278091</w:t>
        <w:br/>
        <w:t>v -0.616320 16.208725 1.270253</w:t>
        <w:br/>
        <w:t>v -0.700846 16.184694 1.258070</w:t>
        <w:br/>
        <w:t>v -0.685900 16.161844 1.248348</w:t>
        <w:br/>
        <w:t>v -0.775804 16.140430 1.242916</w:t>
        <w:br/>
        <w:t>v -0.759835 16.118233 1.233924</w:t>
        <w:br/>
        <w:t>v -0.845449 16.085579 1.228675</w:t>
        <w:br/>
        <w:t>v -0.827898 16.064573 1.220643</w:t>
        <w:br/>
        <w:t>v -0.914545 16.031132 1.215672</w:t>
        <w:br/>
        <w:t>v -0.896575 16.010529 1.207819</w:t>
        <w:br/>
        <w:t>v -0.981466 15.971783 1.201517</w:t>
        <w:br/>
        <w:t>v -0.961741 15.953009 1.193350</w:t>
        <w:br/>
        <w:t>v -1.040674 15.903814 1.187514</w:t>
        <w:br/>
        <w:t>v -1.019564 15.886384 1.178068</w:t>
        <w:br/>
        <w:t>v -1.093022 15.826599 1.170505</w:t>
        <w:br/>
        <w:t>v -1.069256 15.812725 1.161511</w:t>
        <w:br/>
        <w:t>v -1.140536 15.749317 1.153341</w:t>
        <w:br/>
        <w:t>v -1.115146 15.738107 1.145080</w:t>
        <w:br/>
        <w:t>v -1.182297 15.671865 1.134690</w:t>
        <w:br/>
        <w:t>v -1.156957 15.660740 1.126182</w:t>
        <w:br/>
        <w:t>v -1.215770 15.589783 1.121730</w:t>
        <w:br/>
        <w:t>v -1.190342 15.578735 1.112919</w:t>
        <w:br/>
        <w:t>v -1.245135 15.502960 1.110686</w:t>
        <w:br/>
        <w:t>v -1.218096 15.496220 1.102744</w:t>
        <w:br/>
        <w:t>v -1.326587 14.447104 1.155088</w:t>
        <w:br/>
        <w:t>v -1.354404 14.448127 1.162012</w:t>
        <w:br/>
        <w:t>v -1.325000 14.534870 1.144855</w:t>
        <w:br/>
        <w:t>v -1.352811 14.535819 1.151927</w:t>
        <w:br/>
        <w:t>v -1.322855 14.625734 1.137120</w:t>
        <w:br/>
        <w:t>v -1.350661 14.626760 1.144297</w:t>
        <w:br/>
        <w:t>v -1.319707 14.715369 1.128631</w:t>
        <w:br/>
        <w:t>v -1.347506 14.716657 1.135740</w:t>
        <w:br/>
        <w:t>v -1.315111 14.803843 1.121725</w:t>
        <w:br/>
        <w:t>v -1.342903 14.805234 1.128840</w:t>
        <w:br/>
        <w:t>v -1.309519 14.890573 1.114642</w:t>
        <w:br/>
        <w:t>v -1.337256 14.892853 1.121797</w:t>
        <w:br/>
        <w:t>v -1.303017 14.977586 1.109754</w:t>
        <w:br/>
        <w:t>v -1.330714 14.980283 1.117051</w:t>
        <w:br/>
        <w:t>v -1.294074 15.064726 1.105825</w:t>
        <w:br/>
        <w:t>v -1.321714 15.068069 1.113374</w:t>
        <w:br/>
        <w:t>v -1.283666 15.151416 1.101277</w:t>
        <w:br/>
        <w:t>v -1.311153 15.156024 1.108826</w:t>
        <w:br/>
        <w:t>v -1.271034 15.238262 1.095476</w:t>
        <w:br/>
        <w:t>v -1.298512 15.242838 1.103363</w:t>
        <w:br/>
        <w:t>v -1.256944 15.325132 1.097149</w:t>
        <w:br/>
        <w:t>v -1.284378 15.329955 1.104709</w:t>
        <w:br/>
        <w:t>v -1.240149 15.411201 1.097856</w:t>
        <w:br/>
        <w:t>v -1.267175 15.418034 1.105565</w:t>
        <w:br/>
        <w:t>v -0.512031 16.309706 1.309540</w:t>
        <w:br/>
        <w:t>v -0.536118 16.324991 1.315611</w:t>
        <w:br/>
        <w:t>v -0.536118 16.324991 1.315611</w:t>
        <w:br/>
        <w:t>v -0.512031 16.309706 1.309540</w:t>
        <w:br/>
        <w:t>v -1.355565 14.373866 1.171154</w:t>
        <w:br/>
        <w:t>v -1.327745 14.372629 1.164337</w:t>
        <w:br/>
        <w:t>v -1.327745 14.372629 1.164337</w:t>
        <w:br/>
        <w:t>v -1.355565 14.373866 1.171154</w:t>
        <w:br/>
        <w:t>v 1.225805 15.432238 1.149035</w:t>
        <w:br/>
        <w:t>v 1.214140 15.476996 1.152865</w:t>
        <w:br/>
        <w:t>v 1.232244 15.481444 1.158478</w:t>
        <w:br/>
        <w:t>v 1.243921 15.436730 1.154436</w:t>
        <w:br/>
        <w:t>v 0.558587 16.272907 1.350148</w:t>
        <w:br/>
        <w:t>v 0.542397 16.262711 1.346079</w:t>
        <w:br/>
        <w:t>v 0.515491 16.293966 1.359355</w:t>
        <w:br/>
        <w:t>v 0.531681 16.304148 1.363373</w:t>
        <w:br/>
        <w:t>v 0.612763 16.217196 1.326634</w:t>
        <w:br/>
        <w:t>v 0.598914 16.204548 1.321466</w:t>
        <w:br/>
        <w:t>v 0.565245 16.232573 1.342807</w:t>
        <w:br/>
        <w:t>v 0.581436 16.242769 1.346788</w:t>
        <w:br/>
        <w:t>v 0.679401 16.171795 1.308647</w:t>
        <w:br/>
        <w:t>v 0.669312 16.156525 1.302133</w:t>
        <w:br/>
        <w:t>v 0.631552 16.178823 1.310558</w:t>
        <w:br/>
        <w:t>v 0.643443 16.193010 1.317045</w:t>
        <w:br/>
        <w:t>v 0.743786 16.113993 1.287564</w:t>
        <w:br/>
        <w:t>v 0.705332 16.137152 1.295224</w:t>
        <w:br/>
        <w:t>v 0.715419 16.152424 1.301735</w:t>
        <w:br/>
        <w:t>v 0.754558 16.128832 1.293674</w:t>
        <w:br/>
        <w:t>v 0.812023 16.062346 1.274180</w:t>
        <w:br/>
        <w:t>v 0.778622 16.092234 1.280845</w:t>
        <w:br/>
        <w:t>v 0.789390 16.107054 1.286736</w:t>
        <w:br/>
        <w:t>v 0.823850 16.076376 1.279521</w:t>
        <w:br/>
        <w:t>v 0.881326 16.008753 1.261525</w:t>
        <w:br/>
        <w:t>v 0.844942 16.037170 1.268157</w:t>
        <w:br/>
        <w:t>v 0.856766 16.051191 1.273452</w:t>
        <w:br/>
        <w:t>v 0.893139 16.022764 1.266802</w:t>
        <w:br/>
        <w:t>v 0.947235 15.951544 1.247408</w:t>
        <w:br/>
        <w:t>v 0.912713 15.982073 1.255089</w:t>
        <w:br/>
        <w:t>v 0.925085 15.995579 1.260426</w:t>
        <w:br/>
        <w:t>v 0.959562 15.965054 1.252939</w:t>
        <w:br/>
        <w:t>v 1.003960 15.889845 1.233449</w:t>
        <w:br/>
        <w:t>v 0.974070 15.926008 1.241145</w:t>
        <w:br/>
        <w:t>v 0.988189 15.937540 1.246531</w:t>
        <w:br/>
        <w:t>v 1.018046 15.901435 1.239568</w:t>
        <w:br/>
        <w:t>v 1.053770 15.820845 1.217158</w:t>
        <w:br/>
        <w:t>v 1.031276 15.857353 1.224845</w:t>
        <w:br/>
        <w:t>v 1.045388 15.868986 1.231467</w:t>
        <w:br/>
        <w:t>v 1.069687 15.830022 1.223234</w:t>
        <w:br/>
        <w:t>v 1.118247 15.753302 1.206647</w:t>
        <w:br/>
        <w:t>v 1.101056 15.745857 1.201076</w:t>
        <w:br/>
        <w:t>v 1.076961 15.784753 1.209497</w:t>
        <w:br/>
        <w:t>v 1.092928 15.794006 1.215543</w:t>
        <w:br/>
        <w:t>v 1.160743 15.676966 1.186688</w:t>
        <w:br/>
        <w:t>v 1.143633 15.669438 1.180822</w:t>
        <w:br/>
        <w:t>v 1.121680 15.709677 1.191793</w:t>
        <w:br/>
        <w:t>v 1.138928 15.717255 1.197617</w:t>
        <w:br/>
        <w:t>v 1.175881 15.592805 1.167545</w:t>
        <w:br/>
        <w:t>v 1.158924 15.635893 1.174481</w:t>
        <w:br/>
        <w:t>v 1.176188 15.643299 1.180490</w:t>
        <w:br/>
        <w:t>v 1.193099 15.600208 1.173562</w:t>
        <w:br/>
        <w:t>v 1.204148 15.517299 1.154891</w:t>
        <w:br/>
        <w:t>v 1.190935 15.553910 1.160445</w:t>
        <w:br/>
        <w:t>v 1.208135 15.561313 1.166601</w:t>
        <w:br/>
        <w:t>v 1.222256 15.521701 1.160625</w:t>
        <w:br/>
        <w:t>v 1.317447 14.430056 1.203073</w:t>
        <w:br/>
        <w:t>v 1.336087 14.430537 1.207895</w:t>
        <w:br/>
        <w:t>v 1.336853 14.381882 1.213696</w:t>
        <w:br/>
        <w:t>v 1.318212 14.381364 1.208879</w:t>
        <w:br/>
        <w:t>v 1.315951 14.515930 1.193527</w:t>
        <w:br/>
        <w:t>v 1.334589 14.516457 1.198408</w:t>
        <w:br/>
        <w:t>v 1.335404 14.470796 1.203375</w:t>
        <w:br/>
        <w:t>v 1.316764 14.470361 1.198537</w:t>
        <w:br/>
        <w:t>v 1.313983 14.606262 1.186125</w:t>
        <w:br/>
        <w:t>v 1.332620 14.606750 1.191060</w:t>
        <w:br/>
        <w:t>v 1.333676 14.558907 1.194170</w:t>
        <w:br/>
        <w:t>v 1.315039 14.558404 1.189245</w:t>
        <w:br/>
        <w:t>v 1.311073 14.696045 1.177347</w:t>
        <w:br/>
        <w:t>v 1.329707 14.696698 1.182270</w:t>
        <w:br/>
        <w:t>v 1.331295 14.649512 1.187431</w:t>
        <w:br/>
        <w:t>v 1.312661 14.648861 1.182503</w:t>
        <w:br/>
        <w:t>v 1.306799 14.783362 1.170866</w:t>
        <w:br/>
        <w:t>v 1.325428 14.784199 1.175795</w:t>
        <w:br/>
        <w:t>v 1.327922 14.737847 1.179088</w:t>
        <w:br/>
        <w:t>v 1.309293 14.736990 1.174189</w:t>
        <w:br/>
        <w:t>v 1.301396 14.872190 1.163731</w:t>
        <w:br/>
        <w:t>v 1.319997 14.873493 1.168719</w:t>
        <w:br/>
        <w:t>v 1.323137 14.825798 1.171949</w:t>
        <w:br/>
        <w:t>v 1.304509 14.824968 1.166980</w:t>
        <w:br/>
        <w:t>v 1.313726 14.960796 1.163435</w:t>
        <w:br/>
        <w:t>v 1.317039 14.915004 1.165162</w:t>
        <w:br/>
        <w:t>v 1.298463 14.913417 1.160167</w:t>
        <w:br/>
        <w:t>v 1.295129 14.959516 1.158381</w:t>
        <w:br/>
        <w:t>v 1.305008 15.050313 1.160148</w:t>
        <w:br/>
        <w:t>v 1.309890 15.004242 1.161243</w:t>
        <w:br/>
        <w:t>v 1.291362 15.002077 1.156139</w:t>
        <w:br/>
        <w:t>v 1.286482 15.048147 1.154941</w:t>
        <w:br/>
        <w:t>v 1.295035 15.139699 1.157226</w:t>
        <w:br/>
        <w:t>v 1.300567 15.091985 1.158970</w:t>
        <w:br/>
        <w:t>v 1.282043 15.089824 1.153738</w:t>
        <w:br/>
        <w:t>v 1.276609 15.136685 1.152006</w:t>
        <w:br/>
        <w:t>v 1.282430 15.226558 1.151759</w:t>
        <w:br/>
        <w:t>v 1.289084 15.180913 1.154071</w:t>
        <w:br/>
        <w:t>v 1.270661 15.177905 1.148802</w:t>
        <w:br/>
        <w:t>v 1.264009 15.223570 1.146426</w:t>
        <w:br/>
        <w:t>v 1.268946 15.312071 1.152554</w:t>
        <w:br/>
        <w:t>v 1.276506 15.266531 1.150019</w:t>
        <w:br/>
        <w:t>v 1.258111 15.263362 1.144921</w:t>
        <w:br/>
        <w:t>v 1.250554 15.308912 1.147186</w:t>
        <w:br/>
        <w:t>v 1.254457 15.396352 1.153663</w:t>
        <w:br/>
        <w:t>v 1.262090 15.353049 1.152823</w:t>
        <w:br/>
        <w:t>v 1.243701 15.349890 1.147440</w:t>
        <w:br/>
        <w:t>v 1.236330 15.391831 1.148292</w:t>
        <w:br/>
        <w:t>v 0.540900 16.265663 1.322614</w:t>
        <w:br/>
        <w:t>v 0.564988 16.280975 1.328757</w:t>
        <w:br/>
        <w:t>v 0.582337 16.257393 1.328321</w:t>
        <w:br/>
        <w:t>v 0.558247 16.242083 1.322290</w:t>
        <w:br/>
        <w:t>v 0.598894 16.207079 1.297850</w:t>
        <w:br/>
        <w:t>v 0.619471 16.226040 1.305649</w:t>
        <w:br/>
        <w:t>v 0.645066 16.207911 1.298726</w:t>
        <w:br/>
        <w:t>v 0.626949 16.187370 1.290761</w:t>
        <w:br/>
        <w:t>v 0.671394 16.158798 1.278491</w:t>
        <w:br/>
        <w:t>v 0.686339 16.181660 1.288258</w:t>
        <w:br/>
        <w:t>v 0.714264 16.166655 1.282894</w:t>
        <w:br/>
        <w:t>v 0.699320 16.143799 1.273134</w:t>
        <w:br/>
        <w:t>v 0.745659 16.116104 1.263987</w:t>
        <w:br/>
        <w:t>v 0.761630 16.138315 1.273124</w:t>
        <w:br/>
        <w:t>v 0.788638 16.121458 1.267678</w:t>
        <w:br/>
        <w:t>v 0.772672 16.099258 1.258806</w:t>
        <w:br/>
        <w:t>v 0.813871 16.064053 1.250854</w:t>
        <w:br/>
        <w:t>v 0.831424 16.085056 1.258770</w:t>
        <w:br/>
        <w:t>v 0.856950 16.065569 1.254128</w:t>
        <w:br/>
        <w:t>v 0.839400 16.044563 1.245988</w:t>
        <w:br/>
        <w:t>v 0.907287 15.989863 1.233189</w:t>
        <w:br/>
        <w:t>v 0.883177 16.010458 1.238141</w:t>
        <w:br/>
        <w:t>v 0.900711 16.031437 1.245908</w:t>
        <w:br/>
        <w:t>v 0.925685 16.010099 1.241067</w:t>
        <w:br/>
        <w:t>v 0.948882 15.953203 1.223894</w:t>
        <w:br/>
        <w:t>v 0.967214 15.973445 1.232221</w:t>
        <w:br/>
        <w:t>v 0.991067 15.950915 1.226884</w:t>
        <w:br/>
        <w:t>v 0.970028 15.933607 1.218824</w:t>
        <w:br/>
        <w:t>v 1.027091 15.864956 1.202753</w:t>
        <w:br/>
        <w:t>v 1.005950 15.890138 1.209396</w:t>
        <w:br/>
        <w:t>v 1.026959 15.907535 1.218569</w:t>
        <w:br/>
        <w:t>v 1.048141 15.882407 1.212558</w:t>
        <w:br/>
        <w:t>v 1.073733 15.791770 1.186862</w:t>
        <w:br/>
        <w:t>v 1.055884 15.819797 1.192756</w:t>
        <w:br/>
        <w:t>v 1.079619 15.833626 1.201918</w:t>
        <w:br/>
        <w:t>v 1.097481 15.805671 1.195870</w:t>
        <w:br/>
        <w:t>v 1.102624 15.745175 1.176764</w:t>
        <w:br/>
        <w:t>v 1.128143 15.756377 1.185041</w:t>
        <w:br/>
        <w:t>v 1.144176 15.728498 1.178197</w:t>
        <w:br/>
        <w:t>v 1.118640 15.717165 1.169619</w:t>
        <w:br/>
        <w:t>v 1.157726 15.641474 1.151584</w:t>
        <w:br/>
        <w:t>v 1.145154 15.668836 1.156562</w:t>
        <w:br/>
        <w:t>v 1.170647 15.680180 1.165211</w:t>
        <w:br/>
        <w:t>v 1.183269 15.652548 1.160384</w:t>
        <w:br/>
        <w:t>v 1.189849 15.559551 1.138138</w:t>
        <w:br/>
        <w:t>v 1.178192 15.589703 1.143590</w:t>
        <w:br/>
        <w:t>v 1.203735 15.600801 1.152437</w:t>
        <w:br/>
        <w:t>v 1.215408 15.570666 1.147213</w:t>
        <w:br/>
        <w:t>v 1.214371 15.480482 1.129738</w:t>
        <w:br/>
        <w:t>v 1.206573 15.511681 1.131202</w:t>
        <w:br/>
        <w:t>v 1.233645 15.518407 1.139520</w:t>
        <w:br/>
        <w:t>v 1.241364 15.487226 1.137908</w:t>
        <w:br/>
        <w:t>v 1.346709 14.434182 1.188883</w:t>
        <w:br/>
        <w:t>v 1.318894 14.433254 1.181829</w:t>
        <w:br/>
        <w:t>v 1.318366 14.464674 1.178253</w:t>
        <w:br/>
        <w:t>v 1.346180 14.465525 1.185345</w:t>
        <w:br/>
        <w:t>v 1.345190 14.520444 1.179425</w:t>
        <w:br/>
        <w:t>v 1.317380 14.519514 1.172243</w:t>
        <w:br/>
        <w:t>v 1.316676 14.552651 1.168338</w:t>
        <w:br/>
        <w:t>v 1.344485 14.553517 1.175618</w:t>
        <w:br/>
        <w:t>v 1.343216 14.611066 1.171778</w:t>
        <w:br/>
        <w:t>v 1.315407 14.610215 1.164456</w:t>
        <w:br/>
        <w:t>v 1.314352 14.643234 1.161594</w:t>
        <w:br/>
        <w:t>v 1.342157 14.644337 1.168903</w:t>
        <w:br/>
        <w:t>v 1.340246 14.701029 1.162797</w:t>
        <w:br/>
        <w:t>v 1.312444 14.699931 1.155547</w:t>
        <w:br/>
        <w:t>v 1.311053 14.731958 1.153280</w:t>
        <w:br/>
        <w:t>v 1.338849 14.733369 1.160487</w:t>
        <w:br/>
        <w:t>v 1.335848 14.789153 1.156479</w:t>
        <w:br/>
        <w:t>v 1.308056 14.787784 1.149239</w:t>
        <w:br/>
        <w:t>v 1.306280 14.820063 1.145816</w:t>
        <w:br/>
        <w:t>v 1.334072 14.821420 1.153087</w:t>
        <w:br/>
        <w:t>v 1.330390 14.877755 1.149289</w:t>
        <w:br/>
        <w:t>v 1.302640 14.875696 1.141987</w:t>
        <w:br/>
        <w:t>v 1.300371 14.907594 1.138969</w:t>
        <w:br/>
        <w:t>v 1.328096 14.910036 1.146289</w:t>
        <w:br/>
        <w:t>v 1.324113 14.965121 1.144161</w:t>
        <w:br/>
        <w:t>v 1.296363 14.963096 1.136732</w:t>
        <w:br/>
        <w:t>v 1.293529 14.995223 1.134784</w:t>
        <w:br/>
        <w:t>v 1.321174 14.998558 1.142259</w:t>
        <w:br/>
        <w:t>v 1.315306 15.053987 1.140719</w:t>
        <w:br/>
        <w:t>v 1.287664 15.050653 1.133029</w:t>
        <w:br/>
        <w:t>v 1.284224 15.082968 1.131776</w:t>
        <w:br/>
        <w:t>v 1.311863 15.086307 1.139518</w:t>
        <w:br/>
        <w:t>v 1.305220 15.142929 1.137133</w:t>
        <w:br/>
        <w:t>v 1.277731 15.138327 1.129440</w:t>
        <w:br/>
        <w:t>v 1.273124 15.170281 1.126859</w:t>
        <w:br/>
        <w:t>v 1.300608 15.174878 1.134581</w:t>
        <w:br/>
        <w:t>v 1.287927 15.261604 1.130602</w:t>
        <w:br/>
        <w:t>v 1.292608 15.229781 1.131973</w:t>
        <w:br/>
        <w:t>v 1.265129 15.225207 1.123877</w:t>
        <w:br/>
        <w:t>v 1.260451 15.257034 1.122706</w:t>
        <w:br/>
        <w:t>v 1.273609 15.347782 1.132645</w:t>
        <w:br/>
        <w:t>v 1.278923 15.316014 1.131908</w:t>
        <w:br/>
        <w:t>v 1.251488 15.311194 1.124098</w:t>
        <w:br/>
        <w:t>v 1.246177 15.342968 1.124833</w:t>
        <w:br/>
        <w:t>v 1.263603 15.402205 1.133262</w:t>
        <w:br/>
        <w:t>v 1.236574 15.395358 1.125342</w:t>
        <w:br/>
        <w:t>v 1.228409 15.426671 1.125918</w:t>
        <w:br/>
        <w:t>v 1.255427 15.433486 1.133851</w:t>
        <w:br/>
        <w:t>v 1.214140 15.476996 1.152865</w:t>
        <w:br/>
        <w:t>v 1.225805 15.432238 1.149035</w:t>
        <w:br/>
        <w:t>v 1.228409 15.426671 1.125918</w:t>
        <w:br/>
        <w:t>v 1.214371 15.480482 1.129738</w:t>
        <w:br/>
        <w:t>v 1.243921 15.436730 1.154436</w:t>
        <w:br/>
        <w:t>v 1.255427 15.433486 1.133851</w:t>
        <w:br/>
        <w:t>v 1.228409 15.426671 1.125918</w:t>
        <w:br/>
        <w:t>v 1.225805 15.432238 1.149035</w:t>
        <w:br/>
        <w:t>v 1.232244 15.481444 1.158478</w:t>
        <w:br/>
        <w:t>v 1.241364 15.487226 1.137908</w:t>
        <w:br/>
        <w:t>v 1.255427 15.433486 1.133851</w:t>
        <w:br/>
        <w:t>v 1.243921 15.436730 1.154436</w:t>
        <w:br/>
        <w:t>v 1.232244 15.481444 1.158478</w:t>
        <w:br/>
        <w:t>v 1.214140 15.476996 1.152865</w:t>
        <w:br/>
        <w:t>v 1.214371 15.480482 1.129738</w:t>
        <w:br/>
        <w:t>v 1.241364 15.487226 1.137908</w:t>
        <w:br/>
        <w:t>v 0.542397 16.262711 1.346079</w:t>
        <w:br/>
        <w:t>v 0.540900 16.265663 1.322614</w:t>
        <w:br/>
        <w:t>v 0.508478 16.303411 1.338918</w:t>
        <w:br/>
        <w:t>v 0.515491 16.293966 1.359355</w:t>
        <w:br/>
        <w:t>v 0.542397 16.262711 1.346079</w:t>
        <w:br/>
        <w:t>v 0.558587 16.272907 1.350148</w:t>
        <w:br/>
        <w:t>v 0.564988 16.280975 1.328757</w:t>
        <w:br/>
        <w:t>v 0.540900 16.265663 1.322614</w:t>
        <w:br/>
        <w:t>v 0.531681 16.304148 1.363373</w:t>
        <w:br/>
        <w:t>v 0.532565 16.318695 1.344966</w:t>
        <w:br/>
        <w:t>v 0.564988 16.280975 1.328757</w:t>
        <w:br/>
        <w:t>v 0.558587 16.272907 1.350148</w:t>
        <w:br/>
        <w:t>v 0.531681 16.304148 1.363373</w:t>
        <w:br/>
        <w:t>v 0.515491 16.293966 1.359355</w:t>
        <w:br/>
        <w:t>v 0.508478 16.303411 1.338918</w:t>
        <w:br/>
        <w:t>v 0.532565 16.318695 1.344966</w:t>
        <w:br/>
        <w:t>v 0.598914 16.204548 1.321466</w:t>
        <w:br/>
        <w:t>v 0.598894 16.207079 1.297850</w:t>
        <w:br/>
        <w:t>v 0.558247 16.242083 1.322290</w:t>
        <w:br/>
        <w:t>v 0.565245 16.232573 1.342807</w:t>
        <w:br/>
        <w:t>v 0.598914 16.204548 1.321466</w:t>
        <w:br/>
        <w:t>v 0.612763 16.217196 1.326634</w:t>
        <w:br/>
        <w:t>v 0.619471 16.226040 1.305649</w:t>
        <w:br/>
        <w:t>v 0.598894 16.207079 1.297850</w:t>
        <w:br/>
        <w:t>v 0.581436 16.242769 1.346788</w:t>
        <w:br/>
        <w:t>v 0.582337 16.257393 1.328321</w:t>
        <w:br/>
        <w:t>v 0.619471 16.226040 1.305649</w:t>
        <w:br/>
        <w:t>v 0.612763 16.217196 1.326634</w:t>
        <w:br/>
        <w:t>v 0.581436 16.242769 1.346788</w:t>
        <w:br/>
        <w:t>v 0.565245 16.232573 1.342807</w:t>
        <w:br/>
        <w:t>v 0.558247 16.242083 1.322290</w:t>
        <w:br/>
        <w:t>v 0.582337 16.257393 1.328321</w:t>
        <w:br/>
        <w:t>v 0.631552 16.178823 1.310558</w:t>
        <w:br/>
        <w:t>v 0.669312 16.156525 1.302133</w:t>
        <w:br/>
        <w:t>v 0.671394 16.158798 1.278491</w:t>
        <w:br/>
        <w:t>v 0.626949 16.187370 1.290761</w:t>
        <w:br/>
        <w:t>v 0.679401 16.171795 1.308647</w:t>
        <w:br/>
        <w:t>v 0.686339 16.181660 1.288258</w:t>
        <w:br/>
        <w:t>v 0.671394 16.158798 1.278491</w:t>
        <w:br/>
        <w:t>v 0.669312 16.156525 1.302133</w:t>
        <w:br/>
        <w:t>v 0.643443 16.193010 1.317045</w:t>
        <w:br/>
        <w:t>v 0.645066 16.207911 1.298726</w:t>
        <w:br/>
        <w:t>v 0.686339 16.181660 1.288258</w:t>
        <w:br/>
        <w:t>v 0.679401 16.171795 1.308647</w:t>
        <w:br/>
        <w:t>v 0.643443 16.193010 1.317045</w:t>
        <w:br/>
        <w:t>v 0.631552 16.178823 1.310558</w:t>
        <w:br/>
        <w:t>v 0.626949 16.187370 1.290761</w:t>
        <w:br/>
        <w:t>v 0.645066 16.207911 1.298726</w:t>
        <w:br/>
        <w:t>v 0.743786 16.113993 1.287564</w:t>
        <w:br/>
        <w:t>v 0.745659 16.116104 1.263987</w:t>
        <w:br/>
        <w:t>v 0.699320 16.143799 1.273134</w:t>
        <w:br/>
        <w:t>v 0.705332 16.137152 1.295224</w:t>
        <w:br/>
        <w:t>v 0.754558 16.128832 1.293674</w:t>
        <w:br/>
        <w:t>v 0.761630 16.138315 1.273124</w:t>
        <w:br/>
        <w:t>v 0.745659 16.116104 1.263987</w:t>
        <w:br/>
        <w:t>v 0.743786 16.113993 1.287564</w:t>
        <w:br/>
        <w:t>v 0.715419 16.152424 1.301735</w:t>
        <w:br/>
        <w:t>v 0.714264 16.166655 1.282894</w:t>
        <w:br/>
        <w:t>v 0.761630 16.138315 1.273124</w:t>
        <w:br/>
        <w:t>v 0.754558 16.128832 1.293674</w:t>
        <w:br/>
        <w:t>v 0.715419 16.152424 1.301735</w:t>
        <w:br/>
        <w:t>v 0.705332 16.137152 1.295224</w:t>
        <w:br/>
        <w:t>v 0.699320 16.143799 1.273134</w:t>
        <w:br/>
        <w:t>v 0.714264 16.166655 1.282894</w:t>
        <w:br/>
        <w:t>v 0.812023 16.062346 1.274180</w:t>
        <w:br/>
        <w:t>v 0.813871 16.064053 1.250854</w:t>
        <w:br/>
        <w:t>v 0.772672 16.099258 1.258806</w:t>
        <w:br/>
        <w:t>v 0.778622 16.092234 1.280845</w:t>
        <w:br/>
        <w:t>v 0.812023 16.062346 1.274180</w:t>
        <w:br/>
        <w:t>v 0.823850 16.076376 1.279521</w:t>
        <w:br/>
        <w:t>v 0.831424 16.085056 1.258770</w:t>
        <w:br/>
        <w:t>v 0.813871 16.064053 1.250854</w:t>
        <w:br/>
        <w:t>v 0.823850 16.076376 1.279521</w:t>
        <w:br/>
        <w:t>v 0.789390 16.107054 1.286736</w:t>
        <w:br/>
        <w:t>v 0.788638 16.121458 1.267678</w:t>
        <w:br/>
        <w:t>v 0.831424 16.085056 1.258770</w:t>
        <w:br/>
        <w:t>v 0.778622 16.092234 1.280845</w:t>
        <w:br/>
        <w:t>v 0.772672 16.099258 1.258806</w:t>
        <w:br/>
        <w:t>v 0.788638 16.121458 1.267678</w:t>
        <w:br/>
        <w:t>v 0.789390 16.107054 1.286736</w:t>
        <w:br/>
        <w:t>v 0.881326 16.008753 1.261525</w:t>
        <w:br/>
        <w:t>v 0.883177 16.010458 1.238141</w:t>
        <w:br/>
        <w:t>v 0.839400 16.044563 1.245988</w:t>
        <w:br/>
        <w:t>v 0.844942 16.037170 1.268157</w:t>
        <w:br/>
        <w:t>v 0.881326 16.008753 1.261525</w:t>
        <w:br/>
        <w:t>v 0.893139 16.022764 1.266802</w:t>
        <w:br/>
        <w:t>v 0.900711 16.031437 1.245908</w:t>
        <w:br/>
        <w:t>v 0.883177 16.010458 1.238141</w:t>
        <w:br/>
        <w:t>v 0.893139 16.022764 1.266802</w:t>
        <w:br/>
        <w:t>v 0.856766 16.051191 1.273452</w:t>
        <w:br/>
        <w:t>v 0.856950 16.065569 1.254128</w:t>
        <w:br/>
        <w:t>v 0.900711 16.031437 1.245908</w:t>
        <w:br/>
        <w:t>v 0.844942 16.037170 1.268157</w:t>
        <w:br/>
        <w:t>v 0.839400 16.044563 1.245988</w:t>
        <w:br/>
        <w:t>v 0.856950 16.065569 1.254128</w:t>
        <w:br/>
        <w:t>v 0.856766 16.051191 1.273452</w:t>
        <w:br/>
        <w:t>v 0.947235 15.951544 1.247408</w:t>
        <w:br/>
        <w:t>v 0.948882 15.953203 1.223894</w:t>
        <w:br/>
        <w:t>v 0.907287 15.989863 1.233189</w:t>
        <w:br/>
        <w:t>v 0.912713 15.982073 1.255089</w:t>
        <w:br/>
        <w:t>v 0.947235 15.951544 1.247408</w:t>
        <w:br/>
        <w:t>v 0.959562 15.965054 1.252939</w:t>
        <w:br/>
        <w:t>v 0.967214 15.973445 1.232221</w:t>
        <w:br/>
        <w:t>v 0.948882 15.953203 1.223894</w:t>
        <w:br/>
        <w:t>v 0.959562 15.965054 1.252939</w:t>
        <w:br/>
        <w:t>v 0.925085 15.995579 1.260426</w:t>
        <w:br/>
        <w:t>v 0.925685 16.010099 1.241067</w:t>
        <w:br/>
        <w:t>v 0.967214 15.973445 1.232221</w:t>
        <w:br/>
        <w:t>v 0.912713 15.982073 1.255089</w:t>
        <w:br/>
        <w:t>v 0.907287 15.989863 1.233189</w:t>
        <w:br/>
        <w:t>v 0.925685 16.010099 1.241067</w:t>
        <w:br/>
        <w:t>v 0.925085 15.995579 1.260426</w:t>
        <w:br/>
        <w:t>v 1.003960 15.889845 1.233449</w:t>
        <w:br/>
        <w:t>v 1.005950 15.890138 1.209396</w:t>
        <w:br/>
        <w:t>v 0.970028 15.933607 1.218824</w:t>
        <w:br/>
        <w:t>v 0.974070 15.926008 1.241145</w:t>
        <w:br/>
        <w:t>v 1.018046 15.901435 1.239568</w:t>
        <w:br/>
        <w:t>v 1.026959 15.907535 1.218569</w:t>
        <w:br/>
        <w:t>v 1.005950 15.890138 1.209396</w:t>
        <w:br/>
        <w:t>v 1.003960 15.889845 1.233449</w:t>
        <w:br/>
        <w:t>v 1.018046 15.901435 1.239568</w:t>
        <w:br/>
        <w:t>v 0.988189 15.937540 1.246531</w:t>
        <w:br/>
        <w:t>v 0.991067 15.950915 1.226884</w:t>
        <w:br/>
        <w:t>v 1.026959 15.907535 1.218569</w:t>
        <w:br/>
        <w:t>v 0.974070 15.926008 1.241145</w:t>
        <w:br/>
        <w:t>v 0.970028 15.933607 1.218824</w:t>
        <w:br/>
        <w:t>v 0.991067 15.950915 1.226884</w:t>
        <w:br/>
        <w:t>v 0.988189 15.937540 1.246531</w:t>
        <w:br/>
        <w:t>v 1.031276 15.857353 1.224845</w:t>
        <w:br/>
        <w:t>v 1.053770 15.820845 1.217158</w:t>
        <w:br/>
        <w:t>v 1.055884 15.819797 1.192756</w:t>
        <w:br/>
        <w:t>v 1.027091 15.864956 1.202753</w:t>
        <w:br/>
        <w:t>v 1.069687 15.830022 1.223234</w:t>
        <w:br/>
        <w:t>v 1.079619 15.833626 1.201918</w:t>
        <w:br/>
        <w:t>v 1.055884 15.819797 1.192756</w:t>
        <w:br/>
        <w:t>v 1.053770 15.820845 1.217158</w:t>
        <w:br/>
        <w:t>v 1.045388 15.868986 1.231467</w:t>
        <w:br/>
        <w:t>v 1.048141 15.882407 1.212558</w:t>
        <w:br/>
        <w:t>v 1.079619 15.833626 1.201918</w:t>
        <w:br/>
        <w:t>v 1.069687 15.830022 1.223234</w:t>
        <w:br/>
        <w:t>v 1.045388 15.868986 1.231467</w:t>
        <w:br/>
        <w:t>v 1.031276 15.857353 1.224845</w:t>
        <w:br/>
        <w:t>v 1.027091 15.864956 1.202753</w:t>
        <w:br/>
        <w:t>v 1.048141 15.882407 1.212558</w:t>
        <w:br/>
        <w:t>v 1.076961 15.784753 1.209497</w:t>
        <w:br/>
        <w:t>v 1.101056 15.745857 1.201076</w:t>
        <w:br/>
        <w:t>v 1.102624 15.745175 1.176764</w:t>
        <w:br/>
        <w:t>v 1.073733 15.791770 1.186862</w:t>
        <w:br/>
        <w:t>v 1.118247 15.753302 1.206647</w:t>
        <w:br/>
        <w:t>v 1.128143 15.756377 1.185041</w:t>
        <w:br/>
        <w:t>v 1.102624 15.745175 1.176764</w:t>
        <w:br/>
        <w:t>v 1.101056 15.745857 1.201076</w:t>
        <w:br/>
        <w:t>v 1.092928 15.794006 1.215543</w:t>
        <w:br/>
        <w:t>v 1.097481 15.805671 1.195870</w:t>
        <w:br/>
        <w:t>v 1.128143 15.756377 1.185041</w:t>
        <w:br/>
        <w:t>v 1.118247 15.753302 1.206647</w:t>
        <w:br/>
        <w:t>v 1.092928 15.794006 1.215543</w:t>
        <w:br/>
        <w:t>v 1.076961 15.784753 1.209497</w:t>
        <w:br/>
        <w:t>v 1.073733 15.791770 1.186862</w:t>
        <w:br/>
        <w:t>v 1.097481 15.805671 1.195870</w:t>
        <w:br/>
        <w:t>v 1.121680 15.709677 1.191793</w:t>
        <w:br/>
        <w:t>v 1.143633 15.669438 1.180822</w:t>
        <w:br/>
        <w:t>v 1.145154 15.668836 1.156562</w:t>
        <w:br/>
        <w:t>v 1.118640 15.717165 1.169619</w:t>
        <w:br/>
        <w:t>v 1.160743 15.676966 1.186688</w:t>
        <w:br/>
        <w:t>v 1.170647 15.680180 1.165211</w:t>
        <w:br/>
        <w:t>v 1.145154 15.668836 1.156562</w:t>
        <w:br/>
        <w:t>v 1.143633 15.669438 1.180822</w:t>
        <w:br/>
        <w:t>v 1.138928 15.717255 1.197617</w:t>
        <w:br/>
        <w:t>v 1.144176 15.728498 1.178197</w:t>
        <w:br/>
        <w:t>v 1.170647 15.680180 1.165211</w:t>
        <w:br/>
        <w:t>v 1.160743 15.676966 1.186688</w:t>
        <w:br/>
        <w:t>v 1.138928 15.717255 1.197617</w:t>
        <w:br/>
        <w:t>v 1.121680 15.709677 1.191793</w:t>
        <w:br/>
        <w:t>v 1.118640 15.717165 1.169619</w:t>
        <w:br/>
        <w:t>v 1.144176 15.728498 1.178197</w:t>
        <w:br/>
        <w:t>v 1.158924 15.635893 1.174481</w:t>
        <w:br/>
        <w:t>v 1.175881 15.592805 1.167545</w:t>
        <w:br/>
        <w:t>v 1.178192 15.589703 1.143590</w:t>
        <w:br/>
        <w:t>v 1.157726 15.641474 1.151584</w:t>
        <w:br/>
        <w:t>v 1.193099 15.600208 1.173562</w:t>
        <w:br/>
        <w:t>v 1.203735 15.600801 1.152437</w:t>
        <w:br/>
        <w:t>v 1.178192 15.589703 1.143590</w:t>
        <w:br/>
        <w:t>v 1.175881 15.592805 1.167545</w:t>
        <w:br/>
        <w:t>v 1.176188 15.643299 1.180490</w:t>
        <w:br/>
        <w:t>v 1.183269 15.652548 1.160384</w:t>
        <w:br/>
        <w:t>v 1.203735 15.600801 1.152437</w:t>
        <w:br/>
        <w:t>v 1.193099 15.600208 1.173562</w:t>
        <w:br/>
        <w:t>v 1.176188 15.643299 1.180490</w:t>
        <w:br/>
        <w:t>v 1.158924 15.635893 1.174481</w:t>
        <w:br/>
        <w:t>v 1.157726 15.641474 1.151584</w:t>
        <w:br/>
        <w:t>v 1.183269 15.652548 1.160384</w:t>
        <w:br/>
        <w:t>v 1.190935 15.553910 1.160445</w:t>
        <w:br/>
        <w:t>v 1.204148 15.517299 1.154891</w:t>
        <w:br/>
        <w:t>v 1.206573 15.511681 1.131202</w:t>
        <w:br/>
        <w:t>v 1.189849 15.559551 1.138138</w:t>
        <w:br/>
        <w:t>v 1.222256 15.521701 1.160625</w:t>
        <w:br/>
        <w:t>v 1.233645 15.518407 1.139520</w:t>
        <w:br/>
        <w:t>v 1.206573 15.511681 1.131202</w:t>
        <w:br/>
        <w:t>v 1.204148 15.517299 1.154891</w:t>
        <w:br/>
        <w:t>v 1.208135 15.561313 1.166601</w:t>
        <w:br/>
        <w:t>v 1.215408 15.570666 1.147213</w:t>
        <w:br/>
        <w:t>v 1.233645 15.518407 1.139520</w:t>
        <w:br/>
        <w:t>v 1.222256 15.521701 1.160625</w:t>
        <w:br/>
        <w:t>v 1.208135 15.561313 1.166601</w:t>
        <w:br/>
        <w:t>v 1.190935 15.553910 1.160445</w:t>
        <w:br/>
        <w:t>v 1.189849 15.559551 1.138138</w:t>
        <w:br/>
        <w:t>v 1.215408 15.570666 1.147213</w:t>
        <w:br/>
        <w:t>v 1.336853 14.381882 1.213696</w:t>
        <w:br/>
        <w:t>v 1.336087 14.430537 1.207895</w:t>
        <w:br/>
        <w:t>v 1.346709 14.434182 1.188883</w:t>
        <w:br/>
        <w:t>v 1.347615 14.376188 1.196036</w:t>
        <w:br/>
        <w:t>v 1.317447 14.430056 1.203073</w:t>
        <w:br/>
        <w:t>v 1.318894 14.433254 1.181829</w:t>
        <w:br/>
        <w:t>v 1.346709 14.434182 1.188883</w:t>
        <w:br/>
        <w:t>v 1.336087 14.430537 1.207895</w:t>
        <w:br/>
        <w:t>v 1.318212 14.381364 1.208879</w:t>
        <w:br/>
        <w:t>v 1.319797 14.375140 1.189033</w:t>
        <w:br/>
        <w:t>v 1.318894 14.433254 1.181829</w:t>
        <w:br/>
        <w:t>v 1.317447 14.430056 1.203073</w:t>
        <w:br/>
        <w:t>v 1.318212 14.381364 1.208879</w:t>
        <w:br/>
        <w:t>v 1.336853 14.381882 1.213696</w:t>
        <w:br/>
        <w:t>v 1.347615 14.376188 1.196036</w:t>
        <w:br/>
        <w:t>v 1.319797 14.375140 1.189033</w:t>
        <w:br/>
        <w:t>v 1.316764 14.470361 1.198537</w:t>
        <w:br/>
        <w:t>v 1.318366 14.464674 1.178253</w:t>
        <w:br/>
        <w:t>v 1.317380 14.519514 1.172243</w:t>
        <w:br/>
        <w:t>v 1.315951 14.515930 1.193527</w:t>
        <w:br/>
        <w:t>v 1.316764 14.470361 1.198537</w:t>
        <w:br/>
        <w:t>v 1.335404 14.470796 1.203375</w:t>
        <w:br/>
        <w:t>v 1.346180 14.465525 1.185345</w:t>
        <w:br/>
        <w:t>v 1.318366 14.464674 1.178253</w:t>
        <w:br/>
        <w:t>v 1.335404 14.470796 1.203375</w:t>
        <w:br/>
        <w:t>v 1.334589 14.516457 1.198408</w:t>
        <w:br/>
        <w:t>v 1.345190 14.520444 1.179425</w:t>
        <w:br/>
        <w:t>v 1.346180 14.465525 1.185345</w:t>
        <w:br/>
        <w:t>v 1.315951 14.515930 1.193527</w:t>
        <w:br/>
        <w:t>v 1.317380 14.519514 1.172243</w:t>
        <w:br/>
        <w:t>v 1.345190 14.520444 1.179425</w:t>
        <w:br/>
        <w:t>v 1.334589 14.516457 1.198408</w:t>
        <w:br/>
        <w:t>v 1.315039 14.558404 1.189245</w:t>
        <w:br/>
        <w:t>v 1.316676 14.552651 1.168338</w:t>
        <w:br/>
        <w:t>v 1.315407 14.610215 1.164456</w:t>
        <w:br/>
        <w:t>v 1.313983 14.606262 1.186125</w:t>
        <w:br/>
        <w:t>v 1.315039 14.558404 1.189245</w:t>
        <w:br/>
        <w:t>v 1.333676 14.558907 1.194170</w:t>
        <w:br/>
        <w:t>v 1.344485 14.553517 1.175618</w:t>
        <w:br/>
        <w:t>v 1.316676 14.552651 1.168338</w:t>
        <w:br/>
        <w:t>v 1.333676 14.558907 1.194170</w:t>
        <w:br/>
        <w:t>v 1.332620 14.606750 1.191060</w:t>
        <w:br/>
        <w:t>v 1.343216 14.611066 1.171778</w:t>
        <w:br/>
        <w:t>v 1.344485 14.553517 1.175618</w:t>
        <w:br/>
        <w:t>v 1.313983 14.606262 1.186125</w:t>
        <w:br/>
        <w:t>v 1.315407 14.610215 1.164456</w:t>
        <w:br/>
        <w:t>v 1.343216 14.611066 1.171778</w:t>
        <w:br/>
        <w:t>v 1.332620 14.606750 1.191060</w:t>
        <w:br/>
        <w:t>v 1.312661 14.648861 1.182503</w:t>
        <w:br/>
        <w:t>v 1.314352 14.643234 1.161594</w:t>
        <w:br/>
        <w:t>v 1.312444 14.699931 1.155547</w:t>
        <w:br/>
        <w:t>v 1.311073 14.696045 1.177347</w:t>
        <w:br/>
        <w:t>v 1.312661 14.648861 1.182503</w:t>
        <w:br/>
        <w:t>v 1.331295 14.649512 1.187431</w:t>
        <w:br/>
        <w:t>v 1.342157 14.644337 1.168903</w:t>
        <w:br/>
        <w:t>v 1.314352 14.643234 1.161594</w:t>
        <w:br/>
        <w:t>v 1.331295 14.649512 1.187431</w:t>
        <w:br/>
        <w:t>v 1.329707 14.696698 1.182270</w:t>
        <w:br/>
        <w:t>v 1.340246 14.701029 1.162797</w:t>
        <w:br/>
        <w:t>v 1.342157 14.644337 1.168903</w:t>
        <w:br/>
        <w:t>v 1.311073 14.696045 1.177347</w:t>
        <w:br/>
        <w:t>v 1.312444 14.699931 1.155547</w:t>
        <w:br/>
        <w:t>v 1.340246 14.701029 1.162797</w:t>
        <w:br/>
        <w:t>v 1.329707 14.696698 1.182270</w:t>
        <w:br/>
        <w:t>v 1.309293 14.736990 1.174189</w:t>
        <w:br/>
        <w:t>v 1.311053 14.731958 1.153280</w:t>
        <w:br/>
        <w:t>v 1.308056 14.787784 1.149239</w:t>
        <w:br/>
        <w:t>v 1.306799 14.783362 1.170866</w:t>
        <w:br/>
        <w:t>v 1.309293 14.736990 1.174189</w:t>
        <w:br/>
        <w:t>v 1.327922 14.737847 1.179088</w:t>
        <w:br/>
        <w:t>v 1.338849 14.733369 1.160487</w:t>
        <w:br/>
        <w:t>v 1.311053 14.731958 1.153280</w:t>
        <w:br/>
        <w:t>v 1.327922 14.737847 1.179088</w:t>
        <w:br/>
        <w:t>v 1.325428 14.784199 1.175795</w:t>
        <w:br/>
        <w:t>v 1.335848 14.789153 1.156479</w:t>
        <w:br/>
        <w:t>v 1.338849 14.733369 1.160487</w:t>
        <w:br/>
        <w:t>v 1.306799 14.783362 1.170866</w:t>
        <w:br/>
        <w:t>v 1.308056 14.787784 1.149239</w:t>
        <w:br/>
        <w:t>v 1.335848 14.789153 1.156479</w:t>
        <w:br/>
        <w:t>v 1.325428 14.784199 1.175795</w:t>
        <w:br/>
        <w:t>v 1.304509 14.824968 1.166980</w:t>
        <w:br/>
        <w:t>v 1.306280 14.820063 1.145816</w:t>
        <w:br/>
        <w:t>v 1.302640 14.875696 1.141987</w:t>
        <w:br/>
        <w:t>v 1.301396 14.872190 1.163731</w:t>
        <w:br/>
        <w:t>v 1.304509 14.824968 1.166980</w:t>
        <w:br/>
        <w:t>v 1.323137 14.825798 1.171949</w:t>
        <w:br/>
        <w:t>v 1.334072 14.821420 1.153087</w:t>
        <w:br/>
        <w:t>v 1.306280 14.820063 1.145816</w:t>
        <w:br/>
        <w:t>v 1.323137 14.825798 1.171949</w:t>
        <w:br/>
        <w:t>v 1.319997 14.873493 1.168719</w:t>
        <w:br/>
        <w:t>v 1.330390 14.877755 1.149289</w:t>
        <w:br/>
        <w:t>v 1.334072 14.821420 1.153087</w:t>
        <w:br/>
        <w:t>v 1.301396 14.872190 1.163731</w:t>
        <w:br/>
        <w:t>v 1.302640 14.875696 1.141987</w:t>
        <w:br/>
        <w:t>v 1.330390 14.877755 1.149289</w:t>
        <w:br/>
        <w:t>v 1.319997 14.873493 1.168719</w:t>
        <w:br/>
        <w:t>v 1.295129 14.959516 1.158381</w:t>
        <w:br/>
        <w:t>v 1.298463 14.913417 1.160167</w:t>
        <w:br/>
        <w:t>v 1.300371 14.907594 1.138969</w:t>
        <w:br/>
        <w:t>v 1.296363 14.963096 1.136732</w:t>
        <w:br/>
        <w:t>v 1.298463 14.913417 1.160167</w:t>
        <w:br/>
        <w:t>v 1.317039 14.915004 1.165162</w:t>
        <w:br/>
        <w:t>v 1.328096 14.910036 1.146289</w:t>
        <w:br/>
        <w:t>v 1.300371 14.907594 1.138969</w:t>
        <w:br/>
        <w:t>v 1.313726 14.960796 1.163435</w:t>
        <w:br/>
        <w:t>v 1.324113 14.965121 1.144161</w:t>
        <w:br/>
        <w:t>v 1.328096 14.910036 1.146289</w:t>
        <w:br/>
        <w:t>v 1.317039 14.915004 1.165162</w:t>
        <w:br/>
        <w:t>v 1.295129 14.959516 1.158381</w:t>
        <w:br/>
        <w:t>v 1.296363 14.963096 1.136732</w:t>
        <w:br/>
        <w:t>v 1.324113 14.965121 1.144161</w:t>
        <w:br/>
        <w:t>v 1.313726 14.960796 1.163435</w:t>
        <w:br/>
        <w:t>v 1.286482 15.048147 1.154941</w:t>
        <w:br/>
        <w:t>v 1.291362 15.002077 1.156139</w:t>
        <w:br/>
        <w:t>v 1.293529 14.995223 1.134784</w:t>
        <w:br/>
        <w:t>v 1.287664 15.050653 1.133029</w:t>
        <w:br/>
        <w:t>v 1.291362 15.002077 1.156139</w:t>
        <w:br/>
        <w:t>v 1.309890 15.004242 1.161243</w:t>
        <w:br/>
        <w:t>v 1.321174 14.998558 1.142259</w:t>
        <w:br/>
        <w:t>v 1.293529 14.995223 1.134784</w:t>
        <w:br/>
        <w:t>v 1.305008 15.050313 1.160148</w:t>
        <w:br/>
        <w:t>v 1.315306 15.053987 1.140719</w:t>
        <w:br/>
        <w:t>v 1.321174 14.998558 1.142259</w:t>
        <w:br/>
        <w:t>v 1.309890 15.004242 1.161243</w:t>
        <w:br/>
        <w:t>v 1.286482 15.048147 1.154941</w:t>
        <w:br/>
        <w:t>v 1.287664 15.050653 1.133029</w:t>
        <w:br/>
        <w:t>v 1.315306 15.053987 1.140719</w:t>
        <w:br/>
        <w:t>v 1.305008 15.050313 1.160148</w:t>
        <w:br/>
        <w:t>v 1.276609 15.136685 1.152006</w:t>
        <w:br/>
        <w:t>v 1.282043 15.089824 1.153738</w:t>
        <w:br/>
        <w:t>v 1.284224 15.082968 1.131776</w:t>
        <w:br/>
        <w:t>v 1.277731 15.138327 1.129440</w:t>
        <w:br/>
        <w:t>v 1.282043 15.089824 1.153738</w:t>
        <w:br/>
        <w:t>v 1.300567 15.091985 1.158970</w:t>
        <w:br/>
        <w:t>v 1.311863 15.086307 1.139518</w:t>
        <w:br/>
        <w:t>v 1.284224 15.082968 1.131776</w:t>
        <w:br/>
        <w:t>v 1.295035 15.139699 1.157226</w:t>
        <w:br/>
        <w:t>v 1.305220 15.142929 1.137133</w:t>
        <w:br/>
        <w:t>v 1.311863 15.086307 1.139518</w:t>
        <w:br/>
        <w:t>v 1.300567 15.091985 1.158970</w:t>
        <w:br/>
        <w:t>v 1.276609 15.136685 1.152006</w:t>
        <w:br/>
        <w:t>v 1.277731 15.138327 1.129440</w:t>
        <w:br/>
        <w:t>v 1.305220 15.142929 1.137133</w:t>
        <w:br/>
        <w:t>v 1.295035 15.139699 1.157226</w:t>
        <w:br/>
        <w:t>v 1.264009 15.223570 1.146426</w:t>
        <w:br/>
        <w:t>v 1.270661 15.177905 1.148802</w:t>
        <w:br/>
        <w:t>v 1.273124 15.170281 1.126859</w:t>
        <w:br/>
        <w:t>v 1.265129 15.225207 1.123877</w:t>
        <w:br/>
        <w:t>v 1.289084 15.180913 1.154071</w:t>
        <w:br/>
        <w:t>v 1.300608 15.174878 1.134581</w:t>
        <w:br/>
        <w:t>v 1.273124 15.170281 1.126859</w:t>
        <w:br/>
        <w:t>v 1.270661 15.177905 1.148802</w:t>
        <w:br/>
        <w:t>v 1.282430 15.226558 1.151759</w:t>
        <w:br/>
        <w:t>v 1.292608 15.229781 1.131973</w:t>
        <w:br/>
        <w:t>v 1.300608 15.174878 1.134581</w:t>
        <w:br/>
        <w:t>v 1.289084 15.180913 1.154071</w:t>
        <w:br/>
        <w:t>v 1.282430 15.226558 1.151759</w:t>
        <w:br/>
        <w:t>v 1.264009 15.223570 1.146426</w:t>
        <w:br/>
        <w:t>v 1.265129 15.225207 1.123877</w:t>
        <w:br/>
        <w:t>v 1.292608 15.229781 1.131973</w:t>
        <w:br/>
        <w:t>v 1.250554 15.308912 1.147186</w:t>
        <w:br/>
        <w:t>v 1.258111 15.263362 1.144921</w:t>
        <w:br/>
        <w:t>v 1.260451 15.257034 1.122706</w:t>
        <w:br/>
        <w:t>v 1.251488 15.311194 1.124098</w:t>
        <w:br/>
        <w:t>v 1.276506 15.266531 1.150019</w:t>
        <w:br/>
        <w:t>v 1.287927 15.261604 1.130602</w:t>
        <w:br/>
        <w:t>v 1.260451 15.257034 1.122706</w:t>
        <w:br/>
        <w:t>v 1.258111 15.263362 1.144921</w:t>
        <w:br/>
        <w:t>v 1.268946 15.312071 1.152554</w:t>
        <w:br/>
        <w:t>v 1.278923 15.316014 1.131908</w:t>
        <w:br/>
        <w:t>v 1.287927 15.261604 1.130602</w:t>
        <w:br/>
        <w:t>v 1.276506 15.266531 1.150019</w:t>
        <w:br/>
        <w:t>v 1.268946 15.312071 1.152554</w:t>
        <w:br/>
        <w:t>v 1.250554 15.308912 1.147186</w:t>
        <w:br/>
        <w:t>v 1.251488 15.311194 1.124098</w:t>
        <w:br/>
        <w:t>v 1.278923 15.316014 1.131908</w:t>
        <w:br/>
        <w:t>v 1.236330 15.391831 1.148292</w:t>
        <w:br/>
        <w:t>v 1.243701 15.349890 1.147440</w:t>
        <w:br/>
        <w:t>v 1.246177 15.342968 1.124833</w:t>
        <w:br/>
        <w:t>v 1.236574 15.395358 1.125342</w:t>
        <w:br/>
        <w:t>v 1.262090 15.353049 1.152823</w:t>
        <w:br/>
        <w:t>v 1.273609 15.347782 1.132645</w:t>
        <w:br/>
        <w:t>v 1.246177 15.342968 1.124833</w:t>
        <w:br/>
        <w:t>v 1.243701 15.349890 1.147440</w:t>
        <w:br/>
        <w:t>v 1.254457 15.396352 1.153663</w:t>
        <w:br/>
        <w:t>v 1.263603 15.402205 1.133262</w:t>
        <w:br/>
        <w:t>v 1.273609 15.347782 1.132645</w:t>
        <w:br/>
        <w:t>v 1.262090 15.353049 1.152823</w:t>
        <w:br/>
        <w:t>v 1.254457 15.396352 1.153663</w:t>
        <w:br/>
        <w:t>v 1.236330 15.391831 1.148292</w:t>
        <w:br/>
        <w:t>v 1.236574 15.395358 1.125342</w:t>
        <w:br/>
        <w:t>v 1.263603 15.402205 1.133262</w:t>
        <w:br/>
        <w:t>v 0.573914 16.280811 1.309461</w:t>
        <w:br/>
        <w:t>v 0.549824 16.265501 1.303339</w:t>
        <w:br/>
        <w:t>v 0.636899 16.227684 1.278091</w:t>
        <w:br/>
        <w:t>v 0.616321 16.208725 1.270253</w:t>
        <w:br/>
        <w:t>v 0.700847 16.184694 1.258070</w:t>
        <w:br/>
        <w:t>v 0.685901 16.161844 1.248348</w:t>
        <w:br/>
        <w:t>v 0.775804 16.140430 1.242916</w:t>
        <w:br/>
        <w:t>v 0.759836 16.118233 1.233924</w:t>
        <w:br/>
        <w:t>v 0.845450 16.085579 1.228675</w:t>
        <w:br/>
        <w:t>v 0.827898 16.064573 1.220644</w:t>
        <w:br/>
        <w:t>v 0.914546 16.031132 1.215672</w:t>
        <w:br/>
        <w:t>v 0.896576 16.010529 1.207819</w:t>
        <w:br/>
        <w:t>v 0.981467 15.971782 1.201517</w:t>
        <w:br/>
        <w:t>v 0.961742 15.953008 1.193350</w:t>
        <w:br/>
        <w:t>v 1.040674 15.903814 1.187514</w:t>
        <w:br/>
        <w:t>v 1.019565 15.886384 1.178068</w:t>
        <w:br/>
        <w:t>v 1.093023 15.826599 1.170505</w:t>
        <w:br/>
        <w:t>v 1.069257 15.812725 1.161511</w:t>
        <w:br/>
        <w:t>v 1.140537 15.749317 1.153341</w:t>
        <w:br/>
        <w:t>v 1.115147 15.738107 1.145080</w:t>
        <w:br/>
        <w:t>v 1.182298 15.671865 1.134690</w:t>
        <w:br/>
        <w:t>v 1.156958 15.660740 1.126182</w:t>
        <w:br/>
        <w:t>v 1.215771 15.589783 1.121730</w:t>
        <w:br/>
        <w:t>v 1.190343 15.578735 1.112919</w:t>
        <w:br/>
        <w:t>v 1.245136 15.502960 1.110686</w:t>
        <w:br/>
        <w:t>v 1.218097 15.496220 1.102744</w:t>
        <w:br/>
        <w:t>v 1.326587 14.447104 1.155088</w:t>
        <w:br/>
        <w:t>v 1.354404 14.448127 1.162012</w:t>
        <w:br/>
        <w:t>v 1.325000 14.534870 1.144855</w:t>
        <w:br/>
        <w:t>v 1.352811 14.535819 1.151927</w:t>
        <w:br/>
        <w:t>v 1.322855 14.625734 1.137120</w:t>
        <w:br/>
        <w:t>v 1.350661 14.626760 1.144297</w:t>
        <w:br/>
        <w:t>v 1.319707 14.715369 1.128631</w:t>
        <w:br/>
        <w:t>v 1.347506 14.716657 1.135740</w:t>
        <w:br/>
        <w:t>v 1.315111 14.803843 1.121725</w:t>
        <w:br/>
        <w:t>v 1.342903 14.805234 1.128840</w:t>
        <w:br/>
        <w:t>v 1.309520 14.890573 1.114642</w:t>
        <w:br/>
        <w:t>v 1.337256 14.892853 1.121797</w:t>
        <w:br/>
        <w:t>v 1.303017 14.977586 1.109754</w:t>
        <w:br/>
        <w:t>v 1.330715 14.980283 1.117051</w:t>
        <w:br/>
        <w:t>v 1.294075 15.064726 1.105825</w:t>
        <w:br/>
        <w:t>v 1.321714 15.068069 1.113374</w:t>
        <w:br/>
        <w:t>v 1.283667 15.151416 1.101277</w:t>
        <w:br/>
        <w:t>v 1.311154 15.156024 1.108826</w:t>
        <w:br/>
        <w:t>v 1.271035 15.238262 1.095476</w:t>
        <w:br/>
        <w:t>v 1.298513 15.242838 1.103363</w:t>
        <w:br/>
        <w:t>v 1.256945 15.325132 1.097149</w:t>
        <w:br/>
        <w:t>v 1.284379 15.329955 1.104709</w:t>
        <w:br/>
        <w:t>v 1.240151 15.411201 1.097856</w:t>
        <w:br/>
        <w:t>v 1.267176 15.418034 1.105565</w:t>
        <w:br/>
        <w:t>v 0.512032 16.309706 1.309540</w:t>
        <w:br/>
        <w:t>v 0.536119 16.324991 1.315611</w:t>
        <w:br/>
        <w:t>v 0.536119 16.324991 1.315611</w:t>
        <w:br/>
        <w:t>v 0.512032 16.309706 1.309540</w:t>
        <w:br/>
        <w:t>v 1.355565 14.373866 1.171154</w:t>
        <w:br/>
        <w:t>v 1.327745 14.372629 1.164337</w:t>
        <w:br/>
        <w:t>v 1.355565 14.373866 1.171154</w:t>
        <w:br/>
        <w:t>v 1.327745 14.372629 1.164337</w:t>
        <w:br/>
        <w:t>v 0.472544 13.379963 1.744291</w:t>
        <w:br/>
        <w:t>v 0.696604 13.342561 1.669527</w:t>
        <w:br/>
        <w:t>v 0.640597 13.115280 1.757694</w:t>
        <w:br/>
        <w:t>v 0.344461 13.266171 1.750888</w:t>
        <w:br/>
        <w:t>v 0.903735 13.250018 1.578221</w:t>
        <w:br/>
        <w:t>v 0.869877 13.017765 1.652352</w:t>
        <w:br/>
        <w:t>v 1.124341 13.098408 1.483952</w:t>
        <w:br/>
        <w:t>v 1.089117 12.976461 1.528715</w:t>
        <w:br/>
        <w:t>v 1.034094 12.945299 1.568952</w:t>
        <w:br/>
        <w:t>v 1.097453 13.160738 1.484969</w:t>
        <w:br/>
        <w:t>v 0.433086 13.418010 1.714368</w:t>
        <w:br/>
        <w:t>v 0.689667 13.368762 1.623279</w:t>
        <w:br/>
        <w:t>v 0.706539 13.379189 1.656460</w:t>
        <w:br/>
        <w:t>v 0.451627 13.427963 1.741046</w:t>
        <w:br/>
        <w:t>v 1.034493 12.904318 1.574118</w:t>
        <w:br/>
        <w:t>v 1.018469 12.899394 1.549371</w:t>
        <w:br/>
        <w:t>v 0.837180 12.980618 1.633275</w:t>
        <w:br/>
        <w:t>v 0.865419 12.979308 1.661050</w:t>
        <w:br/>
        <w:t>v 1.134672 13.008184 1.451263</w:t>
        <w:br/>
        <w:t>v 1.091917 12.939481 1.491744</w:t>
        <w:br/>
        <w:t>v 1.110925 12.942409 1.515219</w:t>
        <w:br/>
        <w:t>v 1.153113 13.011349 1.474996</w:t>
        <w:br/>
        <w:t>v 0.615587 13.072717 1.735383</w:t>
        <w:br/>
        <w:t>v 0.285958 13.237986 1.743875</w:t>
        <w:br/>
        <w:t>v 0.302392 13.242179 1.773714</w:t>
        <w:br/>
        <w:t>v 0.631445 13.079438 1.770299</w:t>
        <w:br/>
        <w:t>v 1.117797 13.191569 1.464412</w:t>
        <w:br/>
        <w:t>v 0.914224 13.284440 1.559476</w:t>
        <w:br/>
        <w:t>v 0.895828 13.275719 1.528727</w:t>
        <w:br/>
        <w:t>v 1.101991 13.186543 1.439491</w:t>
        <w:br/>
        <w:t>v 1.136739 13.095916 1.435034</w:t>
        <w:br/>
        <w:t>v 1.156442 13.099825 1.457581</w:t>
        <w:br/>
        <w:t>v 0.702468 13.351655 1.675333</w:t>
        <w:br/>
        <w:t>v 0.470989 13.391572 1.752484</w:t>
        <w:br/>
        <w:t>v 0.460046 13.420854 1.750547</w:t>
        <w:br/>
        <w:t>v 0.708943 13.374428 1.667782</w:t>
        <w:br/>
        <w:t>v 0.916175 13.280194 1.571236</w:t>
        <w:br/>
        <w:t>v 0.906727 13.259068 1.580948</w:t>
        <w:br/>
        <w:t>v 1.136381 13.100837 1.486462</w:t>
        <w:br/>
        <w:t>v 1.106941 13.168318 1.488432</w:t>
        <w:br/>
        <w:t>v 1.119304 13.187826 1.476601</w:t>
        <w:br/>
        <w:t>v 1.156472 13.099924 1.470186</w:t>
        <w:br/>
        <w:t>v 1.133594 13.027986 1.501379</w:t>
        <w:br/>
        <w:t>v 1.153291 13.015647 1.486881</w:t>
        <w:br/>
        <w:t>v 1.098921 12.970767 1.534145</w:t>
        <w:br/>
        <w:t>v 1.113175 12.949945 1.525015</w:t>
        <w:br/>
        <w:t>v 1.039618 12.938210 1.577794</w:t>
        <w:br/>
        <w:t>v 1.039675 12.913476 1.581452</w:t>
        <w:br/>
        <w:t>v 0.642713 13.110286 1.768746</w:t>
        <w:br/>
        <w:t>v 0.873666 13.011685 1.662265</w:t>
        <w:br/>
        <w:t>v 0.870963 12.988397 1.667902</w:t>
        <w:br/>
        <w:t>v 0.637340 13.088485 1.776564</w:t>
        <w:br/>
        <w:t>v 0.339099 13.263947 1.764523</w:t>
        <w:br/>
        <w:t>v 0.314820 13.248816 1.777717</w:t>
        <w:br/>
        <w:t>v 1.121610 13.030246 1.498150</w:t>
        <w:br/>
        <w:t>v 1.064134 12.988266 0.054449</w:t>
        <w:br/>
        <w:t>v 1.185886 12.927349 0.101308</w:t>
        <w:br/>
        <w:t>v 1.187539 12.941966 0.116567</w:t>
        <w:br/>
        <w:t>v 1.110441 12.981663 0.086766</w:t>
        <w:br/>
        <w:t>v 1.576975 12.844846 0.671522</w:t>
        <w:br/>
        <w:t>v 1.636869 12.805539 0.906279</w:t>
        <w:br/>
        <w:t>v 1.643194 12.819860 0.906902</w:t>
        <w:br/>
        <w:t>v 1.580791 12.858912 0.677412</w:t>
        <w:br/>
        <w:t>v 1.552766 12.895362 1.123018</w:t>
        <w:br/>
        <w:t>v 1.546148 12.878632 1.125531</w:t>
        <w:br/>
        <w:t>v 0.837180 12.980618 1.633275</w:t>
        <w:br/>
        <w:t>v 1.041477 12.924184 1.526220</w:t>
        <w:br/>
        <w:t>v 1.034888 12.902390 1.535098</w:t>
        <w:br/>
        <w:t>v 0.155379 13.417466 -0.040242</w:t>
        <w:br/>
        <w:t>v 0.146597 13.398499 -0.049821</w:t>
        <w:br/>
        <w:t>v 0.466159 13.261322 -0.067616</w:t>
        <w:br/>
        <w:t>v 0.466391 13.284652 -0.054291</w:t>
        <w:br/>
        <w:t>v 0.685847 13.419933 0.137599</w:t>
        <w:br/>
        <w:t>v 0.685667 13.398654 0.124493</w:t>
        <w:br/>
        <w:t>v 0.908627 13.289516 0.158517</w:t>
        <w:br/>
        <w:t>v 0.913045 13.307313 0.174621</w:t>
        <w:br/>
        <w:t>v 1.294751 12.794579 1.355575</w:t>
        <w:br/>
        <w:t>v 1.288189 12.774663 1.361627</w:t>
        <w:br/>
        <w:t>v 1.410164 12.781640 0.348363</w:t>
        <w:br/>
        <w:t>v 1.408094 12.767938 0.336972</w:t>
        <w:br/>
        <w:t>v 0.950971 13.249857 0.233002</w:t>
        <w:br/>
        <w:t>v 0.883027 13.252903 0.167491</w:t>
        <w:br/>
        <w:t>v 0.889124 13.291327 0.206358</w:t>
        <w:br/>
        <w:t>v 1.369640 12.761006 0.348907</w:t>
        <w:br/>
        <w:t>v 1.386680 12.939564 0.474571</w:t>
        <w:br/>
        <w:t>v 1.488249 12.659382 0.610938</w:t>
        <w:br/>
        <w:t>v 1.311801 12.935155 1.296541</w:t>
        <w:br/>
        <w:t>v 1.255539 12.771027 1.338433</w:t>
        <w:br/>
        <w:t>v 1.425264 12.674869 1.138034</w:t>
        <w:br/>
        <w:t>v 1.470670 12.942638 1.147370</w:t>
        <w:br/>
        <w:t>v 0.670467 13.354118 1.588773</w:t>
        <w:br/>
        <w:t>v 0.599327 13.069079 1.696470</w:t>
        <w:br/>
        <w:t>v 0.804728 12.980928 1.599397</w:t>
        <w:br/>
        <w:t>v 0.874551 13.263371 1.496844</w:t>
        <w:br/>
        <w:t>v 0.465900 13.233444 -0.034866</w:t>
        <w:br/>
        <w:t>v 0.466078 13.266432 -0.008076</w:t>
        <w:br/>
        <w:t>v 0.684122 13.251931 0.074373</w:t>
        <w:br/>
        <w:t>v 0.683354 13.135900 -0.020058</w:t>
        <w:br/>
        <w:t>v 1.010129 12.892778 1.502323</w:t>
        <w:br/>
        <w:t>v 1.339515 13.031956 1.267180</w:t>
        <w:br/>
        <w:t>v 1.078635 13.172628 1.404916</w:t>
        <w:br/>
        <w:t>v 1.385305 12.962729 0.497176</w:t>
        <w:br/>
        <w:t>v 1.159281 12.974145 0.180694</w:t>
        <w:br/>
        <w:t>v 1.160257 13.109532 0.323062</w:t>
        <w:br/>
        <w:t>v 0.599327 13.069079 1.696470</w:t>
        <w:br/>
        <w:t>v 0.267351 13.238375 1.712690</w:t>
        <w:br/>
        <w:t>v 0.285958 13.237986 1.743875</w:t>
        <w:br/>
        <w:t>v 0.615587 13.072717 1.735383</w:t>
        <w:br/>
        <w:t>v 0.410170 13.404942 1.688254</w:t>
        <w:br/>
        <w:t>v 0.670467 13.354118 1.588773</w:t>
        <w:br/>
        <w:t>v 0.689667 13.368762 1.623279</w:t>
        <w:br/>
        <w:t>v 0.433086 13.418010 1.714368</w:t>
        <w:br/>
        <w:t>v 0.889124 13.291327 0.206358</w:t>
        <w:br/>
        <w:t>v 0.908813 13.309163 0.186171</w:t>
        <w:br/>
        <w:t>v 0.994193 13.252722 0.224063</w:t>
        <w:br/>
        <w:t>v 0.950971 13.249857 0.233002</w:t>
        <w:br/>
        <w:t>v 1.178406 12.917615 0.101110</w:t>
        <w:br/>
        <w:t>v 1.027752 12.992841 0.043914</w:t>
        <w:br/>
        <w:t>v 0.973311 12.998680 0.053649</w:t>
        <w:br/>
        <w:t>v 1.152615 12.908729 0.119652</w:t>
        <w:br/>
        <w:t>v 1.488249 12.659382 0.610938</w:t>
        <w:br/>
        <w:t>v 1.518165 12.648217 0.605406</w:t>
        <w:br/>
        <w:t>v 1.399196 12.760274 0.336296</w:t>
        <w:br/>
        <w:t>v 1.369640 12.761006 0.348907</w:t>
        <w:br/>
        <w:t>v 1.541486 12.868751 0.684490</w:t>
        <w:br/>
        <w:t>v 1.574467 12.868126 0.680599</w:t>
        <w:br/>
        <w:t>v 1.638145 12.830992 0.906367</w:t>
        <w:br/>
        <w:t>v 1.605315 12.837198 0.902954</w:t>
        <w:br/>
        <w:t>v 1.470670 12.942638 1.147370</w:t>
        <w:br/>
        <w:t>v 1.517845 12.909683 1.105472</w:t>
        <w:br/>
        <w:t>v 1.548108 12.905587 1.118517</w:t>
        <w:br/>
        <w:t>v 1.495186 12.943290 1.166631</w:t>
        <w:br/>
        <w:t>v 1.425264 12.674869 1.138034</w:t>
        <w:br/>
        <w:t>v 1.452329 12.661550 1.151524</w:t>
        <w:br/>
        <w:t>v 1.541428 12.605498 0.900325</w:t>
        <w:br/>
        <w:t>v 1.512634 12.622299 0.897115</w:t>
        <w:br/>
        <w:t>v 0.874551 13.263371 1.496844</w:t>
        <w:br/>
        <w:t>v 0.895828 13.275719 1.528727</w:t>
        <w:br/>
        <w:t>v 0.837180 12.980618 1.633275</w:t>
        <w:br/>
        <w:t>v 0.804728 12.980928 1.599397</w:t>
        <w:br/>
        <w:t>v 0.242582 13.614356 0.110806</w:t>
        <w:br/>
        <w:t>v 0.254401 13.628457 0.084640</w:t>
        <w:br/>
        <w:t>v 0.468881 13.526617 0.115665</w:t>
        <w:br/>
        <w:t>v 0.468572 13.504439 0.142139</w:t>
        <w:br/>
        <w:t>v 0.683354 13.135900 -0.020058</w:t>
        <w:br/>
        <w:t>v 0.683714 13.153803 -0.048486</w:t>
        <w:br/>
        <w:t>v 0.466119 13.248920 -0.064462</w:t>
        <w:br/>
        <w:t>v 0.465900 13.233444 -0.034866</w:t>
        <w:br/>
        <w:t>v 0.859476 13.076867 -0.019973</w:t>
        <w:br/>
        <w:t>v 0.841583 13.064768 0.005167</w:t>
        <w:br/>
        <w:t>v 1.078635 13.172628 1.404916</w:t>
        <w:br/>
        <w:t>v 1.339515 13.031956 1.267180</w:t>
        <w:br/>
        <w:t>v 1.365155 13.033471 1.288280</w:t>
        <w:br/>
        <w:t>v 1.097906 13.180669 1.430768</w:t>
        <w:br/>
        <w:t>v 1.255539 12.771027 1.338433</w:t>
        <w:br/>
        <w:t>v 1.010129 12.892778 1.502323</w:t>
        <w:br/>
        <w:t>v 1.027814 12.893770 1.530196</w:t>
        <w:br/>
        <w:t>v 1.279128 12.767838 1.357522</w:t>
        <w:br/>
        <w:t>v 1.385305 12.962729 0.497176</w:t>
        <w:br/>
        <w:t>v 1.160257 13.109532 0.323062</w:t>
        <w:br/>
        <w:t>v 1.187003 13.125263 0.309632</w:t>
        <w:br/>
        <w:t>v 1.416546 12.970680 0.488151</w:t>
        <w:br/>
        <w:t>v 0.971044 13.249610 0.186159</w:t>
        <w:br/>
        <w:t>v 1.192785 13.107832 0.284359</w:t>
        <w:br/>
        <w:t>v 1.193977 13.122639 0.300040</w:t>
        <w:br/>
        <w:t>v 1.002274 13.248656 0.214456</w:t>
        <w:br/>
        <w:t>v 1.528392 12.653698 0.605727</w:t>
        <w:br/>
        <w:t>v 1.552461 12.609545 0.901355</w:t>
        <w:br/>
        <w:t>v 1.559431 12.623839 0.901861</w:t>
        <w:br/>
        <w:t>v 1.532770 12.667491 0.611830</w:t>
        <w:br/>
        <w:t>v 1.469715 12.683200 1.151687</w:t>
        <w:br/>
        <w:t>v 1.462734 12.666492 1.154323</w:t>
        <w:br/>
        <w:t>v 0.238649 13.608331 0.065005</w:t>
        <w:br/>
        <w:t>v 0.468557 13.501682 0.094462</w:t>
        <w:br/>
        <w:t>v 0.468793 13.523724 0.105464</w:t>
        <w:br/>
        <w:t>v 0.247693 13.627083 0.074742</w:t>
        <w:br/>
        <w:t>v 0.684055 13.188469 -0.037495</w:t>
        <w:br/>
        <w:t>v 0.683873 13.166758 -0.051657</w:t>
        <w:br/>
        <w:t>v 0.865848 13.087479 -0.021866</w:t>
        <w:br/>
        <w:t>v 0.870521 13.105192 -0.005968</w:t>
        <w:br/>
        <w:t>v 1.369269 13.025413 1.296119</w:t>
        <w:br/>
        <w:t>v 1.363033 13.005248 1.301846</w:t>
        <w:br/>
        <w:t>v 1.094338 13.152802 1.449586</w:t>
        <w:br/>
        <w:t>v 1.100630 13.174836 1.440775</w:t>
        <w:br/>
        <w:t>v 1.423920 12.964850 0.481532</w:t>
        <w:br/>
        <w:t>v 1.422228 12.950830 0.470069</w:t>
        <w:br/>
        <w:t>v 0.973311 12.998680 0.053649</w:t>
        <w:br/>
        <w:t>v 1.152615 12.908729 0.119652</w:t>
        <w:br/>
        <w:t>v 1.512634 12.622299 0.897115</w:t>
        <w:br/>
        <w:t>v 1.605315 12.837198 0.902954</w:t>
        <w:br/>
        <w:t>v 1.517845 12.909683 1.105472</w:t>
        <w:br/>
        <w:t>v 0.140050 13.377733 -0.018371</w:t>
        <w:br/>
        <w:t>v 0.242582 13.614356 0.110806</w:t>
        <w:br/>
        <w:t>v 0.468572 13.504439 0.142139</w:t>
        <w:br/>
        <w:t>v 0.685353 13.396318 0.174048</w:t>
        <w:br/>
        <w:t>v 0.896238 13.251061 0.134969</w:t>
        <w:br/>
        <w:t>v 0.866539 13.107048 0.005426</w:t>
        <w:br/>
        <w:t>v 0.947455 13.250089 0.180055</w:t>
        <w:br/>
        <w:t>v 1.566501 12.839316 0.671221</w:t>
        <w:br/>
        <w:t>v 1.526218 12.676923 0.614755</w:t>
        <w:br/>
        <w:t>v 1.625512 12.801641 0.905324</w:t>
        <w:br/>
        <w:t>v 1.335147 12.940073 1.313485</w:t>
        <w:br/>
        <w:t>v 1.436769 12.943089 1.215853</w:t>
        <w:br/>
        <w:t>v 1.464657 12.693402 1.147351</w:t>
        <w:br/>
        <w:t>v 1.290242 12.802718 1.348100</w:t>
        <w:br/>
        <w:t>v 0.162530 13.418725 -0.030501</w:t>
        <w:br/>
        <w:t>v 0.466490 13.287088 -0.042772</w:t>
        <w:br/>
        <w:t>v 0.468509 13.489828 0.096816</w:t>
        <w:br/>
        <w:t>v 0.240408 13.596622 0.067130</w:t>
        <w:br/>
        <w:t>v 0.684363 13.249031 0.034386</w:t>
        <w:br/>
        <w:t>v 0.684002 13.189667 -0.025698</w:t>
        <w:br/>
        <w:t>v 1.038390 12.930264 1.516497</w:t>
        <w:br/>
        <w:t>v 1.087293 13.144132 1.444709</w:t>
        <w:br/>
        <w:t>v 1.353870 12.998490 1.297747</w:t>
        <w:br/>
        <w:t>v 1.181462 12.972228 0.154069</w:t>
        <w:br/>
        <w:t>v 1.413153 12.943090 0.469448</w:t>
        <w:br/>
        <w:t>v 1.185178 13.098183 0.283904</w:t>
        <w:br/>
        <w:t>v 1.580791 12.858912 0.677412</w:t>
        <w:br/>
        <w:t>v 1.454210 12.943605 1.212144</w:t>
        <w:br/>
        <w:t>v 0.685500 13.385864 0.127192</w:t>
        <w:br/>
        <w:t>v 0.902024 13.279119 0.160208</w:t>
        <w:br/>
        <w:t>v 1.110280 12.981180 0.098860</w:t>
        <w:br/>
        <w:t>v 1.180653 12.944839 0.125836</w:t>
        <w:br/>
        <w:t>v 1.402680 12.787780 0.354945</w:t>
        <w:br/>
        <w:t>v 1.532770 12.667491 0.611830</w:t>
        <w:br/>
        <w:t>v 1.554061 12.634985 0.901071</w:t>
        <w:br/>
        <w:t>v 1.485928 12.943472 1.185071</w:t>
        <w:br/>
        <w:t>v 1.535447 12.873799 1.122929</w:t>
        <w:br/>
        <w:t>v 0.841583 13.064768 0.005167</w:t>
        <w:br/>
        <w:t>v 1.541486 12.868751 0.684490</w:t>
        <w:br/>
        <w:t>v 0.685353 13.396318 0.174048</w:t>
        <w:br/>
        <w:t>v 0.685784 13.421315 0.148896</w:t>
        <w:br/>
        <w:t>v 0.553402 13.248776 -0.039213</w:t>
        <w:br/>
        <w:t>v 0.494820 13.248873 -0.065515</w:t>
        <w:br/>
        <w:t>v 0.547557 13.248786 -0.048028</w:t>
        <w:br/>
        <w:t>v 0.148536 13.386892 -0.048011</w:t>
        <w:br/>
        <w:t>v 0.140050 13.377733 -0.018371</w:t>
        <w:br/>
        <w:t>v 0.895828 13.275719 1.528727</w:t>
        <w:br/>
        <w:t>v 0.895828 13.275719 1.528727</w:t>
        <w:br/>
        <w:t>v -4.927552 13.814244 0.165178</w:t>
        <w:br/>
        <w:t>v -4.882405 13.738911 0.208579</w:t>
        <w:br/>
        <w:t>v -5.149508 13.553505 0.188117</w:t>
        <w:br/>
        <w:t>v -5.187004 13.616961 0.151471</w:t>
        <w:br/>
        <w:t>v -4.820311 13.635005 0.186629</w:t>
        <w:br/>
        <w:t>v -4.792392 13.586227 0.111730</w:t>
        <w:br/>
        <w:t>v -5.082245 13.416957 0.107022</w:t>
        <w:br/>
        <w:t>v -5.102931 13.460687 0.170643</w:t>
        <w:br/>
        <w:t>v -4.792392 13.586227 0.111730</w:t>
        <w:br/>
        <w:t>v -4.782712 13.567945 0.015920</w:t>
        <w:br/>
        <w:t>v -5.077195 13.397616 0.020213</w:t>
        <w:br/>
        <w:t>v -5.082245 13.416957 0.107022</w:t>
        <w:br/>
        <w:t>v -4.794095 13.585979 -0.126401</w:t>
        <w:br/>
        <w:t>v -5.091204 13.417705 -0.114762</w:t>
        <w:br/>
        <w:t>v -4.827058 13.638011 -0.214723</w:t>
        <w:br/>
        <w:t>v -5.119707 13.465299 -0.192758</w:t>
        <w:br/>
        <w:t>v -5.146002 13.508335 -0.214529</w:t>
        <w:br/>
        <w:t>v -4.858065 13.687546 -0.241502</w:t>
        <w:br/>
        <w:t>v -4.906102 13.771142 -0.231115</w:t>
        <w:br/>
        <w:t>v -5.185108 13.579629 -0.203027</w:t>
        <w:br/>
        <w:t>v -5.289437 13.289103 0.156131</w:t>
        <w:br/>
        <w:t>v -5.306785 13.331675 0.188587</w:t>
        <w:br/>
        <w:t>v -5.291473 13.259037 -0.074470</w:t>
        <w:br/>
        <w:t>v -5.314089 13.298618 -0.160064</w:t>
        <w:br/>
        <w:t>v -5.336791 13.333070 -0.198307</w:t>
        <w:br/>
        <w:t>v -5.350963 13.417692 0.194412</w:t>
        <w:br/>
        <w:t>v -5.390027 13.474707 0.154941</w:t>
        <w:br/>
        <w:t>v -5.400028 13.440246 -0.195082</w:t>
        <w:br/>
        <w:t>v -5.362949 13.375033 -0.213389</w:t>
        <w:br/>
        <w:t>v -5.279790 13.260037 0.108993</w:t>
        <w:br/>
        <w:t>v -5.289437 13.289103 0.156131</w:t>
        <w:br/>
        <w:t>v -5.278107 13.244653 0.025830</w:t>
        <w:br/>
        <w:t>v -5.430510 13.522380 0.026837</w:t>
        <w:br/>
        <w:t>v -5.223516 13.671198 0.019074</w:t>
        <w:br/>
        <w:t>v -4.962896 13.876452 0.013950</w:t>
        <w:br/>
        <w:t>v -5.584806 12.918826 0.256606</w:t>
        <w:br/>
        <w:t>v -5.547183 12.994687 0.371624</w:t>
        <w:br/>
        <w:t>v -5.489038 13.078044 0.306962</w:t>
        <w:br/>
        <w:t>v -5.505631 13.012422 0.201301</w:t>
        <w:br/>
        <w:t>v -5.665784 12.832681 0.345957</w:t>
        <w:br/>
        <w:t>v -5.626134 12.900514 0.445143</w:t>
        <w:br/>
        <w:t>v -5.508154 13.376116 -0.206757</w:t>
        <w:br/>
        <w:t>v -5.606367 13.313973 -0.233488</w:t>
        <w:br/>
        <w:t>v -5.558979 13.241226 -0.266502</w:t>
        <w:br/>
        <w:t>v -5.467428 13.308774 -0.232906</w:t>
        <w:br/>
        <w:t>v -6.461531 12.862014 0.106150</w:t>
        <w:br/>
        <w:t>v -6.426319 12.886105 0.107784</w:t>
        <w:br/>
        <w:t>v -6.389397 12.774091 0.133474</w:t>
        <w:br/>
        <w:t>v -6.427341 12.771946 0.128253</w:t>
        <w:br/>
        <w:t>v -6.292541 12.675971 0.025692</w:t>
        <w:br/>
        <w:t>v -6.369641 12.666424 0.019767</w:t>
        <w:br/>
        <w:t>v -6.388110 12.691196 0.103206</w:t>
        <w:br/>
        <w:t>v -6.308802 12.692674 0.111293</w:t>
        <w:br/>
        <w:t>v -6.427341 12.771946 0.128253</w:t>
        <w:br/>
        <w:t>v -6.389397 12.774091 0.133474</w:t>
        <w:br/>
        <w:t>v -6.393175 12.895663 0.145188</w:t>
        <w:br/>
        <w:t>v -6.394768 12.791739 0.137903</w:t>
        <w:br/>
        <w:t>v -6.477846 12.906171 0.034836</w:t>
        <w:br/>
        <w:t>v -6.467721 12.883365 -0.041112</w:t>
        <w:br/>
        <w:t>v -6.432837 12.907108 -0.048941</w:t>
        <w:br/>
        <w:t>v -6.443880 12.929772 0.035037</w:t>
        <w:br/>
        <w:t>v -6.373851 12.915423 -0.092338</w:t>
        <w:br/>
        <w:t>v -6.376130 12.804848 -0.077266</w:t>
        <w:br/>
        <w:t>v -6.372448 12.823533 -0.088787</w:t>
        <w:br/>
        <w:t>v -6.291258 12.700006 -0.051028</w:t>
        <w:br/>
        <w:t>v -6.291979 12.726778 -0.072102</w:t>
        <w:br/>
        <w:t>v -6.376130 12.804848 -0.077266</w:t>
        <w:br/>
        <w:t>v -6.266350 12.696934 0.230513</w:t>
        <w:br/>
        <w:t>v -6.273994 12.738303 0.321342</w:t>
        <w:br/>
        <w:t>v -6.178809 12.758506 0.324438</w:t>
        <w:br/>
        <w:t>v -6.188244 12.711903 0.224276</w:t>
        <w:br/>
        <w:t>v -6.338233 12.677720 0.227430</w:t>
        <w:br/>
        <w:t>v -6.341463 12.712508 0.311560</w:t>
        <w:br/>
        <w:t>v -6.415711 12.871042 0.177338</w:t>
        <w:br/>
        <w:t>v -6.390641 12.776970 0.139635</w:t>
        <w:br/>
        <w:t>v -6.394768 12.791739 0.137903</w:t>
        <w:br/>
        <w:t>v -6.390641 12.776970 0.139635</w:t>
        <w:br/>
        <w:t>v -6.313556 12.715978 0.137160</w:t>
        <w:br/>
        <w:t>v -6.221777 12.695803 0.137076</w:t>
        <w:br/>
        <w:t>v -6.298333 12.705803 0.155933</w:t>
        <w:br/>
        <w:t>v -6.294690 12.981918 0.270357</w:t>
        <w:br/>
        <w:t>v -6.319897 12.987059 0.158642</w:t>
        <w:br/>
        <w:t>v -6.204519 13.025660 0.287489</w:t>
        <w:br/>
        <w:t>v -6.360399 12.936455 0.259454</w:t>
        <w:br/>
        <w:t>v -6.408922 12.898816 0.252613</w:t>
        <w:br/>
        <w:t>v -6.377879 12.926966 0.184549</w:t>
        <w:br/>
        <w:t>v -6.358325 12.706910 -0.108144</w:t>
        <w:br/>
        <w:t>v -6.448746 12.656475 -0.116027</w:t>
        <w:br/>
        <w:t>v -6.494019 12.732136 -0.108053</w:t>
        <w:br/>
        <w:t>v -6.414602 12.790029 -0.104389</w:t>
        <w:br/>
        <w:t>v -6.434027 12.858080 -0.147534</w:t>
        <w:br/>
        <w:t>v -6.414602 12.790029 -0.104389</w:t>
        <w:br/>
        <w:t>v -6.494019 12.732136 -0.108053</w:t>
        <w:br/>
        <w:t>v -6.523000 12.789392 -0.150293</w:t>
        <w:br/>
        <w:t>v -6.321445 12.660702 -0.174154</w:t>
        <w:br/>
        <w:t>v -6.419919 12.616214 -0.177509</w:t>
        <w:br/>
        <w:t>v -6.427909 12.876615 -0.220913</w:t>
        <w:br/>
        <w:t>v -6.527203 12.804391 -0.218354</w:t>
        <w:br/>
        <w:t>v -6.291979 12.726778 -0.072102</w:t>
        <w:br/>
        <w:t>v -6.376750 12.806229 -0.098710</w:t>
        <w:br/>
        <w:t>v -6.372448 12.823533 -0.088787</w:t>
        <w:br/>
        <w:t>v -6.263124 12.696330 -0.093907</w:t>
        <w:br/>
        <w:t>v -6.376750 12.806229 -0.098710</w:t>
        <w:br/>
        <w:t>v -6.391251 12.894757 -0.138365</w:t>
        <w:br/>
        <w:t>v -6.286258 12.986564 -0.225141</w:t>
        <w:br/>
        <w:t>v -6.181401 13.038298 -0.253954</w:t>
        <w:br/>
        <w:t>v -6.314998 12.994759 -0.102424</w:t>
        <w:br/>
        <w:t>v -6.327655 12.682171 -0.249531</w:t>
        <w:br/>
        <w:t>v -6.364873 12.757671 -0.290690</w:t>
        <w:br/>
        <w:t>v -6.462861 12.702639 -0.289387</w:t>
        <w:br/>
        <w:t>v -6.430112 12.638824 -0.247940</w:t>
        <w:br/>
        <w:t>v -6.462861 12.702639 -0.289387</w:t>
        <w:br/>
        <w:t>v -6.364873 12.757671 -0.290690</w:t>
        <w:br/>
        <w:t>v -6.400876 12.836983 -0.279621</w:t>
        <w:br/>
        <w:t>v -6.502852 12.768781 -0.275238</w:t>
        <w:br/>
        <w:t>v -6.282087 12.768798 -0.272439</w:t>
        <w:br/>
        <w:t>v -6.279151 12.786252 -0.283261</w:t>
        <w:br/>
        <w:t>v -6.284729 12.878223 -0.293448</w:t>
        <w:br/>
        <w:t>v -6.329917 12.871328 -0.266823</w:t>
        <w:br/>
        <w:t>v -6.241872 12.694435 -0.254371</w:t>
        <w:br/>
        <w:t>v -6.200260 12.713359 -0.273546</w:t>
        <w:br/>
        <w:t>v -6.282087 12.768798 -0.272439</w:t>
        <w:br/>
        <w:t>v -6.322286 12.815128 -0.334309</w:t>
        <w:br/>
        <w:t>v -6.304514 12.755976 -0.297544</w:t>
        <w:br/>
        <w:t>v -6.411795 12.685041 -0.314614</w:t>
        <w:br/>
        <w:t>v -6.430397 12.734294 -0.351994</w:t>
        <w:br/>
        <w:t>v -6.255505 12.695477 -0.301943</w:t>
        <w:br/>
        <w:t>v -6.374579 12.629787 -0.321336</w:t>
        <w:br/>
        <w:t>v -6.411795 12.685041 -0.314614</w:t>
        <w:br/>
        <w:t>v -6.304514 12.755976 -0.297544</w:t>
        <w:br/>
        <w:t>v -6.220483 12.671193 -0.358826</w:t>
        <w:br/>
        <w:t>v -6.346532 12.602425 -0.372980</w:t>
        <w:br/>
        <w:t>v -6.312560 12.832877 -0.398495</w:t>
        <w:br/>
        <w:t>v -6.425554 12.748268 -0.416127</w:t>
        <w:br/>
        <w:t>v -6.200260 12.713359 -0.273546</w:t>
        <w:br/>
        <w:t>v -6.274484 12.776445 -0.288453</w:t>
        <w:br/>
        <w:t>v -6.279151 12.786252 -0.283261</w:t>
        <w:br/>
        <w:t>v -6.274484 12.776445 -0.288453</w:t>
        <w:br/>
        <w:t>v -6.284189 12.858386 -0.320681</w:t>
        <w:br/>
        <w:t>v -6.124874 12.705846 -0.250969</w:t>
        <w:br/>
        <w:t>v -6.175823 12.713452 -0.286261</w:t>
        <w:br/>
        <w:t>v -6.229249 12.950083 -0.311126</w:t>
        <w:br/>
        <w:t>v -6.245120 12.900672 -0.330557</w:t>
        <w:br/>
        <w:t>v -6.222398 12.906927 -0.390607</w:t>
        <w:br/>
        <w:t>v -6.185749 12.944035 -0.388704</w:t>
        <w:br/>
        <w:t>v -6.370202 12.667032 -0.478747</w:t>
        <w:br/>
        <w:t>v -6.251205 12.749412 -0.469694</w:t>
        <w:br/>
        <w:t>v -6.286079 12.804576 -0.452763</w:t>
        <w:br/>
        <w:t>v -6.401370 12.721027 -0.465850</w:t>
        <w:br/>
        <w:t>v -6.345258 12.618033 -0.438352</w:t>
        <w:br/>
        <w:t>v -6.220705 12.695278 -0.427710</w:t>
        <w:br/>
        <w:t>v -6.134428 12.714746 -0.347193</w:t>
        <w:br/>
        <w:t>v -6.129517 12.753952 -0.425347</w:t>
        <w:br/>
        <w:t>v -6.004897 12.757664 -0.203577</w:t>
        <w:br/>
        <w:t>v -5.961224 12.825524 -0.356079</w:t>
        <w:br/>
        <w:t>v -6.058012 12.781978 -0.401733</w:t>
        <w:br/>
        <w:t>v -6.076165 12.732337 -0.320881</w:t>
        <w:br/>
        <w:t>v -5.691455 12.824405 0.491591</w:t>
        <w:br/>
        <w:t>v -5.727748 12.771203 0.405910</w:t>
        <w:br/>
        <w:t>v -5.774598 12.729775 0.442900</w:t>
        <w:br/>
        <w:t>v -5.740656 12.768486 0.516794</w:t>
        <w:br/>
        <w:t>v -5.815680 12.753202 0.342763</w:t>
        <w:br/>
        <w:t>v -5.848526 12.729817 0.379591</w:t>
        <w:br/>
        <w:t>v -5.819363 12.946876 0.533517</w:t>
        <w:br/>
        <w:t>v -5.735779 12.891284 0.532064</w:t>
        <w:br/>
        <w:t>v -5.778772 12.829959 0.558169</w:t>
        <w:br/>
        <w:t>v -5.851435 12.884119 0.559673</w:t>
        <w:br/>
        <w:t>v -5.934322 12.781594 0.360626</w:t>
        <w:br/>
        <w:t>v -5.983798 12.849825 0.422958</w:t>
        <w:br/>
        <w:t>v -5.981440 12.837702 0.465711</w:t>
        <w:br/>
        <w:t>v -5.959550 12.753999 0.433343</w:t>
        <w:br/>
        <w:t>v -5.981440 12.837702 0.465711</w:t>
        <w:br/>
        <w:t>v -5.962523 12.932044 0.459936</w:t>
        <w:br/>
        <w:t>v -5.918653 12.898810 0.513901</w:t>
        <w:br/>
        <w:t>v -5.981440 12.837702 0.465711</w:t>
        <w:br/>
        <w:t>v -5.983798 12.849825 0.422958</w:t>
        <w:br/>
        <w:t>v -5.893507 12.958598 0.498192</w:t>
        <w:br/>
        <w:t>v -6.193421 12.696589 0.040310</w:t>
        <w:br/>
        <w:t>v -6.084331 12.742414 0.165231</w:t>
        <w:br/>
        <w:t>v -6.059875 12.741345 -0.011963</w:t>
        <w:br/>
        <w:t>v -6.150214 12.974466 0.362117</w:t>
        <w:br/>
        <w:t>v -6.062717 13.007763 0.381019</w:t>
        <w:br/>
        <w:t>v -6.035445 12.928620 0.420566</w:t>
        <w:br/>
        <w:t>v -6.110870 12.905466 0.397329</w:t>
        <w:br/>
        <w:t>v -6.015780 12.855986 0.407062</w:t>
        <w:br/>
        <w:t>v -6.085442 12.851079 0.389525</w:t>
        <w:br/>
        <w:t>v -6.085442 12.851079 0.389525</w:t>
        <w:br/>
        <w:t>v -6.015780 12.855986 0.407062</w:t>
        <w:br/>
        <w:t>v -5.985115 12.797396 0.342488</w:t>
        <w:br/>
        <w:t>v -6.066991 12.785485 0.323811</w:t>
        <w:br/>
        <w:t>v -6.148800 12.700474 -0.150143</w:t>
        <w:br/>
        <w:t>v -5.686715 12.876574 0.113653</w:t>
        <w:br/>
        <w:t>v -5.553581 12.986642 0.066679</w:t>
        <w:br/>
        <w:t>v -5.576607 13.001713 -0.091769</w:t>
        <w:br/>
        <w:t>v -5.696142 12.916397 -0.103958</w:t>
        <w:br/>
        <w:t>v -5.603792 13.060682 -0.241161</w:t>
        <w:br/>
        <w:t>v -5.717240 12.975587 -0.274419</w:t>
        <w:br/>
        <w:t>v -5.743760 13.020405 -0.327732</w:t>
        <w:br/>
        <w:t>v -5.629324 13.107059 -0.290340</w:t>
        <w:br/>
        <w:t>v -5.857210 12.939727 -0.361766</w:t>
        <w:br/>
        <w:t>v -5.834879 12.896845 -0.307852</w:t>
        <w:br/>
        <w:t>v -5.781617 13.075123 -0.346484</w:t>
        <w:br/>
        <w:t>v -5.843747 13.153443 -0.314065</w:t>
        <w:br/>
        <w:t>v -5.967092 13.066901 -0.351319</w:t>
        <w:br/>
        <w:t>v -5.894665 12.991403 -0.384552</w:t>
        <w:br/>
        <w:t>v -5.832519 12.843622 -0.138406</w:t>
        <w:br/>
        <w:t>v -5.771165 12.795371 0.256255</w:t>
        <w:br/>
        <w:t>v -5.918648 12.782081 0.219778</w:t>
        <w:br/>
        <w:t>v -5.773081 13.035625 0.483148</w:t>
        <w:br/>
        <w:t>v -5.677498 12.975694 0.484326</w:t>
        <w:br/>
        <w:t>v -5.970962 13.033019 0.409028</w:t>
        <w:br/>
        <w:t>v -5.969392 13.117634 0.327781</w:t>
        <w:br/>
        <w:t>v -5.825940 13.151941 0.361691</w:t>
        <w:br/>
        <w:t>v -5.868065 13.046527 0.447272</w:t>
        <w:br/>
        <w:t>v -6.217715 12.699051 -0.051321</w:t>
        <w:br/>
        <w:t>v -6.386478 12.942953 0.105624</w:t>
        <w:br/>
        <w:t>v -6.358102 12.941511 -0.143484</w:t>
        <w:br/>
        <w:t>v -6.317502 12.917093 -0.289998</w:t>
        <w:br/>
        <w:t>v -5.983798 12.849825 0.422958</w:t>
        <w:br/>
        <w:t>v -6.197114 12.849572 0.379760</w:t>
        <w:br/>
        <w:t>v -6.197114 12.849572 0.379760</w:t>
        <w:br/>
        <w:t>v -5.768358 13.276241 0.194393</w:t>
        <w:br/>
        <w:t>v -5.615383 13.348558 0.184522</w:t>
        <w:br/>
        <w:t>v -5.656816 13.233262 0.313902</w:t>
        <w:br/>
        <w:t>v -5.515249 13.404640 0.171751</w:t>
        <w:br/>
        <w:t>v -5.463299 13.344600 0.228033</w:t>
        <w:br/>
        <w:t>v -5.713830 13.142892 0.402252</w:t>
        <w:br/>
        <w:t>v -5.606858 13.077755 0.409479</w:t>
        <w:br/>
        <w:t>v -6.331424 12.898829 0.328947</w:t>
        <w:br/>
        <w:t>v -6.293376 12.819221 0.361244</w:t>
        <w:br/>
        <w:t>v -6.344063 12.788500 0.350494</w:t>
        <w:br/>
        <w:t>v -6.384074 12.866493 0.318690</w:t>
        <w:br/>
        <w:t>v -6.250189 12.945812 0.342009</w:t>
        <w:br/>
        <w:t>v -6.186112 12.793139 -0.465809</w:t>
        <w:br/>
        <w:t>v -6.142989 12.823973 -0.462912</w:t>
        <w:br/>
        <w:t>v -6.185896 12.879230 -0.444504</w:t>
        <w:br/>
        <w:t>v -6.225822 12.845711 -0.447793</w:t>
        <w:br/>
        <w:t>v -5.971096 12.868813 -0.400401</w:t>
        <w:br/>
        <w:t>v -6.084864 12.859802 -0.451672</w:t>
        <w:br/>
        <w:t>v -6.344063 12.788500 0.350494</w:t>
        <w:br/>
        <w:t>v -5.941562 12.593097 0.534269</w:t>
        <w:br/>
        <w:t>v -6.003369 12.536904 0.579026</w:t>
        <w:br/>
        <w:t>v -5.977338 12.552831 0.640895</w:t>
        <w:br/>
        <w:t>v -5.911200 12.608950 0.597428</w:t>
        <w:br/>
        <w:t>v -6.078830 12.460902 0.701911</w:t>
        <w:br/>
        <w:t>v -6.023552 12.507922 0.663455</w:t>
        <w:br/>
        <w:t>v -6.048798 12.495589 0.607762</w:t>
        <w:br/>
        <w:t>v -6.107206 12.445457 0.654849</w:t>
        <w:br/>
        <w:t>v -5.994508 12.608182 0.669230</w:t>
        <w:br/>
        <w:t>v -5.977338 12.552831 0.640895</w:t>
        <w:br/>
        <w:t>v -6.006701 12.595771 0.676671</w:t>
        <w:br/>
        <w:t>v -5.995816 12.612350 0.488898</w:t>
        <w:br/>
        <w:t>v -6.051550 12.558423 0.534519</w:t>
        <w:br/>
        <w:t>v -6.095182 12.512826 0.568542</w:t>
        <w:br/>
        <w:t>v -6.151569 12.459988 0.620689</w:t>
        <w:br/>
        <w:t>v -6.158182 12.413556 0.701410</w:t>
        <w:br/>
        <w:t>v -6.196113 12.427829 0.675831</w:t>
        <w:br/>
        <w:t>v -6.218145 12.418940 0.726319</w:t>
        <w:br/>
        <w:t>v -6.180894 12.407986 0.740794</w:t>
        <w:br/>
        <w:t>v -6.223953 12.434050 0.769072</w:t>
        <w:br/>
        <w:t>v -6.226801 12.439846 0.799021</w:t>
        <w:br/>
        <w:t>v -6.200306 12.429879 0.797406</w:t>
        <w:br/>
        <w:t>v -5.934285 12.657253 0.635383</w:t>
        <w:br/>
        <w:t>v -5.984048 12.707914 0.640156</w:t>
        <w:br/>
        <w:t>v -5.893841 12.818348 0.587231</w:t>
        <w:br/>
        <w:t>v -5.833415 12.764164 0.585252</w:t>
        <w:br/>
        <w:t>v -5.740656 12.768486 0.516794</w:t>
        <w:br/>
        <w:t>v -5.691455 12.824405 0.491591</w:t>
        <w:br/>
        <w:t>v -6.139333 12.459658 0.767425</w:t>
        <w:br/>
        <w:t>v -6.200306 12.429879 0.797406</w:t>
        <w:br/>
        <w:t>v -6.180545 12.495451 0.773112</w:t>
        <w:br/>
        <w:t>v -6.044166 12.663403 0.498117</w:t>
        <w:br/>
        <w:t>v -6.064761 12.713840 0.542123</w:t>
        <w:br/>
        <w:t>v -6.116917 12.652793 0.592805</w:t>
        <w:br/>
        <w:t>v -6.098118 12.606891 0.545092</w:t>
        <w:br/>
        <w:t>v -6.104495 12.644779 0.653922</w:t>
        <w:br/>
        <w:t>v -6.116917 12.652793 0.592805</w:t>
        <w:br/>
        <w:t>v -6.091026 12.658536 0.645930</w:t>
        <w:br/>
        <w:t>v -6.226622 12.465807 0.676433</w:t>
        <w:br/>
        <w:t>v -6.243606 12.455037 0.718309</w:t>
        <w:br/>
        <w:t>v -6.034167 12.729637 0.601386</w:t>
        <w:br/>
        <w:t>v -5.950349 12.836996 0.542361</w:t>
        <w:br/>
        <w:t>v -6.226801 12.439846 0.799021</w:t>
        <w:br/>
        <w:t>v -6.242287 12.454009 0.779637</w:t>
        <w:br/>
        <w:t>v -6.137705 12.558523 0.578049</w:t>
        <w:br/>
        <w:t>v -6.188664 12.505329 0.626715</w:t>
        <w:br/>
        <w:t>v -6.064761 12.713840 0.542123</w:t>
        <w:br/>
        <w:t>v -5.836957 12.682192 0.471336</w:t>
        <w:br/>
        <w:t>v -5.900721 12.696239 0.418424</w:t>
        <w:br/>
        <w:t>v -5.911200 12.608950 0.597428</w:t>
        <w:br/>
        <w:t>v -5.803050 12.708482 0.545129</w:t>
        <w:br/>
        <w:t>v -6.132270 12.423176 0.737199</w:t>
        <w:br/>
        <w:t>v -6.156396 12.602474 0.619499</w:t>
        <w:br/>
        <w:t>v -6.201620 12.551277 0.660712</w:t>
        <w:br/>
        <w:t>v -6.048385 12.636201 0.679827</w:t>
        <w:br/>
        <w:t>v -6.062427 12.621463 0.689235</w:t>
        <w:br/>
        <w:t>v -6.015806 12.586135 0.682395</w:t>
        <w:br/>
        <w:t>v -6.238039 12.503736 0.698968</w:t>
        <w:br/>
        <w:t>v -6.175183 12.566807 0.707849</w:t>
        <w:br/>
        <w:t>v -6.217508 12.517766 0.740130</w:t>
        <w:br/>
        <w:t>v -6.238039 12.503736 0.698968</w:t>
        <w:br/>
        <w:t>v -6.201620 12.551277 0.660712</w:t>
        <w:br/>
        <w:t>v -6.223953 12.434050 0.769072</w:t>
        <w:br/>
        <w:t>v -6.246257 12.472508 0.755735</w:t>
        <w:br/>
        <w:t>v -6.242287 12.454009 0.779637</w:t>
        <w:br/>
        <w:t>v -6.132270 12.423176 0.737199</w:t>
        <w:br/>
        <w:t>v -6.139333 12.459658 0.767425</w:t>
        <w:br/>
        <w:t>v -6.091281 12.507421 0.734693</w:t>
        <w:br/>
        <w:t>v -6.078830 12.460902 0.701911</w:t>
        <w:br/>
        <w:t>v -6.246257 12.472508 0.755735</w:t>
        <w:br/>
        <w:t>v -6.243606 12.455037 0.718309</w:t>
        <w:br/>
        <w:t>v -6.180894 12.407986 0.740794</w:t>
        <w:br/>
        <w:t>v -6.178447 12.429867 0.785507</w:t>
        <w:br/>
        <w:t>v -6.423058 12.841681 0.316478</w:t>
        <w:br/>
        <w:t>v -6.387127 12.773621 0.345139</w:t>
        <w:br/>
        <w:t>v -6.387127 12.773621 0.345139</w:t>
        <w:br/>
        <w:t>v -6.643571 12.627571 0.346692</w:t>
        <w:br/>
        <w:t>v -6.661032 12.682945 0.323221</w:t>
        <w:br/>
        <w:t>v -6.605144 12.719830 0.320550</w:t>
        <w:br/>
        <w:t>v -6.566182 12.663156 0.342747</w:t>
        <w:br/>
        <w:t>v -6.532500 12.604263 0.305734</w:t>
        <w:br/>
        <w:t>v -6.566182 12.663156 0.342747</w:t>
        <w:br/>
        <w:t>v -6.461177 12.727186 0.340687</w:t>
        <w:br/>
        <w:t>v -6.426140 12.661722 0.302759</w:t>
        <w:br/>
        <w:t>v -6.664012 12.535912 0.314290</w:t>
        <w:br/>
        <w:t>v -6.760326 12.483788 0.319804</w:t>
        <w:br/>
        <w:t>v -6.788286 12.528673 0.352583</w:t>
        <w:br/>
        <w:t>v -6.698872 12.583282 0.348772</w:t>
        <w:br/>
        <w:t>v -6.839182 12.444653 0.324906</w:t>
        <w:br/>
        <w:t>v -6.863636 12.493541 0.357328</w:t>
        <w:br/>
        <w:t>v -6.698872 12.583282 0.348772</w:t>
        <w:br/>
        <w:t>v -6.788286 12.528673 0.352583</w:t>
        <w:br/>
        <w:t>v -6.821902 12.575745 0.333785</w:t>
        <w:br/>
        <w:t>v -6.741669 12.628147 0.329492</w:t>
        <w:br/>
        <w:t>v -6.420955 12.635198 0.227240</w:t>
        <w:br/>
        <w:t>v -6.526924 12.582521 0.234271</w:t>
        <w:br/>
        <w:t>v -6.657942 12.519128 0.247149</w:t>
        <w:br/>
        <w:t>v -6.755184 12.468919 0.257334</w:t>
        <w:br/>
        <w:t>v -6.836041 12.430540 0.266006</w:t>
        <w:br/>
        <w:t>v -7.071728 12.390160 0.340780</w:t>
        <w:br/>
        <w:t>v -7.020875 12.382000 0.334214</w:t>
        <w:br/>
        <w:t>v -7.024575 12.374189 0.290029</w:t>
        <w:br/>
        <w:t>v -7.078947 12.380470 0.301231</w:t>
        <w:br/>
        <w:t>v -7.071728 12.390160 0.340780</w:t>
        <w:br/>
        <w:t>v -7.102911 12.398043 0.306933</w:t>
        <w:br/>
        <w:t>v -7.095161 12.415804 0.343062</w:t>
        <w:br/>
        <w:t>v -6.844108 12.598667 0.283669</w:t>
        <w:br/>
        <w:t>v -6.766571 12.650976 0.276659</w:t>
        <w:br/>
        <w:t>v -6.446765 12.873028 0.253466</w:t>
        <w:br/>
        <w:t>v -7.001045 12.499643 0.299435</w:t>
        <w:br/>
        <w:t>v -6.935610 12.539087 0.293675</w:t>
        <w:br/>
        <w:t>v -6.914662 12.520035 0.339466</w:t>
        <w:br/>
        <w:t>v -6.988182 12.478226 0.344925</w:t>
        <w:br/>
        <w:t>v -6.447536 12.844436 0.181558</w:t>
        <w:br/>
        <w:t>v -6.422805 12.773134 0.141261</w:t>
        <w:br/>
        <w:t>v -6.677146 12.697607 0.208161</w:t>
        <w:br/>
        <w:t>v -6.664995 12.647720 0.173315</w:t>
        <w:br/>
        <w:t>v -6.590476 12.682140 0.161276</w:t>
        <w:br/>
        <w:t>v -6.622082 12.733387 0.200439</w:t>
        <w:br/>
        <w:t>v -6.664995 12.647720 0.173315</w:t>
        <w:br/>
        <w:t>v -6.621859 12.581651 0.182844</w:t>
        <w:br/>
        <w:t>v -6.553412 12.616381 0.173303</w:t>
        <w:br/>
        <w:t>v -6.590476 12.682140 0.161276</w:t>
        <w:br/>
        <w:t>v -6.450163 12.666672 0.160462</w:t>
        <w:br/>
        <w:t>v -6.492173 12.735831 0.147509</w:t>
        <w:br/>
        <w:t>v -6.492173 12.735831 0.147509</w:t>
        <w:br/>
        <w:t>v -6.521576 12.796640 0.189178</w:t>
        <w:br/>
        <w:t>v -6.812696 12.548193 0.193481</w:t>
        <w:br/>
        <w:t>v -6.777833 12.496929 0.205411</w:t>
        <w:br/>
        <w:t>v -6.683518 12.549479 0.191794</w:t>
        <w:br/>
        <w:t>v -6.722494 12.602523 0.180662</w:t>
        <w:br/>
        <w:t>v -6.839989 12.588532 0.227321</w:t>
        <w:br/>
        <w:t>v -6.812696 12.548193 0.193481</w:t>
        <w:br/>
        <w:t>v -6.722494 12.602523 0.180662</w:t>
        <w:br/>
        <w:t>v -6.759053 12.640817 0.217094</w:t>
        <w:br/>
        <w:t>v -6.370479 12.702590 0.155790</w:t>
        <w:br/>
        <w:t>v -6.596321 12.549232 0.240491</w:t>
        <w:br/>
        <w:t>v -6.857158 12.458466 0.216500</w:t>
        <w:br/>
        <w:t>v -7.035913 12.396238 0.251249</w:t>
        <w:br/>
        <w:t>v -7.084719 12.401546 0.265972</w:t>
        <w:br/>
        <w:t>v -7.003730 12.489786 0.253908</w:t>
        <w:br/>
        <w:t>v -6.932556 12.531439 0.243403</w:t>
        <w:br/>
        <w:t>v -6.962623 12.439049 0.359468</w:t>
        <w:br/>
        <w:t>v -6.944682 12.401676 0.331168</w:t>
        <w:br/>
        <w:t>v -6.943569 12.389978 0.278513</w:t>
        <w:br/>
        <w:t>v -6.960499 12.416029 0.233735</w:t>
        <w:br/>
        <w:t>v -7.031492 12.410877 0.357463</w:t>
        <w:br/>
        <w:t>v -7.053251 12.429647 0.244847</w:t>
        <w:br/>
        <w:t>v -6.984587 12.458950 0.225801</w:t>
        <w:br/>
        <w:t>v -6.889169 12.513763 0.206853</w:t>
        <w:br/>
        <w:t>v -6.643571 12.627571 0.346692</w:t>
        <w:br/>
        <w:t>v -6.601710 12.568844 0.309255</w:t>
        <w:br/>
        <w:t>v -6.910786 12.545900 0.240545</w:t>
        <w:br/>
        <w:t>v -6.889169 12.513763 0.206853</w:t>
        <w:br/>
        <w:t>v -6.863636 12.493541 0.357328</w:t>
        <w:br/>
        <w:t>v -6.873427 12.544701 0.336593</w:t>
        <w:br/>
        <w:t>v -6.893134 12.566298 0.288966</w:t>
        <w:br/>
        <w:t>v -6.891758 12.556782 0.236161</w:t>
        <w:br/>
        <w:t>v -6.962623 12.439049 0.359468</w:t>
        <w:br/>
        <w:t>v -7.031492 12.410877 0.357463</w:t>
        <w:br/>
        <w:t>v -6.984587 12.458950 0.225801</w:t>
        <w:br/>
        <w:t>v -7.066638 12.456238 0.267098</w:t>
        <w:br/>
        <w:t>v -7.053251 12.429647 0.244847</w:t>
        <w:br/>
        <w:t>v -7.095161 12.415804 0.343062</w:t>
        <w:br/>
        <w:t>v -7.099186 12.444458 0.312364</w:t>
        <w:br/>
        <w:t>v -7.052305 12.445171 0.346847</w:t>
        <w:br/>
        <w:t>v -7.060106 12.466879 0.307516</w:t>
        <w:br/>
        <w:t>v -7.066638 12.456238 0.267098</w:t>
        <w:br/>
        <w:t>v -7.102911 12.398043 0.306933</w:t>
        <w:br/>
        <w:t>v -7.118220 12.418673 0.290417</w:t>
        <w:br/>
        <w:t>v -7.121994 12.414448 0.313280</w:t>
        <w:br/>
        <w:t>v -7.052305 12.445171 0.346847</w:t>
        <w:br/>
        <w:t>v -7.106184 12.426897 0.277034</w:t>
        <w:br/>
        <w:t>v -7.084719 12.401546 0.265972</w:t>
        <w:br/>
        <w:t>v -6.699771 12.659348 0.114518</w:t>
        <w:br/>
        <w:t>v -6.713297 12.721479 0.090041</w:t>
        <w:br/>
        <w:t>v -6.652850 12.754243 0.092609</w:t>
        <w:br/>
        <w:t>v -6.617997 12.689321 0.116910</w:t>
        <w:br/>
        <w:t>v -6.617997 12.689321 0.116910</w:t>
        <w:br/>
        <w:t>v -6.508021 12.738809 0.123649</w:t>
        <w:br/>
        <w:t>v -6.471622 12.665660 0.093987</w:t>
        <w:br/>
        <w:t>v -6.585666 12.623376 0.087110</w:t>
        <w:br/>
        <w:t>v -6.934201 12.451949 0.073318</w:t>
        <w:br/>
        <w:t>v -6.956377 12.504707 0.103507</w:t>
        <w:br/>
        <w:t>v -6.866386 12.546940 0.107152</w:t>
        <w:br/>
        <w:t>v -6.838947 12.495695 0.076625</w:t>
        <w:br/>
        <w:t>v -7.110355 12.481853 0.077138</w:t>
        <w:br/>
        <w:t>v -7.010693 12.533594 0.080057</w:t>
        <w:br/>
        <w:t>v -6.956377 12.504707 0.103507</w:t>
        <w:br/>
        <w:t>v -7.084655 12.441127 0.094325</w:t>
        <w:br/>
        <w:t>v -6.961657 12.560998 0.081861</w:t>
        <w:br/>
        <w:t>v -6.898924 12.598013 0.084341</w:t>
        <w:br/>
        <w:t>v -6.866386 12.546940 0.107152</w:t>
        <w:br/>
        <w:t>v -6.457466 12.640328 0.016285</w:t>
        <w:br/>
        <w:t>v -6.574068 12.599240 0.013717</w:t>
        <w:br/>
        <w:t>v -6.829228 12.476899 0.009570</w:t>
        <w:br/>
        <w:t>v -6.924890 12.435795 0.010710</w:t>
        <w:br/>
        <w:t>v -7.211199 12.387345 0.063910</w:t>
        <w:br/>
        <w:t>v -7.160442 12.377619 0.065213</w:t>
        <w:br/>
        <w:t>v -7.159122 12.366477 0.018740</w:t>
        <w:br/>
        <w:t>v -7.218027 12.376816 0.023312</w:t>
        <w:br/>
        <w:t>v -7.246193 12.429674 0.049668</w:t>
        <w:br/>
        <w:t>v -7.250628 12.408546 0.026406</w:t>
        <w:br/>
        <w:t>v -7.255572 12.432354 0.027959</w:t>
        <w:br/>
        <w:t>v -7.026665 12.554083 0.031128</w:t>
        <w:br/>
        <w:t>v -7.114131 12.503770 0.030452</w:t>
        <w:br/>
        <w:t>v -6.977016 12.583973 0.031492</w:t>
        <w:br/>
        <w:t>v -6.916603 12.622028 0.031279</w:t>
        <w:br/>
        <w:t>v -6.672547 12.785093 0.031291</w:t>
        <w:br/>
        <w:t>v -6.562248 12.851081 0.033308</w:t>
        <w:br/>
        <w:t>v -6.543288 12.813210 0.098471</w:t>
        <w:br/>
        <w:t>v -6.706877 12.673552 -0.068658</w:t>
        <w:br/>
        <w:t>v -6.628794 12.706799 -0.071364</w:t>
        <w:br/>
        <w:t>v -6.660972 12.766730 -0.034811</w:t>
        <w:br/>
        <w:t>v -6.720385 12.731382 -0.033822</w:t>
        <w:br/>
        <w:t>v -6.706877 12.673552 -0.068658</w:t>
        <w:br/>
        <w:t>v -6.662782 12.602820 -0.052461</w:t>
        <w:br/>
        <w:t>v -6.593168 12.636687 -0.054202</w:t>
        <w:br/>
        <w:t>v -6.628794 12.706799 -0.071364</w:t>
        <w:br/>
        <w:t>v -6.478068 12.681950 -0.055430</w:t>
        <w:br/>
        <w:t>v -6.518430 12.763194 -0.074934</w:t>
        <w:br/>
        <w:t>v -6.518430 12.763194 -0.074934</w:t>
        <w:br/>
        <w:t>v -6.551900 12.831316 -0.037329</w:t>
        <w:br/>
        <w:t>v -6.966634 12.520185 -0.056144</w:t>
        <w:br/>
        <w:t>v -7.016605 12.543326 -0.022923</w:t>
        <w:br/>
        <w:t>v -7.112022 12.488301 -0.019679</w:t>
        <w:br/>
        <w:t>v -7.085947 12.451122 -0.045647</w:t>
        <w:br/>
        <w:t>v -6.966634 12.520185 -0.056144</w:t>
        <w:br/>
        <w:t>v -7.085947 12.451122 -0.045647</w:t>
        <w:br/>
        <w:t>v -7.064015 12.411150 -0.032068</w:t>
        <w:br/>
        <w:t>v -6.938218 12.462714 -0.042415</w:t>
        <w:br/>
        <w:t>v -6.845729 12.506572 -0.047450</w:t>
        <w:br/>
        <w:t>v -6.877717 12.562409 -0.061580</w:t>
        <w:br/>
        <w:t>v -6.877717 12.562409 -0.061580</w:t>
        <w:br/>
        <w:t>v -6.906779 12.608583 -0.027220</w:t>
        <w:br/>
        <w:t>v -6.969459 12.571555 -0.024514</w:t>
        <w:br/>
        <w:t>v -6.645349 12.568992 0.011750</w:t>
        <w:br/>
        <w:t>v -7.161213 12.383782 -0.022059</w:t>
        <w:br/>
        <w:t>v -7.213486 12.394313 -0.014643</w:t>
        <w:br/>
        <w:t>v -6.810959 12.670151 -0.031755</w:t>
        <w:br/>
        <w:t>v -6.769791 12.625220 -0.066666</w:t>
        <w:br/>
        <w:t>v -6.761763 12.703494 -0.033308</w:t>
        <w:br/>
        <w:t>v -6.769791 12.625220 -0.066666</w:t>
        <w:br/>
        <w:t>v -6.730313 12.566914 -0.050519</w:t>
        <w:br/>
        <w:t>v -6.777026 12.717882 0.030690</w:t>
        <w:br/>
        <w:t>v -6.824648 12.684722 0.030627</w:t>
        <w:br/>
        <w:t>v -6.712104 12.535476 0.011036</w:t>
        <w:br/>
        <w:t>v -6.724363 12.556514 0.080796</w:t>
        <w:br/>
        <w:t>v -6.657463 12.592131 0.083677</w:t>
        <w:br/>
        <w:t>v -7.055142 12.389946 0.015270</w:t>
        <w:br/>
        <w:t>v -7.063637 12.404123 0.069397</w:t>
        <w:br/>
        <w:t>v -7.084655 12.441127 0.094325</w:t>
        <w:br/>
        <w:t>v -7.170756 12.406815 0.083702</w:t>
        <w:br/>
        <w:t>v -7.171924 12.415736 -0.033245</w:t>
        <w:br/>
        <w:t>v -6.699771 12.659348 0.114518</w:t>
        <w:br/>
        <w:t>v -6.730672 12.749839 0.030552</w:t>
        <w:br/>
        <w:t>v -7.139299 12.489506 0.030364</w:t>
        <w:br/>
        <w:t>v -7.141548 12.480449 0.060077</w:t>
        <w:br/>
        <w:t>v -7.142554 12.484220 -0.000150</w:t>
        <w:br/>
        <w:t>v -7.230536 12.420784 0.063096</w:t>
        <w:br/>
        <w:t>v -7.182347 12.446818 0.071865</w:t>
        <w:br/>
        <w:t>v -7.170756 12.406815 0.083702</w:t>
        <w:br/>
        <w:t>v -7.184649 12.452948 -0.014957</w:t>
        <w:br/>
        <w:t>v -7.171924 12.415736 -0.033245</w:t>
        <w:br/>
        <w:t>v -7.182347 12.446818 0.071865</w:t>
        <w:br/>
        <w:t>v -7.246193 12.429674 0.049668</w:t>
        <w:br/>
        <w:t>v -7.197135 12.463497 0.030402</w:t>
        <w:br/>
        <w:t>v -7.246729 12.434002 0.006551</w:t>
        <w:br/>
        <w:t>v -7.255572 12.432354 0.027959</w:t>
        <w:br/>
        <w:t>v -6.761242 12.610604 0.111173</w:t>
        <w:br/>
        <w:t>v -7.250628 12.408546 0.026406</w:t>
        <w:br/>
        <w:t>v -7.246729 12.434002 0.006551</w:t>
        <w:br/>
        <w:t>v -7.233088 12.427131 -0.008718</w:t>
        <w:br/>
        <w:t>v -7.213486 12.394313 -0.014643</w:t>
        <w:br/>
        <w:t>v -6.667232 12.641967 -0.123545</w:t>
        <w:br/>
        <w:t>v -6.670146 12.697343 -0.160437</w:t>
        <w:br/>
        <w:t>v -6.612372 12.731963 -0.154535</w:t>
        <w:br/>
        <w:t>v -6.585783 12.677899 -0.114589</w:t>
        <w:br/>
        <w:t>v -6.546196 12.608496 -0.124734</w:t>
        <w:br/>
        <w:t>v -6.585783 12.677899 -0.114589</w:t>
        <w:br/>
        <w:t>v -6.706290 12.526400 -0.140812</w:t>
        <w:br/>
        <w:t>v -6.743554 12.583975 -0.128323</w:t>
        <w:br/>
        <w:t>v -6.667232 12.641967 -0.123545</w:t>
        <w:br/>
        <w:t>v -6.623712 12.571585 -0.133401</w:t>
        <w:br/>
        <w:t>v -6.824228 12.464551 -0.151539</w:t>
        <w:br/>
        <w:t>v -6.906911 12.424366 -0.160070</w:t>
        <w:br/>
        <w:t>v -6.934810 12.481291 -0.148828</w:t>
        <w:br/>
        <w:t>v -6.852949 12.518759 -0.138186</w:t>
        <w:br/>
        <w:t>v -6.934810 12.481291 -0.148828</w:t>
        <w:br/>
        <w:t>v -6.936307 12.526562 -0.182808</w:t>
        <w:br/>
        <w:t>v -6.877301 12.562195 -0.175883</w:t>
        <w:br/>
        <w:t>v -6.852949 12.518759 -0.138186</w:t>
        <w:br/>
        <w:t>v -6.743554 12.583975 -0.128323</w:t>
        <w:br/>
        <w:t>v -6.776658 12.627423 -0.167583</w:t>
        <w:br/>
        <w:t>v -6.717261 12.667297 -0.163616</w:t>
        <w:br/>
        <w:t>v -6.520872 12.570189 -0.183618</w:t>
        <w:br/>
        <w:t>v -6.599334 12.534133 -0.189952</w:t>
        <w:br/>
        <w:t>v -6.683689 12.491408 -0.195333</w:t>
        <w:br/>
        <w:t>v -6.804935 12.433686 -0.203988</w:t>
        <w:br/>
        <w:t>v -6.887827 12.395936 -0.210248</w:t>
        <w:br/>
        <w:t>v -7.140232 12.350124 -0.242239</w:t>
        <w:br/>
        <w:t>v -7.130200 12.368838 -0.198408</w:t>
        <w:br/>
        <w:t>v -7.080626 12.358063 -0.190416</w:t>
        <w:br/>
        <w:t>v -7.071648 12.339008 -0.229501</w:t>
        <w:br/>
        <w:t>v -7.169756 12.398606 -0.233033</w:t>
        <w:br/>
        <w:t>v -7.168858 12.375132 -0.250660</w:t>
        <w:br/>
        <w:t>v -7.173817 12.396454 -0.253794</w:t>
        <w:br/>
        <w:t>v -6.939766 12.535170 -0.240066</w:t>
        <w:br/>
        <w:t>v -6.882413 12.571671 -0.236534</w:t>
        <w:br/>
        <w:t>v -6.782693 12.637157 -0.231027</w:t>
        <w:br/>
        <w:t>v -6.723756 12.675661 -0.227543</w:t>
        <w:br/>
        <w:t>v -6.615885 12.745099 -0.221864</w:t>
        <w:br/>
        <w:t>v -6.672251 12.708671 -0.225195</w:t>
        <w:br/>
        <w:t>v -6.984141 12.507720 -0.243508</w:t>
        <w:br/>
        <w:t>v -6.979681 12.500854 -0.188117</w:t>
        <w:br/>
        <w:t>v -7.047743 12.463398 -0.195408</w:t>
        <w:br/>
        <w:t>v -7.040175 12.474964 -0.247043</w:t>
        <w:br/>
        <w:t>v -6.639595 12.614440 -0.297786</w:t>
        <w:br/>
        <w:t>v -6.558085 12.650653 -0.292647</w:t>
        <w:br/>
        <w:t>v -6.594065 12.712192 -0.277553</w:t>
        <w:br/>
        <w:t>v -6.652318 12.677526 -0.279424</w:t>
        <w:br/>
        <w:t>v -6.639595 12.614440 -0.297786</w:t>
        <w:br/>
        <w:t>v -6.605646 12.552471 -0.259544</w:t>
        <w:br/>
        <w:t>v -6.528276 12.591543 -0.254831</w:t>
        <w:br/>
        <w:t>v -6.558085 12.650653 -0.292647</w:t>
        <w:br/>
        <w:t>v -6.914543 12.456070 -0.303817</w:t>
        <w:br/>
        <w:t>v -6.832379 12.494686 -0.301071</w:t>
        <w:br/>
        <w:t>v -6.863192 12.545395 -0.286343</w:t>
        <w:br/>
        <w:t>v -6.923369 12.509910 -0.287809</w:t>
        <w:br/>
        <w:t>v -6.914543 12.456070 -0.303817</w:t>
        <w:br/>
        <w:t>v -6.889222 12.407125 -0.269947</w:t>
        <w:br/>
        <w:t>v -6.808452 12.447370 -0.267109</w:t>
        <w:br/>
        <w:t>v -6.832379 12.494686 -0.301071</w:t>
        <w:br/>
        <w:t>v -6.690202 12.507402 -0.262867</w:t>
        <w:br/>
        <w:t>v -6.720016 12.558444 -0.298459</w:t>
        <w:br/>
        <w:t>v -6.760070 12.609389 -0.283272</w:t>
        <w:br/>
        <w:t>v -6.720016 12.558444 -0.298459</w:t>
        <w:br/>
        <w:t>v -6.699305 12.648236 -0.280838</w:t>
        <w:br/>
        <w:t>v -7.066959 12.343512 -0.272765</w:t>
        <w:br/>
        <w:t>v -7.117466 12.350816 -0.283374</w:t>
        <w:br/>
        <w:t>v -7.031376 12.446449 -0.291166</w:t>
        <w:br/>
        <w:t>v -6.965631 12.484292 -0.289421</w:t>
        <w:br/>
        <w:t>v -7.005734 12.383206 -0.173844</w:t>
        <w:br/>
        <w:t>v -7.028429 12.425824 -0.162434</w:t>
        <w:br/>
        <w:t>v -6.987480 12.358912 -0.218854</w:t>
        <w:br/>
        <w:t>v -6.986206 12.368099 -0.271421</w:t>
        <w:br/>
        <w:t>v -7.097576 12.392186 -0.179633</w:t>
        <w:br/>
        <w:t>v -7.078017 12.369996 -0.297428</w:t>
        <w:br/>
        <w:t>v -7.003971 12.402384 -0.300942</w:t>
        <w:br/>
        <w:t>v -7.003971 12.402384 -0.300942</w:t>
        <w:br/>
        <w:t>v -7.028429 12.425824 -0.162434</w:t>
        <w:br/>
        <w:t>v -7.060956 12.449113 -0.276097</w:t>
        <w:br/>
        <w:t>v -7.097576 12.392186 -0.179633</w:t>
        <w:br/>
        <w:t>v -7.112150 12.425772 -0.204895</w:t>
        <w:br/>
        <w:t>v -7.097360 12.410679 -0.290352</w:t>
        <w:br/>
        <w:t>v -7.078017 12.369996 -0.297428</w:t>
        <w:br/>
        <w:t>v -7.112150 12.425772 -0.204895</w:t>
        <w:br/>
        <w:t>v -7.159214 12.388205 -0.217556</w:t>
        <w:br/>
        <w:t>v -7.119269 12.431708 -0.251229</w:t>
        <w:br/>
        <w:t>v -7.173817 12.396454 -0.253794</w:t>
        <w:br/>
        <w:t>v -7.163263 12.392851 -0.272692</w:t>
        <w:br/>
        <w:t>v -7.148350 12.377448 -0.281787</w:t>
        <w:br/>
        <w:t>v -7.117466 12.350816 -0.283374</w:t>
        <w:br/>
        <w:t>v -6.487946 12.643647 -0.333046</w:t>
        <w:br/>
        <w:t>v -6.493575 12.690678 -0.367884</w:t>
        <w:br/>
        <w:t>v -6.560428 12.513961 -0.357478</w:t>
        <w:br/>
        <w:t>v -6.628355 12.474470 -0.371263</w:t>
        <w:br/>
        <w:t>v -6.659151 12.522457 -0.367052</w:t>
        <w:br/>
        <w:t>v -6.593768 12.560338 -0.353085</w:t>
        <w:br/>
        <w:t>v -6.659151 12.522457 -0.367052</w:t>
        <w:br/>
        <w:t>v -6.659702 12.563493 -0.399231</w:t>
        <w:br/>
        <w:t>v -6.616208 12.594889 -0.391116</w:t>
        <w:br/>
        <w:t>v -6.593768 12.560338 -0.353085</w:t>
        <w:br/>
        <w:t>v -6.470412 12.525470 -0.391433</w:t>
        <w:br/>
        <w:t>v -6.496353 12.554754 -0.344822</w:t>
        <w:br/>
        <w:t>v -6.442323 12.589731 -0.334545</w:t>
        <w:br/>
        <w:t>v -6.415360 12.561914 -0.383019</w:t>
        <w:br/>
        <w:t>v -6.536257 12.486121 -0.402685</w:t>
        <w:br/>
        <w:t>v -6.606662 12.449197 -0.413727</w:t>
        <w:br/>
        <w:t>v -6.821249 12.397417 -0.460114</w:t>
        <w:br/>
        <w:t>v -6.818981 12.413720 -0.424904</w:t>
        <w:br/>
        <w:t>v -6.779439 12.408181 -0.411637</w:t>
        <w:br/>
        <w:t>v -6.767637 12.389964 -0.443697</w:t>
        <w:br/>
        <w:t>v -6.857114 12.440043 -0.460767</w:t>
        <w:br/>
        <w:t>v -6.849920 12.419904 -0.473014</w:t>
        <w:br/>
        <w:t>v -6.857510 12.437428 -0.479240</w:t>
        <w:br/>
        <w:t>v -6.657197 12.568961 -0.449685</w:t>
        <w:br/>
        <w:t>v -6.615781 12.600749 -0.445065</w:t>
        <w:br/>
        <w:t>v -6.694026 12.543389 -0.454550</w:t>
        <w:br/>
        <w:t>v -6.695048 12.539665 -0.405910</w:t>
        <w:br/>
        <w:t>v -6.753642 12.503860 -0.418238</w:t>
        <w:br/>
        <w:t>v -6.741878 12.513249 -0.461541</w:t>
        <w:br/>
        <w:t>v -6.447173 12.619024 -0.487811</w:t>
        <w:br/>
        <w:t>v -6.465964 12.675630 -0.472737</w:t>
        <w:br/>
        <w:t>v -6.414290 12.571956 -0.445667</w:t>
        <w:br/>
        <w:t>v -6.623186 12.496351 -0.499913</w:t>
        <w:br/>
        <w:t>v -6.555691 12.531491 -0.494672</w:t>
        <w:br/>
        <w:t>v -6.590409 12.576404 -0.486935</w:t>
        <w:br/>
        <w:t>v -6.635516 12.545826 -0.489198</w:t>
        <w:br/>
        <w:t>v -6.603986 12.456538 -0.465650</w:t>
        <w:br/>
        <w:t>v -6.534623 12.494425 -0.459114</w:t>
        <w:br/>
        <w:t>v -6.469673 12.534880 -0.451828</w:t>
        <w:br/>
        <w:t>v -6.494927 12.574111 -0.489911</w:t>
        <w:br/>
        <w:t>v -6.536054 12.618674 -0.482375</w:t>
        <w:br/>
        <w:t>v -6.502271 12.646832 -0.478254</w:t>
        <w:br/>
        <w:t>v -6.759079 12.392033 -0.481273</w:t>
        <w:br/>
        <w:t>v -6.799966 12.397470 -0.492894</w:t>
        <w:br/>
        <w:t>v -6.564685 12.643882 -0.438348</w:t>
        <w:br/>
        <w:t>v -6.532024 12.670972 -0.433146</w:t>
        <w:br/>
        <w:t>v -6.730465 12.486151 -0.496762</w:t>
        <w:br/>
        <w:t>v -6.672070 12.521681 -0.491914</w:t>
        <w:br/>
        <w:t>v -6.738754 12.469970 -0.386944</w:t>
        <w:br/>
        <w:t>v -6.714401 12.431622 -0.392162</w:t>
        <w:br/>
        <w:t>v -6.695931 12.408937 -0.428223</w:t>
        <w:br/>
        <w:t>v -6.691449 12.414577 -0.473605</w:t>
        <w:br/>
        <w:t>v -6.529806 12.664453 -0.375941</w:t>
        <w:br/>
        <w:t>v -6.563313 12.637380 -0.381448</w:t>
        <w:br/>
        <w:t>v -6.534465 12.603105 -0.341371</w:t>
        <w:br/>
        <w:t>v -6.534465 12.603105 -0.341371</w:t>
        <w:br/>
        <w:t>v -6.487946 12.643647 -0.333046</w:t>
        <w:br/>
        <w:t>v -6.797350 12.438179 -0.405960</w:t>
        <w:br/>
        <w:t>v -6.767251 12.415354 -0.503568</w:t>
        <w:br/>
        <w:t>v -6.704564 12.444665 -0.501568</w:t>
        <w:br/>
        <w:t>v -6.738754 12.469970 -0.386944</w:t>
        <w:br/>
        <w:t>v -6.769284 12.500657 -0.439428</w:t>
        <w:br/>
        <w:t>v -6.808311 12.473502 -0.472028</w:t>
        <w:br/>
        <w:t>v -6.786967 12.452008 -0.501752</w:t>
        <w:br/>
        <w:t>v -6.755051 12.489861 -0.487173</w:t>
        <w:br/>
        <w:t>v -6.797350 12.438179 -0.405960</w:t>
        <w:br/>
        <w:t>v -6.844119 12.433019 -0.442648</w:t>
        <w:br/>
        <w:t>v -6.808074 12.468486 -0.430502</w:t>
        <w:br/>
        <w:t>v -6.786967 12.452008 -0.501752</w:t>
        <w:br/>
        <w:t>v -6.808074 12.468486 -0.430502</w:t>
        <w:br/>
        <w:t>v -6.857114 12.440043 -0.460767</w:t>
        <w:br/>
        <w:t>v -6.857510 12.437428 -0.479240</w:t>
        <w:br/>
        <w:t>v -6.847567 12.432549 -0.494583</w:t>
        <w:br/>
        <w:t>v -6.829323 12.419373 -0.498061</w:t>
        <w:br/>
        <w:t>v -6.293376 12.819221 0.361244</w:t>
        <w:br/>
        <w:t>v -5.626134 12.900514 0.445143</w:t>
        <w:br/>
        <w:t>v -5.554764 13.162119 0.339268</w:t>
        <w:br/>
        <w:t>v -5.489038 13.078044 0.306962</w:t>
        <w:br/>
        <w:t>v -5.547183 12.994687 0.371624</w:t>
        <w:br/>
        <w:t>v -5.865257 12.812614 0.044669</w:t>
        <w:br/>
        <w:t>v -5.504313 13.143530 -0.210220</w:t>
        <w:br/>
        <w:t>v -5.528322 13.189178 -0.253813</w:t>
        <w:br/>
        <w:t>v -5.784880 13.323220 0.011187</w:t>
        <w:br/>
        <w:t>v -5.649180 13.398134 0.027433</w:t>
        <w:br/>
        <w:t>v -6.108179 13.128804 0.157246</w:t>
        <w:br/>
        <w:t>v -6.225151 13.062880 0.156137</w:t>
        <w:br/>
        <w:t>v -6.225926 13.065107 -0.025602</w:t>
        <w:br/>
        <w:t>v -6.102171 13.153049 -0.020020</w:t>
        <w:br/>
        <w:t>v -6.342814 12.944416 -0.224713</w:t>
        <w:br/>
        <w:t>v -5.803050 12.708482 0.545129</w:t>
        <w:br/>
        <w:t>v -6.501232 12.789611 0.315814</w:t>
        <w:br/>
        <w:t>v -6.628434 12.746807 0.264006</w:t>
        <w:br/>
        <w:t>v -6.525980 12.818142 0.256356</w:t>
        <w:br/>
        <w:t>v -6.461177 12.727186 0.340687</w:t>
        <w:br/>
        <w:t>v -6.508021 12.738809 0.123649</w:t>
        <w:br/>
        <w:t>v -6.756194 12.693804 0.089151</w:t>
        <w:br/>
        <w:t>v -6.804400 12.660135 0.087535</w:t>
        <w:br/>
        <w:t>v -6.761242 12.610604 0.111173</w:t>
        <w:br/>
        <w:t>v -6.141304 12.918327 -0.435021</w:t>
        <w:br/>
        <w:t>v -6.682249 12.708308 0.268881</w:t>
        <w:br/>
        <w:t>v -6.491055 12.702462 -0.425560</w:t>
        <w:br/>
        <w:t>v -6.076760 12.675645 0.633467</w:t>
        <w:br/>
        <w:t>v -6.030474 12.654784 0.668340</w:t>
        <w:br/>
        <w:t>v -6.388139 12.954499 -0.042164</w:t>
        <w:br/>
        <w:t>v -6.341929 13.002076 -0.002186</w:t>
        <w:br/>
        <w:t>v -6.399849 12.963859 0.034298</w:t>
        <w:br/>
        <w:t>v -6.379737 12.909919 -0.223721</w:t>
        <w:br/>
        <w:t>v -6.256946 12.875047 -0.393172</w:t>
        <w:br/>
        <w:t>v -5.459006 13.071840 0.045784</w:t>
        <w:br/>
        <w:t>v -5.475863 13.084149 -0.085444</w:t>
        <w:br/>
        <w:t>v -5.437771 13.092796 0.165550</w:t>
        <w:br/>
        <w:t>v -5.512371 13.243613 0.274456</w:t>
        <w:br/>
        <w:t>v -5.443676 13.148171 0.257332</w:t>
        <w:br/>
        <w:t>v -5.443676 13.148171 0.257332</w:t>
        <w:br/>
        <w:t>v -5.983798 12.849825 0.422958</w:t>
        <w:br/>
        <w:t>v -6.425901 12.802376 -0.074160</w:t>
        <w:br/>
        <w:t>v -6.090313 13.074448 0.305672</w:t>
        <w:br/>
        <w:t>v -5.716980 13.240644 -0.271525</w:t>
        <w:br/>
        <w:t>v -5.663306 13.162278 -0.305885</w:t>
        <w:br/>
        <w:t>v -6.084768 12.981927 -0.390856</w:t>
        <w:br/>
        <w:t>v -6.002275 12.915937 -0.421076</w:t>
        <w:br/>
        <w:t>v -7.159214 12.388205 -0.217556</w:t>
        <w:br/>
        <w:t>v -7.130200 12.368838 -0.198408</w:t>
        <w:br/>
        <w:t>v -6.844119 12.433019 -0.442648</w:t>
        <w:br/>
        <w:t>v -6.818981 12.413720 -0.424904</w:t>
        <w:br/>
        <w:t>v -6.821249 12.397417 -0.460114</w:t>
        <w:br/>
        <w:t>v -7.140232 12.350124 -0.242239</w:t>
        <w:br/>
        <w:t>v -7.140232 12.350124 -0.242239</w:t>
        <w:br/>
        <w:t>v -6.684337 12.668510 0.324523</w:t>
        <w:br/>
        <w:t>v -6.707890 12.690560 0.271368</w:t>
        <w:br/>
        <w:t>v -6.701611 12.682184 0.211991</w:t>
        <w:br/>
        <w:t>v -6.727581 12.677540 0.273035</w:t>
        <w:br/>
        <w:t>v -6.718540 12.668928 0.212847</w:t>
        <w:br/>
        <w:t>v -6.701313 12.656123 0.326502</w:t>
        <w:br/>
        <w:t>v -6.891782 12.534529 0.337510</w:t>
        <w:br/>
        <w:t>v -6.912319 12.553735 0.291408</w:t>
        <w:br/>
        <w:t>v -6.738109 12.707882 0.088926</w:t>
        <w:br/>
        <w:t>v -6.756416 12.732741 0.030502</w:t>
        <w:br/>
        <w:t>v -6.744231 12.717107 -0.032882</w:t>
        <w:br/>
        <w:t>v -6.981573 12.550582 0.080658</w:t>
        <w:br/>
        <w:t>v -6.997777 12.571210 0.031517</w:t>
        <w:br/>
        <w:t>v -6.989242 12.560876 -0.023187</w:t>
        <w:br/>
        <w:t>v -6.696243 12.682427 -0.163422</w:t>
        <w:br/>
        <w:t>v -6.700435 12.690857 -0.226638</w:t>
        <w:br/>
        <w:t>v -6.678732 12.662807 -0.279825</w:t>
        <w:br/>
        <w:t>v -6.957217 12.514763 -0.186355</w:t>
        <w:br/>
        <w:t>v -6.961404 12.521635 -0.241954</w:t>
        <w:br/>
        <w:t>v -6.943814 12.498666 -0.288271</w:t>
        <w:br/>
        <w:t>v -6.515195 12.676881 -0.373938</w:t>
        <w:br/>
        <w:t>v -6.515329 12.684494 -0.430064</w:t>
        <w:br/>
        <w:t>v -6.488127 12.660144 -0.475813</w:t>
        <w:br/>
        <w:t>v -6.676589 12.552599 -0.402949</w:t>
        <w:br/>
        <w:t>v -6.675239 12.556129 -0.451828</w:t>
        <w:br/>
        <w:t>v -6.653610 12.535026 -0.490031</w:t>
        <w:br/>
        <w:t>v -5.977338 12.552831 0.640895</w:t>
        <w:br/>
        <w:t>v -6.043990 12.549372 0.699581</w:t>
        <w:br/>
        <w:t>v -6.023552 12.507922 0.663455</w:t>
        <w:br/>
        <w:t>v -6.087906 12.593723 0.706371</w:t>
        <w:br/>
        <w:t>v -6.127175 12.552964 0.733616</w:t>
        <w:br/>
        <w:t>v -6.132064 12.613623 0.673790</w:t>
        <w:br/>
        <w:t>v -6.156396 12.602474 0.619499</w:t>
        <w:br/>
        <w:t>v -6.313556 12.715978 0.137160</w:t>
        <w:br/>
        <w:t>v -6.394768 12.791739 0.137903</w:t>
        <w:br/>
        <w:t>v -6.377692 12.706017 -0.049427</w:t>
        <w:br/>
        <w:t>v -6.236733 12.679116 -0.168636</w:t>
        <w:br/>
        <w:t>v -6.425901 12.802376 -0.074160</w:t>
        <w:br/>
        <w:t>v -6.422805 12.773134 0.141261</w:t>
        <w:br/>
        <w:t>v -6.175823 12.713452 -0.286261</w:t>
        <w:br/>
        <w:t>v -5.957419 13.196051 0.177667</w:t>
        <w:br/>
        <w:t>v -5.381299 13.171203 -0.077314</w:t>
        <w:br/>
        <w:t>v -5.368645 13.158728 0.033458</w:t>
        <w:br/>
        <w:t>v -5.366154 13.177008 0.133044</w:t>
        <w:br/>
        <w:t>v -5.377025 13.211526 0.191042</w:t>
        <w:br/>
        <w:t>v -5.439073 13.262858 -0.220642</w:t>
        <w:br/>
        <w:t>v -5.414271 13.223476 -0.182374</w:t>
        <w:br/>
        <w:t>v -5.432346 13.304960 0.237653</w:t>
        <w:br/>
        <w:t>v -5.406009 13.261970 0.231277</w:t>
        <w:br/>
        <w:t>v -5.377025 13.211526 0.191042</w:t>
        <w:br/>
        <w:t>v -5.946272 13.237400 -0.005996</w:t>
        <w:br/>
        <w:t>v -5.551254 13.450758 0.031830</w:t>
        <w:br/>
        <w:t>v -6.335743 12.996474 0.097920</w:t>
        <w:br/>
        <w:t>v -6.217715 12.699051 -0.051321</w:t>
        <w:br/>
        <w:t>v -6.372448 12.823533 -0.088787</w:t>
        <w:br/>
        <w:t>v -6.274484 12.776445 -0.288453</w:t>
        <w:br/>
        <w:t>v -6.279151 12.786252 -0.283261</w:t>
        <w:br/>
        <w:t>v -6.390641 12.776970 0.139635</w:t>
        <w:br/>
        <w:t>v -6.298333 12.705803 0.155933</w:t>
        <w:br/>
        <w:t>v -6.390641 12.776970 0.139635</w:t>
        <w:br/>
        <w:t>v -7.102911 12.398043 0.306933</w:t>
        <w:br/>
        <w:t>v -7.110290 12.412222 0.332741</w:t>
        <w:br/>
        <w:t>v -7.095161 12.415804 0.343062</w:t>
        <w:br/>
        <w:t>v -7.102911 12.398043 0.306933</w:t>
        <w:br/>
        <w:t>v -7.110290 12.412222 0.332741</w:t>
        <w:br/>
        <w:t>v -7.118220 12.418673 0.290417</w:t>
        <w:br/>
        <w:t>v -7.106184 12.426897 0.277034</w:t>
        <w:br/>
        <w:t>v -7.121994 12.414448 0.313280</w:t>
        <w:br/>
        <w:t>v -7.106184 12.426897 0.277034</w:t>
        <w:br/>
        <w:t>v -7.029964 12.483990 0.274549</w:t>
        <w:br/>
        <w:t>v -7.029964 12.483990 0.274549</w:t>
        <w:br/>
        <w:t>v -7.024107 12.486389 0.302087</w:t>
        <w:br/>
        <w:t>v -7.018707 12.478317 0.330614</w:t>
        <w:br/>
        <w:t>v -7.024107 12.486389 0.302087</w:t>
        <w:br/>
        <w:t>v -7.018707 12.478317 0.330614</w:t>
        <w:br/>
        <w:t>v -7.078947 12.380470 0.301231</w:t>
        <w:br/>
        <w:t>v -7.078947 12.380470 0.301231</w:t>
        <w:br/>
        <w:t>v -7.184649 12.452948 -0.014957</w:t>
        <w:br/>
        <w:t>v -7.142554 12.484220 -0.000150</w:t>
        <w:br/>
        <w:t>v -7.141548 12.480449 0.060077</w:t>
        <w:br/>
        <w:t>v -7.139299 12.489506 0.030364</w:t>
        <w:br/>
        <w:t>v -7.250628 12.408546 0.026406</w:t>
        <w:br/>
        <w:t>v -7.211199 12.387345 0.063910</w:t>
        <w:br/>
        <w:t>v -7.250628 12.408546 0.026406</w:t>
        <w:br/>
        <w:t>v -7.218027 12.376816 0.023312</w:t>
        <w:br/>
        <w:t>v -7.218027 12.376816 0.023312</w:t>
        <w:br/>
        <w:t>v -7.230536 12.420784 0.063096</w:t>
        <w:br/>
        <w:t>v -7.233088 12.427131 -0.008718</w:t>
        <w:br/>
        <w:t>v -7.060956 12.449113 -0.276097</w:t>
        <w:br/>
        <w:t>v -7.097360 12.410679 -0.290352</w:t>
        <w:br/>
        <w:t>v -7.064181 12.461106 -0.248142</w:t>
        <w:br/>
        <w:t>v -7.071490 12.458769 -0.218133</w:t>
        <w:br/>
        <w:t>v -7.071490 12.458769 -0.218133</w:t>
        <w:br/>
        <w:t>v -7.064181 12.461106 -0.248142</w:t>
        <w:br/>
        <w:t>v -7.148350 12.377448 -0.281787</w:t>
        <w:br/>
        <w:t>v -7.168858 12.375132 -0.250660</w:t>
        <w:br/>
        <w:t>v -7.168858 12.375132 -0.250660</w:t>
        <w:br/>
        <w:t>v -7.168858 12.375132 -0.250660</w:t>
        <w:br/>
        <w:t>v -6.755051 12.489861 -0.487173</w:t>
        <w:br/>
        <w:t>v -6.759190 12.502491 -0.464122</w:t>
        <w:br/>
        <w:t>v -6.769284 12.500657 -0.439428</w:t>
        <w:br/>
        <w:t>v -6.849920 12.419904 -0.473014</w:t>
        <w:br/>
        <w:t>v -6.849920 12.419904 -0.473014</w:t>
        <w:br/>
        <w:t>v -6.829323 12.419373 -0.498061</w:t>
        <w:br/>
        <w:t>v -6.847567 12.432549 -0.494583</w:t>
        <w:br/>
        <w:t>v -6.849920 12.419904 -0.473014</w:t>
        <w:br/>
        <w:t>v -6.844119 12.433019 -0.442648</w:t>
        <w:br/>
        <w:t>v -6.759190 12.502491 -0.464122</w:t>
        <w:br/>
        <w:t>v -6.171932 12.548495 0.732977</w:t>
        <w:br/>
        <w:t>v -6.217508 12.517766 0.740130</w:t>
        <w:br/>
        <w:t>v -6.171932 12.548495 0.732977</w:t>
        <w:br/>
        <w:t>v -6.142144 12.536807 0.744414</w:t>
        <w:br/>
        <w:t>v -6.119984 12.510641 0.750752</w:t>
        <w:br/>
        <w:t>v -6.119984 12.510641 0.750752</w:t>
        <w:br/>
        <w:t>v -6.142144 12.536807 0.744414</w:t>
        <w:br/>
        <w:t>v -6.223953 12.434050 0.769072</w:t>
        <w:br/>
        <w:t>v -6.218145 12.418940 0.726319</w:t>
        <w:br/>
        <w:t>v -6.218145 12.418940 0.726319</w:t>
        <w:br/>
        <w:t>v -6.223953 12.434050 0.769072</w:t>
        <w:br/>
        <w:t>v -6.178447 12.429867 0.785507</w:t>
        <w:br/>
        <w:t>v -4.952743 13.858322 -0.148449</w:t>
        <w:br/>
        <w:t>v -5.221843 13.655105 -0.124933</w:t>
        <w:br/>
        <w:t>v -5.433210 13.507008 -0.112958</w:t>
        <w:br/>
        <w:t>v -5.543721 13.437402 -0.118445</w:t>
        <w:br/>
        <w:t>v -5.646740 13.374801 -0.133026</w:t>
        <w:br/>
        <w:t>v -5.767290 13.304258 -0.161605</w:t>
        <w:br/>
        <w:t>v -5.909222 13.218799 -0.196642</w:t>
        <w:br/>
        <w:t>v -6.049780 13.130090 -0.227958</w:t>
        <w:br/>
        <w:t>v -5.327134 13.374568 0.199585</w:t>
        <w:br/>
        <w:t>v -5.124416 13.505771 0.188668</w:t>
        <w:br/>
        <w:t>v -4.849977 13.685038 0.208413</w:t>
        <w:br/>
        <w:t>v -6.178447 12.429867 0.785507</w:t>
        <w:br/>
        <w:t>v 5.149511 13.553511 0.188117</w:t>
        <w:br/>
        <w:t>v 4.882406 13.738919 0.208579</w:t>
        <w:br/>
        <w:t>v 4.927551 13.814249 0.165178</w:t>
        <w:br/>
        <w:t>v 5.187008 13.616965 0.151471</w:t>
        <w:br/>
        <w:t>v 5.082248 13.416961 0.107022</w:t>
        <w:br/>
        <w:t>v 4.792392 13.586234 0.111730</w:t>
        <w:br/>
        <w:t>v 4.820311 13.635013 0.186629</w:t>
        <w:br/>
        <w:t>v 5.102934 13.460693 0.170643</w:t>
        <w:br/>
        <w:t>v 5.077198 13.397620 0.020213</w:t>
        <w:br/>
        <w:t>v 4.782712 13.567951 0.015920</w:t>
        <w:br/>
        <w:t>v 4.792392 13.586234 0.111730</w:t>
        <w:br/>
        <w:t>v 5.082248 13.416961 0.107022</w:t>
        <w:br/>
        <w:t>v 4.794095 13.585986 -0.126401</w:t>
        <w:br/>
        <w:t>v 5.091207 13.417709 -0.114762</w:t>
        <w:br/>
        <w:t>v 4.827058 13.638018 -0.214723</w:t>
        <w:br/>
        <w:t>v 5.119710 13.465304 -0.192758</w:t>
        <w:br/>
        <w:t>v 4.906103 13.771148 -0.231115</w:t>
        <w:br/>
        <w:t>v 4.858067 13.687554 -0.241502</w:t>
        <w:br/>
        <w:t>v 5.146005 13.508342 -0.214529</w:t>
        <w:br/>
        <w:t>v 5.185111 13.579634 -0.203027</w:t>
        <w:br/>
        <w:t>v 5.289441 13.289109 0.156131</w:t>
        <w:br/>
        <w:t>v 5.306788 13.331680 0.188587</w:t>
        <w:br/>
        <w:t>v 5.291477 13.259043 -0.074470</w:t>
        <w:br/>
        <w:t>v 5.314092 13.298624 -0.160064</w:t>
        <w:br/>
        <w:t>v 5.336794 13.333076 -0.198307</w:t>
        <w:br/>
        <w:t>v 5.350966 13.417699 0.194412</w:t>
        <w:br/>
        <w:t>v 5.390029 13.474711 0.154941</w:t>
        <w:br/>
        <w:t>v 5.362953 13.375038 -0.213389</w:t>
        <w:br/>
        <w:t>v 5.400032 13.440252 -0.195082</w:t>
        <w:br/>
        <w:t>v 5.279793 13.260046 0.108993</w:t>
        <w:br/>
        <w:t>v 5.289441 13.289109 0.156131</w:t>
        <w:br/>
        <w:t>v 5.278110 13.244658 0.025830</w:t>
        <w:br/>
        <w:t>v 5.223519 13.671206 0.019074</w:t>
        <w:br/>
        <w:t>v 5.430512 13.522387 0.026837</w:t>
        <w:br/>
        <w:t>v 4.962895 13.876459 0.013950</w:t>
        <w:br/>
        <w:t>v 5.489041 13.078050 0.306962</w:t>
        <w:br/>
        <w:t>v 5.547186 12.994694 0.371624</w:t>
        <w:br/>
        <w:t>v 5.584810 12.918833 0.256606</w:t>
        <w:br/>
        <w:t>v 5.505634 13.012427 0.201301</w:t>
        <w:br/>
        <w:t>v 5.665788 12.832688 0.345957</w:t>
        <w:br/>
        <w:t>v 5.626137 12.900520 0.445142</w:t>
        <w:br/>
        <w:t>v 5.558982 13.241233 -0.266502</w:t>
        <w:br/>
        <w:t>v 5.606370 13.313977 -0.233488</w:t>
        <w:br/>
        <w:t>v 5.508157 13.376122 -0.206757</w:t>
        <w:br/>
        <w:t>v 5.467430 13.308778 -0.232906</w:t>
        <w:br/>
        <w:t>v 6.389399 12.774094 0.133474</w:t>
        <w:br/>
        <w:t>v 6.426321 12.886108 0.107784</w:t>
        <w:br/>
        <w:t>v 6.461533 12.862017 0.106150</w:t>
        <w:br/>
        <w:t>v 6.427342 12.771949 0.128252</w:t>
        <w:br/>
        <w:t>v 6.388112 12.691199 0.103206</w:t>
        <w:br/>
        <w:t>v 6.369643 12.666427 0.019767</w:t>
        <w:br/>
        <w:t>v 6.292544 12.675976 0.025692</w:t>
        <w:br/>
        <w:t>v 6.308804 12.692677 0.111293</w:t>
        <w:br/>
        <w:t>v 6.427342 12.771949 0.128252</w:t>
        <w:br/>
        <w:t>v 6.389399 12.774094 0.133474</w:t>
        <w:br/>
        <w:t>v 6.393383 12.791647 0.135433</w:t>
        <w:br/>
        <w:t>v 6.393177 12.895667 0.145188</w:t>
        <w:br/>
        <w:t>v 6.432840 12.907111 -0.048941</w:t>
        <w:br/>
        <w:t>v 6.467723 12.883367 -0.041112</w:t>
        <w:br/>
        <w:t>v 6.477848 12.906176 0.034836</w:t>
        <w:br/>
        <w:t>v 6.443882 12.929776 0.035037</w:t>
        <w:br/>
        <w:t>v 6.376131 12.804851 -0.077265</w:t>
        <w:br/>
        <w:t>v 6.373851 12.915426 -0.092338</w:t>
        <w:br/>
        <w:t>v 6.372449 12.823537 -0.088786</w:t>
        <w:br/>
        <w:t>v 6.291980 12.726781 -0.072102</w:t>
        <w:br/>
        <w:t>v 6.291259 12.700008 -0.051028</w:t>
        <w:br/>
        <w:t>v 6.376131 12.804851 -0.077265</w:t>
        <w:br/>
        <w:t>v 6.178813 12.758512 0.324439</w:t>
        <w:br/>
        <w:t>v 6.273997 12.738309 0.321342</w:t>
        <w:br/>
        <w:t>v 6.266353 12.696938 0.230513</w:t>
        <w:br/>
        <w:t>v 6.188247 12.711908 0.224276</w:t>
        <w:br/>
        <w:t>v 6.341465 12.712514 0.311561</w:t>
        <w:br/>
        <w:t>v 6.338236 12.677725 0.227431</w:t>
        <w:br/>
        <w:t>v 6.390643 12.776974 0.139635</w:t>
        <w:br/>
        <w:t>v 6.415714 12.871047 0.177338</w:t>
        <w:br/>
        <w:t>v 6.390643 12.776974 0.139635</w:t>
        <w:br/>
        <w:t>v 6.393383 12.791647 0.135433</w:t>
        <w:br/>
        <w:t>v 6.312932 12.715937 0.136634</w:t>
        <w:br/>
        <w:t>v 6.221780 12.695808 0.137076</w:t>
        <w:br/>
        <w:t>v 6.298337 12.705807 0.155934</w:t>
        <w:br/>
        <w:t>v 6.320000 12.987070 0.158779</w:t>
        <w:br/>
        <w:t>v 6.294694 12.981925 0.270357</w:t>
        <w:br/>
        <w:t>v 6.204183 13.025644 0.287437</w:t>
        <w:br/>
        <w:t>v 6.408924 12.898820 0.252614</w:t>
        <w:br/>
        <w:t>v 6.360402 12.936460 0.259454</w:t>
        <w:br/>
        <w:t>v 6.377882 12.926971 0.184549</w:t>
        <w:br/>
        <w:t>v 6.494018 12.732140 -0.108052</w:t>
        <w:br/>
        <w:t>v 6.448745 12.656479 -0.116026</w:t>
        <w:br/>
        <w:t>v 6.358326 12.706911 -0.108144</w:t>
        <w:br/>
        <w:t>v 6.414602 12.790033 -0.104388</w:t>
        <w:br/>
        <w:t>v 6.494018 12.732140 -0.108052</w:t>
        <w:br/>
        <w:t>v 6.414602 12.790033 -0.104388</w:t>
        <w:br/>
        <w:t>v 6.434027 12.858084 -0.147533</w:t>
        <w:br/>
        <w:t>v 6.523000 12.789394 -0.150293</w:t>
        <w:br/>
        <w:t>v 6.419919 12.616215 -0.177508</w:t>
        <w:br/>
        <w:t>v 6.321445 12.660704 -0.174153</w:t>
        <w:br/>
        <w:t>v 6.427910 12.876619 -0.220912</w:t>
        <w:br/>
        <w:t>v 6.527203 12.804394 -0.218353</w:t>
        <w:br/>
        <w:t>v 6.376751 12.806232 -0.098710</w:t>
        <w:br/>
        <w:t>v 6.291980 12.726781 -0.072102</w:t>
        <w:br/>
        <w:t>v 6.372449 12.823537 -0.088786</w:t>
        <w:br/>
        <w:t>v 6.263125 12.696334 -0.093906</w:t>
        <w:br/>
        <w:t>v 6.376751 12.806232 -0.098710</w:t>
        <w:br/>
        <w:t>v 6.391252 12.894760 -0.138365</w:t>
        <w:br/>
        <w:t>v 6.181065 13.038279 -0.253631</w:t>
        <w:br/>
        <w:t>v 6.286260 12.986567 -0.225140</w:t>
        <w:br/>
        <w:t>v 6.315000 12.994765 -0.102424</w:t>
        <w:br/>
        <w:t>v 6.462861 12.702642 -0.289386</w:t>
        <w:br/>
        <w:t>v 6.354531 12.756950 -0.278032</w:t>
        <w:br/>
        <w:t>v 6.327655 12.682173 -0.249530</w:t>
        <w:br/>
        <w:t>v 6.430112 12.638826 -0.247939</w:t>
        <w:br/>
        <w:t>v 6.400876 12.836987 -0.279620</w:t>
        <w:br/>
        <w:t>v 6.354531 12.756950 -0.278032</w:t>
        <w:br/>
        <w:t>v 6.462861 12.702642 -0.289386</w:t>
        <w:br/>
        <w:t>v 6.502853 12.768784 -0.275237</w:t>
        <w:br/>
        <w:t>v 6.284729 12.878226 -0.293448</w:t>
        <w:br/>
        <w:t>v 6.279150 12.786255 -0.283261</w:t>
        <w:br/>
        <w:t>v 6.282086 12.768800 -0.272439</w:t>
        <w:br/>
        <w:t>v 6.329916 12.871330 -0.266823</w:t>
        <w:br/>
        <w:t>v 6.200260 12.713363 -0.273546</w:t>
        <w:br/>
        <w:t>v 6.215366 12.692583 -0.246575</w:t>
        <w:br/>
        <w:t>v 6.282086 12.768800 -0.272439</w:t>
        <w:br/>
        <w:t>v 6.411794 12.685044 -0.314615</w:t>
        <w:br/>
        <w:t>v 6.304513 12.755981 -0.297544</w:t>
        <w:br/>
        <w:t>v 6.322286 12.815133 -0.334310</w:t>
        <w:br/>
        <w:t>v 6.430396 12.734298 -0.351994</w:t>
        <w:br/>
        <w:t>v 6.411794 12.685044 -0.314615</w:t>
        <w:br/>
        <w:t>v 6.374579 12.629792 -0.321337</w:t>
        <w:br/>
        <w:t>v 6.255505 12.695480 -0.301943</w:t>
        <w:br/>
        <w:t>v 6.304513 12.755981 -0.297544</w:t>
        <w:br/>
        <w:t>v 6.346531 12.602428 -0.372981</w:t>
        <w:br/>
        <w:t>v 6.220483 12.671197 -0.358827</w:t>
        <w:br/>
        <w:t>v 6.312558 12.832880 -0.398496</w:t>
        <w:br/>
        <w:t>v 6.425552 12.748270 -0.416127</w:t>
        <w:br/>
        <w:t>v 6.274484 12.776449 -0.288453</w:t>
        <w:br/>
        <w:t>v 6.200260 12.713363 -0.273546</w:t>
        <w:br/>
        <w:t>v 6.279150 12.786255 -0.283261</w:t>
        <w:br/>
        <w:t>v 6.284188 12.858391 -0.320681</w:t>
        <w:br/>
        <w:t>v 6.274484 12.776449 -0.288453</w:t>
        <w:br/>
        <w:t>v 6.175823 12.713455 -0.286261</w:t>
        <w:br/>
        <w:t>v 6.124876 12.705853 -0.250969</w:t>
        <w:br/>
        <w:t>v 6.222398 12.906931 -0.390608</w:t>
        <w:br/>
        <w:t>v 6.245121 12.900676 -0.330557</w:t>
        <w:br/>
        <w:t>v 6.229251 12.950089 -0.311126</w:t>
        <w:br/>
        <w:t>v 6.185751 12.944039 -0.388704</w:t>
        <w:br/>
        <w:t>v 6.286077 12.804579 -0.452763</w:t>
        <w:br/>
        <w:t>v 6.251204 12.749416 -0.469694</w:t>
        <w:br/>
        <w:t>v 6.370201 12.667037 -0.478748</w:t>
        <w:br/>
        <w:t>v 6.401369 12.721031 -0.465851</w:t>
        <w:br/>
        <w:t>v 6.345257 12.618037 -0.438352</w:t>
        <w:br/>
        <w:t>v 6.220704 12.695282 -0.427710</w:t>
        <w:br/>
        <w:t>v 6.129518 12.753958 -0.425347</w:t>
        <w:br/>
        <w:t>v 6.134428 12.714747 -0.347193</w:t>
        <w:br/>
        <w:t>v 6.058015 12.781984 -0.401733</w:t>
        <w:br/>
        <w:t>v 5.961226 12.825531 -0.356079</w:t>
        <w:br/>
        <w:t>v 6.004900 12.757669 -0.203577</w:t>
        <w:br/>
        <w:t>v 6.076167 12.732343 -0.320881</w:t>
        <w:br/>
        <w:t>v 5.774602 12.729783 0.442900</w:t>
        <w:br/>
        <w:t>v 5.727752 12.771210 0.405909</w:t>
        <w:br/>
        <w:t>v 5.691458 12.824410 0.491591</w:t>
        <w:br/>
        <w:t>v 5.740659 12.768491 0.516794</w:t>
        <w:br/>
        <w:t>v 5.848529 12.729823 0.379591</w:t>
        <w:br/>
        <w:t>v 5.815682 12.753208 0.342763</w:t>
        <w:br/>
        <w:t>v 5.778774 12.829964 0.558169</w:t>
        <w:br/>
        <w:t>v 5.735782 12.891290 0.532064</w:t>
        <w:br/>
        <w:t>v 5.819366 12.946880 0.533517</w:t>
        <w:br/>
        <w:t>v 5.851438 12.884124 0.559673</w:t>
        <w:br/>
        <w:t>v 5.981442 12.837707 0.465711</w:t>
        <w:br/>
        <w:t>v 5.983801 12.849829 0.422958</w:t>
        <w:br/>
        <w:t>v 5.934326 12.781599 0.360626</w:t>
        <w:br/>
        <w:t>v 5.959554 12.754003 0.433343</w:t>
        <w:br/>
        <w:t>v 5.962525 12.932049 0.459936</w:t>
        <w:br/>
        <w:t>v 5.981442 12.837707 0.465711</w:t>
        <w:br/>
        <w:t>v 5.918655 12.898815 0.513901</w:t>
        <w:br/>
        <w:t>v 5.981442 12.837707 0.465711</w:t>
        <w:br/>
        <w:t>v 5.983801 12.849829 0.422958</w:t>
        <w:br/>
        <w:t>v 5.893509 12.958603 0.498192</w:t>
        <w:br/>
        <w:t>v 6.084334 12.742418 0.165231</w:t>
        <w:br/>
        <w:t>v 6.193424 12.696594 0.040310</w:t>
        <w:br/>
        <w:t>v 6.059880 12.741352 -0.011963</w:t>
        <w:br/>
        <w:t>v 6.035449 12.928625 0.420566</w:t>
        <w:br/>
        <w:t>v 6.062721 13.007771 0.381019</w:t>
        <w:br/>
        <w:t>v 6.150218 12.974473 0.362117</w:t>
        <w:br/>
        <w:t>v 6.110873 12.905473 0.397329</w:t>
        <w:br/>
        <w:t>v 6.085445 12.851084 0.389525</w:t>
        <w:br/>
        <w:t>v 6.015785 12.855992 0.407062</w:t>
        <w:br/>
        <w:t>v 5.985117 12.797401 0.342488</w:t>
        <w:br/>
        <w:t>v 6.015785 12.855992 0.407062</w:t>
        <w:br/>
        <w:t>v 6.085445 12.851084 0.389525</w:t>
        <w:br/>
        <w:t>v 6.066995 12.785491 0.323811</w:t>
        <w:br/>
        <w:t>v 6.148802 12.700479 -0.150143</w:t>
        <w:br/>
        <w:t>v 5.576611 13.001719 -0.091769</w:t>
        <w:br/>
        <w:t>v 5.553584 12.986647 0.066679</w:t>
        <w:br/>
        <w:t>v 5.686718 12.876579 0.113653</w:t>
        <w:br/>
        <w:t>v 5.696145 12.916402 -0.103958</w:t>
        <w:br/>
        <w:t>v 5.717243 12.975593 -0.274419</w:t>
        <w:br/>
        <w:t>v 5.603796 13.060688 -0.241161</w:t>
        <w:br/>
        <w:t>v 5.743763 13.020411 -0.327731</w:t>
        <w:br/>
        <w:t>v 5.629328 13.107064 -0.290340</w:t>
        <w:br/>
        <w:t>v 5.857213 12.939731 -0.361766</w:t>
        <w:br/>
        <w:t>v 5.834882 12.896851 -0.307852</w:t>
        <w:br/>
        <w:t>v 5.967095 13.066906 -0.351319</w:t>
        <w:br/>
        <w:t>v 5.843750 13.153449 -0.314065</w:t>
        <w:br/>
        <w:t>v 5.781621 13.075128 -0.346484</w:t>
        <w:br/>
        <w:t>v 5.894669 12.991408 -0.384552</w:t>
        <w:br/>
        <w:t>v 5.832522 12.843629 -0.138406</w:t>
        <w:br/>
        <w:t>v 5.771168 12.795378 0.256255</w:t>
        <w:br/>
        <w:t>v 5.918650 12.782086 0.219778</w:t>
        <w:br/>
        <w:t>v 5.677500 12.975700 0.484325</w:t>
        <w:br/>
        <w:t>v 5.773083 13.035630 0.483148</w:t>
        <w:br/>
        <w:t>v 5.825944 13.151947 0.361691</w:t>
        <w:br/>
        <w:t>v 5.969396 13.117640 0.327782</w:t>
        <w:br/>
        <w:t>v 5.970965 13.033025 0.409028</w:t>
        <w:br/>
        <w:t>v 5.868068 13.046533 0.447272</w:t>
        <w:br/>
        <w:t>v 6.217717 12.699056 -0.051321</w:t>
        <w:br/>
        <w:t>v 6.386482 12.942963 0.105624</w:t>
        <w:br/>
        <w:t>v 6.358102 12.941514 -0.143483</w:t>
        <w:br/>
        <w:t>v 6.317503 12.917096 -0.289997</w:t>
        <w:br/>
        <w:t>v 5.983801 12.849829 0.422958</w:t>
        <w:br/>
        <w:t>v 6.197118 12.849579 0.379760</w:t>
        <w:br/>
        <w:t>v 6.197118 12.849579 0.379760</w:t>
        <w:br/>
        <w:t>v 5.615386 13.348565 0.184522</w:t>
        <w:br/>
        <w:t>v 5.768361 13.276248 0.194393</w:t>
        <w:br/>
        <w:t>v 5.656819 13.233269 0.313902</w:t>
        <w:br/>
        <w:t>v 5.463303 13.344604 0.228033</w:t>
        <w:br/>
        <w:t>v 5.515251 13.404644 0.171751</w:t>
        <w:br/>
        <w:t>v 5.713832 13.142899 0.402252</w:t>
        <w:br/>
        <w:t>v 5.606861 13.077762 0.409479</w:t>
        <w:br/>
        <w:t>v 6.344067 12.788505 0.350495</w:t>
        <w:br/>
        <w:t>v 6.293379 12.819226 0.361244</w:t>
        <w:br/>
        <w:t>v 6.331427 12.898834 0.328947</w:t>
        <w:br/>
        <w:t>v 6.384077 12.866499 0.318691</w:t>
        <w:br/>
        <w:t>v 6.250191 12.945818 0.342010</w:t>
        <w:br/>
        <w:t>v 6.185897 12.879235 -0.444504</w:t>
        <w:br/>
        <w:t>v 6.142989 12.823977 -0.462912</w:t>
        <w:br/>
        <w:t>v 6.186111 12.793142 -0.465810</w:t>
        <w:br/>
        <w:t>v 6.225821 12.845714 -0.447793</w:t>
        <w:br/>
        <w:t>v 5.971098 12.868819 -0.400401</w:t>
        <w:br/>
        <w:t>v 6.084866 12.859808 -0.451672</w:t>
        <w:br/>
        <w:t>v 6.344067 12.788505 0.350495</w:t>
        <w:br/>
        <w:t>v 5.977340 12.552835 0.640895</w:t>
        <w:br/>
        <w:t>v 6.003373 12.536907 0.579026</w:t>
        <w:br/>
        <w:t>v 5.941565 12.593101 0.534269</w:t>
        <w:br/>
        <w:t>v 5.911203 12.608953 0.597428</w:t>
        <w:br/>
        <w:t>v 6.048800 12.495593 0.607762</w:t>
        <w:br/>
        <w:t>v 6.023555 12.507925 0.663455</w:t>
        <w:br/>
        <w:t>v 6.078833 12.460906 0.701912</w:t>
        <w:br/>
        <w:t>v 6.107208 12.445460 0.654850</w:t>
        <w:br/>
        <w:t>v 5.977340 12.552835 0.640895</w:t>
        <w:br/>
        <w:t>v 5.994510 12.608186 0.669230</w:t>
        <w:br/>
        <w:t>v 6.006704 12.595775 0.676671</w:t>
        <w:br/>
        <w:t>v 5.995819 12.612354 0.488898</w:t>
        <w:br/>
        <w:t>v 6.051553 12.558426 0.534520</w:t>
        <w:br/>
        <w:t>v 6.095185 12.512829 0.568542</w:t>
        <w:br/>
        <w:t>v 6.151571 12.459991 0.620690</w:t>
        <w:br/>
        <w:t>v 6.218147 12.418943 0.726319</w:t>
        <w:br/>
        <w:t>v 6.196115 12.427832 0.675832</w:t>
        <w:br/>
        <w:t>v 6.158184 12.413559 0.701411</w:t>
        <w:br/>
        <w:t>v 6.180897 12.407989 0.740794</w:t>
        <w:br/>
        <w:t>v 6.226804 12.439847 0.799022</w:t>
        <w:br/>
        <w:t>v 6.223955 12.434052 0.769072</w:t>
        <w:br/>
        <w:t>v 6.200309 12.429883 0.797406</w:t>
        <w:br/>
        <w:t>v 5.893845 12.818351 0.587231</w:t>
        <w:br/>
        <w:t>v 5.984052 12.707918 0.640156</w:t>
        <w:br/>
        <w:t>v 5.934288 12.657256 0.635383</w:t>
        <w:br/>
        <w:t>v 5.833419 12.764167 0.585252</w:t>
        <w:br/>
        <w:t>v 5.740659 12.768491 0.516794</w:t>
        <w:br/>
        <w:t>v 5.691458 12.824410 0.491591</w:t>
        <w:br/>
        <w:t>v 6.200309 12.429883 0.797406</w:t>
        <w:br/>
        <w:t>v 6.139336 12.459661 0.767426</w:t>
        <w:br/>
        <w:t>v 6.180547 12.495454 0.773113</w:t>
        <w:br/>
        <w:t>v 6.044168 12.663405 0.498117</w:t>
        <w:br/>
        <w:t>v 6.064765 12.713843 0.542123</w:t>
        <w:br/>
        <w:t>v 6.116921 12.652797 0.592806</w:t>
        <w:br/>
        <w:t>v 6.098121 12.606894 0.545092</w:t>
        <w:br/>
        <w:t>v 6.116921 12.652797 0.592806</w:t>
        <w:br/>
        <w:t>v 6.104497 12.644781 0.653922</w:t>
        <w:br/>
        <w:t>v 6.091029 12.658539 0.645930</w:t>
        <w:br/>
        <w:t>v 6.226624 12.465809 0.676433</w:t>
        <w:br/>
        <w:t>v 6.243608 12.455040 0.718309</w:t>
        <w:br/>
        <w:t>v 5.950353 12.837000 0.542361</w:t>
        <w:br/>
        <w:t>v 6.034171 12.729640 0.601386</w:t>
        <w:br/>
        <w:t>v 6.226804 12.439847 0.799022</w:t>
        <w:br/>
        <w:t>v 6.242290 12.454013 0.779637</w:t>
        <w:br/>
        <w:t>v 6.188666 12.505332 0.626715</w:t>
        <w:br/>
        <w:t>v 6.137707 12.558526 0.578049</w:t>
        <w:br/>
        <w:t>v 6.064765 12.713843 0.542123</w:t>
        <w:br/>
        <w:t>v 5.900723 12.696241 0.418424</w:t>
        <w:br/>
        <w:t>v 5.836959 12.682196 0.471336</w:t>
        <w:br/>
        <w:t>v 5.911203 12.608953 0.597428</w:t>
        <w:br/>
        <w:t>v 5.803053 12.708486 0.545129</w:t>
        <w:br/>
        <w:t>v 6.132273 12.423178 0.737199</w:t>
        <w:br/>
        <w:t>v 6.201622 12.551280 0.660712</w:t>
        <w:br/>
        <w:t>v 6.156400 12.602476 0.619500</w:t>
        <w:br/>
        <w:t>v 6.062429 12.621466 0.689235</w:t>
        <w:br/>
        <w:t>v 6.048388 12.636205 0.679827</w:t>
        <w:br/>
        <w:t>v 6.015808 12.586139 0.682395</w:t>
        <w:br/>
        <w:t>v 6.238041 12.503736 0.698968</w:t>
        <w:br/>
        <w:t>v 6.238041 12.503736 0.698968</w:t>
        <w:br/>
        <w:t>v 6.217510 12.517769 0.740130</w:t>
        <w:br/>
        <w:t>v 6.175185 12.566809 0.707849</w:t>
        <w:br/>
        <w:t>v 6.201622 12.551280 0.660712</w:t>
        <w:br/>
        <w:t>v 6.246260 12.472511 0.755735</w:t>
        <w:br/>
        <w:t>v 6.223955 12.434052 0.769072</w:t>
        <w:br/>
        <w:t>v 6.242290 12.454013 0.779637</w:t>
        <w:br/>
        <w:t>v 6.091284 12.507423 0.734694</w:t>
        <w:br/>
        <w:t>v 6.139336 12.459661 0.767426</w:t>
        <w:br/>
        <w:t>v 6.132273 12.423178 0.737199</w:t>
        <w:br/>
        <w:t>v 6.078833 12.460906 0.701912</w:t>
        <w:br/>
        <w:t>v 6.246260 12.472511 0.755735</w:t>
        <w:br/>
        <w:t>v 6.243608 12.455040 0.718309</w:t>
        <w:br/>
        <w:t>v 6.178449 12.429871 0.785507</w:t>
        <w:br/>
        <w:t>v 6.180897 12.407989 0.740794</w:t>
        <w:br/>
        <w:t>v 6.423061 12.841686 0.316478</w:t>
        <w:br/>
        <w:t>v 6.387130 12.773627 0.345139</w:t>
        <w:br/>
        <w:t>v 6.387130 12.773627 0.345139</w:t>
        <w:br/>
        <w:t>v 6.605147 12.719835 0.320551</w:t>
        <w:br/>
        <w:t>v 6.661034 12.682951 0.323222</w:t>
        <w:br/>
        <w:t>v 6.643574 12.627575 0.346692</w:t>
        <w:br/>
        <w:t>v 6.566184 12.663161 0.342748</w:t>
        <w:br/>
        <w:t>v 6.461181 12.727192 0.340688</w:t>
        <w:br/>
        <w:t>v 6.566184 12.663161 0.342748</w:t>
        <w:br/>
        <w:t>v 6.532503 12.604269 0.305734</w:t>
        <w:br/>
        <w:t>v 6.426144 12.661728 0.302760</w:t>
        <w:br/>
        <w:t>v 6.788288 12.528680 0.352583</w:t>
        <w:br/>
        <w:t>v 6.760327 12.483794 0.319804</w:t>
        <w:br/>
        <w:t>v 6.664014 12.535916 0.314290</w:t>
        <w:br/>
        <w:t>v 6.698874 12.583287 0.348772</w:t>
        <w:br/>
        <w:t>v 6.863638 12.493545 0.357328</w:t>
        <w:br/>
        <w:t>v 6.839186 12.444659 0.324905</w:t>
        <w:br/>
        <w:t>v 6.821905 12.575750 0.333785</w:t>
        <w:br/>
        <w:t>v 6.788288 12.528680 0.352583</w:t>
        <w:br/>
        <w:t>v 6.698874 12.583287 0.348772</w:t>
        <w:br/>
        <w:t>v 6.741671 12.628150 0.329492</w:t>
        <w:br/>
        <w:t>v 6.420958 12.635203 0.227241</w:t>
        <w:br/>
        <w:t>v 6.526927 12.582526 0.234272</w:t>
        <w:br/>
        <w:t>v 6.755184 12.468922 0.257334</w:t>
        <w:br/>
        <w:t>v 6.657944 12.519132 0.247149</w:t>
        <w:br/>
        <w:t>v 6.836043 12.430544 0.266006</w:t>
        <w:br/>
        <w:t>v 7.024578 12.374195 0.290029</w:t>
        <w:br/>
        <w:t>v 7.020879 12.382006 0.334213</w:t>
        <w:br/>
        <w:t>v 7.071731 12.390165 0.340779</w:t>
        <w:br/>
        <w:t>v 7.078951 12.380476 0.301230</w:t>
        <w:br/>
        <w:t>v 7.102915 12.398048 0.306932</w:t>
        <w:br/>
        <w:t>v 7.071731 12.390165 0.340779</w:t>
        <w:br/>
        <w:t>v 7.095164 12.415809 0.343061</w:t>
        <w:br/>
        <w:t>v 6.844110 12.598671 0.283669</w:t>
        <w:br/>
        <w:t>v 6.766572 12.650980 0.276659</w:t>
        <w:br/>
        <w:t>v 6.446768 12.873032 0.253467</w:t>
        <w:br/>
        <w:t>v 6.914665 12.520040 0.339466</w:t>
        <w:br/>
        <w:t>v 6.935612 12.539092 0.293675</w:t>
        <w:br/>
        <w:t>v 7.001048 12.499648 0.299434</w:t>
        <w:br/>
        <w:t>v 6.988186 12.478230 0.344925</w:t>
        <w:br/>
        <w:t>v 6.447539 12.844441 0.181559</w:t>
        <w:br/>
        <w:t>v 6.422807 12.773139 0.141262</w:t>
        <w:br/>
        <w:t>v 6.590478 12.682146 0.161277</w:t>
        <w:br/>
        <w:t>v 6.664997 12.647726 0.173315</w:t>
        <w:br/>
        <w:t>v 6.677149 12.697613 0.208161</w:t>
        <w:br/>
        <w:t>v 6.622085 12.733393 0.200439</w:t>
        <w:br/>
        <w:t>v 6.553415 12.616387 0.173303</w:t>
        <w:br/>
        <w:t>v 6.621861 12.581657 0.182845</w:t>
        <w:br/>
        <w:t>v 6.664997 12.647726 0.173315</w:t>
        <w:br/>
        <w:t>v 6.590478 12.682146 0.161277</w:t>
        <w:br/>
        <w:t>v 6.450166 12.666677 0.160463</w:t>
        <w:br/>
        <w:t>v 6.492176 12.735837 0.147509</w:t>
        <w:br/>
        <w:t>v 6.492176 12.735837 0.147509</w:t>
        <w:br/>
        <w:t>v 6.521579 12.796646 0.189179</w:t>
        <w:br/>
        <w:t>v 6.683520 12.549484 0.191794</w:t>
        <w:br/>
        <w:t>v 6.777836 12.496935 0.205410</w:t>
        <w:br/>
        <w:t>v 6.812696 12.548198 0.193480</w:t>
        <w:br/>
        <w:t>v 6.722496 12.602529 0.180662</w:t>
        <w:br/>
        <w:t>v 6.722496 12.602529 0.180662</w:t>
        <w:br/>
        <w:t>v 6.812696 12.548198 0.193480</w:t>
        <w:br/>
        <w:t>v 6.839992 12.588537 0.227321</w:t>
        <w:br/>
        <w:t>v 6.759055 12.640821 0.217094</w:t>
        <w:br/>
        <w:t>v 6.370482 12.702596 0.155791</w:t>
        <w:br/>
        <w:t>v 6.596323 12.549237 0.240491</w:t>
        <w:br/>
        <w:t>v 6.857163 12.458473 0.216499</w:t>
        <w:br/>
        <w:t>v 7.084723 12.401552 0.265972</w:t>
        <w:br/>
        <w:t>v 7.035917 12.396246 0.251248</w:t>
        <w:br/>
        <w:t>v 6.932559 12.531445 0.243402</w:t>
        <w:br/>
        <w:t>v 7.003734 12.489793 0.253907</w:t>
        <w:br/>
        <w:t>v 6.962626 12.439054 0.359467</w:t>
        <w:br/>
        <w:t>v 6.944685 12.401683 0.331167</w:t>
        <w:br/>
        <w:t>v 6.943573 12.389985 0.278512</w:t>
        <w:br/>
        <w:t>v 6.960502 12.416035 0.233735</w:t>
        <w:br/>
        <w:t>v 7.031496 12.410882 0.357463</w:t>
        <w:br/>
        <w:t>v 7.053255 12.429654 0.244847</w:t>
        <w:br/>
        <w:t>v 6.984591 12.458955 0.225800</w:t>
        <w:br/>
        <w:t>v 6.889171 12.513769 0.206852</w:t>
        <w:br/>
        <w:t>v 6.643574 12.627575 0.346692</w:t>
        <w:br/>
        <w:t>v 6.601713 12.568850 0.309255</w:t>
        <w:br/>
        <w:t>v 6.910788 12.545904 0.240545</w:t>
        <w:br/>
        <w:t>v 6.889171 12.513769 0.206852</w:t>
        <w:br/>
        <w:t>v 6.873430 12.544704 0.336593</w:t>
        <w:br/>
        <w:t>v 6.863638 12.493545 0.357328</w:t>
        <w:br/>
        <w:t>v 6.893137 12.566303 0.288965</w:t>
        <w:br/>
        <w:t>v 6.891759 12.556784 0.236161</w:t>
        <w:br/>
        <w:t>v 6.962626 12.439054 0.359467</w:t>
        <w:br/>
        <w:t>v 7.031496 12.410882 0.357463</w:t>
        <w:br/>
        <w:t>v 7.066642 12.456244 0.267098</w:t>
        <w:br/>
        <w:t>v 6.984591 12.458955 0.225800</w:t>
        <w:br/>
        <w:t>v 7.053255 12.429654 0.244847</w:t>
        <w:br/>
        <w:t>v 7.099189 12.444464 0.312363</w:t>
        <w:br/>
        <w:t>v 7.095164 12.415809 0.343061</w:t>
        <w:br/>
        <w:t>v 7.052309 12.445177 0.346846</w:t>
        <w:br/>
        <w:t>v 7.060109 12.466884 0.307515</w:t>
        <w:br/>
        <w:t>v 7.066642 12.456244 0.267098</w:t>
        <w:br/>
        <w:t>v 7.118224 12.418677 0.290416</w:t>
        <w:br/>
        <w:t>v 7.102915 12.398048 0.306932</w:t>
        <w:br/>
        <w:t>v 7.121999 12.414454 0.313280</w:t>
        <w:br/>
        <w:t>v 7.052309 12.445177 0.346846</w:t>
        <w:br/>
        <w:t>v 7.106188 12.426905 0.277033</w:t>
        <w:br/>
        <w:t>v 7.084723 12.401552 0.265972</w:t>
        <w:br/>
        <w:t>v 6.652851 12.754245 0.092608</w:t>
        <w:br/>
        <w:t>v 6.713300 12.721482 0.090041</w:t>
        <w:br/>
        <w:t>v 6.699774 12.659353 0.114518</w:t>
        <w:br/>
        <w:t>v 6.618000 12.689324 0.116910</w:t>
        <w:br/>
        <w:t>v 6.471624 12.665663 0.093986</w:t>
        <w:br/>
        <w:t>v 6.508022 12.738812 0.123649</w:t>
        <w:br/>
        <w:t>v 6.618000 12.689324 0.116910</w:t>
        <w:br/>
        <w:t>v 6.585668 12.623379 0.087109</w:t>
        <w:br/>
        <w:t>v 6.866390 12.546947 0.107152</w:t>
        <w:br/>
        <w:t>v 6.956381 12.504716 0.103507</w:t>
        <w:br/>
        <w:t>v 6.934203 12.451954 0.073318</w:t>
        <w:br/>
        <w:t>v 6.838951 12.495701 0.076625</w:t>
        <w:br/>
        <w:t>v 6.956381 12.504716 0.103507</w:t>
        <w:br/>
        <w:t>v 7.010696 12.533600 0.080057</w:t>
        <w:br/>
        <w:t>v 7.110358 12.481859 0.077139</w:t>
        <w:br/>
        <w:t>v 7.084657 12.441133 0.094325</w:t>
        <w:br/>
        <w:t>v 6.898928 12.598019 0.084342</w:t>
        <w:br/>
        <w:t>v 6.961660 12.561005 0.081861</w:t>
        <w:br/>
        <w:t>v 6.866390 12.546947 0.107152</w:t>
        <w:br/>
        <w:t>v 6.574070 12.599243 0.013716</w:t>
        <w:br/>
        <w:t>v 6.457467 12.640331 0.016284</w:t>
        <w:br/>
        <w:t>v 6.829232 12.476905 0.009571</w:t>
        <w:br/>
        <w:t>v 6.924892 12.435799 0.010711</w:t>
        <w:br/>
        <w:t>v 7.159125 12.366482 0.018740</w:t>
        <w:br/>
        <w:t>v 7.160444 12.377625 0.065214</w:t>
        <w:br/>
        <w:t>v 7.211201 12.387354 0.063911</w:t>
        <w:br/>
        <w:t>v 7.218029 12.376822 0.023312</w:t>
        <w:br/>
        <w:t>v 7.250630 12.408553 0.026406</w:t>
        <w:br/>
        <w:t>v 7.246195 12.429681 0.049668</w:t>
        <w:br/>
        <w:t>v 7.255575 12.432360 0.027960</w:t>
        <w:br/>
        <w:t>v 7.026666 12.554085 0.031129</w:t>
        <w:br/>
        <w:t>v 7.114133 12.503777 0.030452</w:t>
        <w:br/>
        <w:t>v 6.977020 12.583981 0.031492</w:t>
        <w:br/>
        <w:t>v 6.916606 12.622035 0.031279</w:t>
        <w:br/>
        <w:t>v 6.543290 12.813213 0.098471</w:t>
        <w:br/>
        <w:t>v 6.562250 12.851085 0.033308</w:t>
        <w:br/>
        <w:t>v 6.672548 12.785097 0.031291</w:t>
        <w:br/>
        <w:t>v 6.660974 12.766735 -0.034811</w:t>
        <w:br/>
        <w:t>v 6.628796 12.706801 -0.071364</w:t>
        <w:br/>
        <w:t>v 6.706879 12.673555 -0.068658</w:t>
        <w:br/>
        <w:t>v 6.720386 12.731387 -0.033822</w:t>
        <w:br/>
        <w:t>v 6.593171 12.636690 -0.054202</w:t>
        <w:br/>
        <w:t>v 6.662785 12.602824 -0.052461</w:t>
        <w:br/>
        <w:t>v 6.706879 12.673555 -0.068658</w:t>
        <w:br/>
        <w:t>v 6.628796 12.706801 -0.071364</w:t>
        <w:br/>
        <w:t>v 6.518430 12.763198 -0.074934</w:t>
        <w:br/>
        <w:t>v 6.478070 12.681952 -0.055430</w:t>
        <w:br/>
        <w:t>v 6.551902 12.831319 -0.037329</w:t>
        <w:br/>
        <w:t>v 6.518430 12.763198 -0.074934</w:t>
        <w:br/>
        <w:t>v 7.112024 12.488307 -0.019679</w:t>
        <w:br/>
        <w:t>v 7.016607 12.543330 -0.022923</w:t>
        <w:br/>
        <w:t>v 6.966637 12.520194 -0.056143</w:t>
        <w:br/>
        <w:t>v 7.085949 12.451128 -0.045646</w:t>
        <w:br/>
        <w:t>v 7.064018 12.411157 -0.032068</w:t>
        <w:br/>
        <w:t>v 7.085949 12.451128 -0.045646</w:t>
        <w:br/>
        <w:t>v 6.966637 12.520194 -0.056143</w:t>
        <w:br/>
        <w:t>v 6.938219 12.462715 -0.042414</w:t>
        <w:br/>
        <w:t>v 6.845733 12.506578 -0.047450</w:t>
        <w:br/>
        <w:t>v 6.877721 12.562418 -0.061580</w:t>
        <w:br/>
        <w:t>v 6.906783 12.608593 -0.027220</w:t>
        <w:br/>
        <w:t>v 6.877721 12.562418 -0.061580</w:t>
        <w:br/>
        <w:t>v 6.969462 12.571563 -0.024514</w:t>
        <w:br/>
        <w:t>v 6.645351 12.568996 0.011750</w:t>
        <w:br/>
        <w:t>v 7.213488 12.394319 -0.014643</w:t>
        <w:br/>
        <w:t>v 7.161215 12.383788 -0.022059</w:t>
        <w:br/>
        <w:t>v 6.769794 12.625225 -0.066666</w:t>
        <w:br/>
        <w:t>v 6.810963 12.670156 -0.031754</w:t>
        <w:br/>
        <w:t>v 6.761765 12.703498 -0.033308</w:t>
        <w:br/>
        <w:t>v 6.730317 12.566918 -0.050519</w:t>
        <w:br/>
        <w:t>v 6.769794 12.625225 -0.066666</w:t>
        <w:br/>
        <w:t>v 6.824652 12.684729 0.030628</w:t>
        <w:br/>
        <w:t>v 6.777029 12.717887 0.030690</w:t>
        <w:br/>
        <w:t>v 6.657466 12.592134 0.083677</w:t>
        <w:br/>
        <w:t>v 6.724365 12.556518 0.080796</w:t>
        <w:br/>
        <w:t>v 6.712107 12.535481 0.011036</w:t>
        <w:br/>
        <w:t>v 7.063639 12.404130 0.069397</w:t>
        <w:br/>
        <w:t>v 7.055145 12.389952 0.015270</w:t>
        <w:br/>
        <w:t>v 7.084657 12.441133 0.094325</w:t>
        <w:br/>
        <w:t>v 7.170759 12.406820 0.083703</w:t>
        <w:br/>
        <w:t>v 7.171926 12.415742 -0.033245</w:t>
        <w:br/>
        <w:t>v 6.699774 12.659353 0.114518</w:t>
        <w:br/>
        <w:t>v 6.730673 12.749843 0.030552</w:t>
        <w:br/>
        <w:t>v 7.139301 12.489512 0.030365</w:t>
        <w:br/>
        <w:t>v 7.141551 12.480454 0.060078</w:t>
        <w:br/>
        <w:t>v 7.142556 12.484225 -0.000150</w:t>
        <w:br/>
        <w:t>v 7.182349 12.446824 0.071865</w:t>
        <w:br/>
        <w:t>v 7.230538 12.420790 0.063097</w:t>
        <w:br/>
        <w:t>v 7.170759 12.406820 0.083703</w:t>
        <w:br/>
        <w:t>v 7.171926 12.415742 -0.033245</w:t>
        <w:br/>
        <w:t>v 7.184652 12.452955 -0.014956</w:t>
        <w:br/>
        <w:t>v 7.246195 12.429681 0.049668</w:t>
        <w:br/>
        <w:t>v 7.182349 12.446824 0.071865</w:t>
        <w:br/>
        <w:t>v 7.197138 12.463504 0.030402</w:t>
        <w:br/>
        <w:t>v 7.246732 12.434008 0.006552</w:t>
        <w:br/>
        <w:t>v 7.255575 12.432360 0.027960</w:t>
        <w:br/>
        <w:t>v 6.761245 12.610610 0.111173</w:t>
        <w:br/>
        <w:t>v 7.246732 12.434008 0.006552</w:t>
        <w:br/>
        <w:t>v 7.250630 12.408553 0.026406</w:t>
        <w:br/>
        <w:t>v 7.233090 12.427136 -0.008718</w:t>
        <w:br/>
        <w:t>v 7.213488 12.394319 -0.014643</w:t>
        <w:br/>
        <w:t>v 6.612372 12.731966 -0.154534</w:t>
        <w:br/>
        <w:t>v 6.670147 12.697348 -0.160437</w:t>
        <w:br/>
        <w:t>v 6.667233 12.641972 -0.123544</w:t>
        <w:br/>
        <w:t>v 6.585783 12.677902 -0.114589</w:t>
        <w:br/>
        <w:t>v 6.585783 12.677902 -0.114589</w:t>
        <w:br/>
        <w:t>v 6.546196 12.608500 -0.124733</w:t>
        <w:br/>
        <w:t>v 6.667233 12.641972 -0.123544</w:t>
        <w:br/>
        <w:t>v 6.743555 12.583980 -0.128323</w:t>
        <w:br/>
        <w:t>v 6.706290 12.526404 -0.140812</w:t>
        <w:br/>
        <w:t>v 6.623712 12.571589 -0.133401</w:t>
        <w:br/>
        <w:t>v 6.934810 12.481296 -0.148828</w:t>
        <w:br/>
        <w:t>v 6.906911 12.424372 -0.160070</w:t>
        <w:br/>
        <w:t>v 6.824228 12.464557 -0.151539</w:t>
        <w:br/>
        <w:t>v 6.852949 12.518764 -0.138186</w:t>
        <w:br/>
        <w:t>v 6.877301 12.562200 -0.175883</w:t>
        <w:br/>
        <w:t>v 6.936308 12.526568 -0.182808</w:t>
        <w:br/>
        <w:t>v 6.934810 12.481296 -0.148828</w:t>
        <w:br/>
        <w:t>v 6.852949 12.518764 -0.138186</w:t>
        <w:br/>
        <w:t>v 6.776658 12.627428 -0.167583</w:t>
        <w:br/>
        <w:t>v 6.743555 12.583980 -0.128323</w:t>
        <w:br/>
        <w:t>v 6.717260 12.667302 -0.163616</w:t>
        <w:br/>
        <w:t>v 6.520872 12.570192 -0.183617</w:t>
        <w:br/>
        <w:t>v 6.683690 12.491414 -0.195333</w:t>
        <w:br/>
        <w:t>v 6.599334 12.534138 -0.189951</w:t>
        <w:br/>
        <w:t>v 6.887830 12.395945 -0.210248</w:t>
        <w:br/>
        <w:t>v 6.804935 12.433693 -0.203988</w:t>
        <w:br/>
        <w:t>v 7.080627 12.358069 -0.190415</w:t>
        <w:br/>
        <w:t>v 7.130201 12.368844 -0.198407</w:t>
        <w:br/>
        <w:t>v 7.140233 12.350129 -0.242238</w:t>
        <w:br/>
        <w:t>v 7.071648 12.339014 -0.229500</w:t>
        <w:br/>
        <w:t>v 7.168859 12.375137 -0.250659</w:t>
        <w:br/>
        <w:t>v 7.169758 12.398612 -0.233032</w:t>
        <w:br/>
        <w:t>v 7.173818 12.396461 -0.253794</w:t>
        <w:br/>
        <w:t>v 6.939765 12.535175 -0.240066</w:t>
        <w:br/>
        <w:t>v 6.882414 12.571676 -0.236534</w:t>
        <w:br/>
        <w:t>v 6.723756 12.675666 -0.227543</w:t>
        <w:br/>
        <w:t>v 6.782694 12.637163 -0.231026</w:t>
        <w:br/>
        <w:t>v 6.615884 12.745102 -0.221863</w:t>
        <w:br/>
        <w:t>v 6.672252 12.708674 -0.225195</w:t>
        <w:br/>
        <w:t>v 7.047743 12.463404 -0.195408</w:t>
        <w:br/>
        <w:t>v 6.979681 12.500861 -0.188117</w:t>
        <w:br/>
        <w:t>v 6.984142 12.507726 -0.243507</w:t>
        <w:br/>
        <w:t>v 7.040176 12.474971 -0.247043</w:t>
        <w:br/>
        <w:t>v 6.594065 12.712194 -0.277552</w:t>
        <w:br/>
        <w:t>v 6.558085 12.650656 -0.292646</w:t>
        <w:br/>
        <w:t>v 6.639595 12.614444 -0.297785</w:t>
        <w:br/>
        <w:t>v 6.652318 12.677528 -0.279423</w:t>
        <w:br/>
        <w:t>v 6.528276 12.591547 -0.254830</w:t>
        <w:br/>
        <w:t>v 6.605646 12.552475 -0.259543</w:t>
        <w:br/>
        <w:t>v 6.639595 12.614444 -0.297785</w:t>
        <w:br/>
        <w:t>v 6.558085 12.650656 -0.292646</w:t>
        <w:br/>
        <w:t>v 6.863192 12.545402 -0.286343</w:t>
        <w:br/>
        <w:t>v 6.832380 12.494693 -0.301071</w:t>
        <w:br/>
        <w:t>v 6.914543 12.456075 -0.303817</w:t>
        <w:br/>
        <w:t>v 6.923370 12.509916 -0.287809</w:t>
        <w:br/>
        <w:t>v 6.808452 12.447375 -0.267109</w:t>
        <w:br/>
        <w:t>v 6.889225 12.407135 -0.269947</w:t>
        <w:br/>
        <w:t>v 6.914543 12.456075 -0.303817</w:t>
        <w:br/>
        <w:t>v 6.832380 12.494693 -0.301071</w:t>
        <w:br/>
        <w:t>v 6.690201 12.507407 -0.262867</w:t>
        <w:br/>
        <w:t>v 6.720016 12.558449 -0.298459</w:t>
        <w:br/>
        <w:t>v 6.720016 12.558449 -0.298459</w:t>
        <w:br/>
        <w:t>v 6.760070 12.609395 -0.283272</w:t>
        <w:br/>
        <w:t>v 6.699306 12.648241 -0.280838</w:t>
        <w:br/>
        <w:t>v 7.117466 12.350821 -0.283374</w:t>
        <w:br/>
        <w:t>v 7.066960 12.343517 -0.272765</w:t>
        <w:br/>
        <w:t>v 6.965630 12.484297 -0.289421</w:t>
        <w:br/>
        <w:t>v 7.031377 12.446456 -0.291166</w:t>
        <w:br/>
        <w:t>v 7.028429 12.425830 -0.162434</w:t>
        <w:br/>
        <w:t>v 7.005734 12.383212 -0.173844</w:t>
        <w:br/>
        <w:t>v 6.987480 12.358915 -0.218854</w:t>
        <w:br/>
        <w:t>v 6.986207 12.368105 -0.271420</w:t>
        <w:br/>
        <w:t>v 7.097576 12.392191 -0.179632</w:t>
        <w:br/>
        <w:t>v 7.078018 12.370001 -0.297428</w:t>
        <w:br/>
        <w:t>v 7.003972 12.402390 -0.300942</w:t>
        <w:br/>
        <w:t>v 7.003972 12.402390 -0.300942</w:t>
        <w:br/>
        <w:t>v 7.028429 12.425830 -0.162434</w:t>
        <w:br/>
        <w:t>v 7.060956 12.449118 -0.276097</w:t>
        <w:br/>
        <w:t>v 7.112151 12.425777 -0.204894</w:t>
        <w:br/>
        <w:t>v 7.097576 12.392191 -0.179632</w:t>
        <w:br/>
        <w:t>v 7.097361 12.410685 -0.290351</w:t>
        <w:br/>
        <w:t>v 7.078018 12.370001 -0.297428</w:t>
        <w:br/>
        <w:t>v 7.159214 12.388210 -0.217555</w:t>
        <w:br/>
        <w:t>v 7.112151 12.425777 -0.204894</w:t>
        <w:br/>
        <w:t>v 7.173818 12.396461 -0.253794</w:t>
        <w:br/>
        <w:t>v 7.119270 12.431715 -0.251228</w:t>
        <w:br/>
        <w:t>v 7.163263 12.392856 -0.272692</w:t>
        <w:br/>
        <w:t>v 7.148351 12.377454 -0.281786</w:t>
        <w:br/>
        <w:t>v 7.117466 12.350821 -0.283374</w:t>
        <w:br/>
        <w:t>v 6.493574 12.690681 -0.367884</w:t>
        <w:br/>
        <w:t>v 6.487945 12.643651 -0.333046</w:t>
        <w:br/>
        <w:t>v 6.659150 12.522462 -0.367053</w:t>
        <w:br/>
        <w:t>v 6.628354 12.474475 -0.371264</w:t>
        <w:br/>
        <w:t>v 6.560426 12.513967 -0.357478</w:t>
        <w:br/>
        <w:t>v 6.593766 12.560342 -0.353085</w:t>
        <w:br/>
        <w:t>v 6.616207 12.594893 -0.391116</w:t>
        <w:br/>
        <w:t>v 6.659700 12.563497 -0.399231</w:t>
        <w:br/>
        <w:t>v 6.659150 12.522462 -0.367053</w:t>
        <w:br/>
        <w:t>v 6.593766 12.560342 -0.353085</w:t>
        <w:br/>
        <w:t>v 6.442322 12.589734 -0.334545</w:t>
        <w:br/>
        <w:t>v 6.496352 12.554759 -0.344822</w:t>
        <w:br/>
        <w:t>v 6.470410 12.525474 -0.391433</w:t>
        <w:br/>
        <w:t>v 6.415359 12.561918 -0.383019</w:t>
        <w:br/>
        <w:t>v 6.536255 12.486125 -0.402686</w:t>
        <w:br/>
        <w:t>v 6.606661 12.449202 -0.413727</w:t>
        <w:br/>
        <w:t>v 6.779438 12.408185 -0.411637</w:t>
        <w:br/>
        <w:t>v 6.818979 12.413725 -0.424905</w:t>
        <w:br/>
        <w:t>v 6.821247 12.397420 -0.460115</w:t>
        <w:br/>
        <w:t>v 6.767635 12.389969 -0.443698</w:t>
        <w:br/>
        <w:t>v 6.849919 12.419909 -0.473015</w:t>
        <w:br/>
        <w:t>v 6.857112 12.440047 -0.460768</w:t>
        <w:br/>
        <w:t>v 6.857508 12.437431 -0.479240</w:t>
        <w:br/>
        <w:t>v 6.657196 12.568964 -0.449685</w:t>
        <w:br/>
        <w:t>v 6.615779 12.600754 -0.445065</w:t>
        <w:br/>
        <w:t>v 6.753641 12.503864 -0.418238</w:t>
        <w:br/>
        <w:t>v 6.695045 12.539671 -0.405910</w:t>
        <w:br/>
        <w:t>v 6.694026 12.543394 -0.454550</w:t>
        <w:br/>
        <w:t>v 6.741877 12.513254 -0.461542</w:t>
        <w:br/>
        <w:t>v 6.447171 12.619027 -0.487811</w:t>
        <w:br/>
        <w:t>v 6.465962 12.675632 -0.472737</w:t>
        <w:br/>
        <w:t>v 6.414289 12.571959 -0.445667</w:t>
        <w:br/>
        <w:t>v 6.590406 12.576406 -0.486935</w:t>
        <w:br/>
        <w:t>v 6.555690 12.531496 -0.494672</w:t>
        <w:br/>
        <w:t>v 6.623185 12.496356 -0.499914</w:t>
        <w:br/>
        <w:t>v 6.635513 12.545830 -0.489199</w:t>
        <w:br/>
        <w:t>v 6.534621 12.494429 -0.459114</w:t>
        <w:br/>
        <w:t>v 6.603984 12.456543 -0.465650</w:t>
        <w:br/>
        <w:t>v 6.469672 12.534883 -0.451828</w:t>
        <w:br/>
        <w:t>v 6.494926 12.574115 -0.489911</w:t>
        <w:br/>
        <w:t>v 6.536053 12.618678 -0.482375</w:t>
        <w:br/>
        <w:t>v 6.502269 12.646836 -0.478254</w:t>
        <w:br/>
        <w:t>v 6.799965 12.397476 -0.492895</w:t>
        <w:br/>
        <w:t>v 6.759078 12.392038 -0.481274</w:t>
        <w:br/>
        <w:t>v 6.564683 12.643885 -0.438348</w:t>
        <w:br/>
        <w:t>v 6.532023 12.670977 -0.433146</w:t>
        <w:br/>
        <w:t>v 6.672067 12.521686 -0.491915</w:t>
        <w:br/>
        <w:t>v 6.730464 12.486156 -0.496762</w:t>
        <w:br/>
        <w:t>v 6.738752 12.469973 -0.386945</w:t>
        <w:br/>
        <w:t>v 6.714399 12.431625 -0.392162</w:t>
        <w:br/>
        <w:t>v 6.695930 12.408940 -0.428223</w:t>
        <w:br/>
        <w:t>v 6.691448 12.414582 -0.473606</w:t>
        <w:br/>
        <w:t>v 6.529805 12.664455 -0.375942</w:t>
        <w:br/>
        <w:t>v 6.563313 12.637383 -0.381448</w:t>
        <w:br/>
        <w:t>v 6.534464 12.603108 -0.341371</w:t>
        <w:br/>
        <w:t>v 6.487945 12.643651 -0.333046</w:t>
        <w:br/>
        <w:t>v 6.534464 12.603108 -0.341371</w:t>
        <w:br/>
        <w:t>v 6.797349 12.438184 -0.405961</w:t>
        <w:br/>
        <w:t>v 6.767250 12.415358 -0.503569</w:t>
        <w:br/>
        <w:t>v 6.704563 12.444670 -0.501569</w:t>
        <w:br/>
        <w:t>v 6.738752 12.469973 -0.386945</w:t>
        <w:br/>
        <w:t>v 6.769282 12.500662 -0.439428</w:t>
        <w:br/>
        <w:t>v 6.786966 12.452012 -0.501753</w:t>
        <w:br/>
        <w:t>v 6.808309 12.473507 -0.472029</w:t>
        <w:br/>
        <w:t>v 6.755049 12.489865 -0.487173</w:t>
        <w:br/>
        <w:t>v 6.844117 12.433022 -0.442649</w:t>
        <w:br/>
        <w:t>v 6.797349 12.438184 -0.405961</w:t>
        <w:br/>
        <w:t>v 6.808072 12.468491 -0.430503</w:t>
        <w:br/>
        <w:t>v 6.786966 12.452012 -0.501753</w:t>
        <w:br/>
        <w:t>v 6.808072 12.468491 -0.430503</w:t>
        <w:br/>
        <w:t>v 6.857112 12.440047 -0.460768</w:t>
        <w:br/>
        <w:t>v 6.857508 12.437431 -0.479240</w:t>
        <w:br/>
        <w:t>v 6.847566 12.432555 -0.494583</w:t>
        <w:br/>
        <w:t>v 6.829321 12.419378 -0.498061</w:t>
        <w:br/>
        <w:t>v 6.293379 12.819226 0.361244</w:t>
        <w:br/>
        <w:t>v 5.626137 12.900520 0.445142</w:t>
        <w:br/>
        <w:t>v 5.547186 12.994694 0.371624</w:t>
        <w:br/>
        <w:t>v 5.489041 13.078050 0.306962</w:t>
        <w:br/>
        <w:t>v 5.554768 13.162125 0.339268</w:t>
        <w:br/>
        <w:t>v 5.865260 12.812621 0.044670</w:t>
        <w:br/>
        <w:t>v 5.528325 13.189182 -0.253812</w:t>
        <w:br/>
        <w:t>v 5.504316 13.143536 -0.210220</w:t>
        <w:br/>
        <w:t>v 5.784883 13.323226 0.011187</w:t>
        <w:br/>
        <w:t>v 5.649182 13.398139 0.027433</w:t>
        <w:br/>
        <w:t>v 6.225931 13.065113 -0.025602</w:t>
        <w:br/>
        <w:t>v 6.225155 13.062885 0.156137</w:t>
        <w:br/>
        <w:t>v 6.108182 13.128810 0.157246</w:t>
        <w:br/>
        <w:t>v 6.102175 13.153055 -0.020020</w:t>
        <w:br/>
        <w:t>v 6.342816 12.944420 -0.224712</w:t>
        <w:br/>
        <w:t>v 5.803053 12.708486 0.545129</w:t>
        <w:br/>
        <w:t>v 6.628438 12.746812 0.264006</w:t>
        <w:br/>
        <w:t>v 6.501235 12.789617 0.315815</w:t>
        <w:br/>
        <w:t>v 6.525982 12.818148 0.256356</w:t>
        <w:br/>
        <w:t>v 6.461181 12.727192 0.340688</w:t>
        <w:br/>
        <w:t>v 6.508022 12.738812 0.123649</w:t>
        <w:br/>
        <w:t>v 6.756196 12.693808 0.089151</w:t>
        <w:br/>
        <w:t>v 6.804403 12.660141 0.087536</w:t>
        <w:br/>
        <w:t>v 6.761245 12.610610 0.111173</w:t>
        <w:br/>
        <w:t>v 6.141305 12.918331 -0.435021</w:t>
        <w:br/>
        <w:t>v 6.682251 12.708314 0.268881</w:t>
        <w:br/>
        <w:t>v 6.491055 12.702465 -0.425560</w:t>
        <w:br/>
        <w:t>v 6.076763 12.675650 0.633467</w:t>
        <w:br/>
        <w:t>v 6.030477 12.654787 0.668341</w:t>
        <w:br/>
        <w:t>v 6.341932 13.002081 -0.002186</w:t>
        <w:br/>
        <w:t>v 6.388141 12.954504 -0.042164</w:t>
        <w:br/>
        <w:t>v 6.399851 12.963863 0.034298</w:t>
        <w:br/>
        <w:t>v 6.379737 12.909922 -0.223720</w:t>
        <w:br/>
        <w:t>v 6.256946 12.875051 -0.393173</w:t>
        <w:br/>
        <w:t>v 5.475866 13.084154 -0.085443</w:t>
        <w:br/>
        <w:t>v 5.459010 13.071846 0.045784</w:t>
        <w:br/>
        <w:t>v 5.437774 13.092802 0.165551</w:t>
        <w:br/>
        <w:t>v 5.443679 13.148178 0.257332</w:t>
        <w:br/>
        <w:t>v 5.512374 13.243620 0.274456</w:t>
        <w:br/>
        <w:t>v 5.443679 13.148178 0.257332</w:t>
        <w:br/>
        <w:t>v 5.983801 12.849829 0.422958</w:t>
        <w:br/>
        <w:t>v 6.425903 12.802380 -0.074160</w:t>
        <w:br/>
        <w:t>v 6.090317 13.074453 0.305672</w:t>
        <w:br/>
        <w:t>v 5.663310 13.162284 -0.305885</w:t>
        <w:br/>
        <w:t>v 5.716984 13.240649 -0.271525</w:t>
        <w:br/>
        <w:t>v 6.002278 12.915944 -0.421076</w:t>
        <w:br/>
        <w:t>v 6.084772 12.981933 -0.390856</w:t>
        <w:br/>
        <w:t>v 7.159214 12.388210 -0.217555</w:t>
        <w:br/>
        <w:t>v 7.130201 12.368844 -0.198407</w:t>
        <w:br/>
        <w:t>v 6.818979 12.413725 -0.424905</w:t>
        <w:br/>
        <w:t>v 6.844117 12.433022 -0.442649</w:t>
        <w:br/>
        <w:t>v 6.821247 12.397420 -0.460115</w:t>
        <w:br/>
        <w:t>v 7.140233 12.350129 -0.242238</w:t>
        <w:br/>
        <w:t>v 7.140233 12.350129 -0.242238</w:t>
        <w:br/>
        <w:t>v 6.684339 12.668516 0.324523</w:t>
        <w:br/>
        <w:t>v 6.707892 12.690566 0.271368</w:t>
        <w:br/>
        <w:t>v 6.701613 12.682190 0.211992</w:t>
        <w:br/>
        <w:t>v 6.718542 12.668933 0.212847</w:t>
        <w:br/>
        <w:t>v 6.727583 12.677546 0.273035</w:t>
        <w:br/>
        <w:t>v 6.701314 12.656128 0.326502</w:t>
        <w:br/>
        <w:t>v 6.891785 12.534534 0.337509</w:t>
        <w:br/>
        <w:t>v 6.912321 12.553740 0.291408</w:t>
        <w:br/>
        <w:t>v 6.738111 12.707887 0.088926</w:t>
        <w:br/>
        <w:t>v 6.756419 12.732745 0.030502</w:t>
        <w:br/>
        <w:t>v 6.744234 12.717112 -0.032882</w:t>
        <w:br/>
        <w:t>v 6.981575 12.550590 0.080659</w:t>
        <w:br/>
        <w:t>v 6.997780 12.571217 0.031517</w:t>
        <w:br/>
        <w:t>v 6.989242 12.560879 -0.023186</w:t>
        <w:br/>
        <w:t>v 6.696244 12.682432 -0.163421</w:t>
        <w:br/>
        <w:t>v 6.700435 12.690862 -0.226638</w:t>
        <w:br/>
        <w:t>v 6.678732 12.662811 -0.279824</w:t>
        <w:br/>
        <w:t>v 6.957217 12.514767 -0.186355</w:t>
        <w:br/>
        <w:t>v 6.961404 12.521641 -0.241953</w:t>
        <w:br/>
        <w:t>v 6.943816 12.498673 -0.288271</w:t>
        <w:br/>
        <w:t>v 6.515193 12.676885 -0.373939</w:t>
        <w:br/>
        <w:t>v 6.515327 12.684498 -0.430065</w:t>
        <w:br/>
        <w:t>v 6.488125 12.660148 -0.475813</w:t>
        <w:br/>
        <w:t>v 6.676588 12.552603 -0.402950</w:t>
        <w:br/>
        <w:t>v 6.675238 12.556131 -0.451828</w:t>
        <w:br/>
        <w:t>v 6.653609 12.535028 -0.490031</w:t>
        <w:br/>
        <w:t>v 5.977340 12.552835 0.640895</w:t>
        <w:br/>
        <w:t>v 6.023555 12.507925 0.663455</w:t>
        <w:br/>
        <w:t>v 6.043993 12.549375 0.699582</w:t>
        <w:br/>
        <w:t>v 6.087909 12.593727 0.706371</w:t>
        <w:br/>
        <w:t>v 6.127178 12.552966 0.733617</w:t>
        <w:br/>
        <w:t>v 6.132067 12.613626 0.673790</w:t>
        <w:br/>
        <w:t>v 6.156400 12.602476 0.619500</w:t>
        <w:br/>
        <w:t>v 6.312932 12.715937 0.136634</w:t>
        <w:br/>
        <w:t>v 6.393383 12.791647 0.135433</w:t>
        <w:br/>
        <w:t>v 6.377694 12.706021 -0.049427</w:t>
        <w:br/>
        <w:t>v 6.236734 12.679120 -0.168635</w:t>
        <w:br/>
        <w:t>v 6.425903 12.802380 -0.074160</w:t>
        <w:br/>
        <w:t>v 6.422807 12.773139 0.141262</w:t>
        <w:br/>
        <w:t>v 6.175823 12.713455 -0.286261</w:t>
        <w:br/>
        <w:t>v 5.957423 13.196057 0.177668</w:t>
        <w:br/>
        <w:t>v 5.368649 13.158733 0.033458</w:t>
        <w:br/>
        <w:t>v 5.381303 13.171206 -0.077314</w:t>
        <w:br/>
        <w:t>v 5.366157 13.177012 0.133044</w:t>
        <w:br/>
        <w:t>v 5.377028 13.211533 0.191042</w:t>
        <w:br/>
        <w:t>v 5.439076 13.262863 -0.220642</w:t>
        <w:br/>
        <w:t>v 5.414274 13.223479 -0.182374</w:t>
        <w:br/>
        <w:t>v 5.406013 13.261976 0.231277</w:t>
        <w:br/>
        <w:t>v 5.432350 13.304966 0.237653</w:t>
        <w:br/>
        <w:t>v 5.377028 13.211533 0.191042</w:t>
        <w:br/>
        <w:t>v 5.946275 13.237404 -0.005996</w:t>
        <w:br/>
        <w:t>v 5.551258 13.450763 0.031831</w:t>
        <w:br/>
        <w:t>v 6.335746 12.996477 0.097920</w:t>
        <w:br/>
        <w:t>v 6.217717 12.699056 -0.051321</w:t>
        <w:br/>
        <w:t>v 6.372449 12.823537 -0.088786</w:t>
        <w:br/>
        <w:t>v 6.274484 12.776449 -0.288453</w:t>
        <w:br/>
        <w:t>v 6.279150 12.786255 -0.283261</w:t>
        <w:br/>
        <w:t>v 6.390643 12.776974 0.139635</w:t>
        <w:br/>
        <w:t>v 6.298337 12.705807 0.155934</w:t>
        <w:br/>
        <w:t>v 6.390643 12.776974 0.139635</w:t>
        <w:br/>
        <w:t>v 7.110293 12.412229 0.332740</w:t>
        <w:br/>
        <w:t>v 7.102915 12.398048 0.306932</w:t>
        <w:br/>
        <w:t>v 7.095164 12.415809 0.343061</w:t>
        <w:br/>
        <w:t>v 7.102915 12.398048 0.306932</w:t>
        <w:br/>
        <w:t>v 7.110293 12.412229 0.332740</w:t>
        <w:br/>
        <w:t>v 7.118224 12.418677 0.290416</w:t>
        <w:br/>
        <w:t>v 7.106188 12.426905 0.277033</w:t>
        <w:br/>
        <w:t>v 7.121999 12.414454 0.313280</w:t>
        <w:br/>
        <w:t>v 7.106188 12.426905 0.277033</w:t>
        <w:br/>
        <w:t>v 7.029967 12.483994 0.274548</w:t>
        <w:br/>
        <w:t>v 7.029967 12.483994 0.274548</w:t>
        <w:br/>
        <w:t>v 7.024111 12.486395 0.302087</w:t>
        <w:br/>
        <w:t>v 7.018711 12.478324 0.330613</w:t>
        <w:br/>
        <w:t>v 7.024111 12.486395 0.302087</w:t>
        <w:br/>
        <w:t>v 7.018711 12.478324 0.330613</w:t>
        <w:br/>
        <w:t>v 7.078951 12.380476 0.301230</w:t>
        <w:br/>
        <w:t>v 7.078951 12.380476 0.301230</w:t>
        <w:br/>
        <w:t>v 7.184652 12.452955 -0.014956</w:t>
        <w:br/>
        <w:t>v 7.142556 12.484225 -0.000150</w:t>
        <w:br/>
        <w:t>v 7.141551 12.480454 0.060078</w:t>
        <w:br/>
        <w:t>v 7.139301 12.489512 0.030365</w:t>
        <w:br/>
        <w:t>v 7.250630 12.408553 0.026406</w:t>
        <w:br/>
        <w:t>v 7.211201 12.387354 0.063911</w:t>
        <w:br/>
        <w:t>v 7.250630 12.408553 0.026406</w:t>
        <w:br/>
        <w:t>v 7.218029 12.376822 0.023312</w:t>
        <w:br/>
        <w:t>v 7.218029 12.376822 0.023312</w:t>
        <w:br/>
        <w:t>v 7.230538 12.420790 0.063097</w:t>
        <w:br/>
        <w:t>v 7.233090 12.427136 -0.008718</w:t>
        <w:br/>
        <w:t>v 7.060956 12.449118 -0.276097</w:t>
        <w:br/>
        <w:t>v 7.097361 12.410685 -0.290351</w:t>
        <w:br/>
        <w:t>v 7.064182 12.461111 -0.248141</w:t>
        <w:br/>
        <w:t>v 7.071490 12.458776 -0.218132</w:t>
        <w:br/>
        <w:t>v 7.071490 12.458776 -0.218132</w:t>
        <w:br/>
        <w:t>v 7.064182 12.461111 -0.248141</w:t>
        <w:br/>
        <w:t>v 7.148351 12.377454 -0.281786</w:t>
        <w:br/>
        <w:t>v 7.168859 12.375137 -0.250659</w:t>
        <w:br/>
        <w:t>v 7.168859 12.375137 -0.250659</w:t>
        <w:br/>
        <w:t>v 7.168859 12.375137 -0.250659</w:t>
        <w:br/>
        <w:t>v 6.755049 12.489865 -0.487173</w:t>
        <w:br/>
        <w:t>v 6.759188 12.502496 -0.464122</w:t>
        <w:br/>
        <w:t>v 6.769282 12.500662 -0.439428</w:t>
        <w:br/>
        <w:t>v 6.849919 12.419909 -0.473015</w:t>
        <w:br/>
        <w:t>v 6.829321 12.419378 -0.498061</w:t>
        <w:br/>
        <w:t>v 6.849919 12.419909 -0.473015</w:t>
        <w:br/>
        <w:t>v 6.847566 12.432555 -0.494583</w:t>
        <w:br/>
        <w:t>v 6.849919 12.419909 -0.473015</w:t>
        <w:br/>
        <w:t>v 6.844117 12.433022 -0.442649</w:t>
        <w:br/>
        <w:t>v 6.759188 12.502496 -0.464122</w:t>
        <w:br/>
        <w:t>v 6.171934 12.548498 0.732978</w:t>
        <w:br/>
        <w:t>v 6.217510 12.517769 0.740130</w:t>
        <w:br/>
        <w:t>v 6.171934 12.548498 0.732978</w:t>
        <w:br/>
        <w:t>v 6.142146 12.536810 0.744414</w:t>
        <w:br/>
        <w:t>v 6.119987 12.510644 0.750753</w:t>
        <w:br/>
        <w:t>v 6.119987 12.510644 0.750753</w:t>
        <w:br/>
        <w:t>v 6.142146 12.536810 0.744414</w:t>
        <w:br/>
        <w:t>v 6.223955 12.434052 0.769072</w:t>
        <w:br/>
        <w:t>v 6.218147 12.418943 0.726319</w:t>
        <w:br/>
        <w:t>v 6.223955 12.434052 0.769072</w:t>
        <w:br/>
        <w:t>v 6.218147 12.418943 0.726319</w:t>
        <w:br/>
        <w:t>v 6.178449 12.429871 0.785507</w:t>
        <w:br/>
        <w:t>v 4.952743 13.858330 -0.148449</w:t>
        <w:br/>
        <w:t>v 5.221846 13.655109 -0.124933</w:t>
        <w:br/>
        <w:t>v 5.433213 13.507013 -0.112958</w:t>
        <w:br/>
        <w:t>v 5.543724 13.437407 -0.118445</w:t>
        <w:br/>
        <w:t>v 5.646743 13.374806 -0.133025</w:t>
        <w:br/>
        <w:t>v 5.767292 13.304264 -0.161605</w:t>
        <w:br/>
        <w:t>v 5.909225 13.218805 -0.196641</w:t>
        <w:br/>
        <w:t>v 6.049784 13.130095 -0.227958</w:t>
        <w:br/>
        <w:t>v 5.327137 13.374575 0.199585</w:t>
        <w:br/>
        <w:t>v 5.124420 13.505776 0.188668</w:t>
        <w:br/>
        <w:t>v 4.849978 13.685044 0.208413</w:t>
        <w:br/>
        <w:t>v 6.178449 12.429871 0.785507</w:t>
        <w:br/>
        <w:t>v 0.336550 13.065776 -0.210578</w:t>
        <w:br/>
        <w:t>v 0.126334 13.276565 -0.077096</w:t>
        <w:br/>
        <w:t>v 0.087770 13.202215 -0.119510</w:t>
        <w:br/>
        <w:t>v 0.254060 13.038251 -0.227841</w:t>
        <w:br/>
        <w:t>v 0.306030 12.650437 -0.494814</w:t>
        <w:br/>
        <w:t>v 0.373504 12.831985 -0.366683</w:t>
        <w:br/>
        <w:t>v 0.287326 12.845655 -0.357682</w:t>
        <w:br/>
        <w:t>v 0.237619 12.697840 -0.459911</w:t>
        <w:br/>
        <w:t>v -0.000000 13.276785 -0.076971</w:t>
        <w:br/>
        <w:t>v -0.000000 13.202243 -0.119499</w:t>
        <w:br/>
        <w:t>v 0.161057 12.551781 -0.570752</w:t>
        <w:br/>
        <w:t>v 0.118614 12.623975 -0.519922</w:t>
        <w:br/>
        <w:t>v 0.000000 12.623357 -0.522117</w:t>
        <w:br/>
        <w:t>v 0.000000 12.553601 -0.569724</w:t>
        <w:br/>
        <w:t>v 0.126334 13.276565 -0.077096</w:t>
        <w:br/>
        <w:t>v 0.336550 13.065776 -0.210578</w:t>
        <w:br/>
        <w:t>v 0.332158 13.032268 -0.152100</w:t>
        <w:br/>
        <w:t>v 0.125638 13.244470 -0.020211</w:t>
        <w:br/>
        <w:t>v 0.373504 12.831985 -0.366683</w:t>
        <w:br/>
        <w:t>v 0.370222 12.796966 -0.311739</w:t>
        <w:br/>
        <w:t>v 0.161557 12.515050 -0.516798</w:t>
        <w:br/>
        <w:t>v 0.161057 12.551781 -0.570752</w:t>
        <w:br/>
        <w:t>v 0.000000 12.553601 -0.569724</w:t>
        <w:br/>
        <w:t>v 0.000000 12.517177 -0.515514</w:t>
        <w:br/>
        <w:t>v 0.254060 13.038251 -0.227841</w:t>
        <w:br/>
        <w:t>v 0.087770 13.202215 -0.119510</w:t>
        <w:br/>
        <w:t>v 0.087240 13.169822 -0.062799</w:t>
        <w:br/>
        <w:t>v 0.250522 13.003783 -0.176119</w:t>
        <w:br/>
        <w:t>v -0.000000 13.202243 -0.119499</w:t>
        <w:br/>
        <w:t>v -0.000000 13.169822 -0.062799</w:t>
        <w:br/>
        <w:t>v 0.237619 12.697840 -0.459911</w:t>
        <w:br/>
        <w:t>v 0.287326 12.845655 -0.357682</w:t>
        <w:br/>
        <w:t>v 0.284725 12.810380 -0.302890</w:t>
        <w:br/>
        <w:t>v 0.237461 12.661918 -0.405456</w:t>
        <w:br/>
        <w:t>v -0.000000 13.244470 -0.020211</w:t>
        <w:br/>
        <w:t>v -0.000000 13.276785 -0.076971</w:t>
        <w:br/>
        <w:t>v 0.000000 12.623357 -0.522117</w:t>
        <w:br/>
        <w:t>v 0.118614 12.623975 -0.519922</w:t>
        <w:br/>
        <w:t>v 0.119910 12.587832 -0.465532</w:t>
        <w:br/>
        <w:t>v 0.000000 12.587070 -0.467824</w:t>
        <w:br/>
        <w:t>v 0.306030 12.650437 -0.494814</w:t>
        <w:br/>
        <w:t>v 0.305172 12.614784 -0.440165</w:t>
        <w:br/>
        <w:t>v -0.087771 13.202215 -0.119510</w:t>
        <w:br/>
        <w:t>v -0.126335 13.276565 -0.077096</w:t>
        <w:br/>
        <w:t>v -0.336550 13.065776 -0.210578</w:t>
        <w:br/>
        <w:t>v -0.254060 13.038251 -0.227841</w:t>
        <w:br/>
        <w:t>v -0.287326 12.845655 -0.357682</w:t>
        <w:br/>
        <w:t>v -0.373504 12.831985 -0.366683</w:t>
        <w:br/>
        <w:t>v -0.306042 12.651476 -0.493856</w:t>
        <w:br/>
        <w:t>v -0.237620 12.697840 -0.459911</w:t>
        <w:br/>
        <w:t>v -0.118614 12.623975 -0.519922</w:t>
        <w:br/>
        <w:t>v -0.161066 12.552624 -0.570119</w:t>
        <w:br/>
        <w:t>v -0.332158 13.032268 -0.152100</w:t>
        <w:br/>
        <w:t>v -0.336550 13.065776 -0.210578</w:t>
        <w:br/>
        <w:t>v -0.126335 13.276565 -0.077096</w:t>
        <w:br/>
        <w:t>v -0.125639 13.244470 -0.020211</w:t>
        <w:br/>
        <w:t>v -0.373504 12.831985 -0.366683</w:t>
        <w:br/>
        <w:t>v -0.370223 12.796966 -0.311739</w:t>
        <w:br/>
        <w:t>v -0.161066 12.552624 -0.570119</w:t>
        <w:br/>
        <w:t>v -0.161560 12.515304 -0.516605</w:t>
        <w:br/>
        <w:t>v -0.087240 13.169822 -0.062799</w:t>
        <w:br/>
        <w:t>v -0.087771 13.202215 -0.119510</w:t>
        <w:br/>
        <w:t>v -0.254060 13.038251 -0.227841</w:t>
        <w:br/>
        <w:t>v -0.250522 13.003783 -0.176119</w:t>
        <w:br/>
        <w:t>v -0.284725 12.810380 -0.302890</w:t>
        <w:br/>
        <w:t>v -0.287326 12.845655 -0.357682</w:t>
        <w:br/>
        <w:t>v -0.237620 12.697840 -0.459911</w:t>
        <w:br/>
        <w:t>v -0.237461 12.661918 -0.405456</w:t>
        <w:br/>
        <w:t>v -0.119910 12.587832 -0.465532</w:t>
        <w:br/>
        <w:t>v -0.118614 12.623975 -0.519922</w:t>
        <w:br/>
        <w:t>v -0.306042 12.651476 -0.493856</w:t>
        <w:br/>
        <w:t>v -0.305183 12.615761 -0.439247</w:t>
        <w:br/>
        <w:t>v -0.280110 12.337505 -0.553115</w:t>
        <w:br/>
        <w:t>v -0.590102 12.415455 -0.546525</w:t>
        <w:br/>
        <w:t>v -0.291045 12.250072 -0.588908</w:t>
        <w:br/>
        <w:t>v -1.479813 12.303038 0.364143</w:t>
        <w:br/>
        <w:t>v -1.382585 12.532975 0.426324</w:t>
        <w:br/>
        <w:t>v -1.386874 12.498125 0.708126</w:t>
        <w:br/>
        <w:t>v -1.473818 12.260211 0.688221</w:t>
        <w:br/>
        <w:t>v -1.228099 12.301170 -0.269900</w:t>
        <w:br/>
        <w:t>v -1.410205 12.316388 0.048018</w:t>
        <w:br/>
        <w:t>v -1.517577 12.016381 -0.015242</w:t>
        <w:br/>
        <w:t>v -1.338045 12.000386 -0.334597</w:t>
        <w:br/>
        <w:t>v -1.167848 12.365698 1.256891</w:t>
        <w:br/>
        <w:t>v -0.922345 12.220667 1.442318</w:t>
        <w:br/>
        <w:t>v -1.099744 12.012918 1.375936</w:t>
        <w:br/>
        <w:t>v -1.251637 12.132585 1.235155</w:t>
        <w:br/>
        <w:t>v -1.475109 12.042146 0.954511</w:t>
        <w:br/>
        <w:t>v -1.575549 12.036402 0.684733</w:t>
        <w:br/>
        <w:t>v -1.408970 12.216312 0.971433</w:t>
        <w:br/>
        <w:t>v -1.296786 12.019312 1.225636</w:t>
        <w:br/>
        <w:t>v -1.315588 12.553559 0.146697</w:t>
        <w:br/>
        <w:t>v -1.313588 12.455627 1.002627</w:t>
        <w:br/>
        <w:t>v -0.727019 10.626698 -0.359798</w:t>
        <w:br/>
        <w:t>v -0.697034 10.544194 -0.329885</w:t>
        <w:br/>
        <w:t>v -0.511979 10.680364 -0.211110</w:t>
        <w:br/>
        <w:t>v -0.335292 11.972266 -0.684962</w:t>
        <w:br/>
        <w:t>v -0.639518 12.147563 -0.670961</w:t>
        <w:br/>
        <w:t>v -1.135854 12.557393 -0.154970</w:t>
        <w:br/>
        <w:t>v -0.952224 12.240003 -0.541769</w:t>
        <w:br/>
        <w:t>v -0.867257 12.516911 -0.408259</w:t>
        <w:br/>
        <w:t>v -0.314226 10.730948 -0.002490</w:t>
        <w:br/>
        <w:t>v -0.345587 10.571628 0.005300</w:t>
        <w:br/>
        <w:t>v -0.121658 11.862230 -0.588485</w:t>
        <w:br/>
        <w:t>v -0.109883 12.085081 -0.558249</w:t>
        <w:br/>
        <w:t>v -0.098203 12.280881 -0.505271</w:t>
        <w:br/>
        <w:t>v -0.217655 10.791497 0.192169</w:t>
        <w:br/>
        <w:t>v 0.000063 11.751029 -0.470150</w:t>
        <w:br/>
        <w:t>v 0.000048 11.976385 -0.500782</w:t>
        <w:br/>
        <w:t>v -1.188567 10.631371 -0.440258</w:t>
        <w:br/>
        <w:t>v -1.132619 10.217197 -0.457347</w:t>
        <w:br/>
        <w:t>v -0.664197 10.194133 -0.343352</w:t>
        <w:br/>
        <w:t>v -0.143836 10.594697 0.442664</w:t>
        <w:br/>
        <w:t>v -0.157175 10.814142 0.446255</w:t>
        <w:br/>
        <w:t>v -0.122868 11.779355 -0.585087</w:t>
        <w:br/>
        <w:t>v -0.664831 11.978052 -0.719153</w:t>
        <w:br/>
        <w:t>v -1.024323 11.984609 -0.613628</w:t>
        <w:br/>
        <w:t>v -1.583415 12.027200 0.294621</w:t>
        <w:br/>
        <w:t>v -1.703946 10.761149 0.019010</w:t>
        <w:br/>
        <w:t>v -1.799567 10.800991 0.312233</w:t>
        <w:br/>
        <w:t>v -1.831240 10.380128 0.389613</w:t>
        <w:br/>
        <w:t>v -1.727295 10.314991 0.046809</w:t>
        <w:br/>
        <w:t>v -1.812676 10.803658 0.608440</w:t>
        <w:br/>
        <w:t>v -1.838643 10.403343 0.594140</w:t>
        <w:br/>
        <w:t>v -1.511903 10.701332 -0.261502</w:t>
        <w:br/>
        <w:t>v -1.506823 10.249803 -0.262573</w:t>
        <w:br/>
        <w:t>v -1.228088 10.729148 1.473671</w:t>
        <w:br/>
        <w:t>v -0.887210 10.720942 1.544466</w:t>
        <w:br/>
        <w:t>v -0.898857 10.326991 1.602015</w:t>
        <w:br/>
        <w:t>v -1.267911 10.359178 1.496055</w:t>
        <w:br/>
        <w:t>v -1.541095 10.385855 1.312894</w:t>
        <w:br/>
        <w:t>v -1.532798 10.747570 1.288745</w:t>
        <w:br/>
        <w:t>v -0.480806 10.275038 1.446989</w:t>
        <w:br/>
        <w:t>v -0.507492 10.635159 1.423526</w:t>
        <w:br/>
        <w:t>v -0.207931 10.245589 1.148558</w:t>
        <w:br/>
        <w:t>v -0.243571 10.586580 1.158617</w:t>
        <w:br/>
        <w:t>v -0.076089 10.245318 0.812660</w:t>
        <w:br/>
        <w:t>v -0.116305 10.575941 0.849782</w:t>
        <w:br/>
        <w:t>v -0.113870 10.259361 0.414936</w:t>
        <w:br/>
        <w:t>v -0.076089 10.245318 0.812660</w:t>
        <w:br/>
        <w:t>v -0.116305 10.575941 0.849782</w:t>
        <w:br/>
        <w:t>v -0.305626 10.221600 0.007083</w:t>
        <w:br/>
        <w:t>v -1.730773 10.777564 0.967237</w:t>
        <w:br/>
        <w:t>v -1.637090 10.756227 1.143663</w:t>
        <w:br/>
        <w:t>v -1.755038 10.401884 1.003093</w:t>
        <w:br/>
        <w:t>v -0.901538 10.095663 1.613291</w:t>
        <w:br/>
        <w:t>v -1.269019 10.107648 1.510143</w:t>
        <w:br/>
        <w:t>v -1.736361 10.119681 1.017900</w:t>
        <w:br/>
        <w:t>v -1.829665 10.117207 0.581767</w:t>
        <w:br/>
        <w:t>v -1.824453 10.104966 0.449670</w:t>
        <w:br/>
        <w:t>v -1.714508 10.062014 0.072126</w:t>
        <w:br/>
        <w:t>v -1.500911 10.025740 -0.251186</w:t>
        <w:br/>
        <w:t>v -0.204809 9.741935 1.122278</w:t>
        <w:br/>
        <w:t>v -0.082101 9.742321 0.762723</w:t>
        <w:br/>
        <w:t>v -0.105314 9.674757 0.751401</w:t>
        <w:br/>
        <w:t>v -0.230828 9.665028 1.098957</w:t>
        <w:br/>
        <w:t>v -0.197131 10.044456 1.147184</w:t>
        <w:br/>
        <w:t>v -0.476219 10.073170 1.443315</w:t>
        <w:br/>
        <w:t>v -0.082101 9.742321 0.762723</w:t>
        <w:br/>
        <w:t>v -0.112842 9.730628 0.384491</w:t>
        <w:br/>
        <w:t>v -0.138363 9.662893 0.391352</w:t>
        <w:br/>
        <w:t>v -0.105314 9.674757 0.751401</w:t>
        <w:br/>
        <w:t>v -0.305868 9.718985 0.026279</w:t>
        <w:br/>
        <w:t>v -0.330610 9.648516 0.050210</w:t>
        <w:br/>
        <w:t>v -0.648526 9.997952 -0.341489</w:t>
        <w:br/>
        <w:t>v -0.294402 10.017035 -0.005073</w:t>
        <w:br/>
        <w:t>v -0.506547 10.766168 1.411854</w:t>
        <w:br/>
        <w:t>v -0.159404 10.828808 0.873587</w:t>
        <w:br/>
        <w:t>v -0.268243 10.812325 1.156745</w:t>
        <w:br/>
        <w:t>v -0.159404 10.828808 0.873587</w:t>
        <w:br/>
        <w:t>v -1.108534 10.009973 -0.453761</w:t>
        <w:br/>
        <w:t>v -1.532817 10.116480 1.323835</w:t>
        <w:br/>
        <w:t>v -1.479777 9.744020 1.314959</w:t>
        <w:br/>
        <w:t>v -1.266482 9.734857 1.476618</w:t>
        <w:br/>
        <w:t>v -1.257578 9.654088 1.445023</w:t>
        <w:br/>
        <w:t>v -1.457092 9.665596 1.291666</w:t>
        <w:br/>
        <w:t>v -0.906956 9.718569 1.573618</w:t>
        <w:br/>
        <w:t>v -0.476841 9.726030 1.432241</w:t>
        <w:br/>
        <w:t>v -0.495889 9.650196 1.399155</w:t>
        <w:br/>
        <w:t>v -0.911497 9.647687 1.542642</w:t>
        <w:br/>
        <w:t>v 0.000027 12.243262 -0.462677</w:t>
        <w:br/>
        <w:t>v -0.655278 9.630590 -0.246707</w:t>
        <w:br/>
        <w:t>v -0.644328 9.698822 -0.285541</w:t>
        <w:br/>
        <w:t>v -1.078154 9.687687 -0.385346</w:t>
        <w:br/>
        <w:t>v -1.069774 9.613813 -0.351519</w:t>
        <w:br/>
        <w:t>v -0.094700 9.592932 0.745085</w:t>
        <w:br/>
        <w:t>v -0.124225 9.585025 0.384810</w:t>
        <w:br/>
        <w:t>v -0.113988 9.361986 0.396895</w:t>
        <w:br/>
        <w:t>v -0.089094 9.371207 0.757514</w:t>
        <w:br/>
        <w:t>v -0.317784 9.571522 0.040031</w:t>
        <w:br/>
        <w:t>v -0.094700 9.592932 0.745085</w:t>
        <w:br/>
        <w:t>v -0.220136 9.598919 1.099032</w:t>
        <w:br/>
        <w:t>v -0.487532 9.588418 1.402006</w:t>
        <w:br/>
        <w:t>v -0.223454 9.377382 1.108307</w:t>
        <w:br/>
        <w:t>v -0.501901 9.383003 1.393088</w:t>
        <w:br/>
        <w:t>v -0.284836 9.349775 0.059379</w:t>
        <w:br/>
        <w:t>v -0.647815 9.554289 -0.258355</w:t>
        <w:br/>
        <w:t>v -0.620892 9.330893 -0.234922</w:t>
        <w:br/>
        <w:t>v -1.065321 9.541406 -0.360622</w:t>
        <w:br/>
        <w:t>v -1.389299 9.330168 -0.167912</w:t>
        <w:br/>
        <w:t>v -1.436157 9.557014 -0.174355</w:t>
        <w:br/>
        <w:t>v -1.633836 9.579386 0.150620</w:t>
        <w:br/>
        <w:t>v -1.609122 9.338931 0.172234</w:t>
        <w:br/>
        <w:t>v -1.704618 9.594474 0.567441</w:t>
        <w:br/>
        <w:t>v -1.633463 9.651956 0.149840</w:t>
        <w:br/>
        <w:t>v -1.699412 9.671670 0.561276</w:t>
        <w:br/>
        <w:t>v -1.624753 9.602822 1.002745</w:t>
        <w:br/>
        <w:t>v -1.612676 9.363322 1.043528</w:t>
        <w:br/>
        <w:t>v -1.693212 9.351719 0.575645</w:t>
        <w:br/>
        <w:t>v -1.450051 9.599651 1.304151</w:t>
        <w:br/>
        <w:t>v -1.625355 9.675254 0.994596</w:t>
        <w:br/>
        <w:t>v -1.256400 9.586987 1.447594</w:t>
        <w:br/>
        <w:t>v -0.908688 9.578039 1.550872</w:t>
        <w:br/>
        <w:t>v -0.917323 9.378566 1.544938</w:t>
        <w:br/>
        <w:t>v -1.292860 9.372038 1.409044</w:t>
        <w:br/>
        <w:t>v -1.438693 9.622734 -0.168079</w:t>
        <w:br/>
        <w:t>v -0.826559 2.715534 0.267202</w:t>
        <w:br/>
        <w:t>v -0.687206 2.717805 0.283463</w:t>
        <w:br/>
        <w:t>v -0.634190 2.073146 0.184511</w:t>
        <w:br/>
        <w:t>v -0.765762 2.067812 0.179626</w:t>
        <w:br/>
        <w:t>v -0.811344 2.087098 -0.411758</w:t>
        <w:br/>
        <w:t>v -0.862027 2.740681 -0.408388</w:t>
        <w:br/>
        <w:t>v -0.984348 2.734730 -0.279026</w:t>
        <w:br/>
        <w:t>v -0.920034 2.081094 -0.281611</w:t>
        <w:br/>
        <w:t>v -0.651270 2.091999 -0.428050</w:t>
        <w:br/>
        <w:t>v -0.689299 2.744278 -0.438288</w:t>
        <w:br/>
        <w:t>v -0.597552 3.262746 0.318197</w:t>
        <w:br/>
        <w:t>v -0.505313 3.274405 0.228523</w:t>
        <w:br/>
        <w:t>v -0.496854 2.729382 0.136379</w:t>
        <w:br/>
        <w:t>v -0.569612 2.723952 0.220755</w:t>
        <w:br/>
        <w:t>v -0.525893 2.084671 0.105309</w:t>
        <w:br/>
        <w:t>v -0.723605 3.325346 -0.441235</w:t>
        <w:br/>
        <w:t>v -0.578412 2.745340 -0.388531</w:t>
        <w:br/>
        <w:t>v -0.571450 3.325084 -0.381504</w:t>
        <w:br/>
        <w:t>v -1.036126 2.725149 -0.097146</w:t>
        <w:br/>
        <w:t>v -0.955351 2.069560 -0.091504</w:t>
        <w:br/>
        <w:t>v -0.876542 3.258304 0.353794</w:t>
        <w:br/>
        <w:t>v -0.951686 2.715075 0.165391</w:t>
        <w:br/>
        <w:t>v -1.005202 3.261442 0.243459</w:t>
        <w:br/>
        <w:t>v -0.494211 2.744829 -0.298215</w:t>
        <w:br/>
        <w:t>v -0.423886 2.742791 -0.130095</w:t>
        <w:br/>
        <w:t>v -0.403911 3.304729 -0.073762</w:t>
        <w:br/>
        <w:t>v -0.466938 3.318003 -0.258481</w:t>
        <w:br/>
        <w:t>v -1.005502 2.719394 0.048415</w:t>
        <w:br/>
        <w:t>v -1.082017 3.269706 0.105301</w:t>
        <w:br/>
        <w:t>v -0.435243 2.736994 0.007161</w:t>
        <w:br/>
        <w:t>v -0.425571 3.290195 0.084388</w:t>
        <w:br/>
        <w:t>v -1.655884 9.753657 1.009045</w:t>
        <w:br/>
        <w:t>v -1.744953 9.752912 0.551424</w:t>
        <w:br/>
        <w:t>v -1.664158 9.728346 0.121532</w:t>
        <w:br/>
        <w:t>v -1.457190 9.700260 -0.197356</w:t>
        <w:br/>
        <w:t>v -0.196538 9.855355 1.132785</w:t>
        <w:br/>
        <w:t>v -0.064839 9.856551 0.773566</w:t>
        <w:br/>
        <w:t>v -0.064839 9.856551 0.773566</w:t>
        <w:br/>
        <w:t>v -0.098108 9.838700 0.388315</w:t>
        <w:br/>
        <w:t>v -0.293476 9.818192 0.011174</w:t>
        <w:br/>
        <w:t>v -1.511115 9.922515 1.326027</w:t>
        <w:br/>
        <w:t>v -1.267397 9.914145 1.507769</w:t>
        <w:br/>
        <w:t>v -0.904225 9.883323 1.608170</w:t>
        <w:br/>
        <w:t>v -0.474359 9.876014 1.443886</w:t>
        <w:br/>
        <w:t>v -0.640038 9.793542 -0.312306</w:t>
        <w:br/>
        <w:t>v -1.087414 9.805836 -0.423725</w:t>
        <w:br/>
        <w:t>v -1.701889 9.917907 1.022910</w:t>
        <w:br/>
        <w:t>v -1.796565 9.916958 0.570585</w:t>
        <w:br/>
        <w:t>v -1.792715 9.908426 0.495881</w:t>
        <w:br/>
        <w:t>v -1.691374 9.863567 0.093388</w:t>
        <w:br/>
        <w:t>v -1.477444 9.831602 -0.228497</w:t>
        <w:br/>
        <w:t>v -0.058650 10.042304 0.794032</w:t>
        <w:br/>
        <w:t>v -0.096671 10.030645 0.401855</w:t>
        <w:br/>
        <w:t>v -0.058650 10.042304 0.794032</w:t>
        <w:br/>
        <w:t>v -0.089094 9.371207 0.757514</w:t>
        <w:br/>
        <w:t>v -1.014261 9.324023 -0.350186</w:t>
        <w:br/>
        <w:t>v -1.354952 9.366593 1.353831</w:t>
        <w:br/>
        <w:t>v -0.651883 11.768987 1.509691</w:t>
        <w:br/>
        <w:t>v -0.442180 11.706318 1.512583</w:t>
        <w:br/>
        <w:t>v -0.408913 11.500397 1.433721</w:t>
        <w:br/>
        <w:t>v -0.644564 11.575114 1.474436</w:t>
        <w:br/>
        <w:t>v -0.096843 10.944118 0.174887</w:t>
        <w:br/>
        <w:t>v -0.068057 10.987696 0.485625</w:t>
        <w:br/>
        <w:t>v 0.000049 10.994890 0.169606</w:t>
        <w:br/>
        <w:t>v -0.128362 11.083084 1.227318</w:t>
        <w:br/>
        <w:t>v -0.088108 11.019140 0.894012</w:t>
        <w:br/>
        <w:t>v -0.157314 11.018823 0.897959</w:t>
        <w:br/>
        <w:t>v -0.242676 11.087984 1.181272</w:t>
        <w:br/>
        <w:t>v -0.108787 10.959257 0.476269</w:t>
        <w:br/>
        <w:t>v -0.157314 11.018823 0.897959</w:t>
        <w:br/>
        <w:t>v -0.088108 11.019140 0.894012</w:t>
        <w:br/>
        <w:t>v -0.094566 10.941652 -0.025663</w:t>
        <w:br/>
        <w:t>v 0.000067 11.016443 0.024228</w:t>
        <w:br/>
        <w:t>v -0.195707 11.644869 1.524106</w:t>
        <w:br/>
        <w:t>v 0.000113 11.566946 1.522874</w:t>
        <w:br/>
        <w:t>v -0.000107 11.398973 1.457116</w:t>
        <w:br/>
        <w:t>v -0.188160 11.448510 1.453982</w:t>
        <w:br/>
        <w:t>v -0.123904 11.472255 -0.573332</w:t>
        <w:br/>
        <w:t>v -0.136695 11.275760 -0.502779</w:t>
        <w:br/>
        <w:t>v 0.000090 11.265251 -0.393617</w:t>
        <w:br/>
        <w:t>v 0.000078 11.410834 -0.445120</w:t>
        <w:br/>
        <w:t>v 0.000065 11.025027 0.893091</w:t>
        <w:br/>
        <w:t>v -0.000003 10.978784 0.483817</w:t>
        <w:br/>
        <w:t>v -0.158103 11.083661 -0.407820</w:t>
        <w:br/>
        <w:t>v 0.000112 11.135287 -0.273923</w:t>
        <w:br/>
        <w:t>v -0.000088 11.079829 1.242599</w:t>
        <w:br/>
        <w:t>v 0.000065 11.025027 0.893091</w:t>
        <w:br/>
        <w:t>v -0.171912 11.282492 1.384481</w:t>
        <w:br/>
        <w:t>v -0.000096 11.251895 1.388843</w:t>
        <w:br/>
        <w:t>v -0.000090 11.151983 1.334000</w:t>
        <w:br/>
        <w:t>v -0.153075 11.163483 1.322009</w:t>
        <w:br/>
        <w:t>v -1.408695 11.792928 -0.382766</w:t>
        <w:br/>
        <w:t>v -1.459156 11.559516 -0.401356</w:t>
        <w:br/>
        <w:t>v -1.143742 11.473105 -0.684088</w:t>
        <w:br/>
        <w:t>v -1.092466 11.734391 -0.678140</w:t>
        <w:br/>
        <w:t>v -1.547107 12.009904 -0.023661</w:t>
        <w:br/>
        <w:t>v -1.598251 11.832093 -0.035369</w:t>
        <w:br/>
        <w:t>v -1.362718 11.992600 -0.354665</w:t>
        <w:br/>
        <w:t>v -1.615865 12.020591 0.292638</w:t>
        <w:br/>
        <w:t>v -1.652386 11.837305 0.275690</w:t>
        <w:br/>
        <w:t>v -0.743340 11.386395 -0.793678</w:t>
        <w:br/>
        <w:t>v -0.707421 11.655030 -0.802457</w:t>
        <w:br/>
        <w:t>v -1.450136 11.446735 1.272669</w:t>
        <w:br/>
        <w:t>v -1.417303 11.667065 1.255473</w:t>
        <w:br/>
        <w:t>v -1.174879 11.583822 1.423769</w:t>
        <w:br/>
        <w:t>v -1.197059 11.377977 1.441341</w:t>
        <w:br/>
        <w:t>v -1.147864 11.795364 1.398875</w:t>
        <w:br/>
        <w:t>v -0.906870 11.694844 1.481742</w:t>
        <w:br/>
        <w:t>v -0.908928 11.477393 1.487987</w:t>
        <w:br/>
        <w:t>v -0.429217 11.090780 -0.627566</w:t>
        <w:br/>
        <w:t>v -0.398915 11.325762 -0.715444</w:t>
        <w:br/>
        <w:t>v -0.769459 11.155807 -0.711501</w:t>
        <w:br/>
        <w:t>v -0.145590 10.930902 0.886419</w:t>
        <w:br/>
        <w:t>v -0.240178 10.965844 1.177674</w:t>
        <w:br/>
        <w:t>v -0.242676 11.087984 1.181272</w:t>
        <w:br/>
        <w:t>v -0.157314 11.018823 0.897959</w:t>
        <w:br/>
        <w:t>v -0.304681 11.177899 1.261005</w:t>
        <w:br/>
        <w:t>v -0.615965 11.373030 1.453913</w:t>
        <w:br/>
        <w:t>v -0.578016 11.160251 1.444566</w:t>
        <w:br/>
        <w:t>v -0.902803 11.283759 1.503695</w:t>
        <w:br/>
        <w:t>v -0.367258 11.560958 -0.743888</w:t>
        <w:br/>
        <w:t>v -1.709539 11.628803 0.264040</w:t>
        <w:br/>
        <w:t>v -1.762057 11.378212 0.273163</w:t>
        <w:br/>
        <w:t>v -1.676095 11.433614 -0.048740</w:t>
        <w:br/>
        <w:t>v -1.193009 10.643094 -0.473978</w:t>
        <w:br/>
        <w:t>v -0.726171 10.636643 -0.396346</w:t>
        <w:br/>
        <w:t>v -0.780976 10.786222 -0.441543</w:t>
        <w:br/>
        <w:t>v -1.213099 10.905527 -0.470142</w:t>
        <w:br/>
        <w:t>v 0.000102 11.081427 -0.160624</w:t>
        <w:br/>
        <w:t>v -0.202961 10.912542 -0.297788</w:t>
        <w:br/>
        <w:t>v -1.696873 11.254763 -0.043969</w:t>
        <w:br/>
        <w:t>v -1.702213 11.094895 -0.036681</w:t>
        <w:br/>
        <w:t>v -1.522346 10.895991 -0.297597</w:t>
        <w:br/>
        <w:t>v -1.516598 11.099352 -0.325738</w:t>
        <w:br/>
        <w:t>v -0.455324 10.903075 -0.495820</w:t>
        <w:br/>
        <w:t>v -0.788589 10.938817 -0.584548</w:t>
        <w:br/>
        <w:t>v -0.491123 10.756176 -0.307620</w:t>
        <w:br/>
        <w:t>v -0.502379 10.687448 -0.238729</w:t>
        <w:br/>
        <w:t>v -1.175982 11.273927 -0.637968</w:t>
        <w:br/>
        <w:t>v -1.198558 11.065267 -0.550516</w:t>
        <w:br/>
        <w:t>v -1.489469 11.374547 -0.385683</w:t>
        <w:br/>
        <w:t>v -1.504977 11.249365 -0.362581</w:t>
        <w:br/>
        <w:t>v 0.000071 11.737509 -0.496394</w:t>
        <w:br/>
        <w:t>v -0.123566 11.762224 -0.613480</w:t>
        <w:br/>
        <w:t>v -0.337998 11.959051 -0.714758</w:t>
        <w:br/>
        <w:t>v -0.669038 11.967364 -0.749742</w:t>
        <w:br/>
        <w:t>v -1.373087 11.897601 1.243639</w:t>
        <w:br/>
        <w:t>v -1.511714 11.687998 1.146585</w:t>
        <w:br/>
        <w:t>v -1.528554 11.933501 0.991140</w:t>
        <w:br/>
        <w:t>v -0.352713 11.312787 1.333825</w:t>
        <w:br/>
        <w:t>v -1.731714 10.786269 0.001046</w:t>
        <w:br/>
        <w:t>v -1.716505 10.930235 -0.023641</w:t>
        <w:br/>
        <w:t>v -1.819652 10.955809 0.290313</w:t>
        <w:br/>
        <w:t>v -1.833009 10.821856 0.304557</w:t>
        <w:br/>
        <w:t>v -1.533590 10.722691 -0.290532</w:t>
        <w:br/>
        <w:t>v -1.788850 11.183544 0.274709</w:t>
        <w:br/>
        <w:t>v -1.206201 10.745478 1.522523</w:t>
        <w:br/>
        <w:t>v -1.215074 11.139404 1.468866</w:t>
        <w:br/>
        <w:t>v -0.893637 11.059194 1.526133</w:t>
        <w:br/>
        <w:t>v -0.882947 10.738546 1.580058</w:t>
        <w:br/>
        <w:t>v -1.797721 11.206379 0.597762</w:t>
        <w:br/>
        <w:t>v -1.727029 11.205947 0.903992</w:t>
        <w:br/>
        <w:t>v -1.764564 10.933520 0.969295</w:t>
        <w:br/>
        <w:t>v -1.835655 10.959346 0.604059</w:t>
        <w:br/>
        <w:t>v -1.362455 11.165340 1.392327</w:t>
        <w:br/>
        <w:t>v -1.751187 11.473085 0.584419</w:t>
        <w:br/>
        <w:t>v -1.040810 11.974273 -0.639954</w:t>
        <w:br/>
        <w:t>v -0.549272 10.984823 1.440073</w:t>
        <w:br/>
        <w:t>v -0.491627 10.782712 1.443132</w:t>
        <w:br/>
        <w:t>v -1.322718 12.008231 1.248637</w:t>
        <w:br/>
        <w:t>v -1.506136 12.033933 0.964284</w:t>
        <w:br/>
        <w:t>v -1.761448 10.803975 0.973648</w:t>
        <w:br/>
        <w:t>v -1.847040 10.824445 0.609987</w:t>
        <w:br/>
        <w:t>v -1.687093 10.901191 1.081451</w:t>
        <w:br/>
        <w:t>v -1.697634 10.793487 1.110181</w:t>
        <w:br/>
        <w:t>v -0.897583 11.885084 1.483047</w:t>
        <w:br/>
        <w:t>v -1.117344 11.998772 1.403467</w:t>
        <w:br/>
        <w:t>v -0.895690 11.981866 1.507597</w:t>
        <w:br/>
        <w:t>v -0.304681 11.177899 1.261005</w:t>
        <w:br/>
        <w:t>v -0.660076 11.969084 1.557148</w:t>
        <w:br/>
        <w:t>v -0.241057 10.835625 1.178240</w:t>
        <w:br/>
        <w:t>v -1.646175 11.597878 -0.055412</w:t>
        <w:br/>
        <w:t>v -1.681036 11.747380 0.547721</w:t>
        <w:br/>
        <w:t>v -0.169505 11.963979 1.626309</w:t>
        <w:br/>
        <w:t>v -0.455711 11.963928 1.592735</w:t>
        <w:br/>
        <w:t>v -1.607422 12.029969 0.687472</w:t>
        <w:br/>
        <w:t>v -1.610963 11.936746 0.696878</w:t>
        <w:br/>
        <w:t>v 0.000132 11.797082 1.601175</w:t>
        <w:br/>
        <w:t>v -0.159404 10.828808 0.873587</w:t>
        <w:br/>
        <w:t>v -0.125936 10.850768 0.879824</w:t>
        <w:br/>
        <w:t>v -0.125132 10.826492 0.452647</w:t>
        <w:br/>
        <w:t>v -0.157175 10.814142 0.446255</w:t>
        <w:br/>
        <w:t>v -0.268243 10.812325 1.156745</w:t>
        <w:br/>
        <w:t>v -0.241057 10.835625 1.178240</w:t>
        <w:br/>
        <w:t>v -0.125936 10.850768 0.879824</w:t>
        <w:br/>
        <w:t>v -0.159404 10.828808 0.873587</w:t>
        <w:br/>
        <w:t>v -0.181916 10.806162 0.193179</w:t>
        <w:br/>
        <w:t>v -0.217655 10.791497 0.192169</w:t>
        <w:br/>
        <w:t>v -0.287717 10.742630 -0.018893</w:t>
        <w:br/>
        <w:t>v -0.314226 10.730948 -0.002490</w:t>
        <w:br/>
        <w:t>v -0.314226 10.730948 -0.002490</w:t>
        <w:br/>
        <w:t>v -0.511979 10.680364 -0.211110</w:t>
        <w:br/>
        <w:t>v -0.511979 10.680364 -0.211110</w:t>
        <w:br/>
        <w:t>v -0.727019 10.626698 -0.359798</w:t>
        <w:br/>
        <w:t>v -1.703946 10.761149 0.019010</w:t>
        <w:br/>
        <w:t>v -1.799567 10.800991 0.312233</w:t>
        <w:br/>
        <w:t>v -1.511903 10.701332 -0.261502</w:t>
        <w:br/>
        <w:t>v -1.188567 10.631371 -0.440258</w:t>
        <w:br/>
        <w:t>v -1.193009 10.643094 -0.473978</w:t>
        <w:br/>
        <w:t>v -1.228088 10.729148 1.473671</w:t>
        <w:br/>
        <w:t>v -1.206201 10.745478 1.522523</w:t>
        <w:br/>
        <w:t>v -0.882947 10.738546 1.580058</w:t>
        <w:br/>
        <w:t>v -0.887210 10.720942 1.544466</w:t>
        <w:br/>
        <w:t>v -0.491627 10.782712 1.443132</w:t>
        <w:br/>
        <w:t>v -0.506547 10.766168 1.411854</w:t>
        <w:br/>
        <w:t>v -1.812676 10.803658 0.608440</w:t>
        <w:br/>
        <w:t>v -1.730773 10.777564 0.967237</w:t>
        <w:br/>
        <w:t>v -1.730773 10.777564 0.967237</w:t>
        <w:br/>
        <w:t>v -1.637090 10.756227 1.143663</w:t>
        <w:br/>
        <w:t>v -0.118819 10.901358 0.460789</w:t>
        <w:br/>
        <w:t>v -0.145590 10.930902 0.886419</w:t>
        <w:br/>
        <w:t>v -0.157314 11.018823 0.897959</w:t>
        <w:br/>
        <w:t>v -0.108787 10.959257 0.476269</w:t>
        <w:br/>
        <w:t>v -1.631527 11.933206 0.399152</w:t>
        <w:br/>
        <w:t>v -1.517577 12.016381 -0.015242</w:t>
        <w:br/>
        <w:t>v -1.547107 12.009904 -0.023661</w:t>
        <w:br/>
        <w:t>v -1.362718 11.992600 -0.354665</w:t>
        <w:br/>
        <w:t>v -1.338045 12.000386 -0.334597</w:t>
        <w:br/>
        <w:t>v -1.583415 12.027200 0.294621</w:t>
        <w:br/>
        <w:t>v -1.615865 12.020591 0.292638</w:t>
        <w:br/>
        <w:t>v -1.607422 12.029969 0.687472</w:t>
        <w:br/>
        <w:t>v -1.575549 12.036402 0.684733</w:t>
        <w:br/>
        <w:t>v -1.475109 12.042146 0.954511</w:t>
        <w:br/>
        <w:t>v -1.506136 12.033933 0.964284</w:t>
        <w:br/>
        <w:t>v -1.296786 12.019312 1.225636</w:t>
        <w:br/>
        <w:t>v -1.099744 12.012918 1.375936</w:t>
        <w:br/>
        <w:t>v -1.117344 11.998772 1.403467</w:t>
        <w:br/>
        <w:t>v -1.296786 12.019312 1.225636</w:t>
        <w:br/>
        <w:t>v -0.884004 11.999336 1.479664</w:t>
        <w:br/>
        <w:t>v -0.895690 11.981866 1.507597</w:t>
        <w:br/>
        <w:t>v -0.654569 11.988673 1.530024</w:t>
        <w:br/>
        <w:t>v -0.660076 11.969084 1.557148</w:t>
        <w:br/>
        <w:t>v -0.451586 11.984078 1.566940</w:t>
        <w:br/>
        <w:t>v -0.455711 11.963928 1.592735</w:t>
        <w:br/>
        <w:t>v -0.167516 11.983513 1.600074</w:t>
        <w:br/>
        <w:t>v -0.169505 11.963979 1.626309</w:t>
        <w:br/>
        <w:t>v 0.000129 11.812426 1.573906</w:t>
        <w:br/>
        <w:t>v 0.000132 11.797082 1.601175</w:t>
        <w:br/>
        <w:t>v -0.122868 11.779355 -0.585087</w:t>
        <w:br/>
        <w:t>v 0.000063 11.751029 -0.470150</w:t>
        <w:br/>
        <w:t>v -0.335292 11.972266 -0.684962</w:t>
        <w:br/>
        <w:t>v -0.664831 11.978052 -0.719153</w:t>
        <w:br/>
        <w:t>v -0.669038 11.967364 -0.749742</w:t>
        <w:br/>
        <w:t>v -1.024323 11.984609 -0.613628</w:t>
        <w:br/>
        <w:t>v -1.040810 11.974273 -0.639954</w:t>
        <w:br/>
        <w:t>v -1.228088 10.729148 1.473671</w:t>
        <w:br/>
        <w:t>v -1.532798 10.747570 1.288745</w:t>
        <w:br/>
        <w:t>v -1.545580 10.840270 1.277956</w:t>
        <w:br/>
        <w:t>v -1.728417 11.473326 0.740196</w:t>
        <w:br/>
        <w:t>v -1.622758 11.460671 1.038690</w:t>
        <w:br/>
        <w:t>v -1.635096 11.724201 0.869237</w:t>
        <w:br/>
        <w:t>v -0.254090 10.814063 -0.076416</w:t>
        <w:br/>
        <w:t>v -0.136582 10.877847 0.184228</w:t>
        <w:br/>
        <w:t>v -0.125936 10.850768 0.879824</w:t>
        <w:br/>
        <w:t>v -0.125132 10.826492 0.452647</w:t>
        <w:br/>
        <w:t>v -0.125936 10.850768 0.879824</w:t>
        <w:br/>
        <w:t>v -0.884004 11.999336 1.479664</w:t>
        <w:br/>
        <w:t>v -0.654569 11.988673 1.530024</w:t>
        <w:br/>
        <w:t>v -0.563826 2.077765 0.564827</w:t>
        <w:br/>
        <w:t>v -0.404790 2.095711 0.534022</w:t>
        <w:br/>
        <w:t>v -0.400644 1.985254 0.532324</w:t>
        <w:br/>
        <w:t>v -0.563352 1.992992 0.559192</w:t>
        <w:br/>
        <w:t>v -0.589484 2.203772 0.481088</w:t>
        <w:br/>
        <w:t>v -0.455877 2.225464 0.446361</w:t>
        <w:br/>
        <w:t>v -0.619066 2.183855 0.351046</w:t>
        <w:br/>
        <w:t>v -0.527657 2.207065 0.330396</w:t>
        <w:br/>
        <w:t>v -0.455877 2.225464 0.446361</w:t>
        <w:br/>
        <w:t>v -0.589484 2.203772 0.481088</w:t>
        <w:br/>
        <w:t>v -0.642044 2.146189 0.279987</w:t>
        <w:br/>
        <w:t>v -0.575642 2.173407 0.257547</w:t>
        <w:br/>
        <w:t>v -0.634190 2.073146 0.184511</w:t>
        <w:br/>
        <w:t>v -0.592871 1.844150 0.474438</w:t>
        <w:br/>
        <w:t>v -0.461421 1.804026 0.427882</w:t>
        <w:br/>
        <w:t>v -0.509842 1.791832 0.345183</w:t>
        <w:br/>
        <w:t>v -0.620211 1.803165 0.386146</w:t>
        <w:br/>
        <w:t>v -0.575572 1.912177 0.527821</w:t>
        <w:br/>
        <w:t>v -0.423086 1.881266 0.495233</w:t>
        <w:br/>
        <w:t>v -0.300220 2.098722 0.411560</w:t>
        <w:br/>
        <w:t>v -0.285085 1.989114 0.416657</w:t>
        <w:br/>
        <w:t>v -0.363488 2.193406 0.352930</w:t>
        <w:br/>
        <w:t>v -0.439431 2.221893 0.273914</w:t>
        <w:br/>
        <w:t>v -0.513280 2.205886 0.215673</w:t>
        <w:br/>
        <w:t>v -0.525893 2.084671 0.105309</w:t>
        <w:br/>
        <w:t>v -0.354734 1.810375 0.331710</w:t>
        <w:br/>
        <w:t>v -0.415160 1.804308 0.270597</w:t>
        <w:br/>
        <w:t>v -0.304686 1.883848 0.389861</w:t>
        <w:br/>
        <w:t>v -0.206546 2.123343 0.295701</w:t>
        <w:br/>
        <w:t>v -0.195405 2.008832 0.288239</w:t>
        <w:br/>
        <w:t>v -0.292146 2.255422 0.261884</w:t>
        <w:br/>
        <w:t>v -0.385901 2.284793 0.203500</w:t>
        <w:br/>
        <w:t>v -0.476607 2.239040 0.152906</w:t>
        <w:br/>
        <w:t>v -0.266737 1.845552 0.229553</w:t>
        <w:br/>
        <w:t>v -0.340570 1.814959 0.183140</w:t>
        <w:br/>
        <w:t>v -0.214625 1.920292 0.266862</w:t>
        <w:br/>
        <w:t>v -0.149912 2.225152 0.165487</w:t>
        <w:br/>
        <w:t>v -0.110679 2.075566 0.157542</w:t>
        <w:br/>
        <w:t>v -0.249523 2.313869 0.147111</w:t>
        <w:br/>
        <w:t>v -0.345679 2.317221 0.122294</w:t>
        <w:br/>
        <w:t>v -0.452739 2.251192 0.083697</w:t>
        <w:br/>
        <w:t>v -0.458454 2.097448 -0.053382</w:t>
        <w:br/>
        <w:t>v -0.221877 1.817403 0.084581</w:t>
        <w:br/>
        <w:t>v -0.301401 1.795351 0.060992</w:t>
        <w:br/>
        <w:t>v -0.150016 1.893682 0.116134</w:t>
        <w:br/>
        <w:t>v -0.133405 2.204585 0.024445</w:t>
        <w:br/>
        <w:t>v -0.110183 2.066025 -0.006205</w:t>
        <w:br/>
        <w:t>v -0.231610 2.309090 0.040975</w:t>
        <w:br/>
        <w:t>v -0.345228 2.302080 0.039786</w:t>
        <w:br/>
        <w:t>v -0.457467 2.194590 -0.040037</w:t>
        <w:br/>
        <w:t>v -0.202946 1.835452 -0.062336</w:t>
        <w:br/>
        <w:t>v -0.283141 1.814690 -0.067950</w:t>
        <w:br/>
        <w:t>v -0.133750 1.927248 -0.036138</w:t>
        <w:br/>
        <w:t>v -0.156551 2.228375 -0.108210</w:t>
        <w:br/>
        <w:t>v -0.141221 2.083374 -0.156503</w:t>
        <w:br/>
        <w:t>v -0.251043 2.306692 -0.058309</w:t>
        <w:br/>
        <w:t>v -0.353697 2.280103 -0.037127</w:t>
        <w:br/>
        <w:t>v -0.185873 1.867534 -0.177786</w:t>
        <w:br/>
        <w:t>v -0.284340 1.831319 -0.157309</w:t>
        <w:br/>
        <w:t>v -0.146190 1.980603 -0.171417</w:t>
        <w:br/>
        <w:t>v -0.156551 2.228375 -0.108210</w:t>
        <w:br/>
        <w:t>v -0.197532 2.326183 -0.239277</w:t>
        <w:br/>
        <w:t>v -0.176212 2.150996 -0.298164</w:t>
        <w:br/>
        <w:t>v -0.141221 2.083374 -0.156503</w:t>
        <w:br/>
        <w:t>v -0.251043 2.306692 -0.058309</w:t>
        <w:br/>
        <w:t>v -0.298726 2.371671 -0.175619</w:t>
        <w:br/>
        <w:t>v -0.353697 2.280103 -0.037127</w:t>
        <w:br/>
        <w:t>v -0.376632 2.334171 -0.130471</w:t>
        <w:br/>
        <w:t>v -0.457467 2.194590 -0.040037</w:t>
        <w:br/>
        <w:t>v -0.467612 2.232701 -0.094170</w:t>
        <w:br/>
        <w:t>v -0.458454 2.097448 -0.053382</w:t>
        <w:br/>
        <w:t>v -0.455953 2.104426 -0.188838</w:t>
        <w:br/>
        <w:t>v -0.185873 1.867534 -0.177786</w:t>
        <w:br/>
        <w:t>v -0.238510 1.814964 -0.283856</w:t>
        <w:br/>
        <w:t>v -0.327206 1.820805 -0.234118</w:t>
        <w:br/>
        <w:t>v -0.284340 1.831319 -0.157309</w:t>
        <w:br/>
        <w:t>v -0.146190 1.980603 -0.171417</w:t>
        <w:br/>
        <w:t>v -0.179982 1.949104 -0.323553</w:t>
        <w:br/>
        <w:t>v -0.274207 2.338802 -0.387859</w:t>
        <w:br/>
        <w:t>v -0.267545 2.158251 -0.434137</w:t>
        <w:br/>
        <w:t>v -0.360317 2.418167 -0.277529</w:t>
        <w:br/>
        <w:t>v -0.434043 2.379438 -0.203128</w:t>
        <w:br/>
        <w:t>v -0.505492 2.284338 -0.144352</w:t>
        <w:br/>
        <w:t>v -0.548298 2.100904 -0.348662</w:t>
        <w:br/>
        <w:t>v -0.560926 2.310516 -0.191158</w:t>
        <w:br/>
        <w:t>v -0.505492 2.284338 -0.144352</w:t>
        <w:br/>
        <w:t>v -0.331600 1.793779 -0.415895</w:t>
        <w:br/>
        <w:t>v -0.401846 1.793007 -0.344959</w:t>
        <w:br/>
        <w:t>v -0.273457 1.931939 -0.468810</w:t>
        <w:br/>
        <w:t>v -0.331600 1.793779 -0.415895</w:t>
        <w:br/>
        <w:t>v -0.402944 2.294387 -0.493065</w:t>
        <w:br/>
        <w:t>v -0.396765 2.119847 -0.548868</w:t>
        <w:br/>
        <w:t>v -0.454914 2.407536 -0.361993</w:t>
        <w:br/>
        <w:t>v -0.506040 2.394686 -0.267289</w:t>
        <w:br/>
        <w:t>v -0.560926 2.310516 -0.191158</w:t>
        <w:br/>
        <w:t>v -0.447900 1.819046 -0.523802</w:t>
        <w:br/>
        <w:t>v -0.493961 1.798131 -0.438805</w:t>
        <w:br/>
        <w:t>v -0.408025 1.946340 -0.572714</w:t>
        <w:br/>
        <w:t>v -0.485358 2.276820 -0.563917</w:t>
        <w:br/>
        <w:t>v -0.482954 2.115757 -0.622815</w:t>
        <w:br/>
        <w:t>v -0.555394 2.422078 -0.505157</w:t>
        <w:br/>
        <w:t>v -0.571938 2.424432 -0.411270</w:t>
        <w:br/>
        <w:t>v -0.593372 2.386006 -0.314174</w:t>
        <w:br/>
        <w:t>v -0.621516 2.320836 -0.238710</w:t>
        <w:br/>
        <w:t>v -0.651270 2.091999 -0.428050</w:t>
        <w:br/>
        <w:t>v -0.621516 2.320836 -0.238710</w:t>
        <w:br/>
        <w:t>v -0.576334 1.775010 -0.631346</w:t>
        <w:br/>
        <w:t>v -0.595424 1.776932 -0.514522</w:t>
        <w:br/>
        <w:t>v -0.480116 1.950317 -0.638800</w:t>
        <w:br/>
        <w:t>v -0.580875 2.307670 -0.686978</w:t>
        <w:br/>
        <w:t>v -0.585672 2.128427 -0.714766</w:t>
        <w:br/>
        <w:t>v -0.620218 2.459692 -0.572100</w:t>
        <w:br/>
        <w:t>v -0.705417 2.472052 -0.449059</w:t>
        <w:br/>
        <w:t>v -0.705461 2.391426 -0.322621</w:t>
        <w:br/>
        <w:t>v -0.705466 2.323862 -0.255084</w:t>
        <w:br/>
        <w:t>v -0.811344 2.087098 -0.411758</w:t>
        <w:br/>
        <w:t>v -0.793461 2.317943 -0.254462</w:t>
        <w:br/>
        <w:t>v -0.705466 2.323862 -0.255084</w:t>
        <w:br/>
        <w:t>v -0.705207 1.759556 -0.554182</w:t>
        <w:br/>
        <w:t>v -0.584087 1.948393 -0.735870</w:t>
        <w:br/>
        <w:t>v -0.705667 1.995192 0.520544</w:t>
        <w:br/>
        <w:t>v -0.705706 2.050186 0.513330</w:t>
        <w:br/>
        <w:t>v -0.705690 2.125603 0.452887</w:t>
        <w:br/>
        <w:t>v -0.705683 2.127897 0.387882</w:t>
        <w:br/>
        <w:t>v -0.705713 2.113249 0.316304</w:t>
        <w:br/>
        <w:t>v -0.705516 1.864753 0.479061</w:t>
        <w:br/>
        <w:t>v -0.702815 1.800467 0.395551</w:t>
        <w:br/>
        <w:t>v -0.705599 1.930384 0.511701</w:t>
        <w:br/>
        <w:t>v -1.012784 1.984779 0.535635</w:t>
        <w:br/>
        <w:t>v -1.004901 2.093940 0.530119</w:t>
        <w:br/>
        <w:t>v -0.847674 2.078322 0.566211</w:t>
        <w:br/>
        <w:t>v -0.848074 1.992055 0.565483</w:t>
        <w:br/>
        <w:t>v -0.951048 2.212746 0.439392</w:t>
        <w:br/>
        <w:t>v -0.822515 2.203401 0.480883</w:t>
        <w:br/>
        <w:t>v -0.879144 2.218819 0.329812</w:t>
        <w:br/>
        <w:t>v -0.791683 2.185535 0.350253</w:t>
        <w:br/>
        <w:t>v -0.834064 2.174815 0.256147</w:t>
        <w:br/>
        <w:t>v -0.770971 2.143427 0.283317</w:t>
        <w:br/>
        <w:t>v -0.765762 2.067812 0.179626</w:t>
        <w:br/>
        <w:t>v -0.902133 1.776808 0.346990</w:t>
        <w:br/>
        <w:t>v -0.953725 1.783098 0.437848</w:t>
        <w:br/>
        <w:t>v -0.817491 1.829685 0.486179</w:t>
        <w:br/>
        <w:t>v -0.785417 1.785592 0.389160</w:t>
        <w:br/>
        <w:t>v -0.995758 1.870242 0.510752</w:t>
        <w:br/>
        <w:t>v -0.835558 1.905127 0.540910</w:t>
        <w:br/>
        <w:t>v -1.117738 1.990672 0.409269</w:t>
        <w:br/>
        <w:t>v -1.100054 2.092975 0.400625</w:t>
        <w:br/>
        <w:t>v -1.045103 2.194327 0.351166</w:t>
        <w:br/>
        <w:t>v -0.966040 2.233980 0.277037</w:t>
        <w:br/>
        <w:t>v -0.896502 2.206890 0.214756</w:t>
        <w:br/>
        <w:t>v -1.000037 1.802098 0.271957</w:t>
        <w:br/>
        <w:t>v -1.060392 1.802309 0.333309</w:t>
        <w:br/>
        <w:t>v -1.109155 1.882293 0.391366</w:t>
        <w:br/>
        <w:t>v -1.207320 2.009979 0.283307</w:t>
        <w:br/>
        <w:t>v -1.191496 2.118837 0.284820</w:t>
        <w:br/>
        <w:t>v -1.114814 2.252326 0.256231</w:t>
        <w:br/>
        <w:t>v -1.021967 2.289613 0.204147</w:t>
        <w:br/>
        <w:t>v -0.936461 2.238004 0.153445</w:t>
        <w:br/>
        <w:t>v -0.888757 2.063514 0.087304</w:t>
        <w:br/>
        <w:t>v -1.076967 1.815360 0.185011</w:t>
        <w:br/>
        <w:t>v -1.150485 1.834897 0.231606</w:t>
        <w:br/>
        <w:t>v -1.198837 1.919189 0.267614</w:t>
        <w:br/>
        <w:t>v -1.292664 2.076305 0.155267</w:t>
        <w:br/>
        <w:t>v -1.256996 2.223847 0.163784</w:t>
        <w:br/>
        <w:t>v -1.159692 2.316233 0.146518</w:t>
        <w:br/>
        <w:t>v -1.059734 2.326126 0.120732</w:t>
        <w:br/>
        <w:t>v -0.959526 2.249912 0.083741</w:t>
        <w:br/>
        <w:t>v -1.116207 1.804574 0.062407</w:t>
        <w:br/>
        <w:t>v -1.194560 1.807999 0.085067</w:t>
        <w:br/>
        <w:t>v -1.272623 1.887847 0.118257</w:t>
        <w:br/>
        <w:t>v -1.307157 2.065802 -0.006736</w:t>
        <w:br/>
        <w:t>v -1.284432 2.206707 0.023998</w:t>
        <w:br/>
        <w:t>v -1.180210 2.316261 0.039748</w:t>
        <w:br/>
        <w:t>v -1.058108 2.313164 0.037169</w:t>
        <w:br/>
        <w:t>v -0.945010 2.196815 -0.036752</w:t>
        <w:br/>
        <w:t>v -1.130090 1.827590 -0.064157</w:t>
        <w:br/>
        <w:t>v -1.208488 1.834186 -0.063406</w:t>
        <w:br/>
        <w:t>v -1.289708 1.921484 -0.038420</w:t>
        <w:br/>
        <w:t>v -1.270810 2.083493 -0.157089</w:t>
        <w:br/>
        <w:t>v -1.237414 2.222516 -0.106576</w:t>
        <w:br/>
        <w:t>v -1.152899 2.304689 -0.058635</w:t>
        <w:br/>
        <w:t>v -1.048015 2.291639 -0.031896</w:t>
        <w:br/>
        <w:t>v -0.955351 2.069560 -0.091504</w:t>
        <w:br/>
        <w:t>v -1.122885 1.857895 -0.154967</w:t>
        <w:br/>
        <w:t>v -1.216449 1.880311 -0.174072</w:t>
        <w:br/>
        <w:t>v -1.269233 1.978344 -0.173322</w:t>
        <w:br/>
        <w:t>v -1.249415 2.151741 -0.306002</w:t>
        <w:br/>
        <w:t>v -1.203862 2.322069 -0.235545</w:t>
        <w:br/>
        <w:t>v -1.109930 2.369452 -0.175188</w:t>
        <w:br/>
        <w:t>v -1.031721 2.337905 -0.126588</w:t>
        <w:br/>
        <w:t>v -0.932375 2.235418 -0.085583</w:t>
        <w:br/>
        <w:t>v -1.069592 1.865870 -0.238993</w:t>
        <w:br/>
        <w:t>v -1.148408 1.848957 -0.281949</w:t>
        <w:br/>
        <w:t>v -1.254758 1.938859 -0.335163</w:t>
        <w:br/>
        <w:t>v -1.181906 2.163211 -0.470786</w:t>
        <w:br/>
        <w:t>v -1.163027 2.354836 -0.413709</w:t>
        <w:br/>
        <w:t>v -1.053599 2.424674 -0.279664</w:t>
        <w:br/>
        <w:t>v -0.975671 2.381474 -0.201342</w:t>
        <w:br/>
        <w:t>v -0.902580 2.285199 -0.140877</w:t>
        <w:br/>
        <w:t>v -0.920034 2.081094 -0.281611</w:t>
        <w:br/>
        <w:t>v -0.932375 2.235418 -0.085583</w:t>
        <w:br/>
        <w:t>v -0.902580 2.285199 -0.140877</w:t>
        <w:br/>
        <w:t>v -1.005398 1.833367 -0.345984</w:t>
        <w:br/>
        <w:t>v -1.067995 1.811322 -0.407491</w:t>
        <w:br/>
        <w:t>v -1.178102 1.915025 -0.505642</w:t>
        <w:br/>
        <w:t>v -1.034211 2.125292 -0.583433</w:t>
        <w:br/>
        <w:t>v -1.030254 2.316518 -0.537328</w:t>
        <w:br/>
        <w:t>v -0.963030 2.432897 -0.378597</w:t>
        <w:br/>
        <w:t>v -0.905957 2.391394 -0.270068</w:t>
        <w:br/>
        <w:t>v -0.856408 2.308431 -0.201808</w:t>
        <w:br/>
        <w:t>v -0.920047 1.817922 -0.445224</w:t>
        <w:br/>
        <w:t>v -0.965360 1.812288 -0.528905</w:t>
        <w:br/>
        <w:t>v -1.022620 1.936062 -0.606573</w:t>
        <w:br/>
        <w:t>v -0.952447 2.127348 -0.631266</w:t>
        <w:br/>
        <w:t>v -0.932692 2.297631 -0.587667</w:t>
        <w:br/>
        <w:t>v -0.857358 2.430669 -0.512378</w:t>
        <w:br/>
        <w:t>v -0.840869 2.427361 -0.416835</w:t>
        <w:br/>
        <w:t>v -0.819393 2.377878 -0.320595</w:t>
        <w:br/>
        <w:t>v -0.793461 2.317943 -0.254462</w:t>
        <w:br/>
        <w:t>v -0.856408 2.308431 -0.201808</w:t>
        <w:br/>
        <w:t>v -0.815267 1.788435 -0.521344</w:t>
        <w:br/>
        <w:t>v -0.837065 1.768971 -0.635709</w:t>
        <w:br/>
        <w:t>v -0.952884 1.948350 -0.657073</w:t>
        <w:br/>
        <w:t>v -0.834459 2.136249 -0.719422</w:t>
        <w:br/>
        <w:t>v -0.829113 2.319959 -0.696701</w:t>
        <w:br/>
        <w:t>v -0.789556 2.462114 -0.574714</w:t>
        <w:br/>
        <w:t>v -0.837536 1.948079 -0.753335</w:t>
        <w:br/>
        <w:t>v -0.705690 2.125603 0.452887</w:t>
        <w:br/>
        <w:t>v -0.705683 2.127897 0.387882</w:t>
        <w:br/>
        <w:t>v -0.705713 2.113249 0.316304</w:t>
        <w:br/>
        <w:t>v -0.705217 2.331159 -0.745728</w:t>
        <w:br/>
        <w:t>v -0.705174 2.138591 -0.759827</w:t>
        <w:br/>
        <w:t>v -0.705354 2.475755 -0.598928</w:t>
        <w:br/>
        <w:t>v -0.705132 1.944975 -0.788353</w:t>
        <w:br/>
        <w:t>v -0.705195 1.743717 -0.691012</w:t>
        <w:br/>
        <w:t>v -0.705195 1.743717 -0.691012</w:t>
        <w:br/>
        <w:t>v -1.570103 11.194905 1.168097</w:t>
        <w:br/>
        <w:t>v -0.236651 7.893733 0.785632</w:t>
        <w:br/>
        <w:t>v -0.255924 7.590812 0.781571</w:t>
        <w:br/>
        <w:t>v -0.330997 7.596101 1.013748</w:t>
        <w:br/>
        <w:t>v -0.330841 7.900923 1.036091</w:t>
        <w:br/>
        <w:t>v -0.564446 7.592409 1.211855</w:t>
        <w:br/>
        <w:t>v -0.568630 7.903440 1.243058</w:t>
        <w:br/>
        <w:t>v -0.815929 7.591697 1.259094</w:t>
        <w:br/>
        <w:t>v -0.835494 7.903666 1.301132</w:t>
        <w:br/>
        <w:t>v -1.057612 7.592428 1.174680</w:t>
        <w:br/>
        <w:t>v -1.120309 7.898126 1.217861</w:t>
        <w:br/>
        <w:t>v -1.211313 7.598290 0.975829</w:t>
        <w:br/>
        <w:t>v -1.270795 7.900763 1.002572</w:t>
        <w:br/>
        <w:t>v -1.313082 7.583747 0.592933</w:t>
        <w:br/>
        <w:t>v -1.359225 7.881386 0.583935</w:t>
        <w:br/>
        <w:t>v -1.265313 7.565195 0.340761</w:t>
        <w:br/>
        <w:t>v -1.085661 7.551312 0.111057</w:t>
        <w:br/>
        <w:t>v -1.106127 7.852396 0.070382</w:t>
        <w:br/>
        <w:t>v -1.298272 7.870857 0.305090</w:t>
        <w:br/>
        <w:t>v -0.832417 7.547016 0.010837</w:t>
        <w:br/>
        <w:t>v -0.840706 7.849787 -0.042073</w:t>
        <w:br/>
        <w:t>v -0.584671 7.854849 0.045563</w:t>
        <w:br/>
        <w:t>v -0.578521 7.553402 0.096797</w:t>
        <w:br/>
        <w:t>v -0.219096 7.880676 0.475352</w:t>
        <w:br/>
        <w:t>v -0.236022 7.581285 0.487599</w:t>
        <w:br/>
        <w:t>v -0.255924 7.590812 0.781571</w:t>
        <w:br/>
        <w:t>v -0.236651 7.893733 0.785632</w:t>
        <w:br/>
        <w:t>v -0.314851 7.565516 0.267487</w:t>
        <w:br/>
        <w:t>v -0.305178 7.867534 0.229521</w:t>
        <w:br/>
        <w:t>v -0.546266 8.902959 1.343647</w:t>
        <w:br/>
        <w:t>v -0.562989 8.547727 1.300058</w:t>
        <w:br/>
        <w:t>v -0.890437 8.542803 1.410607</w:t>
        <w:br/>
        <w:t>v -0.916384 8.900238 1.475574</w:t>
        <w:br/>
        <w:t>v -1.280329 8.884234 1.364244</w:t>
        <w:br/>
        <w:t>v -1.229571 8.540277 1.314093</w:t>
        <w:br/>
        <w:t>v -1.428959 8.533527 1.061394</w:t>
        <w:br/>
        <w:t>v -1.519869 8.890705 1.078474</w:t>
        <w:br/>
        <w:t>v -1.494933 8.513628 0.575898</w:t>
        <w:br/>
        <w:t>v -1.591084 8.873826 0.580192</w:t>
        <w:br/>
        <w:t>v -1.404272 8.501239 0.244968</w:t>
        <w:br/>
        <w:t>v -1.501907 8.860452 0.211482</w:t>
        <w:br/>
        <w:t>v -1.183524 8.493292 -0.043240</w:t>
        <w:br/>
        <w:t>v -1.268523 8.848723 -0.111297</w:t>
        <w:br/>
        <w:t>v -0.882493 8.490382 -0.182469</w:t>
        <w:br/>
        <w:t>v -0.928319 8.851843 -0.260542</w:t>
        <w:br/>
        <w:t>v -0.600472 8.495028 -0.081401</w:t>
        <w:br/>
        <w:t>v -0.598299 8.854883 -0.155130</w:t>
        <w:br/>
        <w:t>v -0.294262 8.510398 0.151675</w:t>
        <w:br/>
        <w:t>v -0.278728 8.865817 0.108367</w:t>
        <w:br/>
        <w:t>v -0.168553 8.523920 0.450246</w:t>
        <w:br/>
        <w:t>v -0.135001 8.876867 0.430082</w:t>
        <w:br/>
        <w:t>v -0.173754 8.536253 0.781309</w:t>
        <w:br/>
        <w:t>v -0.130501 8.889834 0.778408</w:t>
        <w:br/>
        <w:t>v -0.130501 8.889834 0.778408</w:t>
        <w:br/>
        <w:t>v -0.173754 8.536253 0.781309</w:t>
        <w:br/>
        <w:t>v -0.310164 8.542546 1.080469</w:t>
        <w:br/>
        <w:t>v -0.275141 8.895974 1.106859</w:t>
        <w:br/>
        <w:t>v -1.414822 8.177498 0.577240</w:t>
        <w:br/>
        <w:t>v -1.339399 8.159781 0.272767</w:t>
        <w:br/>
        <w:t>v -1.135730 8.151437 0.012973</w:t>
        <w:br/>
        <w:t>v -0.855154 8.150904 -0.103651</w:t>
        <w:br/>
        <w:t>v -0.593014 8.154946 -0.015036</w:t>
        <w:br/>
        <w:t>v -0.297697 8.169545 0.191110</w:t>
        <w:br/>
        <w:t>v -0.196559 8.179768 0.463328</w:t>
        <w:br/>
        <w:t>v -0.210115 8.196404 0.781871</w:t>
        <w:br/>
        <w:t>v -0.322586 8.206442 1.052334</w:t>
        <w:br/>
        <w:t>v -0.210115 8.196404 0.781871</w:t>
        <w:br/>
        <w:t>v -0.570951 8.215709 1.264411</w:t>
        <w:br/>
        <w:t>v -0.858717 8.215299 1.343734</w:t>
        <w:br/>
        <w:t>v -1.173641 8.205831 1.258977</w:t>
        <w:br/>
        <w:t>v -1.339325 8.201283 1.030819</w:t>
        <w:br/>
        <w:t>v -1.648532 9.127266 0.579915</w:t>
        <w:br/>
        <w:t>v -1.575809 9.137967 1.069361</w:t>
        <w:br/>
        <w:t>v -1.560769 9.115577 0.190729</w:t>
        <w:br/>
        <w:t>v -1.334825 9.103309 -0.144002</w:t>
        <w:br/>
        <w:t>v -0.970554 9.100617 -0.310089</w:t>
        <w:br/>
        <w:t>v -0.603052 9.103745 -0.201414</w:t>
        <w:br/>
        <w:t>v -0.274743 9.124522 0.081558</w:t>
        <w:br/>
        <w:t>v -0.115420 9.130508 0.411815</w:t>
        <w:br/>
        <w:t>v -0.102836 9.138850 0.768501</w:t>
        <w:br/>
        <w:t>v -0.102836 9.138850 0.768501</w:t>
        <w:br/>
        <w:t>v -0.245029 9.151292 1.110848</w:t>
        <w:br/>
        <w:t>v -0.523669 9.154803 1.379053</w:t>
        <w:br/>
        <w:t>v -0.920138 9.154371 1.522520</w:t>
        <w:br/>
        <w:t>v -1.303604 9.145141 1.383867</w:t>
        <w:br/>
        <w:t>v -0.293904 6.504797 0.694359</w:t>
        <w:br/>
        <w:t>v -0.354881 6.600201 0.896132</w:t>
        <w:br/>
        <w:t>v -0.255528 6.760942 0.715328</w:t>
        <w:br/>
        <w:t>v -0.607064 6.426431 1.108102</w:t>
        <w:br/>
        <w:t>v -0.568447 6.571059 1.124331</w:t>
        <w:br/>
        <w:t>v -0.469809 6.588600 1.012525</w:t>
        <w:br/>
        <w:t>v -0.502342 6.447833 1.012377</w:t>
        <w:br/>
        <w:t>v -1.078710 6.448091 0.960302</w:t>
        <w:br/>
        <w:t>v -1.173310 6.464398 0.824905</w:t>
        <w:br/>
        <w:t>v -1.173024 6.597306 0.823461</w:t>
        <w:br/>
        <w:t>v -1.087032 6.586597 0.960106</w:t>
        <w:br/>
        <w:t>v -1.252938 6.757629 0.493611</w:t>
        <w:br/>
        <w:t>v -1.234786 6.759434 0.680765</w:t>
        <w:br/>
        <w:t>v -1.242030 6.483394 0.659696</w:t>
        <w:br/>
        <w:t>v -1.260700 6.515171 0.453122</w:t>
        <w:br/>
        <w:t>v -0.800569 6.755950 0.037271</w:t>
        <w:br/>
        <w:t>v -0.970483 6.753508 0.099529</w:t>
        <w:br/>
        <w:t>v -1.004271 6.565041 0.079471</w:t>
        <w:br/>
        <w:t>v -0.797258 6.583848 0.007496</w:t>
        <w:br/>
        <w:t>v -0.615463 6.591259 0.072767</w:t>
        <w:br/>
        <w:t>v -0.636014 6.761916 0.094234</w:t>
        <w:br/>
        <w:t>v -0.215411 6.754295 0.502690</w:t>
        <w:br/>
        <w:t>v -0.330578 6.748561 0.301423</w:t>
        <w:br/>
        <w:t>v -0.342985 6.558351 0.273044</w:t>
        <w:br/>
        <w:t>v -0.244989 6.535542 0.476253</w:t>
        <w:br/>
        <w:t>v -0.349521 5.720837 0.507657</w:t>
        <w:br/>
        <w:t>v -0.366602 6.038176 0.616323</w:t>
        <w:br/>
        <w:t>v -0.312613 6.077232 0.357323</w:t>
        <w:br/>
        <w:t>v -0.295063 5.764581 0.270395</w:t>
        <w:br/>
        <w:t>v -0.502124 6.010505 0.826855</w:t>
        <w:br/>
        <w:t>v -0.366602 6.038176 0.616323</w:t>
        <w:br/>
        <w:t>v -0.349521 5.720837 0.507657</w:t>
        <w:br/>
        <w:t>v -0.483187 5.689859 0.679471</w:t>
        <w:br/>
        <w:t>v -0.665020 5.663465 0.854121</w:t>
        <w:br/>
        <w:t>v -0.821483 5.644495 0.914135</w:t>
        <w:br/>
        <w:t>v -0.823256 5.986439 1.025084</w:t>
        <w:br/>
        <w:t>v -0.683731 5.987781 1.009425</w:t>
        <w:br/>
        <w:t>v -0.944853 5.993311 0.989377</w:t>
        <w:br/>
        <w:t>v -0.981215 5.649589 0.878041</w:t>
        <w:br/>
        <w:t>v -1.199780 5.668817 0.732889</w:t>
        <w:br/>
        <w:t>v -1.155721 6.018786 0.832061</w:t>
        <w:br/>
        <w:t>v -1.345828 5.719417 0.505124</w:t>
        <w:br/>
        <w:t>v -1.305013 6.072521 0.579927</w:t>
        <w:br/>
        <w:t>v -1.381099 5.763321 0.250096</w:t>
        <w:br/>
        <w:t>v -1.331755 6.102301 0.337039</w:t>
        <w:br/>
        <w:t>v -1.297481 5.721543 -0.019720</w:t>
        <w:br/>
        <w:t>v -1.308433 5.507133 -0.069248</w:t>
        <w:br/>
        <w:t>v -1.097640 5.544848 -0.277467</w:t>
        <w:br/>
        <w:t>v -1.084565 5.760229 -0.208887</w:t>
        <w:br/>
        <w:t>v -0.806000 5.548206 -0.347570</w:t>
        <w:br/>
        <w:t>v -0.810041 5.763575 -0.280169</w:t>
        <w:br/>
        <w:t>v -0.522434 5.535554 -0.261142</w:t>
        <w:br/>
        <w:t>v -0.519413 5.755317 -0.199619</w:t>
        <w:br/>
        <w:t>v -0.578315 6.759189 0.149521</w:t>
        <w:br/>
        <w:t>v -0.556437 6.588427 0.117819</w:t>
        <w:br/>
        <w:t>v -0.347289 5.510765 -0.067385</w:t>
        <w:br/>
        <w:t>v -0.338375 5.721081 -0.012970</w:t>
        <w:br/>
        <w:t>v -1.387307 5.461272 0.184663</w:t>
        <w:br/>
        <w:t>v -0.922117 3.798660 0.456052</w:t>
        <w:br/>
        <w:t>v -0.957024 4.285892 0.563339</w:t>
        <w:br/>
        <w:t>v -0.781256 4.284085 0.592939</w:t>
        <w:br/>
        <w:t>v -0.761487 3.797925 0.487523</w:t>
        <w:br/>
        <w:t>v -0.612329 4.292894 0.511198</w:t>
        <w:br/>
        <w:t>v -0.612532 3.801625 0.417548</w:t>
        <w:br/>
        <w:t>v -0.485598 4.312152 0.415365</w:t>
        <w:br/>
        <w:t>v -0.504970 3.818458 0.325580</w:t>
        <w:br/>
        <w:t>v -0.380626 4.342181 0.244661</w:t>
        <w:br/>
        <w:t>v -0.410047 3.842240 0.166532</w:t>
        <w:br/>
        <w:t>v -0.410047 3.842240 0.166532</w:t>
        <w:br/>
        <w:t>v -0.380626 4.342181 0.244661</w:t>
        <w:br/>
        <w:t>v -0.349321 4.371566 0.049298</w:t>
        <w:br/>
        <w:t>v -0.381389 3.865928 -0.011836</w:t>
        <w:br/>
        <w:t>v -0.419681 4.400118 -0.196405</w:t>
        <w:br/>
        <w:t>v -0.446048 3.891934 -0.223652</w:t>
        <w:br/>
        <w:t>v -0.548494 4.415317 -0.357050</w:t>
        <w:br/>
        <w:t>v -0.564723 3.904776 -0.369484</w:t>
        <w:br/>
        <w:t>v -0.780783 4.414156 -0.443194</w:t>
        <w:br/>
        <w:t>v -0.755993 3.906541 -0.441621</w:t>
        <w:br/>
        <w:t>v -0.964359 3.895143 -0.396578</w:t>
        <w:br/>
        <w:t>v -1.022867 4.401406 -0.396292</w:t>
        <w:br/>
        <w:t>v -1.199964 4.376863 -0.230769</w:t>
        <w:br/>
        <w:t>v -1.121328 3.872290 -0.254473</w:t>
        <w:br/>
        <w:t>v -1.288307 4.344957 0.007761</w:t>
        <w:br/>
        <w:t>v -1.202049 3.843666 -0.047287</w:t>
        <w:br/>
        <w:t>v -1.245162 4.315107 0.259172</w:t>
        <w:br/>
        <w:t>v -1.164636 3.817217 0.178208</w:t>
        <w:br/>
        <w:t>v -1.060162 3.804940 0.338107</w:t>
        <w:br/>
        <w:t>v -1.112548 4.300582 0.441913</w:t>
        <w:br/>
        <w:t>v -0.805115 5.041049 0.747339</w:t>
        <w:br/>
        <w:t>v -0.634948 5.055341 0.649786</w:t>
        <w:br/>
        <w:t>v -0.629897 4.750517 0.595730</w:t>
        <w:br/>
        <w:t>v -0.797888 4.737404 0.683979</w:t>
        <w:br/>
        <w:t>v -0.994394 5.042355 0.733703</w:t>
        <w:br/>
        <w:t>v -0.984709 4.735639 0.664532</w:t>
        <w:br/>
        <w:t>v -1.179111 5.062880 0.600423</w:t>
        <w:br/>
        <w:t>v -1.160401 4.755077 0.535947</w:t>
        <w:br/>
        <w:t>v -1.333875 5.102341 0.384343</w:t>
        <w:br/>
        <w:t>v -1.308153 4.787764 0.332679</w:t>
        <w:br/>
        <w:t>v -1.351871 4.826313 0.063004</w:t>
        <w:br/>
        <w:t>v -1.375964 5.152811 0.115375</w:t>
        <w:br/>
        <w:t>v -1.293057 5.203912 -0.138973</w:t>
        <w:br/>
        <w:t>v -1.262384 4.870136 -0.194725</w:t>
        <w:br/>
        <w:t>v -1.073293 4.900362 -0.389214</w:t>
        <w:br/>
        <w:t>v -1.090264 5.243812 -0.347596</w:t>
        <w:br/>
        <w:t>v -0.800982 5.252544 -0.401694</w:t>
        <w:br/>
        <w:t>v -0.799246 4.916463 -0.440123</w:t>
        <w:br/>
        <w:t>v -0.528808 4.904504 -0.347015</w:t>
        <w:br/>
        <w:t>v -0.530243 5.233407 -0.313762</w:t>
        <w:br/>
        <w:t>v -0.374241 4.880995 -0.162496</w:t>
        <w:br/>
        <w:t>v -0.362985 5.198902 -0.122884</w:t>
        <w:br/>
        <w:t>v -0.317501 4.845100 0.088952</w:t>
        <w:br/>
        <w:t>v -0.305311 5.154421 0.132605</w:t>
        <w:br/>
        <w:t>v -0.354522 4.808032 0.297864</w:t>
        <w:br/>
        <w:t>v -0.349584 5.114153 0.339595</w:t>
        <w:br/>
        <w:t>v -0.349584 5.114153 0.339595</w:t>
        <w:br/>
        <w:t>v -0.354522 4.808032 0.297864</w:t>
        <w:br/>
        <w:t>v -0.467384 4.772944 0.478313</w:t>
        <w:br/>
        <w:t>v -0.468523 5.078379 0.519713</w:t>
        <w:br/>
        <w:t>v -0.644548 5.358338 0.728266</w:t>
        <w:br/>
        <w:t>v -0.810373 5.343508 0.823361</w:t>
        <w:br/>
        <w:t>v -0.999901 5.347381 0.803974</w:t>
        <w:br/>
        <w:t>v -1.197351 5.367261 0.657905</w:t>
        <w:br/>
        <w:t>v -1.345733 5.412685 0.443416</w:t>
        <w:br/>
        <w:t>v -0.809985 6.140382 -0.146022</w:t>
        <w:br/>
        <w:t>v -0.811236 5.955136 -0.215529</w:t>
        <w:br/>
        <w:t>v -0.522826 5.947617 -0.141118</w:t>
        <w:br/>
        <w:t>v -0.538149 6.132604 -0.078638</w:t>
        <w:br/>
        <w:t>v -1.237108 6.132648 0.107977</w:t>
        <w:br/>
        <w:t>v -1.276919 5.923687 0.038216</w:t>
        <w:br/>
        <w:t>v -1.068373 5.951312 -0.145859</w:t>
        <w:br/>
        <w:t>v -1.039957 6.146800 -0.077861</w:t>
        <w:br/>
        <w:t>v -0.339613 5.922986 0.048756</w:t>
        <w:br/>
        <w:t>v -0.348746 6.112441 0.113597</w:t>
        <w:br/>
        <w:t>v -0.296946 5.461521 0.195680</w:t>
        <w:br/>
        <w:t>v -0.346763 5.418716 0.410046</w:t>
        <w:br/>
        <w:t>v -0.346763 5.418716 0.410046</w:t>
        <w:br/>
        <w:t>v -0.470432 5.385243 0.587471</w:t>
        <w:br/>
        <w:t>v -0.301450 6.312608 0.414893</w:t>
        <w:br/>
        <w:t>v -0.336267 6.256978 0.653521</w:t>
        <w:br/>
        <w:t>v -0.293904 6.504797 0.694359</w:t>
        <w:br/>
        <w:t>v -1.284593 6.330132 0.403141</w:t>
        <w:br/>
        <w:t>v -1.262714 6.288215 0.624975</w:t>
        <w:br/>
        <w:t>v -1.036613 6.372978 0.019104</w:t>
        <w:br/>
        <w:t>v -0.799421 6.399675 -0.051443</w:t>
        <w:br/>
        <w:t>v -0.539756 6.392446 0.041734</w:t>
        <w:br/>
        <w:t>v -0.496524 6.585435 0.138498</w:t>
        <w:br/>
        <w:t>v -0.363707 6.359573 0.213658</w:t>
        <w:br/>
        <w:t>v -0.246305 6.955848 0.727945</w:t>
        <w:br/>
        <w:t>v -0.260995 7.175061 0.748670</w:t>
        <w:br/>
        <w:t>v -0.230698 7.155981 0.501844</w:t>
        <w:br/>
        <w:t>v -0.216434 6.944344 0.511766</w:t>
        <w:br/>
        <w:t>v -0.473485 7.199505 1.094246</w:t>
        <w:br/>
        <w:t>v -0.454464 6.973910 1.029026</w:t>
        <w:br/>
        <w:t>v -0.538719 6.978050 1.127182</w:t>
        <w:br/>
        <w:t>v -0.795646 7.208904 1.212541</w:t>
        <w:br/>
        <w:t>v -0.648006 7.211468 1.196831</w:t>
        <w:br/>
        <w:t>v -0.655368 6.978392 1.204067</w:t>
        <w:br/>
        <w:t>v -0.784305 6.977561 1.214618</w:t>
        <w:br/>
        <w:t>v -0.949669 7.208111 1.157321</w:t>
        <w:br/>
        <w:t>v -0.909578 6.980839 1.180450</w:t>
        <w:br/>
        <w:t>v -1.010591 6.981601 1.076130</w:t>
        <w:br/>
        <w:t>v -1.238035 6.949161 0.691655</w:t>
        <w:br/>
        <w:t>v -1.252089 6.942207 0.500648</w:t>
        <w:br/>
        <w:t>v -1.266860 7.147443 0.502429</w:t>
        <w:br/>
        <w:t>v -1.254735 7.166288 0.702963</w:t>
        <w:br/>
        <w:t>v -0.822879 7.120181 0.045827</w:t>
        <w:br/>
        <w:t>v -1.013908 7.125285 0.079868</w:t>
        <w:br/>
        <w:t>v -0.980276 6.944947 0.098565</w:t>
        <w:br/>
        <w:t>v -0.809751 6.940104 0.048031</w:t>
        <w:br/>
        <w:t>v -0.633179 7.124069 0.097898</w:t>
        <w:br/>
        <w:t>v -0.640625 6.947097 0.098644</w:t>
        <w:br/>
        <w:t>v -0.329952 7.141660 0.312106</w:t>
        <w:br/>
        <w:t>v -0.327140 6.936404 0.309572</w:t>
        <w:br/>
        <w:t>v -0.728329 3.258700 0.379658</w:t>
        <w:br/>
        <w:t>v -1.114501 3.285661 -0.083718</w:t>
        <w:br/>
        <w:t>v -1.047233 3.304330 -0.271005</w:t>
        <w:br/>
        <w:t>v -0.909391 3.318278 -0.402018</w:t>
        <w:br/>
        <w:t>v -0.425571 3.290195 0.084388</w:t>
        <w:br/>
        <w:t>v -0.242826 7.335473 0.497441</w:t>
        <w:br/>
        <w:t>v -0.264795 7.358450 0.764795</w:t>
        <w:br/>
        <w:t>v -0.322417 7.319729 0.294891</w:t>
        <w:br/>
        <w:t>v -1.084490 7.199195 1.011005</w:t>
        <w:br/>
        <w:t>v -1.011068 7.387980 1.142446</w:t>
        <w:br/>
        <w:t>v -0.805076 7.389590 1.231705</w:t>
        <w:br/>
        <w:t>v -1.092990 6.976969 0.966696</w:t>
        <w:br/>
        <w:t>v -1.178188 6.960784 0.830255</w:t>
        <w:br/>
        <w:t>v -1.187870 7.183548 0.857434</w:t>
        <w:br/>
        <w:t>v -0.379644 6.468189 0.891311</w:t>
        <w:br/>
        <w:t>v -0.322469 7.379033 0.982956</w:t>
        <w:br/>
        <w:t>v -0.558988 7.387035 1.177200</w:t>
        <w:br/>
        <w:t>v -1.178097 7.387388 0.959960</w:t>
        <w:br/>
        <w:t>v -1.009861 6.572277 1.088811</w:t>
        <w:br/>
        <w:t>v -1.000429 6.420316 1.079059</w:t>
        <w:br/>
        <w:t>v -0.440497 6.221518 0.876119</w:t>
        <w:br/>
        <w:t>v -0.596676 6.197247 1.011613</w:t>
        <w:br/>
        <w:t>v -1.170136 6.240713 0.810885</w:t>
        <w:br/>
        <w:t>v -0.324427 7.186661 0.956633</w:t>
        <w:br/>
        <w:t>v -0.329623 6.966635 0.923705</w:t>
        <w:br/>
        <w:t>v -1.030646 6.196998 0.974857</w:t>
        <w:br/>
        <w:t>v -1.284615 7.344600 0.599191</w:t>
        <w:br/>
        <w:t>v -0.332080 6.850197 0.915609</w:t>
        <w:br/>
        <w:t>v -0.246305 6.955848 0.727945</w:t>
        <w:br/>
        <w:t>v -0.336267 6.256978 0.653521</w:t>
        <w:br/>
        <w:t>v -0.264795 7.358450 0.764795</w:t>
        <w:br/>
        <w:t>v -0.260995 7.175061 0.748670</w:t>
        <w:br/>
        <w:t>v -0.255528 6.760942 0.715328</w:t>
        <w:br/>
        <w:t>v -0.543211 6.707804 1.133320</w:t>
        <w:br/>
        <w:t>v -0.451225 6.718910 1.014305</w:t>
        <w:br/>
        <w:t>v -0.340727 6.732392 0.906736</w:t>
        <w:br/>
        <w:t>v -0.529594 6.842716 1.134394</w:t>
        <w:br/>
        <w:t>v -0.652207 6.834379 1.219682</w:t>
        <w:br/>
        <w:t>v -0.661166 6.553437 1.207093</w:t>
        <w:br/>
        <w:t>v -0.652152 6.698443 1.221832</w:t>
        <w:br/>
        <w:t>v -0.792209 6.545012 1.225397</w:t>
        <w:br/>
        <w:t>v -0.781956 6.697782 1.238361</w:t>
        <w:br/>
        <w:t>v -0.903705 6.696668 1.207185</w:t>
        <w:br/>
        <w:t>v -0.902183 6.553812 1.195678</w:t>
        <w:br/>
        <w:t>v -1.014526 6.696977 1.091560</w:t>
        <w:br/>
        <w:t>v -1.091824 6.707355 0.962286</w:t>
        <w:br/>
        <w:t>v -1.172963 6.837827 0.825882</w:t>
        <w:br/>
        <w:t>v -1.175990 6.729174 0.823604</w:t>
        <w:br/>
        <w:t>v -0.933281 6.175009 1.064302</w:t>
        <w:br/>
        <w:t>v -0.819691 6.168952 1.095870</w:t>
        <w:br/>
        <w:t>v -0.700934 6.172077 1.079498</w:t>
        <w:br/>
        <w:t>v -0.921294 6.293127 1.114357</w:t>
        <w:br/>
        <w:t>v -0.782380 6.833445 1.234118</w:t>
        <w:br/>
        <w:t>v -0.817318 6.273654 1.140880</w:t>
        <w:br/>
        <w:t>v -0.692728 6.291420 1.129911</w:t>
        <w:br/>
        <w:t>v -0.910746 6.416354 1.160640</w:t>
        <w:br/>
        <w:t>v -0.804644 6.413405 1.192479</w:t>
        <w:br/>
        <w:t>v -0.905975 6.832353 1.201740</w:t>
        <w:br/>
        <w:t>v -1.015909 6.837529 1.087740</w:t>
        <w:br/>
        <w:t>v -0.677495 6.415102 1.174933</w:t>
        <w:br/>
        <w:t>v -0.577970 6.943077 0.158971</w:t>
        <w:br/>
        <w:t>v -0.492544 6.942954 0.170601</w:t>
        <w:br/>
        <w:t>v -0.473001 7.134131 0.179377</w:t>
        <w:br/>
        <w:t>v -0.560606 7.127726 0.143682</w:t>
        <w:br/>
        <w:t>v -1.052464 6.935882 0.184469</w:t>
        <w:br/>
        <w:t>v -1.046536 6.743165 0.197756</w:t>
        <w:br/>
        <w:t>v -1.078535 6.553070 0.172970</w:t>
        <w:br/>
        <w:t>v -1.185080 6.350563 0.186955</w:t>
        <w:br/>
        <w:t>v -1.178196 7.133508 0.282696</w:t>
        <w:br/>
        <w:t>v -1.093137 7.129098 0.172713</w:t>
        <w:br/>
        <w:t>v -1.201780 7.315843 0.265077</w:t>
        <w:br/>
        <w:t>v -1.153870 6.938531 0.285841</w:t>
        <w:br/>
        <w:t>v -1.142778 6.744111 0.272946</w:t>
        <w:br/>
        <w:t>v -1.155016 6.546658 0.246115</w:t>
        <w:br/>
        <w:t>v -0.575168 7.310412 0.119620</w:t>
        <w:br/>
        <w:t>v -1.073271 7.303571 0.109037</w:t>
        <w:br/>
        <w:t>v -0.827753 7.299966 0.039214</w:t>
        <w:br/>
        <w:t>v -0.500092 6.756901 0.168426</w:t>
        <w:br/>
        <w:t>v -1.094238 6.839668 0.964269</w:t>
        <w:br/>
        <w:t>v -0.444904 6.845917 1.019691</w:t>
        <w:br/>
        <w:t>v -0.888757 2.063514 0.087304</w:t>
        <w:br/>
        <w:t>v -0.548298 2.100904 -0.348662</w:t>
        <w:br/>
        <w:t>v -0.455953 2.104426 -0.188838</w:t>
        <w:br/>
        <w:t>v -0.458454 2.097448 -0.053382</w:t>
        <w:br/>
        <w:t>v -0.435243 2.736994 0.007161</w:t>
        <w:br/>
        <w:t>v -0.458454 2.097448 -0.053382</w:t>
        <w:br/>
        <w:t>v 0.590107 12.416338 -0.545962</w:t>
        <w:br/>
        <w:t>v 0.280122 12.338934 -0.552331</w:t>
        <w:br/>
        <w:t>v 0.291064 12.252132 -0.587994</w:t>
        <w:br/>
        <w:t>v 1.386862 12.497602 0.709428</w:t>
        <w:br/>
        <w:t>v 1.382580 12.532979 0.426199</w:t>
        <w:br/>
        <w:t>v 1.479808 12.303061 0.364354</w:t>
        <w:br/>
        <w:t>v 1.473806 12.259645 0.689228</w:t>
        <w:br/>
        <w:t>v 1.517566 12.015830 -0.015534</w:t>
        <w:br/>
        <w:t>v 1.410198 12.316221 0.047778</w:t>
        <w:br/>
        <w:t>v 1.228086 12.300457 -0.270427</w:t>
        <w:br/>
        <w:t>v 1.338029 11.999419 -0.334870</w:t>
        <w:br/>
        <w:t>v 1.099671 12.007348 1.377217</w:t>
        <w:br/>
        <w:t>v 0.922273 12.215295 1.444556</w:t>
        <w:br/>
        <w:t>v 1.167791 12.361538 1.259746</w:t>
        <w:br/>
        <w:t>v 1.251579 12.128302 1.236954</w:t>
        <w:br/>
        <w:t>v 1.575537 12.035761 0.685345</w:t>
        <w:br/>
        <w:t>v 1.475073 12.039632 0.955712</w:t>
        <w:br/>
        <w:t>v 1.408938 12.214202 0.973078</w:t>
        <w:br/>
        <w:t>v 1.296726 12.014847 1.226908</w:t>
        <w:br/>
        <w:t>v 1.315581 12.553353 0.146127</w:t>
        <w:br/>
        <w:t>v 1.313556 12.453565 1.004992</w:t>
        <w:br/>
        <w:t>v 0.697031 10.544405 -0.330236</w:t>
        <w:br/>
        <w:t>v 0.727016 10.626916 -0.360126</w:t>
        <w:br/>
        <w:t>v 0.511975 10.680541 -0.211423</w:t>
        <w:br/>
        <w:t>v 0.335329 11.975794 -0.684413</w:t>
        <w:br/>
        <w:t>v 0.639529 12.148888 -0.670536</w:t>
        <w:br/>
        <w:t>v 0.952214 12.239544 -0.541982</w:t>
        <w:br/>
        <w:t>v 1.135843 12.556795 -0.155767</w:t>
        <w:br/>
        <w:t>v 0.867247 12.516504 -0.408611</w:t>
        <w:br/>
        <w:t>v 0.314222 10.731067 -0.002790</w:t>
        <w:br/>
        <w:t>v 0.345589 10.572220 0.003569</w:t>
        <w:br/>
        <w:t>v 0.121789 11.864249 -0.588354</w:t>
        <w:br/>
        <w:t>v 0.109975 12.087039 -0.557679</w:t>
        <w:br/>
        <w:t>v 0.098260 12.282998 -0.504178</w:t>
        <w:br/>
        <w:t>v 0.217657 10.791957 0.190175</w:t>
        <w:br/>
        <w:t>v 0.000048 11.976385 -0.500782</w:t>
        <w:br/>
        <w:t>v 0.000063 11.751029 -0.470150</w:t>
        <w:br/>
        <w:t>v 0.664193 10.194347 -0.343801</w:t>
        <w:br/>
        <w:t>v 1.132617 10.217443 -0.457789</w:t>
        <w:br/>
        <w:t>v 1.188565 10.631612 -0.440583</w:t>
        <w:br/>
        <w:t>v 0.157173 10.814045 0.441509</w:t>
        <w:br/>
        <w:t>v 0.143832 10.594658 0.439936</w:t>
        <w:br/>
        <w:t>v 0.123014 11.781941 -0.585133</w:t>
        <w:br/>
        <w:t>v 0.664846 11.979772 -0.718880</w:t>
        <w:br/>
        <w:t>v 1.024310 11.983876 -0.610370</w:t>
        <w:br/>
        <w:t>v 1.583413 12.027402 0.295006</w:t>
        <w:br/>
        <w:t>v 1.831235 10.380136 0.389220</w:t>
        <w:br/>
        <w:t>v 1.799563 10.801023 0.311958</w:t>
        <w:br/>
        <w:t>v 1.703946 10.761492 0.018147</w:t>
        <w:br/>
        <w:t>v 1.727291 10.315097 0.046398</w:t>
        <w:br/>
        <w:t>v 1.812670 10.803605 0.608166</w:t>
        <w:br/>
        <w:t>v 1.838637 10.403296 0.593753</w:t>
        <w:br/>
        <w:t>v 1.506820 10.249994 -0.263004</w:t>
        <w:br/>
        <w:t>v 1.511900 10.701523 -0.261806</w:t>
        <w:br/>
        <w:t>v 0.898847 10.326660 1.601604</w:t>
        <w:br/>
        <w:t>v 0.887187 10.719361 1.542948</w:t>
        <w:br/>
        <w:t>v 1.228068 10.727964 1.472471</w:t>
        <w:br/>
        <w:t>v 1.267902 10.358876 1.495653</w:t>
        <w:br/>
        <w:t>v 1.532790 10.747327 1.288454</w:t>
        <w:br/>
        <w:t>v 1.541088 10.385606 1.312501</w:t>
        <w:br/>
        <w:t>v 0.480797 10.274752 1.446562</w:t>
        <w:br/>
        <w:t>v 0.507484 10.634877 1.423200</w:t>
        <w:br/>
        <w:t>v 0.207922 10.245385 1.148122</w:t>
        <w:br/>
        <w:t>v 0.243557 10.585753 1.157244</w:t>
        <w:br/>
        <w:t>v 0.076083 10.245210 0.812223</w:t>
        <w:br/>
        <w:t>v 0.116296 10.575702 0.849091</w:t>
        <w:br/>
        <w:t>v 0.116296 10.575702 0.849091</w:t>
        <w:br/>
        <w:t>v 0.076083 10.245210 0.812223</w:t>
        <w:br/>
        <w:t>v 0.113866 10.259363 0.414503</w:t>
        <w:br/>
        <w:t>v 0.305621 10.221716 0.006641</w:t>
        <w:br/>
        <w:t>v 1.637077 10.755417 1.142500</w:t>
        <w:br/>
        <w:t>v 1.730767 10.777411 0.966955</w:t>
        <w:br/>
        <w:t>v 1.755029 10.401721 1.002705</w:t>
        <w:br/>
        <w:t>v 0.901528 10.095331 1.612815</w:t>
        <w:br/>
        <w:t>v 1.269009 10.107342 1.509672</w:t>
        <w:br/>
        <w:t>v 1.829660 10.117163 0.581300</w:t>
        <w:br/>
        <w:t>v 1.736352 10.119514 1.017434</w:t>
        <w:br/>
        <w:t>v 1.824448 10.104959 0.449200</w:t>
        <w:br/>
        <w:t>v 1.714502 10.062112 0.071643</w:t>
        <w:br/>
        <w:t>v 1.500907 10.025928 -0.251679</w:t>
        <w:br/>
        <w:t>v 0.105307 9.674665 0.750805</w:t>
        <w:br/>
        <w:t>v 0.082095 9.742227 0.762145</w:t>
        <w:br/>
        <w:t>v 0.204801 9.741739 1.121701</w:t>
        <w:br/>
        <w:t>v 0.230820 9.664838 1.098358</w:t>
        <w:br/>
        <w:t>v 0.197123 10.044252 1.146692</w:t>
        <w:br/>
        <w:t>v 0.476210 10.072882 1.442831</w:t>
        <w:br/>
        <w:t>v 0.138358 9.662902 0.390752</w:t>
        <w:br/>
        <w:t>v 0.112838 9.730639 0.383910</w:t>
        <w:br/>
        <w:t>v 0.082095 9.742227 0.762145</w:t>
        <w:br/>
        <w:t>v 0.105307 9.674665 0.750805</w:t>
        <w:br/>
        <w:t>v 0.330605 9.648620 0.049607</w:t>
        <w:br/>
        <w:t>v 0.305864 9.719095 0.025696</w:t>
        <w:br/>
        <w:t>v 0.648522 9.998166 -0.341993</w:t>
        <w:br/>
        <w:t>v 0.294399 10.017156 -0.005573</w:t>
        <w:br/>
        <w:t>v 0.506525 10.764773 1.410394</w:t>
        <w:br/>
        <w:t>v 0.159397 10.828681 0.873314</w:t>
        <w:br/>
        <w:t>v 0.268228 10.811500 1.155627</w:t>
        <w:br/>
        <w:t>v 0.159397 10.828681 0.873314</w:t>
        <w:br/>
        <w:t>v 1.108531 10.010219 -0.454261</w:t>
        <w:br/>
        <w:t>v 1.532809 10.116225 1.323367</w:t>
        <w:br/>
        <w:t>v 1.257568 9.653801 1.444425</w:t>
        <w:br/>
        <w:t>v 1.266473 9.734559 1.476043</w:t>
        <w:br/>
        <w:t>v 1.479769 9.743769 1.314387</w:t>
        <w:br/>
        <w:t>v 1.457083 9.665352 1.291071</w:t>
        <w:br/>
        <w:t>v 0.495880 9.649920 1.398553</w:t>
        <w:br/>
        <w:t>v 0.476832 9.725747 1.431660</w:t>
        <w:br/>
        <w:t>v 0.906946 9.718246 1.573036</w:t>
        <w:br/>
        <w:t>v 0.911487 9.647371 1.542041</w:t>
        <w:br/>
        <w:t>v 0.000027 12.243262 -0.462677</w:t>
        <w:br/>
        <w:t>v 1.078151 9.687914 -0.385936</w:t>
        <w:br/>
        <w:t>v 0.644325 9.699022 -0.286129</w:t>
        <w:br/>
        <w:t>v 0.655274 9.630779 -0.247314</w:t>
        <w:br/>
        <w:t>v 1.069771 9.614031 -0.352129</w:t>
        <w:br/>
        <w:t>v 0.113981 9.361994 0.396210</w:t>
        <w:br/>
        <w:t>v 0.124220 9.585037 0.384188</w:t>
        <w:br/>
        <w:t>v 0.094695 9.592841 0.744466</w:t>
        <w:br/>
        <w:t>v 0.089087 9.371113 0.756832</w:t>
        <w:br/>
        <w:t>v 0.317779 9.571629 0.039406</w:t>
        <w:br/>
        <w:t>v 0.220128 9.598729 1.098414</w:t>
        <w:br/>
        <w:t>v 0.094695 9.592841 0.744466</w:t>
        <w:br/>
        <w:t>v 0.223447 9.377190 1.107628</w:t>
        <w:br/>
        <w:t>v 0.487523 9.588142 1.401387</w:t>
        <w:br/>
        <w:t>v 0.501892 9.382730 1.392411</w:t>
        <w:br/>
        <w:t>v 0.647811 9.554481 -0.258984</w:t>
        <w:br/>
        <w:t>v 0.284830 9.349877 0.058692</w:t>
        <w:br/>
        <w:t>v 0.620888 9.331077 -0.235613</w:t>
        <w:br/>
        <w:t>v 1.065317 9.541624 -0.361253</w:t>
        <w:br/>
        <w:t>v 1.633833 9.579463 0.150002</w:t>
        <w:br/>
        <w:t>v 1.436153 9.557180 -0.174980</w:t>
        <w:br/>
        <w:t>v 1.389295 9.330332 -0.168600</w:t>
        <w:br/>
        <w:t>v 1.609116 9.339000 0.171548</w:t>
        <w:br/>
        <w:t>v 1.633459 9.652030 0.149242</w:t>
        <w:br/>
        <w:t>v 1.704610 9.594433 0.566827</w:t>
        <w:br/>
        <w:t>v 1.699404 9.671630 0.560684</w:t>
        <w:br/>
        <w:t>v 1.612667 9.363146 1.042849</w:t>
        <w:br/>
        <w:t>v 1.624746 9.602659 1.002133</w:t>
        <w:br/>
        <w:t>v 1.693206 9.351676 0.574963</w:t>
        <w:br/>
        <w:t>v 1.625348 9.675095 0.994005</w:t>
        <w:br/>
        <w:t>v 1.450042 9.599406 1.303537</w:t>
        <w:br/>
        <w:t>v 1.256390 9.586699 1.446977</w:t>
        <w:br/>
        <w:t>v 0.917313 9.378251 1.544259</w:t>
        <w:br/>
        <w:t>v 0.908678 9.577723 1.550251</w:t>
        <w:br/>
        <w:t>v 1.292847 9.371759 1.408359</w:t>
        <w:br/>
        <w:t>v 1.438689 9.622899 -0.168686</w:t>
        <w:br/>
        <w:t>v 0.634182 2.072945 0.186871</w:t>
        <w:br/>
        <w:t>v 0.687198 2.717693 0.285243</w:t>
        <w:br/>
        <w:t>v 0.826551 2.715406 0.268985</w:t>
        <w:br/>
        <w:t>v 0.765754 2.067607 0.181991</w:t>
        <w:br/>
        <w:t>v 0.984342 2.734111 -0.277259</w:t>
        <w:br/>
        <w:t>v 0.862021 2.739947 -0.406627</w:t>
        <w:br/>
        <w:t>v 0.811338 2.086360 -0.409410</w:t>
        <w:br/>
        <w:t>v 0.920028 2.080474 -0.279258</w:t>
        <w:br/>
        <w:t>v 0.689293 2.743517 -0.436531</w:t>
        <w:br/>
        <w:t>v 0.651264 2.091248 -0.425707</w:t>
        <w:br/>
        <w:t>v 0.496846 2.729137 0.138149</w:t>
        <w:br/>
        <w:t>v 0.505305 3.274242 0.229803</w:t>
        <w:br/>
        <w:t>v 0.597544 3.262664 0.319488</w:t>
        <w:br/>
        <w:t>v 0.569604 2.723783 0.222529</w:t>
        <w:br/>
        <w:t>v 0.525886 2.084399 0.107657</w:t>
        <w:br/>
        <w:t>v 0.578406 2.744624 -0.386775</w:t>
        <w:br/>
        <w:t>v 0.723600 3.324582 -0.440000</w:t>
        <w:br/>
        <w:t>v 0.571444 3.324374 -0.380269</w:t>
        <w:br/>
        <w:t>v 0.955344 2.069112 -0.089140</w:t>
        <w:br/>
        <w:t>v 1.036120 2.724694 -0.095370</w:t>
        <w:br/>
        <w:t>v 0.951678 2.714856 0.167175</w:t>
        <w:br/>
        <w:t>v 0.876534 3.258254 0.355090</w:t>
        <w:br/>
        <w:t>v 1.005194 3.261293 0.244752</w:t>
        <w:br/>
        <w:t>v 0.403904 3.304295 -0.072509</w:t>
        <w:br/>
        <w:t>v 0.423879 2.742306 -0.128337</w:t>
        <w:br/>
        <w:t>v 0.494205 2.744194 -0.296459</w:t>
        <w:br/>
        <w:t>v 0.466932 3.317403 -0.257240</w:t>
        <w:br/>
        <w:t>v 1.005494 2.719070 0.050195</w:t>
        <w:br/>
        <w:t>v 1.082010 3.269432 0.106587</w:t>
        <w:br/>
        <w:t>v 0.425564 3.289903 0.085653</w:t>
        <w:br/>
        <w:t>v 0.435236 2.736633 0.008924</w:t>
        <w:br/>
        <w:t>v 1.655877 9.753494 1.008475</w:t>
        <w:br/>
        <w:t>v 1.744948 9.752872 0.550854</w:t>
        <w:br/>
        <w:t>v 1.664154 9.728429 0.120955</w:t>
        <w:br/>
        <w:t>v 1.457186 9.700435 -0.197942</w:t>
        <w:br/>
        <w:t>v 0.196529 9.855155 1.132239</w:t>
        <w:br/>
        <w:t>v 0.064832 9.856452 0.773020</w:t>
        <w:br/>
        <w:t>v 0.064832 9.856452 0.773020</w:t>
        <w:br/>
        <w:t>v 0.098103 9.838711 0.387765</w:t>
        <w:br/>
        <w:t>v 0.293472 9.818307 0.010618</w:t>
        <w:br/>
        <w:t>v 1.511107 9.922259 1.325504</w:t>
        <w:br/>
        <w:t>v 1.267387 9.913839 1.507243</w:t>
        <w:br/>
        <w:t>v 0.904215 9.882991 1.607635</w:t>
        <w:br/>
        <w:t>v 0.474350 9.875728 1.443347</w:t>
        <w:br/>
        <w:t>v 1.087411 9.806069 -0.424281</w:t>
        <w:br/>
        <w:t>v 0.640035 9.793748 -0.312867</w:t>
        <w:br/>
        <w:t>v 1.701881 9.917739 1.022387</w:t>
        <w:br/>
        <w:t>v 1.796559 9.916914 0.570062</w:t>
        <w:br/>
        <w:t>v 1.792709 9.908407 0.495355</w:t>
        <w:br/>
        <w:t>v 1.691370 9.863660 0.092850</w:t>
        <w:br/>
        <w:t>v 1.477440 9.831784 -0.229045</w:t>
        <w:br/>
        <w:t>v 0.058644 10.042200 0.793539</w:t>
        <w:br/>
        <w:t>v 0.058644 10.042200 0.793539</w:t>
        <w:br/>
        <w:t>v 0.096663 10.030649 0.401358</w:t>
        <w:br/>
        <w:t>v 0.089087 9.371113 0.756832</w:t>
        <w:br/>
        <w:t>v 1.014257 9.324240 -0.350877</w:t>
        <w:br/>
        <w:t>v 1.354946 9.366330 1.353155</w:t>
        <w:br/>
        <w:t>v 0.408848 11.495395 1.432238</w:t>
        <w:br/>
        <w:t>v 0.442125 11.702158 1.512227</w:t>
        <w:br/>
        <w:t>v 0.651809 11.763269 1.509537</w:t>
        <w:br/>
        <w:t>v 0.644472 11.567793 1.472876</w:t>
        <w:br/>
        <w:t>v 0.068050 10.987025 0.476243</w:t>
        <w:br/>
        <w:t>v 0.096823 10.943187 0.178146</w:t>
        <w:br/>
        <w:t>v 0.157332 11.021034 0.901583</w:t>
        <w:br/>
        <w:t>v 0.088111 11.019867 0.895219</w:t>
        <w:br/>
        <w:t>v 0.128325 11.080245 1.224783</w:t>
        <w:br/>
        <w:t>v 0.242645 11.085702 1.179124</w:t>
        <w:br/>
        <w:t>v 0.088111 11.019867 0.895219</w:t>
        <w:br/>
        <w:t>v 0.157332 11.021034 0.901583</w:t>
        <w:br/>
        <w:t>v 0.108781 10.959502 0.479938</w:t>
        <w:br/>
        <w:t>v 0.094552 10.940981 -0.024371</w:t>
        <w:br/>
        <w:t>v 0.000067 11.016443 0.024228</w:t>
        <w:br/>
        <w:t>v 0.195678 11.642871 1.523823</w:t>
        <w:br/>
        <w:t>v 0.188127 11.446058 1.453145</w:t>
        <w:br/>
        <w:t>v 0.000090 11.265251 -0.393617</w:t>
        <w:br/>
        <w:t>v 0.136864 11.281036 -0.505764</w:t>
        <w:br/>
        <w:t>v 0.124069 11.476228 -0.574636</w:t>
        <w:br/>
        <w:t>v 0.000078 11.410834 -0.445120</w:t>
        <w:br/>
        <w:t>v 0.000112 11.135287 -0.273923</w:t>
        <w:br/>
        <w:t>v 0.158160 11.088458 -0.411963</w:t>
        <w:br/>
        <w:t>v 0.171865 11.278843 1.382513</w:t>
        <w:br/>
        <w:t>v 0.153034 11.160319 1.319766</w:t>
        <w:br/>
        <w:t>v 1.143751 11.474270 -0.684419</w:t>
        <w:br/>
        <w:t>v 1.459151 11.559464 -0.401343</w:t>
        <w:br/>
        <w:t>v 1.408659 11.790326 -0.382785</w:t>
        <w:br/>
        <w:t>v 1.092452 11.733626 -0.678102</w:t>
        <w:br/>
        <w:t>v 1.598219 11.829840 -0.035603</w:t>
        <w:br/>
        <w:t>v 1.547096 12.009342 -0.023945</w:t>
        <w:br/>
        <w:t>v 1.362702 11.991607 -0.354928</w:t>
        <w:br/>
        <w:t>v 1.652384 11.837456 0.275746</w:t>
        <w:br/>
        <w:t>v 1.615863 12.020796 0.293014</w:t>
        <w:br/>
        <w:t>v 0.707435 11.656584 -0.802634</w:t>
        <w:br/>
        <w:t>v 0.743367 11.389014 -0.794553</w:t>
        <w:br/>
        <w:t>v 1.174791 11.576783 1.422286</w:t>
        <w:br/>
        <w:t>v 1.417331 11.669779 1.255858</w:t>
        <w:br/>
        <w:t>v 1.450061 11.440747 1.270240</w:t>
        <w:br/>
        <w:t>v 1.196967 11.370530 1.438289</w:t>
        <w:br/>
        <w:t>v 0.908809 11.467828 1.485104</w:t>
        <w:br/>
        <w:t>v 0.906769 11.686845 1.480970</w:t>
        <w:br/>
        <w:t>v 1.147790 11.789649 1.398889</w:t>
        <w:br/>
        <w:t>v 0.398969 11.330420 -0.717375</w:t>
        <w:br/>
        <w:t>v 0.429271 11.095418 -0.630679</w:t>
        <w:br/>
        <w:t>v 0.769473 11.157321 -0.712351</w:t>
        <w:br/>
        <w:t>v 0.242645 11.085702 1.179124</w:t>
        <w:br/>
        <w:t>v 0.240147 10.963531 1.175101</w:t>
        <w:br/>
        <w:t>v 0.145595 10.931845 0.888188</w:t>
        <w:br/>
        <w:t>v 0.157332 11.021034 0.901583</w:t>
        <w:br/>
        <w:t>v 0.304642 11.174919 1.258790</w:t>
        <w:br/>
        <w:t>v 0.577904 11.151075 1.438787</w:t>
        <w:br/>
        <w:t>v 0.615830 11.362054 1.449348</w:t>
        <w:br/>
        <w:t>v 0.902641 11.270370 1.497271</w:t>
        <w:br/>
        <w:t>v 0.367308 11.565372 -0.744788</w:t>
        <w:br/>
        <w:t>v 1.762055 11.378375 0.272722</w:t>
        <w:br/>
        <w:t>v 1.709540 11.629240 0.263615</w:t>
        <w:br/>
        <w:t>v 1.676112 11.435322 -0.050000</w:t>
        <w:br/>
        <w:t>v 0.780980 10.786941 -0.442379</w:t>
        <w:br/>
        <w:t>v 0.726169 10.636874 -0.396671</w:t>
        <w:br/>
        <w:t>v 1.193007 10.643345 -0.474300</w:t>
        <w:br/>
        <w:t>v 1.213091 10.905262 -0.469882</w:t>
        <w:br/>
        <w:t>v 0.000102 11.081427 -0.160624</w:t>
        <w:br/>
        <w:t>v 0.202952 10.912274 -0.297459</w:t>
        <w:br/>
        <w:t>v 1.696873 11.255143 -0.044399</w:t>
        <w:br/>
        <w:t>v 1.522344 10.896192 -0.297846</w:t>
        <w:br/>
        <w:t>v 1.702208 11.094888 -0.036674</w:t>
        <w:br/>
        <w:t>v 1.516594 11.099341 -0.325731</w:t>
        <w:br/>
        <w:t>v 0.455355 10.905868 -0.498531</w:t>
        <w:br/>
        <w:t>v 0.788613 10.941057 -0.586440</w:t>
        <w:br/>
        <w:t>v 0.491185 10.761163 -0.314654</w:t>
        <w:br/>
        <w:t>v 0.502376 10.687634 -0.239040</w:t>
        <w:br/>
        <w:t>v 1.175991 11.275056 -0.638514</w:t>
        <w:br/>
        <w:t>v 1.198605 11.069391 -0.553556</w:t>
        <w:br/>
        <w:t>v 1.489456 11.373818 -0.385315</w:t>
        <w:br/>
        <w:t>v 1.504966 11.248892 -0.362261</w:t>
        <w:br/>
        <w:t>v 0.123727 11.765178 -0.613580</w:t>
        <w:br/>
        <w:t>v 0.000071 11.737509 -0.496394</w:t>
        <w:br/>
        <w:t>v 0.338041 11.963012 -0.714203</w:t>
        <w:br/>
        <w:t>v 0.669039 11.967822 -0.749675</w:t>
        <w:br/>
        <w:t>v 1.373021 11.892544 1.244298</w:t>
        <w:br/>
        <w:t>v 1.528520 11.931134 0.991750</w:t>
        <w:br/>
        <w:t>v 1.511797 11.695322 1.147528</w:t>
        <w:br/>
        <w:t>v 0.352649 11.307754 1.331129</w:t>
        <w:br/>
        <w:t>v 1.819647 10.955807 0.290318</w:t>
        <w:br/>
        <w:t>v 1.716502 10.930357 -0.023878</w:t>
        <w:br/>
        <w:t>v 1.731714 10.786627 0.000204</w:t>
        <w:br/>
        <w:t>v 1.833004 10.821888 0.304288</w:t>
        <w:br/>
        <w:t>v 1.533587 10.722890 -0.290829</w:t>
        <w:br/>
        <w:t>v 1.788845 11.183539 0.274720</w:t>
        <w:br/>
        <w:t>v 0.893481 11.046148 1.517317</w:t>
        <w:br/>
        <w:t>v 1.215005 11.133801 1.465347</w:t>
        <w:br/>
        <w:t>v 1.206150 10.741452 1.518670</w:t>
        <w:br/>
        <w:t>v 0.882887 10.733658 1.575563</w:t>
        <w:br/>
        <w:t>v 1.764555 10.933217 0.968821</w:t>
        <w:br/>
        <w:t>v 1.727014 11.205003 0.902851</w:t>
        <w:br/>
        <w:t>v 1.797714 11.206184 0.597116</w:t>
        <w:br/>
        <w:t>v 1.835648 10.959192 0.603363</w:t>
        <w:br/>
        <w:t>v 1.362391 11.160149 1.388958</w:t>
        <w:br/>
        <w:t>v 1.751176 11.472454 0.583205</w:t>
        <w:br/>
        <w:t>v 1.040796 11.973549 -0.636685</w:t>
        <w:br/>
        <w:t>v 0.549188 10.977950 1.434527</w:t>
        <w:br/>
        <w:t>v 0.491580 10.778976 1.439385</w:t>
        <w:br/>
        <w:t>v 1.322653 12.003394 1.249910</w:t>
        <w:br/>
        <w:t>v 1.506099 12.031372 0.965449</w:t>
        <w:br/>
        <w:t>v 1.847034 10.824389 0.609719</w:t>
        <w:br/>
        <w:t>v 1.761443 10.803976 0.973654</w:t>
        <w:br/>
        <w:t>v 1.697621 10.792713 1.109062</w:t>
        <w:br/>
        <w:t>v 1.687078 10.900266 1.080205</w:t>
        <w:br/>
        <w:t>v 1.117261 11.992476 1.404782</w:t>
        <w:br/>
        <w:t>v 0.897499 11.878588 1.483591</w:t>
        <w:br/>
        <w:t>v 0.895611 11.975839 1.508629</w:t>
        <w:br/>
        <w:t>v 0.304642 11.174919 1.258790</w:t>
        <w:br/>
        <w:t>v 0.660010 11.964084 1.557901</w:t>
        <w:br/>
        <w:t>v 0.241035 10.833290 1.175231</w:t>
        <w:br/>
        <w:t>v 1.646188 11.599338 -0.055974</w:t>
        <w:br/>
        <w:t>v 1.681030 11.747287 0.547693</w:t>
        <w:br/>
        <w:t>v 0.169478 11.962137 1.626558</w:t>
        <w:br/>
        <w:t>v 0.455659 11.960121 1.593270</w:t>
        <w:br/>
        <w:t>v 1.607407 12.029168 0.688209</w:t>
        <w:br/>
        <w:t>v 1.610950 11.936073 0.697251</w:t>
        <w:br/>
        <w:t>v 0.125128 10.826407 0.449614</w:t>
        <w:br/>
        <w:t>v 0.125925 10.850255 0.878749</w:t>
        <w:br/>
        <w:t>v 0.159397 10.828681 0.873314</w:t>
        <w:br/>
        <w:t>v 0.157173 10.814045 0.441509</w:t>
        <w:br/>
        <w:t>v 0.125925 10.850255 0.878749</w:t>
        <w:br/>
        <w:t>v 0.241035 10.833290 1.175231</w:t>
        <w:br/>
        <w:t>v 0.268228 10.811500 1.155627</w:t>
        <w:br/>
        <w:t>v 0.159397 10.828681 0.873314</w:t>
        <w:br/>
        <w:t>v 0.181920 10.806752 0.190651</w:t>
        <w:br/>
        <w:t>v 0.217657 10.791957 0.190175</w:t>
        <w:br/>
        <w:t>v 0.287722 10.743383 -0.020682</w:t>
        <w:br/>
        <w:t>v 0.314222 10.731067 -0.002790</w:t>
        <w:br/>
        <w:t>v 0.314222 10.731067 -0.002790</w:t>
        <w:br/>
        <w:t>v 0.511975 10.680541 -0.211423</w:t>
        <w:br/>
        <w:t>v 0.511975 10.680541 -0.211423</w:t>
        <w:br/>
        <w:t>v 0.727016 10.626916 -0.360126</w:t>
        <w:br/>
        <w:t>v 1.703946 10.761492 0.018147</w:t>
        <w:br/>
        <w:t>v 1.799563 10.801023 0.311958</w:t>
        <w:br/>
        <w:t>v 1.511900 10.701523 -0.261806</w:t>
        <w:br/>
        <w:t>v 1.193007 10.643345 -0.474300</w:t>
        <w:br/>
        <w:t>v 1.188565 10.631612 -0.440583</w:t>
        <w:br/>
        <w:t>v 0.882887 10.733658 1.575563</w:t>
        <w:br/>
        <w:t>v 1.206150 10.741452 1.518670</w:t>
        <w:br/>
        <w:t>v 1.228068 10.727964 1.472471</w:t>
        <w:br/>
        <w:t>v 0.887187 10.719361 1.542948</w:t>
        <w:br/>
        <w:t>v 0.491580 10.778976 1.439385</w:t>
        <w:br/>
        <w:t>v 0.506525 10.764773 1.410394</w:t>
        <w:br/>
        <w:t>v 1.812670 10.803605 0.608166</w:t>
        <w:br/>
        <w:t>v 1.730767 10.777411 0.966955</w:t>
        <w:br/>
        <w:t>v 1.730767 10.777411 0.966955</w:t>
        <w:br/>
        <w:t>v 1.637077 10.755417 1.142500</w:t>
        <w:br/>
        <w:t>v 0.157332 11.021034 0.901583</w:t>
        <w:br/>
        <w:t>v 0.145595 10.931845 0.888188</w:t>
        <w:br/>
        <w:t>v 0.118814 10.901317 0.459815</w:t>
        <w:br/>
        <w:t>v 0.108781 10.959502 0.479938</w:t>
        <w:br/>
        <w:t>v 1.631523 11.933224 0.399262</w:t>
        <w:br/>
        <w:t>v 1.362702 11.991607 -0.354928</w:t>
        <w:br/>
        <w:t>v 1.547096 12.009342 -0.023945</w:t>
        <w:br/>
        <w:t>v 1.517566 12.015830 -0.015534</w:t>
        <w:br/>
        <w:t>v 1.338029 11.999419 -0.334870</w:t>
        <w:br/>
        <w:t>v 1.615863 12.020796 0.293014</w:t>
        <w:br/>
        <w:t>v 1.583413 12.027402 0.295006</w:t>
        <w:br/>
        <w:t>v 1.607407 12.029168 0.688209</w:t>
        <w:br/>
        <w:t>v 1.575537 12.035761 0.685345</w:t>
        <w:br/>
        <w:t>v 1.506099 12.031372 0.965449</w:t>
        <w:br/>
        <w:t>v 1.475073 12.039632 0.955712</w:t>
        <w:br/>
        <w:t>v 1.296726 12.014847 1.226908</w:t>
        <w:br/>
        <w:t>v 1.117261 11.992476 1.404782</w:t>
        <w:br/>
        <w:t>v 1.099671 12.007348 1.377217</w:t>
        <w:br/>
        <w:t>v 1.296726 12.014847 1.226908</w:t>
        <w:br/>
        <w:t>v 0.895611 11.975839 1.508629</w:t>
        <w:br/>
        <w:t>v 0.883927 11.993470 1.480792</w:t>
        <w:br/>
        <w:t>v 0.660010 11.964084 1.557901</w:t>
        <w:br/>
        <w:t>v 0.654504 11.983791 1.530864</w:t>
        <w:br/>
        <w:t>v 0.455659 11.960121 1.593270</w:t>
        <w:br/>
        <w:t>v 0.451540 11.980681 1.567489</w:t>
        <w:br/>
        <w:t>v 0.169478 11.962137 1.626558</w:t>
        <w:br/>
        <w:t>v 0.167489 11.981711 1.600353</w:t>
        <w:br/>
        <w:t>v 0.000132 11.797082 1.601175</w:t>
        <w:br/>
        <w:t>v 0.000129 11.812426 1.573906</w:t>
        <w:br/>
        <w:t>v 0.123014 11.781941 -0.585133</w:t>
        <w:br/>
        <w:t>v 0.000063 11.751029 -0.470150</w:t>
        <w:br/>
        <w:t>v 0.335329 11.975794 -0.684413</w:t>
        <w:br/>
        <w:t>v 0.669039 11.967822 -0.749675</w:t>
        <w:br/>
        <w:t>v 0.664846 11.979772 -0.718880</w:t>
        <w:br/>
        <w:t>v 1.040796 11.973549 -0.636685</w:t>
        <w:br/>
        <w:t>v 1.024310 11.983876 -0.610370</w:t>
        <w:br/>
        <w:t>v 1.228068 10.727964 1.472471</w:t>
        <w:br/>
        <w:t>v 1.532790 10.747327 1.288454</w:t>
        <w:br/>
        <w:t>v 1.545572 10.840030 1.277691</w:t>
        <w:br/>
        <w:t>v 1.622721 11.457906 1.037225</w:t>
        <w:br/>
        <w:t>v 1.728395 11.471816 0.738713</w:t>
        <w:br/>
        <w:t>v 1.635084 11.723605 0.869157</w:t>
        <w:br/>
        <w:t>v 0.254116 10.816337 -0.080864</w:t>
        <w:br/>
        <w:t>v 0.136586 10.878445 0.181922</w:t>
        <w:br/>
        <w:t>v 0.125925 10.850255 0.878749</w:t>
        <w:br/>
        <w:t>v 0.125925 10.850255 0.878749</w:t>
        <w:br/>
        <w:t>v 0.125128 10.826407 0.449614</w:t>
        <w:br/>
        <w:t>v 0.883927 11.993470 1.480792</w:t>
        <w:br/>
        <w:t>v 0.654504 11.983791 1.530864</w:t>
        <w:br/>
        <w:t>v 0.400634 1.985365 0.534762</w:t>
        <w:br/>
        <w:t>v 0.404781 2.095823 0.536360</w:t>
        <w:br/>
        <w:t>v 0.563816 2.077905 0.567182</w:t>
        <w:br/>
        <w:t>v 0.563343 1.993127 0.561623</w:t>
        <w:br/>
        <w:t>v 0.455868 2.225497 0.448583</w:t>
        <w:br/>
        <w:t>v 0.589475 2.203836 0.483330</w:t>
        <w:br/>
        <w:t>v 0.455868 2.225497 0.448583</w:t>
        <w:br/>
        <w:t>v 0.527649 2.206995 0.332635</w:t>
        <w:br/>
        <w:t>v 0.619058 2.183803 0.353306</w:t>
        <w:br/>
        <w:t>v 0.589475 2.203836 0.483330</w:t>
        <w:br/>
        <w:t>v 0.575633 2.173271 0.259817</w:t>
        <w:br/>
        <w:t>v 0.642035 2.146074 0.282281</w:t>
        <w:br/>
        <w:t>v 0.634182 2.072945 0.186871</w:t>
        <w:br/>
        <w:t>v 0.509834 1.791775 0.347795</w:t>
        <w:br/>
        <w:t>v 0.461412 1.804043 0.430483</w:t>
        <w:br/>
        <w:t>v 0.592861 1.844208 0.477003</w:t>
        <w:br/>
        <w:t>v 0.620202 1.803145 0.388747</w:t>
        <w:br/>
        <w:t>v 0.423077 1.881344 0.497764</w:t>
        <w:br/>
        <w:t>v 0.575563 1.912284 0.530324</w:t>
        <w:br/>
        <w:t>v 0.285076 1.989121 0.419091</w:t>
        <w:br/>
        <w:t>v 0.300212 2.098724 0.413895</w:t>
        <w:br/>
        <w:t>v 0.363479 2.193356 0.355180</w:t>
        <w:br/>
        <w:t>v 0.439422 2.221772 0.276139</w:t>
        <w:br/>
        <w:t>v 0.513272 2.205712 0.217913</w:t>
        <w:br/>
        <w:t>v 0.525886 2.084399 0.107657</w:t>
        <w:br/>
        <w:t>v 0.415151 1.804184 0.273197</w:t>
        <w:br/>
        <w:t>v 0.354726 1.810305 0.334305</w:t>
        <w:br/>
        <w:t>v 0.304677 1.883831 0.392389</w:t>
        <w:br/>
        <w:t>v 0.195396 2.008723 0.290654</w:t>
        <w:br/>
        <w:t>v 0.206538 2.123243 0.298013</w:t>
        <w:br/>
        <w:t>v 0.292138 2.255291 0.264078</w:t>
        <w:br/>
        <w:t>v 0.385893 2.284609 0.205669</w:t>
        <w:br/>
        <w:t>v 0.476599 2.238810 0.155116</w:t>
        <w:br/>
        <w:t>v 0.340562 1.814757 0.185731</w:t>
        <w:br/>
        <w:t>v 0.266728 1.845392 0.232116</w:t>
        <w:br/>
        <w:t>v 0.214616 1.920165 0.269357</w:t>
        <w:br/>
        <w:t>v 0.149904 2.224933 0.167708</w:t>
        <w:br/>
        <w:t>v 0.110671 2.075340 0.159897</w:t>
        <w:br/>
        <w:t>v 0.249515 2.313634 0.149253</w:t>
        <w:br/>
        <w:t>v 0.345671 2.316963 0.124433</w:t>
        <w:br/>
        <w:t>v 0.452731 2.250900 0.085896</w:t>
        <w:br/>
        <w:t>v 0.458447 2.097032 -0.051045</w:t>
        <w:br/>
        <w:t>v 0.221869 1.817112 0.087169</w:t>
        <w:br/>
        <w:t>v 0.301393 1.795038 0.063600</w:t>
        <w:br/>
        <w:t>v 0.150008 1.893420 0.118653</w:t>
        <w:br/>
        <w:t>v 0.110176 2.065653 -0.003841</w:t>
        <w:br/>
        <w:t>v 0.133398 2.204239 0.026685</w:t>
        <w:br/>
        <w:t>v 0.231603 2.308760 0.043121</w:t>
        <w:br/>
        <w:t>v 0.345221 2.301749 0.041939</w:t>
        <w:br/>
        <w:t>v 0.457459 2.194187 -0.037787</w:t>
        <w:br/>
        <w:t>v 0.283134 1.814262 -0.065360</w:t>
        <w:br/>
        <w:t>v 0.202939 1.835028 -0.059764</w:t>
        <w:br/>
        <w:t>v 0.133742 1.926848 -0.033650</w:t>
        <w:br/>
        <w:t>v 0.141214 2.082866 -0.154155</w:t>
        <w:br/>
        <w:t>v 0.156544 2.227911 -0.105992</w:t>
        <w:br/>
        <w:t>v 0.251035 2.306273 -0.056160</w:t>
        <w:br/>
        <w:t>v 0.353690 2.279702 -0.034955</w:t>
        <w:br/>
        <w:t>v 0.284332 1.830811 -0.154733</w:t>
        <w:br/>
        <w:t>v 0.185866 1.867008 -0.175243</w:t>
        <w:br/>
        <w:t>v 0.146183 1.980082 -0.168976</w:t>
        <w:br/>
        <w:t>v 0.176206 2.150361 -0.295876</w:t>
        <w:br/>
        <w:t>v 0.197525 2.325601 -0.237146</w:t>
        <w:br/>
        <w:t>v 0.156544 2.227911 -0.105992</w:t>
        <w:br/>
        <w:t>v 0.141214 2.082866 -0.154155</w:t>
        <w:br/>
        <w:t>v 0.298719 2.371147 -0.173528</w:t>
        <w:br/>
        <w:t>v 0.251035 2.306273 -0.056160</w:t>
        <w:br/>
        <w:t>v 0.376625 2.333687 -0.128346</w:t>
        <w:br/>
        <w:t>v 0.353690 2.279702 -0.034955</w:t>
        <w:br/>
        <w:t>v 0.467605 2.232249 -0.091954</w:t>
        <w:br/>
        <w:t>v 0.457459 2.194187 -0.037787</w:t>
        <w:br/>
        <w:t>v 0.455946 2.103889 -0.186507</w:t>
        <w:br/>
        <w:t>v 0.458447 2.097032 -0.051045</w:t>
        <w:br/>
        <w:t>v 0.327199 1.820227 -0.231532</w:t>
        <w:br/>
        <w:t>v 0.238503 1.814342 -0.281266</w:t>
        <w:br/>
        <w:t>v 0.185866 1.867008 -0.175243</w:t>
        <w:br/>
        <w:t>v 0.284332 1.830811 -0.154733</w:t>
        <w:br/>
        <w:t>v 0.179975 1.948446 -0.321083</w:t>
        <w:br/>
        <w:t>v 0.146183 1.980082 -0.168976</w:t>
        <w:br/>
        <w:t>v 0.267539 2.157494 -0.431854</w:t>
        <w:br/>
        <w:t>v 0.274201 2.338086 -0.385740</w:t>
        <w:br/>
        <w:t>v 0.360310 2.417551 -0.275480</w:t>
        <w:br/>
        <w:t>v 0.434036 2.378889 -0.201044</w:t>
        <w:br/>
        <w:t>v 0.505485 2.283842 -0.142183</w:t>
        <w:br/>
        <w:t>v 0.505485 2.283842 -0.142183</w:t>
        <w:br/>
        <w:t>v 0.560919 2.309977 -0.189012</w:t>
        <w:br/>
        <w:t>v 0.548291 2.100224 -0.346327</w:t>
        <w:br/>
        <w:t>v 0.401840 1.792330 -0.342349</w:t>
        <w:br/>
        <w:t>v 0.331594 1.793038 -0.413285</w:t>
        <w:br/>
        <w:t>v 0.331594 1.793038 -0.413285</w:t>
        <w:br/>
        <w:t>v 0.273451 1.931151 -0.466325</w:t>
        <w:br/>
        <w:t>v 0.396759 2.118987 -0.546551</w:t>
        <w:br/>
        <w:t>v 0.402938 2.293577 -0.490904</w:t>
        <w:br/>
        <w:t>v 0.454908 2.406843 -0.359934</w:t>
        <w:br/>
        <w:t>v 0.506034 2.394078 -0.265219</w:t>
        <w:br/>
        <w:t>v 0.560919 2.309977 -0.189012</w:t>
        <w:br/>
        <w:t>v 0.493955 1.797369 -0.436198</w:t>
        <w:br/>
        <w:t>v 0.447894 1.818208 -0.521214</w:t>
        <w:br/>
        <w:t>v 0.408019 1.945458 -0.570241</w:t>
        <w:br/>
        <w:t>v 0.482949 2.114831 -0.620494</w:t>
        <w:br/>
        <w:t>v 0.485352 2.275946 -0.561741</w:t>
        <w:br/>
        <w:t>v 0.555388 2.421258 -0.503111</w:t>
        <w:br/>
        <w:t>v 0.571932 2.423696 -0.409226</w:t>
        <w:br/>
        <w:t>v 0.593366 2.385355 -0.312095</w:t>
        <w:br/>
        <w:t>v 0.621510 2.320254 -0.236573</w:t>
        <w:br/>
        <w:t>v 0.651264 2.091248 -0.425707</w:t>
        <w:br/>
        <w:t>v 0.621510 2.320254 -0.236573</w:t>
        <w:br/>
        <w:t>v 0.595418 1.776103 -0.511896</w:t>
        <w:br/>
        <w:t>v 0.576328 1.774075 -0.628718</w:t>
        <w:br/>
        <w:t>v 0.480111 1.949376 -0.636330</w:t>
        <w:br/>
        <w:t>v 0.580870 2.306686 -0.684830</w:t>
        <w:br/>
        <w:t>v 0.585667 2.127417 -0.712456</w:t>
        <w:br/>
        <w:t>v 0.620212 2.458811 -0.570088</w:t>
        <w:br/>
        <w:t>v 0.705411 2.471282 -0.447057</w:t>
        <w:br/>
        <w:t>v 0.705455 2.390769 -0.320547</w:t>
        <w:br/>
        <w:t>v 0.705459 2.323265 -0.252949</w:t>
        <w:br/>
        <w:t>v 0.705459 2.323265 -0.252949</w:t>
        <w:br/>
        <w:t>v 0.793455 2.317347 -0.252321</w:t>
        <w:br/>
        <w:t>v 0.811338 2.086360 -0.409410</w:t>
        <w:br/>
        <w:t>v 0.705201 1.758691 -0.551540</w:t>
        <w:br/>
        <w:t>v 0.584082 1.947364 -0.733398</w:t>
        <w:br/>
        <w:t>v 0.705697 2.050280 0.515710</w:t>
        <w:br/>
        <w:t>v 0.705658 1.995293 0.522973</w:t>
        <w:br/>
        <w:t>v 0.705681 2.125643 0.455199</w:t>
        <w:br/>
        <w:t>v 0.705675 2.127878 0.390192</w:t>
        <w:br/>
        <w:t>v 0.705705 2.113167 0.318627</w:t>
        <w:br/>
        <w:t>v 0.705507 1.864816 0.481607</w:t>
        <w:br/>
        <w:t>v 0.702806 1.800456 0.398155</w:t>
        <w:br/>
        <w:t>v 0.705590 1.930477 0.514188</w:t>
        <w:br/>
        <w:t>v 0.847664 2.078464 0.568566</w:t>
        <w:br/>
        <w:t>v 1.004892 2.094049 0.532460</w:t>
        <w:br/>
        <w:t>v 1.012775 1.984893 0.538075</w:t>
        <w:br/>
        <w:t>v 0.848064 1.992195 0.567915</w:t>
        <w:br/>
        <w:t>v 0.822506 2.203465 0.483126</w:t>
        <w:br/>
        <w:t>v 0.951039 2.212773 0.441627</w:t>
        <w:br/>
        <w:t>v 0.791674 2.185483 0.352512</w:t>
        <w:br/>
        <w:t>v 0.879135 2.218747 0.332041</w:t>
        <w:br/>
        <w:t>v 0.770962 2.143314 0.285614</w:t>
        <w:br/>
        <w:t>v 0.834056 2.174677 0.258416</w:t>
        <w:br/>
        <w:t>v 0.765754 2.067607 0.181991</w:t>
        <w:br/>
        <w:t>v 0.817482 1.829754 0.488758</w:t>
        <w:br/>
        <w:t>v 0.953715 1.783125 0.440469</w:t>
        <w:br/>
        <w:t>v 0.902124 1.776752 0.349617</w:t>
        <w:br/>
        <w:t>v 0.785408 1.785575 0.391778</w:t>
        <w:br/>
        <w:t>v 0.835548 1.905246 0.543421</w:t>
        <w:br/>
        <w:t>v 0.995749 1.870334 0.513295</w:t>
        <w:br/>
        <w:t>v 1.100045 2.092967 0.402968</w:t>
        <w:br/>
        <w:t>v 1.117729 1.990673 0.411704</w:t>
        <w:br/>
        <w:t>v 1.045094 2.194276 0.353417</w:t>
        <w:br/>
        <w:t>v 0.966031 2.233861 0.279253</w:t>
        <w:br/>
        <w:t>v 0.896493 2.206715 0.216996</w:t>
        <w:br/>
        <w:t>v 1.060383 1.802241 0.335914</w:t>
        <w:br/>
        <w:t>v 1.000029 1.801976 0.274561</w:t>
        <w:br/>
        <w:t>v 1.109146 1.882278 0.393898</w:t>
        <w:br/>
        <w:t>v 1.191488 2.118726 0.287140</w:t>
        <w:br/>
        <w:t>v 1.207312 2.009866 0.285725</w:t>
        <w:br/>
        <w:t>v 1.114805 2.252189 0.258431</w:t>
        <w:br/>
        <w:t>v 1.021959 2.289428 0.206314</w:t>
        <w:br/>
        <w:t>v 0.936453 2.237775 0.155657</w:t>
        <w:br/>
        <w:t>v 0.888749 2.063226 0.089673</w:t>
        <w:br/>
        <w:t>v 1.150476 1.834738 0.234181</w:t>
        <w:br/>
        <w:t>v 1.076959 1.815158 0.187603</w:t>
        <w:br/>
        <w:t>v 1.198829 1.919062 0.270114</w:t>
        <w:br/>
        <w:t>v 1.256988 2.223626 0.166010</w:t>
        <w:br/>
        <w:t>v 1.292656 2.076077 0.157626</w:t>
        <w:br/>
        <w:t>v 1.159684 2.315998 0.148661</w:t>
        <w:br/>
        <w:t>v 1.059726 2.325867 0.122866</w:t>
        <w:br/>
        <w:t>v 0.959519 2.249620 0.085943</w:t>
        <w:br/>
        <w:t>v 1.194552 1.807708 0.087666</w:t>
        <w:br/>
        <w:t>v 1.116199 1.804262 0.065009</w:t>
        <w:br/>
        <w:t>v 1.272615 1.887585 0.120785</w:t>
        <w:br/>
        <w:t>v 1.284425 2.206361 0.026239</w:t>
        <w:br/>
        <w:t>v 1.307150 2.065429 -0.004368</w:t>
        <w:br/>
        <w:t>v 1.180202 2.315929 0.041891</w:t>
        <w:br/>
        <w:t>v 1.058101 2.312830 0.039315</w:t>
        <w:br/>
        <w:t>v 0.945002 2.196414 -0.034502</w:t>
        <w:br/>
        <w:t>v 1.208480 1.833762 -0.060830</w:t>
        <w:br/>
        <w:t>v 1.130083 1.827165 -0.061575</w:t>
        <w:br/>
        <w:t>v 1.289701 1.921082 -0.035922</w:t>
        <w:br/>
        <w:t>v 1.237407 2.222053 -0.104349</w:t>
        <w:br/>
        <w:t>v 1.270803 2.082984 -0.154736</w:t>
        <w:br/>
        <w:t>v 1.152892 2.304270 -0.056482</w:t>
        <w:br/>
        <w:t>v 1.048007 2.291243 -0.029732</w:t>
        <w:br/>
        <w:t>v 0.955344 2.069112 -0.089140</w:t>
        <w:br/>
        <w:t>v 1.216442 1.879786 -0.171537</w:t>
        <w:br/>
        <w:t>v 1.122878 1.857389 -0.152412</w:t>
        <w:br/>
        <w:t>v 1.269226 1.977820 -0.170875</w:t>
        <w:br/>
        <w:t>v 1.203855 2.321490 -0.233407</w:t>
        <w:br/>
        <w:t>v 1.249409 2.151099 -0.303711</w:t>
        <w:br/>
        <w:t>v 1.109923 2.368927 -0.173093</w:t>
        <w:br/>
        <w:t>v 1.031714 2.337424 -0.124465</w:t>
        <w:br/>
        <w:t>v 0.932368 2.234974 -0.083368</w:t>
        <w:br/>
        <w:t>v 1.148401 1.848336 -0.279387</w:t>
        <w:br/>
        <w:t>v 1.069585 1.865289 -0.236445</w:t>
        <w:br/>
        <w:t>v 1.254751 1.938191 -0.332681</w:t>
        <w:br/>
        <w:t>v 1.163021 2.354097 -0.411601</w:t>
        <w:br/>
        <w:t>v 1.181901 2.162421 -0.468505</w:t>
        <w:br/>
        <w:t>v 1.053593 2.424055 -0.277619</w:t>
        <w:br/>
        <w:t>v 0.975665 2.380925 -0.199258</w:t>
        <w:br/>
        <w:t>v 0.902573 2.284706 -0.138707</w:t>
        <w:br/>
        <w:t>v 0.932368 2.234974 -0.083368</w:t>
        <w:br/>
        <w:t>v 0.920028 2.080474 -0.279258</w:t>
        <w:br/>
        <w:t>v 0.902573 2.284706 -0.138707</w:t>
        <w:br/>
        <w:t>v 1.067989 1.810589 -0.404895</w:t>
        <w:br/>
        <w:t>v 1.005391 1.832688 -0.343408</w:t>
        <w:br/>
        <w:t>v 1.178096 1.914203 -0.503139</w:t>
        <w:br/>
        <w:t>v 1.030249 2.315667 -0.535186</w:t>
        <w:br/>
        <w:t>v 1.034206 2.124400 -0.581119</w:t>
        <w:br/>
        <w:t>v 0.963024 2.432190 -0.376560</w:t>
        <w:br/>
        <w:t>v 0.905950 2.390784 -0.267993</w:t>
        <w:br/>
        <w:t>v 0.856402 2.307882 -0.199659</w:t>
        <w:br/>
        <w:t>v 0.965355 1.811447 -0.526310</w:t>
        <w:br/>
        <w:t>v 0.920041 1.817155 -0.442634</w:t>
        <w:br/>
        <w:t>v 1.022614 1.935150 -0.604089</w:t>
        <w:br/>
        <w:t>v 0.932686 2.296735 -0.585508</w:t>
        <w:br/>
        <w:t>v 0.952441 2.126413 -0.628954</w:t>
        <w:br/>
        <w:t>v 0.857352 2.429842 -0.510339</w:t>
        <w:br/>
        <w:t>v 0.840863 2.426620 -0.414793</w:t>
        <w:br/>
        <w:t>v 0.819387 2.377222 -0.318508</w:t>
        <w:br/>
        <w:t>v 0.793455 2.317347 -0.252321</w:t>
        <w:br/>
        <w:t>v 0.856402 2.307882 -0.199659</w:t>
        <w:br/>
        <w:t>v 0.837059 1.768034 -0.633075</w:t>
        <w:br/>
        <w:t>v 0.815261 1.787600 -0.518728</w:t>
        <w:br/>
        <w:t>v 0.952879 1.947392 -0.654600</w:t>
        <w:br/>
        <w:t>v 0.829107 2.318966 -0.694562</w:t>
        <w:br/>
        <w:t>v 0.834454 2.135235 -0.717118</w:t>
        <w:br/>
        <w:t>v 0.789550 2.461231 -0.572704</w:t>
        <w:br/>
        <w:t>v 0.837531 1.947035 -0.750862</w:t>
        <w:br/>
        <w:t>v 0.705681 2.125643 0.455199</w:t>
        <w:br/>
        <w:t>v 0.705675 2.127878 0.390192</w:t>
        <w:br/>
        <w:t>v 0.705705 2.113167 0.318627</w:t>
        <w:br/>
        <w:t>v 0.705212 2.330122 -0.743600</w:t>
        <w:br/>
        <w:t>v 0.705169 2.137541 -0.757526</w:t>
        <w:br/>
        <w:t>v 0.705349 2.474849 -0.596930</w:t>
        <w:br/>
        <w:t>v 0.705127 1.943899 -0.785877</w:t>
        <w:br/>
        <w:t>v 0.705190 1.742729 -0.688356</w:t>
        <w:br/>
        <w:t>v 0.705190 1.742729 -0.688356</w:t>
        <w:br/>
        <w:t>v 1.570074 11.192804 1.166422</w:t>
        <w:br/>
        <w:t>v 0.330988 7.595934 1.012570</w:t>
        <w:br/>
        <w:t>v 0.255916 7.590712 0.780390</w:t>
        <w:br/>
        <w:t>v 0.236643 7.893631 0.784536</w:t>
        <w:br/>
        <w:t>v 0.330833 7.900751 1.034998</w:t>
        <w:br/>
        <w:t>v 0.564436 7.592188 1.210676</w:t>
        <w:br/>
        <w:t>v 0.568621 7.903209 1.241966</w:t>
        <w:br/>
        <w:t>v 0.835484 7.903419 1.300041</w:t>
        <w:br/>
        <w:t>v 0.815919 7.591462 1.257915</w:t>
        <w:br/>
        <w:t>v 1.120300 7.897903 1.216770</w:t>
        <w:br/>
        <w:t>v 1.057603 7.592216 1.173502</w:t>
        <w:br/>
        <w:t>v 1.270786 7.900599 1.001482</w:t>
        <w:br/>
        <w:t>v 1.211304 7.598135 0.974654</w:t>
        <w:br/>
        <w:t>v 1.359218 7.881340 0.582840</w:t>
        <w:br/>
        <w:t>v 1.313074 7.583698 0.591754</w:t>
        <w:br/>
        <w:t>v 1.106122 7.852495 0.069277</w:t>
        <w:br/>
        <w:t>v 1.085655 7.551399 0.109868</w:t>
        <w:br/>
        <w:t>v 1.265306 7.565218 0.339576</w:t>
        <w:br/>
        <w:t>v 1.298266 7.870890 0.303991</w:t>
        <w:br/>
        <w:t>v 0.832411 7.547132 0.009646</w:t>
        <w:br/>
        <w:t>v 0.840701 7.849916 -0.043179</w:t>
        <w:br/>
        <w:t>v 0.584666 7.854956 0.044458</w:t>
        <w:br/>
        <w:t>v 0.578515 7.553493 0.095607</w:t>
        <w:br/>
        <w:t>v 0.255916 7.590712 0.780390</w:t>
        <w:br/>
        <w:t>v 0.236015 7.581267 0.486416</w:t>
        <w:br/>
        <w:t>v 0.219089 7.880662 0.474252</w:t>
        <w:br/>
        <w:t>v 0.236643 7.893631 0.784536</w:t>
        <w:br/>
        <w:t>v 0.305172 7.867589 0.228418</w:t>
        <w:br/>
        <w:t>v 0.314845 7.565560 0.266300</w:t>
        <w:br/>
        <w:t>v 0.890427 8.542526 1.409695</w:t>
        <w:br/>
        <w:t>v 0.562979 8.547481 1.299148</w:t>
        <w:br/>
        <w:t>v 0.546257 8.902700 1.342835</w:t>
        <w:br/>
        <w:t>v 0.916374 8.899942 1.474763</w:t>
        <w:br/>
        <w:t>v 1.280320 8.883971 1.363429</w:t>
        <w:br/>
        <w:t>v 1.229562 8.540026 1.313183</w:t>
        <w:br/>
        <w:t>v 1.519860 8.890521 1.077662</w:t>
        <w:br/>
        <w:t>v 1.428951 8.533347 1.060481</w:t>
        <w:br/>
        <w:t>v 1.591077 8.873781 0.579376</w:t>
        <w:br/>
        <w:t>v 1.494926 8.513584 0.574980</w:t>
        <w:br/>
        <w:t>v 1.404266 8.501288 0.244047</w:t>
        <w:br/>
        <w:t>v 1.501900 8.860511 0.210662</w:t>
        <w:br/>
        <w:t>v 1.183520 8.493423 -0.044164</w:t>
        <w:br/>
        <w:t>v 1.268519 8.848872 -0.112121</w:t>
        <w:br/>
        <w:t>v 0.928315 8.852034 -0.261367</w:t>
        <w:br/>
        <w:t>v 0.882489 8.490551 -0.183395</w:t>
        <w:br/>
        <w:t>v 0.600467 8.495170 -0.082327</w:t>
        <w:br/>
        <w:t>v 0.598294 8.855045 -0.155956</w:t>
        <w:br/>
        <w:t>v 0.294256 8.510474 0.150753</w:t>
        <w:br/>
        <w:t>v 0.278722 8.865906 0.107544</w:t>
        <w:br/>
        <w:t>v 0.168546 8.523911 0.449327</w:t>
        <w:br/>
        <w:t>v 0.134994 8.876865 0.429262</w:t>
        <w:br/>
        <w:t>v 0.130493 8.889734 0.777591</w:t>
        <w:br/>
        <w:t>v 0.173746 8.536152 0.780393</w:t>
        <w:br/>
        <w:t>v 0.310156 8.542361 1.079556</w:t>
        <w:br/>
        <w:t>v 0.173746 8.536152 0.780393</w:t>
        <w:br/>
        <w:t>v 0.130493 8.889734 0.777591</w:t>
        <w:br/>
        <w:t>v 0.275133 8.895783 1.106045</w:t>
        <w:br/>
        <w:t>v 1.414815 8.177455 0.576228</w:t>
        <w:br/>
        <w:t>v 1.339393 8.159823 0.271749</w:t>
        <w:br/>
        <w:t>v 1.135725 8.151553 0.011953</w:t>
        <w:br/>
        <w:t>v 0.855149 8.151052 -0.104672</w:t>
        <w:br/>
        <w:t>v 0.593009 8.155069 -0.016057</w:t>
        <w:br/>
        <w:t>v 0.297691 8.169610 0.190092</w:t>
        <w:br/>
        <w:t>v 0.196553 8.179758 0.462312</w:t>
        <w:br/>
        <w:t>v 0.210108 8.196302 0.780860</w:t>
        <w:br/>
        <w:t>v 0.322578 8.206266 1.051327</w:t>
        <w:br/>
        <w:t>v 0.210108 8.196302 0.780860</w:t>
        <w:br/>
        <w:t>v 0.570942 8.215472 1.263406</w:t>
        <w:br/>
        <w:t>v 0.858707 8.215041 1.342730</w:t>
        <w:br/>
        <w:t>v 1.173632 8.205596 1.257972</w:t>
        <w:br/>
        <w:t>v 1.339316 8.201113 1.029813</w:t>
        <w:br/>
        <w:t>v 1.575799 9.137784 1.068618</w:t>
        <w:br/>
        <w:t>v 1.648525 9.127220 0.579169</w:t>
        <w:br/>
        <w:t>v 1.560763 9.115642 0.189981</w:t>
        <w:br/>
        <w:t>v 1.334821 9.103466 -0.144755</w:t>
        <w:br/>
        <w:t>v 0.970551 9.100822 -0.310844</w:t>
        <w:br/>
        <w:t>v 0.603047 9.103920 -0.202170</w:t>
        <w:br/>
        <w:t>v 0.274738 9.124618 0.080808</w:t>
        <w:br/>
        <w:t>v 0.115413 9.130513 0.411066</w:t>
        <w:br/>
        <w:t>v 0.102829 9.138753 0.767754</w:t>
        <w:br/>
        <w:t>v 0.102829 9.138753 0.767754</w:t>
        <w:br/>
        <w:t>v 0.245021 9.151098 1.110105</w:t>
        <w:br/>
        <w:t>v 0.523660 9.154534 1.378312</w:t>
        <w:br/>
        <w:t>v 0.920129 9.154062 1.521779</w:t>
        <w:br/>
        <w:t>v 1.303594 9.144871 1.383125</w:t>
        <w:br/>
        <w:t>v 0.354873 6.600222 0.894608</w:t>
        <w:br/>
        <w:t>v 0.293895 6.504687 0.692889</w:t>
        <w:br/>
        <w:t>v 0.255520 6.760907 0.713858</w:t>
        <w:br/>
        <w:t>v 0.469800 6.588604 1.011009</w:t>
        <w:br/>
        <w:t>v 0.568438 6.571072 1.122814</w:t>
        <w:br/>
        <w:t>v 0.607054 6.426583 1.106580</w:t>
        <w:br/>
        <w:t>v 0.502333 6.447971 1.010849</w:t>
        <w:br/>
        <w:t>v 1.173015 6.597348 0.821927</w:t>
        <w:br/>
        <w:t>v 1.173301 6.464532 0.823368</w:t>
        <w:br/>
        <w:t>v 1.078701 6.448242 0.958773</w:t>
        <w:br/>
        <w:t>v 1.087023 6.586615 0.958588</w:t>
        <w:br/>
        <w:t>v 1.242022 6.483488 0.658147</w:t>
        <w:br/>
        <w:t>v 1.234778 6.759413 0.679286</w:t>
        <w:br/>
        <w:t>v 1.252931 6.757629 0.492109</w:t>
        <w:br/>
        <w:t>v 1.260693 6.515189 0.451559</w:t>
        <w:br/>
        <w:t>v 1.004264 6.564914 0.077885</w:t>
        <w:br/>
        <w:t>v 0.970477 6.753496 0.097994</w:t>
        <w:br/>
        <w:t>v 0.800563 6.755945 0.035744</w:t>
        <w:br/>
        <w:t>v 0.797252 6.583696 0.005904</w:t>
        <w:br/>
        <w:t>v 0.636008 6.761912 0.092707</w:t>
        <w:br/>
        <w:t>v 0.615457 6.591149 0.071181</w:t>
        <w:br/>
        <w:t>v 0.342978 6.558310 0.271473</w:t>
        <w:br/>
        <w:t>v 0.330571 6.748566 0.299908</w:t>
        <w:br/>
        <w:t>v 0.215404 6.754291 0.501205</w:t>
        <w:br/>
        <w:t>v 0.244981 6.535562 0.474696</w:t>
        <w:br/>
        <w:t>v 0.312605 6.077256 0.355668</w:t>
        <w:br/>
        <w:t>v 0.366594 6.038084 0.614649</w:t>
        <w:br/>
        <w:t>v 0.349514 5.720925 0.506739</w:t>
        <w:br/>
        <w:t>v 0.295056 5.764455 0.269437</w:t>
        <w:br/>
        <w:t>v 0.349514 5.720925 0.506739</w:t>
        <w:br/>
        <w:t>v 0.366594 6.038084 0.614649</w:t>
        <w:br/>
        <w:t>v 0.502115 6.010573 0.825402</w:t>
        <w:br/>
        <w:t>v 0.483178 5.690101 0.678581</w:t>
        <w:br/>
        <w:t>v 0.823246 5.986933 1.023891</w:t>
        <w:br/>
        <w:t>v 0.821473 5.644946 0.913287</w:t>
        <w:br/>
        <w:t>v 0.665011 5.663864 0.853256</w:t>
        <w:br/>
        <w:t>v 0.683722 5.988247 1.008222</w:t>
        <w:br/>
        <w:t>v 0.944844 5.993776 0.988179</w:t>
        <w:br/>
        <w:t>v 0.981206 5.650009 0.877188</w:t>
        <w:br/>
        <w:t>v 1.155712 6.019145 0.830861</w:t>
        <w:br/>
        <w:t>v 1.199772 5.669106 0.732020</w:t>
        <w:br/>
        <w:t>v 1.305005 6.072667 0.578685</w:t>
        <w:br/>
        <w:t>v 1.345820 5.719502 0.504211</w:t>
        <w:br/>
        <w:t>v 1.381092 5.763177 0.249143</w:t>
        <w:br/>
        <w:t>v 1.331747 6.102236 0.335771</w:t>
        <w:br/>
        <w:t>v 1.097635 5.544230 -0.278224</w:t>
        <w:br/>
        <w:t>v 1.308427 5.506701 -0.069971</w:t>
        <w:br/>
        <w:t>v 1.297475 5.721156 -0.020636</w:t>
        <w:br/>
        <w:t>v 1.084560 5.759672 -0.209837</w:t>
        <w:br/>
        <w:t>v 0.805995 5.547525 -0.348331</w:t>
        <w:br/>
        <w:t>v 0.810036 5.762953 -0.281123</w:t>
        <w:br/>
        <w:t>v 0.519408 5.754769 -0.200568</w:t>
        <w:br/>
        <w:t>v 0.522428 5.534950 -0.261892</w:t>
        <w:br/>
        <w:t>v 0.578308 6.759186 0.147993</w:t>
        <w:br/>
        <w:t>v 0.556430 6.588336 0.116236</w:t>
        <w:br/>
        <w:t>v 0.338369 5.720701 -0.013888</w:t>
        <w:br/>
        <w:t>v 0.347283 5.510336 -0.068115</w:t>
        <w:br/>
        <w:t>v 1.387300 5.461070 0.183982</w:t>
        <w:br/>
        <w:t>v 0.781248 4.284250 0.593312</w:t>
        <w:br/>
        <w:t>v 0.957015 4.286029 0.563711</w:t>
        <w:br/>
        <w:t>v 0.922109 3.798702 0.456862</w:t>
        <w:br/>
        <w:t>v 0.761479 3.797996 0.488334</w:t>
        <w:br/>
        <w:t>v 0.612524 3.801633 0.418354</w:t>
        <w:br/>
        <w:t>v 0.612321 4.292985 0.511563</w:t>
        <w:br/>
        <w:t>v 0.485590 4.312157 0.415712</w:t>
        <w:br/>
        <w:t>v 0.504963 3.818383 0.326371</w:t>
        <w:br/>
        <w:t>v 0.380619 4.342033 0.244981</w:t>
        <w:br/>
        <w:t>v 0.410040 3.842022 0.167301</w:t>
        <w:br/>
        <w:t>v 0.349314 4.371243 0.049591</w:t>
        <w:br/>
        <w:t>v 0.380619 4.342033 0.244981</w:t>
        <w:br/>
        <w:t>v 0.410040 3.842022 0.167301</w:t>
        <w:br/>
        <w:t>v 0.381382 3.865550 -0.011088</w:t>
        <w:br/>
        <w:t>v 0.419675 4.399573 -0.196136</w:t>
        <w:br/>
        <w:t>v 0.446042 3.891365 -0.222927</w:t>
        <w:br/>
        <w:t>v 0.564717 3.904077 -0.368769</w:t>
        <w:br/>
        <w:t>v 0.548489 4.414628 -0.356795</w:t>
        <w:br/>
        <w:t>v 0.755988 3.905776 -0.440907</w:t>
        <w:br/>
        <w:t>v 0.780778 4.413389 -0.442937</w:t>
        <w:br/>
        <w:t>v 0.964353 3.894419 -0.395854</w:t>
        <w:br/>
        <w:t>v 1.022862 4.400681 -0.396022</w:t>
        <w:br/>
        <w:t>v 1.121322 3.871693 -0.253728</w:t>
        <w:br/>
        <w:t>v 1.199958 4.376288 -0.230477</w:t>
        <w:br/>
        <w:t>v 1.202042 3.843256 -0.046516</w:t>
        <w:br/>
        <w:t>v 1.288301 4.344596 0.008082</w:t>
        <w:br/>
        <w:t>v 1.164628 3.817008 0.179002</w:t>
        <w:br/>
        <w:t>v 1.245154 4.314972 0.259520</w:t>
        <w:br/>
        <w:t>v 1.060154 3.804875 0.338912</w:t>
        <w:br/>
        <w:t>v 1.112540 4.300611 0.442273</w:t>
        <w:br/>
        <w:t>v 0.629888 4.750684 0.595684</w:t>
        <w:br/>
        <w:t>v 0.634939 5.055555 0.649466</w:t>
        <w:br/>
        <w:t>v 0.805106 5.041352 0.747033</w:t>
        <w:br/>
        <w:t>v 0.797879 4.737650 0.683945</w:t>
        <w:br/>
        <w:t>v 0.994385 5.042646 0.733397</w:t>
        <w:br/>
        <w:t>v 0.984700 4.735868 0.664501</w:t>
        <w:br/>
        <w:t>v 1.179103 5.063050 0.600098</w:t>
        <w:br/>
        <w:t>v 1.160393 4.755190 0.535899</w:t>
        <w:br/>
        <w:t>v 1.333867 5.102317 0.383984</w:t>
        <w:br/>
        <w:t>v 1.308145 4.787694 0.332602</w:t>
        <w:br/>
        <w:t>v 1.375957 5.152545 0.114971</w:t>
        <w:br/>
        <w:t>v 1.351864 4.826002 0.062893</w:t>
        <w:br/>
        <w:t>v 1.293051 5.203418 -0.139424</w:t>
        <w:br/>
        <w:t>v 1.262378 4.869592 -0.194876</w:t>
        <w:br/>
        <w:t>v 1.090259 5.243130 -0.348083</w:t>
        <w:br/>
        <w:t>v 1.073287 4.899644 -0.389392</w:t>
        <w:br/>
        <w:t>v 0.800977 5.251814 -0.402190</w:t>
        <w:br/>
        <w:t>v 0.799241 4.915699 -0.440317</w:t>
        <w:br/>
        <w:t>v 0.530238 5.232757 -0.314241</w:t>
        <w:br/>
        <w:t>v 0.528802 4.903824 -0.347199</w:t>
        <w:br/>
        <w:t>v 0.374236 4.880481 -0.162659</w:t>
        <w:br/>
        <w:t>v 0.362979 5.198423 -0.123333</w:t>
        <w:br/>
        <w:t>v 0.317494 4.844811 0.088820</w:t>
        <w:br/>
        <w:t>v 0.305304 5.154171 0.132195</w:t>
        <w:br/>
        <w:t>v 0.349576 5.114089 0.339221</w:t>
        <w:br/>
        <w:t>v 0.354514 4.807931 0.297766</w:t>
        <w:br/>
        <w:t>v 0.467376 4.773006 0.478247</w:t>
        <w:br/>
        <w:t>v 0.354514 4.807931 0.297766</w:t>
        <w:br/>
        <w:t>v 0.349576 5.114089 0.339221</w:t>
        <w:br/>
        <w:t>v 0.468515 5.078477 0.519372</w:t>
        <w:br/>
        <w:t>v 0.810364 5.343879 0.822783</w:t>
        <w:br/>
        <w:t>v 0.644539 5.358624 0.727674</w:t>
        <w:br/>
        <w:t>v 0.999892 5.347733 0.803393</w:t>
        <w:br/>
        <w:t>v 1.197343 5.367484 0.657307</w:t>
        <w:br/>
        <w:t>v 1.345725 5.412714 0.442778</w:t>
        <w:br/>
        <w:t>v 0.522820 5.947121 -0.142239</w:t>
        <w:br/>
        <w:t>v 0.811230 5.954574 -0.216656</w:t>
        <w:br/>
        <w:t>v 0.809980 6.139908 -0.147328</w:t>
        <w:br/>
        <w:t>v 0.538143 6.132188 -0.079938</w:t>
        <w:br/>
        <w:t>v 1.237101 6.132581 0.106517</w:t>
        <w:br/>
        <w:t>v 1.276913 5.923352 0.037119</w:t>
        <w:br/>
        <w:t>v 1.068368 5.950812 -0.146981</w:t>
        <w:br/>
        <w:t>v 1.039951 6.146377 -0.079169</w:t>
        <w:br/>
        <w:t>v 0.339606 5.922661 0.047656</w:t>
        <w:br/>
        <w:t>v 0.348740 6.112383 0.112133</w:t>
        <w:br/>
        <w:t>v 0.296939 5.461329 0.194995</w:t>
        <w:br/>
        <w:t>v 0.346755 5.418715 0.409399</w:t>
        <w:br/>
        <w:t>v 0.470424 5.385402 0.586854</w:t>
        <w:br/>
        <w:t>v 0.346755 5.418715 0.409399</w:t>
        <w:br/>
        <w:t>v 0.336259 6.256810 0.651914</w:t>
        <w:br/>
        <w:t>v 0.301442 6.312609 0.413323</w:t>
        <w:br/>
        <w:t>v 0.293895 6.504687 0.692889</w:t>
        <w:br/>
        <w:t>v 1.284585 6.330128 0.401662</w:t>
        <w:br/>
        <w:t>v 1.262706 6.288344 0.623522</w:t>
        <w:br/>
        <w:t>v 1.036607 6.372714 0.017597</w:t>
        <w:br/>
        <w:t>v 0.799415 6.399364 -0.052968</w:t>
        <w:br/>
        <w:t>v 0.539750 6.392215 0.040213</w:t>
        <w:br/>
        <w:t>v 0.496517 6.585354 0.136919</w:t>
        <w:br/>
        <w:t>v 0.363701 6.359581 0.212138</w:t>
        <w:br/>
        <w:t>v 0.230691 7.155959 0.500542</w:t>
        <w:br/>
        <w:t>v 0.260986 7.174971 0.747372</w:t>
        <w:br/>
        <w:t>v 0.246297 6.955777 0.726560</w:t>
        <w:br/>
        <w:t>v 0.216427 6.944324 0.510378</w:t>
        <w:br/>
        <w:t>v 0.454455 6.973755 1.027660</w:t>
        <w:br/>
        <w:t>v 0.473476 7.199317 1.092957</w:t>
        <w:br/>
        <w:t>v 0.538709 6.977852 1.125830</w:t>
        <w:br/>
        <w:t>v 0.655358 6.978173 1.202716</w:t>
        <w:br/>
        <w:t>v 0.647996 7.211251 1.195545</w:t>
        <w:br/>
        <w:t>v 0.795636 7.208683 1.211255</w:t>
        <w:br/>
        <w:t>v 0.784295 6.977338 1.213267</w:t>
        <w:br/>
        <w:t>v 0.949659 7.207904 1.156035</w:t>
        <w:br/>
        <w:t>v 0.909568 6.980627 1.179101</w:t>
        <w:br/>
        <w:t>v 1.010582 6.981417 1.074781</w:t>
        <w:br/>
        <w:t>v 1.266852 7.147420 0.501128</w:t>
        <w:br/>
        <w:t>v 1.252082 6.942193 0.499243</w:t>
        <w:br/>
        <w:t>v 1.238027 6.949101 0.690265</w:t>
        <w:br/>
        <w:t>v 1.254727 7.166209 0.701667</w:t>
        <w:br/>
        <w:t>v 0.980270 6.945002 0.097140</w:t>
        <w:br/>
        <w:t>v 1.013902 7.125370 0.078533</w:t>
        <w:br/>
        <w:t>v 0.822873 7.120275 0.044490</w:t>
        <w:br/>
        <w:t>v 0.809745 6.940164 0.046598</w:t>
        <w:br/>
        <w:t>v 0.633173 7.124149 0.096562</w:t>
        <w:br/>
        <w:t>v 0.640619 6.947152 0.097218</w:t>
        <w:br/>
        <w:t>v 0.327134 6.936429 0.308163</w:t>
        <w:br/>
        <w:t>v 0.329946 7.141689 0.310782</w:t>
        <w:br/>
        <w:t>v 0.728321 3.258672 0.380953</w:t>
        <w:br/>
        <w:t>v 1.114494 3.285218 -0.082446</w:t>
        <w:br/>
        <w:t>v 1.047226 3.303719 -0.269750</w:t>
        <w:br/>
        <w:t>v 0.909385 3.317549 -0.400776</w:t>
        <w:br/>
        <w:t>v 0.425564 3.289903 0.085653</w:t>
        <w:br/>
        <w:t>v 0.264787 7.358354 0.763549</w:t>
        <w:br/>
        <w:t>v 0.242819 7.335452 0.496188</w:t>
        <w:br/>
        <w:t>v 0.322410 7.319764 0.293635</w:t>
        <w:br/>
        <w:t>v 1.084481 7.199030 1.009717</w:t>
        <w:br/>
        <w:t>v 1.011059 7.387778 1.141211</w:t>
        <w:br/>
        <w:t>v 0.805067 7.389363 1.230469</w:t>
        <w:br/>
        <w:t>v 1.187862 7.183426 0.856142</w:t>
        <w:br/>
        <w:t>v 1.178180 6.960690 0.828874</w:t>
        <w:br/>
        <w:t>v 1.092981 6.976830 0.965332</w:t>
        <w:br/>
        <w:t>v 0.379635 6.468312 0.889776</w:t>
        <w:br/>
        <w:t>v 0.558979 7.386824 1.175963</w:t>
        <w:br/>
        <w:t>v 0.322461 7.378877 0.981716</w:t>
        <w:br/>
        <w:t>v 1.178088 7.387237 0.958725</w:t>
        <w:br/>
        <w:t>v 1.009852 6.572281 1.087297</w:t>
        <w:br/>
        <w:t>v 1.000419 6.420493 1.077538</w:t>
        <w:br/>
        <w:t>v 0.440488 6.221470 0.874587</w:t>
        <w:br/>
        <w:t>v 0.596667 6.197575 1.010203</w:t>
        <w:br/>
        <w:t>v 1.170127 6.240955 0.809461</w:t>
        <w:br/>
        <w:t>v 0.329615 6.966513 0.922329</w:t>
        <w:br/>
        <w:t>v 0.324418 7.186512 0.955339</w:t>
        <w:br/>
        <w:t>v 1.030637 6.197340 0.973459</w:t>
        <w:br/>
        <w:t>v 1.284608 7.344550 0.597944</w:t>
        <w:br/>
        <w:t>v 0.246297 6.955777 0.726560</w:t>
        <w:br/>
        <w:t>v 0.332071 6.850101 0.914183</w:t>
        <w:br/>
        <w:t>v 0.336259 6.256810 0.651914</w:t>
        <w:br/>
        <w:t>v 0.264787 7.358354 0.763549</w:t>
        <w:br/>
        <w:t>v 0.260986 7.174971 0.747372</w:t>
        <w:br/>
        <w:t>v 0.255520 6.760907 0.713858</w:t>
        <w:br/>
        <w:t>v 0.451216 6.718830 1.012835</w:t>
        <w:br/>
        <w:t>v 0.543202 6.707707 1.131850</w:t>
        <w:br/>
        <w:t>v 0.340718 6.732334 0.905264</w:t>
        <w:br/>
        <w:t>v 0.529584 6.842567 1.132973</w:t>
        <w:br/>
        <w:t>v 0.652197 6.836284 1.217129</w:t>
        <w:br/>
        <w:t>v 0.652142 6.698335 1.220361</w:t>
        <w:br/>
        <w:t>v 0.661156 6.553442 1.205579</w:t>
        <w:br/>
        <w:t>v 0.792199 6.545025 1.223882</w:t>
        <w:br/>
        <w:t>v 0.781946 6.696612 1.237279</w:t>
        <w:br/>
        <w:t>v 0.903696 6.695542 1.206101</w:t>
        <w:br/>
        <w:t>v 0.902173 6.553824 1.194163</w:t>
        <w:br/>
        <w:t>v 1.014517 6.696886 1.090090</w:t>
        <w:br/>
        <w:t>v 1.091815 6.707289 0.960813</w:t>
        <w:br/>
        <w:t>v 1.172954 6.837749 0.824457</w:t>
        <w:br/>
        <w:t>v 1.175981 6.729135 0.822126</w:t>
        <w:br/>
        <w:t>v 0.933272 6.175387 1.062912</w:t>
        <w:br/>
        <w:t>v 0.819682 6.169349 1.094484</w:t>
        <w:br/>
        <w:t>v 0.700924 6.172457 1.078107</w:t>
        <w:br/>
        <w:t>v 0.921285 6.293420 1.112884</w:t>
        <w:br/>
        <w:t>v 0.782369 6.835898 1.231291</w:t>
        <w:br/>
        <w:t>v 0.817309 6.273966 1.139416</w:t>
        <w:br/>
        <w:t>v 0.692718 6.291703 1.128436</w:t>
        <w:br/>
        <w:t>v 0.910737 6.416526 1.159122</w:t>
        <w:br/>
        <w:t>v 0.804634 6.413557 1.190962</w:t>
        <w:br/>
        <w:t>v 0.905965 6.834710 1.198915</w:t>
        <w:br/>
        <w:t>v 1.015899 6.837381 1.086325</w:t>
        <w:br/>
        <w:t>v 0.677485 6.415249 1.173415</w:t>
        <w:br/>
        <w:t>v 0.472995 7.134192 0.178042</w:t>
        <w:br/>
        <w:t>v 0.492537 6.942997 0.169173</w:t>
        <w:br/>
        <w:t>v 0.577964 6.943123 0.157544</w:t>
        <w:br/>
        <w:t>v 0.560600 7.127795 0.142347</w:t>
        <w:br/>
        <w:t>v 1.052458 6.935921 0.183036</w:t>
        <w:br/>
        <w:t>v 1.046530 6.743157 0.196222</w:t>
        <w:br/>
        <w:t>v 1.078529 6.552981 0.171391</w:t>
        <w:br/>
        <w:t>v 1.185073 6.350410 0.185465</w:t>
        <w:br/>
        <w:t>v 1.093131 7.129160 0.171380</w:t>
        <w:br/>
        <w:t>v 1.178190 7.133545 0.281373</w:t>
        <w:br/>
        <w:t>v 1.201773 7.315887 0.263822</w:t>
        <w:br/>
        <w:t>v 1.142771 6.744111 0.271425</w:t>
        <w:br/>
        <w:t>v 1.153863 6.938556 0.284416</w:t>
        <w:br/>
        <w:t>v 1.155010 6.546597 0.244539</w:t>
        <w:br/>
        <w:t>v 0.575162 7.310497 0.118362</w:t>
        <w:br/>
        <w:t>v 0.827747 7.300073 0.037953</w:t>
        <w:br/>
        <w:t>v 1.073265 7.303658 0.107779</w:t>
        <w:br/>
        <w:t>v 0.500085 6.756899 0.166899</w:t>
        <w:br/>
        <w:t>v 1.094229 6.839555 0.962849</w:t>
        <w:br/>
        <w:t>v 0.444895 6.845793 1.018271</w:t>
        <w:br/>
        <w:t>v 0.888749 2.063226 0.089673</w:t>
        <w:br/>
        <w:t>v 0.548291 2.100224 -0.346327</w:t>
        <w:br/>
        <w:t>v 0.455946 2.103889 -0.186507</w:t>
        <w:br/>
        <w:t>v 0.458447 2.097032 -0.051045</w:t>
        <w:br/>
        <w:t>v 0.435236 2.736633 0.008924</w:t>
        <w:br/>
        <w:t>v 0.458447 2.097032 -0.051045</w:t>
        <w:br/>
        <w:t>v -0.761410 1.058279 -0.803811</w:t>
        <w:br/>
        <w:t>v -0.712110 1.082543 -0.801842</w:t>
        <w:br/>
        <w:t>v -0.723605 1.112608 -0.797663</w:t>
        <w:br/>
        <w:t>v -0.762071 1.087557 -0.800307</w:t>
        <w:br/>
        <w:t>v -0.873553 1.225029 -0.776244</w:t>
        <w:br/>
        <w:t>v -0.846865 1.232131 -0.775017</w:t>
        <w:br/>
        <w:t>v -0.831140 1.331988 -0.751222</w:t>
        <w:br/>
        <w:t>v -0.858351 1.333333 -0.750423</w:t>
        <w:br/>
        <w:t>v -0.687219 1.352974 -0.748038</w:t>
        <w:br/>
        <w:t>v -0.682137 1.263479 -0.770315</w:t>
        <w:br/>
        <w:t>v -0.655160 1.250315 -0.773726</w:t>
        <w:br/>
        <w:t>v -0.659752 1.355557 -0.747787</w:t>
        <w:br/>
        <w:t>v -0.810197 1.108250 -0.797287</w:t>
        <w:br/>
        <w:t>v -0.822294 1.081699 -0.800868</w:t>
        <w:br/>
        <w:t>v -0.772842 1.517332 -0.698820</w:t>
        <w:br/>
        <w:t>v -0.802713 1.514835 -0.699029</w:t>
        <w:br/>
        <w:t>v -0.674673 1.541564 -0.693115</w:t>
        <w:br/>
        <w:t>v -0.701638 1.536941 -0.694030</w:t>
        <w:br/>
        <w:t>v -0.693105 1.176591 -0.788048</w:t>
        <w:br/>
        <w:t>v -0.672290 1.149698 -0.793084</w:t>
        <w:br/>
        <w:t>v -0.859896 1.133739 -0.793550</w:t>
        <w:br/>
        <w:t>v -0.839445 1.158622 -0.789408</w:t>
        <w:br/>
        <w:t>v -0.711280 1.076444 -0.765466</w:t>
        <w:br/>
        <w:t>v -0.761303 1.052431 -0.767652</w:t>
        <w:br/>
        <w:t>v -0.762046 1.085461 -0.763855</w:t>
        <w:br/>
        <w:t>v -0.724293 1.110003 -0.760844</w:t>
        <w:br/>
        <w:t>v -0.875194 1.216866 -0.740869</w:t>
        <w:br/>
        <w:t>v -0.859955 1.322101 -0.715912</w:t>
        <w:br/>
        <w:t>v -0.829130 1.320571 -0.716758</w:t>
        <w:br/>
        <w:t>v -0.844954 1.224697 -0.739534</w:t>
        <w:br/>
        <w:t>v -0.683779 1.255819 -0.734652</w:t>
        <w:br/>
        <w:t>v -0.688836 1.341036 -0.713646</w:t>
        <w:br/>
        <w:t>v -0.657717 1.343926 -0.713373</w:t>
        <w:br/>
        <w:t>v -0.653228 1.241545 -0.738364</w:t>
        <w:br/>
        <w:t>v -0.823031 1.075821 -0.764817</w:t>
        <w:br/>
        <w:t>v -0.809317 1.105460 -0.760859</w:t>
        <w:br/>
        <w:t>v -0.770551 1.500309 -0.665865</w:t>
        <w:br/>
        <w:t>v -0.804394 1.497494 -0.666094</w:t>
        <w:br/>
        <w:t>v -0.703123 1.519226 -0.661484</w:t>
        <w:br/>
        <w:t>v -0.672572 1.524390 -0.660479</w:t>
        <w:br/>
        <w:t>v -0.694385 1.172376 -0.751288</w:t>
        <w:br/>
        <w:t>v -0.670821 1.142762 -0.756799</w:t>
        <w:br/>
        <w:t>v -0.861172 1.127057 -0.757490</w:t>
        <w:br/>
        <w:t>v -0.837987 1.154567 -0.752952</w:t>
        <w:br/>
        <w:t>v -0.705346 1.062972 -0.785652</w:t>
        <w:br/>
        <w:t>v -0.760994 1.039387 -0.787368</w:t>
        <w:br/>
        <w:t>v -0.762417 1.102512 -0.779974</w:t>
        <w:br/>
        <w:t>v -0.730295 1.127767 -0.776702</w:t>
        <w:br/>
        <w:t>v -0.888854 1.217222 -0.759234</w:t>
        <w:br/>
        <w:t>v -0.873916 1.328414 -0.732740</w:t>
        <w:br/>
        <w:t>v -0.815373 1.325657 -0.734426</w:t>
        <w:br/>
        <w:t>v -0.831429 1.232300 -0.756643</w:t>
        <w:br/>
        <w:t>v -0.697761 1.266723 -0.750605</w:t>
        <w:br/>
        <w:t>v -0.702940 1.345530 -0.730970</w:t>
        <w:br/>
        <w:t>v -0.643822 1.351053 -0.730440</w:t>
        <w:br/>
        <w:t>v -0.639390 1.238845 -0.757840</w:t>
        <w:br/>
        <w:t>v -0.829263 1.064355 -0.784582</w:t>
        <w:br/>
        <w:t>v -0.803155 1.121220 -0.776958</w:t>
        <w:br/>
        <w:t>v -0.755340 1.510112 -0.682252</w:t>
        <w:br/>
        <w:t>v -0.819911 1.504868 -0.682656</w:t>
        <w:br/>
        <w:t>v -0.717001 1.525521 -0.678271</w:t>
        <w:br/>
        <w:t>v -0.659003 1.535394 -0.676334</w:t>
        <w:br/>
        <w:t>v -0.705295 1.189197 -0.766723</w:t>
        <w:br/>
        <w:t>v -0.660002 1.131474 -0.777485</w:t>
        <w:br/>
        <w:t>v -0.871793 1.116843 -0.777621</w:t>
        <w:br/>
        <w:t>v -0.827454 1.170121 -0.768800</w:t>
        <w:br/>
        <w:t>v -0.760994 1.039387 -0.787368</w:t>
        <w:br/>
        <w:t>v -0.705346 1.062972 -0.785652</w:t>
        <w:br/>
        <w:t>v -0.730295 1.127767 -0.776702</w:t>
        <w:br/>
        <w:t>v -0.724293 1.110003 -0.760844</w:t>
        <w:br/>
        <w:t>v -0.762046 1.085461 -0.763855</w:t>
        <w:br/>
        <w:t>v -0.762417 1.102512 -0.779974</w:t>
        <w:br/>
        <w:t>v -0.873916 1.328414 -0.732740</w:t>
        <w:br/>
        <w:t>v -0.888854 1.217222 -0.759234</w:t>
        <w:br/>
        <w:t>v -0.831429 1.232300 -0.756643</w:t>
        <w:br/>
        <w:t>v -0.844954 1.224697 -0.739534</w:t>
        <w:br/>
        <w:t>v -0.829130 1.320571 -0.716758</w:t>
        <w:br/>
        <w:t>v -0.815373 1.325657 -0.734426</w:t>
        <w:br/>
        <w:t>v -0.702940 1.345530 -0.730970</w:t>
        <w:br/>
        <w:t>v -0.688836 1.341036 -0.713646</w:t>
        <w:br/>
        <w:t>v -0.683779 1.255819 -0.734652</w:t>
        <w:br/>
        <w:t>v -0.697761 1.266723 -0.750605</w:t>
        <w:br/>
        <w:t>v -0.639390 1.238845 -0.757840</w:t>
        <w:br/>
        <w:t>v -0.643822 1.351053 -0.730440</w:t>
        <w:br/>
        <w:t>v -0.829263 1.064355 -0.784582</w:t>
        <w:br/>
        <w:t>v -0.809317 1.105460 -0.760859</w:t>
        <w:br/>
        <w:t>v -0.803155 1.121220 -0.776958</w:t>
        <w:br/>
        <w:t>v -0.770551 1.500309 -0.665865</w:t>
        <w:br/>
        <w:t>v -0.755340 1.510112 -0.682252</w:t>
        <w:br/>
        <w:t>v -0.819911 1.504868 -0.682656</w:t>
        <w:br/>
        <w:t>v -0.717001 1.525521 -0.678271</w:t>
        <w:br/>
        <w:t>v -0.703123 1.519226 -0.661484</w:t>
        <w:br/>
        <w:t>v -0.659003 1.535394 -0.676334</w:t>
        <w:br/>
        <w:t>v -0.705295 1.189197 -0.766723</w:t>
        <w:br/>
        <w:t>v -0.694385 1.172376 -0.751288</w:t>
        <w:br/>
        <w:t>v -0.660002 1.131474 -0.777485</w:t>
        <w:br/>
        <w:t>v -0.871793 1.116843 -0.777621</w:t>
        <w:br/>
        <w:t>v -0.827454 1.170121 -0.768800</w:t>
        <w:br/>
        <w:t>v -0.837987 1.154567 -0.752952</w:t>
        <w:br/>
        <w:t>v -0.490981 1.686047 0.316475</w:t>
        <w:br/>
        <w:t>v -0.467872 1.683030 0.309073</w:t>
        <w:br/>
        <w:t>v -0.447402 1.669038 0.343557</w:t>
        <w:br/>
        <w:t>v -0.473220 1.674464 0.346830</w:t>
        <w:br/>
        <w:t>v -0.450056 1.652027 0.286123</w:t>
        <w:br/>
        <w:t>v -0.426366 1.638038 0.322235</w:t>
        <w:br/>
        <w:t>v -0.465588 1.622182 0.270817</w:t>
        <w:br/>
        <w:t>v -0.440998 1.608334 0.304837</w:t>
        <w:br/>
        <w:t>v -0.622109 1.546522 0.494420</w:t>
        <w:br/>
        <w:t>v -0.518861 1.619640 0.423489</w:t>
        <w:br/>
        <w:t>v -0.494069 1.608525 0.430903</w:t>
        <w:br/>
        <w:t>v -0.620624 1.526634 0.520627</w:t>
        <w:br/>
        <w:t>v -0.466069 1.571860 0.421087</w:t>
        <w:br/>
        <w:t>v -0.616337 1.471545 0.542331</w:t>
        <w:br/>
        <w:t>v -0.473716 1.547506 0.398057</w:t>
        <w:br/>
        <w:t>v -0.614442 1.441263 0.525837</w:t>
        <w:br/>
        <w:t>v -0.740773 1.460542 0.558193</w:t>
        <w:br/>
        <w:t>v -0.740737 1.450336 0.582501</w:t>
        <w:br/>
        <w:t>v -0.740634 1.394189 0.606553</w:t>
        <w:br/>
        <w:t>v -0.740591 1.352696 0.596774</w:t>
        <w:br/>
        <w:t>v -0.877732 1.341558 0.558304</w:t>
        <w:br/>
        <w:t>v -0.876082 1.336178 0.538362</w:t>
        <w:br/>
        <w:t>v -0.884222 1.288982 0.589253</w:t>
        <w:br/>
        <w:t>v -0.888179 1.233680 0.592589</w:t>
        <w:br/>
        <w:t>v -0.484997 1.648609 0.386468</w:t>
        <w:br/>
        <w:t>v -0.458666 1.639503 0.388660</w:t>
        <w:br/>
        <w:t>v -0.433696 1.605508 0.372743</w:t>
        <w:br/>
        <w:t>v -0.445741 1.578777 0.352125</w:t>
        <w:br/>
        <w:t>v -1.016728 1.663483 0.334482</w:t>
        <w:br/>
        <w:t>v -0.994542 1.676939 0.299458</w:t>
        <w:br/>
        <w:t>v -0.959731 1.686645 0.316001</w:t>
        <w:br/>
        <w:t>v -0.978607 1.674665 0.346556</w:t>
        <w:br/>
        <w:t>v -1.003378 1.639433 0.277925</w:t>
        <w:br/>
        <w:t>v -1.028413 1.626115 0.313340</w:t>
        <w:br/>
        <w:t>v -0.991485 1.621982 0.270715</w:t>
        <w:br/>
        <w:t>v -1.017353 1.608121 0.304714</w:t>
        <w:br/>
        <w:t>v -0.955990 1.579683 0.465512</w:t>
        <w:br/>
        <w:t>v -0.914731 1.595719 0.457209</w:t>
        <w:br/>
        <w:t>v -0.847426 1.544881 0.492876</w:t>
        <w:br/>
        <w:t>v -0.853364 1.508544 0.526445</w:t>
        <w:br/>
        <w:t>v -0.980726 1.540864 0.455953</w:t>
        <w:br/>
        <w:t>v -0.861434 1.455459 0.535459</w:t>
        <w:br/>
        <w:t>v -0.974863 1.523029 0.444730</w:t>
        <w:br/>
        <w:t>v -0.863734 1.438717 0.522047</w:t>
        <w:br/>
        <w:t>v -0.739494 1.461913 0.531805</w:t>
        <w:br/>
        <w:t>v -0.740135 1.431952 0.566538</w:t>
        <w:br/>
        <w:t>v -0.741065 1.373171 0.581757</w:t>
        <w:br/>
        <w:t>v -0.741242 1.350087 0.571712</w:t>
        <w:br/>
        <w:t>v -0.609598 1.334383 0.520289</w:t>
        <w:br/>
        <w:t>v -0.609392 1.329654 0.558624</w:t>
        <w:br/>
        <w:t>v -0.611012 1.276530 0.585925</w:t>
        <w:br/>
        <w:t>v -0.611983 1.244990 0.581581</w:t>
        <w:br/>
        <w:t>v -1.006648 1.627235 0.399231</w:t>
        <w:br/>
        <w:t>v -0.964657 1.641058 0.401857</w:t>
        <w:br/>
        <w:t>v -1.025400 1.589557 0.382861</w:t>
        <w:br/>
        <w:t>v -1.016621 1.571468 0.372818</w:t>
        <w:br/>
        <w:t>v -1.092115 1.166225 0.476920</w:t>
        <w:br/>
        <w:t>v -1.071844 1.150443 0.443370</w:t>
        <w:br/>
        <w:t>v -1.036126 1.171372 0.441698</w:t>
        <w:br/>
        <w:t>v -1.053726 1.184499 0.472075</w:t>
        <w:br/>
        <w:t>v -1.084332 1.115947 0.450158</w:t>
        <w:br/>
        <w:t>v -1.107478 1.131899 0.484886</w:t>
        <w:br/>
        <w:t>v -1.072869 1.095162 0.455516</w:t>
        <w:br/>
        <w:t>v -1.097338 1.109732 0.489812</w:t>
        <w:br/>
        <w:t>v -0.898827 1.213205 0.666398</w:t>
        <w:br/>
        <w:t>v -0.898927 1.210414 0.711341</w:t>
        <w:br/>
        <w:t>v -1.036771 1.202287 0.596691</w:t>
        <w:br/>
        <w:t>v -1.002151 1.211733 0.575074</w:t>
        <w:br/>
        <w:t>v -0.899305 1.183129 0.764076</w:t>
        <w:br/>
        <w:t>v -1.056447 1.169854 0.622001</w:t>
        <w:br/>
        <w:t>v -0.899329 1.157060 0.774130</w:t>
        <w:br/>
        <w:t>v -1.051424 1.145075 0.628451</w:t>
        <w:br/>
        <w:t>v -0.441582 1.182615 0.473444</w:t>
        <w:br/>
        <w:t>v -0.460776 1.169126 0.442585</w:t>
        <w:br/>
        <w:t>v -0.437860 1.157362 0.442647</w:t>
        <w:br/>
        <w:t>v -0.417559 1.171582 0.475524</w:t>
        <w:br/>
        <w:t>v -0.426071 1.120109 0.449081</w:t>
        <w:br/>
        <w:t>v -0.401308 1.135188 0.483558</w:t>
        <w:br/>
        <w:t>v -0.441488 1.093733 0.456638</w:t>
        <w:br/>
        <w:t>v -0.415679 1.107686 0.490690</w:t>
        <w:br/>
        <w:t>v -0.608120 1.245509 0.685439</w:t>
        <w:br/>
        <w:t>v -0.494616 1.228829 0.581907</w:t>
        <w:br/>
        <w:t>v -0.473858 1.219437 0.596447</w:t>
        <w:br/>
        <w:t>v -0.607222 1.242981 0.717979</w:t>
        <w:br/>
        <w:t>v -0.455910 1.184692 0.617750</w:t>
        <w:br/>
        <w:t>v -0.606793 1.213655 0.760607</w:t>
        <w:br/>
        <w:t>v -0.466076 1.156170 0.624219</w:t>
        <w:br/>
        <w:t>v -0.607061 1.181952 0.768479</w:t>
        <w:br/>
        <w:t>v -0.751637 1.227042 0.792879</w:t>
        <w:br/>
        <w:t>v -0.751278 1.233644 0.822335</w:t>
        <w:br/>
        <w:t>v -0.750795 1.202585 0.865463</w:t>
        <w:br/>
        <w:t>v -0.750709 1.170271 0.880285</w:t>
        <w:br/>
        <w:t>v -0.916799 1.126556 0.868129</w:t>
        <w:br/>
        <w:t>v -0.916830 1.135592 0.892371</w:t>
        <w:br/>
        <w:t>v -0.916661 1.097513 0.932943</w:t>
        <w:br/>
        <w:t>v -0.916494 1.059274 0.947811</w:t>
        <w:br/>
        <w:t>v -1.157172 0.959498 0.949704</w:t>
        <w:br/>
        <w:t>v -1.136108 0.912115 0.912060</w:t>
        <w:br/>
        <w:t>v -1.104983 0.918103 0.904331</w:t>
        <w:br/>
        <w:t>v -1.133443 0.958039 0.930121</w:t>
        <w:br/>
        <w:t>v -1.174416 0.951838 0.988516</w:t>
        <w:br/>
        <w:t>v -1.164019 0.901101 0.939366</w:t>
        <w:br/>
        <w:t>v -1.165805 0.934732 1.026273</w:t>
        <w:br/>
        <w:t>v -1.163945 0.888492 0.974064</w:t>
        <w:br/>
        <w:t>v -1.145092 0.884646 0.993910</w:t>
        <w:br/>
        <w:t>v -1.146321 0.919597 1.042575</w:t>
        <w:br/>
        <w:t>v -1.119185 0.891088 0.985590</w:t>
        <w:br/>
        <w:t>v -1.145092 0.884646 0.993910</w:t>
        <w:br/>
        <w:t>v -1.146321 0.919597 1.042575</w:t>
        <w:br/>
        <w:t>v -1.128417 0.917526 1.023545</w:t>
        <w:br/>
        <w:t>v -1.096414 0.903040 0.957727</w:t>
        <w:br/>
        <w:t>v -1.116981 0.926989 0.984532</w:t>
        <w:br/>
        <w:t>v -1.091790 0.913938 0.924407</w:t>
        <w:br/>
        <w:t>v -1.119887 0.943803 0.946670</w:t>
        <w:br/>
        <w:t>v -1.133443 0.958039 0.930121</w:t>
        <w:br/>
        <w:t>v -1.104983 0.918103 0.904331</w:t>
        <w:br/>
        <w:t>v -1.091790 0.913938 0.924407</w:t>
        <w:br/>
        <w:t>v -1.119887 0.943803 0.946670</w:t>
        <w:br/>
        <w:t>v -0.997297 1.075688 1.117327</w:t>
        <w:br/>
        <w:t>v -0.989809 1.070082 1.093941</w:t>
        <w:br/>
        <w:t>v -0.883469 1.078495 1.149716</w:t>
        <w:br/>
        <w:t>v -0.888780 1.100699 1.180662</w:t>
        <w:br/>
        <w:t>v -1.001442 1.063395 1.155934</w:t>
        <w:br/>
        <w:t>v -0.888552 1.081303 1.219194</w:t>
        <w:br/>
        <w:t>v -0.993608 1.034188 1.187827</w:t>
        <w:br/>
        <w:t>v -0.887407 1.071504 1.229121</w:t>
        <w:br/>
        <w:t>v -0.983988 1.009737 1.196263</w:t>
        <w:br/>
        <w:t>v -0.884867 1.052424 1.240782</w:t>
        <w:br/>
        <w:t>v -0.980150 1.007103 1.172544</w:t>
        <w:br/>
        <w:t>v -0.983988 1.009737 1.196263</w:t>
        <w:br/>
        <w:t>v -0.884867 1.052424 1.240782</w:t>
        <w:br/>
        <w:t>v -0.880714 1.034554 1.209592</w:t>
        <w:br/>
        <w:t>v -0.980360 1.022229 1.134069</w:t>
        <w:br/>
        <w:t>v -0.881985 1.060401 1.164257</w:t>
        <w:br/>
        <w:t>v -0.984521 1.048366 1.102583</w:t>
        <w:br/>
        <w:t>v -0.882205 1.063512 1.160737</w:t>
        <w:br/>
        <w:t>v -0.989809 1.070082 1.093941</w:t>
        <w:br/>
        <w:t>v -0.984521 1.048366 1.102583</w:t>
        <w:br/>
        <w:t>v -0.882205 1.063512 1.160737</w:t>
        <w:br/>
        <w:t>v -0.883469 1.078495 1.149716</w:t>
        <w:br/>
        <w:t>v -1.111034 1.022114 1.030775</w:t>
        <w:br/>
        <w:t>v -1.097507 1.020340 1.008614</w:t>
        <w:br/>
        <w:t>v -1.118515 1.009615 1.069127</w:t>
        <w:br/>
        <w:t>v -1.107371 0.985189 1.102196</w:t>
        <w:br/>
        <w:t>v -1.091831 0.966095 1.112764</w:t>
        <w:br/>
        <w:t>v -1.091831 0.966095 1.112764</w:t>
        <w:br/>
        <w:t>v -1.083610 0.965823 1.090880</w:t>
        <w:br/>
        <w:t>v -1.081895 0.980429 1.052714</w:t>
        <w:br/>
        <w:t>v -1.087961 1.002829 1.019620</w:t>
        <w:br/>
        <w:t>v -1.087961 1.002829 1.019620</w:t>
        <w:br/>
        <w:t>v -1.097507 1.020340 1.008614</w:t>
        <w:br/>
        <w:t>v -0.420069 0.918145 0.904541</w:t>
        <w:br/>
        <w:t>v -0.389225 0.914088 0.910887</w:t>
        <w:br/>
        <w:t>v -0.364083 0.961893 0.948200</w:t>
        <w:br/>
        <w:t>v -0.388042 0.958084 0.930350</w:t>
        <w:br/>
        <w:t>v -0.362001 0.904822 0.936872</w:t>
        <w:br/>
        <w:t>v -0.347225 0.955654 0.985712</w:t>
        <w:br/>
        <w:t>v -0.363669 0.890789 0.972625</w:t>
        <w:br/>
        <w:t>v -0.357619 0.936762 1.024927</w:t>
        <w:br/>
        <w:t>v -0.382999 0.884692 0.994143</w:t>
        <w:br/>
        <w:t>v -0.378669 0.919642 1.042811</w:t>
        <w:br/>
        <w:t>v -0.378669 0.919642 1.042811</w:t>
        <w:br/>
        <w:t>v -0.382999 0.884692 0.994143</w:t>
        <w:br/>
        <w:t>v -0.408326 0.891131 0.985808</w:t>
        <w:br/>
        <w:t>v -0.396750 0.917571 1.023769</w:t>
        <w:br/>
        <w:t>v -0.430014 0.903080 0.957932</w:t>
        <w:br/>
        <w:t>v -0.407317 0.927032 0.984750</w:t>
        <w:br/>
        <w:t>v -0.433646 0.913978 0.924609</w:t>
        <w:br/>
        <w:t>v -0.402885 0.943848 0.946890</w:t>
        <w:br/>
        <w:t>v -0.433646 0.913978 0.924609</w:t>
        <w:br/>
        <w:t>v -0.420069 0.918145 0.904541</w:t>
        <w:br/>
        <w:t>v -0.388042 0.958084 0.930350</w:t>
        <w:br/>
        <w:t>v -0.402885 0.943848 0.946890</w:t>
        <w:br/>
        <w:t>v -0.630477 1.078281 1.148638</w:t>
        <w:br/>
        <w:t>v -0.521660 1.070110 1.094085</w:t>
        <w:br/>
        <w:t>v -0.512993 1.076905 1.116352</w:t>
        <w:br/>
        <w:t>v -0.621309 1.100892 1.179718</w:t>
        <w:br/>
        <w:t>v -0.509216 1.065743 1.153828</w:t>
        <w:br/>
        <w:t>v -0.622579 1.083322 1.215851</w:t>
        <w:br/>
        <w:t>v -0.520444 1.035432 1.186780</w:t>
        <w:br/>
        <w:t>v -0.625182 1.071832 1.227469</w:t>
        <w:br/>
        <w:t>v -0.532987 1.009765 1.196401</w:t>
        <w:br/>
        <w:t>v -0.630540 1.051485 1.239741</w:t>
        <w:br/>
        <w:t>v -0.630540 1.051485 1.239741</w:t>
        <w:br/>
        <w:t>v -0.532987 1.009765 1.196401</w:t>
        <w:br/>
        <w:t>v -0.537050 1.007127 1.172679</w:t>
        <w:br/>
        <w:t>v -0.637140 1.034294 1.208392</w:t>
        <w:br/>
        <w:t>v -0.535456 1.022256 1.134206</w:t>
        <w:br/>
        <w:t>v -0.633831 1.058738 1.164724</w:t>
        <w:br/>
        <w:t>v -0.528918 1.048394 1.102723</w:t>
        <w:br/>
        <w:t>v -0.633128 1.063133 1.159742</w:t>
        <w:br/>
        <w:t>v -0.633128 1.063133 1.159742</w:t>
        <w:br/>
        <w:t>v -0.528918 1.048394 1.102723</w:t>
        <w:br/>
        <w:t>v -0.521660 1.070110 1.094085</w:t>
        <w:br/>
        <w:t>v -0.630477 1.078281 1.148638</w:t>
        <w:br/>
        <w:t>v -0.404537 1.024131 1.029425</w:t>
        <w:br/>
        <w:t>v -0.418413 1.020381 1.008823</w:t>
        <w:br/>
        <w:t>v -0.397766 1.013134 1.066411</w:t>
        <w:br/>
        <w:t>v -0.411495 0.987087 1.100867</w:t>
        <w:br/>
        <w:t>v -0.429027 0.966135 1.112967</w:t>
        <w:br/>
        <w:t>v -0.437261 0.965861 1.091079</w:t>
        <w:br/>
        <w:t>v -0.429027 0.966135 1.112967</w:t>
        <w:br/>
        <w:t>v -0.437643 0.980468 1.052912</w:t>
        <w:br/>
        <w:t>v -0.429543 1.002869 1.019822</w:t>
        <w:br/>
        <w:t>v -0.418413 1.020381 1.008823</w:t>
        <w:br/>
        <w:t>v -0.429543 1.002869 1.019822</w:t>
        <w:br/>
        <w:t>v -0.595917 1.125213 1.175439</w:t>
        <w:br/>
        <w:t>v -0.752706 1.150539 1.202599</w:t>
        <w:br/>
        <w:t>v -0.753687 1.129153 1.156402</w:t>
        <w:br/>
        <w:t>v -0.595922 1.103830 1.129245</w:t>
        <w:br/>
        <w:t>v -0.595950 1.103736 1.221591</w:t>
        <w:br/>
        <w:t>v -0.753715 1.129062 1.248748</w:t>
        <w:br/>
        <w:t>v -0.595999 1.057543 1.242974</w:t>
        <w:br/>
        <w:t>v -0.755861 1.082863 1.270127</w:t>
        <w:br/>
        <w:t>v -0.596034 1.011391 1.221499</w:t>
        <w:br/>
        <w:t>v -0.757985 1.036711 1.248652</w:t>
        <w:br/>
        <w:t>v -0.596039 0.990008 1.175305</w:t>
        <w:br/>
        <w:t>v -0.758958 1.015329 1.202458</w:t>
        <w:br/>
        <w:t>v -0.596005 1.011483 1.129153</w:t>
        <w:br/>
        <w:t>v -0.757957 1.036803 1.156305</w:t>
        <w:br/>
        <w:t>v -0.758958 1.015329 1.202458</w:t>
        <w:br/>
        <w:t>v -0.596039 0.990008 1.175305</w:t>
        <w:br/>
        <w:t>v -0.595957 1.057678 1.107770</w:t>
        <w:br/>
        <w:t>v -0.755819 1.082998 1.134922</w:t>
        <w:br/>
        <w:t>v -0.917530 1.103811 1.129146</w:t>
        <w:br/>
        <w:t>v -0.917566 1.057659 1.107671</w:t>
        <w:br/>
        <w:t>v -0.917525 1.125193 1.175341</w:t>
        <w:br/>
        <w:t>v -0.917559 1.103717 1.221493</w:t>
        <w:br/>
        <w:t>v -0.917607 1.057524 1.242876</w:t>
        <w:br/>
        <w:t>v -0.917642 1.011372 1.221401</w:t>
        <w:br/>
        <w:t>v -0.917647 0.989989 1.175206</w:t>
        <w:br/>
        <w:t>v -0.917614 1.011464 1.129055</w:t>
        <w:br/>
        <w:t>v -0.917647 0.989989 1.175206</w:t>
        <w:br/>
        <w:t>v -0.898266 1.058580 1.173932</w:t>
        <w:br/>
        <w:t>v -0.936636 1.056891 1.125265</w:t>
        <w:br/>
        <w:t>v -0.935982 1.090206 1.142808</w:t>
        <w:br/>
        <w:t>v -0.935317 1.105420 1.176231</w:t>
        <w:br/>
        <w:t>v -0.935164 1.090430 1.209670</w:t>
        <w:br/>
        <w:t>v -0.935481 1.056962 1.224666</w:t>
        <w:br/>
        <w:t>v -0.936207 1.023679 1.209248</w:t>
        <w:br/>
        <w:t>v -0.936818 1.006305 1.175957</w:t>
        <w:br/>
        <w:t>v -0.936916 1.021566 1.140633</w:t>
        <w:br/>
        <w:t>v -0.577427 1.056912 1.125376</w:t>
        <w:br/>
        <w:t>v -0.613443 1.058597 1.174020</w:t>
        <w:br/>
        <w:t>v -0.577830 1.090228 1.142918</w:t>
        <w:br/>
        <w:t>v -0.578396 1.105442 1.176341</w:t>
        <w:br/>
        <w:t>v -0.578687 1.090452 1.209780</w:t>
        <w:br/>
        <w:t>v -0.578642 1.056983 1.224775</w:t>
        <w:br/>
        <w:t>v -0.578167 1.023700 1.209358</w:t>
        <w:br/>
        <w:t>v -0.577672 1.006326 1.176067</w:t>
        <w:br/>
        <w:t>v -0.577434 1.021588 1.140744</w:t>
        <w:br/>
        <w:t>v -0.935982 1.090206 1.142808</w:t>
        <w:br/>
        <w:t>v -0.936636 1.056891 1.125265</w:t>
        <w:br/>
        <w:t>v -0.935317 1.105420 1.176231</w:t>
        <w:br/>
        <w:t>v -0.935164 1.090430 1.209670</w:t>
        <w:br/>
        <w:t>v -0.935481 1.056962 1.224666</w:t>
        <w:br/>
        <w:t>v -0.936207 1.023679 1.209248</w:t>
        <w:br/>
        <w:t>v -0.936818 1.006305 1.175957</w:t>
        <w:br/>
        <w:t>v -0.936916 1.021566 1.140633</w:t>
        <w:br/>
        <w:t>v -0.936818 1.006305 1.175957</w:t>
        <w:br/>
        <w:t>v -0.577427 1.056912 1.125376</w:t>
        <w:br/>
        <w:t>v -0.577830 1.090228 1.142918</w:t>
        <w:br/>
        <w:t>v -0.595957 1.057678 1.107770</w:t>
        <w:br/>
        <w:t>v -0.578396 1.105442 1.176341</w:t>
        <w:br/>
        <w:t>v -0.578687 1.090452 1.209780</w:t>
        <w:br/>
        <w:t>v -0.578642 1.056983 1.224775</w:t>
        <w:br/>
        <w:t>v -0.578167 1.023700 1.209358</w:t>
        <w:br/>
        <w:t>v -0.577672 1.006326 1.176067</w:t>
        <w:br/>
        <w:t>v -0.577672 1.006326 1.176067</w:t>
        <w:br/>
        <w:t>v -0.577434 1.021588 1.140744</w:t>
        <w:br/>
        <w:t>v -0.316843 0.955013 1.294084</w:t>
        <w:br/>
        <w:t>v -0.274667 0.940834 1.258566</w:t>
        <w:br/>
        <w:t>v -0.250650 0.912651 1.259408</w:t>
        <w:br/>
        <w:t>v -0.302161 0.924438 1.306742</w:t>
        <w:br/>
        <w:t>v -0.245318 0.878995 1.249534</w:t>
        <w:br/>
        <w:t>v -0.301017 0.890410 1.302494</w:t>
        <w:br/>
        <w:t>v -0.257106 0.853262 1.233523</w:t>
        <w:br/>
        <w:t>v -0.310671 0.866281 1.285558</w:t>
        <w:br/>
        <w:t>v -0.308199 0.904326 1.222190</w:t>
        <w:br/>
        <w:t>v -0.299518 0.933648 1.238190</w:t>
        <w:br/>
        <w:t>v -0.330971 0.953300 1.264427</w:t>
        <w:br/>
        <w:t>v -0.340893 0.926757 1.247588</w:t>
        <w:br/>
        <w:t>v -0.599023 1.102916 1.190089</w:t>
        <w:br/>
        <w:t>v -0.519036 1.069808 1.244555</w:t>
        <w:br/>
        <w:t>v -0.529126 1.046951 1.258006</w:t>
        <w:br/>
        <w:t>v -0.611322 1.083762 1.197764</w:t>
        <w:br/>
        <w:t>v -0.538558 1.018826 1.256010</w:t>
        <w:br/>
        <w:t>v -0.622835 1.056957 1.194575</w:t>
        <w:br/>
        <w:t>v -0.543192 0.998292 1.240284</w:t>
        <w:br/>
        <w:t>v -0.628810 1.036934 1.178574</w:t>
        <w:br/>
        <w:t>v -0.513082 1.062311 1.216181</w:t>
        <w:br/>
        <w:t>v -0.595630 1.095203 1.160973</w:t>
        <w:br/>
        <w:t>v -0.604032 1.068461 1.146413</w:t>
        <w:br/>
        <w:t>v -0.519493 1.035667 1.201720</w:t>
        <w:br/>
        <w:t>v -0.377035 0.960329 1.322864</w:t>
        <w:br/>
        <w:t>v -0.381267 0.991386 1.302604</w:t>
        <w:br/>
        <w:t>v -0.248983 0.946079 1.207768</w:t>
        <w:br/>
        <w:t>v -0.221050 0.923194 1.196078</w:t>
        <w:br/>
        <w:t>v -0.380463 0.926998 1.322272</w:t>
        <w:br/>
        <w:t>v -0.213825 0.892057 1.181034</w:t>
        <w:br/>
        <w:t>v -0.387989 0.903874 1.306023</w:t>
        <w:br/>
        <w:t>v -0.225834 0.864719 1.167902</w:t>
        <w:br/>
        <w:t>v -0.386017 0.991249 1.270836</w:t>
        <w:br/>
        <w:t>v -0.393913 0.964918 1.254671</w:t>
        <w:br/>
        <w:t>v -0.453176 1.004411 1.304595</w:t>
        <w:br/>
        <w:t>v -0.447269 1.032261 1.283099</w:t>
        <w:br/>
        <w:t>v -0.460582 0.973056 1.305286</w:t>
        <w:br/>
        <w:t>v -0.466157 0.950638 1.289996</w:t>
        <w:br/>
        <w:t>v -0.253274 0.995159 1.104510</w:t>
        <w:br/>
        <w:t>v -0.223003 0.954210 1.141952</w:t>
        <w:br/>
        <w:t>v -0.248888 0.970424 1.162115</w:t>
        <w:br/>
        <w:t>v -0.272773 1.003716 1.130261</w:t>
        <w:br/>
        <w:t>v -0.249728 0.973427 1.084588</w:t>
        <w:br/>
        <w:t>v -0.216736 0.927483 1.123564</w:t>
        <w:br/>
        <w:t>v -0.258208 0.947954 1.075961</w:t>
        <w:br/>
        <w:t>v -0.227220 0.900444 1.113188</w:t>
        <w:br/>
        <w:t>v -0.545272 1.106533 1.148184</w:t>
        <w:br/>
        <w:t>v -0.541826 1.107490 1.169753</w:t>
        <w:br/>
        <w:t>v -0.599023 1.102916 1.190089</w:t>
        <w:br/>
        <w:t>v -0.601813 1.100819 1.170192</w:t>
        <w:br/>
        <w:t>v -0.607796 1.084428 1.153246</w:t>
        <w:br/>
        <w:t>v -0.551277 1.089902 1.131430</w:t>
        <w:br/>
        <w:t>v -0.613737 1.060598 1.147618</w:t>
        <w:br/>
        <w:t>v -0.557255 1.065923 1.125913</w:t>
        <w:br/>
        <w:t>v -0.332187 1.045088 1.121137</w:t>
        <w:br/>
        <w:t>v -0.318435 1.042091 1.093211</w:t>
        <w:br/>
        <w:t>v -0.316918 1.023630 1.073508</w:t>
        <w:br/>
        <w:t>v -0.323759 0.999685 1.066026</w:t>
        <w:br/>
        <w:t>v -0.404124 1.077061 1.133660</w:t>
        <w:br/>
        <w:t>v -0.477111 1.099258 1.149903</w:t>
        <w:br/>
        <w:t>v -0.476304 1.099655 1.125282</w:t>
        <w:br/>
        <w:t>v -0.397058 1.077645 1.105845</w:t>
        <w:br/>
        <w:t>v -0.397903 1.061209 1.086656</w:t>
        <w:br/>
        <w:t>v -0.479958 1.083514 1.107339</w:t>
        <w:br/>
        <w:t>v -0.485684 1.060034 1.101302</w:t>
        <w:br/>
        <w:t>v -0.403671 1.037984 1.079854</w:t>
        <w:br/>
        <w:t>v -0.541826 1.107490 1.169753</w:t>
        <w:br/>
        <w:t>v -0.543269 1.072450 1.179749</w:t>
        <w:br/>
        <w:t>v -0.599685 1.066732 1.202187</w:t>
        <w:br/>
        <w:t>v -0.599023 1.102916 1.190089</w:t>
        <w:br/>
        <w:t>v -0.411474 1.047338 1.145322</w:t>
        <w:br/>
        <w:t>v -0.480528 1.066468 1.160705</w:t>
        <w:br/>
        <w:t>v -0.477111 1.099258 1.149903</w:t>
        <w:br/>
        <w:t>v -0.404124 1.077061 1.133660</w:t>
        <w:br/>
        <w:t>v -0.347909 1.017983 1.131853</w:t>
        <w:br/>
        <w:t>v -0.332187 1.045088 1.121137</w:t>
        <w:br/>
        <w:t>v -0.272773 1.003716 1.130261</w:t>
        <w:br/>
        <w:t>v -0.296520 0.978718 1.137273</w:t>
        <w:br/>
        <w:t>v -0.248888 0.970424 1.162115</w:t>
        <w:br/>
        <w:t>v -0.278541 0.949717 1.162525</w:t>
        <w:br/>
        <w:t>v -0.248983 0.946079 1.207768</w:t>
        <w:br/>
        <w:t>v -0.279837 0.930959 1.198979</w:t>
        <w:br/>
        <w:t>v -0.274667 0.940834 1.258566</w:t>
        <w:br/>
        <w:t>v -0.316843 0.955013 1.294084</w:t>
        <w:br/>
        <w:t>v -0.444029 1.028262 1.253405</w:t>
        <w:br/>
        <w:t>v -0.447269 1.032261 1.283099</w:t>
        <w:br/>
        <w:t>v -0.519036 1.069808 1.244555</w:t>
        <w:br/>
        <w:t>v -0.599023 1.102916 1.190089</w:t>
        <w:br/>
        <w:t>v -0.287620 0.898552 1.184643</w:t>
        <w:br/>
        <w:t>v -0.449775 1.001137 1.239518</w:t>
        <w:br/>
        <w:t>v -0.306024 0.943406 1.126536</w:t>
        <w:br/>
        <w:t>v -0.287500 0.915224 1.150637</w:t>
        <w:br/>
        <w:t>v -0.550207 1.038491 1.172514</w:t>
        <w:br/>
        <w:t>v -0.606637 1.032838 1.194792</w:t>
        <w:br/>
        <w:t>v -0.356087 0.983286 1.122241</w:t>
        <w:br/>
        <w:t>v -0.417531 1.013509 1.136514</w:t>
        <w:br/>
        <w:t>v -0.486541 1.032761 1.152812</w:t>
        <w:br/>
        <w:t>v -0.537406 1.002578 1.215419</w:t>
        <w:br/>
        <w:t>v -0.620316 1.035195 1.160722</w:t>
        <w:br/>
        <w:t>v -0.628810 1.036934 1.178574</w:t>
        <w:br/>
        <w:t>v -0.543192 0.998292 1.240284</w:t>
        <w:br/>
        <w:t>v -0.466157 0.950638 1.289996</w:t>
        <w:br/>
        <w:t>v -0.463984 0.959585 1.259744</w:t>
        <w:br/>
        <w:t>v -0.387989 0.903874 1.306023</w:t>
        <w:br/>
        <w:t>v -0.396921 0.915438 1.275092</w:t>
        <w:br/>
        <w:t>v -0.331399 0.875874 1.260262</w:t>
        <w:br/>
        <w:t>v -0.310671 0.866281 1.285558</w:t>
        <w:br/>
        <w:t>v -0.286404 0.858192 1.219679</w:t>
        <w:br/>
        <w:t>v -0.257106 0.853262 1.233523</w:t>
        <w:br/>
        <w:t>v -0.258637 0.862427 1.166727</w:t>
        <w:br/>
        <w:t>v -0.225834 0.864719 1.167902</w:t>
        <w:br/>
        <w:t>v -0.227220 0.900444 1.113188</w:t>
        <w:br/>
        <w:t>v -0.258808 0.889835 1.123552</w:t>
        <w:br/>
        <w:t>v -0.283782 0.928654 1.094351</w:t>
        <w:br/>
        <w:t>v -0.343431 0.975805 1.088683</w:t>
        <w:br/>
        <w:t>v -0.416314 1.010510 1.103632</w:t>
        <w:br/>
        <w:t>v -0.492439 1.031144 1.121430</w:t>
        <w:br/>
        <w:t>v -0.620316 1.035195 1.160722</w:t>
        <w:br/>
        <w:t>v -0.560724 1.037129 1.142114</w:t>
        <w:br/>
        <w:t>v -0.651135 1.072610 1.203800</w:t>
        <w:br/>
        <w:t>v -0.634590 1.097901 1.197676</w:t>
        <w:br/>
        <w:t>v -0.590052 1.097106 1.225209</w:t>
        <w:br/>
        <w:t>v -0.607671 1.072702 1.227913</w:t>
        <w:br/>
        <w:t>v -0.547805 1.052682 1.169253</w:t>
        <w:br/>
        <w:t>v -0.599763 1.053450 1.143381</w:t>
        <w:br/>
        <w:t>v -0.624026 1.042434 1.162080</w:t>
        <w:br/>
        <w:t>v -0.574415 1.039923 1.185777</w:t>
        <w:br/>
        <w:t>v -0.645671 1.050265 1.187561</w:t>
        <w:br/>
        <w:t>v -0.598910 1.049720 1.210323</w:t>
        <w:br/>
        <w:t>v -0.651135 1.072610 1.203800</w:t>
        <w:br/>
        <w:t>v -0.607671 1.072702 1.227913</w:t>
        <w:br/>
        <w:t>v -0.546932 0.991184 1.491784</w:t>
        <w:br/>
        <w:t>v -0.560850 1.033779 1.374280</w:t>
        <w:br/>
        <w:t>v -0.541158 1.057322 1.376737</w:t>
        <w:br/>
        <w:t>v -0.525656 1.011330 1.500368</w:t>
        <w:br/>
        <w:t>v -0.506940 1.068973 1.364237</w:t>
        <w:br/>
        <w:t>v -0.490736 1.018843 1.491734</w:t>
        <w:br/>
        <w:t>v -0.482286 1.059845 1.343820</w:t>
        <w:br/>
        <w:t>v -0.463769 1.009454 1.471072</w:t>
        <w:br/>
        <w:t>v -0.474688 1.038619 1.326534</w:t>
        <w:br/>
        <w:t>v -0.455148 0.992047 1.451516</w:t>
        <w:br/>
        <w:t>v -0.455148 0.992047 1.451516</w:t>
        <w:br/>
        <w:t>v -0.474688 1.038619 1.326534</w:t>
        <w:br/>
        <w:t>v -0.491714 1.015200 1.322948</w:t>
        <w:br/>
        <w:t>v -0.474464 0.970922 1.441327</w:t>
        <w:br/>
        <w:t>v -0.522464 1.002578 1.333623</w:t>
        <w:br/>
        <w:t>v -0.509133 0.959767 1.447025</w:t>
        <w:br/>
        <w:t>v -0.549430 1.011691 1.355068</w:t>
        <w:br/>
        <w:t>v -0.537673 0.970245 1.469059</w:t>
        <w:br/>
        <w:t>v -0.560850 1.033779 1.374280</w:t>
        <w:br/>
        <w:t>v -0.546932 0.991184 1.491784</w:t>
        <w:br/>
        <w:t>v -0.543427 0.870838 1.673429</w:t>
        <w:br/>
        <w:t>v -0.531086 0.877141 1.666574</w:t>
        <w:br/>
        <w:t>v -0.507821 0.882092 1.677188</w:t>
        <w:br/>
        <w:t>v -0.514178 0.876937 1.686513</w:t>
        <w:br/>
        <w:t>v -0.471128 0.882275 1.672095</w:t>
        <w:br/>
        <w:t>v -0.467464 0.877783 1.680416</w:t>
        <w:br/>
        <w:t>v -0.442317 0.875980 1.651553</w:t>
        <w:br/>
        <w:t>v -0.430918 0.870152 1.654987</w:t>
        <w:br/>
        <w:t>v -0.435890 0.861353 1.622990</w:t>
        <w:br/>
        <w:t>v -0.423314 0.852534 1.619878</w:t>
        <w:br/>
        <w:t>v -0.423314 0.852534 1.619878</w:t>
        <w:br/>
        <w:t>v -0.435890 0.861353 1.622990</w:t>
        <w:br/>
        <w:t>v -0.459529 0.855826 1.611184</w:t>
        <w:br/>
        <w:t>v -0.453242 0.845406 1.604783</w:t>
        <w:br/>
        <w:t>v -0.496137 0.855780 1.615935</w:t>
        <w:br/>
        <w:t>v -0.499417 0.845332 1.610716</w:t>
        <w:br/>
        <w:t>v -0.524614 0.862600 1.637641</w:t>
        <w:br/>
        <w:t>v -0.535289 0.853982 1.638177</w:t>
        <w:br/>
        <w:t>v -0.531086 0.877141 1.666574</w:t>
        <w:br/>
        <w:t>v -0.543427 0.870838 1.673429</w:t>
        <w:br/>
        <w:t>v -0.535291 0.761289 1.733947</w:t>
        <w:br/>
        <w:t>v -0.543427 0.870838 1.673429</w:t>
        <w:br/>
        <w:t>v -0.507178 0.765534 1.745406</w:t>
        <w:br/>
        <w:t>v -0.461401 0.763829 1.739089</w:t>
        <w:br/>
        <w:t>v -0.424570 0.756476 1.714553</w:t>
        <w:br/>
        <w:t>v -0.423314 0.852534 1.619878</w:t>
        <w:br/>
        <w:t>v -0.415073 0.742595 1.682765</w:t>
        <w:br/>
        <w:t>v -0.415073 0.742595 1.682765</w:t>
        <w:br/>
        <w:t>v -0.423314 0.852534 1.619878</w:t>
        <w:br/>
        <w:t>v -0.453242 0.845406 1.604783</w:t>
        <w:br/>
        <w:t>v -0.443453 0.738404 1.670957</w:t>
        <w:br/>
        <w:t>v -0.499417 0.845332 1.610716</w:t>
        <w:br/>
        <w:t>v -0.488679 0.739795 1.678016</w:t>
        <w:br/>
        <w:t>v -0.535289 0.853982 1.638177</w:t>
        <w:br/>
        <w:t>v -0.525396 0.747150 1.702739</w:t>
        <w:br/>
        <w:t>v -0.543427 0.870838 1.673429</w:t>
        <w:br/>
        <w:t>v -0.535291 0.761289 1.733947</w:t>
        <w:br/>
        <w:t>v -0.496998 0.748569 1.739684</w:t>
        <w:br/>
        <w:t>v -0.516549 0.745640 1.731830</w:t>
        <w:br/>
        <w:t>v -0.465416 0.747431 1.734722</w:t>
        <w:br/>
        <w:t>v -0.439681 0.742327 1.717652</w:t>
        <w:br/>
        <w:t>v -0.432855 0.730888 1.694303</w:t>
        <w:br/>
        <w:t>v -0.452398 0.727992 1.686488</w:t>
        <w:br/>
        <w:t>v -0.432855 0.730888 1.694303</w:t>
        <w:br/>
        <w:t>v -0.483941 0.729009 1.691514</w:t>
        <w:br/>
        <w:t>v -0.509610 0.734083 1.708650</w:t>
        <w:br/>
        <w:t>v -0.516549 0.745640 1.731830</w:t>
        <w:br/>
        <w:t>v -0.473952 0.727536 1.720675</w:t>
        <w:br/>
        <w:t>v -0.473952 0.727536 1.720675</w:t>
        <w:br/>
        <w:t>v -0.562190 1.108217 1.207637</w:t>
        <w:br/>
        <w:t>v -0.530279 1.104132 1.257944</w:t>
        <w:br/>
        <w:t>v -0.561479 1.092584 1.273288</w:t>
        <w:br/>
        <w:t>v -0.539768 1.098135 1.183890</w:t>
        <w:br/>
        <w:t>v -0.506857 1.094174 1.235834</w:t>
        <w:br/>
        <w:t>v -0.532374 1.076544 1.167431</w:t>
        <w:br/>
        <w:t>v -0.499249 1.071943 1.219106</w:t>
        <w:br/>
        <w:t>v -0.515055 1.047786 1.218612</w:t>
        <w:br/>
        <w:t>v -0.499249 1.071943 1.219106</w:t>
        <w:br/>
        <w:t>v -0.532374 1.076544 1.167431</w:t>
        <w:br/>
        <w:t>v -0.537487 0.933722 1.601426</w:t>
        <w:br/>
        <w:t>v -0.514962 0.947225 1.613325</w:t>
        <w:br/>
        <w:t>v -0.479821 0.949131 1.607805</w:t>
        <w:br/>
        <w:t>v -0.450878 0.939634 1.587534</w:t>
        <w:br/>
        <w:t>v -0.442159 0.924819 1.564527</w:t>
        <w:br/>
        <w:t>v -0.442159 0.924819 1.564527</w:t>
        <w:br/>
        <w:t>v -0.464007 0.909947 1.551202</w:t>
        <w:br/>
        <w:t>v -0.501126 0.903823 1.554214</w:t>
        <w:br/>
        <w:t>v -0.530495 0.914724 1.575821</w:t>
        <w:br/>
        <w:t>v -0.537487 0.933722 1.601426</w:t>
        <w:br/>
        <w:t>v -0.435890 0.861353 1.622990</w:t>
        <w:br/>
        <w:t>v -0.459529 0.855826 1.611184</w:t>
        <w:br/>
        <w:t>v -0.435890 0.861353 1.622990</w:t>
        <w:br/>
        <w:t>v -0.496137 0.855780 1.615935</w:t>
        <w:br/>
        <w:t>v -0.524614 0.862600 1.637641</w:t>
        <w:br/>
        <w:t>v -0.531086 0.877141 1.666574</w:t>
        <w:br/>
        <w:t>v -0.579851 1.067501 1.273821</w:t>
        <w:br/>
        <w:t>v -0.542965 1.035500 1.232375</w:t>
        <w:br/>
        <w:t>v -0.568713 1.044820 1.255461</w:t>
        <w:br/>
        <w:t>v -0.579851 1.067501 1.273821</w:t>
        <w:br/>
        <w:t>v -0.610726 1.107598 1.177623</w:t>
        <w:br/>
        <w:t>v -0.591302 1.098392 1.152831</w:t>
        <w:br/>
        <w:t>v -0.585635 1.077103 1.137693</w:t>
        <w:br/>
        <w:t>v -0.585635 1.077103 1.137693</w:t>
        <w:br/>
        <w:t>v -1.265861 0.912590 1.259096</w:t>
        <w:br/>
        <w:t>v -1.241846 0.940775 1.258269</w:t>
        <w:br/>
        <w:t>v -1.199694 0.954960 1.293812</w:t>
        <w:br/>
        <w:t>v -1.214380 0.924383 1.306462</w:t>
        <w:br/>
        <w:t>v -1.215518 0.890355 1.302213</w:t>
        <w:br/>
        <w:t>v -1.271182 0.878934 1.249219</w:t>
        <w:br/>
        <w:t>v -1.205850 0.866227 1.285283</w:t>
        <w:br/>
        <w:t>v -1.259382 0.853202 1.233215</w:t>
        <w:br/>
        <w:t>v -1.185547 0.953249 1.264164</w:t>
        <w:br/>
        <w:t>v -1.216982 0.933593 1.237908</w:t>
        <w:br/>
        <w:t>v -1.208287 0.904272 1.221914</w:t>
        <w:br/>
        <w:t>v -1.175612 0.926707 1.247332</w:t>
        <w:br/>
        <w:t>v -0.987400 1.046923 1.257866</w:t>
        <w:br/>
        <w:t>v -0.997484 1.069779 1.244408</w:t>
        <w:br/>
        <w:t>v -0.917468 1.102897 1.189991</w:t>
        <w:br/>
        <w:t>v -0.905172 1.083745 1.197674</w:t>
        <w:br/>
        <w:t>v -0.893653 1.056941 1.194492</w:t>
        <w:br/>
        <w:t>v -0.977963 1.018800 1.255875</w:t>
        <w:br/>
        <w:t>v -0.887666 1.036918 1.178494</w:t>
        <w:br/>
        <w:t>v -0.973317 0.998266 1.240152</w:t>
        <w:br/>
        <w:t>v -0.912428 1.068443 1.146319</w:t>
        <w:br/>
        <w:t>v -0.920842 1.095183 1.160874</w:t>
        <w:br/>
        <w:t>v -1.003420 1.062282 1.216030</w:t>
        <w:br/>
        <w:t>v -0.996998 1.035638 1.201573</w:t>
        <w:br/>
        <w:t>v -1.139520 0.960283 1.322629</w:t>
        <w:br/>
        <w:t>v -1.135280 0.991340 1.302372</w:t>
        <w:br/>
        <w:t>v -1.295423 0.923129 1.195748</w:t>
        <w:br/>
        <w:t>v -1.267500 0.946018 1.207455</w:t>
        <w:br/>
        <w:t>v -1.136089 0.926953 1.322040</w:t>
        <w:br/>
        <w:t>v -1.302635 0.891992 1.180700</w:t>
        <w:br/>
        <w:t>v -1.128550 0.903830 1.305796</w:t>
        <w:br/>
        <w:t>v -1.290614 0.864655 1.167574</w:t>
        <w:br/>
        <w:t>v -1.130510 0.991204 1.270607</w:t>
        <w:br/>
        <w:t>v -1.122601 0.964874 1.254447</w:t>
        <w:br/>
        <w:t>v -1.063374 1.004375 1.304408</w:t>
        <w:br/>
        <w:t>v -1.069271 1.032224 1.282908</w:t>
        <w:br/>
        <w:t>v -1.055964 0.973020 1.305103</w:t>
        <w:br/>
        <w:t>v -1.050377 0.950603 1.289816</w:t>
        <w:br/>
        <w:t>v -1.267570 0.970363 1.161802</w:t>
        <w:br/>
        <w:t>v -1.293440 0.954146 1.141623</w:t>
        <w:br/>
        <w:t>v -1.263152 0.995098 1.104199</w:t>
        <w:br/>
        <w:t>v -1.243669 1.003658 1.129963</w:t>
        <w:br/>
        <w:t>v -1.299693 0.927418 1.123232</w:t>
        <w:br/>
        <w:t>v -1.266683 0.973366 1.084275</w:t>
        <w:br/>
        <w:t>v -1.289199 0.900380 1.112862</w:t>
        <w:br/>
        <w:t>v -1.258194 0.947894 1.075654</w:t>
        <w:br/>
        <w:t>v -0.917468 1.102897 1.189991</w:t>
        <w:br/>
        <w:t>v -0.974654 1.107464 1.169620</w:t>
        <w:br/>
        <w:t>v -0.971194 1.106507 1.148053</w:t>
        <w:br/>
        <w:t>v -0.914666 1.100800 1.170096</w:t>
        <w:br/>
        <w:t>v -0.965176 1.089877 1.131303</w:t>
        <w:br/>
        <w:t>v -0.908670 1.084410 1.153153</w:t>
        <w:br/>
        <w:t>v -0.959192 1.065899 1.125790</w:t>
        <w:br/>
        <w:t>v -0.902723 1.060580 1.147529</w:t>
        <w:br/>
        <w:t>v -1.197990 1.042038 1.092941</w:t>
        <w:br/>
        <w:t>v -1.184254 1.045037 1.120875</w:t>
        <w:br/>
        <w:t>v -1.199492 1.023576 1.073236</w:t>
        <w:br/>
        <w:t>v -1.192643 0.999633 1.065759</w:t>
        <w:br/>
        <w:t>v -1.040147 1.099621 1.125108</w:t>
        <w:br/>
        <w:t>v -1.039355 1.099224 1.149731</w:t>
        <w:br/>
        <w:t>v -1.112329 1.077018 1.133442</w:t>
        <w:br/>
        <w:t>v -1.119377 1.077601 1.105623</w:t>
        <w:br/>
        <w:t>v -1.118520 1.061165 1.086434</w:t>
        <w:br/>
        <w:t>v -1.036480 1.083481 1.107168</w:t>
        <w:br/>
        <w:t>v -1.030748 1.060002 1.101135</w:t>
        <w:br/>
        <w:t>v -1.112744 1.037941 1.079636</w:t>
        <w:br/>
        <w:t>v -0.916809 1.066713 1.202089</w:t>
        <w:br/>
        <w:t>v -0.973212 1.072424 1.179617</w:t>
        <w:br/>
        <w:t>v -0.974654 1.107464 1.169620</w:t>
        <w:br/>
        <w:t>v -0.917468 1.102897 1.189991</w:t>
        <w:br/>
        <w:t>v -1.039355 1.099224 1.149731</w:t>
        <w:br/>
        <w:t>v -1.035940 1.066435 1.160535</w:t>
        <w:br/>
        <w:t>v -1.104982 1.047296 1.145109</w:t>
        <w:br/>
        <w:t>v -1.112329 1.077018 1.133442</w:t>
        <w:br/>
        <w:t>v -1.243669 1.003658 1.129963</w:t>
        <w:br/>
        <w:t>v -1.184254 1.045037 1.120875</w:t>
        <w:br/>
        <w:t>v -1.168536 1.017933 1.131601</w:t>
        <w:br/>
        <w:t>v -1.219924 0.978663 1.136990</w:t>
        <w:br/>
        <w:t>v -1.267570 0.970363 1.161802</w:t>
        <w:br/>
        <w:t>v -1.237915 0.949660 1.162231</w:t>
        <w:br/>
        <w:t>v -1.267500 0.946018 1.207455</w:t>
        <w:br/>
        <w:t>v -1.236639 0.930901 1.198685</w:t>
        <w:br/>
        <w:t>v -1.241846 0.940775 1.258269</w:t>
        <w:br/>
        <w:t>v -1.199694 0.954960 1.293812</w:t>
        <w:br/>
        <w:t>v -1.072492 1.028224 1.253212</w:t>
        <w:br/>
        <w:t>v -1.069271 1.032224 1.282908</w:t>
        <w:br/>
        <w:t>v -0.917468 1.102897 1.189991</w:t>
        <w:br/>
        <w:t>v -0.997484 1.069779 1.244408</w:t>
        <w:br/>
        <w:t>v -1.228843 0.898495 1.184354</w:t>
        <w:br/>
        <w:t>v -1.066734 1.001100 1.239329</w:t>
        <w:br/>
        <w:t>v -1.210408 0.943351 1.126258</w:t>
        <w:br/>
        <w:t>v -1.228944 0.915168 1.150347</w:t>
        <w:br/>
        <w:t>v -0.909849 1.032820 1.194699</w:t>
        <w:br/>
        <w:t>v -0.966265 1.038466 1.172386</w:t>
        <w:br/>
        <w:t>v -1.160348 0.983238 1.121994</w:t>
        <w:br/>
        <w:t>v -1.029918 1.032728 1.152645</w:t>
        <w:br/>
        <w:t>v -1.098916 1.013468 1.136304</w:t>
        <w:br/>
        <w:t>v -0.887666 1.036918 1.178494</w:t>
        <w:br/>
        <w:t>v -0.896149 1.035179 1.160637</w:t>
        <w:br/>
        <w:t>v -0.979089 1.002551 1.215283</w:t>
        <w:br/>
        <w:t>v -0.973317 0.998266 1.240152</w:t>
        <w:br/>
        <w:t>v -1.052533 0.959550 1.259563</w:t>
        <w:br/>
        <w:t>v -1.050377 0.950603 1.289816</w:t>
        <w:br/>
        <w:t>v -1.119599 0.915394 1.274870</w:t>
        <w:br/>
        <w:t>v -1.128550 0.903830 1.305796</w:t>
        <w:br/>
        <w:t>v -1.185108 0.875822 1.259999</w:t>
        <w:br/>
        <w:t>v -1.205850 0.866227 1.285283</w:t>
        <w:br/>
        <w:t>v -1.230076 0.858135 1.219389</w:t>
        <w:br/>
        <w:t>v -1.259382 0.853202 1.233215</w:t>
        <w:br/>
        <w:t>v -1.257811 0.862367 1.166420</w:t>
        <w:br/>
        <w:t>v -1.290614 0.864655 1.167574</w:t>
        <w:br/>
        <w:t>v -1.257616 0.889775 1.123245</w:t>
        <w:br/>
        <w:t>v -1.289199 0.900380 1.112862</w:t>
        <w:br/>
        <w:t>v -1.232629 0.928597 1.094059</w:t>
        <w:br/>
        <w:t>v -1.172983 0.975755 1.088428</w:t>
        <w:br/>
        <w:t>v -1.100113 1.010469 1.103422</w:t>
        <w:br/>
        <w:t>v -1.024001 1.031112 1.121266</w:t>
        <w:br/>
        <w:t>v -0.955730 1.037105 1.141993</w:t>
        <w:br/>
        <w:t>v -0.896149 1.035179 1.160637</w:t>
        <w:br/>
        <w:t>v -0.926460 1.097086 1.225106</w:t>
        <w:br/>
        <w:t>v -0.881905 1.097886 1.197600</w:t>
        <w:br/>
        <w:t>v -0.865361 1.072597 1.203735</w:t>
        <w:br/>
        <w:t>v -0.908839 1.072683 1.227820</w:t>
        <w:br/>
        <w:t>v -0.892441 1.042418 1.161998</w:t>
        <w:br/>
        <w:t>v -0.916693 1.053432 1.143284</w:t>
        <w:br/>
        <w:t>v -0.968667 1.052657 1.169124</w:t>
        <w:br/>
        <w:t>v -0.942066 1.039901 1.185664</w:t>
        <w:br/>
        <w:t>v -0.870813 1.050252 1.187492</w:t>
        <w:br/>
        <w:t>v -0.917588 1.049701 1.210225</w:t>
        <w:br/>
        <w:t>v -0.908839 1.072683 1.227820</w:t>
        <w:br/>
        <w:t>v -0.865361 1.072597 1.203735</w:t>
        <w:br/>
        <w:t>v -0.975443 1.057296 1.376603</w:t>
        <w:br/>
        <w:t>v -0.955746 1.033755 1.374159</w:t>
        <w:br/>
        <w:t>v -0.969731 0.991158 1.491654</w:t>
        <w:br/>
        <w:t>v -0.991015 1.011302 1.500226</w:t>
        <w:br/>
        <w:t>v -1.009654 1.068943 1.364082</w:t>
        <w:br/>
        <w:t>v -1.025930 1.018811 1.491569</w:t>
        <w:br/>
        <w:t>v -1.034294 1.059812 1.343651</w:t>
        <w:br/>
        <w:t>v -1.052884 1.009418 1.470891</w:t>
        <w:br/>
        <w:t>v -1.041879 1.038585 1.326360</w:t>
        <w:br/>
        <w:t>v -1.061491 0.992011 1.451330</w:t>
        <w:br/>
        <w:t>v -1.024849 1.015168 1.322784</w:t>
        <w:br/>
        <w:t>v -1.041879 1.038585 1.326360</w:t>
        <w:br/>
        <w:t>v -1.061491 0.992011 1.451330</w:t>
        <w:br/>
        <w:t>v -1.042166 0.970888 1.441153</w:t>
        <w:br/>
        <w:t>v -0.994103 1.002549 1.333478</w:t>
        <w:br/>
        <w:t>v -1.007499 0.959737 1.446872</w:t>
        <w:br/>
        <w:t>v -0.967152 1.011666 1.354940</w:t>
        <w:br/>
        <w:t>v -0.978973 0.970218 1.468923</w:t>
        <w:br/>
        <w:t>v -0.955746 1.033755 1.374159</w:t>
        <w:br/>
        <w:t>v -0.969731 0.991158 1.491654</w:t>
        <w:br/>
        <w:t>v -1.008942 0.882062 1.677034</w:t>
        <w:br/>
        <w:t>v -0.985671 0.877114 1.666434</w:t>
        <w:br/>
        <w:t>v -0.973333 0.870812 1.673297</w:t>
        <w:br/>
        <w:t>v -1.002591 0.876908 1.686363</w:t>
        <w:br/>
        <w:t>v -1.045633 0.882241 1.671918</w:t>
        <w:br/>
        <w:t>v -1.049301 0.877748 1.680237</w:t>
        <w:br/>
        <w:t>v -1.074430 0.875942 1.651358</w:t>
        <w:br/>
        <w:t>v -1.085831 0.870112 1.654785</w:t>
        <w:br/>
        <w:t>v -1.080839 0.861314 1.622792</w:t>
        <w:br/>
        <w:t>v -1.093412 0.852493 1.619672</w:t>
        <w:br/>
        <w:t>v -1.057191 0.855790 1.611001</w:t>
        <w:br/>
        <w:t>v -1.080839 0.861314 1.622792</w:t>
        <w:br/>
        <w:t>v -1.093412 0.852493 1.619672</w:t>
        <w:br/>
        <w:t>v -1.063472 0.845369 1.604596</w:t>
        <w:br/>
        <w:t>v -1.020586 0.855749 1.615773</w:t>
        <w:br/>
        <w:t>v -1.017302 0.845301 1.610557</w:t>
        <w:br/>
        <w:t>v -0.992123 0.862572 1.637497</w:t>
        <w:br/>
        <w:t>v -0.981448 0.853955 1.638040</w:t>
        <w:br/>
        <w:t>v -0.985671 0.877114 1.666434</w:t>
        <w:br/>
        <w:t>v -0.973333 0.870812 1.673297</w:t>
        <w:br/>
        <w:t>v -0.973333 0.870812 1.673297</w:t>
        <w:br/>
        <w:t>v -0.981493 0.761262 1.733810</w:t>
        <w:br/>
        <w:t>v -1.009614 0.765504 1.745251</w:t>
        <w:br/>
        <w:t>v -1.055386 0.763793 1.738907</w:t>
        <w:br/>
        <w:t>v -1.092202 0.756436 1.714348</w:t>
        <w:br/>
        <w:t>v -1.093412 0.852493 1.619672</w:t>
        <w:br/>
        <w:t>v -1.101678 0.742554 1.682554</w:t>
        <w:br/>
        <w:t>v -1.063472 0.845369 1.604596</w:t>
        <w:br/>
        <w:t>v -1.093412 0.852493 1.619672</w:t>
        <w:br/>
        <w:t>v -1.101678 0.742554 1.682554</w:t>
        <w:br/>
        <w:t>v -1.073290 0.738366 1.670764</w:t>
        <w:br/>
        <w:t>v -1.017302 0.845301 1.610557</w:t>
        <w:br/>
        <w:t>v -1.028068 0.739762 1.677850</w:t>
        <w:br/>
        <w:t>v -0.981448 0.853955 1.638040</w:t>
        <w:br/>
        <w:t>v -0.991367 0.747122 1.702596</w:t>
        <w:br/>
        <w:t>v -0.973333 0.870812 1.673297</w:t>
        <w:br/>
        <w:t>v -0.981493 0.761262 1.733810</w:t>
        <w:br/>
        <w:t>v -1.019788 0.748538 1.739523</w:t>
        <w:br/>
        <w:t>v -1.000232 0.745611 1.731681</w:t>
        <w:br/>
        <w:t>v -1.051368 0.747396 1.734542</w:t>
        <w:br/>
        <w:t>v -1.077092 0.742289 1.717456</w:t>
        <w:br/>
        <w:t>v -1.083902 0.730849 1.694103</w:t>
        <w:br/>
        <w:t>v -1.064353 0.727955 1.686299</w:t>
        <w:br/>
        <w:t>v -1.083902 0.730849 1.694103</w:t>
        <w:br/>
        <w:t>v -1.032813 0.728976 1.691346</w:t>
        <w:br/>
        <w:t>v -1.007156 0.734053 1.708497</w:t>
        <w:br/>
        <w:t>v -1.000232 0.745611 1.731681</w:t>
        <w:br/>
        <w:t>v -1.042820 0.727502 1.720500</w:t>
        <w:br/>
        <w:t>v -1.042820 0.727502 1.720500</w:t>
        <w:br/>
        <w:t>v -0.955062 1.092560 1.273167</w:t>
        <w:br/>
        <w:t>v -0.986254 1.104105 1.257803</w:t>
        <w:br/>
        <w:t>v -0.954313 1.108194 1.207517</w:t>
        <w:br/>
        <w:t>v -1.009662 1.094144 1.235679</w:t>
        <w:br/>
        <w:t>v -0.976719 1.098109 1.183755</w:t>
        <w:br/>
        <w:t>v -1.017256 1.071912 1.218946</w:t>
        <w:br/>
        <w:t>v -0.984100 1.076516 1.167292</w:t>
        <w:br/>
        <w:t>v -1.017256 1.071912 1.218946</w:t>
        <w:br/>
        <w:t>v -1.001447 1.047757 1.218462</w:t>
        <w:br/>
        <w:t>v -0.984100 1.076516 1.167292</w:t>
        <w:br/>
        <w:t>v -0.979237 0.933695 1.601290</w:t>
        <w:br/>
        <w:t>v -1.001771 0.947196 1.613175</w:t>
        <w:br/>
        <w:t>v -1.036909 0.949097 1.607634</w:t>
        <w:br/>
        <w:t>v -1.065838 0.939597 1.587345</w:t>
        <w:br/>
        <w:t>v -1.074540 0.924781 1.564332</w:t>
        <w:br/>
        <w:t>v -1.074540 0.924781 1.564332</w:t>
        <w:br/>
        <w:t>v -1.052683 0.909912 1.551021</w:t>
        <w:br/>
        <w:t>v -1.015565 0.903792 1.554056</w:t>
        <w:br/>
        <w:t>v -0.986211 0.914696 1.575681</w:t>
        <w:br/>
        <w:t>v -0.979237 0.933695 1.601290</w:t>
        <w:br/>
        <w:t>v -1.080839 0.861314 1.622792</w:t>
        <w:br/>
        <w:t>v -1.080839 0.861314 1.622792</w:t>
        <w:br/>
        <w:t>v -1.057191 0.855790 1.611001</w:t>
        <w:br/>
        <w:t>v -1.020586 0.855749 1.615773</w:t>
        <w:br/>
        <w:t>v -0.992123 0.862572 1.637497</w:t>
        <w:br/>
        <w:t>v -0.985671 0.877114 1.666434</w:t>
        <w:br/>
        <w:t>v -0.936687 1.067479 1.273712</w:t>
        <w:br/>
        <w:t>v -0.973544 1.035474 1.232242</w:t>
        <w:br/>
        <w:t>v -0.947811 1.044797 1.255345</w:t>
        <w:br/>
        <w:t>v -0.936687 1.067479 1.273712</w:t>
        <w:br/>
        <w:t>v -0.905758 1.107581 1.177533</w:t>
        <w:br/>
        <w:t>v -0.925165 1.098372 1.152728</w:t>
        <w:br/>
        <w:t>v -0.930821 1.077082 1.137586</w:t>
        <w:br/>
        <w:t>v -0.930821 1.077082 1.137586</w:t>
        <w:br/>
        <w:t>v -0.751108 1.209346 0.769459</w:t>
        <w:br/>
        <w:t>v -0.751377 1.208289 0.812576</w:t>
        <w:br/>
        <w:t>v -0.751622 1.179910 0.853493</w:t>
        <w:br/>
        <w:t>v -0.751679 1.151801 0.866519</w:t>
        <w:br/>
        <w:t>v -0.600117 1.112545 0.850401</w:t>
        <w:br/>
        <w:t>v -0.600422 1.117974 0.887803</w:t>
        <w:br/>
        <w:t>v -0.601061 1.090210 0.927199</w:t>
        <w:br/>
        <w:t>v -0.601483 1.058839 0.943360</w:t>
        <w:br/>
        <w:t>v -0.470368 0.955627 0.891665</w:t>
        <w:br/>
        <w:t>v -0.456229 0.967924 0.930500</w:t>
        <w:br/>
        <w:t>v -0.460862 0.954078 0.970586</w:t>
        <w:br/>
        <w:t>v -0.476222 0.929778 0.988783</w:t>
        <w:br/>
        <w:t>v -1.074303 0.970578 0.922526</w:t>
        <w:br/>
        <w:t>v -1.063763 0.958610 0.898878</w:t>
        <w:br/>
        <w:t>v -1.069360 0.948988 0.967892</w:t>
        <w:br/>
        <w:t>v -1.056435 0.924371 0.987550</w:t>
        <w:br/>
        <w:t>v -0.492808 1.198566 0.448640</w:t>
        <w:br/>
        <w:t>v -0.478672 1.174739 0.482200</w:t>
        <w:br/>
        <w:t>v -0.490279 1.128239 0.501939</w:t>
        <w:br/>
        <w:t>v -0.503848 1.109765 0.494338</w:t>
        <w:br/>
        <w:t>v -1.016866 1.193272 0.476274</w:t>
        <w:br/>
        <w:t>v -1.003157 1.198490 0.456689</w:t>
        <w:br/>
        <w:t>v -1.017598 1.148600 0.504118</w:t>
        <w:br/>
        <w:t>v -0.994705 1.124755 -0.602845</w:t>
        <w:br/>
        <w:t>v -0.754425 1.179181 -0.682553</w:t>
        <w:br/>
        <w:t>v -0.749835 1.279609 -0.634472</w:t>
        <w:br/>
        <w:t>v -0.975807 1.225140 -0.554744</w:t>
        <w:br/>
        <w:t>v -1.202780 1.018105 -0.400661</w:t>
        <w:br/>
        <w:t>v -1.281317 0.840051 -0.382734</w:t>
        <w:br/>
        <w:t>v -1.213220 0.853990 -0.509449</w:t>
        <w:br/>
        <w:t>v -1.486243 0.318270 -0.273928</w:t>
        <w:br/>
        <w:t>v -1.404755 0.549172 -0.256429</w:t>
        <w:br/>
        <w:t>v -1.404331 0.462098 -0.039342</w:t>
        <w:br/>
        <w:t>v -1.416600 0.335262 -0.096500</w:t>
        <w:br/>
        <w:t>v -1.056574 1.068281 -0.562361</w:t>
        <w:br/>
        <w:t>v -1.073562 1.134649 -0.468096</w:t>
        <w:br/>
        <w:t>v -1.344794 0.621044 -0.386748</w:t>
        <w:br/>
        <w:t>v -1.387715 0.453166 -0.428235</w:t>
        <w:br/>
        <w:t>v -1.333947 0.513699 -0.546918</w:t>
        <w:br/>
        <w:t>v -0.764060 0.856057 -0.895880</w:t>
        <w:br/>
        <w:t>v -1.015714 0.793977 -0.778780</w:t>
        <w:br/>
        <w:t>v -1.053879 0.352446 -0.985569</w:t>
        <w:br/>
        <w:t>v -0.777831 0.508225 -1.074546</w:t>
        <w:br/>
        <w:t>v -1.229253 0.612411 -0.642327</w:t>
        <w:br/>
        <w:t>v -1.380921 0.156066 -0.725067</w:t>
        <w:br/>
        <w:t>v -1.244300 0.239249 -0.861064</w:t>
        <w:br/>
        <w:t>v -1.535580 0.043926 -0.317195</w:t>
        <w:br/>
        <w:t>v -1.459268 0.117529 -0.049519</w:t>
        <w:br/>
        <w:t>v -1.468340 0.038234 -0.020039</w:t>
        <w:br/>
        <w:t>v -1.103150 1.050852 -0.506300</w:t>
        <w:br/>
        <w:t>v -0.543551 1.079764 -0.599931</w:t>
        <w:br/>
        <w:t>v -0.756448 1.134480 -0.680106</w:t>
        <w:br/>
        <w:t>v -0.969390 1.079969 -0.600279</w:t>
        <w:br/>
        <w:t>v -0.989025 0.813773 -0.736631</w:t>
        <w:br/>
        <w:t>v -0.763560 0.868542 -0.846632</w:t>
        <w:br/>
        <w:t>v -0.543008 0.813798 -0.736493</w:t>
        <w:br/>
        <w:t>v -0.749090 1.295737 -0.590227</w:t>
        <w:br/>
        <w:t>v -0.954503 1.241146 -0.510455</w:t>
        <w:br/>
        <w:t>v -1.409258 0.129806 0.000551</w:t>
        <w:br/>
        <w:t>v -1.429961 0.050113 0.030848</w:t>
        <w:br/>
        <w:t>v -1.357847 0.476829 0.013079</w:t>
        <w:br/>
        <w:t>v -1.378036 0.349516 -0.049491</w:t>
        <w:br/>
        <w:t>v -1.359930 0.572683 -0.239462</w:t>
        <w:br/>
        <w:t>v -1.357847 0.476829 0.013079</w:t>
        <w:br/>
        <w:t>v -1.306925 0.629958 -0.349285</w:t>
        <w:br/>
        <w:t>v -1.253404 0.834460 -0.342916</w:t>
        <w:br/>
        <w:t>v -1.180213 1.021272 -0.353080</w:t>
        <w:br/>
        <w:t>v -1.048038 1.146562 -0.424215</w:t>
        <w:br/>
        <w:t>v -1.152098 0.862787 -0.528135</w:t>
        <w:br/>
        <w:t>v -1.079107 0.981091 -0.535239</w:t>
        <w:br/>
        <w:t>v -1.116238 1.013584 -0.522890</w:t>
        <w:br/>
        <w:t>v -1.082692 0.780234 -0.645768</w:t>
        <w:br/>
        <w:t>v -1.123541 0.759482 -0.673739</w:t>
        <w:br/>
        <w:t>v -1.459041 0.088542 -0.548350</w:t>
        <w:br/>
        <w:t>v -1.398300 0.241955 -0.614128</w:t>
        <w:br/>
        <w:t>v -1.161438 0.425205 -0.863328</w:t>
        <w:br/>
        <w:t>v -1.427731 0.234074 -0.091435</w:t>
        <w:br/>
        <w:t>v -1.388124 0.244761 -0.048753</w:t>
        <w:br/>
        <w:t>v -0.512055 0.352478 -0.985402</w:t>
        <w:br/>
        <w:t>v -0.777831 0.508225 -1.074546</w:t>
        <w:br/>
        <w:t>v -1.053879 0.352446 -0.985569</w:t>
        <w:br/>
        <w:t>v -0.178148 0.242029 -0.613753</w:t>
        <w:br/>
        <w:t>v -0.201160 0.156137 -0.724705</w:t>
        <w:br/>
        <w:t>v -1.380921 0.156066 -0.725067</w:t>
        <w:br/>
        <w:t>v -1.398300 0.241955 -0.614128</w:t>
        <w:br/>
        <w:t>v -1.380921 0.156066 -0.725067</w:t>
        <w:br/>
        <w:t>v -0.201160 0.156137 -0.724705</w:t>
        <w:br/>
        <w:t>v -0.330379 0.239304 -0.860783</w:t>
        <w:br/>
        <w:t>v -1.244300 0.239249 -0.861064</w:t>
        <w:br/>
        <w:t>v -0.054730 0.044015 -0.316741</w:t>
        <w:br/>
        <w:t>v -0.131126 0.088622 -0.547943</w:t>
        <w:br/>
        <w:t>v -1.459041 0.088542 -0.548350</w:t>
        <w:br/>
        <w:t>v -1.535580 0.043926 -0.317195</w:t>
        <w:br/>
        <w:t>v -0.178148 0.242029 -0.613753</w:t>
        <w:br/>
        <w:t>v -1.398300 0.241955 -0.614128</w:t>
        <w:br/>
        <w:t>v -0.225685 0.513766 -0.546577</w:t>
        <w:br/>
        <w:t>v -0.253028 0.839994 -0.381847</w:t>
        <w:br/>
        <w:t>v -0.319975 0.853838 -0.518221</w:t>
        <w:br/>
        <w:t>v -0.155763 0.462173 -0.038958</w:t>
        <w:br/>
        <w:t>v -0.150813 0.549247 -0.256043</w:t>
        <w:br/>
        <w:t>v -0.086673 0.318355 -0.273498</w:t>
        <w:br/>
        <w:t>v -0.155017 0.335338 -0.096113</w:t>
        <w:br/>
        <w:t>v -0.402651 1.013178 -0.531491</w:t>
        <w:br/>
        <w:t>v -0.412384 1.050325 -0.505267</w:t>
        <w:br/>
        <w:t>v -0.457411 1.067714 -0.561508</w:t>
        <w:br/>
        <w:t>v -0.178233 0.453239 -0.427864</w:t>
        <w:br/>
        <w:t>v -0.204488 0.621070 -0.386131</w:t>
        <w:br/>
        <w:t>v -0.512055 0.352478 -0.985402</w:t>
        <w:br/>
        <w:t>v -0.517850 0.794006 -0.778626</w:t>
        <w:br/>
        <w:t>v -0.764060 0.856057 -0.895880</w:t>
        <w:br/>
        <w:t>v -0.201160 0.156137 -0.724705</w:t>
        <w:br/>
        <w:t>v -0.320084 0.612466 -0.642048</w:t>
        <w:br/>
        <w:t>v -0.330379 0.239304 -0.860783</w:t>
        <w:br/>
        <w:t>v -0.125024 0.117609 -0.049110</w:t>
        <w:br/>
        <w:t>v -0.054730 0.044015 -0.316741</w:t>
        <w:br/>
        <w:t>v -0.122150 0.038315 -0.019626</w:t>
        <w:br/>
        <w:t>v -0.315668 1.017888 -0.399614</w:t>
        <w:br/>
        <w:t>v -1.253404 0.834460 -0.342916</w:t>
        <w:br/>
        <w:t>v -1.180213 1.021272 -0.353080</w:t>
        <w:br/>
        <w:t>v -0.337941 1.021233 -0.352435</w:t>
        <w:br/>
        <w:t>v -0.281454 0.834464 -0.342229</w:t>
        <w:br/>
        <w:t>v -0.201126 0.476898 0.013434</w:t>
        <w:br/>
        <w:t>v -0.193130 0.349588 -0.049127</w:t>
        <w:br/>
        <w:t>v -1.378036 0.349516 -0.049491</w:t>
        <w:br/>
        <w:t>v -1.357847 0.476829 0.013079</w:t>
        <w:br/>
        <w:t>v -1.357847 0.476829 0.013079</w:t>
        <w:br/>
        <w:t>v -1.359930 0.572683 -0.239462</w:t>
        <w:br/>
        <w:t>v -0.193669 0.572753 -0.239104</w:t>
        <w:br/>
        <w:t>v -0.201126 0.476898 0.013434</w:t>
        <w:br/>
        <w:t>v -0.442703 0.980932 -0.544219</w:t>
        <w:br/>
        <w:t>v -0.543722 1.241003 -0.510223</w:t>
        <w:br/>
        <w:t>v -0.458798 1.146435 -0.423777</w:t>
        <w:br/>
        <w:t>v -1.048038 1.146562 -0.424215</w:t>
        <w:br/>
        <w:t>v -0.954503 1.241146 -0.510455</w:t>
        <w:br/>
        <w:t>v -1.306925 0.629958 -0.349285</w:t>
        <w:br/>
        <w:t>v -0.241588 0.630019 -0.348955</w:t>
        <w:br/>
        <w:t>v -0.452434 0.780309 -0.655175</w:t>
        <w:br/>
        <w:t>v -0.380335 0.862709 -0.537134</w:t>
        <w:br/>
        <w:t>v -1.306925 0.629958 -0.349285</w:t>
        <w:br/>
        <w:t>v -0.241588 0.630019 -0.348955</w:t>
        <w:br/>
        <w:t>v -1.180213 1.021272 -0.353080</w:t>
        <w:br/>
        <w:t>v -0.160564 0.050190 0.031238</w:t>
        <w:br/>
        <w:t>v -0.175212 0.129880 0.000931</w:t>
        <w:br/>
        <w:t>v -0.201126 0.476898 0.013434</w:t>
        <w:br/>
        <w:t>v -0.193130 0.349588 -0.049127</w:t>
        <w:br/>
        <w:t>v -0.201126 0.476898 0.013434</w:t>
        <w:br/>
        <w:t>v -0.193669 0.572753 -0.239104</w:t>
        <w:br/>
        <w:t>v -0.241588 0.630019 -0.348955</w:t>
        <w:br/>
        <w:t>v -0.241588 0.630019 -0.348955</w:t>
        <w:br/>
        <w:t>v -0.281454 0.834464 -0.342229</w:t>
        <w:br/>
        <w:t>v -0.337941 1.021233 -0.352435</w:t>
        <w:br/>
        <w:t>v -0.315668 1.017888 -0.399614</w:t>
        <w:br/>
        <w:t>v -0.458798 1.146435 -0.423777</w:t>
        <w:br/>
        <w:t>v -0.434380 1.134213 -0.467281</w:t>
        <w:br/>
        <w:t>v -0.543722 1.241003 -0.510223</w:t>
        <w:br/>
        <w:t>v -0.523908 1.224871 -0.554431</w:t>
        <w:br/>
        <w:t>v -0.413276 0.759410 -0.682905</w:t>
        <w:br/>
        <w:t>v -0.131126 0.088622 -0.547943</w:t>
        <w:br/>
        <w:t>v -0.178148 0.242029 -0.613753</w:t>
        <w:br/>
        <w:t>v -0.399104 0.425251 -0.863093</w:t>
        <w:br/>
        <w:t>v -0.160564 0.050190 0.031238</w:t>
        <w:br/>
        <w:t>v -1.429961 0.050113 0.030848</w:t>
        <w:br/>
        <w:t>v -1.409258 0.129806 0.000551</w:t>
        <w:br/>
        <w:t>v -0.175212 0.129880 0.000931</w:t>
        <w:br/>
        <w:t>v -1.388124 0.244761 -0.048753</w:t>
        <w:br/>
        <w:t>v -0.189126 0.244833 -0.048384</w:t>
        <w:br/>
        <w:t>v -0.189126 0.244833 -0.048384</w:t>
        <w:br/>
        <w:t>v -0.149640 0.234151 -0.091043</w:t>
        <w:br/>
        <w:t>v -0.399104 0.425251 -0.863093</w:t>
        <w:br/>
        <w:t>v -0.512055 0.352478 -0.985402</w:t>
        <w:br/>
        <w:t>v -1.053879 0.352446 -0.985569</w:t>
        <w:br/>
        <w:t>v -1.161438 0.425205 -0.863328</w:t>
        <w:br/>
        <w:t>v -1.244300 0.239249 -0.861064</w:t>
        <w:br/>
        <w:t>v -0.399104 0.425251 -0.863093</w:t>
        <w:br/>
        <w:t>v -1.161438 0.425205 -0.863328</w:t>
        <w:br/>
        <w:t>v -1.468340 0.038234 -0.020039</w:t>
        <w:br/>
        <w:t>v -0.122150 0.038315 -0.019626</w:t>
        <w:br/>
        <w:t>v -1.429961 0.050113 0.030848</w:t>
        <w:br/>
        <w:t>v -0.160564 0.050190 0.031238</w:t>
        <w:br/>
        <w:t>v -0.514191 1.124438 -0.602419</w:t>
        <w:br/>
        <w:t>v -0.523908 1.224871 -0.554431</w:t>
        <w:br/>
        <w:t>v -0.749090 1.295737 -0.590227</w:t>
        <w:br/>
        <w:t>v -1.000176 1.110924 0.503507</w:t>
        <w:br/>
        <w:t>v -0.999516 1.698393 0.340733</w:t>
        <w:br/>
        <w:t>v -0.976926 1.709607 0.340021</w:t>
        <w:br/>
        <w:t>v -0.969298 1.664638 0.382686</w:t>
        <w:br/>
        <w:t>v -0.993293 1.661716 0.375531</w:t>
        <w:br/>
        <w:t>v -1.002372 1.677367 0.330657</w:t>
        <w:br/>
        <w:t>v -0.999516 1.698393 0.340733</w:t>
        <w:br/>
        <w:t>v -0.993293 1.661716 0.375531</w:t>
        <w:br/>
        <w:t>v -0.998336 1.653587 0.353218</w:t>
        <w:br/>
        <w:t>v -0.989308 1.669314 0.322709</w:t>
        <w:br/>
        <w:t>v -0.985948 1.649526 0.341483</w:t>
        <w:br/>
        <w:t>v -0.976926 1.709607 0.340021</w:t>
        <w:br/>
        <w:t>v -0.962491 1.694287 0.327910</w:t>
        <w:br/>
        <w:t>v -0.956267 1.657610 0.362709</w:t>
        <w:br/>
        <w:t>v -0.969298 1.664638 0.382686</w:t>
        <w:br/>
        <w:t>v -0.980504 1.602560 0.378701</w:t>
        <w:br/>
        <w:t>v -1.002434 1.611083 0.372282</w:t>
        <w:br/>
        <w:t>v -1.002434 1.611083 0.372282</w:t>
        <w:br/>
        <w:t>v -1.004262 1.620761 0.351110</w:t>
        <w:br/>
        <w:t>v -0.990880 1.622207 0.339730</w:t>
        <w:br/>
        <w:t>v -0.965407 1.606976 0.359459</w:t>
        <w:br/>
        <w:t>v -0.980504 1.602560 0.378701</w:t>
        <w:br/>
        <w:t>v -1.002434 1.611083 0.372282</w:t>
        <w:br/>
        <w:t>v -0.980504 1.602560 0.378701</w:t>
        <w:br/>
        <w:t>v -1.001626 1.559286 0.337420</w:t>
        <w:br/>
        <w:t>v -1.019664 1.575786 0.338611</w:t>
        <w:br/>
        <w:t>v -1.004262 1.620761 0.351110</w:t>
        <w:br/>
        <w:t>v -1.002434 1.611083 0.372282</w:t>
        <w:br/>
        <w:t>v -1.019664 1.575786 0.338611</w:t>
        <w:br/>
        <w:t>v -1.015434 1.597878 0.329281</w:t>
        <w:br/>
        <w:t>v -0.990880 1.622207 0.339730</w:t>
        <w:br/>
        <w:t>v -1.000177 1.603167 0.321564</w:t>
        <w:br/>
        <w:t>v -0.980504 1.602560 0.378701</w:t>
        <w:br/>
        <w:t>v -0.965407 1.606976 0.359459</w:t>
        <w:br/>
        <w:t>v -0.982635 1.571680 0.325788</w:t>
        <w:br/>
        <w:t>v -1.001626 1.559286 0.337420</w:t>
        <w:br/>
        <w:t>v -1.021106 1.565691 0.278186</w:t>
        <w:br/>
        <w:t>v -1.035552 1.581012 0.290298</w:t>
        <w:br/>
        <w:t>v -1.035552 1.581012 0.290298</w:t>
        <w:br/>
        <w:t>v -1.025734 1.601264 0.297959</w:t>
        <w:br/>
        <w:t>v -1.008749 1.605984 0.295499</w:t>
        <w:br/>
        <w:t>v -0.998524 1.576905 0.277475</w:t>
        <w:br/>
        <w:t>v -1.021106 1.565691 0.278186</w:t>
        <w:br/>
        <w:t>v -1.028760 1.610660 0.235522</w:t>
        <w:br/>
        <w:t>v -1.041793 1.617689 0.255499</w:t>
        <w:br/>
        <w:t>v -1.041793 1.617689 0.255499</w:t>
        <w:br/>
        <w:t>v -1.029778 1.625044 0.275398</w:t>
        <w:br/>
        <w:t>v -1.012114 1.625772 0.276725</w:t>
        <w:br/>
        <w:t>v -1.004765 1.613582 0.242677</w:t>
        <w:br/>
        <w:t>v -1.028760 1.610660 0.235522</w:t>
        <w:br/>
        <w:t>v -1.017550 1.672738 0.239506</w:t>
        <w:br/>
        <w:t>v -1.032650 1.668322 0.258749</w:t>
        <w:br/>
        <w:t>v -1.032650 1.668322 0.258749</w:t>
        <w:br/>
        <w:t>v -1.023852 1.657870 0.277505</w:t>
        <w:br/>
        <w:t>v -1.007182 1.653089 0.278478</w:t>
        <w:br/>
        <w:t>v -0.995624 1.664215 0.245927</w:t>
        <w:br/>
        <w:t>v -1.017550 1.672738 0.239506</w:t>
        <w:br/>
        <w:t>v -0.996403 1.716012 0.280788</w:t>
        <w:br/>
        <w:t>v -1.015403 1.703619 0.292420</w:t>
        <w:br/>
        <w:t>v -1.015403 1.703619 0.292420</w:t>
        <w:br/>
        <w:t>v -1.012672 1.680753 0.299335</w:t>
        <w:br/>
        <w:t>v -0.997879 1.672132 0.296644</w:t>
        <w:br/>
        <w:t>v -0.978378 1.699511 0.279597</w:t>
        <w:br/>
        <w:t>v -0.996403 1.716012 0.280788</w:t>
        <w:br/>
        <w:t>v -1.045499 1.211630 0.469344</w:t>
        <w:br/>
        <w:t>v -1.029736 1.212124 0.461410</w:t>
        <w:br/>
        <w:t>v -1.010706 1.195941 0.518826</w:t>
        <w:br/>
        <w:t>v -1.028158 1.196884 0.521664</w:t>
        <w:br/>
        <w:t>v -1.056791 1.191799 0.476068</w:t>
        <w:br/>
        <w:t>v -1.044909 1.181694 0.511919</w:t>
        <w:br/>
        <w:t>v -1.045790 1.170654 0.471677</w:t>
        <w:br/>
        <w:t>v -1.056791 1.191799 0.476068</w:t>
        <w:br/>
        <w:t>v -1.044909 1.181694 0.511919</w:t>
        <w:br/>
        <w:t>v -1.037416 1.163533 0.496943</w:t>
        <w:br/>
        <w:t>v -1.030027 1.171148 0.463743</w:t>
        <w:br/>
        <w:t>v -1.045790 1.170654 0.471677</w:t>
        <w:br/>
        <w:t>v -1.037416 1.163533 0.496943</w:t>
        <w:br/>
        <w:t>v -1.019964 1.162590 0.494104</w:t>
        <w:br/>
        <w:t>v -1.021912 1.143351 0.551551</w:t>
        <w:br/>
        <w:t>v -1.038370 1.148987 0.551491</w:t>
        <w:br/>
        <w:t>v -1.051905 1.148956 0.532383</w:t>
        <w:br/>
        <w:t>v -1.051905 1.148956 0.532383</w:t>
        <w:br/>
        <w:t>v -1.042345 1.140537 0.511392</w:t>
        <w:br/>
        <w:t>v -1.025887 1.134901 0.511451</w:t>
        <w:br/>
        <w:t>v -1.038370 1.148987 0.551491</w:t>
        <w:br/>
        <w:t>v -1.021912 1.143351 0.551551</w:t>
        <w:br/>
        <w:t>v -1.052662 1.087795 0.545774</w:t>
        <w:br/>
        <w:t>v -1.066393 1.098361 0.546227</w:t>
        <w:br/>
        <w:t>v -1.051905 1.148956 0.532383</w:t>
        <w:br/>
        <w:t>v -1.071107 1.114266 0.528776</w:t>
        <w:br/>
        <w:t>v -1.042345 1.140537 0.511392</w:t>
        <w:br/>
        <w:t>v -1.051905 1.148956 0.532383</w:t>
        <w:br/>
        <w:t>v -1.071107 1.114266 0.528776</w:t>
        <w:br/>
        <w:t>v -1.055877 1.116089 0.508850</w:t>
        <w:br/>
        <w:t>v -1.025887 1.134901 0.511451</w:t>
        <w:br/>
        <w:t>v -1.042147 1.105524 0.508396</w:t>
        <w:br/>
        <w:t>v -1.087045 1.064271 0.498191</w:t>
        <w:br/>
        <w:t>v -1.097725 1.076927 0.502868</w:t>
        <w:br/>
        <w:t>v -1.092578 1.099579 0.499065</w:t>
        <w:br/>
        <w:t>v -1.092578 1.099579 0.499065</w:t>
        <w:br/>
        <w:t>v -1.071009 1.105739 0.487911</w:t>
        <w:br/>
        <w:t>v -1.060330 1.093085 0.483235</w:t>
        <w:br/>
        <w:t>v -1.106082 1.080437 0.440771</w:t>
        <w:br/>
        <w:t>v -1.115071 1.091655 0.450543</w:t>
        <w:br/>
        <w:t>v -1.104463 1.109672 0.463211</w:t>
        <w:br/>
        <w:t>v -1.104463 1.109672 0.463211</w:t>
        <w:br/>
        <w:t>v -1.079385 1.112598 0.462547</w:t>
        <w:br/>
        <w:t>v -1.070396 1.101383 0.452771</w:t>
        <w:br/>
        <w:t>v -1.094889 1.133066 0.408025</w:t>
        <w:br/>
        <w:t>v -1.104870 1.139588 0.420698</w:t>
        <w:br/>
        <w:t>v -1.097472 1.142434 0.442734</w:t>
        <w:br/>
        <w:t>v -1.097472 1.142434 0.442734</w:t>
        <w:br/>
        <w:t>v -1.074458 1.135867 0.448185</w:t>
        <w:br/>
        <w:t>v -1.064476 1.129343 0.435512</w:t>
        <w:br/>
        <w:t>v -1.064131 1.188619 0.413820</w:t>
        <w:br/>
        <w:t>v -1.076842 1.190212 0.425978</w:t>
        <w:br/>
        <w:t>v -1.078267 1.177122 0.446353</w:t>
        <w:br/>
        <w:t>v -1.078267 1.177122 0.446353</w:t>
        <w:br/>
        <w:t>v -1.060924 1.160313 0.450736</w:t>
        <w:br/>
        <w:t>v -1.048213 1.158719 0.438578</w:t>
        <w:br/>
        <w:t>v -1.099333 0.973042 0.999740</w:t>
        <w:br/>
        <w:t>v -1.081337 0.957414 0.999370</w:t>
        <w:br/>
        <w:t>v -1.112898 0.925134 1.039948</w:t>
        <w:br/>
        <w:t>v -1.129429 0.942260 1.038435</w:t>
        <w:br/>
        <w:t>v -1.118035 0.962504 0.989557</w:t>
        <w:br/>
        <w:t>v -1.099333 0.973042 0.999740</w:t>
        <w:br/>
        <w:t>v -1.129429 0.942260 1.038435</w:t>
        <w:br/>
        <w:t>v -1.138657 0.941413 1.016071</w:t>
        <w:br/>
        <w:t>v -1.115807 0.939449 0.981178</w:t>
        <w:br/>
        <w:t>v -1.118035 0.962504 0.989557</w:t>
        <w:br/>
        <w:t>v -1.138657 0.941413 1.016071</w:t>
        <w:br/>
        <w:t>v -1.130340 0.924586 0.999863</w:t>
        <w:br/>
        <w:t>v -1.100446 0.931768 0.983094</w:t>
        <w:br/>
        <w:t>v -1.117909 0.913908 1.005549</w:t>
        <w:br/>
        <w:t>v -1.129429 0.942260 1.038435</w:t>
        <w:br/>
        <w:t>v -1.112898 0.925134 1.039948</w:t>
        <w:br/>
        <w:t>v -1.158888 0.885285 1.032644</w:t>
        <w:br/>
        <w:t>v -1.173287 0.904262 1.031469</w:t>
        <w:br/>
        <w:t>v -1.138657 0.941413 1.016071</w:t>
        <w:br/>
        <w:t>v -1.129429 0.942260 1.038435</w:t>
        <w:br/>
        <w:t>v -1.173287 0.904262 1.031469</w:t>
        <w:br/>
        <w:t>v -1.168710 0.915374 1.011298</w:t>
        <w:br/>
        <w:t>v -1.130340 0.924586 0.999863</w:t>
        <w:br/>
        <w:t>v -1.138657 0.941413 1.016071</w:t>
        <w:br/>
        <w:t>v -1.168710 0.915374 1.011298</w:t>
        <w:br/>
        <w:t>v -1.151518 0.906237 0.996499</w:t>
        <w:br/>
        <w:t>v -1.117909 0.913908 1.005549</w:t>
        <w:br/>
        <w:t>v -1.143357 0.891856 1.001507</w:t>
        <w:br/>
        <w:t>v -1.192431 0.860391 0.988778</w:t>
        <w:br/>
        <w:t>v -1.205273 0.880524 0.989639</w:t>
        <w:br/>
        <w:t>v -1.205273 0.880524 0.989639</w:t>
        <w:br/>
        <w:t>v -1.190628 0.899110 0.982636</w:t>
        <w:br/>
        <w:t>v -1.190628 0.899110 0.982636</w:t>
        <w:br/>
        <w:t>v -1.166964 0.894774 0.976300</w:t>
        <w:br/>
        <w:t>v -1.161919 0.878081 0.977233</w:t>
        <w:br/>
        <w:t>v -1.189987 0.868974 0.929469</w:t>
        <w:br/>
        <w:t>v -1.202942 0.888710 0.933084</w:t>
        <w:br/>
        <w:t>v -1.202942 0.888710 0.933084</w:t>
        <w:br/>
        <w:t>v -1.189031 0.904718 0.943884</w:t>
        <w:br/>
        <w:t>v -1.189031 0.904718 0.943884</w:t>
        <w:br/>
        <w:t>v -1.165839 0.898725 0.948990</w:t>
        <w:br/>
        <w:t>v -1.165839 0.898725 0.948990</w:t>
        <w:br/>
        <w:t>v -1.160566 0.882831 0.944415</w:t>
        <w:br/>
        <w:t>v -1.158432 0.901253 0.888890</w:t>
        <w:br/>
        <w:t>v -1.172851 0.919489 0.894390</w:t>
        <w:br/>
        <w:t>v -1.172851 0.919489 0.894390</w:t>
        <w:br/>
        <w:t>v -1.168411 0.925809 0.917370</w:t>
        <w:br/>
        <w:t>v -1.168411 0.925809 0.917370</w:t>
        <w:br/>
        <w:t>v -1.151308 0.913591 0.930304</w:t>
        <w:br/>
        <w:t>v -1.143104 0.900694 0.921961</w:t>
        <w:br/>
        <w:t>v -1.112439 0.941103 0.896195</w:t>
        <w:br/>
        <w:t>v -1.128992 0.957489 0.901355</w:t>
        <w:br/>
        <w:t>v -1.128992 0.957489 0.901355</w:t>
        <w:br/>
        <w:t>v -1.138357 0.951846 0.922143</w:t>
        <w:br/>
        <w:t>v -1.138357 0.951846 0.922143</w:t>
        <w:br/>
        <w:t>v -1.130129 0.931940 0.933668</w:t>
        <w:br/>
        <w:t>v -1.117655 0.922743 0.926003</w:t>
        <w:br/>
        <w:t>v -1.078890 0.965996 0.940061</w:t>
        <w:br/>
        <w:t>v -1.097000 0.981225 0.943185</w:t>
        <w:br/>
        <w:t>v -1.097000 0.981225 0.943185</w:t>
        <w:br/>
        <w:t>v -1.116436 0.968111 0.950805</w:t>
        <w:br/>
        <w:t>v -1.116436 0.968111 0.950805</w:t>
        <w:br/>
        <w:t>v -1.114681 0.943400 0.953867</w:t>
        <w:br/>
        <w:t>v -1.099092 0.936518 0.950277</w:t>
        <w:br/>
        <w:t>v -0.487093 1.666545 0.374353</w:t>
        <w:br/>
        <w:t>v -0.477572 1.711076 0.332608</w:t>
        <w:br/>
        <w:t>v -0.455434 1.698989 0.333245</w:t>
        <w:br/>
        <w:t>v -0.463202 1.662565 0.367340</w:t>
        <w:br/>
        <w:t>v -0.463202 1.662565 0.367340</w:t>
        <w:br/>
        <w:t>v -0.455434 1.698989 0.333245</w:t>
        <w:br/>
        <w:t>v -0.453353 1.678003 0.322900</w:t>
        <w:br/>
        <w:t>v -0.458390 1.654740 0.344850</w:t>
        <w:br/>
        <w:t>v -0.466687 1.670566 0.314801</w:t>
        <w:br/>
        <w:t>v -0.470880 1.651303 0.333025</w:t>
        <w:br/>
        <w:t>v -0.500308 1.660269 0.354247</w:t>
        <w:br/>
        <w:t>v -0.492540 1.696486 0.320245</w:t>
        <w:br/>
        <w:t>v -0.477572 1.711076 0.332608</w:t>
        <w:br/>
        <w:t>v -0.487093 1.666545 0.374353</w:t>
        <w:br/>
        <w:t>v -0.478275 1.604356 0.369568</w:t>
        <w:br/>
        <w:t>v -0.456008 1.612100 0.363325</w:t>
        <w:br/>
        <w:t>v -0.456008 1.612100 0.363325</w:t>
        <w:br/>
        <w:t>v -0.453726 1.621950 0.342278</w:t>
        <w:br/>
        <w:t>v -0.466999 1.624046 0.330870</w:t>
        <w:br/>
        <w:t>v -0.493116 1.609578 0.350328</w:t>
        <w:br/>
        <w:t>v -0.478275 1.604356 0.369568</w:t>
        <w:br/>
        <w:t>v -0.458679 1.561203 0.327723</w:t>
        <w:br/>
        <w:t>v -0.478275 1.604356 0.369568</w:t>
        <w:br/>
        <w:t>v -0.456008 1.612100 0.363325</w:t>
        <w:br/>
        <w:t>v -0.440023 1.576980 0.329162</w:t>
        <w:br/>
        <w:t>v -0.440023 1.576980 0.329162</w:t>
        <w:br/>
        <w:t>v -0.456008 1.612100 0.363325</w:t>
        <w:br/>
        <w:t>v -0.453726 1.621950 0.342278</w:t>
        <w:br/>
        <w:t>v -0.443361 1.599116 0.320141</w:t>
        <w:br/>
        <w:t>v -0.466999 1.624046 0.330870</w:t>
        <w:br/>
        <w:t>v -0.458373 1.605079 0.312434</w:t>
        <w:br/>
        <w:t>v -0.477132 1.574247 0.316232</w:t>
        <w:br/>
        <w:t>v -0.493116 1.609578 0.350328</w:t>
        <w:br/>
        <w:t>v -0.478275 1.604356 0.369568</w:t>
        <w:br/>
        <w:t>v -0.458679 1.561203 0.327723</w:t>
        <w:br/>
        <w:t>v -0.438737 1.567510 0.268634</w:t>
        <w:br/>
        <w:t>v -0.423758 1.581934 0.281034</w:t>
        <w:br/>
        <w:t>v -0.423758 1.581934 0.281034</w:t>
        <w:br/>
        <w:t>v -0.432817 1.602461 0.288896</w:t>
        <w:br/>
        <w:t>v -0.449597 1.607862 0.286434</w:t>
        <w:br/>
        <w:t>v -0.460867 1.579408 0.268038</w:t>
        <w:br/>
        <w:t>v -0.438737 1.567510 0.268634</w:t>
        <w:br/>
        <w:t>v -0.429190 1.612277 0.226662</w:t>
        <w:br/>
        <w:t>v -0.415973 1.618560 0.246765</w:t>
        <w:br/>
        <w:t>v -0.415973 1.618560 0.246765</w:t>
        <w:br/>
        <w:t>v -0.427771 1.626138 0.266710</w:t>
        <w:br/>
        <w:t>v -0.445400 1.627533 0.267985</w:t>
        <w:br/>
        <w:t>v -0.453081 1.616039 0.233769</w:t>
        <w:br/>
        <w:t>v -0.429190 1.612277 0.226662</w:t>
        <w:br/>
        <w:t>v -0.438012 1.674342 0.231548</w:t>
        <w:br/>
        <w:t>v -0.423168 1.669106 0.250785</w:t>
        <w:br/>
        <w:t>v -0.423168 1.669106 0.250785</w:t>
        <w:br/>
        <w:t>v -0.432436 1.658768 0.269377</w:t>
        <w:br/>
        <w:t>v -0.449281 1.654622 0.270233</w:t>
        <w:br/>
        <w:t>v -0.460275 1.666593 0.237786</w:t>
        <w:br/>
        <w:t>v -0.438012 1.674342 0.231548</w:t>
        <w:br/>
        <w:t>v -0.457633 1.717505 0.273530</w:t>
        <w:br/>
        <w:t>v -0.439171 1.704234 0.285060</w:t>
        <w:br/>
        <w:t>v -0.439171 1.704234 0.285060</w:t>
        <w:br/>
        <w:t>v -0.442808 1.681402 0.291660</w:t>
        <w:br/>
        <w:t>v -0.457913 1.673394 0.288805</w:t>
        <w:br/>
        <w:t>v -0.476277 1.701730 0.272060</w:t>
        <w:br/>
        <w:t>v -0.457633 1.717505 0.273530</w:t>
        <w:br/>
        <w:t>v -0.491788 1.196932 0.519182</w:t>
        <w:br/>
        <w:t>v -0.471586 1.213403 0.462251</w:t>
        <w:br/>
        <w:t>v -0.455944 1.212348 0.470369</w:t>
        <w:br/>
        <w:t>v -0.474354 1.197339 0.522248</w:t>
        <w:br/>
        <w:t>v -0.445301 1.192109 0.476935</w:t>
        <w:br/>
        <w:t>v -0.457915 1.181825 0.512483</w:t>
        <w:br/>
        <w:t>v -0.457915 1.181825 0.512483</w:t>
        <w:br/>
        <w:t>v -0.445301 1.192109 0.476935</w:t>
        <w:br/>
        <w:t>v -0.456835 1.171351 0.472095</w:t>
        <w:br/>
        <w:t>v -0.465726 1.164102 0.497147</w:t>
        <w:br/>
        <w:t>v -0.465726 1.164102 0.497147</w:t>
        <w:br/>
        <w:t>v -0.456835 1.171351 0.472095</w:t>
        <w:br/>
        <w:t>v -0.472477 1.172406 0.463976</w:t>
        <w:br/>
        <w:t>v -0.483160 1.163696 0.494081</w:t>
        <w:br/>
        <w:t>v -0.482487 1.143292 0.551165</w:t>
        <w:br/>
        <w:t>v -0.465877 1.148460 0.551392</w:t>
        <w:br/>
        <w:t>v -0.452109 1.148331 0.532452</w:t>
        <w:br/>
        <w:t>v -0.452109 1.148331 0.532452</w:t>
        <w:br/>
        <w:t>v -0.461634 1.140499 0.511221</w:t>
        <w:br/>
        <w:t>v -0.478244 1.135332 0.510992</w:t>
        <w:br/>
        <w:t>v -0.453240 1.086980 0.544918</w:t>
        <w:br/>
        <w:t>v -0.482487 1.143292 0.551165</w:t>
        <w:br/>
        <w:t>v -0.465877 1.148460 0.551392</w:t>
        <w:br/>
        <w:t>v -0.439225 1.097145 0.545700</w:t>
        <w:br/>
        <w:t>v -0.452109 1.148331 0.532452</w:t>
        <w:br/>
        <w:t>v -0.433845 1.113169 0.528552</w:t>
        <w:br/>
        <w:t>v -0.433845 1.113169 0.528552</w:t>
        <w:br/>
        <w:t>v -0.452109 1.148331 0.532452</w:t>
        <w:br/>
        <w:t>v -0.461634 1.140499 0.511221</w:t>
        <w:br/>
        <w:t>v -0.448764 1.115719 0.508472</w:t>
        <w:br/>
        <w:t>v -0.478244 1.135332 0.510992</w:t>
        <w:br/>
        <w:t>v -0.462779 1.105555 0.507689</w:t>
        <w:br/>
        <w:t>v -0.418933 1.063205 0.497406</w:t>
        <w:br/>
        <w:t>v -0.407962 1.075482 0.502406</w:t>
        <w:br/>
        <w:t>v -0.412421 1.098325 0.498886</w:t>
        <w:br/>
        <w:t>v -0.412421 1.098325 0.498886</w:t>
        <w:br/>
        <w:t>v -0.433666 1.105258 0.487565</w:t>
        <w:br/>
        <w:t>v -0.444636 1.092983 0.482566</w:t>
        <w:br/>
        <w:t>v -0.398724 1.079678 0.440477</w:t>
        <w:br/>
        <w:t>v -0.389547 1.090491 0.450528</w:t>
        <w:br/>
        <w:t>v -0.399803 1.108610 0.463339</w:t>
        <w:br/>
        <w:t>v -0.399803 1.108610 0.463339</w:t>
        <w:br/>
        <w:t>v -0.424774 1.112506 0.462513</w:t>
        <w:br/>
        <w:t>v -0.433950 1.101694 0.452461</w:t>
        <w:br/>
        <w:t>v -0.408011 1.133318 0.408495</w:t>
        <w:br/>
        <w:t>v -0.398011 1.139370 0.421385</w:t>
        <w:br/>
        <w:t>v -0.405605 1.142102 0.443369</w:t>
        <w:br/>
        <w:t>v -0.405605 1.142102 0.443369</w:t>
        <w:br/>
        <w:t>v -0.428862 1.136111 0.448440</w:t>
        <w:br/>
        <w:t>v -0.438862 1.130057 0.435550</w:t>
        <w:br/>
        <w:t>v -0.437266 1.189630 0.414741</w:t>
        <w:br/>
        <w:t>v -0.424670 1.190685 0.427076</w:t>
        <w:br/>
        <w:t>v -0.423872 1.177265 0.447269</w:t>
        <w:br/>
        <w:t>v -0.423872 1.177265 0.447269</w:t>
        <w:br/>
        <w:t>v -0.441734 1.160891 0.451188</w:t>
        <w:br/>
        <w:t>v -0.454330 1.159835 0.438853</w:t>
        <w:br/>
        <w:t>v -0.416048 0.925176 1.040163</w:t>
        <w:br/>
        <w:t>v -0.447588 0.957452 0.999565</w:t>
        <w:br/>
        <w:t>v -0.429594 0.973082 0.999946</w:t>
        <w:br/>
        <w:t>v -0.399517 0.942304 1.038659</w:t>
        <w:br/>
        <w:t>v -0.399517 0.942304 1.038659</w:t>
        <w:br/>
        <w:t>v -0.429594 0.973082 0.999946</w:t>
        <w:br/>
        <w:t>v -0.410884 0.962546 0.989775</w:t>
        <w:br/>
        <w:t>v -0.390275 0.941458 1.016301</w:t>
        <w:br/>
        <w:t>v -0.390275 0.941458 1.016301</w:t>
        <w:br/>
        <w:t>v -0.410884 0.962546 0.989775</w:t>
        <w:br/>
        <w:t>v -0.413104 0.939492 0.981393</w:t>
        <w:br/>
        <w:t>v -0.398581 0.924630 1.000088</w:t>
        <w:br/>
        <w:t>v -0.428466 0.931809 0.983301</w:t>
        <w:br/>
        <w:t>v -0.411014 0.913950 1.005766</w:t>
        <w:br/>
        <w:t>v -0.370048 0.885332 1.032886</w:t>
        <w:br/>
        <w:t>v -0.416048 0.925176 1.040163</w:t>
        <w:br/>
        <w:t>v -0.399517 0.942304 1.038659</w:t>
        <w:br/>
        <w:t>v -0.355651 0.904311 1.031720</w:t>
        <w:br/>
        <w:t>v -0.355651 0.904311 1.031720</w:t>
        <w:br/>
        <w:t>v -0.399517 0.942304 1.038659</w:t>
        <w:br/>
        <w:t>v -0.390275 0.941458 1.016301</w:t>
        <w:br/>
        <w:t>v -0.360217 0.915423 1.011547</w:t>
        <w:br/>
        <w:t>v -0.360217 0.915423 1.011547</w:t>
        <w:br/>
        <w:t>v -0.390275 0.941458 1.016301</w:t>
        <w:br/>
        <w:t>v -0.398581 0.924630 1.000088</w:t>
        <w:br/>
        <w:t>v -0.377399 0.906283 0.996737</w:t>
        <w:br/>
        <w:t>v -0.411014 0.913950 1.005766</w:t>
        <w:br/>
        <w:t>v -0.385560 0.891902 1.001740</w:t>
        <w:br/>
        <w:t>v -0.336475 0.860443 0.989040</w:t>
        <w:br/>
        <w:t>v -0.323636 0.880577 0.989910</w:t>
        <w:br/>
        <w:t>v -0.323636 0.880577 0.989910</w:t>
        <w:br/>
        <w:t>v -0.338279 0.899161 0.982898</w:t>
        <w:br/>
        <w:t>v -0.338279 0.899161 0.982898</w:t>
        <w:br/>
        <w:t>v -0.361938 0.894822 0.976547</w:t>
        <w:br/>
        <w:t>v -0.366982 0.878129 0.977478</w:t>
        <w:br/>
        <w:t>v -0.338883 0.869025 0.929730</w:t>
        <w:br/>
        <w:t>v -0.325933 0.888762 0.933354</w:t>
        <w:br/>
        <w:t>v -0.325933 0.888762 0.933354</w:t>
        <w:br/>
        <w:t>v -0.339853 0.904769 0.944145</w:t>
        <w:br/>
        <w:t>v -0.339853 0.904769 0.944145</w:t>
        <w:br/>
        <w:t>v -0.363048 0.898774 0.949237</w:t>
        <w:br/>
        <w:t>v -0.363048 0.898774 0.949237</w:t>
        <w:br/>
        <w:t>v -0.368315 0.882879 0.944659</w:t>
        <w:br/>
        <w:t>v -0.370418 0.901301 0.889132</w:t>
        <w:br/>
        <w:t>v -0.356004 0.919538 0.894641</w:t>
        <w:br/>
        <w:t>v -0.356004 0.919538 0.894641</w:t>
        <w:br/>
        <w:t>v -0.360460 0.925858 0.917618</w:t>
        <w:br/>
        <w:t>v -0.360460 0.925858 0.917618</w:t>
        <w:br/>
        <w:t>v -0.377569 0.913637 0.930542</w:t>
        <w:br/>
        <w:t>v -0.385765 0.900739 0.922193</w:t>
        <w:br/>
        <w:t>v -0.416420 0.941145 0.896409</w:t>
        <w:br/>
        <w:t>v -0.399872 0.957533 0.901579</w:t>
        <w:br/>
        <w:t>v -0.399872 0.957533 0.901579</w:t>
        <w:br/>
        <w:t>v -0.390519 0.951891 0.922372</w:t>
        <w:br/>
        <w:t>v -0.390519 0.951891 0.922372</w:t>
        <w:br/>
        <w:t>v -0.398752 0.931984 0.933893</w:t>
        <w:br/>
        <w:t>v -0.411220 0.922786 0.926221</w:t>
        <w:br/>
        <w:t>v -0.449998 0.966034 0.940254</w:t>
        <w:br/>
        <w:t>v -0.431893 0.981265 0.943390</w:t>
        <w:br/>
        <w:t>v -0.431893 0.981265 0.943390</w:t>
        <w:br/>
        <w:t>v -0.412460 0.968153 0.951021</w:t>
        <w:br/>
        <w:t>v -0.412460 0.968153 0.951021</w:t>
        <w:br/>
        <w:t>v -0.414214 0.943443 0.954082</w:t>
        <w:br/>
        <w:t>v -0.429800 0.936558 0.950482</w:t>
        <w:br/>
        <w:t>v 0.723604 1.111843 -0.794609</w:t>
        <w:br/>
        <w:t>v 0.712109 1.081777 -0.798780</w:t>
        <w:br/>
        <w:t>v 0.761409 1.057534 -0.800756</w:t>
        <w:br/>
        <w:t>v 0.762070 1.086987 -0.797358</w:t>
        <w:br/>
        <w:t>v 0.831140 1.330316 -0.748121</w:t>
        <w:br/>
        <w:t>v 0.846864 1.230959 -0.771868</w:t>
        <w:br/>
        <w:t>v 0.873552 1.223689 -0.773033</w:t>
        <w:br/>
        <w:t>v 0.858351 1.331663 -0.747324</w:t>
        <w:br/>
        <w:t>v 0.655159 1.249137 -0.770596</w:t>
        <w:br/>
        <w:t>v 0.682136 1.262304 -0.767200</w:t>
        <w:br/>
        <w:t>v 0.687219 1.351295 -0.744982</w:t>
        <w:br/>
        <w:t>v 0.659752 1.353879 -0.744737</w:t>
        <w:br/>
        <w:t>v 0.810196 1.107493 -0.794236</w:t>
        <w:br/>
        <w:t>v 0.822293 1.080940 -0.797810</w:t>
        <w:br/>
        <w:t>v 0.802714 1.512674 -0.696510</w:t>
        <w:br/>
        <w:t>v 0.772843 1.515172 -0.696311</w:t>
        <w:br/>
        <w:t>v 0.701639 1.534926 -0.691547</w:t>
        <w:br/>
        <w:t>v 0.674674 1.539552 -0.690648</w:t>
        <w:br/>
        <w:t>v 0.693104 1.175616 -0.784926</w:t>
        <w:br/>
        <w:t>v 0.672289 1.148719 -0.789942</w:t>
        <w:br/>
        <w:t>v 0.839443 1.157831 -0.786355</w:t>
        <w:br/>
        <w:t>v 0.859896 1.132775 -0.790404</w:t>
        <w:br/>
        <w:t>v 0.762045 1.084719 -0.760802</w:t>
        <w:br/>
        <w:t>v 0.761302 1.051858 -0.764706</w:t>
        <w:br/>
        <w:t>v 0.711279 1.075688 -0.762402</w:t>
        <w:br/>
        <w:t>v 0.724292 1.109249 -0.757790</w:t>
        <w:br/>
        <w:t>v 0.829130 1.319128 -0.713655</w:t>
        <w:br/>
        <w:t>v 0.859955 1.320507 -0.712789</w:t>
        <w:br/>
        <w:t>v 0.875194 1.215737 -0.737706</w:t>
        <w:br/>
        <w:t>v 0.844953 1.223570 -0.736379</w:t>
        <w:br/>
        <w:t>v 0.657716 1.342477 -0.710313</w:t>
        <w:br/>
        <w:t>v 0.688836 1.339586 -0.710581</w:t>
        <w:br/>
        <w:t>v 0.683778 1.254685 -0.731528</w:t>
        <w:br/>
        <w:t>v 0.653227 1.240407 -0.735224</w:t>
        <w:br/>
        <w:t>v 0.809316 1.104713 -0.757807</w:t>
        <w:br/>
        <w:t>v 0.823031 1.075072 -0.761757</w:t>
        <w:br/>
        <w:t>v 0.770552 1.498404 -0.663256</w:t>
        <w:br/>
        <w:t>v 0.804394 1.495589 -0.663476</w:t>
        <w:br/>
        <w:t>v 0.672573 1.522620 -0.657908</w:t>
        <w:br/>
        <w:t>v 0.703123 1.517453 -0.658898</w:t>
        <w:br/>
        <w:t>v 0.670820 1.141809 -0.753653</w:t>
        <w:br/>
        <w:t>v 0.694384 1.171427 -0.748162</w:t>
        <w:br/>
        <w:t>v 0.861171 1.126117 -0.754340</w:t>
        <w:br/>
        <w:t>v 0.837986 1.153788 -0.749897</w:t>
        <w:br/>
        <w:t>v 0.705345 1.062211 -0.782584</w:t>
        <w:br/>
        <w:t>v 0.760993 1.038647 -0.784308</w:t>
        <w:br/>
        <w:t>v 0.762416 1.101766 -0.776925</w:t>
        <w:br/>
        <w:t>v 0.730294 1.127008 -0.773653</w:t>
        <w:br/>
        <w:t>v 0.888853 1.215907 -0.756012</w:t>
        <w:br/>
        <w:t>v 0.873915 1.326782 -0.729631</w:t>
        <w:br/>
        <w:t>v 0.815372 1.324022 -0.731311</w:t>
        <w:br/>
        <w:t>v 0.831428 1.231148 -0.753495</w:t>
        <w:br/>
        <w:t>v 0.697760 1.265571 -0.747494</w:t>
        <w:br/>
        <w:t>v 0.702939 1.344048 -0.727913</w:t>
        <w:br/>
        <w:t>v 0.643822 1.349572 -0.727394</w:t>
        <w:br/>
        <w:t>v 0.639390 1.237684 -0.754697</w:t>
        <w:br/>
        <w:t>v 0.829262 1.063601 -0.781519</w:t>
        <w:br/>
        <w:t>v 0.803154 1.120468 -0.773911</w:t>
        <w:br/>
        <w:t>v 0.755340 1.508154 -0.679675</w:t>
        <w:br/>
        <w:t>v 0.819911 1.502767 -0.680100</w:t>
        <w:br/>
        <w:t>v 0.717001 1.523698 -0.675704</w:t>
        <w:br/>
        <w:t>v 0.659003 1.533577 -0.673797</w:t>
        <w:br/>
        <w:t>v 0.705294 1.188237 -0.763609</w:t>
        <w:br/>
        <w:t>v 0.660001 1.130506 -0.774331</w:t>
        <w:br/>
        <w:t>v 0.871792 1.115890 -0.774464</w:t>
        <w:br/>
        <w:t>v 0.827453 1.169337 -0.765751</w:t>
        <w:br/>
        <w:t>v 0.760993 1.038647 -0.784308</w:t>
        <w:br/>
        <w:t>v 0.705345 1.062211 -0.782584</w:t>
        <w:br/>
        <w:t>v 0.762045 1.084719 -0.760802</w:t>
        <w:br/>
        <w:t>v 0.724292 1.109249 -0.757790</w:t>
        <w:br/>
        <w:t>v 0.730294 1.127008 -0.773653</w:t>
        <w:br/>
        <w:t>v 0.762416 1.101766 -0.776925</w:t>
        <w:br/>
        <w:t>v 0.873915 1.326782 -0.729631</w:t>
        <w:br/>
        <w:t>v 0.888853 1.215907 -0.756012</w:t>
        <w:br/>
        <w:t>v 0.829130 1.319128 -0.713655</w:t>
        <w:br/>
        <w:t>v 0.844953 1.223570 -0.736379</w:t>
        <w:br/>
        <w:t>v 0.831428 1.231148 -0.753495</w:t>
        <w:br/>
        <w:t>v 0.815372 1.324022 -0.731311</w:t>
        <w:br/>
        <w:t>v 0.683778 1.254685 -0.731528</w:t>
        <w:br/>
        <w:t>v 0.688836 1.339586 -0.710581</w:t>
        <w:br/>
        <w:t>v 0.702939 1.344048 -0.727913</w:t>
        <w:br/>
        <w:t>v 0.697760 1.265571 -0.747494</w:t>
        <w:br/>
        <w:t>v 0.639390 1.237684 -0.754697</w:t>
        <w:br/>
        <w:t>v 0.643822 1.349572 -0.727394</w:t>
        <w:br/>
        <w:t>v 0.829262 1.063601 -0.781519</w:t>
        <w:br/>
        <w:t>v 0.809316 1.104713 -0.757807</w:t>
        <w:br/>
        <w:t>v 0.803154 1.120468 -0.773911</w:t>
        <w:br/>
        <w:t>v 0.770552 1.498404 -0.663256</w:t>
        <w:br/>
        <w:t>v 0.755340 1.508154 -0.679675</w:t>
        <w:br/>
        <w:t>v 0.819911 1.502767 -0.680100</w:t>
        <w:br/>
        <w:t>v 0.703123 1.517453 -0.658898</w:t>
        <w:br/>
        <w:t>v 0.717001 1.523698 -0.675704</w:t>
        <w:br/>
        <w:t>v 0.659003 1.533577 -0.673797</w:t>
        <w:br/>
        <w:t>v 0.694384 1.171427 -0.748162</w:t>
        <w:br/>
        <w:t>v 0.705294 1.188237 -0.763609</w:t>
        <w:br/>
        <w:t>v 0.660001 1.130506 -0.774331</w:t>
        <w:br/>
        <w:t>v 0.871792 1.115890 -0.774464</w:t>
        <w:br/>
        <w:t>v 0.837986 1.153788 -0.749897</w:t>
        <w:br/>
        <w:t>v 0.827453 1.169337 -0.765751</w:t>
        <w:br/>
        <w:t>v 0.447395 1.672000 0.344882</w:t>
        <w:br/>
        <w:t>v 0.467865 1.685439 0.310498</w:t>
        <w:br/>
        <w:t>v 0.490974 1.688689 0.317784</w:t>
        <w:br/>
        <w:t>v 0.473213 1.677445 0.348123</w:t>
        <w:br/>
        <w:t>v 0.450050 1.654110 0.287810</w:t>
        <w:br/>
        <w:t>v 0.426360 1.640665 0.323832</w:t>
        <w:br/>
        <w:t>v 0.465582 1.623999 0.272735</w:t>
        <w:br/>
        <w:t>v 0.440992 1.610859 0.306600</w:t>
        <w:br/>
        <w:t>v 0.494061 1.612986 0.432266</w:t>
        <w:br/>
        <w:t>v 0.518853 1.624287 0.424690</w:t>
        <w:br/>
        <w:t>v 0.622100 1.551582 0.496206</w:t>
        <w:br/>
        <w:t>v 0.620614 1.532150 0.522512</w:t>
        <w:br/>
        <w:t>v 0.466060 1.576243 0.422718</w:t>
        <w:br/>
        <w:t>v 0.616327 1.477489 0.544612</w:t>
        <w:br/>
        <w:t>v 0.473707 1.551714 0.399867</w:t>
        <w:br/>
        <w:t>v 0.614432 1.447065 0.528363</w:t>
        <w:br/>
        <w:t>v 0.740763 1.466224 0.560605</w:t>
        <w:br/>
        <w:t>v 0.740726 1.456473 0.584970</w:t>
        <w:br/>
        <w:t>v 0.740622 1.400796 0.609461</w:t>
        <w:br/>
        <w:t>v 0.740579 1.359500 0.600033</w:t>
        <w:br/>
        <w:t>v 0.877721 1.347403 0.561632</w:t>
        <w:br/>
        <w:t>v 0.876071 1.341890 0.541733</w:t>
        <w:br/>
        <w:t>v 0.884210 1.295330 0.593019</w:t>
        <w:br/>
        <w:t>v 0.888167 1.240318 0.596848</w:t>
        <w:br/>
        <w:t>v 0.458659 1.643321 0.389927</w:t>
        <w:br/>
        <w:t>v 0.484989 1.652412 0.387675</w:t>
        <w:br/>
        <w:t>v 0.433688 1.609212 0.374241</w:t>
        <w:br/>
        <w:t>v 0.445734 1.582121 0.353874</w:t>
        <w:br/>
        <w:t>v 0.959726 1.687704 0.318124</w:t>
        <w:br/>
        <w:t>v 0.994537 1.677951 0.301608</w:t>
        <w:br/>
        <w:t>v 1.016722 1.664979 0.336494</w:t>
        <w:br/>
        <w:t>v 0.978602 1.676203 0.348529</w:t>
        <w:br/>
        <w:t>v 1.003373 1.640567 0.280099</w:t>
        <w:br/>
        <w:t>v 1.028408 1.627538 0.315483</w:t>
        <w:br/>
        <w:t>v 0.991480 1.623086 0.272948</w:t>
        <w:br/>
        <w:t>v 1.017347 1.609698 0.306848</w:t>
        <w:br/>
        <w:t>v 0.847416 1.551330 0.494371</w:t>
        <w:br/>
        <w:t>v 0.914723 1.599956 0.458785</w:t>
        <w:br/>
        <w:t>v 0.955981 1.583975 0.467194</w:t>
        <w:br/>
        <w:t>v 0.853352 1.515305 0.528273</w:t>
        <w:br/>
        <w:t>v 0.980717 1.545336 0.457842</w:t>
        <w:br/>
        <w:t>v 0.861422 1.462295 0.537778</w:t>
        <w:br/>
        <w:t>v 0.974854 1.527422 0.446744</w:t>
        <w:br/>
        <w:t>v 0.863721 1.445692 0.524502</w:t>
        <w:br/>
        <w:t>v 0.739480 1.470800 0.533855</w:t>
        <w:br/>
        <w:t>v 0.740119 1.441807 0.568905</w:t>
        <w:br/>
        <w:t>v 0.741048 1.383503 0.584857</w:t>
        <w:br/>
        <w:t>v 0.741225 1.360853 0.575126</w:t>
        <w:br/>
        <w:t>v 0.609373 1.342406 0.562442</w:t>
        <w:br/>
        <w:t>v 0.609580 1.346005 0.524007</w:t>
        <w:br/>
        <w:t>v 0.610990 1.290866 0.590725</w:t>
        <w:br/>
        <w:t>v 0.611960 1.259538 0.586972</w:t>
        <w:br/>
        <w:t>v 0.964650 1.643867 0.403536</w:t>
        <w:br/>
        <w:t>v 1.006641 1.629809 0.401061</w:t>
        <w:br/>
        <w:t>v 1.025394 1.592044 0.384873</w:t>
        <w:br/>
        <w:t>v 1.016614 1.574123 0.374854</w:t>
        <w:br/>
        <w:t>v 1.036124 1.170463 0.444582</w:t>
        <w:br/>
        <w:t>v 1.071842 1.149534 0.446246</w:t>
        <w:br/>
        <w:t>v 1.092113 1.165302 0.479803</w:t>
        <w:br/>
        <w:t>v 1.053724 1.183577 0.474965</w:t>
        <w:br/>
        <w:t>v 1.084330 1.115034 0.453019</w:t>
        <w:br/>
        <w:t>v 1.107476 1.130972 0.487755</w:t>
        <w:br/>
        <w:t>v 1.072867 1.094247 0.458369</w:t>
        <w:br/>
        <w:t>v 1.097335 1.109066 0.492768</w:t>
        <w:br/>
        <w:t>v 1.036766 1.203052 0.599968</w:t>
        <w:br/>
        <w:t>v 0.898925 1.209325 0.714229</w:t>
        <w:br/>
        <w:t>v 0.898824 1.212138 0.669287</w:t>
        <w:br/>
        <w:t>v 1.002147 1.212464 0.578337</w:t>
        <w:br/>
        <w:t>v 1.056443 1.170658 0.625330</w:t>
        <w:br/>
        <w:t>v 0.899303 1.182015 0.766951</w:t>
        <w:br/>
        <w:t>v 0.899327 1.155941 0.776992</w:t>
        <w:br/>
        <w:t>v 1.051420 1.145890 0.631820</w:t>
        <w:br/>
        <w:t>v 0.437859 1.155751 0.445296</w:t>
        <w:br/>
        <w:t>v 0.460774 1.167526 0.445254</w:t>
        <w:br/>
        <w:t>v 0.441580 1.181476 0.476273</w:t>
        <w:br/>
        <w:t>v 0.417557 1.170689 0.478417</w:t>
        <w:br/>
        <w:t>v 0.426070 1.118728 0.451768</w:t>
        <w:br/>
        <w:t>v 0.401305 1.134543 0.486523</w:t>
        <w:br/>
        <w:t>v 0.441486 1.092837 0.459498</w:t>
        <w:br/>
        <w:t>v 0.415676 1.107293 0.493748</w:t>
        <w:br/>
        <w:t>v 0.473852 1.221101 0.599872</w:t>
        <w:br/>
        <w:t>v 0.494611 1.230455 0.585307</w:t>
        <w:br/>
        <w:t>v 0.608118 1.244432 0.688344</w:t>
        <w:br/>
        <w:t>v 0.607219 1.241888 0.720882</w:t>
        <w:br/>
        <w:t>v 0.455904 1.186104 0.621196</w:t>
        <w:br/>
        <w:t>v 0.606791 1.212542 0.763496</w:t>
        <w:br/>
        <w:t>v 0.466074 1.155123 0.627080</w:t>
        <w:br/>
        <w:t>v 0.607059 1.180835 0.771353</w:t>
        <w:br/>
        <w:t>v 0.751634 1.225914 0.795775</w:t>
        <w:br/>
        <w:t>v 0.751276 1.232501 0.825235</w:t>
        <w:br/>
        <w:t>v 0.750793 1.201422 0.868347</w:t>
        <w:br/>
        <w:t>v 0.750707 1.169101 0.883154</w:t>
        <w:br/>
        <w:t>v 0.916797 1.125392 0.870977</w:t>
        <w:br/>
        <w:t>v 0.916828 1.134416 0.895222</w:t>
        <w:br/>
        <w:t>v 0.916659 1.096317 0.935777</w:t>
        <w:br/>
        <w:t>v 0.916492 1.058071 0.950626</w:t>
        <w:br/>
        <w:t>v 1.104981 0.916922 0.907078</w:t>
        <w:br/>
        <w:t>v 1.136106 0.910930 0.914804</w:t>
        <w:br/>
        <w:t>v 1.157170 0.958295 0.952471</w:t>
        <w:br/>
        <w:t>v 1.133441 0.956845 0.932888</w:t>
        <w:br/>
        <w:t>v 1.164017 0.899903 0.942105</w:t>
        <w:br/>
        <w:t>v 1.174414 0.950616 0.991279</w:t>
        <w:br/>
        <w:t>v 1.163943 0.887276 0.976796</w:t>
        <w:br/>
        <w:t>v 1.165803 0.933491 1.029028</w:t>
        <w:br/>
        <w:t>v 1.145090 0.883422 0.996640</w:t>
        <w:br/>
        <w:t>v 1.146320 0.918349 1.045323</w:t>
        <w:br/>
        <w:t>v 1.146320 0.918349 1.045323</w:t>
        <w:br/>
        <w:t>v 1.145090 0.883422 0.996640</w:t>
        <w:br/>
        <w:t>v 1.119183 0.889867 0.988324</w:t>
        <w:br/>
        <w:t>v 1.128415 0.916287 1.026291</w:t>
        <w:br/>
        <w:t>v 1.096413 0.901833 0.960467</w:t>
        <w:br/>
        <w:t>v 1.116979 0.925769 0.987283</w:t>
        <w:br/>
        <w:t>v 1.091788 0.912747 0.927152</w:t>
        <w:br/>
        <w:t>v 1.119885 0.942601 0.949430</w:t>
        <w:br/>
        <w:t>v 1.091788 0.912747 0.927152</w:t>
        <w:br/>
        <w:t>v 1.104981 0.916922 0.907078</w:t>
        <w:br/>
        <w:t>v 1.133441 0.956845 0.932888</w:t>
        <w:br/>
        <w:t>v 1.119885 0.942601 0.949430</w:t>
        <w:br/>
        <w:t>v 0.883466 1.077195 1.152541</w:t>
        <w:br/>
        <w:t>v 0.989807 1.068809 1.096761</w:t>
        <w:br/>
        <w:t>v 0.997295 1.074403 1.120150</w:t>
        <w:br/>
        <w:t>v 0.888777 1.099383 1.183496</w:t>
        <w:br/>
        <w:t>v 1.001440 1.062092 1.158751</w:t>
        <w:br/>
        <w:t>v 0.888550 1.079969 1.222019</w:t>
        <w:br/>
        <w:t>v 0.993606 1.032870 1.190630</w:t>
        <w:br/>
        <w:t>v 0.887405 1.070165 1.231942</w:t>
        <w:br/>
        <w:t>v 0.983986 1.008415 1.199054</w:t>
        <w:br/>
        <w:t>v 0.884865 1.051079 1.243593</w:t>
        <w:br/>
        <w:t>v 0.884865 1.051079 1.243593</w:t>
        <w:br/>
        <w:t>v 0.983986 1.008415 1.199054</w:t>
        <w:br/>
        <w:t>v 0.980148 1.005791 1.175334</w:t>
        <w:br/>
        <w:t>v 0.880712 1.033224 1.212395</w:t>
        <w:br/>
        <w:t>v 0.980358 1.020936 1.136866</w:t>
        <w:br/>
        <w:t>v 0.881983 1.059093 1.167073</w:t>
        <w:br/>
        <w:t>v 0.984519 1.047089 1.105393</w:t>
        <w:br/>
        <w:t>v 0.882203 1.062206 1.163554</w:t>
        <w:br/>
        <w:t>v 0.882203 1.062206 1.163554</w:t>
        <w:br/>
        <w:t>v 0.984519 1.047089 1.105393</w:t>
        <w:br/>
        <w:t>v 0.989807 1.068809 1.096761</w:t>
        <w:br/>
        <w:t>v 0.883466 1.077195 1.152541</w:t>
        <w:br/>
        <w:t>v 1.111032 1.020871 1.033572</w:t>
        <w:br/>
        <w:t>v 1.097505 1.019108 1.011411</w:t>
        <w:br/>
        <w:t>v 1.118513 1.008354 1.071918</w:t>
        <w:br/>
        <w:t>v 1.107369 0.983912 1.104976</w:t>
        <w:br/>
        <w:t>v 1.091829 0.964812 1.115534</w:t>
        <w:br/>
        <w:t>v 1.083608 0.964551 1.093650</w:t>
        <w:br/>
        <w:t>v 1.091829 0.964812 1.115534</w:t>
        <w:br/>
        <w:t>v 1.081893 0.979176 1.055491</w:t>
        <w:br/>
        <w:t>v 1.087959 1.001592 1.022408</w:t>
        <w:br/>
        <w:t>v 1.097505 1.019108 1.011411</w:t>
        <w:br/>
        <w:t>v 1.087959 1.001592 1.022408</w:t>
        <w:br/>
        <w:t>v 0.364081 0.960689 0.950968</w:t>
        <w:br/>
        <w:t>v 0.389223 0.912902 0.913632</w:t>
        <w:br/>
        <w:t>v 0.420067 0.916962 0.907288</w:t>
        <w:br/>
        <w:t>v 0.388040 0.956889 0.933116</w:t>
        <w:br/>
        <w:t>v 0.347224 0.954432 0.988477</w:t>
        <w:br/>
        <w:t>v 0.361999 0.903624 0.939612</w:t>
        <w:br/>
        <w:t>v 0.357617 0.935521 1.027682</w:t>
        <w:br/>
        <w:t>v 0.363667 0.889573 0.975358</w:t>
        <w:br/>
        <w:t>v 0.382997 0.883466 0.996873</w:t>
        <w:br/>
        <w:t>v 0.378667 0.918392 1.045558</w:t>
        <w:br/>
        <w:t>v 0.408324 0.889909 0.988542</w:t>
        <w:br/>
        <w:t>v 0.382997 0.883466 0.996873</w:t>
        <w:br/>
        <w:t>v 0.378667 0.918392 1.045558</w:t>
        <w:br/>
        <w:t>v 0.396748 0.916330 1.026516</w:t>
        <w:br/>
        <w:t>v 0.430012 0.901872 0.960671</w:t>
        <w:br/>
        <w:t>v 0.407316 0.925810 0.987501</w:t>
        <w:br/>
        <w:t>v 0.433644 0.912785 0.927354</w:t>
        <w:br/>
        <w:t>v 0.402883 0.942645 0.949649</w:t>
        <w:br/>
        <w:t>v 0.388040 0.956889 0.933116</w:t>
        <w:br/>
        <w:t>v 0.420067 0.916962 0.907288</w:t>
        <w:br/>
        <w:t>v 0.433644 0.912785 0.927354</w:t>
        <w:br/>
        <w:t>v 0.402883 0.942645 0.949649</w:t>
        <w:br/>
        <w:t>v 0.512991 1.075620 1.119176</w:t>
        <w:br/>
        <w:t>v 0.521658 1.068836 1.096906</w:t>
        <w:br/>
        <w:t>v 0.630475 1.076980 1.151462</w:t>
        <w:br/>
        <w:t>v 0.621307 1.099576 1.182553</w:t>
        <w:br/>
        <w:t>v 0.509214 1.064440 1.156646</w:t>
        <w:br/>
        <w:t>v 0.622577 1.081989 1.218677</w:t>
        <w:br/>
        <w:t>v 0.520442 1.034113 1.189583</w:t>
        <w:br/>
        <w:t>v 0.625180 1.070493 1.230290</w:t>
        <w:br/>
        <w:t>v 0.532984 1.008441 1.199192</w:t>
        <w:br/>
        <w:t>v 0.630537 1.050140 1.242552</w:t>
        <w:br/>
        <w:t>v 0.537048 1.005815 1.175469</w:t>
        <w:br/>
        <w:t>v 0.532984 1.008441 1.199192</w:t>
        <w:br/>
        <w:t>v 0.630537 1.050140 1.242552</w:t>
        <w:br/>
        <w:t>v 0.637138 1.032965 1.211195</w:t>
        <w:br/>
        <w:t>v 0.535454 1.020962 1.137003</w:t>
        <w:br/>
        <w:t>v 0.633829 1.057430 1.167539</w:t>
        <w:br/>
        <w:t>v 0.528916 1.047115 1.105533</w:t>
        <w:br/>
        <w:t>v 0.633125 1.061828 1.162559</w:t>
        <w:br/>
        <w:t>v 0.521658 1.068836 1.096906</w:t>
        <w:br/>
        <w:t>v 0.528916 1.047115 1.105533</w:t>
        <w:br/>
        <w:t>v 0.633125 1.061828 1.162559</w:t>
        <w:br/>
        <w:t>v 0.630475 1.076980 1.151462</w:t>
        <w:br/>
        <w:t>v 0.404535 1.022887 1.032223</w:t>
        <w:br/>
        <w:t>v 0.418411 1.019148 1.011619</w:t>
        <w:br/>
        <w:t>v 0.397764 1.011873 1.069204</w:t>
        <w:br/>
        <w:t>v 0.411493 0.985809 1.103647</w:t>
        <w:br/>
        <w:t>v 0.429025 0.964851 1.115737</w:t>
        <w:br/>
        <w:t>v 0.429025 0.964851 1.115737</w:t>
        <w:br/>
        <w:t>v 0.437259 0.964588 1.093848</w:t>
        <w:br/>
        <w:t>v 0.437641 0.979214 1.055689</w:t>
        <w:br/>
        <w:t>v 0.429541 1.001630 1.022610</w:t>
        <w:br/>
        <w:t>v 0.429541 1.001630 1.022610</w:t>
        <w:br/>
        <w:t>v 0.418411 1.019148 1.011619</w:t>
        <w:br/>
        <w:t>v 0.753685 1.127849 1.159251</w:t>
        <w:br/>
        <w:t>v 0.752704 1.149212 1.205458</w:t>
        <w:br/>
        <w:t>v 0.595914 1.123899 1.178286</w:t>
        <w:br/>
        <w:t>v 0.595920 1.102539 1.132082</w:t>
        <w:br/>
        <w:t>v 0.753713 1.127713 1.251597</w:t>
        <w:br/>
        <w:t>v 0.595948 1.102401 1.224428</w:t>
        <w:br/>
        <w:t>v 0.755859 1.081504 1.272954</w:t>
        <w:br/>
        <w:t>v 0.595996 1.056197 1.245788</w:t>
        <w:br/>
        <w:t>v 0.757983 1.035363 1.251456</w:t>
        <w:br/>
        <w:t>v 0.596031 1.010055 1.224291</w:t>
        <w:br/>
        <w:t>v 0.758956 1.014003 1.205252</w:t>
        <w:br/>
        <w:t>v 0.596037 0.988695 1.178086</w:t>
        <w:br/>
        <w:t>v 0.758956 1.014003 1.205252</w:t>
        <w:br/>
        <w:t>v 0.757955 1.035499 1.159110</w:t>
        <w:br/>
        <w:t>v 0.596003 1.010192 1.131945</w:t>
        <w:br/>
        <w:t>v 0.596037 0.988695 1.178086</w:t>
        <w:br/>
        <w:t>v 0.755817 1.081704 1.137749</w:t>
        <w:br/>
        <w:t>v 0.595955 1.056397 1.110584</w:t>
        <w:br/>
        <w:t>v 0.917528 1.102520 1.131983</w:t>
        <w:br/>
        <w:t>v 0.917563 1.056378 1.110485</w:t>
        <w:br/>
        <w:t>v 0.917523 1.123881 1.178188</w:t>
        <w:br/>
        <w:t>v 0.917556 1.102382 1.224329</w:t>
        <w:br/>
        <w:t>v 0.917605 1.056178 1.245690</w:t>
        <w:br/>
        <w:t>v 0.917640 1.010037 1.224193</w:t>
        <w:br/>
        <w:t>v 0.917645 0.988676 1.177988</w:t>
        <w:br/>
        <w:t>v 0.917612 1.010173 1.131846</w:t>
        <w:br/>
        <w:t>v 0.917645 0.988676 1.177988</w:t>
        <w:br/>
        <w:t>v 0.936634 1.055602 1.128079</w:t>
        <w:br/>
        <w:t>v 0.898264 1.057268 1.176746</w:t>
        <w:br/>
        <w:t>v 0.935980 1.088909 1.145639</w:t>
        <w:br/>
        <w:t>v 0.935314 1.104107 1.179069</w:t>
        <w:br/>
        <w:t>v 0.935162 1.089101 1.212500</w:t>
        <w:br/>
        <w:t>v 0.935479 1.055625 1.227480</w:t>
        <w:br/>
        <w:t>v 0.936205 1.022349 1.212046</w:t>
        <w:br/>
        <w:t>v 0.936816 1.004992 1.178746</w:t>
        <w:br/>
        <w:t>v 0.936914 1.020270 1.143430</w:t>
        <w:br/>
        <w:t>v 0.613441 1.057284 1.176834</w:t>
        <w:br/>
        <w:t>v 0.577425 1.055623 1.128189</w:t>
        <w:br/>
        <w:t>v 0.577828 1.088930 1.145748</w:t>
        <w:br/>
        <w:t>v 0.578394 1.104128 1.179178</w:t>
        <w:br/>
        <w:t>v 0.578685 1.089121 1.212610</w:t>
        <w:br/>
        <w:t>v 0.578639 1.055646 1.227589</w:t>
        <w:br/>
        <w:t>v 0.578165 1.022370 1.212156</w:t>
        <w:br/>
        <w:t>v 0.577670 1.005013 1.178857</w:t>
        <w:br/>
        <w:t>v 0.577431 1.020291 1.143541</w:t>
        <w:br/>
        <w:t>v 0.936634 1.055602 1.128079</w:t>
        <w:br/>
        <w:t>v 0.935980 1.088909 1.145639</w:t>
        <w:br/>
        <w:t>v 0.935314 1.104107 1.179069</w:t>
        <w:br/>
        <w:t>v 0.935162 1.089101 1.212500</w:t>
        <w:br/>
        <w:t>v 0.935479 1.055625 1.227480</w:t>
        <w:br/>
        <w:t>v 0.936205 1.022349 1.212046</w:t>
        <w:br/>
        <w:t>v 0.936816 1.004992 1.178746</w:t>
        <w:br/>
        <w:t>v 0.936816 1.004992 1.178746</w:t>
        <w:br/>
        <w:t>v 0.936914 1.020270 1.143430</w:t>
        <w:br/>
        <w:t>v 0.577828 1.088930 1.145748</w:t>
        <w:br/>
        <w:t>v 0.577425 1.055623 1.128189</w:t>
        <w:br/>
        <w:t>v 0.595955 1.056397 1.110584</w:t>
        <w:br/>
        <w:t>v 0.578394 1.104128 1.179178</w:t>
        <w:br/>
        <w:t>v 0.578685 1.089121 1.212610</w:t>
        <w:br/>
        <w:t>v 0.578639 1.055646 1.227589</w:t>
        <w:br/>
        <w:t>v 0.578165 1.022370 1.212156</w:t>
        <w:br/>
        <w:t>v 0.577670 1.005013 1.178857</w:t>
        <w:br/>
        <w:t>v 0.577431 1.020291 1.143541</w:t>
        <w:br/>
        <w:t>v 0.577670 1.005013 1.178857</w:t>
        <w:br/>
        <w:t>v 0.250648 0.911296 1.262152</w:t>
        <w:br/>
        <w:t>v 0.274665 0.939479 1.261324</w:t>
        <w:br/>
        <w:t>v 0.316841 0.953641 1.296848</w:t>
        <w:br/>
        <w:t>v 0.302159 0.923060 1.309492</w:t>
        <w:br/>
        <w:t>v 0.301015 0.889034 1.305227</w:t>
        <w:br/>
        <w:t>v 0.245316 0.877646 1.252262</w:t>
        <w:br/>
        <w:t>v 0.310669 0.864914 1.288280</w:t>
        <w:br/>
        <w:t>v 0.257104 0.851920 1.236238</w:t>
        <w:br/>
        <w:t>v 0.330969 0.951943 1.267190</w:t>
        <w:br/>
        <w:t>v 0.299516 0.932304 1.240944</w:t>
        <w:br/>
        <w:t>v 0.308197 0.902989 1.224930</w:t>
        <w:br/>
        <w:t>v 0.340891 0.925409 1.250339</w:t>
        <w:br/>
        <w:t>v 0.529124 1.045597 1.260816</w:t>
        <w:br/>
        <w:t>v 0.519034 1.068461 1.247375</w:t>
        <w:br/>
        <w:t>v 0.599021 1.101595 1.192925</w:t>
        <w:br/>
        <w:t>v 0.611320 1.082438 1.200591</w:t>
        <w:br/>
        <w:t>v 0.622833 1.055634 1.197389</w:t>
        <w:br/>
        <w:t>v 0.538556 1.017474 1.258805</w:t>
        <w:br/>
        <w:t>v 0.628808 1.035619 1.181378</w:t>
        <w:br/>
        <w:t>v 0.543190 0.996947 1.243070</w:t>
        <w:br/>
        <w:t>v 0.604030 1.067162 1.149233</w:t>
        <w:br/>
        <w:t>v 0.595628 1.093897 1.163806</w:t>
        <w:br/>
        <w:t>v 0.513080 1.060978 1.218997</w:t>
        <w:br/>
        <w:t>v 0.519490 1.034341 1.204524</w:t>
        <w:br/>
        <w:t>v 0.377033 0.958943 1.325631</w:t>
        <w:br/>
        <w:t>v 0.381265 0.990010 1.305386</w:t>
        <w:br/>
        <w:t>v 0.221049 0.921869 1.198827</w:t>
        <w:br/>
        <w:t>v 0.248981 0.944749 1.210528</w:t>
        <w:br/>
        <w:t>v 0.380461 0.925613 1.325023</w:t>
        <w:br/>
        <w:t>v 0.213823 0.890740 1.183768</w:t>
        <w:br/>
        <w:t>v 0.387987 0.902497 1.308763</w:t>
        <w:br/>
        <w:t>v 0.225833 0.863409 1.170622</w:t>
        <w:br/>
        <w:t>v 0.386015 0.989889 1.273618</w:t>
        <w:br/>
        <w:t>v 0.393911 0.963566 1.257440</w:t>
        <w:br/>
        <w:t>v 0.453174 1.003035 1.307384</w:t>
        <w:br/>
        <w:t>v 0.447267 1.030895 1.285901</w:t>
        <w:br/>
        <w:t>v 0.460580 0.971679 1.308059</w:t>
        <w:br/>
        <w:t>v 0.466155 0.949269 1.292758</w:t>
        <w:br/>
        <w:t>v 0.248886 0.969116 1.164887</w:t>
        <w:br/>
        <w:t>v 0.223001 0.952912 1.144716</w:t>
        <w:br/>
        <w:t>v 0.253272 0.993879 1.107293</w:t>
        <w:br/>
        <w:t>v 0.272771 1.002424 1.133049</w:t>
        <w:br/>
        <w:t>v 0.216734 0.926194 1.126316</w:t>
        <w:br/>
        <w:t>v 0.249726 0.972157 1.087361</w:t>
        <w:br/>
        <w:t>v 0.227218 0.899160 1.115927</w:t>
        <w:br/>
        <w:t>v 0.258206 0.946688 1.078723</w:t>
        <w:br/>
        <w:t>v 0.599021 1.101595 1.192925</w:t>
        <w:br/>
        <w:t>v 0.541823 1.106179 1.172591</w:t>
        <w:br/>
        <w:t>v 0.545270 1.105232 1.151021</w:t>
        <w:br/>
        <w:t>v 0.601810 1.099508 1.173028</w:t>
        <w:br/>
        <w:t>v 0.551275 1.088610 1.134260</w:t>
        <w:br/>
        <w:t>v 0.607794 1.083125 1.156073</w:t>
        <w:br/>
        <w:t>v 0.557253 1.064634 1.128731</w:t>
        <w:br/>
        <w:t>v 0.613735 1.059298 1.150434</w:t>
        <w:br/>
        <w:t>v 0.318432 1.040817 1.096018</w:t>
        <w:br/>
        <w:t>v 0.332185 1.043800 1.123945</w:t>
        <w:br/>
        <w:t>v 0.316916 1.022364 1.076305</w:t>
        <w:br/>
        <w:t>v 0.323757 0.998424 1.068812</w:t>
        <w:br/>
        <w:t>v 0.476301 1.098366 1.128116</w:t>
        <w:br/>
        <w:t>v 0.477109 1.097957 1.152738</w:t>
        <w:br/>
        <w:t>v 0.404122 1.075767 1.136483</w:t>
        <w:br/>
        <w:t>v 0.397056 1.076365 1.108668</w:t>
        <w:br/>
        <w:t>v 0.397900 1.059938 1.089472</w:t>
        <w:br/>
        <w:t>v 0.479956 1.082233 1.110165</w:t>
        <w:br/>
        <w:t>v 0.485681 1.058756 1.104118</w:t>
        <w:br/>
        <w:t>v 0.403669 1.036716 1.082658</w:t>
        <w:br/>
        <w:t>v 0.599683 1.065405 1.205006</w:t>
        <w:br/>
        <w:t>v 0.543267 1.071134 1.182570</w:t>
        <w:br/>
        <w:t>v 0.541823 1.106179 1.172591</w:t>
        <w:br/>
        <w:t>v 0.599021 1.101595 1.192925</w:t>
        <w:br/>
        <w:t>v 0.477109 1.097957 1.152738</w:t>
        <w:br/>
        <w:t>v 0.480526 1.065162 1.163524</w:t>
        <w:br/>
        <w:t>v 0.411472 1.046038 1.148131</w:t>
        <w:br/>
        <w:t>v 0.404122 1.075767 1.136483</w:t>
        <w:br/>
        <w:t>v 0.272771 1.002424 1.133049</w:t>
        <w:br/>
        <w:t>v 0.332185 1.043800 1.123945</w:t>
        <w:br/>
        <w:t>v 0.347907 1.016690 1.134648</w:t>
        <w:br/>
        <w:t>v 0.296518 0.977423 1.140049</w:t>
        <w:br/>
        <w:t>v 0.248886 0.969116 1.164887</w:t>
        <w:br/>
        <w:t>v 0.278539 0.948410 1.165287</w:t>
        <w:br/>
        <w:t>v 0.248981 0.944749 1.210528</w:t>
        <w:br/>
        <w:t>v 0.279835 0.929633 1.201732</w:t>
        <w:br/>
        <w:t>v 0.274665 0.939479 1.261324</w:t>
        <w:br/>
        <w:t>v 0.316841 0.953641 1.296848</w:t>
        <w:br/>
        <w:t>v 0.444027 1.026910 1.256205</w:t>
        <w:br/>
        <w:t>v 0.447267 1.030895 1.285901</w:t>
        <w:br/>
        <w:t>v 0.599021 1.101595 1.192925</w:t>
        <w:br/>
        <w:t>v 0.519034 1.068461 1.247375</w:t>
        <w:br/>
        <w:t>v 0.287618 0.897233 1.187380</w:t>
        <w:br/>
        <w:t>v 0.449773 0.999792 1.242305</w:t>
        <w:br/>
        <w:t>v 0.306022 0.942115 1.129295</w:t>
        <w:br/>
        <w:t>v 0.287499 0.913922 1.153382</w:t>
        <w:br/>
        <w:t>v 0.606635 1.031515 1.197594</w:t>
        <w:br/>
        <w:t>v 0.550205 1.037179 1.175319</w:t>
        <w:br/>
        <w:t>v 0.356085 0.981998 1.125019</w:t>
        <w:br/>
        <w:t>v 0.486539 1.031458 1.155614</w:t>
        <w:br/>
        <w:t>v 0.417529 1.012214 1.139307</w:t>
        <w:br/>
        <w:t>v 0.628808 1.035619 1.181378</w:t>
        <w:br/>
        <w:t>v 0.620313 1.033889 1.163525</w:t>
        <w:br/>
        <w:t>v 0.537404 1.001245 1.218207</w:t>
        <w:br/>
        <w:t>v 0.543190 0.996947 1.243070</w:t>
        <w:br/>
        <w:t>v 0.463982 0.958231 1.262510</w:t>
        <w:br/>
        <w:t>v 0.466155 0.949269 1.292758</w:t>
        <w:br/>
        <w:t>v 0.396919 0.914076 1.277838</w:t>
        <w:br/>
        <w:t>v 0.387987 0.902497 1.308763</w:t>
        <w:br/>
        <w:t>v 0.331397 0.874519 1.262988</w:t>
        <w:br/>
        <w:t>v 0.310669 0.864914 1.288280</w:t>
        <w:br/>
        <w:t>v 0.286402 0.856857 1.222396</w:t>
        <w:br/>
        <w:t>v 0.257104 0.851920 1.236238</w:t>
        <w:br/>
        <w:t>v 0.258635 0.861117 1.169447</w:t>
        <w:br/>
        <w:t>v 0.225833 0.863409 1.170622</w:t>
        <w:br/>
        <w:t>v 0.258807 0.888546 1.126285</w:t>
        <w:br/>
        <w:t>v 0.227218 0.899160 1.115927</w:t>
        <w:br/>
        <w:t>v 0.283780 0.927380 1.097103</w:t>
        <w:br/>
        <w:t>v 0.343429 0.974533 1.091458</w:t>
        <w:br/>
        <w:t>v 0.416312 1.009231 1.106423</w:t>
        <w:br/>
        <w:t>v 0.492437 1.029857 1.124231</w:t>
        <w:br/>
        <w:t>v 0.560722 1.035831 1.144918</w:t>
        <w:br/>
        <w:t>v 0.620313 1.033889 1.163525</w:t>
        <w:br/>
        <w:t>v 0.590050 1.095768 1.228042</w:t>
        <w:br/>
        <w:t>v 0.634588 1.096577 1.200509</w:t>
        <w:br/>
        <w:t>v 0.651133 1.071283 1.206622</w:t>
        <w:br/>
        <w:t>v 0.607669 1.071362 1.230734</w:t>
        <w:br/>
        <w:t>v 0.624023 1.041127 1.164887</w:t>
        <w:br/>
        <w:t>v 0.599761 1.052152 1.146193</w:t>
        <w:br/>
        <w:t>v 0.547803 1.051372 1.172065</w:t>
        <w:br/>
        <w:t>v 0.574412 1.038605 1.188583</w:t>
        <w:br/>
        <w:t>v 0.645669 1.048946 1.190372</w:t>
        <w:br/>
        <w:t>v 0.598907 1.048390 1.213134</w:t>
        <w:br/>
        <w:t>v 0.607669 1.071362 1.230734</w:t>
        <w:br/>
        <w:t>v 0.651133 1.071283 1.206622</w:t>
        <w:br/>
        <w:t>v 0.541155 1.055911 1.379551</w:t>
        <w:br/>
        <w:t>v 0.560848 1.032369 1.377083</w:t>
        <w:br/>
        <w:t>v 0.546930 0.989717 1.494566</w:t>
        <w:br/>
        <w:t>v 0.525653 1.009860 1.503160</w:t>
        <w:br/>
        <w:t>v 0.506938 1.067568 1.367057</w:t>
        <w:br/>
        <w:t>v 0.490734 1.017377 1.494529</w:t>
        <w:br/>
        <w:t>v 0.482284 1.058450 1.346635</w:t>
        <w:br/>
        <w:t>v 0.463767 1.007997 1.473863</w:t>
        <w:br/>
        <w:t>v 0.474686 1.037233 1.329339</w:t>
        <w:br/>
        <w:t>v 0.455146 0.990600 1.454298</w:t>
        <w:br/>
        <w:t>v 0.491711 1.013815 1.325741</w:t>
        <w:br/>
        <w:t>v 0.474686 1.037233 1.329339</w:t>
        <w:br/>
        <w:t>v 0.455146 0.990600 1.454298</w:t>
        <w:br/>
        <w:t>v 0.474462 0.969480 1.444100</w:t>
        <w:br/>
        <w:t>v 0.522462 1.001188 1.336411</w:t>
        <w:br/>
        <w:t>v 0.509131 0.958322 1.449792</w:t>
        <w:br/>
        <w:t>v 0.549428 1.010291 1.357861</w:t>
        <w:br/>
        <w:t>v 0.537671 0.968789 1.471830</w:t>
        <w:br/>
        <w:t>v 0.560848 1.032369 1.377083</w:t>
        <w:br/>
        <w:t>v 0.546930 0.989717 1.494566</w:t>
        <w:br/>
        <w:t>v 0.507819 0.880536 1.679917</w:t>
        <w:br/>
        <w:t>v 0.531083 0.875590 1.669300</w:t>
        <w:br/>
        <w:t>v 0.543425 0.869283 1.676153</w:t>
        <w:br/>
        <w:t>v 0.514176 0.875377 1.689240</w:t>
        <w:br/>
        <w:t>v 0.471126 0.880722 1.674824</w:t>
        <w:br/>
        <w:t>v 0.467462 0.876225 1.683143</w:t>
        <w:br/>
        <w:t>v 0.442315 0.874436 1.654279</w:t>
        <w:br/>
        <w:t>v 0.430916 0.868606 1.657710</w:t>
        <w:br/>
        <w:t>v 0.435888 0.859823 1.625709</w:t>
        <w:br/>
        <w:t>v 0.423312 0.851005 1.622593</w:t>
        <w:br/>
        <w:t>v 0.459527 0.854301 1.613901</w:t>
        <w:br/>
        <w:t>v 0.435888 0.859823 1.625709</w:t>
        <w:br/>
        <w:t>v 0.423312 0.851005 1.622593</w:t>
        <w:br/>
        <w:t>v 0.453240 0.843884 1.607495</w:t>
        <w:br/>
        <w:t>v 0.496135 0.854254 1.618651</w:t>
        <w:br/>
        <w:t>v 0.499415 0.843808 1.613427</w:t>
        <w:br/>
        <w:t>v 0.524612 0.861063 1.640361</w:t>
        <w:br/>
        <w:t>v 0.535287 0.852445 1.640893</w:t>
        <w:br/>
        <w:t>v 0.531083 0.875590 1.669300</w:t>
        <w:br/>
        <w:t>v 0.543425 0.869283 1.676153</w:t>
        <w:br/>
        <w:t>v 0.543425 0.869283 1.676153</w:t>
        <w:br/>
        <w:t>v 0.535289 0.759706 1.736618</w:t>
        <w:br/>
        <w:t>v 0.507176 0.763945 1.748079</w:t>
        <w:br/>
        <w:t>v 0.461400 0.762243 1.741761</w:t>
        <w:br/>
        <w:t>v 0.424568 0.754901 1.717222</w:t>
        <w:br/>
        <w:t>v 0.423312 0.851005 1.622593</w:t>
        <w:br/>
        <w:t>v 0.415071 0.741036 1.685427</w:t>
        <w:br/>
        <w:t>v 0.453240 0.843884 1.607495</w:t>
        <w:br/>
        <w:t>v 0.423312 0.851005 1.622593</w:t>
        <w:br/>
        <w:t>v 0.415071 0.741036 1.685427</w:t>
        <w:br/>
        <w:t>v 0.443451 0.736850 1.673617</w:t>
        <w:br/>
        <w:t>v 0.499415 0.843808 1.613427</w:t>
        <w:br/>
        <w:t>v 0.488677 0.738238 1.680676</w:t>
        <w:br/>
        <w:t>v 0.535287 0.852445 1.640893</w:t>
        <w:br/>
        <w:t>v 0.525394 0.745581 1.705403</w:t>
        <w:br/>
        <w:t>v 0.543425 0.869283 1.676153</w:t>
        <w:br/>
        <w:t>v 0.535289 0.759706 1.736618</w:t>
        <w:br/>
        <w:t>v 0.496996 0.746983 1.742349</w:t>
        <w:br/>
        <w:t>v 0.516547 0.744058 1.734493</w:t>
        <w:br/>
        <w:t>v 0.465414 0.745847 1.737386</w:t>
        <w:br/>
        <w:t>v 0.439679 0.740751 1.720313</w:t>
        <w:br/>
        <w:t>v 0.432853 0.729324 1.696959</w:t>
        <w:br/>
        <w:t>v 0.452396 0.726431 1.689142</w:t>
        <w:br/>
        <w:t>v 0.432853 0.729324 1.696959</w:t>
        <w:br/>
        <w:t>v 0.483939 0.727446 1.694170</w:t>
        <w:br/>
        <w:t>v 0.509608 0.732511 1.711307</w:t>
        <w:br/>
        <w:t>v 0.516547 0.744058 1.734493</w:t>
        <w:br/>
        <w:t>v 0.473951 0.725958 1.723329</w:t>
        <w:br/>
        <w:t>v 0.473951 0.725958 1.723329</w:t>
        <w:br/>
        <w:t>v 0.561477 1.091223 1.276119</w:t>
        <w:br/>
        <w:t>v 0.530277 1.102779 1.260780</w:t>
        <w:br/>
        <w:t>v 0.562187 1.106888 1.210476</w:t>
        <w:br/>
        <w:t>v 0.506855 1.092831 1.238666</w:t>
        <w:br/>
        <w:t>v 0.539765 1.096817 1.186723</w:t>
        <w:br/>
        <w:t>v 0.499247 1.070608 1.221927</w:t>
        <w:br/>
        <w:t>v 0.532371 1.075234 1.170254</w:t>
        <w:br/>
        <w:t>v 0.499247 1.070608 1.221927</w:t>
        <w:br/>
        <w:t>v 0.515053 1.046452 1.221421</w:t>
        <w:br/>
        <w:t>v 0.532371 1.075234 1.170254</w:t>
        <w:br/>
        <w:t>v 0.537485 0.932202 1.604180</w:t>
        <w:br/>
        <w:t>v 0.514960 0.945700 1.616085</w:t>
        <w:br/>
        <w:t>v 0.479818 0.947608 1.610567</w:t>
        <w:br/>
        <w:t>v 0.450876 0.938121 1.590291</w:t>
        <w:br/>
        <w:t>v 0.442157 0.923317 1.567277</w:t>
        <w:br/>
        <w:t>v 0.442157 0.923317 1.567277</w:t>
        <w:br/>
        <w:t>v 0.464005 0.908452 1.553945</w:t>
        <w:br/>
        <w:t>v 0.501124 0.902327 1.556954</w:t>
        <w:br/>
        <w:t>v 0.530493 0.913217 1.578566</w:t>
        <w:br/>
        <w:t>v 0.537485 0.932202 1.604180</w:t>
        <w:br/>
        <w:t>v 0.435888 0.859823 1.625709</w:t>
        <w:br/>
        <w:t>v 0.435888 0.859823 1.625709</w:t>
        <w:br/>
        <w:t>v 0.459527 0.854301 1.613901</w:t>
        <w:br/>
        <w:t>v 0.496135 0.854254 1.618651</w:t>
        <w:br/>
        <w:t>v 0.524612 0.861063 1.640361</w:t>
        <w:br/>
        <w:t>v 0.531083 0.875590 1.669300</w:t>
        <w:br/>
        <w:t>v 0.579849 1.066140 1.276640</w:t>
        <w:br/>
        <w:t>v 0.542962 1.034158 1.235178</w:t>
        <w:br/>
        <w:t>v 0.568711 1.043468 1.258270</w:t>
        <w:br/>
        <w:t>v 0.579849 1.066140 1.276640</w:t>
        <w:br/>
        <w:t>v 0.610723 1.106284 1.180461</w:t>
        <w:br/>
        <w:t>v 0.591300 1.097089 1.155665</w:t>
        <w:br/>
        <w:t>v 0.585633 1.075808 1.140516</w:t>
        <w:br/>
        <w:t>v 0.585633 1.075808 1.140516</w:t>
        <w:br/>
        <w:t>v 1.199692 0.953590 1.296577</w:t>
        <w:br/>
        <w:t>v 1.241844 0.939423 1.261027</w:t>
        <w:br/>
        <w:t>v 1.265859 0.911237 1.261841</w:t>
        <w:br/>
        <w:t>v 1.214378 0.923007 1.309212</w:t>
        <w:br/>
        <w:t>v 1.271181 0.877586 1.251947</w:t>
        <w:br/>
        <w:t>v 1.215516 0.888981 1.304947</w:t>
        <w:br/>
        <w:t>v 1.259380 0.851862 1.235931</w:t>
        <w:br/>
        <w:t>v 1.205848 0.864862 1.288005</w:t>
        <w:br/>
        <w:t>v 1.208286 0.902937 1.224654</w:t>
        <w:br/>
        <w:t>v 1.216981 0.932251 1.240663</w:t>
        <w:br/>
        <w:t>v 1.185545 0.951893 1.266928</w:t>
        <w:br/>
        <w:t>v 1.175610 0.925360 1.250083</w:t>
        <w:br/>
        <w:t>v 0.917466 1.101577 1.192827</w:t>
        <w:br/>
        <w:t>v 0.997482 1.068433 1.247228</w:t>
        <w:br/>
        <w:t>v 0.987398 1.045570 1.260675</w:t>
        <w:br/>
        <w:t>v 0.905169 1.082420 1.200500</w:t>
        <w:br/>
        <w:t>v 0.977961 1.017448 1.258670</w:t>
        <w:br/>
        <w:t>v 0.893651 1.055619 1.197306</w:t>
        <w:br/>
        <w:t>v 0.973315 0.996922 1.242938</w:t>
        <w:br/>
        <w:t>v 0.887664 1.035604 1.181299</w:t>
        <w:br/>
        <w:t>v 1.003418 1.060949 1.218847</w:t>
        <w:br/>
        <w:t>v 0.920840 1.093878 1.163706</w:t>
        <w:br/>
        <w:t>v 0.912426 1.067144 1.149138</w:t>
        <w:br/>
        <w:t>v 0.996996 1.034313 1.204377</w:t>
        <w:br/>
        <w:t>v 1.139518 0.958899 1.325397</w:t>
        <w:br/>
        <w:t>v 1.135278 0.989967 1.305155</w:t>
        <w:br/>
        <w:t>v 1.267498 0.944690 1.210215</w:t>
        <w:br/>
        <w:t>v 1.295421 0.921807 1.198497</w:t>
        <w:br/>
        <w:t>v 1.136086 0.925569 1.324791</w:t>
        <w:br/>
        <w:t>v 1.302633 0.890677 1.183434</w:t>
        <w:br/>
        <w:t>v 1.128548 0.902454 1.308536</w:t>
        <w:br/>
        <w:t>v 1.290612 0.863347 1.170295</w:t>
        <w:br/>
        <w:t>v 1.130508 0.989846 1.273390</w:t>
        <w:br/>
        <w:t>v 1.122599 0.963523 1.257217</w:t>
        <w:br/>
        <w:t>v 1.063372 1.002999 1.307196</w:t>
        <w:br/>
        <w:t>v 1.069269 1.030859 1.285710</w:t>
        <w:br/>
        <w:t>v 1.055962 0.971644 1.307876</w:t>
        <w:br/>
        <w:t>v 1.050375 0.949235 1.292579</w:t>
        <w:br/>
        <w:t>v 1.263150 0.993820 1.106983</w:t>
        <w:br/>
        <w:t>v 1.293438 0.952850 1.144387</w:t>
        <w:br/>
        <w:t>v 1.267568 0.969057 1.164574</w:t>
        <w:br/>
        <w:t>v 1.243667 1.002368 1.132751</w:t>
        <w:br/>
        <w:t>v 1.266681 0.972098 1.087049</w:t>
        <w:br/>
        <w:t>v 1.299691 0.926131 1.125983</w:t>
        <w:br/>
        <w:t>v 1.258192 0.946630 1.078416</w:t>
        <w:br/>
        <w:t>v 1.289197 0.899098 1.115601</w:t>
        <w:br/>
        <w:t>v 0.971191 1.105207 1.150891</w:t>
        <w:br/>
        <w:t>v 0.974651 1.106154 1.172459</w:t>
        <w:br/>
        <w:t>v 0.917466 1.101577 1.192827</w:t>
        <w:br/>
        <w:t>v 0.914664 1.099489 1.172932</w:t>
        <w:br/>
        <w:t>v 0.908668 1.083108 1.155981</w:t>
        <w:br/>
        <w:t>v 0.965174 1.088586 1.134133</w:t>
        <w:br/>
        <w:t>v 0.902721 1.059281 1.150345</w:t>
        <w:br/>
        <w:t>v 0.959190 1.064610 1.128608</w:t>
        <w:br/>
        <w:t>v 1.184252 1.043751 1.123684</w:t>
        <w:br/>
        <w:t>v 1.197988 1.040766 1.095748</w:t>
        <w:br/>
        <w:t>v 1.199490 1.022313 1.076034</w:t>
        <w:br/>
        <w:t>v 1.192641 0.998373 1.068546</w:t>
        <w:br/>
        <w:t>v 1.112327 1.075726 1.136266</w:t>
        <w:br/>
        <w:t>v 1.039352 1.097924 1.152565</w:t>
        <w:br/>
        <w:t>v 1.040145 1.098333 1.127943</w:t>
        <w:br/>
        <w:t>v 1.119375 1.076322 1.108447</w:t>
        <w:br/>
        <w:t>v 1.118518 1.059896 1.089251</w:t>
        <w:br/>
        <w:t>v 1.036478 1.082201 1.109994</w:t>
        <w:br/>
        <w:t>v 1.030745 1.058725 1.103950</w:t>
        <w:br/>
        <w:t>v 1.112742 1.036675 1.082441</w:t>
        <w:br/>
        <w:t>v 0.974651 1.106154 1.172459</w:t>
        <w:br/>
        <w:t>v 0.973210 1.071109 1.182438</w:t>
        <w:br/>
        <w:t>v 0.916807 1.065387 1.204908</w:t>
        <w:br/>
        <w:t>v 0.917466 1.101577 1.192827</w:t>
        <w:br/>
        <w:t>v 1.104980 1.045998 1.147918</w:t>
        <w:br/>
        <w:t>v 1.035938 1.065130 1.163354</w:t>
        <w:br/>
        <w:t>v 1.039352 1.097924 1.152565</w:t>
        <w:br/>
        <w:t>v 1.112327 1.075726 1.136266</w:t>
        <w:br/>
        <w:t>v 1.168534 1.016642 1.134396</w:t>
        <w:br/>
        <w:t>v 1.184252 1.043751 1.123684</w:t>
        <w:br/>
        <w:t>v 1.243667 1.002368 1.132751</w:t>
        <w:br/>
        <w:t>v 1.219922 0.977369 1.139766</w:t>
        <w:br/>
        <w:t>v 1.267568 0.969057 1.164574</w:t>
        <w:br/>
        <w:t>v 1.237913 0.948354 1.164993</w:t>
        <w:br/>
        <w:t>v 1.267498 0.944690 1.210215</w:t>
        <w:br/>
        <w:t>v 1.236637 0.929578 1.201438</w:t>
        <w:br/>
        <w:t>v 1.241844 0.939423 1.261027</w:t>
        <w:br/>
        <w:t>v 1.199692 0.953590 1.296577</w:t>
        <w:br/>
        <w:t>v 1.072490 1.026873 1.256012</w:t>
        <w:br/>
        <w:t>v 1.069269 1.030859 1.285710</w:t>
        <w:br/>
        <w:t>v 0.997482 1.068433 1.247228</w:t>
        <w:br/>
        <w:t>v 0.917466 1.101577 1.192827</w:t>
        <w:br/>
        <w:t>v 1.228842 0.897178 1.187091</w:t>
        <w:br/>
        <w:t>v 1.066732 0.999756 1.242116</w:t>
        <w:br/>
        <w:t>v 1.210406 0.942063 1.129017</w:t>
        <w:br/>
        <w:t>v 1.228942 0.913867 1.153093</w:t>
        <w:br/>
        <w:t>v 0.966263 1.037154 1.175191</w:t>
        <w:br/>
        <w:t>v 0.909846 1.031497 1.197501</w:t>
        <w:br/>
        <w:t>v 1.160346 0.981951 1.124772</w:t>
        <w:br/>
        <w:t>v 1.098914 1.012174 1.139098</w:t>
        <w:br/>
        <w:t>v 1.029916 1.031427 1.155447</w:t>
        <w:br/>
        <w:t>v 0.979087 1.001219 1.218071</w:t>
        <w:br/>
        <w:t>v 0.896147 1.033873 1.163441</w:t>
        <w:br/>
        <w:t>v 0.887664 1.035604 1.181299</w:t>
        <w:br/>
        <w:t>v 0.973315 0.996922 1.242938</w:t>
        <w:br/>
        <w:t>v 1.050375 0.949235 1.292579</w:t>
        <w:br/>
        <w:t>v 1.052531 0.958196 1.262330</w:t>
        <w:br/>
        <w:t>v 1.128548 0.902454 1.308536</w:t>
        <w:br/>
        <w:t>v 1.119598 0.914034 1.277616</w:t>
        <w:br/>
        <w:t>v 1.185106 0.874469 1.262726</w:t>
        <w:br/>
        <w:t>v 1.205848 0.864862 1.288005</w:t>
        <w:br/>
        <w:t>v 1.230074 0.856802 1.222107</w:t>
        <w:br/>
        <w:t>v 1.259380 0.851862 1.235931</w:t>
        <w:br/>
        <w:t>v 1.257809 0.861059 1.169140</w:t>
        <w:br/>
        <w:t>v 1.290612 0.863347 1.170295</w:t>
        <w:br/>
        <w:t>v 1.289197 0.899098 1.115601</w:t>
        <w:br/>
        <w:t>v 1.257614 0.888488 1.125979</w:t>
        <w:br/>
        <w:t>v 1.232627 0.927324 1.096812</w:t>
        <w:br/>
        <w:t>v 1.172981 0.974485 1.091203</w:t>
        <w:br/>
        <w:t>v 1.100111 1.009191 1.106213</w:t>
        <w:br/>
        <w:t>v 1.023999 1.029826 1.124068</w:t>
        <w:br/>
        <w:t>v 0.896147 1.033873 1.163441</w:t>
        <w:br/>
        <w:t>v 0.955728 1.035808 1.144797</w:t>
        <w:br/>
        <w:t>v 0.865359 1.071271 1.206556</w:t>
        <w:br/>
        <w:t>v 0.881903 1.096563 1.200433</w:t>
        <w:br/>
        <w:t>v 0.926458 1.095749 1.227939</w:t>
        <w:br/>
        <w:t>v 0.908837 1.071345 1.230642</w:t>
        <w:br/>
        <w:t>v 0.968665 1.051347 1.171936</w:t>
        <w:br/>
        <w:t>v 0.916691 1.052134 1.146096</w:t>
        <w:br/>
        <w:t>v 0.892439 1.041112 1.164805</w:t>
        <w:br/>
        <w:t>v 0.942064 1.038583 1.188470</w:t>
        <w:br/>
        <w:t>v 0.870810 1.048933 1.190303</w:t>
        <w:br/>
        <w:t>v 0.917585 1.048371 1.213036</w:t>
        <w:br/>
        <w:t>v 0.865359 1.071271 1.206556</w:t>
        <w:br/>
        <w:t>v 0.908837 1.071345 1.230642</w:t>
        <w:br/>
        <w:t>v 0.969729 0.989693 1.494436</w:t>
        <w:br/>
        <w:t>v 0.955744 1.032346 1.376962</w:t>
        <w:br/>
        <w:t>v 0.975441 1.055886 1.379417</w:t>
        <w:br/>
        <w:t>v 0.991013 1.009832 1.503018</w:t>
        <w:br/>
        <w:t>v 1.009652 1.067539 1.366902</w:t>
        <w:br/>
        <w:t>v 1.025928 1.017345 1.494365</w:t>
        <w:br/>
        <w:t>v 1.034292 1.058418 1.346466</w:t>
        <w:br/>
        <w:t>v 1.052881 1.007963 1.473682</w:t>
        <w:br/>
        <w:t>v 1.041877 1.037200 1.329165</w:t>
        <w:br/>
        <w:t>v 1.061488 0.990565 1.454112</w:t>
        <w:br/>
        <w:t>v 1.061488 0.990565 1.454112</w:t>
        <w:br/>
        <w:t>v 1.041877 1.037200 1.329165</w:t>
        <w:br/>
        <w:t>v 1.024846 1.013784 1.325578</w:t>
        <w:br/>
        <w:t>v 1.042164 0.969447 1.443925</w:t>
        <w:br/>
        <w:t>v 0.994101 1.001160 1.336266</w:t>
        <w:br/>
        <w:t>v 1.007497 0.958293 1.449639</w:t>
        <w:br/>
        <w:t>v 0.967150 1.010267 1.357732</w:t>
        <w:br/>
        <w:t>v 0.978971 0.968763 1.471695</w:t>
        <w:br/>
        <w:t>v 0.955744 1.032346 1.376962</w:t>
        <w:br/>
        <w:t>v 0.969729 0.989693 1.494436</w:t>
        <w:br/>
        <w:t>v 0.973331 0.869258 1.676021</w:t>
        <w:br/>
        <w:t>v 0.985669 0.875564 1.669161</w:t>
        <w:br/>
        <w:t>v 1.008940 0.880507 1.679763</w:t>
        <w:br/>
        <w:t>v 1.002589 0.875348 1.689090</w:t>
        <w:br/>
        <w:t>v 1.045631 0.880688 1.674648</w:t>
        <w:br/>
        <w:t>v 1.049299 0.876192 1.682965</w:t>
        <w:br/>
        <w:t>v 1.074428 0.874400 1.654085</w:t>
        <w:br/>
        <w:t>v 1.085829 0.868568 1.657509</w:t>
        <w:br/>
        <w:t>v 1.080837 0.859785 1.625511</w:t>
        <w:br/>
        <w:t>v 1.093410 0.850966 1.622387</w:t>
        <w:br/>
        <w:t>v 1.093410 0.850966 1.622387</w:t>
        <w:br/>
        <w:t>v 1.080837 0.859785 1.625511</w:t>
        <w:br/>
        <w:t>v 1.057189 0.854266 1.613717</w:t>
        <w:br/>
        <w:t>v 1.063470 0.843849 1.607308</w:t>
        <w:br/>
        <w:t>v 1.020584 0.854223 1.618490</w:t>
        <w:br/>
        <w:t>v 1.017300 0.843778 1.613268</w:t>
        <w:br/>
        <w:t>v 0.992121 0.861036 1.640217</w:t>
        <w:br/>
        <w:t>v 0.981446 0.852419 1.640756</w:t>
        <w:br/>
        <w:t>v 0.985669 0.875564 1.669161</w:t>
        <w:br/>
        <w:t>v 0.973331 0.869258 1.676021</w:t>
        <w:br/>
        <w:t>v 0.981492 0.759680 1.736481</w:t>
        <w:br/>
        <w:t>v 0.973331 0.869258 1.676021</w:t>
        <w:br/>
        <w:t>v 1.009612 0.763916 1.747924</w:t>
        <w:br/>
        <w:t>v 1.055385 0.762208 1.741579</w:t>
        <w:br/>
        <w:t>v 1.092200 0.754862 1.717017</w:t>
        <w:br/>
        <w:t>v 1.093410 0.850966 1.622387</w:t>
        <w:br/>
        <w:t>v 1.101676 0.740996 1.685216</w:t>
        <w:br/>
        <w:t>v 1.101676 0.740996 1.685216</w:t>
        <w:br/>
        <w:t>v 1.093410 0.850966 1.622387</w:t>
        <w:br/>
        <w:t>v 1.063470 0.843849 1.607308</w:t>
        <w:br/>
        <w:t>v 1.073288 0.736814 1.673424</w:t>
        <w:br/>
        <w:t>v 1.017300 0.843778 1.613268</w:t>
        <w:br/>
        <w:t>v 1.028066 0.738207 1.680511</w:t>
        <w:br/>
        <w:t>v 0.981446 0.852419 1.640756</w:t>
        <w:br/>
        <w:t>v 0.991366 0.745554 1.705260</w:t>
        <w:br/>
        <w:t>v 0.973331 0.869258 1.676021</w:t>
        <w:br/>
        <w:t>v 0.981492 0.759680 1.736481</w:t>
        <w:br/>
        <w:t>v 1.019786 0.746953 1.742188</w:t>
        <w:br/>
        <w:t>v 1.000230 0.744030 1.734345</w:t>
        <w:br/>
        <w:t>v 1.051366 0.745813 1.737206</w:t>
        <w:br/>
        <w:t>v 1.077090 0.740714 1.720118</w:t>
        <w:br/>
        <w:t>v 1.083900 0.729286 1.696759</w:t>
        <w:br/>
        <w:t>v 1.064351 0.726395 1.688954</w:t>
        <w:br/>
        <w:t>v 1.083900 0.729286 1.696759</w:t>
        <w:br/>
        <w:t>v 1.032811 0.727414 1.694001</w:t>
        <w:br/>
        <w:t>v 1.007154 0.732482 1.711154</w:t>
        <w:br/>
        <w:t>v 1.000230 0.744030 1.734345</w:t>
        <w:br/>
        <w:t>v 1.042818 0.725925 1.723155</w:t>
        <w:br/>
        <w:t>v 1.042818 0.725925 1.723155</w:t>
        <w:br/>
        <w:t>v 0.954311 1.106865 1.210356</w:t>
        <w:br/>
        <w:t>v 0.986251 1.102752 1.260640</w:t>
        <w:br/>
        <w:t>v 0.955060 1.091200 1.275998</w:t>
        <w:br/>
        <w:t>v 0.976717 1.096792 1.186589</w:t>
        <w:br/>
        <w:t>v 1.009659 1.092802 1.238511</w:t>
        <w:br/>
        <w:t>v 0.984098 1.075207 1.170116</w:t>
        <w:br/>
        <w:t>v 1.017253 1.070578 1.221768</w:t>
        <w:br/>
        <w:t>v 1.001445 1.046423 1.221272</w:t>
        <w:br/>
        <w:t>v 1.017253 1.070578 1.221768</w:t>
        <w:br/>
        <w:t>v 0.984098 1.075207 1.170116</w:t>
        <w:br/>
        <w:t>v 0.979235 0.932177 1.604045</w:t>
        <w:br/>
        <w:t>v 1.001769 0.945671 1.615936</w:t>
        <w:br/>
        <w:t>v 1.036907 0.947576 1.610396</w:t>
        <w:br/>
        <w:t>v 1.065836 0.938085 1.590102</w:t>
        <w:br/>
        <w:t>v 1.074538 0.923280 1.567083</w:t>
        <w:br/>
        <w:t>v 1.074538 0.923280 1.567083</w:t>
        <w:br/>
        <w:t>v 1.052681 0.908417 1.553764</w:t>
        <w:br/>
        <w:t>v 1.015563 0.902297 1.556796</w:t>
        <w:br/>
        <w:t>v 0.986209 0.913190 1.578426</w:t>
        <w:br/>
        <w:t>v 0.979235 0.932177 1.604045</w:t>
        <w:br/>
        <w:t>v 1.080837 0.859785 1.625511</w:t>
        <w:br/>
        <w:t>v 1.057189 0.854266 1.613717</w:t>
        <w:br/>
        <w:t>v 1.080837 0.859785 1.625511</w:t>
        <w:br/>
        <w:t>v 1.020584 0.854223 1.618490</w:t>
        <w:br/>
        <w:t>v 0.992121 0.861036 1.640217</w:t>
        <w:br/>
        <w:t>v 0.985669 0.875564 1.669161</w:t>
        <w:br/>
        <w:t>v 0.936685 1.066119 1.276531</w:t>
        <w:br/>
        <w:t>v 0.973542 1.034133 1.235046</w:t>
        <w:br/>
        <w:t>v 0.947809 1.043446 1.258153</w:t>
        <w:br/>
        <w:t>v 0.936685 1.066119 1.276531</w:t>
        <w:br/>
        <w:t>v 0.905756 1.106267 1.180371</w:t>
        <w:br/>
        <w:t>v 0.925163 1.097070 1.155562</w:t>
        <w:br/>
        <w:t>v 0.930819 1.075787 1.140410</w:t>
        <w:br/>
        <w:t>v 0.930819 1.075787 1.140410</w:t>
        <w:br/>
        <w:t>v 0.751105 1.208228 0.772347</w:t>
        <w:br/>
        <w:t>v 0.751374 1.207151 0.815463</w:t>
        <w:br/>
        <w:t>v 0.751620 1.178753 0.856366</w:t>
        <w:br/>
        <w:t>v 0.751677 1.150637 0.869378</w:t>
        <w:br/>
        <w:t>v 0.600115 1.111389 0.853242</w:t>
        <w:br/>
        <w:t>v 0.600420 1.116799 0.890646</w:t>
        <w:br/>
        <w:t>v 0.601059 1.089017 0.930029</w:t>
        <w:br/>
        <w:t>v 0.601481 1.057637 0.946175</w:t>
        <w:br/>
        <w:t>v 0.470366 0.954450 0.894430</w:t>
        <w:br/>
        <w:t>v 0.456227 0.966728 0.933271</w:t>
        <w:br/>
        <w:t>v 0.460860 0.952863 0.973350</w:t>
        <w:br/>
        <w:t>v 0.476220 0.928555 0.991536</w:t>
        <w:br/>
        <w:t>v 1.063761 0.957431 0.901644</w:t>
        <w:br/>
        <w:t>v 1.074301 0.969387 0.925298</w:t>
        <w:br/>
        <w:t>v 1.069358 0.947775 0.970653</w:t>
        <w:br/>
        <w:t>v 1.056433 0.923149 0.990300</w:t>
        <w:br/>
        <w:t>v 0.492788 1.210760 0.454868</w:t>
        <w:br/>
        <w:t>v 0.478650 1.188273 0.489044</w:t>
        <w:br/>
        <w:t>v 0.490255 1.143181 0.509976</w:t>
        <w:br/>
        <w:t>v 0.503823 1.124813 0.502833</w:t>
        <w:br/>
        <w:t>v 1.016855 1.198440 0.480748</w:t>
        <w:br/>
        <w:t>v 1.003147 1.203276 0.461062</w:t>
        <w:br/>
        <w:t>v 1.017586 1.154219 0.509008</w:t>
        <w:br/>
        <w:t>v 0.749833 1.278902 -0.631470</w:t>
        <w:br/>
        <w:t>v 0.754424 1.178466 -0.679527</w:t>
        <w:br/>
        <w:t>v 0.994704 1.123946 -0.599714</w:t>
        <w:br/>
        <w:t>v 0.975805 1.224356 -0.551670</w:t>
        <w:br/>
        <w:t>v 1.281317 0.839658 -0.380841</w:t>
        <w:br/>
        <w:t>v 1.202778 1.017556 -0.397870</w:t>
        <w:br/>
        <w:t>v 1.213219 0.853843 -0.507521</w:t>
        <w:br/>
        <w:t>v 1.404330 0.461373 -0.036815</w:t>
        <w:br/>
        <w:t>v 1.404754 0.548552 -0.253860</w:t>
        <w:br/>
        <w:t>v 1.486243 0.317659 -0.271471</w:t>
        <w:br/>
        <w:t>v 1.416599 0.334565 -0.094035</w:t>
        <w:br/>
        <w:t>v 1.056573 1.067596 -0.559307</w:t>
        <w:br/>
        <w:t>v 1.073560 1.133920 -0.464971</w:t>
        <w:br/>
        <w:t>v 1.387714 0.452629 -0.425713</w:t>
        <w:br/>
        <w:t>v 1.344792 0.620286 -0.382821</w:t>
        <w:br/>
        <w:t>v 1.333947 0.513219 -0.544366</w:t>
        <w:br/>
        <w:t>v 1.053879 0.352178 -0.983095</w:t>
        <w:br/>
        <w:t>v 1.015713 0.794421 -0.777039</w:t>
        <w:br/>
        <w:t>v 0.764059 0.856330 -0.893659</w:t>
        <w:br/>
        <w:t>v 0.777831 0.507999 -1.071996</w:t>
        <w:br/>
        <w:t>v 1.380922 0.155673 -0.722688</w:t>
        <w:br/>
        <w:t>v 1.229253 0.612718 -0.641265</w:t>
        <w:br/>
        <w:t>v 1.244300 0.238921 -0.858645</w:t>
        <w:br/>
        <w:t>v 1.459268 0.116809 -0.047159</w:t>
        <w:br/>
        <w:t>v 1.535580 0.043335 -0.314871</w:t>
        <w:br/>
        <w:t>v 1.468340 0.037500 -0.017717</w:t>
        <w:br/>
        <w:t>v 1.103148 1.050184 -0.503247</w:t>
        <w:br/>
        <w:t>v 0.756446 1.133772 -0.677072</w:t>
        <w:br/>
        <w:t>v 0.543550 1.079083 -0.596893</w:t>
        <w:br/>
        <w:t>v 0.969389 1.079279 -0.597232</w:t>
        <w:br/>
        <w:t>v 0.763559 0.868547 -0.844215</w:t>
        <w:br/>
        <w:t>v 0.989024 0.813653 -0.734266</w:t>
        <w:br/>
        <w:t>v 0.543007 0.813678 -0.734127</w:t>
        <w:br/>
        <w:t>v 0.749088 1.294932 -0.587197</w:t>
        <w:br/>
        <w:t>v 0.954502 1.240390 -0.507391</w:t>
        <w:br/>
        <w:t>v 1.429961 0.049355 0.033176</w:t>
        <w:br/>
        <w:t>v 1.409258 0.129062 0.002917</w:t>
        <w:br/>
        <w:t>v 1.357846 0.476079 0.015613</w:t>
        <w:br/>
        <w:t>v 1.378036 0.348796 -0.047019</w:t>
        <w:br/>
        <w:t>v 1.357846 0.476079 0.015613</w:t>
        <w:br/>
        <w:t>v 1.359929 0.572055 -0.236882</w:t>
        <w:br/>
        <w:t>v 1.306923 0.629220 -0.345107</w:t>
        <w:br/>
        <w:t>v 1.253403 0.833890 -0.340277</w:t>
        <w:br/>
        <w:t>v 1.180211 1.020672 -0.350166</w:t>
        <w:br/>
        <w:t>v 1.048036 1.145862 -0.421100</w:t>
        <w:br/>
        <w:t>v 1.116237 1.013006 -0.519967</w:t>
        <w:br/>
        <w:t>v 1.079105 0.980431 -0.532192</w:t>
        <w:br/>
        <w:t>v 1.152097 0.862411 -0.525646</w:t>
        <w:br/>
        <w:t>v 1.082691 0.780127 -0.643615</w:t>
        <w:br/>
        <w:t>v 1.123541 0.759830 -0.672262</w:t>
        <w:br/>
        <w:t>v 1.459042 0.088063 -0.546004</w:t>
        <w:br/>
        <w:t>v 1.398300 0.241508 -0.611708</w:t>
        <w:br/>
        <w:t>v 1.161438 0.424878 -0.860819</w:t>
        <w:br/>
        <w:t>v 1.427731 0.233375 -0.089019</w:t>
        <w:br/>
        <w:t>v 1.388124 0.244041 -0.046331</w:t>
        <w:br/>
        <w:t>v 0.777831 0.507999 -1.071996</w:t>
        <w:br/>
        <w:t>v 0.512055 0.352209 -0.982929</w:t>
        <w:br/>
        <w:t>v 1.053879 0.352178 -0.983095</w:t>
        <w:br/>
        <w:t>v 1.380922 0.155673 -0.722688</w:t>
        <w:br/>
        <w:t>v 0.201161 0.155742 -0.722327</w:t>
        <w:br/>
        <w:t>v 0.178148 0.241580 -0.611333</w:t>
        <w:br/>
        <w:t>v 1.398300 0.241508 -0.611708</w:t>
        <w:br/>
        <w:t>v 0.330379 0.238974 -0.858364</w:t>
        <w:br/>
        <w:t>v 0.201161 0.155742 -0.722327</w:t>
        <w:br/>
        <w:t>v 1.380922 0.155673 -0.722688</w:t>
        <w:br/>
        <w:t>v 1.244300 0.238921 -0.858645</w:t>
        <w:br/>
        <w:t>v 1.459042 0.088063 -0.546004</w:t>
        <w:br/>
        <w:t>v 0.131127 0.088140 -0.545597</w:t>
        <w:br/>
        <w:t>v 0.054730 0.043422 -0.314416</w:t>
        <w:br/>
        <w:t>v 1.535580 0.043335 -0.314871</w:t>
        <w:br/>
        <w:t>v 0.178148 0.241580 -0.611333</w:t>
        <w:br/>
        <w:t>v 1.398300 0.241508 -0.611708</w:t>
        <w:br/>
        <w:t>v 0.253027 0.839455 -0.379251</w:t>
        <w:br/>
        <w:t>v 0.225684 0.513284 -0.544026</w:t>
        <w:br/>
        <w:t>v 0.319974 0.853390 -0.515608</w:t>
        <w:br/>
        <w:t>v 0.086673 0.317741 -0.271041</w:t>
        <w:br/>
        <w:t>v 0.150812 0.548625 -0.253475</w:t>
        <w:br/>
        <w:t>v 0.155763 0.461446 -0.036432</w:t>
        <w:br/>
        <w:t>v 0.155017 0.334639 -0.093648</w:t>
        <w:br/>
        <w:t>v 0.412382 1.049833 -0.502470</w:t>
        <w:br/>
        <w:t>v 0.402650 1.012706 -0.528724</w:t>
        <w:br/>
        <w:t>v 0.457410 1.067243 -0.558693</w:t>
        <w:br/>
        <w:t>v 0.204488 0.620504 -0.383485</w:t>
        <w:br/>
        <w:t>v 0.178232 0.452700 -0.425341</w:t>
        <w:br/>
        <w:t>v 0.764059 0.856330 -0.893659</w:t>
        <w:br/>
        <w:t>v 0.517849 0.794112 -0.776494</w:t>
        <w:br/>
        <w:t>v 0.512055 0.352209 -0.982929</w:t>
        <w:br/>
        <w:t>v 0.320084 0.612522 -0.640472</w:t>
        <w:br/>
        <w:t>v 0.201161 0.155742 -0.722327</w:t>
        <w:br/>
        <w:t>v 0.330379 0.238974 -0.858364</w:t>
        <w:br/>
        <w:t>v 0.054730 0.043422 -0.314416</w:t>
        <w:br/>
        <w:t>v 0.125024 0.116887 -0.046750</w:t>
        <w:br/>
        <w:t>v 0.122150 0.037579 -0.017304</w:t>
        <w:br/>
        <w:t>v 0.315666 1.017348 -0.396855</w:t>
        <w:br/>
        <w:t>v 0.337940 1.020661 -0.349658</w:t>
        <w:br/>
        <w:t>v 1.180211 1.020672 -0.350166</w:t>
        <w:br/>
        <w:t>v 1.253403 0.833890 -0.340277</w:t>
        <w:br/>
        <w:t>v 0.281453 0.833871 -0.339423</w:t>
        <w:br/>
        <w:t>v 1.378036 0.348796 -0.047019</w:t>
        <w:br/>
        <w:t>v 0.193130 0.348865 -0.046655</w:t>
        <w:br/>
        <w:t>v 0.201126 0.476146 0.015967</w:t>
        <w:br/>
        <w:t>v 1.357846 0.476079 0.015613</w:t>
        <w:br/>
        <w:t>v 0.193668 0.572123 -0.236524</w:t>
        <w:br/>
        <w:t>v 1.359929 0.572055 -0.236882</w:t>
        <w:br/>
        <w:t>v 1.357846 0.476079 0.015613</w:t>
        <w:br/>
        <w:t>v 0.201126 0.476146 0.015967</w:t>
        <w:br/>
        <w:t>v 0.442702 0.980370 -0.541324</w:t>
        <w:br/>
        <w:t>v 1.048036 1.145862 -0.421100</w:t>
        <w:br/>
        <w:t>v 0.458796 1.145841 -0.420833</w:t>
        <w:br/>
        <w:t>v 0.543721 1.240331 -0.507212</w:t>
        <w:br/>
        <w:t>v 0.954502 1.240390 -0.507391</w:t>
        <w:br/>
        <w:t>v 1.306923 0.629220 -0.345107</w:t>
        <w:br/>
        <w:t>v 0.241587 0.629384 -0.345783</w:t>
        <w:br/>
        <w:t>v 0.452433 0.779959 -0.652620</w:t>
        <w:br/>
        <w:t>v 0.380334 0.862259 -0.534486</w:t>
        <w:br/>
        <w:t>v 0.241587 0.629384 -0.345783</w:t>
        <w:br/>
        <w:t>v 1.306923 0.629220 -0.345107</w:t>
        <w:br/>
        <w:t>v 1.180211 1.020672 -0.350166</w:t>
        <w:br/>
        <w:t>v 0.175212 0.129134 0.003297</w:t>
        <w:br/>
        <w:t>v 0.160564 0.049429 0.033566</w:t>
        <w:br/>
        <w:t>v 0.201126 0.476146 0.015967</w:t>
        <w:br/>
        <w:t>v 0.193130 0.348865 -0.046655</w:t>
        <w:br/>
        <w:t>v 0.193668 0.572123 -0.236524</w:t>
        <w:br/>
        <w:t>v 0.201126 0.476146 0.015967</w:t>
        <w:br/>
        <w:t>v 0.241587 0.629384 -0.345783</w:t>
        <w:br/>
        <w:t>v 0.281453 0.833871 -0.339423</w:t>
        <w:br/>
        <w:t>v 0.241587 0.629384 -0.345783</w:t>
        <w:br/>
        <w:t>v 0.337940 1.020661 -0.349658</w:t>
        <w:br/>
        <w:t>v 0.315666 1.017348 -0.396855</w:t>
        <w:br/>
        <w:t>v 0.458796 1.145841 -0.420833</w:t>
        <w:br/>
        <w:t>v 0.434379 1.133696 -0.464433</w:t>
        <w:br/>
        <w:t>v 0.543721 1.240331 -0.507212</w:t>
        <w:br/>
        <w:t>v 0.523907 1.224192 -0.551419</w:t>
        <w:br/>
        <w:t>v 0.413275 0.759239 -0.680607</w:t>
        <w:br/>
        <w:t>v 0.131127 0.088140 -0.545597</w:t>
        <w:br/>
        <w:t>v 0.178148 0.241580 -0.611333</w:t>
        <w:br/>
        <w:t>v 0.399104 0.424922 -0.860585</w:t>
        <w:br/>
        <w:t>v 1.409258 0.129062 0.002917</w:t>
        <w:br/>
        <w:t>v 1.429961 0.049355 0.033176</w:t>
        <w:br/>
        <w:t>v 0.160564 0.049429 0.033566</w:t>
        <w:br/>
        <w:t>v 0.175212 0.129134 0.003297</w:t>
        <w:br/>
        <w:t>v 0.189126 0.244110 -0.045963</w:t>
        <w:br/>
        <w:t>v 1.388124 0.244041 -0.046331</w:t>
        <w:br/>
        <w:t>v 0.149640 0.233449 -0.088627</w:t>
        <w:br/>
        <w:t>v 0.189126 0.244110 -0.045963</w:t>
        <w:br/>
        <w:t>v 1.053879 0.352178 -0.983095</w:t>
        <w:br/>
        <w:t>v 0.512055 0.352209 -0.982929</w:t>
        <w:br/>
        <w:t>v 0.399104 0.424922 -0.860585</w:t>
        <w:br/>
        <w:t>v 1.161438 0.424878 -0.860819</w:t>
        <w:br/>
        <w:t>v 0.399104 0.424922 -0.860585</w:t>
        <w:br/>
        <w:t>v 1.244300 0.238921 -0.858645</w:t>
        <w:br/>
        <w:t>v 1.161438 0.424878 -0.860819</w:t>
        <w:br/>
        <w:t>v 1.468340 0.037500 -0.017717</w:t>
        <w:br/>
        <w:t>v 0.122150 0.037579 -0.017304</w:t>
        <w:br/>
        <w:t>v 1.429961 0.049355 0.033176</w:t>
        <w:br/>
        <w:t>v 0.160564 0.049429 0.033566</w:t>
        <w:br/>
        <w:t>v 0.514190 1.123752 -0.599387</w:t>
        <w:br/>
        <w:t>v 0.523907 1.224192 -0.551419</w:t>
        <w:br/>
        <w:t>v 0.749088 1.294932 -0.587197</w:t>
        <w:br/>
        <w:t>v 1.000164 1.116785 0.508786</w:t>
        <w:br/>
        <w:t>v 0.969294 1.664615 0.385413</w:t>
        <w:br/>
        <w:t>v 0.976922 1.709545 0.342708</w:t>
        <w:br/>
        <w:t>v 0.999512 1.698332 0.343430</w:t>
        <w:br/>
        <w:t>v 0.993289 1.661686 0.378261</w:t>
        <w:br/>
        <w:t>v 0.993289 1.661686 0.378261</w:t>
        <w:br/>
        <w:t>v 0.999512 1.698332 0.343430</w:t>
        <w:br/>
        <w:t>v 1.002368 1.677297 0.333373</w:t>
        <w:br/>
        <w:t>v 0.998332 1.653537 0.355955</w:t>
        <w:br/>
        <w:t>v 0.989304 1.669237 0.325432</w:t>
        <w:br/>
        <w:t>v 0.985944 1.649466 0.344224</w:t>
        <w:br/>
        <w:t>v 0.956263 1.657568 0.365442</w:t>
        <w:br/>
        <w:t>v 0.962487 1.694214 0.330611</w:t>
        <w:br/>
        <w:t>v 0.976922 1.709545 0.342708</w:t>
        <w:br/>
        <w:t>v 0.969294 1.664615 0.385413</w:t>
        <w:br/>
        <w:t>v 0.980500 1.602533 0.381485</w:t>
        <w:br/>
        <w:t>v 1.002430 1.611050 0.375057</w:t>
        <w:br/>
        <w:t>v 1.002430 1.611050 0.375057</w:t>
        <w:br/>
        <w:t>v 1.004258 1.620709 0.353877</w:t>
        <w:br/>
        <w:t>v 0.990876 1.622145 0.342496</w:t>
        <w:br/>
        <w:t>v 0.965403 1.606932 0.362238</w:t>
        <w:br/>
        <w:t>v 0.980500 1.602533 0.381485</w:t>
        <w:br/>
        <w:t>v 1.001622 1.559222 0.340242</w:t>
        <w:br/>
        <w:t>v 0.980500 1.602533 0.381485</w:t>
        <w:br/>
        <w:t>v 1.002430 1.611050 0.375057</w:t>
        <w:br/>
        <w:t>v 1.019660 1.575723 0.341418</w:t>
        <w:br/>
        <w:t>v 1.019660 1.575723 0.341418</w:t>
        <w:br/>
        <w:t>v 1.002430 1.611050 0.375057</w:t>
        <w:br/>
        <w:t>v 1.004258 1.620709 0.353877</w:t>
        <w:br/>
        <w:t>v 1.015430 1.597806 0.332069</w:t>
        <w:br/>
        <w:t>v 0.990876 1.622145 0.342496</w:t>
        <w:br/>
        <w:t>v 1.000173 1.603089 0.324347</w:t>
        <w:br/>
        <w:t>v 0.982631 1.571605 0.328599</w:t>
        <w:br/>
        <w:t>v 0.965403 1.606932 0.362238</w:t>
        <w:br/>
        <w:t>v 0.980500 1.602533 0.381485</w:t>
        <w:br/>
        <w:t>v 1.001622 1.559222 0.340242</w:t>
        <w:br/>
        <w:t>v 1.021102 1.565574 0.281003</w:t>
        <w:br/>
        <w:t>v 1.035548 1.580905 0.293101</w:t>
        <w:br/>
        <w:t>v 1.035548 1.580905 0.293101</w:t>
        <w:br/>
        <w:t>v 1.025730 1.601165 0.300744</w:t>
        <w:br/>
        <w:t>v 1.008745 1.605883 0.298280</w:t>
        <w:br/>
        <w:t>v 0.998520 1.576787 0.280282</w:t>
        <w:br/>
        <w:t>v 1.021102 1.565574 0.281003</w:t>
        <w:br/>
        <w:t>v 1.028756 1.610505 0.238299</w:t>
        <w:br/>
        <w:t>v 1.041789 1.617551 0.258269</w:t>
        <w:br/>
        <w:t>v 1.041789 1.617551 0.258269</w:t>
        <w:br/>
        <w:t>v 1.029774 1.624924 0.278161</w:t>
        <w:br/>
        <w:t>v 1.012110 1.625654 0.279487</w:t>
        <w:br/>
        <w:t>v 1.004762 1.613433 0.245450</w:t>
        <w:br/>
        <w:t>v 1.028756 1.610505 0.238299</w:t>
        <w:br/>
        <w:t>v 1.017547 1.672586 0.242227</w:t>
        <w:br/>
        <w:t>v 1.032646 1.668187 0.261473</w:t>
        <w:br/>
        <w:t>v 1.032646 1.668187 0.261473</w:t>
        <w:br/>
        <w:t>v 1.023848 1.657752 0.280239</w:t>
        <w:br/>
        <w:t>v 1.007178 1.652972 0.281216</w:t>
        <w:br/>
        <w:t>v 0.995620 1.664069 0.248655</w:t>
        <w:br/>
        <w:t>v 1.017547 1.672586 0.242227</w:t>
        <w:br/>
        <w:t>v 0.996399 1.715897 0.283469</w:t>
        <w:br/>
        <w:t>v 1.015399 1.703514 0.295112</w:t>
        <w:br/>
        <w:t>v 1.015399 1.703514 0.295112</w:t>
        <w:br/>
        <w:t>v 1.012668 1.680655 0.302048</w:t>
        <w:br/>
        <w:t>v 0.997875 1.672031 0.299365</w:t>
        <w:br/>
        <w:t>v 0.978374 1.699395 0.282293</w:t>
        <w:br/>
        <w:t>v 0.996399 1.715897 0.283469</w:t>
        <w:br/>
        <w:t>v 1.010704 1.195022 0.521726</w:t>
        <w:br/>
        <w:t>v 1.029733 1.211227 0.464316</w:t>
        <w:br/>
        <w:t>v 1.045497 1.210730 0.472251</w:t>
        <w:br/>
        <w:t>v 1.028156 1.195964 0.524565</w:t>
        <w:br/>
        <w:t>v 1.056789 1.190897 0.478967</w:t>
        <w:br/>
        <w:t>v 1.044906 1.180778 0.514814</w:t>
        <w:br/>
        <w:t>v 1.044906 1.180778 0.514814</w:t>
        <w:br/>
        <w:t>v 1.056789 1.190897 0.478967</w:t>
        <w:br/>
        <w:t>v 1.045788 1.169754 0.474568</w:t>
        <w:br/>
        <w:t>v 1.037413 1.162622 0.499830</w:t>
        <w:br/>
        <w:t>v 1.037413 1.162622 0.499830</w:t>
        <w:br/>
        <w:t>v 1.045788 1.169754 0.474568</w:t>
        <w:br/>
        <w:t>v 1.030025 1.170250 0.466633</w:t>
        <w:br/>
        <w:t>v 1.019961 1.161681 0.496991</w:t>
        <w:br/>
        <w:t>v 1.021910 1.142408 0.554428</w:t>
        <w:br/>
        <w:t>v 1.038368 1.148044 0.554370</w:t>
        <w:br/>
        <w:t>v 1.051902 1.148021 0.535262</w:t>
        <w:br/>
        <w:t>v 1.051902 1.148021 0.535262</w:t>
        <w:br/>
        <w:t>v 1.042343 1.139610 0.514268</w:t>
        <w:br/>
        <w:t>v 1.025885 1.133974 0.514324</w:t>
        <w:br/>
        <w:t>v 1.052660 1.086854 0.548629</w:t>
        <w:br/>
        <w:t>v 1.021910 1.142408 0.554428</w:t>
        <w:br/>
        <w:t>v 1.038368 1.148044 0.554370</w:t>
        <w:br/>
        <w:t>v 1.066391 1.097420 0.549086</w:t>
        <w:br/>
        <w:t>v 1.051902 1.148021 0.535262</w:t>
        <w:br/>
        <w:t>v 1.071105 1.113332 0.531641</w:t>
        <w:br/>
        <w:t>v 1.071105 1.113332 0.531641</w:t>
        <w:br/>
        <w:t>v 1.051902 1.148021 0.535262</w:t>
        <w:br/>
        <w:t>v 1.042343 1.139610 0.514268</w:t>
        <w:br/>
        <w:t>v 1.055875 1.115163 0.511716</w:t>
        <w:br/>
        <w:t>v 1.025885 1.133974 0.514324</w:t>
        <w:br/>
        <w:t>v 1.042145 1.104598 0.511258</w:t>
        <w:br/>
        <w:t>v 1.087043 1.063350 0.501036</w:t>
        <w:br/>
        <w:t>v 1.097723 1.076003 0.505718</w:t>
        <w:br/>
        <w:t>v 1.092576 1.098658 0.501924</w:t>
        <w:br/>
        <w:t>v 1.092576 1.098658 0.501924</w:t>
        <w:br/>
        <w:t>v 1.071007 1.104822 0.490773</w:t>
        <w:br/>
        <w:t>v 1.060328 1.092170 0.486092</w:t>
        <w:br/>
        <w:t>v 1.106080 1.079538 0.443623</w:t>
        <w:br/>
        <w:t>v 1.115069 1.090753 0.453399</w:t>
        <w:br/>
        <w:t>v 1.104461 1.108765 0.466074</w:t>
        <w:br/>
        <w:t>v 1.104461 1.108765 0.466074</w:t>
        <w:br/>
        <w:t>v 1.079383 1.111701 0.465416</w:t>
        <w:br/>
        <w:t>v 1.070394 1.100490 0.455635</w:t>
        <w:br/>
        <w:t>v 1.094887 1.132190 0.410901</w:t>
        <w:br/>
        <w:t>v 1.104868 1.138707 0.423576</w:t>
        <w:br/>
        <w:t>v 1.097470 1.141544 0.445614</w:t>
        <w:br/>
        <w:t>v 1.097470 1.141544 0.445614</w:t>
        <w:br/>
        <w:t>v 1.074455 1.134975 0.451063</w:t>
        <w:br/>
        <w:t>v 1.064474 1.128456 0.438387</w:t>
        <w:br/>
        <w:t>v 1.064129 1.187741 0.416718</w:t>
        <w:br/>
        <w:t>v 1.076840 1.189329 0.428876</w:t>
        <w:br/>
        <w:t>v 1.078265 1.176231 0.449246</w:t>
        <w:br/>
        <w:t>v 1.078265 1.176231 0.449246</w:t>
        <w:br/>
        <w:t>v 1.060922 1.159420 0.453622</w:t>
        <w:br/>
        <w:t>v 1.048211 1.157831 0.441464</w:t>
        <w:br/>
        <w:t>v 1.112896 0.923887 1.042699</w:t>
        <w:br/>
        <w:t>v 1.081335 0.956186 1.002136</w:t>
        <w:br/>
        <w:t>v 1.099331 0.971814 1.002513</w:t>
        <w:br/>
        <w:t>v 1.129427 0.941014 1.041193</w:t>
        <w:br/>
        <w:t>v 1.129427 0.941014 1.041193</w:t>
        <w:br/>
        <w:t>v 1.099331 0.971814 1.002513</w:t>
        <w:br/>
        <w:t>v 1.118033 0.961281 0.992326</w:t>
        <w:br/>
        <w:t>v 1.138655 0.940177 1.018829</w:t>
        <w:br/>
        <w:t>v 1.138655 0.940177 1.018829</w:t>
        <w:br/>
        <w:t>v 1.118033 0.961281 0.992326</w:t>
        <w:br/>
        <w:t>v 1.115806 0.938230 0.983935</w:t>
        <w:br/>
        <w:t>v 1.130338 0.923358 1.002613</w:t>
        <w:br/>
        <w:t>v 1.100444 0.930548 0.985848</w:t>
        <w:br/>
        <w:t>v 1.117907 0.912677 1.008294</w:t>
        <w:br/>
        <w:t>v 1.158887 0.884041 1.035375</w:t>
        <w:br/>
        <w:t>v 1.112896 0.923887 1.042699</w:t>
        <w:br/>
        <w:t>v 1.129427 0.941014 1.041193</w:t>
        <w:br/>
        <w:t>v 1.173285 0.903019 1.034209</w:t>
        <w:br/>
        <w:t>v 1.173285 0.903019 1.034209</w:t>
        <w:br/>
        <w:t>v 1.129427 0.941014 1.041193</w:t>
        <w:br/>
        <w:t>v 1.138655 0.940177 1.018829</w:t>
        <w:br/>
        <w:t>v 1.168708 0.914141 1.014044</w:t>
        <w:br/>
        <w:t>v 1.168708 0.914141 1.014044</w:t>
        <w:br/>
        <w:t>v 1.138655 0.940177 1.018829</w:t>
        <w:br/>
        <w:t>v 1.130338 0.923358 1.002613</w:t>
        <w:br/>
        <w:t>v 1.151516 0.905011 0.999241</w:t>
        <w:br/>
        <w:t>v 1.117907 0.912677 1.008294</w:t>
        <w:br/>
        <w:t>v 1.143355 0.890628 1.004241</w:t>
        <w:br/>
        <w:t>v 1.192430 0.859169 0.991497</w:t>
        <w:br/>
        <w:t>v 1.205271 0.879302 0.992368</w:t>
        <w:br/>
        <w:t>v 1.205271 0.879302 0.992368</w:t>
        <w:br/>
        <w:t>v 1.190627 0.897891 0.985374</w:t>
        <w:br/>
        <w:t>v 1.190627 0.897891 0.985374</w:t>
        <w:br/>
        <w:t>v 1.166963 0.893558 0.979036</w:t>
        <w:br/>
        <w:t>v 1.161917 0.876864 0.979961</w:t>
        <w:br/>
        <w:t>v 1.189986 0.867781 0.932192</w:t>
        <w:br/>
        <w:t>v 1.202941 0.887514 0.935817</w:t>
        <w:br/>
        <w:t>v 1.202941 0.887514 0.935817</w:t>
        <w:br/>
        <w:t>v 1.189029 0.903517 0.946624</w:t>
        <w:br/>
        <w:t>v 1.189029 0.903517 0.946624</w:t>
        <w:br/>
        <w:t>v 1.165837 0.897522 0.951727</w:t>
        <w:br/>
        <w:t>v 1.165837 0.897522 0.951727</w:t>
        <w:br/>
        <w:t>v 1.160564 0.881630 0.947145</w:t>
        <w:br/>
        <w:t>v 1.158430 0.900079 0.891629</w:t>
        <w:br/>
        <w:t>v 1.172849 0.918312 0.897138</w:t>
        <w:br/>
        <w:t>v 1.172849 0.918312 0.897138</w:t>
        <w:br/>
        <w:t>v 1.168409 0.924622 0.920120</w:t>
        <w:br/>
        <w:t>v 1.168409 0.924622 0.920120</w:t>
        <w:br/>
        <w:t>v 1.151306 0.912396 0.933049</w:t>
        <w:br/>
        <w:t>v 1.143103 0.899504 0.924699</w:t>
        <w:br/>
        <w:t>v 1.112438 0.939926 0.898953</w:t>
        <w:br/>
        <w:t>v 1.128990 0.956309 0.904121</w:t>
        <w:br/>
        <w:t>v 1.128990 0.956309 0.904121</w:t>
        <w:br/>
        <w:t>v 1.138355 0.950656 0.924906</w:t>
        <w:br/>
        <w:t>v 1.138355 0.950656 0.924906</w:t>
        <w:br/>
        <w:t>v 1.130127 0.930744 0.936422</w:t>
        <w:br/>
        <w:t>v 1.117653 0.921551 0.928752</w:t>
        <w:br/>
        <w:t>v 1.078889 0.964797 0.942831</w:t>
        <w:br/>
        <w:t>v 1.096998 0.980025 0.945963</w:t>
        <w:br/>
        <w:t>v 1.096998 0.980025 0.945963</w:t>
        <w:br/>
        <w:t>v 1.116434 0.966907 0.953576</w:t>
        <w:br/>
        <w:t>v 1.116434 0.966907 0.953576</w:t>
        <w:br/>
        <w:t>v 1.114679 0.942195 0.956626</w:t>
        <w:br/>
        <w:t>v 1.099090 0.935314 0.953033</w:t>
        <w:br/>
        <w:t>v 0.455429 1.699923 0.335420</w:t>
        <w:br/>
        <w:t>v 0.477567 1.712008 0.334752</w:t>
        <w:br/>
        <w:t>v 0.487088 1.667344 0.376716</w:t>
        <w:br/>
        <w:t>v 0.463197 1.663357 0.369708</w:t>
        <w:br/>
        <w:t>v 0.453348 1.678713 0.325226</w:t>
        <w:br/>
        <w:t>v 0.455429 1.699923 0.335420</w:t>
        <w:br/>
        <w:t>v 0.463197 1.663357 0.369708</w:t>
        <w:br/>
        <w:t>v 0.458385 1.655270 0.347328</w:t>
        <w:br/>
        <w:t>v 0.466682 1.671259 0.317144</w:t>
        <w:br/>
        <w:t>v 0.470875 1.651812 0.335509</w:t>
        <w:br/>
        <w:t>v 0.477567 1.712008 0.334752</w:t>
        <w:br/>
        <w:t>v 0.492535 1.697582 0.322323</w:t>
        <w:br/>
        <w:t>v 0.500304 1.661023 0.356624</w:t>
        <w:br/>
        <w:t>v 0.487088 1.667344 0.376716</w:t>
        <w:br/>
        <w:t>v 0.478270 1.605348 0.371997</w:t>
        <w:br/>
        <w:t>v 0.456003 1.612866 0.365810</w:t>
        <w:br/>
        <w:t>v 0.456003 1.612866 0.365810</w:t>
        <w:br/>
        <w:t>v 0.453722 1.622467 0.344820</w:t>
        <w:br/>
        <w:t>v 0.466994 1.624542 0.333408</w:t>
        <w:br/>
        <w:t>v 0.493111 1.610522 0.352745</w:t>
        <w:br/>
        <w:t>v 0.478270 1.605348 0.371997</w:t>
        <w:br/>
        <w:t>v 0.456003 1.612866 0.365810</w:t>
        <w:br/>
        <w:t>v 0.478270 1.605348 0.371997</w:t>
        <w:br/>
        <w:t>v 0.458675 1.561677 0.330382</w:t>
        <w:br/>
        <w:t>v 0.440018 1.577456 0.331792</w:t>
        <w:br/>
        <w:t>v 0.453722 1.622467 0.344820</w:t>
        <w:br/>
        <w:t>v 0.456003 1.612866 0.365810</w:t>
        <w:br/>
        <w:t>v 0.440018 1.577456 0.331792</w:t>
        <w:br/>
        <w:t>v 0.443356 1.599585 0.322728</w:t>
        <w:br/>
        <w:t>v 0.466994 1.624542 0.333408</w:t>
        <w:br/>
        <w:t>v 0.458368 1.605339 0.315084</w:t>
        <w:br/>
        <w:t>v 0.478270 1.605348 0.371997</w:t>
        <w:br/>
        <w:t>v 0.493111 1.610522 0.352745</w:t>
        <w:br/>
        <w:t>v 0.477127 1.575098 0.318739</w:t>
        <w:br/>
        <w:t>v 0.458675 1.561677 0.330382</w:t>
        <w:br/>
        <w:t>v 0.438733 1.567877 0.271281</w:t>
        <w:br/>
        <w:t>v 0.423754 1.582331 0.283653</w:t>
        <w:br/>
        <w:t>v 0.423754 1.582331 0.283653</w:t>
        <w:br/>
        <w:t>v 0.432812 1.602873 0.291477</w:t>
        <w:br/>
        <w:t>v 0.449593 1.608084 0.289079</w:t>
        <w:br/>
        <w:t>v 0.460862 1.579960 0.270598</w:t>
        <w:br/>
        <w:t>v 0.438733 1.567877 0.271281</w:t>
        <w:br/>
        <w:t>v 0.429186 1.612582 0.229223</w:t>
        <w:br/>
        <w:t>v 0.415969 1.618902 0.249314</w:t>
        <w:br/>
        <w:t>v 0.415969 1.618902 0.249314</w:t>
        <w:br/>
        <w:t>v 0.427767 1.626338 0.269325</w:t>
        <w:br/>
        <w:t>v 0.445395 1.627734 0.270597</w:t>
        <w:br/>
        <w:t>v 0.453077 1.616524 0.236246</w:t>
        <w:br/>
        <w:t>v 0.429186 1.612582 0.229223</w:t>
        <w:br/>
        <w:t>v 0.438008 1.674669 0.233987</w:t>
        <w:br/>
        <w:t>v 0.423164 1.669469 0.253233</w:t>
        <w:br/>
        <w:t>v 0.423164 1.669469 0.253233</w:t>
        <w:br/>
        <w:t>v 0.432431 1.659166 0.271844</w:t>
        <w:br/>
        <w:t>v 0.449277 1.654842 0.272797</w:t>
        <w:br/>
        <w:t>v 0.460271 1.667101 0.240146</w:t>
        <w:br/>
        <w:t>v 0.438008 1.674669 0.233987</w:t>
        <w:br/>
        <w:t>v 0.457629 1.718105 0.275769</w:t>
        <w:br/>
        <w:t>v 0.439167 1.704860 0.287328</w:t>
        <w:br/>
        <w:t>v 0.439167 1.704860 0.287328</w:t>
        <w:br/>
        <w:t>v 0.442804 1.682043 0.293979</w:t>
        <w:br/>
        <w:t>v 0.457908 1.674029 0.291141</w:t>
        <w:br/>
        <w:t>v 0.476273 1.702507 0.274229</w:t>
        <w:br/>
        <w:t>v 0.457629 1.718105 0.275769</w:t>
        <w:br/>
        <w:t>v 0.455943 1.210709 0.473098</w:t>
        <w:br/>
        <w:t>v 0.471584 1.211775 0.464980</w:t>
        <w:br/>
        <w:t>v 0.491786 1.195750 0.522018</w:t>
        <w:br/>
        <w:t>v 0.474352 1.196155 0.525084</w:t>
        <w:br/>
        <w:t>v 0.445299 1.190462 0.479635</w:t>
        <w:br/>
        <w:t>v 0.457913 1.180648 0.515308</w:t>
        <w:br/>
        <w:t>v 0.456834 1.169956 0.474840</w:t>
        <w:br/>
        <w:t>v 0.445299 1.190462 0.479635</w:t>
        <w:br/>
        <w:t>v 0.457913 1.180648 0.515308</w:t>
        <w:br/>
        <w:t>v 0.465724 1.162936 0.499959</w:t>
        <w:br/>
        <w:t>v 0.472475 1.171020 0.466722</w:t>
        <w:br/>
        <w:t>v 0.456834 1.169956 0.474840</w:t>
        <w:br/>
        <w:t>v 0.465724 1.162936 0.499959</w:t>
        <w:br/>
        <w:t>v 0.483158 1.162532 0.496893</w:t>
        <w:br/>
        <w:t>v 0.482484 1.142905 0.554209</w:t>
        <w:br/>
        <w:t>v 0.465874 1.148073 0.554435</w:t>
        <w:br/>
        <w:t>v 0.452106 1.147673 0.535415</w:t>
        <w:br/>
        <w:t>v 0.452106 1.147673 0.535415</w:t>
        <w:br/>
        <w:t>v 0.461632 1.139842 0.514182</w:t>
        <w:br/>
        <w:t>v 0.478242 1.134674 0.513954</w:t>
        <w:br/>
        <w:t>v 0.465874 1.148073 0.554435</w:t>
        <w:br/>
        <w:t>v 0.482484 1.142905 0.554209</w:t>
        <w:br/>
        <w:t>v 0.453237 1.086862 0.548079</w:t>
        <w:br/>
        <w:t>v 0.439222 1.097027 0.548855</w:t>
        <w:br/>
        <w:t>v 0.452106 1.147673 0.535415</w:t>
        <w:br/>
        <w:t>v 0.433842 1.112775 0.531605</w:t>
        <w:br/>
        <w:t>v 0.461632 1.139842 0.514182</w:t>
        <w:br/>
        <w:t>v 0.452106 1.147673 0.535415</w:t>
        <w:br/>
        <w:t>v 0.433842 1.112775 0.531605</w:t>
        <w:br/>
        <w:t>v 0.448761 1.115320 0.511523</w:t>
        <w:br/>
        <w:t>v 0.478242 1.134674 0.513954</w:t>
        <w:br/>
        <w:t>v 0.462776 1.105155 0.510744</w:t>
        <w:br/>
        <w:t>v 0.418930 1.062803 0.500472</w:t>
        <w:br/>
        <w:t>v 0.407959 1.075081 0.505468</w:t>
        <w:br/>
        <w:t>v 0.412418 1.097924 0.501943</w:t>
        <w:br/>
        <w:t>v 0.412418 1.097924 0.501943</w:t>
        <w:br/>
        <w:t>v 0.433663 1.104602 0.490524</w:t>
        <w:br/>
        <w:t>v 0.444634 1.092327 0.485525</w:t>
        <w:br/>
        <w:t>v 0.398722 1.078553 0.443229</w:t>
        <w:br/>
        <w:t>v 0.389545 1.089597 0.453387</w:t>
        <w:br/>
        <w:t>v 0.399801 1.107711 0.466205</w:t>
        <w:br/>
        <w:t>v 0.399801 1.107711 0.466205</w:t>
        <w:br/>
        <w:t>v 0.424771 1.111608 0.465381</w:t>
        <w:br/>
        <w:t>v 0.433948 1.100799 0.455325</w:t>
        <w:br/>
        <w:t>v 0.408010 1.131765 0.411115</w:t>
        <w:br/>
        <w:t>v 0.398010 1.137799 0.424013</w:t>
        <w:br/>
        <w:t>v 0.405604 1.140501 0.446000</w:t>
        <w:br/>
        <w:t>v 0.405604 1.140501 0.446000</w:t>
        <w:br/>
        <w:t>v 0.428861 1.134741 0.451148</w:t>
        <w:br/>
        <w:t>v 0.438861 1.128701 0.438251</w:t>
        <w:br/>
        <w:t>v 0.437265 1.187840 0.417371</w:t>
        <w:br/>
        <w:t>v 0.424669 1.188874 0.429708</w:t>
        <w:br/>
        <w:t>v 0.423871 1.175420 0.449878</w:t>
        <w:br/>
        <w:t>v 0.423871 1.175420 0.449878</w:t>
        <w:br/>
        <w:t>v 0.441733 1.159279 0.453846</w:t>
        <w:br/>
        <w:t>v 0.454329 1.158239 0.441509</w:t>
        <w:br/>
        <w:t>v 0.429592 0.971853 1.002719</w:t>
        <w:br/>
        <w:t>v 0.447586 0.956223 1.002330</w:t>
        <w:br/>
        <w:t>v 0.416046 0.923927 1.042913</w:t>
        <w:br/>
        <w:t>v 0.399515 0.941056 1.041417</w:t>
        <w:br/>
        <w:t>v 0.410882 0.961322 0.992543</w:t>
        <w:br/>
        <w:t>v 0.429592 0.971853 1.002719</w:t>
        <w:br/>
        <w:t>v 0.399515 0.941056 1.041417</w:t>
        <w:br/>
        <w:t>v 0.390273 0.940220 1.019059</w:t>
        <w:br/>
        <w:t>v 0.413102 0.938271 0.984151</w:t>
        <w:br/>
        <w:t>v 0.410882 0.961322 0.992543</w:t>
        <w:br/>
        <w:t>v 0.390273 0.940220 1.019059</w:t>
        <w:br/>
        <w:t>v 0.398579 0.923401 1.002838</w:t>
        <w:br/>
        <w:t>v 0.428464 0.930588 0.986054</w:t>
        <w:br/>
        <w:t>v 0.411012 0.912718 1.008511</w:t>
        <w:br/>
        <w:t>v 0.399515 0.941056 1.041417</w:t>
        <w:br/>
        <w:t>v 0.416046 0.923927 1.042913</w:t>
        <w:br/>
        <w:t>v 0.370046 0.884087 1.035617</w:t>
        <w:br/>
        <w:t>v 0.355649 0.903067 1.034460</w:t>
        <w:br/>
        <w:t>v 0.390273 0.940220 1.019059</w:t>
        <w:br/>
        <w:t>v 0.399515 0.941056 1.041417</w:t>
        <w:br/>
        <w:t>v 0.355649 0.903067 1.034460</w:t>
        <w:br/>
        <w:t>v 0.360215 0.914188 1.014292</w:t>
        <w:br/>
        <w:t>v 0.398579 0.923401 1.002838</w:t>
        <w:br/>
        <w:t>v 0.390273 0.940220 1.019059</w:t>
        <w:br/>
        <w:t>v 0.360215 0.914188 1.014292</w:t>
        <w:br/>
        <w:t>v 0.377397 0.905056 0.999478</w:t>
        <w:br/>
        <w:t>v 0.411012 0.912718 1.008511</w:t>
        <w:br/>
        <w:t>v 0.385559 0.890672 1.004474</w:t>
        <w:br/>
        <w:t>v 0.336473 0.859219 0.991759</w:t>
        <w:br/>
        <w:t>v 0.323634 0.879353 0.992639</w:t>
        <w:br/>
        <w:t>v 0.323634 0.879353 0.992639</w:t>
        <w:br/>
        <w:t>v 0.338277 0.897940 0.985635</w:t>
        <w:br/>
        <w:t>v 0.338277 0.897940 0.985635</w:t>
        <w:br/>
        <w:t>v 0.361936 0.893605 0.979283</w:t>
        <w:br/>
        <w:t>v 0.366981 0.876911 0.980205</w:t>
        <w:br/>
        <w:t>v 0.338882 0.867830 0.932453</w:t>
        <w:br/>
        <w:t>v 0.325931 0.887565 0.936086</w:t>
        <w:br/>
        <w:t>v 0.325931 0.887565 0.936086</w:t>
        <w:br/>
        <w:t>v 0.339851 0.903566 0.946885</w:t>
        <w:br/>
        <w:t>v 0.339851 0.903566 0.946885</w:t>
        <w:br/>
        <w:t>v 0.363046 0.897569 0.951974</w:t>
        <w:br/>
        <w:t>v 0.363046 0.897569 0.951974</w:t>
        <w:br/>
        <w:t>v 0.368314 0.881676 0.947388</w:t>
        <w:br/>
        <w:t>v 0.370416 0.900125 0.891871</w:t>
        <w:br/>
        <w:t>v 0.356003 0.918360 0.897388</w:t>
        <w:br/>
        <w:t>v 0.356003 0.918360 0.897388</w:t>
        <w:br/>
        <w:t>v 0.360458 0.924669 0.920368</w:t>
        <w:br/>
        <w:t>v 0.360458 0.924669 0.920368</w:t>
        <w:br/>
        <w:t>v 0.377567 0.912441 0.933286</w:t>
        <w:br/>
        <w:t>v 0.385764 0.899548 0.924932</w:t>
        <w:br/>
        <w:t>v 0.416418 0.939966 0.899167</w:t>
        <w:br/>
        <w:t>v 0.399871 0.956352 0.904345</w:t>
        <w:br/>
        <w:t>v 0.399871 0.956352 0.904345</w:t>
        <w:br/>
        <w:t>v 0.390517 0.950700 0.925135</w:t>
        <w:br/>
        <w:t>v 0.390517 0.950700 0.925135</w:t>
        <w:br/>
        <w:t>v 0.398750 0.930787 0.936646</w:t>
        <w:br/>
        <w:t>v 0.411218 0.921592 0.928969</w:t>
        <w:br/>
        <w:t>v 0.449996 0.964833 0.943024</w:t>
        <w:br/>
        <w:t>v 0.431891 0.980064 0.946167</w:t>
        <w:br/>
        <w:t>v 0.431891 0.980064 0.946167</w:t>
        <w:br/>
        <w:t>v 0.412458 0.966948 0.953792</w:t>
        <w:br/>
        <w:t>v 0.412458 0.966948 0.953792</w:t>
        <w:br/>
        <w:t>v 0.414212 0.942236 0.956841</w:t>
        <w:br/>
        <w:t>v 0.429798 0.935353 0.953238</w:t>
        <w:br/>
        <w:t>v -0.155884 15.609090 1.746739</w:t>
        <w:br/>
        <w:t>v -0.210396 15.417260 1.849976</w:t>
        <w:br/>
        <w:t>v -0.292835 15.601431 1.775657</w:t>
        <w:br/>
        <w:t>v -0.233093 15.776924 1.631761</w:t>
        <w:br/>
        <w:t>v -0.327778 15.738931 1.719087</w:t>
        <w:br/>
        <w:t>v -0.126618 15.744338 1.628163</w:t>
        <w:br/>
        <w:t>v -0.090884 15.611402 1.725607</w:t>
        <w:br/>
        <w:t>v -0.060234 15.735466 1.624139</w:t>
        <w:br/>
        <w:t>v -0.044520 15.611397 1.711075</w:t>
        <w:br/>
        <w:t>v -0.335319 15.815125 1.649629</w:t>
        <w:br/>
        <w:t>v 0.000328 15.727184 1.619829</w:t>
        <w:br/>
        <w:t>v 0.000326 15.609893 1.697297</w:t>
        <w:br/>
        <w:t>v 0.000328 15.401381 1.819701</w:t>
        <w:br/>
        <w:t>v 0.156540 15.609090 1.746739</w:t>
        <w:br/>
        <w:t>v 0.293491 15.601430 1.775657</w:t>
        <w:br/>
        <w:t>v 0.211052 15.417260 1.849976</w:t>
        <w:br/>
        <w:t>v 0.233749 15.776924 1.631761</w:t>
        <w:br/>
        <w:t>v 0.328434 15.738931 1.719087</w:t>
        <w:br/>
        <w:t>v 0.091540 15.611402 1.725607</w:t>
        <w:br/>
        <w:t>v 0.127274 15.744338 1.628163</w:t>
        <w:br/>
        <w:t>v 0.045176 15.611397 1.711075</w:t>
        <w:br/>
        <w:t>v 0.060890 15.735466 1.624139</w:t>
        <w:br/>
        <w:t>v 0.335977 15.815125 1.649629</w:t>
        <w:br/>
        <w:t>v 0.000328 15.401381 1.819701</w:t>
        <w:br/>
        <w:t>v 0.000000 7.773696 -8.527935</w:t>
        <w:br/>
        <w:t>v -0.384508 7.961565 -8.582277</w:t>
        <w:br/>
        <w:t>v -0.447557 8.045106 -8.256041</w:t>
        <w:br/>
        <w:t>v -0.000000 7.866819 -8.187936</w:t>
        <w:br/>
        <w:t>v -0.524181 8.129703 -7.895834</w:t>
        <w:br/>
        <w:t>v 0.000000 7.979962 -7.852844</w:t>
        <w:br/>
        <w:t>v -0.290375 12.947165 -1.001741</w:t>
        <w:br/>
        <w:t>v -0.328156 12.782603 -0.946857</w:t>
        <w:br/>
        <w:t>v -0.338421 12.642677 -1.269004</w:t>
        <w:br/>
        <w:t>v -0.303957 12.808308 -1.342769</w:t>
        <w:br/>
        <w:t>v -0.494778 8.261579 -8.692127</w:t>
        <w:br/>
        <w:t>v -0.493205 8.574203 -8.465515</w:t>
        <w:br/>
        <w:t>v -0.582619 8.339878 -8.370555</w:t>
        <w:br/>
        <w:t>v -0.554431 8.727145 -8.179882</w:t>
        <w:br/>
        <w:t>v -0.618751 8.461981 -8.048285</w:t>
        <w:br/>
        <w:t>v -0.204258 12.535668 -0.862871</w:t>
        <w:br/>
        <w:t>v -0.321285 12.859293 -0.670492</w:t>
        <w:br/>
        <w:t>v -0.199826 12.612400 -0.627551</w:t>
        <w:br/>
        <w:t>v -0.535528 8.266800 -7.547554</w:t>
        <w:br/>
        <w:t>v -0.632800 8.617825 -7.706699</w:t>
        <w:br/>
        <w:t>v -0.622787 8.785858 -7.379357</w:t>
        <w:br/>
        <w:t>v -0.478682 8.447830 -7.219768</w:t>
        <w:br/>
        <w:t>v -0.245746 7.955934 -8.868094</w:t>
        <w:br/>
        <w:t>v -0.312489 8.262282 -9.012878</w:t>
        <w:br/>
        <w:t>v -0.285364 9.224158 -7.598886</w:t>
        <w:br/>
        <w:t>v -0.285484 9.081346 -7.939977</w:t>
        <w:br/>
        <w:t>v -0.000000 9.152191 -7.974673</w:t>
        <w:br/>
        <w:t>v -0.000000 9.287486 -7.627438</w:t>
        <w:br/>
        <w:t>v -0.000000 9.032555 -8.328079</w:t>
        <w:br/>
        <w:t>v -0.274591 8.949478 -8.284719</w:t>
        <w:br/>
        <w:t>v 0.000001 8.962428 -8.639306</w:t>
        <w:br/>
        <w:t>v -0.279846 8.850685 -8.582364</w:t>
        <w:br/>
        <w:t>v -0.275272 13.025955 -0.703031</w:t>
        <w:br/>
        <w:t>v -0.583937 8.890622 -7.845371</w:t>
        <w:br/>
        <w:t>v -0.265797 12.911562 -0.036642</w:t>
        <w:br/>
        <w:t>v -0.195174 12.648596 -0.082460</w:t>
        <w:br/>
        <w:t>v -0.198568 12.662927 -0.360835</w:t>
        <w:br/>
        <w:t>v -0.298360 12.917189 -0.370476</w:t>
        <w:br/>
        <w:t>v -0.215884 13.054767 -0.007016</w:t>
        <w:br/>
        <w:t>v -0.251976 13.073689 -0.377323</w:t>
        <w:br/>
        <w:t>v -0.000001 12.485843 -0.842237</w:t>
        <w:br/>
        <w:t>v 0.000007 12.557069 -0.621013</w:t>
        <w:br/>
        <w:t>v -0.150487 13.188142 -0.375590</w:t>
        <w:br/>
        <w:t>v -0.179171 13.135362 -0.724485</w:t>
        <w:br/>
        <w:t>v -0.000001 13.192389 -0.736264</w:t>
        <w:br/>
        <w:t>v -0.000001 13.237914 -0.379067</w:t>
        <w:br/>
        <w:t>v -0.347302 12.479703 -1.587877</w:t>
        <w:br/>
        <w:t>v -0.315008 12.640854 -1.678998</w:t>
        <w:br/>
        <w:t>v -0.201078 12.408381 -1.163269</w:t>
        <w:br/>
        <w:t>v -0.000000 13.105794 -1.057759</w:t>
        <w:br/>
        <w:t>v -0.186361 13.053314 -1.041441</w:t>
        <w:br/>
        <w:t>v -0.191597 12.917311 -1.397416</w:t>
        <w:br/>
        <w:t>v 0.000000 12.967999 -1.418481</w:t>
        <w:br/>
        <w:t>v -0.521365 9.627970 -5.912478</w:t>
        <w:br/>
        <w:t>v -0.329076 9.383778 -5.783160</w:t>
        <w:br/>
        <w:t>v -0.356583 9.119864 -6.166588</w:t>
        <w:br/>
        <w:t>v -0.546044 9.390085 -6.287961</w:t>
        <w:br/>
        <w:t>v -0.000000 10.033108 -6.175660</w:t>
        <w:br/>
        <w:t>v -0.270742 9.981965 -6.145116</w:t>
        <w:br/>
        <w:t>v -0.275565 9.772203 -6.518424</w:t>
        <w:br/>
        <w:t>v 0.000000 9.830657 -6.550797</w:t>
        <w:br/>
        <w:t>v -0.492767 9.597552 -6.404815</w:t>
        <w:br/>
        <w:t>v -0.485086 9.818519 -6.030760</w:t>
        <w:br/>
        <w:t>v -0.398852 11.561384 -3.036373</w:t>
        <w:br/>
        <w:t>v -0.251191 11.352736 -2.909294</w:t>
        <w:br/>
        <w:t>v -0.251847 11.110577 -3.259112</w:t>
        <w:br/>
        <w:t>v -0.408314 11.319592 -3.384054</w:t>
        <w:br/>
        <w:t>v -0.000000 11.894952 -3.241145</w:t>
        <w:br/>
        <w:t>v -0.213968 11.847486 -3.219131</w:t>
        <w:br/>
        <w:t>v -0.217391 11.617644 -3.576516</w:t>
        <w:br/>
        <w:t>v 0.000000 11.665933 -3.601599</w:t>
        <w:br/>
        <w:t>v -0.000000 11.293372 -2.867555</w:t>
        <w:br/>
        <w:t>v -0.000000 11.050180 -3.219751</w:t>
        <w:br/>
        <w:t>v -0.268500 10.364315 -4.328648</w:t>
        <w:br/>
        <w:t>v -0.284001 10.125343 -4.683229</w:t>
        <w:br/>
        <w:t>v -0.455573 10.337903 -4.816817</w:t>
        <w:br/>
        <w:t>v -0.445183 10.570702 -4.455546</w:t>
        <w:br/>
        <w:t>v -0.305610 9.885194 -5.043847</w:t>
        <w:br/>
        <w:t>v -0.475236 10.110249 -5.181929</w:t>
        <w:br/>
        <w:t>v -0.320218 9.637949 -5.409559</w:t>
        <w:br/>
        <w:t>v -0.496901 9.868098 -5.541818</w:t>
        <w:br/>
        <w:t>v -0.594084 8.976562 -7.039320</w:t>
        <w:br/>
        <w:t>v -0.405949 8.637908 -6.901779</w:t>
        <w:br/>
        <w:t>v -0.573431 9.170940 -6.679454</w:t>
        <w:br/>
        <w:t>v -0.386220 8.846896 -6.560612</w:t>
        <w:br/>
        <w:t>v -0.000000 10.953691 -4.689973</w:t>
        <w:br/>
        <w:t>v -0.238070 10.900754 -4.661854</w:t>
        <w:br/>
        <w:t>v -0.244337 10.670199 -5.031338</w:t>
        <w:br/>
        <w:t>v -0.000000 10.718178 -5.059918</w:t>
        <w:br/>
        <w:t>v -0.254675 10.431894 -5.402833</w:t>
        <w:br/>
        <w:t>v -0.000000 10.474102 -5.432020</w:t>
        <w:br/>
        <w:t>v -0.264219 10.207807 -5.775311</w:t>
        <w:br/>
        <w:t>v 0.000000 10.249185 -5.803214</w:t>
        <w:br/>
        <w:t>v -0.000000 8.545916 -6.859826</w:t>
        <w:br/>
        <w:t>v -0.000000 8.345101 -7.179782</w:t>
        <w:br/>
        <w:t>v 0.000000 8.764503 -6.524507</w:t>
        <w:br/>
        <w:t>v -0.000000 9.035397 -6.119253</w:t>
        <w:br/>
        <w:t>v -0.553938 9.032712 -7.502818</w:t>
        <w:br/>
        <w:t>v -0.526870 9.201790 -7.150804</w:t>
        <w:br/>
        <w:t>v -0.513516 9.388533 -6.787472</w:t>
        <w:br/>
        <w:t>v -0.423249 10.520694 -4.935544</w:t>
        <w:br/>
        <w:t>v -0.410077 10.750621 -4.568386</w:t>
        <w:br/>
        <w:t>v -0.449079 10.288740 -5.299194</w:t>
        <w:br/>
        <w:t>v -0.472461 10.056566 -5.664293</w:t>
        <w:br/>
        <w:t>v -0.366842 11.728221 -3.141594</w:t>
        <w:br/>
        <w:t>v -0.356631 11.952550 -2.785688</w:t>
        <w:br/>
        <w:t>v -0.391181 11.793594 -2.675011</w:t>
        <w:br/>
        <w:t>v -0.218370 12.256273 -1.467811</w:t>
        <w:br/>
        <w:t>v -0.195228 12.749561 -1.746195</w:t>
        <w:br/>
        <w:t>v 0.000000 12.798657 -1.770592</w:t>
        <w:br/>
        <w:t>v -0.233988 12.052938 -1.820189</w:t>
        <w:br/>
        <w:t>v -0.367169 12.269584 -1.942807</w:t>
        <w:br/>
        <w:t>v -0.243668 11.830670 -2.187358</w:t>
        <w:br/>
        <w:t>v -0.381970 12.035816 -2.310687</w:t>
        <w:br/>
        <w:t>v -0.242774 11.585476 -2.546233</w:t>
        <w:br/>
        <w:t>v -0.435934 10.814643 -4.097559</w:t>
        <w:br/>
        <w:t>v -0.265220 10.608692 -3.987797</w:t>
        <w:br/>
        <w:t>v -0.427734 11.071063 -3.736250</w:t>
        <w:br/>
        <w:t>v -0.258753 10.863187 -3.622922</w:t>
        <w:br/>
        <w:t>v -0.203692 12.545326 -2.108742</w:t>
        <w:br/>
        <w:t>v -0.000000 12.594579 -2.133118</w:t>
        <w:br/>
        <w:t>v -0.206275 12.304946 -2.498975</w:t>
        <w:br/>
        <w:t>v 0.000000 12.357180 -2.526140</w:t>
        <w:br/>
        <w:t>v -0.214500 12.069891 -2.870858</w:t>
        <w:br/>
        <w:t>v -0.000000 12.118302 -2.897961</w:t>
        <w:br/>
        <w:t>v 0.000000 11.196498 -4.323482</w:t>
        <w:br/>
        <w:t>v -0.231011 11.138980 -4.292201</w:t>
        <w:br/>
        <w:t>v 0.000000 12.204237 -1.432824</w:t>
        <w:br/>
        <w:t>v 0.000000 11.998950 -1.783745</w:t>
        <w:br/>
        <w:t>v -0.000000 11.774742 -2.148994</w:t>
        <w:br/>
        <w:t>v -0.000000 11.535420 -2.508547</w:t>
        <w:br/>
        <w:t>v -0.000000 10.315304 -4.296272</w:t>
        <w:br/>
        <w:t>v 0.000000 10.557003 -3.963899</w:t>
        <w:br/>
        <w:t>v -0.000000 10.811202 -3.593400</w:t>
        <w:br/>
        <w:t>v -0.392603 10.988698 -4.200800</w:t>
        <w:br/>
        <w:t>v -0.385331 11.246316 -3.841695</w:t>
        <w:br/>
        <w:t>v -0.374826 11.490675 -3.492902</w:t>
        <w:br/>
        <w:t>v -0.330790 12.435135 -2.039986</w:t>
        <w:br/>
        <w:t>v -0.346280 12.190661 -2.417163</w:t>
        <w:br/>
        <w:t>v -0.320370 8.560034 -9.076748</w:t>
        <w:br/>
        <w:t>v -0.357457 8.619317 -8.794159</w:t>
        <w:br/>
        <w:t>v -0.176989 7.977013 -9.131229</w:t>
        <w:br/>
        <w:t>v -0.000000 8.755839 -9.288914</w:t>
        <w:br/>
        <w:t>v -0.000000 8.767220 -9.105749</w:t>
        <w:br/>
        <w:t>v -0.249383 8.570921 -9.341438</w:t>
        <w:br/>
        <w:t>v -0.191867 8.243819 -9.348712</w:t>
        <w:br/>
        <w:t>v -0.175680 8.378004 -9.344409</w:t>
        <w:br/>
        <w:t>v -0.000000 8.016839 -9.347974</w:t>
        <w:br/>
        <w:t>v 0.000000 8.762077 -9.484890</w:t>
        <w:br/>
        <w:t>v -0.162483 8.624759 -9.537501</w:t>
        <w:br/>
        <w:t>v 0.000000 7.919665 -9.162786</w:t>
        <w:br/>
        <w:t>v 0.000000 8.523361 -9.638048</w:t>
        <w:br/>
        <w:t>v -0.162483 8.624759 -9.537501</w:t>
        <w:br/>
        <w:t>v -0.249383 8.570921 -9.341438</w:t>
        <w:br/>
        <w:t>v 0.000000 8.456344 -9.551525</w:t>
        <w:br/>
        <w:t>v -0.088738 8.688536 -9.672244</w:t>
        <w:br/>
        <w:t>v 0.000000 8.766088 -9.736655</w:t>
        <w:br/>
        <w:t>v -0.000000 8.766642 -9.649760</w:t>
        <w:br/>
        <w:t>v -0.088738 8.688536 -9.672244</w:t>
        <w:br/>
        <w:t>v 0.000000 8.683775 -9.774034</w:t>
        <w:br/>
        <w:t>v 0.000000 8.748412 -9.790269</w:t>
        <w:br/>
        <w:t>v 0.000000 8.350695 -9.591774</w:t>
        <w:br/>
        <w:t>v -0.535528 8.266800 -7.547554</w:t>
        <w:br/>
        <w:t>v 0.000000 8.151040 -7.506861</w:t>
        <w:br/>
        <w:t>v -0.279637 9.386186 -7.248295</w:t>
        <w:br/>
        <w:t>v -0.000000 9.449933 -7.275422</w:t>
        <w:br/>
        <w:t>v 0.000000 9.629496 -6.914451</w:t>
        <w:br/>
        <w:t>v -0.277712 9.567531 -6.886871</w:t>
        <w:br/>
        <w:t>v 0.000000 11.432542 -3.957202</w:t>
        <w:br/>
        <w:t>v -0.224112 11.381569 -3.929056</w:t>
        <w:br/>
        <w:t>v -0.000000 7.784206 -8.844842</w:t>
        <w:br/>
        <w:t>v -0.000000 7.869256 -8.982255</w:t>
        <w:br/>
        <w:t>v -0.176470 8.845166 -8.914080</w:t>
        <w:br/>
        <w:t>v 0.000000 8.772513 -8.972093</w:t>
        <w:br/>
        <w:t>v -0.000000 8.818791 -9.076969</w:t>
        <w:br/>
        <w:t>v -0.126306 8.893790 -9.025728</w:t>
        <w:br/>
        <w:t>v 0.000000 8.772513 -8.972093</w:t>
        <w:br/>
        <w:t>v -0.263314 8.761239 -8.736108</w:t>
        <w:br/>
        <w:t>v 0.000000 8.956650 -8.995737</w:t>
        <w:br/>
        <w:t>v -0.000000 8.946845 -8.848040</w:t>
        <w:br/>
        <w:t>v -0.176470 8.845166 -8.914080</w:t>
        <w:br/>
        <w:t>v -0.126306 8.893790 -9.025728</w:t>
        <w:br/>
        <w:t>v 0.000000 8.155182 -9.496485</w:t>
        <w:br/>
        <w:t>v 0.000000 8.602379 -9.724680</w:t>
        <w:br/>
        <w:t>v 0.000000 8.902807 -9.183827</w:t>
        <w:br/>
        <w:t>v -0.076568 8.943298 -9.145720</w:t>
        <w:br/>
        <w:t>v -0.000000 8.973035 -9.134924</w:t>
        <w:br/>
        <w:t>v -0.076568 8.943298 -9.145720</w:t>
        <w:br/>
        <w:t>v -0.263314 8.761239 -8.736108</w:t>
        <w:br/>
        <w:t>v -0.000000 12.590092 -0.365313</w:t>
        <w:br/>
        <w:t>v -0.000001 12.360605 -1.133650</w:t>
        <w:br/>
        <w:t>v -0.000000 10.065285 -4.640182</w:t>
        <w:br/>
        <w:t>v 0.000000 9.809868 -4.994437</w:t>
        <w:br/>
        <w:t>v -0.000000 9.559155 -5.360184</w:t>
        <w:br/>
        <w:t>v -0.000000 9.294020 -5.727901</w:t>
        <w:br/>
        <w:t>v -0.113190 13.176044 0.016761</w:t>
        <w:br/>
        <w:t>v -0.000000 13.208786 0.025343</w:t>
        <w:br/>
        <w:t>v 0.000001 8.974196 -9.233782</w:t>
        <w:br/>
        <w:t>v 0.000001 8.974196 -9.233782</w:t>
        <w:br/>
        <w:t>v -0.000000 12.551575 -0.101630</w:t>
        <w:br/>
        <w:t>v 0.447556 8.045106 -8.256042</w:t>
        <w:br/>
        <w:t>v 0.384508 7.961565 -8.582276</w:t>
        <w:br/>
        <w:t>v 0.524180 8.129703 -7.895834</w:t>
        <w:br/>
        <w:t>v 0.338423 12.642676 -1.269004</w:t>
        <w:br/>
        <w:t>v 0.328157 12.782605 -0.946857</w:t>
        <w:br/>
        <w:t>v 0.290375 12.947165 -1.001740</w:t>
        <w:br/>
        <w:t>v 0.303958 12.808307 -1.342769</w:t>
        <w:br/>
        <w:t>v 0.493205 8.574203 -8.465515</w:t>
        <w:br/>
        <w:t>v 0.494778 8.261579 -8.692127</w:t>
        <w:br/>
        <w:t>v 0.582619 8.339879 -8.370554</w:t>
        <w:br/>
        <w:t>v 0.618749 8.461981 -8.048285</w:t>
        <w:br/>
        <w:t>v 0.554431 8.727144 -8.179882</w:t>
        <w:br/>
        <w:t>v 0.321286 12.859293 -0.670492</w:t>
        <w:br/>
        <w:t>v 0.204259 12.535670 -0.862871</w:t>
        <w:br/>
        <w:t>v 0.199827 12.612408 -0.627544</w:t>
        <w:br/>
        <w:t>v 0.622786 8.785858 -7.379357</w:t>
        <w:br/>
        <w:t>v 0.632800 8.617823 -7.706699</w:t>
        <w:br/>
        <w:t>v 0.535528 8.266802 -7.547554</w:t>
        <w:br/>
        <w:t>v 0.478682 8.447829 -7.219768</w:t>
        <w:br/>
        <w:t>v 0.312490 8.262282 -9.012877</w:t>
        <w:br/>
        <w:t>v 0.245746 7.955934 -8.868093</w:t>
        <w:br/>
        <w:t>v 0.285484 9.081346 -7.939976</w:t>
        <w:br/>
        <w:t>v 0.285365 9.224157 -7.598886</w:t>
        <w:br/>
        <w:t>v 0.274591 8.949478 -8.284720</w:t>
        <w:br/>
        <w:t>v 0.279845 8.850683 -8.582362</w:t>
        <w:br/>
        <w:t>v 0.275273 13.025954 -0.703031</w:t>
        <w:br/>
        <w:t>v 0.583936 8.890624 -7.845371</w:t>
        <w:br/>
        <w:t>v 0.198568 12.662927 -0.360835</w:t>
        <w:br/>
        <w:t>v 0.195175 12.648596 -0.082460</w:t>
        <w:br/>
        <w:t>v 0.265798 12.911563 -0.036642</w:t>
        <w:br/>
        <w:t>v 0.298360 12.917189 -0.370476</w:t>
        <w:br/>
        <w:t>v 0.215884 13.054768 -0.007016</w:t>
        <w:br/>
        <w:t>v 0.251976 13.073687 -0.377324</w:t>
        <w:br/>
        <w:t>v 0.179169 13.135362 -0.724485</w:t>
        <w:br/>
        <w:t>v 0.150487 13.188142 -0.375590</w:t>
        <w:br/>
        <w:t>v 0.315010 12.640854 -1.678998</w:t>
        <w:br/>
        <w:t>v 0.347302 12.479704 -1.587877</w:t>
        <w:br/>
        <w:t>v 0.201079 12.408381 -1.163269</w:t>
        <w:br/>
        <w:t>v 0.191597 12.917310 -1.397416</w:t>
        <w:br/>
        <w:t>v 0.186361 13.053314 -1.041441</w:t>
        <w:br/>
        <w:t>v 0.356582 9.119864 -6.166588</w:t>
        <w:br/>
        <w:t>v 0.329075 9.383776 -5.783160</w:t>
        <w:br/>
        <w:t>v 0.521365 9.627970 -5.912478</w:t>
        <w:br/>
        <w:t>v 0.546043 9.390082 -6.287961</w:t>
        <w:br/>
        <w:t>v 0.275566 9.772204 -6.518423</w:t>
        <w:br/>
        <w:t>v 0.270742 9.981966 -6.145115</w:t>
        <w:br/>
        <w:t>v 0.485086 9.818519 -6.030761</w:t>
        <w:br/>
        <w:t>v 0.492767 9.597554 -6.404815</w:t>
        <w:br/>
        <w:t>v 0.251848 11.110577 -3.259112</w:t>
        <w:br/>
        <w:t>v 0.251193 11.352736 -2.909294</w:t>
        <w:br/>
        <w:t>v 0.398853 11.561383 -3.036374</w:t>
        <w:br/>
        <w:t>v 0.408315 11.319592 -3.384053</w:t>
        <w:br/>
        <w:t>v 0.217391 11.617645 -3.576515</w:t>
        <w:br/>
        <w:t>v 0.213968 11.847485 -3.219131</w:t>
        <w:br/>
        <w:t>v 0.455573 10.337903 -4.816818</w:t>
        <w:br/>
        <w:t>v 0.284001 10.125343 -4.683229</w:t>
        <w:br/>
        <w:t>v 0.268500 10.364314 -4.328647</w:t>
        <w:br/>
        <w:t>v 0.445183 10.570702 -4.455546</w:t>
        <w:br/>
        <w:t>v 0.475235 10.110249 -5.181929</w:t>
        <w:br/>
        <w:t>v 0.305610 9.885194 -5.043846</w:t>
        <w:br/>
        <w:t>v 0.320218 9.637948 -5.409559</w:t>
        <w:br/>
        <w:t>v 0.496902 9.868097 -5.541818</w:t>
        <w:br/>
        <w:t>v 0.594083 8.976562 -7.039320</w:t>
        <w:br/>
        <w:t>v 0.405949 8.637908 -6.901779</w:t>
        <w:br/>
        <w:t>v 0.573431 9.170940 -6.679454</w:t>
        <w:br/>
        <w:t>v 0.386221 8.846898 -6.560614</w:t>
        <w:br/>
        <w:t>v 0.244336 10.670198 -5.031339</w:t>
        <w:br/>
        <w:t>v 0.238070 10.900756 -4.661854</w:t>
        <w:br/>
        <w:t>v 0.254675 10.431894 -5.402833</w:t>
        <w:br/>
        <w:t>v 0.264219 10.207806 -5.775310</w:t>
        <w:br/>
        <w:t>v 0.553938 9.032713 -7.502820</w:t>
        <w:br/>
        <w:t>v 0.526871 9.201791 -7.150804</w:t>
        <w:br/>
        <w:t>v 0.513516 9.388533 -6.787471</w:t>
        <w:br/>
        <w:t>v 0.423249 10.520694 -4.935544</w:t>
        <w:br/>
        <w:t>v 0.410077 10.750620 -4.568386</w:t>
        <w:br/>
        <w:t>v 0.449079 10.288740 -5.299194</w:t>
        <w:br/>
        <w:t>v 0.472461 10.056566 -5.664293</w:t>
        <w:br/>
        <w:t>v 0.356632 11.952550 -2.785688</w:t>
        <w:br/>
        <w:t>v 0.366843 11.728221 -3.141594</w:t>
        <w:br/>
        <w:t>v 0.391181 11.793594 -2.675011</w:t>
        <w:br/>
        <w:t>v 0.218371 12.256272 -1.467812</w:t>
        <w:br/>
        <w:t>v 0.195228 12.749561 -1.746195</w:t>
        <w:br/>
        <w:t>v 0.233989 12.052938 -1.820189</w:t>
        <w:br/>
        <w:t>v 0.367168 12.269583 -1.942807</w:t>
        <w:br/>
        <w:t>v 0.243668 11.830670 -2.187357</w:t>
        <w:br/>
        <w:t>v 0.381971 12.035816 -2.310687</w:t>
        <w:br/>
        <w:t>v 0.242776 11.585478 -2.546233</w:t>
        <w:br/>
        <w:t>v 0.435933 10.814644 -4.097559</w:t>
        <w:br/>
        <w:t>v 0.265220 10.608691 -3.987798</w:t>
        <w:br/>
        <w:t>v 0.427734 11.071063 -3.736250</w:t>
        <w:br/>
        <w:t>v 0.258753 10.863187 -3.622922</w:t>
        <w:br/>
        <w:t>v 0.203693 12.545325 -2.108742</w:t>
        <w:br/>
        <w:t>v 0.206274 12.304945 -2.498975</w:t>
        <w:br/>
        <w:t>v 0.214502 12.069892 -2.870857</w:t>
        <w:br/>
        <w:t>v 0.231012 11.138980 -4.292201</w:t>
        <w:br/>
        <w:t>v 0.392603 10.988698 -4.200800</w:t>
        <w:br/>
        <w:t>v 0.385331 11.246317 -3.841695</w:t>
        <w:br/>
        <w:t>v 0.374826 11.490675 -3.492902</w:t>
        <w:br/>
        <w:t>v 0.330791 12.435134 -2.039985</w:t>
        <w:br/>
        <w:t>v 0.346280 12.190663 -2.417162</w:t>
        <w:br/>
        <w:t>v 0.357457 8.619317 -8.794160</w:t>
        <w:br/>
        <w:t>v 0.320370 8.560031 -9.076747</w:t>
        <w:br/>
        <w:t>v 0.176990 7.977012 -9.131229</w:t>
        <w:br/>
        <w:t>v -0.000000 8.767220 -9.105749</w:t>
        <w:br/>
        <w:t>v -0.000000 8.755839 -9.288914</w:t>
        <w:br/>
        <w:t>v 0.249383 8.570920 -9.341438</w:t>
        <w:br/>
        <w:t>v 0.175680 8.378004 -9.344409</w:t>
        <w:br/>
        <w:t>v 0.191867 8.243819 -9.348712</w:t>
        <w:br/>
        <w:t>v -0.000000 8.016839 -9.347974</w:t>
        <w:br/>
        <w:t>v 0.000000 8.762077 -9.484890</w:t>
        <w:br/>
        <w:t>v 0.162483 8.624759 -9.537502</w:t>
        <w:br/>
        <w:t>v 0.249383 8.570920 -9.341438</w:t>
        <w:br/>
        <w:t>v 0.162483 8.624759 -9.537502</w:t>
        <w:br/>
        <w:t>v 0.000000 8.523361 -9.638048</w:t>
        <w:br/>
        <w:t>v 0.000000 8.456344 -9.551525</w:t>
        <w:br/>
        <w:t>v 0.000000 8.766088 -9.736655</w:t>
        <w:br/>
        <w:t>v 0.088738 8.688536 -9.672244</w:t>
        <w:br/>
        <w:t>v -0.000000 8.766642 -9.649760</w:t>
        <w:br/>
        <w:t>v 0.000000 8.683775 -9.774034</w:t>
        <w:br/>
        <w:t>v 0.088738 8.688536 -9.672244</w:t>
        <w:br/>
        <w:t>v 0.000000 8.748412 -9.790269</w:t>
        <w:br/>
        <w:t>v 0.000000 8.350695 -9.591774</w:t>
        <w:br/>
        <w:t>v 0.535528 8.266802 -7.547554</w:t>
        <w:br/>
        <w:t>v 0.279637 9.386184 -7.248295</w:t>
        <w:br/>
        <w:t>v 0.277713 9.567531 -6.886870</w:t>
        <w:br/>
        <w:t>v 0.224113 11.381566 -3.929056</w:t>
        <w:br/>
        <w:t>v -0.000000 7.784206 -8.844842</w:t>
        <w:br/>
        <w:t>v -0.000000 8.818791 -9.076969</w:t>
        <w:br/>
        <w:t>v 0.000000 8.772513 -8.972093</w:t>
        <w:br/>
        <w:t>v 0.176470 8.845168 -8.914079</w:t>
        <w:br/>
        <w:t>v 0.126305 8.893788 -9.025728</w:t>
        <w:br/>
        <w:t>v 0.000000 8.772513 -8.972093</w:t>
        <w:br/>
        <w:t>v 0.263314 8.761239 -8.736108</w:t>
        <w:br/>
        <w:t>v 0.176470 8.845168 -8.914079</w:t>
        <w:br/>
        <w:t>v -0.000000 8.946845 -8.848040</w:t>
        <w:br/>
        <w:t>v 0.126305 8.893788 -9.025728</w:t>
        <w:br/>
        <w:t>v 0.000000 8.155182 -9.496485</w:t>
        <w:br/>
        <w:t>v 0.000000 8.602379 -9.724680</w:t>
        <w:br/>
        <w:t>v 0.076568 8.943298 -9.145720</w:t>
        <w:br/>
        <w:t>v 0.000000 8.902807 -9.183827</w:t>
        <w:br/>
        <w:t>v 0.076568 8.943298 -9.145720</w:t>
        <w:br/>
        <w:t>v 0.263314 8.761239 -8.736108</w:t>
        <w:br/>
        <w:t>v 0.113190 13.176044 0.016762</w:t>
        <w:br/>
        <w:t>v 0.000001 8.974196 -9.233782</w:t>
        <w:br/>
        <w:t>v 4.699430 14.744090 -0.544360</w:t>
        <w:br/>
        <w:t>v 4.771923 14.616597 -0.589336</w:t>
        <w:br/>
        <w:t>v 4.730575 14.641553 -0.459359</w:t>
        <w:br/>
        <w:t>v 4.705729 14.710211 -0.690002</w:t>
        <w:br/>
        <w:t>v 4.739069 14.583360 -0.717606</w:t>
        <w:br/>
        <w:t>v 4.771923 14.616597 -0.589336</w:t>
        <w:br/>
        <w:t>v 4.699430 14.744090 -0.544360</w:t>
        <w:br/>
        <w:t>v 4.627604 14.816184 -0.637591</w:t>
        <w:br/>
        <w:t>v 4.626127 14.718872 -0.413638</w:t>
        <w:br/>
        <w:t>v 4.566926 14.806649 -0.520628</w:t>
        <w:br/>
        <w:t>v 4.566926 14.806649 -0.520628</w:t>
        <w:br/>
        <w:t>v 4.496555 14.756493 -0.419867</w:t>
        <w:br/>
        <w:t>v 4.642811 14.570485 -0.380774</w:t>
        <w:br/>
        <w:t>v 4.509110 14.641731 -0.343574</w:t>
        <w:br/>
        <w:t>v 4.526132 14.504149 -0.358196</w:t>
        <w:br/>
        <w:t>v 4.737979 14.504112 -0.485254</w:t>
        <w:br/>
        <w:t>v 4.620692 14.416969 -0.417763</w:t>
        <w:br/>
        <w:t>v 4.673263 14.399818 -0.546663</w:t>
        <w:br/>
        <w:t>v 4.734024 14.476142 -0.636868</w:t>
        <w:br/>
        <w:t>v 4.734024 14.476142 -0.636868</w:t>
        <w:br/>
        <w:t>v 4.650558 14.633078 -0.812976</w:t>
        <w:br/>
        <w:t>v 4.662807 14.483546 -0.769892</w:t>
        <w:br/>
        <w:t>v 4.533733 14.533017 -0.830005</w:t>
        <w:br/>
        <w:t>v 4.545951 14.417844 -0.769659</w:t>
        <w:br/>
        <w:t>v 4.516789 14.664454 -0.826056</w:t>
        <w:br/>
        <w:t>v 4.493299 14.826387 -0.650544</w:t>
        <w:br/>
        <w:t>v 4.580922 14.761437 -0.758096</w:t>
        <w:br/>
        <w:t>v 4.436019 14.732514 -0.751018</w:t>
        <w:br/>
        <w:t>v 4.381116 14.758334 -0.641028</w:t>
        <w:br/>
        <w:t>v 4.388307 14.684072 -0.427731</w:t>
        <w:br/>
        <w:t>v 4.423076 14.784354 -0.525213</w:t>
        <w:br/>
        <w:t>v 4.308009 14.695483 -0.553719</w:t>
        <w:br/>
        <w:t>v 4.423076 14.784354 -0.525213</w:t>
        <w:br/>
        <w:t>v 4.308009 14.695483 -0.553719</w:t>
        <w:br/>
        <w:t>v 4.317193 14.587397 -0.480317</w:t>
        <w:br/>
        <w:t>v 4.462594 14.408584 -0.431889</w:t>
        <w:br/>
        <w:t>v 4.409883 14.544503 -0.404539</w:t>
        <w:br/>
        <w:t>v 4.340987 14.462697 -0.502107</w:t>
        <w:br/>
        <w:t>v 4.411273 14.353336 -0.549096</w:t>
        <w:br/>
        <w:t>v 4.630703 14.367097 -0.672079</w:t>
        <w:br/>
        <w:t>v 4.549484 14.353436 -0.542358</w:t>
        <w:br/>
        <w:t>v 4.475574 14.356755 -0.672837</w:t>
        <w:br/>
        <w:t>v 4.475574 14.356755 -0.672837</w:t>
        <w:br/>
        <w:t>v 4.630703 14.367097 -0.672079</w:t>
        <w:br/>
        <w:t>v 4.407287 14.600005 -0.800008</w:t>
        <w:br/>
        <w:t>v 4.331349 14.657648 -0.692196</w:t>
        <w:br/>
        <w:t>v 4.343175 14.538068 -0.711020</w:t>
        <w:br/>
        <w:t>v 4.293355 14.557376 -0.600598</w:t>
        <w:br/>
        <w:t>v 4.293355 14.557376 -0.600598</w:t>
        <w:br/>
        <w:t>v 4.350054 14.431208 -0.644169</w:t>
        <w:br/>
        <w:t>v 4.350054 14.431208 -0.644169</w:t>
        <w:br/>
        <w:t>v 4.429075 14.466569 -0.758114</w:t>
        <w:br/>
        <w:t>v 4.772512 14.614590 0.586668</w:t>
        <w:br/>
        <w:t>v 4.702476 14.740622 0.543469</w:t>
        <w:br/>
        <w:t>v 4.731671 14.639462 0.459604</w:t>
        <w:br/>
        <w:t>v 4.741063 14.581959 0.712500</w:t>
        <w:br/>
        <w:t>v 4.709549 14.706617 0.686734</w:t>
        <w:br/>
        <w:t>v 4.772512 14.614590 0.586668</w:t>
        <w:br/>
        <w:t>v 4.702476 14.740622 0.543469</w:t>
        <w:br/>
        <w:t>v 4.633053 14.812773 0.636535</w:t>
        <w:br/>
        <w:t>v 4.629421 14.716745 0.414234</w:t>
        <w:br/>
        <w:t>v 4.572263 14.805606 0.520467</w:t>
        <w:br/>
        <w:t>v 4.572263 14.805606 0.520467</w:t>
        <w:br/>
        <w:t>v 4.500625 14.756829 0.419254</w:t>
        <w:br/>
        <w:t>v 4.645140 14.569774 0.382095</w:t>
        <w:br/>
        <w:t>v 4.512538 14.641157 0.342842</w:t>
        <w:br/>
        <w:t>v 4.529799 14.503407 0.357954</w:t>
        <w:br/>
        <w:t>v 4.738211 14.504864 0.484937</w:t>
        <w:br/>
        <w:t>v 4.623542 14.418530 0.418688</w:t>
        <w:br/>
        <w:t>v 4.675801 14.402348 0.545353</w:t>
        <w:br/>
        <w:t>v 4.735578 14.477304 0.633357</w:t>
        <w:br/>
        <w:t>v 4.735578 14.477304 0.633357</w:t>
        <w:br/>
        <w:t>v 4.668166 14.483670 0.765116</w:t>
        <w:br/>
        <w:t>v 4.657773 14.630937 0.809846</w:t>
        <w:br/>
        <w:t>v 4.553842 14.415645 0.769477</w:t>
        <w:br/>
        <w:t>v 4.542212 14.531255 0.829450</w:t>
        <w:br/>
        <w:t>v 4.525195 14.662813 0.826553</w:t>
        <w:br/>
        <w:t>v 4.588558 14.759450 0.757391</w:t>
        <w:br/>
        <w:t>v 4.499267 14.828444 0.651972</w:t>
        <w:br/>
        <w:t>v 4.442033 14.733269 0.754653</w:t>
        <w:br/>
        <w:t>v 4.384864 14.760175 0.643766</w:t>
        <w:br/>
        <w:t>v 4.426912 14.786227 0.525516</w:t>
        <w:br/>
        <w:t>v 4.390232 14.684724 0.426364</w:t>
        <w:br/>
        <w:t>v 4.308634 14.696931 0.555261</w:t>
        <w:br/>
        <w:t>v 4.426912 14.786227 0.525516</w:t>
        <w:br/>
        <w:t>v 4.308634 14.696931 0.555261</w:t>
        <w:br/>
        <w:t>v 4.317823 14.586219 0.479684</w:t>
        <w:br/>
        <w:t>v 4.412351 14.543084 0.403003</w:t>
        <w:br/>
        <w:t>v 4.466617 14.406710 0.431022</w:t>
        <w:br/>
        <w:t>v 4.342557 14.459609 0.501721</w:t>
        <w:br/>
        <w:t>v 4.416436 14.351208 0.549404</w:t>
        <w:br/>
        <w:t>v 4.554715 14.354202 0.541832</w:t>
        <w:br/>
        <w:t>v 4.635686 14.369206 0.669174</w:t>
        <w:br/>
        <w:t>v 4.482425 14.355192 0.672690</w:t>
        <w:br/>
        <w:t>v 4.482425 14.355192 0.672690</w:t>
        <w:br/>
        <w:t>v 4.635686 14.369206 0.669174</w:t>
        <w:br/>
        <w:t>v 4.333999 14.657683 0.696645</w:t>
        <w:br/>
        <w:t>v 4.413446 14.598332 0.804195</w:t>
        <w:br/>
        <w:t>v 4.346519 14.535425 0.715319</w:t>
        <w:br/>
        <w:t>v 4.294280 14.555346 0.603244</w:t>
        <w:br/>
        <w:t>v 4.294280 14.555346 0.603244</w:t>
        <w:br/>
        <w:t>v 4.353410 14.427369 0.646762</w:t>
        <w:br/>
        <w:t>v 4.353410 14.427369 0.646762</w:t>
        <w:br/>
        <w:t>v 4.435843 14.463854 0.760184</w:t>
        <w:br/>
        <w:t>v -4.771920 14.616592 -0.589336</w:t>
        <w:br/>
        <w:t>v -4.699427 14.744086 -0.544359</w:t>
        <w:br/>
        <w:t>v -4.730571 14.641548 -0.459359</w:t>
        <w:br/>
        <w:t>v -4.739067 14.583355 -0.717606</w:t>
        <w:br/>
        <w:t>v -4.705727 14.710206 -0.690002</w:t>
        <w:br/>
        <w:t>v -4.771920 14.616592 -0.589336</w:t>
        <w:br/>
        <w:t>v -4.699427 14.744086 -0.544359</w:t>
        <w:br/>
        <w:t>v -4.627600 14.816176 -0.637591</w:t>
        <w:br/>
        <w:t>v -4.626125 14.718867 -0.413637</w:t>
        <w:br/>
        <w:t>v -4.566923 14.806642 -0.520627</w:t>
        <w:br/>
        <w:t>v -4.566923 14.806642 -0.520627</w:t>
        <w:br/>
        <w:t>v -4.496553 14.756490 -0.419867</w:t>
        <w:br/>
        <w:t>v -4.642808 14.570478 -0.380774</w:t>
        <w:br/>
        <w:t>v -4.509107 14.641725 -0.343574</w:t>
        <w:br/>
        <w:t>v -4.526129 14.504147 -0.358196</w:t>
        <w:br/>
        <w:t>v -4.737976 14.504106 -0.485254</w:t>
        <w:br/>
        <w:t>v -4.620690 14.416967 -0.417762</w:t>
        <w:br/>
        <w:t>v -4.673261 14.399816 -0.546663</w:t>
        <w:br/>
        <w:t>v -4.734021 14.476138 -0.636868</w:t>
        <w:br/>
        <w:t>v -4.734021 14.476138 -0.636868</w:t>
        <w:br/>
        <w:t>v -4.662806 14.483541 -0.769892</w:t>
        <w:br/>
        <w:t>v -4.650555 14.633073 -0.812976</w:t>
        <w:br/>
        <w:t>v -4.545949 14.417838 -0.769658</w:t>
        <w:br/>
        <w:t>v -4.533731 14.533012 -0.830005</w:t>
        <w:br/>
        <w:t>v -4.516788 14.664453 -0.826056</w:t>
        <w:br/>
        <w:t>v -4.580920 14.761435 -0.758096</w:t>
        <w:br/>
        <w:t>v -4.493296 14.826381 -0.650543</w:t>
        <w:br/>
        <w:t>v -4.436016 14.732509 -0.751018</w:t>
        <w:br/>
        <w:t>v -4.381114 14.758328 -0.641028</w:t>
        <w:br/>
        <w:t>v -4.423073 14.784346 -0.525212</w:t>
        <w:br/>
        <w:t>v -4.388305 14.684068 -0.427731</w:t>
        <w:br/>
        <w:t>v -4.308007 14.695479 -0.553719</w:t>
        <w:br/>
        <w:t>v -4.423073 14.784346 -0.525212</w:t>
        <w:br/>
        <w:t>v -4.308007 14.695479 -0.553719</w:t>
        <w:br/>
        <w:t>v -4.317192 14.587394 -0.480317</w:t>
        <w:br/>
        <w:t>v -4.409881 14.544497 -0.404539</w:t>
        <w:br/>
        <w:t>v -4.462592 14.408580 -0.431889</w:t>
        <w:br/>
        <w:t>v -4.340985 14.462692 -0.502107</w:t>
        <w:br/>
        <w:t>v -4.411271 14.353331 -0.549096</w:t>
        <w:br/>
        <w:t>v -4.549480 14.353430 -0.542358</w:t>
        <w:br/>
        <w:t>v -4.630701 14.367093 -0.672079</w:t>
        <w:br/>
        <w:t>v -4.475572 14.356750 -0.672837</w:t>
        <w:br/>
        <w:t>v -4.475572 14.356750 -0.672837</w:t>
        <w:br/>
        <w:t>v -4.630701 14.367093 -0.672079</w:t>
        <w:br/>
        <w:t>v -4.331348 14.657648 -0.692196</w:t>
        <w:br/>
        <w:t>v -4.407284 14.600000 -0.800008</w:t>
        <w:br/>
        <w:t>v -4.343172 14.538061 -0.711020</w:t>
        <w:br/>
        <w:t>v -4.293352 14.557370 -0.600598</w:t>
        <w:br/>
        <w:t>v -4.293352 14.557370 -0.600598</w:t>
        <w:br/>
        <w:t>v -4.350051 14.431203 -0.644169</w:t>
        <w:br/>
        <w:t>v -4.350051 14.431203 -0.644169</w:t>
        <w:br/>
        <w:t>v -4.429073 14.466563 -0.758114</w:t>
        <w:br/>
        <w:t>v -4.702474 14.740617 0.543469</w:t>
        <w:br/>
        <w:t>v -4.772510 14.614584 0.586668</w:t>
        <w:br/>
        <w:t>v -4.731668 14.639457 0.459604</w:t>
        <w:br/>
        <w:t>v -4.709545 14.706611 0.686734</w:t>
        <w:br/>
        <w:t>v -4.741059 14.581952 0.712500</w:t>
        <w:br/>
        <w:t>v -4.772510 14.614584 0.586668</w:t>
        <w:br/>
        <w:t>v -4.702474 14.740617 0.543469</w:t>
        <w:br/>
        <w:t>v -4.633052 14.812769 0.636536</w:t>
        <w:br/>
        <w:t>v -4.629418 14.716740 0.414234</w:t>
        <w:br/>
        <w:t>v -4.572258 14.805599 0.520467</w:t>
        <w:br/>
        <w:t>v -4.572258 14.805599 0.520467</w:t>
        <w:br/>
        <w:t>v -4.500623 14.756824 0.419254</w:t>
        <w:br/>
        <w:t>v -4.645139 14.569769 0.382095</w:t>
        <w:br/>
        <w:t>v -4.512535 14.641150 0.342842</w:t>
        <w:br/>
        <w:t>v -4.529795 14.503400 0.357954</w:t>
        <w:br/>
        <w:t>v -4.738208 14.504858 0.484937</w:t>
        <w:br/>
        <w:t>v -4.623539 14.418523 0.418688</w:t>
        <w:br/>
        <w:t>v -4.675799 14.402346 0.545353</w:t>
        <w:br/>
        <w:t>v -4.735575 14.477298 0.633357</w:t>
        <w:br/>
        <w:t>v -4.735575 14.477298 0.633357</w:t>
        <w:br/>
        <w:t>v -4.657770 14.630932 0.809847</w:t>
        <w:br/>
        <w:t>v -4.668163 14.483665 0.765116</w:t>
        <w:br/>
        <w:t>v -4.542208 14.531248 0.829450</w:t>
        <w:br/>
        <w:t>v -4.553839 14.415641 0.769477</w:t>
        <w:br/>
        <w:t>v -4.525192 14.662807 0.826553</w:t>
        <w:br/>
        <w:t>v -4.499265 14.828441 0.651972</w:t>
        <w:br/>
        <w:t>v -4.588555 14.759443 0.757392</w:t>
        <w:br/>
        <w:t>v -4.442029 14.733262 0.754653</w:t>
        <w:br/>
        <w:t>v -4.384863 14.760174 0.643767</w:t>
        <w:br/>
        <w:t>v -4.390229 14.684718 0.426364</w:t>
        <w:br/>
        <w:t>v -4.426910 14.786223 0.525516</w:t>
        <w:br/>
        <w:t>v -4.308634 14.696931 0.555261</w:t>
        <w:br/>
        <w:t>v -4.426910 14.786223 0.525516</w:t>
        <w:br/>
        <w:t>v -4.308634 14.696931 0.555261</w:t>
        <w:br/>
        <w:t>v -4.317820 14.586213 0.479685</w:t>
        <w:br/>
        <w:t>v -4.466613 14.406702 0.431022</w:t>
        <w:br/>
        <w:t>v -4.412348 14.543077 0.403003</w:t>
        <w:br/>
        <w:t>v -4.342555 14.459603 0.501722</w:t>
        <w:br/>
        <w:t>v -4.416434 14.351203 0.549405</w:t>
        <w:br/>
        <w:t>v -4.635684 14.369203 0.669174</w:t>
        <w:br/>
        <w:t>v -4.554712 14.354197 0.541832</w:t>
        <w:br/>
        <w:t>v -4.482424 14.355188 0.672690</w:t>
        <w:br/>
        <w:t>v -4.482424 14.355188 0.672690</w:t>
        <w:br/>
        <w:t>v -4.635684 14.369203 0.669174</w:t>
        <w:br/>
        <w:t>v -4.413445 14.598328 0.804196</w:t>
        <w:br/>
        <w:t>v -4.333996 14.657678 0.696645</w:t>
        <w:br/>
        <w:t>v -4.346517 14.535420 0.715320</w:t>
        <w:br/>
        <w:t>v -4.294277 14.555340 0.603244</w:t>
        <w:br/>
        <w:t>v -4.294277 14.555340 0.603244</w:t>
        <w:br/>
        <w:t>v -4.353406 14.427362 0.646762</w:t>
        <w:br/>
        <w:t>v -4.353406 14.427362 0.646762</w:t>
        <w:br/>
        <w:t>v -4.435841 14.463851 0.760184</w:t>
        <w:br/>
        <w:t>v -3.990587 14.905696 -0.140102</w:t>
        <w:br/>
        <w:t>v -4.014120 14.953048 -0.138697</w:t>
        <w:br/>
        <w:t>v -4.078189 14.935246 -0.158681</w:t>
        <w:br/>
        <w:t>v -4.051939 14.878821 -0.158131</w:t>
        <w:br/>
        <w:t>v -4.306854 14.803359 -0.028333</w:t>
        <w:br/>
        <w:t>v -4.177268 14.839035 -0.113373</w:t>
        <w:br/>
        <w:t>v -4.200429 14.887622 -0.113430</w:t>
        <w:br/>
        <w:t>v -4.319201 14.834531 -0.030792</w:t>
        <w:br/>
        <w:t>v -3.987378 14.986875 -0.070433</w:t>
        <w:br/>
        <w:t>v -4.046235 14.985769 -0.009971</w:t>
        <w:br/>
        <w:t>v -4.103379 14.980644 -0.100925</w:t>
        <w:br/>
        <w:t>v -4.225225 14.927751 -0.073551</w:t>
        <w:br/>
        <w:t>v -4.234515 14.927326 -0.006207</w:t>
        <w:br/>
        <w:t>v -4.349293 14.853313 0.007881</w:t>
        <w:br/>
        <w:t>v -4.337048 14.849394 -0.017736</w:t>
        <w:br/>
        <w:t>v -4.067286 14.864386 0.148307</w:t>
        <w:br/>
        <w:t>v -4.085001 14.934999 0.159828</w:t>
        <w:br/>
        <w:t>v -4.014889 14.952329 0.143553</w:t>
        <w:br/>
        <w:t>v -4.000926 14.893921 0.133769</w:t>
        <w:br/>
        <w:t>v -4.336668 14.832423 0.046802</w:t>
        <w:br/>
        <w:t>v -4.209078 14.892494 0.109434</w:t>
        <w:br/>
        <w:t>v -4.186370 14.832471 0.104237</w:t>
        <w:br/>
        <w:t>v -4.312188 14.805578 0.039284</w:t>
        <w:br/>
        <w:t>v -4.104671 14.985331 0.078353</w:t>
        <w:br/>
        <w:t>v -4.008220 14.997478 0.049251</w:t>
        <w:br/>
        <w:t>v -4.227038 14.925541 0.062600</w:t>
        <w:br/>
        <w:t>v -4.347988 14.853209 0.025709</w:t>
        <w:br/>
        <w:t>v -3.772208 14.998826 -0.157197</w:t>
        <w:br/>
        <w:t>v -3.704305 15.037389 -0.141384</w:t>
        <w:br/>
        <w:t>v -3.727311 15.082153 -0.142315</w:t>
        <w:br/>
        <w:t>v -3.799132 15.051208 -0.162981</w:t>
        <w:br/>
        <w:t>v -3.940729 14.928104 -0.094897</w:t>
        <w:br/>
        <w:t>v -3.855616 14.962193 -0.124740</w:t>
        <w:br/>
        <w:t>v -3.882283 15.009032 -0.137698</w:t>
        <w:br/>
        <w:t>v -3.960734 14.965463 -0.100559</w:t>
        <w:br/>
        <w:t>v -3.814058 15.105798 -0.103509</w:t>
        <w:br/>
        <w:t>v -3.785202 15.125556 0.006340</w:t>
        <w:br/>
        <w:t>v -3.824527 15.093532 0.003008</w:t>
        <w:br/>
        <w:t>v -3.905550 15.053919 -0.098771</w:t>
        <w:br/>
        <w:t>v -3.768923 14.991198 0.152972</w:t>
        <w:br/>
        <w:t>v -3.791572 15.053627 0.165543</w:t>
        <w:br/>
        <w:t>v -3.729864 15.081441 0.146330</w:t>
        <w:br/>
        <w:t>v -3.707634 15.029330 0.132279</w:t>
        <w:br/>
        <w:t>v -3.878459 15.017517 0.136708</w:t>
        <w:br/>
        <w:t>v -3.856844 14.955506 0.127188</w:t>
        <w:br/>
        <w:t>v -3.944428 14.923037 0.094466</w:t>
        <w:br/>
        <w:t>v -3.957896 14.968680 0.095310</w:t>
        <w:br/>
        <w:t>v -3.818743 15.115966 0.076943</w:t>
        <w:br/>
        <w:t>v -3.921710 15.069415 0.067678</w:t>
        <w:br/>
        <w:t>v -3.440555 15.167706 -0.134746</w:t>
        <w:br/>
        <w:t>v -3.458090 15.205522 -0.141153</w:t>
        <w:br/>
        <w:t>v -3.531424 15.184052 -0.158912</w:t>
        <w:br/>
        <w:t>v -3.506509 15.133873 -0.158923</w:t>
        <w:br/>
        <w:t>v -3.653712 15.069539 -0.088008</w:t>
        <w:br/>
        <w:t>v -3.583138 15.101423 -0.130398</w:t>
        <w:br/>
        <w:t>v -3.608853 15.142606 -0.135405</w:t>
        <w:br/>
        <w:t>v -3.675707 15.096714 -0.092369</w:t>
        <w:br/>
        <w:t>v -3.564993 15.247543 -0.100058</w:t>
        <w:br/>
        <w:t>v -3.431549 15.235067 -0.066240</w:t>
        <w:br/>
        <w:t>v -3.484908 15.222474 -0.017079</w:t>
        <w:br/>
        <w:t>v -3.557760 15.221054 -0.013023</w:t>
        <w:br/>
        <w:t>v -3.665188 15.199685 -0.081258</w:t>
        <w:br/>
        <w:t>v -3.744905 15.120875 -0.057969</w:t>
        <w:br/>
        <w:t>v -3.526240 15.183233 0.161733</w:t>
        <w:br/>
        <w:t>v -3.463287 15.209783 0.138645</w:t>
        <w:br/>
        <w:t>v -3.432187 15.160772 0.119814</w:t>
        <w:br/>
        <w:t>v -3.494230 15.129715 0.154061</w:t>
        <w:br/>
        <w:t>v -3.600324 15.142194 0.139646</w:t>
        <w:br/>
        <w:t>v -3.572989 15.099310 0.123906</w:t>
        <w:br/>
        <w:t>v -3.652545 15.065188 0.096718</w:t>
        <w:br/>
        <w:t>v -3.674183 15.095209 0.095976</w:t>
        <w:br/>
        <w:t>v -3.559353 15.239472 0.076039</w:t>
        <w:br/>
        <w:t>v -3.451962 15.239133 0.050888</w:t>
        <w:br/>
        <w:t>v -3.651939 15.193947 0.069466</w:t>
        <w:br/>
        <w:t>v -3.730193 15.124948 0.050206</w:t>
        <w:br/>
        <w:t>v -3.205269 15.246477 -0.141286</w:t>
        <w:br/>
        <w:t>v -3.173965 15.348711 -0.148676</w:t>
        <w:br/>
        <w:t>v -3.237146 15.312460 -0.164390</w:t>
        <w:br/>
        <w:t>v -3.405082 15.219876 -0.091901</w:t>
        <w:br/>
        <w:t>v -3.376839 15.193939 -0.092444</w:t>
        <w:br/>
        <w:t>v -3.290016 15.216048 -0.118277</w:t>
        <w:br/>
        <w:t>v -3.323010 15.260181 -0.134848</w:t>
        <w:br/>
        <w:t>v -3.276516 15.368461 -0.100304</w:t>
        <w:br/>
        <w:t>v -3.177516 15.394580 -0.069572</w:t>
        <w:br/>
        <w:t>v -3.218177 15.375126 -0.002040</w:t>
        <w:br/>
        <w:t>v -3.274471 15.353211 -0.005831</w:t>
        <w:br/>
        <w:t>v -3.363054 15.306443 -0.092717</w:t>
        <w:br/>
        <w:t>v -3.484908 15.222474 -0.017079</w:t>
        <w:br/>
        <w:t>v -3.431549 15.235067 -0.066240</w:t>
        <w:br/>
        <w:t>v -3.205474 15.249724 0.137409</w:t>
        <w:br/>
        <w:t>v -3.180729 15.354534 0.148933</w:t>
        <w:br/>
        <w:t>v -3.147460 15.295059 0.117495</w:t>
        <w:br/>
        <w:t>v -3.406653 15.222450 0.085309</w:t>
        <w:br/>
        <w:t>v -3.321606 15.265381 0.124668</w:t>
        <w:br/>
        <w:t>v -3.286873 15.216083 0.110314</w:t>
        <w:br/>
        <w:t>v -3.369820 15.190153 0.083641</w:t>
        <w:br/>
        <w:t>v -3.280163 15.375175 0.092508</w:t>
        <w:br/>
        <w:t>v -3.158463 15.398238 0.046776</w:t>
        <w:br/>
        <w:t>v -3.369189 15.308606 0.076966</w:t>
        <w:br/>
        <w:t>v -2.934657 15.401479 -0.142877</w:t>
        <w:br/>
        <w:t>v -2.878012 15.439122 -0.134475</w:t>
        <w:br/>
        <w:t>v -2.911061 15.497201 -0.143090</w:t>
        <w:br/>
        <w:t>v -2.973296 15.467312 -0.166469</w:t>
        <w:br/>
        <w:t>v -3.126362 15.375182 -0.096176</w:t>
        <w:br/>
        <w:t>v -3.089084 15.340276 -0.084291</w:t>
        <w:br/>
        <w:t>v -3.012768 15.368021 -0.119362</w:t>
        <w:br/>
        <w:t>v -3.053895 15.420813 -0.138471</w:t>
        <w:br/>
        <w:t>v -2.889700 15.537661 -0.066036</w:t>
        <w:br/>
        <w:t>v -2.951035 15.525374 -0.014275</w:t>
        <w:br/>
        <w:t>v -3.015311 15.523803 -0.106185</w:t>
        <w:br/>
        <w:t>v -3.107198 15.472785 -0.097252</w:t>
        <w:br/>
        <w:t>v -2.935049 15.400930 0.131709</w:t>
        <w:br/>
        <w:t>v -2.970746 15.468995 0.163893</w:t>
        <w:br/>
        <w:t>v -2.914374 15.501719 0.146519</w:t>
        <w:br/>
        <w:t>v -2.880826 15.446228 0.119793</w:t>
        <w:br/>
        <w:t>v -3.053062 15.426493 0.137502</w:t>
        <w:br/>
        <w:t>v -3.015432 15.366834 0.114821</w:t>
        <w:br/>
        <w:t>v -3.093139 15.339534 0.085840</w:t>
        <w:br/>
        <w:t>v -3.125064 15.384595 0.095974</w:t>
        <w:br/>
        <w:t>v -3.016114 15.524860 0.089383</w:t>
        <w:br/>
        <w:t>v -2.925872 15.541365 0.055297</w:t>
        <w:br/>
        <w:t>v -3.093087 15.467846 0.071864</w:t>
        <w:br/>
        <w:t>v -3.158463 15.398238 0.046776</w:t>
        <w:br/>
        <w:t>v -2.667255 15.558591 -0.150642</w:t>
        <w:br/>
        <w:t>v -2.611771 15.606265 -0.132301</w:t>
        <w:br/>
        <w:t>v -2.651646 15.655233 -0.142412</w:t>
        <w:br/>
        <w:t>v -2.710629 15.612315 -0.164757</w:t>
        <w:br/>
        <w:t>v -2.866121 15.523331 -0.098409</w:t>
        <w:br/>
        <w:t>v -2.836085 15.483224 -0.100224</w:t>
        <w:br/>
        <w:t>v -2.752142 15.522742 -0.128036</w:t>
        <w:br/>
        <w:t>v -2.788213 15.568259 -0.139227</w:t>
        <w:br/>
        <w:t>v -2.745478 15.663342 -0.106073</w:t>
        <w:br/>
        <w:t>v -2.672400 15.690652 -0.060163</w:t>
        <w:br/>
        <w:t>v -2.728345 15.662975 -0.004197</w:t>
        <w:br/>
        <w:t>v -2.746978 15.653923 -0.010654</w:t>
        <w:br/>
        <w:t>v -2.823427 15.605665 -0.097092</w:t>
        <w:br/>
        <w:t>v -2.845383 15.584955 -0.020523</w:t>
        <w:br/>
        <w:t>v -2.705696 15.623901 0.163148</w:t>
        <w:br/>
        <w:t>v -2.660883 15.660595 0.131040</w:t>
        <w:br/>
        <w:t>v -2.614397 15.606709 0.108905</w:t>
        <w:br/>
        <w:t>v -2.665329 15.555859 0.137227</w:t>
        <w:br/>
        <w:t>v -2.863547 15.524237 0.097400</w:t>
        <w:br/>
        <w:t>v -2.786257 15.572148 0.139580</w:t>
        <w:br/>
        <w:t>v -2.745507 15.522820 0.121896</w:t>
        <w:br/>
        <w:t>v -2.829498 15.490881 0.098345</w:t>
        <w:br/>
        <w:t>v -2.756277 15.679947 0.086914</w:t>
        <w:br/>
        <w:t>v -2.666501 15.691581 0.050657</w:t>
        <w:br/>
        <w:t>v -2.363717 15.769761 -0.129781</w:t>
        <w:br/>
        <w:t>v -2.397079 15.822172 -0.140674</w:t>
        <w:br/>
        <w:t>v -2.458418 15.785486 -0.171482</w:t>
        <w:br/>
        <w:t>v -2.416069 15.725806 -0.151312</w:t>
        <w:br/>
        <w:t>v -2.613422 15.681962 -0.090918</w:t>
        <w:br/>
        <w:t>v -2.570794 15.651180 -0.082158</w:t>
        <w:br/>
        <w:t>v -2.499188 15.691052 -0.127178</w:t>
        <w:br/>
        <w:t>v -2.541814 15.732586 -0.139559</w:t>
        <w:br/>
        <w:t>v -2.508237 15.838430 -0.114365</w:t>
        <w:br/>
        <w:t>v -2.427253 15.853144 -0.014849</w:t>
        <w:br/>
        <w:t>v -2.510835 15.829875 -0.015656</w:t>
        <w:br/>
        <w:t>v -2.601759 15.775360 -0.092977</w:t>
        <w:br/>
        <w:t>v -2.457217 15.785717 0.169386</w:t>
        <w:br/>
        <w:t>v -2.360514 15.764439 0.103811</w:t>
        <w:br/>
        <w:t>v -2.412070 15.722401 0.130549</w:t>
        <w:br/>
        <w:t>v -2.620712 15.688970 0.088828</w:t>
        <w:br/>
        <w:t>v -2.541449 15.739399 0.140679</w:t>
        <w:br/>
        <w:t>v -2.494255 15.688582 0.103375</w:t>
        <w:br/>
        <w:t>v -2.572701 15.655858 0.069827</w:t>
        <w:br/>
        <w:t>v -2.509873 15.841344 0.082766</w:t>
        <w:br/>
        <w:t>v -2.592653 15.770395 0.064944</w:t>
        <w:br/>
        <w:t>v -2.131026 15.920141 -0.175906</w:t>
        <w:br/>
        <w:t>v -2.079417 15.966050 -0.159560</w:t>
        <w:br/>
        <w:t>v -2.128008 16.008577 -0.151228</w:t>
        <w:br/>
        <w:t>v -2.173456 15.973436 -0.176027</w:t>
        <w:br/>
        <w:t>v -2.315588 15.814826 -0.095364</w:t>
        <w:br/>
        <w:t>v -2.227990 15.861863 -0.135114</w:t>
        <w:br/>
        <w:t>v -2.265222 15.904933 -0.142735</w:t>
        <w:br/>
        <w:t>v -2.343211 15.850610 -0.097246</w:t>
        <w:br/>
        <w:t>v -2.213385 16.007690 -0.092990</w:t>
        <w:br/>
        <w:t>v -2.131243 16.046890 -0.055925</w:t>
        <w:br/>
        <w:t>v -2.167577 16.026461 -0.003846</w:t>
        <w:br/>
        <w:t>v -2.215943 16.001923 -0.008241</w:t>
        <w:br/>
        <w:t>v -2.309087 15.936999 -0.085674</w:t>
        <w:br/>
        <w:t>v -2.377090 15.862869 -0.060523</w:t>
        <w:br/>
        <w:t>v -2.173391 15.977544 0.173422</w:t>
        <w:br/>
        <w:t>v -2.126803 16.011002 0.149398</w:t>
        <w:br/>
        <w:t>v -2.079183 15.963881 0.149820</w:t>
        <w:br/>
        <w:t>v -2.123083 15.914430 0.169732</w:t>
        <w:br/>
        <w:t>v -2.262676 15.905458 0.137644</w:t>
        <w:br/>
        <w:t>v -2.225652 15.856379 0.122984</w:t>
        <w:br/>
        <w:t>v -2.312236 15.808950 0.073788</w:t>
        <w:br/>
        <w:t>v -2.339371 15.845635 0.084617</w:t>
        <w:br/>
        <w:t>v -2.112291 16.057161 0.057672</w:t>
        <w:br/>
        <w:t>v -2.220390 16.024570 0.083267</w:t>
        <w:br/>
        <w:t>v -2.311904 15.938045 0.077419</w:t>
        <w:br/>
        <w:t>v -2.378734 15.856590 0.060470</w:t>
        <w:br/>
        <w:t>v -1.892282 16.130262 -0.172081</w:t>
        <w:br/>
        <w:t>v -1.841924 16.178083 -0.149206</w:t>
        <w:br/>
        <w:t>v -1.868479 16.219063 -0.148063</w:t>
        <w:br/>
        <w:t>v -1.925109 16.183504 -0.180386</w:t>
        <w:br/>
        <w:t>v -2.044951 16.020599 -0.092810</w:t>
        <w:br/>
        <w:t>v -1.968685 16.074728 -0.143465</w:t>
        <w:br/>
        <w:t>v -2.007597 16.117468 -0.154392</w:t>
        <w:br/>
        <w:t>v -2.085480 16.041567 -0.090794</w:t>
        <w:br/>
        <w:t>v -1.860526 16.230961 -0.055097</w:t>
        <w:br/>
        <w:t>v -1.972597 16.224670 -0.103485</w:t>
        <w:br/>
        <w:t>v -1.824983 16.255516 -0.089716</w:t>
        <w:br/>
        <w:t>v -2.066132 16.147757 -0.085833</w:t>
        <w:br/>
        <w:t>v -1.926845 16.175407 0.167868</w:t>
        <w:br/>
        <w:t>v -1.869783 16.220400 0.137838</w:t>
        <w:br/>
        <w:t>v -1.832481 16.182844 0.143241</w:t>
        <w:br/>
        <w:t>v -1.882802 16.129999 0.165873</w:t>
        <w:br/>
        <w:t>v -2.086063 16.045084 0.095892</w:t>
        <w:br/>
        <w:t>v -2.009523 16.109102 0.142552</w:t>
        <w:br/>
        <w:t>v -1.960942 16.073017 0.137436</w:t>
        <w:br/>
        <w:t>v -2.041573 16.019566 0.092133</w:t>
        <w:br/>
        <w:t>v -1.953558 16.214565 -0.014254</w:t>
        <w:br/>
        <w:t>v -1.883941 16.232527 -0.015990</w:t>
        <w:br/>
        <w:t>v -1.871455 16.245680 0.035045</w:t>
        <w:br/>
        <w:t>v -1.965616 16.221317 0.078865</w:t>
        <w:br/>
        <w:t>v -2.050430 16.149639 0.071656</w:t>
        <w:br/>
        <w:t>v -1.604051 16.371187 -0.176635</w:t>
        <w:br/>
        <w:t>v -1.556362 16.408226 -0.151996</w:t>
        <w:br/>
        <w:t>v -1.596948 16.447889 -0.156261</w:t>
        <w:br/>
        <w:t>v -1.639284 16.410400 -0.184904</w:t>
        <w:br/>
        <w:t>v -1.796657 16.223345 -0.103789</w:t>
        <w:br/>
        <w:t>v -1.701077 16.298630 -0.143962</w:t>
        <w:br/>
        <w:t>v -1.732747 16.329161 -0.147450</w:t>
        <w:br/>
        <w:t>v -1.824983 16.255516 -0.089716</w:t>
        <w:br/>
        <w:t>v -1.763284 16.360546 -0.094708</w:t>
        <w:br/>
        <w:t>v -1.860526 16.230961 -0.055097</w:t>
        <w:br/>
        <w:t>v -1.679007 16.449923 -0.112931</w:t>
        <w:br/>
        <w:t>v -1.644198 16.400501 0.179479</w:t>
        <w:br/>
        <w:t>v -1.580310 16.451666 0.148814</w:t>
        <w:br/>
        <w:t>v -1.555591 16.391617 0.142569</w:t>
        <w:br/>
        <w:t>v -1.612793 16.355659 0.166654</w:t>
        <w:br/>
        <w:t>v -1.823659 16.250980 0.079930</w:t>
        <w:br/>
        <w:t>v -1.735206 16.324121 0.144518</w:t>
        <w:br/>
        <w:t>v -1.698859 16.297131 0.143748</w:t>
        <w:br/>
        <w:t>v -1.781256 16.240782 0.101121</w:t>
        <w:br/>
        <w:t>v -1.759467 16.342577 -0.012881</w:t>
        <w:br/>
        <w:t>v -1.665463 16.438711 -0.015711</w:t>
        <w:br/>
        <w:t>v -1.690675 16.449774 0.071523</w:t>
        <w:br/>
        <w:t>v -1.871455 16.245680 0.035045</w:t>
        <w:br/>
        <w:t>v -4.085001 14.934999 0.159828</w:t>
        <w:br/>
        <w:t>v -4.014889 14.952329 0.143553</w:t>
        <w:br/>
        <w:t>v -3.957896 14.968680 0.095310</w:t>
        <w:br/>
        <w:t>v -3.791572 15.053627 0.165543</w:t>
        <w:br/>
        <w:t>v -3.729864 15.081441 0.146330</w:t>
        <w:br/>
        <w:t>v -3.674183 15.095209 0.095976</w:t>
        <w:br/>
        <w:t>v -3.564993 15.247543 -0.100058</w:t>
        <w:br/>
        <w:t>v -3.526240 15.183233 0.161733</w:t>
        <w:br/>
        <w:t>v -3.463287 15.209783 0.138645</w:t>
        <w:br/>
        <w:t>v -3.406653 15.222450 0.085309</w:t>
        <w:br/>
        <w:t>v -3.237146 15.312460 -0.164390</w:t>
        <w:br/>
        <w:t>v -3.173965 15.348711 -0.148676</w:t>
        <w:br/>
        <w:t>v -3.238768 15.319981 0.162369</w:t>
        <w:br/>
        <w:t>v -3.280163 15.375175 0.092508</w:t>
        <w:br/>
        <w:t>v -3.180729 15.354534 0.148933</w:t>
        <w:br/>
        <w:t>v -3.125064 15.384595 0.095974</w:t>
        <w:br/>
        <w:t>v -3.177516 15.394580 -0.069572</w:t>
        <w:br/>
        <w:t>v -2.970746 15.468995 0.163893</w:t>
        <w:br/>
        <w:t>v -3.053062 15.426493 0.137502</w:t>
        <w:br/>
        <w:t>v -2.914374 15.501719 0.146519</w:t>
        <w:br/>
        <w:t>v -2.863547 15.524237 0.097400</w:t>
        <w:br/>
        <w:t>v -2.705696 15.623901 0.163148</w:t>
        <w:br/>
        <w:t>v -2.849958 15.621709 0.076930</w:t>
        <w:br/>
        <w:t>v -2.756277 15.679947 0.086914</w:t>
        <w:br/>
        <w:t>v -2.660883 15.660595 0.131040</w:t>
        <w:br/>
        <w:t>v -2.620712 15.688970 0.088828</w:t>
        <w:br/>
        <w:t>v -2.457217 15.785717 0.169386</w:t>
        <w:br/>
        <w:t>v -2.541449 15.739399 0.140679</w:t>
        <w:br/>
        <w:t>v -2.397539 15.817570 0.122964</w:t>
        <w:br/>
        <w:t>v -2.339371 15.845635 0.084617</w:t>
        <w:br/>
        <w:t>v -2.086063 16.045084 0.095892</w:t>
        <w:br/>
        <w:t>v -1.644198 16.400501 0.179479</w:t>
        <w:br/>
        <w:t>v -1.580310 16.451666 0.148814</w:t>
        <w:br/>
        <w:t>v -1.569551 16.497126 0.030763</w:t>
        <w:br/>
        <w:t>v -1.538850 16.482214 0.081558</w:t>
        <w:br/>
        <w:t>v -1.515772 16.440470 -0.101909</w:t>
        <w:br/>
        <w:t>v -1.545814 16.486280 -0.093036</w:t>
        <w:br/>
        <w:t>v -1.572600 16.497484 -0.058453</w:t>
        <w:br/>
        <w:t>v -1.538850 16.482214 0.081558</w:t>
        <w:br/>
        <w:t>v -1.512401 16.423347 0.081575</w:t>
        <w:br/>
        <w:t>v -1.580086 16.485163 -0.015064</w:t>
        <w:br/>
        <w:t>v -1.796657 16.223345 -0.103789</w:t>
        <w:br/>
        <w:t>v -1.824983 16.255516 -0.089716</w:t>
        <w:br/>
        <w:t>v -1.823659 16.250980 0.079930</w:t>
        <w:br/>
        <w:t>v -1.781256 16.240782 0.101121</w:t>
        <w:br/>
        <w:t>v -4.104752 14.969856 -0.013139</w:t>
        <w:br/>
        <w:t>v -3.653712 15.069539 -0.088008</w:t>
        <w:br/>
        <w:t>v -3.675707 15.096714 -0.092369</w:t>
        <w:br/>
        <w:t>v -3.927403 15.037773 -0.013062</w:t>
        <w:br/>
        <w:t>v -3.376839 15.193939 -0.092444</w:t>
        <w:br/>
        <w:t>v -3.405082 15.219876 -0.091901</w:t>
        <w:br/>
        <w:t>v -3.666055 15.180528 -0.002555</w:t>
        <w:br/>
        <w:t>v -3.141687 15.294157 -0.124414</w:t>
        <w:br/>
        <w:t>v -3.089084 15.340276 -0.084291</w:t>
        <w:br/>
        <w:t>v -3.126362 15.375182 -0.096176</w:t>
        <w:br/>
        <w:t>v -3.381430 15.285666 -0.014016</w:t>
        <w:br/>
        <w:t>v -2.866121 15.523331 -0.098409</w:t>
        <w:br/>
        <w:t>v -3.112528 15.436780 -0.001238</w:t>
        <w:br/>
        <w:t>v -3.012751 15.505141 -0.007078</w:t>
        <w:br/>
        <w:t>v -2.570794 15.651180 -0.082158</w:t>
        <w:br/>
        <w:t>v -2.613422 15.681962 -0.090918</w:t>
        <w:br/>
        <w:t>v -2.620712 15.688970 0.088828</w:t>
        <w:br/>
        <w:t>v -2.572701 15.655858 0.069827</w:t>
        <w:br/>
        <w:t>v -2.849958 15.621709 0.076930</w:t>
        <w:br/>
        <w:t>v -2.343211 15.850610 -0.097246</w:t>
        <w:br/>
        <w:t>v -2.629804 15.759401 -0.002688</w:t>
        <w:br/>
        <w:t>v -2.397539 15.817570 0.122964</w:t>
        <w:br/>
        <w:t>v -2.044951 16.020599 -0.092810</w:t>
        <w:br/>
        <w:t>v -2.085480 16.041567 -0.090794</w:t>
        <w:br/>
        <w:t>v -2.332114 15.926076 -0.014248</w:t>
        <w:br/>
        <w:t>v -2.041573 16.019566 0.092133</w:t>
        <w:br/>
        <w:t>v -3.744905 15.120875 -0.057969</w:t>
        <w:br/>
        <w:t>v -3.451962 15.239133 0.050888</w:t>
        <w:br/>
        <w:t>v -2.343211 15.850610 -0.097246</w:t>
        <w:br/>
        <w:t>v -2.052990 16.142817 -0.011570</w:t>
        <w:br/>
        <w:t>v -1.758640 16.344391 0.053381</w:t>
        <w:br/>
        <w:t>v -2.925872 15.541365 0.055297</w:t>
        <w:br/>
        <w:t>v -3.665188 15.199685 -0.081258</w:t>
        <w:br/>
        <w:t>v 4.078192 14.935249 -0.158682</w:t>
        <w:br/>
        <w:t>v 4.014122 14.953053 -0.138697</w:t>
        <w:br/>
        <w:t>v 3.990589 14.905701 -0.140102</w:t>
        <w:br/>
        <w:t>v 4.051942 14.878825 -0.158131</w:t>
        <w:br/>
        <w:t>v 4.200433 14.887628 -0.113430</w:t>
        <w:br/>
        <w:t>v 4.177270 14.839042 -0.113373</w:t>
        <w:br/>
        <w:t>v 4.306855 14.803363 -0.028334</w:t>
        <w:br/>
        <w:t>v 4.319203 14.834538 -0.030792</w:t>
        <w:br/>
        <w:t>v 4.046236 14.985769 -0.009971</w:t>
        <w:br/>
        <w:t>v 3.987379 14.986876 -0.070434</w:t>
        <w:br/>
        <w:t>v 4.103380 14.980649 -0.100926</w:t>
        <w:br/>
        <w:t>v 4.349296 14.853319 0.007881</w:t>
        <w:br/>
        <w:t>v 4.234517 14.927331 -0.006208</w:t>
        <w:br/>
        <w:t>v 4.225228 14.927757 -0.073551</w:t>
        <w:br/>
        <w:t>v 4.337050 14.849398 -0.017736</w:t>
        <w:br/>
        <w:t>v 4.014892 14.952334 0.143553</w:t>
        <w:br/>
        <w:t>v 4.085002 14.935006 0.159827</w:t>
        <w:br/>
        <w:t>v 4.067288 14.864390 0.148307</w:t>
        <w:br/>
        <w:t>v 4.000929 14.893926 0.133769</w:t>
        <w:br/>
        <w:t>v 4.186373 14.832475 0.104236</w:t>
        <w:br/>
        <w:t>v 4.209080 14.892497 0.109434</w:t>
        <w:br/>
        <w:t>v 4.336671 14.832430 0.046801</w:t>
        <w:br/>
        <w:t>v 4.312189 14.805581 0.039283</w:t>
        <w:br/>
        <w:t>v 4.104673 14.985334 0.078353</w:t>
        <w:br/>
        <w:t>v 4.008223 14.997484 0.049251</w:t>
        <w:br/>
        <w:t>v 4.227040 14.925543 0.062599</w:t>
        <w:br/>
        <w:t>v 4.347991 14.853216 0.025709</w:t>
        <w:br/>
        <w:t>v 3.727314 15.082158 -0.142316</w:t>
        <w:br/>
        <w:t>v 3.704308 15.037394 -0.141385</w:t>
        <w:br/>
        <w:t>v 3.772212 14.998833 -0.157198</w:t>
        <w:br/>
        <w:t>v 3.799135 15.051213 -0.162982</w:t>
        <w:br/>
        <w:t>v 3.882287 15.009038 -0.137698</w:t>
        <w:br/>
        <w:t>v 3.855619 14.962200 -0.124740</w:t>
        <w:br/>
        <w:t>v 3.940732 14.928110 -0.094897</w:t>
        <w:br/>
        <w:t>v 3.960738 14.965468 -0.100559</w:t>
        <w:br/>
        <w:t>v 3.785204 15.125563 0.006339</w:t>
        <w:br/>
        <w:t>v 3.814061 15.105803 -0.103509</w:t>
        <w:br/>
        <w:t>v 3.824529 15.093536 0.003007</w:t>
        <w:br/>
        <w:t>v 3.905553 15.053924 -0.098772</w:t>
        <w:br/>
        <w:t>v 3.729867 15.081446 0.146330</w:t>
        <w:br/>
        <w:t>v 3.791574 15.053632 0.165543</w:t>
        <w:br/>
        <w:t>v 3.768925 14.991202 0.152972</w:t>
        <w:br/>
        <w:t>v 3.707636 15.029336 0.132279</w:t>
        <w:br/>
        <w:t>v 3.944430 14.923042 0.094465</w:t>
        <w:br/>
        <w:t>v 3.856847 14.955511 0.127188</w:t>
        <w:br/>
        <w:t>v 3.878463 15.017523 0.136707</w:t>
        <w:br/>
        <w:t>v 3.957899 14.968687 0.095309</w:t>
        <w:br/>
        <w:t>v 3.818746 15.115971 0.076943</w:t>
        <w:br/>
        <w:t>v 3.921712 15.069421 0.067678</w:t>
        <w:br/>
        <w:t>v 3.531427 15.184055 -0.158913</w:t>
        <w:br/>
        <w:t>v 3.458093 15.205526 -0.141153</w:t>
        <w:br/>
        <w:t>v 3.440558 15.167711 -0.134746</w:t>
        <w:br/>
        <w:t>v 3.506512 15.133879 -0.158924</w:t>
        <w:br/>
        <w:t>v 3.608855 15.142612 -0.135405</w:t>
        <w:br/>
        <w:t>v 3.583141 15.101428 -0.130398</w:t>
        <w:br/>
        <w:t>v 3.653715 15.069544 -0.088008</w:t>
        <w:br/>
        <w:t>v 3.675710 15.096720 -0.092369</w:t>
        <w:br/>
        <w:t>v 3.484910 15.222479 -0.017079</w:t>
        <w:br/>
        <w:t>v 3.431551 15.235072 -0.066241</w:t>
        <w:br/>
        <w:t>v 3.564995 15.247547 -0.100059</w:t>
        <w:br/>
        <w:t>v 3.557762 15.221058 -0.013023</w:t>
        <w:br/>
        <w:t>v 3.665190 15.199689 -0.081258</w:t>
        <w:br/>
        <w:t>v 3.744908 15.120881 -0.057969</w:t>
        <w:br/>
        <w:t>v 3.432190 15.160777 0.119814</w:t>
        <w:br/>
        <w:t>v 3.463289 15.209786 0.138645</w:t>
        <w:br/>
        <w:t>v 3.526243 15.183237 0.161733</w:t>
        <w:br/>
        <w:t>v 3.494232 15.129721 0.154060</w:t>
        <w:br/>
        <w:t>v 3.652548 15.065195 0.096718</w:t>
        <w:br/>
        <w:t>v 3.572991 15.099315 0.123905</w:t>
        <w:br/>
        <w:t>v 3.600326 15.142200 0.139646</w:t>
        <w:br/>
        <w:t>v 3.674186 15.095216 0.095976</w:t>
        <w:br/>
        <w:t>v 3.559355 15.239475 0.076039</w:t>
        <w:br/>
        <w:t>v 3.451965 15.239141 0.050888</w:t>
        <w:br/>
        <w:t>v 3.651941 15.193951 0.069465</w:t>
        <w:br/>
        <w:t>v 3.730196 15.124953 0.050206</w:t>
        <w:br/>
        <w:t>v 3.173967 15.348714 -0.148677</w:t>
        <w:br/>
        <w:t>v 3.205271 15.246482 -0.141287</w:t>
        <w:br/>
        <w:t>v 3.237149 15.312467 -0.164390</w:t>
        <w:br/>
        <w:t>v 3.290019 15.216055 -0.118278</w:t>
        <w:br/>
        <w:t>v 3.376842 15.193945 -0.092444</w:t>
        <w:br/>
        <w:t>v 3.405085 15.219881 -0.091902</w:t>
        <w:br/>
        <w:t>v 3.323014 15.260192 -0.134848</w:t>
        <w:br/>
        <w:t>v 3.218179 15.375129 -0.002041</w:t>
        <w:br/>
        <w:t>v 3.177518 15.394583 -0.069573</w:t>
        <w:br/>
        <w:t>v 3.276519 15.368466 -0.100305</w:t>
        <w:br/>
        <w:t>v 3.274473 15.353216 -0.005832</w:t>
        <w:br/>
        <w:t>v 3.484910 15.222479 -0.017079</w:t>
        <w:br/>
        <w:t>v 3.363056 15.306447 -0.092718</w:t>
        <w:br/>
        <w:t>v 3.431551 15.235072 -0.066241</w:t>
        <w:br/>
        <w:t>v 3.180731 15.354538 0.148932</w:t>
        <w:br/>
        <w:t>v 3.205477 15.249730 0.137408</w:t>
        <w:br/>
        <w:t>v 3.147462 15.295062 0.117495</w:t>
        <w:br/>
        <w:t>v 3.286876 15.216089 0.110314</w:t>
        <w:br/>
        <w:t>v 3.321609 15.265386 0.124667</w:t>
        <w:br/>
        <w:t>v 3.406656 15.222457 0.085308</w:t>
        <w:br/>
        <w:t>v 3.369823 15.190159 0.083641</w:t>
        <w:br/>
        <w:t>v 3.280166 15.375179 0.092508</w:t>
        <w:br/>
        <w:t>v 3.158466 15.398241 0.046775</w:t>
        <w:br/>
        <w:t>v 3.369192 15.308615 0.076966</w:t>
        <w:br/>
        <w:t>v 2.911061 15.497200 -0.143091</w:t>
        <w:br/>
        <w:t>v 2.878014 15.439124 -0.134476</w:t>
        <w:br/>
        <w:t>v 2.934659 15.401481 -0.142878</w:t>
        <w:br/>
        <w:t>v 2.973298 15.467313 -0.166469</w:t>
        <w:br/>
        <w:t>v 3.012770 15.368022 -0.119362</w:t>
        <w:br/>
        <w:t>v 3.089086 15.340277 -0.084292</w:t>
        <w:br/>
        <w:t>v 3.126364 15.375184 -0.096177</w:t>
        <w:br/>
        <w:t>v 3.053898 15.420815 -0.138472</w:t>
        <w:br/>
        <w:t>v 2.951037 15.525378 -0.014275</w:t>
        <w:br/>
        <w:t>v 2.889701 15.537663 -0.066037</w:t>
        <w:br/>
        <w:t>v 3.015312 15.523806 -0.106185</w:t>
        <w:br/>
        <w:t>v 3.107199 15.472789 -0.097253</w:t>
        <w:br/>
        <w:t>v 2.914376 15.501721 0.146518</w:t>
        <w:br/>
        <w:t>v 2.970748 15.468999 0.163892</w:t>
        <w:br/>
        <w:t>v 2.935051 15.400933 0.131709</w:t>
        <w:br/>
        <w:t>v 2.880828 15.446231 0.119792</w:t>
        <w:br/>
        <w:t>v 3.093141 15.339539 0.085839</w:t>
        <w:br/>
        <w:t>v 3.015433 15.366837 0.114820</w:t>
        <w:br/>
        <w:t>v 3.053065 15.426497 0.137502</w:t>
        <w:br/>
        <w:t>v 3.125067 15.384601 0.095973</w:t>
        <w:br/>
        <w:t>v 3.016116 15.524862 0.089382</w:t>
        <w:br/>
        <w:t>v 2.925874 15.541368 0.055296</w:t>
        <w:br/>
        <w:t>v 3.093089 15.467850 0.071863</w:t>
        <w:br/>
        <w:t>v 3.158466 15.398241 0.046775</w:t>
        <w:br/>
        <w:t>v 2.651648 15.655236 -0.142413</w:t>
        <w:br/>
        <w:t>v 2.611772 15.606267 -0.132302</w:t>
        <w:br/>
        <w:t>v 2.667257 15.558594 -0.150643</w:t>
        <w:br/>
        <w:t>v 2.710630 15.612319 -0.164758</w:t>
        <w:br/>
        <w:t>v 2.752144 15.522746 -0.128036</w:t>
        <w:br/>
        <w:t>v 2.836087 15.483224 -0.100225</w:t>
        <w:br/>
        <w:t>v 2.866122 15.523334 -0.098409</w:t>
        <w:br/>
        <w:t>v 2.788215 15.568262 -0.139227</w:t>
        <w:br/>
        <w:t>v 2.728347 15.662979 -0.004198</w:t>
        <w:br/>
        <w:t>v 2.672402 15.690656 -0.060164</w:t>
        <w:br/>
        <w:t>v 2.745480 15.663343 -0.106073</w:t>
        <w:br/>
        <w:t>v 2.746979 15.653924 -0.010655</w:t>
        <w:br/>
        <w:t>v 2.845384 15.584956 -0.020523</w:t>
        <w:br/>
        <w:t>v 2.823429 15.605665 -0.097093</w:t>
        <w:br/>
        <w:t>v 2.614398 15.606710 0.108905</w:t>
        <w:br/>
        <w:t>v 2.660885 15.660597 0.131039</w:t>
        <w:br/>
        <w:t>v 2.705698 15.623904 0.163147</w:t>
        <w:br/>
        <w:t>v 2.665331 15.555861 0.137226</w:t>
        <w:br/>
        <w:t>v 2.745509 15.522820 0.121895</w:t>
        <w:br/>
        <w:t>v 2.786259 15.572152 0.139579</w:t>
        <w:br/>
        <w:t>v 2.863548 15.524239 0.097399</w:t>
        <w:br/>
        <w:t>v 2.829499 15.490881 0.098345</w:t>
        <w:br/>
        <w:t>v 2.756279 15.679951 0.086914</w:t>
        <w:br/>
        <w:t>v 2.666502 15.691585 0.050656</w:t>
        <w:br/>
        <w:t>v 2.458420 15.785489 -0.171483</w:t>
        <w:br/>
        <w:t>v 2.397081 15.822175 -0.140675</w:t>
        <w:br/>
        <w:t>v 2.363719 15.769765 -0.129781</w:t>
        <w:br/>
        <w:t>v 2.416071 15.725809 -0.151312</w:t>
        <w:br/>
        <w:t>v 2.499189 15.691056 -0.127179</w:t>
        <w:br/>
        <w:t>v 2.570795 15.651183 -0.082159</w:t>
        <w:br/>
        <w:t>v 2.613424 15.681965 -0.090918</w:t>
        <w:br/>
        <w:t>v 2.541815 15.732589 -0.139560</w:t>
        <w:br/>
        <w:t>v 2.427254 15.853144 -0.014850</w:t>
        <w:br/>
        <w:t>v 2.508239 15.838433 -0.114366</w:t>
        <w:br/>
        <w:t>v 2.510837 15.829878 -0.015656</w:t>
        <w:br/>
        <w:t>v 2.601761 15.775362 -0.092978</w:t>
        <w:br/>
        <w:t>v 2.360516 15.764441 0.103810</w:t>
        <w:br/>
        <w:t>v 2.457218 15.785720 0.169385</w:t>
        <w:br/>
        <w:t>v 2.412072 15.722403 0.130548</w:t>
        <w:br/>
        <w:t>v 2.494256 15.688585 0.103375</w:t>
        <w:br/>
        <w:t>v 2.541450 15.739402 0.140679</w:t>
        <w:br/>
        <w:t>v 2.620713 15.688972 0.088828</w:t>
        <w:br/>
        <w:t>v 2.572702 15.655862 0.069826</w:t>
        <w:br/>
        <w:t>v 2.509874 15.841347 0.082765</w:t>
        <w:br/>
        <w:t>v 2.592654 15.770398 0.064943</w:t>
        <w:br/>
        <w:t>v 2.128010 16.008579 -0.151228</w:t>
        <w:br/>
        <w:t>v 2.079420 15.966053 -0.159560</w:t>
        <w:br/>
        <w:t>v 2.131028 15.920142 -0.175906</w:t>
        <w:br/>
        <w:t>v 2.173458 15.973439 -0.176027</w:t>
        <w:br/>
        <w:t>v 2.265224 15.904937 -0.142736</w:t>
        <w:br/>
        <w:t>v 2.227992 15.861866 -0.135115</w:t>
        <w:br/>
        <w:t>v 2.315589 15.814830 -0.095365</w:t>
        <w:br/>
        <w:t>v 2.343213 15.850613 -0.097246</w:t>
        <w:br/>
        <w:t>v 2.167579 16.026463 -0.003847</w:t>
        <w:br/>
        <w:t>v 2.131246 16.046890 -0.055926</w:t>
        <w:br/>
        <w:t>v 2.213387 16.007690 -0.092991</w:t>
        <w:br/>
        <w:t>v 2.215945 16.001923 -0.008242</w:t>
        <w:br/>
        <w:t>v 2.309089 15.937002 -0.085675</w:t>
        <w:br/>
        <w:t>v 2.377092 15.862872 -0.060524</w:t>
        <w:br/>
        <w:t>v 2.079186 15.963884 0.149819</w:t>
        <w:br/>
        <w:t>v 2.126806 16.011005 0.149397</w:t>
        <w:br/>
        <w:t>v 2.173393 15.977546 0.173421</w:t>
        <w:br/>
        <w:t>v 2.123084 15.914431 0.169731</w:t>
        <w:br/>
        <w:t>v 2.312238 15.808953 0.073787</w:t>
        <w:br/>
        <w:t>v 2.225653 15.856380 0.122984</w:t>
        <w:br/>
        <w:t>v 2.262677 15.905460 0.137643</w:t>
        <w:br/>
        <w:t>v 2.339373 15.845638 0.084616</w:t>
        <w:br/>
        <w:t>v 2.112293 16.057163 0.057671</w:t>
        <w:br/>
        <w:t>v 2.220392 16.024574 0.083266</w:t>
        <w:br/>
        <w:t>v 2.311906 15.938046 0.077418</w:t>
        <w:br/>
        <w:t>v 2.378736 15.856593 0.060469</w:t>
        <w:br/>
        <w:t>v 1.868482 16.219063 -0.148064</w:t>
        <w:br/>
        <w:t>v 1.841927 16.178089 -0.149207</w:t>
        <w:br/>
        <w:t>v 1.892284 16.130264 -0.172082</w:t>
        <w:br/>
        <w:t>v 1.925112 16.183506 -0.180387</w:t>
        <w:br/>
        <w:t>v 2.007599 16.117470 -0.154393</w:t>
        <w:br/>
        <w:t>v 1.968688 16.074726 -0.143466</w:t>
        <w:br/>
        <w:t>v 2.044953 16.020603 -0.092811</w:t>
        <w:br/>
        <w:t>v 2.085483 16.041573 -0.090795</w:t>
        <w:br/>
        <w:t>v 1.972600 16.224670 -0.103486</w:t>
        <w:br/>
        <w:t>v 1.860528 16.230961 -0.055098</w:t>
        <w:br/>
        <w:t>v 1.824986 16.255516 -0.089717</w:t>
        <w:br/>
        <w:t>v 2.066134 16.147758 -0.085834</w:t>
        <w:br/>
        <w:t>v 1.832484 16.182846 0.143240</w:t>
        <w:br/>
        <w:t>v 1.869785 16.220402 0.137837</w:t>
        <w:br/>
        <w:t>v 1.926848 16.175407 0.167867</w:t>
        <w:br/>
        <w:t>v 1.882805 16.130001 0.165872</w:t>
        <w:br/>
        <w:t>v 1.960944 16.073021 0.137435</w:t>
        <w:br/>
        <w:t>v 2.009526 16.109104 0.142551</w:t>
        <w:br/>
        <w:t>v 2.086066 16.045086 0.095891</w:t>
        <w:br/>
        <w:t>v 2.041575 16.019566 0.092133</w:t>
        <w:br/>
        <w:t>v 1.871458 16.245682 0.035044</w:t>
        <w:br/>
        <w:t>v 1.883944 16.232529 -0.015990</w:t>
        <w:br/>
        <w:t>v 1.953561 16.214565 -0.014255</w:t>
        <w:br/>
        <w:t>v 1.965618 16.221317 0.078864</w:t>
        <w:br/>
        <w:t>v 2.050432 16.149639 0.071655</w:t>
        <w:br/>
        <w:t>v 1.599152 16.444012 -0.156262</w:t>
        <w:br/>
        <w:t>v 1.557701 16.405510 -0.151997</w:t>
        <w:br/>
        <w:t>v 1.605267 16.368130 -0.176636</w:t>
        <w:br/>
        <w:t>v 1.641286 16.406109 -0.184905</w:t>
        <w:br/>
        <w:t>v 1.734812 16.322647 -0.147450</w:t>
        <w:br/>
        <w:t>v 1.702735 16.292355 -0.143963</w:t>
        <w:br/>
        <w:t>v 1.796660 16.223347 -0.103790</w:t>
        <w:br/>
        <w:t>v 1.824986 16.255516 -0.089717</w:t>
        <w:br/>
        <w:t>v 1.860528 16.230961 -0.055098</w:t>
        <w:br/>
        <w:t>v 1.765759 16.353798 -0.094709</w:t>
        <w:br/>
        <w:t>v 1.681447 16.445393 -0.112932</w:t>
        <w:br/>
        <w:t>v 1.558824 16.384293 0.142568</w:t>
        <w:br/>
        <w:t>v 1.583602 16.446064 0.148813</w:t>
        <w:br/>
        <w:t>v 1.647531 16.392860 0.179479</w:t>
        <w:br/>
        <w:t>v 1.615696 16.347256 0.166653</w:t>
        <w:br/>
        <w:t>v 1.702137 16.283287 0.143747</w:t>
        <w:br/>
        <w:t>v 1.738313 16.313595 0.144518</w:t>
        <w:br/>
        <w:t>v 1.823662 16.250980 0.079929</w:t>
        <w:br/>
        <w:t>v 1.783179 16.229126 0.101121</w:t>
        <w:br/>
        <w:t>v 1.667781 16.434269 -0.015712</w:t>
        <w:br/>
        <w:t>v 1.761311 16.337177 -0.012882</w:t>
        <w:br/>
        <w:t>v 1.694355 16.442818 0.071522</w:t>
        <w:br/>
        <w:t>v 1.871458 16.245682 0.035044</w:t>
        <w:br/>
        <w:t>v 4.085002 14.935006 0.159827</w:t>
        <w:br/>
        <w:t>v 4.014892 14.952334 0.143553</w:t>
        <w:br/>
        <w:t>v 3.957899 14.968687 0.095309</w:t>
        <w:br/>
        <w:t>v 3.791574 15.053632 0.165543</w:t>
        <w:br/>
        <w:t>v 3.729867 15.081446 0.146330</w:t>
        <w:br/>
        <w:t>v 3.674186 15.095216 0.095976</w:t>
        <w:br/>
        <w:t>v 3.564995 15.247547 -0.100059</w:t>
        <w:br/>
        <w:t>v 3.526243 15.183237 0.161733</w:t>
        <w:br/>
        <w:t>v 3.463289 15.209786 0.138645</w:t>
        <w:br/>
        <w:t>v 3.406656 15.222457 0.085308</w:t>
        <w:br/>
        <w:t>v 3.173967 15.348714 -0.148677</w:t>
        <w:br/>
        <w:t>v 3.237149 15.312467 -0.164390</w:t>
        <w:br/>
        <w:t>v 3.238771 15.319988 0.162368</w:t>
        <w:br/>
        <w:t>v 3.280166 15.375179 0.092508</w:t>
        <w:br/>
        <w:t>v 3.180731 15.354538 0.148932</w:t>
        <w:br/>
        <w:t>v 3.125067 15.384601 0.095973</w:t>
        <w:br/>
        <w:t>v 3.177518 15.394583 -0.069573</w:t>
        <w:br/>
        <w:t>v 3.053065 15.426497 0.137502</w:t>
        <w:br/>
        <w:t>v 2.970748 15.468999 0.163892</w:t>
        <w:br/>
        <w:t>v 2.914376 15.501721 0.146518</w:t>
        <w:br/>
        <w:t>v 2.863548 15.524239 0.097399</w:t>
        <w:br/>
        <w:t>v 2.849959 15.621711 0.076930</w:t>
        <w:br/>
        <w:t>v 2.705698 15.623904 0.163147</w:t>
        <w:br/>
        <w:t>v 2.756279 15.679951 0.086914</w:t>
        <w:br/>
        <w:t>v 2.660885 15.660597 0.131039</w:t>
        <w:br/>
        <w:t>v 2.620713 15.688972 0.088828</w:t>
        <w:br/>
        <w:t>v 2.541450 15.739402 0.140679</w:t>
        <w:br/>
        <w:t>v 2.457218 15.785720 0.169385</w:t>
        <w:br/>
        <w:t>v 2.397541 15.817573 0.122963</w:t>
        <w:br/>
        <w:t>v 2.339373 15.845638 0.084616</w:t>
        <w:br/>
        <w:t>v 2.086066 16.045086 0.095891</w:t>
        <w:br/>
        <w:t>v 1.647531 16.392860 0.179479</w:t>
        <w:br/>
        <w:t>v 1.573378 16.491795 0.030762</w:t>
        <w:br/>
        <w:t>v 1.583602 16.446064 0.148813</w:t>
        <w:br/>
        <w:t>v 1.542369 16.477207 0.081558</w:t>
        <w:br/>
        <w:t>v 1.548214 16.482899 -0.093037</w:t>
        <w:br/>
        <w:t>v 1.516755 16.438858 -0.101910</w:t>
        <w:br/>
        <w:t>v 1.575167 16.493912 -0.058454</w:t>
        <w:br/>
        <w:t>v 1.515535 16.417675 0.081575</w:t>
        <w:br/>
        <w:t>v 1.542369 16.477207 0.081558</w:t>
        <w:br/>
        <w:t>v 1.583195 16.480595 -0.015065</w:t>
        <w:br/>
        <w:t>v 1.824986 16.255516 -0.089717</w:t>
        <w:br/>
        <w:t>v 1.796660 16.223347 -0.103790</w:t>
        <w:br/>
        <w:t>v 1.783179 16.229126 0.101121</w:t>
        <w:br/>
        <w:t>v 1.823662 16.250980 0.079929</w:t>
        <w:br/>
        <w:t>v 4.104753 14.969859 -0.013140</w:t>
        <w:br/>
        <w:t>v 3.653715 15.069544 -0.088008</w:t>
        <w:br/>
        <w:t>v 3.675710 15.096720 -0.092369</w:t>
        <w:br/>
        <w:t>v 3.927407 15.037776 -0.013062</w:t>
        <w:br/>
        <w:t>v 3.376842 15.193945 -0.092444</w:t>
        <w:br/>
        <w:t>v 3.405085 15.219881 -0.091902</w:t>
        <w:br/>
        <w:t>v 3.666059 15.180535 -0.002556</w:t>
        <w:br/>
        <w:t>v 3.089086 15.340277 -0.084292</w:t>
        <w:br/>
        <w:t>v 3.141689 15.294161 -0.124414</w:t>
        <w:br/>
        <w:t>v 3.126364 15.375184 -0.096177</w:t>
        <w:br/>
        <w:t>v 3.381432 15.285669 -0.014017</w:t>
        <w:br/>
        <w:t>v 2.866122 15.523334 -0.098409</w:t>
        <w:br/>
        <w:t>v 3.112529 15.436781 -0.001239</w:t>
        <w:br/>
        <w:t>v 3.012753 15.505144 -0.007078</w:t>
        <w:br/>
        <w:t>v 2.570795 15.651183 -0.082159</w:t>
        <w:br/>
        <w:t>v 2.613424 15.681965 -0.090918</w:t>
        <w:br/>
        <w:t>v 2.572702 15.655862 0.069826</w:t>
        <w:br/>
        <w:t>v 2.620713 15.688972 0.088828</w:t>
        <w:br/>
        <w:t>v 2.849959 15.621711 0.076930</w:t>
        <w:br/>
        <w:t>v 2.343213 15.850613 -0.097246</w:t>
        <w:br/>
        <w:t>v 2.629806 15.759404 -0.002689</w:t>
        <w:br/>
        <w:t>v 2.397541 15.817573 0.122963</w:t>
        <w:br/>
        <w:t>v 2.044953 16.020603 -0.092811</w:t>
        <w:br/>
        <w:t>v 2.085483 16.041573 -0.090795</w:t>
        <w:br/>
        <w:t>v 2.332116 15.926082 -0.014248</w:t>
        <w:br/>
        <w:t>v 2.041575 16.019566 0.092133</w:t>
        <w:br/>
        <w:t>v 3.744908 15.120881 -0.057969</w:t>
        <w:br/>
        <w:t>v 3.451965 15.239141 0.050888</w:t>
        <w:br/>
        <w:t>v 2.343213 15.850613 -0.097246</w:t>
        <w:br/>
        <w:t>v 2.052992 16.142818 -0.011570</w:t>
        <w:br/>
        <w:t>v 1.761778 16.334927 0.053380</w:t>
        <w:br/>
        <w:t>v 2.925874 15.541368 0.055296</w:t>
        <w:br/>
        <w:t>v 3.665190 15.199689 -0.081258</w:t>
        <w:br/>
        <w:t>v -0.721562 15.890171 1.553536</w:t>
        <w:br/>
        <w:t>v -0.530963 15.939700 1.542761</w:t>
        <w:br/>
        <w:t>v -0.600002 15.868296 1.607354</w:t>
        <w:br/>
        <w:t>v -0.335319 15.815125 1.649629</w:t>
        <w:br/>
        <w:t>v -0.329059 15.897424 1.540689</w:t>
        <w:br/>
        <w:t>v -0.233093 15.776924 1.631761</w:t>
        <w:br/>
        <w:t>v -0.530963 15.939700 1.542761</w:t>
        <w:br/>
        <w:t>v -0.469739 15.839952 1.643343</w:t>
        <w:br/>
        <w:t>v -0.153818 15.872357 1.530576</w:t>
        <w:br/>
        <w:t>v -0.174584 16.004702 1.449389</w:t>
        <w:br/>
        <w:t>v -0.075847 15.858743 1.522374</w:t>
        <w:br/>
        <w:t>v -0.347249 15.973528 1.493323</w:t>
        <w:br/>
        <w:t>v 0.000328 15.727184 1.619829</w:t>
        <w:br/>
        <w:t>v -0.060234 15.735466 1.624139</w:t>
        <w:br/>
        <w:t>v 0.000328 15.853914 1.520132</w:t>
        <w:br/>
        <w:t>v -0.126618 15.744338 1.628163</w:t>
        <w:br/>
        <w:t>v 0.000329 16.020861 1.427197</w:t>
        <w:br/>
        <w:t>v 0.531620 15.939700 1.542761</w:t>
        <w:br/>
        <w:t>v 0.722219 15.890171 1.553536</w:t>
        <w:br/>
        <w:t>v 0.600659 15.868296 1.607354</w:t>
        <w:br/>
        <w:t>v 0.329715 15.897424 1.540689</w:t>
        <w:br/>
        <w:t>v 0.335977 15.815125 1.649629</w:t>
        <w:br/>
        <w:t>v 0.233749 15.776924 1.631761</w:t>
        <w:br/>
        <w:t>v 0.470396 15.839952 1.643343</w:t>
        <w:br/>
        <w:t>v 0.531620 15.939700 1.542761</w:t>
        <w:br/>
        <w:t>v 0.175242 16.004702 1.449389</w:t>
        <w:br/>
        <w:t>v 0.154475 15.872357 1.530576</w:t>
        <w:br/>
        <w:t>v 0.076504 15.858743 1.522374</w:t>
        <w:br/>
        <w:t>v 0.347907 15.973528 1.493323</w:t>
        <w:br/>
        <w:t>v 0.060890 15.735466 1.624139</w:t>
        <w:br/>
        <w:t>v 0.127274 15.744338 1.628163</w:t>
        <w:br/>
        <w:t>v 0.385002 12.707744 1.807306</w:t>
        <w:br/>
        <w:t>v 0.335700 12.658012 1.817850</w:t>
        <w:br/>
        <w:t>v 0.267916 12.776738 1.822959</w:t>
        <w:br/>
        <w:t>v 0.422529 12.686595 1.807880</w:t>
        <w:br/>
        <w:t>v 0.398682 12.700819 1.813282</w:t>
        <w:br/>
        <w:t>v 0.418471 12.776290 1.805974</w:t>
        <w:br/>
        <w:t>v 0.445990 12.776071 1.799216</w:t>
        <w:br/>
        <w:t>v 0.343280 12.907597 1.810575</w:t>
        <w:br/>
        <w:t>v 0.268447 12.928248 1.821251</w:t>
        <w:br/>
        <w:t>v 0.268124 12.956234 1.817327</w:t>
        <w:br/>
        <w:t>v 0.356844 12.931748 1.804670</w:t>
        <w:br/>
        <w:t>v 0.398192 12.851973 1.804982</w:t>
        <w:br/>
        <w:t>v 0.421947 12.865802 1.798039</w:t>
        <w:br/>
        <w:t>v 0.384559 12.844348 1.799805</w:t>
        <w:br/>
        <w:t>v 0.402886 12.775949 1.800702</w:t>
        <w:br/>
        <w:t>v 0.444850 12.773300 1.748873</w:t>
        <w:br/>
        <w:t>v 0.445990 12.776071 1.799216</w:t>
        <w:br/>
        <w:t>v 0.421947 12.865802 1.798039</w:t>
        <w:br/>
        <w:t>v 0.419907 12.866398 1.747655</w:t>
        <w:br/>
        <w:t>v 0.420510 12.680475 1.757863</w:t>
        <w:br/>
        <w:t>v 0.422529 12.686595 1.807880</w:t>
        <w:br/>
        <w:t>v 0.353407 12.612784 1.772215</w:t>
        <w:br/>
        <w:t>v 0.357851 12.621353 1.821712</w:t>
        <w:br/>
        <w:t>v 0.269428 12.625948 1.837848</w:t>
        <w:br/>
        <w:t>v 0.344129 12.645791 1.824950</w:t>
        <w:br/>
        <w:t>v 0.357851 12.621353 1.821712</w:t>
        <w:br/>
        <w:t>v 0.269287 12.597826 1.837005</w:t>
        <w:br/>
        <w:t>v 0.194596 12.646603 1.848524</w:t>
        <w:br/>
        <w:t>v 0.180567 12.622315 1.849662</w:t>
        <w:br/>
        <w:t>v 0.139684 12.702224 1.854116</w:t>
        <w:br/>
        <w:t>v 0.115463 12.688258 1.856292</w:t>
        <w:br/>
        <w:t>v 0.119405 12.777905 1.853125</w:t>
        <w:br/>
        <w:t>v 0.091421 12.777988 1.855116</w:t>
        <w:br/>
        <w:t>v 0.139193 12.853376 1.845816</w:t>
        <w:br/>
        <w:t>v 0.114882 12.867464 1.846452</w:t>
        <w:br/>
        <w:t>v 0.114882 12.867464 1.846452</w:t>
        <w:br/>
        <w:t>v 0.091421 12.777988 1.855116</w:t>
        <w:br/>
        <w:t>v 0.076987 12.775290 1.806871</w:t>
        <w:br/>
        <w:t>v 0.101328 12.868123 1.797881</w:t>
        <w:br/>
        <w:t>v 0.115463 12.688258 1.856292</w:t>
        <w:br/>
        <w:t>v 0.101931 12.682197 1.808090</w:t>
        <w:br/>
        <w:t>v 0.169476 12.613779 1.801213</w:t>
        <w:br/>
        <w:t>v 0.180567 12.622315 1.849662</w:t>
        <w:br/>
        <w:t>v 0.269287 12.597826 1.837005</w:t>
        <w:br/>
        <w:t>v 0.261522 12.588375 1.788081</w:t>
        <w:br/>
        <w:t>v 0.168431 12.935813 1.783531</w:t>
        <w:br/>
        <w:t>v 0.179560 12.932706 1.832620</w:t>
        <w:br/>
        <w:t>v 0.193747 12.908405 1.834150</w:t>
        <w:br/>
        <w:t>v 0.179560 12.932706 1.832620</w:t>
        <w:br/>
        <w:t>v 0.268124 12.956234 1.817327</w:t>
        <w:br/>
        <w:t>v 0.260316 12.960224 1.767663</w:t>
        <w:br/>
        <w:t>v 0.199793 12.895348 1.826165</w:t>
        <w:br/>
        <w:t>v 0.267303 12.913281 1.814508</w:t>
        <w:br/>
        <w:t>v 0.356844 12.931748 1.804670</w:t>
        <w:br/>
        <w:t>v 0.352362 12.934816 1.754532</w:t>
        <w:br/>
        <w:t>v 0.334933 12.894618 1.804859</w:t>
        <w:br/>
        <w:t>v 0.268190 12.640079 1.829507</w:t>
        <w:br/>
        <w:t>v 0.200561 12.658744 1.839156</w:t>
        <w:br/>
        <w:t>v 0.150934 12.709012 1.844209</w:t>
        <w:br/>
        <w:t>v 0.132607 12.777411 1.843314</w:t>
        <w:br/>
        <w:t>v 0.150491 12.845616 1.836709</w:t>
        <w:br/>
        <w:t>v 0.335700 12.658012 1.817850</w:t>
        <w:br/>
        <w:t>v 0.385002 12.707744 1.807306</w:t>
        <w:br/>
        <w:t>v 0.402886 12.775949 1.800702</w:t>
        <w:br/>
        <w:t>v 0.384559 12.844348 1.799805</w:t>
        <w:br/>
        <w:t>v 0.334933 12.894618 1.804859</w:t>
        <w:br/>
        <w:t>v 0.267303 12.913281 1.814508</w:t>
        <w:br/>
        <w:t>v 0.199793 12.895348 1.826165</w:t>
        <w:br/>
        <w:t>v 0.150491 12.845616 1.836709</w:t>
        <w:br/>
        <w:t>v 0.132607 12.777411 1.843314</w:t>
        <w:br/>
        <w:t>v 0.150934 12.709012 1.844209</w:t>
        <w:br/>
        <w:t>v 0.200561 12.658744 1.839156</w:t>
        <w:br/>
        <w:t>v 0.268190 12.640079 1.829507</w:t>
        <w:br/>
        <w:t>v -1.420298 0.512964 0.547503</w:t>
        <w:br/>
        <w:t>v -1.362923 0.523505 0.373046</w:t>
        <w:br/>
        <w:t>v -1.326013 0.639219 0.551108</w:t>
        <w:br/>
        <w:t>v -1.375692 0.444748 0.937917</w:t>
        <w:br/>
        <w:t>v -1.425511 0.475530 0.768457</w:t>
        <w:br/>
        <w:t>v -1.357938 0.582653 0.796368</w:t>
        <w:br/>
        <w:t>v -1.326044 0.646497 1.520547</w:t>
        <w:br/>
        <w:t>v -1.341565 0.425868 1.581443</w:t>
        <w:br/>
        <w:t>v -1.402535 0.381912 1.458183</w:t>
        <w:br/>
        <w:t>v -1.384958 0.611590 1.404094</w:t>
        <w:br/>
        <w:t>v -1.453012 0.302278 1.287143</w:t>
        <w:br/>
        <w:t>v -1.423178 0.445583 1.289144</w:t>
        <w:br/>
        <w:t>v -1.150086 0.216909 1.919208</w:t>
        <w:br/>
        <w:t>v -1.123691 0.519746 1.795919</w:t>
        <w:br/>
        <w:t>v -0.961003 0.557882 1.872754</w:t>
        <w:br/>
        <w:t>v -0.965772 0.283685 2.014484</w:t>
        <w:br/>
        <w:t>v -0.779224 0.580789 1.926159</w:t>
        <w:br/>
        <w:t>v -0.789080 0.331344 2.057886</w:t>
        <w:br/>
        <w:t>v -1.325411 0.543385 0.338170</w:t>
        <w:br/>
        <w:t>v -1.185444 0.683005 0.545783</w:t>
        <w:br/>
        <w:t>v -1.273865 0.676851 0.547342</w:t>
        <w:br/>
        <w:t>v -1.378029 0.217202 0.368737</w:t>
        <w:br/>
        <w:t>v -1.387952 0.116027 0.347860</w:t>
        <w:br/>
        <w:t>v -0.203135 0.116104 0.348199</w:t>
        <w:br/>
        <w:t>v -0.204847 0.217272 0.369097</w:t>
        <w:br/>
        <w:t>v -1.286605 0.458320 1.126722</w:t>
        <w:br/>
        <w:t>v -1.289301 0.485397 1.256082</w:t>
        <w:br/>
        <w:t>v -1.386739 0.477410 1.263000</w:t>
        <w:br/>
        <w:t>v -1.373924 0.453022 1.130169</w:t>
        <w:br/>
        <w:t>v -1.254124 0.479849 0.952721</w:t>
        <w:br/>
        <w:t>v -1.345256 0.476585 0.952487</w:t>
        <w:br/>
        <w:t>v -1.234636 0.612579 0.824680</w:t>
        <w:br/>
        <w:t>v -1.316236 0.608825 0.820830</w:t>
        <w:br/>
        <w:t>v -1.185964 0.678699 1.482222</w:t>
        <w:br/>
        <w:t>v -1.276872 0.680783 1.500635</w:t>
        <w:br/>
        <w:t>v -1.343340 0.647797 1.393473</w:t>
        <w:br/>
        <w:t>v -1.254825 0.642637 1.357656</w:t>
        <w:br/>
        <w:t>v -1.115700 0.714758 1.606790</w:t>
        <w:br/>
        <w:t>v -1.033689 0.568818 1.728357</w:t>
        <w:br/>
        <w:t>v -1.083517 0.558565 1.754074</w:t>
        <w:br/>
        <w:t>v -1.198518 0.713771 1.607800</w:t>
        <w:br/>
        <w:t>v -0.922658 0.590971 1.796817</w:t>
        <w:br/>
        <w:t>v -0.939874 0.583935 1.829389</w:t>
        <w:br/>
        <w:t>v -1.419200 0.355836 0.405584</w:t>
        <w:br/>
        <w:t>v -1.368324 0.353321 0.366391</w:t>
        <w:br/>
        <w:t>v -1.255245 0.681404 1.637004</w:t>
        <w:br/>
        <w:t>v -1.402317 0.418334 1.142485</w:t>
        <w:br/>
        <w:t>v -1.442896 0.216347 0.403174</w:t>
        <w:br/>
        <w:t>v -1.378029 0.217202 0.368737</w:t>
        <w:br/>
        <w:t>v -1.325411 0.543385 0.338170</w:t>
        <w:br/>
        <w:t>v -1.368324 0.353321 0.366391</w:t>
        <w:br/>
        <w:t>v -0.208173 0.353391 0.366747</w:t>
        <w:br/>
        <w:t>v -0.235481 0.543450 0.338504</w:t>
        <w:br/>
        <w:t>v -1.458533 0.257653 1.152172</w:t>
        <w:br/>
        <w:t>v -1.429507 0.267256 0.998646</w:t>
        <w:br/>
        <w:t>v -1.436285 0.059542 1.532668</w:t>
        <w:br/>
        <w:t>v -1.372309 0.103719 1.663426</w:t>
        <w:br/>
        <w:t>v -1.456374 0.229092 0.874023</w:t>
        <w:br/>
        <w:t>v -1.477236 0.309817 0.725188</w:t>
        <w:br/>
        <w:t>v -1.261286 0.474354 1.703680</w:t>
        <w:br/>
        <w:t>v -1.281606 0.154698 1.798090</w:t>
        <w:br/>
        <w:t>v -1.471112 0.128043 0.831259</w:t>
        <w:br/>
        <w:t>v -1.512285 0.167157 0.690630</w:t>
        <w:br/>
        <w:t>v -1.503651 0.194449 0.520516</w:t>
        <w:br/>
        <w:t>v -1.539618 0.037939 0.660581</w:t>
        <w:br/>
        <w:t>v -1.501693 0.068288 0.498502</w:t>
        <w:br/>
        <w:t>v -1.434195 0.098053 0.390590</w:t>
        <w:br/>
        <w:t>v -1.485368 0.033534 0.826317</w:t>
        <w:br/>
        <w:t>v -0.778223 0.603351 1.882160</w:t>
        <w:br/>
        <w:t>v -0.615764 0.283706 2.014591</w:t>
        <w:br/>
        <w:t>v -0.436306 0.216952 1.919428</w:t>
        <w:br/>
        <w:t>v -1.150086 0.216909 1.919208</w:t>
        <w:br/>
        <w:t>v -0.965772 0.283685 2.014484</w:t>
        <w:br/>
        <w:t>v -0.162703 0.059619 1.533059</w:t>
        <w:br/>
        <w:t>v -0.109094 0.038425 1.304050</w:t>
        <w:br/>
        <w:t>v -1.497445 0.037248 1.301602</w:t>
        <w:br/>
        <w:t>v -1.436285 0.059542 1.532668</w:t>
        <w:br/>
        <w:t>v -0.125942 0.128123 0.831673</w:t>
        <w:br/>
        <w:t>v -0.120696 0.033620 0.826737</w:t>
        <w:br/>
        <w:t>v -1.485368 0.033534 0.826317</w:t>
        <w:br/>
        <w:t>v -1.471112 0.128043 0.831259</w:t>
        <w:br/>
        <w:t>v -1.456374 0.229092 0.874023</w:t>
        <w:br/>
        <w:t>v -0.132208 0.229171 0.874430</w:t>
        <w:br/>
        <w:t>v -1.434195 0.098053 0.390590</w:t>
        <w:br/>
        <w:t>v -0.159329 0.097846 0.391599</w:t>
        <w:br/>
        <w:t>v -0.203135 0.116104 0.348199</w:t>
        <w:br/>
        <w:t>v -1.387952 0.116027 0.347860</w:t>
        <w:br/>
        <w:t>v -1.501693 0.068288 0.498502</w:t>
        <w:br/>
        <w:t>v -0.096885 0.068313 0.498986</w:t>
        <w:br/>
        <w:t>v -0.789080 0.331344 2.057886</w:t>
        <w:br/>
        <w:t>v -0.779506 0.572689 1.723370</w:t>
        <w:br/>
        <w:t>v -0.777863 0.611265 1.836757</w:t>
        <w:br/>
        <w:t>v -1.477703 0.334367 0.534904</w:t>
        <w:br/>
        <w:t>v -1.115700 0.714758 1.606790</w:t>
        <w:br/>
        <w:t>v -1.372309 0.103719 1.663426</w:t>
        <w:br/>
        <w:t>v -0.222876 0.103788 1.663779</w:t>
        <w:br/>
        <w:t>v -0.199730 0.523575 0.373403</w:t>
        <w:br/>
        <w:t>v -0.143370 0.513041 0.547895</w:t>
        <w:br/>
        <w:t>v -0.224256 0.639285 0.551447</w:t>
        <w:br/>
        <w:t>v -0.141548 0.475607 0.768852</w:t>
        <w:br/>
        <w:t>v -0.194148 0.444819 0.938281</w:t>
        <w:br/>
        <w:t>v -0.197441 0.582723 0.796725</w:t>
        <w:br/>
        <w:t>v -0.171048 0.381987 1.458562</w:t>
        <w:br/>
        <w:t>v -0.228500 0.425934 1.581785</w:t>
        <w:br/>
        <w:t>v -0.226411 0.646563 1.520885</w:t>
        <w:br/>
        <w:t>v -0.170508 0.611663 1.404466</w:t>
        <w:br/>
        <w:t>v -0.136937 0.309404 1.290155</w:t>
        <w:br/>
        <w:t>v -0.146636 0.453458 1.289544</w:t>
        <w:br/>
        <w:t>v -0.293186 0.681462 1.637301</w:t>
        <w:br/>
        <w:t>v -0.304750 0.474411 1.703974</w:t>
        <w:br/>
        <w:t>v -0.439859 0.519788 1.796129</w:t>
        <w:br/>
        <w:t>v -0.615764 0.283706 2.014591</w:t>
        <w:br/>
        <w:t>v -0.599384 0.557904 1.872865</w:t>
        <w:br/>
        <w:t>v -0.436306 0.216952 1.919428</w:t>
        <w:br/>
        <w:t>v -0.360958 0.683055 0.546036</w:t>
        <w:br/>
        <w:t>v -0.235481 0.543450 0.338504</w:t>
        <w:br/>
        <w:t>v -0.273081 0.676912 0.547650</w:t>
        <w:br/>
        <w:t>v -0.180387 0.485281 1.263379</w:t>
        <w:br/>
        <w:t>v -0.277140 0.493256 1.256401</w:t>
        <w:br/>
        <w:t>v -0.282148 0.458380 1.127031</w:t>
        <w:br/>
        <w:t>v -0.195293 0.453093 1.130531</w:t>
        <w:br/>
        <w:t>v -0.312657 0.479905 0.953010</w:t>
        <w:br/>
        <w:t>v -0.221809 0.476652 0.952833</w:t>
        <w:br/>
        <w:t>v -0.236854 0.608890 0.821162</w:t>
        <w:br/>
        <w:t>v -0.318126 0.612634 0.824962</w:t>
        <w:br/>
        <w:t>v -0.208934 0.647866 1.393821</w:t>
        <w:br/>
        <w:t>v -0.272551 0.680843 1.500943</w:t>
        <w:br/>
        <w:t>v -0.363632 0.678748 1.482475</w:t>
        <w:br/>
        <w:t>v -0.297884 0.642695 1.357949</w:t>
        <w:br/>
        <w:t>v -0.476724 0.558602 1.754261</w:t>
        <w:br/>
        <w:t>v -0.525658 0.568848 1.728513</w:t>
        <w:br/>
        <w:t>v -0.430778 0.714799 1.607000</w:t>
        <w:br/>
        <w:t>v -0.347039 0.713822 1.608062</w:t>
        <w:br/>
        <w:t>v -0.618230 0.583954 1.829488</w:t>
        <w:br/>
        <w:t>v -0.634814 0.590988 1.796905</w:t>
        <w:br/>
        <w:t>v -0.208173 0.353391 0.366747</w:t>
        <w:br/>
        <w:t>v -0.156497 0.355912 0.405972</w:t>
        <w:br/>
        <w:t>v -0.235481 0.543450 0.338504</w:t>
        <w:br/>
        <w:t>v -0.169936 0.418408 1.142863</w:t>
        <w:br/>
        <w:t>v -0.204847 0.217272 0.369097</w:t>
        <w:br/>
        <w:t>v -0.142938 0.216291 0.403831</w:t>
        <w:br/>
        <w:t>v -0.117501 0.162282 1.250547</w:t>
        <w:br/>
        <w:t>v -0.127656 0.257733 1.152581</w:t>
        <w:br/>
        <w:t>v -0.154456 0.267332 0.999037</w:t>
        <w:br/>
        <w:t>v -0.162703 0.059619 1.533059</w:t>
        <w:br/>
        <w:t>v -0.222876 0.103788 1.663779</w:t>
        <w:br/>
        <w:t>v -0.103847 0.309896 0.725609</w:t>
        <w:br/>
        <w:t>v -0.132208 0.229171 0.874430</w:t>
        <w:br/>
        <w:t>v -0.309777 0.154757 1.798389</w:t>
        <w:br/>
        <w:t>v -0.080532 0.167246 0.691069</w:t>
        <w:br/>
        <w:t>v -0.125942 0.128123 0.831673</w:t>
        <w:br/>
        <w:t>v -0.063667 0.038034 0.661033</w:t>
        <w:br/>
        <w:t>v -0.085771 0.194511 0.520973</w:t>
        <w:br/>
        <w:t>v -0.096885 0.068313 0.498986</w:t>
        <w:br/>
        <w:t>v -0.159329 0.097846 0.391599</w:t>
        <w:br/>
        <w:t>v -0.120696 0.033620 0.826737</w:t>
        <w:br/>
        <w:t>v -0.309777 0.154757 1.798389</w:t>
        <w:br/>
        <w:t>v -1.281606 0.154698 1.798090</w:t>
        <w:br/>
        <w:t>v -0.117501 0.162282 1.250547</w:t>
        <w:br/>
        <w:t>v -1.477082 0.162200 1.250129</w:t>
        <w:br/>
        <w:t>v -1.497445 0.037248 1.301602</w:t>
        <w:br/>
        <w:t>v -0.109094 0.038425 1.304050</w:t>
        <w:br/>
        <w:t>v -1.458533 0.257653 1.152172</w:t>
        <w:br/>
        <w:t>v -0.127656 0.257733 1.152581</w:t>
        <w:br/>
        <w:t>v -0.154456 0.267332 0.999037</w:t>
        <w:br/>
        <w:t>v -1.429507 0.267256 0.998646</w:t>
        <w:br/>
        <w:t>v -0.120696 0.033620 0.826737</w:t>
        <w:br/>
        <w:t>v -0.063667 0.038034 0.661033</w:t>
        <w:br/>
        <w:t>v -1.539618 0.037939 0.660581</w:t>
        <w:br/>
        <w:t>v -1.485368 0.033534 0.826317</w:t>
        <w:br/>
        <w:t>v -0.100710 0.334443 0.535326</w:t>
        <w:br/>
        <w:t>v -0.430778 0.714799 1.607000</w:t>
        <w:br/>
        <w:t>v -0.909002 1.942544 -0.445005</w:t>
        <w:br/>
        <w:t>v -1.061616 1.925635 -0.304531</w:t>
        <w:br/>
        <w:t>v -1.036557 1.672837 -0.290154</w:t>
        <w:br/>
        <w:t>v -0.901684 1.697269 -0.433298</w:t>
        <w:br/>
        <w:t>v -1.034210 1.472219 -0.305161</w:t>
        <w:br/>
        <w:t>v -1.111580 1.662111 -0.078158</w:t>
        <w:br/>
        <w:t>v -1.107111 1.475372 -0.081188</w:t>
        <w:br/>
        <w:t>v -0.951352 1.686222 0.364968</w:t>
        <w:br/>
        <w:t>v -1.066659 1.664072 0.137750</w:t>
        <w:br/>
        <w:t>v -1.068932 1.868532 0.154136</w:t>
        <w:br/>
        <w:t>v -0.937638 1.795060 0.353929</w:t>
        <w:br/>
        <w:t>v -1.057293 1.285220 -0.335098</w:t>
        <w:br/>
        <w:t>v -0.901367 1.312273 -0.508115</w:t>
        <w:br/>
        <w:t>v -0.905145 1.505115 -0.455965</w:t>
        <w:br/>
        <w:t>v -0.744582 1.334562 -0.567750</w:t>
        <w:br/>
        <w:t>v -0.735686 1.525791 -0.523765</w:t>
        <w:br/>
        <w:t>v -1.061322 1.343304 0.242185</w:t>
        <w:br/>
        <w:t>v -1.110375 1.110595 0.367048</w:t>
        <w:br/>
        <w:t>v -1.226330 0.912263 0.031925</w:t>
        <w:br/>
        <w:t>v -1.203203 0.970281 -0.184114</w:t>
        <w:br/>
        <w:t>v -1.126982 1.278732 -0.111719</w:t>
        <w:br/>
        <w:t>v -1.108880 1.035536 -0.392260</w:t>
        <w:br/>
        <w:t>v -0.953675 1.064639 -0.563311</w:t>
        <w:br/>
        <w:t>v -1.066493 1.515928 0.153343</w:t>
        <w:br/>
        <w:t>v -1.254536 0.805466 1.073290</w:t>
        <w:br/>
        <w:t>v -1.200765 0.867093 0.784140</w:t>
        <w:br/>
        <w:t>v -1.058773 1.022913 0.818480</w:t>
        <w:br/>
        <w:t>v -1.078271 0.957435 1.054513</w:t>
        <w:br/>
        <w:t>v -0.850716 1.450845 0.429633</w:t>
        <w:br/>
        <w:t>v -0.879242 1.306002 0.530047</w:t>
        <w:br/>
        <w:t>v -0.959485 1.237508 0.477027</w:t>
        <w:br/>
        <w:t>v -0.934355 1.408250 0.393362</w:t>
        <w:br/>
        <w:t>v -0.917809 1.562290 0.363000</w:t>
        <w:br/>
        <w:t>v -0.833439 1.607176 0.425420</w:t>
        <w:br/>
        <w:t>v -1.214511 0.856706 0.228469</w:t>
        <w:br/>
        <w:t>v -1.205834 0.790273 0.450277</w:t>
        <w:br/>
        <w:t>v -1.291562 0.431210 0.301461</w:t>
        <w:br/>
        <w:t>v -1.293618 0.488798 0.151798</w:t>
        <w:br/>
        <w:t>v -1.316112 0.426197 -0.275333</w:t>
        <w:br/>
        <w:t>v -1.339452 0.405115 -0.109790</w:t>
        <w:br/>
        <w:t>v -1.208647 0.628564 -0.512183</w:t>
        <w:br/>
        <w:t>v -1.028671 0.691712 -0.698250</w:t>
        <w:br/>
        <w:t>v -0.766996 0.745196 -0.814092</w:t>
        <w:br/>
        <w:t>v -0.756229 1.078475 -0.651859</w:t>
        <w:br/>
        <w:t>v -0.758438 1.036626 1.234227</w:t>
        <w:br/>
        <w:t>v -0.921330 0.998384 1.164924</w:t>
        <w:br/>
        <w:t>v -0.913879 1.083553 0.849026</w:t>
        <w:br/>
        <w:t>v -0.754552 1.115782 0.914241</w:t>
        <w:br/>
        <w:t>v -0.978596 1.106746 0.556293</w:t>
        <w:br/>
        <w:t>v -0.896392 1.187901 0.645175</w:t>
        <w:br/>
        <w:t>v -1.016788 1.003229 0.815694</w:t>
        <w:br/>
        <w:t>v -1.316536 0.479387 0.015796</w:t>
        <w:br/>
        <w:t>v -1.145467 1.902486 -0.099009</w:t>
        <w:br/>
        <w:t>v -0.967088 0.753512 1.742231</w:t>
        <w:br/>
        <w:t>v -1.169313 0.708734 1.606266</w:t>
        <w:br/>
        <w:t>v -1.119632 0.864722 1.513728</w:t>
        <w:br/>
        <w:t>v -0.957655 0.916912 1.610755</w:t>
        <w:br/>
        <w:t>v -0.748490 1.247102 0.716522</w:t>
        <w:br/>
        <w:t>v -1.289480 0.345395 0.374706</w:t>
        <w:br/>
        <w:t>v -1.252367 0.666320 0.726986</w:t>
        <w:br/>
        <w:t>v -1.302777 0.436853 0.723929</w:t>
        <w:br/>
        <w:t>v -0.762457 0.949769 1.655880</w:t>
        <w:br/>
        <w:t>v -0.948489 0.988926 1.392584</w:t>
        <w:br/>
        <w:t>v -0.758844 1.029060 1.479411</w:t>
        <w:br/>
        <w:t>v -1.264075 0.793175 1.228661</w:t>
        <w:br/>
        <w:t>v -1.077055 0.941156 1.262473</w:t>
        <w:br/>
        <w:t>v -1.220077 0.814962 1.385819</w:t>
        <w:br/>
        <w:t>v -0.932284 1.028961 1.220198</w:t>
        <w:br/>
        <w:t>v -1.145343 0.979944 0.502458</w:t>
        <w:br/>
        <w:t>v -1.017635 1.127059 0.562178</w:t>
        <w:br/>
        <w:t>v -1.030747 0.935970 1.050070</w:t>
        <w:br/>
        <w:t>v -0.769681 0.788689 1.791297</w:t>
        <w:br/>
        <w:t>v -0.726789 1.710715 -0.495955</w:t>
        <w:br/>
        <w:t>v -1.190657 0.546205 1.629636</w:t>
        <w:br/>
        <w:t>v -0.992596 0.542920 1.804396</w:t>
        <w:br/>
        <w:t>v -0.779250 0.550691 1.877227</w:t>
        <w:br/>
        <w:t>v -1.149975 1.586084 -0.436305</w:t>
        <w:br/>
        <w:t>v -0.955287 1.634808 -0.577827</w:t>
        <w:br/>
        <w:t>v -0.989405 1.449110 -0.645551</w:t>
        <w:br/>
        <w:t>v -1.219588 1.365166 -0.506864</w:t>
        <w:br/>
        <w:t>v -1.376388 1.259131 -0.336889</w:t>
        <w:br/>
        <w:t>v -1.255733 1.522763 -0.242598</w:t>
        <w:br/>
        <w:t>v -0.718884 1.653121 -0.627380</w:t>
        <w:br/>
        <w:t>v -0.736988 1.475388 -0.689900</w:t>
        <w:br/>
        <w:t>v -0.783344 1.812246 0.489123</w:t>
        <w:br/>
        <w:t>v -0.816160 1.758793 0.422858</w:t>
        <w:br/>
        <w:t>v -1.244402 1.393391 -0.060095</w:t>
        <w:br/>
        <w:t>v -1.248206 1.264703 0.091208</w:t>
        <w:br/>
        <w:t>v -1.160123 1.431417 0.167706</w:t>
        <w:br/>
        <w:t>v -0.920837 1.842917 -0.503386</w:t>
        <w:br/>
        <w:t>v -1.098110 1.823070 -0.358842</w:t>
        <w:br/>
        <w:t>v -1.195494 1.774951 -0.149174</w:t>
        <w:br/>
        <w:t>v -1.136496 1.730568 0.091604</w:t>
        <w:br/>
        <w:t>v -1.068932 1.868532 0.154136</w:t>
        <w:br/>
        <w:t>v -1.145467 1.902486 -0.099009</w:t>
        <w:br/>
        <w:t>v -1.045547 1.709012 0.271088</w:t>
        <w:br/>
        <w:t>v -0.972586 1.814367 0.319493</w:t>
        <w:br/>
        <w:t>v -0.701287 1.844322 -0.556513</w:t>
        <w:br/>
        <w:t>v -1.196651 1.547677 -0.472204</w:t>
        <w:br/>
        <w:t>v -1.309280 1.473362 -0.267954</w:t>
        <w:br/>
        <w:t>v -1.427655 1.274814 -0.337625</w:t>
        <w:br/>
        <w:t>v -1.285333 1.388243 -0.528196</w:t>
        <w:br/>
        <w:t>v -1.283202 1.260113 0.099759</w:t>
        <w:br/>
        <w:t>v -1.282176 1.404403 -0.060827</w:t>
        <w:br/>
        <w:t>v -1.199005 1.425197 0.165955</w:t>
        <w:br/>
        <w:t>v -1.397763 1.170457 -0.134266</w:t>
        <w:br/>
        <w:t>v -0.730936 1.631185 -0.679965</w:t>
        <w:br/>
        <w:t>v -0.985512 1.607876 -0.624274</w:t>
        <w:br/>
        <w:t>v -1.028385 1.483414 -0.673037</w:t>
        <w:br/>
        <w:t>v -0.736335 1.518457 -0.721506</w:t>
        <w:br/>
        <w:t>v -0.915113 1.977847 -0.454776</w:t>
        <w:br/>
        <w:t>v -0.881928 1.924679 -0.378283</w:t>
        <w:br/>
        <w:t>v -1.011235 1.911549 -0.254600</w:t>
        <w:br/>
        <w:t>v -1.073494 1.960384 -0.308451</w:t>
        <w:br/>
        <w:t>v -1.082182 1.887236 -0.070906</w:t>
        <w:br/>
        <w:t>v -1.158875 1.936641 -0.095014</w:t>
        <w:br/>
        <w:t>v -1.119194 1.906854 0.147676</w:t>
        <w:br/>
        <w:t>v -1.046528 1.853305 0.140019</w:t>
        <w:br/>
        <w:t>v -0.915146 1.816910 0.320452</w:t>
        <w:br/>
        <w:t>v -0.980694 1.877280 0.347653</w:t>
        <w:br/>
        <w:t>v -0.713455 1.985029 -0.514841</w:t>
        <w:br/>
        <w:t>v -0.716114 1.929314 -0.430306</w:t>
        <w:br/>
        <w:t>v -0.721850 1.787718 0.461980</w:t>
        <w:br/>
        <w:t>v -0.777694 1.849030 0.487929</w:t>
        <w:br/>
        <w:t>v -1.152056 1.405696 0.317794</w:t>
        <w:br/>
        <w:t>v -1.228927 1.242891 0.298023</w:t>
        <w:br/>
        <w:t>v -1.073494 1.960384 -0.308451</w:t>
        <w:br/>
        <w:t>v -1.130009 1.837189 -0.372450</w:t>
        <w:br/>
        <w:t>v -0.946931 1.865266 -0.526331</w:t>
        <w:br/>
        <w:t>v -0.915113 1.977847 -0.454776</w:t>
        <w:br/>
        <w:t>v -1.158875 1.936641 -0.095014</w:t>
        <w:br/>
        <w:t>v -1.234653 1.799422 -0.147420</w:t>
        <w:br/>
        <w:t>v -1.225770 1.620917 0.044779</w:t>
        <w:br/>
        <w:t>v -1.251080 1.673638 -0.194918</w:t>
        <w:br/>
        <w:t>v -1.157126 1.584630 0.221504</w:t>
        <w:br/>
        <w:t>v -1.060124 1.576254 0.390475</w:t>
        <w:br/>
        <w:t>v -0.713455 1.985029 -0.514841</w:t>
        <w:br/>
        <w:t>v -0.718938 1.876727 -0.587280</w:t>
        <w:br/>
        <w:t>v -1.028385 1.483414 -0.673037</w:t>
        <w:br/>
        <w:t>v -1.285333 1.388243 -0.528196</w:t>
        <w:br/>
        <w:t>v -1.219588 1.365166 -0.506864</w:t>
        <w:br/>
        <w:t>v -0.989405 1.449110 -0.645551</w:t>
        <w:br/>
        <w:t>v -1.427655 1.274814 -0.337625</w:t>
        <w:br/>
        <w:t>v -1.376388 1.259131 -0.336889</w:t>
        <w:br/>
        <w:t>v -1.397763 1.170457 -0.134266</w:t>
        <w:br/>
        <w:t>v -1.347448 1.166156 -0.147126</w:t>
        <w:br/>
        <w:t>v -0.736335 1.518457 -0.721506</w:t>
        <w:br/>
        <w:t>v -0.736988 1.475388 -0.689900</w:t>
        <w:br/>
        <w:t>v -0.777694 1.849030 0.487929</w:t>
        <w:br/>
        <w:t>v -0.721850 1.787718 0.461980</w:t>
        <w:br/>
        <w:t>v -0.723414 1.757448 0.462300</w:t>
        <w:br/>
        <w:t>v -0.783344 1.812246 0.489123</w:t>
        <w:br/>
        <w:t>v -1.279170 1.021381 0.296780</w:t>
        <w:br/>
        <w:t>v -1.327201 1.032944 0.291183</w:t>
        <w:br/>
        <w:t>v -1.228927 1.242891 0.298023</w:t>
        <w:br/>
        <w:t>v -1.200551 1.229882 0.304716</w:t>
        <w:br/>
        <w:t>v -1.358991 1.087126 0.111393</w:t>
        <w:br/>
        <w:t>v -1.309466 1.078491 0.107362</w:t>
        <w:br/>
        <w:t>v -1.031705 1.572831 0.399163</w:t>
        <w:br/>
        <w:t>v -0.966464 1.717199 0.455645</w:t>
        <w:br/>
        <w:t>v -0.954599 1.687456 0.450572</w:t>
        <w:br/>
        <w:t>v -1.278417 0.664691 1.407961</w:t>
        <w:br/>
        <w:t>v -1.310524 0.531003 1.424372</w:t>
        <w:br/>
        <w:t>v -1.314985 0.629297 1.254530</w:t>
        <w:br/>
        <w:t>v -1.341973 0.469194 1.261247</w:t>
        <w:br/>
        <w:t>v -1.345125 0.445709 1.111389</w:t>
        <w:br/>
        <w:t>v -1.319279 0.604731 1.079985</w:t>
        <w:br/>
        <w:t>v -0.951352 1.686222 0.364968</w:t>
        <w:br/>
        <w:t>v -0.915690 1.658794 0.350326</w:t>
        <w:br/>
        <w:t>v -0.965065 1.578384 0.376658</w:t>
        <w:br/>
        <w:t>v -0.979098 1.429697 0.404752</w:t>
        <w:br/>
        <w:t>v -0.999131 1.261847 0.485674</w:t>
        <w:br/>
        <w:t>v -0.959485 1.237508 0.477027</w:t>
        <w:br/>
        <w:t>v -1.058773 1.022913 0.818480</w:t>
        <w:br/>
        <w:t>v -1.017635 1.127059 0.562178</w:t>
        <w:br/>
        <w:t>v -0.978596 1.106746 0.556293</w:t>
        <w:br/>
        <w:t>v -1.016788 1.003229 0.815694</w:t>
        <w:br/>
        <w:t>v -1.078271 0.957435 1.054513</w:t>
        <w:br/>
        <w:t>v -1.030747 0.935970 1.050070</w:t>
        <w:br/>
        <w:t>v -0.921330 0.998384 1.164924</w:t>
        <w:br/>
        <w:t>v -0.756787 1.073460 1.292873</w:t>
        <w:br/>
        <w:t>v -0.735740 1.481674 0.510409</w:t>
        <w:br/>
        <w:t>v -0.742981 1.355577 0.581229</w:t>
        <w:br/>
        <w:t>v -0.728262 1.623128 0.473151</w:t>
        <w:br/>
        <w:t>v -0.913571 1.755618 0.338338</w:t>
        <w:br/>
        <w:t>v -0.723414 1.757448 0.462300</w:t>
        <w:br/>
        <w:t>v -1.295158 0.600792 0.913622</w:t>
        <w:br/>
        <w:t>v -0.999131 1.261847 0.485674</w:t>
        <w:br/>
        <w:t>v -0.979098 1.429697 0.404752</w:t>
        <w:br/>
        <w:t>v -0.965065 1.578384 0.376658</w:t>
        <w:br/>
        <w:t>v -1.346474 0.406149 0.917719</w:t>
        <w:br/>
        <w:t>v -0.441246 1.472072 -0.304891</w:t>
        <w:br/>
        <w:t>v -0.419891 1.672744 -0.290356</w:t>
        <w:br/>
        <w:t>v -0.553296 1.697095 -0.432904</w:t>
        <w:br/>
        <w:t>v -0.568365 1.504828 -0.455280</w:t>
        <w:br/>
        <w:t>v -0.345638 1.662734 -0.078744</w:t>
        <w:br/>
        <w:t>v -0.288488 1.902685 -0.099243</w:t>
        <w:br/>
        <w:t>v -0.370676 1.925628 -0.304113</w:t>
        <w:br/>
        <w:t>v -0.502771 1.686454 0.365018</w:t>
        <w:br/>
        <w:t>v -0.390422 1.664963 0.139750</w:t>
        <w:br/>
        <w:t>v -0.404649 1.516539 0.153388</w:t>
        <w:br/>
        <w:t>v -0.499796 1.578624 0.376748</w:t>
        <w:br/>
        <w:t>v -0.589787 1.312286 -0.508013</w:t>
        <w:br/>
        <w:t>v -0.435872 1.285207 -0.334750</w:t>
        <w:br/>
        <w:t>v -0.398796 1.109529 0.366793</w:t>
        <w:br/>
        <w:t>v -0.426320 1.342798 0.242343</w:t>
        <w:br/>
        <w:t>v -0.300890 0.911778 0.031391</w:t>
        <w:br/>
        <w:t>v -0.318706 0.970047 -0.185135</w:t>
        <w:br/>
        <w:t>v -0.366871 1.278708 -0.111510</w:t>
        <w:br/>
        <w:t>v -0.559979 1.064758 -0.563296</w:t>
        <w:br/>
        <w:t>v -0.407310 1.035776 -0.392645</w:t>
        <w:br/>
        <w:t>v -0.368222 1.475795 -0.081119</w:t>
        <w:br/>
        <w:t>v -0.366871 1.278708 -0.111510</w:t>
        <w:br/>
        <w:t>v -0.368222 1.475795 -0.081119</w:t>
        <w:br/>
        <w:t>v -0.318706 0.970047 -0.185135</w:t>
        <w:br/>
        <w:t>v -0.459118 1.022949 0.818664</w:t>
        <w:br/>
        <w:t>v -0.331344 0.867145 0.784407</w:t>
        <w:br/>
        <w:t>v -0.282951 0.805524 1.073588</w:t>
        <w:br/>
        <w:t>v -0.445640 0.957474 1.054707</w:t>
        <w:br/>
        <w:t>v -0.537633 1.237008 0.477060</w:t>
        <w:br/>
        <w:t>v -0.611405 1.305738 0.530107</w:t>
        <w:br/>
        <w:t>v -0.618741 1.450611 0.429732</w:t>
        <w:br/>
        <w:t>v -0.546808 1.407805 0.393503</w:t>
        <w:br/>
        <w:t>v -0.548609 1.562083 0.363184</w:t>
        <w:br/>
        <w:t>v -0.624711 1.607183 0.425491</w:t>
        <w:br/>
        <w:t>v -0.266849 0.431271 0.301776</w:t>
        <w:br/>
        <w:t>v -0.332669 0.790325 0.450545</w:t>
        <w:br/>
        <w:t>v -0.317791 0.855721 0.227646</w:t>
        <w:br/>
        <w:t>v -0.260758 0.488134 0.150562</w:t>
        <w:br/>
        <w:t>v -0.236451 0.426286 -0.278648</w:t>
        <w:br/>
        <w:t>v -0.217972 0.404853 -0.111479</w:t>
        <w:br/>
        <w:t>v -0.236451 0.426286 -0.278648</w:t>
        <w:br/>
        <w:t>v -0.336316 0.629703 -0.515311</w:t>
        <w:br/>
        <w:t>v -0.509952 0.692330 -0.699046</w:t>
        <w:br/>
        <w:t>v -0.598542 1.083572 0.849123</w:t>
        <w:br/>
        <w:t>v -0.598957 0.998404 1.165023</w:t>
        <w:br/>
        <w:t>v -0.605358 1.199643 0.647788</w:t>
        <w:br/>
        <w:t>v -0.530772 1.103337 0.555260</w:t>
        <w:br/>
        <w:t>v -0.502876 1.003260 0.815851</w:t>
        <w:br/>
        <w:t>v -0.222221 0.445776 1.111734</w:t>
        <w:br/>
        <w:t>v -0.235954 0.604797 1.080318</w:t>
        <w:br/>
        <w:t>v -0.260333 0.600855 0.913940</w:t>
        <w:br/>
        <w:t>v -0.226876 0.406216 0.918063</w:t>
        <w:br/>
        <w:t>v -0.239366 0.478763 0.013931</w:t>
        <w:br/>
        <w:t>v -0.345638 1.662734 -0.078744</w:t>
        <w:br/>
        <w:t>v -0.412814 0.864764 1.513945</w:t>
        <w:br/>
        <w:t>v -0.377031 0.708782 1.606509</w:t>
        <w:br/>
        <w:t>v -0.575368 0.753535 1.742352</w:t>
        <w:br/>
        <w:t>v -0.570180 0.916935 1.610874</w:t>
        <w:br/>
        <w:t>v -0.272917 0.345455 0.375018</w:t>
        <w:br/>
        <w:t>v -0.265139 0.436915 0.724248</w:t>
        <w:br/>
        <w:t>v -0.297258 0.666377 0.727280</w:t>
        <w:br/>
        <w:t>v -0.572770 0.988949 1.392699</w:t>
        <w:br/>
        <w:t>v -0.448425 0.941194 1.262667</w:t>
        <w:br/>
        <w:t>v -0.274587 0.793234 1.228965</w:t>
        <w:br/>
        <w:t>v -0.316732 0.815017 1.386096</w:t>
        <w:br/>
        <w:t>v -0.585275 1.028982 1.220304</w:t>
        <w:br/>
        <w:t>v -0.490060 1.123343 0.561160</w:t>
        <w:br/>
        <w:t>v -0.375872 0.984266 0.504956</w:t>
        <w:br/>
        <w:t>v -0.495087 0.936002 1.050235</w:t>
        <w:br/>
        <w:t>v -0.715214 1.949463 -0.502707</w:t>
        <w:br/>
        <w:t>v -0.522199 1.942529 -0.444689</w:t>
        <w:br/>
        <w:t>v -0.366447 0.546254 1.629890</w:t>
        <w:br/>
        <w:t>v -0.566505 0.542945 1.804527</w:t>
        <w:br/>
        <w:t>v -0.290612 1.361102 -0.504310</w:t>
        <w:br/>
        <w:t>v -0.498082 1.447698 -0.645805</w:t>
        <w:br/>
        <w:t>v -0.503165 1.633230 -0.572075</w:t>
        <w:br/>
        <w:t>v -0.329187 1.585332 -0.433105</w:t>
        <w:br/>
        <w:t>v -0.233954 1.523029 -0.242759</w:t>
        <w:br/>
        <w:t>v -0.148628 1.252575 -0.324101</w:t>
        <w:br/>
        <w:t>v -0.182016 1.170248 -0.147556</w:t>
        <w:br/>
        <w:t>v -0.240159 1.381828 -0.073650</w:t>
        <w:br/>
        <w:t>v -0.657874 1.812249 0.489167</w:t>
        <w:br/>
        <w:t>v -0.505745 1.794639 0.354361</w:t>
        <w:br/>
        <w:t>v -0.630682 1.758558 0.423051</w:t>
        <w:br/>
        <w:t>v -0.270232 1.021313 0.298857</w:t>
        <w:br/>
        <w:t>v -0.230694 1.092520 0.079392</w:t>
        <w:br/>
        <w:t>v -0.258546 1.256841 0.096196</w:t>
        <w:br/>
        <w:t>v -0.310754 1.234025 0.305733</w:t>
        <w:br/>
        <w:t>v -0.503010 1.838735 -0.497853</w:t>
        <w:br/>
        <w:t>v -0.345272 1.817911 -0.358290</w:t>
        <w:br/>
        <w:t>v -0.251147 1.775270 -0.149779</w:t>
        <w:br/>
        <w:t>v -0.362744 1.870661 0.138631</w:t>
        <w:br/>
        <w:t>v -0.310782 1.733452 0.079587</w:t>
        <w:br/>
        <w:t>v -0.288488 1.902685 -0.099243</w:t>
        <w:br/>
        <w:t>v -0.508496 1.837872 0.346030</w:t>
        <w:br/>
        <w:t>v -0.481254 1.808840 0.362000</w:t>
        <w:br/>
        <w:t>v -0.233956 1.381905 -0.519037</w:t>
        <w:br/>
        <w:t>v -0.280636 1.545569 -0.470295</w:t>
        <w:br/>
        <w:t>v -0.483238 1.606670 -0.622725</w:t>
        <w:br/>
        <w:t>v -0.463751 1.479861 -0.668191</w:t>
        <w:br/>
        <w:t>v -0.098202 1.268211 -0.324809</w:t>
        <w:br/>
        <w:t>v -0.169630 1.471699 -0.265148</w:t>
        <w:br/>
        <w:t>v -0.132907 1.174661 -0.134639</w:t>
        <w:br/>
        <w:t>v -0.192307 1.405826 -0.060526</w:t>
        <w:br/>
        <w:t>v -0.422399 1.911532 -0.254222</w:t>
        <w:br/>
        <w:t>v -0.550823 1.924667 -0.378046</w:t>
        <w:br/>
        <w:t>v -0.512601 1.977832 -0.454444</w:t>
        <w:br/>
        <w:t>v -0.355349 1.960379 -0.308017</w:t>
        <w:br/>
        <w:t>v -0.353206 1.887252 -0.070651</w:t>
        <w:br/>
        <w:t>v -0.271673 1.936661 -0.094704</w:t>
        <w:br/>
        <w:t>v -0.526083 1.816918 0.320588</w:t>
        <w:br/>
        <w:t>v -0.391621 1.853320 0.140248</w:t>
        <w:br/>
        <w:t>v -0.313630 1.906872 0.147957</w:t>
        <w:br/>
        <w:t>v -0.454501 1.877292 0.347837</w:t>
        <w:br/>
        <w:t>v -0.659903 1.849033 0.487970</w:t>
        <w:br/>
        <w:t>v -0.721850 1.787718 0.461980</w:t>
        <w:br/>
        <w:t>v -0.222904 1.031784 0.294380</w:t>
        <w:br/>
        <w:t>v -0.281191 1.246967 0.299641</w:t>
        <w:br/>
        <w:t>v -0.217048 1.266916 0.099015</w:t>
        <w:br/>
        <w:t>v -0.182020 1.100628 0.083918</w:t>
        <w:br/>
        <w:t>v -0.355349 1.960379 -0.308017</w:t>
        <w:br/>
        <w:t>v -0.512601 1.977832 -0.454444</w:t>
        <w:br/>
        <w:t>v -0.492382 1.865220 -0.525866</w:t>
        <w:br/>
        <w:t>v -0.311278 1.837157 -0.371862</w:t>
        <w:br/>
        <w:t>v -0.271673 1.936661 -0.094704</w:t>
        <w:br/>
        <w:t>v -0.209592 1.799704 -0.147913</w:t>
        <w:br/>
        <w:t>v -0.297602 1.587049 0.221736</w:t>
        <w:br/>
        <w:t>v -0.223692 1.623422 0.044410</w:t>
        <w:br/>
        <w:t>v -0.267917 1.440038 0.166991</w:t>
        <w:br/>
        <w:t>v -0.200669 1.675391 -0.196012</w:t>
        <w:br/>
        <w:t>v -0.336630 1.428849 0.320492</w:t>
        <w:br/>
        <w:t>v -0.405641 1.576292 0.382860</w:t>
        <w:br/>
        <w:t>v -1.291562 0.431210 0.301461</w:t>
        <w:br/>
        <w:t>v -0.266849 0.431271 0.301776</w:t>
        <w:br/>
        <w:t>v -0.260758 0.488134 0.150562</w:t>
        <w:br/>
        <w:t>v -1.293618 0.488798 0.151798</w:t>
        <w:br/>
        <w:t>v -1.316536 0.479387 0.015796</w:t>
        <w:br/>
        <w:t>v -0.239366 0.478763 0.013931</w:t>
        <w:br/>
        <w:t>v -0.217972 0.404853 -0.111479</w:t>
        <w:br/>
        <w:t>v -1.339452 0.405115 -0.109790</w:t>
        <w:br/>
        <w:t>v -0.290612 1.361102 -0.504310</w:t>
        <w:br/>
        <w:t>v -0.233956 1.381905 -0.519037</w:t>
        <w:br/>
        <w:t>v -0.463751 1.479861 -0.668191</w:t>
        <w:br/>
        <w:t>v -0.498082 1.447698 -0.645805</w:t>
        <w:br/>
        <w:t>v -0.148628 1.252575 -0.324101</w:t>
        <w:br/>
        <w:t>v -0.098202 1.268211 -0.324809</w:t>
        <w:br/>
        <w:t>v -0.182016 1.170248 -0.147556</w:t>
        <w:br/>
        <w:t>v -0.132907 1.174661 -0.134639</w:t>
        <w:br/>
        <w:t>v -0.723414 1.757448 0.462300</w:t>
        <w:br/>
        <w:t>v -0.721850 1.787718 0.461980</w:t>
        <w:br/>
        <w:t>v -0.659903 1.849033 0.487970</w:t>
        <w:br/>
        <w:t>v -0.657874 1.812249 0.489167</w:t>
        <w:br/>
        <w:t>v -0.270232 1.021313 0.298857</w:t>
        <w:br/>
        <w:t>v -0.310754 1.234025 0.305733</w:t>
        <w:br/>
        <w:t>v -0.281191 1.246967 0.299641</w:t>
        <w:br/>
        <w:t>v -0.222904 1.031784 0.294380</w:t>
        <w:br/>
        <w:t>v -0.230694 1.092520 0.079392</w:t>
        <w:br/>
        <w:t>v -0.182020 1.100628 0.083918</w:t>
        <w:br/>
        <w:t>v -0.362637 1.413595 0.326133</w:t>
        <w:br/>
        <w:t>v -0.426510 1.555179 0.387202</w:t>
        <w:br/>
        <w:t>v -0.271710 0.664752 1.408270</w:t>
        <w:br/>
        <w:t>v -0.249451 0.531067 1.424698</w:t>
        <w:br/>
        <w:t>v -0.222360 0.469262 1.261591</w:t>
        <w:br/>
        <w:t>v -0.238179 0.629362 1.254861</w:t>
        <w:br/>
        <w:t>v -0.505745 1.794639 0.354361</w:t>
        <w:br/>
        <w:t>v -0.502771 1.686454 0.365018</w:t>
        <w:br/>
        <w:t>v -0.541209 1.658805 0.350454</w:t>
        <w:br/>
        <w:t>v -0.533808 1.755418 0.338595</w:t>
        <w:br/>
        <w:t>v -0.499796 1.578624 0.376748</w:t>
        <w:br/>
        <w:t>v -0.500171 1.429015 0.404950</w:t>
        <w:br/>
        <w:t>v -0.495902 1.261084 0.485705</w:t>
        <w:br/>
        <w:t>v -0.537633 1.237008 0.477060</w:t>
        <w:br/>
        <w:t>v -0.530772 1.103337 0.555260</w:t>
        <w:br/>
        <w:t>v -0.490060 1.123343 0.561160</w:t>
        <w:br/>
        <w:t>v -0.459118 1.022949 0.818664</w:t>
        <w:br/>
        <w:t>v -0.502876 1.003260 0.815851</w:t>
        <w:br/>
        <w:t>v -0.445640 0.957474 1.054707</w:t>
        <w:br/>
        <w:t>v -0.495087 0.936002 1.050235</w:t>
        <w:br/>
        <w:t>v -0.598957 0.998404 1.165023</w:t>
        <w:br/>
        <w:t>v -0.742981 1.355577 0.581229</w:t>
        <w:br/>
        <w:t>v -0.735740 1.481674 0.510409</w:t>
        <w:br/>
        <w:t>v -0.533808 1.755418 0.338595</w:t>
        <w:br/>
        <w:t>v -0.495902 1.261084 0.485705</w:t>
        <w:br/>
        <w:t>v -0.500171 1.429015 0.404950</w:t>
        <w:br/>
        <w:t>v -1.061616 1.925635 -0.304531</w:t>
        <w:br/>
        <w:t>v -0.909002 1.942544 -0.445005</w:t>
        <w:br/>
        <w:t>v -0.715214 1.949463 -0.502707</w:t>
        <w:br/>
        <w:t>v -0.980694 1.877280 0.347653</w:t>
        <w:br/>
        <w:t>v -1.108960 1.724686 0.288771</w:t>
        <w:br/>
        <w:t>v -1.209435 1.755712 0.106074</w:t>
        <w:br/>
        <w:t>v -1.119194 1.906854 0.147676</w:t>
        <w:br/>
        <w:t>v -0.875150 1.806700 0.490468</w:t>
        <w:br/>
        <w:t>v -0.876239 1.760202 0.484851</w:t>
        <w:br/>
        <w:t>v -0.783344 1.812246 0.489123</w:t>
        <w:br/>
        <w:t>v -0.370676 1.925628 -0.304113</w:t>
        <w:br/>
        <w:t>v -0.522199 1.942529 -0.444689</w:t>
        <w:br/>
        <w:t>v -0.238376 1.756517 0.105649</w:t>
        <w:br/>
        <w:t>v -0.341357 1.725480 0.288556</w:t>
        <w:br/>
        <w:t>v -0.454501 1.877292 0.347837</w:t>
        <w:br/>
        <w:t>v -0.313630 1.906872 0.147957</w:t>
        <w:br/>
        <w:t>v -0.484128 1.718311 0.445339</w:t>
        <w:br/>
        <w:t>v -0.566920 1.805625 0.490665</w:t>
        <w:br/>
        <w:t>v -0.569500 1.759998 0.488633</w:t>
        <w:br/>
        <w:t>v -0.657874 1.812249 0.489167</w:t>
        <w:br/>
        <w:t>v -1.168407 1.597317 0.051181</w:t>
        <w:br/>
        <w:t>v -1.031705 1.572831 0.399163</w:t>
        <w:br/>
        <w:t>v -1.100056 1.585074 0.225172</w:t>
        <w:br/>
        <w:t>v -1.120014 1.406133 0.325914</w:t>
        <w:br/>
        <w:t>v -0.957585 1.763356 -0.567252</w:t>
        <w:br/>
        <w:t>v -1.146565 1.723758 -0.413320</w:t>
        <w:br/>
        <w:t>v -0.723742 1.779604 -0.626893</w:t>
        <w:br/>
        <w:t>v -0.283475 1.599047 0.021227</w:t>
        <w:br/>
        <w:t>v -0.417645 1.702108 0.311951</w:t>
        <w:br/>
        <w:t>v -0.367277 1.570403 0.251494</w:t>
        <w:br/>
        <w:t>v -0.491042 1.763875 -0.566825</w:t>
        <w:br/>
        <w:t>v -0.303512 1.724873 -0.413717</w:t>
        <w:br/>
        <w:t>v -0.360958 0.683055 0.546036</w:t>
        <w:br/>
        <w:t>v -1.185444 0.683005 0.545783</w:t>
        <w:br/>
        <w:t>v -0.235481 0.543450 0.338504</w:t>
        <w:br/>
        <w:t>v -0.777694 1.849030 0.487929</w:t>
        <w:br/>
        <w:t>v -0.659903 1.849033 0.487970</w:t>
        <w:br/>
        <w:t>v -0.913893 1.834957 0.362131</w:t>
        <w:br/>
        <w:t>v -1.120014 1.406133 0.325914</w:t>
        <w:br/>
        <w:t>v -1.152056 1.405696 0.317794</w:t>
        <w:br/>
        <w:t>v -0.498891 1.688864 0.445731</w:t>
        <w:br/>
        <w:t>v -0.321242 1.427992 0.186369</w:t>
        <w:br/>
        <w:t>v -1.309466 1.078491 0.107362</w:t>
        <w:br/>
        <w:t>v -1.279170 1.021381 0.296780</w:t>
        <w:br/>
        <w:t>v -1.200551 1.229882 0.304716</w:t>
        <w:br/>
        <w:t>v -1.327201 1.032944 0.291183</w:t>
        <w:br/>
        <w:t>v -1.358991 1.087126 0.111393</w:t>
        <w:br/>
        <w:t>v -0.362637 1.413595 0.326133</w:t>
        <w:br/>
        <w:t>v -0.915690 1.658794 0.350326</w:t>
        <w:br/>
        <w:t>v -0.937638 1.795060 0.353929</w:t>
        <w:br/>
        <w:t>v -0.913571 1.755618 0.338338</w:t>
        <w:br/>
        <w:t>v -0.362744 1.870661 0.138631</w:t>
        <w:br/>
        <w:t>v -0.541209 1.658805 0.350454</w:t>
        <w:br/>
        <w:t>v -0.288488 1.902685 -0.099243</w:t>
        <w:br/>
        <w:t>v -1.497445 0.037248 1.301602</w:t>
        <w:br/>
        <w:t>v -1.477082 0.162200 1.250129</w:t>
        <w:br/>
        <w:t>v -1.289480 0.345395 0.374706</w:t>
        <w:br/>
        <w:t>v -0.272917 0.345455 0.375018</w:t>
        <w:br/>
        <w:t>v -0.109094 0.038425 1.304050</w:t>
        <w:br/>
        <w:t>v -1.387952 0.116027 0.347860</w:t>
        <w:br/>
        <w:t>v -0.203135 0.116104 0.348199</w:t>
        <w:br/>
        <w:t>v -0.508496 1.837872 0.346030</w:t>
        <w:br/>
        <w:t>v -0.913893 1.834957 0.362131</w:t>
        <w:br/>
        <w:t>v -0.876239 1.760202 0.484851</w:t>
        <w:br/>
        <w:t>v -0.783344 1.812246 0.489123</w:t>
        <w:br/>
        <w:t>v -0.657874 1.812249 0.489167</w:t>
        <w:br/>
        <w:t>v -0.569500 1.759998 0.488633</w:t>
        <w:br/>
        <w:t>v -1.347448 1.166156 -0.147126</w:t>
        <w:br/>
        <w:t>v -1.327201 1.032944 0.291183</w:t>
        <w:br/>
        <w:t>v -1.279170 1.021381 0.296780</w:t>
        <w:br/>
        <w:t>v -0.270232 1.021313 0.298857</w:t>
        <w:br/>
        <w:t>v -0.222904 1.031784 0.294380</w:t>
        <w:br/>
        <w:t>v -0.954599 1.687456 0.450572</w:t>
        <w:br/>
        <w:t>v -0.498891 1.688864 0.445731</w:t>
        <w:br/>
        <w:t>v -0.426510 1.555179 0.387202</w:t>
        <w:br/>
        <w:t>v -0.718359 1.830405 0.247974</w:t>
        <w:br/>
        <w:t>v -0.721850 1.787718 0.461980</w:t>
        <w:br/>
        <w:t>v -0.915146 1.816910 0.320452</w:t>
        <w:br/>
        <w:t>v -0.526083 1.816918 0.320588</w:t>
        <w:br/>
        <w:t>v 1.362922 0.522581 0.375602</w:t>
        <w:br/>
        <w:t>v 1.420297 0.511955 0.550054</w:t>
        <w:br/>
        <w:t>v 1.326012 0.638208 0.553721</w:t>
        <w:br/>
        <w:t>v 1.425510 0.474415 0.770990</w:t>
        <w:br/>
        <w:t>v 1.375691 0.443550 0.940436</w:t>
        <w:br/>
        <w:t>v 1.357937 0.581525 0.798953</w:t>
        <w:br/>
        <w:t>v 1.402533 0.380464 1.460671</w:t>
        <w:br/>
        <w:t>v 1.341563 0.424359 1.583952</w:t>
        <w:br/>
        <w:t>v 1.326043 0.645018 1.523163</w:t>
        <w:br/>
        <w:t>v 1.384956 0.610168 1.406693</w:t>
        <w:br/>
        <w:t>v 1.453011 0.300912 1.289592</w:t>
        <w:br/>
        <w:t>v 1.423176 0.444216 1.291663</w:t>
        <w:br/>
        <w:t>v 0.961001 0.556232 1.875326</w:t>
        <w:br/>
        <w:t>v 1.123689 0.518134 1.798473</w:t>
        <w:br/>
        <w:t>v 1.150085 0.215237 1.921616</w:t>
        <w:br/>
        <w:t>v 0.965771 0.281966 2.016924</w:t>
        <w:br/>
        <w:t>v 0.779222 0.579113 1.928743</w:t>
        <w:br/>
        <w:t>v 0.789079 0.329604 2.060349</w:t>
        <w:br/>
        <w:t>v 1.185443 0.681997 0.548416</w:t>
        <w:br/>
        <w:t>v 1.325411 0.542477 0.340736</w:t>
        <w:br/>
        <w:t>v 1.273864 0.675843 0.549973</w:t>
        <w:br/>
        <w:t>v 0.203135 0.115189 0.350557</w:t>
        <w:br/>
        <w:t>v 1.387951 0.115115 0.350219</w:t>
        <w:br/>
        <w:t>v 1.378029 0.216280 0.371145</w:t>
        <w:br/>
        <w:t>v 0.204846 0.216348 0.371505</w:t>
        <w:br/>
        <w:t>v 1.386738 0.476055 1.265534</w:t>
        <w:br/>
        <w:t>v 1.289300 0.484046 1.258620</w:t>
        <w:br/>
        <w:t>v 1.286605 0.457031 1.129247</w:t>
        <w:br/>
        <w:t>v 1.373923 0.451732 1.132691</w:t>
        <w:br/>
        <w:t>v 1.254122 0.478644 0.955256</w:t>
        <w:br/>
        <w:t>v 1.345255 0.475380 0.955021</w:t>
        <w:br/>
        <w:t>v 1.234635 0.611436 0.827280</w:t>
        <w:br/>
        <w:t>v 1.316234 0.607685 0.823428</w:t>
        <w:br/>
        <w:t>v 1.343338 0.646380 1.396089</w:t>
        <w:br/>
        <w:t>v 1.276870 0.679314 1.503267</w:t>
        <w:br/>
        <w:t>v 1.185963 0.677238 1.484854</w:t>
        <w:br/>
        <w:t>v 1.254824 0.641237 1.360270</w:t>
        <w:br/>
        <w:t>v 1.083515 0.556973 1.756647</w:t>
        <w:br/>
        <w:t>v 1.033687 0.567238 1.730935</w:t>
        <w:br/>
        <w:t>v 1.115699 0.713237 1.609438</w:t>
        <w:br/>
        <w:t>v 1.198516 0.712250 1.610448</w:t>
        <w:br/>
        <w:t>v 0.939872 0.582306 1.831974</w:t>
        <w:br/>
        <w:t>v 0.922656 0.589357 1.799405</w:t>
        <w:br/>
        <w:t>v 1.368324 0.352400 0.368865</w:t>
        <w:br/>
        <w:t>v 1.419199 0.354896 0.408059</w:t>
        <w:br/>
        <w:t>v 1.255244 0.679868 1.639637</w:t>
        <w:br/>
        <w:t>v 1.402316 0.417037 1.144990</w:t>
        <w:br/>
        <w:t>v 1.442896 0.215409 0.405582</w:t>
        <w:br/>
        <w:t>v 1.378029 0.216280 0.371145</w:t>
        <w:br/>
        <w:t>v 0.208172 0.352467 0.369221</w:t>
        <w:br/>
        <w:t>v 1.368324 0.352400 0.368865</w:t>
        <w:br/>
        <w:t>v 1.325411 0.542477 0.340736</w:t>
        <w:br/>
        <w:t>v 0.235480 0.542541 0.341070</w:t>
        <w:br/>
        <w:t>v 1.458532 0.256353 1.154600</w:t>
        <w:br/>
        <w:t>v 1.429507 0.266029 1.001078</w:t>
        <w:br/>
        <w:t>v 1.436284 0.058058 1.535000</w:t>
        <w:br/>
        <w:t>v 1.372308 0.102171 1.665779</w:t>
        <w:br/>
        <w:t>v 1.477235 0.308723 0.727641</w:t>
        <w:br/>
        <w:t>v 1.456373 0.227926 0.876437</w:t>
        <w:br/>
        <w:t>v 1.261285 0.472786 1.706212</w:t>
        <w:br/>
        <w:t>v 1.281605 0.153085 1.800468</w:t>
        <w:br/>
        <w:t>v 1.512285 0.166080 0.693014</w:t>
        <w:br/>
        <w:t>v 1.471112 0.126897 0.833624</w:t>
        <w:br/>
        <w:t>v 1.539618 0.036876 0.662903</w:t>
        <w:br/>
        <w:t>v 1.503650 0.193453 0.522914</w:t>
        <w:br/>
        <w:t>v 1.501693 0.067303 0.500838</w:t>
        <w:br/>
        <w:t>v 1.434195 0.097120 0.392941</w:t>
        <w:br/>
        <w:t>v 1.485368 0.032391 0.828637</w:t>
        <w:br/>
        <w:t>v 0.778221 0.601696 1.884755</w:t>
        <w:br/>
        <w:t>v 1.150085 0.215237 1.921616</w:t>
        <w:br/>
        <w:t>v 0.436305 0.215278 1.921835</w:t>
        <w:br/>
        <w:t>v 0.615763 0.281987 2.017031</w:t>
        <w:br/>
        <w:t>v 0.965771 0.281966 2.016924</w:t>
        <w:br/>
        <w:t>v 1.497445 0.035876 1.303923</w:t>
        <w:br/>
        <w:t>v 0.109093 0.037049 1.306371</w:t>
        <w:br/>
        <w:t>v 0.162702 0.058132 1.535391</w:t>
        <w:br/>
        <w:t>v 1.436284 0.058058 1.535000</w:t>
        <w:br/>
        <w:t>v 1.485368 0.032391 0.828637</w:t>
        <w:br/>
        <w:t>v 0.120696 0.032474 0.829056</w:t>
        <w:br/>
        <w:t>v 0.125942 0.126975 0.834037</w:t>
        <w:br/>
        <w:t>v 1.471112 0.126897 0.833624</w:t>
        <w:br/>
        <w:t>v 0.132207 0.228003 0.876844</w:t>
        <w:br/>
        <w:t>v 1.456373 0.227926 0.876437</w:t>
        <w:br/>
        <w:t>v 0.203135 0.115189 0.350557</w:t>
        <w:br/>
        <w:t>v 0.159329 0.096910 0.393949</w:t>
        <w:br/>
        <w:t>v 1.434195 0.097120 0.392941</w:t>
        <w:br/>
        <w:t>v 1.387951 0.115115 0.350219</w:t>
        <w:br/>
        <w:t>v 0.096885 0.067326 0.501321</w:t>
        <w:br/>
        <w:t>v 1.501693 0.067303 0.500838</w:t>
        <w:br/>
        <w:t>v 0.789079 0.329604 2.060349</w:t>
        <w:br/>
        <w:t>v 0.777861 0.609633 1.839355</w:t>
        <w:br/>
        <w:t>v 0.779505 0.571112 1.725950</w:t>
        <w:br/>
        <w:t>v 1.477702 0.333365 0.537369</w:t>
        <w:br/>
        <w:t>v 1.115699 0.713237 1.609438</w:t>
        <w:br/>
        <w:t>v 0.222875 0.102238 1.666132</w:t>
        <w:br/>
        <w:t>v 1.372308 0.102171 1.665779</w:t>
        <w:br/>
        <w:t>v 0.143369 0.512030 0.550446</w:t>
        <w:br/>
        <w:t>v 0.199729 0.522649 0.375959</w:t>
        <w:br/>
        <w:t>v 0.224255 0.638272 0.554059</w:t>
        <w:br/>
        <w:t>v 0.194147 0.443619 0.940799</w:t>
        <w:br/>
        <w:t>v 0.141547 0.474489 0.771385</w:t>
        <w:br/>
        <w:t>v 0.197440 0.581592 0.799309</w:t>
        <w:br/>
        <w:t>v 0.226410 0.645082 1.523500</w:t>
        <w:br/>
        <w:t>v 0.228498 0.424424 1.584294</w:t>
        <w:br/>
        <w:t>v 0.171047 0.380536 1.461049</w:t>
        <w:br/>
        <w:t>v 0.170507 0.610238 1.407065</w:t>
        <w:br/>
        <w:t>v 0.136937 0.308035 1.292608</w:t>
        <w:br/>
        <w:t>v 0.146634 0.452088 1.292066</w:t>
        <w:br/>
        <w:t>v 0.304749 0.472842 1.706506</w:t>
        <w:br/>
        <w:t>v 0.293184 0.679924 1.639933</w:t>
        <w:br/>
        <w:t>v 0.439857 0.518174 1.798683</w:t>
        <w:br/>
        <w:t>v 0.599382 0.556253 1.875437</w:t>
        <w:br/>
        <w:t>v 0.615763 0.281987 2.017031</w:t>
        <w:br/>
        <w:t>v 0.436305 0.215278 1.921835</w:t>
        <w:br/>
        <w:t>v 0.235480 0.542541 0.341070</w:t>
        <w:br/>
        <w:t>v 0.360957 0.682045 0.548669</w:t>
        <w:br/>
        <w:t>v 0.273080 0.675901 0.550280</w:t>
        <w:br/>
        <w:t>v 0.282147 0.457090 1.129555</w:t>
        <w:br/>
        <w:t>v 0.277139 0.491903 1.258942</w:t>
        <w:br/>
        <w:t>v 0.180386 0.483924 1.265916</w:t>
        <w:br/>
        <w:t>v 0.195292 0.451801 1.133053</w:t>
        <w:br/>
        <w:t>v 0.312656 0.478699 0.955545</w:t>
        <w:br/>
        <w:t>v 0.221808 0.475446 0.955366</w:t>
        <w:br/>
        <w:t>v 0.318125 0.611489 0.827561</w:t>
        <w:br/>
        <w:t>v 0.236852 0.607747 0.823759</w:t>
        <w:br/>
        <w:t>v 0.363631 0.677286 1.485106</w:t>
        <w:br/>
        <w:t>v 0.272549 0.679372 1.503575</w:t>
        <w:br/>
        <w:t>v 0.208933 0.646446 1.396437</w:t>
        <w:br/>
        <w:t>v 0.297883 0.641293 1.360563</w:t>
        <w:br/>
        <w:t>v 0.430777 0.713277 1.609649</w:t>
        <w:br/>
        <w:t>v 0.525656 0.567267 1.731091</w:t>
        <w:br/>
        <w:t>v 0.476722 0.557008 1.756834</w:t>
        <w:br/>
        <w:t>v 0.347037 0.712300 1.610710</w:t>
        <w:br/>
        <w:t>v 0.634812 0.589374 1.799494</w:t>
        <w:br/>
        <w:t>v 0.618228 0.582325 1.832073</w:t>
        <w:br/>
        <w:t>v 0.156496 0.354970 0.408447</w:t>
        <w:br/>
        <w:t>v 0.208172 0.352467 0.369221</w:t>
        <w:br/>
        <w:t>v 0.235480 0.542541 0.341070</w:t>
        <w:br/>
        <w:t>v 0.169935 0.417109 1.145368</w:t>
        <w:br/>
        <w:t>v 0.142937 0.215350 0.406238</w:t>
        <w:br/>
        <w:t>v 0.204846 0.216348 0.371505</w:t>
        <w:br/>
        <w:t>v 0.117500 0.160931 1.252928</w:t>
        <w:br/>
        <w:t>v 0.127655 0.256430 1.155009</w:t>
        <w:br/>
        <w:t>v 0.154455 0.266103 1.001469</w:t>
        <w:br/>
        <w:t>v 0.222875 0.102238 1.666132</w:t>
        <w:br/>
        <w:t>v 0.162702 0.058132 1.535391</w:t>
        <w:br/>
        <w:t>v 0.132207 0.228003 0.876844</w:t>
        <w:br/>
        <w:t>v 0.103847 0.308799 0.728062</w:t>
        <w:br/>
        <w:t>v 0.309776 0.153141 1.800766</w:t>
        <w:br/>
        <w:t>v 0.080532 0.166166 0.693453</w:t>
        <w:br/>
        <w:t>v 0.125942 0.126975 0.834037</w:t>
        <w:br/>
        <w:t>v 0.085771 0.193513 0.523370</w:t>
        <w:br/>
        <w:t>v 0.063667 0.036968 0.663354</w:t>
        <w:br/>
        <w:t>v 0.096885 0.067326 0.501321</w:t>
        <w:br/>
        <w:t>v 0.159329 0.096910 0.393949</w:t>
        <w:br/>
        <w:t>v 0.120696 0.032474 0.829056</w:t>
        <w:br/>
        <w:t>v 1.281605 0.153085 1.800468</w:t>
        <w:br/>
        <w:t>v 0.309776 0.153141 1.800766</w:t>
        <w:br/>
        <w:t>v 1.497445 0.035876 1.303923</w:t>
        <w:br/>
        <w:t>v 1.477081 0.160852 1.252511</w:t>
        <w:br/>
        <w:t>v 0.117500 0.160931 1.252928</w:t>
        <w:br/>
        <w:t>v 0.109093 0.037049 1.306371</w:t>
        <w:br/>
        <w:t>v 0.154455 0.266103 1.001469</w:t>
        <w:br/>
        <w:t>v 0.127655 0.256430 1.155009</w:t>
        <w:br/>
        <w:t>v 1.458532 0.256353 1.154600</w:t>
        <w:br/>
        <w:t>v 1.429507 0.266029 1.001078</w:t>
        <w:br/>
        <w:t>v 1.539618 0.036876 0.662903</w:t>
        <w:br/>
        <w:t>v 0.063667 0.036968 0.663354</w:t>
        <w:br/>
        <w:t>v 0.120696 0.032474 0.829056</w:t>
        <w:br/>
        <w:t>v 1.485368 0.032391 0.828637</w:t>
        <w:br/>
        <w:t>v 0.100710 0.333438 0.537791</w:t>
        <w:br/>
        <w:t>v 0.430777 0.713277 1.609649</w:t>
        <w:br/>
        <w:t>v 1.036555 1.672139 -0.288531</w:t>
        <w:br/>
        <w:t>v 1.061615 1.924904 -0.303456</w:t>
        <w:br/>
        <w:t>v 0.909002 1.941257 -0.444172</w:t>
        <w:br/>
        <w:t>v 0.901684 1.695777 -0.432001</w:t>
        <w:br/>
        <w:t>v 1.111577 1.662424 -0.076489</w:t>
        <w:br/>
        <w:t>v 1.034209 1.471495 -0.302477</w:t>
        <w:br/>
        <w:t>v 1.107108 1.475430 -0.078515</w:t>
        <w:br/>
        <w:t>v 1.068928 1.869287 0.155564</w:t>
        <w:br/>
        <w:t>v 1.066655 1.665122 0.139603</w:t>
        <w:br/>
        <w:t>v 0.951347 1.687719 0.366952</w:t>
        <w:br/>
        <w:t>v 0.937633 1.796209 0.355755</w:t>
        <w:br/>
        <w:t>v 0.901365 1.311296 -0.505021</w:t>
        <w:br/>
        <w:t>v 1.057291 1.284514 -0.331966</w:t>
        <w:br/>
        <w:t>v 0.905145 1.503921 -0.453358</w:t>
        <w:br/>
        <w:t>v 0.744581 1.333488 -0.564690</w:t>
        <w:br/>
        <w:t>v 0.735685 1.524464 -0.521179</w:t>
        <w:br/>
        <w:t>v 1.110371 1.111393 0.370640</w:t>
        <w:br/>
        <w:t>v 1.061318 1.343410 0.245225</w:t>
        <w:br/>
        <w:t>v 1.226329 0.911369 0.034459</w:t>
        <w:br/>
        <w:t>v 1.203202 0.969588 -0.181521</w:t>
        <w:br/>
        <w:t>v 1.126980 1.278356 -0.108582</w:t>
        <w:br/>
        <w:t>v 0.953674 1.064046 -0.560359</w:t>
        <w:br/>
        <w:t>v 1.108879 1.034981 -0.389456</w:t>
        <w:br/>
        <w:t>v 1.066489 1.516639 0.155922</w:t>
        <w:br/>
        <w:t>v 1.058771 1.021773 0.821277</w:t>
        <w:br/>
        <w:t>v 1.200764 0.865969 0.786862</w:t>
        <w:br/>
        <w:t>v 1.254534 0.804202 1.075982</w:t>
        <w:br/>
        <w:t>v 1.078269 0.956181 1.057279</w:t>
        <w:br/>
        <w:t>v 0.959479 1.239493 0.480526</w:t>
        <w:br/>
        <w:t>v 0.879234 1.309013 0.533392</w:t>
        <w:br/>
        <w:t>v 0.850710 1.452579 0.432397</w:t>
        <w:br/>
        <w:t>v 0.934350 1.409366 0.396286</w:t>
        <w:br/>
        <w:t>v 0.917804 1.563432 0.365494</w:t>
        <w:br/>
        <w:t>v 0.833433 1.608567 0.427764</w:t>
        <w:br/>
        <w:t>v 1.291561 0.430320 0.303973</w:t>
        <w:br/>
        <w:t>v 1.205833 0.789311 0.452962</w:t>
        <w:br/>
        <w:t>v 1.214506 0.857922 0.233394</w:t>
        <w:br/>
        <w:t>v 1.293618 0.487981 0.154338</w:t>
        <w:br/>
        <w:t>v 1.316111 0.425586 -0.272824</w:t>
        <w:br/>
        <w:t>v 1.339452 0.404424 -0.107290</w:t>
        <w:br/>
        <w:t>v 1.208647 0.628711 -0.511585</w:t>
        <w:br/>
        <w:t>v 1.028670 0.692243 -0.697135</w:t>
        <w:br/>
        <w:t>v 0.756228 1.077877 -0.648898</w:t>
        <w:br/>
        <w:t>v 0.766995 0.745816 -0.812577</w:t>
        <w:br/>
        <w:t>v 0.913877 1.082398 0.851853</w:t>
        <w:br/>
        <w:t>v 0.921328 0.997076 1.167710</w:t>
        <w:br/>
        <w:t>v 0.758436 1.035284 1.237031</w:t>
        <w:br/>
        <w:t>v 0.754550 1.114595 0.917084</w:t>
        <w:br/>
        <w:t>v 0.896374 1.198568 0.650582</w:t>
        <w:br/>
        <w:t>v 0.978581 1.114890 0.562227</w:t>
        <w:br/>
        <w:t>v 1.016786 1.002090 0.818482</w:t>
        <w:br/>
        <w:t>v 1.316535 0.478635 0.018331</w:t>
        <w:br/>
        <w:t>v 1.145464 1.902030 -0.096495</w:t>
        <w:br/>
        <w:t>v 1.119630 0.863246 1.516449</w:t>
        <w:br/>
        <w:t>v 1.169312 0.707214 1.608912</w:t>
        <w:br/>
        <w:t>v 0.967086 0.751925 1.744899</w:t>
        <w:br/>
        <w:t>v 0.957653 0.915389 1.613501</w:t>
        <w:br/>
        <w:t>v 0.748488 1.246011 0.719427</w:t>
        <w:br/>
        <w:t>v 1.252366 0.665224 0.729611</w:t>
        <w:br/>
        <w:t>v 1.289480 0.344470 0.377176</w:t>
        <w:br/>
        <w:t>v 1.302776 0.435759 0.726443</w:t>
        <w:br/>
        <w:t>v 0.948487 0.987508 1.395365</w:t>
        <w:br/>
        <w:t>v 0.762455 0.948224 1.658642</w:t>
        <w:br/>
        <w:t>v 0.758842 1.027599 1.482212</w:t>
        <w:br/>
        <w:t>v 1.077054 0.939801 1.265231</w:t>
        <w:br/>
        <w:t>v 1.264073 0.791837 1.231348</w:t>
        <w:br/>
        <w:t>v 1.220075 0.813548 1.388516</w:t>
        <w:br/>
        <w:t>v 0.932282 1.027626 1.222998</w:t>
        <w:br/>
        <w:t>v 1.017632 1.126330 0.565118</w:t>
        <w:br/>
        <w:t>v 1.145334 0.983231 0.507499</w:t>
        <w:br/>
        <w:t>v 1.030745 0.934718 1.052826</w:t>
        <w:br/>
        <w:t>v 0.769679 0.787078 1.793981</w:t>
        <w:br/>
        <w:t>v 0.726790 1.709183 -0.494298</w:t>
        <w:br/>
        <w:t>v 1.190656 0.544673 1.632204</w:t>
        <w:br/>
        <w:t>v 0.992594 0.541303 1.806961</w:t>
        <w:br/>
        <w:t>v 0.779249 0.549039 1.879796</w:t>
        <w:br/>
        <w:t>v 0.989405 1.447835 -0.642681</w:t>
        <w:br/>
        <w:t>v 0.955287 1.633649 -0.575291</w:t>
        <w:br/>
        <w:t>v 1.149974 1.585068 -0.433814</w:t>
        <w:br/>
        <w:t>v 1.219587 1.363820 -0.503809</w:t>
        <w:br/>
        <w:t>v 1.255731 1.522286 -0.240224</w:t>
        <w:br/>
        <w:t>v 1.376386 1.258153 -0.333149</w:t>
        <w:br/>
        <w:t>v 0.736987 1.474041 -0.687076</w:t>
        <w:br/>
        <w:t>v 0.718884 1.651995 -0.624787</w:t>
        <w:br/>
        <w:t>v 0.783338 1.813827 0.490867</w:t>
        <w:br/>
        <w:t>v 0.816155 1.759868 0.424929</w:t>
        <w:br/>
        <w:t>v 1.248199 1.267443 0.095301</w:t>
        <w:br/>
        <w:t>v 1.244397 1.394382 -0.057160</w:t>
        <w:br/>
        <w:t>v 1.160116 1.434118 0.170342</w:t>
        <w:br/>
        <w:t>v 0.920837 1.841560 -0.501866</w:t>
        <w:br/>
        <w:t>v 1.098109 1.822147 -0.357403</w:t>
        <w:br/>
        <w:t>v 1.195492 1.774773 -0.147567</w:t>
        <w:br/>
        <w:t>v 1.068928 1.869287 0.155564</w:t>
        <w:br/>
        <w:t>v 1.136492 1.731244 0.093364</w:t>
        <w:br/>
        <w:t>v 1.145464 1.902030 -0.096495</w:t>
        <w:br/>
        <w:t>v 0.972581 1.815264 0.321377</w:t>
        <w:br/>
        <w:t>v 1.045542 1.710325 0.272920</w:t>
        <w:br/>
        <w:t>v 0.701287 1.842888 -0.554848</w:t>
        <w:br/>
        <w:t>v 1.427653 1.273829 -0.333974</w:t>
        <w:br/>
        <w:t>v 1.309278 1.472774 -0.265387</w:t>
        <w:br/>
        <w:t>v 1.196651 1.546291 -0.469837</w:t>
        <w:br/>
        <w:t>v 1.285332 1.386654 -0.525210</w:t>
        <w:br/>
        <w:t>v 1.282172 1.405177 -0.057957</w:t>
        <w:br/>
        <w:t>v 1.283195 1.262560 0.103770</w:t>
        <w:br/>
        <w:t>v 1.198999 1.427304 0.168691</w:t>
        <w:br/>
        <w:t>v 1.397759 1.171043 -0.129435</w:t>
        <w:br/>
        <w:t>v 1.028385 1.481952 -0.670259</w:t>
        <w:br/>
        <w:t>v 0.985512 1.606507 -0.621767</w:t>
        <w:br/>
        <w:t>v 0.730936 1.629702 -0.677505</w:t>
        <w:br/>
        <w:t>v 0.736335 1.517053 -0.718759</w:t>
        <w:br/>
        <w:t>v 1.011233 1.910953 -0.252094</w:t>
        <w:br/>
        <w:t>v 0.881926 1.923972 -0.375789</w:t>
        <w:br/>
        <w:t>v 0.915111 1.977071 -0.452329</w:t>
        <w:br/>
        <w:t>v 1.073493 1.959740 -0.305989</w:t>
        <w:br/>
        <w:t>v 1.082179 1.886804 -0.068378</w:t>
        <w:br/>
        <w:t>v 1.158872 1.936188 -0.092530</w:t>
        <w:br/>
        <w:t>v 0.915142 1.816830 0.323042</w:t>
        <w:br/>
        <w:t>v 1.046525 1.853064 0.142577</w:t>
        <w:br/>
        <w:t>v 1.119191 1.906619 0.150186</w:t>
        <w:br/>
        <w:t>v 0.980690 1.877225 0.350189</w:t>
        <w:br/>
        <w:t>v 0.716112 1.928561 -0.427817</w:t>
        <w:br/>
        <w:t>v 0.713454 1.984200 -0.512402</w:t>
        <w:br/>
        <w:t>v 0.777689 1.849603 0.490183</w:t>
        <w:br/>
        <w:t>v 0.721845 1.788494 0.464195</w:t>
        <w:br/>
        <w:t>v 1.228916 1.247719 0.302347</w:t>
        <w:br/>
        <w:t>v 1.152048 1.409330 0.320622</w:t>
        <w:br/>
        <w:t>v 0.946931 1.864173 -0.524254</w:t>
        <w:br/>
        <w:t>v 1.130008 1.836387 -0.370321</w:t>
        <w:br/>
        <w:t>v 1.073493 1.959740 -0.305989</w:t>
        <w:br/>
        <w:t>v 0.915111 1.977071 -0.452329</w:t>
        <w:br/>
        <w:t>v 1.234651 1.799086 -0.145356</w:t>
        <w:br/>
        <w:t>v 1.158872 1.936188 -0.092530</w:t>
        <w:br/>
        <w:t>v 1.225766 1.621638 0.046774</w:t>
        <w:br/>
        <w:t>v 1.251078 1.673274 -0.192856</w:t>
        <w:br/>
        <w:t>v 1.060117 1.578869 0.392521</w:t>
        <w:br/>
        <w:t>v 1.157120 1.586258 0.223581</w:t>
        <w:br/>
        <w:t>v 0.713454 1.984200 -0.512402</w:t>
        <w:br/>
        <w:t>v 0.718938 1.875518 -0.585225</w:t>
        <w:br/>
        <w:t>v 1.219587 1.363820 -0.503809</w:t>
        <w:br/>
        <w:t>v 1.285332 1.386654 -0.525210</w:t>
        <w:br/>
        <w:t>v 1.028385 1.481952 -0.670259</w:t>
        <w:br/>
        <w:t>v 0.989405 1.447835 -0.642681</w:t>
        <w:br/>
        <w:t>v 1.376386 1.258153 -0.333149</w:t>
        <w:br/>
        <w:t>v 1.427653 1.273829 -0.333974</w:t>
        <w:br/>
        <w:t>v 1.347443 1.166717 -0.142111</w:t>
        <w:br/>
        <w:t>v 1.397759 1.171043 -0.129435</w:t>
        <w:br/>
        <w:t>v 0.736335 1.517053 -0.718759</w:t>
        <w:br/>
        <w:t>v 0.736987 1.474041 -0.687076</w:t>
        <w:br/>
        <w:t>v 0.723409 1.758640 0.464364</w:t>
        <w:br/>
        <w:t>v 0.721845 1.788494 0.464195</w:t>
        <w:br/>
        <w:t>v 0.777689 1.849603 0.490183</w:t>
        <w:br/>
        <w:t>v 0.783338 1.813827 0.490867</w:t>
        <w:br/>
        <w:t>v 1.228916 1.247719 0.302347</w:t>
        <w:br/>
        <w:t>v 1.327187 1.038662 0.298081</w:t>
        <w:br/>
        <w:t>v 1.279156 1.027353 0.303925</w:t>
        <w:br/>
        <w:t>v 1.200540 1.234966 0.309214</w:t>
        <w:br/>
        <w:t>v 1.309456 1.081901 0.113567</w:t>
        <w:br/>
        <w:t>v 1.358981 1.090448 0.117410</w:t>
        <w:br/>
        <w:t>v 0.966458 1.718684 0.457665</w:t>
        <w:br/>
        <w:t>v 1.031698 1.575932 0.401100</w:t>
        <w:br/>
        <w:t>v 0.954593 1.689406 0.452477</w:t>
        <w:br/>
        <w:t>v 1.278416 0.663267 1.410585</w:t>
        <w:br/>
        <w:t>v 1.310523 0.529571 1.426932</w:t>
        <w:br/>
        <w:t>v 1.345124 0.444427 1.113908</w:t>
        <w:br/>
        <w:t>v 1.341972 0.467841 1.263777</w:t>
        <w:br/>
        <w:t>v 1.314983 0.627947 1.257138</w:t>
        <w:br/>
        <w:t>v 1.319278 0.603465 1.082581</w:t>
        <w:br/>
        <w:t>v 0.915685 1.660004 0.352508</w:t>
        <w:br/>
        <w:t>v 0.951347 1.687719 0.366952</w:t>
        <w:br/>
        <w:t>v 0.965060 1.579564 0.379108</w:t>
        <w:br/>
        <w:t>v 0.979093 1.430338 0.407652</w:t>
        <w:br/>
        <w:t>v 0.999125 1.263034 0.488952</w:t>
        <w:br/>
        <w:t>v 0.959479 1.239493 0.480526</w:t>
        <w:br/>
        <w:t>v 0.978581 1.114890 0.562227</w:t>
        <w:br/>
        <w:t>v 1.017632 1.126330 0.565118</w:t>
        <w:br/>
        <w:t>v 1.058771 1.021773 0.821277</w:t>
        <w:br/>
        <w:t>v 1.016786 1.002090 0.818482</w:t>
        <w:br/>
        <w:t>v 1.078269 0.956181 1.057279</w:t>
        <w:br/>
        <w:t>v 1.030745 0.934718 1.052826</w:t>
        <w:br/>
        <w:t>v 0.921328 0.997076 1.167710</w:t>
        <w:br/>
        <w:t>v 0.756785 1.072089 1.295695</w:t>
        <w:br/>
        <w:t>v 0.742971 1.360245 0.584398</w:t>
        <w:br/>
        <w:t>v 0.735733 1.484207 0.513005</w:t>
        <w:br/>
        <w:t>v 0.728256 1.624913 0.475366</w:t>
        <w:br/>
        <w:t>v 0.913566 1.756682 0.340301</w:t>
        <w:br/>
        <w:t>v 0.723409 1.758640 0.464364</w:t>
        <w:br/>
        <w:t>v 1.295157 0.599607 0.916216</w:t>
        <w:br/>
        <w:t>v 0.999125 1.263034 0.488952</w:t>
        <w:br/>
        <w:t>v 0.979093 1.430338 0.407652</w:t>
        <w:br/>
        <w:t>v 0.965060 1.579564 0.379108</w:t>
        <w:br/>
        <w:t>v 1.346473 0.404961 0.920218</w:t>
        <w:br/>
        <w:t>v 0.553296 1.695875 -0.431097</w:t>
        <w:br/>
        <w:t>v 0.419890 1.672102 -0.287868</w:t>
        <w:br/>
        <w:t>v 0.441244 1.471424 -0.302012</w:t>
        <w:br/>
        <w:t>v 0.568363 1.503820 -0.452558</w:t>
        <w:br/>
        <w:t>v 0.288486 1.902335 -0.097051</w:t>
        <w:br/>
        <w:t>v 0.345635 1.662318 -0.076047</w:t>
        <w:br/>
        <w:t>v 0.370675 1.924933 -0.302510</w:t>
        <w:br/>
        <w:t>v 0.404646 1.516804 0.156098</w:t>
        <w:br/>
        <w:t>v 0.390418 1.665170 0.142173</w:t>
        <w:br/>
        <w:t>v 0.502766 1.687944 0.367003</w:t>
        <w:br/>
        <w:t>v 0.499790 1.580226 0.379071</w:t>
        <w:br/>
        <w:t>v 0.435870 1.284542 -0.331688</w:t>
        <w:br/>
        <w:t>v 0.589785 1.311386 -0.504946</w:t>
        <w:br/>
        <w:t>v 0.426315 1.343609 0.245444</w:t>
        <w:br/>
        <w:t>v 0.398788 1.112918 0.371508</w:t>
        <w:br/>
        <w:t>v 0.300887 0.911508 0.034905</w:t>
        <w:br/>
        <w:t>v 0.318704 0.969481 -0.181936</w:t>
        <w:br/>
        <w:t>v 0.366869 1.278227 -0.108446</w:t>
        <w:br/>
        <w:t>v 0.407309 1.035133 -0.389584</w:t>
        <w:br/>
        <w:t>v 0.559977 1.064256 -0.560447</w:t>
        <w:br/>
        <w:t>v 0.368219 1.475328 -0.078211</w:t>
        <w:br/>
        <w:t>v 0.368219 1.475328 -0.078211</w:t>
        <w:br/>
        <w:t>v 0.366869 1.278227 -0.108446</w:t>
        <w:br/>
        <w:t>v 0.318704 0.969481 -0.181936</w:t>
        <w:br/>
        <w:t>v 0.282950 0.804259 1.076280</w:t>
        <w:br/>
        <w:t>v 0.331343 0.866020 0.787129</w:t>
        <w:br/>
        <w:t>v 0.459116 1.021808 0.821461</w:t>
        <w:br/>
        <w:t>v 0.445638 0.956218 1.057473</w:t>
        <w:br/>
        <w:t>v 0.618734 1.453286 0.432409</w:t>
        <w:br/>
        <w:t>v 0.611394 1.311422 0.533713</w:t>
        <w:br/>
        <w:t>v 0.537622 1.242744 0.481298</w:t>
        <w:br/>
        <w:t>v 0.546801 1.410706 0.396368</w:t>
        <w:br/>
        <w:t>v 0.548603 1.564077 0.365441</w:t>
        <w:br/>
        <w:t>v 0.624705 1.609036 0.427687</w:t>
        <w:br/>
        <w:t>v 0.317785 0.856977 0.232613</w:t>
        <w:br/>
        <w:t>v 0.332667 0.789362 0.453230</w:t>
        <w:br/>
        <w:t>v 0.266849 0.430379 0.304287</w:t>
        <w:br/>
        <w:t>v 0.260755 0.488041 0.154655</w:t>
        <w:br/>
        <w:t>v 0.217969 0.404490 -0.106946</w:t>
        <w:br/>
        <w:t>v 0.236447 0.425649 -0.272493</w:t>
        <w:br/>
        <w:t>v 0.236447 0.425649 -0.272493</w:t>
        <w:br/>
        <w:t>v 0.336315 0.629001 -0.512066</w:t>
        <w:br/>
        <w:t>v 0.509952 0.692695 -0.697661</w:t>
        <w:br/>
        <w:t>v 0.598955 0.997095 1.167808</w:t>
        <w:br/>
        <w:t>v 0.598540 1.082417 0.851950</w:t>
        <w:br/>
        <w:t>v 0.530752 1.114916 0.562365</w:t>
        <w:br/>
        <w:t>v 0.605356 1.198584 0.650671</w:t>
        <w:br/>
        <w:t>v 0.502874 1.002120 0.818639</w:t>
        <w:br/>
        <w:t>v 0.260332 0.599667 0.916533</w:t>
        <w:br/>
        <w:t>v 0.235952 0.603528 1.082914</w:t>
        <w:br/>
        <w:t>v 0.222220 0.444493 1.114252</w:t>
        <w:br/>
        <w:t>v 0.226875 0.405026 0.920562</w:t>
        <w:br/>
        <w:t>v 0.239362 0.478698 0.018662</w:t>
        <w:br/>
        <w:t>v 0.345635 1.662318 -0.076047</w:t>
        <w:br/>
        <w:t>v 0.575366 0.751948 1.745019</w:t>
        <w:br/>
        <w:t>v 0.377029 0.707260 1.609155</w:t>
        <w:br/>
        <w:t>v 0.412812 0.863287 1.516666</w:t>
        <w:br/>
        <w:t>v 0.570178 0.915411 1.613620</w:t>
        <w:br/>
        <w:t>v 0.297257 0.665280 0.729905</w:t>
        <w:br/>
        <w:t>v 0.265138 0.435819 0.726762</w:t>
        <w:br/>
        <w:t>v 0.272917 0.344527 0.377488</w:t>
        <w:br/>
        <w:t>v 0.572768 0.987530 1.395480</w:t>
        <w:br/>
        <w:t>v 0.274585 0.791894 1.231651</w:t>
        <w:br/>
        <w:t>v 0.448423 0.939838 1.265424</w:t>
        <w:br/>
        <w:t>v 0.316730 0.813601 1.388793</w:t>
        <w:br/>
        <w:t>v 0.585273 1.027646 1.223105</w:t>
        <w:br/>
        <w:t>v 0.375870 0.983276 0.507735</w:t>
        <w:br/>
        <w:t>v 0.490043 1.133274 0.567444</w:t>
        <w:br/>
        <w:t>v 0.495085 0.934749 1.052991</w:t>
        <w:br/>
        <w:t>v 0.715214 1.948183 -0.501345</w:t>
        <w:br/>
        <w:t>v 0.522198 1.941590 -0.442760</w:t>
        <w:br/>
        <w:t>v 0.366446 0.544721 1.632457</w:t>
        <w:br/>
        <w:t>v 0.566503 0.541328 1.807092</w:t>
        <w:br/>
        <w:t>v 0.503164 1.631987 -0.569615</w:t>
        <w:br/>
        <w:t>v 0.498082 1.446192 -0.642970</w:t>
        <w:br/>
        <w:t>v 0.290612 1.359642 -0.501232</w:t>
        <w:br/>
        <w:t>v 0.329187 1.584175 -0.430800</w:t>
        <w:br/>
        <w:t>v 0.148626 1.251670 -0.320321</w:t>
        <w:br/>
        <w:t>v 0.233952 1.522560 -0.240416</w:t>
        <w:br/>
        <w:t>v 0.182011 1.170813 -0.142583</w:t>
        <w:br/>
        <w:t>v 0.240154 1.382739 -0.070636</w:t>
        <w:br/>
        <w:t>v 0.505740 1.796220 0.355902</w:t>
        <w:br/>
        <w:t>v 0.657868 1.814333 0.490627</w:t>
        <w:br/>
        <w:t>v 0.630676 1.760333 0.424745</w:t>
        <w:br/>
        <w:t>v 0.258537 1.260507 0.100656</w:t>
        <w:br/>
        <w:t>v 0.230682 1.097058 0.086606</w:t>
        <w:br/>
        <w:t>v 0.270211 1.031904 0.308855</w:t>
        <w:br/>
        <w:t>v 0.310739 1.242023 0.310925</w:t>
        <w:br/>
        <w:t>v 0.503010 1.837471 -0.496174</w:t>
        <w:br/>
        <w:t>v 0.345271 1.816995 -0.356825</w:t>
        <w:br/>
        <w:t>v 0.251145 1.775080 -0.148142</w:t>
        <w:br/>
        <w:t>v 0.310778 1.734058 0.081360</w:t>
        <w:br/>
        <w:t>v 0.362740 1.871232 0.140209</w:t>
        <w:br/>
        <w:t>v 0.288486 1.902335 -0.097051</w:t>
        <w:br/>
        <w:t>v 0.481249 1.810474 0.363474</w:t>
        <w:br/>
        <w:t>v 0.508491 1.839041 0.347701</w:t>
        <w:br/>
        <w:t>v 0.483238 1.605203 -0.620281</w:t>
        <w:br/>
        <w:t>v 0.280635 1.544356 -0.467799</w:t>
        <w:br/>
        <w:t>v 0.233955 1.380391 -0.516036</w:t>
        <w:br/>
        <w:t>v 0.463751 1.478302 -0.665433</w:t>
        <w:br/>
        <w:t>v 0.169628 1.471124 -0.262535</w:t>
        <w:br/>
        <w:t>v 0.098200 1.267318 -0.321162</w:t>
        <w:br/>
        <w:t>v 0.192303 1.406691 -0.057682</w:t>
        <w:br/>
        <w:t>v 0.132902 1.175343 -0.129711</w:t>
        <w:br/>
        <w:t>v 0.512600 1.977057 -0.451999</w:t>
        <w:br/>
        <w:t>v 0.550821 1.923960 -0.375553</w:t>
        <w:br/>
        <w:t>v 0.422397 1.910936 -0.251718</w:t>
        <w:br/>
        <w:t>v 0.355348 1.959735 -0.305557</w:t>
        <w:br/>
        <w:t>v 0.353203 1.886822 -0.068125</w:t>
        <w:br/>
        <w:t>v 0.271670 1.936209 -0.092223</w:t>
        <w:br/>
        <w:t>v 0.313627 1.906638 0.150464</w:t>
        <w:br/>
        <w:t>v 0.391617 1.853079 0.142804</w:t>
        <w:br/>
        <w:t>v 0.526079 1.816839 0.323177</w:t>
        <w:br/>
        <w:t>v 0.454496 1.878056 0.349720</w:t>
        <w:br/>
        <w:t>v 0.721845 1.788494 0.464195</w:t>
        <w:br/>
        <w:t>v 0.659897 1.850108 0.489916</w:t>
        <w:br/>
        <w:t>v 0.182008 1.105111 0.090920</w:t>
        <w:br/>
        <w:t>v 0.217040 1.270113 0.103200</w:t>
        <w:br/>
        <w:t>v 0.281177 1.254492 0.304553</w:t>
        <w:br/>
        <w:t>v 0.222883 1.041899 0.303941</w:t>
        <w:br/>
        <w:t>v 0.492381 1.864127 -0.523791</w:t>
        <w:br/>
        <w:t>v 0.512600 1.977057 -0.451999</w:t>
        <w:br/>
        <w:t>v 0.355348 1.959735 -0.305557</w:t>
        <w:br/>
        <w:t>v 0.311277 1.836257 -0.370181</w:t>
        <w:br/>
        <w:t>v 0.271670 1.936209 -0.092223</w:t>
        <w:br/>
        <w:t>v 0.209589 1.799317 -0.145684</w:t>
        <w:br/>
        <w:t>v 0.223688 1.624184 0.046360</w:t>
        <w:br/>
        <w:t>v 0.297596 1.589090 0.223630</w:t>
        <w:br/>
        <w:t>v 0.267911 1.442482 0.169590</w:t>
        <w:br/>
        <w:t>v 0.200667 1.674988 -0.193819</w:t>
        <w:br/>
        <w:t>v 0.405634 1.579847 0.384617</w:t>
        <w:br/>
        <w:t>v 0.336621 1.433734 0.323058</w:t>
        <w:br/>
        <w:t>v 0.260755 0.488041 0.154655</w:t>
        <w:br/>
        <w:t>v 0.266849 0.430379 0.304287</w:t>
        <w:br/>
        <w:t>v 1.291561 0.430320 0.303973</w:t>
        <w:br/>
        <w:t>v 1.293618 0.487981 0.154338</w:t>
        <w:br/>
        <w:t>v 0.217969 0.404490 -0.106946</w:t>
        <w:br/>
        <w:t>v 0.239362 0.478698 0.018662</w:t>
        <w:br/>
        <w:t>v 1.316535 0.478635 0.018331</w:t>
        <w:br/>
        <w:t>v 1.339452 0.404424 -0.107290</w:t>
        <w:br/>
        <w:t>v 0.463751 1.478302 -0.665433</w:t>
        <w:br/>
        <w:t>v 0.233955 1.380391 -0.516036</w:t>
        <w:br/>
        <w:t>v 0.290612 1.359642 -0.501232</w:t>
        <w:br/>
        <w:t>v 0.498082 1.446192 -0.642970</w:t>
        <w:br/>
        <w:t>v 0.098200 1.267318 -0.321162</w:t>
        <w:br/>
        <w:t>v 0.148626 1.251670 -0.320321</w:t>
        <w:br/>
        <w:t>v 0.132902 1.175343 -0.129711</w:t>
        <w:br/>
        <w:t>v 0.182011 1.170813 -0.142583</w:t>
        <w:br/>
        <w:t>v 0.659897 1.850108 0.489916</w:t>
        <w:br/>
        <w:t>v 0.721845 1.788494 0.464195</w:t>
        <w:br/>
        <w:t>v 0.723409 1.758640 0.464364</w:t>
        <w:br/>
        <w:t>v 0.657868 1.814333 0.490627</w:t>
        <w:br/>
        <w:t>v 0.281177 1.254492 0.304553</w:t>
        <w:br/>
        <w:t>v 0.310739 1.242023 0.310925</w:t>
        <w:br/>
        <w:t>v 0.270211 1.031904 0.308855</w:t>
        <w:br/>
        <w:t>v 0.222883 1.041899 0.303941</w:t>
        <w:br/>
        <w:t>v 0.182008 1.105111 0.090920</w:t>
        <w:br/>
        <w:t>v 0.230682 1.097058 0.086606</w:t>
        <w:br/>
        <w:t>v 0.426502 1.558981 0.389036</w:t>
        <w:br/>
        <w:t>v 0.362627 1.418930 0.328819</w:t>
        <w:br/>
        <w:t>v 0.271708 0.663325 1.410894</w:t>
        <w:br/>
        <w:t>v 0.249449 0.529633 1.427257</w:t>
        <w:br/>
        <w:t>v 0.238177 0.628010 1.257468</w:t>
        <w:br/>
        <w:t>v 0.222359 0.467906 1.264121</w:t>
        <w:br/>
        <w:t>v 0.541203 1.660428 0.352452</w:t>
        <w:br/>
        <w:t>v 0.502766 1.687944 0.367003</w:t>
        <w:br/>
        <w:t>v 0.505740 1.796220 0.355902</w:t>
        <w:br/>
        <w:t>v 0.533803 1.757097 0.340184</w:t>
        <w:br/>
        <w:t>v 0.500164 1.431481 0.407737</w:t>
        <w:br/>
        <w:t>v 0.499790 1.580226 0.379071</w:t>
        <w:br/>
        <w:t>v 0.495891 1.266327 0.489651</w:t>
        <w:br/>
        <w:t>v 0.537622 1.242744 0.481298</w:t>
        <w:br/>
        <w:t>v 0.459116 1.021808 0.821461</w:t>
        <w:br/>
        <w:t>v 0.490043 1.133274 0.567444</w:t>
        <w:br/>
        <w:t>v 0.530752 1.114916 0.562365</w:t>
        <w:br/>
        <w:t>v 0.502874 1.002120 0.818639</w:t>
        <w:br/>
        <w:t>v 0.445638 0.956218 1.057473</w:t>
        <w:br/>
        <w:t>v 0.495085 0.934749 1.052991</w:t>
        <w:br/>
        <w:t>v 0.598955 0.997095 1.167808</w:t>
        <w:br/>
        <w:t>v 0.735733 1.484207 0.513005</w:t>
        <w:br/>
        <w:t>v 0.742971 1.360245 0.584398</w:t>
        <w:br/>
        <w:t>v 0.533803 1.757097 0.340184</w:t>
        <w:br/>
        <w:t>v 0.495891 1.266327 0.489651</w:t>
        <w:br/>
        <w:t>v 0.500164 1.431481 0.407737</w:t>
        <w:br/>
        <w:t>v 1.061615 1.924904 -0.303456</w:t>
        <w:br/>
        <w:t>v 0.909002 1.941257 -0.444172</w:t>
        <w:br/>
        <w:t>v 0.715214 1.948183 -0.501345</w:t>
        <w:br/>
        <w:t>v 1.209432 1.756064 0.108111</w:t>
        <w:br/>
        <w:t>v 1.108955 1.725505 0.290884</w:t>
        <w:br/>
        <w:t>v 0.980690 1.877225 0.350189</w:t>
        <w:br/>
        <w:t>v 1.119191 1.906619 0.150186</w:t>
        <w:br/>
        <w:t>v 0.875144 1.807530 0.492648</w:t>
        <w:br/>
        <w:t>v 0.876234 1.761521 0.486871</w:t>
        <w:br/>
        <w:t>v 0.783338 1.813827 0.490867</w:t>
        <w:br/>
        <w:t>v 0.370675 1.924933 -0.302510</w:t>
        <w:br/>
        <w:t>v 0.522198 1.941590 -0.442760</w:t>
        <w:br/>
        <w:t>v 0.454496 1.878056 0.349720</w:t>
        <w:br/>
        <w:t>v 0.341352 1.727196 0.290119</w:t>
        <w:br/>
        <w:t>v 0.238372 1.756963 0.107588</w:t>
        <w:br/>
        <w:t>v 0.313627 1.906638 0.150464</w:t>
        <w:br/>
        <w:t>v 0.484121 1.721161 0.446702</w:t>
        <w:br/>
        <w:t>v 0.566914 1.807463 0.492287</w:t>
        <w:br/>
        <w:t>v 0.657868 1.814333 0.490627</w:t>
        <w:br/>
        <w:t>v 0.569493 1.762333 0.490153</w:t>
        <w:br/>
        <w:t>v 1.168403 1.598279 0.053135</w:t>
        <w:br/>
        <w:t>v 1.100050 1.587213 0.227048</w:t>
        <w:br/>
        <w:t>v 1.031698 1.575932 0.401100</w:t>
        <w:br/>
        <w:t>v 1.120005 1.410024 0.328731</w:t>
        <w:br/>
        <w:t>v 1.146564 1.722739 -0.411307</w:t>
        <w:br/>
        <w:t>v 0.957585 1.761893 -0.565351</w:t>
        <w:br/>
        <w:t>v 0.723743 1.777851 -0.625169</w:t>
        <w:br/>
        <w:t>v 0.283471 1.599818 0.023203</w:t>
        <w:br/>
        <w:t>v 0.367271 1.572951 0.253354</w:t>
        <w:br/>
        <w:t>v 0.417639 1.704106 0.313510</w:t>
        <w:br/>
        <w:t>v 0.491043 1.762218 -0.565175</w:t>
        <w:br/>
        <w:t>v 0.303511 1.723866 -0.411684</w:t>
        <w:br/>
        <w:t>v 1.185443 0.681997 0.548416</w:t>
        <w:br/>
        <w:t>v 0.360957 0.682045 0.548669</w:t>
        <w:br/>
        <w:t>v 0.235480 0.542541 0.341070</w:t>
        <w:br/>
        <w:t>v 0.777689 1.849603 0.490183</w:t>
        <w:br/>
        <w:t>v 0.659897 1.850108 0.489916</w:t>
        <w:br/>
        <w:t>v 0.913888 1.835962 0.363962</w:t>
        <w:br/>
        <w:t>v 1.120005 1.410024 0.328731</w:t>
        <w:br/>
        <w:t>v 1.152048 1.409330 0.320622</w:t>
        <w:br/>
        <w:t>v 0.498884 1.691697 0.447246</w:t>
        <w:br/>
        <w:t>v 0.321235 1.431332 0.188979</w:t>
        <w:br/>
        <w:t>v 1.279156 1.027353 0.303925</w:t>
        <w:br/>
        <w:t>v 1.309456 1.081901 0.113567</w:t>
        <w:br/>
        <w:t>v 1.200540 1.234966 0.309214</w:t>
        <w:br/>
        <w:t>v 1.358981 1.090448 0.117410</w:t>
        <w:br/>
        <w:t>v 1.327187 1.038662 0.298081</w:t>
        <w:br/>
        <w:t>v 0.362627 1.418930 0.328819</w:t>
        <w:br/>
        <w:t>v 0.915685 1.660004 0.352508</w:t>
        <w:br/>
        <w:t>v 0.937633 1.796209 0.355755</w:t>
        <w:br/>
        <w:t>v 0.913566 1.756682 0.340301</w:t>
        <w:br/>
        <w:t>v 0.362740 1.871232 0.140209</w:t>
        <w:br/>
        <w:t>v 0.541203 1.660428 0.352452</w:t>
        <w:br/>
        <w:t>v 0.288486 1.902335 -0.097051</w:t>
        <w:br/>
        <w:t>v 1.497445 0.035876 1.303923</w:t>
        <w:br/>
        <w:t>v 1.477081 0.160852 1.252511</w:t>
        <w:br/>
        <w:t>v 0.272917 0.344527 0.377488</w:t>
        <w:br/>
        <w:t>v 1.289480 0.344470 0.377176</w:t>
        <w:br/>
        <w:t>v 0.109093 0.037049 1.306371</w:t>
        <w:br/>
        <w:t>v 1.387951 0.115115 0.350219</w:t>
        <w:br/>
        <w:t>v 0.203135 0.115189 0.350557</w:t>
        <w:br/>
        <w:t>v 0.508491 1.839041 0.347701</w:t>
        <w:br/>
        <w:t>v 0.913888 1.835962 0.363962</w:t>
        <w:br/>
        <w:t>v 0.783338 1.813827 0.490867</w:t>
        <w:br/>
        <w:t>v 0.876234 1.761521 0.486871</w:t>
        <w:br/>
        <w:t>v 0.657868 1.814333 0.490627</w:t>
        <w:br/>
        <w:t>v 0.569493 1.762333 0.490153</w:t>
        <w:br/>
        <w:t>v 1.347443 1.166717 -0.142111</w:t>
        <w:br/>
        <w:t>v 1.279156 1.027353 0.303925</w:t>
        <w:br/>
        <w:t>v 1.327187 1.038662 0.298081</w:t>
        <w:br/>
        <w:t>v 0.270211 1.031904 0.308855</w:t>
        <w:br/>
        <w:t>v 0.222883 1.041899 0.303941</w:t>
        <w:br/>
        <w:t>v 0.954593 1.689406 0.452477</w:t>
        <w:br/>
        <w:t>v 0.498884 1.691697 0.447246</w:t>
        <w:br/>
        <w:t>v 0.426502 1.558981 0.389036</w:t>
        <w:br/>
        <w:t>v 0.721845 1.788494 0.464195</w:t>
        <w:br/>
        <w:t>v 0.718355 1.830260 0.250552</w:t>
        <w:br/>
        <w:t>v 0.915142 1.816830 0.323042</w:t>
        <w:br/>
        <w:t>v 0.526079 1.816839 0.323177</w:t>
        <w:br/>
        <w:t>v -0.917134 20.317804 0.202635</w:t>
        <w:br/>
        <w:t>v -0.933065 20.298607 0.217819</w:t>
        <w:br/>
        <w:t>v -0.929641 20.293652 0.203404</w:t>
        <w:br/>
        <w:t>v -0.927389 20.321045 0.231992</w:t>
        <w:br/>
        <w:t>v -0.932203 20.308680 0.228279</w:t>
        <w:br/>
        <w:t>v -0.901196 20.336918 0.186847</w:t>
        <w:br/>
        <w:t>v -0.904625 20.341839 0.201505</w:t>
        <w:br/>
        <w:t>v -0.911489 20.340246 0.216661</w:t>
        <w:br/>
        <w:t>v -0.919850 20.332575 0.227854</w:t>
        <w:br/>
        <w:t>v -0.922802 20.295303 0.188884</w:t>
        <w:br/>
        <w:t>v -0.914431 20.303083 0.178033</w:t>
        <w:br/>
        <w:t>v -0.906853 20.314720 0.173632</w:t>
        <w:br/>
        <w:t>v -0.902050 20.327005 0.176777</w:t>
        <w:br/>
        <w:t>v -0.929641 20.293652 0.203404</w:t>
        <w:br/>
        <w:t>v -0.933065 20.298607 0.217819</w:t>
        <w:br/>
        <w:t>v -0.517653 20.157448 0.374822</w:t>
        <w:br/>
        <w:t>v -0.514239 20.151651 0.359356</w:t>
        <w:br/>
        <w:t>v -0.932203 20.308680 0.228279</w:t>
        <w:br/>
        <w:t>v -0.516563 20.169285 0.385914</w:t>
        <w:br/>
        <w:t>v -0.927389 20.321045 0.231992</w:t>
        <w:br/>
        <w:t>v -0.511398 20.183805 0.389645</w:t>
        <w:br/>
        <w:t>v -0.919850 20.332575 0.227854</w:t>
        <w:br/>
        <w:t>v -0.503583 20.197090 0.384860</w:t>
        <w:br/>
        <w:t>v -0.911489 20.340246 0.216661</w:t>
        <w:br/>
        <w:t>v -0.495034 20.205759 0.372724</w:t>
        <w:br/>
        <w:t>v -0.904625 20.341839 0.201505</w:t>
        <w:br/>
        <w:t>v -0.487958 20.207615 0.356516</w:t>
        <w:br/>
        <w:t>v -0.901196 20.336918 0.186847</w:t>
        <w:br/>
        <w:t>v -0.484269 20.202177 0.340732</w:t>
        <w:br/>
        <w:t>v -0.902050 20.327005 0.176777</w:t>
        <w:br/>
        <w:t>v -0.485042 20.190819 0.329712</w:t>
        <w:br/>
        <w:t>v -0.906853 20.314720 0.173632</w:t>
        <w:br/>
        <w:t>v -0.490193 20.176403 0.326369</w:t>
        <w:br/>
        <w:t>v -0.914431 20.303083 0.178033</w:t>
        <w:br/>
        <w:t>v -0.498339 20.162716 0.331468</w:t>
        <w:br/>
        <w:t>v -0.922802 20.295303 0.188884</w:t>
        <w:br/>
        <w:t>v -0.507167 20.153593 0.343535</w:t>
        <w:br/>
        <w:t>v -0.929641 20.293652 0.203404</w:t>
        <w:br/>
        <w:t>v -0.514239 20.151651 0.359356</w:t>
        <w:br/>
        <w:t>v -0.695080 20.230396 0.258492</w:t>
        <w:br/>
        <w:t>v -0.834383 20.405107 0.205304</w:t>
        <w:br/>
        <w:t>v -0.846440 20.400368 0.209906</w:t>
        <w:br/>
        <w:t>v -0.707411 20.225050 0.263580</w:t>
        <w:br/>
        <w:t>v -0.855424 20.398100 0.220317</w:t>
        <w:br/>
        <w:t>v -0.716540 20.222471 0.274187</w:t>
        <w:br/>
        <w:t>v -0.855424 20.398100 0.220317</w:t>
        <w:br/>
        <w:t>v -0.858970 20.398958 0.233794</w:t>
        <w:br/>
        <w:t>v -0.720128 20.223372 0.287606</w:t>
        <w:br/>
        <w:t>v -0.716540 20.222471 0.274187</w:t>
        <w:br/>
        <w:t>v -0.856165 20.402674 0.246680</w:t>
        <w:br/>
        <w:t>v -0.717212 20.227518 0.300341</w:t>
        <w:br/>
        <w:t>v -0.847805 20.408230 0.255471</w:t>
        <w:br/>
        <w:t>v -0.708481 20.233767 0.308925</w:t>
        <w:br/>
        <w:t>v -0.836071 20.414165 0.257777</w:t>
        <w:br/>
        <w:t>v -0.696108 20.240362 0.310956</w:t>
        <w:br/>
        <w:t>v -0.823881 20.418888 0.252995</w:t>
        <w:br/>
        <w:t>v -0.683603 20.245592 0.305810</w:t>
        <w:br/>
        <w:t>v -0.814530 20.421114 0.242387</w:t>
        <w:br/>
        <w:t>v -0.674467 20.248095 0.294865</w:t>
        <w:br/>
        <w:t>v -0.810768 20.420235 0.228902</w:t>
        <w:br/>
        <w:t>v -0.670965 20.247210 0.281163</w:t>
        <w:br/>
        <w:t>v -0.813657 20.416538 0.216212</w:t>
        <w:br/>
        <w:t>v -0.673943 20.243160 0.268507</w:t>
        <w:br/>
        <w:t>v -0.822359 20.411015 0.207610</w:t>
        <w:br/>
        <w:t>v -0.682766 20.237019 0.260261</w:t>
        <w:br/>
        <w:t>v -0.835038 20.409618 0.231446</w:t>
        <w:br/>
        <w:t>v -0.846440 20.400368 0.209906</w:t>
        <w:br/>
        <w:t>v -0.834383 20.405107 0.205304</w:t>
        <w:br/>
        <w:t>v -0.855424 20.398100 0.220317</w:t>
        <w:br/>
        <w:t>v -0.858970 20.398958 0.233794</w:t>
        <w:br/>
        <w:t>v -0.856165 20.402674 0.246680</w:t>
        <w:br/>
        <w:t>v -0.847805 20.408230 0.255471</w:t>
        <w:br/>
        <w:t>v -0.836071 20.414165 0.257777</w:t>
        <w:br/>
        <w:t>v -0.823881 20.418888 0.252995</w:t>
        <w:br/>
        <w:t>v -0.814530 20.421114 0.242387</w:t>
        <w:br/>
        <w:t>v -0.810768 20.420235 0.228902</w:t>
        <w:br/>
        <w:t>v -0.813657 20.416538 0.216212</w:t>
        <w:br/>
        <w:t>v -0.822359 20.411015 0.207610</w:t>
        <w:br/>
        <w:t>v -0.953797 19.591642 0.126285</w:t>
        <w:br/>
        <w:t>v -1.105793 19.312002 0.086105</w:t>
        <w:br/>
        <w:t>v -1.033519 19.281952 0.057955</w:t>
        <w:br/>
        <w:t>v -0.886516 19.538994 0.094403</w:t>
        <w:br/>
        <w:t>v -0.219676 19.924679 0.150123</w:t>
        <w:br/>
        <w:t>v 0.000551 19.939911 0.150766</w:t>
        <w:br/>
        <w:t>v 0.000552 20.029501 0.189197</w:t>
        <w:br/>
        <w:t>v -0.239289 20.015587 0.188531</w:t>
        <w:br/>
        <w:t>v -0.499175 19.948736 0.178403</w:t>
        <w:br/>
        <w:t>v -0.457041 19.867353 0.141712</w:t>
        <w:br/>
        <w:t>v -1.194386 18.950745 0.033970</w:t>
        <w:br/>
        <w:t>v -1.122301 18.952263 0.010818</w:t>
        <w:br/>
        <w:t>v -1.194054 18.630842 -0.014022</w:t>
        <w:br/>
        <w:t>v -1.122201 18.633549 -0.037433</w:t>
        <w:br/>
        <w:t>v -0.731411 19.818634 0.159090</w:t>
        <w:br/>
        <w:t>v -0.675848 19.746916 0.124022</w:t>
        <w:br/>
        <w:t>v -1.033939 19.227545 0.425199</w:t>
        <w:br/>
        <w:t>v -1.097467 19.260147 0.411429</w:t>
        <w:br/>
        <w:t>v -0.946619 19.537298 0.453532</w:t>
        <w:br/>
        <w:t>v -0.886770 19.484081 0.465354</w:t>
        <w:br/>
        <w:t>v -0.237421 19.957935 0.515926</w:t>
        <w:br/>
        <w:t>v 0.000552 19.971899 0.515441</w:t>
        <w:br/>
        <w:t>v 0.000551 19.884924 0.523467</w:t>
        <w:br/>
        <w:t>v -0.219694 19.869532 0.523747</w:t>
        <w:br/>
        <w:t>v -0.952873 19.584597 0.168610</w:t>
        <w:br/>
        <w:t>v -1.104750 19.305468 0.126994</w:t>
        <w:br/>
        <w:t>v -1.105793 19.312002 0.086105</w:t>
        <w:br/>
        <w:t>v -0.953797 19.591642 0.126285</w:t>
        <w:br/>
        <w:t>v 0.000552 20.022104 0.231122</w:t>
        <w:br/>
        <w:t>v -0.239046 20.008070 0.231204</w:t>
        <w:br/>
        <w:t>v -0.239289 20.015587 0.188531</w:t>
        <w:br/>
        <w:t>v 0.000552 20.029501 0.189197</w:t>
        <w:br/>
        <w:t>v -0.495626 19.899225 0.463394</w:t>
        <w:br/>
        <w:t>v -0.237665 19.965445 0.473252</w:t>
        <w:br/>
        <w:t>v -0.237421 19.957935 0.515926</w:t>
        <w:br/>
        <w:t>v -0.495091 19.891745 0.506419</w:t>
        <w:br/>
        <w:t>v -1.186393 18.908430 0.317750</w:t>
        <w:br/>
        <w:t>v -1.098507 19.266676 0.370542</w:t>
        <w:br/>
        <w:t>v -1.097467 19.260147 0.411429</w:t>
        <w:br/>
        <w:t>v -1.185299 18.902634 0.356603</w:t>
        <w:br/>
        <w:t>v -1.186086 18.589018 0.269379</w:t>
        <w:br/>
        <w:t>v -1.185018 18.583412 0.307384</w:t>
        <w:br/>
        <w:t>v -0.726657 19.769764 0.444218</w:t>
        <w:br/>
        <w:t>v -0.725938 19.762371 0.487335</w:t>
        <w:br/>
        <w:t>v -0.495091 19.891745 0.506419</w:t>
        <w:br/>
        <w:t>v -0.457104 19.812159 0.515359</w:t>
        <w:br/>
        <w:t>v -0.675969 19.691690 0.497396</w:t>
        <w:br/>
        <w:t>v -0.725938 19.762371 0.487335</w:t>
        <w:br/>
        <w:t>v -1.122934 18.898510 0.373409</w:t>
        <w:br/>
        <w:t>v -1.185299 18.902634 0.356603</w:t>
        <w:br/>
        <w:t>v -1.122874 18.580044 0.324559</w:t>
        <w:br/>
        <w:t>v -1.185018 18.583412 0.307384</w:t>
        <w:br/>
        <w:t>v -0.947540 19.544338 0.411208</w:t>
        <w:br/>
        <w:t>v -0.946619 19.537298 0.453532</w:t>
        <w:br/>
        <w:t>v 0.000552 19.979303 0.473515</w:t>
        <w:br/>
        <w:t>v 0.000552 19.971899 0.515441</w:t>
        <w:br/>
        <w:t>v -0.498639 19.941259 0.221427</w:t>
        <w:br/>
        <w:t>v -0.499175 19.948736 0.178403</w:t>
        <w:br/>
        <w:t>v -1.193292 18.944954 0.072823</w:t>
        <w:br/>
        <w:t>v -1.194386 18.950745 0.033970</w:t>
        <w:br/>
        <w:t>v -1.192986 18.625231 0.023982</w:t>
        <w:br/>
        <w:t>v -1.194054 18.630842 -0.014022</w:t>
        <w:br/>
        <w:t>v -0.730692 19.811239 0.202208</w:t>
        <w:br/>
        <w:t>v -0.731411 19.818634 0.159090</w:t>
        <w:br/>
        <w:t>v -1.075851 19.260391 0.347669</w:t>
        <w:br/>
        <w:t>v -1.081054 19.292543 0.145592</w:t>
        <w:br/>
        <w:t>v -0.932620 19.565783 0.186335</w:t>
        <w:br/>
        <w:t>v -0.928182 19.532404 0.387497</w:t>
        <w:br/>
        <w:t>v -0.235775 19.979759 0.247531</w:t>
        <w:br/>
        <w:t>v 0.000552 19.991846 0.243106</w:t>
        <w:br/>
        <w:t>v 0.000551 19.959280 0.453900</w:t>
        <w:br/>
        <w:t>v -0.234550 19.944412 0.448200</w:t>
        <w:br/>
        <w:t>v -0.486370 19.879784 0.438578</w:t>
        <w:br/>
        <w:t>v -0.488934 19.914614 0.237999</w:t>
        <w:br/>
        <w:t>v -1.161879 18.908863 0.295876</w:t>
        <w:br/>
        <w:t>v -1.167644 18.939035 0.092465</w:t>
        <w:br/>
        <w:t>v -1.161443 18.612980 0.251061</w:t>
        <w:br/>
        <w:t>v -1.167173 18.643061 0.047237</w:t>
        <w:br/>
        <w:t>v -0.711999 19.753277 0.419834</w:t>
        <w:br/>
        <w:t>v -0.715342 19.787672 0.219231</w:t>
        <w:br/>
        <w:t>v -0.402123 20.046503 0.346664</w:t>
        <w:br/>
        <w:t>v -0.400452 20.023846 0.412203</w:t>
        <w:br/>
        <w:t>v -0.479125 19.985941 0.406020</w:t>
        <w:br/>
        <w:t>v -0.483589 20.011763 0.340569</w:t>
        <w:br/>
        <w:t>v -0.596342 19.903368 0.331300</w:t>
        <w:br/>
        <w:t>v -0.558936 19.951410 0.334799</w:t>
        <w:br/>
        <w:t>v -0.555037 19.933907 0.384530</w:t>
        <w:br/>
        <w:t>v -0.460059 19.880836 0.444876</w:t>
        <w:br/>
        <w:t>v -0.470926 19.935934 0.448314</w:t>
        <w:br/>
        <w:t>v -0.394097 19.975147 0.454599</w:t>
        <w:br/>
        <w:t>v -0.384510 19.919664 0.451117</w:t>
        <w:br/>
        <w:t>v -0.615437 19.795975 0.324137</w:t>
        <w:br/>
        <w:t>v -0.623769 19.852987 0.327956</w:t>
        <w:br/>
        <w:t>v -0.544262 19.897957 0.416088</w:t>
        <w:br/>
        <w:t>v -0.527128 19.845175 0.413214</w:t>
        <w:br/>
        <w:t>v -0.548224 19.918104 0.252988</w:t>
        <w:br/>
        <w:t>v -0.623769 19.852987 0.327956</w:t>
        <w:br/>
        <w:t>v -0.615437 19.795975 0.324137</w:t>
        <w:br/>
        <w:t>v -0.530735 19.867315 0.248935</w:t>
        <w:br/>
        <w:t>v -0.397078 20.005634 0.237433</w:t>
        <w:br/>
        <w:t>v -0.475110 19.966335 0.231395</w:t>
        <w:br/>
        <w:t>v -0.462605 19.911108 0.228020</w:t>
        <w:br/>
        <w:t>v -0.386691 19.950127 0.233987</w:t>
        <w:br/>
        <w:t>v -0.402438 20.040878 0.283076</w:t>
        <w:br/>
        <w:t>v -0.483587 20.004948 0.277004</w:t>
        <w:br/>
        <w:t>v -0.556028 19.944584 0.287031</w:t>
        <w:br/>
        <w:t>v -1.222165 18.808365 0.095306</w:t>
        <w:br/>
        <w:t>v -1.220277 18.895689 0.193837</w:t>
        <w:br/>
        <w:t>v -1.218202 18.787601 0.262902</w:t>
        <w:br/>
        <w:t>v -1.154655 18.791079 0.286749</w:t>
        <w:br/>
        <w:t>v -1.154469 18.588640 0.255842</w:t>
        <w:br/>
        <w:t>v -1.198325 18.594044 0.254513</w:t>
        <w:br/>
        <w:t>v -1.198505 18.790775 0.284584</w:t>
        <w:br/>
        <w:t>v -1.159777 18.818060 0.070074</w:t>
        <w:br/>
        <w:t>v -1.157338 18.930878 0.197397</w:t>
        <w:br/>
        <w:t>v -1.201112 18.926630 0.197779</w:t>
        <w:br/>
        <w:t>v -1.203483 18.816994 0.074027</w:t>
        <w:br/>
        <w:t>v -1.218043 18.614626 0.236556</w:t>
        <w:br/>
        <w:t>v -1.221992 18.635349 0.070372</w:t>
        <w:br/>
        <w:t>v -1.157338 18.930878 0.197397</w:t>
        <w:br/>
        <w:t>v -1.201112 18.926630 0.197779</w:t>
        <w:br/>
        <w:t>v -1.159574 18.615433 0.041102</w:t>
        <w:br/>
        <w:t>v -1.203286 18.620083 0.045837</w:t>
        <w:br/>
        <w:t>v -1.365011 18.458714 0.041790</w:t>
        <w:br/>
        <w:t>v -1.332100 18.249630 0.041079</w:t>
        <w:br/>
        <w:t>v -1.314561 18.245609 -0.162580</w:t>
        <w:br/>
        <w:t>v -1.349854 18.460779 -0.116356</w:t>
        <w:br/>
        <w:t>v -1.342230 18.641384 0.039965</w:t>
        <w:br/>
        <w:t>v -1.334883 18.617456 0.167123</w:t>
        <w:br/>
        <w:t>v -1.349586 18.451111 0.228038</w:t>
        <w:br/>
        <w:t>v -1.313087 18.545788 0.343519</w:t>
        <w:br/>
        <w:t>v -1.243801 18.350080 0.460550</w:t>
        <w:br/>
        <w:t>v -1.214469 18.221922 0.474973</w:t>
        <w:br/>
        <w:t>v -1.187224 18.116970 0.470900</w:t>
        <w:br/>
        <w:t>v -1.254101 18.052883 0.246072</w:t>
        <w:br/>
        <w:t>v -1.317340 18.246014 0.258412</w:t>
        <w:br/>
        <w:t>v -1.109264 17.823507 0.044108</w:t>
        <w:br/>
        <w:t>v -1.109873 17.835976 -0.085249</w:t>
        <w:br/>
        <w:t>v -1.250633 18.044769 -0.128138</w:t>
        <w:br/>
        <w:t>v -1.253879 18.022205 0.041854</w:t>
        <w:br/>
        <w:t>v -1.126882 17.914036 -0.221069</w:t>
        <w:br/>
        <w:t>v -1.156480 18.023630 -0.299451</w:t>
        <w:br/>
        <w:t>v -1.197359 18.181307 -0.345018</w:t>
        <w:br/>
        <w:t>v -1.231866 18.310802 -0.347123</w:t>
        <w:br/>
        <w:t>v -1.255474 18.763206 0.033797</w:t>
        <w:br/>
        <w:t>v -1.257704 18.729891 0.140250</w:t>
        <w:br/>
        <w:t>v -1.244753 18.740017 0.251096</w:t>
        <w:br/>
        <w:t>v -1.236051 18.677755 0.358389</w:t>
        <w:br/>
        <w:t>v -1.074939 18.077723 0.532480</w:t>
        <w:br/>
        <w:t>v -1.117352 18.243233 0.563949</w:t>
        <w:br/>
        <w:t>v -1.055496 17.973793 0.477996</w:t>
        <w:br/>
        <w:t>v -1.020026 17.897167 0.442868</w:t>
        <w:br/>
        <w:t>v -1.154029 17.983831 0.410898</w:t>
        <w:br/>
        <w:t>v -1.010951 17.851221 0.378096</w:t>
        <w:br/>
        <w:t>v -0.980856 17.808376 0.334127</w:t>
        <w:br/>
        <w:t>v -1.127219 17.890020 0.309791</w:t>
        <w:br/>
        <w:t>v -0.967481 17.753544 0.046086</w:t>
        <w:br/>
        <w:t>v -0.970732 17.767792 -0.113169</w:t>
        <w:br/>
        <w:t>v -0.989672 17.832264 -0.218609</w:t>
        <w:br/>
        <w:t>v -0.999296 17.907036 -0.328106</w:t>
        <w:br/>
        <w:t>v -1.043581 17.999571 -0.356627</w:t>
        <w:br/>
        <w:t>v -1.079962 18.139624 -0.408147</w:t>
        <w:br/>
        <w:t>v -1.135443 18.314106 -0.416221</w:t>
        <w:br/>
        <w:t>v -1.118492 18.221779 -0.405609</w:t>
        <w:br/>
        <w:t>v -1.163534 18.450113 -0.390630</w:t>
        <w:br/>
        <w:t>v -1.201300 18.522123 -0.344239</w:t>
        <w:br/>
        <w:t>v -1.266930 18.427526 -0.315119</w:t>
        <w:br/>
        <w:t>v -1.201215 18.625854 -0.296433</w:t>
        <w:br/>
        <w:t>v -1.242838 18.658920 -0.210001</w:t>
        <w:br/>
        <w:t>v -1.303410 18.545921 -0.216671</w:t>
        <w:br/>
        <w:t>v -1.069143 18.783007 0.145734</w:t>
        <w:br/>
        <w:t>v -1.082955 18.796818 0.036409</w:t>
        <w:br/>
        <w:t>v -1.060934 18.718004 0.395530</w:t>
        <w:br/>
        <w:t>v -1.074786 18.780098 0.261841</w:t>
        <w:br/>
        <w:t>v -1.055224 18.659109 0.476428</w:t>
        <w:br/>
        <w:t>v -1.029762 18.594154 0.513029</w:t>
        <w:br/>
        <w:t>v -1.212075 18.606527 0.486293</w:t>
        <w:br/>
        <w:t>v -0.899392 18.128160 0.533963</w:t>
        <w:br/>
        <w:t>v -0.927919 18.277561 0.547206</w:t>
        <w:br/>
        <w:t>v -0.849416 17.938629 0.448315</w:t>
        <w:br/>
        <w:t>v -0.863208 18.028391 0.489191</w:t>
        <w:br/>
        <w:t>v -0.811951 17.854067 0.352219</w:t>
        <w:br/>
        <w:t>v -0.791332 17.813334 0.257186</w:t>
        <w:br/>
        <w:t>v -0.788861 17.788511 0.163822</w:t>
        <w:br/>
        <w:t>v -0.973058 17.772486 0.211526</w:t>
        <w:br/>
        <w:t>v -0.781371 17.790325 0.043496</w:t>
        <w:br/>
        <w:t>v -0.788554 17.794638 -0.066940</w:t>
        <w:br/>
        <w:t>v -0.798667 17.820539 -0.165239</w:t>
        <w:br/>
        <w:t>v -0.809599 17.867292 -0.252932</w:t>
        <w:br/>
        <w:t>v -0.829986 17.926008 -0.322806</w:t>
        <w:br/>
        <w:t>v -0.842467 18.006088 -0.362253</w:t>
        <w:br/>
        <w:t>v -0.864471 18.074545 -0.388408</w:t>
        <w:br/>
        <w:t>v -0.893347 18.168707 -0.408879</w:t>
        <w:br/>
        <w:t>v -0.916945 18.248009 -0.417227</w:t>
        <w:br/>
        <w:t>v -0.946006 18.315639 -0.427435</w:t>
        <w:br/>
        <w:t>v -0.989692 18.472176 -0.398947</w:t>
        <w:br/>
        <w:t>v -1.004951 18.560785 -0.359980</w:t>
        <w:br/>
        <w:t>v -1.044992 18.649826 -0.310156</w:t>
        <w:br/>
        <w:t>v -1.050127 18.708805 -0.226087</w:t>
        <w:br/>
        <w:t>v -1.071890 18.753855 -0.159253</w:t>
        <w:br/>
        <w:t>v -1.084288 18.794098 -0.068245</w:t>
        <w:br/>
        <w:t>v -1.253003 18.750076 -0.109102</w:t>
        <w:br/>
        <w:t>v -0.982711 18.642923 0.409630</w:t>
        <w:br/>
        <w:t>v -0.933572 18.466547 0.482282</w:t>
        <w:br/>
        <w:t>v -0.974383 18.464363 0.531763</w:t>
        <w:br/>
        <w:t>v -0.957080 18.380308 0.548138</w:t>
        <w:br/>
        <w:t>v -0.876014 18.290894 0.502697</w:t>
        <w:br/>
        <w:t>v -0.830172 18.114422 0.481377</w:t>
        <w:br/>
        <w:t>v -0.781100 17.961517 0.385321</w:t>
        <w:br/>
        <w:t>v -0.749342 17.859455 0.228457</w:t>
        <w:br/>
        <w:t>v -0.749587 17.836843 0.040412</w:t>
        <w:br/>
        <w:t>v -0.757159 17.871172 -0.141811</w:t>
        <w:br/>
        <w:t>v -0.781359 17.962555 -0.282398</w:t>
        <w:br/>
        <w:t>v -0.823101 18.112993 -0.363937</w:t>
        <w:br/>
        <w:t>v -0.879974 18.289490 -0.395241</w:t>
        <w:br/>
        <w:t>v -0.963528 18.379868 -0.421768</w:t>
        <w:br/>
        <w:t>v -0.929598 18.466019 -0.368543</w:t>
        <w:br/>
        <w:t>v -0.970888 18.614147 -0.290288</w:t>
        <w:br/>
        <w:t>v -0.998747 18.716820 -0.141126</w:t>
        <w:br/>
        <w:t>v -1.010836 18.753002 0.042421</w:t>
        <w:br/>
        <w:t>v -1.010836 18.753002 0.042421</w:t>
        <w:br/>
        <w:t>v -0.963302 18.784513 0.042772</w:t>
        <w:br/>
        <w:t>v -0.955986 18.754734 0.238609</w:t>
        <w:br/>
        <w:t>v -1.002072 18.731300 0.229690</w:t>
        <w:br/>
        <w:t>v -0.926511 18.658825 0.409462</w:t>
        <w:br/>
        <w:t>v -0.982711 18.642923 0.409630</w:t>
        <w:br/>
        <w:t>v -0.880245 18.491383 0.492476</w:t>
        <w:br/>
        <w:t>v -0.933572 18.466547 0.482282</w:t>
        <w:br/>
        <w:t>v -0.826672 18.305046 0.510754</w:t>
        <w:br/>
        <w:t>v -0.876014 18.290894 0.502697</w:t>
        <w:br/>
        <w:t>v -0.772970 18.125834 0.490219</w:t>
        <w:br/>
        <w:t>v -0.830172 18.114422 0.481377</w:t>
        <w:br/>
        <w:t>v -0.727125 17.971354 0.391652</w:t>
        <w:br/>
        <w:t>v -0.781100 17.961517 0.385321</w:t>
        <w:br/>
        <w:t>v -0.697972 17.869768 0.232375</w:t>
        <w:br/>
        <w:t>v -0.749342 17.859455 0.228457</w:t>
        <w:br/>
        <w:t>v -0.690874 17.841719 0.039822</w:t>
        <w:br/>
        <w:t>v -0.749587 17.836843 0.040412</w:t>
        <w:br/>
        <w:t>v -0.699503 17.875471 -0.150033</w:t>
        <w:br/>
        <w:t>v -0.757159 17.871172 -0.141811</w:t>
        <w:br/>
        <w:t>v -0.727138 17.970324 -0.287134</w:t>
        <w:br/>
        <w:t>v -0.781359 17.962555 -0.282398</w:t>
        <w:br/>
        <w:t>v -0.772330 18.121031 -0.369015</w:t>
        <w:br/>
        <w:t>v -0.823101 18.112993 -0.363937</w:t>
        <w:br/>
        <w:t>v -0.827059 18.306170 -0.398480</w:t>
        <w:br/>
        <w:t>v -0.879974 18.289490 -0.395241</w:t>
        <w:br/>
        <w:t>v -0.878592 18.490444 -0.383920</w:t>
        <w:br/>
        <w:t>v -0.929598 18.466019 -0.368543</w:t>
        <w:br/>
        <w:t>v -0.921253 18.641417 -0.303289</w:t>
        <w:br/>
        <w:t>v -0.970888 18.614147 -0.290288</w:t>
        <w:br/>
        <w:t>v -0.951910 18.746620 -0.149672</w:t>
        <w:br/>
        <w:t>v -0.998747 18.716820 -0.141126</w:t>
        <w:br/>
        <w:t>v -0.910973 18.764761 0.043333</w:t>
        <w:br/>
        <w:t>v -0.904186 18.737139 0.224990</w:t>
        <w:br/>
        <w:t>v -0.876778 18.648861 0.384169</w:t>
        <w:br/>
        <w:t>v -0.833827 18.493057 0.461098</w:t>
        <w:br/>
        <w:t>v -0.784133 18.320034 0.477930</w:t>
        <w:br/>
        <w:t>v -0.734251 18.153637 0.458931</w:t>
        <w:br/>
        <w:t>v -0.692271 18.010105 0.367215</w:t>
        <w:br/>
        <w:t>v -0.664507 17.915648 0.219467</w:t>
        <w:br/>
        <w:t>v -0.657917 17.889570 0.040584</w:t>
        <w:br/>
        <w:t>v -0.674726 17.922209 -0.134248</w:t>
        <w:br/>
        <w:t>v -0.699967 18.009615 -0.259912</w:t>
        <w:br/>
        <w:t>v -0.740136 18.148388 -0.335843</w:t>
        <w:br/>
        <w:t>v -0.789228 18.319801 -0.363733</w:t>
        <w:br/>
        <w:t>v -0.832397 18.491983 -0.352465</w:t>
        <w:br/>
        <w:t>v -0.871969 18.632025 -0.277672</w:t>
        <w:br/>
        <w:t>v -0.900406 18.729614 -0.135177</w:t>
        <w:br/>
        <w:t>v -0.753825 18.327059 0.050898</w:t>
        <w:br/>
        <w:t>v -1.112180 17.843485 0.206497</w:t>
        <w:br/>
        <w:t>v -1.002072 18.731300 0.229690</w:t>
        <w:br/>
        <w:t>v -1.335058 18.627262 -0.085554</w:t>
        <w:br/>
        <w:t>v -1.155933 18.420231 0.526279</w:t>
        <w:br/>
        <w:t>v 1.034622 19.281952 0.057955</w:t>
        <w:br/>
        <w:t>v 1.106896 19.312002 0.086105</w:t>
        <w:br/>
        <w:t>v 0.954900 19.591642 0.126285</w:t>
        <w:br/>
        <w:t>v 0.887619 19.538994 0.094403</w:t>
        <w:br/>
        <w:t>v 0.220779 19.924679 0.150123</w:t>
        <w:br/>
        <w:t>v 0.240392 20.015587 0.188531</w:t>
        <w:br/>
        <w:t>v 0.500278 19.948736 0.178403</w:t>
        <w:br/>
        <w:t>v 0.458144 19.867353 0.141712</w:t>
        <w:br/>
        <w:t>v 1.195490 18.950745 0.033970</w:t>
        <w:br/>
        <w:t>v 1.123405 18.952263 0.010818</w:t>
        <w:br/>
        <w:t>v 1.195157 18.630842 -0.014022</w:t>
        <w:br/>
        <w:t>v 1.123305 18.633549 -0.037433</w:t>
        <w:br/>
        <w:t>v 0.676951 19.746916 0.124022</w:t>
        <w:br/>
        <w:t>v 0.732515 19.818634 0.159090</w:t>
        <w:br/>
        <w:t>v 0.947722 19.537298 0.453532</w:t>
        <w:br/>
        <w:t>v 1.098570 19.260147 0.411428</w:t>
        <w:br/>
        <w:t>v 1.035042 19.227545 0.425198</w:t>
        <w:br/>
        <w:t>v 0.887873 19.484081 0.465354</w:t>
        <w:br/>
        <w:t>v 0.238524 19.957935 0.515926</w:t>
        <w:br/>
        <w:t>v 0.220797 19.869532 0.523747</w:t>
        <w:br/>
        <w:t>v 1.106896 19.312002 0.086105</w:t>
        <w:br/>
        <w:t>v 1.105854 19.305468 0.126994</w:t>
        <w:br/>
        <w:t>v 0.953976 19.584597 0.168610</w:t>
        <w:br/>
        <w:t>v 0.954900 19.591642 0.126285</w:t>
        <w:br/>
        <w:t>v 0.240392 20.015587 0.188531</w:t>
        <w:br/>
        <w:t>v 0.240149 20.008070 0.231204</w:t>
        <w:br/>
        <w:t>v 0.238524 19.957935 0.515926</w:t>
        <w:br/>
        <w:t>v 0.238768 19.965445 0.473252</w:t>
        <w:br/>
        <w:t>v 0.496729 19.899225 0.463394</w:t>
        <w:br/>
        <w:t>v 0.496194 19.891745 0.506419</w:t>
        <w:br/>
        <w:t>v 1.098570 19.260147 0.411428</w:t>
        <w:br/>
        <w:t>v 1.099610 19.266676 0.370542</w:t>
        <w:br/>
        <w:t>v 1.187497 18.908430 0.317750</w:t>
        <w:br/>
        <w:t>v 1.186403 18.902634 0.356602</w:t>
        <w:br/>
        <w:t>v 1.187189 18.589018 0.269379</w:t>
        <w:br/>
        <w:t>v 1.186121 18.583412 0.307384</w:t>
        <w:br/>
        <w:t>v 0.727760 19.769764 0.444217</w:t>
        <w:br/>
        <w:t>v 0.727041 19.762371 0.487335</w:t>
        <w:br/>
        <w:t>v 0.677072 19.691690 0.497396</w:t>
        <w:br/>
        <w:t>v 0.458207 19.812159 0.515359</w:t>
        <w:br/>
        <w:t>v 0.496194 19.891745 0.506419</w:t>
        <w:br/>
        <w:t>v 0.727041 19.762371 0.487335</w:t>
        <w:br/>
        <w:t>v 1.186403 18.902634 0.356602</w:t>
        <w:br/>
        <w:t>v 1.124038 18.898510 0.373408</w:t>
        <w:br/>
        <w:t>v 1.186121 18.583412 0.307384</w:t>
        <w:br/>
        <w:t>v 1.123977 18.580044 0.324559</w:t>
        <w:br/>
        <w:t>v 0.948643 19.544338 0.411208</w:t>
        <w:br/>
        <w:t>v 0.947722 19.537298 0.453532</w:t>
        <w:br/>
        <w:t>v 0.499742 19.941259 0.221427</w:t>
        <w:br/>
        <w:t>v 0.500278 19.948736 0.178403</w:t>
        <w:br/>
        <w:t>v 1.194395 18.944954 0.072823</w:t>
        <w:br/>
        <w:t>v 1.195490 18.950745 0.033970</w:t>
        <w:br/>
        <w:t>v 1.194089 18.625231 0.023982</w:t>
        <w:br/>
        <w:t>v 1.195157 18.630842 -0.014022</w:t>
        <w:br/>
        <w:t>v 0.731795 19.811239 0.202208</w:t>
        <w:br/>
        <w:t>v 0.732515 19.818634 0.159090</w:t>
        <w:br/>
        <w:t>v 0.933723 19.565783 0.186335</w:t>
        <w:br/>
        <w:t>v 1.082158 19.292543 0.145592</w:t>
        <w:br/>
        <w:t>v 1.076954 19.260391 0.347669</w:t>
        <w:br/>
        <w:t>v 0.929285 19.532404 0.387497</w:t>
        <w:br/>
        <w:t>v 0.236878 19.979759 0.247531</w:t>
        <w:br/>
        <w:t>v 0.235653 19.944412 0.448200</w:t>
        <w:br/>
        <w:t>v 0.487473 19.879784 0.438578</w:t>
        <w:br/>
        <w:t>v 0.490037 19.914614 0.237999</w:t>
        <w:br/>
        <w:t>v 1.162982 18.908863 0.295876</w:t>
        <w:br/>
        <w:t>v 1.168748 18.939035 0.092464</w:t>
        <w:br/>
        <w:t>v 1.168276 18.643061 0.047237</w:t>
        <w:br/>
        <w:t>v 1.162547 18.612980 0.251061</w:t>
        <w:br/>
        <w:t>v 0.713103 19.753277 0.419834</w:t>
        <w:br/>
        <w:t>v 0.716445 19.787672 0.219231</w:t>
        <w:br/>
        <w:t>v 0.480229 19.985941 0.406020</w:t>
        <w:br/>
        <w:t>v 0.401556 20.023846 0.412203</w:t>
        <w:br/>
        <w:t>v 0.403227 20.046503 0.346664</w:t>
        <w:br/>
        <w:t>v 0.484693 20.011763 0.340569</w:t>
        <w:br/>
        <w:t>v 0.560040 19.951410 0.334799</w:t>
        <w:br/>
        <w:t>v 0.597445 19.903368 0.331300</w:t>
        <w:br/>
        <w:t>v 0.556141 19.933907 0.384530</w:t>
        <w:br/>
        <w:t>v 0.395200 19.975147 0.454599</w:t>
        <w:br/>
        <w:t>v 0.472029 19.935934 0.448314</w:t>
        <w:br/>
        <w:t>v 0.461163 19.880836 0.444876</w:t>
        <w:br/>
        <w:t>v 0.385614 19.919664 0.451117</w:t>
        <w:br/>
        <w:t>v 0.545365 19.897957 0.416088</w:t>
        <w:br/>
        <w:t>v 0.624872 19.852987 0.327956</w:t>
        <w:br/>
        <w:t>v 0.616541 19.795975 0.324137</w:t>
        <w:br/>
        <w:t>v 0.528232 19.845175 0.413214</w:t>
        <w:br/>
        <w:t>v 0.616541 19.795975 0.324137</w:t>
        <w:br/>
        <w:t>v 0.624872 19.852987 0.327956</w:t>
        <w:br/>
        <w:t>v 0.549328 19.918104 0.252988</w:t>
        <w:br/>
        <w:t>v 0.531838 19.867315 0.248935</w:t>
        <w:br/>
        <w:t>v 0.463709 19.911108 0.228020</w:t>
        <w:br/>
        <w:t>v 0.476214 19.966335 0.231395</w:t>
        <w:br/>
        <w:t>v 0.398181 20.005634 0.237433</w:t>
        <w:br/>
        <w:t>v 0.387795 19.950127 0.233987</w:t>
        <w:br/>
        <w:t>v 0.403542 20.040878 0.283076</w:t>
        <w:br/>
        <w:t>v 0.484691 20.004948 0.277004</w:t>
        <w:br/>
        <w:t>v 0.557132 19.944584 0.287031</w:t>
        <w:br/>
        <w:t>v 1.221380 18.895689 0.193837</w:t>
        <w:br/>
        <w:t>v 1.223268 18.808365 0.095306</w:t>
        <w:br/>
        <w:t>v 1.219306 18.787601 0.262902</w:t>
        <w:br/>
        <w:t>v 1.199428 18.594044 0.254513</w:t>
        <w:br/>
        <w:t>v 1.155572 18.588640 0.255842</w:t>
        <w:br/>
        <w:t>v 1.155759 18.791079 0.286749</w:t>
        <w:br/>
        <w:t>v 1.199609 18.790775 0.284584</w:t>
        <w:br/>
        <w:t>v 1.202216 18.926630 0.197779</w:t>
        <w:br/>
        <w:t>v 1.158441 18.930878 0.197397</w:t>
        <w:br/>
        <w:t>v 1.160880 18.818060 0.070074</w:t>
        <w:br/>
        <w:t>v 1.204586 18.816994 0.074027</w:t>
        <w:br/>
        <w:t>v 1.223095 18.635349 0.070371</w:t>
        <w:br/>
        <w:t>v 1.219147 18.614626 0.236556</w:t>
        <w:br/>
        <w:t>v 1.158441 18.930878 0.197397</w:t>
        <w:br/>
        <w:t>v 1.202216 18.926630 0.197779</w:t>
        <w:br/>
        <w:t>v 1.160678 18.615433 0.041102</w:t>
        <w:br/>
        <w:t>v 1.204389 18.620083 0.045837</w:t>
        <w:br/>
        <w:t>v 1.314699 18.245831 -0.162249</w:t>
        <w:br/>
        <w:t>v 1.332161 18.249887 0.041090</w:t>
        <w:br/>
        <w:t>v 1.365011 18.458733 0.041795</w:t>
        <w:br/>
        <w:t>v 1.349911 18.460764 -0.116080</w:t>
        <w:br/>
        <w:t>v 1.349625 18.451120 0.227795</w:t>
        <w:br/>
        <w:t>v 1.335036 18.617058 0.166956</w:t>
        <w:br/>
        <w:t>v 1.342353 18.641012 0.039944</w:t>
        <w:br/>
        <w:t>v 1.313249 18.545582 0.343101</w:t>
        <w:br/>
        <w:t>v 1.244183 18.350134 0.460093</w:t>
        <w:br/>
        <w:t>v 1.254323 18.053337 0.245854</w:t>
        <w:br/>
        <w:t>v 1.187697 18.117273 0.470408</w:t>
        <w:br/>
        <w:t>v 1.214879 18.222088 0.474432</w:t>
        <w:br/>
        <w:t>v 1.317453 18.246231 0.258137</w:t>
        <w:br/>
        <w:t>v 1.250897 18.045208 -0.127871</w:t>
        <w:br/>
        <w:t>v 1.110490 17.836529 -0.085097</w:t>
        <w:br/>
        <w:t>v 1.109863 17.824091 0.044105</w:t>
        <w:br/>
        <w:t>v 1.254102 18.022655 0.041859</w:t>
        <w:br/>
        <w:t>v 1.127539 17.914505 -0.220747</w:t>
        <w:br/>
        <w:t>v 1.157078 18.023964 -0.299026</w:t>
        <w:br/>
        <w:t>v 1.197905 18.181534 -0.344512</w:t>
        <w:br/>
        <w:t>v 1.232364 18.310913 -0.346588</w:t>
        <w:br/>
        <w:t>v 1.258412 18.729334 0.140171</w:t>
        <w:br/>
        <w:t>v 1.256223 18.762697 0.033758</w:t>
        <w:br/>
        <w:t>v 1.236761 18.677301 0.358083</w:t>
        <w:br/>
        <w:t>v 1.245462 18.739500 0.250948</w:t>
        <w:br/>
        <w:t>v 1.075982 18.077806 0.532246</w:t>
        <w:br/>
        <w:t>v 1.118325 18.243261 0.563536</w:t>
        <w:br/>
        <w:t>v 1.021080 17.897318 0.442698</w:t>
        <w:br/>
        <w:t>v 1.056530 17.973944 0.477732</w:t>
        <w:br/>
        <w:t>v 1.154592 17.984268 0.410482</w:t>
        <w:br/>
        <w:t>v 0.981925 17.808546 0.334029</w:t>
        <w:br/>
        <w:t>v 1.012002 17.851427 0.377936</w:t>
        <w:br/>
        <w:t>v 1.127775 17.890621 0.309518</w:t>
        <w:br/>
        <w:t>v 0.971821 17.767975 -0.113110</w:t>
        <w:br/>
        <w:t>v 0.968560 17.753702 0.046087</w:t>
        <w:br/>
        <w:t>v 0.990727 17.832485 -0.218470</w:t>
        <w:br/>
        <w:t>v 1.044624 17.999691 -0.356362</w:t>
        <w:br/>
        <w:t>v 1.000349 17.907194 -0.327938</w:t>
        <w:br/>
        <w:t>v 1.080989 18.139698 -0.407882</w:t>
        <w:br/>
        <w:t>v 1.136433 18.314114 -0.415830</w:t>
        <w:br/>
        <w:t>v 1.119495 18.221828 -0.405286</w:t>
        <w:br/>
        <w:t>v 1.202201 18.521957 -0.343833</w:t>
        <w:br/>
        <w:t>v 1.164478 18.450022 -0.390237</w:t>
        <w:br/>
        <w:t>v 1.267339 18.427473 -0.314605</w:t>
        <w:br/>
        <w:t>v 1.243611 18.658522 -0.209647</w:t>
        <w:br/>
        <w:t>v 1.202070 18.625591 -0.296092</w:t>
        <w:br/>
        <w:t>v 1.303703 18.545664 -0.216214</w:t>
        <w:br/>
        <w:t>v 1.070239 18.783035 0.145737</w:t>
        <w:br/>
        <w:t>v 1.084057 18.796829 0.036410</w:t>
        <w:br/>
        <w:t>v 1.061890 18.718452 0.395777</w:t>
        <w:br/>
        <w:t>v 1.075837 18.780399 0.261914</w:t>
        <w:br/>
        <w:t>v 1.030726 18.594309 0.513319</w:t>
        <w:br/>
        <w:t>v 1.056261 18.659342 0.476654</w:t>
        <w:br/>
        <w:t>v 1.212927 18.606291 0.485856</w:t>
        <w:br/>
        <w:t>v 0.900311 18.128082 0.534430</w:t>
        <w:br/>
        <w:t>v 0.928798 18.277601 0.547815</w:t>
        <w:br/>
        <w:t>v 0.850268 17.938343 0.448770</w:t>
        <w:br/>
        <w:t>v 0.864112 18.028223 0.489660</w:t>
        <w:br/>
        <w:t>v 0.812759 17.853582 0.352635</w:t>
        <w:br/>
        <w:t>v 0.789595 17.788023 0.163902</w:t>
        <w:br/>
        <w:t>v 0.792054 17.812786 0.257408</w:t>
        <w:br/>
        <w:t>v 0.974143 17.772690 0.211476</w:t>
        <w:br/>
        <w:t>v 0.789224 17.794064 -0.067061</w:t>
        <w:br/>
        <w:t>v 0.782114 17.789734 0.043491</w:t>
        <w:br/>
        <w:t>v 0.810376 17.866915 -0.253253</w:t>
        <w:br/>
        <w:t>v 0.799461 17.820021 -0.165484</w:t>
        <w:br/>
        <w:t>v 0.843345 18.005981 -0.362643</w:t>
        <w:br/>
        <w:t>v 0.830833 17.925747 -0.323227</w:t>
        <w:br/>
        <w:t>v 0.894343 18.168686 -0.409177</w:t>
        <w:br/>
        <w:t>v 0.865451 18.074476 -0.388744</w:t>
        <w:br/>
        <w:t>v 0.947048 18.315659 -0.427709</w:t>
        <w:br/>
        <w:t>v 0.917981 18.248003 -0.417527</w:t>
        <w:br/>
        <w:t>v 1.006024 18.560858 -0.360095</w:t>
        <w:br/>
        <w:t>v 0.990758 18.472267 -0.399177</w:t>
        <w:br/>
        <w:t>v 1.051212 18.708874 -0.226131</w:t>
        <w:br/>
        <w:t>v 1.046062 18.650005 -0.310335</w:t>
        <w:br/>
        <w:t>v 1.085390 18.794100 -0.068246</w:t>
        <w:br/>
        <w:t>v 1.072986 18.753893 -0.159275</w:t>
        <w:br/>
        <w:t>v 1.253798 18.749584 -0.108872</w:t>
        <w:br/>
        <w:t>v 0.983474 18.643574 0.410222</w:t>
        <w:br/>
        <w:t>v 0.935002 18.466288 0.481609</w:t>
        <w:br/>
        <w:t>v 0.975345 18.464481 0.532163</w:t>
        <w:br/>
        <w:t>v 0.877287 18.290857 0.502203</w:t>
        <w:br/>
        <w:t>v 0.957956 18.380432 0.548625</w:t>
        <w:br/>
        <w:t>v 0.831430 18.114525 0.480976</w:t>
        <w:br/>
        <w:t>v 0.782335 17.961664 0.385132</w:t>
        <w:br/>
        <w:t>v 0.750558 17.859594 0.228404</w:t>
        <w:br/>
        <w:t>v 0.749983 17.835957 0.040395</w:t>
        <w:br/>
        <w:t>v 0.757622 17.870390 -0.142202</w:t>
        <w:br/>
        <w:t>v 0.782125 17.962315 -0.282785</w:t>
        <w:br/>
        <w:t>v 0.824351 18.113068 -0.363580</w:t>
        <w:br/>
        <w:t>v 0.880849 18.289534 -0.395880</w:t>
        <w:br/>
        <w:t>v 0.930693 18.466034 -0.368575</w:t>
        <w:br/>
        <w:t>v 0.964553 18.379932 -0.422041</w:t>
        <w:br/>
        <w:t>v 0.971981 18.614187 -0.290327</w:t>
        <w:br/>
        <w:t>v 0.999848 18.716831 -0.141130</w:t>
        <w:br/>
        <w:t>v 1.011940 18.753002 0.042421</w:t>
        <w:br/>
        <w:t>v 0.957089 18.754734 0.238609</w:t>
        <w:br/>
        <w:t>v 0.964405 18.784513 0.042772</w:t>
        <w:br/>
        <w:t>v 1.011940 18.753002 0.042421</w:t>
        <w:br/>
        <w:t>v 1.003181 18.731281 0.229685</w:t>
        <w:br/>
        <w:t>v 0.927617 18.658800 0.409437</w:t>
        <w:br/>
        <w:t>v 0.983474 18.643574 0.410222</w:t>
        <w:br/>
        <w:t>v 0.881331 18.491419 0.492581</w:t>
        <w:br/>
        <w:t>v 0.935002 18.466288 0.481609</w:t>
        <w:br/>
        <w:t>v 0.827735 18.305056 0.510949</w:t>
        <w:br/>
        <w:t>v 0.877287 18.290857 0.502203</w:t>
        <w:br/>
        <w:t>v 0.773976 18.125757 0.490530</w:t>
        <w:br/>
        <w:t>v 0.831430 18.114525 0.480976</w:t>
        <w:br/>
        <w:t>v 0.728032 17.971067 0.391997</w:t>
        <w:br/>
        <w:t>v 0.782335 17.961664 0.385132</w:t>
        <w:br/>
        <w:t>v 0.698820 17.869329 0.232565</w:t>
        <w:br/>
        <w:t>v 0.750558 17.859594 0.228404</w:t>
        <w:br/>
        <w:t>v 0.691725 17.841259 0.039813</w:t>
        <w:br/>
        <w:t>v 0.749983 17.835957 0.040395</w:t>
        <w:br/>
        <w:t>v 0.700377 17.875063 -0.150227</w:t>
        <w:br/>
        <w:t>v 0.757622 17.870390 -0.142202</w:t>
        <w:br/>
        <w:t>v 0.728014 17.970007 -0.287564</w:t>
        <w:br/>
        <w:t>v 0.782125 17.962315 -0.282785</w:t>
        <w:br/>
        <w:t>v 0.773364 18.120972 -0.369242</w:t>
        <w:br/>
        <w:t>v 0.824351 18.113068 -0.363580</w:t>
        <w:br/>
        <w:t>v 0.828141 18.306171 -0.398577</w:t>
        <w:br/>
        <w:t>v 0.880849 18.289534 -0.395880</w:t>
        <w:br/>
        <w:t>v 0.879695 18.490444 -0.383920</w:t>
        <w:br/>
        <w:t>v 0.930693 18.466034 -0.368575</w:t>
        <w:br/>
        <w:t>v 0.922356 18.641417 -0.303290</w:t>
        <w:br/>
        <w:t>v 0.971981 18.614187 -0.290327</w:t>
        <w:br/>
        <w:t>v 0.953013 18.746620 -0.149672</w:t>
        <w:br/>
        <w:t>v 0.999848 18.716831 -0.141130</w:t>
        <w:br/>
        <w:t>v 0.905290 18.737139 0.224990</w:t>
        <w:br/>
        <w:t>v 0.912076 18.764761 0.043333</w:t>
        <w:br/>
        <w:t>v 0.877882 18.648861 0.384169</w:t>
        <w:br/>
        <w:t>v 0.834930 18.493057 0.461098</w:t>
        <w:br/>
        <w:t>v 0.785237 18.320034 0.477929</w:t>
        <w:br/>
        <w:t>v 0.735354 18.153637 0.458931</w:t>
        <w:br/>
        <w:t>v 0.693386 18.010105 0.367211</w:t>
        <w:br/>
        <w:t>v 0.665610 17.915648 0.219467</w:t>
        <w:br/>
        <w:t>v 0.659024 17.889570 0.040584</w:t>
        <w:br/>
        <w:t>v 0.674760 17.922050 -0.134438</w:t>
        <w:br/>
        <w:t>v 0.700073 18.009581 -0.260282</w:t>
        <w:br/>
        <w:t>v 0.740344 18.148497 -0.336302</w:t>
        <w:br/>
        <w:t>v 0.789509 18.320023 -0.364206</w:t>
        <w:br/>
        <w:t>v 0.833500 18.491983 -0.352465</w:t>
        <w:br/>
        <w:t>v 0.873072 18.632025 -0.277673</w:t>
        <w:br/>
        <w:t>v 0.901509 18.729614 -0.135177</w:t>
        <w:br/>
        <w:t>v 0.754928 18.327059 0.050898</w:t>
        <w:br/>
        <w:t>v 1.112727 17.844116 0.206372</w:t>
        <w:br/>
        <w:t>v 1.003181 18.731281 0.229685</w:t>
        <w:br/>
        <w:t>v 1.335224 18.626936 -0.085303</w:t>
        <w:br/>
        <w:t>v 1.156891 18.420185 0.525859</w:t>
        <w:br/>
        <w:t>v 0.484269 20.202177 0.340732</w:t>
        <w:br/>
        <w:t>v 0.901067 20.337080 0.186710</w:t>
        <w:br/>
        <w:t>v 0.904517 20.342049 0.201493</w:t>
        <w:br/>
        <w:t>v 0.487958 20.207613 0.356516</w:t>
        <w:br/>
        <w:t>v 0.911432 20.340464 0.216795</w:t>
        <w:br/>
        <w:t>v 0.495034 20.205759 0.372724</w:t>
        <w:br/>
        <w:t>v 0.919870 20.332722 0.228107</w:t>
        <w:br/>
        <w:t>v 0.503583 20.197090 0.384860</w:t>
        <w:br/>
        <w:t>v 0.927484 20.321074 0.232271</w:t>
        <w:br/>
        <w:t>v 0.511398 20.183805 0.389645</w:t>
        <w:br/>
        <w:t>v 0.932337 20.308601 0.228502</w:t>
        <w:br/>
        <w:t>v 0.516563 20.169285 0.385914</w:t>
        <w:br/>
        <w:t>v 0.933201 20.298450 0.217945</w:t>
        <w:br/>
        <w:t>v 0.517653 20.157448 0.374822</w:t>
        <w:br/>
        <w:t>v 0.929752 20.293444 0.203411</w:t>
        <w:br/>
        <w:t>v 0.514238 20.151651 0.359356</w:t>
        <w:br/>
        <w:t>v 0.929752 20.293444 0.203411</w:t>
        <w:br/>
        <w:t>v 0.922855 20.295082 0.188752</w:t>
        <w:br/>
        <w:t>v 0.507167 20.153593 0.343535</w:t>
        <w:br/>
        <w:t>v 0.514238 20.151651 0.359356</w:t>
        <w:br/>
        <w:t>v 0.914401 20.302933 0.177788</w:t>
        <w:br/>
        <w:t>v 0.498339 20.162716 0.331468</w:t>
        <w:br/>
        <w:t>v 0.906754 20.314690 0.173361</w:t>
        <w:br/>
        <w:t>v 0.490193 20.176403 0.326369</w:t>
        <w:br/>
        <w:t>v 0.901921 20.327085 0.176550</w:t>
        <w:br/>
        <w:t>v 0.485042 20.190819 0.329712</w:t>
        <w:br/>
        <w:t>v 0.691859 20.221392 0.288501</w:t>
        <w:br/>
        <w:t>v 0.903034 20.156237 0.230866</w:t>
        <w:br/>
        <w:t>v 0.899907 20.158682 0.217145</w:t>
        <w:br/>
        <w:t>v 0.688495 20.223658 0.274924</w:t>
        <w:br/>
        <w:t>v 0.900851 20.166761 0.205051</w:t>
        <w:br/>
        <w:t>v 0.688971 20.231722 0.262911</w:t>
        <w:br/>
        <w:t>v 0.905481 20.178158 0.197999</w:t>
        <w:br/>
        <w:t>v 0.693342 20.243525 0.255720</w:t>
        <w:br/>
        <w:t>v 0.912540 20.189779 0.197872</w:t>
        <w:br/>
        <w:t>v 0.700296 20.255865 0.255344</w:t>
        <w:br/>
        <w:t>v 0.920311 20.198645 0.204630</w:t>
        <w:br/>
        <w:t>v 0.707780 20.265354 0.261890</w:t>
        <w:br/>
        <w:t>v 0.926730 20.202427 0.216423</w:t>
        <w:br/>
        <w:t>v 0.713888 20.269503 0.273439</w:t>
        <w:br/>
        <w:t>v 0.930029 20.200087 0.230053</w:t>
        <w:br/>
        <w:t>v 0.717046 20.267225 0.286802</w:t>
        <w:br/>
        <w:t>v 0.929290 20.192204 0.241832</w:t>
        <w:br/>
        <w:t>v 0.716458 20.259123 0.298488</w:t>
        <w:br/>
        <w:t>v 0.924684 20.180887 0.248666</w:t>
        <w:br/>
        <w:t>v 0.712246 20.247322 0.305530</w:t>
        <w:br/>
        <w:t>v 0.917393 20.169119 0.248904</w:t>
        <w:br/>
        <w:t>v 0.705465 20.234983 0.306112</w:t>
        <w:br/>
        <w:t>v 0.909434 20.160076 0.242446</w:t>
        <w:br/>
        <w:t>v 0.698024 20.225496 0.299927</w:t>
        <w:br/>
        <w:t>v 0.903034 20.156237 0.230866</w:t>
        <w:br/>
        <w:t>v 0.691859 20.221392 0.288501</w:t>
        <w:br/>
        <w:t>v 0.917133 20.317808 0.202640</w:t>
        <w:br/>
        <w:t>v 0.904517 20.342049 0.201493</w:t>
        <w:br/>
        <w:t>v 0.901067 20.337080 0.186710</w:t>
        <w:br/>
        <w:t>v 0.911432 20.340464 0.216795</w:t>
        <w:br/>
        <w:t>v 0.919870 20.332722 0.228107</w:t>
        <w:br/>
        <w:t>v 0.927484 20.321074 0.232271</w:t>
        <w:br/>
        <w:t>v 0.932337 20.308601 0.228502</w:t>
        <w:br/>
        <w:t>v 0.933201 20.298450 0.217945</w:t>
        <w:br/>
        <w:t>v 0.929752 20.293444 0.203411</w:t>
        <w:br/>
        <w:t>v 0.922855 20.295082 0.188752</w:t>
        <w:br/>
        <w:t>v 0.914401 20.302933 0.177788</w:t>
        <w:br/>
        <w:t>v 0.906754 20.314690 0.173361</w:t>
        <w:br/>
        <w:t>v 0.901921 20.327085 0.176550</w:t>
        <w:br/>
        <w:t>v 0.914974 20.179422 0.223491</w:t>
        <w:br/>
        <w:t>v 0.899907 20.158682 0.217145</w:t>
        <w:br/>
        <w:t>v 0.903034 20.156237 0.230866</w:t>
        <w:br/>
        <w:t>v 0.900851 20.166761 0.205051</w:t>
        <w:br/>
        <w:t>v 0.905481 20.178158 0.197999</w:t>
        <w:br/>
        <w:t>v 0.912540 20.189779 0.197872</w:t>
        <w:br/>
        <w:t>v 0.920311 20.198645 0.204630</w:t>
        <w:br/>
        <w:t>v 0.926730 20.202427 0.216423</w:t>
        <w:br/>
        <w:t>v 0.930029 20.200087 0.230053</w:t>
        <w:br/>
        <w:t>v 0.929290 20.192204 0.241832</w:t>
        <w:br/>
        <w:t>v 0.924684 20.180887 0.248666</w:t>
        <w:br/>
        <w:t>v 0.917393 20.169119 0.248904</w:t>
        <w:br/>
        <w:t>v 0.909434 20.160076 0.242446</w:t>
        <w:br/>
        <w:t>v 0.793017 18.065645 0.314027</w:t>
        <w:br/>
        <w:t>v 0.955962 18.299114 0.337326</w:t>
        <w:br/>
        <w:t>v 0.851340 18.296503 0.282372</w:t>
        <w:br/>
        <w:t>v 0.891087 18.467272 0.630109</w:t>
        <w:br/>
        <w:t>v 0.869591 18.298092 0.531162</w:t>
        <w:br/>
        <w:t>v 0.810905 18.297890 0.532602</w:t>
        <w:br/>
        <w:t>v 0.831736 18.467712 0.636184</w:t>
        <w:br/>
        <w:t>v 0.984096 18.464867 0.348037</w:t>
        <w:br/>
        <w:t>v 1.005504 18.687338 0.374305</w:t>
        <w:br/>
        <w:t>v 0.875203 18.450890 0.303881</w:t>
        <w:br/>
        <w:t>v 0.853382 18.675589 0.695973</w:t>
        <w:br/>
        <w:t>v 0.904240 18.677410 0.677697</w:t>
        <w:br/>
        <w:t>v 0.793017 18.065645 0.314027</w:t>
        <w:br/>
        <w:t>v 0.851340 18.296503 0.282372</w:t>
        <w:br/>
        <w:t>v 0.875203 18.450890 0.303881</w:t>
        <w:br/>
        <w:t>v 0.831736 18.467712 0.636184</w:t>
        <w:br/>
        <w:t>v 0.810905 18.297890 0.532602</w:t>
        <w:br/>
        <w:t>v 0.793017 18.065645 0.314027</w:t>
        <w:br/>
        <w:t>v 0.984096 18.464867 0.348037</w:t>
        <w:br/>
        <w:t>v 0.891087 18.467272 0.630109</w:t>
        <w:br/>
        <w:t>v 1.005504 18.687338 0.374305</w:t>
        <w:br/>
        <w:t>v 0.955962 18.299114 0.337326</w:t>
        <w:br/>
        <w:t>v 0.869591 18.298092 0.531162</w:t>
        <w:br/>
        <w:t>v -0.757655 18.065525 0.314891</w:t>
        <w:br/>
        <w:t>v -0.851341 18.296503 0.282373</w:t>
        <w:br/>
        <w:t>v -0.955399 18.299114 0.337326</w:t>
        <w:br/>
        <w:t>v -0.895409 18.467272 0.630109</w:t>
        <w:br/>
        <w:t>v -0.832626 18.467712 0.636184</w:t>
        <w:br/>
        <w:t>v -0.811268 18.297890 0.532602</w:t>
        <w:br/>
        <w:t>v -0.872122 18.298092 0.531162</w:t>
        <w:br/>
        <w:t>v -1.005504 18.687338 0.374305</w:t>
        <w:br/>
        <w:t>v -0.984097 18.464867 0.348037</w:t>
        <w:br/>
        <w:t>v -0.875204 18.450890 0.303881</w:t>
        <w:br/>
        <w:t>v -0.913309 18.677410 0.677697</w:t>
        <w:br/>
        <w:t>v -0.858193 18.675589 0.695973</w:t>
        <w:br/>
        <w:t>v -0.757655 18.065525 0.314891</w:t>
        <w:br/>
        <w:t>v -0.851341 18.296503 0.282373</w:t>
        <w:br/>
        <w:t>v -0.811268 18.297890 0.532602</w:t>
        <w:br/>
        <w:t>v -0.832626 18.467712 0.636184</w:t>
        <w:br/>
        <w:t>v -0.875204 18.450890 0.303881</w:t>
        <w:br/>
        <w:t>v -0.757655 18.065525 0.314891</w:t>
        <w:br/>
        <w:t>v -0.984097 18.464867 0.348037</w:t>
        <w:br/>
        <w:t>v -1.005504 18.687338 0.374305</w:t>
        <w:br/>
        <w:t>v -0.913309 18.677410 0.677697</w:t>
        <w:br/>
        <w:t>v -0.895409 18.467272 0.630109</w:t>
        <w:br/>
        <w:t>v -0.872122 18.298092 0.531162</w:t>
        <w:br/>
        <w:t>v -0.955399 18.299114 0.337326</w:t>
        <w:br/>
        <w:t>v 1.115901 18.117197 0.229962</w:t>
        <w:br/>
        <w:t>v 1.189469 18.119701 0.325264</w:t>
        <w:br/>
        <w:t>v 1.202246 18.217644 0.329197</w:t>
        <w:br/>
        <w:t>v 1.130582 18.224758 0.236113</w:t>
        <w:br/>
        <w:t>v 1.130331 18.119537 0.411509</w:t>
        <w:br/>
        <w:t>v 1.158679 18.222090 0.418236</w:t>
        <w:br/>
        <w:t>v 1.202246 18.217644 0.329197</w:t>
        <w:br/>
        <w:t>v 1.189469 18.119701 0.325264</w:t>
        <w:br/>
        <w:t>v 1.197665 18.471891 0.346747</w:t>
        <w:br/>
        <w:t>v 1.171391 18.683102 0.375483</w:t>
        <w:br/>
        <w:t>v 1.109027 18.695681 0.309255</w:t>
        <w:br/>
        <w:t>v 1.130344 18.468477 0.260126</w:t>
        <w:br/>
        <w:t>v 1.160843 18.469236 0.512987</w:t>
        <w:br/>
        <w:t>v 1.154812 18.677979 0.509955</w:t>
        <w:br/>
        <w:t>v 1.160843 18.469236 0.512987</w:t>
        <w:br/>
        <w:t>v 1.084246 18.467173 0.630135</w:t>
        <w:br/>
        <w:t>v 1.084143 18.673323 0.663267</w:t>
        <w:br/>
        <w:t>v 1.154812 18.677979 0.509955</w:t>
        <w:br/>
        <w:t>v 1.577730 18.312160 0.100726</w:t>
        <w:br/>
        <w:t>v 1.578750 18.334934 0.091093</w:t>
        <w:br/>
        <w:t>v 1.631491 18.304152 0.037893</w:t>
        <w:br/>
        <w:t>v 1.578750 18.334934 0.091093</w:t>
        <w:br/>
        <w:t>v 1.560616 18.325546 0.076187</w:t>
        <w:br/>
        <w:t>v 1.631491 18.304152 0.037893</w:t>
        <w:br/>
        <w:t>v 0.870106 17.628187 0.569932</w:t>
        <w:br/>
        <w:t>v 0.810717 17.501507 0.563292</w:t>
        <w:br/>
        <w:t>v 0.794245 17.509951 0.557242</w:t>
        <w:br/>
        <w:t>v 0.846518 17.632370 0.564270</w:t>
        <w:br/>
        <w:t>v 0.736159 17.369953 0.560587</w:t>
        <w:br/>
        <w:t>v 0.727967 17.374800 0.555764</w:t>
        <w:br/>
        <w:t>v 0.667927 17.215324 0.506986</w:t>
        <w:br/>
        <w:t>v 0.553260 17.111742 0.544465</w:t>
        <w:br/>
        <w:t>v 0.559786 17.108612 0.562954</w:t>
        <w:br/>
        <w:t>v 0.677247 17.210688 0.540218</w:t>
        <w:br/>
        <w:t>v 0.541735 17.119547 0.570457</w:t>
        <w:br/>
        <w:t>v 0.637237 17.232010 0.562992</w:t>
        <w:br/>
        <w:t>v 0.677247 17.210688 0.540218</w:t>
        <w:br/>
        <w:t>v 0.559786 17.108612 0.562954</w:t>
        <w:br/>
        <w:t>v 0.915376 17.621420 0.434395</w:t>
        <w:br/>
        <w:t>v 0.851529 17.485294 0.452307</w:t>
        <w:br/>
        <w:t>v 0.869805 17.478306 0.511307</w:t>
        <w:br/>
        <w:t>v 0.939315 17.617413 0.500071</w:t>
        <w:br/>
        <w:t>v 0.771522 17.349108 0.475369</w:t>
        <w:br/>
        <w:t>v 0.786078 17.343546 0.523608</w:t>
        <w:br/>
        <w:t>v 0.973825 17.866852 0.255629</w:t>
        <w:br/>
        <w:t>v 1.048947 17.867651 0.342588</w:t>
        <w:br/>
        <w:t>v 1.126686 17.989225 0.328721</w:t>
        <w:br/>
        <w:t>v 1.054659 17.987896 0.237666</w:t>
        <w:br/>
        <w:t>v 1.126686 17.989225 0.328721</w:t>
        <w:br/>
        <w:t>v 1.048947 17.867651 0.342588</w:t>
        <w:br/>
        <w:t>v 1.001058 17.866816 0.414152</w:t>
        <w:br/>
        <w:t>v 1.079386 17.987696 0.410469</w:t>
        <w:br/>
        <w:t>v 0.953820 17.997702 0.483737</w:t>
        <w:br/>
        <w:t>v 0.893230 17.868870 0.479653</w:t>
        <w:br/>
        <w:t>v 0.820237 17.869043 0.461001</w:t>
        <w:br/>
        <w:t>v 0.891952 17.988758 0.462918</w:t>
        <w:br/>
        <w:t>v 0.573089 17.480810 0.450215</w:t>
        <w:br/>
        <w:t>v 0.516156 17.448708 0.501111</w:t>
        <w:br/>
        <w:t>v 0.586430 17.481585 0.474429</w:t>
        <w:br/>
        <w:t>v 0.573903 17.496206 0.486830</w:t>
        <w:br/>
        <w:t>v 0.586430 17.481585 0.474429</w:t>
        <w:br/>
        <w:t>v 0.516156 17.448708 0.501111</w:t>
        <w:br/>
        <w:t>v 1.005504 18.687338 0.374305</w:t>
        <w:br/>
        <w:t>v 1.019384 18.472935 0.326867</w:t>
        <w:br/>
        <w:t>v 1.130344 18.468477 0.260126</w:t>
        <w:br/>
        <w:t>v 1.109027 18.695681 0.309255</w:t>
        <w:br/>
        <w:t>v 0.836447 17.874943 0.311886</w:t>
        <w:br/>
        <w:t>v 0.973825 17.866852 0.255629</w:t>
        <w:br/>
        <w:t>v 1.054659 17.987896 0.237666</w:t>
        <w:br/>
        <w:t>v 0.913472 17.996378 0.291530</w:t>
        <w:br/>
        <w:t>v 0.573089 17.480810 0.450215</w:t>
        <w:br/>
        <w:t>v 0.561753 17.502119 0.485941</w:t>
        <w:br/>
        <w:t>v 0.516156 17.448708 0.501111</w:t>
        <w:br/>
        <w:t>v 0.625638 17.542805 0.409229</w:t>
        <w:br/>
        <w:t>v 0.643526 17.529566 0.400510</w:t>
        <w:br/>
        <w:t>v 0.770495 17.632318 0.329798</w:t>
        <w:br/>
        <w:t>v 0.692868 17.646601 0.368392</w:t>
        <w:br/>
        <w:t>v 0.739316 17.647064 0.474492</w:t>
        <w:br/>
        <w:t>v 0.639505 17.553989 0.480179</w:t>
        <w:br/>
        <w:t>v 0.612347 17.568045 0.475193</w:t>
        <w:br/>
        <w:t>v 0.679552 17.659525 0.465047</w:t>
        <w:br/>
        <w:t>v 0.803502 17.636940 0.434557</w:t>
        <w:br/>
        <w:t>v 0.820288 17.636604 0.401813</w:t>
        <w:br/>
        <w:t>v 0.663042 17.528688 0.448599</w:t>
        <w:br/>
        <w:t>v 0.643526 17.529566 0.400510</w:t>
        <w:br/>
        <w:t>v 0.770495 17.632318 0.329798</w:t>
        <w:br/>
        <w:t>v 0.978973 18.358147 0.477887</w:t>
        <w:br/>
        <w:t>v 0.971808 18.241167 0.467265</w:t>
        <w:br/>
        <w:t>v 1.007058 18.237261 0.290603</w:t>
        <w:br/>
        <w:t>v 1.020824 18.352844 0.291342</w:t>
        <w:br/>
        <w:t>v 0.820237 17.869043 0.461001</w:t>
        <w:br/>
        <w:t>v 0.836447 17.874943 0.311886</w:t>
        <w:br/>
        <w:t>v 0.913472 17.996378 0.291530</w:t>
        <w:br/>
        <w:t>v 0.891952 17.988758 0.462918</w:t>
        <w:br/>
        <w:t>v 0.904240 18.677410 0.677697</w:t>
        <w:br/>
        <w:t>v 0.976869 18.465271 0.505307</w:t>
        <w:br/>
        <w:t>v 1.005504 18.687338 0.374305</w:t>
        <w:br/>
        <w:t>v 0.679552 17.659525 0.465047</w:t>
        <w:br/>
        <w:t>v 0.692868 17.646601 0.368392</w:t>
        <w:br/>
        <w:t>v 0.759371 17.751411 0.341147</w:t>
        <w:br/>
        <w:t>v 0.743538 17.752138 0.460174</w:t>
        <w:br/>
        <w:t>v 0.612347 17.568045 0.475193</w:t>
        <w:br/>
        <w:t>v 1.134565 18.354635 0.240309</w:t>
        <w:br/>
        <w:t>v 1.196947 18.350576 0.332266</w:t>
        <w:br/>
        <w:t>v 1.171406 18.351820 0.420842</w:t>
        <w:br/>
        <w:t>v 1.150837 18.353056 0.509404</w:t>
        <w:br/>
        <w:t>v 1.084497 18.353998 0.638703</w:t>
        <w:br/>
        <w:t>v 1.134565 18.354635 0.240309</w:t>
        <w:br/>
        <w:t>v 1.038800 17.867905 0.498243</w:t>
        <w:br/>
        <w:t>v 1.030357 17.865826 0.417710</w:t>
        <w:br/>
        <w:t>v 0.973750 17.754061 0.423397</w:t>
        <w:br/>
        <w:t>v 0.996235 17.755190 0.495073</w:t>
        <w:br/>
        <w:t>v 0.953357 17.753000 0.360902</w:t>
        <w:br/>
        <w:t>v 0.887580 17.751442 0.279843</w:t>
        <w:br/>
        <w:t>v 0.918984 17.753462 0.421705</w:t>
        <w:br/>
        <w:t>v 0.743538 17.752138 0.460174</w:t>
        <w:br/>
        <w:t>v 0.825373 17.748976 0.474154</w:t>
        <w:br/>
        <w:t>v 0.887580 17.751442 0.279843</w:t>
        <w:br/>
        <w:t>v 1.130582 18.224758 0.236113</w:t>
        <w:br/>
        <w:t>v 0.948522 17.843851 0.595899</w:t>
        <w:br/>
        <w:t>v 0.918496 17.753073 0.582007</w:t>
        <w:br/>
        <w:t>v 0.886866 17.753637 0.574604</w:t>
        <w:br/>
        <w:t>v 0.907422 17.845343 0.582183</w:t>
        <w:br/>
        <w:t>v 1.532578 18.377783 0.138118</w:t>
        <w:br/>
        <w:t>v 1.490327 18.348896 0.113766</w:t>
        <w:br/>
        <w:t>v 1.512243 18.332642 0.174883</w:t>
        <w:br/>
        <w:t>v 1.532578 18.377783 0.138118</w:t>
        <w:br/>
        <w:t>v 1.507516 18.323252 0.174745</w:t>
        <w:br/>
        <w:t>v 0.897626 17.803705 0.675305</w:t>
        <w:br/>
        <w:t>v 0.839503 17.895161 0.818446</w:t>
        <w:br/>
        <w:t>v 0.901322 18.010418 0.785012</w:t>
        <w:br/>
        <w:t>v 0.955787 17.862331 0.634894</w:t>
        <w:br/>
        <w:t>v 0.970004 18.120525 0.289138</w:t>
        <w:br/>
        <w:t>v 0.939390 18.115492 0.463432</w:t>
        <w:br/>
        <w:t>v 1.115901 18.117197 0.229962</w:t>
        <w:br/>
        <w:t>v 0.970004 18.120525 0.289138</w:t>
        <w:br/>
        <w:t>v 1.093804 17.988312 0.417121</w:t>
        <w:br/>
        <w:t>v 1.081353 17.993120 0.501424</w:t>
        <w:br/>
        <w:t>v 1.119747 18.123869 0.505746</w:t>
        <w:br/>
        <w:t>v 1.140566 18.120161 0.417685</w:t>
        <w:br/>
        <w:t>v 1.008486 17.999310 0.614514</w:t>
        <w:br/>
        <w:t>v 1.049185 18.129671 0.612548</w:t>
        <w:br/>
        <w:t>v 1.140566 18.120161 0.417685</w:t>
        <w:br/>
        <w:t>v 1.130331 18.119537 0.411509</w:t>
        <w:br/>
        <w:t>v 1.079386 17.987696 0.410469</w:t>
        <w:br/>
        <w:t>v 1.093804 17.988312 0.417121</w:t>
        <w:br/>
        <w:t>v 0.791414 17.506580 0.484475</w:t>
        <w:br/>
        <w:t>v 0.843336 17.631466 0.469557</w:t>
        <w:br/>
        <w:t>v 0.846518 17.632370 0.564270</w:t>
        <w:br/>
        <w:t>v 0.794245 17.509951 0.557242</w:t>
        <w:br/>
        <w:t>v 0.727967 17.374800 0.555764</w:t>
        <w:br/>
        <w:t>v 0.727128 17.369001 0.501537</w:t>
        <w:br/>
        <w:t>v 0.541735 17.119547 0.570457</w:t>
        <w:br/>
        <w:t>v 0.543852 17.119286 0.556816</w:t>
        <w:br/>
        <w:t>v 0.642661 17.232059 0.524310</w:t>
        <w:br/>
        <w:t>v 0.637237 17.232010 0.562992</w:t>
        <w:br/>
        <w:t>v 0.907422 17.845343 0.582183</w:t>
        <w:br/>
        <w:t>v 0.916303 17.870699 0.468192</w:t>
        <w:br/>
        <w:t>v 0.953820 17.997702 0.483737</w:t>
        <w:br/>
        <w:t>v 0.931598 18.005295 0.589148</w:t>
        <w:br/>
        <w:t>v 0.727128 17.369001 0.501537</w:t>
        <w:br/>
        <w:t>v 0.771522 17.349108 0.475369</w:t>
        <w:br/>
        <w:t>v 0.851529 17.485294 0.452307</w:t>
        <w:br/>
        <w:t>v 0.791414 17.506580 0.484475</w:t>
        <w:br/>
        <w:t>v 0.915376 17.621420 0.434395</w:t>
        <w:br/>
        <w:t>v 0.843336 17.631466 0.469557</w:t>
        <w:br/>
        <w:t>v 1.030357 17.865826 0.417710</w:t>
        <w:br/>
        <w:t>v 0.885664 17.754938 0.462742</w:t>
        <w:br/>
        <w:t>v 0.973750 17.754061 0.423397</w:t>
        <w:br/>
        <w:t>v 0.667927 17.215324 0.506986</w:t>
        <w:br/>
        <w:t>v 0.553260 17.111742 0.544465</w:t>
        <w:br/>
        <w:t>v 0.893230 17.868870 0.479653</w:t>
        <w:br/>
        <w:t>v 0.953820 17.997702 0.483737</w:t>
        <w:br/>
        <w:t>v 0.739316 17.647064 0.474492</w:t>
        <w:br/>
        <w:t>v 0.825373 17.748976 0.474154</w:t>
        <w:br/>
        <w:t>v 0.639505 17.553989 0.480179</w:t>
        <w:br/>
        <w:t>v 0.561753 17.502119 0.485941</w:t>
        <w:br/>
        <w:t>v 0.573903 17.496206 0.486830</w:t>
        <w:br/>
        <w:t>v 0.516156 17.448708 0.501111</w:t>
        <w:br/>
        <w:t>v 1.171406 18.351820 0.420842</w:t>
        <w:br/>
        <w:t>v 1.158679 18.222090 0.418236</w:t>
        <w:br/>
        <w:t>v 1.138549 18.224686 0.507888</w:t>
        <w:br/>
        <w:t>v 1.158679 18.222090 0.418236</w:t>
        <w:br/>
        <w:t>v 0.988732 17.918036 0.599908</w:t>
        <w:br/>
        <w:t>v 0.946279 18.138153 0.796850</w:t>
        <w:br/>
        <w:t>v 0.918496 17.753073 0.582007</w:t>
        <w:br/>
        <w:t>v 0.948522 17.843851 0.595899</w:t>
        <w:br/>
        <w:t>v 0.810717 17.501507 0.563292</w:t>
        <w:br/>
        <w:t>v 0.939315 17.617413 0.500071</w:t>
        <w:br/>
        <w:t>v 0.869805 17.478306 0.511307</w:t>
        <w:br/>
        <w:t>v 0.786078 17.343546 0.523608</w:t>
        <w:br/>
        <w:t>v 1.079386 17.987696 0.410469</w:t>
        <w:br/>
        <w:t>v 0.809239 17.859146 0.634018</w:t>
        <w:br/>
        <w:t>v 0.878561 17.794561 0.632314</w:t>
        <w:br/>
        <w:t>v 0.948522 17.843851 0.595899</w:t>
        <w:br/>
        <w:t>v 0.852619 17.926023 0.600885</w:t>
        <w:br/>
        <w:t>v 1.072835 18.231888 0.625162</w:t>
        <w:br/>
        <w:t>v 0.968000 18.240051 0.805957</w:t>
        <w:br/>
        <w:t>v 0.987830 18.356291 0.814989</w:t>
        <w:br/>
        <w:t>v 0.886866 17.753637 0.574604</w:t>
        <w:br/>
        <w:t>v 0.885664 17.754938 0.462742</w:t>
        <w:br/>
        <w:t>v 0.875204 18.006248 0.588822</w:t>
        <w:br/>
        <w:t>v 0.931598 18.005295 0.589148</w:t>
        <w:br/>
        <w:t>v 0.939390 18.115492 0.463432</w:t>
        <w:br/>
        <w:t>v 0.954685 18.125010 0.483737</w:t>
        <w:br/>
        <w:t>v 0.953820 17.997702 0.483737</w:t>
        <w:br/>
        <w:t>v 0.954685 18.125010 0.483737</w:t>
        <w:br/>
        <w:t>v 0.927389 18.132591 0.589148</w:t>
        <w:br/>
        <w:t>v 0.931598 18.005295 0.589148</w:t>
        <w:br/>
        <w:t>v 0.870657 18.133631 0.602589</w:t>
        <w:br/>
        <w:t>v 0.927389 18.132591 0.589148</w:t>
        <w:br/>
        <w:t>v 0.853382 18.675589 0.695973</w:t>
        <w:br/>
        <w:t>v 0.881579 18.475103 0.651191</w:t>
        <w:br/>
        <w:t>v 0.877546 18.358147 0.624647</w:t>
        <w:br/>
        <w:t>v 0.791651 18.483097 0.822178</w:t>
        <w:br/>
        <w:t>v 0.784862 18.362854 0.818659</w:t>
        <w:br/>
        <w:t>v 0.881592 18.249786 0.617069</w:t>
        <w:br/>
        <w:t>v 0.709678 18.034246 0.836910</w:t>
        <w:br/>
        <w:t>v 0.768302 18.246769 0.818772</w:t>
        <w:br/>
        <w:t>v 0.907422 17.845343 0.582183</w:t>
        <w:br/>
        <w:t>v 0.931598 18.005295 0.589148</w:t>
        <w:br/>
        <w:t>v 0.948522 17.843851 0.595899</w:t>
        <w:br/>
        <w:t>v 1.490699 18.326494 0.141012</w:t>
        <w:br/>
        <w:t>v 1.565133 18.315037 0.084893</w:t>
        <w:br/>
        <w:t>v 1.560616 18.325546 0.076187</w:t>
        <w:br/>
        <w:t>v 1.490327 18.348896 0.113766</w:t>
        <w:br/>
        <w:t>v 1.631491 18.304152 0.037893</w:t>
        <w:br/>
        <w:t>v 1.296184 18.428743 0.272026</w:t>
        <w:br/>
        <w:t>v 1.403429 18.359632 0.198057</w:t>
        <w:br/>
        <w:t>v 1.412067 18.391703 0.155981</w:t>
        <w:br/>
        <w:t>v 1.329108 18.469858 0.196504</w:t>
        <w:br/>
        <w:t>v 1.318928 18.408072 0.353198</w:t>
        <w:br/>
        <w:t>v 1.361516 18.425776 0.337377</w:t>
        <w:br/>
        <w:t>v 1.448177 18.365438 0.243980</w:t>
        <w:br/>
        <w:t>v 1.427318 18.349020 0.249316</w:t>
        <w:br/>
        <w:t>v 1.428672 18.505194 0.221920</w:t>
        <w:br/>
        <w:t>v 1.481644 18.430082 0.180808</w:t>
        <w:br/>
        <w:t>v 1.481644 18.430082 0.180808</w:t>
        <w:br/>
        <w:t>v 1.428672 18.505194 0.221920</w:t>
        <w:br/>
        <w:t>v 1.329108 18.469858 0.196504</w:t>
        <w:br/>
        <w:t>v 1.412067 18.391703 0.155981</w:t>
        <w:br/>
        <w:t>v 1.318928 18.408072 0.353198</w:t>
        <w:br/>
        <w:t>v 1.427318 18.349020 0.249316</w:t>
        <w:br/>
        <w:t>v 1.507516 18.323252 0.174745</w:t>
        <w:br/>
        <w:t>v 1.577730 18.312160 0.100726</w:t>
        <w:br/>
        <w:t>v 0.455653 17.032288 0.579477</w:t>
        <w:br/>
        <w:t>v 0.455653 17.032288 0.579477</w:t>
        <w:br/>
        <w:t>v 0.455653 17.032288 0.579477</w:t>
        <w:br/>
        <w:t>v 0.748110 18.144163 0.823118</w:t>
        <w:br/>
        <w:t>v 0.216258 19.811069 0.515917</w:t>
        <w:br/>
        <w:t>v 0.171100 19.929182 0.514827</w:t>
        <w:br/>
        <w:t>v -0.000000 19.917557 0.518247</w:t>
        <w:br/>
        <w:t>v -0.000000 19.811069 0.515917</w:t>
        <w:br/>
        <w:t>v 0.450065 19.841419 0.504956</w:t>
        <w:br/>
        <w:t>v 0.313739 19.907047 0.511733</w:t>
        <w:br/>
        <w:t>v 0.391566 19.770958 0.503002</w:t>
        <w:br/>
        <w:t>v 0.920161 19.463869 0.464759</w:t>
        <w:br/>
        <w:t>v 0.784762 19.617384 0.482546</w:t>
        <w:br/>
        <w:t>v 0.675430 19.584089 0.479239</w:t>
        <w:br/>
        <w:t>v 0.821727 19.427784 0.457844</w:t>
        <w:br/>
        <w:t>v 0.156444 19.832977 0.740117</w:t>
        <w:br/>
        <w:t>v 0.161266 19.955639 0.622956</w:t>
        <w:br/>
        <w:t>v 0.306273 19.905930 0.629169</w:t>
        <w:br/>
        <w:t>v 0.308353 19.790539 0.763178</w:t>
        <w:br/>
        <w:t>v 1.104313 18.895210 0.550679</w:t>
        <w:br/>
        <w:t>v 1.041543 18.888054 0.685539</w:t>
        <w:br/>
        <w:t>v 1.010202 19.078579 0.689723</w:t>
        <w:br/>
        <w:t>v 1.068124 19.076605 0.612422</w:t>
        <w:br/>
        <w:t>v -0.000000 19.813049 0.716091</w:t>
        <w:br/>
        <w:t>v -0.000000 19.923342 0.613925</w:t>
        <w:br/>
        <w:t>v 0.171100 19.929182 0.514827</w:t>
        <w:br/>
        <w:t>v -0.000000 19.917557 0.518247</w:t>
        <w:br/>
        <w:t>v 0.313739 19.907047 0.511733</w:t>
        <w:br/>
        <w:t>v 0.450065 19.841419 0.504956</w:t>
        <w:br/>
        <w:t>v 0.430198 19.836847 0.645717</w:t>
        <w:br/>
        <w:t>v 0.930508 19.071945 0.848459</w:t>
        <w:br/>
        <w:t>v 0.974501 18.885658 0.846793</w:t>
        <w:br/>
        <w:t>v 0.992451 19.075098 0.382485</w:t>
        <w:br/>
        <w:t>v 1.069782 18.886295 0.324074</w:t>
        <w:br/>
        <w:t>v 1.228381 18.906826 0.364747</w:t>
        <w:br/>
        <w:t>v 1.133600 19.084620 0.407312</w:t>
        <w:br/>
        <w:t>v 1.310240 18.715616 0.309568</w:t>
        <w:br/>
        <w:t>v 1.210136 18.680996 0.490689</w:t>
        <w:br/>
        <w:t>v 1.228381 18.906826 0.364747</w:t>
        <w:br/>
        <w:t>v 1.188981 18.691479 0.272314</w:t>
        <w:br/>
        <w:t>v 1.310240 18.715616 0.309568</w:t>
        <w:br/>
        <w:t>v 1.042946 19.275675 0.446821</w:t>
        <w:br/>
        <w:t>v 0.911655 19.270399 0.439493</w:t>
        <w:br/>
        <w:t>v 0.582345 19.730648 0.670757</w:t>
        <w:br/>
        <w:t>v 0.613900 19.737789 0.498518</w:t>
        <w:br/>
        <w:t>v 0.784762 19.617384 0.482546</w:t>
        <w:br/>
        <w:t>v 0.722567 19.621971 0.684587</w:t>
        <w:br/>
        <w:t>v 0.848133 19.463820 0.698353</w:t>
        <w:br/>
        <w:t>v 0.764256 19.443689 0.835206</w:t>
        <w:br/>
        <w:t>v 0.626577 19.606348 0.813685</w:t>
        <w:br/>
        <w:t>v 0.613900 19.737789 0.498518</w:t>
        <w:br/>
        <w:t>v 0.532477 19.701487 0.496288</w:t>
        <w:br/>
        <w:t>v 0.866635 19.252150 0.850413</w:t>
        <w:br/>
        <w:t>v 0.941318 19.273043 0.699744</w:t>
        <w:br/>
        <w:t>v 1.042946 19.275675 0.446821</w:t>
        <w:br/>
        <w:t>v 0.997237 18.667387 0.836021</w:t>
        <w:br/>
        <w:t>v 0.920161 19.463869 0.464759</w:t>
        <w:br/>
        <w:t>v 0.461176 19.712959 0.785099</w:t>
        <w:br/>
        <w:t>v 0.279291 19.794661 0.802612</w:t>
        <w:br/>
        <w:t>v 0.420615 19.712898 0.860472</w:t>
        <w:br/>
        <w:t>v 1.001346 18.472258 0.823732</w:t>
        <w:br/>
        <w:t>v 0.881655 18.880064 0.989070</w:t>
        <w:br/>
        <w:t>v 0.835669 19.048943 0.987353</w:t>
        <w:br/>
        <w:t>v 0.777484 19.230566 0.979023</w:t>
        <w:br/>
        <w:t>v 0.665872 19.433584 0.958817</w:t>
        <w:br/>
        <w:t>v 0.559610 19.609957 0.925873</w:t>
        <w:br/>
        <w:t>v 0.738953 17.941547 0.896260</w:t>
        <w:br/>
        <w:t>v 0.787806 18.016754 0.902373</w:t>
        <w:br/>
        <w:t>v -1.115862 18.117197 0.229961</w:t>
        <w:br/>
        <w:t>v -1.138736 18.298216 0.240308</w:t>
        <w:br/>
        <w:t>v -1.210250 18.294157 0.332265</w:t>
        <w:br/>
        <w:t>v -1.189468 18.119701 0.325263</w:t>
        <w:br/>
        <w:t>v -1.130331 18.119537 0.411508</w:t>
        <w:br/>
        <w:t>v -1.189468 18.119701 0.325263</w:t>
        <w:br/>
        <w:t>v -1.210250 18.294157 0.332265</w:t>
        <w:br/>
        <w:t>v -1.175351 18.295397 0.420840</w:t>
        <w:br/>
        <w:t>v -1.108346 18.708427 0.309254</w:t>
        <w:br/>
        <w:t>v -1.170478 18.700134 0.375482</w:t>
        <w:br/>
        <w:t>v -1.197270 18.479332 0.346746</w:t>
        <w:br/>
        <w:t>v -1.130344 18.468477 0.260125</w:t>
        <w:br/>
        <w:t>v -1.154099 18.691311 0.509954</w:t>
        <w:br/>
        <w:t>v -1.160585 18.474133 0.512986</w:t>
        <w:br/>
        <w:t>v -1.097437 18.679871 0.663266</w:t>
        <w:br/>
        <w:t>v -1.091837 18.467171 0.630159</w:t>
        <w:br/>
        <w:t>v -1.160585 18.474133 0.512986</w:t>
        <w:br/>
        <w:t>v -1.154099 18.691311 0.509954</w:t>
        <w:br/>
        <w:t>v -1.048695 18.130135 0.611532</w:t>
        <w:br/>
        <w:t>v -1.119746 18.123869 0.505745</w:t>
        <w:br/>
        <w:t>v -1.149835 18.296638 0.509403</w:t>
        <w:br/>
        <w:t>v -1.083293 18.298727 0.612596</w:t>
        <w:br/>
        <w:t>v -1.576152 18.377510 0.091092</w:t>
        <w:br/>
        <w:t>v -1.574982 18.354713 0.100725</w:t>
        <w:br/>
        <w:t>v -1.628879 18.347223 0.037892</w:t>
        <w:br/>
        <w:t>v -1.557956 18.368097 0.076185</w:t>
        <w:br/>
        <w:t>v -1.576152 18.377510 0.091092</w:t>
        <w:br/>
        <w:t>v -1.628879 18.347223 0.037892</w:t>
        <w:br/>
        <w:t>v -0.216258 19.811069 0.515917</w:t>
        <w:br/>
        <w:t>v -0.000000 19.811069 0.515917</w:t>
        <w:br/>
        <w:t>v -0.000000 19.917557 0.518247</w:t>
        <w:br/>
        <w:t>v -0.171100 19.929182 0.514827</w:t>
        <w:br/>
        <w:t>v -0.313740 19.907047 0.511733</w:t>
        <w:br/>
        <w:t>v -0.920161 19.463869 0.464759</w:t>
        <w:br/>
        <w:t>v -0.821728 19.427784 0.457844</w:t>
        <w:br/>
        <w:t>v -0.675431 19.584089 0.479239</w:t>
        <w:br/>
        <w:t>v -0.784762 19.617384 0.482546</w:t>
        <w:br/>
        <w:t>v -0.161267 19.955639 0.622956</w:t>
        <w:br/>
        <w:t>v -0.140460 19.830914 0.740179</w:t>
        <w:br/>
        <w:t>v -0.306261 19.904615 0.629257</w:t>
        <w:br/>
        <w:t>v -0.344279 19.762917 0.801071</w:t>
        <w:br/>
        <w:t>v -1.106182 18.900406 0.558081</w:t>
        <w:br/>
        <w:t>v -1.063640 19.076603 0.612422</w:t>
        <w:br/>
        <w:t>v -1.007208 19.074261 0.695560</w:t>
        <w:br/>
        <w:t>v -1.060858 18.888329 0.692203</w:t>
        <w:br/>
        <w:t>v -0.000000 19.923342 0.613925</w:t>
        <w:br/>
        <w:t>v -0.000000 19.813049 0.716091</w:t>
        <w:br/>
        <w:t>v -0.171100 19.929182 0.514827</w:t>
        <w:br/>
        <w:t>v -0.000000 19.917557 0.518247</w:t>
        <w:br/>
        <w:t>v -0.313740 19.907047 0.511733</w:t>
        <w:br/>
        <w:t>v -0.450066 19.841419 0.504956</w:t>
        <w:br/>
        <w:t>v -0.430149 19.833866 0.646995</w:t>
        <w:br/>
        <w:t>v -0.943135 19.068211 0.826199</w:t>
        <w:br/>
        <w:t>v -0.991123 18.883106 0.811593</w:t>
        <w:br/>
        <w:t>v -0.924169 18.476679 0.871207</w:t>
        <w:br/>
        <w:t>v -0.917430 18.321354 0.847757</w:t>
        <w:br/>
        <w:t>v -1.008485 18.304565 0.742020</w:t>
        <w:br/>
        <w:t>v -1.026636 18.470528 0.762301</w:t>
        <w:br/>
        <w:t>v -0.880590 17.785542 0.641771</w:t>
        <w:br/>
        <w:t>v -0.836622 17.868515 0.762564</w:t>
        <w:br/>
        <w:t>v -0.774453 17.797817 0.800795</w:t>
        <w:br/>
        <w:t>v -0.804517 17.731667 0.695910</w:t>
        <w:br/>
        <w:t>v -0.652745 17.697266 0.879938</w:t>
        <w:br/>
        <w:t>v -0.577010 17.647415 0.882556</w:t>
        <w:br/>
        <w:t>v -0.722105 17.693386 0.755249</w:t>
        <w:br/>
        <w:t>v -1.227692 18.919708 0.364747</w:t>
        <w:br/>
        <w:t>v -1.069266 18.896029 0.324073</w:t>
        <w:br/>
        <w:t>v -0.992452 19.075096 0.382485</w:t>
        <w:br/>
        <w:t>v -1.133413 19.084522 0.407350</w:t>
        <w:br/>
        <w:t>v -1.209286 18.696835 0.490688</w:t>
        <w:br/>
        <w:t>v -1.308971 18.739195 0.309567</w:t>
        <w:br/>
        <w:t>v -1.227692 18.919708 0.364747</w:t>
        <w:br/>
        <w:t>v -0.794245 17.509949 0.557242</w:t>
        <w:br/>
        <w:t>v -0.810717 17.501507 0.563292</w:t>
        <w:br/>
        <w:t>v -0.870106 17.628185 0.569931</w:t>
        <w:br/>
        <w:t>v -0.846518 17.632370 0.564269</w:t>
        <w:br/>
        <w:t>v -0.736160 17.369953 0.560587</w:t>
        <w:br/>
        <w:t>v -0.727967 17.374798 0.555764</w:t>
        <w:br/>
        <w:t>v -0.667928 17.215324 0.506986</w:t>
        <w:br/>
        <w:t>v -0.677247 17.210686 0.540218</w:t>
        <w:br/>
        <w:t>v -0.559786 17.108612 0.562954</w:t>
        <w:br/>
        <w:t>v -0.553260 17.111740 0.544465</w:t>
        <w:br/>
        <w:t>v -0.677247 17.210686 0.540218</w:t>
        <w:br/>
        <w:t>v -0.637238 17.232010 0.562992</w:t>
        <w:br/>
        <w:t>v -0.541735 17.119545 0.570457</w:t>
        <w:br/>
        <w:t>v -0.559786 17.108612 0.562954</w:t>
        <w:br/>
        <w:t>v -0.869805 17.478306 0.511307</w:t>
        <w:br/>
        <w:t>v -0.851529 17.485294 0.452307</w:t>
        <w:br/>
        <w:t>v -0.915376 17.621418 0.434394</w:t>
        <w:br/>
        <w:t>v -0.939314 17.617413 0.500071</w:t>
        <w:br/>
        <w:t>v -0.786078 17.343544 0.523608</w:t>
        <w:br/>
        <w:t>v -0.771522 17.349106 0.475369</w:t>
        <w:br/>
        <w:t>v -1.126686 17.989225 0.328720</w:t>
        <w:br/>
        <w:t>v -1.048946 17.867651 0.342587</w:t>
        <w:br/>
        <w:t>v -0.973825 17.866852 0.255628</w:t>
        <w:br/>
        <w:t>v -1.054658 17.987896 0.237665</w:t>
        <w:br/>
        <w:t>v -1.001057 17.866816 0.414151</w:t>
        <w:br/>
        <w:t>v -1.048946 17.867651 0.342587</w:t>
        <w:br/>
        <w:t>v -1.126686 17.989225 0.328720</w:t>
        <w:br/>
        <w:t>v -1.079386 17.987696 0.410468</w:t>
        <w:br/>
        <w:t>v -0.820237 17.869043 0.461000</w:t>
        <w:br/>
        <w:t>v -0.893229 17.868870 0.479652</w:t>
        <w:br/>
        <w:t>v -0.953819 17.997702 0.483736</w:t>
        <w:br/>
        <w:t>v -0.891951 17.988758 0.462917</w:t>
        <w:br/>
        <w:t>v -0.516156 17.448708 0.501111</w:t>
        <w:br/>
        <w:t>v -0.573089 17.480808 0.450215</w:t>
        <w:br/>
        <w:t>v -0.586430 17.481583 0.474429</w:t>
        <w:br/>
        <w:t>v -0.586430 17.481583 0.474429</w:t>
        <w:br/>
        <w:t>v -0.573903 17.496204 0.486830</w:t>
        <w:br/>
        <w:t>v -0.516156 17.448708 0.501111</w:t>
        <w:br/>
        <w:t>v -1.308971 18.739195 0.309567</w:t>
        <w:br/>
        <w:t>v -1.187860 18.712372 0.272313</w:t>
        <w:br/>
        <w:t>v -0.911656 19.270399 0.439493</w:t>
        <w:br/>
        <w:t>v -1.042946 19.275675 0.446821</w:t>
        <w:br/>
        <w:t>v -0.874928 19.055042 0.921564</w:t>
        <w:br/>
        <w:t>v -0.916916 18.871117 0.917743</w:t>
        <w:br/>
        <w:t>v -0.784762 19.617384 0.482546</w:t>
        <w:br/>
        <w:t>v -0.613900 19.737789 0.498518</w:t>
        <w:br/>
        <w:t>v -0.582647 19.730434 0.678136</w:t>
        <w:br/>
        <w:t>v -0.723332 19.621717 0.698316</w:t>
        <w:br/>
        <w:t>v -0.628469 19.608953 0.793931</w:t>
        <w:br/>
        <w:t>v -0.760461 19.447966 0.816378</w:t>
        <w:br/>
        <w:t>v -0.839215 19.463760 0.695786</w:t>
        <w:br/>
        <w:t>v -1.130344 18.468477 0.260125</w:t>
        <w:br/>
        <w:t>v -1.019384 18.472935 0.326867</w:t>
        <w:br/>
        <w:t>v -1.005504 18.687338 0.374305</w:t>
        <w:br/>
        <w:t>v -1.108346 18.708427 0.309254</w:t>
        <w:br/>
        <w:t>v -1.054658 17.987896 0.237665</w:t>
        <w:br/>
        <w:t>v -0.973825 17.866852 0.255628</w:t>
        <w:br/>
        <w:t>v -0.836446 17.874943 0.311885</w:t>
        <w:br/>
        <w:t>v -0.913472 17.996378 0.291529</w:t>
        <w:br/>
        <w:t>v -0.561753 17.502117 0.485941</w:t>
        <w:br/>
        <w:t>v -0.573089 17.480808 0.450215</w:t>
        <w:br/>
        <w:t>v -0.516156 17.448708 0.501111</w:t>
        <w:br/>
        <w:t>v -0.770495 17.632317 0.329798</w:t>
        <w:br/>
        <w:t>v -0.643526 17.529564 0.400510</w:t>
        <w:br/>
        <w:t>v -0.625638 17.542805 0.409229</w:t>
        <w:br/>
        <w:t>v -0.692868 17.646599 0.368392</w:t>
        <w:br/>
        <w:t>v -0.612347 17.568043 0.475193</w:t>
        <w:br/>
        <w:t>v -0.639505 17.553989 0.480179</w:t>
        <w:br/>
        <w:t>v -0.739316 17.647064 0.474492</w:t>
        <w:br/>
        <w:t>v -0.679552 17.659523 0.465047</w:t>
        <w:br/>
        <w:t>v -0.820287 17.636604 0.401813</w:t>
        <w:br/>
        <w:t>v -0.803502 17.636940 0.434557</w:t>
        <w:br/>
        <w:t>v -0.663042 17.528687 0.448599</w:t>
        <w:br/>
        <w:t>v -0.643526 17.529564 0.400510</w:t>
        <w:br/>
        <w:t>v -0.770495 17.632317 0.329798</w:t>
        <w:br/>
        <w:t>v -1.047318 18.871227 0.354638</w:t>
        <w:br/>
        <w:t>v -1.100002 18.878933 0.398493</w:t>
        <w:br/>
        <w:t>v -0.962451 18.873295 0.391454</w:t>
        <w:br/>
        <w:t>v -1.047318 18.871227 0.354638</w:t>
        <w:br/>
        <w:t>v -0.969653 18.298592 0.485214</w:t>
        <w:br/>
        <w:t>v -1.023380 18.296423 0.291341</w:t>
        <w:br/>
        <w:t>v -0.970004 18.120525 0.289136</w:t>
        <w:br/>
        <w:t>v -0.939389 18.115492 0.463430</w:t>
        <w:br/>
        <w:t>v -0.913472 17.996378 0.291529</w:t>
        <w:br/>
        <w:t>v -0.836446 17.874943 0.311885</w:t>
        <w:br/>
        <w:t>v -0.820237 17.869043 0.461000</w:t>
        <w:br/>
        <w:t>v -0.891951 17.988758 0.462917</w:t>
        <w:br/>
        <w:t>v -1.005504 18.687338 0.374305</w:t>
        <w:br/>
        <w:t>v -0.977019 18.465271 0.530585</w:t>
        <w:br/>
        <w:t>v -0.759371 17.751411 0.341147</w:t>
        <w:br/>
        <w:t>v -0.692868 17.646599 0.368392</w:t>
        <w:br/>
        <w:t>v -0.679552 17.659523 0.465047</w:t>
        <w:br/>
        <w:t>v -0.743537 17.752136 0.460174</w:t>
        <w:br/>
        <w:t>v -0.612347 17.568043 0.475193</w:t>
        <w:br/>
        <w:t>v -0.532478 19.701487 0.496288</w:t>
        <w:br/>
        <w:t>v -0.613900 19.737789 0.498518</w:t>
        <w:br/>
        <w:t>v -0.391567 19.770958 0.503002</w:t>
        <w:br/>
        <w:t>v -0.450066 19.841419 0.504956</w:t>
        <w:br/>
        <w:t>v -0.805882 19.245708 0.915851</w:t>
        <w:br/>
        <w:t>v -0.865646 19.259764 0.827740</w:t>
        <w:br/>
        <w:t>v -0.953945 19.272903 0.696687</w:t>
        <w:br/>
        <w:t>v -1.133413 19.084522 0.407350</w:t>
        <w:br/>
        <w:t>v -1.042946 19.275675 0.446821</w:t>
        <w:br/>
        <w:t>v -1.026298 18.670292 0.782005</w:t>
        <w:br/>
        <w:t>v -0.942708 18.673477 0.898715</w:t>
        <w:br/>
        <w:t>v -1.138736 18.298216 0.240308</w:t>
        <w:br/>
        <w:t>v -0.968776 18.134533 0.728379</w:t>
        <w:br/>
        <w:t>v -0.742259 17.948238 0.868088</w:t>
        <w:br/>
        <w:t>v -0.927075 18.010202 0.730521</w:t>
        <w:br/>
        <w:t>v -0.778724 18.022680 0.856713</w:t>
        <w:br/>
        <w:t>v -0.973750 17.754061 0.423396</w:t>
        <w:br/>
        <w:t>v -1.030357 17.865826 0.417709</w:t>
        <w:br/>
        <w:t>v -1.038800 17.867905 0.498242</w:t>
        <w:br/>
        <w:t>v -0.996235 17.755190 0.495073</w:t>
        <w:br/>
        <w:t>v -0.887580 17.751442 0.279842</w:t>
        <w:br/>
        <w:t>v -0.953356 17.753000 0.360901</w:t>
        <w:br/>
        <w:t>v -0.918984 17.753462 0.421705</w:t>
        <w:br/>
        <w:t>v -0.825373 17.748976 0.474153</w:t>
        <w:br/>
        <w:t>v -0.743537 17.752136 0.460174</w:t>
        <w:br/>
        <w:t>v -0.887580 17.751442 0.279842</w:t>
        <w:br/>
        <w:t>v -1.115862 18.117197 0.229961</w:t>
        <w:br/>
        <w:t>v -0.948521 17.843851 0.595899</w:t>
        <w:br/>
        <w:t>v -0.907422 17.845343 0.582182</w:t>
        <w:br/>
        <w:t>v -0.886866 17.753637 0.574604</w:t>
        <w:br/>
        <w:t>v -0.918495 17.753073 0.582007</w:t>
        <w:br/>
        <w:t>v -0.920161 19.463869 0.464759</w:t>
        <w:br/>
        <w:t>v -0.490226 19.694872 0.833715</w:t>
        <w:br/>
        <w:t>v 1.133600 19.084620 0.407312</w:t>
        <w:br/>
        <w:t>v -1.487782 18.390007 0.113765</w:t>
        <w:br/>
        <w:t>v -1.530306 18.419029 0.138117</w:t>
        <w:br/>
        <w:t>v -1.530306 18.419029 0.138117</w:t>
        <w:br/>
        <w:t>v -1.509556 18.373323 0.174882</w:t>
        <w:br/>
        <w:t>v -1.504728 18.363897 0.174744</w:t>
        <w:br/>
        <w:t>v -0.662315 17.900051 0.895383</w:t>
        <w:br/>
        <w:t>v -0.706797 17.889492 0.895020</w:t>
        <w:br/>
        <w:t>v -0.688796 17.956455 0.860672</w:t>
        <w:br/>
        <w:t>v -0.853657 18.286102 0.861210</w:t>
        <w:br/>
        <w:t>v -0.771258 18.276920 0.834516</w:t>
        <w:br/>
        <w:t>v -0.743775 18.157179 0.839076</w:t>
        <w:br/>
        <w:t>v -0.818834 18.145239 0.856074</w:t>
        <w:br/>
        <w:t>v -0.784549 18.484924 0.874702</w:t>
        <w:br/>
        <w:t>v -0.814287 18.393377 0.883921</w:t>
        <w:br/>
        <w:t>v -0.948521 17.843851 0.595899</w:t>
        <w:br/>
        <w:t>v -0.707398 18.020376 0.845314</w:t>
        <w:br/>
        <w:t>v -0.778674 18.271395 1.010439</w:t>
        <w:br/>
        <w:t>v -0.814287 18.393377 0.883921</w:t>
        <w:br/>
        <w:t>v -0.942859 18.124233 0.772147</w:t>
        <w:br/>
        <w:t>v -0.678574 18.370081 1.144898</w:t>
        <w:br/>
        <w:t>v -0.674515 18.487101 1.074725</w:t>
        <w:br/>
        <w:t>v -0.458120 18.661524 1.349232</w:t>
        <w:br/>
        <w:t>v -0.603879 18.680176 1.162022</w:t>
        <w:br/>
        <w:t>v -0.507512 18.572010 1.313368</w:t>
        <w:br/>
        <w:t>v -0.221670 18.115444 1.336404</w:t>
        <w:br/>
        <w:t>v -0.317636 18.007614 1.254293</w:t>
        <w:br/>
        <w:t>v -0.226543 18.118387 1.360543</w:t>
        <w:br/>
        <w:t>v -0.124902 18.260584 1.453202</w:t>
        <w:br/>
        <w:t>v -0.115044 18.259045 1.420583</w:t>
        <w:br/>
        <w:t>v -0.242138 18.479086 1.556308</w:t>
        <w:br/>
        <w:t>v -0.244280 18.576317 1.580810</w:t>
        <w:br/>
        <w:t>v -0.091694 18.578495 1.636941</w:t>
        <w:br/>
        <w:t>v -0.121307 18.480389 1.610799</w:t>
        <w:br/>
        <w:t>v 0.071802 18.573298 1.586384</w:t>
        <w:br/>
        <w:t>v 0.086208 18.572771 1.553527</w:t>
        <w:br/>
        <w:t>v 0.034460 18.474827 1.520457</w:t>
        <w:br/>
        <w:t>v 0.019065 18.475542 1.555369</w:t>
        <w:br/>
        <w:t>v -0.052624 18.366198 1.506978</w:t>
        <w:br/>
        <w:t>v -0.037793 18.365307 1.473808</w:t>
        <w:br/>
        <w:t>v -0.155454 18.373262 1.566667</w:t>
        <w:br/>
        <w:t>v -0.195301 18.269117 1.506539</w:t>
        <w:br/>
        <w:t>v -0.260590 18.272738 1.455406</w:t>
        <w:br/>
        <w:t>v -0.248602 18.373774 1.509759</w:t>
        <w:br/>
        <w:t>v -0.286382 18.140560 1.370589</w:t>
        <w:br/>
        <w:t>v -0.257345 18.132515 1.389066</w:t>
        <w:br/>
        <w:t>v -0.317636 18.007614 1.254293</w:t>
        <w:br/>
        <w:t>v -0.243942 18.682980 1.607742</w:t>
        <w:br/>
        <w:t>v -0.064236 18.682178 1.651059</w:t>
        <w:br/>
        <w:t>v 0.125616 18.682779 1.518804</w:t>
        <w:br/>
        <w:t>v 0.114317 18.682756 1.607993</w:t>
        <w:br/>
        <w:t>v 0.586354 19.433155 1.155572</w:t>
        <w:br/>
        <w:t>v 0.665872 19.433584 0.958817</w:t>
        <w:br/>
        <w:t>v 0.777484 19.230566 0.979023</w:t>
        <w:br/>
        <w:t>v 0.684199 19.238195 1.210613</w:t>
        <w:br/>
        <w:t>v 0.795184 18.143826 0.960772</w:t>
        <w:br/>
        <w:t>v 0.739980 18.014614 0.954960</w:t>
        <w:br/>
        <w:t>v 0.681970 18.025173 0.936358</w:t>
        <w:br/>
        <w:t>v 0.717257 18.143450 0.918545</w:t>
        <w:br/>
        <w:t>v 0.743137 18.237726 0.910954</w:t>
        <w:br/>
        <w:t>v 0.822843 18.240404 0.975604</w:t>
        <w:br/>
        <w:t>v 0.479052 19.433069 1.269262</w:t>
        <w:br/>
        <w:t>v 0.336425 19.431967 1.350560</w:t>
        <w:br/>
        <w:t>v 0.213414 19.606348 1.219657</w:t>
        <w:br/>
        <w:t>v 0.388472 19.608528 1.156098</w:t>
        <w:br/>
        <w:t>v 0.542649 19.233809 1.365366</w:t>
        <w:br/>
        <w:t>v 0.434370 19.230814 1.431281</w:t>
        <w:br/>
        <w:t>v 0.857366 18.382132 1.095057</w:t>
        <w:br/>
        <w:t>v 0.806821 18.424448 1.152628</w:t>
        <w:br/>
        <w:t>v 0.819899 18.434378 1.161547</w:t>
        <w:br/>
        <w:t>v 0.201351 19.804102 0.871144</w:t>
        <w:br/>
        <w:t>v 0.092696 19.812635 0.907308</w:t>
        <w:br/>
        <w:t>v 0.044131 19.870167 0.767011</w:t>
        <w:br/>
        <w:t>v 0.114893 19.857792 0.754485</w:t>
        <w:br/>
        <w:t>v 0.020092 19.821024 0.916202</w:t>
        <w:br/>
        <w:t>v -0.044056 19.807426 0.770130</w:t>
        <w:br/>
        <w:t>v 0.001728 19.870567 0.780903</w:t>
        <w:br/>
        <w:t>v 0.230388 19.028099 1.595930</w:t>
        <w:br/>
        <w:t>v 0.224200 19.229351 1.523388</w:t>
        <w:br/>
        <w:t>v 0.366726 19.228960 1.463787</w:t>
        <w:br/>
        <w:t>v 0.382284 19.023113 1.500114</w:t>
        <w:br/>
        <w:t>v 0.267404 18.576105 1.478957</w:t>
        <w:br/>
        <w:t>v 0.226780 18.479239 1.456534</w:t>
        <w:br/>
        <w:t>v 0.169208 18.475481 1.553527</w:t>
        <w:br/>
        <w:t>v 0.195664 18.572081 1.582752</w:t>
        <w:br/>
        <w:t>v 0.101164 18.481907 1.535852</w:t>
        <w:br/>
        <w:t>v 0.123674 18.576767 1.569874</w:t>
        <w:br/>
        <w:t>v 0.195664 18.572081 1.582752</w:t>
        <w:br/>
        <w:t>v 0.169208 18.475481 1.553527</w:t>
        <w:br/>
        <w:t>v 0.067405 18.365610 1.486886</w:t>
        <w:br/>
        <w:t>v 0.119252 18.357740 1.499274</w:t>
        <w:br/>
        <w:t>v 0.158936 18.354973 1.419518</w:t>
        <w:br/>
        <w:t>v 0.119252 18.357740 1.499274</w:t>
        <w:br/>
        <w:t>v 0.032569 18.255663 1.424641</w:t>
        <w:br/>
        <w:t>v -0.018615 18.126530 1.315535</w:t>
        <w:br/>
        <w:t>v 0.024314 18.256853 1.384669</w:t>
        <w:br/>
        <w:t>v -0.018615 18.126530 1.315535</w:t>
        <w:br/>
        <w:t>v 0.064561 18.249662 1.428437</w:t>
        <w:br/>
        <w:t>v 0.081773 18.246269 1.378431</w:t>
        <w:br/>
        <w:t>v 0.226968 18.881161 1.606615</w:t>
        <w:br/>
        <w:t>v 0.361515 18.879938 1.503747</w:t>
        <w:br/>
        <w:t>v 0.225089 19.433605 1.390970</w:t>
        <w:br/>
        <w:t>v -0.253700 18.576330 1.558212</w:t>
        <w:br/>
        <w:t>v -0.243942 18.682980 1.607742</w:t>
        <w:br/>
        <w:t>v -0.243879 18.576180 1.487613</w:t>
        <w:br/>
        <w:t>v -0.015996 19.030104 1.632294</w:t>
        <w:br/>
        <w:t>v -0.031467 18.882004 1.655155</w:t>
        <w:br/>
        <w:t>v -0.241962 18.882416 1.618578</w:t>
        <w:br/>
        <w:t>v -0.234860 19.034388 1.612915</w:t>
        <w:br/>
        <w:t>v -0.210433 19.229263 1.563285</w:t>
        <w:br/>
        <w:t>v -0.010097 19.230951 1.574121</w:t>
        <w:br/>
        <w:t>v -0.400736 18.882841 1.518892</w:t>
        <w:br/>
        <w:t>v -0.396051 19.037352 1.530604</w:t>
        <w:br/>
        <w:t>v -0.363244 19.235689 1.493212</w:t>
        <w:br/>
        <w:t>v 0.007841 19.433456 1.442580</w:t>
        <w:br/>
        <w:t>v -0.167254 19.432894 1.445861</w:t>
        <w:br/>
        <w:t>v -0.920862 18.487175 0.990785</w:t>
        <w:br/>
        <w:t>v -0.708963 18.492386 1.220083</w:t>
        <w:br/>
        <w:t>v -0.915263 18.337727 0.932837</w:t>
        <w:br/>
        <w:t>v -0.269346 19.796738 0.870230</w:t>
        <w:br/>
        <w:t>v -0.140460 19.830914 0.740179</w:t>
        <w:br/>
        <w:t>v -0.093235 19.853460 0.760710</w:t>
        <w:br/>
        <w:t>v -0.188274 19.803354 0.874852</w:t>
        <w:br/>
        <w:t>v -0.814286 18.268740 1.020210</w:t>
        <w:br/>
        <w:t>v -0.714713 18.367035 1.164678</w:t>
        <w:br/>
        <w:t>v -0.901960 18.684986 1.066821</w:t>
        <w:br/>
        <w:t>v -0.859069 18.874474 1.112568</w:t>
        <w:br/>
        <w:t>v -0.662741 18.879982 1.347516</w:t>
        <w:br/>
        <w:t>v -0.691902 18.688278 1.293752</w:t>
        <w:br/>
        <w:t>v -0.548411 18.580776 1.359841</w:t>
        <w:br/>
        <w:t>v -0.502038 18.665453 1.412842</w:t>
        <w:br/>
        <w:t>v -0.678574 18.370081 1.144898</w:t>
        <w:br/>
        <w:t>v -0.778674 18.271395 1.010439</w:t>
        <w:br/>
        <w:t>v -0.814286 18.268740 1.020210</w:t>
        <w:br/>
        <w:t>v -0.714713 18.367035 1.164678</w:t>
        <w:br/>
        <w:t>v -0.417321 18.750650 1.379659</w:t>
        <w:br/>
        <w:t>v -0.459849 18.748283 1.459315</w:t>
        <w:br/>
        <w:t>v -0.400736 18.882841 1.518892</w:t>
        <w:br/>
        <w:t>v -0.400861 18.806845 1.393012</w:t>
        <w:br/>
        <w:t>v -0.307414 19.432743 1.391922</w:t>
        <w:br/>
        <w:t>v -0.100714 19.708914 1.115261</w:t>
        <w:br/>
        <w:t>v -0.133408 19.610407 1.260005</w:t>
        <w:br/>
        <w:t>v -0.238130 19.610456 1.227962</w:t>
        <w:br/>
        <w:t>v -0.178328 19.710081 1.094555</w:t>
        <w:br/>
        <w:t>v -0.508126 19.608078 1.081177</w:t>
        <w:br/>
        <w:t>v -0.394110 19.714113 1.005867</w:t>
        <w:br/>
        <w:t>v -0.300887 19.711798 1.067911</w:t>
        <w:br/>
        <w:t>v -0.375120 19.610207 1.180524</w:t>
        <w:br/>
        <w:t>v -0.089728 19.777121 0.945865</w:t>
        <w:br/>
        <w:t>v 0.214078 18.679560 1.595829</w:t>
        <w:br/>
        <w:t>v 0.137767 18.682756 1.602030</w:t>
        <w:br/>
        <w:t>v 0.304858 18.681440 1.495667</w:t>
        <w:br/>
        <w:t>v 0.151521 19.710680 1.092576</w:t>
        <w:br/>
        <w:t>v 0.016359 19.609104 1.267935</w:t>
        <w:br/>
        <w:t>v 0.025115 19.707438 1.128527</w:t>
        <w:br/>
        <w:t>v 0.763041 18.367563 0.953682</w:t>
        <w:br/>
        <w:t>v 0.808137 18.369593 0.984999</w:t>
        <w:br/>
        <w:t>v -0.000000 19.813049 0.716091</w:t>
        <w:br/>
        <w:t>v 0.819899 18.434378 1.161547</w:t>
        <w:br/>
        <w:t>v 0.823895 18.440382 1.145514</w:t>
        <w:br/>
        <w:t>v 0.857366 18.382132 1.095057</w:t>
        <w:br/>
        <w:t>v -0.044056 19.807426 0.770130</w:t>
        <w:br/>
        <w:t>v -0.942859 18.124233 0.772147</w:t>
        <w:br/>
        <w:t>v -0.942859 18.124233 0.772147</w:t>
        <w:br/>
        <w:t>v -0.140460 19.830914 0.740179</w:t>
        <w:br/>
        <w:t>v -0.093235 19.853460 0.760710</w:t>
        <w:br/>
        <w:t>v -0.000000 19.813049 0.716091</w:t>
        <w:br/>
        <w:t>v -0.386456 18.684759 1.401230</w:t>
        <w:br/>
        <w:t>v -0.400861 18.806845 1.393012</w:t>
        <w:br/>
        <w:t>v -0.400736 18.882841 1.518892</w:t>
        <w:br/>
        <w:t>v -0.379428 18.684422 1.499300</w:t>
        <w:br/>
        <w:t>v -0.357269 18.577646 1.470602</w:t>
        <w:br/>
        <w:t>v -0.367165 18.577997 1.390570</w:t>
        <w:br/>
        <w:t>v 0.044131 19.870167 0.767011</w:t>
        <w:br/>
        <w:t>v 0.001728 19.870567 0.780903</w:t>
        <w:br/>
        <w:t>v 0.020092 19.821024 0.916202</w:t>
        <w:br/>
        <w:t>v 0.279291 19.794661 0.802612</w:t>
        <w:br/>
        <w:t>v 0.156444 19.832977 0.740117</w:t>
        <w:br/>
        <w:t>v 0.114893 19.857792 0.754485</w:t>
        <w:br/>
        <w:t>v 0.782633 18.475954 1.209724</w:t>
        <w:br/>
        <w:t>v 0.790812 18.492014 1.193214</w:t>
        <w:br/>
        <w:t>v 0.782633 18.475954 1.209724</w:t>
        <w:br/>
        <w:t>v 0.760811 18.465685 1.199941</w:t>
        <w:br/>
        <w:t>v 0.669418 18.551607 1.287777</w:t>
        <w:br/>
        <w:t>v 0.709114 18.564455 1.296846</w:t>
        <w:br/>
        <w:t>v -0.379428 18.684422 1.499300</w:t>
        <w:br/>
        <w:t>v 0.138105 18.746252 1.609634</w:t>
        <w:br/>
        <w:t>v -0.466576 19.433054 1.292361</w:t>
        <w:br/>
        <w:t>v -0.626289 19.434975 1.128389</w:t>
        <w:br/>
        <w:t>v -0.507512 18.572010 1.313368</w:t>
        <w:br/>
        <w:t>v -0.568842 18.489269 1.274749</w:t>
        <w:br/>
        <w:t>v -0.608476 18.490622 1.297146</w:t>
        <w:br/>
        <w:t>v -0.548411 18.580776 1.359841</w:t>
        <w:br/>
        <w:t>v -0.608476 18.490622 1.297146</w:t>
        <w:br/>
        <w:t>v -0.814099 19.035477 1.136594</w:t>
        <w:br/>
        <w:t>v -0.622518 19.039749 1.381888</w:t>
        <w:br/>
        <w:t>v -0.734731 19.244894 1.151901</w:t>
        <w:br/>
        <w:t>v -0.555451 19.245686 1.373984</w:t>
        <w:br/>
        <w:t>v 0.559610 19.609957 0.925873</w:t>
        <w:br/>
        <w:t>v 0.478100 19.609592 1.048094</w:t>
        <w:br/>
        <w:t>v 0.298231 19.711672 1.034666</w:t>
        <w:br/>
        <w:t>v 0.420615 19.712898 0.860472</w:t>
        <w:br/>
        <w:t>v -0.924169 18.476679 0.871207</w:t>
        <w:br/>
        <w:t>v -0.942708 18.673477 0.898715</w:t>
        <w:br/>
        <w:t>v -0.916916 18.871117 0.917743</w:t>
        <w:br/>
        <w:t>v -0.917430 18.321354 0.847757</w:t>
        <w:br/>
        <w:t>v -0.874928 19.055042 0.921564</w:t>
        <w:br/>
        <w:t>v -0.805882 19.245708 0.915851</w:t>
        <w:br/>
        <w:t>v -0.707937 19.437166 0.888919</w:t>
        <w:br/>
        <w:t>v -0.490226 19.694872 0.833715</w:t>
        <w:br/>
        <w:t>v -0.344279 19.762917 0.801071</w:t>
        <w:br/>
        <w:t>v -0.595286 19.599995 0.860998</w:t>
        <w:br/>
        <w:t>v 0.032569 18.255663 1.424641</w:t>
        <w:br/>
        <w:t>v 0.064561 18.249662 1.428437</w:t>
        <w:br/>
        <w:t>v 0.783146 18.494192 1.156888</w:t>
        <w:br/>
        <w:t>v 0.728969 18.579824 1.260745</w:t>
        <w:br/>
        <w:t>v 0.723821 18.582567 1.221148</w:t>
        <w:br/>
        <w:t>v 0.549175 18.874050 1.434062</w:t>
        <w:br/>
        <w:t>v 0.452684 18.871719 1.462196</w:t>
        <w:br/>
        <w:t>v 0.491528 19.024128 1.455369</w:t>
        <w:br/>
        <w:t>v 0.156444 19.832977 0.740117</w:t>
        <w:br/>
        <w:t>v 0.743387 19.040073 1.219996</w:t>
        <w:br/>
        <w:t>v 0.592154 19.029703 1.381250</w:t>
        <w:br/>
        <w:t>v 0.786929 18.871960 1.203010</w:t>
        <w:br/>
        <w:t>v 0.640744 18.870365 1.354831</w:t>
        <w:br/>
        <w:t>v 0.818646 18.373312 1.064755</w:t>
        <w:br/>
        <w:t>v 0.876982 18.365858 0.969942</w:t>
        <w:br/>
        <w:t>v 0.822843 18.240404 0.975604</w:t>
        <w:br/>
        <w:t>v 0.739980 18.014614 0.954960</w:t>
        <w:br/>
        <w:t>v 0.795184 18.143826 0.960772</w:t>
        <w:br/>
        <w:t>v -0.653835 17.831703 0.954596</w:t>
        <w:br/>
        <w:t>v -0.683523 17.758862 0.911342</w:t>
        <w:br/>
        <w:t>v -0.626001 17.840210 0.960684</w:t>
        <w:br/>
        <w:t>v 0.703315 17.955765 0.971132</w:t>
        <w:br/>
        <w:t>v 0.662353 17.897356 1.004264</w:t>
        <w:br/>
        <w:t>v 0.634131 17.902864 0.994644</w:t>
        <w:br/>
        <w:t>v 0.662917 17.964497 0.956663</w:t>
        <w:br/>
        <w:t>v 0.618398 17.846598 1.045526</w:t>
        <w:br/>
        <w:t>v 0.599771 17.849325 1.040102</w:t>
        <w:br/>
        <w:t>v 0.703315 17.955765 0.971132</w:t>
        <w:br/>
        <w:t>v 0.717119 17.935736 0.923931</w:t>
        <w:br/>
        <w:t>v 0.525426 17.751637 1.137433</w:t>
        <w:br/>
        <w:t>v 0.618398 17.846598 1.045526</w:t>
        <w:br/>
        <w:t>v 0.618761 17.835901 1.015350</w:t>
        <w:br/>
        <w:t>v 0.525426 17.751637 1.137433</w:t>
        <w:br/>
        <w:t>v 0.666775 17.881260 0.965645</w:t>
        <w:br/>
        <w:t>v 0.662353 17.897356 1.004264</w:t>
        <w:br/>
        <w:t>v -1.093803 17.988312 0.417120</w:t>
        <w:br/>
        <w:t>v -1.140565 18.120161 0.417684</w:t>
        <w:br/>
        <w:t>v -1.081352 17.993120 0.501423</w:t>
        <w:br/>
        <w:t>v -1.010364 17.998871 0.603339</w:t>
        <w:br/>
        <w:t>v -0.115044 18.259045 1.420583</w:t>
        <w:br/>
        <w:t>v -0.191543 18.266159 1.338646</w:t>
        <w:br/>
        <w:t>v -0.255228 18.128670 1.292048</w:t>
        <w:br/>
        <w:t>v -0.221670 18.115444 1.336404</w:t>
        <w:br/>
        <w:t>v -0.107716 18.476894 1.393238</w:t>
        <w:br/>
        <w:t>v 0.034460 18.474827 1.520457</w:t>
        <w:br/>
        <w:t>v 0.086208 18.572771 1.553527</w:t>
        <w:br/>
        <w:t>v -0.073117 18.574474 1.405125</w:t>
        <w:br/>
        <w:t>v -0.147625 18.369577 1.368735</w:t>
        <w:br/>
        <w:t>v -0.037793 18.365307 1.473808</w:t>
        <w:br/>
        <w:t>v 0.107315 18.576044 1.490857</w:t>
        <w:br/>
        <w:t>v 0.275909 18.578348 1.388615</w:t>
        <w:br/>
        <w:t>v 0.313564 18.681562 1.399288</w:t>
        <w:br/>
        <w:t>v 0.125616 18.682779 1.518804</w:t>
        <w:br/>
        <w:t>v 0.085506 18.481527 1.460743</w:t>
        <w:br/>
        <w:t>v 0.236025 18.482891 1.379747</w:t>
        <w:br/>
        <w:t>v 0.055630 18.366560 1.424854</w:t>
        <w:br/>
        <w:t>v 0.163784 18.355310 1.363412</w:t>
        <w:br/>
        <w:t>v 0.024314 18.256853 1.384669</w:t>
        <w:br/>
        <w:t>v 0.080570 18.246958 1.343619</w:t>
        <w:br/>
        <w:t>v -0.018615 18.126530 1.315535</w:t>
        <w:br/>
        <w:t>v -0.317636 18.007614 1.254293</w:t>
        <w:br/>
        <w:t>v 0.125616 18.682779 1.518804</w:t>
        <w:br/>
        <w:t>v -0.045221 18.682882 1.407643</w:t>
        <w:br/>
        <w:t>v -0.357269 18.577646 1.470602</w:t>
        <w:br/>
        <w:t>v -0.253700 18.576330 1.558212</w:t>
        <w:br/>
        <w:t>v -0.243879 18.576180 1.487613</w:t>
        <w:br/>
        <w:t>v -0.243942 18.682980 1.607742</w:t>
        <w:br/>
        <w:t>v -0.244280 18.576317 1.580810</w:t>
        <w:br/>
        <w:t>v -0.249879 18.478958 1.481725</w:t>
        <w:br/>
        <w:t>v -0.242138 18.479086 1.556308</w:t>
        <w:br/>
        <w:t>v -0.242138 18.479086 1.556308</w:t>
        <w:br/>
        <w:t>v -0.248602 18.373774 1.509759</w:t>
        <w:br/>
        <w:t>v -0.257458 18.373850 1.446175</w:t>
        <w:br/>
        <w:t>v -0.260590 18.272738 1.455406</w:t>
        <w:br/>
        <w:t>v -0.268055 18.273262 1.397947</w:t>
        <w:br/>
        <w:t>v -0.286382 18.140560 1.370589</w:t>
        <w:br/>
        <w:t>v -0.288787 18.141884 1.328312</w:t>
        <w:br/>
        <w:t>v -0.317636 18.007614 1.254293</w:t>
        <w:br/>
        <w:t>v 0.138105 18.746252 1.609634</w:t>
        <w:br/>
        <w:t>v 0.114317 18.682756 1.607993</w:t>
        <w:br/>
        <w:t>v -0.195301 18.269117 1.506539</w:t>
        <w:br/>
        <w:t>v 0.137767 18.682756 1.602030</w:t>
        <w:br/>
        <w:t>v 0.123674 18.576767 1.569874</w:t>
        <w:br/>
        <w:t>v 0.107315 18.576044 1.490857</w:t>
        <w:br/>
        <w:t>v 0.125616 18.682779 1.518804</w:t>
        <w:br/>
        <w:t>v 0.085506 18.481527 1.460743</w:t>
        <w:br/>
        <w:t>v 0.101164 18.481907 1.535852</w:t>
        <w:br/>
        <w:t>v 0.055630 18.366560 1.424854</w:t>
        <w:br/>
        <w:t>v 0.067405 18.365610 1.486886</w:t>
        <w:br/>
        <w:t>v 0.138105 18.746252 1.609634</w:t>
        <w:br/>
        <w:t>v -0.018615 18.126530 1.315535</w:t>
        <w:br/>
        <w:t>v 0.275909 18.578348 1.388615</w:t>
        <w:br/>
        <w:t>v 0.236025 18.482891 1.379747</w:t>
        <w:br/>
        <w:t>v 0.163784 18.355310 1.363412</w:t>
        <w:br/>
        <w:t>v 0.382284 19.023113 1.500114</w:t>
        <w:br/>
        <w:t>v 0.380418 18.974648 1.417652</w:t>
        <w:br/>
        <w:t>v 0.363194 18.878433 1.424968</w:t>
        <w:br/>
        <w:t>v 0.313564 18.681562 1.399288</w:t>
        <w:br/>
        <w:t>v 0.080570 18.246958 1.343619</w:t>
        <w:br/>
        <w:t>v 0.669418 18.551607 1.287777</w:t>
        <w:br/>
        <w:t>v 0.760811 18.465685 1.199941</w:t>
        <w:br/>
        <w:t>v 0.750540 18.465422 1.165731</w:t>
        <w:br/>
        <w:t>v 0.652494 18.553305 1.248519</w:t>
        <w:br/>
        <w:t>v 0.799857 18.423052 1.123016</w:t>
        <w:br/>
        <w:t>v 0.806821 18.424448 1.152628</w:t>
        <w:br/>
        <w:t>v 0.429760 18.871332 1.400967</w:t>
        <w:br/>
        <w:t>v 0.380418 18.974648 1.417652</w:t>
        <w:br/>
        <w:t>v 0.382284 19.023113 1.500114</w:t>
        <w:br/>
        <w:t>v 0.452684 18.871719 1.462196</w:t>
        <w:br/>
        <w:t>v 0.857366 18.382132 1.095057</w:t>
        <w:br/>
        <w:t>v 0.798291 18.372145 1.062262</w:t>
        <w:br/>
        <w:t>v 0.822843 18.240404 0.975604</w:t>
        <w:br/>
        <w:t>v 0.752343 18.490789 1.150436</w:t>
        <w:br/>
        <w:t>v 0.785714 18.491701 1.157413</w:t>
        <w:br/>
        <w:t>v 0.752343 18.490789 1.150436</w:t>
        <w:br/>
        <w:t>v 0.798291 18.372145 1.062262</w:t>
        <w:br/>
        <w:t>v 0.760786 18.490313 1.008010</w:t>
        <w:br/>
        <w:t>v 0.835669 19.048943 0.987353</w:t>
        <w:br/>
        <w:t>v 0.881655 18.880064 0.989070</w:t>
        <w:br/>
        <w:t>v 0.897426 18.669691 0.981930</w:t>
        <w:br/>
        <w:t>v 0.817682 18.677046 1.162336</w:t>
        <w:br/>
        <w:t>v 0.891651 18.479662 0.968376</w:t>
        <w:br/>
        <w:t>v 0.836409 18.485964 1.096159</w:t>
        <w:br/>
        <w:t>v 0.808137 18.369593 0.984999</w:t>
        <w:br/>
        <w:t>v 0.822843 18.240404 0.975604</w:t>
        <w:br/>
        <w:t>v 0.897426 18.669691 0.981930</w:t>
        <w:br/>
        <w:t>v 0.891651 18.479662 0.968376</w:t>
        <w:br/>
        <w:t>v 0.876982 18.365858 0.969942</w:t>
        <w:br/>
        <w:t>v 0.621554 18.873848 1.382891</w:t>
        <w:br/>
        <w:t>v 0.709114 18.564455 1.296846</w:t>
        <w:br/>
        <w:t>v 0.820363 18.440695 1.114723</w:t>
        <w:br/>
        <w:t>v 0.808137 18.369593 0.984999</w:t>
        <w:br/>
        <w:t>v 0.760786 18.490313 1.008010</w:t>
        <w:br/>
        <w:t>v 0.620201 18.873549 1.339774</w:t>
        <w:br/>
        <w:t>v 0.592154 19.029703 1.381250</w:t>
        <w:br/>
        <w:t>v 0.640744 18.870365 1.354831</w:t>
        <w:br/>
        <w:t>v 0.620201 18.873549 1.339774</w:t>
        <w:br/>
        <w:t>v -0.216057 18.682980 1.575524</w:t>
        <w:br/>
        <w:t>v -0.386456 18.684759 1.401230</w:t>
        <w:br/>
        <w:t>v -0.367165 18.577997 1.390570</w:t>
        <w:br/>
        <w:t>v -0.243879 18.576180 1.487613</w:t>
        <w:br/>
        <w:t>v 0.363194 18.878433 1.424968</w:t>
        <w:br/>
        <w:t>v 0.125616 18.879560 1.481575</w:t>
        <w:br/>
        <w:t>v -0.024439 18.879660 1.379922</w:t>
        <w:br/>
        <w:t>v -0.183000 18.879745 1.564601</w:t>
        <w:br/>
        <w:t>v -0.400861 18.806845 1.393012</w:t>
        <w:br/>
        <w:t>v 0.380418 18.974648 1.417652</w:t>
        <w:br/>
        <w:t>v 0.115407 19.030104 1.309160</w:t>
        <w:br/>
        <w:t>v -0.018878 19.030104 1.308157</w:t>
        <w:br/>
        <w:t>v -0.183000 18.879745 1.564601</w:t>
        <w:br/>
        <w:t>v -0.153162 19.030104 1.251162</w:t>
        <w:br/>
        <w:t>v -0.328070 19.030090 1.203323</w:t>
        <w:br/>
        <w:t>v -0.374731 18.889755 1.448931</w:t>
        <w:br/>
        <w:t>v 0.857366 18.382132 1.095057</w:t>
        <w:br/>
        <w:t>v 0.820363 18.440695 1.114723</w:t>
        <w:br/>
        <w:t>v 0.799857 18.423052 1.123016</w:t>
        <w:br/>
        <w:t>v 0.652494 18.553305 1.248519</w:t>
        <w:br/>
        <w:t>v 0.750540 18.465422 1.165731</w:t>
        <w:br/>
        <w:t>v 0.783146 18.494192 1.156888</w:t>
        <w:br/>
        <w:t>v 0.723821 18.582567 1.221148</w:t>
        <w:br/>
        <w:t>v 0.615967 19.038870 1.041768</w:t>
        <w:br/>
        <w:t>v 0.498468 19.030329 1.194116</w:t>
        <w:br/>
        <w:t>v 0.620201 18.873549 1.339774</w:t>
        <w:br/>
        <w:t>v 0.696976 18.872854 1.090384</w:t>
        <w:br/>
        <w:t>v -1.079386 17.987696 0.410468</w:t>
        <w:br/>
        <w:t>v -1.130331 18.119537 0.411508</w:t>
        <w:br/>
        <w:t>v -1.140565 18.120161 0.417684</w:t>
        <w:br/>
        <w:t>v -1.093803 17.988312 0.417120</w:t>
        <w:br/>
        <w:t>v -0.846518 17.632370 0.564269</w:t>
        <w:br/>
        <w:t>v -0.843336 17.631466 0.469556</w:t>
        <w:br/>
        <w:t>v -0.791414 17.506580 0.484475</w:t>
        <w:br/>
        <w:t>v -0.794245 17.509949 0.557242</w:t>
        <w:br/>
        <w:t>v -0.727128 17.368999 0.501537</w:t>
        <w:br/>
        <w:t>v -0.727967 17.374798 0.555764</w:t>
        <w:br/>
        <w:t>v -0.541735 17.119545 0.570457</w:t>
        <w:br/>
        <w:t>v -0.637238 17.232010 0.562992</w:t>
        <w:br/>
        <w:t>v -0.642662 17.232059 0.524310</w:t>
        <w:br/>
        <w:t>v -0.543852 17.119286 0.556816</w:t>
        <w:br/>
        <w:t>v -0.907422 17.845343 0.582182</w:t>
        <w:br/>
        <w:t>v -0.934867 18.005295 0.589147</w:t>
        <w:br/>
        <w:t>v -0.953819 17.997702 0.483736</w:t>
        <w:br/>
        <w:t>v -0.916303 17.870699 0.468191</w:t>
        <w:br/>
        <w:t>v -0.851529 17.485294 0.452307</w:t>
        <w:br/>
        <w:t>v -0.771522 17.349106 0.475369</w:t>
        <w:br/>
        <w:t>v -0.727128 17.368999 0.501537</w:t>
        <w:br/>
        <w:t>v -0.791414 17.506580 0.484475</w:t>
        <w:br/>
        <w:t>v -0.915376 17.621418 0.434394</w:t>
        <w:br/>
        <w:t>v -0.843336 17.631466 0.469556</w:t>
        <w:br/>
        <w:t>v -0.885663 17.754938 0.462742</w:t>
        <w:br/>
        <w:t>v -1.030357 17.865826 0.417709</w:t>
        <w:br/>
        <w:t>v -0.973750 17.754061 0.423396</w:t>
        <w:br/>
        <w:t>v -0.667928 17.215324 0.506986</w:t>
        <w:br/>
        <w:t>v -0.553260 17.111740 0.544465</w:t>
        <w:br/>
        <w:t>v -0.893229 17.868870 0.479652</w:t>
        <w:br/>
        <w:t>v -0.953819 17.997702 0.483736</w:t>
        <w:br/>
        <w:t>v -0.825373 17.748976 0.474153</w:t>
        <w:br/>
        <w:t>v -0.739316 17.647064 0.474492</w:t>
        <w:br/>
        <w:t>v -0.639505 17.553989 0.480179</w:t>
        <w:br/>
        <w:t>v -0.573903 17.496204 0.486830</w:t>
        <w:br/>
        <w:t>v -0.561753 17.502117 0.485941</w:t>
        <w:br/>
        <w:t>v -0.516156 17.448708 0.501111</w:t>
        <w:br/>
        <w:t>v -1.175351 18.295397 0.420840</w:t>
        <w:br/>
        <w:t>v -1.175351 18.295397 0.420840</w:t>
        <w:br/>
        <w:t>v -0.784249 17.724678 0.662327</w:t>
        <w:br/>
        <w:t>v -0.861412 17.778048 0.619173</w:t>
        <w:br/>
        <w:t>v -0.712209 17.688416 0.727415</w:t>
        <w:br/>
        <w:t>v -0.918495 17.753073 0.582007</w:t>
        <w:br/>
        <w:t>v -0.810717 17.501507 0.563292</w:t>
        <w:br/>
        <w:t>v -0.869805 17.478306 0.511307</w:t>
        <w:br/>
        <w:t>v -0.939314 17.617413 0.500071</w:t>
        <w:br/>
        <w:t>v -0.870106 17.628185 0.569931</w:t>
        <w:br/>
        <w:t>v -0.810717 17.501507 0.563292</w:t>
        <w:br/>
        <w:t>v -0.736160 17.369953 0.560587</w:t>
        <w:br/>
        <w:t>v -0.786078 17.343544 0.523608</w:t>
        <w:br/>
        <w:t>v -1.079386 17.987696 0.410468</w:t>
        <w:br/>
        <w:t>v -0.795121 17.839659 0.646506</w:t>
        <w:br/>
        <w:t>v -0.852593 17.926140 0.611682</w:t>
        <w:br/>
        <w:t>v -0.948521 17.843851 0.595899</w:t>
        <w:br/>
        <w:t>v -0.861412 17.778048 0.619173</w:t>
        <w:br/>
        <w:t>v -0.632753 17.706810 0.842220</w:t>
        <w:br/>
        <w:t>v -0.669418 17.721134 0.748985</w:t>
        <w:br/>
        <w:t>v -0.577010 17.647415 0.882556</w:t>
        <w:br/>
        <w:t>v -0.784249 17.724678 0.662327</w:t>
        <w:br/>
        <w:t>v -0.712209 17.688416 0.727415</w:t>
        <w:br/>
        <w:t>v -0.669418 17.721134 0.748985</w:t>
        <w:br/>
        <w:t>v -0.739391 17.783211 0.676294</w:t>
        <w:br/>
        <w:t>v -0.718071 17.826954 0.767625</w:t>
        <w:br/>
        <w:t>v -0.577010 17.647415 0.882556</w:t>
        <w:br/>
        <w:t>v -0.756515 17.895100 0.734279</w:t>
        <w:br/>
        <w:t>v -0.662315 17.900051 0.895383</w:t>
        <w:br/>
        <w:t>v -0.688796 17.956455 0.860672</w:t>
        <w:br/>
        <w:t>v -0.626001 17.840210 0.960684</w:t>
        <w:br/>
        <w:t>v -0.707398 18.020376 0.845314</w:t>
        <w:br/>
        <w:t>v -0.797576 18.015804 0.707422</w:t>
        <w:br/>
        <w:t>v -0.886866 17.753637 0.574604</w:t>
        <w:br/>
        <w:t>v -0.885663 17.754938 0.462742</w:t>
        <w:br/>
        <w:t>v -0.374731 18.889755 1.448931</w:t>
        <w:br/>
        <w:t>v -0.374731 18.889755 1.448931</w:t>
        <w:br/>
        <w:t>v -0.328070 19.030090 1.203323</w:t>
        <w:br/>
        <w:t>v -0.503654 19.032869 1.123028</w:t>
        <w:br/>
        <w:t>v -0.552270 18.882486 1.219582</w:t>
        <w:br/>
        <w:t>v -0.400861 18.806845 1.393012</w:t>
        <w:br/>
        <w:t>v -0.374731 18.889755 1.448931</w:t>
        <w:br/>
        <w:t>v -0.876969 18.006323 0.602588</w:t>
        <w:br/>
        <w:t>v -0.934867 18.005295 0.589147</w:t>
        <w:br/>
        <w:t>v -0.954684 18.125010 0.483736</w:t>
        <w:br/>
        <w:t>v -0.939389 18.115492 0.463430</w:t>
        <w:br/>
        <w:t>v -0.935806 18.132591 0.589147</w:t>
        <w:br/>
        <w:t>v -0.954684 18.125010 0.483736</w:t>
        <w:br/>
        <w:t>v -0.877896 18.133631 0.602588</w:t>
        <w:br/>
        <w:t>v -0.935806 18.132591 0.589147</w:t>
        <w:br/>
        <w:t>v -0.743775 18.157179 0.839076</w:t>
        <w:br/>
        <w:t>v -0.813134 18.137001 0.697088</w:t>
        <w:br/>
        <w:t>v -0.784549 18.484924 0.874702</w:t>
        <w:br/>
        <w:t>v -0.767701 18.684179 0.938061</w:t>
        <w:br/>
        <w:t>v -0.741533 18.875225 0.980037</w:t>
        <w:br/>
        <w:t>v -0.663443 19.049183 0.959632</w:t>
        <w:br/>
        <w:t>v -0.568842 18.489269 1.274749</w:t>
        <w:br/>
        <w:t>v -0.881429 18.291286 0.624647</w:t>
        <w:br/>
        <w:t>v -0.896110 18.475103 0.659233</w:t>
        <w:br/>
        <w:t>v -0.784549 18.484924 0.874702</w:t>
        <w:br/>
        <w:t>v -0.767701 18.684179 0.938061</w:t>
        <w:br/>
        <w:t>v -0.858193 18.675589 0.695973</w:t>
        <w:br/>
        <w:t>v -0.829269 18.284399 0.695196</w:t>
        <w:br/>
        <w:t>v -0.935806 18.132591 0.589147</w:t>
        <w:br/>
        <w:t>v -0.771258 18.276920 0.834516</w:t>
        <w:br/>
        <w:t>v -0.934867 18.005295 0.589147</w:t>
        <w:br/>
        <w:t>v -0.741533 18.875225 0.980037</w:t>
        <w:br/>
        <w:t>v -0.828943 18.876099 0.695973</w:t>
        <w:br/>
        <w:t>v -1.557956 18.368097 0.076185</w:t>
        <w:br/>
        <w:t>v -1.562396 18.357601 0.084891</w:t>
        <w:br/>
        <w:t>v -1.487949 18.367378 0.141010</w:t>
        <w:br/>
        <w:t>v -1.487782 18.390007 0.113765</w:t>
        <w:br/>
        <w:t>v -1.628879 18.347223 0.037892</w:t>
        <w:br/>
        <w:t>v -1.294460 18.460707 0.272025</w:t>
        <w:br/>
        <w:t>v -1.327280 18.503765 0.196503</w:t>
        <w:br/>
        <w:t>v -1.409992 18.430111 0.155979</w:t>
        <w:br/>
        <w:t>v -1.401029 18.397369 0.198056</w:t>
        <w:br/>
        <w:t>v -1.445891 18.403193 0.243978</w:t>
        <w:br/>
        <w:t>v -1.359776 18.458010 0.337376</w:t>
        <w:br/>
        <w:t>v -1.317270 18.438824 0.353197</w:t>
        <w:br/>
        <w:t>v -1.424827 18.386295 0.249315</w:t>
        <w:br/>
        <w:t>v -1.479533 18.469093 0.180807</w:t>
        <w:br/>
        <w:t>v -1.426756 18.540648 0.221919</w:t>
        <w:br/>
        <w:t>v -1.479533 18.469093 0.180807</w:t>
        <w:br/>
        <w:t>v -1.409992 18.430111 0.155979</w:t>
        <w:br/>
        <w:t>v -1.327280 18.503765 0.196503</w:t>
        <w:br/>
        <w:t>v -1.426756 18.540648 0.221919</w:t>
        <w:br/>
        <w:t>v -1.317270 18.438824 0.353197</w:t>
        <w:br/>
        <w:t>v -1.424827 18.386295 0.249315</w:t>
        <w:br/>
        <w:t>v -1.504728 18.363897 0.174744</w:t>
        <w:br/>
        <w:t>v -1.574982 18.354713 0.100725</w:t>
        <w:br/>
        <w:t>v -1.187860 18.712372 0.272313</w:t>
        <w:br/>
        <w:t>v -1.170478 18.700134 0.375482</w:t>
        <w:br/>
        <w:t>v -1.100002 18.878933 0.398493</w:t>
        <w:br/>
        <w:t>v -1.069266 18.896029 0.324073</w:t>
        <w:br/>
        <w:t>v -0.992452 19.075096 0.382485</w:t>
        <w:br/>
        <w:t>v -0.937147 19.083014 0.420302</w:t>
        <w:br/>
        <w:t>v -0.992452 19.075096 0.382485</w:t>
        <w:br/>
        <w:t>v -0.663443 19.049183 0.959632</w:t>
        <w:br/>
        <w:t>v -0.786766 19.072466 0.689184</w:t>
        <w:br/>
        <w:t>v -0.992452 19.075096 0.382485</w:t>
        <w:br/>
        <w:t>v -0.637238 17.232010 0.562992</w:t>
        <w:br/>
        <w:t>v -0.455653 17.032288 0.579477</w:t>
        <w:br/>
        <w:t>v -0.455653 17.032288 0.579477</w:t>
        <w:br/>
        <w:t>v -0.455653 17.032288 0.579477</w:t>
        <w:br/>
        <w:t>v 0.686855 17.942524 0.847745</w:t>
        <w:br/>
        <w:t>v 0.732101 18.020866 0.858907</w:t>
        <w:br/>
        <w:t>v 0.686855 17.942524 0.847745</w:t>
        <w:br/>
        <w:t>v 0.709678 18.034246 0.836910</w:t>
        <w:br/>
        <w:t>v 0.634131 17.902864 0.994644</w:t>
        <w:br/>
        <w:t>v 0.655438 17.878942 0.956826</w:t>
        <w:br/>
        <w:t>v 0.691816 17.931599 0.910202</w:t>
        <w:br/>
        <w:t>v 0.662917 17.964497 0.956663</w:t>
        <w:br/>
        <w:t>v 0.732101 18.020866 0.858907</w:t>
        <w:br/>
        <w:t>v 0.681970 18.025173 0.936358</w:t>
        <w:br/>
        <w:t>v 0.618761 17.835901 1.015350</w:t>
        <w:br/>
        <w:t>v 0.614865 17.833872 1.005704</w:t>
        <w:br/>
        <w:t>v 0.525426 17.751637 1.137433</w:t>
        <w:br/>
        <w:t>v 0.599771 17.849325 1.040102</w:t>
        <w:br/>
        <w:t>v 0.614865 17.833872 1.005704</w:t>
        <w:br/>
        <w:t>v 0.768302 18.246769 0.818772</w:t>
        <w:br/>
        <w:t>v 0.743137 18.237726 0.910954</w:t>
        <w:br/>
        <w:t>v 0.717257 18.143450 0.918545</w:t>
        <w:br/>
        <w:t>v 0.748110 18.144163 0.823118</w:t>
        <w:br/>
        <w:t>v 0.763041 18.367563 0.953682</w:t>
        <w:br/>
        <w:t>v 0.784862 18.362854 0.818659</w:t>
        <w:br/>
        <w:t>v 0.691816 17.931599 0.910202</w:t>
        <w:br/>
        <w:t>v 0.717119 17.935736 0.923931</w:t>
        <w:br/>
        <w:t>v 0.787806 18.016754 0.902373</w:t>
        <w:br/>
        <w:t>v 0.732101 18.020866 0.858907</w:t>
        <w:br/>
        <w:t>v 0.655438 17.878942 0.956826</w:t>
        <w:br/>
        <w:t>v 0.666775 17.881260 0.965645</w:t>
        <w:br/>
        <w:t>v 0.525426 17.751637 1.137433</w:t>
        <w:br/>
        <w:t>v 0.748110 18.144163 0.823118</w:t>
        <w:br/>
        <w:t>v 0.787806 18.016754 0.902373</w:t>
        <w:br/>
        <w:t>v 0.738953 17.941547 0.896260</w:t>
        <w:br/>
        <w:t>v 0.787593 18.674601 0.852442</w:t>
        <w:br/>
        <w:t>v 0.791651 18.483097 0.822178</w:t>
        <w:br/>
        <w:t>v 0.787593 18.674601 0.852442</w:t>
        <w:br/>
        <w:t>v 0.740581 18.611769 1.039376</w:t>
        <w:br/>
        <w:t>v 0.760786 18.490313 1.008010</w:t>
        <w:br/>
        <w:t>v 1.047318 18.871229 0.354638</w:t>
        <w:br/>
        <w:t>v 1.100413 18.871181 0.398494</w:t>
        <w:br/>
        <w:t>v 0.962450 18.873297 0.391454</w:t>
        <w:br/>
        <w:t>v 1.047318 18.871229 0.354638</w:t>
        <w:br/>
        <w:t>v 0.778824 18.875525 0.890184</w:t>
        <w:br/>
        <w:t>v 0.696976 18.872854 1.090384</w:t>
        <w:br/>
        <w:t>v 0.720325 18.733076 1.065744</w:t>
        <w:br/>
        <w:t>v 0.709728 19.058865 0.878334</w:t>
        <w:br/>
        <w:t>v 0.615967 19.038870 1.041768</w:t>
        <w:br/>
        <w:t>v 0.826625 18.876099 0.695973</w:t>
        <w:br/>
        <w:t>v 0.778824 18.875525 0.890184</w:t>
        <w:br/>
        <w:t>v 1.188981 18.691479 0.272314</w:t>
        <w:br/>
        <w:t>v 1.069782 18.886295 0.324074</w:t>
        <w:br/>
        <w:t>v 1.100413 18.871181 0.398494</w:t>
        <w:br/>
        <w:t>v 1.171391 18.683102 0.375483</w:t>
        <w:br/>
        <w:t>v 0.992451 19.075098 0.382485</w:t>
        <w:br/>
        <w:t>v 0.992451 19.075098 0.382485</w:t>
        <w:br/>
        <w:t>v 0.937159 19.083014 0.420302</w:t>
        <w:br/>
        <w:t>v 0.784774 19.072466 0.689184</w:t>
        <w:br/>
        <w:t>v 0.709728 19.058865 0.878334</w:t>
        <w:br/>
        <w:t>v 0.992451 19.075098 0.382485</w:t>
        <w:br/>
        <w:t>v 0.328370 19.036627 1.264415</w:t>
        <w:br/>
        <w:t>v 0.380418 18.974648 1.417652</w:t>
        <w:br/>
        <w:t>v 0.328370 19.036627 1.264415</w:t>
        <w:br/>
        <w:t>v -0.911656 19.270399 0.439493</w:t>
        <w:br/>
        <w:t>v -0.913309 18.677410 0.677697</w:t>
        <w:br/>
        <w:t>v 0.911655 19.270399 0.439493</w:t>
        <w:br/>
        <w:t>v -0.268055 18.273262 1.397947</w:t>
        <w:br/>
        <w:t>v -0.288787 18.141884 1.328312</w:t>
        <w:br/>
        <w:t>v -0.255228 18.128670 1.292048</w:t>
        <w:br/>
        <w:t>v -0.191543 18.266159 1.338646</w:t>
        <w:br/>
        <w:t>v -0.147625 18.369577 1.368735</w:t>
        <w:br/>
        <w:t>v -0.257458 18.373850 1.446175</w:t>
        <w:br/>
        <w:t>v -0.107716 18.476894 1.393238</w:t>
        <w:br/>
        <w:t>v -0.249879 18.478958 1.481725</w:t>
        <w:br/>
        <w:t>v -0.073117 18.574474 1.405125</w:t>
        <w:br/>
        <w:t>v -0.243879 18.576180 1.487613</w:t>
        <w:br/>
        <w:t>v -0.045221 18.682882 1.407643</w:t>
        <w:br/>
        <w:t>v -0.216057 18.682980 1.575524</w:t>
        <w:br/>
        <w:t>v -0.243879 18.576180 1.487613</w:t>
        <w:br/>
        <w:t>v -0.024439 18.879660 1.379922</w:t>
        <w:br/>
        <w:t>v -0.183000 18.879745 1.564601</w:t>
        <w:br/>
        <w:t>v 0.883796 18.678972 0.317923</w:t>
        <w:br/>
        <w:t>v 0.853382 18.675589 0.695973</w:t>
        <w:br/>
        <w:t>v -0.858193 18.675589 0.695973</w:t>
        <w:br/>
        <w:t>v -0.883797 18.678972 0.317923</w:t>
        <w:br/>
        <w:t>v -0.828943 18.876099 0.695973</w:t>
        <w:br/>
        <w:t>v -0.851967 18.879484 0.317923</w:t>
        <w:br/>
        <w:t>v -0.817156 19.075850 0.311133</w:t>
        <w:br/>
        <w:t>v -0.786766 19.072466 0.689184</w:t>
        <w:br/>
        <w:t>v 0.851966 18.879484 0.317923</w:t>
        <w:br/>
        <w:t>v 0.826625 18.876099 0.695973</w:t>
        <w:br/>
        <w:t>v 0.817155 19.075850 0.311133</w:t>
        <w:br/>
        <w:t>v 0.784774 19.072466 0.689184</w:t>
        <w:br/>
        <w:t>v -0.317636 18.007614 1.254293</w:t>
        <w:br/>
        <w:t>v 0.673840 18.617918 1.330255</w:t>
        <w:br/>
        <w:t>v 0.603303 18.625483 1.347679</w:t>
        <w:br/>
        <w:t>v 0.531964 18.727551 1.406027</w:t>
        <w:br/>
        <w:t>v 0.611157 18.733627 1.385221</w:t>
        <w:br/>
        <w:t>v 0.662265 18.733753 1.336129</w:t>
        <w:br/>
        <w:t>v 0.707636 18.620550 1.284708</w:t>
        <w:br/>
        <w:t>v 0.584112 18.626814 1.302220</w:t>
        <w:br/>
        <w:t>v 0.508489 18.731646 1.348506</w:t>
        <w:br/>
        <w:t>v 0.531964 18.727551 1.406027</w:t>
        <w:br/>
        <w:t>v 0.603303 18.625483 1.347679</w:t>
        <w:br/>
        <w:t>v 0.643576 18.735518 1.304011</w:t>
        <w:br/>
        <w:t>v 0.675430 18.736984 1.304312</w:t>
        <w:br/>
        <w:t>v 0.718058 18.623579 1.246101</w:t>
        <w:br/>
        <w:t>v 0.682070 18.622293 1.242005</w:t>
        <w:br/>
        <w:t>v 0.740581 18.611769 1.039376</w:t>
        <w:br/>
        <w:t>v 0.720325 18.733076 1.065744</w:t>
        <w:br/>
        <w:t>v 0.643576 18.735518 1.304011</w:t>
        <w:br/>
        <w:t>v 0.682070 18.622293 1.242005</w:t>
        <w:br/>
        <w:t>v 0.508489 18.731646 1.348506</w:t>
        <w:br/>
        <w:t>v 0.584112 18.626814 1.302220</w:t>
        <w:br/>
        <w:t>v 0.703477 18.621599 1.240803</w:t>
        <w:br/>
        <w:t>v 0.658808 18.735054 1.289531</w:t>
        <w:br/>
        <w:t>v 0.703477 18.621599 1.240803</w:t>
        <w:br/>
        <w:t>v 0.658808 18.735054 1.289531</w:t>
        <w:br/>
        <w:t>v 0.429760 18.871332 1.400967</w:t>
        <w:br/>
        <w:t>v -0.247963 18.498186 1.443720</w:t>
        <w:br/>
        <w:t>v -0.340872 18.486763 1.370277</w:t>
        <w:br/>
        <w:t>v -0.309806 18.391640 1.341152</w:t>
        <w:br/>
        <w:t>v -0.249503 18.446091 1.407956</w:t>
        <w:br/>
        <w:t>v -0.263220 18.395908 1.413869</w:t>
        <w:br/>
        <w:t>v -0.258760 18.483931 1.496005</w:t>
        <w:br/>
        <w:t>v -0.247963 18.498186 1.443720</w:t>
        <w:br/>
        <w:t>v -0.249503 18.446091 1.407956</w:t>
        <w:br/>
        <w:t>v -0.303267 18.395208 1.382314</w:t>
        <w:br/>
        <w:t>v -0.334421 18.489033 1.436718</w:t>
        <w:br/>
        <w:t>v -0.258760 18.483931 1.496005</w:t>
        <w:br/>
        <w:t>v -0.263220 18.395908 1.413869</w:t>
        <w:br/>
        <w:t>v -0.334421 18.489033 1.436718</w:t>
        <w:br/>
        <w:t>v -0.303267 18.395208 1.382314</w:t>
        <w:br/>
        <w:t>v -0.309806 18.391640 1.341152</w:t>
        <w:br/>
        <w:t>v -0.340872 18.486763 1.370277</w:t>
        <w:br/>
        <w:t>v -0.264936 18.270159 1.294353</w:t>
        <w:br/>
        <w:t>v -0.264936 18.270159 1.294353</w:t>
        <w:br/>
        <w:t>v -0.264936 18.270159 1.294353</w:t>
        <w:br/>
        <w:t>v -0.264936 18.270159 1.294353</w:t>
        <w:br/>
        <w:t>v 0.822843 18.240404 0.975604</w:t>
        <w:br/>
        <w:t>v 0.562880 17.593348 1.024970</w:t>
        <w:br/>
        <w:t>v 0.649125 17.666731 0.955686</w:t>
        <w:br/>
        <w:t>v 0.664007 17.642452 0.902498</w:t>
        <w:br/>
        <w:t>v 0.602389 17.680460 0.964392</w:t>
        <w:br/>
        <w:t>v 0.562880 17.593348 1.024970</w:t>
        <w:br/>
        <w:t>v 0.632502 17.660856 0.908261</w:t>
        <w:br/>
        <w:t>v 0.648073 17.641966 0.887504</w:t>
        <w:br/>
        <w:t>v 0.618022 17.682802 0.982919</w:t>
        <w:br/>
        <w:t>v 0.618022 17.682802 0.982919</w:t>
        <w:br/>
        <w:t>v 0.562880 17.593348 1.024970</w:t>
        <w:br/>
        <w:t>v 0.602389 17.680460 0.964392</w:t>
        <w:br/>
        <w:t>v 0.648073 17.641966 0.887504</w:t>
        <w:br/>
        <w:t>v 0.562880 17.593348 1.024970</w:t>
        <w:br/>
        <w:t>v 0.878561 17.794561 0.632314</w:t>
        <w:br/>
        <w:t>v -0.652745 17.697266 0.879938</w:t>
        <w:br/>
        <w:t>v -0.707937 19.437166 0.888919</w:t>
        <w:br/>
        <w:t>v -0.595286 19.599995 0.860998</w:t>
        <w:br/>
        <w:t>v -0.598455 17.716248 0.946679</w:t>
        <w:br/>
        <w:t>v -0.621805 17.709972 0.966108</w:t>
        <w:br/>
        <w:t>v -0.598230 17.725571 1.023291</w:t>
        <w:br/>
        <w:t>v -0.580166 17.729565 1.013520</w:t>
        <w:br/>
        <w:t>v -0.611520 17.756386 1.030619</w:t>
        <w:br/>
        <w:t>v -0.598230 17.725571 1.023291</w:t>
        <w:br/>
        <w:t>v -0.621805 17.709972 0.966108</w:t>
        <w:br/>
        <w:t>v -0.645968 17.756519 0.976404</w:t>
        <w:br/>
        <w:t>v -0.594071 17.781433 1.044123</w:t>
        <w:br/>
        <w:t>v -0.624160 17.806061 0.996998</w:t>
        <w:br/>
        <w:t>v -0.607775 17.814041 0.990271</w:t>
        <w:br/>
        <w:t>v -0.585565 17.787663 1.041705</w:t>
        <w:br/>
        <w:t>v -0.585565 17.787663 1.041705</w:t>
        <w:br/>
        <w:t>v -0.607775 17.814041 0.990271</w:t>
        <w:br/>
        <w:t>v -0.598455 17.716248 0.946679</w:t>
        <w:br/>
        <w:t>v -0.580166 17.729565 1.013520</w:t>
        <w:br/>
        <w:t>v -0.562492 17.758888 1.096571</w:t>
        <w:br/>
        <w:t>v -0.562492 17.758888 1.096571</w:t>
        <w:br/>
        <w:t>v -0.562492 17.758888 1.096571</w:t>
        <w:br/>
        <w:t>v -0.632753 17.706810 0.842220</w:t>
        <w:br/>
        <w:t>v -0.652745 17.697266 0.879938</w:t>
        <w:br/>
        <w:t>v -0.814287 18.393377 0.883921</w:t>
        <w:br/>
        <w:t>v -0.917430 18.321354 0.847757</w:t>
        <w:br/>
        <w:t>v -0.942859 18.124233 0.772147</w:t>
        <w:br/>
        <w:t>v -0.814287 18.393377 0.883921</w:t>
        <w:br/>
        <w:t>v -0.853657 18.286102 0.861210</w:t>
        <w:br/>
        <w:t>v -0.917430 18.321354 0.847757</w:t>
        <w:br/>
        <w:t>v 0.777196 17.806215 0.855223</w:t>
        <w:br/>
        <w:t>v 0.708288 17.724892 0.906632</w:t>
        <w:br/>
        <w:t>v 0.658157 17.754063 0.954922</w:t>
        <w:br/>
        <w:t>v 0.705169 17.848391 0.925046</w:t>
        <w:br/>
        <w:t>v 0.828042 17.747438 0.729632</w:t>
        <w:br/>
        <w:t>v 0.744502 17.689516 0.810654</w:t>
        <w:br/>
        <w:t>v 0.802776 17.740473 0.694708</w:t>
        <w:br/>
        <w:t>v 0.726063 17.689453 0.779926</w:t>
        <w:br/>
        <w:t>v 0.802776 17.740473 0.694708</w:t>
        <w:br/>
        <w:t>v 0.762327 17.799662 0.696287</w:t>
        <w:br/>
        <w:t>v 0.698091 17.728073 0.798115</w:t>
        <w:br/>
        <w:t>v 0.726063 17.689453 0.779926</w:t>
        <w:br/>
        <w:t>v 0.630799 17.755846 0.920787</w:t>
        <w:br/>
        <w:t>v 0.661827 17.853662 0.876205</w:t>
        <w:br/>
        <w:t>v 0.661827 17.853662 0.876205</w:t>
        <w:br/>
        <w:t>v 0.705169 17.848391 0.925046</w:t>
        <w:br/>
        <w:t>v 0.658157 17.754063 0.954922</w:t>
        <w:br/>
        <w:t>v 0.630799 17.755846 0.920787</w:t>
        <w:br/>
        <w:t>v -0.417321 18.750650 1.379659</w:t>
        <w:br/>
        <w:t>v -0.458120 18.661524 1.349232</w:t>
        <w:br/>
        <w:t>v -0.502038 18.665453 1.412842</w:t>
        <w:br/>
        <w:t>v -0.459849 18.748283 1.459315</w:t>
        <w:br/>
        <w:t>v 1.276583 18.542528 0.222046</w:t>
        <w:br/>
        <w:t>v 1.229455 18.618895 0.248051</w:t>
        <w:br/>
        <w:t>v 1.208392 18.585737 0.347536</w:t>
        <w:br/>
        <w:t>v 1.250574 18.496702 0.312976</w:t>
        <w:br/>
        <w:t>v 1.340532 18.657438 0.287647</w:t>
        <w:br/>
        <w:t>v 1.229455 18.618895 0.248051</w:t>
        <w:br/>
        <w:t>v 1.276583 18.542528 0.222046</w:t>
        <w:br/>
        <w:t>v 1.379238 18.587290 0.259187</w:t>
        <w:br/>
        <w:t>v 1.252640 18.591005 0.447047</w:t>
        <w:br/>
        <w:t>v 1.340532 18.657438 0.287647</w:t>
        <w:br/>
        <w:t>v 1.379238 18.587290 0.259187</w:t>
        <w:br/>
        <w:t>v 1.298393 18.508787 0.400624</w:t>
        <w:br/>
        <w:t>v 1.200020 18.577311 0.463219</w:t>
        <w:br/>
        <w:t>v 1.249858 18.488436 0.417322</w:t>
        <w:br/>
        <w:t>v 1.200020 18.577311 0.463219</w:t>
        <w:br/>
        <w:t>v 1.249858 18.488436 0.417322</w:t>
        <w:br/>
        <w:t>v -1.207183 18.608231 0.347535</w:t>
        <w:br/>
        <w:t>v -1.228098 18.644136 0.248050</w:t>
        <w:br/>
        <w:t>v -1.274980 18.572290 0.222044</w:t>
        <w:br/>
        <w:t>v -1.249082 18.524399 0.312974</w:t>
        <w:br/>
        <w:t>v -1.274980 18.572290 0.222044</w:t>
        <w:br/>
        <w:t>v -1.228098 18.644136 0.248050</w:t>
        <w:br/>
        <w:t>v -1.339076 18.684454 0.287646</w:t>
        <w:br/>
        <w:t>v -1.377562 18.618345 0.259186</w:t>
        <w:br/>
        <w:t>v -1.377562 18.618345 0.259186</w:t>
        <w:br/>
        <w:t>v -1.339076 18.684454 0.287646</w:t>
        <w:br/>
        <w:t>v -1.251496 18.612280 0.447046</w:t>
        <w:br/>
        <w:t>v -1.296964 18.535316 0.400623</w:t>
        <w:br/>
        <w:t>v -1.198989 18.596533 0.463218</w:t>
        <w:br/>
        <w:t>v -1.248521 18.513275 0.417320</w:t>
        <w:br/>
        <w:t>v -1.248521 18.513275 0.417320</w:t>
        <w:br/>
        <w:t>v -1.198989 18.596533 0.463218</w:t>
        <w:br/>
        <w:t>v 1.154812 18.677979 0.509955</w:t>
        <w:br/>
        <w:t>v -1.154099 18.691311 0.509954</w:t>
        <w:br/>
        <w:t>v 0.078454 17.683142 -0.114310</w:t>
        <w:br/>
        <w:t>v 0.125478 17.614046 -0.126091</w:t>
        <w:br/>
        <w:t>v 0.145771 17.647554 -0.179391</w:t>
        <w:br/>
        <w:t>v 0.098809 17.708920 -0.164317</w:t>
        <w:br/>
        <w:t>v 0.199573 17.670301 -0.161664</w:t>
        <w:br/>
        <w:t>v 0.168920 17.729084 -0.148643</w:t>
        <w:br/>
        <w:t>v 0.098809 17.708920 -0.164317</w:t>
        <w:br/>
        <w:t>v 0.145771 17.647554 -0.179391</w:t>
        <w:br/>
        <w:t>v 0.078454 17.683142 -0.114310</w:t>
        <w:br/>
        <w:t>v 0.116321 17.679399 -0.060366</w:t>
        <w:br/>
        <w:t>v 0.166678 17.622337 -0.086620</w:t>
        <w:br/>
        <w:t>v 0.125478 17.614046 -0.126091</w:t>
        <w:br/>
        <w:t>v 0.280870 17.424143 -0.286968</w:t>
        <w:br/>
        <w:t>v 0.256155 17.415236 -0.290859</w:t>
        <w:br/>
        <w:t>v 0.254401 17.349583 -0.281182</w:t>
        <w:br/>
        <w:t>v 0.268181 17.349615 -0.285995</w:t>
        <w:br/>
        <w:t>v 0.248940 17.345768 -0.264326</w:t>
        <w:br/>
        <w:t>v 0.254401 17.349583 -0.281182</w:t>
        <w:br/>
        <w:t>v 0.256155 17.415236 -0.290859</w:t>
        <w:br/>
        <w:t>v 0.248251 17.409225 -0.255739</w:t>
        <w:br/>
        <w:t>v 0.248940 17.345768 -0.264326</w:t>
        <w:br/>
        <w:t>v 0.248251 17.409225 -0.255739</w:t>
        <w:br/>
        <w:t>v 0.280344 17.423788 -0.251436</w:t>
        <w:br/>
        <w:t>v 0.270648 17.352531 -0.262665</w:t>
        <w:br/>
        <w:t>v 0.241700 17.270893 -0.273516</w:t>
        <w:br/>
        <w:t>v 0.241700 17.270893 -0.273516</w:t>
        <w:br/>
        <w:t>v 0.199573 17.670301 -0.161664</w:t>
        <w:br/>
        <w:t>v 0.166678 17.622337 -0.086620</w:t>
        <w:br/>
        <w:t>v 0.116321 17.679399 -0.060366</w:t>
        <w:br/>
        <w:t>v 0.168920 17.729084 -0.148643</w:t>
        <w:br/>
        <w:t>v 0.268181 17.349615 -0.285995</w:t>
        <w:br/>
        <w:t>v 0.270648 17.352531 -0.262665</w:t>
        <w:br/>
        <w:t>v 0.280344 17.423788 -0.251436</w:t>
        <w:br/>
        <w:t>v 0.280870 17.424143 -0.286968</w:t>
        <w:br/>
        <w:t>v 0.241700 17.270893 -0.273516</w:t>
        <w:br/>
        <w:t>v 0.237165 17.607185 -0.210618</w:t>
        <w:br/>
        <w:t>v 0.187334 17.582344 -0.233338</w:t>
        <w:br/>
        <w:t>v 0.227757 17.503605 -0.270600</w:t>
        <w:br/>
        <w:t>v 0.268794 17.523972 -0.259643</w:t>
        <w:br/>
        <w:t>v 0.220555 17.495813 -0.230491</w:t>
        <w:br/>
        <w:t>v 0.227757 17.503605 -0.270600</w:t>
        <w:br/>
        <w:t>v 0.187334 17.582344 -0.233338</w:t>
        <w:br/>
        <w:t>v 0.173718 17.566921 -0.186167</w:t>
        <w:br/>
        <w:t>v 0.260840 17.505798 -0.207270</w:t>
        <w:br/>
        <w:t>v 0.220555 17.495813 -0.230491</w:t>
        <w:br/>
        <w:t>v 0.173718 17.566921 -0.186167</w:t>
        <w:br/>
        <w:t>v 0.219377 17.570999 -0.150416</w:t>
        <w:br/>
        <w:t>v 0.260840 17.505798 -0.207270</w:t>
        <w:br/>
        <w:t>v 0.219377 17.570999 -0.150416</w:t>
        <w:br/>
        <w:t>v 0.237165 17.607185 -0.210618</w:t>
        <w:br/>
        <w:t>v 0.268794 17.523972 -0.259643</w:t>
        <w:br/>
        <w:t>v -0.145771 17.647554 -0.179391</w:t>
        <w:br/>
        <w:t>v -0.125478 17.614046 -0.126090</w:t>
        <w:br/>
        <w:t>v -0.078454 17.683142 -0.114310</w:t>
        <w:br/>
        <w:t>v -0.098809 17.708920 -0.164317</w:t>
        <w:br/>
        <w:t>v -0.098809 17.708920 -0.164317</w:t>
        <w:br/>
        <w:t>v -0.168920 17.729084 -0.148642</w:t>
        <w:br/>
        <w:t>v -0.199573 17.670301 -0.161664</w:t>
        <w:br/>
        <w:t>v -0.145771 17.647554 -0.179391</w:t>
        <w:br/>
        <w:t>v -0.166678 17.622337 -0.086620</w:t>
        <w:br/>
        <w:t>v -0.116321 17.679399 -0.060365</w:t>
        <w:br/>
        <w:t>v -0.078454 17.683142 -0.114310</w:t>
        <w:br/>
        <w:t>v -0.125478 17.614046 -0.126090</w:t>
        <w:br/>
        <w:t>v -0.254401 17.349583 -0.281182</w:t>
        <w:br/>
        <w:t>v -0.256155 17.415236 -0.290858</w:t>
        <w:br/>
        <w:t>v -0.280870 17.424143 -0.286967</w:t>
        <w:br/>
        <w:t>v -0.268180 17.349615 -0.285994</w:t>
        <w:br/>
        <w:t>v -0.256155 17.415236 -0.290858</w:t>
        <w:br/>
        <w:t>v -0.254401 17.349583 -0.281182</w:t>
        <w:br/>
        <w:t>v -0.248939 17.345768 -0.264326</w:t>
        <w:br/>
        <w:t>v -0.248251 17.409225 -0.255739</w:t>
        <w:br/>
        <w:t>v -0.280343 17.423788 -0.251435</w:t>
        <w:br/>
        <w:t>v -0.248251 17.409225 -0.255739</w:t>
        <w:br/>
        <w:t>v -0.248939 17.345768 -0.264326</w:t>
        <w:br/>
        <w:t>v -0.270648 17.352531 -0.262664</w:t>
        <w:br/>
        <w:t>v -0.241699 17.270893 -0.273516</w:t>
        <w:br/>
        <w:t>v -0.241699 17.270893 -0.273516</w:t>
        <w:br/>
        <w:t>v -0.116321 17.679399 -0.060365</w:t>
        <w:br/>
        <w:t>v -0.166678 17.622337 -0.086620</w:t>
        <w:br/>
        <w:t>v -0.199573 17.670301 -0.161664</w:t>
        <w:br/>
        <w:t>v -0.168920 17.729084 -0.148642</w:t>
        <w:br/>
        <w:t>v -0.280343 17.423788 -0.251435</w:t>
        <w:br/>
        <w:t>v -0.270648 17.352531 -0.262664</w:t>
        <w:br/>
        <w:t>v -0.268180 17.349615 -0.285994</w:t>
        <w:br/>
        <w:t>v -0.280870 17.424143 -0.286967</w:t>
        <w:br/>
        <w:t>v -0.241699 17.270893 -0.273516</w:t>
        <w:br/>
        <w:t>v -0.227757 17.503605 -0.270600</w:t>
        <w:br/>
        <w:t>v -0.187334 17.582344 -0.233338</w:t>
        <w:br/>
        <w:t>v -0.237165 17.607185 -0.210618</w:t>
        <w:br/>
        <w:t>v -0.268794 17.523972 -0.259643</w:t>
        <w:br/>
        <w:t>v -0.187334 17.582344 -0.233338</w:t>
        <w:br/>
        <w:t>v -0.227757 17.503605 -0.270600</w:t>
        <w:br/>
        <w:t>v -0.220554 17.495813 -0.230490</w:t>
        <w:br/>
        <w:t>v -0.173718 17.566921 -0.186167</w:t>
        <w:br/>
        <w:t>v -0.173718 17.566921 -0.186167</w:t>
        <w:br/>
        <w:t>v -0.220554 17.495813 -0.230490</w:t>
        <w:br/>
        <w:t>v -0.260840 17.505798 -0.207270</w:t>
        <w:br/>
        <w:t>v -0.219377 17.570999 -0.150415</w:t>
        <w:br/>
        <w:t>v -0.260840 17.505798 -0.207270</w:t>
        <w:br/>
        <w:t>v -0.268794 17.523972 -0.259643</w:t>
        <w:br/>
        <w:t>v -0.237165 17.607185 -0.210618</w:t>
        <w:br/>
        <w:t>v -0.219377 17.570999 -0.150415</w:t>
        <w:br/>
        <w:t>v -0.431820 19.991022 0.039716</w:t>
        <w:br/>
        <w:t>v -0.383213 19.915928 0.062936</w:t>
        <w:br/>
        <w:t>v -0.305053 19.877695 0.045909</w:t>
        <w:br/>
        <w:t>v -0.318382 19.962446 -0.030255</w:t>
        <w:br/>
        <w:t>v -0.459514 20.082472 0.027363</w:t>
        <w:br/>
        <w:t>v -0.336801 20.082657 -0.067842</w:t>
        <w:br/>
        <w:t>v -0.460096 20.207064 0.030134</w:t>
        <w:br/>
        <w:t>v -0.337159 20.208004 -0.065004</w:t>
        <w:br/>
        <w:t>v -0.220683 19.853384 0.029676</w:t>
        <w:br/>
        <w:t>v -0.227215 19.945841 -0.061561</w:t>
        <w:br/>
        <w:t>v -0.237242 20.075054 -0.112353</w:t>
        <w:br/>
        <w:t>v -0.239059 20.208834 -0.112964</w:t>
        <w:br/>
        <w:t>v -0.117886 19.839853 0.017942</w:t>
        <w:br/>
        <w:t>v -0.120258 19.935112 -0.080446</w:t>
        <w:br/>
        <w:t>v -0.124178 20.069157 -0.137318</w:t>
        <w:br/>
        <w:t>v -0.126103 20.208651 -0.143581</w:t>
        <w:br/>
        <w:t>v 0.000552 19.839895 0.014722</w:t>
        <w:br/>
        <w:t>v 0.000552 19.931850 -0.087077</w:t>
        <w:br/>
        <w:t>v 0.000552 20.067585 -0.142997</w:t>
        <w:br/>
        <w:t>v 0.000552 20.207939 -0.153940</w:t>
        <w:br/>
        <w:t>v -0.375228 20.458075 0.132933</w:t>
        <w:br/>
        <w:t>v -0.382207 20.406639 0.081980</w:t>
        <w:br/>
        <w:t>v -0.285201 20.422001 0.010547</w:t>
        <w:br/>
        <w:t>v -0.298020 20.500498 0.088866</w:t>
        <w:br/>
        <w:t>v -0.206412 20.441055 -0.024372</w:t>
        <w:br/>
        <w:t>v -0.215308 20.531055 0.066191</w:t>
        <w:br/>
        <w:t>v -0.110435 20.456507 -0.045913</w:t>
        <w:br/>
        <w:t>v -0.113255 20.554348 0.056752</w:t>
        <w:br/>
        <w:t>v 0.000552 20.461807 -0.055510</w:t>
        <w:br/>
        <w:t>v 0.000552 20.562643 0.053942</w:t>
        <w:br/>
        <w:t>v -0.426393 20.318285 0.055351</w:t>
        <w:br/>
        <w:t>v -0.316493 20.323318 -0.032735</w:t>
        <w:br/>
        <w:t>v -0.226805 20.334843 -0.079013</w:t>
        <w:br/>
        <w:t>v -0.121661 20.344034 -0.111112</w:t>
        <w:br/>
        <w:t>v 0.000552 20.345280 -0.120385</w:t>
        <w:br/>
        <w:t>v -0.295854 19.883745 0.588962</w:t>
        <w:br/>
        <w:t>v -0.362228 19.925207 0.562115</w:t>
        <w:br/>
        <w:t>v -0.403293 19.998384 0.578893</w:t>
        <w:br/>
        <w:t>v -0.305428 19.962490 0.652602</w:t>
        <w:br/>
        <w:t>v -0.220426 19.854107 0.612755</w:t>
        <w:br/>
        <w:t>v -0.227992 19.940201 0.685857</w:t>
        <w:br/>
        <w:t>v -0.119583 19.831293 0.627577</w:t>
        <w:br/>
        <w:t>v -0.122226 19.904829 0.701321</w:t>
        <w:br/>
        <w:t>v 0.000552 19.826872 0.632815</w:t>
        <w:br/>
        <w:t>v 0.000552 19.898605 0.710671</w:t>
        <w:br/>
        <w:t>v -0.428849 20.076321 0.589542</w:t>
        <w:br/>
        <w:t>v -0.324807 20.068409 0.686891</w:t>
        <w:br/>
        <w:t>v -0.233858 20.058178 0.732372</w:t>
        <w:br/>
        <w:t>v -0.121705 20.010015 0.751962</w:t>
        <w:br/>
        <w:t>v 0.000552 20.003918 0.766282</w:t>
        <w:br/>
        <w:t>v -0.117188 20.085588 0.770265</w:t>
        <w:br/>
        <w:t>v -0.059020 20.082764 0.780739</w:t>
        <w:br/>
        <w:t>v -0.436208 20.168497 0.591537</w:t>
        <w:br/>
        <w:t>v -0.327755 20.168081 0.688963</w:t>
        <w:br/>
        <w:t>v -0.226679 20.162903 0.736900</w:t>
        <w:br/>
        <w:t>v -0.053671 20.128370 0.783048</w:t>
        <w:br/>
        <w:t>v -0.276708 20.411552 0.617537</w:t>
        <w:br/>
        <w:t>v -0.348918 20.411551 0.551620</w:t>
        <w:br/>
        <w:t>v -0.295018 20.467337 0.555661</w:t>
        <w:br/>
        <w:t>v -0.258995 20.366980 0.644266</w:t>
        <w:br/>
        <w:t>v -0.302373 20.347227 0.629458</w:t>
        <w:br/>
        <w:t>v -0.281179 20.315277 0.651563</w:t>
        <w:br/>
        <w:t>v -0.307631 20.278608 0.643454</w:t>
        <w:br/>
        <w:t>v -0.404307 20.273508 0.566662</w:t>
        <w:br/>
        <w:t>v -0.317973 20.222986 0.665979</w:t>
        <w:br/>
        <w:t>v -0.424475 20.222551 0.581480</w:t>
        <w:br/>
        <w:t>v -0.209016 20.509211 0.575754</w:t>
        <w:br/>
        <w:t>v -0.206707 20.427927 0.646481</w:t>
        <w:br/>
        <w:t>v -0.201981 20.277712 0.684335</w:t>
        <w:br/>
        <w:t>v -0.223640 20.218618 0.707931</w:t>
        <w:br/>
        <w:t>v -0.225673 20.279284 0.675846</w:t>
        <w:br/>
        <w:t>v -0.108379 20.528671 0.590958</w:t>
        <w:br/>
        <w:t>v -0.108796 20.441896 0.668238</w:t>
        <w:br/>
        <w:t>v 0.000552 20.533333 0.598850</w:t>
        <w:br/>
        <w:t>v 0.000552 20.449127 0.677633</w:t>
        <w:br/>
        <w:t>v 0.000552 20.365641 0.712734</w:t>
        <w:br/>
        <w:t>v -0.085970 20.362143 0.703116</w:t>
        <w:br/>
        <w:t>v 0.000552 20.230431 0.763745</w:t>
        <w:br/>
        <w:t>v -0.055785 20.232605 0.756790</w:t>
        <w:br/>
        <w:t>v -0.093271 20.268127 0.717912</w:t>
        <w:br/>
        <w:t>v 0.000552 20.268473 0.734496</w:t>
        <w:br/>
        <w:t>v -0.425034 19.888567 0.230048</w:t>
        <w:br/>
        <w:t>v -0.332557 19.838093 0.228786</w:t>
        <w:br/>
        <w:t>v -0.232123 19.803070 0.224147</w:t>
        <w:br/>
        <w:t>v -0.121755 19.785522 0.220445</w:t>
        <w:br/>
        <w:t>v 0.000552 19.779734 0.218404</w:t>
        <w:br/>
        <w:t>v -0.331258 19.834896 0.434292</w:t>
        <w:br/>
        <w:t>v -0.414417 19.898123 0.428172</w:t>
        <w:br/>
        <w:t>v -0.234956 19.792219 0.441610</w:t>
        <w:br/>
        <w:t>v -0.119583 19.831293 0.627577</w:t>
        <w:br/>
        <w:t>v -0.123489 19.770094 0.446546</w:t>
        <w:br/>
        <w:t>v 0.000552 19.826872 0.632815</w:t>
        <w:br/>
        <w:t>v 0.000552 19.766878 0.448381</w:t>
        <w:br/>
        <w:t>v -0.319427 20.553926 0.158535</w:t>
        <w:br/>
        <w:t>v -0.376041 20.507797 0.178489</w:t>
        <w:br/>
        <w:t>v -0.354159 20.608168 0.214199</w:t>
        <w:br/>
        <w:t>v -0.403461 20.572309 0.220590</w:t>
        <w:br/>
        <w:t>v -0.396623 20.661366 0.272187</w:t>
        <w:br/>
        <w:t>v -0.438459 20.627449 0.277259</w:t>
        <w:br/>
        <w:t>v -0.227002 20.578936 0.157246</w:t>
        <w:br/>
        <w:t>v -0.233236 20.601624 0.233495</w:t>
        <w:br/>
        <w:t>v -0.270225 20.586586 0.178191</w:t>
        <w:br/>
        <w:t>v -0.117479 20.608166 0.191683</w:t>
        <w:br/>
        <w:t>v -0.120562 20.619631 0.299119</w:t>
        <w:br/>
        <w:t>v -0.205902 20.602343 0.316969</w:t>
        <w:br/>
        <w:t>v 0.000552 20.618872 0.187829</w:t>
        <w:br/>
        <w:t>v 0.000552 20.633602 0.297763</w:t>
        <w:br/>
        <w:t>v -0.320663 20.501680 0.465351</w:t>
        <w:br/>
        <w:t>v -0.223719 20.558380 0.490074</w:t>
        <w:br/>
        <w:t>v -0.114468 20.584574 0.507354</w:t>
        <w:br/>
        <w:t>v 0.000552 20.591616 0.506687</w:t>
        <w:br/>
        <w:t>v -0.338992 20.523058 0.345322</w:t>
        <w:br/>
        <w:t>v -0.237522 20.582632 0.396221</w:t>
        <w:br/>
        <w:t>v -0.119713 20.614843 0.406314</w:t>
        <w:br/>
        <w:t>v 0.000552 20.625748 0.408551</w:t>
        <w:br/>
        <w:t>v -0.353669 20.659204 0.361044</w:t>
        <w:br/>
        <w:t>v -0.406516 20.658419 0.343989</w:t>
        <w:br/>
        <w:t>v -0.417416 20.683428 0.339005</w:t>
        <w:br/>
        <w:t>v -0.358456 20.687910 0.353715</w:t>
        <w:br/>
        <w:t>v -0.119713 20.614843 0.406314</w:t>
        <w:br/>
        <w:t>v -0.216762 20.597654 0.383766</w:t>
        <w:br/>
        <w:t>v 0.000552 20.625748 0.408551</w:t>
        <w:br/>
        <w:t>v -0.415361 20.475849 0.219827</w:t>
        <w:br/>
        <w:t>v -0.435968 20.438665 0.198495</w:t>
        <w:br/>
        <w:t>v -0.474396 20.353235 0.166918</w:t>
        <w:br/>
        <w:t>v -0.510842 20.295549 0.153678</w:t>
        <w:br/>
        <w:t>v -0.528048 20.241770 0.154054</w:t>
        <w:br/>
        <w:t>v -0.485069 20.463964 0.279846</w:t>
        <w:br/>
        <w:t>v -0.501956 20.415562 0.278067</w:t>
        <w:br/>
        <w:t>v -0.462966 20.421995 0.185812</w:t>
        <w:br/>
        <w:t>v -0.507680 20.345476 0.272838</w:t>
        <w:br/>
        <w:t>v -0.541090 20.344900 0.273536</w:t>
        <w:br/>
        <w:t>v -0.551552 20.296549 0.274431</w:t>
        <w:br/>
        <w:t>v -0.505651 19.972895 0.196052</w:t>
        <w:br/>
        <w:t>v -0.510343 19.971441 0.255609</w:t>
        <w:br/>
        <w:t>v -0.547268 20.075253 0.170184</w:t>
        <w:br/>
        <w:t>v -0.559743 20.074144 0.274045</w:t>
        <w:br/>
        <w:t>v -0.547122 20.187777 0.156837</w:t>
        <w:br/>
        <w:t>v -0.553397 20.159912 0.156383</w:t>
        <w:br/>
        <w:t>v -0.559315 20.228643 0.276334</w:t>
        <w:br/>
        <w:t>v -0.604704 20.222765 0.275814</w:t>
        <w:br/>
        <w:t>v -0.547122 20.187777 0.156837</w:t>
        <w:br/>
        <w:t>v -0.467349 19.984180 0.461928</w:t>
        <w:br/>
        <w:t>v -0.497947 20.078833 0.482989</w:t>
        <w:br/>
        <w:t>v -0.507409 20.167032 0.484033</w:t>
        <w:br/>
        <w:t>v -0.491436 19.982924 0.400261</w:t>
        <w:br/>
        <w:t>v -0.540187 20.078110 0.381916</w:t>
        <w:br/>
        <w:t>v -0.553767 20.177622 0.387684</w:t>
        <w:br/>
        <w:t>v -0.595222 20.172487 0.274662</w:t>
        <w:br/>
        <w:t>v -0.604704 20.222765 0.275814</w:t>
        <w:br/>
        <w:t>v -0.415649 20.406828 0.465849</w:t>
        <w:br/>
        <w:t>v -0.447972 20.453611 0.301642</w:t>
        <w:br/>
        <w:t>v -0.426347 20.448690 0.350682</w:t>
        <w:br/>
        <w:t>v -0.458939 20.432722 0.374878</w:t>
        <w:br/>
        <w:t>v -0.382684 20.338629 0.554722</w:t>
        <w:br/>
        <w:t>v -0.440832 20.334049 0.461375</w:t>
        <w:br/>
        <w:t>v -0.474153 20.386354 0.381867</w:t>
        <w:br/>
        <w:t>v -0.480536 20.333059 0.377289</w:t>
        <w:br/>
        <w:t>v -0.475919 20.277136 0.472392</w:t>
        <w:br/>
        <w:t>v -0.514903 20.296192 0.389492</w:t>
        <w:br/>
        <w:t>v -0.541090 20.344900 0.273536</w:t>
        <w:br/>
        <w:t>v -0.507680 20.345476 0.272838</w:t>
        <w:br/>
        <w:t>v -0.498623 20.215830 0.480867</w:t>
        <w:br/>
        <w:t>v -0.545493 20.212437 0.361329</w:t>
        <w:br/>
        <w:t>v -0.527509 20.245813 0.392751</w:t>
        <w:br/>
        <w:t>v -0.559315 20.228643 0.276334</w:t>
        <w:br/>
        <w:t>v -0.309007 20.634048 0.240334</w:t>
        <w:br/>
        <w:t>v -0.427436 20.632685 0.330171</w:t>
        <w:br/>
        <w:t>v -0.446206 20.646263 0.315535</w:t>
        <w:br/>
        <w:t>v -0.463037 20.534027 0.292544</w:t>
        <w:br/>
        <w:t>v -0.447972 20.453611 0.301642</w:t>
        <w:br/>
        <w:t>v -0.440857 20.455160 0.267924</w:t>
        <w:br/>
        <w:t>v -0.449127 20.531496 0.263531</w:t>
        <w:br/>
        <w:t>v -0.347431 20.680910 0.317842</w:t>
        <w:br/>
        <w:t>v -0.272626 20.650545 0.309780</w:t>
        <w:br/>
        <w:t>v -0.436927 20.534292 0.315074</w:t>
        <w:br/>
        <w:t>v -0.424268 20.469416 0.329110</w:t>
        <w:br/>
        <w:t>v -0.447972 20.453611 0.301642</w:t>
        <w:br/>
        <w:t>v -0.463037 20.534027 0.292544</w:t>
        <w:br/>
        <w:t>v -0.360938 20.578123 0.331867</w:t>
        <w:br/>
        <w:t>v -0.258238 20.645491 0.371700</w:t>
        <w:br/>
        <w:t>v -0.216762 20.597654 0.383766</w:t>
        <w:br/>
        <w:t>v -0.275991 20.625414 0.380535</w:t>
        <w:br/>
        <w:t>v -0.216762 20.597654 0.383766</w:t>
        <w:br/>
        <w:t>v -0.459928 20.599384 0.298407</w:t>
        <w:br/>
        <w:t>v -0.446206 20.646263 0.315535</w:t>
        <w:br/>
        <w:t>v -0.303690 20.671631 0.365047</w:t>
        <w:br/>
        <w:t>v -0.358456 20.687910 0.353715</w:t>
        <w:br/>
        <w:t>v -0.311023 20.644939 0.372831</w:t>
        <w:br/>
        <w:t>v -0.436047 20.585613 0.318732</w:t>
        <w:br/>
        <w:t>v -0.459928 20.599384 0.298407</w:t>
        <w:br/>
        <w:t>v -0.303690 20.671631 0.365047</w:t>
        <w:br/>
        <w:t>v -0.258238 20.645491 0.371700</w:t>
        <w:br/>
        <w:t>v -0.417416 20.683428 0.339005</w:t>
        <w:br/>
        <w:t>v -0.485069 20.463964 0.279846</w:t>
        <w:br/>
        <w:t>v -0.440857 20.455160 0.267924</w:t>
        <w:br/>
        <w:t>v -0.462966 20.421995 0.185812</w:t>
        <w:br/>
        <w:t>v -0.458939 20.432722 0.374878</w:t>
        <w:br/>
        <w:t>v -0.227585 20.383053 0.653025</w:t>
        <w:br/>
        <w:t>v -0.127995 20.364351 0.693185</w:t>
        <w:br/>
        <w:t>v -0.152450 20.382343 0.680755</w:t>
        <w:br/>
        <w:t>v -0.119629 20.293184 0.704647</w:t>
        <w:br/>
        <w:t>v -0.116108 20.330658 0.700247</w:t>
        <w:br/>
        <w:t>v -0.176346 20.273037 0.694979</w:t>
        <w:br/>
        <w:t>v -0.141177 20.274761 0.703577</w:t>
        <w:br/>
        <w:t>v -0.128262 20.231520 0.737096</w:t>
        <w:br/>
        <w:t>v -0.257072 20.286676 0.664347</w:t>
        <w:br/>
        <w:t>v -0.248486 20.360636 0.646723</w:t>
        <w:br/>
        <w:t>v -0.268689 20.341211 0.646382</w:t>
        <w:br/>
        <w:t>v -0.278495 20.342653 0.645603</w:t>
        <w:br/>
        <w:t>v -0.272401 20.315191 0.651931</w:t>
        <w:br/>
        <w:t>v -0.252760 20.293659 0.661292</w:t>
        <w:br/>
        <w:t>v -0.224204 20.287720 0.671743</w:t>
        <w:br/>
        <w:t>v -0.201581 20.286066 0.680231</w:t>
        <w:br/>
        <w:t>v -0.174922 20.278347 0.691540</w:t>
        <w:br/>
        <w:t>v -0.145010 20.281151 0.697726</w:t>
        <w:br/>
        <w:t>v -0.127087 20.298466 0.696506</w:t>
        <w:br/>
        <w:t>v -0.125187 20.329481 0.693063</w:t>
        <w:br/>
        <w:t>v -0.138115 20.357609 0.686842</w:t>
        <w:br/>
        <w:t>v -0.160457 20.371941 0.677048</w:t>
        <w:br/>
        <w:t>v -0.191247 20.377361 0.664320</w:t>
        <w:br/>
        <w:t>v -0.190665 20.390215 0.665343</w:t>
        <w:br/>
        <w:t>v -0.223088 20.372019 0.653225</w:t>
        <w:br/>
        <w:t>v -0.226498 20.347725 0.683472</w:t>
        <w:br/>
        <w:t>v -0.190482 20.327753 0.705786</w:t>
        <w:br/>
        <w:t>v -0.236737 20.333633 0.684213</w:t>
        <w:br/>
        <w:t>v -0.237341 20.320240 0.686638</w:t>
        <w:br/>
        <w:t>v -0.227262 20.308147 0.692374</w:t>
        <w:br/>
        <w:t>v -0.209486 20.305344 0.698732</w:t>
        <w:br/>
        <w:t>v -0.197428 20.303442 0.702719</w:t>
        <w:br/>
        <w:t>v -0.180687 20.302299 0.707156</w:t>
        <w:br/>
        <w:t>v -0.165205 20.305136 0.709711</w:t>
        <w:br/>
        <w:t>v -0.153944 20.313669 0.709220</w:t>
        <w:br/>
        <w:t>v -0.151758 20.329668 0.705662</w:t>
        <w:br/>
        <w:t>v -0.157008 20.347504 0.700377</w:t>
        <w:br/>
        <w:t>v -0.170882 20.358618 0.694562</w:t>
        <w:br/>
        <w:t>v -0.191912 20.359308 0.690368</w:t>
        <w:br/>
        <w:t>v -0.209929 20.354996 0.686907</w:t>
        <w:br/>
        <w:t>v -0.248486 20.360636 0.646723</w:t>
        <w:br/>
        <w:t>v -0.241172 20.357168 0.660259</w:t>
        <w:br/>
        <w:t>v -0.260022 20.340256 0.660268</w:t>
        <w:br/>
        <w:t>v -0.268689 20.341211 0.646382</w:t>
        <w:br/>
        <w:t>v -0.262668 20.316904 0.664848</w:t>
        <w:br/>
        <w:t>v -0.272401 20.315191 0.651931</w:t>
        <w:br/>
        <w:t>v -0.249536 20.299463 0.671946</w:t>
        <w:br/>
        <w:t>v -0.252760 20.293659 0.661292</w:t>
        <w:br/>
        <w:t>v -0.222016 20.291943 0.683336</w:t>
        <w:br/>
        <w:t>v -0.224204 20.287720 0.671743</w:t>
        <w:br/>
        <w:t>v -0.200957 20.291636 0.690146</w:t>
        <w:br/>
        <w:t>v -0.201581 20.286066 0.680231</w:t>
        <w:br/>
        <w:t>v -0.172634 20.285257 0.699674</w:t>
        <w:br/>
        <w:t>v -0.174922 20.278347 0.691540</w:t>
        <w:br/>
        <w:t>v -0.147545 20.289150 0.702299</w:t>
        <w:br/>
        <w:t>v -0.145010 20.281151 0.697726</w:t>
        <w:br/>
        <w:t>v -0.132537 20.303553 0.700411</w:t>
        <w:br/>
        <w:t>v -0.127087 20.298466 0.696506</w:t>
        <w:br/>
        <w:t>v -0.125187 20.329481 0.693063</w:t>
        <w:br/>
        <w:t>v -0.131052 20.329338 0.697717</w:t>
        <w:br/>
        <w:t>v -0.142238 20.354818 0.691470</w:t>
        <w:br/>
        <w:t>v -0.138115 20.357609 0.686842</w:t>
        <w:br/>
        <w:t>v -0.162218 20.368719 0.682985</w:t>
        <w:br/>
        <w:t>v -0.160457 20.371941 0.677048</w:t>
        <w:br/>
        <w:t>v -0.190727 20.372448 0.674075</w:t>
        <w:br/>
        <w:t>v -0.191247 20.377361 0.664320</w:t>
        <w:br/>
        <w:t>v -0.219733 20.367643 0.666152</w:t>
        <w:br/>
        <w:t>v -0.223088 20.372019 0.653225</w:t>
        <w:br/>
        <w:t>v -0.107240 20.202383 0.763335</w:t>
        <w:br/>
        <w:t>v 0.000552 20.208340 0.777617</w:t>
        <w:br/>
        <w:t>v -0.043585 20.196396 0.782449</w:t>
        <w:br/>
        <w:t>v 0.000552 20.174917 0.775843</w:t>
        <w:br/>
        <w:t>v -0.047114 20.154018 0.777927</w:t>
        <w:br/>
        <w:t>v -0.090709 20.168493 0.773427</w:t>
        <w:br/>
        <w:t>v 0.000552 20.148220 0.785660</w:t>
        <w:br/>
        <w:t>v 0.000552 20.081013 0.785330</w:t>
        <w:br/>
        <w:t>v 0.306157 19.877695 0.045909</w:t>
        <w:br/>
        <w:t>v 0.384317 19.915928 0.062936</w:t>
        <w:br/>
        <w:t>v 0.432924 19.991022 0.039716</w:t>
        <w:br/>
        <w:t>v 0.319486 19.962446 -0.030255</w:t>
        <w:br/>
        <w:t>v 0.460618 20.082472 0.027363</w:t>
        <w:br/>
        <w:t>v 0.337904 20.082657 -0.067842</w:t>
        <w:br/>
        <w:t>v 0.461200 20.207064 0.030134</w:t>
        <w:br/>
        <w:t>v 0.338263 20.208004 -0.065004</w:t>
        <w:br/>
        <w:t>v 0.221787 19.853384 0.029676</w:t>
        <w:br/>
        <w:t>v 0.228319 19.945841 -0.061561</w:t>
        <w:br/>
        <w:t>v 0.238346 20.075054 -0.112353</w:t>
        <w:br/>
        <w:t>v 0.240163 20.208834 -0.112964</w:t>
        <w:br/>
        <w:t>v 0.118990 19.839853 0.017942</w:t>
        <w:br/>
        <w:t>v 0.121362 19.935112 -0.080446</w:t>
        <w:br/>
        <w:t>v 0.125282 20.069157 -0.137318</w:t>
        <w:br/>
        <w:t>v 0.127206 20.208651 -0.143581</w:t>
        <w:br/>
        <w:t>v 0.286305 20.422001 0.010547</w:t>
        <w:br/>
        <w:t>v 0.383311 20.406639 0.081980</w:t>
        <w:br/>
        <w:t>v 0.376332 20.458075 0.132933</w:t>
        <w:br/>
        <w:t>v 0.299124 20.500498 0.088866</w:t>
        <w:br/>
        <w:t>v 0.207516 20.441055 -0.024372</w:t>
        <w:br/>
        <w:t>v 0.216412 20.531055 0.066191</w:t>
        <w:br/>
        <w:t>v 0.111538 20.456507 -0.045913</w:t>
        <w:br/>
        <w:t>v 0.114359 20.554348 0.056752</w:t>
        <w:br/>
        <w:t>v 0.317596 20.323318 -0.032735</w:t>
        <w:br/>
        <w:t>v 0.427497 20.318285 0.055351</w:t>
        <w:br/>
        <w:t>v 0.227908 20.334843 -0.079013</w:t>
        <w:br/>
        <w:t>v 0.122765 20.344034 -0.111112</w:t>
        <w:br/>
        <w:t>v 0.404397 19.998384 0.578893</w:t>
        <w:br/>
        <w:t>v 0.363332 19.925207 0.562115</w:t>
        <w:br/>
        <w:t>v 0.296957 19.883745 0.588962</w:t>
        <w:br/>
        <w:t>v 0.306531 19.962490 0.652602</w:t>
        <w:br/>
        <w:t>v 0.221529 19.854107 0.612755</w:t>
        <w:br/>
        <w:t>v 0.229095 19.940201 0.685857</w:t>
        <w:br/>
        <w:t>v 0.120686 19.831293 0.627577</w:t>
        <w:br/>
        <w:t>v 0.123330 19.904829 0.701321</w:t>
        <w:br/>
        <w:t>v 0.429953 20.076321 0.589542</w:t>
        <w:br/>
        <w:t>v 0.325911 20.068409 0.686891</w:t>
        <w:br/>
        <w:t>v 0.234962 20.058178 0.732372</w:t>
        <w:br/>
        <w:t>v 0.122808 20.010015 0.751962</w:t>
        <w:br/>
        <w:t>v 0.118292 20.085588 0.770265</w:t>
        <w:br/>
        <w:t>v 0.060124 20.082764 0.780739</w:t>
        <w:br/>
        <w:t>v 0.328858 20.168081 0.688963</w:t>
        <w:br/>
        <w:t>v 0.437312 20.168497 0.591537</w:t>
        <w:br/>
        <w:t>v 0.227782 20.162903 0.736900</w:t>
        <w:br/>
        <w:t>v 0.054775 20.128370 0.783048</w:t>
        <w:br/>
        <w:t>v 0.350022 20.411551 0.551620</w:t>
        <w:br/>
        <w:t>v 0.277811 20.411552 0.617537</w:t>
        <w:br/>
        <w:t>v 0.296121 20.467337 0.555661</w:t>
        <w:br/>
        <w:t>v 0.303477 20.347227 0.629458</w:t>
        <w:br/>
        <w:t>v 0.260212 20.367193 0.644207</w:t>
        <w:br/>
        <w:t>v 0.282294 20.315363 0.651488</w:t>
        <w:br/>
        <w:t>v 0.308735 20.278608 0.643454</w:t>
        <w:br/>
        <w:t>v 0.319076 20.222986 0.665979</w:t>
        <w:br/>
        <w:t>v 0.405411 20.273508 0.566662</w:t>
        <w:br/>
        <w:t>v 0.425579 20.222551 0.581480</w:t>
        <w:br/>
        <w:t>v 0.207811 20.427927 0.646481</w:t>
        <w:br/>
        <w:t>v 0.210120 20.509211 0.575754</w:t>
        <w:br/>
        <w:t>v 0.224743 20.218618 0.707931</w:t>
        <w:br/>
        <w:t>v 0.203012 20.277906 0.684300</w:t>
        <w:br/>
        <w:t>v 0.226935 20.279205 0.675787</w:t>
        <w:br/>
        <w:t>v 0.109900 20.441896 0.668238</w:t>
        <w:br/>
        <w:t>v 0.109482 20.528671 0.590958</w:t>
        <w:br/>
        <w:t>v 0.087074 20.362143 0.703116</w:t>
        <w:br/>
        <w:t>v 0.094375 20.268127 0.717912</w:t>
        <w:br/>
        <w:t>v 0.056889 20.232603 0.756791</w:t>
        <w:br/>
        <w:t>v 0.426138 19.888567 0.230048</w:t>
        <w:br/>
        <w:t>v 0.333661 19.838093 0.228786</w:t>
        <w:br/>
        <w:t>v 0.233227 19.803070 0.224147</w:t>
        <w:br/>
        <w:t>v 0.122859 19.785522 0.220445</w:t>
        <w:br/>
        <w:t>v 0.332362 19.834896 0.434292</w:t>
        <w:br/>
        <w:t>v 0.415521 19.898123 0.428172</w:t>
        <w:br/>
        <w:t>v 0.236059 19.792219 0.441610</w:t>
        <w:br/>
        <w:t>v 0.124593 19.770094 0.446546</w:t>
        <w:br/>
        <w:t>v 0.120686 19.831293 0.627577</w:t>
        <w:br/>
        <w:t>v 0.377145 20.507797 0.178489</w:t>
        <w:br/>
        <w:t>v 0.320531 20.553926 0.158535</w:t>
        <w:br/>
        <w:t>v 0.404565 20.572309 0.220590</w:t>
        <w:br/>
        <w:t>v 0.355262 20.608168 0.214199</w:t>
        <w:br/>
        <w:t>v 0.439563 20.627449 0.277259</w:t>
        <w:br/>
        <w:t>v 0.397727 20.661366 0.272187</w:t>
        <w:br/>
        <w:t>v 0.228106 20.578936 0.157246</w:t>
        <w:br/>
        <w:t>v 0.271329 20.586586 0.178191</w:t>
        <w:br/>
        <w:t>v 0.234340 20.601624 0.233495</w:t>
        <w:br/>
        <w:t>v 0.118583 20.608166 0.191683</w:t>
        <w:br/>
        <w:t>v 0.121665 20.619631 0.299119</w:t>
        <w:br/>
        <w:t>v 0.207006 20.602343 0.316969</w:t>
        <w:br/>
        <w:t>v 0.321767 20.501680 0.465351</w:t>
        <w:br/>
        <w:t>v 0.224822 20.558380 0.490074</w:t>
        <w:br/>
        <w:t>v 0.115572 20.584574 0.507354</w:t>
        <w:br/>
        <w:t>v 0.340095 20.523058 0.345322</w:t>
        <w:br/>
        <w:t>v 0.238625 20.582632 0.396221</w:t>
        <w:br/>
        <w:t>v 0.120817 20.614843 0.406314</w:t>
        <w:br/>
        <w:t>v 0.418520 20.683428 0.339005</w:t>
        <w:br/>
        <w:t>v 0.407620 20.658419 0.343989</w:t>
        <w:br/>
        <w:t>v 0.354773 20.659204 0.361044</w:t>
        <w:br/>
        <w:t>v 0.359559 20.687910 0.353715</w:t>
        <w:br/>
        <w:t>v 0.217865 20.597654 0.383766</w:t>
        <w:br/>
        <w:t>v 0.120817 20.614843 0.406314</w:t>
        <w:br/>
        <w:t>v 0.416464 20.475849 0.219827</w:t>
        <w:br/>
        <w:t>v 0.437072 20.438665 0.198495</w:t>
        <w:br/>
        <w:t>v 0.511945 20.295549 0.153678</w:t>
        <w:br/>
        <w:t>v 0.475499 20.353235 0.166918</w:t>
        <w:br/>
        <w:t>v 0.529152 20.241770 0.154054</w:t>
        <w:br/>
        <w:t>v 0.503059 20.415562 0.278067</w:t>
        <w:br/>
        <w:t>v 0.486172 20.463964 0.279846</w:t>
        <w:br/>
        <w:t>v 0.464070 20.421995 0.185812</w:t>
        <w:br/>
        <w:t>v 0.508784 20.345476 0.272838</w:t>
        <w:br/>
        <w:t>v 0.552656 20.296549 0.274431</w:t>
        <w:br/>
        <w:t>v 0.542194 20.344900 0.273536</w:t>
        <w:br/>
        <w:t>v 0.506754 19.972895 0.196052</w:t>
        <w:br/>
        <w:t>v 0.511447 19.971441 0.255609</w:t>
        <w:br/>
        <w:t>v 0.548372 20.075253 0.170184</w:t>
        <w:br/>
        <w:t>v 0.560847 20.074144 0.274045</w:t>
        <w:br/>
        <w:t>v 0.554501 20.159912 0.156383</w:t>
        <w:br/>
        <w:t>v 0.548226 20.187777 0.156837</w:t>
        <w:br/>
        <w:t>v 0.605808 20.222765 0.275814</w:t>
        <w:br/>
        <w:t>v 0.560419 20.228643 0.276334</w:t>
        <w:br/>
        <w:t>v 0.548226 20.187777 0.156837</w:t>
        <w:br/>
        <w:t>v 0.468453 19.984180 0.461928</w:t>
        <w:br/>
        <w:t>v 0.499051 20.078833 0.482989</w:t>
        <w:br/>
        <w:t>v 0.508512 20.167032 0.484033</w:t>
        <w:br/>
        <w:t>v 0.492540 19.982924 0.400261</w:t>
        <w:br/>
        <w:t>v 0.541290 20.078110 0.381916</w:t>
        <w:br/>
        <w:t>v 0.554870 20.177622 0.387684</w:t>
        <w:br/>
        <w:t>v 0.605808 20.222765 0.275814</w:t>
        <w:br/>
        <w:t>v 0.596326 20.172487 0.274662</w:t>
        <w:br/>
        <w:t>v 0.416753 20.406828 0.465849</w:t>
        <w:br/>
        <w:t>v 0.427451 20.448690 0.350682</w:t>
        <w:br/>
        <w:t>v 0.449076 20.453611 0.301642</w:t>
        <w:br/>
        <w:t>v 0.460042 20.432722 0.374878</w:t>
        <w:br/>
        <w:t>v 0.441936 20.334049 0.461375</w:t>
        <w:br/>
        <w:t>v 0.383787 20.338629 0.554722</w:t>
        <w:br/>
        <w:t>v 0.475257 20.386354 0.381867</w:t>
        <w:br/>
        <w:t>v 0.481640 20.333059 0.377289</w:t>
        <w:br/>
        <w:t>v 0.477022 20.277136 0.472392</w:t>
        <w:br/>
        <w:t>v 0.516007 20.296192 0.389492</w:t>
        <w:br/>
        <w:t>v 0.508784 20.345476 0.272838</w:t>
        <w:br/>
        <w:t>v 0.542194 20.344900 0.273536</w:t>
        <w:br/>
        <w:t>v 0.499727 20.215830 0.480867</w:t>
        <w:br/>
        <w:t>v 0.528613 20.245813 0.392751</w:t>
        <w:br/>
        <w:t>v 0.546597 20.212437 0.361329</w:t>
        <w:br/>
        <w:t>v 0.560419 20.228643 0.276334</w:t>
        <w:br/>
        <w:t>v 0.310111 20.634048 0.240334</w:t>
        <w:br/>
        <w:t>v 0.447310 20.646263 0.315535</w:t>
        <w:br/>
        <w:t>v 0.428540 20.632685 0.330171</w:t>
        <w:br/>
        <w:t>v 0.441961 20.455160 0.267924</w:t>
        <w:br/>
        <w:t>v 0.449076 20.453611 0.301642</w:t>
        <w:br/>
        <w:t>v 0.464140 20.534027 0.292544</w:t>
        <w:br/>
        <w:t>v 0.450231 20.531496 0.263531</w:t>
        <w:br/>
        <w:t>v 0.348534 20.680910 0.317842</w:t>
        <w:br/>
        <w:t>v 0.273730 20.650545 0.309780</w:t>
        <w:br/>
        <w:t>v 0.449076 20.453611 0.301642</w:t>
        <w:br/>
        <w:t>v 0.425371 20.469416 0.329110</w:t>
        <w:br/>
        <w:t>v 0.438030 20.534292 0.315074</w:t>
        <w:br/>
        <w:t>v 0.464140 20.534027 0.292544</w:t>
        <w:br/>
        <w:t>v 0.362041 20.578123 0.331867</w:t>
        <w:br/>
        <w:t>v 0.217865 20.597654 0.383766</w:t>
        <w:br/>
        <w:t>v 0.259342 20.645491 0.371700</w:t>
        <w:br/>
        <w:t>v 0.277095 20.625414 0.380535</w:t>
        <w:br/>
        <w:t>v 0.217865 20.597654 0.383766</w:t>
        <w:br/>
        <w:t>v 0.461032 20.599384 0.298407</w:t>
        <w:br/>
        <w:t>v 0.447310 20.646263 0.315535</w:t>
        <w:br/>
        <w:t>v 0.304794 20.671631 0.365047</w:t>
        <w:br/>
        <w:t>v 0.359559 20.687910 0.353715</w:t>
        <w:br/>
        <w:t>v 0.312126 20.644939 0.372831</w:t>
        <w:br/>
        <w:t>v 0.437151 20.585613 0.318732</w:t>
        <w:br/>
        <w:t>v 0.461032 20.599384 0.298407</w:t>
        <w:br/>
        <w:t>v 0.304794 20.671631 0.365047</w:t>
        <w:br/>
        <w:t>v 0.259342 20.645491 0.371700</w:t>
        <w:br/>
        <w:t>v 0.418520 20.683428 0.339005</w:t>
        <w:br/>
        <w:t>v 0.486172 20.463964 0.279846</w:t>
        <w:br/>
        <w:t>v 0.441961 20.455160 0.267924</w:t>
        <w:br/>
        <w:t>v 0.464070 20.421995 0.185812</w:t>
        <w:br/>
        <w:t>v 0.460042 20.432722 0.374878</w:t>
        <w:br/>
        <w:t>v 0.228733 20.383146 0.652989</w:t>
        <w:br/>
        <w:t>v 0.153455 20.382200 0.680804</w:t>
        <w:br/>
        <w:t>v 0.128980 20.364183 0.693256</w:t>
        <w:br/>
        <w:t>v 0.117059 20.330532 0.700323</w:t>
        <w:br/>
        <w:t>v 0.120469 20.293098 0.704720</w:t>
        <w:br/>
        <w:t>v 0.129366 20.231520 0.737096</w:t>
        <w:br/>
        <w:t>v 0.142212 20.274797 0.703633</w:t>
        <w:br/>
        <w:t>v 0.177620 20.272947 0.694988</w:t>
        <w:br/>
        <w:t>v 0.258322 20.286755 0.664273</w:t>
        <w:br/>
        <w:t>v 0.269906 20.341438 0.646314</w:t>
        <w:br/>
        <w:t>v 0.249696 20.360836 0.646667</w:t>
        <w:br/>
        <w:t>v 0.279659 20.342806 0.645534</w:t>
        <w:br/>
        <w:t>v 0.273663 20.315346 0.651858</w:t>
        <w:br/>
        <w:t>v 0.254088 20.293806 0.661222</w:t>
        <w:br/>
        <w:t>v 0.225369 20.286993 0.671978</w:t>
        <w:br/>
        <w:t>v 0.202614 20.285776 0.680454</w:t>
        <w:br/>
        <w:t>v 0.176231 20.278282 0.691553</w:t>
        <w:br/>
        <w:t>v 0.146121 20.281200 0.697779</w:t>
        <w:br/>
        <w:t>v 0.128029 20.298420 0.696575</w:t>
        <w:br/>
        <w:t>v 0.126221 20.329428 0.693135</w:t>
        <w:br/>
        <w:t>v 0.139156 20.357517 0.686905</w:t>
        <w:br/>
        <w:t>v 0.161496 20.371878 0.677088</w:t>
        <w:br/>
        <w:t>v 0.192356 20.377466 0.664321</w:t>
        <w:br/>
        <w:t>v 0.191787 20.390360 0.665345</w:t>
        <w:br/>
        <w:t>v 0.224206 20.372068 0.653191</w:t>
        <w:br/>
        <w:t>v 0.191635 20.327734 0.705789</w:t>
        <w:br/>
        <w:t>v 0.227642 20.347740 0.683422</w:t>
        <w:br/>
        <w:t>v 0.238003 20.333788 0.684149</w:t>
        <w:br/>
        <w:t>v 0.238629 20.320421 0.686572</w:t>
        <w:br/>
        <w:t>v 0.228526 20.308182 0.692313</w:t>
        <w:br/>
        <w:t>v 0.210665 20.305359 0.698691</w:t>
        <w:br/>
        <w:t>v 0.198603 20.303436 0.702698</w:t>
        <w:br/>
        <w:t>v 0.181904 20.302263 0.707169</w:t>
        <w:br/>
        <w:t>v 0.166425 20.305120 0.709754</w:t>
        <w:br/>
        <w:t>v 0.155062 20.313641 0.709280</w:t>
        <w:br/>
        <w:t>v 0.152875 20.329670 0.705725</w:t>
        <w:br/>
        <w:t>v 0.158097 20.347486 0.700433</w:t>
        <w:br/>
        <w:t>v 0.171972 20.358624 0.694598</w:t>
        <w:br/>
        <w:t>v 0.193025 20.359367 0.690369</w:t>
        <w:br/>
        <w:t>v 0.211049 20.355015 0.686879</w:t>
        <w:br/>
        <w:t>v 0.261277 20.340515 0.660198</w:t>
        <w:br/>
        <w:t>v 0.242364 20.357332 0.660204</w:t>
        <w:br/>
        <w:t>v 0.249696 20.360836 0.646667</w:t>
        <w:br/>
        <w:t>v 0.269906 20.341438 0.646314</w:t>
        <w:br/>
        <w:t>v 0.264013 20.317137 0.664774</w:t>
        <w:br/>
        <w:t>v 0.273663 20.315346 0.651858</w:t>
        <w:br/>
        <w:t>v 0.248591 20.298775 0.671964</w:t>
        <w:br/>
        <w:t>v 0.254088 20.293806 0.661222</w:t>
        <w:br/>
        <w:t>v 0.223288 20.292439 0.683010</w:t>
        <w:br/>
        <w:t>v 0.225369 20.286993 0.671978</w:t>
        <w:br/>
        <w:t>v 0.202014 20.291693 0.690188</w:t>
        <w:br/>
        <w:t>v 0.202614 20.285776 0.680454</w:t>
        <w:br/>
        <w:t>v 0.173968 20.285225 0.699694</w:t>
        <w:br/>
        <w:t>v 0.176231 20.278282 0.691553</w:t>
        <w:br/>
        <w:t>v 0.148755 20.289202 0.702352</w:t>
        <w:br/>
        <w:t>v 0.146121 20.281200 0.697779</w:t>
        <w:br/>
        <w:t>v 0.133582 20.303545 0.700480</w:t>
        <w:br/>
        <w:t>v 0.128029 20.298420 0.696575</w:t>
        <w:br/>
        <w:t>v 0.126221 20.329428 0.693135</w:t>
        <w:br/>
        <w:t>v 0.132150 20.329340 0.697790</w:t>
        <w:br/>
        <w:t>v 0.143301 20.354753 0.691534</w:t>
        <w:br/>
        <w:t>v 0.139156 20.357517 0.686905</w:t>
        <w:br/>
        <w:t>v 0.163270 20.368675 0.683027</w:t>
        <w:br/>
        <w:t>v 0.161496 20.371878 0.677088</w:t>
        <w:br/>
        <w:t>v 0.191835 20.372534 0.674077</w:t>
        <w:br/>
        <w:t>v 0.192356 20.377466 0.664321</w:t>
        <w:br/>
        <w:t>v 0.220851 20.367680 0.666118</w:t>
        <w:br/>
        <w:t>v 0.224206 20.372068 0.653191</w:t>
        <w:br/>
        <w:t>v 0.108343 20.202381 0.763335</w:t>
        <w:br/>
        <w:t>v 0.044688 20.196396 0.782449</w:t>
        <w:br/>
        <w:t>v 0.048218 20.154018 0.777927</w:t>
        <w:br/>
        <w:t>v 0.091813 20.168493 0.773427</w:t>
        <w:br/>
        <w:t>v 0.687934 19.581125 -0.718427</w:t>
        <w:br/>
        <w:t>v 0.651273 19.572742 -0.695058</w:t>
        <w:br/>
        <w:t>v 0.611379 19.432005 -0.845333</w:t>
        <w:br/>
        <w:t>v 0.648518 19.442469 -0.866349</w:t>
        <w:br/>
        <w:t>v 0.651273 19.572742 -0.695058</w:t>
        <w:br/>
        <w:t>v 0.652149 19.546022 -0.678061</w:t>
        <w:br/>
        <w:t>v 0.614226 19.413866 -0.818641</w:t>
        <w:br/>
        <w:t>v 0.611379 19.432005 -0.845333</w:t>
        <w:br/>
        <w:t>v 0.723222 19.525946 -0.699685</w:t>
        <w:br/>
        <w:t>v 0.722347 19.552670 -0.716682</w:t>
        <w:br/>
        <w:t>v 0.686026 19.427481 -0.849395</w:t>
        <w:br/>
        <w:t>v 0.688874 19.409338 -0.822704</w:t>
        <w:br/>
        <w:t>v 0.687934 19.581125 -0.718427</w:t>
        <w:br/>
        <w:t>v 0.648518 19.442469 -0.866349</w:t>
        <w:br/>
        <w:t>v 0.784705 19.633247 -0.543376</w:t>
        <w:br/>
        <w:t>v 0.749462 19.625572 -0.517214</w:t>
        <w:br/>
        <w:t>v 0.749462 19.625572 -0.517214</w:t>
        <w:br/>
        <w:t>v 0.744495 19.595938 -0.511723</w:t>
        <w:br/>
        <w:t>v 0.804983 19.570599 -0.554191</w:t>
        <w:br/>
        <w:t>v 0.809951 19.600231 -0.559683</w:t>
        <w:br/>
        <w:t>v 0.912900 19.584860 -0.388102</w:t>
        <w:br/>
        <w:t>v 0.879635 19.576328 -0.359457</w:t>
        <w:br/>
        <w:t>v 0.879635 19.576328 -0.359457</w:t>
        <w:br/>
        <w:t>v 0.866520 19.550249 -0.364199</w:t>
        <w:br/>
        <w:t>v 0.912248 19.531340 -0.425210</w:t>
        <w:br/>
        <w:t>v 0.925364 19.557419 -0.420467</w:t>
        <w:br/>
        <w:t>v 1.038172 19.448944 -0.294210</w:t>
        <w:br/>
        <w:t>v 1.006914 19.438208 -0.264054</w:t>
        <w:br/>
        <w:t>v 1.006914 19.438208 -0.264054</w:t>
        <w:br/>
        <w:t>v 0.985529 19.421181 -0.275018</w:t>
        <w:br/>
        <w:t>v 1.016276 19.418684 -0.347299</w:t>
        <w:br/>
        <w:t>v 1.037660 19.435703 -0.336335</w:t>
        <w:br/>
        <w:t>v 1.126951 19.261900 -0.286858</w:t>
        <w:br/>
        <w:t>v 1.097193 19.248222 -0.256571</w:t>
        <w:br/>
        <w:t>v 1.097193 19.248222 -0.256571</w:t>
        <w:br/>
        <w:t>v 1.069633 19.243326 -0.268076</w:t>
        <w:br/>
        <w:t>v 1.089192 19.262808 -0.341337</w:t>
        <w:br/>
        <w:t>v 1.116752 19.267698 -0.329832</w:t>
        <w:br/>
        <w:t>v 1.155451 19.073854 -0.368017</w:t>
        <w:br/>
        <w:t>v 1.126282 19.057270 -0.339013</w:t>
        <w:br/>
        <w:t>v 1.126282 19.057270 -0.339013</w:t>
        <w:br/>
        <w:t>v 1.096295 19.064342 -0.345233</w:t>
        <w:br/>
        <w:t>v 1.111459 19.105495 -0.408919</w:t>
        <w:br/>
        <w:t>v 1.141445 19.098425 -0.402699</w:t>
        <w:br/>
        <w:t>v 1.116036 18.935194 -0.515939</w:t>
        <w:br/>
        <w:t>v 1.086387 18.916529 -0.489287</w:t>
        <w:br/>
        <w:t>v 1.086387 18.916529 -0.489287</w:t>
        <w:br/>
        <w:t>v 1.058374 18.932180 -0.485814</w:t>
        <w:br/>
        <w:t>v 1.077111 18.988888 -0.531938</w:t>
        <w:br/>
        <w:t>v 1.105124 18.973230 -0.535412</w:t>
        <w:br/>
        <w:t>v 1.116036 18.935194 -0.515939</w:t>
        <w:br/>
        <w:t>v 1.019265 18.883072 -0.690989</w:t>
        <w:br/>
        <w:t>v 0.988198 18.863697 -0.667131</w:t>
        <w:br/>
        <w:t>v 0.988198 18.863697 -0.667131</w:t>
        <w:br/>
        <w:t>v 0.966027 18.882261 -0.652151</w:t>
        <w:br/>
        <w:t>v 0.995350 18.944235 -0.677431</w:t>
        <w:br/>
        <w:t>v 1.017520 18.925673 -0.692411</w:t>
        <w:br/>
        <w:t>v 1.019265 18.883072 -0.690989</w:t>
        <w:br/>
        <w:t>v 0.891069 18.931456 -0.846263</w:t>
        <w:br/>
        <w:t>v 0.858024 18.912939 -0.824889</w:t>
        <w:br/>
        <w:t>v 0.988198 18.863697 -0.667131</w:t>
        <w:br/>
        <w:t>v 1.019265 18.883072 -0.690989</w:t>
        <w:br/>
        <w:t>v 0.844002 18.927958 -0.799674</w:t>
        <w:br/>
        <w:t>v 0.966027 18.882261 -0.652151</w:t>
        <w:br/>
        <w:t>v 0.988198 18.863697 -0.667131</w:t>
        <w:br/>
        <w:t>v 0.888085 18.983503 -0.806413</w:t>
        <w:br/>
        <w:t>v 0.902108 18.968487 -0.831627</w:t>
        <w:br/>
        <w:t>v 1.017520 18.925673 -0.692411</w:t>
        <w:br/>
        <w:t>v 0.995350 18.944235 -0.677431</w:t>
        <w:br/>
        <w:t>v 0.891069 18.931456 -0.846263</w:t>
        <w:br/>
        <w:t>v 1.019265 18.883072 -0.690989</w:t>
        <w:br/>
        <w:t>v 0.765798 19.067377 -0.940155</w:t>
        <w:br/>
        <w:t>v 0.730747 19.051067 -0.920291</w:t>
        <w:br/>
        <w:t>v 0.724993 19.057022 -0.888855</w:t>
        <w:br/>
        <w:t>v 0.784058 19.096155 -0.884323</w:t>
        <w:br/>
        <w:t>v 0.789811 19.090204 -0.915758</w:t>
        <w:br/>
        <w:t>v 0.765798 19.067377 -0.940155</w:t>
        <w:br/>
        <w:t>v 0.677018 19.254419 -0.947507</w:t>
        <w:br/>
        <w:t>v 0.640468 19.241058 -0.927774</w:t>
        <w:br/>
        <w:t>v 0.640889 19.234879 -0.895798</w:t>
        <w:br/>
        <w:t>v 0.711141 19.252028 -0.890286</w:t>
        <w:br/>
        <w:t>v 0.710719 19.258204 -0.922262</w:t>
        <w:br/>
        <w:t>v 0.677018 19.254419 -0.947507</w:t>
        <w:br/>
        <w:t>v 0.585360 19.475498 -0.814961</w:t>
        <w:br/>
        <w:t>v 0.595046 19.459236 -0.826629</w:t>
        <w:br/>
        <w:t>v 0.621264 19.483652 -0.857474</w:t>
        <w:br/>
        <w:t>v 0.617343 19.505289 -0.852589</w:t>
        <w:br/>
        <w:t>v 0.595046 19.459236 -0.826629</w:t>
        <w:br/>
        <w:t>v 0.615441 19.455536 -0.823150</w:t>
        <w:br/>
        <w:t>v 0.632689 19.471605 -0.843442</w:t>
        <w:br/>
        <w:t>v 0.621264 19.483652 -0.857474</w:t>
        <w:br/>
        <w:t>v 0.624051 19.463734 -0.812729</w:t>
        <w:br/>
        <w:t>v 0.638524 19.477213 -0.829756</w:t>
        <w:br/>
        <w:t>v 0.624051 19.463734 -0.812729</w:t>
        <w:br/>
        <w:t>v 0.620397 19.475655 -0.803016</w:t>
        <w:br/>
        <w:t>v 0.637645 19.491716 -0.823307</w:t>
        <w:br/>
        <w:t>v 0.638524 19.477213 -0.829756</w:t>
        <w:br/>
        <w:t>v 0.601152 19.484018 -0.801823</w:t>
        <w:br/>
        <w:t>v 0.627370 19.508434 -0.832668</w:t>
        <w:br/>
        <w:t>v 0.601152 19.484018 -0.801823</w:t>
        <w:br/>
        <w:t>v 0.585360 19.475498 -0.814961</w:t>
        <w:br/>
        <w:t>v 0.617343 19.505289 -0.852589</w:t>
        <w:br/>
        <w:t>v 0.627370 19.508434 -0.832668</w:t>
        <w:br/>
        <w:t>v 0.591250 19.434196 -0.775148</w:t>
        <w:br/>
        <w:t>v 0.599874 19.425375 -0.793993</w:t>
        <w:br/>
        <w:t>v 0.599874 19.425375 -0.793993</w:t>
        <w:br/>
        <w:t>v 0.618617 19.433268 -0.801679</w:t>
        <w:br/>
        <w:t>v 0.626716 19.445042 -0.794712</w:t>
        <w:br/>
        <w:t>v 0.626716 19.445042 -0.794712</w:t>
        <w:br/>
        <w:t>v 0.623573 19.453379 -0.781545</w:t>
        <w:br/>
        <w:t>v 0.605980 19.450153 -0.769187</w:t>
        <w:br/>
        <w:t>v 0.605980 19.450153 -0.769187</w:t>
        <w:br/>
        <w:t>v 0.591250 19.434196 -0.775148</w:t>
        <w:br/>
        <w:t>v 0.638210 19.405449 -0.757990</w:t>
        <w:br/>
        <w:t>v 0.638369 19.401814 -0.779927</w:t>
        <w:br/>
        <w:t>v 0.638369 19.401814 -0.779927</w:t>
        <w:br/>
        <w:t>v 0.643942 19.417765 -0.792426</w:t>
        <w:br/>
        <w:t>v 0.647967 19.432039 -0.786948</w:t>
        <w:br/>
        <w:t>v 0.647967 19.432039 -0.786948</w:t>
        <w:br/>
        <w:t>v 0.648898 19.437876 -0.772292</w:t>
        <w:br/>
        <w:t>v 0.644475 19.426596 -0.755121</w:t>
        <w:br/>
        <w:t>v 0.644475 19.426596 -0.755121</w:t>
        <w:br/>
        <w:t>v 0.638210 19.405449 -0.757990</w:t>
        <w:br/>
        <w:t>v 0.694720 19.402725 -0.769177</w:t>
        <w:br/>
        <w:t>v 0.684693 19.399582 -0.789098</w:t>
        <w:br/>
        <w:t>v 0.684693 19.399582 -0.789098</w:t>
        <w:br/>
        <w:t>v 0.674417 19.416292 -0.798458</w:t>
        <w:br/>
        <w:t>v 0.673538 19.430798 -0.792011</w:t>
        <w:br/>
        <w:t>v 0.673538 19.430798 -0.792011</w:t>
        <w:br/>
        <w:t>v 0.679373 19.436405 -0.778325</w:t>
        <w:br/>
        <w:t>v 0.690799 19.424358 -0.764292</w:t>
        <w:br/>
        <w:t>v 0.690799 19.424358 -0.764292</w:t>
        <w:br/>
        <w:t>v 0.694720 19.402725 -0.769177</w:t>
        <w:br/>
        <w:t>v 0.726702 19.432514 -0.806806</w:t>
        <w:br/>
        <w:t>v 0.710910 19.423994 -0.819943</w:t>
        <w:br/>
        <w:t>v 0.684693 19.399582 -0.789098</w:t>
        <w:br/>
        <w:t>v 0.694720 19.402725 -0.769177</w:t>
        <w:br/>
        <w:t>v 0.710910 19.423994 -0.819943</w:t>
        <w:br/>
        <w:t>v 0.691665 19.432362 -0.818751</w:t>
        <w:br/>
        <w:t>v 0.674417 19.416292 -0.798458</w:t>
        <w:br/>
        <w:t>v 0.684693 19.399582 -0.789098</w:t>
        <w:br/>
        <w:t>v 0.688011 19.444281 -0.809038</w:t>
        <w:br/>
        <w:t>v 0.673538 19.430798 -0.792011</w:t>
        <w:br/>
        <w:t>v 0.688011 19.444281 -0.809038</w:t>
        <w:br/>
        <w:t>v 0.696621 19.452471 -0.798617</w:t>
        <w:br/>
        <w:t>v 0.679373 19.436405 -0.778325</w:t>
        <w:br/>
        <w:t>v 0.673538 19.430798 -0.792011</w:t>
        <w:br/>
        <w:t>v 0.717016 19.448774 -0.795138</w:t>
        <w:br/>
        <w:t>v 0.690799 19.424358 -0.764292</w:t>
        <w:br/>
        <w:t>v 0.717016 19.448774 -0.795138</w:t>
        <w:br/>
        <w:t>v 0.726702 19.432514 -0.806806</w:t>
        <w:br/>
        <w:t>v 0.694720 19.402725 -0.769177</w:t>
        <w:br/>
        <w:t>v 0.690799 19.424358 -0.764292</w:t>
        <w:br/>
        <w:t>v 0.720812 19.473814 -0.846618</w:t>
        <w:br/>
        <w:t>v 0.706082 19.457857 -0.852581</w:t>
        <w:br/>
        <w:t>v 0.706082 19.457857 -0.852581</w:t>
        <w:br/>
        <w:t>v 0.688489 19.454632 -0.840222</w:t>
        <w:br/>
        <w:t>v 0.685346 19.462973 -0.827054</w:t>
        <w:br/>
        <w:t>v 0.685346 19.462973 -0.827054</w:t>
        <w:br/>
        <w:t>v 0.693445 19.474749 -0.820088</w:t>
        <w:br/>
        <w:t>v 0.712188 19.482637 -0.827774</w:t>
        <w:br/>
        <w:t>v 0.712188 19.482637 -0.827774</w:t>
        <w:br/>
        <w:t>v 0.720812 19.473814 -0.846618</w:t>
        <w:br/>
        <w:t>v 0.673853 19.502562 -0.863777</w:t>
        <w:br/>
        <w:t>v 0.667588 19.481417 -0.866645</w:t>
        <w:br/>
        <w:t>v 0.667588 19.481417 -0.866645</w:t>
        <w:br/>
        <w:t>v 0.663164 19.470137 -0.849476</w:t>
        <w:br/>
        <w:t>v 0.664096 19.475979 -0.834818</w:t>
        <w:br/>
        <w:t>v 0.664096 19.475979 -0.834818</w:t>
        <w:br/>
        <w:t>v 0.668121 19.490253 -0.829341</w:t>
        <w:br/>
        <w:t>v 0.673694 19.506201 -0.841839</w:t>
        <w:br/>
        <w:t>v 0.673694 19.506201 -0.841839</w:t>
        <w:br/>
        <w:t>v 0.673853 19.502562 -0.863777</w:t>
        <w:br/>
        <w:t>v 0.646334 19.603575 -0.637702</w:t>
        <w:br/>
        <w:t>v 0.650808 19.590317 -0.654981</w:t>
        <w:br/>
        <w:t>v 0.678652 19.617863 -0.681456</w:t>
        <w:br/>
        <w:t>v 0.680300 19.637180 -0.669999</w:t>
        <w:br/>
        <w:t>v 0.650808 19.590317 -0.654981</w:t>
        <w:br/>
        <w:t>v 0.670062 19.581966 -0.656151</w:t>
        <w:br/>
        <w:t>v 0.688380 19.600092 -0.673568</w:t>
        <w:br/>
        <w:t>v 0.678652 19.617863 -0.681456</w:t>
        <w:br/>
        <w:t>v 0.681328 19.584694 -0.645405</w:t>
        <w:br/>
        <w:t>v 0.696699 19.599903 -0.660021</w:t>
        <w:br/>
        <w:t>v 0.681328 19.584694 -0.645405</w:t>
        <w:br/>
        <w:t>v 0.681502 19.593407 -0.632218</w:t>
        <w:br/>
        <w:t>v 0.699820 19.611528 -0.649636</w:t>
        <w:br/>
        <w:t>v 0.696699 19.599903 -0.660021</w:t>
        <w:br/>
        <w:t>v 0.664903 19.604406 -0.625496</w:t>
        <w:br/>
        <w:t>v 0.692747 19.631954 -0.651970</w:t>
        <w:br/>
        <w:t>v 0.664903 19.604406 -0.625496</w:t>
        <w:br/>
        <w:t>v 0.646334 19.603575 -0.637702</w:t>
        <w:br/>
        <w:t>v 0.680300 19.637180 -0.669999</w:t>
        <w:br/>
        <w:t>v 0.692747 19.631954 -0.651970</w:t>
        <w:br/>
        <w:t>v 0.646622 19.551491 -0.612946</w:t>
        <w:br/>
        <w:t>v 0.651044 19.547617 -0.634688</w:t>
        <w:br/>
        <w:t>v 0.651044 19.547617 -0.634688</w:t>
        <w:br/>
        <w:t>v 0.670217 19.553881 -0.642800</w:t>
        <w:br/>
        <w:t>v 0.681459 19.561123 -0.634203</w:t>
        <w:br/>
        <w:t>v 0.681459 19.561123 -0.634203</w:t>
        <w:br/>
        <w:t>v 0.681657 19.565317 -0.618867</w:t>
        <w:br/>
        <w:t>v 0.665139 19.561712 -0.605201</w:t>
        <w:br/>
        <w:t>v 0.665139 19.561712 -0.605201</w:t>
        <w:br/>
        <w:t>v 0.646622 19.551491 -0.612946</w:t>
        <w:br/>
        <w:t>v 0.687250 19.510563 -0.612804</w:t>
        <w:br/>
        <w:t>v 0.684349 19.514063 -0.634571</w:t>
        <w:br/>
        <w:t>v 0.684349 19.514063 -0.634571</w:t>
        <w:br/>
        <w:t>v 0.692128 19.531805 -0.642723</w:t>
        <w:br/>
        <w:t>v 0.699844 19.542603 -0.634139</w:t>
        <w:br/>
        <w:t>v 0.699844 19.542603 -0.634139</w:t>
        <w:br/>
        <w:t>v 0.703568 19.543242 -0.618791</w:t>
        <w:br/>
        <w:t>v 0.698444 19.528158 -0.605085</w:t>
        <w:br/>
        <w:t>v 0.698444 19.528158 -0.605085</w:t>
        <w:br/>
        <w:t>v 0.687250 19.510563 -0.612804</w:t>
        <w:br/>
        <w:t>v 0.740205 19.500996 -0.633546</w:t>
        <w:br/>
        <w:t>v 0.727759 19.506224 -0.651574</w:t>
        <w:br/>
        <w:t>v 0.727759 19.506224 -0.651574</w:t>
        <w:br/>
        <w:t>v 0.720686 19.526648 -0.653909</w:t>
        <w:br/>
        <w:t>v 0.723807 19.538280 -0.643524</w:t>
        <w:br/>
        <w:t>v 0.723807 19.538280 -0.643524</w:t>
        <w:br/>
        <w:t>v 0.732126 19.538088 -0.629977</w:t>
        <w:br/>
        <w:t>v 0.741854 19.520319 -0.622088</w:t>
        <w:br/>
        <w:t>v 0.741854 19.520319 -0.622088</w:t>
        <w:br/>
        <w:t>v 0.740205 19.500996 -0.633546</w:t>
        <w:br/>
        <w:t>v 0.774172 19.534594 -0.665842</w:t>
        <w:br/>
        <w:t>v 0.755603 19.533770 -0.678049</w:t>
        <w:br/>
        <w:t>v 0.727759 19.506224 -0.651574</w:t>
        <w:br/>
        <w:t>v 0.740205 19.500996 -0.633546</w:t>
        <w:br/>
        <w:t>v 0.755603 19.533770 -0.678049</w:t>
        <w:br/>
        <w:t>v 0.739003 19.544767 -0.671327</w:t>
        <w:br/>
        <w:t>v 0.720686 19.526648 -0.653909</w:t>
        <w:br/>
        <w:t>v 0.727759 19.506224 -0.651574</w:t>
        <w:br/>
        <w:t>v 0.739177 19.553482 -0.658139</w:t>
        <w:br/>
        <w:t>v 0.723807 19.538280 -0.643524</w:t>
        <w:br/>
        <w:t>v 0.739177 19.553482 -0.658139</w:t>
        <w:br/>
        <w:t>v 0.750444 19.556208 -0.647394</w:t>
        <w:br/>
        <w:t>v 0.732126 19.538088 -0.629977</w:t>
        <w:br/>
        <w:t>v 0.723807 19.538280 -0.643524</w:t>
        <w:br/>
        <w:t>v 0.769697 19.547859 -0.648563</w:t>
        <w:br/>
        <w:t>v 0.741854 19.520319 -0.622088</w:t>
        <w:br/>
        <w:t>v 0.769697 19.547859 -0.648563</w:t>
        <w:br/>
        <w:t>v 0.774172 19.534594 -0.665842</w:t>
        <w:br/>
        <w:t>v 0.740205 19.500996 -0.633546</w:t>
        <w:br/>
        <w:t>v 0.741854 19.520319 -0.622088</w:t>
        <w:br/>
        <w:t>v 0.773884 19.586689 -0.690599</w:t>
        <w:br/>
        <w:t>v 0.755367 19.576469 -0.698343</w:t>
        <w:br/>
        <w:t>v 0.755367 19.576469 -0.698343</w:t>
        <w:br/>
        <w:t>v 0.738848 19.572855 -0.684677</w:t>
        <w:br/>
        <w:t>v 0.739047 19.577051 -0.669342</w:t>
        <w:br/>
        <w:t>v 0.739047 19.577051 -0.669342</w:t>
        <w:br/>
        <w:t>v 0.750288 19.584295 -0.660745</w:t>
        <w:br/>
        <w:t>v 0.769461 19.590559 -0.668857</w:t>
        <w:br/>
        <w:t>v 0.769461 19.590559 -0.668857</w:t>
        <w:br/>
        <w:t>v 0.773884 19.586689 -0.690599</w:t>
        <w:br/>
        <w:t>v 0.733256 19.627611 -0.690741</w:t>
        <w:br/>
        <w:t>v 0.722062 19.610016 -0.698459</w:t>
        <w:br/>
        <w:t>v 0.722062 19.610016 -0.698459</w:t>
        <w:br/>
        <w:t>v 0.716938 19.594931 -0.684754</w:t>
        <w:br/>
        <w:t>v 0.720662 19.595573 -0.669406</w:t>
        <w:br/>
        <w:t>v 0.720662 19.595573 -0.669406</w:t>
        <w:br/>
        <w:t>v 0.728378 19.606371 -0.660821</w:t>
        <w:br/>
        <w:t>v 0.736157 19.624113 -0.668973</w:t>
        <w:br/>
        <w:t>v 0.736157 19.624113 -0.668973</w:t>
        <w:br/>
        <w:t>v 0.733256 19.627611 -0.690741</w:t>
        <w:br/>
        <w:t>v -0.611379 19.432005 -0.845333</w:t>
        <w:br/>
        <w:t>v -0.651274 19.572742 -0.695058</w:t>
        <w:br/>
        <w:t>v -0.687934 19.581125 -0.718426</w:t>
        <w:br/>
        <w:t>v -0.648519 19.442469 -0.866348</w:t>
        <w:br/>
        <w:t>v -0.614227 19.413866 -0.818641</w:t>
        <w:br/>
        <w:t>v -0.652149 19.546022 -0.678060</w:t>
        <w:br/>
        <w:t>v -0.651274 19.572742 -0.695058</w:t>
        <w:br/>
        <w:t>v -0.611379 19.432005 -0.845333</w:t>
        <w:br/>
        <w:t>v -0.686027 19.427481 -0.849395</w:t>
        <w:br/>
        <w:t>v -0.722348 19.552670 -0.716682</w:t>
        <w:br/>
        <w:t>v -0.723223 19.525946 -0.699685</w:t>
        <w:br/>
        <w:t>v -0.688875 19.409338 -0.822703</w:t>
        <w:br/>
        <w:t>v -0.648519 19.442469 -0.866348</w:t>
        <w:br/>
        <w:t>v -0.687934 19.581125 -0.718426</w:t>
        <w:br/>
        <w:t>v -0.749463 19.625572 -0.517214</w:t>
        <w:br/>
        <w:t>v -0.784705 19.633247 -0.543376</w:t>
        <w:br/>
        <w:t>v -0.744496 19.595938 -0.511723</w:t>
        <w:br/>
        <w:t>v -0.749463 19.625572 -0.517214</w:t>
        <w:br/>
        <w:t>v -0.809952 19.600231 -0.559683</w:t>
        <w:br/>
        <w:t>v -0.804984 19.570599 -0.554191</w:t>
        <w:br/>
        <w:t>v -0.879636 19.576328 -0.359457</w:t>
        <w:br/>
        <w:t>v -0.912901 19.584860 -0.388102</w:t>
        <w:br/>
        <w:t>v -0.866521 19.550249 -0.364199</w:t>
        <w:br/>
        <w:t>v -0.879636 19.576328 -0.359457</w:t>
        <w:br/>
        <w:t>v -0.925364 19.557419 -0.420467</w:t>
        <w:br/>
        <w:t>v -0.912249 19.531340 -0.425210</w:t>
        <w:br/>
        <w:t>v -1.006915 19.438208 -0.264054</w:t>
        <w:br/>
        <w:t>v -1.038172 19.448944 -0.294209</w:t>
        <w:br/>
        <w:t>v -0.985530 19.421181 -0.275018</w:t>
        <w:br/>
        <w:t>v -1.006915 19.438208 -0.264054</w:t>
        <w:br/>
        <w:t>v -1.037661 19.435703 -0.336335</w:t>
        <w:br/>
        <w:t>v -1.016276 19.418684 -0.347299</w:t>
        <w:br/>
        <w:t>v -1.097193 19.248222 -0.256571</w:t>
        <w:br/>
        <w:t>v -1.126952 19.261900 -0.286858</w:t>
        <w:br/>
        <w:t>v -1.069633 19.243326 -0.268076</w:t>
        <w:br/>
        <w:t>v -1.097193 19.248222 -0.256571</w:t>
        <w:br/>
        <w:t>v -1.116752 19.267698 -0.329832</w:t>
        <w:br/>
        <w:t>v -1.089193 19.262808 -0.341336</w:t>
        <w:br/>
        <w:t>v -1.126282 19.057270 -0.339013</w:t>
        <w:br/>
        <w:t>v -1.155452 19.073854 -0.368017</w:t>
        <w:br/>
        <w:t>v -1.096296 19.064342 -0.345233</w:t>
        <w:br/>
        <w:t>v -1.126282 19.057270 -0.339013</w:t>
        <w:br/>
        <w:t>v -1.141446 19.098425 -0.402699</w:t>
        <w:br/>
        <w:t>v -1.111459 19.105495 -0.408919</w:t>
        <w:br/>
        <w:t>v -1.086388 18.916529 -0.489287</w:t>
        <w:br/>
        <w:t>v -1.116036 18.935194 -0.515939</w:t>
        <w:br/>
        <w:t>v -1.058374 18.932180 -0.485814</w:t>
        <w:br/>
        <w:t>v -1.086388 18.916529 -0.489287</w:t>
        <w:br/>
        <w:t>v -1.105125 18.973230 -0.535412</w:t>
        <w:br/>
        <w:t>v -1.077111 18.988888 -0.531938</w:t>
        <w:br/>
        <w:t>v -1.116036 18.935194 -0.515939</w:t>
        <w:br/>
        <w:t>v -0.988198 18.863697 -0.667131</w:t>
        <w:br/>
        <w:t>v -1.019265 18.883072 -0.690989</w:t>
        <w:br/>
        <w:t>v -0.966028 18.882261 -0.652151</w:t>
        <w:br/>
        <w:t>v -0.988198 18.863697 -0.667131</w:t>
        <w:br/>
        <w:t>v -1.017521 18.925673 -0.692411</w:t>
        <w:br/>
        <w:t>v -0.995350 18.944235 -0.677431</w:t>
        <w:br/>
        <w:t>v -1.019265 18.883072 -0.690989</w:t>
        <w:br/>
        <w:t>v -0.988198 18.863697 -0.667131</w:t>
        <w:br/>
        <w:t>v -0.858025 18.912939 -0.824889</w:t>
        <w:br/>
        <w:t>v -0.891069 18.931456 -0.846263</w:t>
        <w:br/>
        <w:t>v -1.019265 18.883072 -0.690989</w:t>
        <w:br/>
        <w:t>v -0.966028 18.882261 -0.652151</w:t>
        <w:br/>
        <w:t>v -0.844002 18.927958 -0.799674</w:t>
        <w:br/>
        <w:t>v -0.988198 18.863697 -0.667131</w:t>
        <w:br/>
        <w:t>v -1.017521 18.925673 -0.692411</w:t>
        <w:br/>
        <w:t>v -0.902109 18.968487 -0.831627</w:t>
        <w:br/>
        <w:t>v -0.888086 18.983503 -0.806413</w:t>
        <w:br/>
        <w:t>v -0.995350 18.944235 -0.677431</w:t>
        <w:br/>
        <w:t>v -1.019265 18.883072 -0.690989</w:t>
        <w:br/>
        <w:t>v -0.891069 18.931456 -0.846263</w:t>
        <w:br/>
        <w:t>v -0.730747 19.051067 -0.920291</w:t>
        <w:br/>
        <w:t>v -0.765799 19.067377 -0.940155</w:t>
        <w:br/>
        <w:t>v -0.724994 19.057022 -0.888855</w:t>
        <w:br/>
        <w:t>v -0.789812 19.090204 -0.915758</w:t>
        <w:br/>
        <w:t>v -0.784058 19.096155 -0.884323</w:t>
        <w:br/>
        <w:t>v -0.765799 19.067377 -0.940155</w:t>
        <w:br/>
        <w:t>v -0.640469 19.241058 -0.927774</w:t>
        <w:br/>
        <w:t>v -0.677018 19.254419 -0.947507</w:t>
        <w:br/>
        <w:t>v -0.640890 19.234879 -0.895798</w:t>
        <w:br/>
        <w:t>v -0.710720 19.258204 -0.922262</w:t>
        <w:br/>
        <w:t>v -0.711142 19.252028 -0.890286</w:t>
        <w:br/>
        <w:t>v -0.677018 19.254419 -0.947507</w:t>
        <w:br/>
        <w:t>v -0.621264 19.483652 -0.857474</w:t>
        <w:br/>
        <w:t>v -0.595047 19.459236 -0.826629</w:t>
        <w:br/>
        <w:t>v -0.585361 19.475498 -0.814961</w:t>
        <w:br/>
        <w:t>v -0.617344 19.505289 -0.852589</w:t>
        <w:br/>
        <w:t>v -0.632689 19.471605 -0.843442</w:t>
        <w:br/>
        <w:t>v -0.615441 19.455536 -0.823149</w:t>
        <w:br/>
        <w:t>v -0.595047 19.459236 -0.826629</w:t>
        <w:br/>
        <w:t>v -0.621264 19.483652 -0.857474</w:t>
        <w:br/>
        <w:t>v -0.638525 19.477213 -0.829756</w:t>
        <w:br/>
        <w:t>v -0.624052 19.463734 -0.812729</w:t>
        <w:br/>
        <w:t>v -0.637646 19.491716 -0.823307</w:t>
        <w:br/>
        <w:t>v -0.620398 19.475655 -0.803015</w:t>
        <w:br/>
        <w:t>v -0.624052 19.463734 -0.812729</w:t>
        <w:br/>
        <w:t>v -0.638525 19.477213 -0.829756</w:t>
        <w:br/>
        <w:t>v -0.627371 19.508434 -0.832668</w:t>
        <w:br/>
        <w:t>v -0.601153 19.484018 -0.801823</w:t>
        <w:br/>
        <w:t>v -0.617344 19.505289 -0.852589</w:t>
        <w:br/>
        <w:t>v -0.585361 19.475498 -0.814961</w:t>
        <w:br/>
        <w:t>v -0.601153 19.484018 -0.801823</w:t>
        <w:br/>
        <w:t>v -0.627371 19.508434 -0.832668</w:t>
        <w:br/>
        <w:t>v -0.599875 19.425375 -0.793993</w:t>
        <w:br/>
        <w:t>v -0.591250 19.434196 -0.775148</w:t>
        <w:br/>
        <w:t>v -0.618618 19.433268 -0.801679</w:t>
        <w:br/>
        <w:t>v -0.599875 19.425375 -0.793993</w:t>
        <w:br/>
        <w:t>v -0.626717 19.445042 -0.794712</w:t>
        <w:br/>
        <w:t>v -0.623574 19.453379 -0.781545</w:t>
        <w:br/>
        <w:t>v -0.626717 19.445042 -0.794712</w:t>
        <w:br/>
        <w:t>v -0.605980 19.450153 -0.769187</w:t>
        <w:br/>
        <w:t>v -0.591250 19.434196 -0.775148</w:t>
        <w:br/>
        <w:t>v -0.605980 19.450153 -0.769187</w:t>
        <w:br/>
        <w:t>v -0.638369 19.401814 -0.779927</w:t>
        <w:br/>
        <w:t>v -0.638210 19.405449 -0.757990</w:t>
        <w:br/>
        <w:t>v -0.643943 19.417765 -0.792425</w:t>
        <w:br/>
        <w:t>v -0.638369 19.401814 -0.779927</w:t>
        <w:br/>
        <w:t>v -0.647967 19.432039 -0.786948</w:t>
        <w:br/>
        <w:t>v -0.648899 19.437876 -0.772292</w:t>
        <w:br/>
        <w:t>v -0.647967 19.432039 -0.786948</w:t>
        <w:br/>
        <w:t>v -0.644475 19.426596 -0.755121</w:t>
        <w:br/>
        <w:t>v -0.638210 19.405449 -0.757990</w:t>
        <w:br/>
        <w:t>v -0.644475 19.426596 -0.755121</w:t>
        <w:br/>
        <w:t>v -0.684693 19.399582 -0.789098</w:t>
        <w:br/>
        <w:t>v -0.694720 19.402725 -0.769177</w:t>
        <w:br/>
        <w:t>v -0.674418 19.416292 -0.798458</w:t>
        <w:br/>
        <w:t>v -0.684693 19.399582 -0.789098</w:t>
        <w:br/>
        <w:t>v -0.673539 19.430798 -0.792011</w:t>
        <w:br/>
        <w:t>v -0.679374 19.436405 -0.778325</w:t>
        <w:br/>
        <w:t>v -0.673539 19.430798 -0.792011</w:t>
        <w:br/>
        <w:t>v -0.690799 19.424358 -0.764292</w:t>
        <w:br/>
        <w:t>v -0.694720 19.402725 -0.769177</w:t>
        <w:br/>
        <w:t>v -0.690799 19.424358 -0.764292</w:t>
        <w:br/>
        <w:t>v -0.684693 19.399582 -0.789098</w:t>
        <w:br/>
        <w:t>v -0.710911 19.423994 -0.819943</w:t>
        <w:br/>
        <w:t>v -0.726702 19.432514 -0.806806</w:t>
        <w:br/>
        <w:t>v -0.694720 19.402725 -0.769177</w:t>
        <w:br/>
        <w:t>v -0.674418 19.416292 -0.798458</w:t>
        <w:br/>
        <w:t>v -0.691666 19.432362 -0.818751</w:t>
        <w:br/>
        <w:t>v -0.710911 19.423994 -0.819943</w:t>
        <w:br/>
        <w:t>v -0.684693 19.399582 -0.789098</w:t>
        <w:br/>
        <w:t>v -0.673539 19.430798 -0.792011</w:t>
        <w:br/>
        <w:t>v -0.688012 19.444281 -0.809038</w:t>
        <w:br/>
        <w:t>v -0.679374 19.436405 -0.778325</w:t>
        <w:br/>
        <w:t>v -0.696622 19.452471 -0.798617</w:t>
        <w:br/>
        <w:t>v -0.688012 19.444281 -0.809038</w:t>
        <w:br/>
        <w:t>v -0.673539 19.430798 -0.792011</w:t>
        <w:br/>
        <w:t>v -0.690799 19.424358 -0.764292</w:t>
        <w:br/>
        <w:t>v -0.717017 19.448774 -0.795138</w:t>
        <w:br/>
        <w:t>v -0.694720 19.402725 -0.769177</w:t>
        <w:br/>
        <w:t>v -0.726702 19.432514 -0.806806</w:t>
        <w:br/>
        <w:t>v -0.717017 19.448774 -0.795138</w:t>
        <w:br/>
        <w:t>v -0.690799 19.424358 -0.764292</w:t>
        <w:br/>
        <w:t>v -0.706082 19.457857 -0.852580</w:t>
        <w:br/>
        <w:t>v -0.720813 19.473814 -0.846618</w:t>
        <w:br/>
        <w:t>v -0.688489 19.454632 -0.840222</w:t>
        <w:br/>
        <w:t>v -0.706082 19.457857 -0.852580</w:t>
        <w:br/>
        <w:t>v -0.685346 19.462973 -0.827054</w:t>
        <w:br/>
        <w:t>v -0.693446 19.474749 -0.820088</w:t>
        <w:br/>
        <w:t>v -0.685346 19.462973 -0.827054</w:t>
        <w:br/>
        <w:t>v -0.712189 19.482637 -0.827774</w:t>
        <w:br/>
        <w:t>v -0.720813 19.473814 -0.846618</w:t>
        <w:br/>
        <w:t>v -0.712189 19.482637 -0.827774</w:t>
        <w:br/>
        <w:t>v -0.667588 19.481417 -0.866645</w:t>
        <w:br/>
        <w:t>v -0.673854 19.502562 -0.863777</w:t>
        <w:br/>
        <w:t>v -0.663165 19.470137 -0.849476</w:t>
        <w:br/>
        <w:t>v -0.667588 19.481417 -0.866645</w:t>
        <w:br/>
        <w:t>v -0.664096 19.475979 -0.834818</w:t>
        <w:br/>
        <w:t>v -0.668121 19.490253 -0.829341</w:t>
        <w:br/>
        <w:t>v -0.664096 19.475979 -0.834818</w:t>
        <w:br/>
        <w:t>v -0.673694 19.506201 -0.841839</w:t>
        <w:br/>
        <w:t>v -0.673854 19.502562 -0.863777</w:t>
        <w:br/>
        <w:t>v -0.673694 19.506201 -0.841839</w:t>
        <w:br/>
        <w:t>v -0.678653 19.617863 -0.681456</w:t>
        <w:br/>
        <w:t>v -0.650809 19.590317 -0.654981</w:t>
        <w:br/>
        <w:t>v -0.646335 19.603575 -0.637702</w:t>
        <w:br/>
        <w:t>v -0.680301 19.637180 -0.669999</w:t>
        <w:br/>
        <w:t>v -0.688380 19.600092 -0.673568</w:t>
        <w:br/>
        <w:t>v -0.670063 19.581966 -0.656151</w:t>
        <w:br/>
        <w:t>v -0.650809 19.590317 -0.654981</w:t>
        <w:br/>
        <w:t>v -0.678653 19.617863 -0.681456</w:t>
        <w:br/>
        <w:t>v -0.696700 19.599903 -0.660020</w:t>
        <w:br/>
        <w:t>v -0.681329 19.584694 -0.645405</w:t>
        <w:br/>
        <w:t>v -0.699821 19.611528 -0.649635</w:t>
        <w:br/>
        <w:t>v -0.681503 19.593407 -0.632218</w:t>
        <w:br/>
        <w:t>v -0.681329 19.584694 -0.645405</w:t>
        <w:br/>
        <w:t>v -0.696700 19.599903 -0.660020</w:t>
        <w:br/>
        <w:t>v -0.692748 19.631954 -0.651970</w:t>
        <w:br/>
        <w:t>v -0.664904 19.604406 -0.625496</w:t>
        <w:br/>
        <w:t>v -0.680301 19.637180 -0.669999</w:t>
        <w:br/>
        <w:t>v -0.646335 19.603575 -0.637702</w:t>
        <w:br/>
        <w:t>v -0.664904 19.604406 -0.625496</w:t>
        <w:br/>
        <w:t>v -0.692748 19.631954 -0.651970</w:t>
        <w:br/>
        <w:t>v -0.651045 19.547617 -0.634687</w:t>
        <w:br/>
        <w:t>v -0.646622 19.551491 -0.612946</w:t>
        <w:br/>
        <w:t>v -0.670218 19.553881 -0.642800</w:t>
        <w:br/>
        <w:t>v -0.651045 19.547617 -0.634687</w:t>
        <w:br/>
        <w:t>v -0.681459 19.561123 -0.634203</w:t>
        <w:br/>
        <w:t>v -0.681658 19.565317 -0.618867</w:t>
        <w:br/>
        <w:t>v -0.681459 19.561123 -0.634203</w:t>
        <w:br/>
        <w:t>v -0.665140 19.561712 -0.605201</w:t>
        <w:br/>
        <w:t>v -0.646622 19.551491 -0.612946</w:t>
        <w:br/>
        <w:t>v -0.665140 19.561712 -0.605201</w:t>
        <w:br/>
        <w:t>v -0.684349 19.514063 -0.634571</w:t>
        <w:br/>
        <w:t>v -0.687250 19.510563 -0.612804</w:t>
        <w:br/>
        <w:t>v -0.692128 19.531805 -0.642723</w:t>
        <w:br/>
        <w:t>v -0.684349 19.514063 -0.634571</w:t>
        <w:br/>
        <w:t>v -0.699844 19.542603 -0.634138</w:t>
        <w:br/>
        <w:t>v -0.703568 19.543242 -0.618791</w:t>
        <w:br/>
        <w:t>v -0.699844 19.542603 -0.634138</w:t>
        <w:br/>
        <w:t>v -0.698444 19.528158 -0.605085</w:t>
        <w:br/>
        <w:t>v -0.687250 19.510563 -0.612804</w:t>
        <w:br/>
        <w:t>v -0.698444 19.528158 -0.605085</w:t>
        <w:br/>
        <w:t>v -0.727759 19.506224 -0.651574</w:t>
        <w:br/>
        <w:t>v -0.740206 19.500996 -0.633545</w:t>
        <w:br/>
        <w:t>v -0.720687 19.526648 -0.653909</w:t>
        <w:br/>
        <w:t>v -0.727759 19.506224 -0.651574</w:t>
        <w:br/>
        <w:t>v -0.723808 19.538280 -0.643524</w:t>
        <w:br/>
        <w:t>v -0.732127 19.538088 -0.629976</w:t>
        <w:br/>
        <w:t>v -0.723808 19.538280 -0.643524</w:t>
        <w:br/>
        <w:t>v -0.741854 19.520319 -0.622088</w:t>
        <w:br/>
        <w:t>v -0.740206 19.500996 -0.633545</w:t>
        <w:br/>
        <w:t>v -0.741854 19.520319 -0.622088</w:t>
        <w:br/>
        <w:t>v -0.727759 19.506224 -0.651574</w:t>
        <w:br/>
        <w:t>v -0.755603 19.533770 -0.678049</w:t>
        <w:br/>
        <w:t>v -0.774172 19.534594 -0.665842</w:t>
        <w:br/>
        <w:t>v -0.740206 19.500996 -0.633545</w:t>
        <w:br/>
        <w:t>v -0.720687 19.526648 -0.653909</w:t>
        <w:br/>
        <w:t>v -0.739004 19.544767 -0.671326</w:t>
        <w:br/>
        <w:t>v -0.755603 19.533770 -0.678049</w:t>
        <w:br/>
        <w:t>v -0.727759 19.506224 -0.651574</w:t>
        <w:br/>
        <w:t>v -0.723808 19.538280 -0.643524</w:t>
        <w:br/>
        <w:t>v -0.739178 19.553482 -0.658139</w:t>
        <w:br/>
        <w:t>v -0.732127 19.538088 -0.629976</w:t>
        <w:br/>
        <w:t>v -0.750444 19.556208 -0.647394</w:t>
        <w:br/>
        <w:t>v -0.739178 19.553482 -0.658139</w:t>
        <w:br/>
        <w:t>v -0.723808 19.538280 -0.643524</w:t>
        <w:br/>
        <w:t>v -0.741854 19.520319 -0.622088</w:t>
        <w:br/>
        <w:t>v -0.769698 19.547859 -0.648563</w:t>
        <w:br/>
        <w:t>v -0.740206 19.500996 -0.633545</w:t>
        <w:br/>
        <w:t>v -0.774172 19.534594 -0.665842</w:t>
        <w:br/>
        <w:t>v -0.769698 19.547859 -0.648563</w:t>
        <w:br/>
        <w:t>v -0.741854 19.520319 -0.622088</w:t>
        <w:br/>
        <w:t>v -0.755367 19.576469 -0.698343</w:t>
        <w:br/>
        <w:t>v -0.773885 19.586689 -0.690599</w:t>
        <w:br/>
        <w:t>v -0.738849 19.572855 -0.684677</w:t>
        <w:br/>
        <w:t>v -0.755367 19.576469 -0.698343</w:t>
        <w:br/>
        <w:t>v -0.739048 19.577051 -0.669342</w:t>
        <w:br/>
        <w:t>v -0.750289 19.584295 -0.660745</w:t>
        <w:br/>
        <w:t>v -0.739048 19.577051 -0.669342</w:t>
        <w:br/>
        <w:t>v -0.769462 19.590559 -0.668857</w:t>
        <w:br/>
        <w:t>v -0.773885 19.586689 -0.690599</w:t>
        <w:br/>
        <w:t>v -0.769462 19.590559 -0.668857</w:t>
        <w:br/>
        <w:t>v -0.722063 19.610016 -0.698459</w:t>
        <w:br/>
        <w:t>v -0.733256 19.627611 -0.690741</w:t>
        <w:br/>
        <w:t>v -0.716939 19.594931 -0.684754</w:t>
        <w:br/>
        <w:t>v -0.722063 19.610016 -0.698459</w:t>
        <w:br/>
        <w:t>v -0.720663 19.595573 -0.669406</w:t>
        <w:br/>
        <w:t>v -0.728379 19.606371 -0.660821</w:t>
        <w:br/>
        <w:t>v -0.720663 19.595573 -0.669406</w:t>
        <w:br/>
        <w:t>v -0.736157 19.624113 -0.668973</w:t>
        <w:br/>
        <w:t>v -0.733256 19.627611 -0.690741</w:t>
        <w:br/>
        <w:t>v -0.736157 19.624113 -0.668973</w:t>
        <w:br/>
        <w:t>v -0.355779 19.579929 -0.842923</w:t>
        <w:br/>
        <w:t>v -0.514665 19.490641 -0.847019</w:t>
        <w:br/>
        <w:t>v -0.500608 19.408712 -0.910335</w:t>
        <w:br/>
        <w:t>v -0.326291 19.469481 -0.941870</w:t>
        <w:br/>
        <w:t>v -0.000000 19.609570 -0.815577</w:t>
        <w:br/>
        <w:t>v -0.166553 19.609314 -0.838789</w:t>
        <w:br/>
        <w:t>v -0.163947 19.467205 -0.951014</w:t>
        <w:br/>
        <w:t>v -0.000000 19.462328 -0.930659</w:t>
        <w:br/>
        <w:t>v -0.000000 19.966480 -0.276035</w:t>
        <w:br/>
        <w:t>v -0.157434 19.969217 -0.275258</w:t>
        <w:br/>
        <w:t>v -0.000000 19.905945 -0.432078</w:t>
        <w:br/>
        <w:t>v -0.585578 19.828365 -0.369621</w:t>
        <w:br/>
        <w:t>v -0.500924 19.789785 -0.506661</w:t>
        <w:br/>
        <w:t>v -0.251333 19.910931 -0.441598</w:t>
        <w:br/>
        <w:t>v -0.372138 19.942608 -0.305610</w:t>
        <w:br/>
        <w:t>v -0.662929 19.685038 -0.529171</w:t>
        <w:br/>
        <w:t>v -0.611107 19.634933 -0.620577</w:t>
        <w:br/>
        <w:t>v -0.448275 19.732990 -0.628619</w:t>
        <w:br/>
        <w:t>v -0.191957 19.824232 -0.604042</w:t>
        <w:br/>
        <w:t>v -0.000000 19.827616 -0.579615</w:t>
        <w:br/>
        <w:t>v -0.000000 17.686483 -0.246134</w:t>
        <w:br/>
        <w:t>v -0.141174 17.697821 -0.260489</w:t>
        <w:br/>
        <w:t>v -0.100826 17.608082 -0.245821</w:t>
        <w:br/>
        <w:t>v -0.000000 17.784061 -0.366176</w:t>
        <w:br/>
        <w:t>v -0.000000 17.865538 -0.525137</w:t>
        <w:br/>
        <w:t>v -0.250355 17.896641 -0.511271</w:t>
        <w:br/>
        <w:t>v -0.236952 17.818111 -0.362305</w:t>
        <w:br/>
        <w:t>v -0.000000 18.215139 -0.912420</w:t>
        <w:br/>
        <w:t>v -0.000000 18.420135 -0.986915</w:t>
        <w:br/>
        <w:t>v -0.219089 18.464453 -1.006031</w:t>
        <w:br/>
        <w:t>v -0.222772 18.261263 -0.929281</w:t>
        <w:br/>
        <w:t>v -0.000000 17.637543 -0.202166</w:t>
        <w:br/>
        <w:t>v -0.273680 17.738380 -0.229474</w:t>
        <w:br/>
        <w:t>v -0.178152 17.665298 -0.192909</w:t>
        <w:br/>
        <w:t>v -0.302641 17.605412 -0.187998</w:t>
        <w:br/>
        <w:t>v -0.352534 17.716583 -0.109733</w:t>
        <w:br/>
        <w:t>v -0.329736 17.714090 -0.042064</w:t>
        <w:br/>
        <w:t>v -0.302641 17.605412 -0.187998</w:t>
        <w:br/>
        <w:t>v -0.352534 17.716583 -0.109733</w:t>
        <w:br/>
        <w:t>v -0.412749 17.689827 -0.016122</w:t>
        <w:br/>
        <w:t>v -0.329736 17.714090 -0.042064</w:t>
        <w:br/>
        <w:t>v -0.533543 17.854347 0.016722</w:t>
        <w:br/>
        <w:t>v -0.497466 17.819239 0.071238</w:t>
        <w:br/>
        <w:t>v -0.412749 17.689827 -0.016122</w:t>
        <w:br/>
        <w:t>v -0.424236 17.757797 -0.076938</w:t>
        <w:br/>
        <w:t>v -0.664094 19.007479 -0.945039</w:t>
        <w:br/>
        <w:t>v -0.518235 18.940950 -1.032988</w:t>
        <w:br/>
        <w:t>v -0.383801 19.076965 -1.059156</w:t>
        <w:br/>
        <w:t>v -0.574518 19.146894 -0.965157</w:t>
        <w:br/>
        <w:t>v -0.704192 18.070894 0.013403</w:t>
        <w:br/>
        <w:t>v -0.690425 18.127415 0.111398</w:t>
        <w:br/>
        <w:t>v -0.620815 18.043451 0.140359</w:t>
        <w:br/>
        <w:t>v -0.811005 18.180540 -0.141024</w:t>
        <w:br/>
        <w:t>v -0.899255 18.319248 -0.275922</w:t>
        <w:br/>
        <w:t>v -0.990047 18.487953 -0.127520</w:t>
        <w:br/>
        <w:t>v -0.901772 18.373510 -0.006752</w:t>
        <w:br/>
        <w:t>v -1.036696 18.659565 0.004459</w:t>
        <w:br/>
        <w:t>v -1.114022 18.792265 -0.124802</w:t>
        <w:br/>
        <w:t>v -1.131534 18.999113 -0.028962</w:t>
        <w:br/>
        <w:t>v -1.072496 18.897034 0.111511</w:t>
        <w:br/>
        <w:t>v -1.103474 19.210308 0.041888</w:t>
        <w:br/>
        <w:t>v -1.043072 19.167105 0.142075</w:t>
        <w:br/>
        <w:t>v -1.042458 19.395576 0.080144</w:t>
        <w:br/>
        <w:t>v -0.995183 19.362766 0.161905</w:t>
        <w:br/>
        <w:t>v -0.948359 19.316862 0.289037</w:t>
        <w:br/>
        <w:t>v -0.978247 19.108334 0.286556</w:t>
        <w:br/>
        <w:t>v -0.189840 19.943197 0.113390</w:t>
        <w:br/>
        <w:t>v -0.175773 19.972446 -0.012101</w:t>
        <w:br/>
        <w:t>v -0.000000 19.982220 -0.003758</w:t>
        <w:br/>
        <w:t>v -0.000000 19.950113 0.120141</w:t>
        <w:br/>
        <w:t>v -0.960008 19.583952 0.097782</w:t>
        <w:br/>
        <w:t>v -0.897714 19.537878 0.171500</w:t>
        <w:br/>
        <w:t>v -0.403567 19.932467 0.095026</w:t>
        <w:br/>
        <w:t>v -0.353461 19.960175 -0.034398</w:t>
        <w:br/>
        <w:t>v -0.849124 19.479794 0.302215</w:t>
        <w:br/>
        <w:t>v -0.563205 19.898052 0.051859</w:t>
        <w:br/>
        <w:t>v -0.525576 19.920723 -0.080634</w:t>
        <w:br/>
        <w:t>v -0.802312 19.768742 -0.057397</w:t>
        <w:br/>
        <w:t>v -0.762841 19.797968 -0.169747</w:t>
        <w:br/>
        <w:t>v -0.000000 19.942747 0.202779</w:t>
        <w:br/>
        <w:t>v -0.194512 19.908752 0.201927</w:t>
        <w:br/>
        <w:t>v -0.204533 19.866600 0.351744</w:t>
        <w:br/>
        <w:t>v -0.000000 19.884022 0.349014</w:t>
        <w:br/>
        <w:t>v -0.725787 19.704254 0.171600</w:t>
        <w:br/>
        <w:t>v -0.703340 19.643301 0.298557</w:t>
        <w:br/>
        <w:t>v -0.821189 19.761740 0.092959</w:t>
        <w:br/>
        <w:t>v -0.405271 19.886728 0.180407</w:t>
        <w:br/>
        <w:t>v -0.568391 19.812834 0.162631</w:t>
        <w:br/>
        <w:t>v -0.535422 19.767691 0.312875</w:t>
        <w:br/>
        <w:t>v -0.399647 19.838940 0.330800</w:t>
        <w:br/>
        <w:t>v -0.163709 19.266880 -1.028917</w:t>
        <w:br/>
        <w:t>v -0.179380 19.002295 -1.068713</w:t>
        <w:br/>
        <w:t>v -0.000000 18.961296 -1.049097</w:t>
        <w:br/>
        <w:t>v -0.000000 19.224339 -1.017204</w:t>
        <w:br/>
        <w:t>v -0.336964 19.306787 -1.013183</w:t>
        <w:br/>
        <w:t>v -0.529094 19.280903 -0.952306</w:t>
        <w:br/>
        <w:t>v -0.213352 18.079214 -0.807347</w:t>
        <w:br/>
        <w:t>v -0.000000 18.039968 -0.805381</w:t>
        <w:br/>
        <w:t>v -0.232092 17.977112 -0.650929</w:t>
        <w:br/>
        <w:t>v -0.000000 17.945393 -0.667464</w:t>
        <w:br/>
        <w:t>v -0.210834 18.714132 -1.048897</w:t>
        <w:br/>
        <w:t>v -0.000000 18.677195 -1.022340</w:t>
        <w:br/>
        <w:t>v -0.681418 18.808807 -0.948008</w:t>
        <w:br/>
        <w:t>v -0.768666 18.898186 -0.872686</w:t>
        <w:br/>
        <w:t>v -0.890135 18.821735 -0.764131</w:t>
        <w:br/>
        <w:t>v -0.831474 18.658041 -0.828304</w:t>
        <w:br/>
        <w:t>v -0.397755 19.655338 -0.737600</w:t>
        <w:br/>
        <w:t>v -0.176111 19.719324 -0.743976</w:t>
        <w:br/>
        <w:t>v -0.000000 19.728909 -0.714250</w:t>
        <w:br/>
        <w:t>v -0.565823 19.577625 -0.719862</w:t>
        <w:br/>
        <w:t>v -0.289463 19.969553 -0.161943</w:t>
        <w:br/>
        <w:t>v -0.163634 19.977570 -0.145484</w:t>
        <w:br/>
        <w:t>v -0.452208 19.928658 -0.193498</w:t>
        <w:br/>
        <w:t>v -0.673902 19.814802 -0.257972</w:t>
        <w:br/>
        <w:t>v -0.812388 19.711533 -0.309908</w:t>
        <w:br/>
        <w:t>v -0.733003 19.716471 -0.410833</w:t>
        <w:br/>
        <w:t>v -0.936759 19.641338 -0.183790</w:t>
        <w:br/>
        <w:t>v -0.876245 19.687618 -0.228516</w:t>
        <w:br/>
        <w:t>v -0.100826 17.608082 -0.245821</w:t>
        <w:br/>
        <w:t>v -1.073361 19.440006 -0.013454</w:t>
        <w:br/>
        <w:t>v -1.126260 19.260429 -0.056019</w:t>
        <w:br/>
        <w:t>v -1.154019 19.079155 -0.137529</w:t>
        <w:br/>
        <w:t>v -1.110729 19.147175 -0.231759</w:t>
        <w:br/>
        <w:t>v -1.119959 19.278791 -0.163584</w:t>
        <w:br/>
        <w:t>v -1.138311 18.913017 -0.239508</w:t>
        <w:br/>
        <w:t>v -1.028373 18.874134 -0.494502</w:t>
        <w:br/>
        <w:t>v -1.084547 18.766973 -0.367616</w:t>
        <w:br/>
        <w:t>v -1.027313 18.611567 -0.537426</w:t>
        <w:br/>
        <w:t>v -0.981642 18.820835 -0.640231</w:t>
        <w:br/>
        <w:t>v -0.846781 18.444389 -0.699419</w:t>
        <w:br/>
        <w:t>v -0.935995 18.572935 -0.688533</w:t>
        <w:br/>
        <w:t>v -0.897313 18.376442 -0.551067</w:t>
        <w:br/>
        <w:t>v -1.094351 18.998747 -0.340630</w:t>
        <w:br/>
        <w:t>v -0.966259 18.483419 -0.376886</w:t>
        <w:br/>
        <w:t>v -0.770056 18.161425 -0.387032</w:t>
        <w:br/>
        <w:t>v -0.452220 17.821217 -0.173781</w:t>
        <w:br/>
        <w:t>v -0.484915 17.895298 -0.323611</w:t>
        <w:br/>
        <w:t>v -0.983320 19.614763 0.002730</w:t>
        <w:br/>
        <w:t>v -0.911443 19.709591 -0.008731</w:t>
        <w:br/>
        <w:t>v -0.532641 18.397724 -0.893618</w:t>
        <w:br/>
        <w:t>v -0.736522 18.542431 -0.845628</w:t>
        <w:br/>
        <w:t>v -0.638502 18.275040 -0.747208</w:t>
        <w:br/>
        <w:t>v -0.727654 18.197365 -0.564070</w:t>
        <w:br/>
        <w:t>v -1.052629 18.626863 -0.234722</w:t>
        <w:br/>
        <w:t>v -0.887029 18.497499 0.229962</w:t>
        <w:br/>
        <w:t>v -0.861863 18.477869 0.173805</w:t>
        <w:br/>
        <w:t>v -1.022428 18.777920 0.259399</w:t>
        <w:br/>
        <w:t>v -0.819799 18.335983 0.134722</w:t>
        <w:br/>
        <w:t>v -0.938412 18.545904 0.085343</w:t>
        <w:br/>
        <w:t>v -0.594071 17.960875 0.161153</w:t>
        <w:br/>
        <w:t>v -0.375308 18.558556 -0.990034</w:t>
        <w:br/>
        <w:t>v -0.544654 18.692989 -0.978986</w:t>
        <w:br/>
        <w:t>v -0.371800 18.138136 -0.795735</w:t>
        <w:br/>
        <w:t>v -0.467929 18.054146 -0.620276</w:t>
        <w:br/>
        <w:t>v -0.414616 18.853178 -1.045126</w:t>
        <w:br/>
        <w:t>v -0.694346 18.026627 -0.244105</w:t>
        <w:br/>
        <w:t>v -1.007571 19.544670 -0.148715</w:t>
        <w:br/>
        <w:t>v -0.514502 17.987078 -0.472100</w:t>
        <w:br/>
        <w:t>v -0.610443 17.922943 -0.091607</w:t>
        <w:br/>
        <w:t>v -0.000000 19.974064 -0.138168</w:t>
        <w:br/>
        <w:t>v -1.078434 19.444967 -0.125641</w:t>
        <w:br/>
        <w:t>v 0.355778 19.579929 -0.842923</w:t>
        <w:br/>
        <w:t>v 0.326291 19.469481 -0.941870</w:t>
        <w:br/>
        <w:t>v 0.500608 19.408712 -0.910335</w:t>
        <w:br/>
        <w:t>v 0.514665 19.490641 -0.847019</w:t>
        <w:br/>
        <w:t>v 0.163947 19.467205 -0.951014</w:t>
        <w:br/>
        <w:t>v 0.166552 19.609314 -0.838789</w:t>
        <w:br/>
        <w:t>v 0.157433 19.969217 -0.275258</w:t>
        <w:br/>
        <w:t>v 0.251332 19.910931 -0.441598</w:t>
        <w:br/>
        <w:t>v 0.500923 19.789785 -0.506661</w:t>
        <w:br/>
        <w:t>v 0.585577 19.828365 -0.369621</w:t>
        <w:br/>
        <w:t>v 0.372138 19.942608 -0.305610</w:t>
        <w:br/>
        <w:t>v 0.448274 19.732990 -0.628619</w:t>
        <w:br/>
        <w:t>v 0.611106 19.634933 -0.620577</w:t>
        <w:br/>
        <w:t>v 0.662929 19.685038 -0.529171</w:t>
        <w:br/>
        <w:t>v 0.191956 19.824232 -0.604042</w:t>
        <w:br/>
        <w:t>v 0.141174 17.697821 -0.260489</w:t>
        <w:br/>
        <w:t>v 0.100826 17.608082 -0.245821</w:t>
        <w:br/>
        <w:t>v 0.250355 17.896641 -0.511271</w:t>
        <w:br/>
        <w:t>v 0.236952 17.818111 -0.362305</w:t>
        <w:br/>
        <w:t>v 0.219089 18.464453 -1.006031</w:t>
        <w:br/>
        <w:t>v 0.222771 18.261263 -0.929281</w:t>
        <w:br/>
        <w:t>v 0.273679 17.738380 -0.229474</w:t>
        <w:br/>
        <w:t>v 0.178152 17.665298 -0.192909</w:t>
        <w:br/>
        <w:t>v 0.302641 17.605412 -0.187998</w:t>
        <w:br/>
        <w:t>v 0.412749 17.689827 -0.016122</w:t>
        <w:br/>
        <w:t>v 0.497478 17.819239 0.071238</w:t>
        <w:br/>
        <w:t>v 0.533542 17.854347 0.016722</w:t>
        <w:br/>
        <w:t>v 0.424236 17.757797 -0.076938</w:t>
        <w:br/>
        <w:t>v 0.383800 19.076965 -1.059156</w:t>
        <w:br/>
        <w:t>v 0.530925 18.919443 -1.026721</w:t>
        <w:br/>
        <w:t>v 0.664093 19.007479 -0.945039</w:t>
        <w:br/>
        <w:t>v 0.574517 19.146894 -0.965157</w:t>
        <w:br/>
        <w:t>v 0.690424 18.127415 0.111398</w:t>
        <w:br/>
        <w:t>v 0.704191 18.070894 0.013403</w:t>
        <w:br/>
        <w:t>v 0.620814 18.043451 0.140359</w:t>
        <w:br/>
        <w:t>v 0.811005 18.180540 -0.141024</w:t>
        <w:br/>
        <w:t>v 0.901997 18.373510 -0.006752</w:t>
        <w:br/>
        <w:t>v 0.990046 18.487953 -0.127521</w:t>
        <w:br/>
        <w:t>v 0.899254 18.319248 -0.275922</w:t>
        <w:br/>
        <w:t>v 1.036708 18.659565 0.004459</w:t>
        <w:br/>
        <w:t>v 1.072496 18.897034 0.111511</w:t>
        <w:br/>
        <w:t>v 1.131534 18.999113 -0.028962</w:t>
        <w:br/>
        <w:t>v 1.114021 18.792265 -0.124802</w:t>
        <w:br/>
        <w:t>v 1.103474 19.210308 0.041888</w:t>
        <w:br/>
        <w:t>v 1.043071 19.167105 0.142075</w:t>
        <w:br/>
        <w:t>v 0.995182 19.362766 0.161905</w:t>
        <w:br/>
        <w:t>v 1.042482 19.395576 0.080144</w:t>
        <w:br/>
        <w:t>v 0.978246 19.108334 0.286556</w:t>
        <w:br/>
        <w:t>v 0.948358 19.316862 0.289037</w:t>
        <w:br/>
        <w:t>v 0.175772 19.972446 -0.012101</w:t>
        <w:br/>
        <w:t>v 0.189839 19.943197 0.113390</w:t>
        <w:br/>
        <w:t>v 0.960008 19.583952 0.097782</w:t>
        <w:br/>
        <w:t>v 0.897713 19.537878 0.171500</w:t>
        <w:br/>
        <w:t>v 0.353461 19.960175 -0.034398</w:t>
        <w:br/>
        <w:t>v 0.403579 19.932467 0.095026</w:t>
        <w:br/>
        <w:t>v 0.849123 19.479794 0.302214</w:t>
        <w:br/>
        <w:t>v 0.563205 19.898052 0.051859</w:t>
        <w:br/>
        <w:t>v 0.525575 19.920723 -0.080634</w:t>
        <w:br/>
        <w:t>v 0.731768 19.823277 -0.146939</w:t>
        <w:br/>
        <w:t>v 0.817361 19.775887 -0.068066</w:t>
        <w:br/>
        <w:t>v 0.194512 19.908752 0.201927</w:t>
        <w:br/>
        <w:t>v 0.204533 19.866600 0.351744</w:t>
        <w:br/>
        <w:t>v 0.703339 19.643301 0.298557</w:t>
        <w:br/>
        <w:t>v 0.725787 19.704254 0.171600</w:t>
        <w:br/>
        <w:t>v 0.821189 19.761740 0.092959</w:t>
        <w:br/>
        <w:t>v 0.405270 19.886728 0.180406</w:t>
        <w:br/>
        <w:t>v 0.568391 19.812834 0.162631</w:t>
        <w:br/>
        <w:t>v 0.535421 19.767691 0.312875</w:t>
        <w:br/>
        <w:t>v 0.399646 19.838940 0.330800</w:t>
        <w:br/>
        <w:t>v 0.179380 19.002295 -1.068713</w:t>
        <w:br/>
        <w:t>v 0.163709 19.266880 -1.028917</w:t>
        <w:br/>
        <w:t>v 0.336963 19.306787 -1.013183</w:t>
        <w:br/>
        <w:t>v 0.529094 19.280903 -0.952306</w:t>
        <w:br/>
        <w:t>v 0.213352 18.079214 -0.807347</w:t>
        <w:br/>
        <w:t>v 0.232091 17.977112 -0.650929</w:t>
        <w:br/>
        <w:t>v 0.210834 18.714132 -1.048897</w:t>
        <w:br/>
        <w:t>v 0.890135 18.821735 -0.764131</w:t>
        <w:br/>
        <w:t>v 0.768665 18.898186 -0.872686</w:t>
        <w:br/>
        <w:t>v 0.681418 18.808807 -0.948008</w:t>
        <w:br/>
        <w:t>v 0.831473 18.658041 -0.828305</w:t>
        <w:br/>
        <w:t>v 0.397755 19.655338 -0.737600</w:t>
        <w:br/>
        <w:t>v 0.176110 19.719324 -0.743976</w:t>
        <w:br/>
        <w:t>v 0.565823 19.577625 -0.719862</w:t>
        <w:br/>
        <w:t>v 0.163634 19.977570 -0.145484</w:t>
        <w:br/>
        <w:t>v 0.289463 19.969553 -0.161943</w:t>
        <w:br/>
        <w:t>v 0.452207 19.928658 -0.193498</w:t>
        <w:br/>
        <w:t>v 0.661351 19.831678 -0.250930</w:t>
        <w:br/>
        <w:t>v 0.733002 19.716471 -0.410833</w:t>
        <w:br/>
        <w:t>v 0.812388 19.711533 -0.309908</w:t>
        <w:br/>
        <w:t>v 0.876244 19.687618 -0.228516</w:t>
        <w:br/>
        <w:t>v 0.936758 19.641338 -0.183790</w:t>
        <w:br/>
        <w:t>v 0.100826 17.608082 -0.245821</w:t>
        <w:br/>
        <w:t>v 1.073360 19.440006 -0.013454</w:t>
        <w:br/>
        <w:t>v 1.126260 19.260429 -0.056019</w:t>
        <w:br/>
        <w:t>v 1.110728 19.147175 -0.231759</w:t>
        <w:br/>
        <w:t>v 1.154019 19.079155 -0.137529</w:t>
        <w:br/>
        <w:t>v 1.119959 19.278791 -0.163584</w:t>
        <w:br/>
        <w:t>v 1.138310 18.913017 -0.239508</w:t>
        <w:br/>
        <w:t>v 1.028372 18.874134 -0.494502</w:t>
        <w:br/>
        <w:t>v 0.981641 18.820835 -0.640231</w:t>
        <w:br/>
        <w:t>v 1.027313 18.611567 -0.537426</w:t>
        <w:br/>
        <w:t>v 1.084546 18.766973 -0.367616</w:t>
        <w:br/>
        <w:t>v 0.935994 18.572935 -0.688534</w:t>
        <w:br/>
        <w:t>v 0.846780 18.444389 -0.699419</w:t>
        <w:br/>
        <w:t>v 0.897312 18.376442 -0.551067</w:t>
        <w:br/>
        <w:t>v 1.094351 18.998747 -0.340630</w:t>
        <w:br/>
        <w:t>v 0.966258 18.483419 -0.376886</w:t>
        <w:br/>
        <w:t>v 0.770055 18.161425 -0.387033</w:t>
        <w:br/>
        <w:t>v 0.452220 17.821217 -0.173781</w:t>
        <w:br/>
        <w:t>v 0.484914 17.895298 -0.323611</w:t>
        <w:br/>
        <w:t>v 0.983320 19.614763 0.002730</w:t>
        <w:br/>
        <w:t>v 0.911442 19.709591 -0.008732</w:t>
        <w:br/>
        <w:t>v 0.736522 18.542431 -0.845629</w:t>
        <w:br/>
        <w:t>v 0.532640 18.397724 -0.893618</w:t>
        <w:br/>
        <w:t>v 0.638502 18.275040 -0.747208</w:t>
        <w:br/>
        <w:t>v 0.727653 18.197365 -0.564070</w:t>
        <w:br/>
        <w:t>v 1.052629 18.626863 -0.234723</w:t>
        <w:br/>
        <w:t>v 0.861862 18.477869 0.173805</w:t>
        <w:br/>
        <w:t>v 0.887028 18.497499 0.229961</w:t>
        <w:br/>
        <w:t>v 1.022427 18.777920 0.259399</w:t>
        <w:br/>
        <w:t>v 0.819798 18.335983 0.134722</w:t>
        <w:br/>
        <w:t>v 0.938412 18.545904 0.085343</w:t>
        <w:br/>
        <w:t>v 0.594070 17.960875 0.161153</w:t>
        <w:br/>
        <w:t>v 0.375307 18.558556 -0.990034</w:t>
        <w:br/>
        <w:t>v 0.544653 18.692989 -0.978986</w:t>
        <w:br/>
        <w:t>v 0.371799 18.138136 -0.795735</w:t>
        <w:br/>
        <w:t>v 0.467928 18.054146 -0.620276</w:t>
        <w:br/>
        <w:t>v 0.414615 18.853178 -1.045126</w:t>
        <w:br/>
        <w:t>v 0.694345 18.026627 -0.244105</w:t>
        <w:br/>
        <w:t>v 1.007571 19.544670 -0.148715</w:t>
        <w:br/>
        <w:t>v 0.514502 17.987078 -0.472100</w:t>
        <w:br/>
        <w:t>v 0.610442 17.922943 -0.091607</w:t>
        <w:br/>
        <w:t>v 0.352534 17.716583 -0.109733</w:t>
        <w:br/>
        <w:t>v 0.302641 17.605412 -0.187998</w:t>
        <w:br/>
        <w:t>v 1.078433 19.444967 -0.125642</w:t>
        <w:br/>
        <w:t>v -1.005504 18.687338 0.374305</w:t>
        <w:br/>
        <w:t>v -0.962451 18.873295 0.391454</w:t>
        <w:br/>
        <w:t>v -0.875204 18.450890 0.303881</w:t>
        <w:br/>
        <w:t>v -0.937147 19.083014 0.420302</w:t>
        <w:br/>
        <w:t>v -0.911656 19.270399 0.439493</w:t>
        <w:br/>
        <w:t>v -0.821728 19.427784 0.457844</w:t>
        <w:br/>
        <w:t>v -0.675431 19.584089 0.479239</w:t>
        <w:br/>
        <w:t>v -0.532478 19.701487 0.496288</w:t>
        <w:br/>
        <w:t>v -0.391567 19.770958 0.503002</w:t>
        <w:br/>
        <w:t>v -0.216258 19.811069 0.515917</w:t>
        <w:br/>
        <w:t>v -0.000000 19.811069 0.515917</w:t>
        <w:br/>
        <w:t>v 1.005504 18.687338 0.374305</w:t>
        <w:br/>
        <w:t>v 0.962450 18.873297 0.391454</w:t>
        <w:br/>
        <w:t>v 0.875203 18.450890 0.303881</w:t>
        <w:br/>
        <w:t>v 0.937159 19.083014 0.420302</w:t>
        <w:br/>
        <w:t>v 0.911655 19.270399 0.439493</w:t>
        <w:br/>
        <w:t>v 0.821727 19.427784 0.457844</w:t>
        <w:br/>
        <w:t>v 0.675430 19.584089 0.479239</w:t>
        <w:br/>
        <w:t>v 0.532477 19.701487 0.496288</w:t>
        <w:br/>
        <w:t>v 0.391566 19.770958 0.503002</w:t>
        <w:br/>
        <w:t>v 0.216258 19.811069 0.515917</w:t>
        <w:br/>
        <w:t>v 0.609230 19.264746 -0.915808</w:t>
        <w:br/>
        <w:t>v 0.593680 19.380371 -0.869573</w:t>
        <w:br/>
        <w:t>v 0.684309 19.582613 -0.597423</w:t>
        <w:br/>
        <w:t>v 0.758055 19.550629 -0.558245</w:t>
        <w:br/>
        <w:t>v 0.815477 19.534657 -0.434884</w:t>
        <w:br/>
        <w:t>v 0.780394 19.620300 -0.460168</w:t>
        <w:br/>
        <w:t>v 0.662553 19.176739 -0.893630</w:t>
        <w:br/>
        <w:t>v 0.650302 19.332129 -0.845554</w:t>
        <w:br/>
        <w:t>v 1.095687 19.237055 -0.254030</w:t>
        <w:br/>
        <w:t>v 1.072663 19.232552 -0.288790</w:t>
        <w:br/>
        <w:t>v 1.069835 19.059017 -0.396154</w:t>
        <w:br/>
        <w:t>v 1.088394 19.138456 -0.310357</w:t>
        <w:br/>
        <w:t>v 1.010352 19.371841 -0.276336</w:t>
        <w:br/>
        <w:t>v 1.047630 19.415749 -0.239291</w:t>
        <w:br/>
        <w:t>v 1.000841 19.488735 -0.260521</w:t>
        <w:br/>
        <w:t>v 0.922364 19.568970 -0.315522</w:t>
        <w:br/>
        <w:t>v 0.976964 18.906561 -0.587119</w:t>
        <w:br/>
        <w:t>v 1.019361 18.917669 -0.549641</w:t>
        <w:br/>
        <w:t>v 1.081514 19.030859 -0.389104</w:t>
        <w:br/>
        <w:t>v 0.976964 18.906561 -0.587119</w:t>
        <w:br/>
        <w:t>v 0.962030 18.896776 -0.648868</w:t>
        <w:br/>
        <w:t>v 1.019361 18.917669 -0.549641</w:t>
        <w:br/>
        <w:t>v 0.873432 18.921680 -0.738965</w:t>
        <w:br/>
        <w:t>v 0.742120 19.042294 -0.864335</w:t>
        <w:br/>
        <w:t>v 0.779319 18.982597 -0.858500</w:t>
        <w:br/>
        <w:t>v 0.593401 19.455666 -0.808121</w:t>
        <w:br/>
        <w:t>v 0.626974 19.509171 -0.730652</w:t>
        <w:br/>
        <w:t>v 0.694107 19.474850 -0.679790</w:t>
        <w:br/>
        <w:t>v 0.667538 19.421082 -0.763668</w:t>
        <w:br/>
        <w:t>v 0.855661 19.603445 -0.378277</w:t>
        <w:br/>
        <w:t>v 0.935869 19.473867 -0.303957</w:t>
        <w:br/>
        <w:t>v 0.962030 18.896776 -0.648868</w:t>
        <w:br/>
        <w:t>v 0.644583 19.162125 -0.921746</w:t>
        <w:br/>
        <w:t>v 0.720652 19.030607 -0.900973</w:t>
        <w:br/>
        <w:t>v 0.883384 18.900312 -0.751906</w:t>
        <w:br/>
        <w:t>v 0.667538 19.421082 -0.763668</w:t>
        <w:br/>
        <w:t>v 0.713965 19.465992 -0.785814</w:t>
        <w:br/>
        <w:t>v 0.763147 19.590033 -0.631990</w:t>
        <w:br/>
        <w:t>v 0.694107 19.474850 -0.679790</w:t>
        <w:br/>
        <w:t>v 0.815477 19.534657 -0.434884</w:t>
        <w:br/>
        <w:t>v 0.758055 19.550629 -0.558245</w:t>
        <w:br/>
        <w:t>v 0.878167 19.569212 -0.463873</w:t>
        <w:br/>
        <w:t>v 0.986248 19.502392 -0.368908</w:t>
        <w:br/>
        <w:t>v 0.935869 19.473867 -0.303957</w:t>
        <w:br/>
        <w:t>v 1.010352 19.371841 -0.276336</w:t>
        <w:br/>
        <w:t>v 1.056499 19.408833 -0.326726</w:t>
        <w:br/>
        <w:t>v 1.113136 19.263941 -0.330021</w:t>
        <w:br/>
        <w:t>v 1.072663 19.232552 -0.288790</w:t>
        <w:br/>
        <w:t>v 1.110902 19.084970 -0.443299</w:t>
        <w:br/>
        <w:t>v 1.069835 19.059017 -0.396154</w:t>
        <w:br/>
        <w:t>v 0.976964 18.906561 -0.587119</w:t>
        <w:br/>
        <w:t>v 1.035339 18.951700 -0.627910</w:t>
        <w:br/>
        <w:t>v 0.928916 18.953955 -0.796901</w:t>
        <w:br/>
        <w:t>v 0.873432 18.921680 -0.738965</w:t>
        <w:br/>
        <w:t>v 0.801481 19.080282 -0.904028</w:t>
        <w:br/>
        <w:t>v 0.742120 19.042294 -0.864335</w:t>
        <w:br/>
        <w:t>v 0.727929 19.217604 -0.946626</w:t>
        <w:br/>
        <w:t>v 0.662553 19.176739 -0.893630</w:t>
        <w:br/>
        <w:t>v 0.700423 19.367390 -0.870540</w:t>
        <w:br/>
        <w:t>v 0.650302 19.332129 -0.845554</w:t>
        <w:br/>
        <w:t>v -0.593681 19.380371 -0.869573</w:t>
        <w:br/>
        <w:t>v -0.609231 19.264746 -0.915808</w:t>
        <w:br/>
        <w:t>v -0.815477 19.534657 -0.434884</w:t>
        <w:br/>
        <w:t>v -0.758056 19.550629 -0.558245</w:t>
        <w:br/>
        <w:t>v -0.684310 19.582613 -0.597423</w:t>
        <w:br/>
        <w:t>v -0.780394 19.620300 -0.460168</w:t>
        <w:br/>
        <w:t>v -0.662553 19.176739 -0.893630</w:t>
        <w:br/>
        <w:t>v -0.650302 19.332129 -0.845553</w:t>
        <w:br/>
        <w:t>v -1.069835 19.059017 -0.396154</w:t>
        <w:br/>
        <w:t>v -1.072664 19.232552 -0.288790</w:t>
        <w:br/>
        <w:t>v -1.095687 19.237055 -0.254030</w:t>
        <w:br/>
        <w:t>v -1.088394 19.138456 -0.310357</w:t>
        <w:br/>
        <w:t>v -1.047631 19.415749 -0.239291</w:t>
        <w:br/>
        <w:t>v -1.010352 19.371841 -0.276336</w:t>
        <w:br/>
        <w:t>v -1.000842 19.488735 -0.260521</w:t>
        <w:br/>
        <w:t>v -0.922364 19.568970 -0.315522</w:t>
        <w:br/>
        <w:t>v -1.081515 19.030859 -0.389103</w:t>
        <w:br/>
        <w:t>v -1.019361 18.917669 -0.549641</w:t>
        <w:br/>
        <w:t>v -0.976965 18.906561 -0.587118</w:t>
        <w:br/>
        <w:t>v -0.962030 18.896776 -0.648868</w:t>
        <w:br/>
        <w:t>v -0.976965 18.906561 -0.587118</w:t>
        <w:br/>
        <w:t>v -1.019361 18.917669 -0.549641</w:t>
        <w:br/>
        <w:t>v -0.742121 19.042294 -0.864335</w:t>
        <w:br/>
        <w:t>v -0.873433 18.921680 -0.738965</w:t>
        <w:br/>
        <w:t>v -0.779319 18.982597 -0.858500</w:t>
        <w:br/>
        <w:t>v -0.626974 19.509171 -0.730652</w:t>
        <w:br/>
        <w:t>v -0.593402 19.455666 -0.808121</w:t>
        <w:br/>
        <w:t>v -0.694108 19.474850 -0.679790</w:t>
        <w:br/>
        <w:t>v -0.667539 19.421082 -0.763667</w:t>
        <w:br/>
        <w:t>v -0.855662 19.603445 -0.378277</w:t>
        <w:br/>
        <w:t>v -0.935870 19.473867 -0.303957</w:t>
        <w:br/>
        <w:t>v -0.962030 18.896776 -0.648868</w:t>
        <w:br/>
        <w:t>v -0.720652 19.030607 -0.900973</w:t>
        <w:br/>
        <w:t>v -0.644584 19.162125 -0.921746</w:t>
        <w:br/>
        <w:t>v -0.883385 18.900312 -0.751906</w:t>
        <w:br/>
        <w:t>v -0.763148 19.590033 -0.631990</w:t>
        <w:br/>
        <w:t>v -0.713966 19.465992 -0.785814</w:t>
        <w:br/>
        <w:t>v -0.667539 19.421082 -0.763667</w:t>
        <w:br/>
        <w:t>v -0.694108 19.474850 -0.679790</w:t>
        <w:br/>
        <w:t>v -0.758056 19.550629 -0.558245</w:t>
        <w:br/>
        <w:t>v -0.815477 19.534657 -0.434884</w:t>
        <w:br/>
        <w:t>v -0.878167 19.569212 -0.463873</w:t>
        <w:br/>
        <w:t>v -0.935870 19.473867 -0.303957</w:t>
        <w:br/>
        <w:t>v -0.986249 19.502392 -0.368907</w:t>
        <w:br/>
        <w:t>v -1.010352 19.371841 -0.276336</w:t>
        <w:br/>
        <w:t>v -1.056499 19.408833 -0.326726</w:t>
        <w:br/>
        <w:t>v -1.072664 19.232552 -0.288790</w:t>
        <w:br/>
        <w:t>v -1.113136 19.263941 -0.330021</w:t>
        <w:br/>
        <w:t>v -1.110902 19.084970 -0.443298</w:t>
        <w:br/>
        <w:t>v -1.069835 19.059017 -0.396154</w:t>
        <w:br/>
        <w:t>v -0.928917 18.953955 -0.796901</w:t>
        <w:br/>
        <w:t>v -1.035340 18.951700 -0.627910</w:t>
        <w:br/>
        <w:t>v -0.976965 18.906561 -0.587118</w:t>
        <w:br/>
        <w:t>v -0.873433 18.921680 -0.738965</w:t>
        <w:br/>
        <w:t>v -0.742121 19.042294 -0.864335</w:t>
        <w:br/>
        <w:t>v -0.801482 19.080282 -0.904028</w:t>
        <w:br/>
        <w:t>v -0.727929 19.217604 -0.946626</w:t>
        <w:br/>
        <w:t>v -0.662553 19.176739 -0.893630</w:t>
        <w:br/>
        <w:t>v -0.650302 19.332129 -0.845553</w:t>
        <w:br/>
        <w:t>v -0.700424 19.367390 -0.870540</w:t>
        <w:br/>
        <w:t>v -0.178152 17.665298 -0.192909</w:t>
        <w:br/>
        <w:t>v -0.258335 17.636400 -0.096718</w:t>
        <w:br/>
        <w:t>v -0.130476 17.639997 -0.168307</w:t>
        <w:br/>
        <w:t>v -0.166653 17.844252 0.004835</w:t>
        <w:br/>
        <w:t>v -0.000000 17.848087 0.001453</w:t>
        <w:br/>
        <w:t>v -0.000000 17.637543 -0.202166</w:t>
        <w:br/>
        <w:t>v -0.130476 17.639997 -0.168307</w:t>
        <w:br/>
        <w:t>v -0.302641 17.605412 -0.187998</w:t>
        <w:br/>
        <w:t>v -0.177351 17.998497 0.128459</w:t>
        <w:br/>
        <w:t>v -0.000000 18.005058 0.118275</w:t>
        <w:br/>
        <w:t>v -0.329736 17.714090 -0.042064</w:t>
        <w:br/>
        <w:t>v -0.327331 17.837128 0.009006</w:t>
        <w:br/>
        <w:t>v -0.393496 17.983597 0.133745</w:t>
        <w:br/>
        <w:t>v -0.497466 17.819239 0.071238</w:t>
        <w:br/>
        <w:t>v -0.427443 17.816544 0.051208</w:t>
        <w:br/>
        <w:t>v -0.412749 17.689827 -0.016122</w:t>
        <w:br/>
        <w:t>v -0.594071 17.960875 0.161153</w:t>
        <w:br/>
        <w:t>v -0.100826 17.608082 -0.245821</w:t>
        <w:br/>
        <w:t>v 0.258334 17.636400 -0.096718</w:t>
        <w:br/>
        <w:t>v 0.178152 17.665298 -0.192909</w:t>
        <w:br/>
        <w:t>v 0.130476 17.639997 -0.168307</w:t>
        <w:br/>
        <w:t>v 0.166653 17.844252 0.004835</w:t>
        <w:br/>
        <w:t>v 0.130476 17.639997 -0.168307</w:t>
        <w:br/>
        <w:t>v 0.302641 17.605412 -0.187998</w:t>
        <w:br/>
        <w:t>v 0.329736 17.714090 -0.042064</w:t>
        <w:br/>
        <w:t>v 0.352534 17.716583 -0.109733</w:t>
        <w:br/>
        <w:t>v 0.302641 17.605412 -0.187998</w:t>
        <w:br/>
        <w:t>v 0.177350 17.998497 0.128459</w:t>
        <w:br/>
        <w:t>v 0.412749 17.689827 -0.016122</w:t>
        <w:br/>
        <w:t>v 0.352534 17.716583 -0.109733</w:t>
        <w:br/>
        <w:t>v 0.329736 17.714090 -0.042064</w:t>
        <w:br/>
        <w:t>v 0.327343 17.837128 0.009006</w:t>
        <w:br/>
        <w:t>v 0.393496 17.983597 0.133745</w:t>
        <w:br/>
        <w:t>v 0.427442 17.816544 0.051208</w:t>
        <w:br/>
        <w:t>v 0.497478 17.819239 0.071238</w:t>
        <w:br/>
        <w:t>v 0.412749 17.689827 -0.016122</w:t>
        <w:br/>
        <w:t>v 0.594070 17.960875 0.161153</w:t>
        <w:br/>
        <w:t>v 0.100826 17.608082 -0.245821</w:t>
        <w:br/>
        <w:t>v 2.201374 16.660774 -1.090685</w:t>
        <w:br/>
        <w:t>v 2.003755 16.607021 -0.892565</w:t>
        <w:br/>
        <w:t>v 1.902190 17.066820 -0.818246</w:t>
        <w:br/>
        <w:t>v 2.065836 17.107868 -1.006532</w:t>
        <w:br/>
        <w:t>v 3.113869 13.497402 -1.862507</w:t>
        <w:br/>
        <w:t>v 2.919483 13.978244 -1.732995</w:t>
        <w:br/>
        <w:t>v 2.947655 14.002922 -1.649882</w:t>
        <w:br/>
        <w:t>v 3.171103 13.530987 -1.750106</w:t>
        <w:br/>
        <w:t>v 2.705880 13.290012 -1.696067</w:t>
        <w:br/>
        <w:t>v 3.113869 13.497402 -1.862507</w:t>
        <w:br/>
        <w:t>v 3.343217 13.001288 -2.100185</w:t>
        <w:br/>
        <w:t>v 2.708648 12.807290 -1.792083</w:t>
        <w:br/>
        <w:t>v 1.821908 18.084719 -0.849261</w:t>
        <w:br/>
        <w:t>v 1.670449 18.074883 -0.670369</w:t>
        <w:br/>
        <w:t>v 1.613416 18.480629 -0.628092</w:t>
        <w:br/>
        <w:t>v 1.747600 18.499708 -0.801973</w:t>
        <w:br/>
        <w:t>v 1.938329 17.567619 -0.920212</w:t>
        <w:br/>
        <w:t>v 1.783652 17.538221 -0.739930</w:t>
        <w:br/>
        <w:t>v 1.471791 18.021761 -0.579114</w:t>
        <w:br/>
        <w:t>v 1.402619 18.424747 -0.536335</w:t>
        <w:br/>
        <w:t>v 1.342242 18.815460 -0.493144</w:t>
        <w:br/>
        <w:t>v 1.322713 19.110760 -0.461527</w:t>
        <w:br/>
        <w:t>v 1.511600 19.151022 -0.545154</w:t>
        <w:br/>
        <w:t>v 1.549568 18.868362 -0.581205</w:t>
        <w:br/>
        <w:t>v 1.576563 17.492336 -0.645705</w:t>
        <w:br/>
        <w:t>v 3.392534 11.744303 -1.310450</w:t>
        <w:br/>
        <w:t>v 3.482625 12.177958 -1.530090</w:t>
        <w:br/>
        <w:t>v 3.598521 11.762128 -1.382265</w:t>
        <w:br/>
        <w:t>v 3.219193 11.641421 -1.430141</w:t>
        <w:br/>
        <w:t>v 3.331968 12.068453 -1.656170</w:t>
        <w:br/>
        <w:t>v 3.482625 12.177958 -1.530090</w:t>
        <w:br/>
        <w:t>v 3.392534 11.744303 -1.310450</w:t>
        <w:br/>
        <w:t>v 3.367757 12.524317 -1.852824</w:t>
        <w:br/>
        <w:t>v 3.440536 12.607944 -1.675235</w:t>
        <w:br/>
        <w:t>v 3.356119 13.055629 -1.761781</w:t>
        <w:br/>
        <w:t>v 3.306652 13.012224 -1.967667</w:t>
        <w:br/>
        <w:t>v 3.488751 11.218564 -0.952029</w:t>
        <w:br/>
        <w:t>v 3.569358 11.132594 -0.926124</w:t>
        <w:br/>
        <w:t>v 3.375699 10.985408 -0.738389</w:t>
        <w:br/>
        <w:t>v 3.306339 11.049243 -0.766023</w:t>
        <w:br/>
        <w:t>v 3.606913 11.396165 -1.101370</w:t>
        <w:br/>
        <w:t>v 3.671763 11.604644 -1.236656</w:t>
        <w:br/>
        <w:t>v 3.833481 11.570258 -1.281439</w:t>
        <w:br/>
        <w:t>v 3.737740 11.334672 -1.123880</w:t>
        <w:br/>
        <w:t>v 3.666790 12.251765 -1.486059</w:t>
        <w:br/>
        <w:t>v 3.603656 12.719829 -1.621258</w:t>
        <w:br/>
        <w:t>v 3.861828 12.776864 -1.797644</w:t>
        <w:br/>
        <w:t>v 3.915191 12.300918 -1.624377</w:t>
        <w:br/>
        <w:t>v 3.749252 13.234282 -1.884754</w:t>
        <w:br/>
        <w:t>v 3.509657 13.162717 -1.691269</w:t>
        <w:br/>
        <w:t>v 3.337067 13.624860 -1.675160</w:t>
        <w:br/>
        <w:t>v 3.559037 13.701397 -1.895878</w:t>
        <w:br/>
        <w:t>v 3.110475 14.100917 -1.579646</w:t>
        <w:br/>
        <w:t>v 3.322036 14.176740 -1.819253</w:t>
        <w:br/>
        <w:t>v 3.264714 10.878016 -0.840843</w:t>
        <w:br/>
        <w:t>v 3.453325 11.034900 -1.091624</w:t>
        <w:br/>
        <w:t>v 3.395315 11.158511 -1.052792</w:t>
        <w:br/>
        <w:t>v 3.236604 11.010998 -0.840555</w:t>
        <w:br/>
        <w:t>v 3.079722 14.098900 -2.225074</w:t>
        <w:br/>
        <w:t>v 3.266969 14.158487 -2.056618</w:t>
        <w:br/>
        <w:t>v 3.012280 14.659374 -1.911536</w:t>
        <w:br/>
        <w:t>v 2.835668 14.598069 -2.098682</w:t>
        <w:br/>
        <w:t>v 2.950687 14.061896 -2.162617</w:t>
        <w:br/>
        <w:t>v 3.217977 13.555174 -2.244867</w:t>
        <w:br/>
        <w:t>v 3.336240 13.608061 -2.310393</w:t>
        <w:br/>
        <w:t>v 3.079722 14.098900 -2.225074</w:t>
        <w:br/>
        <w:t>v 3.574607 13.090476 -2.293632</w:t>
        <w:br/>
        <w:t>v 3.217977 13.555174 -2.244867</w:t>
        <w:br/>
        <w:t>v 3.405674 13.043552 -2.210870</w:t>
        <w:br/>
        <w:t>v 3.506438 12.528700 -2.058822</w:t>
        <w:br/>
        <w:t>v 3.713226 12.585308 -2.164258</w:t>
        <w:br/>
        <w:t>v 3.484817 12.060321 -1.812864</w:t>
        <w:br/>
        <w:t>v 3.766351 12.090687 -1.958798</w:t>
        <w:br/>
        <w:t>v 3.833481 11.570258 -1.281439</w:t>
        <w:br/>
        <w:t>v 3.800235 11.454537 -1.449269</w:t>
        <w:br/>
        <w:t>v 3.706499 11.225565 -1.245989</w:t>
        <w:br/>
        <w:t>v 3.737740 11.334672 -1.123880</w:t>
        <w:br/>
        <w:t>v 3.264714 10.878016 -0.840843</w:t>
        <w:br/>
        <w:t>v 3.375699 10.985408 -0.738389</w:t>
        <w:br/>
        <w:t>v 3.551696 11.046173 -1.007471</w:t>
        <w:br/>
        <w:t>v 3.113869 13.497402 -1.862507</w:t>
        <w:br/>
        <w:t>v 3.306652 13.012224 -1.967667</w:t>
        <w:br/>
        <w:t>v 3.569358 11.132594 -0.926124</w:t>
        <w:br/>
        <w:t>v 3.584466 11.207465 -1.320822</w:t>
        <w:br/>
        <w:t>v 3.503682 11.321645 -1.222050</w:t>
        <w:br/>
        <w:t>v 3.890677 11.839077 -1.421322</w:t>
        <w:br/>
        <w:t>v 3.707050 11.834505 -1.346852</w:t>
        <w:br/>
        <w:t>v 3.890677 11.839077 -1.421322</w:t>
        <w:br/>
        <w:t>v 3.915191 12.300918 -1.624377</w:t>
        <w:br/>
        <w:t>v 3.931526 12.199353 -1.858736</w:t>
        <w:br/>
        <w:t>v 3.876848 11.754486 -1.632106</w:t>
        <w:br/>
        <w:t>v 2.804840 15.127478 -1.769246</w:t>
        <w:br/>
        <w:t>v 2.617017 15.073927 -1.974619</w:t>
        <w:br/>
        <w:t>v 3.367757 12.524317 -1.852824</w:t>
        <w:br/>
        <w:t>v 3.331968 12.068453 -1.656170</w:t>
        <w:br/>
        <w:t>v 3.219193 11.641421 -1.430141</w:t>
        <w:br/>
        <w:t>v 3.379858 11.625099 -1.562797</w:t>
        <w:br/>
        <w:t>v 1.618865 17.581488 -1.327988</w:t>
        <w:br/>
        <w:t>v 1.779004 17.120382 -1.432221</w:t>
        <w:br/>
        <w:t>v 2.034207 17.131130 -1.257889</w:t>
        <w:br/>
        <w:t>v 1.892169 17.585735 -1.166671</w:t>
        <w:br/>
        <w:t>v 2.835668 14.598069 -2.098682</w:t>
        <w:br/>
        <w:t>v 2.617017 15.073927 -1.974619</w:t>
        <w:br/>
        <w:t>v 2.453834 15.047234 -1.886846</w:t>
        <w:br/>
        <w:t>v 2.698264 14.565313 -2.046985</w:t>
        <w:br/>
        <w:t>v 2.656438 12.301983 -1.806163</w:t>
        <w:br/>
        <w:t>v 3.369974 12.338511 -2.018750</w:t>
        <w:br/>
        <w:t>v 2.568464 11.905617 -1.775573</w:t>
        <w:br/>
        <w:t>v 3.235752 11.884298 -1.901702</w:t>
        <w:br/>
        <w:t>v 2.212535 11.237691 -1.533134</w:t>
        <w:br/>
        <w:t>v 2.397665 11.531676 -1.650470</w:t>
        <w:br/>
        <w:t>v 3.034739 11.505071 -1.735663</w:t>
        <w:br/>
        <w:t>v 2.754521 11.140448 -1.559114</w:t>
        <w:br/>
        <w:t>v 1.501305 10.525832 -0.976781</w:t>
        <w:br/>
        <w:t>v 1.571954 10.465017 -0.899505</w:t>
        <w:br/>
        <w:t>v 1.147292 10.411229 -0.738589</w:t>
        <w:br/>
        <w:t>v 1.403573 10.496496 -1.068275</w:t>
        <w:br/>
        <w:t>v 1.868908 10.718817 -1.207507</w:t>
        <w:br/>
        <w:t>v 1.898733 10.964525 -1.403372</w:t>
        <w:br/>
        <w:t>v 2.410041 10.864876 -1.382841</w:t>
        <w:br/>
        <w:t>v 2.056092 10.646426 -1.194104</w:t>
        <w:br/>
        <w:t>v 1.379171 10.699076 -1.260758</w:t>
        <w:br/>
        <w:t>v 1.662771 10.715835 -1.341854</w:t>
        <w:br/>
        <w:t>v 1.552250 10.594943 -1.296045</w:t>
        <w:br/>
        <w:t>v 2.418409 13.250416 -2.115881</w:t>
        <w:br/>
        <w:t>v 2.366462 13.781215 -1.924576</w:t>
        <w:br/>
        <w:t>v 2.614475 13.812293 -1.536692</w:t>
        <w:br/>
        <w:t>v 2.705880 13.290012 -1.696067</w:t>
        <w:br/>
        <w:t>v 2.122232 14.891354 -1.510236</w:t>
        <w:br/>
        <w:t>v 2.007263 15.304003 -1.389768</w:t>
        <w:br/>
        <w:t>v 2.182835 15.289421 -1.093703</w:t>
        <w:br/>
        <w:t>v 2.313337 14.886292 -1.214472</w:t>
        <w:br/>
        <w:t>v 2.254826 14.343369 -1.689591</w:t>
        <w:br/>
        <w:t>v 2.473426 14.372367 -1.373572</w:t>
        <w:br/>
        <w:t>v 1.458075 17.016840 -1.021338</w:t>
        <w:br/>
        <w:t>v 1.359153 17.496056 -0.939540</w:t>
        <w:br/>
        <w:t>v 1.576563 17.492336 -0.645705</w:t>
        <w:br/>
        <w:t>v 1.682275 17.023342 -0.722468</w:t>
        <w:br/>
        <w:t>v 1.599299 16.557129 -1.112744</w:t>
        <w:br/>
        <w:t>v 1.789251 16.566210 -0.801159</w:t>
        <w:br/>
        <w:t>v 1.245211 18.013264 -0.893054</w:t>
        <w:br/>
        <w:t>v 1.169150 18.414816 -0.826638</w:t>
        <w:br/>
        <w:t>v 1.402619 18.424747 -0.536335</w:t>
        <w:br/>
        <w:t>v 1.471791 18.021761 -0.579114</w:t>
        <w:br/>
        <w:t>v 1.342242 18.815460 -0.493144</w:t>
        <w:br/>
        <w:t>v 1.101281 18.782175 -0.776285</w:t>
        <w:br/>
        <w:t>v 1.089259 18.912653 -0.715931</w:t>
        <w:br/>
        <w:t>v 1.253516 19.014896 -0.557380</w:t>
        <w:br/>
        <w:t>v 1.125880 19.115126 -0.462511</w:t>
        <w:br/>
        <w:t>v 1.110902 19.084970 -0.443299</w:t>
        <w:br/>
        <w:t>v 1.113136 19.263941 -0.330021</w:t>
        <w:br/>
        <w:t>v 1.151496 19.260664 -0.381399</w:t>
        <w:br/>
        <w:t>v 1.379171 10.699076 -1.260758</w:t>
        <w:br/>
        <w:t>v 1.199565 10.694991 -1.441553</w:t>
        <w:br/>
        <w:t>v 1.566405 10.941277 -1.684380</w:t>
        <w:br/>
        <w:t>v 1.884541 11.251971 -1.917611</w:t>
        <w:br/>
        <w:t>v 2.064221 11.514316 -2.086005</w:t>
        <w:br/>
        <w:t>v 0.801481 19.080282 -0.904028</w:t>
        <w:br/>
        <w:t>v 0.928916 18.953955 -0.796901</w:t>
        <w:br/>
        <w:t>v 0.951999 18.953629 -0.804019</w:t>
        <w:br/>
        <w:t>v 0.872144 19.049355 -0.914232</w:t>
        <w:br/>
        <w:t>v 0.775824 19.638657 -0.650430</w:t>
        <w:br/>
        <w:t>v 0.763147 19.590033 -0.631990</w:t>
        <w:br/>
        <w:t>v 0.713965 19.465992 -0.785814</w:t>
        <w:br/>
        <w:t>v 0.821176 19.511215 -0.823256</w:t>
        <w:br/>
        <w:t>v 1.322738 18.487104 -1.192187</w:t>
        <w:br/>
        <w:t>v 1.452964 18.085506 -1.235379</w:t>
        <w:br/>
        <w:t>v 1.749329 18.100712 -1.087816</w:t>
        <w:br/>
        <w:t>v 1.668382 18.497904 -1.043209</w:t>
        <w:br/>
        <w:t>v 1.136531 19.807587 -0.924283</w:t>
        <w:br/>
        <w:t>v 1.024331 19.787081 -0.881793</w:t>
        <w:br/>
        <w:t>v 0.914085 19.617310 -0.974426</w:t>
        <w:br/>
        <w:t>v 0.947757 19.588270 -1.008762</w:t>
        <w:br/>
        <w:t>v 2.437324 12.811900 -2.241046</w:t>
        <w:br/>
        <w:t>v 2.708648 12.807290 -1.792083</w:t>
        <w:br/>
        <w:t>v 2.370921 12.336958 -2.289260</w:t>
        <w:br/>
        <w:t>v 2.656438 12.301983 -1.806163</w:t>
        <w:br/>
        <w:t>v 2.243313 11.896800 -2.217608</w:t>
        <w:br/>
        <w:t>v 2.568464 11.905617 -1.775573</w:t>
        <w:br/>
        <w:t>v 0.892452 19.023252 -0.992314</w:t>
        <w:br/>
        <w:t>v 0.966548 18.888685 -0.842561</w:t>
        <w:br/>
        <w:t>v 0.981565 18.766685 -0.855323</w:t>
        <w:br/>
        <w:t>v 0.915789 18.771118 -1.001545</w:t>
        <w:br/>
        <w:t>v 0.911182 19.638260 -0.489664</w:t>
        <w:br/>
        <w:t>v 0.878167 19.569212 -0.463873</w:t>
        <w:br/>
        <w:t>v 1.625229 19.196819 -0.717594</w:t>
        <w:br/>
        <w:t>v 1.678479 18.909439 -0.753532</w:t>
        <w:br/>
        <w:t>v 0.986248 19.502392 -0.368908</w:t>
        <w:br/>
        <w:t>v 0.878167 19.569212 -0.463873</w:t>
        <w:br/>
        <w:t>v 0.953843 19.616076 -0.461421</w:t>
        <w:br/>
        <w:t>v 1.038723 19.539429 -0.371091</w:t>
        <w:br/>
        <w:t>v 1.056499 19.408833 -0.326726</w:t>
        <w:br/>
        <w:t>v 1.093105 19.451012 -0.341010</w:t>
        <w:br/>
        <w:t>v 0.846639 19.742151 -0.718087</w:t>
        <w:br/>
        <w:t>v 1.003443 19.754873 -0.555553</w:t>
        <w:br/>
        <w:t>v 1.105910 19.560213 -0.395852</w:t>
        <w:br/>
        <w:t>v 1.167547 19.506205 -0.361234</w:t>
        <w:br/>
        <w:t>v 1.220917 19.294643 -0.408942</w:t>
        <w:br/>
        <w:t>v 1.205984 19.133564 -0.489343</w:t>
        <w:br/>
        <w:t>v 0.955423 19.752644 -0.816680</w:t>
        <w:br/>
        <w:t>v 0.974110 19.830936 -0.721982</w:t>
        <w:br/>
        <w:t>v 1.104288 19.758759 -0.507751</w:t>
        <w:br/>
        <w:t>v 1.003443 19.754873 -0.555553</w:t>
        <w:br/>
        <w:t>v 1.083432 19.816366 -0.560951</w:t>
        <w:br/>
        <w:t>v 1.181917 19.581579 -0.398879</w:t>
        <w:br/>
        <w:t>v 1.277256 19.585279 -0.413595</w:t>
        <w:br/>
        <w:t>v 1.318442 19.361067 -0.421868</w:t>
        <w:br/>
        <w:t>v 1.461587 19.434826 -0.496763</w:t>
        <w:br/>
        <w:t>v 1.561406 19.440825 -0.684612</w:t>
        <w:br/>
        <w:t>v 1.380478 19.531597 -0.442776</w:t>
        <w:br/>
        <w:t>v 1.045952 19.493383 -1.058667</w:t>
        <w:br/>
        <w:t>v 1.315335 19.634079 -0.966810</w:t>
        <w:br/>
        <w:t>v 1.230769 19.736397 -0.949975</w:t>
        <w:br/>
        <w:t>v 1.446005 19.404762 -0.973398</w:t>
        <w:br/>
        <w:t>v 1.137934 19.312065 -1.099265</w:t>
        <w:br/>
        <w:t>v 1.678479 18.909439 -0.753532</w:t>
        <w:br/>
        <w:t>v 1.581774 18.905754 -1.005128</w:t>
        <w:br/>
        <w:t>v 1.747600 18.499708 -0.801973</w:t>
        <w:br/>
        <w:t>v 0.837548 19.579805 -0.888833</w:t>
        <w:br/>
        <w:t>v 2.919483 13.978244 -1.732995</w:t>
        <w:br/>
        <w:t>v 2.614475 13.812293 -1.536692</w:t>
        <w:br/>
        <w:t>v 2.380679 15.390849 -1.180888</w:t>
        <w:br/>
        <w:t>v 2.528167 15.014350 -1.312943</w:t>
        <w:br/>
        <w:t>v 2.313337 14.886292 -1.214472</w:t>
        <w:br/>
        <w:t>v 2.182835 15.289421 -1.093703</w:t>
        <w:br/>
        <w:t>v 2.711668 14.519566 -1.466431</w:t>
        <w:br/>
        <w:t>v 2.473426 14.372367 -1.373572</w:t>
        <w:br/>
        <w:t>v 1.682275 17.023342 -0.722468</w:t>
        <w:br/>
        <w:t>v 1.561406 19.440825 -0.684612</w:t>
        <w:br/>
        <w:t>v 1.517338 19.190207 -0.983632</w:t>
        <w:br/>
        <w:t>v 1.625229 19.196819 -0.717594</w:t>
        <w:br/>
        <w:t>v 2.662664 15.084388 -1.294479</w:t>
        <w:br/>
        <w:t>v 2.849910 15.138777 -1.516423</w:t>
        <w:br/>
        <w:t>v 3.081939 14.646333 -1.671565</w:t>
        <w:br/>
        <w:t>v 2.884408 14.605848 -1.442317</w:t>
        <w:br/>
        <w:t>v 2.507310 15.445890 -1.180399</w:t>
        <w:br/>
        <w:t>v 2.686640 15.497574 -1.393664</w:t>
        <w:br/>
        <w:t>v 1.063041 18.952940 -0.644758</w:t>
        <w:br/>
        <w:t>v 1.296883 19.813988 -0.562642</w:t>
        <w:br/>
        <w:t>v 1.332071 19.730064 -0.501337</w:t>
        <w:br/>
        <w:t>v 1.207353 19.768658 -0.467692</w:t>
        <w:br/>
        <w:t>v 1.204551 19.798302 -0.513237</w:t>
        <w:br/>
        <w:t>v 1.343703 19.789337 -0.641165</w:t>
        <w:br/>
        <w:t>v 3.395315 11.158511 -1.052792</w:t>
        <w:br/>
        <w:t>v 3.503682 11.321645 -1.222050</w:t>
        <w:br/>
        <w:t>v 3.606913 11.396165 -1.101370</w:t>
        <w:br/>
        <w:t>v 3.488751 11.218564 -0.952029</w:t>
        <w:br/>
        <w:t>v 3.306339 11.049243 -0.766023</w:t>
        <w:br/>
        <w:t>v 3.236604 11.010998 -0.840555</w:t>
        <w:br/>
        <w:t>v 3.671763 11.604644 -1.236656</w:t>
        <w:br/>
        <w:t>v 3.569810 11.521231 -1.331457</w:t>
        <w:br/>
        <w:t>v 3.656982 11.408955 -1.516223</w:t>
        <w:br/>
        <w:t>v 3.569810 11.521231 -1.331457</w:t>
        <w:br/>
        <w:t>v 3.586308 11.656226 -1.596994</w:t>
        <w:br/>
        <w:t>v 3.707050 11.834505 -1.346852</w:t>
        <w:br/>
        <w:t>v 3.630577 11.681205 -1.608844</w:t>
        <w:br/>
        <w:t>v 3.720730 11.684601 -1.699649</w:t>
        <w:br/>
        <w:t>v 3.766351 12.090687 -1.958798</w:t>
        <w:br/>
        <w:t>v 3.861828 12.776864 -1.797644</w:t>
        <w:br/>
        <w:t>v 3.875720 12.682513 -2.043715</w:t>
        <w:br/>
        <w:t>v 3.749252 13.234282 -1.884754</w:t>
        <w:br/>
        <w:t>v 3.737464 13.166348 -2.146884</w:t>
        <w:br/>
        <w:t>v 3.559037 13.701397 -1.895878</w:t>
        <w:br/>
        <w:t>v 3.508379 13.670005 -2.142450</w:t>
        <w:br/>
        <w:t>v 3.322036 14.176740 -1.819253</w:t>
        <w:br/>
        <w:t>v 3.081939 14.646333 -1.671565</w:t>
        <w:br/>
        <w:t>v 2.849910 15.138777 -1.516423</w:t>
        <w:br/>
        <w:t>v 2.686640 15.497574 -1.393664</w:t>
        <w:br/>
        <w:t>v 2.633840 15.494129 -1.662621</w:t>
        <w:br/>
        <w:t>v 2.065836 17.107868 -1.006532</w:t>
        <w:br/>
        <w:t>v 2.162516 16.684664 -1.365617</w:t>
        <w:br/>
        <w:t>v 2.201374 16.660774 -1.090685</w:t>
        <w:br/>
        <w:t>v 1.938329 17.567619 -0.920212</w:t>
        <w:br/>
        <w:t>v 1.821908 18.084719 -0.849261</w:t>
        <w:br/>
        <w:t>v 1.201481 19.101055 -1.128013</w:t>
        <w:br/>
        <w:t>v 1.245587 18.846556 -1.158565</w:t>
        <w:br/>
        <w:t>v 3.766351 12.090687 -1.958798</w:t>
        <w:br/>
        <w:t>v 3.720730 11.684601 -1.699649</w:t>
        <w:br/>
        <w:t>v 3.656982 11.408955 -1.516223</w:t>
        <w:br/>
        <w:t>v 3.584466 11.207465 -1.320822</w:t>
        <w:br/>
        <w:t>v 3.453325 11.034900 -1.091624</w:t>
        <w:br/>
        <w:t>v 3.337067 13.624860 -1.675160</w:t>
        <w:br/>
        <w:t>v 3.509657 13.162717 -1.691269</w:t>
        <w:br/>
        <w:t>v 3.713226 12.585308 -2.164258</w:t>
        <w:br/>
        <w:t>v 3.574607 13.090476 -2.293632</w:t>
        <w:br/>
        <w:t>v 3.336240 13.608061 -2.310393</w:t>
        <w:br/>
        <w:t>v 0.838513 19.500687 -0.904566</w:t>
        <w:br/>
        <w:t>v 2.450539 15.462087 -1.871926</w:t>
        <w:br/>
        <w:t>v 2.269293 15.436620 -1.765238</w:t>
        <w:br/>
        <w:t>v 1.944405 16.665646 -1.548266</w:t>
        <w:br/>
        <w:t>v 1.600840 17.079386 -1.372131</w:t>
        <w:br/>
        <w:t>v 1.767192 16.620296 -1.470088</w:t>
        <w:br/>
        <w:t>v 1.035339 18.951700 -0.627910</w:t>
        <w:br/>
        <w:t>v 1.063041 18.952940 -0.644758</w:t>
        <w:br/>
        <w:t>v 1.089259 18.912653 -0.715931</w:t>
        <w:br/>
        <w:t>v 1.101281 18.782175 -0.776285</w:t>
        <w:br/>
        <w:t>v 1.169150 18.414816 -0.826638</w:t>
        <w:br/>
        <w:t>v 1.025170 18.432478 -0.849536</w:t>
        <w:br/>
        <w:t>v 2.711668 14.519566 -1.466431</w:t>
        <w:br/>
        <w:t>v 2.711668 14.519566 -1.466431</w:t>
        <w:br/>
        <w:t>v 3.630577 11.681205 -1.608844</w:t>
        <w:br/>
        <w:t>v 3.598521 11.762128 -1.382265</w:t>
        <w:br/>
        <w:t>v 3.569810 11.521231 -1.331457</w:t>
        <w:br/>
        <w:t>v 2.450539 15.462087 -1.871926</w:t>
        <w:br/>
        <w:t>v 1.789251 16.566210 -0.801159</w:t>
        <w:br/>
        <w:t>v 1.572016 16.567287 -1.229128</w:t>
        <w:br/>
        <w:t>v 1.466731 16.540985 -1.162499</w:t>
        <w:br/>
        <w:t>v 1.306842 17.008801 -1.039038</w:t>
        <w:br/>
        <w:t>v 1.458075 17.016840 -1.021338</w:t>
        <w:br/>
        <w:t>v 1.432633 17.566683 -1.288203</w:t>
        <w:br/>
        <w:t>v 1.277392 18.063608 -1.208234</w:t>
        <w:br/>
        <w:t>v 2.733627 12.048485 -3.991540</w:t>
        <w:br/>
        <w:t>v 2.756525 11.975466 -3.916029</w:t>
        <w:br/>
        <w:t>v 2.661211 11.985725 -3.746909</w:t>
        <w:br/>
        <w:t>v 2.634542 12.130395 -3.879402</w:t>
        <w:br/>
        <w:t>v 2.655887 11.963352 -3.989999</w:t>
        <w:br/>
        <w:t>v 2.756525 11.975466 -3.916029</w:t>
        <w:br/>
        <w:t>v 2.904514 11.992240 -4.120738</w:t>
        <w:br/>
        <w:t>v 2.904514 11.992240 -4.120738</w:t>
        <w:br/>
        <w:t>v 0.971181 18.803064 -1.157275</w:t>
        <w:br/>
        <w:t>v 0.915789 18.771118 -1.001545</w:t>
        <w:br/>
        <w:t>v 0.949059 18.466854 -1.009788</w:t>
        <w:br/>
        <w:t>v 1.018218 18.489349 -1.171806</w:t>
        <w:br/>
        <w:t>v 1.317177 17.055361 -1.375939</w:t>
        <w:br/>
        <w:t>v 1.197147 17.541451 -1.261860</w:t>
        <w:br/>
        <w:t>v 1.094730 17.524742 -1.053419</w:t>
        <w:br/>
        <w:t>v 1.212217 17.011553 -1.141192</w:t>
        <w:br/>
        <w:t>v 1.418792 16.645676 -1.520721</w:t>
        <w:br/>
        <w:t>v 1.328738 16.537273 -1.272645</w:t>
        <w:br/>
        <w:t>v 1.539373 16.214731 -1.721395</w:t>
        <w:br/>
        <w:t>v 1.447315 16.116135 -1.425218</w:t>
        <w:br/>
        <w:t>v 2.904514 11.992240 -4.120738</w:t>
        <w:br/>
        <w:t>v 2.733627 12.048485 -3.991540</w:t>
        <w:br/>
        <w:t>v 2.655887 11.963352 -3.989999</w:t>
        <w:br/>
        <w:t>v 1.646212 15.825922 -1.916408</w:t>
        <w:br/>
        <w:t>v 1.564175 15.671268 -1.610335</w:t>
        <w:br/>
        <w:t>v 1.721082 15.405594 -2.113250</w:t>
        <w:br/>
        <w:t>v 1.671678 15.280201 -1.807841</w:t>
        <w:br/>
        <w:t>v 1.814919 15.002927 -2.345968</w:t>
        <w:br/>
        <w:t>v 1.774746 14.866537 -2.011384</w:t>
        <w:br/>
        <w:t>v 1.883213 14.611585 -2.579124</w:t>
        <w:br/>
        <w:t>v 1.845684 14.476975 -2.210907</w:t>
        <w:br/>
        <w:t>v 1.963208 14.212603 -2.780375</w:t>
        <w:br/>
        <w:t>v 1.911711 14.113732 -2.373564</w:t>
        <w:br/>
        <w:t>v 2.050116 13.783170 -2.965380</w:t>
        <w:br/>
        <w:t>v 1.997605 13.604567 -2.605743</w:t>
        <w:br/>
        <w:t>v 2.073390 13.166563 -2.789483</w:t>
        <w:br/>
        <w:t>v 2.139944 13.357517 -3.132020</w:t>
        <w:br/>
        <w:t>v 2.139944 12.798773 -2.946740</w:t>
        <w:br/>
        <w:t>v 2.218046 13.012286 -3.286623</w:t>
        <w:br/>
        <w:t>v 2.205245 12.426409 -3.152639</w:t>
        <w:br/>
        <w:t>v 2.330021 12.632459 -3.457747</w:t>
        <w:br/>
        <w:t>v 2.440644 12.421675 -3.578052</w:t>
        <w:br/>
        <w:t>v 2.276383 12.176930 -3.361506</w:t>
        <w:br/>
        <w:t>v 2.546092 12.252216 -3.718787</w:t>
        <w:br/>
        <w:t>v 2.377447 12.048096 -3.574481</w:t>
        <w:br/>
        <w:t>v 2.516116 11.980527 -3.821668</w:t>
        <w:br/>
        <w:t>v 2.634542 12.130395 -3.879402</w:t>
        <w:br/>
        <w:t>v 0.949059 18.466854 -1.009788</w:t>
        <w:br/>
        <w:t>v 1.306842 17.008801 -1.039038</w:t>
        <w:br/>
        <w:t>v 1.212217 17.011553 -1.141192</w:t>
        <w:br/>
        <w:t>v 1.094730 17.524742 -1.053419</w:t>
        <w:br/>
        <w:t>v 1.195719 17.508995 -0.924020</w:t>
        <w:br/>
        <w:t>v 1.328738 16.537273 -1.272645</w:t>
        <w:br/>
        <w:t>v 1.447315 16.116135 -1.425218</w:t>
        <w:br/>
        <w:t>v 1.730327 15.693165 -1.587336</w:t>
        <w:br/>
        <w:t>v 1.564175 15.671268 -1.610335</w:t>
        <w:br/>
        <w:t>v 1.633985 16.113804 -1.418792</w:t>
        <w:br/>
        <w:t>v 1.856344 15.288095 -1.759839</w:t>
        <w:br/>
        <w:t>v 1.671678 15.280201 -1.807841</w:t>
        <w:br/>
        <w:t>v 1.987283 14.880479 -1.970122</w:t>
        <w:br/>
        <w:t>v 1.774746 14.866537 -2.011384</w:t>
        <w:br/>
        <w:t>v 2.089776 14.498484 -2.181821</w:t>
        <w:br/>
        <w:t>v 1.845684 14.476975 -2.210907</w:t>
        <w:br/>
        <w:t>v 2.184714 14.132283 -2.379514</w:t>
        <w:br/>
        <w:t>v 1.911711 14.113732 -2.373564</w:t>
        <w:br/>
        <w:t>v 2.298079 13.650515 -2.615063</w:t>
        <w:br/>
        <w:t>v 1.997605 13.604567 -2.605743</w:t>
        <w:br/>
        <w:t>v 2.359634 13.201612 -2.795107</w:t>
        <w:br/>
        <w:t>v 2.073390 13.166563 -2.789483</w:t>
        <w:br/>
        <w:t>v 2.387981 12.822171 -2.936080</w:t>
        <w:br/>
        <w:t>v 2.139944 12.798773 -2.946740</w:t>
        <w:br/>
        <w:t>v 2.276383 12.176930 -3.361506</w:t>
        <w:br/>
        <w:t>v 2.423495 12.183534 -3.266504</w:t>
        <w:br/>
        <w:t>v 2.577045 12.055625 -3.507315</w:t>
        <w:br/>
        <w:t>v 2.377447 12.048096 -3.574481</w:t>
        <w:br/>
        <w:t>v 2.516116 11.980527 -3.821668</w:t>
        <w:br/>
        <w:t>v 2.661211 11.985725 -3.746909</w:t>
        <w:br/>
        <w:t>v 0.924182 19.141212 -1.118944</w:t>
        <w:br/>
        <w:t>v 0.892452 19.023252 -0.992314</w:t>
        <w:br/>
        <w:t>v 0.952529 18.963840 -1.142444</w:t>
        <w:br/>
        <w:t>v 0.952529 18.963840 -1.142444</w:t>
        <w:br/>
        <w:t>v 0.924182 19.141212 -1.118944</w:t>
        <w:br/>
        <w:t>v 0.971181 18.803064 -1.157275</w:t>
        <w:br/>
        <w:t>v 1.094730 17.524742 -1.053419</w:t>
        <w:br/>
        <w:t>v 1.005842 18.029661 -1.014624</w:t>
        <w:br/>
        <w:t>v 1.082692 18.030415 -0.869905</w:t>
        <w:br/>
        <w:t>v 1.099904 18.035362 -1.196534</w:t>
        <w:br/>
        <w:t>v 1.005842 18.029661 -1.014624</w:t>
        <w:br/>
        <w:t>v 0.833878 19.224102 -1.010064</w:t>
        <w:br/>
        <w:t>v 0.758243 19.407415 -0.932074</w:t>
        <w:br/>
        <w:t>v 0.700423 19.367390 -0.870540</w:t>
        <w:br/>
        <w:t>v 0.727929 19.217604 -0.946626</w:t>
        <w:br/>
        <w:t>v 0.839979 19.443804 -1.017367</w:t>
        <w:br/>
        <w:t>v 0.889370 19.322433 -1.083645</w:t>
        <w:br/>
        <w:t>v 0.839979 19.443804 -1.017367</w:t>
        <w:br/>
        <w:t>v 0.889370 19.322433 -1.083645</w:t>
        <w:br/>
        <w:t>v 2.577045 12.055625 -3.507315</w:t>
        <w:br/>
        <w:t>v 2.546092 12.252216 -3.718787</w:t>
        <w:br/>
        <w:t>v 1.814192 15.461286 -2.153936</w:t>
        <w:br/>
        <w:t>v 1.947524 15.082471 -2.434292</w:t>
        <w:br/>
        <w:t>v 2.266287 13.972083 -3.213167</w:t>
        <w:br/>
        <w:t>v 2.155879 14.345471 -2.965555</w:t>
        <w:br/>
        <w:t>v 2.384449 13.561424 -3.451297</w:t>
        <w:br/>
        <w:t>v 2.592928 12.733860 -3.630638</w:t>
        <w:br/>
        <w:t>v 2.485438 13.167916 -3.594311</w:t>
        <w:br/>
        <w:t>v 2.450577 12.685708 -3.558987</w:t>
        <w:br/>
        <w:t>v 2.763189 10.887099 -2.542672</w:t>
        <w:br/>
        <w:t>v 2.709124 10.860956 -2.619259</w:t>
        <w:br/>
        <w:t>v 2.632212 11.080383 -2.799954</w:t>
        <w:br/>
        <w:t>v 2.720047 11.112313 -2.695283</w:t>
        <w:br/>
        <w:t>v 2.910025 10.694517 -2.315078</w:t>
        <w:br/>
        <w:t>v 2.880450 10.667058 -2.370032</w:t>
        <w:br/>
        <w:t>v 2.786877 10.732908 -2.509552</w:t>
        <w:br/>
        <w:t>v 2.826974 10.769689 -2.426689</w:t>
        <w:br/>
        <w:t>v 2.485438 13.167916 -3.594311</w:t>
        <w:br/>
        <w:t>v 2.689070 11.357357 -2.825157</w:t>
        <w:br/>
        <w:t>v 2.704866 11.657618 -2.923741</w:t>
        <w:br/>
        <w:t>v 2.807007 11.735521 -3.168071</w:t>
        <w:br/>
        <w:t>v 2.801019 11.456203 -3.050560</w:t>
        <w:br/>
        <w:t>v 2.720047 11.112313 -2.695283</w:t>
        <w:br/>
        <w:t>v 2.819496 11.178202 -2.875665</w:t>
        <w:br/>
        <w:t>v 2.763189 10.887099 -2.542672</w:t>
        <w:br/>
        <w:t>v 2.859129 10.947527 -2.687266</w:t>
        <w:br/>
        <w:t>v 2.910025 10.694517 -2.315078</w:t>
        <w:br/>
        <w:t>v 2.826974 10.769689 -2.426689</w:t>
        <w:br/>
        <w:t>v 2.913056 10.828876 -2.547069</w:t>
        <w:br/>
        <w:t>v 2.958164 10.752851 -2.405745</w:t>
        <w:br/>
        <w:t>v 2.423495 12.183534 -3.266504</w:t>
        <w:br/>
        <w:t>v 2.497313 12.491523 -3.137219</w:t>
        <w:br/>
        <w:t>v 2.663891 12.542993 -3.085797</w:t>
        <w:br/>
        <w:t>v 2.692652 12.250826 -3.060894</w:t>
        <w:br/>
        <w:t>v 2.706682 11.954234 -2.998036</w:t>
        <w:br/>
        <w:t>v 2.452093 11.985763 -3.219743</w:t>
        <w:br/>
        <w:t>v 2.499230 11.661540 -3.115961</w:t>
        <w:br/>
        <w:t>v 2.704866 11.657618 -2.923741</w:t>
        <w:br/>
        <w:t>v 2.689070 11.357357 -2.825157</w:t>
        <w:br/>
        <w:t>v 2.557567 11.365637 -2.967521</w:t>
        <w:br/>
        <w:t>v 2.562602 12.032776 -3.460991</w:t>
        <w:br/>
        <w:t>v 2.653707 12.059471 -3.535462</w:t>
        <w:br/>
        <w:t>v 2.635268 12.443809 -3.612325</w:t>
        <w:br/>
        <w:t>v 2.517005 12.409073 -3.534083</w:t>
        <w:br/>
        <w:t>v 2.958164 10.752851 -2.405745</w:t>
        <w:br/>
        <w:t>v 2.928364 10.691710 -2.415741</w:t>
        <w:br/>
        <w:t>v 3.052213 10.653830 -2.154325</w:t>
        <w:br/>
        <w:t>v 3.052213 10.653830 -2.154325</w:t>
        <w:br/>
        <w:t>v 2.706682 11.954234 -2.998036</w:t>
        <w:br/>
        <w:t>v 2.692652 12.250826 -3.060894</w:t>
        <w:br/>
        <w:t>v 2.759844 12.361398 -3.373255</w:t>
        <w:br/>
        <w:t>v 2.795896 12.034880 -3.282638</w:t>
        <w:br/>
        <w:t>v 2.663891 12.542993 -3.085797</w:t>
        <w:br/>
        <w:t>v 2.717016 12.641127 -3.388062</w:t>
        <w:br/>
        <w:t>v 2.615826 12.927932 -3.052013</w:t>
        <w:br/>
        <w:t>v 2.615764 13.093284 -3.357222</w:t>
        <w:br/>
        <w:t>v 2.563152 13.362102 -2.955409</w:t>
        <w:br/>
        <w:t>v 2.523894 13.509991 -3.232383</w:t>
        <w:br/>
        <w:t>v 2.489447 13.796147 -2.796785</w:t>
        <w:br/>
        <w:t>v 2.405745 13.916990 -3.026747</w:t>
        <w:br/>
        <w:t>v 2.266287 13.972083 -3.213167</w:t>
        <w:br/>
        <w:t>v 2.286455 14.294351 -2.796673</w:t>
        <w:br/>
        <w:t>v 2.155879 14.345471 -2.965555</w:t>
        <w:br/>
        <w:t>v 2.167440 14.671913 -2.543975</w:t>
        <w:br/>
        <w:t>v 2.040672 14.724701 -2.705054</w:t>
        <w:br/>
        <w:t>v 2.412358 12.439825 -3.054418</w:t>
        <w:br/>
        <w:t>v 2.205245 12.426409 -3.152639</w:t>
        <w:br/>
        <w:t>v 0.821176 19.511215 -0.823256</w:t>
        <w:br/>
        <w:t>v 0.713965 19.465992 -0.785814</w:t>
        <w:br/>
        <w:t>v 2.040672 14.724701 -2.705054</w:t>
        <w:br/>
        <w:t>v 2.615826 12.927932 -3.052013</w:t>
        <w:br/>
        <w:t>v 2.497313 12.491523 -3.137219</w:t>
        <w:br/>
        <w:t>v 2.563152 13.362102 -2.955409</w:t>
        <w:br/>
        <w:t>v 2.377110 14.203471 -2.569654</w:t>
        <w:br/>
        <w:t>v 2.489447 13.796147 -2.796785</w:t>
        <w:br/>
        <w:t>v 2.682230 11.702500 -3.394175</w:t>
        <w:br/>
        <w:t>v 2.880450 10.667058 -2.370032</w:t>
        <w:br/>
        <w:t>v 2.928364 10.691710 -2.415741</w:t>
        <w:br/>
        <w:t>v 2.867635 10.763787 -2.591426</w:t>
        <w:br/>
        <w:t>v 2.786877 10.732908 -2.509552</w:t>
        <w:br/>
        <w:t>v 2.801320 10.891445 -2.781415</w:t>
        <w:br/>
        <w:t>v 2.709124 10.860956 -2.619259</w:t>
        <w:br/>
        <w:t>v 2.747594 11.115533 -3.010199</w:t>
        <w:br/>
        <w:t>v 2.632212 11.080383 -2.799954</w:t>
        <w:br/>
        <w:t>v 2.706294 11.410595 -3.227484</w:t>
        <w:br/>
        <w:t>v 2.557567 11.365637 -2.967521</w:t>
        <w:br/>
        <w:t>v 2.499230 11.661540 -3.115961</w:t>
        <w:br/>
        <w:t>v 2.452093 11.985763 -3.219743</w:t>
        <w:br/>
        <w:t>v 3.052213 10.653830 -2.154325</w:t>
        <w:br/>
        <w:t>v 2.928364 10.691710 -2.415741</w:t>
        <w:br/>
        <w:t>v 2.384449 13.561424 -3.451297</w:t>
        <w:br/>
        <w:t>v 2.485438 13.167916 -3.594311</w:t>
        <w:br/>
        <w:t>v 2.592928 12.733860 -3.630638</w:t>
        <w:br/>
        <w:t>v 2.635268 12.443809 -3.612325</w:t>
        <w:br/>
        <w:t>v 2.653707 12.059471 -3.535462</w:t>
        <w:br/>
        <w:t>v 2.682230 11.702500 -3.394175</w:t>
        <w:br/>
        <w:t>v 2.801019 11.456203 -3.050560</w:t>
        <w:br/>
        <w:t>v 2.706294 11.410595 -3.227484</w:t>
        <w:br/>
        <w:t>v 2.819496 11.178202 -2.875665</w:t>
        <w:br/>
        <w:t>v 2.747594 11.115533 -3.010199</w:t>
        <w:br/>
        <w:t>v 2.859129 10.947527 -2.687266</w:t>
        <w:br/>
        <w:t>v 2.801320 10.891445 -2.781415</w:t>
        <w:br/>
        <w:t>v 2.867635 10.763787 -2.591426</w:t>
        <w:br/>
        <w:t>v 2.913056 10.828876 -2.547069</w:t>
        <w:br/>
        <w:t>v 3.052213 10.653830 -2.154325</w:t>
        <w:br/>
        <w:t>v 2.615826 12.927932 -3.052013</w:t>
        <w:br/>
        <w:t>v 2.440644 12.421675 -3.578052</w:t>
        <w:br/>
        <w:t>v 2.517005 12.409073 -3.534083</w:t>
        <w:br/>
        <w:t>v 2.423495 12.183534 -3.266504</w:t>
        <w:br/>
        <w:t>v 2.412358 12.439825 -3.054418</w:t>
        <w:br/>
        <w:t>v 2.423495 12.183534 -3.266504</w:t>
        <w:br/>
        <w:t>v 2.450577 12.685708 -3.558987</w:t>
        <w:br/>
        <w:t>v 2.450577 12.685708 -3.558987</w:t>
        <w:br/>
        <w:t>v 2.423495 12.183534 -3.266504</w:t>
        <w:br/>
        <w:t>v 2.517005 12.409073 -3.534083</w:t>
        <w:br/>
        <w:t>v 2.377110 14.203471 -2.569654</w:t>
        <w:br/>
        <w:t>v 1.018218 18.489349 -1.171806</w:t>
        <w:br/>
        <w:t>v 1.317177 17.055361 -1.375939</w:t>
        <w:br/>
        <w:t>v 1.418792 16.645676 -1.520721</w:t>
        <w:br/>
        <w:t>v 1.606452 16.646568 -1.460618</w:t>
        <w:br/>
        <w:t>v 1.480886 17.067698 -1.374348</w:t>
        <w:br/>
        <w:t>v 1.370063 17.555756 -1.282278</w:t>
        <w:br/>
        <w:t>v 1.099904 18.035362 -1.196534</w:t>
        <w:br/>
        <w:t>v 1.197147 17.541451 -1.261860</w:t>
        <w:br/>
        <w:t>v 0.838513 19.500687 -0.904566</w:t>
        <w:br/>
        <w:t>v 1.245211 18.013264 -0.893054</w:t>
        <w:br/>
        <w:t>v 1.359153 17.496056 -0.939540</w:t>
        <w:br/>
        <w:t>v 1.195719 17.508995 -0.924020</w:t>
        <w:br/>
        <w:t>v 1.359153 17.496056 -0.939540</w:t>
        <w:br/>
        <w:t>v 1.458075 17.016840 -1.021338</w:t>
        <w:br/>
        <w:t>v 1.539373 16.214731 -1.721395</w:t>
        <w:br/>
        <w:t>v 1.711011 16.200640 -1.647238</w:t>
        <w:br/>
        <w:t>v 2.249952 14.597506 -2.320740</w:t>
        <w:br/>
        <w:t>v 1.900412 15.745863 -1.675823</w:t>
        <w:br/>
        <w:t>v 1.787536 16.166615 -1.517751</w:t>
        <w:br/>
        <w:t>v 1.819253 15.792098 -1.827921</w:t>
        <w:br/>
        <w:t>v 1.935837 15.430682 -2.054651</w:t>
        <w:br/>
        <w:t>v 2.010533 15.365896 -1.882549</w:t>
        <w:br/>
        <w:t>v 2.059624 15.050702 -2.288922</w:t>
        <w:br/>
        <w:t>v 2.133481 14.981506 -2.094610</w:t>
        <w:br/>
        <w:t>v 2.249952 14.597506 -2.320740</w:t>
        <w:br/>
        <w:t>v 1.646212 15.825922 -1.916408</w:t>
        <w:br/>
        <w:t>v 1.900412 15.745863 -1.675823</w:t>
        <w:br/>
        <w:t>v 1.787536 16.166615 -1.517751</w:t>
        <w:br/>
        <w:t>v 2.010533 15.365896 -1.882549</w:t>
        <w:br/>
        <w:t>v 1.947524 15.082471 -2.434292</w:t>
        <w:br/>
        <w:t>v 1.814192 15.461286 -2.153936</w:t>
        <w:br/>
        <w:t>v 2.133481 14.981506 -2.094610</w:t>
        <w:br/>
        <w:t>v 3.116325 10.908143 -0.690513</w:t>
        <w:br/>
        <w:t>v 3.166192 10.931855 -0.617320</w:t>
        <w:br/>
        <w:t>v 3.006830 10.823739 -0.471850</w:t>
        <w:br/>
        <w:t>v 2.985622 10.822373 -0.531902</w:t>
        <w:br/>
        <w:t>v 3.006830 10.823739 -0.471850</w:t>
        <w:br/>
        <w:t>v 3.166192 10.931855 -0.617320</w:t>
        <w:br/>
        <w:t>v 3.222286 10.890355 -0.610255</w:t>
        <w:br/>
        <w:t>v 3.044009 10.794616 -0.472138</w:t>
        <w:br/>
        <w:t>v 2.977480 10.751048 -0.521129</w:t>
        <w:br/>
        <w:t>v 3.044009 10.794616 -0.472138</w:t>
        <w:br/>
        <w:t>v 3.222286 10.890355 -0.610255</w:t>
        <w:br/>
        <w:t>v 3.124053 10.810210 -0.685001</w:t>
        <w:br/>
        <w:t>v 2.977480 10.751048 -0.521129</w:t>
        <w:br/>
        <w:t>v 3.124053 10.810210 -0.685001</w:t>
        <w:br/>
        <w:t>v 3.116325 10.908143 -0.690513</w:t>
        <w:br/>
        <w:t>v 2.985622 10.822373 -0.531902</w:t>
        <w:br/>
        <w:t>v 2.803675 10.703734 -0.321920</w:t>
        <w:br/>
        <w:t>v 2.803675 10.703734 -0.321920</w:t>
        <w:br/>
        <w:t>v 2.803675 10.703734 -0.321920</w:t>
        <w:br/>
        <w:t>v 2.803675 10.703734 -0.321920</w:t>
        <w:br/>
        <w:t>v 1.923311 16.084742 -0.898465</w:t>
        <w:br/>
        <w:t>v 2.108979 16.150543 -1.006945</w:t>
        <w:br/>
        <w:t>v 2.248123 15.741155 -1.089419</w:t>
        <w:br/>
        <w:t>v 2.058447 15.669064 -0.997349</w:t>
        <w:br/>
        <w:t>v 2.358958 15.774675 -1.085160</w:t>
        <w:br/>
        <w:t>v 2.179553 16.170261 -0.992389</w:t>
        <w:br/>
        <w:t>v 2.533440 15.841277 -1.287664</w:t>
        <w:br/>
        <w:t>v 2.359058 16.248766 -1.185535</w:t>
        <w:br/>
        <w:t>v 2.484336 15.849107 -1.573946</w:t>
        <w:br/>
        <w:t>v 2.313926 16.271774 -1.472092</w:t>
        <w:br/>
        <w:t>v 2.110006 16.258549 -1.657084</w:t>
        <w:br/>
        <w:t>v 2.294547 15.829103 -1.771125</w:t>
        <w:br/>
        <w:t>v 2.359058 16.248766 -1.185535</w:t>
        <w:br/>
        <w:t>v 2.533440 15.841277 -1.287664</w:t>
        <w:br/>
        <w:t>v 1.891268 15.679335 -1.289480</w:t>
        <w:br/>
        <w:t>v 1.750708 16.097919 -1.201933</w:t>
        <w:br/>
        <w:t>v 1.923311 16.084742 -0.898465</w:t>
        <w:br/>
        <w:t>v 2.058447 15.669064 -0.997349</w:t>
        <w:br/>
        <w:t>v 1.935411 16.213303 -1.568309</w:t>
        <w:br/>
        <w:t>v 2.115430 15.791122 -1.666654</w:t>
        <w:br/>
        <w:t>v 2.294547 15.829103 -1.771125</w:t>
        <w:br/>
        <w:t>v 2.110006 16.258549 -1.657084</w:t>
        <w:br/>
        <w:t>v 1.606452 16.646568 -1.460618</w:t>
        <w:br/>
        <w:t>v 1.572016 16.567287 -1.229128</w:t>
        <w:br/>
        <w:t>v 0.872144 19.049355 -0.914232</w:t>
        <w:br/>
        <w:t>v 0.801481 19.080282 -0.904028</w:t>
        <w:br/>
        <w:t>v 1.322713 19.110760 -0.461527</w:t>
        <w:br/>
        <w:t>v 1.035339 18.951700 -0.627910</w:t>
        <w:br/>
        <w:t>v 2.960945 11.058174 -0.840881</w:t>
        <w:br/>
        <w:t>v 2.712707 10.936428 -0.666637</w:t>
        <w:br/>
        <w:t>v 2.600933 11.021233 -0.659008</w:t>
        <w:br/>
        <w:t>v 2.838548 11.154640 -0.824008</w:t>
        <w:br/>
        <w:t>v 2.104958 10.772580 -0.341824</w:t>
        <w:br/>
        <w:t>v 2.175219 10.839160 -0.337503</w:t>
        <w:br/>
        <w:t>v 1.848114 10.781612 -0.103970</w:t>
        <w:br/>
        <w:t>v 2.838548 11.154640 -0.824008</w:t>
        <w:br/>
        <w:t>v 2.600933 11.021233 -0.659008</w:t>
        <w:br/>
        <w:t>v 2.517908 10.953215 -0.712221</w:t>
        <w:br/>
        <w:t>v 2.725697 11.070624 -0.911656</w:t>
        <w:br/>
        <w:t>v 3.021574 11.341736 -1.210175</w:t>
        <w:br/>
        <w:t>v 3.125519 11.488147 -1.326947</w:t>
        <w:br/>
        <w:t>v 3.299562 11.587332 -1.210576</w:t>
        <w:br/>
        <w:t>v 3.178994 11.436625 -1.096735</w:t>
        <w:br/>
        <w:t>v 3.021574 11.341736 -1.210175</w:t>
        <w:br/>
        <w:t>v 3.133561 11.255454 -1.279998</w:t>
        <w:br/>
        <w:t>v 3.254843 11.420077 -1.414771</w:t>
        <w:br/>
        <w:t>v 3.125519 11.488147 -1.326947</w:t>
        <w:br/>
        <w:t>v 2.773912 10.970037 -0.948371</w:t>
        <w:br/>
        <w:t>v 2.725697 11.070624 -0.911656</w:t>
        <w:br/>
        <w:t>v 2.517908 10.953215 -0.712221</w:t>
        <w:br/>
        <w:t>v 2.552981 10.854190 -0.733679</w:t>
        <w:br/>
        <w:t>v 2.104958 10.772580 -0.341824</w:t>
        <w:br/>
        <w:t>v 1.848114 10.781612 -0.103970</w:t>
        <w:br/>
        <w:t>v 2.164534 10.727360 -0.377888</w:t>
        <w:br/>
        <w:t>v 2.164534 10.727360 -0.377888</w:t>
        <w:br/>
        <w:t>v 2.421703 10.778718 -0.525087</w:t>
        <w:br/>
        <w:t>v 2.357342 10.755483 -0.553936</w:t>
        <w:br/>
        <w:t>v 2.357342 10.755483 -0.553936</w:t>
        <w:br/>
        <w:t>v 2.327654 10.847427 -0.538616</w:t>
        <w:br/>
        <w:t>v 2.327654 10.847427 -0.538616</w:t>
        <w:br/>
        <w:t>v 2.388997 10.914758 -0.498080</w:t>
        <w:br/>
        <w:t>v 3.045725 11.295853 -0.978034</w:t>
        <w:br/>
        <w:t>v 2.882717 11.208180 -1.070780</w:t>
        <w:br/>
        <w:t>v 2.882717 11.208180 -1.070780</w:t>
        <w:br/>
        <w:t>v 2.993639 11.122548 -1.147468</w:t>
        <w:br/>
        <w:t>v 3.045725 11.295853 -0.978034</w:t>
        <w:br/>
        <w:t>v 3.178994 11.436625 -1.096735</w:t>
        <w:br/>
        <w:t>v 3.382350 11.349893 -1.171606</w:t>
        <w:br/>
        <w:t>v 3.213931 11.199685 -1.028415</w:t>
        <w:br/>
        <w:t>v 2.388997 10.914758 -0.498080</w:t>
        <w:br/>
        <w:t>v 2.453458 10.853390 -0.476384</w:t>
        <w:br/>
        <w:t>v 3.305437 11.268406 -1.261947</w:t>
        <w:br/>
        <w:t>v 3.133561 11.255454 -1.279998</w:t>
        <w:br/>
        <w:t>v 2.993639 11.122548 -1.147468</w:t>
        <w:br/>
        <w:t>v 3.122788 11.127132 -1.104527</w:t>
        <w:br/>
        <w:t>v 2.773912 10.970037 -0.948371</w:t>
        <w:br/>
        <w:t>v 2.909900 10.986471 -0.920725</w:t>
        <w:br/>
        <w:t>v 2.552981 10.854190 -0.733679</w:t>
        <w:br/>
        <w:t>v 2.662012 10.867243 -0.720338</w:t>
        <w:br/>
        <w:t>v 2.210845 10.786171 -0.326680</w:t>
        <w:br/>
        <w:t>v 2.175219 10.839160 -0.337503</w:t>
        <w:br/>
        <w:t>v 1.848114 10.781612 -0.103970</w:t>
        <w:br/>
        <w:t>v 3.451472 11.433769 -1.419731</w:t>
        <w:br/>
        <w:t>v 3.488788 11.515129 -1.282904</w:t>
        <w:br/>
        <w:t>v 3.299562 11.587332 -1.210576</w:t>
        <w:br/>
        <w:t>v 1.552250 10.594943 -1.296045</w:t>
        <w:br/>
        <w:t>v 1.010390 10.612830 -1.090272</w:t>
        <w:br/>
        <w:t>v 0.719687 10.555620 -0.962150</w:t>
        <w:br/>
        <w:t>v 0.644878 10.522001 -1.034478</w:t>
        <w:br/>
        <w:t>v 0.884862 10.577217 -1.223015</w:t>
        <w:br/>
        <w:t>v 1.010390 10.612830 -1.090272</w:t>
        <w:br/>
        <w:t>v 1.003137 10.498890 -1.089307</w:t>
        <w:br/>
        <w:t>v 0.708651 10.483106 -0.968739</w:t>
        <w:br/>
        <w:t>v 0.719687 10.555620 -0.962150</w:t>
        <w:br/>
        <w:t>v 0.412010 10.505541 -0.827853</w:t>
        <w:br/>
        <w:t>v 0.412010 10.505541 -0.827853</w:t>
        <w:br/>
        <w:t>v 1.364201 19.677059 -0.858431</w:t>
        <w:br/>
        <w:t>v 1.162512 19.859356 -0.588822</w:t>
        <w:br/>
        <w:t>v 1.083432 19.816366 -0.560951</w:t>
        <w:br/>
        <w:t>v 1.054069 19.766939 -0.613913</w:t>
        <w:br/>
        <w:t>v 0.974110 19.830936 -0.721982</w:t>
        <w:br/>
        <w:t>v 1.061598 19.861601 -0.767025</w:t>
        <w:br/>
        <w:t>v 1.128790 19.817610 -0.621980</w:t>
        <w:br/>
        <w:t>v 1.227512 19.823242 -0.657818</w:t>
        <w:br/>
        <w:t>v 1.177531 19.863163 -0.800771</w:t>
        <w:br/>
        <w:t>v 1.315135 19.754938 -0.684249</w:t>
        <w:br/>
        <w:t>v 1.266444 19.795975 -0.830785</w:t>
        <w:br/>
        <w:t>v 1.403158 19.634481 -0.711532</w:t>
        <w:br/>
        <w:t>v 1.128790 19.817610 -0.621980</w:t>
        <w:br/>
        <w:t>v 1.261697 19.862278 -0.621642</w:t>
        <w:br/>
        <w:t>v 1.162512 19.859356 -0.588822</w:t>
        <w:br/>
        <w:t>v 1.343703 19.789337 -0.641165</w:t>
        <w:br/>
        <w:t>v 1.448687 19.682590 -0.636060</w:t>
        <w:br/>
        <w:t>v 1.448687 19.682590 -0.636060</w:t>
        <w:br/>
        <w:t>v 1.261697 19.862278 -0.621642</w:t>
        <w:br/>
        <w:t>v 1.114039 19.717045 -0.488853</w:t>
        <w:br/>
        <w:t>v 1.055950 19.670822 -0.503914</w:t>
        <w:br/>
        <w:t>v 1.424162 19.546291 -0.842465</w:t>
        <w:br/>
        <w:t>v 3.574607 13.090476 -2.293632</w:t>
        <w:br/>
        <w:t>v 0.911182 19.638260 -0.489664</w:t>
        <w:br/>
        <w:t>v 1.055950 19.670822 -0.503914</w:t>
        <w:br/>
        <w:t>v 1.047827 19.677156 -0.462237</w:t>
        <w:br/>
        <w:t>v 0.953843 19.616076 -0.461421</w:t>
        <w:br/>
        <w:t>v 1.477329 19.539742 -0.437929</w:t>
        <w:br/>
        <w:t>v 1.559188 19.414394 -0.457077</w:t>
        <w:br/>
        <w:t>v 1.520850 19.321384 -0.544121</w:t>
        <w:br/>
        <w:t>v 1.461587 19.434826 -0.496763</w:t>
        <w:br/>
        <w:t>v 1.897300 19.221745 -0.631076</w:t>
        <w:br/>
        <w:t>v 1.973023 19.006414 -0.669072</w:t>
        <w:br/>
        <w:t>v 1.815460 18.853838 -0.597941</w:t>
        <w:br/>
        <w:t>v 1.737710 19.079241 -0.539809</w:t>
        <w:br/>
        <w:t>v 1.650193 19.056959 -0.880711</w:t>
        <w:br/>
        <w:t>v 1.644386 19.004789 -0.610795</w:t>
        <w:br/>
        <w:t>v 1.701563 18.795395 -0.656998</w:t>
        <w:br/>
        <w:t>v 1.751276 18.871231 -0.887405</w:t>
        <w:br/>
        <w:t>v 1.701563 18.795395 -0.656998</w:t>
        <w:br/>
        <w:t>v 1.644386 19.004789 -0.610795</w:t>
        <w:br/>
        <w:t>v 1.996634 18.761538 -0.698332</w:t>
        <w:br/>
        <w:t>v 1.854225 18.665541 -0.639374</w:t>
        <w:br/>
        <w:t>v 2.029967 17.945665 -1.000485</w:t>
        <w:br/>
        <w:t>v 2.013139 17.955326 -0.984408</w:t>
        <w:br/>
        <w:t>v 1.996476 17.872208 -0.909199</w:t>
        <w:br/>
        <w:t>v 1.741580 18.629631 -0.699068</w:t>
        <w:br/>
        <w:t>v 1.812600 18.691706 -0.894262</w:t>
        <w:br/>
        <w:t>v 1.741580 18.629631 -0.699068</w:t>
        <w:br/>
        <w:t>v 1.994295 18.518684 -0.716482</w:t>
        <w:br/>
        <w:t>v 1.865830 18.468235 -0.670543</w:t>
        <w:br/>
        <w:t>v 1.771924 18.447769 -0.730179</w:t>
        <w:br/>
        <w:t>v 1.849319 18.484922 -0.881441</w:t>
        <w:br/>
        <w:t>v 1.771924 18.447769 -0.730179</w:t>
        <w:br/>
        <w:t>v 1.956921 18.280539 -0.710513</w:t>
        <w:br/>
        <w:t>v 1.852543 18.269432 -0.678261</w:t>
        <w:br/>
        <w:t>v 1.786250 18.263329 -0.734087</w:t>
        <w:br/>
        <w:t>v 1.851503 18.280231 -0.839020</w:t>
        <w:br/>
        <w:t>v 1.786250 18.263329 -0.734087</w:t>
        <w:br/>
        <w:t>v 1.883814 18.067020 -0.672202</w:t>
        <w:br/>
        <w:t>v 1.820893 18.076078 -0.653372</w:t>
        <w:br/>
        <w:t>v 1.782585 18.074949 -0.699645</w:t>
        <w:br/>
        <w:t>v 1.817096 18.070185 -0.754385</w:t>
        <w:br/>
        <w:t>v 1.820893 18.076078 -0.653372</w:t>
        <w:br/>
        <w:t>v 1.782585 18.074949 -0.699645</w:t>
        <w:br/>
        <w:t>v 1.804325 17.901552 -0.590613</w:t>
        <w:br/>
        <w:t>v 1.782713 17.915785 -0.585020</w:t>
        <w:br/>
        <w:t>v 1.769477 17.919270 -0.618434</w:t>
        <w:br/>
        <w:t>v 1.771498 17.906134 -0.623499</w:t>
        <w:br/>
        <w:t>v 1.782713 17.915785 -0.585020</w:t>
        <w:br/>
        <w:t>v 1.769477 17.919270 -0.618434</w:t>
        <w:br/>
        <w:t>v 1.726583 17.786631 -0.504649</w:t>
        <w:br/>
        <w:t>v 1.726583 17.786631 -0.504649</w:t>
        <w:br/>
        <w:t>v 1.813970 17.893848 -0.626343</w:t>
        <w:br/>
        <w:t>v 1.726583 17.786631 -0.504649</w:t>
        <w:br/>
        <w:t>v 1.726583 17.786631 -0.504649</w:t>
        <w:br/>
        <w:t>v 1.769477 17.919270 -0.618434</w:t>
        <w:br/>
        <w:t>v 1.648635 19.547541 -0.540650</w:t>
        <w:br/>
        <w:t>v 1.633732 19.532536 -0.615866</w:t>
        <w:br/>
        <w:t>v 1.768529 19.391275 -0.655200</w:t>
        <w:br/>
        <w:t>v 1.788723 19.396900 -0.589672</w:t>
        <w:br/>
        <w:t>v 1.799912 19.215591 -1.008794</w:t>
        <w:br/>
        <w:t>v 1.664530 19.357700 -0.959780</w:t>
        <w:br/>
        <w:t>v 1.557599 19.233086 -0.876067</w:t>
        <w:br/>
        <w:t>v 1.915449 19.031654 -1.055617</w:t>
        <w:br/>
        <w:t>v 1.967425 18.743528 -0.960370</w:t>
        <w:br/>
        <w:t>v 1.897300 19.221745 -0.631076</w:t>
        <w:br/>
        <w:t>v 1.874617 19.227962 -0.692541</w:t>
        <w:br/>
        <w:t>v 1.959143 19.008402 -0.750697</w:t>
        <w:br/>
        <w:t>v 1.973023 19.006414 -0.669072</w:t>
        <w:br/>
        <w:t>v 1.994295 18.518684 -0.716482</w:t>
        <w:br/>
        <w:t>v 1.996634 18.761538 -0.698332</w:t>
        <w:br/>
        <w:t>v 1.967425 18.743528 -0.960370</w:t>
        <w:br/>
        <w:t>v 1.996015 18.523493 -0.914312</w:t>
        <w:br/>
        <w:t>v 1.956921 18.280539 -0.710513</w:t>
        <w:br/>
        <w:t>v 1.970706 18.272722 -0.849526</w:t>
        <w:br/>
        <w:t>v 1.883814 18.067020 -0.672202</w:t>
        <w:br/>
        <w:t>v 1.894328 18.060093 -0.752547</w:t>
        <w:br/>
        <w:t>v 1.804325 17.901552 -0.590613</w:t>
        <w:br/>
        <w:t>v 1.813970 17.893848 -0.626343</w:t>
        <w:br/>
        <w:t>v 1.502881 19.662571 -0.489011</w:t>
        <w:br/>
        <w:t>v 1.479634 19.646595 -0.560513</w:t>
        <w:br/>
        <w:t>v 2.047750 17.944883 -0.985402</w:t>
        <w:br/>
        <w:t>v 2.029967 17.945665 -1.000485</w:t>
        <w:br/>
        <w:t>v 1.996476 17.872208 -0.909199</w:t>
        <w:br/>
        <w:t>v 1.788723 19.396900 -0.589672</w:t>
        <w:br/>
        <w:t>v 1.656120 19.249807 -0.494703</w:t>
        <w:br/>
        <w:t>v 1.586806 19.167389 -0.581594</w:t>
        <w:br/>
        <w:t>v 1.656120 19.249807 -0.494703</w:t>
        <w:br/>
        <w:t>v 1.586806 19.167389 -0.581594</w:t>
        <w:br/>
        <w:t>v 1.799912 19.215591 -1.008794</w:t>
        <w:br/>
        <w:t>v 1.897388 19.258932 -0.864033</w:t>
        <w:br/>
        <w:t>v 1.769645 19.402191 -0.803879</w:t>
        <w:br/>
        <w:t>v 1.664530 19.357700 -0.959780</w:t>
        <w:br/>
        <w:t>v 1.514506 19.479322 -0.895484</w:t>
        <w:br/>
        <w:t>v 1.474138 19.412601 -0.863491</w:t>
        <w:br/>
        <w:t>v 1.448687 19.682590 -0.636060</w:t>
        <w:br/>
        <w:t>v 1.403158 19.634481 -0.711532</w:t>
        <w:br/>
        <w:t>v 1.626890 19.531677 -0.740726</w:t>
        <w:br/>
        <w:t>v 1.514506 19.479322 -0.895484</w:t>
        <w:br/>
        <w:t>v 1.424162 19.546291 -0.842465</w:t>
        <w:br/>
        <w:t>v 1.479634 19.646595 -0.560513</w:t>
        <w:br/>
        <w:t>v 1.633732 19.532536 -0.615866</w:t>
        <w:br/>
        <w:t>v 1.874617 19.227962 -0.692541</w:t>
        <w:br/>
        <w:t>v 1.768529 19.391275 -0.655200</w:t>
        <w:br/>
        <w:t>v 1.341502 19.739885 -0.453736</w:t>
        <w:br/>
        <w:t>v 1.332071 19.730064 -0.501337</w:t>
        <w:br/>
        <w:t>v 1.332071 19.730064 -0.501337</w:t>
        <w:br/>
        <w:t>v 1.502881 19.662571 -0.489011</w:t>
        <w:br/>
        <w:t>v 1.477329 19.539742 -0.437929</w:t>
        <w:br/>
        <w:t>v 1.372007 19.635767 -0.425253</w:t>
        <w:br/>
        <w:t>v 1.341502 19.739885 -0.453736</w:t>
        <w:br/>
        <w:t>v 1.256687 19.676626 -0.408355</w:t>
        <w:br/>
        <w:t>v 1.380478 19.531597 -0.442776</w:t>
        <w:br/>
        <w:t>v 1.277256 19.585279 -0.413595</w:t>
        <w:br/>
        <w:t>v 1.648635 19.547541 -0.540650</w:t>
        <w:br/>
        <w:t>v 1.559188 19.414394 -0.457077</w:t>
        <w:br/>
        <w:t>v 1.070128 19.624466 -0.418369</w:t>
        <w:br/>
        <w:t>v 1.038723 19.539429 -0.371091</w:t>
        <w:br/>
        <w:t>v 0.953843 19.616076 -0.461421</w:t>
        <w:br/>
        <w:t>v 2.092451 18.848103 -0.991966</w:t>
        <w:br/>
        <w:t>v 2.130084 18.663355 -1.043356</w:t>
        <w:br/>
        <w:t>v 2.083347 18.619598 -0.906396</w:t>
        <w:br/>
        <w:t>v 2.041599 18.786995 -0.832879</w:t>
        <w:br/>
        <w:t>v 2.083347 18.619598 -0.906396</w:t>
        <w:br/>
        <w:t>v 2.009458 18.601507 -0.998386</w:t>
        <w:br/>
        <w:t>v 1.967425 18.743528 -0.960370</w:t>
        <w:br/>
        <w:t>v 2.041599 18.786995 -0.832879</w:t>
        <w:br/>
        <w:t>v 2.011189 18.803463 -1.114600</w:t>
        <w:br/>
        <w:t>v 2.092451 18.848103 -0.991966</w:t>
        <w:br/>
        <w:t>v 2.013935 19.068108 -0.924893</w:t>
        <w:br/>
        <w:t>v 1.915449 19.031654 -1.055617</w:t>
        <w:br/>
        <w:t>v 2.060509 18.627069 -1.139739</w:t>
        <w:br/>
        <w:t>v 2.130084 18.663355 -1.043356</w:t>
        <w:br/>
        <w:t>v 2.151585 18.499083 -1.073623</w:t>
        <w:br/>
        <w:t>v 2.103542 18.471163 -0.964297</w:t>
        <w:br/>
        <w:t>v 2.103542 18.471163 -0.964297</w:t>
        <w:br/>
        <w:t>v 2.037348 18.453779 -1.040221</w:t>
        <w:br/>
        <w:t>v 2.097162 18.056837 -1.045962</w:t>
        <w:br/>
        <w:t>v 2.059152 18.048967 -1.070235</w:t>
        <w:br/>
        <w:t>v 2.047750 17.944883 -0.985402</w:t>
        <w:br/>
        <w:t>v 1.996476 17.872208 -0.909199</w:t>
        <w:br/>
        <w:t>v 2.030138 17.945856 -0.965974</w:t>
        <w:br/>
        <w:t>v 2.030138 17.945856 -0.965974</w:t>
        <w:br/>
        <w:t>v 1.996476 17.872208 -0.909199</w:t>
        <w:br/>
        <w:t>v 2.013139 17.955326 -0.984408</w:t>
        <w:br/>
        <w:t>v 2.150945 18.335175 -1.086088</w:t>
        <w:br/>
        <w:t>v 2.099912 18.318584 -1.006578</w:t>
        <w:br/>
        <w:t>v 2.099912 18.318584 -1.006578</w:t>
        <w:br/>
        <w:t>v 2.044182 18.310728 -1.067162</w:t>
        <w:br/>
        <w:t>v 2.088157 18.467886 -1.147454</w:t>
        <w:br/>
        <w:t>v 2.151585 18.499083 -1.073623</w:t>
        <w:br/>
        <w:t>v 2.089575 18.308395 -1.138514</w:t>
        <w:br/>
        <w:t>v 2.150945 18.335175 -1.086088</w:t>
        <w:br/>
        <w:t>v 2.130810 18.187241 -1.078952</w:t>
        <w:br/>
        <w:t>v 2.084120 18.183676 -1.021648</w:t>
        <w:br/>
        <w:t>v 2.084120 18.183676 -1.021648</w:t>
        <w:br/>
        <w:t>v 2.038061 18.181063 -1.066871</w:t>
        <w:br/>
        <w:t>v 1.967425 18.743528 -0.960370</w:t>
        <w:br/>
        <w:t>v 2.009458 18.601507 -0.998386</w:t>
        <w:br/>
        <w:t>v 2.060509 18.627069 -1.139739</w:t>
        <w:br/>
        <w:t>v 2.011189 18.803463 -1.114600</w:t>
        <w:br/>
        <w:t>v 2.038061 18.181063 -1.066871</w:t>
        <w:br/>
        <w:t>v 2.077356 18.170122 -1.115001</w:t>
        <w:br/>
        <w:t>v 2.089575 18.308395 -1.138514</w:t>
        <w:br/>
        <w:t>v 2.044182 18.310728 -1.067162</w:t>
        <w:br/>
        <w:t>v 2.037348 18.453779 -1.040221</w:t>
        <w:br/>
        <w:t>v 2.088157 18.467886 -1.147454</w:t>
        <w:br/>
        <w:t>v 1.915449 19.031654 -1.055617</w:t>
        <w:br/>
        <w:t>v 1.970706 18.272722 -0.849526</w:t>
        <w:br/>
        <w:t>v 1.996015 18.523493 -0.914312</w:t>
        <w:br/>
        <w:t>v 1.894328 18.060093 -0.752547</w:t>
        <w:br/>
        <w:t>v 2.077356 18.170122 -1.115001</w:t>
        <w:br/>
        <w:t>v 2.130810 18.187241 -1.078952</w:t>
        <w:br/>
        <w:t>v 2.097162 18.056837 -1.045962</w:t>
        <w:br/>
        <w:t>v 2.062900 18.058758 -1.008276</w:t>
        <w:br/>
        <w:t>v 2.062900 18.058758 -1.008276</w:t>
        <w:br/>
        <w:t>v 2.028528 18.061832 -1.039179</w:t>
        <w:br/>
        <w:t>v 2.028528 18.061832 -1.039179</w:t>
        <w:br/>
        <w:t>v 2.059152 18.048967 -1.070235</w:t>
        <w:br/>
        <w:t>v 1.959143 19.008402 -0.750697</w:t>
        <w:br/>
        <w:t>v 1.215939 19.775379 -0.431528</w:t>
        <w:br/>
        <w:t>v 1.207353 19.768658 -0.467692</w:t>
        <w:br/>
        <w:t>v 1.959143 19.008402 -0.750697</w:t>
        <w:br/>
        <w:t>v 1.461587 19.434826 -0.496763</w:t>
        <w:br/>
        <w:t>v 1.215939 19.775379 -0.431528</w:t>
        <w:br/>
        <w:t>v 1.047827 19.677156 -0.462237</w:t>
        <w:br/>
        <w:t>v 1.128957 19.731564 -0.447526</w:t>
        <w:br/>
        <w:t>v 1.168294 19.658194 -0.409372</w:t>
        <w:br/>
        <w:t>v 1.181917 19.581579 -0.398879</w:t>
        <w:br/>
        <w:t>v 1.105910 19.560213 -0.395852</w:t>
        <w:br/>
        <w:t>v 1.114039 19.717045 -0.488853</w:t>
        <w:br/>
        <w:t>v 1.207353 19.768658 -0.467692</w:t>
        <w:br/>
        <w:t>v 1.128957 19.731564 -0.447526</w:t>
        <w:br/>
        <w:t>v 1.424162 19.546291 -0.842465</w:t>
        <w:br/>
        <w:t>v 1.520850 19.321384 -0.544121</w:t>
        <w:br/>
        <w:t>v 1.474138 19.412601 -0.863491</w:t>
        <w:br/>
        <w:t>v 1.461587 19.434826 -0.496763</w:t>
        <w:br/>
        <w:t>v 3.369974 12.338511 -2.018750</w:t>
        <w:br/>
        <w:t>v 3.343217 13.001288 -2.100185</w:t>
        <w:br/>
        <w:t>v 3.272705 12.992733 -2.363192</w:t>
        <w:br/>
        <w:t>v 3.208520 12.348770 -2.296288</w:t>
        <w:br/>
        <w:t>v 3.026898 11.840631 -2.166400</w:t>
        <w:br/>
        <w:t>v 3.235752 11.884298 -1.901702</w:t>
        <w:br/>
        <w:t>v 2.498478 11.023576 -1.762420</w:t>
        <w:br/>
        <w:t>v 2.754521 11.140448 -1.559114</w:t>
        <w:br/>
        <w:t>v 3.034739 11.505071 -1.735663</w:t>
        <w:br/>
        <w:t>v 2.781615 11.406159 -1.975909</w:t>
        <w:br/>
        <w:t>v 1.480298 10.455460 -1.010803</w:t>
        <w:br/>
        <w:t>v 1.403573 10.496496 -1.068275</w:t>
        <w:br/>
        <w:t>v 1.147292 10.411229 -0.738589</w:t>
        <w:br/>
        <w:t>v 1.571954 10.465017 -0.899505</w:t>
        <w:br/>
        <w:t>v 1.731943 10.543808 -1.261058</w:t>
        <w:br/>
        <w:t>v 2.056092 10.646426 -1.194104</w:t>
        <w:br/>
        <w:t>v 2.410041 10.864876 -1.382841</w:t>
        <w:br/>
        <w:t>v 2.085517 10.737431 -1.505476</w:t>
        <w:br/>
        <w:t>v 1.552250 10.594943 -1.296045</w:t>
        <w:br/>
        <w:t>v 1.816635 10.820820 -1.691895</w:t>
        <w:br/>
        <w:t>v 1.266344 10.592637 -1.398900</w:t>
        <w:br/>
        <w:t>v 2.418309 11.435598 -2.211095</w:t>
        <w:br/>
        <w:t>v 2.250240 11.135838 -1.996941</w:t>
        <w:br/>
        <w:t>v 2.578936 11.838601 -2.422943</w:t>
        <w:br/>
        <w:t>v 2.676693 12.328428 -2.571345</w:t>
        <w:br/>
        <w:t>v 2.722315 12.899236 -2.577835</w:t>
        <w:br/>
        <w:t>v 3.217977 13.555174 -2.244867</w:t>
        <w:br/>
        <w:t>v 3.161545 13.529632 -2.338678</w:t>
        <w:br/>
        <w:t>v 2.950687 14.061896 -2.162617</w:t>
        <w:br/>
        <w:t>v 2.676868 13.378500 -2.498341</w:t>
        <w:br/>
        <w:t>v 2.950687 14.061896 -2.162617</w:t>
        <w:br/>
        <w:t>v 2.570281 13.914271 -2.334018</w:t>
        <w:br/>
        <w:t>v 2.453834 15.047234 -1.886846</w:t>
        <w:br/>
        <w:t>v 2.269293 15.436620 -1.765238</w:t>
        <w:br/>
        <w:t>v 2.076410 15.406746 -1.818213</w:t>
        <w:br/>
        <w:t>v 2.230473 15.006885 -1.965662</w:t>
        <w:br/>
        <w:t>v 2.230473 15.006885 -1.965662</w:t>
        <w:br/>
        <w:t>v 2.076410 15.406746 -1.818213</w:t>
        <w:br/>
        <w:t>v 1.977651 15.344662 -1.658487</w:t>
        <w:br/>
        <w:t>v 2.105108 14.937901 -1.794087</w:t>
        <w:br/>
        <w:t>v 2.272526 14.400651 -1.994537</w:t>
        <w:br/>
        <w:t>v 2.412559 14.495053 -2.130750</w:t>
        <w:br/>
        <w:t>v 2.405307 13.821225 -2.199545</w:t>
        <w:br/>
        <w:t>v 2.366462 13.781215 -1.924576</w:t>
        <w:br/>
        <w:t>v 2.418409 13.250416 -2.115881</w:t>
        <w:br/>
        <w:t>v 2.493969 13.300334 -2.404718</w:t>
        <w:br/>
        <w:t>v 2.524358 12.852211 -2.496023</w:t>
        <w:br/>
        <w:t>v 2.064221 11.514316 -2.086005</w:t>
        <w:br/>
        <w:t>v 2.306484 11.878110 -2.312810</w:t>
        <w:br/>
        <w:t>v 1.884541 11.251971 -1.917611</w:t>
        <w:br/>
        <w:t>v 1.199565 10.694991 -1.441553</w:t>
        <w:br/>
        <w:t>v 1.566405 10.941277 -1.684380</w:t>
        <w:br/>
        <w:t>v 2.466486 12.324969 -2.461901</w:t>
        <w:br/>
        <w:t>v 2.412559 14.495053 -2.130750</w:t>
        <w:br/>
        <w:t>v 2.698264 14.565313 -2.046985</w:t>
        <w:br/>
        <w:t>v 2.007263 15.304003 -1.389768</w:t>
        <w:br/>
        <w:t>v 2.122232 14.891354 -1.510236</w:t>
        <w:br/>
        <w:t>v 2.254826 14.343369 -1.689591</w:t>
        <w:br/>
        <w:t>v 2.437324 12.811900 -2.241046</w:t>
        <w:br/>
        <w:t>v 2.370921 12.336958 -2.289260</w:t>
        <w:br/>
        <w:t>v 2.243313 11.896800 -2.217608</w:t>
        <w:br/>
        <w:t>v 1.599299 16.557129 -1.112744</w:t>
        <w:br/>
        <w:t>v 1.572016 16.567287 -1.229128</w:t>
        <w:br/>
        <w:t>v 1.458075 17.016840 -1.021338</w:t>
        <w:br/>
        <w:t>v 3.113869 13.497402 -1.862507</w:t>
        <w:br/>
        <w:t>v 3.343217 13.001288 -2.100185</w:t>
        <w:br/>
        <w:t>v 1.767192 16.620296 -1.470088</w:t>
        <w:br/>
        <w:t>v 1.600840 17.079386 -1.372131</w:t>
        <w:br/>
        <w:t>v 1.480886 17.067698 -1.374348</w:t>
        <w:br/>
        <w:t>v 1.606452 16.646568 -1.460618</w:t>
        <w:br/>
        <w:t>v 1.370063 17.555756 -1.282278</w:t>
        <w:br/>
        <w:t>v 1.432633 17.566683 -1.288203</w:t>
        <w:br/>
        <w:t>v 1.703696 16.145872 -1.428199</w:t>
        <w:br/>
        <w:t>v 1.750708 16.097919 -1.201933</w:t>
        <w:br/>
        <w:t>v 1.891268 15.679335 -1.289480</w:t>
        <w:br/>
        <w:t>v 1.841650 15.719733 -1.549331</w:t>
        <w:br/>
        <w:t>v 1.928647 15.774150 -1.688751</w:t>
        <w:br/>
        <w:t>v 1.770762 16.191795 -1.574985</w:t>
        <w:br/>
        <w:t>v 1.770762 16.191795 -1.574985</w:t>
        <w:br/>
        <w:t>v 1.928647 15.774150 -1.688751</w:t>
        <w:br/>
        <w:t>v 2.115430 15.791122 -1.666654</w:t>
        <w:br/>
        <w:t>v 1.935411 16.213303 -1.568309</w:t>
        <w:br/>
        <w:t>v 1.277392 18.063608 -1.208234</w:t>
        <w:br/>
        <w:t>v 1.606452 16.646568 -1.460618</w:t>
        <w:br/>
        <w:t>v 0.658670 10.471405 -1.016190</w:t>
        <w:br/>
        <w:t>v 0.913685 10.492138 -1.187001</w:t>
        <w:br/>
        <w:t>v 0.884862 10.577217 -1.223015</w:t>
        <w:br/>
        <w:t>v 0.644878 10.522001 -1.034478</w:t>
        <w:br/>
        <w:t>v 1.003137 10.498890 -1.089307</w:t>
        <w:br/>
        <w:t>v 0.913685 10.492138 -1.187001</w:t>
        <w:br/>
        <w:t>v 0.658670 10.471405 -1.016190</w:t>
        <w:br/>
        <w:t>v 0.708651 10.483106 -0.968739</w:t>
        <w:br/>
        <w:t>v 0.412010 10.505541 -0.827853</w:t>
        <w:br/>
        <w:t>v 0.412010 10.505541 -0.827853</w:t>
        <w:br/>
        <w:t>v 1.848114 10.781612 -0.103970</w:t>
        <w:br/>
        <w:t>v 2.210845 10.786171 -0.326680</w:t>
        <w:br/>
        <w:t>v 2.164534 10.727360 -0.377888</w:t>
        <w:br/>
        <w:t>v 2.453458 10.853390 -0.476384</w:t>
        <w:br/>
        <w:t>v 2.421703 10.778718 -0.525087</w:t>
        <w:br/>
        <w:t>v 2.712707 10.936428 -0.666637</w:t>
        <w:br/>
        <w:t>v 2.662012 10.867243 -0.720338</w:t>
        <w:br/>
        <w:t>v 2.960945 11.058174 -0.840881</w:t>
        <w:br/>
        <w:t>v 2.909900 10.986471 -0.920725</w:t>
        <w:br/>
        <w:t>v 3.213931 11.199685 -1.028415</w:t>
        <w:br/>
        <w:t>v 3.122788 11.127132 -1.104527</w:t>
        <w:br/>
        <w:t>v 3.382350 11.349893 -1.171606</w:t>
        <w:br/>
        <w:t>v 3.305437 11.268406 -1.261947</w:t>
        <w:br/>
        <w:t>v 3.488788 11.515129 -1.282904</w:t>
        <w:br/>
        <w:t>v 3.451472 11.433769 -1.419731</w:t>
        <w:br/>
        <w:t>v 3.598521 11.762128 -1.382265</w:t>
        <w:br/>
        <w:t>v 3.630577 11.681205 -1.608844</w:t>
        <w:br/>
        <w:t>v -1.902191 17.066818 -0.818245</w:t>
        <w:br/>
        <w:t>v -2.003756 16.607023 -0.892565</w:t>
        <w:br/>
        <w:t>v -2.201375 16.660776 -1.090685</w:t>
        <w:br/>
        <w:t>v -2.065837 17.107868 -1.006531</w:t>
        <w:br/>
        <w:t>v -2.947654 14.002922 -1.649881</w:t>
        <w:br/>
        <w:t>v -2.919482 13.978244 -1.732995</w:t>
        <w:br/>
        <w:t>v -3.113869 13.497402 -1.862506</w:t>
        <w:br/>
        <w:t>v -3.171103 13.530986 -1.750105</w:t>
        <w:br/>
        <w:t>v -3.343217 13.001288 -2.100184</w:t>
        <w:br/>
        <w:t>v -3.113869 13.497402 -1.862506</w:t>
        <w:br/>
        <w:t>v -2.705880 13.290012 -1.696066</w:t>
        <w:br/>
        <w:t>v -2.708648 12.807290 -1.792082</w:t>
        <w:br/>
        <w:t>v -1.613417 18.480627 -0.628092</w:t>
        <w:br/>
        <w:t>v -1.670450 18.074881 -0.670369</w:t>
        <w:br/>
        <w:t>v -1.821908 18.084717 -0.849260</w:t>
        <w:br/>
        <w:t>v -1.747601 18.499706 -0.801972</w:t>
        <w:br/>
        <w:t>v -1.783652 17.538221 -0.739929</w:t>
        <w:br/>
        <w:t>v -1.938330 17.567619 -0.920211</w:t>
        <w:br/>
        <w:t>v -1.471792 18.021759 -0.579113</w:t>
        <w:br/>
        <w:t>v -1.402620 18.424746 -0.536335</w:t>
        <w:br/>
        <w:t>v -1.511602 19.151022 -0.545154</w:t>
        <w:br/>
        <w:t>v -1.322714 19.110760 -0.461527</w:t>
        <w:br/>
        <w:t>v -1.342243 18.815460 -0.493143</w:t>
        <w:br/>
        <w:t>v -1.549569 18.868362 -0.581205</w:t>
        <w:br/>
        <w:t>v -1.576564 17.492336 -0.645705</w:t>
        <w:br/>
        <w:t>v -3.482625 12.177958 -1.530090</w:t>
        <w:br/>
        <w:t>v -3.392534 11.744303 -1.310451</w:t>
        <w:br/>
        <w:t>v -3.598520 11.762128 -1.382265</w:t>
        <w:br/>
        <w:t>v -3.482625 12.177958 -1.530090</w:t>
        <w:br/>
        <w:t>v -3.331968 12.068453 -1.656170</w:t>
        <w:br/>
        <w:t>v -3.219192 11.641421 -1.430142</w:t>
        <w:br/>
        <w:t>v -3.392534 11.744303 -1.310451</w:t>
        <w:br/>
        <w:t>v -3.440536 12.607944 -1.675235</w:t>
        <w:br/>
        <w:t>v -3.367757 12.524317 -1.852823</w:t>
        <w:br/>
        <w:t>v -3.356120 13.055629 -1.761780</w:t>
        <w:br/>
        <w:t>v -3.306652 13.012224 -1.967666</w:t>
        <w:br/>
        <w:t>v -3.375698 10.985408 -0.738389</w:t>
        <w:br/>
        <w:t>v -3.569358 11.132594 -0.926124</w:t>
        <w:br/>
        <w:t>v -3.488750 11.218564 -0.952029</w:t>
        <w:br/>
        <w:t>v -3.306338 11.049243 -0.766022</w:t>
        <w:br/>
        <w:t>v -3.833480 11.570258 -1.281439</w:t>
        <w:br/>
        <w:t>v -3.671762 11.604644 -1.236657</w:t>
        <w:br/>
        <w:t>v -3.606913 11.396165 -1.101370</w:t>
        <w:br/>
        <w:t>v -3.737740 11.334672 -1.123880</w:t>
        <w:br/>
        <w:t>v -3.861828 12.776864 -1.797644</w:t>
        <w:br/>
        <w:t>v -3.603656 12.719829 -1.621258</w:t>
        <w:br/>
        <w:t>v -3.666790 12.251765 -1.486060</w:t>
        <w:br/>
        <w:t>v -3.915191 12.300918 -1.624377</w:t>
        <w:br/>
        <w:t>v -3.749252 13.234282 -1.884753</w:t>
        <w:br/>
        <w:t>v -3.509657 13.162717 -1.691268</w:t>
        <w:br/>
        <w:t>v -3.559037 13.701396 -1.895877</w:t>
        <w:br/>
        <w:t>v -3.337067 13.624859 -1.675159</w:t>
        <w:br/>
        <w:t>v -3.322035 14.176740 -1.819253</w:t>
        <w:br/>
        <w:t>v -3.110474 14.100917 -1.579645</w:t>
        <w:br/>
        <w:t>v -3.395314 11.158511 -1.052792</w:t>
        <w:br/>
        <w:t>v -3.453324 11.034900 -1.091624</w:t>
        <w:br/>
        <w:t>v -3.264713 10.878016 -0.840843</w:t>
        <w:br/>
        <w:t>v -3.236603 11.010998 -0.840555</w:t>
        <w:br/>
        <w:t>v -3.012279 14.659374 -1.911536</w:t>
        <w:br/>
        <w:t>v -3.266968 14.158487 -2.056618</w:t>
        <w:br/>
        <w:t>v -3.079722 14.098900 -2.225074</w:t>
        <w:br/>
        <w:t>v -2.835668 14.598069 -2.098682</w:t>
        <w:br/>
        <w:t>v -3.336240 13.608061 -2.310391</w:t>
        <w:br/>
        <w:t>v -3.217977 13.555174 -2.244865</w:t>
        <w:br/>
        <w:t>v -2.950686 14.061896 -2.162617</w:t>
        <w:br/>
        <w:t>v -3.079722 14.098900 -2.225074</w:t>
        <w:br/>
        <w:t>v -3.217977 13.555174 -2.244865</w:t>
        <w:br/>
        <w:t>v -3.574607 13.090476 -2.293631</w:t>
        <w:br/>
        <w:t>v -3.405674 13.043552 -2.210868</w:t>
        <w:br/>
        <w:t>v -3.713226 12.585308 -2.164258</w:t>
        <w:br/>
        <w:t>v -3.506438 12.528700 -2.058822</w:t>
        <w:br/>
        <w:t>v -3.484817 12.060321 -1.812864</w:t>
        <w:br/>
        <w:t>v -3.766351 12.090687 -1.958798</w:t>
        <w:br/>
        <w:t>v -3.706498 11.225565 -1.245989</w:t>
        <w:br/>
        <w:t>v -3.800235 11.454537 -1.449270</w:t>
        <w:br/>
        <w:t>v -3.833480 11.570258 -1.281439</w:t>
        <w:br/>
        <w:t>v -3.737740 11.334672 -1.123880</w:t>
        <w:br/>
        <w:t>v -3.375698 10.985408 -0.738389</w:t>
        <w:br/>
        <w:t>v -3.264713 10.878016 -0.840843</w:t>
        <w:br/>
        <w:t>v -3.551695 11.046173 -1.007471</w:t>
        <w:br/>
        <w:t>v -3.113869 13.497402 -1.862506</w:t>
        <w:br/>
        <w:t>v -3.306652 13.012224 -1.967666</w:t>
        <w:br/>
        <w:t>v -3.569358 11.132594 -0.926124</w:t>
        <w:br/>
        <w:t>v -3.584465 11.207465 -1.320822</w:t>
        <w:br/>
        <w:t>v -3.503682 11.321645 -1.222051</w:t>
        <w:br/>
        <w:t>v -3.707050 11.834505 -1.346853</w:t>
        <w:br/>
        <w:t>v -3.890676 11.839077 -1.421323</w:t>
        <w:br/>
        <w:t>v -3.931526 12.199353 -1.858736</w:t>
        <w:br/>
        <w:t>v -3.915191 12.300918 -1.624377</w:t>
        <w:br/>
        <w:t>v -3.890676 11.839077 -1.421323</w:t>
        <w:br/>
        <w:t>v -3.876848 11.754486 -1.632107</w:t>
        <w:br/>
        <w:t>v -2.804840 15.127478 -1.769247</w:t>
        <w:br/>
        <w:t>v -2.617017 15.073927 -1.974620</w:t>
        <w:br/>
        <w:t>v -3.367757 12.524317 -1.852823</w:t>
        <w:br/>
        <w:t>v -3.331968 12.068453 -1.656170</w:t>
        <w:br/>
        <w:t>v -3.379857 11.625099 -1.562798</w:t>
        <w:br/>
        <w:t>v -3.219192 11.641421 -1.430142</w:t>
        <w:br/>
        <w:t>v -2.034208 17.131130 -1.257889</w:t>
        <w:br/>
        <w:t>v -1.779005 17.120384 -1.432220</w:t>
        <w:br/>
        <w:t>v -1.618866 17.581488 -1.327987</w:t>
        <w:br/>
        <w:t>v -1.892169 17.585735 -1.166670</w:t>
        <w:br/>
        <w:t>v -2.453834 15.047234 -1.886846</w:t>
        <w:br/>
        <w:t>v -2.617017 15.073927 -1.974620</w:t>
        <w:br/>
        <w:t>v -2.835668 14.598069 -2.098682</w:t>
        <w:br/>
        <w:t>v -2.698264 14.565313 -2.046985</w:t>
        <w:br/>
        <w:t>v -2.656438 12.301983 -1.806162</w:t>
        <w:br/>
        <w:t>v -3.369974 12.338511 -2.018750</w:t>
        <w:br/>
        <w:t>v -2.568464 11.905617 -1.775573</w:t>
        <w:br/>
        <w:t>v -3.235752 11.884298 -1.901702</w:t>
        <w:br/>
        <w:t>v -3.034739 11.505071 -1.735663</w:t>
        <w:br/>
        <w:t>v -2.397665 11.531676 -1.650471</w:t>
        <w:br/>
        <w:t>v -2.212535 11.237691 -1.533134</w:t>
        <w:br/>
        <w:t>v -2.754520 11.140448 -1.559114</w:t>
        <w:br/>
        <w:t>v -1.571953 10.465018 -0.899505</w:t>
        <w:br/>
        <w:t>v -1.501304 10.525833 -0.976781</w:t>
        <w:br/>
        <w:t>v -1.147292 10.411230 -0.738589</w:t>
        <w:br/>
        <w:t>v -1.403572 10.496497 -1.068274</w:t>
        <w:br/>
        <w:t>v -2.410041 10.864876 -1.382841</w:t>
        <w:br/>
        <w:t>v -1.898733 10.964526 -1.403372</w:t>
        <w:br/>
        <w:t>v -1.868907 10.718818 -1.207507</w:t>
        <w:br/>
        <w:t>v -2.056091 10.646427 -1.194104</w:t>
        <w:br/>
        <w:t>v -1.379170 10.699077 -1.260757</w:t>
        <w:br/>
        <w:t>v -1.662771 10.715836 -1.341854</w:t>
        <w:br/>
        <w:t>v -1.552249 10.594944 -1.296044</w:t>
        <w:br/>
        <w:t>v -2.614474 13.812293 -1.536692</w:t>
        <w:br/>
        <w:t>v -2.366462 13.781215 -1.924576</w:t>
        <w:br/>
        <w:t>v -2.418409 13.250416 -2.115880</w:t>
        <w:br/>
        <w:t>v -2.705880 13.290012 -1.696066</w:t>
        <w:br/>
        <w:t>v -2.182835 15.289421 -1.093704</w:t>
        <w:br/>
        <w:t>v -2.007263 15.304003 -1.389768</w:t>
        <w:br/>
        <w:t>v -2.122232 14.891354 -1.510236</w:t>
        <w:br/>
        <w:t>v -2.313337 14.886292 -1.214472</w:t>
        <w:br/>
        <w:t>v -2.254825 14.343369 -1.689591</w:t>
        <w:br/>
        <w:t>v -2.473426 14.372367 -1.373571</w:t>
        <w:br/>
        <w:t>v -1.576564 17.492336 -0.645705</w:t>
        <w:br/>
        <w:t>v -1.359153 17.496056 -0.939540</w:t>
        <w:br/>
        <w:t>v -1.458075 17.016842 -1.021338</w:t>
        <w:br/>
        <w:t>v -1.682275 17.023340 -0.722468</w:t>
        <w:br/>
        <w:t>v -1.599299 16.557131 -1.112744</w:t>
        <w:br/>
        <w:t>v -1.789252 16.566212 -0.801159</w:t>
        <w:br/>
        <w:t>v -1.402620 18.424746 -0.536335</w:t>
        <w:br/>
        <w:t>v -1.169151 18.414814 -0.826637</w:t>
        <w:br/>
        <w:t>v -1.245212 18.013264 -0.893053</w:t>
        <w:br/>
        <w:t>v -1.471792 18.021759 -0.579113</w:t>
        <w:br/>
        <w:t>v -1.089260 18.912653 -0.715931</w:t>
        <w:br/>
        <w:t>v -1.101282 18.782175 -0.776284</w:t>
        <w:br/>
        <w:t>v -1.342243 18.815460 -0.493143</w:t>
        <w:br/>
        <w:t>v -1.253517 19.014896 -0.557380</w:t>
        <w:br/>
        <w:t>v -1.113136 19.263941 -0.330021</w:t>
        <w:br/>
        <w:t>v -1.110902 19.084970 -0.443298</w:t>
        <w:br/>
        <w:t>v -1.125881 19.115126 -0.462511</w:t>
        <w:br/>
        <w:t>v -1.151497 19.260664 -0.381398</w:t>
        <w:br/>
        <w:t>v -1.199565 10.694992 -1.441552</w:t>
        <w:br/>
        <w:t>v -1.379170 10.699077 -1.260757</w:t>
        <w:br/>
        <w:t>v -1.566404 10.941278 -1.684379</w:t>
        <w:br/>
        <w:t>v -2.064221 11.514316 -2.086005</w:t>
        <w:br/>
        <w:t>v -1.884540 11.251971 -1.917611</w:t>
        <w:br/>
        <w:t>v -0.951999 18.953629 -0.804019</w:t>
        <w:br/>
        <w:t>v -0.928917 18.953955 -0.796901</w:t>
        <w:br/>
        <w:t>v -0.801482 19.080282 -0.904028</w:t>
        <w:br/>
        <w:t>v -0.872145 19.049355 -0.914231</w:t>
        <w:br/>
        <w:t>v -0.713966 19.465992 -0.785814</w:t>
        <w:br/>
        <w:t>v -0.763148 19.590033 -0.631990</w:t>
        <w:br/>
        <w:t>v -0.775825 19.638657 -0.650430</w:t>
        <w:br/>
        <w:t>v -0.821177 19.511215 -0.823256</w:t>
        <w:br/>
        <w:t>v -1.749330 18.100710 -1.087816</w:t>
        <w:br/>
        <w:t>v -1.452965 18.085505 -1.235378</w:t>
        <w:br/>
        <w:t>v -1.322739 18.487103 -1.192186</w:t>
        <w:br/>
        <w:t>v -1.668383 18.497902 -1.043208</w:t>
        <w:br/>
        <w:t>v -0.914086 19.617310 -0.974426</w:t>
        <w:br/>
        <w:t>v -1.024332 19.787081 -0.881793</w:t>
        <w:br/>
        <w:t>v -1.136532 19.807587 -0.924282</w:t>
        <w:br/>
        <w:t>v -0.947757 19.588270 -1.008762</w:t>
        <w:br/>
        <w:t>v -2.437324 12.811900 -2.241045</w:t>
        <w:br/>
        <w:t>v -2.708648 12.807290 -1.792082</w:t>
        <w:br/>
        <w:t>v -2.370921 12.336958 -2.289260</w:t>
        <w:br/>
        <w:t>v -2.656438 12.301983 -1.806162</w:t>
        <w:br/>
        <w:t>v -2.243313 11.896800 -2.217609</w:t>
        <w:br/>
        <w:t>v -2.568464 11.905617 -1.775573</w:t>
        <w:br/>
        <w:t>v -0.981567 18.766685 -0.855323</w:t>
        <w:br/>
        <w:t>v -0.966549 18.888685 -0.842561</w:t>
        <w:br/>
        <w:t>v -0.892453 19.023252 -0.992313</w:t>
        <w:br/>
        <w:t>v -0.915790 18.771118 -1.001545</w:t>
        <w:br/>
        <w:t>v -0.911183 19.638260 -0.489664</w:t>
        <w:br/>
        <w:t>v -0.878167 19.569212 -0.463873</w:t>
        <w:br/>
        <w:t>v -1.678480 18.909439 -0.753532</w:t>
        <w:br/>
        <w:t>v -1.625230 19.196819 -0.717594</w:t>
        <w:br/>
        <w:t>v -0.953844 19.616076 -0.461421</w:t>
        <w:br/>
        <w:t>v -0.878167 19.569212 -0.463873</w:t>
        <w:br/>
        <w:t>v -0.986249 19.502392 -0.368907</w:t>
        <w:br/>
        <w:t>v -1.038724 19.539429 -0.371091</w:t>
        <w:br/>
        <w:t>v -1.093106 19.451012 -0.341010</w:t>
        <w:br/>
        <w:t>v -1.056499 19.408833 -0.326726</w:t>
        <w:br/>
        <w:t>v -1.003444 19.754873 -0.555553</w:t>
        <w:br/>
        <w:t>v -0.846639 19.742151 -0.718087</w:t>
        <w:br/>
        <w:t>v -1.105911 19.560213 -0.395852</w:t>
        <w:br/>
        <w:t>v -1.167548 19.506205 -0.361234</w:t>
        <w:br/>
        <w:t>v -1.220917 19.294643 -0.408942</w:t>
        <w:br/>
        <w:t>v -1.205985 19.133564 -0.489343</w:t>
        <w:br/>
        <w:t>v -0.955424 19.752644 -0.816680</w:t>
        <w:br/>
        <w:t>v -0.974110 19.830936 -0.721982</w:t>
        <w:br/>
        <w:t>v -1.003444 19.754873 -0.555553</w:t>
        <w:br/>
        <w:t>v -1.104289 19.758759 -0.507751</w:t>
        <w:br/>
        <w:t>v -1.083432 19.816366 -0.560951</w:t>
        <w:br/>
        <w:t>v -1.181917 19.581579 -0.398879</w:t>
        <w:br/>
        <w:t>v -1.318442 19.361067 -0.421868</w:t>
        <w:br/>
        <w:t>v -1.277257 19.585279 -0.413594</w:t>
        <w:br/>
        <w:t>v -1.461588 19.434826 -0.496762</w:t>
        <w:br/>
        <w:t>v -1.561407 19.440825 -0.684612</w:t>
        <w:br/>
        <w:t>v -1.380478 19.531597 -0.442776</w:t>
        <w:br/>
        <w:t>v -1.315336 19.634079 -0.966810</w:t>
        <w:br/>
        <w:t>v -1.045953 19.493383 -1.058667</w:t>
        <w:br/>
        <w:t>v -1.230769 19.736397 -0.949974</w:t>
        <w:br/>
        <w:t>v -1.446006 19.404762 -0.973398</w:t>
        <w:br/>
        <w:t>v -1.137935 19.312065 -1.099265</w:t>
        <w:br/>
        <w:t>v -1.581775 18.905754 -1.005128</w:t>
        <w:br/>
        <w:t>v -1.678480 18.909439 -0.753532</w:t>
        <w:br/>
        <w:t>v -1.747601 18.499706 -0.801972</w:t>
        <w:br/>
        <w:t>v -0.837549 19.579805 -0.888833</w:t>
        <w:br/>
        <w:t>v -2.919482 13.978244 -1.732995</w:t>
        <w:br/>
        <w:t>v -2.614474 13.812293 -1.536692</w:t>
        <w:br/>
        <w:t>v -2.313337 14.886292 -1.214472</w:t>
        <w:br/>
        <w:t>v -2.528167 15.014350 -1.312943</w:t>
        <w:br/>
        <w:t>v -2.380679 15.390849 -1.180888</w:t>
        <w:br/>
        <w:t>v -2.182835 15.289421 -1.093704</w:t>
        <w:br/>
        <w:t>v -2.473426 14.372367 -1.373571</w:t>
        <w:br/>
        <w:t>v -2.711668 14.519566 -1.466430</w:t>
        <w:br/>
        <w:t>v -1.682275 17.023340 -0.722468</w:t>
        <w:br/>
        <w:t>v -1.517339 19.190207 -0.983632</w:t>
        <w:br/>
        <w:t>v -1.561407 19.440825 -0.684612</w:t>
        <w:br/>
        <w:t>v -1.625230 19.196819 -0.717594</w:t>
        <w:br/>
        <w:t>v -3.081939 14.646333 -1.671565</w:t>
        <w:br/>
        <w:t>v -2.849910 15.138777 -1.516424</w:t>
        <w:br/>
        <w:t>v -2.662664 15.084388 -1.294479</w:t>
        <w:br/>
        <w:t>v -2.884408 14.605848 -1.442317</w:t>
        <w:br/>
        <w:t>v -2.686640 15.497574 -1.393664</w:t>
        <w:br/>
        <w:t>v -2.507310 15.445890 -1.180400</w:t>
        <w:br/>
        <w:t>v -1.063042 18.952940 -0.644758</w:t>
        <w:br/>
        <w:t>v -1.207354 19.768658 -0.467692</w:t>
        <w:br/>
        <w:t>v -1.332071 19.730064 -0.501337</w:t>
        <w:br/>
        <w:t>v -1.296884 19.813988 -0.562642</w:t>
        <w:br/>
        <w:t>v -1.204551 19.798302 -0.513237</w:t>
        <w:br/>
        <w:t>v -1.343703 19.789337 -0.641165</w:t>
        <w:br/>
        <w:t>v -3.606913 11.396165 -1.101370</w:t>
        <w:br/>
        <w:t>v -3.503682 11.321645 -1.222051</w:t>
        <w:br/>
        <w:t>v -3.395314 11.158511 -1.052792</w:t>
        <w:br/>
        <w:t>v -3.488750 11.218564 -0.952029</w:t>
        <w:br/>
        <w:t>v -3.236603 11.010998 -0.840555</w:t>
        <w:br/>
        <w:t>v -3.306338 11.049243 -0.766022</w:t>
        <w:br/>
        <w:t>v -3.671762 11.604644 -1.236657</w:t>
        <w:br/>
        <w:t>v -3.569809 11.521231 -1.331457</w:t>
        <w:br/>
        <w:t>v -3.569809 11.521231 -1.331457</w:t>
        <w:br/>
        <w:t>v -3.656981 11.408955 -1.516224</w:t>
        <w:br/>
        <w:t>v -3.586307 11.656226 -1.596995</w:t>
        <w:br/>
        <w:t>v -3.707050 11.834505 -1.346853</w:t>
        <w:br/>
        <w:t>v -3.630576 11.681205 -1.608845</w:t>
        <w:br/>
        <w:t>v -3.720729 11.684601 -1.699650</w:t>
        <w:br/>
        <w:t>v -3.766351 12.090687 -1.958798</w:t>
        <w:br/>
        <w:t>v -3.875720 12.682513 -2.043715</w:t>
        <w:br/>
        <w:t>v -3.861828 12.776864 -1.797644</w:t>
        <w:br/>
        <w:t>v -3.737464 13.166348 -2.146883</w:t>
        <w:br/>
        <w:t>v -3.749252 13.234282 -1.884753</w:t>
        <w:br/>
        <w:t>v -3.508379 13.670005 -2.142449</w:t>
        <w:br/>
        <w:t>v -3.559037 13.701396 -1.895877</w:t>
        <w:br/>
        <w:t>v -3.322035 14.176740 -1.819253</w:t>
        <w:br/>
        <w:t>v -3.081939 14.646333 -1.671565</w:t>
        <w:br/>
        <w:t>v -2.849910 15.138777 -1.516424</w:t>
        <w:br/>
        <w:t>v -2.686640 15.497574 -1.393664</w:t>
        <w:br/>
        <w:t>v -2.633840 15.494129 -1.662621</w:t>
        <w:br/>
        <w:t>v -2.162517 16.684666 -1.365617</w:t>
        <w:br/>
        <w:t>v -2.065837 17.107868 -1.006531</w:t>
        <w:br/>
        <w:t>v -2.201375 16.660776 -1.090685</w:t>
        <w:br/>
        <w:t>v -1.938330 17.567619 -0.920211</w:t>
        <w:br/>
        <w:t>v -1.821908 18.084717 -0.849260</w:t>
        <w:br/>
        <w:t>v -1.201482 19.101055 -1.128013</w:t>
        <w:br/>
        <w:t>v -1.245588 18.846556 -1.158565</w:t>
        <w:br/>
        <w:t>v -3.720729 11.684601 -1.699650</w:t>
        <w:br/>
        <w:t>v -3.766351 12.090687 -1.958798</w:t>
        <w:br/>
        <w:t>v -3.656981 11.408955 -1.516224</w:t>
        <w:br/>
        <w:t>v -3.584465 11.207465 -1.320822</w:t>
        <w:br/>
        <w:t>v -3.453324 11.034900 -1.091624</w:t>
        <w:br/>
        <w:t>v -3.509657 13.162717 -1.691268</w:t>
        <w:br/>
        <w:t>v -3.337067 13.624859 -1.675159</w:t>
        <w:br/>
        <w:t>v -3.713226 12.585308 -2.164258</w:t>
        <w:br/>
        <w:t>v -3.574607 13.090476 -2.293631</w:t>
        <w:br/>
        <w:t>v -3.336240 13.608061 -2.310391</w:t>
        <w:br/>
        <w:t>v -0.838513 19.500687 -0.904566</w:t>
        <w:br/>
        <w:t>v -2.269293 15.436620 -1.765238</w:t>
        <w:br/>
        <w:t>v -2.450539 15.462087 -1.871927</w:t>
        <w:br/>
        <w:t>v -1.600840 17.079388 -1.372131</w:t>
        <w:br/>
        <w:t>v -1.944405 16.665648 -1.548266</w:t>
        <w:br/>
        <w:t>v -1.767193 16.620298 -1.470088</w:t>
        <w:br/>
        <w:t>v -1.063042 18.952940 -0.644758</w:t>
        <w:br/>
        <w:t>v -1.035340 18.951700 -0.627910</w:t>
        <w:br/>
        <w:t>v -1.089260 18.912653 -0.715931</w:t>
        <w:br/>
        <w:t>v -1.101282 18.782175 -0.776284</w:t>
        <w:br/>
        <w:t>v -1.169151 18.414814 -0.826637</w:t>
        <w:br/>
        <w:t>v -1.025171 18.432476 -0.849536</w:t>
        <w:br/>
        <w:t>v -2.711668 14.519566 -1.466430</w:t>
        <w:br/>
        <w:t>v -2.711668 14.519566 -1.466430</w:t>
        <w:br/>
        <w:t>v -3.630576 11.681205 -1.608845</w:t>
        <w:br/>
        <w:t>v -3.598520 11.762128 -1.382265</w:t>
        <w:br/>
        <w:t>v -3.569809 11.521231 -1.331457</w:t>
        <w:br/>
        <w:t>v -2.450539 15.462087 -1.871927</w:t>
        <w:br/>
        <w:t>v -1.789252 16.566212 -0.801159</w:t>
        <w:br/>
        <w:t>v -1.306843 17.008799 -1.039038</w:t>
        <w:br/>
        <w:t>v -1.466731 16.540987 -1.162499</w:t>
        <w:br/>
        <w:t>v -1.572017 16.567289 -1.229128</w:t>
        <w:br/>
        <w:t>v -1.458075 17.016842 -1.021338</w:t>
        <w:br/>
        <w:t>v -1.432634 17.566683 -1.288203</w:t>
        <w:br/>
        <w:t>v -1.277393 18.063606 -1.208233</w:t>
        <w:br/>
        <w:t>v -2.661210 11.985725 -3.746910</w:t>
        <w:br/>
        <w:t>v -2.756525 11.975466 -3.916031</w:t>
        <w:br/>
        <w:t>v -2.733626 12.048485 -3.991541</w:t>
        <w:br/>
        <w:t>v -2.634542 12.130395 -3.879403</w:t>
        <w:br/>
        <w:t>v -2.756525 11.975466 -3.916031</w:t>
        <w:br/>
        <w:t>v -2.655887 11.963352 -3.990000</w:t>
        <w:br/>
        <w:t>v -2.904513 11.992240 -4.120739</w:t>
        <w:br/>
        <w:t>v -2.904513 11.992240 -4.120739</w:t>
        <w:br/>
        <w:t>v -0.949060 18.466852 -1.009788</w:t>
        <w:br/>
        <w:t>v -0.915790 18.771118 -1.001545</w:t>
        <w:br/>
        <w:t>v -0.971182 18.803064 -1.157275</w:t>
        <w:br/>
        <w:t>v -1.018219 18.489347 -1.171806</w:t>
        <w:br/>
        <w:t>v -1.094731 17.524742 -1.053418</w:t>
        <w:br/>
        <w:t>v -1.197148 17.541451 -1.261859</w:t>
        <w:br/>
        <w:t>v -1.317177 17.055359 -1.375939</w:t>
        <w:br/>
        <w:t>v -1.212217 17.011551 -1.141192</w:t>
        <w:br/>
        <w:t>v -1.418792 16.645678 -1.520720</w:t>
        <w:br/>
        <w:t>v -1.328739 16.537275 -1.272645</w:t>
        <w:br/>
        <w:t>v -1.539373 16.214731 -1.721395</w:t>
        <w:br/>
        <w:t>v -1.447315 16.116135 -1.425218</w:t>
        <w:br/>
        <w:t>v -2.733626 12.048485 -3.991541</w:t>
        <w:br/>
        <w:t>v -2.904513 11.992240 -4.120739</w:t>
        <w:br/>
        <w:t>v -2.655887 11.963352 -3.990000</w:t>
        <w:br/>
        <w:t>v -1.646211 15.825922 -1.916408</w:t>
        <w:br/>
        <w:t>v -1.564175 15.671268 -1.610335</w:t>
        <w:br/>
        <w:t>v -1.721082 15.405594 -2.113250</w:t>
        <w:br/>
        <w:t>v -1.671678 15.280201 -1.807841</w:t>
        <w:br/>
        <w:t>v -1.814919 15.002927 -2.345968</w:t>
        <w:br/>
        <w:t>v -1.774746 14.866537 -2.011384</w:t>
        <w:br/>
        <w:t>v -1.883213 14.611585 -2.579124</w:t>
        <w:br/>
        <w:t>v -1.845684 14.476975 -2.210907</w:t>
        <w:br/>
        <w:t>v -1.963207 14.212603 -2.780375</w:t>
        <w:br/>
        <w:t>v -1.911711 14.113732 -2.373564</w:t>
        <w:br/>
        <w:t>v -2.050116 13.783169 -2.965379</w:t>
        <w:br/>
        <w:t>v -1.997605 13.604566 -2.605742</w:t>
        <w:br/>
        <w:t>v -2.073391 13.166563 -2.789481</w:t>
        <w:br/>
        <w:t>v -2.139944 13.357517 -3.132019</w:t>
        <w:br/>
        <w:t>v -2.139944 12.798773 -2.946739</w:t>
        <w:br/>
        <w:t>v -2.218047 13.012286 -3.286622</w:t>
        <w:br/>
        <w:t>v -2.205245 12.426409 -3.152638</w:t>
        <w:br/>
        <w:t>v -2.330022 12.632459 -3.457747</w:t>
        <w:br/>
        <w:t>v -2.440644 12.421675 -3.578052</w:t>
        <w:br/>
        <w:t>v -2.276383 12.176930 -3.361506</w:t>
        <w:br/>
        <w:t>v -2.546092 12.252216 -3.718788</w:t>
        <w:br/>
        <w:t>v -2.377447 12.048096 -3.574482</w:t>
        <w:br/>
        <w:t>v -2.516116 11.980527 -3.821669</w:t>
        <w:br/>
        <w:t>v -2.634542 12.130395 -3.879403</w:t>
        <w:br/>
        <w:t>v -0.949060 18.466852 -1.009788</w:t>
        <w:br/>
        <w:t>v -1.094731 17.524742 -1.053418</w:t>
        <w:br/>
        <w:t>v -1.212217 17.011551 -1.141192</w:t>
        <w:br/>
        <w:t>v -1.306843 17.008799 -1.039038</w:t>
        <w:br/>
        <w:t>v -1.195720 17.508995 -0.924019</w:t>
        <w:br/>
        <w:t>v -1.328739 16.537275 -1.272645</w:t>
        <w:br/>
        <w:t>v -1.447315 16.116135 -1.425218</w:t>
        <w:br/>
        <w:t>v -1.564175 15.671268 -1.610335</w:t>
        <w:br/>
        <w:t>v -1.730327 15.693165 -1.587336</w:t>
        <w:br/>
        <w:t>v -1.633985 16.113804 -1.418792</w:t>
        <w:br/>
        <w:t>v -1.671678 15.280201 -1.807841</w:t>
        <w:br/>
        <w:t>v -1.856344 15.288095 -1.759839</w:t>
        <w:br/>
        <w:t>v -1.987284 14.880479 -1.970122</w:t>
        <w:br/>
        <w:t>v -1.774746 14.866537 -2.011384</w:t>
        <w:br/>
        <w:t>v -2.089776 14.498484 -2.181820</w:t>
        <w:br/>
        <w:t>v -1.845684 14.476975 -2.210907</w:t>
        <w:br/>
        <w:t>v -2.184714 14.132283 -2.379514</w:t>
        <w:br/>
        <w:t>v -1.911711 14.113732 -2.373564</w:t>
        <w:br/>
        <w:t>v -2.298079 13.650514 -2.615062</w:t>
        <w:br/>
        <w:t>v -1.997605 13.604566 -2.605742</w:t>
        <w:br/>
        <w:t>v -2.359634 13.201612 -2.795105</w:t>
        <w:br/>
        <w:t>v -2.073391 13.166563 -2.789481</w:t>
        <w:br/>
        <w:t>v -2.387982 12.822171 -2.936079</w:t>
        <w:br/>
        <w:t>v -2.139944 12.798773 -2.946739</w:t>
        <w:br/>
        <w:t>v -2.577045 12.055625 -3.507316</w:t>
        <w:br/>
        <w:t>v -2.423495 12.183534 -3.266505</w:t>
        <w:br/>
        <w:t>v -2.276383 12.176930 -3.361506</w:t>
        <w:br/>
        <w:t>v -2.377447 12.048096 -3.574482</w:t>
        <w:br/>
        <w:t>v -2.661210 11.985725 -3.746910</w:t>
        <w:br/>
        <w:t>v -2.516116 11.980527 -3.821669</w:t>
        <w:br/>
        <w:t>v -0.892453 19.023252 -0.992313</w:t>
        <w:br/>
        <w:t>v -0.924183 19.141212 -1.118944</w:t>
        <w:br/>
        <w:t>v -0.952530 18.963840 -1.142444</w:t>
        <w:br/>
        <w:t>v -0.952530 18.963840 -1.142444</w:t>
        <w:br/>
        <w:t>v -0.924183 19.141212 -1.118944</w:t>
        <w:br/>
        <w:t>v -0.971182 18.803064 -1.157275</w:t>
        <w:br/>
        <w:t>v -1.005843 18.029659 -1.014623</w:t>
        <w:br/>
        <w:t>v -1.094731 17.524742 -1.053418</w:t>
        <w:br/>
        <w:t>v -1.082693 18.030413 -0.869904</w:t>
        <w:br/>
        <w:t>v -1.005843 18.029659 -1.014623</w:t>
        <w:br/>
        <w:t>v -1.099904 18.035360 -1.196533</w:t>
        <w:br/>
        <w:t>v -0.700424 19.367390 -0.870540</w:t>
        <w:br/>
        <w:t>v -0.758244 19.407415 -0.932074</w:t>
        <w:br/>
        <w:t>v -0.833879 19.224102 -1.010064</w:t>
        <w:br/>
        <w:t>v -0.727929 19.217604 -0.946626</w:t>
        <w:br/>
        <w:t>v -0.839979 19.443804 -1.017367</w:t>
        <w:br/>
        <w:t>v -0.889371 19.322433 -1.083645</w:t>
        <w:br/>
        <w:t>v -0.839979 19.443804 -1.017367</w:t>
        <w:br/>
        <w:t>v -0.889371 19.322433 -1.083645</w:t>
        <w:br/>
        <w:t>v -2.577045 12.055625 -3.507316</w:t>
        <w:br/>
        <w:t>v -2.546092 12.252216 -3.718788</w:t>
        <w:br/>
        <w:t>v -1.814192 15.461286 -2.153936</w:t>
        <w:br/>
        <w:t>v -1.947525 15.082471 -2.434293</w:t>
        <w:br/>
        <w:t>v -2.155878 14.345471 -2.965555</w:t>
        <w:br/>
        <w:t>v -2.266287 13.972082 -3.213166</w:t>
        <w:br/>
        <w:t>v -2.384449 13.561424 -3.451295</w:t>
        <w:br/>
        <w:t>v -2.485438 13.167916 -3.594310</w:t>
        <w:br/>
        <w:t>v -2.592928 12.733860 -3.630638</w:t>
        <w:br/>
        <w:t>v -2.450577 12.685708 -3.558986</w:t>
        <w:br/>
        <w:t>v -2.632211 11.080383 -2.799954</w:t>
        <w:br/>
        <w:t>v -2.709123 10.860956 -2.619259</w:t>
        <w:br/>
        <w:t>v -2.763188 10.887099 -2.542672</w:t>
        <w:br/>
        <w:t>v -2.720047 11.112313 -2.695283</w:t>
        <w:br/>
        <w:t>v -2.786876 10.732908 -2.509552</w:t>
        <w:br/>
        <w:t>v -2.880449 10.667058 -2.370032</w:t>
        <w:br/>
        <w:t>v -2.910024 10.694517 -2.315078</w:t>
        <w:br/>
        <w:t>v -2.826973 10.769689 -2.426689</w:t>
        <w:br/>
        <w:t>v -2.485438 13.167916 -3.594310</w:t>
        <w:br/>
        <w:t>v -2.807007 11.735521 -3.168072</w:t>
        <w:br/>
        <w:t>v -2.704865 11.657618 -2.923742</w:t>
        <w:br/>
        <w:t>v -2.689069 11.357357 -2.825158</w:t>
        <w:br/>
        <w:t>v -2.801019 11.456203 -3.050561</w:t>
        <w:br/>
        <w:t>v -2.720047 11.112313 -2.695283</w:t>
        <w:br/>
        <w:t>v -2.819495 11.178202 -2.875665</w:t>
        <w:br/>
        <w:t>v -2.763188 10.887099 -2.542672</w:t>
        <w:br/>
        <w:t>v -2.859129 10.947527 -2.687266</w:t>
        <w:br/>
        <w:t>v -2.913055 10.828876 -2.547069</w:t>
        <w:br/>
        <w:t>v -2.826973 10.769689 -2.426689</w:t>
        <w:br/>
        <w:t>v -2.910024 10.694517 -2.315078</w:t>
        <w:br/>
        <w:t>v -2.958163 10.752851 -2.405745</w:t>
        <w:br/>
        <w:t>v -2.663891 12.542993 -3.085797</w:t>
        <w:br/>
        <w:t>v -2.497313 12.491523 -3.137218</w:t>
        <w:br/>
        <w:t>v -2.423495 12.183534 -3.266505</w:t>
        <w:br/>
        <w:t>v -2.692652 12.250826 -3.060894</w:t>
        <w:br/>
        <w:t>v -2.706681 11.954234 -2.998037</w:t>
        <w:br/>
        <w:t>v -2.452092 11.985763 -3.219744</w:t>
        <w:br/>
        <w:t>v -2.689069 11.357357 -2.825158</w:t>
        <w:br/>
        <w:t>v -2.704865 11.657618 -2.923742</w:t>
        <w:br/>
        <w:t>v -2.499229 11.661540 -3.115962</w:t>
        <w:br/>
        <w:t>v -2.557566 11.365637 -2.967522</w:t>
        <w:br/>
        <w:t>v -2.635268 12.443809 -3.612325</w:t>
        <w:br/>
        <w:t>v -2.653707 12.059471 -3.535463</w:t>
        <w:br/>
        <w:t>v -2.562602 12.032776 -3.460992</w:t>
        <w:br/>
        <w:t>v -2.517005 12.409073 -3.534084</w:t>
        <w:br/>
        <w:t>v -2.928363 10.691710 -2.415741</w:t>
        <w:br/>
        <w:t>v -2.958163 10.752851 -2.405745</w:t>
        <w:br/>
        <w:t>v -3.052212 10.653830 -2.154325</w:t>
        <w:br/>
        <w:t>v -3.052212 10.653830 -2.154325</w:t>
        <w:br/>
        <w:t>v -2.759844 12.361398 -3.373256</w:t>
        <w:br/>
        <w:t>v -2.692652 12.250826 -3.060894</w:t>
        <w:br/>
        <w:t>v -2.706681 11.954234 -2.998037</w:t>
        <w:br/>
        <w:t>v -2.795896 12.034880 -3.282639</w:t>
        <w:br/>
        <w:t>v -2.717016 12.641127 -3.388062</w:t>
        <w:br/>
        <w:t>v -2.663891 12.542993 -3.085797</w:t>
        <w:br/>
        <w:t>v -2.615764 13.093284 -3.357221</w:t>
        <w:br/>
        <w:t>v -2.615827 12.927932 -3.052012</w:t>
        <w:br/>
        <w:t>v -2.523895 13.509991 -3.232381</w:t>
        <w:br/>
        <w:t>v -2.563153 13.362102 -2.955407</w:t>
        <w:br/>
        <w:t>v -2.405745 13.916989 -3.026746</w:t>
        <w:br/>
        <w:t>v -2.489447 13.796146 -2.796784</w:t>
        <w:br/>
        <w:t>v -2.286454 14.294351 -2.796672</w:t>
        <w:br/>
        <w:t>v -2.266287 13.972082 -3.213166</w:t>
        <w:br/>
        <w:t>v -2.155878 14.345471 -2.965555</w:t>
        <w:br/>
        <w:t>v -2.040672 14.724701 -2.705053</w:t>
        <w:br/>
        <w:t>v -2.167440 14.671913 -2.543975</w:t>
        <w:br/>
        <w:t>v -2.412359 12.439825 -3.054418</w:t>
        <w:br/>
        <w:t>v -2.205245 12.426409 -3.152638</w:t>
        <w:br/>
        <w:t>v -0.713966 19.465992 -0.785814</w:t>
        <w:br/>
        <w:t>v -0.821177 19.511215 -0.823256</w:t>
        <w:br/>
        <w:t>v -2.040672 14.724701 -2.705053</w:t>
        <w:br/>
        <w:t>v -2.615827 12.927932 -3.052012</w:t>
        <w:br/>
        <w:t>v -2.497313 12.491523 -3.137218</w:t>
        <w:br/>
        <w:t>v -2.563153 13.362102 -2.955407</w:t>
        <w:br/>
        <w:t>v -2.489447 13.796146 -2.796784</w:t>
        <w:br/>
        <w:t>v -2.377109 14.203471 -2.569654</w:t>
        <w:br/>
        <w:t>v -2.682229 11.702500 -3.394176</w:t>
        <w:br/>
        <w:t>v -2.867634 10.763787 -2.591426</w:t>
        <w:br/>
        <w:t>v -2.928363 10.691710 -2.415741</w:t>
        <w:br/>
        <w:t>v -2.880449 10.667058 -2.370032</w:t>
        <w:br/>
        <w:t>v -2.786876 10.732908 -2.509552</w:t>
        <w:br/>
        <w:t>v -2.801319 10.891445 -2.781415</w:t>
        <w:br/>
        <w:t>v -2.709123 10.860956 -2.619259</w:t>
        <w:br/>
        <w:t>v -2.747593 11.115533 -3.010200</w:t>
        <w:br/>
        <w:t>v -2.632211 11.080383 -2.799954</w:t>
        <w:br/>
        <w:t>v -2.557566 11.365637 -2.967522</w:t>
        <w:br/>
        <w:t>v -2.706293 11.410595 -3.227485</w:t>
        <w:br/>
        <w:t>v -2.499229 11.661540 -3.115962</w:t>
        <w:br/>
        <w:t>v -2.452092 11.985763 -3.219744</w:t>
        <w:br/>
        <w:t>v -3.052212 10.653830 -2.154325</w:t>
        <w:br/>
        <w:t>v -2.928363 10.691710 -2.415741</w:t>
        <w:br/>
        <w:t>v -2.384449 13.561424 -3.451295</w:t>
        <w:br/>
        <w:t>v -2.485438 13.167916 -3.594310</w:t>
        <w:br/>
        <w:t>v -2.592928 12.733860 -3.630638</w:t>
        <w:br/>
        <w:t>v -2.635268 12.443809 -3.612325</w:t>
        <w:br/>
        <w:t>v -2.653707 12.059471 -3.535463</w:t>
        <w:br/>
        <w:t>v -2.682229 11.702500 -3.394176</w:t>
        <w:br/>
        <w:t>v -2.801019 11.456203 -3.050561</w:t>
        <w:br/>
        <w:t>v -2.706293 11.410595 -3.227485</w:t>
        <w:br/>
        <w:t>v -2.819495 11.178202 -2.875665</w:t>
        <w:br/>
        <w:t>v -2.747593 11.115533 -3.010200</w:t>
        <w:br/>
        <w:t>v -2.859129 10.947527 -2.687266</w:t>
        <w:br/>
        <w:t>v -2.801319 10.891445 -2.781415</w:t>
        <w:br/>
        <w:t>v -2.913055 10.828876 -2.547069</w:t>
        <w:br/>
        <w:t>v -2.867634 10.763787 -2.591426</w:t>
        <w:br/>
        <w:t>v -3.052212 10.653830 -2.154325</w:t>
        <w:br/>
        <w:t>v -2.615827 12.927932 -3.052012</w:t>
        <w:br/>
        <w:t>v -2.440644 12.421675 -3.578052</w:t>
        <w:br/>
        <w:t>v -2.517005 12.409073 -3.534084</w:t>
        <w:br/>
        <w:t>v -2.423495 12.183534 -3.266505</w:t>
        <w:br/>
        <w:t>v -2.412359 12.439825 -3.054418</w:t>
        <w:br/>
        <w:t>v -2.423495 12.183534 -3.266505</w:t>
        <w:br/>
        <w:t>v -2.450577 12.685708 -3.558986</w:t>
        <w:br/>
        <w:t>v -2.450577 12.685708 -3.558986</w:t>
        <w:br/>
        <w:t>v -2.423495 12.183534 -3.266505</w:t>
        <w:br/>
        <w:t>v -2.517005 12.409073 -3.534084</w:t>
        <w:br/>
        <w:t>v -2.377109 14.203471 -2.569654</w:t>
        <w:br/>
        <w:t>v -1.018219 18.489347 -1.171806</w:t>
        <w:br/>
        <w:t>v -1.606452 16.646570 -1.460618</w:t>
        <w:br/>
        <w:t>v -1.418792 16.645678 -1.520720</w:t>
        <w:br/>
        <w:t>v -1.317177 17.055359 -1.375939</w:t>
        <w:br/>
        <w:t>v -1.480886 17.067699 -1.374348</w:t>
        <w:br/>
        <w:t>v -1.099904 18.035360 -1.196533</w:t>
        <w:br/>
        <w:t>v -1.370064 17.555756 -1.282278</w:t>
        <w:br/>
        <w:t>v -1.197148 17.541451 -1.261859</w:t>
        <w:br/>
        <w:t>v -0.838513 19.500687 -0.904566</w:t>
        <w:br/>
        <w:t>v -1.245212 18.013264 -0.893053</w:t>
        <w:br/>
        <w:t>v -1.195720 17.508995 -0.924019</w:t>
        <w:br/>
        <w:t>v -1.359153 17.496056 -0.939540</w:t>
        <w:br/>
        <w:t>v -1.458075 17.016842 -1.021338</w:t>
        <w:br/>
        <w:t>v -1.359153 17.496056 -0.939540</w:t>
        <w:br/>
        <w:t>v -1.711011 16.200640 -1.647238</w:t>
        <w:br/>
        <w:t>v -1.539373 16.214731 -1.721395</w:t>
        <w:br/>
        <w:t>v -2.249952 14.597506 -2.320740</w:t>
        <w:br/>
        <w:t>v -1.787536 16.166615 -1.517751</w:t>
        <w:br/>
        <w:t>v -1.900412 15.745863 -1.675823</w:t>
        <w:br/>
        <w:t>v -1.819253 15.792098 -1.827920</w:t>
        <w:br/>
        <w:t>v -1.935837 15.430682 -2.054651</w:t>
        <w:br/>
        <w:t>v -2.010533 15.365896 -1.882549</w:t>
        <w:br/>
        <w:t>v -2.059624 15.050702 -2.288923</w:t>
        <w:br/>
        <w:t>v -2.133481 14.981506 -2.094611</w:t>
        <w:br/>
        <w:t>v -2.249952 14.597506 -2.320740</w:t>
        <w:br/>
        <w:t>v -1.646211 15.825922 -1.916408</w:t>
        <w:br/>
        <w:t>v -1.900412 15.745863 -1.675823</w:t>
        <w:br/>
        <w:t>v -1.787536 16.166615 -1.517751</w:t>
        <w:br/>
        <w:t>v -2.010533 15.365896 -1.882549</w:t>
        <w:br/>
        <w:t>v -1.947525 15.082471 -2.434293</w:t>
        <w:br/>
        <w:t>v -1.814192 15.461286 -2.153936</w:t>
        <w:br/>
        <w:t>v -2.133481 14.981506 -2.094611</w:t>
        <w:br/>
        <w:t>v -3.006829 10.823740 -0.471849</w:t>
        <w:br/>
        <w:t>v -3.166191 10.931856 -0.617320</w:t>
        <w:br/>
        <w:t>v -3.116324 10.908144 -0.690512</w:t>
        <w:br/>
        <w:t>v -2.985621 10.822374 -0.531901</w:t>
        <w:br/>
        <w:t>v -3.222285 10.890356 -0.610255</w:t>
        <w:br/>
        <w:t>v -3.166191 10.931856 -0.617320</w:t>
        <w:br/>
        <w:t>v -3.006829 10.823740 -0.471849</w:t>
        <w:br/>
        <w:t>v -3.044008 10.794617 -0.472137</w:t>
        <w:br/>
        <w:t>v -3.222285 10.890356 -0.610255</w:t>
        <w:br/>
        <w:t>v -3.044008 10.794617 -0.472137</w:t>
        <w:br/>
        <w:t>v -2.977479 10.751049 -0.521128</w:t>
        <w:br/>
        <w:t>v -3.124053 10.810211 -0.685000</w:t>
        <w:br/>
        <w:t>v -3.116324 10.908144 -0.690512</w:t>
        <w:br/>
        <w:t>v -3.124053 10.810211 -0.685000</w:t>
        <w:br/>
        <w:t>v -2.977479 10.751049 -0.521128</w:t>
        <w:br/>
        <w:t>v -2.985621 10.822374 -0.531901</w:t>
        <w:br/>
        <w:t>v -2.803674 10.703735 -0.321919</w:t>
        <w:br/>
        <w:t>v -2.803674 10.703735 -0.321919</w:t>
        <w:br/>
        <w:t>v -2.803674 10.703735 -0.321919</w:t>
        <w:br/>
        <w:t>v -2.803674 10.703735 -0.321919</w:t>
        <w:br/>
        <w:t>v -2.248123 15.741155 -1.089419</w:t>
        <w:br/>
        <w:t>v -2.108979 16.150543 -1.006945</w:t>
        <w:br/>
        <w:t>v -1.923311 16.084742 -0.898465</w:t>
        <w:br/>
        <w:t>v -2.058447 15.669064 -0.997349</w:t>
        <w:br/>
        <w:t>v -2.358958 15.774675 -1.085160</w:t>
        <w:br/>
        <w:t>v -2.179553 16.170261 -0.992389</w:t>
        <w:br/>
        <w:t>v -2.533440 15.841277 -1.287664</w:t>
        <w:br/>
        <w:t>v -2.359058 16.248766 -1.185535</w:t>
        <w:br/>
        <w:t>v -2.110006 16.258549 -1.657084</w:t>
        <w:br/>
        <w:t>v -2.313925 16.271774 -1.472092</w:t>
        <w:br/>
        <w:t>v -2.484336 15.849107 -1.573945</w:t>
        <w:br/>
        <w:t>v -2.294546 15.829103 -1.771125</w:t>
        <w:br/>
        <w:t>v -2.359058 16.248766 -1.185535</w:t>
        <w:br/>
        <w:t>v -2.533440 15.841277 -1.287664</w:t>
        <w:br/>
        <w:t>v -1.923311 16.084742 -0.898465</w:t>
        <w:br/>
        <w:t>v -1.750708 16.097919 -1.201933</w:t>
        <w:br/>
        <w:t>v -1.891268 15.679335 -1.289480</w:t>
        <w:br/>
        <w:t>v -2.058447 15.669064 -0.997349</w:t>
        <w:br/>
        <w:t>v -2.294546 15.829103 -1.771125</w:t>
        <w:br/>
        <w:t>v -2.115430 15.791122 -1.666654</w:t>
        <w:br/>
        <w:t>v -1.935411 16.213303 -1.568308</w:t>
        <w:br/>
        <w:t>v -2.110006 16.258549 -1.657084</w:t>
        <w:br/>
        <w:t>v -1.606452 16.646570 -1.460618</w:t>
        <w:br/>
        <w:t>v -1.572017 16.567289 -1.229128</w:t>
        <w:br/>
        <w:t>v -0.872145 19.049355 -0.914231</w:t>
        <w:br/>
        <w:t>v -0.801482 19.080282 -0.904028</w:t>
        <w:br/>
        <w:t>v -1.322714 19.110760 -0.461527</w:t>
        <w:br/>
        <w:t>v -1.035340 18.951700 -0.627910</w:t>
        <w:br/>
        <w:t>v -2.600932 11.021234 -0.659008</w:t>
        <w:br/>
        <w:t>v -2.712706 10.936429 -0.666637</w:t>
        <w:br/>
        <w:t>v -2.960944 11.058174 -0.840881</w:t>
        <w:br/>
        <w:t>v -2.838547 11.154641 -0.824007</w:t>
        <w:br/>
        <w:t>v -2.175219 10.839161 -0.337502</w:t>
        <w:br/>
        <w:t>v -2.104957 10.772581 -0.341824</w:t>
        <w:br/>
        <w:t>v -1.848113 10.781613 -0.103970</w:t>
        <w:br/>
        <w:t>v -2.517907 10.953216 -0.712220</w:t>
        <w:br/>
        <w:t>v -2.600932 11.021234 -0.659008</w:t>
        <w:br/>
        <w:t>v -2.838547 11.154641 -0.824007</w:t>
        <w:br/>
        <w:t>v -2.725696 11.070625 -0.911656</w:t>
        <w:br/>
        <w:t>v -3.299562 11.587332 -1.210577</w:t>
        <w:br/>
        <w:t>v -3.125518 11.488147 -1.326948</w:t>
        <w:br/>
        <w:t>v -3.021573 11.341736 -1.210176</w:t>
        <w:br/>
        <w:t>v -3.178994 11.436625 -1.096735</w:t>
        <w:br/>
        <w:t>v -3.254842 11.420077 -1.414771</w:t>
        <w:br/>
        <w:t>v -3.133560 11.255454 -1.279998</w:t>
        <w:br/>
        <w:t>v -3.021573 11.341736 -1.210176</w:t>
        <w:br/>
        <w:t>v -3.125518 11.488147 -1.326948</w:t>
        <w:br/>
        <w:t>v -2.517907 10.953216 -0.712220</w:t>
        <w:br/>
        <w:t>v -2.725696 11.070625 -0.911656</w:t>
        <w:br/>
        <w:t>v -2.773911 10.970037 -0.948371</w:t>
        <w:br/>
        <w:t>v -2.552980 10.854191 -0.733678</w:t>
        <w:br/>
        <w:t>v -1.848113 10.781613 -0.103970</w:t>
        <w:br/>
        <w:t>v -2.104957 10.772581 -0.341824</w:t>
        <w:br/>
        <w:t>v -2.164533 10.727361 -0.377887</w:t>
        <w:br/>
        <w:t>v -2.421702 10.778719 -0.525087</w:t>
        <w:br/>
        <w:t>v -2.164533 10.727361 -0.377887</w:t>
        <w:br/>
        <w:t>v -2.357341 10.755484 -0.553935</w:t>
        <w:br/>
        <w:t>v -2.357341 10.755484 -0.553935</w:t>
        <w:br/>
        <w:t>v -2.327653 10.847428 -0.538615</w:t>
        <w:br/>
        <w:t>v -2.388996 10.914759 -0.498080</w:t>
        <w:br/>
        <w:t>v -2.327653 10.847428 -0.538615</w:t>
        <w:br/>
        <w:t>v -2.882716 11.208180 -1.070780</w:t>
        <w:br/>
        <w:t>v -3.045724 11.295853 -0.978034</w:t>
        <w:br/>
        <w:t>v -2.882716 11.208180 -1.070780</w:t>
        <w:br/>
        <w:t>v -2.993638 11.122548 -1.147467</w:t>
        <w:br/>
        <w:t>v -3.382349 11.349893 -1.171606</w:t>
        <w:br/>
        <w:t>v -3.178994 11.436625 -1.096735</w:t>
        <w:br/>
        <w:t>v -3.045724 11.295853 -0.978034</w:t>
        <w:br/>
        <w:t>v -3.213930 11.199685 -1.028415</w:t>
        <w:br/>
        <w:t>v -2.388996 10.914759 -0.498080</w:t>
        <w:br/>
        <w:t>v -2.453457 10.853391 -0.476384</w:t>
        <w:br/>
        <w:t>v -2.993638 11.122548 -1.147467</w:t>
        <w:br/>
        <w:t>v -3.133560 11.255454 -1.279998</w:t>
        <w:br/>
        <w:t>v -3.305436 11.268406 -1.261948</w:t>
        <w:br/>
        <w:t>v -3.122787 11.127132 -1.104527</w:t>
        <w:br/>
        <w:t>v -2.909899 10.986472 -0.920725</w:t>
        <w:br/>
        <w:t>v -2.773911 10.970037 -0.948371</w:t>
        <w:br/>
        <w:t>v -2.552980 10.854191 -0.733678</w:t>
        <w:br/>
        <w:t>v -2.662011 10.867244 -0.720338</w:t>
        <w:br/>
        <w:t>v -2.175219 10.839161 -0.337502</w:t>
        <w:br/>
        <w:t>v -2.210844 10.786172 -0.326679</w:t>
        <w:br/>
        <w:t>v -1.848113 10.781613 -0.103970</w:t>
        <w:br/>
        <w:t>v -3.451471 11.433769 -1.419732</w:t>
        <w:br/>
        <w:t>v -3.488787 11.515129 -1.282905</w:t>
        <w:br/>
        <w:t>v -3.299562 11.587332 -1.210577</w:t>
        <w:br/>
        <w:t>v -1.552249 10.594944 -1.296044</w:t>
        <w:br/>
        <w:t>v -0.644878 10.522002 -1.034478</w:t>
        <w:br/>
        <w:t>v -0.719686 10.555621 -0.962150</w:t>
        <w:br/>
        <w:t>v -1.010389 10.612831 -1.090271</w:t>
        <w:br/>
        <w:t>v -0.884861 10.577218 -1.223014</w:t>
        <w:br/>
        <w:t>v -0.708650 10.483107 -0.968738</w:t>
        <w:br/>
        <w:t>v -1.003136 10.498891 -1.089306</w:t>
        <w:br/>
        <w:t>v -1.010389 10.612831 -1.090271</w:t>
        <w:br/>
        <w:t>v -0.719686 10.555621 -0.962150</w:t>
        <w:br/>
        <w:t>v -0.412010 10.505542 -0.827853</w:t>
        <w:br/>
        <w:t>v -0.412010 10.505542 -0.827853</w:t>
        <w:br/>
        <w:t>v -1.364202 19.677059 -0.858430</w:t>
        <w:br/>
        <w:t>v -1.162512 19.859356 -0.588822</w:t>
        <w:br/>
        <w:t>v -1.083432 19.816366 -0.560951</w:t>
        <w:br/>
        <w:t>v -1.054070 19.766939 -0.613913</w:t>
        <w:br/>
        <w:t>v -1.061598 19.861601 -0.767025</w:t>
        <w:br/>
        <w:t>v -0.974110 19.830936 -0.721982</w:t>
        <w:br/>
        <w:t>v -1.128791 19.817610 -0.621980</w:t>
        <w:br/>
        <w:t>v -1.227512 19.823242 -0.657818</w:t>
        <w:br/>
        <w:t>v -1.177531 19.863163 -0.800771</w:t>
        <w:br/>
        <w:t>v -1.315135 19.754938 -0.684249</w:t>
        <w:br/>
        <w:t>v -1.266445 19.795975 -0.830784</w:t>
        <w:br/>
        <w:t>v -1.403159 19.634481 -0.711532</w:t>
        <w:br/>
        <w:t>v -1.261697 19.862278 -0.621642</w:t>
        <w:br/>
        <w:t>v -1.128791 19.817610 -0.621980</w:t>
        <w:br/>
        <w:t>v -1.162512 19.859356 -0.588822</w:t>
        <w:br/>
        <w:t>v -1.343703 19.789337 -0.641165</w:t>
        <w:br/>
        <w:t>v -1.448688 19.682590 -0.636060</w:t>
        <w:br/>
        <w:t>v -1.448688 19.682590 -0.636060</w:t>
        <w:br/>
        <w:t>v -1.261697 19.862278 -0.621642</w:t>
        <w:br/>
        <w:t>v -1.055951 19.670822 -0.503914</w:t>
        <w:br/>
        <w:t>v -1.114040 19.717045 -0.488853</w:t>
        <w:br/>
        <w:t>v -1.424163 19.546291 -0.842465</w:t>
        <w:br/>
        <w:t>v -3.574607 13.090476 -2.293631</w:t>
        <w:br/>
        <w:t>v -0.911183 19.638260 -0.489664</w:t>
        <w:br/>
        <w:t>v -1.047828 19.677156 -0.462237</w:t>
        <w:br/>
        <w:t>v -1.055951 19.670822 -0.503914</w:t>
        <w:br/>
        <w:t>v -0.953844 19.616076 -0.461421</w:t>
        <w:br/>
        <w:t>v -1.520851 19.321384 -0.544121</w:t>
        <w:br/>
        <w:t>v -1.559189 19.414394 -0.457077</w:t>
        <w:br/>
        <w:t>v -1.477330 19.539742 -0.437929</w:t>
        <w:br/>
        <w:t>v -1.461588 19.434826 -0.496762</w:t>
        <w:br/>
        <w:t>v -1.815462 18.853838 -0.597941</w:t>
        <w:br/>
        <w:t>v -1.973024 19.006414 -0.669072</w:t>
        <w:br/>
        <w:t>v -1.897301 19.221745 -0.631076</w:t>
        <w:br/>
        <w:t>v -1.737712 19.079241 -0.539809</w:t>
        <w:br/>
        <w:t>v -1.701565 18.795395 -0.656997</w:t>
        <w:br/>
        <w:t>v -1.644387 19.004789 -0.610795</w:t>
        <w:br/>
        <w:t>v -1.650194 19.056959 -0.880711</w:t>
        <w:br/>
        <w:t>v -1.751277 18.871231 -0.887405</w:t>
        <w:br/>
        <w:t>v -1.701565 18.795395 -0.656997</w:t>
        <w:br/>
        <w:t>v -1.644387 19.004789 -0.610795</w:t>
        <w:br/>
        <w:t>v -1.854226 18.665541 -0.639373</w:t>
        <w:br/>
        <w:t>v -1.996635 18.761538 -0.698332</w:t>
        <w:br/>
        <w:t>v -2.013139 17.955326 -0.984408</w:t>
        <w:br/>
        <w:t>v -2.029967 17.945665 -1.000485</w:t>
        <w:br/>
        <w:t>v -1.996476 17.872208 -0.909198</w:t>
        <w:br/>
        <w:t>v -1.741581 18.629631 -0.699068</w:t>
        <w:br/>
        <w:t>v -1.812601 18.691706 -0.894262</w:t>
        <w:br/>
        <w:t>v -1.741581 18.629631 -0.699068</w:t>
        <w:br/>
        <w:t>v -1.865831 18.468233 -0.670543</w:t>
        <w:br/>
        <w:t>v -1.994296 18.518682 -0.716482</w:t>
        <w:br/>
        <w:t>v -1.771926 18.447767 -0.730178</w:t>
        <w:br/>
        <w:t>v -1.849320 18.484921 -0.881441</w:t>
        <w:br/>
        <w:t>v -1.771926 18.447767 -0.730178</w:t>
        <w:br/>
        <w:t>v -1.852544 18.269430 -0.678260</w:t>
        <w:br/>
        <w:t>v -1.956922 18.280537 -0.710513</w:t>
        <w:br/>
        <w:t>v -1.786251 18.263327 -0.734087</w:t>
        <w:br/>
        <w:t>v -1.851504 18.280230 -0.839020</w:t>
        <w:br/>
        <w:t>v -1.786251 18.263327 -0.734087</w:t>
        <w:br/>
        <w:t>v -1.820894 18.076077 -0.653372</w:t>
        <w:br/>
        <w:t>v -1.883815 18.067020 -0.672201</w:t>
        <w:br/>
        <w:t>v -1.782586 18.074947 -0.699645</w:t>
        <w:br/>
        <w:t>v -1.817097 18.070183 -0.754384</w:t>
        <w:br/>
        <w:t>v -1.820894 18.076077 -0.653372</w:t>
        <w:br/>
        <w:t>v -1.782586 18.074947 -0.699645</w:t>
        <w:br/>
        <w:t>v -1.782713 17.915785 -0.585019</w:t>
        <w:br/>
        <w:t>v -1.804326 17.901552 -0.590612</w:t>
        <w:br/>
        <w:t>v -1.771499 17.906134 -0.623499</w:t>
        <w:br/>
        <w:t>v -1.769477 17.919270 -0.618433</w:t>
        <w:br/>
        <w:t>v -1.782713 17.915785 -0.585019</w:t>
        <w:br/>
        <w:t>v -1.769477 17.919270 -0.618433</w:t>
        <w:br/>
        <w:t>v -1.726584 17.786631 -0.504649</w:t>
        <w:br/>
        <w:t>v -1.726584 17.786631 -0.504649</w:t>
        <w:br/>
        <w:t>v -1.813971 17.893848 -0.626342</w:t>
        <w:br/>
        <w:t>v -1.726584 17.786631 -0.504649</w:t>
        <w:br/>
        <w:t>v -1.726584 17.786631 -0.504649</w:t>
        <w:br/>
        <w:t>v -1.769477 17.919270 -0.618433</w:t>
        <w:br/>
        <w:t>v -1.768530 19.391275 -0.655200</w:t>
        <w:br/>
        <w:t>v -1.633733 19.532536 -0.615865</w:t>
        <w:br/>
        <w:t>v -1.648636 19.547541 -0.540649</w:t>
        <w:br/>
        <w:t>v -1.788725 19.396900 -0.589672</w:t>
        <w:br/>
        <w:t>v -1.557600 19.233086 -0.876067</w:t>
        <w:br/>
        <w:t>v -1.664531 19.357700 -0.959779</w:t>
        <w:br/>
        <w:t>v -1.799913 19.215591 -1.008794</w:t>
        <w:br/>
        <w:t>v -1.915451 19.031654 -1.055617</w:t>
        <w:br/>
        <w:t>v -1.967427 18.743528 -0.960369</w:t>
        <w:br/>
        <w:t>v -1.959144 19.008402 -0.750697</w:t>
        <w:br/>
        <w:t>v -1.874618 19.227962 -0.692540</w:t>
        <w:br/>
        <w:t>v -1.897301 19.221745 -0.631076</w:t>
        <w:br/>
        <w:t>v -1.973024 19.006414 -0.669072</w:t>
        <w:br/>
        <w:t>v -1.967427 18.743528 -0.960369</w:t>
        <w:br/>
        <w:t>v -1.996635 18.761538 -0.698332</w:t>
        <w:br/>
        <w:t>v -1.994296 18.518682 -0.716482</w:t>
        <w:br/>
        <w:t>v -1.996016 18.523491 -0.914312</w:t>
        <w:br/>
        <w:t>v -1.956922 18.280537 -0.710513</w:t>
        <w:br/>
        <w:t>v -1.970706 18.272720 -0.849526</w:t>
        <w:br/>
        <w:t>v -1.883815 18.067020 -0.672201</w:t>
        <w:br/>
        <w:t>v -1.894329 18.060093 -0.752546</w:t>
        <w:br/>
        <w:t>v -1.804326 17.901552 -0.590612</w:t>
        <w:br/>
        <w:t>v -1.813971 17.893848 -0.626342</w:t>
        <w:br/>
        <w:t>v -1.479635 19.646595 -0.560513</w:t>
        <w:br/>
        <w:t>v -1.502882 19.662571 -0.489011</w:t>
        <w:br/>
        <w:t>v -2.029967 17.945665 -1.000485</w:t>
        <w:br/>
        <w:t>v -2.047750 17.944883 -0.985402</w:t>
        <w:br/>
        <w:t>v -1.996476 17.872208 -0.909198</w:t>
        <w:br/>
        <w:t>v -1.788725 19.396900 -0.589672</w:t>
        <w:br/>
        <w:t>v -1.656121 19.249807 -0.494702</w:t>
        <w:br/>
        <w:t>v -1.586807 19.167389 -0.581594</w:t>
        <w:br/>
        <w:t>v -1.656121 19.249807 -0.494702</w:t>
        <w:br/>
        <w:t>v -1.586807 19.167389 -0.581594</w:t>
        <w:br/>
        <w:t>v -1.769646 19.402191 -0.803879</w:t>
        <w:br/>
        <w:t>v -1.897390 19.258932 -0.864033</w:t>
        <w:br/>
        <w:t>v -1.799913 19.215591 -1.008794</w:t>
        <w:br/>
        <w:t>v -1.664531 19.357700 -0.959779</w:t>
        <w:br/>
        <w:t>v -1.514507 19.479322 -0.895484</w:t>
        <w:br/>
        <w:t>v -1.474139 19.412601 -0.863491</w:t>
        <w:br/>
        <w:t>v -1.403159 19.634481 -0.711532</w:t>
        <w:br/>
        <w:t>v -1.448688 19.682590 -0.636060</w:t>
        <w:br/>
        <w:t>v -1.626891 19.531677 -0.740725</w:t>
        <w:br/>
        <w:t>v -1.514507 19.479322 -0.895484</w:t>
        <w:br/>
        <w:t>v -1.424163 19.546291 -0.842465</w:t>
        <w:br/>
        <w:t>v -1.479635 19.646595 -0.560513</w:t>
        <w:br/>
        <w:t>v -1.633733 19.532536 -0.615865</w:t>
        <w:br/>
        <w:t>v -1.768530 19.391275 -0.655200</w:t>
        <w:br/>
        <w:t>v -1.874618 19.227962 -0.692540</w:t>
        <w:br/>
        <w:t>v -1.341502 19.739885 -0.453736</w:t>
        <w:br/>
        <w:t>v -1.332071 19.730064 -0.501337</w:t>
        <w:br/>
        <w:t>v -1.332071 19.730064 -0.501337</w:t>
        <w:br/>
        <w:t>v -1.372008 19.635767 -0.425252</w:t>
        <w:br/>
        <w:t>v -1.477330 19.539742 -0.437929</w:t>
        <w:br/>
        <w:t>v -1.502882 19.662571 -0.489011</w:t>
        <w:br/>
        <w:t>v -1.341502 19.739885 -0.453736</w:t>
        <w:br/>
        <w:t>v -1.380478 19.531597 -0.442776</w:t>
        <w:br/>
        <w:t>v -1.256688 19.676626 -0.408355</w:t>
        <w:br/>
        <w:t>v -1.277257 19.585279 -0.413594</w:t>
        <w:br/>
        <w:t>v -1.559189 19.414394 -0.457077</w:t>
        <w:br/>
        <w:t>v -1.648636 19.547541 -0.540649</w:t>
        <w:br/>
        <w:t>v -1.038724 19.539429 -0.371091</w:t>
        <w:br/>
        <w:t>v -1.070128 19.624466 -0.418369</w:t>
        <w:br/>
        <w:t>v -0.953844 19.616076 -0.461421</w:t>
        <w:br/>
        <w:t>v -2.083348 18.619596 -0.906395</w:t>
        <w:br/>
        <w:t>v -2.130085 18.663355 -1.043356</w:t>
        <w:br/>
        <w:t>v -2.092452 18.848103 -0.991966</w:t>
        <w:br/>
        <w:t>v -2.041600 18.786995 -0.832879</w:t>
        <w:br/>
        <w:t>v -1.967427 18.743528 -0.960369</w:t>
        <w:br/>
        <w:t>v -2.009459 18.601505 -0.998385</w:t>
        <w:br/>
        <w:t>v -2.083348 18.619596 -0.906395</w:t>
        <w:br/>
        <w:t>v -2.041600 18.786995 -0.832879</w:t>
        <w:br/>
        <w:t>v -2.013937 19.068108 -0.924893</w:t>
        <w:br/>
        <w:t>v -2.092452 18.848103 -0.991966</w:t>
        <w:br/>
        <w:t>v -2.011191 18.803463 -1.114600</w:t>
        <w:br/>
        <w:t>v -1.915451 19.031654 -1.055617</w:t>
        <w:br/>
        <w:t>v -2.130085 18.663355 -1.043356</w:t>
        <w:br/>
        <w:t>v -2.060510 18.627068 -1.139739</w:t>
        <w:br/>
        <w:t>v -2.103543 18.471161 -0.964297</w:t>
        <w:br/>
        <w:t>v -2.151586 18.499081 -1.073623</w:t>
        <w:br/>
        <w:t>v -2.037349 18.453777 -1.040220</w:t>
        <w:br/>
        <w:t>v -2.103543 18.471161 -0.964297</w:t>
        <w:br/>
        <w:t>v -2.097163 18.056837 -1.045961</w:t>
        <w:br/>
        <w:t>v -2.059153 18.048967 -1.070235</w:t>
        <w:br/>
        <w:t>v -1.996476 17.872208 -0.909198</w:t>
        <w:br/>
        <w:t>v -2.047750 17.944883 -0.985402</w:t>
        <w:br/>
        <w:t>v -2.030138 17.945856 -0.965973</w:t>
        <w:br/>
        <w:t>v -1.996476 17.872208 -0.909198</w:t>
        <w:br/>
        <w:t>v -2.030138 17.945856 -0.965973</w:t>
        <w:br/>
        <w:t>v -2.013139 17.955326 -0.984408</w:t>
        <w:br/>
        <w:t>v -2.099913 18.318583 -1.006577</w:t>
        <w:br/>
        <w:t>v -2.150946 18.335173 -1.086088</w:t>
        <w:br/>
        <w:t>v -2.099913 18.318583 -1.006577</w:t>
        <w:br/>
        <w:t>v -2.044183 18.310726 -1.067162</w:t>
        <w:br/>
        <w:t>v -2.151586 18.499081 -1.073623</w:t>
        <w:br/>
        <w:t>v -2.088159 18.467884 -1.147453</w:t>
        <w:br/>
        <w:t>v -2.150946 18.335173 -1.086088</w:t>
        <w:br/>
        <w:t>v -2.089576 18.308393 -1.138514</w:t>
        <w:br/>
        <w:t>v -2.084121 18.183674 -1.021647</w:t>
        <w:br/>
        <w:t>v -2.130811 18.187239 -1.078952</w:t>
        <w:br/>
        <w:t>v -2.038062 18.181061 -1.066871</w:t>
        <w:br/>
        <w:t>v -2.084121 18.183674 -1.021647</w:t>
        <w:br/>
        <w:t>v -2.060510 18.627068 -1.139739</w:t>
        <w:br/>
        <w:t>v -2.009459 18.601505 -0.998385</w:t>
        <w:br/>
        <w:t>v -1.967427 18.743528 -0.960369</w:t>
        <w:br/>
        <w:t>v -2.011191 18.803463 -1.114600</w:t>
        <w:br/>
        <w:t>v -2.089576 18.308393 -1.138514</w:t>
        <w:br/>
        <w:t>v -2.077357 18.170120 -1.115001</w:t>
        <w:br/>
        <w:t>v -2.038062 18.181061 -1.066871</w:t>
        <w:br/>
        <w:t>v -2.044183 18.310726 -1.067162</w:t>
        <w:br/>
        <w:t>v -2.088159 18.467884 -1.147453</w:t>
        <w:br/>
        <w:t>v -2.037349 18.453777 -1.040220</w:t>
        <w:br/>
        <w:t>v -1.915451 19.031654 -1.055617</w:t>
        <w:br/>
        <w:t>v -1.996016 18.523491 -0.914312</w:t>
        <w:br/>
        <w:t>v -1.970706 18.272720 -0.849526</w:t>
        <w:br/>
        <w:t>v -1.894329 18.060093 -0.752546</w:t>
        <w:br/>
        <w:t>v -2.130811 18.187239 -1.078952</w:t>
        <w:br/>
        <w:t>v -2.077357 18.170120 -1.115001</w:t>
        <w:br/>
        <w:t>v -2.062901 18.058758 -1.008275</w:t>
        <w:br/>
        <w:t>v -2.097163 18.056837 -1.045961</w:t>
        <w:br/>
        <w:t>v -2.062901 18.058758 -1.008275</w:t>
        <w:br/>
        <w:t>v -2.028528 18.061832 -1.039178</w:t>
        <w:br/>
        <w:t>v -2.028528 18.061832 -1.039178</w:t>
        <w:br/>
        <w:t>v -2.059153 18.048967 -1.070235</w:t>
        <w:br/>
        <w:t>v -1.959144 19.008402 -0.750697</w:t>
        <w:br/>
        <w:t>v -1.215939 19.775379 -0.431528</w:t>
        <w:br/>
        <w:t>v -1.207354 19.768658 -0.467692</w:t>
        <w:br/>
        <w:t>v -1.959144 19.008402 -0.750697</w:t>
        <w:br/>
        <w:t>v -1.461588 19.434826 -0.496762</w:t>
        <w:br/>
        <w:t>v -1.215939 19.775379 -0.431528</w:t>
        <w:br/>
        <w:t>v -1.168294 19.658194 -0.409371</w:t>
        <w:br/>
        <w:t>v -1.128957 19.731564 -0.447526</w:t>
        <w:br/>
        <w:t>v -1.047828 19.677156 -0.462237</w:t>
        <w:br/>
        <w:t>v -1.181917 19.581579 -0.398879</w:t>
        <w:br/>
        <w:t>v -1.105911 19.560213 -0.395852</w:t>
        <w:br/>
        <w:t>v -1.207354 19.768658 -0.467692</w:t>
        <w:br/>
        <w:t>v -1.114040 19.717045 -0.488853</w:t>
        <w:br/>
        <w:t>v -1.128957 19.731564 -0.447526</w:t>
        <w:br/>
        <w:t>v -1.424163 19.546291 -0.842465</w:t>
        <w:br/>
        <w:t>v -1.474139 19.412601 -0.863491</w:t>
        <w:br/>
        <w:t>v -1.520851 19.321384 -0.544121</w:t>
        <w:br/>
        <w:t>v -1.461588 19.434826 -0.496762</w:t>
        <w:br/>
        <w:t>v -3.272706 12.992733 -2.363191</w:t>
        <w:br/>
        <w:t>v -3.343217 13.001288 -2.100184</w:t>
        <w:br/>
        <w:t>v -3.369974 12.338511 -2.018750</w:t>
        <w:br/>
        <w:t>v -3.208520 12.348770 -2.296287</w:t>
        <w:br/>
        <w:t>v -3.026898 11.840631 -2.166400</w:t>
        <w:br/>
        <w:t>v -3.235752 11.884298 -1.901702</w:t>
        <w:br/>
        <w:t>v -3.034739 11.505071 -1.735663</w:t>
        <w:br/>
        <w:t>v -2.754520 11.140448 -1.559114</w:t>
        <w:br/>
        <w:t>v -2.498478 11.023576 -1.762420</w:t>
        <w:br/>
        <w:t>v -2.781615 11.406159 -1.975910</w:t>
        <w:br/>
        <w:t>v -1.403572 10.496497 -1.068274</w:t>
        <w:br/>
        <w:t>v -1.480297 10.455461 -1.010803</w:t>
        <w:br/>
        <w:t>v -1.147292 10.411230 -0.738589</w:t>
        <w:br/>
        <w:t>v -1.571953 10.465018 -0.899505</w:t>
        <w:br/>
        <w:t>v -2.410041 10.864876 -1.382841</w:t>
        <w:br/>
        <w:t>v -2.056091 10.646427 -1.194104</w:t>
        <w:br/>
        <w:t>v -1.731942 10.543809 -1.261058</w:t>
        <w:br/>
        <w:t>v -2.085516 10.737432 -1.505475</w:t>
        <w:br/>
        <w:t>v -1.552249 10.594944 -1.296044</w:t>
        <w:br/>
        <w:t>v -1.266344 10.592638 -1.398900</w:t>
        <w:br/>
        <w:t>v -1.816634 10.820821 -1.691895</w:t>
        <w:br/>
        <w:t>v -2.250239 11.135838 -1.996942</w:t>
        <w:br/>
        <w:t>v -2.418308 11.435598 -2.211096</w:t>
        <w:br/>
        <w:t>v -2.578936 11.838601 -2.422943</w:t>
        <w:br/>
        <w:t>v -2.676693 12.328428 -2.571345</w:t>
        <w:br/>
        <w:t>v -2.722315 12.899236 -2.577833</w:t>
        <w:br/>
        <w:t>v -3.217977 13.555174 -2.244865</w:t>
        <w:br/>
        <w:t>v -3.161545 13.529632 -2.338676</w:t>
        <w:br/>
        <w:t>v -2.950686 14.061896 -2.162617</w:t>
        <w:br/>
        <w:t>v -2.950686 14.061896 -2.162617</w:t>
        <w:br/>
        <w:t>v -2.676868 13.378500 -2.498340</w:t>
        <w:br/>
        <w:t>v -2.570281 13.914271 -2.334018</w:t>
        <w:br/>
        <w:t>v -2.076410 15.406746 -1.818213</w:t>
        <w:br/>
        <w:t>v -2.269293 15.436620 -1.765238</w:t>
        <w:br/>
        <w:t>v -2.453834 15.047234 -1.886846</w:t>
        <w:br/>
        <w:t>v -2.230474 15.006885 -1.965663</w:t>
        <w:br/>
        <w:t>v -1.977651 15.344662 -1.658487</w:t>
        <w:br/>
        <w:t>v -2.076410 15.406746 -1.818213</w:t>
        <w:br/>
        <w:t>v -2.230474 15.006885 -1.965663</w:t>
        <w:br/>
        <w:t>v -2.105108 14.937901 -1.794087</w:t>
        <w:br/>
        <w:t>v -2.412559 14.495053 -2.130750</w:t>
        <w:br/>
        <w:t>v -2.272526 14.400651 -1.994536</w:t>
        <w:br/>
        <w:t>v -2.405307 13.821225 -2.199545</w:t>
        <w:br/>
        <w:t>v -2.493969 13.300334 -2.404716</w:t>
        <w:br/>
        <w:t>v -2.418409 13.250416 -2.115880</w:t>
        <w:br/>
        <w:t>v -2.366462 13.781215 -1.924576</w:t>
        <w:br/>
        <w:t>v -2.524358 12.852211 -2.496022</w:t>
        <w:br/>
        <w:t>v -2.064221 11.514316 -2.086005</w:t>
        <w:br/>
        <w:t>v -2.306484 11.878110 -2.312811</w:t>
        <w:br/>
        <w:t>v -1.884540 11.251971 -1.917611</w:t>
        <w:br/>
        <w:t>v -1.199565 10.694992 -1.441552</w:t>
        <w:br/>
        <w:t>v -1.566404 10.941278 -1.684379</w:t>
        <w:br/>
        <w:t>v -2.466486 12.324969 -2.461901</w:t>
        <w:br/>
        <w:t>v -2.698264 14.565313 -2.046985</w:t>
        <w:br/>
        <w:t>v -2.412559 14.495053 -2.130750</w:t>
        <w:br/>
        <w:t>v -2.007263 15.304003 -1.389768</w:t>
        <w:br/>
        <w:t>v -2.122232 14.891354 -1.510236</w:t>
        <w:br/>
        <w:t>v -2.254825 14.343369 -1.689591</w:t>
        <w:br/>
        <w:t>v -2.437324 12.811900 -2.241045</w:t>
        <w:br/>
        <w:t>v -2.370921 12.336958 -2.289260</w:t>
        <w:br/>
        <w:t>v -2.243313 11.896800 -2.217609</w:t>
        <w:br/>
        <w:t>v -1.572017 16.567289 -1.229128</w:t>
        <w:br/>
        <w:t>v -1.599299 16.557131 -1.112744</w:t>
        <w:br/>
        <w:t>v -1.458075 17.016842 -1.021338</w:t>
        <w:br/>
        <w:t>v -3.113869 13.497402 -1.862506</w:t>
        <w:br/>
        <w:t>v -3.343217 13.001288 -2.100184</w:t>
        <w:br/>
        <w:t>v -1.480886 17.067699 -1.374348</w:t>
        <w:br/>
        <w:t>v -1.600840 17.079388 -1.372131</w:t>
        <w:br/>
        <w:t>v -1.767193 16.620298 -1.470088</w:t>
        <w:br/>
        <w:t>v -1.606452 16.646570 -1.460618</w:t>
        <w:br/>
        <w:t>v -1.370064 17.555756 -1.282278</w:t>
        <w:br/>
        <w:t>v -1.432634 17.566683 -1.288203</w:t>
        <w:br/>
        <w:t>v -1.891268 15.679335 -1.289480</w:t>
        <w:br/>
        <w:t>v -1.750708 16.097919 -1.201933</w:t>
        <w:br/>
        <w:t>v -1.703696 16.145872 -1.428199</w:t>
        <w:br/>
        <w:t>v -1.841650 15.719733 -1.549331</w:t>
        <w:br/>
        <w:t>v -1.770762 16.191795 -1.574985</w:t>
        <w:br/>
        <w:t>v -1.928647 15.774150 -1.688751</w:t>
        <w:br/>
        <w:t>v -2.115430 15.791122 -1.666654</w:t>
        <w:br/>
        <w:t>v -1.928647 15.774150 -1.688751</w:t>
        <w:br/>
        <w:t>v -1.770762 16.191795 -1.574985</w:t>
        <w:br/>
        <w:t>v -1.935411 16.213303 -1.568308</w:t>
        <w:br/>
        <w:t>v -1.277393 18.063606 -1.208233</w:t>
        <w:br/>
        <w:t>v -1.606452 16.646570 -1.460618</w:t>
        <w:br/>
        <w:t>v -0.884861 10.577218 -1.223014</w:t>
        <w:br/>
        <w:t>v -0.913685 10.492139 -1.187001</w:t>
        <w:br/>
        <w:t>v -0.658670 10.471406 -1.016189</w:t>
        <w:br/>
        <w:t>v -0.644878 10.522002 -1.034478</w:t>
        <w:br/>
        <w:t>v -0.658670 10.471406 -1.016189</w:t>
        <w:br/>
        <w:t>v -0.913685 10.492139 -1.187001</w:t>
        <w:br/>
        <w:t>v -1.003136 10.498891 -1.089306</w:t>
        <w:br/>
        <w:t>v -0.708650 10.483107 -0.968738</w:t>
        <w:br/>
        <w:t>v -0.412010 10.505542 -0.827853</w:t>
        <w:br/>
        <w:t>v -0.412010 10.505542 -0.827853</w:t>
        <w:br/>
        <w:t>v -2.210844 10.786172 -0.326679</w:t>
        <w:br/>
        <w:t>v -1.848113 10.781613 -0.103970</w:t>
        <w:br/>
        <w:t>v -2.164533 10.727361 -0.377887</w:t>
        <w:br/>
        <w:t>v -2.421702 10.778719 -0.525087</w:t>
        <w:br/>
        <w:t>v -2.453457 10.853391 -0.476384</w:t>
        <w:br/>
        <w:t>v -2.712706 10.936429 -0.666637</w:t>
        <w:br/>
        <w:t>v -2.662011 10.867244 -0.720338</w:t>
        <w:br/>
        <w:t>v -2.909899 10.986472 -0.920725</w:t>
        <w:br/>
        <w:t>v -2.960944 11.058174 -0.840881</w:t>
        <w:br/>
        <w:t>v -3.213930 11.199685 -1.028415</w:t>
        <w:br/>
        <w:t>v -3.122787 11.127132 -1.104527</w:t>
        <w:br/>
        <w:t>v -3.305436 11.268406 -1.261948</w:t>
        <w:br/>
        <w:t>v -3.382349 11.349893 -1.171606</w:t>
        <w:br/>
        <w:t>v -3.488787 11.515129 -1.282905</w:t>
        <w:br/>
        <w:t>v -3.451471 11.433769 -1.419732</w:t>
        <w:br/>
        <w:t>v -3.598520 11.762128 -1.382265</w:t>
        <w:br/>
        <w:t>v -3.630576 11.681205 -1.608845</w:t>
        <w:br/>
        <w:t>vt 0.832988 0.050758</w:t>
        <w:br/>
        <w:t>vt 0.837738 0.050389</w:t>
        <w:br/>
        <w:t>vt 0.834905 0.058826</w:t>
        <w:br/>
        <w:t>vt 0.841755 0.052269</w:t>
        <w:br/>
        <w:t>vt 0.843956 0.055845</w:t>
        <w:br/>
        <w:t>vt 0.836706 0.066893</w:t>
        <w:br/>
        <w:t>vt 0.831896 0.067290</w:t>
        <w:br/>
        <w:t>vt 0.843741 0.060224</w:t>
        <w:br/>
        <w:t>vt 0.841084 0.064289</w:t>
        <w:br/>
        <w:t>vt 0.828794 0.053328</w:t>
        <w:br/>
        <w:t>vt 0.826246 0.057398</w:t>
        <w:br/>
        <w:t>vt 0.825972 0.061829</w:t>
        <w:br/>
        <w:t>vt 0.828007 0.065424</w:t>
        <w:br/>
        <w:t>vt 0.994525 0.054634</w:t>
        <w:br/>
        <w:t>vt 0.994525 0.057183</w:t>
        <w:br/>
        <w:t>vt 0.922707 0.057183</w:t>
        <w:br/>
        <w:t>vt 0.922707 0.054634</w:t>
        <w:br/>
        <w:t>vt 0.922707 0.059594</w:t>
        <w:br/>
        <w:t>vt 0.994525 0.059594</w:t>
        <w:br/>
        <w:t>vt 0.922707 0.061898</w:t>
        <w:br/>
        <w:t>vt 0.994525 0.061898</w:t>
        <w:br/>
        <w:t>vt 0.994525 0.064274</w:t>
        <w:br/>
        <w:t>vt 0.922707 0.064274</w:t>
        <w:br/>
        <w:t>vt 0.922707 0.066865</w:t>
        <w:br/>
        <w:t>vt 0.994525 0.066865</w:t>
        <w:br/>
        <w:t>vt 0.994525 0.069576</w:t>
        <w:br/>
        <w:t>vt 0.922707 0.069576</w:t>
        <w:br/>
        <w:t>vt 0.994525 0.072175</w:t>
        <w:br/>
        <w:t>vt 0.922707 0.072175</w:t>
        <w:br/>
        <w:t>vt 0.994525 0.074549</w:t>
        <w:br/>
        <w:t>vt 0.922707 0.074549</w:t>
        <w:br/>
        <w:t>vt 0.994525 0.076853</w:t>
        <w:br/>
        <w:t>vt 0.922707 0.076853</w:t>
        <w:br/>
        <w:t>vt 0.994525 0.079310</w:t>
        <w:br/>
        <w:t>vt 0.922707 0.079310</w:t>
        <w:br/>
        <w:t>vt 0.994525 0.081927</w:t>
        <w:br/>
        <w:t>vt 0.922707 0.081927</w:t>
        <w:br/>
        <w:t>vt 0.994525 0.084568</w:t>
        <w:br/>
        <w:t>vt 0.922707 0.084568</w:t>
        <w:br/>
        <w:t>vt 0.742216 0.107447</w:t>
        <w:br/>
        <w:t>vt 0.702714 0.107447</w:t>
        <w:br/>
        <w:t>vt 0.702714 0.105192</w:t>
        <w:br/>
        <w:t>vt 0.742216 0.105192</w:t>
        <w:br/>
        <w:t>vt 0.742216 0.109755</w:t>
        <w:br/>
        <w:t>vt 0.702714 0.109755</w:t>
        <w:br/>
        <w:t>vt 0.742216 0.082120</w:t>
        <w:br/>
        <w:t>vt 0.742216 0.084479</w:t>
        <w:br/>
        <w:t>vt 0.702714 0.084479</w:t>
        <w:br/>
        <w:t>vt 0.702714 0.082120</w:t>
        <w:br/>
        <w:t>vt 0.742216 0.086825</w:t>
        <w:br/>
        <w:t>vt 0.702714 0.086825</w:t>
        <w:br/>
        <w:t>vt 0.742216 0.089130</w:t>
        <w:br/>
        <w:t>vt 0.702714 0.089130</w:t>
        <w:br/>
        <w:t>vt 0.702714 0.091451</w:t>
        <w:br/>
        <w:t>vt 0.742216 0.091451</w:t>
        <w:br/>
        <w:t>vt 0.742216 0.093852</w:t>
        <w:br/>
        <w:t>vt 0.702714 0.093852</w:t>
        <w:br/>
        <w:t>vt 0.742216 0.096288</w:t>
        <w:br/>
        <w:t>vt 0.702714 0.096288</w:t>
        <w:br/>
        <w:t>vt 0.742216 0.098649</w:t>
        <w:br/>
        <w:t>vt 0.702714 0.098649</w:t>
        <w:br/>
        <w:t>vt 0.742216 0.100869</w:t>
        <w:br/>
        <w:t>vt 0.702714 0.100869</w:t>
        <w:br/>
        <w:t>vt 0.742216 0.103013</w:t>
        <w:br/>
        <w:t>vt 0.702714 0.103013</w:t>
        <w:br/>
        <w:t>vt 0.795691 0.065654</w:t>
        <w:br/>
        <w:t>vt 0.795928 0.060341</w:t>
        <w:br/>
        <w:t>vt 0.805631 0.063090</w:t>
        <w:br/>
        <w:t>vt 0.798780 0.055766</w:t>
        <w:br/>
        <w:t>vt 0.803501 0.053141</w:t>
        <w:br/>
        <w:t>vt 0.808803 0.053157</w:t>
        <w:br/>
        <w:t>vt 0.813240 0.055798</w:t>
        <w:br/>
        <w:t>vt 0.815616 0.060381</w:t>
        <w:br/>
        <w:t>vt 0.815321 0.065757</w:t>
        <w:br/>
        <w:t>vt 0.812423 0.070474</w:t>
        <w:br/>
        <w:t>vt 0.807715 0.073172</w:t>
        <w:br/>
        <w:t>vt 0.802482 0.073109</w:t>
        <w:br/>
        <w:t>vt 0.798090 0.070336</w:t>
        <w:br/>
        <w:t>vt 0.526584 0.145413</w:t>
        <w:br/>
        <w:t>vt 0.526584 0.100579</w:t>
        <w:br/>
        <w:t>vt 0.539722 0.100579</w:t>
        <w:br/>
        <w:t>vt 0.539722 0.145413</w:t>
        <w:br/>
        <w:t>vt 0.539722 0.297919</w:t>
        <w:br/>
        <w:t>vt 0.526584 0.297919</w:t>
        <w:br/>
        <w:t>vt 0.526584 0.264807</w:t>
        <w:br/>
        <w:t>vt 0.539722 0.264807</w:t>
        <w:br/>
        <w:t>vt 0.526584 0.227538</w:t>
        <w:br/>
        <w:t>vt 0.539722 0.227538</w:t>
        <w:br/>
        <w:t>vt 0.526584 0.048389</w:t>
        <w:br/>
        <w:t>vt 0.539722 0.048389</w:t>
        <w:br/>
        <w:t>vt 0.539722 0.003140</w:t>
        <w:br/>
        <w:t>vt 0.526584 0.003140</w:t>
        <w:br/>
        <w:t>vt 0.526584 0.190097</w:t>
        <w:br/>
        <w:t>vt 0.539722 0.190097</w:t>
        <w:br/>
        <w:t>vt 0.604071 0.145413</w:t>
        <w:br/>
        <w:t>vt 0.591988 0.145413</w:t>
        <w:br/>
        <w:t>vt 0.591988 0.100579</w:t>
        <w:br/>
        <w:t>vt 0.604071 0.100579</w:t>
        <w:br/>
        <w:t>vt 0.604071 0.264807</w:t>
        <w:br/>
        <w:t>vt 0.604071 0.297919</w:t>
        <w:br/>
        <w:t>vt 0.591988 0.297919</w:t>
        <w:br/>
        <w:t>vt 0.591988 0.264807</w:t>
        <w:br/>
        <w:t>vt 0.539722 0.100579</w:t>
        <w:br/>
        <w:t>vt 0.545961 0.100579</w:t>
        <w:br/>
        <w:t>vt 0.545961 0.145413</w:t>
        <w:br/>
        <w:t>vt 0.539722 0.145413</w:t>
        <w:br/>
        <w:t>vt 0.539722 0.264807</w:t>
        <w:br/>
        <w:t>vt 0.545961 0.264807</w:t>
        <w:br/>
        <w:t>vt 0.545961 0.297919</w:t>
        <w:br/>
        <w:t>vt 0.539722 0.297919</w:t>
        <w:br/>
        <w:t>vt 0.591988 0.227538</w:t>
        <w:br/>
        <w:t>vt 0.591988 0.264807</w:t>
        <w:br/>
        <w:t>vt 0.585788 0.264807</w:t>
        <w:br/>
        <w:t>vt 0.585788 0.227538</w:t>
        <w:br/>
        <w:t>vt 0.591988 0.048389</w:t>
        <w:br/>
        <w:t>vt 0.591988 0.100579</w:t>
        <w:br/>
        <w:t>vt 0.585788 0.100579</w:t>
        <w:br/>
        <w:t>vt 0.585788 0.048389</w:t>
        <w:br/>
        <w:t>vt 0.591988 0.003140</w:t>
        <w:br/>
        <w:t>vt 0.585788 0.003140</w:t>
        <w:br/>
        <w:t>vt 0.591988 0.190097</w:t>
        <w:br/>
        <w:t>vt 0.585788 0.190097</w:t>
        <w:br/>
        <w:t>vt 0.604071 0.190097</w:t>
        <w:br/>
        <w:t>vt 0.604071 0.227538</w:t>
        <w:br/>
        <w:t>vt 0.591988 0.227538</w:t>
        <w:br/>
        <w:t>vt 0.591988 0.190097</w:t>
        <w:br/>
        <w:t>vt 0.591988 0.048389</w:t>
        <w:br/>
        <w:t>vt 0.604071 0.048389</w:t>
        <w:br/>
        <w:t>vt 0.591988 0.003140</w:t>
        <w:br/>
        <w:t>vt 0.604071 0.003140</w:t>
        <w:br/>
        <w:t>vt 0.585788 0.145413</w:t>
        <w:br/>
        <w:t>vt 0.591988 0.145413</w:t>
        <w:br/>
        <w:t>vt 0.591988 0.297919</w:t>
        <w:br/>
        <w:t>vt 0.585788 0.297919</w:t>
        <w:br/>
        <w:t>vt 0.545961 0.227538</w:t>
        <w:br/>
        <w:t>vt 0.539722 0.227538</w:t>
        <w:br/>
        <w:t>vt 0.539722 0.048389</w:t>
        <w:br/>
        <w:t>vt 0.545961 0.048389</w:t>
        <w:br/>
        <w:t>vt 0.545961 0.003140</w:t>
        <w:br/>
        <w:t>vt 0.539722 0.003140</w:t>
        <w:br/>
        <w:t>vt 0.545961 0.190097</w:t>
        <w:br/>
        <w:t>vt 0.539722 0.190097</w:t>
        <w:br/>
        <w:t>vt 0.581019 0.145413</w:t>
        <w:br/>
        <w:t>vt 0.550816 0.145413</w:t>
        <w:br/>
        <w:t>vt 0.550816 0.100579</w:t>
        <w:br/>
        <w:t>vt 0.581019 0.100579</w:t>
        <w:br/>
        <w:t>vt 0.581019 0.297919</w:t>
        <w:br/>
        <w:t>vt 0.550816 0.297919</w:t>
        <w:br/>
        <w:t>vt 0.550816 0.264807</w:t>
        <w:br/>
        <w:t>vt 0.581019 0.264807</w:t>
        <w:br/>
        <w:t>vt 0.581019 0.227538</w:t>
        <w:br/>
        <w:t>vt 0.550816 0.227538</w:t>
        <w:br/>
        <w:t>vt 0.581019 0.048389</w:t>
        <w:br/>
        <w:t>vt 0.550816 0.048389</w:t>
        <w:br/>
        <w:t>vt 0.550816 0.003140</w:t>
        <w:br/>
        <w:t>vt 0.581019 0.003140</w:t>
        <w:br/>
        <w:t>vt 0.581019 0.190097</w:t>
        <w:br/>
        <w:t>vt 0.550816 0.190097</w:t>
        <w:br/>
        <w:t>vt 0.768931 0.417094</w:t>
        <w:br/>
        <w:t>vt 0.769671 0.431037</w:t>
        <w:br/>
        <w:t>vt 0.752976 0.430683</w:t>
        <w:br/>
        <w:t>vt 0.752566 0.417417</w:t>
        <w:br/>
        <w:t>vt 0.787918 0.427924</w:t>
        <w:br/>
        <w:t>vt 0.787552 0.417504</w:t>
        <w:br/>
        <w:t>vt 0.799132 0.418031</w:t>
        <w:br/>
        <w:t>vt 0.755448 0.456283</w:t>
        <w:br/>
        <w:t>vt 0.754025 0.443644</w:t>
        <w:br/>
        <w:t>vt 0.772696 0.443688</w:t>
        <w:br/>
        <w:t>vt 0.777822 0.453610</w:t>
        <w:br/>
        <w:t>vt 0.797820 0.444649</w:t>
        <w:br/>
        <w:t>vt 0.790333 0.436894</w:t>
        <w:br/>
        <w:t>vt 0.809304 0.418574</w:t>
        <w:br/>
        <w:t>vt 0.819230 0.419143</w:t>
        <w:br/>
        <w:t>vt 0.798712 0.393332</w:t>
        <w:br/>
        <w:t>vt 0.819230 0.419143</w:t>
        <w:br/>
        <w:t>vt 0.809304 0.418574</w:t>
        <w:br/>
        <w:t>vt 0.791084 0.400294</w:t>
        <w:br/>
        <w:t>vt 0.755951 0.380904</w:t>
        <w:br/>
        <w:t>vt 0.778508 0.383798</w:t>
        <w:br/>
        <w:t>vt 0.773328 0.393597</w:t>
        <w:br/>
        <w:t>vt 0.754622 0.393199</w:t>
        <w:br/>
        <w:t>vt 0.753379 0.405065</w:t>
        <w:br/>
        <w:t>vt 0.770240 0.404723</w:t>
        <w:br/>
        <w:t>vt 0.788380 0.408038</w:t>
        <w:br/>
        <w:t>vt 0.677581 0.258584</w:t>
        <w:br/>
        <w:t>vt 0.660082 0.277655</w:t>
        <w:br/>
        <w:t>vt 0.643182 0.257439</w:t>
        <w:br/>
        <w:t>vt 0.683210 0.221385</w:t>
        <w:br/>
        <w:t>vt 0.691227 0.221385</w:t>
        <w:br/>
        <w:t>vt 0.691227 0.264725</w:t>
        <w:br/>
        <w:t>vt 0.683210 0.260799</w:t>
        <w:br/>
        <w:t>vt 0.659993 0.286125</w:t>
        <w:br/>
        <w:t>vt 0.659899 0.293463</w:t>
        <w:br/>
        <w:t>vt 0.629373 0.263136</w:t>
        <w:br/>
        <w:t>vt 0.637473 0.259393</w:t>
        <w:br/>
        <w:t>vt 0.643182 0.221385</w:t>
        <w:br/>
        <w:t>vt 0.677581 0.221385</w:t>
        <w:br/>
        <w:t>vt 0.659993 0.286125</w:t>
        <w:br/>
        <w:t>vt 0.659899 0.293463</w:t>
        <w:br/>
        <w:t>vt 0.637473 0.221385</w:t>
        <w:br/>
        <w:t>vt 0.629373 0.221385</w:t>
        <w:br/>
        <w:t>vt 0.622154 0.440402</w:t>
        <w:br/>
        <w:t>vt 0.607753 0.418148</w:t>
        <w:br/>
        <w:t>vt 0.630426 0.411180</w:t>
        <w:br/>
        <w:t>vt 0.639420 0.434476</w:t>
        <w:br/>
        <w:t>vt 0.659301 0.424395</w:t>
        <w:br/>
        <w:t>vt 0.658396 0.446123</w:t>
        <w:br/>
        <w:t>vt 0.646681 0.455014</w:t>
        <w:br/>
        <w:t>vt 0.674801 0.428452</w:t>
        <w:br/>
        <w:t>vt 0.684894 0.398618</w:t>
        <w:br/>
        <w:t>vt 0.654525 0.400904</w:t>
        <w:br/>
        <w:t>vt 0.644348 0.380600</w:t>
        <w:br/>
        <w:t>vt 0.674581 0.372358</w:t>
        <w:br/>
        <w:t>vt 0.679944 0.383551</w:t>
        <w:br/>
        <w:t>vt 0.620254 0.383787</w:t>
        <w:br/>
        <w:t>vt 0.603792 0.394125</w:t>
        <w:br/>
        <w:t>vt 0.596041 0.362768</w:t>
        <w:br/>
        <w:t>vt 0.609736 0.355012</w:t>
        <w:br/>
        <w:t>vt 0.584409 0.379584</w:t>
        <w:br/>
        <w:t>vt 0.579264 0.396592</w:t>
        <w:br/>
        <w:t>vt 0.579750 0.418384</w:t>
        <w:br/>
        <w:t>vt 0.585900 0.433791</w:t>
        <w:br/>
        <w:t>vt 0.663487 0.462760</w:t>
        <w:br/>
        <w:t>vt 0.652216 0.471421</w:t>
        <w:br/>
        <w:t>vt 0.685519 0.443794</w:t>
        <w:br/>
        <w:t>vt 0.676458 0.456747</w:t>
        <w:br/>
        <w:t>vt 0.693731 0.376980</w:t>
        <w:br/>
        <w:t>vt 0.681281 0.357563</w:t>
        <w:br/>
        <w:t>vt 0.660127 0.360731</w:t>
        <w:br/>
        <w:t>vt 0.659719 0.340330</w:t>
        <w:br/>
        <w:t>vt 0.668391 0.348460</w:t>
        <w:br/>
        <w:t>vt 0.643657 0.354008</w:t>
        <w:br/>
        <w:t>vt 0.642769 0.332784</w:t>
        <w:br/>
        <w:t>vt 0.649885 0.337610</w:t>
        <w:br/>
        <w:t>vt 0.584524 0.349055</w:t>
        <w:br/>
        <w:t>vt 0.603043 0.337710</w:t>
        <w:br/>
        <w:t>vt 0.574231 0.362432</w:t>
        <w:br/>
        <w:t>vt 0.564424 0.391874</w:t>
        <w:br/>
        <w:t>vt 0.564061 0.377382</w:t>
        <w:br/>
        <w:t>vt 0.563764 0.413141</w:t>
        <w:br/>
        <w:t>vt 0.568784 0.424481</w:t>
        <w:br/>
        <w:t>vt 0.572283 0.436816</w:t>
        <w:br/>
        <w:t>vt 0.595146 0.445578</w:t>
        <w:br/>
        <w:t>vt 0.593476 0.459318</w:t>
        <w:br/>
        <w:t>vt 0.582341 0.453410</w:t>
        <w:br/>
        <w:t>vt 0.612967 0.453624</w:t>
        <w:br/>
        <w:t>vt 0.617315 0.469063</w:t>
        <w:br/>
        <w:t>vt 0.604099 0.470207</w:t>
        <w:br/>
        <w:t>vt 0.659974 0.491636</w:t>
        <w:br/>
        <w:t>vt 0.677870 0.484567</w:t>
        <w:br/>
        <w:t>vt 0.692112 0.471185</w:t>
        <w:br/>
        <w:t>vt 0.706968 0.452404</w:t>
        <w:br/>
        <w:t>vt 0.695425 0.427984</w:t>
        <w:br/>
        <w:t>vt 0.717107 0.424637</w:t>
        <w:br/>
        <w:t>vt 0.712833 0.437192</w:t>
        <w:br/>
        <w:t>vt 0.699709 0.343744</w:t>
        <w:br/>
        <w:t>vt 0.714406 0.365855</w:t>
        <w:br/>
        <w:t>vt 0.685888 0.328597</w:t>
        <w:br/>
        <w:t>vt 0.669859 0.320453</w:t>
        <w:br/>
        <w:t>vt 0.649719 0.311399</w:t>
        <w:br/>
        <w:t>vt 0.625535 0.333084</w:t>
        <w:br/>
        <w:t>vt 0.613847 0.311865</w:t>
        <w:br/>
        <w:t>vt 0.631378 0.309481</w:t>
        <w:br/>
        <w:t>vt 0.576881 0.326675</w:t>
        <w:br/>
        <w:t>vt 0.593406 0.316265</w:t>
        <w:br/>
        <w:t>vt 0.552850 0.352025</w:t>
        <w:br/>
        <w:t>vt 0.563582 0.338323</w:t>
        <w:br/>
        <w:t>vt 0.540424 0.381542</w:t>
        <w:br/>
        <w:t>vt 0.545877 0.366650</w:t>
        <w:br/>
        <w:t>vt 0.539294 0.413794</w:t>
        <w:br/>
        <w:t>vt 0.538599 0.395826</w:t>
        <w:br/>
        <w:t>vt 0.547684 0.440344</w:t>
        <w:br/>
        <w:t>vt 0.542062 0.428924</w:t>
        <w:br/>
        <w:t>vt 0.576274 0.479074</w:t>
        <w:br/>
        <w:t>vt 0.563942 0.466082</w:t>
        <w:br/>
        <w:t>vt 0.609756 0.494335</w:t>
        <w:br/>
        <w:t>vt 0.593374 0.486738</w:t>
        <w:br/>
        <w:t>vt 0.634106 0.474336</w:t>
        <w:br/>
        <w:t>vt 0.642081 0.494509</w:t>
        <w:br/>
        <w:t>vt 0.624689 0.495679</w:t>
        <w:br/>
        <w:t>vt 0.723435 0.444215</w:t>
        <w:br/>
        <w:t>vt 0.722592 0.401688</w:t>
        <w:br/>
        <w:t>vt 0.730411 0.402373</w:t>
        <w:br/>
        <w:t>vt 0.723157 0.364508</w:t>
        <w:br/>
        <w:t>vt 0.719564 0.385629</w:t>
        <w:br/>
        <w:t>vt 0.701127 0.330038</w:t>
        <w:br/>
        <w:t>vt 0.666567 0.305860</w:t>
        <w:br/>
        <w:t>vt 0.626605 0.300966</w:t>
        <w:br/>
        <w:t>vt 0.590047 0.310534</w:t>
        <w:br/>
        <w:t>vt 0.558036 0.331754</w:t>
        <w:br/>
        <w:t>vt 0.537902 0.362103</w:t>
        <w:br/>
        <w:t>vt 0.530510 0.397974</w:t>
        <w:br/>
        <w:t>vt 0.537481 0.436233</w:t>
        <w:br/>
        <w:t>vt 0.556597 0.470435</w:t>
        <w:br/>
        <w:t>vt 0.553785 0.451608</w:t>
        <w:br/>
        <w:t>vt 0.585746 0.494156</w:t>
        <w:br/>
        <w:t>vt 0.623214 0.506400</w:t>
        <w:br/>
        <w:t>vt 0.664063 0.501469</w:t>
        <w:br/>
        <w:t>vt 0.885677 0.502851</w:t>
        <w:br/>
        <w:t>vt 0.887500 0.495867</w:t>
        <w:br/>
        <w:t>vt 0.917768 0.500618</w:t>
        <w:br/>
        <w:t>vt 0.918157 0.508485</w:t>
        <w:br/>
        <w:t>vt 0.855782 0.485100</w:t>
        <w:br/>
        <w:t>vt 0.861674 0.479584</w:t>
        <w:br/>
        <w:t>vt 0.848050 0.453289</w:t>
        <w:br/>
        <w:t>vt 0.839959 0.454988</w:t>
        <w:br/>
        <w:t>vt 0.844654 0.423431</w:t>
        <w:br/>
        <w:t>vt 0.836685 0.423270</w:t>
        <w:br/>
        <w:t>vt 0.841321 0.392143</w:t>
        <w:br/>
        <w:t>vt 0.849355 0.394938</w:t>
        <w:br/>
        <w:t>vt 0.858847 0.364934</w:t>
        <w:br/>
        <w:t>vt 0.864501 0.370497</w:t>
        <w:br/>
        <w:t>vt 0.888756 0.354391</w:t>
        <w:br/>
        <w:t>vt 0.886128 0.346982</w:t>
        <w:br/>
        <w:t>vt 0.918072 0.349879</w:t>
        <w:br/>
        <w:t>vt 0.918194 0.341042</w:t>
        <w:br/>
        <w:t>vt 0.949780 0.347846</w:t>
        <w:br/>
        <w:t>vt 0.946893 0.355451</w:t>
        <w:br/>
        <w:t>vt 0.973991 0.365270</w:t>
        <w:br/>
        <w:t>vt 0.967697 0.370493</w:t>
        <w:br/>
        <w:t>vt 0.981192 0.393984</w:t>
        <w:br/>
        <w:t>vt 0.988868 0.391801</w:t>
        <w:br/>
        <w:t>vt 0.986578 0.423623</w:t>
        <w:br/>
        <w:t>vt 0.994888 0.423189</w:t>
        <w:br/>
        <w:t>vt 0.991333 0.454940</w:t>
        <w:br/>
        <w:t>vt 0.983477 0.453063</w:t>
        <w:br/>
        <w:t>vt 0.976645 0.481984</w:t>
        <w:br/>
        <w:t>vt 0.970708 0.476949</w:t>
        <w:br/>
        <w:t>vt 0.947368 0.494140</w:t>
        <w:br/>
        <w:t>vt 0.950336 0.501149</w:t>
        <w:br/>
        <w:t>vt 0.890370 0.488904</w:t>
        <w:br/>
        <w:t>vt 0.917547 0.493225</w:t>
        <w:br/>
        <w:t>vt 0.866768 0.474720</w:t>
        <w:br/>
        <w:t>vt 0.855168 0.450627</w:t>
        <w:br/>
        <w:t>vt 0.852697 0.423817</w:t>
        <w:br/>
        <w:t>vt 0.856237 0.398149</w:t>
        <w:br/>
        <w:t>vt 0.869869 0.376196</w:t>
        <w:br/>
        <w:t>vt 0.891596 0.361847</w:t>
        <w:br/>
        <w:t>vt 0.917904 0.357950</w:t>
        <w:br/>
        <w:t>vt 0.943820 0.362720</w:t>
        <w:br/>
        <w:t>vt 0.962445 0.376124</w:t>
        <w:br/>
        <w:t>vt 0.974118 0.397400</w:t>
        <w:br/>
        <w:t>vt 0.978679 0.423970</w:t>
        <w:br/>
        <w:t>vt 0.976559 0.450427</w:t>
        <w:br/>
        <w:t>vt 0.965413 0.472131</w:t>
        <w:br/>
        <w:t>vt 0.944257 0.487542</w:t>
        <w:br/>
        <w:t>vt 0.916416 0.424583</w:t>
        <w:br/>
        <w:t>vt 0.629791 0.351197</w:t>
        <w:br/>
        <w:t>vt 0.698946 0.480123</w:t>
        <w:br/>
        <w:t>vt 0.632383 0.458002</w:t>
        <w:br/>
        <w:t>vt 0.698969 0.401697</w:t>
        <w:br/>
        <w:t>vt 0.526584 0.145413</w:t>
        <w:br/>
        <w:t>vt 0.539722 0.145413</w:t>
        <w:br/>
        <w:t>vt 0.539722 0.100579</w:t>
        <w:br/>
        <w:t>vt 0.526584 0.100579</w:t>
        <w:br/>
        <w:t>vt 0.526584 0.264807</w:t>
        <w:br/>
        <w:t>vt 0.539722 0.264807</w:t>
        <w:br/>
        <w:t>vt 0.526584 0.227538</w:t>
        <w:br/>
        <w:t>vt 0.539722 0.227538</w:t>
        <w:br/>
        <w:t>vt 0.526584 0.048389</w:t>
        <w:br/>
        <w:t>vt 0.539722 0.048389</w:t>
        <w:br/>
        <w:t>vt 0.539722 0.003140</w:t>
        <w:br/>
        <w:t>vt 0.526584 0.003140</w:t>
        <w:br/>
        <w:t>vt 0.539722 0.190097</w:t>
        <w:br/>
        <w:t>vt 0.526584 0.190097</w:t>
        <w:br/>
        <w:t>vt 0.604071 0.145413</w:t>
        <w:br/>
        <w:t>vt 0.604071 0.100579</w:t>
        <w:br/>
        <w:t>vt 0.591988 0.100579</w:t>
        <w:br/>
        <w:t>vt 0.591988 0.145413</w:t>
        <w:br/>
        <w:t>vt 0.604071 0.264807</w:t>
        <w:br/>
        <w:t>vt 0.591988 0.264807</w:t>
        <w:br/>
        <w:t>vt 0.545961 0.145413</w:t>
        <w:br/>
        <w:t>vt 0.545961 0.100579</w:t>
        <w:br/>
        <w:t>vt 0.539722 0.100579</w:t>
        <w:br/>
        <w:t>vt 0.539722 0.145413</w:t>
        <w:br/>
        <w:t>vt 0.545961 0.264807</w:t>
        <w:br/>
        <w:t>vt 0.539722 0.264807</w:t>
        <w:br/>
        <w:t>vt 0.591988 0.227538</w:t>
        <w:br/>
        <w:t>vt 0.585788 0.227538</w:t>
        <w:br/>
        <w:t>vt 0.585788 0.264807</w:t>
        <w:br/>
        <w:t>vt 0.591988 0.264807</w:t>
        <w:br/>
        <w:t>vt 0.591988 0.048389</w:t>
        <w:br/>
        <w:t>vt 0.585788 0.048389</w:t>
        <w:br/>
        <w:t>vt 0.585788 0.100579</w:t>
        <w:br/>
        <w:t>vt 0.591988 0.100579</w:t>
        <w:br/>
        <w:t>vt 0.591988 0.003140</w:t>
        <w:br/>
        <w:t>vt 0.585788 0.003140</w:t>
        <w:br/>
        <w:t>vt 0.591988 0.190097</w:t>
        <w:br/>
        <w:t>vt 0.585788 0.190097</w:t>
        <w:br/>
        <w:t>vt 0.591988 0.227538</w:t>
        <w:br/>
        <w:t>vt 0.604071 0.227538</w:t>
        <w:br/>
        <w:t>vt 0.604071 0.190097</w:t>
        <w:br/>
        <w:t>vt 0.591988 0.190097</w:t>
        <w:br/>
        <w:t>vt 0.604071 0.048389</w:t>
        <w:br/>
        <w:t>vt 0.591988 0.048389</w:t>
        <w:br/>
        <w:t>vt 0.604071 0.003140</w:t>
        <w:br/>
        <w:t>vt 0.591988 0.003140</w:t>
        <w:br/>
        <w:t>vt 0.585788 0.145413</w:t>
        <w:br/>
        <w:t>vt 0.591988 0.145413</w:t>
        <w:br/>
        <w:t>vt 0.545961 0.227538</w:t>
        <w:br/>
        <w:t>vt 0.539722 0.227538</w:t>
        <w:br/>
        <w:t>vt 0.539722 0.048389</w:t>
        <w:br/>
        <w:t>vt 0.545961 0.048389</w:t>
        <w:br/>
        <w:t>vt 0.545961 0.003140</w:t>
        <w:br/>
        <w:t>vt 0.539722 0.003140</w:t>
        <w:br/>
        <w:t>vt 0.545961 0.190097</w:t>
        <w:br/>
        <w:t>vt 0.539722 0.190097</w:t>
        <w:br/>
        <w:t>vt 0.581019 0.145413</w:t>
        <w:br/>
        <w:t>vt 0.581019 0.100579</w:t>
        <w:br/>
        <w:t>vt 0.550816 0.100579</w:t>
        <w:br/>
        <w:t>vt 0.550816 0.145413</w:t>
        <w:br/>
        <w:t>vt 0.550816 0.264807</w:t>
        <w:br/>
        <w:t>vt 0.581019 0.264807</w:t>
        <w:br/>
        <w:t>vt 0.581019 0.227538</w:t>
        <w:br/>
        <w:t>vt 0.550816 0.227538</w:t>
        <w:br/>
        <w:t>vt 0.581019 0.048389</w:t>
        <w:br/>
        <w:t>vt 0.550816 0.048389</w:t>
        <w:br/>
        <w:t>vt 0.581019 0.003140</w:t>
        <w:br/>
        <w:t>vt 0.550816 0.003140</w:t>
        <w:br/>
        <w:t>vt 0.581019 0.190097</w:t>
        <w:br/>
        <w:t>vt 0.550816 0.190097</w:t>
        <w:br/>
        <w:t>vt 0.768931 0.417094</w:t>
        <w:br/>
        <w:t>vt 0.752566 0.417417</w:t>
        <w:br/>
        <w:t>vt 0.752976 0.430683</w:t>
        <w:br/>
        <w:t>vt 0.769671 0.431037</w:t>
        <w:br/>
        <w:t>vt 0.787918 0.427924</w:t>
        <w:br/>
        <w:t>vt 0.799132 0.418031</w:t>
        <w:br/>
        <w:t>vt 0.787552 0.417504</w:t>
        <w:br/>
        <w:t>vt 0.755448 0.456283</w:t>
        <w:br/>
        <w:t>vt 0.777822 0.453610</w:t>
        <w:br/>
        <w:t>vt 0.772696 0.443688</w:t>
        <w:br/>
        <w:t>vt 0.754025 0.443644</w:t>
        <w:br/>
        <w:t>vt 0.797820 0.444649</w:t>
        <w:br/>
        <w:t>vt 0.819230 0.419143</w:t>
        <w:br/>
        <w:t>vt 0.809304 0.418574</w:t>
        <w:br/>
        <w:t>vt 0.790333 0.436894</w:t>
        <w:br/>
        <w:t>vt 0.798712 0.393332</w:t>
        <w:br/>
        <w:t>vt 0.791084 0.400294</w:t>
        <w:br/>
        <w:t>vt 0.809304 0.418574</w:t>
        <w:br/>
        <w:t>vt 0.819230 0.419143</w:t>
        <w:br/>
        <w:t>vt 0.755951 0.380904</w:t>
        <w:br/>
        <w:t>vt 0.754622 0.393199</w:t>
        <w:br/>
        <w:t>vt 0.773328 0.393597</w:t>
        <w:br/>
        <w:t>vt 0.778508 0.383798</w:t>
        <w:br/>
        <w:t>vt 0.753379 0.405065</w:t>
        <w:br/>
        <w:t>vt 0.770240 0.404723</w:t>
        <w:br/>
        <w:t>vt 0.788380 0.408038</w:t>
        <w:br/>
        <w:t>vt 0.677581 0.258584</w:t>
        <w:br/>
        <w:t>vt 0.643182 0.257439</w:t>
        <w:br/>
        <w:t>vt 0.660082 0.277655</w:t>
        <w:br/>
        <w:t>vt 0.691227 0.264725</w:t>
        <w:br/>
        <w:t>vt 0.691227 0.221385</w:t>
        <w:br/>
        <w:t>vt 0.683210 0.221385</w:t>
        <w:br/>
        <w:t>vt 0.683210 0.260799</w:t>
        <w:br/>
        <w:t>vt 0.629373 0.263136</w:t>
        <w:br/>
        <w:t>vt 0.659899 0.293463</w:t>
        <w:br/>
        <w:t>vt 0.659993 0.286125</w:t>
        <w:br/>
        <w:t>vt 0.637473 0.259393</w:t>
        <w:br/>
        <w:t>vt 0.677581 0.221385</w:t>
        <w:br/>
        <w:t>vt 0.643182 0.221385</w:t>
        <w:br/>
        <w:t>vt 0.659993 0.286125</w:t>
        <w:br/>
        <w:t>vt 0.659899 0.293463</w:t>
        <w:br/>
        <w:t>vt 0.637473 0.221385</w:t>
        <w:br/>
        <w:t>vt 0.629373 0.221385</w:t>
        <w:br/>
        <w:t>vt 0.622159 0.440378</w:t>
        <w:br/>
        <w:t>vt 0.639414 0.434456</w:t>
        <w:br/>
        <w:t>vt 0.630426 0.411175</w:t>
        <w:br/>
        <w:t>vt 0.607768 0.418138</w:t>
        <w:br/>
        <w:t>vt 0.646671 0.454981</w:t>
        <w:br/>
        <w:t>vt 0.658378 0.446096</w:t>
        <w:br/>
        <w:t>vt 0.659283 0.424381</w:t>
        <w:br/>
        <w:t>vt 0.674772 0.428436</w:t>
        <w:br/>
        <w:t>vt 0.684859 0.398621</w:t>
        <w:br/>
        <w:t>vt 0.654509 0.400906</w:t>
        <w:br/>
        <w:t>vt 0.679912 0.383563</w:t>
        <w:br/>
        <w:t>vt 0.674553 0.372378</w:t>
        <w:br/>
        <w:t>vt 0.644339 0.380615</w:t>
        <w:br/>
        <w:t>vt 0.620260 0.383800</w:t>
        <w:br/>
        <w:t>vt 0.609749 0.355044</w:t>
        <w:br/>
        <w:t>vt 0.596063 0.362794</w:t>
        <w:br/>
        <w:t>vt 0.603809 0.394131</w:t>
        <w:br/>
        <w:t>vt 0.584438 0.379599</w:t>
        <w:br/>
        <w:t>vt 0.579297 0.396597</w:t>
        <w:br/>
        <w:t>vt 0.579783 0.418374</w:t>
        <w:br/>
        <w:t>vt 0.585929 0.433771</w:t>
        <w:br/>
        <w:t>vt 0.652203 0.471377</w:t>
        <w:br/>
        <w:t>vt 0.663466 0.462722</w:t>
        <w:br/>
        <w:t>vt 0.676429 0.456713</w:t>
        <w:br/>
        <w:t>vt 0.685483 0.443768</w:t>
        <w:br/>
        <w:t>vt 0.693690 0.376997</w:t>
        <w:br/>
        <w:t>vt 0.681248 0.357593</w:t>
        <w:br/>
        <w:t>vt 0.660108 0.360758</w:t>
        <w:br/>
        <w:t>vt 0.668367 0.348495</w:t>
        <w:br/>
        <w:t>vt 0.659700 0.340370</w:t>
        <w:br/>
        <w:t>vt 0.643648 0.354040</w:t>
        <w:br/>
        <w:t>vt 0.649872 0.337653</w:t>
        <w:br/>
        <w:t>vt 0.642761 0.332829</w:t>
        <w:br/>
        <w:t>vt 0.603060 0.337752</w:t>
        <w:br/>
        <w:t>vt 0.584553 0.349091</w:t>
        <w:br/>
        <w:t>vt 0.574268 0.362458</w:t>
        <w:br/>
        <w:t>vt 0.564104 0.377399</w:t>
        <w:br/>
        <w:t>vt 0.564466 0.391882</w:t>
        <w:br/>
        <w:t>vt 0.563807 0.413135</w:t>
        <w:br/>
        <w:t>vt 0.568824 0.424467</w:t>
        <w:br/>
        <w:t>vt 0.572321 0.436795</w:t>
        <w:br/>
        <w:t>vt 0.595168 0.445551</w:t>
        <w:br/>
        <w:t>vt 0.582372 0.453378</w:t>
        <w:br/>
        <w:t>vt 0.593500 0.459282</w:t>
        <w:br/>
        <w:t>vt 0.612979 0.453592</w:t>
        <w:br/>
        <w:t>vt 0.604116 0.470165</w:t>
        <w:br/>
        <w:t>vt 0.617324 0.469021</w:t>
        <w:br/>
        <w:t>vt 0.659955 0.491579</w:t>
        <w:br/>
        <w:t>vt 0.677840 0.484515</w:t>
        <w:br/>
        <w:t>vt 0.692072 0.471142</w:t>
        <w:br/>
        <w:t>vt 0.706920 0.452373</w:t>
        <w:br/>
        <w:t>vt 0.695383 0.427968</w:t>
        <w:br/>
        <w:t>vt 0.712780 0.437170</w:t>
        <w:br/>
        <w:t>vt 0.717051 0.424624</w:t>
        <w:br/>
        <w:t>vt 0.699665 0.343782</w:t>
        <w:br/>
        <w:t>vt 0.714352 0.365879</w:t>
        <w:br/>
        <w:t>vt 0.685852 0.328645</w:t>
        <w:br/>
        <w:t>vt 0.669833 0.320506</w:t>
        <w:br/>
        <w:t>vt 0.649706 0.311458</w:t>
        <w:br/>
        <w:t>vt 0.625538 0.333129</w:t>
        <w:br/>
        <w:t>vt 0.631377 0.309542</w:t>
        <w:br/>
        <w:t>vt 0.613858 0.311924</w:t>
        <w:br/>
        <w:t>vt 0.593429 0.316321</w:t>
        <w:br/>
        <w:t>vt 0.576915 0.326724</w:t>
        <w:br/>
        <w:t>vt 0.563625 0.338365</w:t>
        <w:br/>
        <w:t>vt 0.552900 0.352058</w:t>
        <w:br/>
        <w:t>vt 0.545932 0.366674</w:t>
        <w:br/>
        <w:t>vt 0.540482 0.381557</w:t>
        <w:br/>
        <w:t>vt 0.538658 0.395831</w:t>
        <w:br/>
        <w:t>vt 0.539352 0.413788</w:t>
        <w:br/>
        <w:t>vt 0.542119 0.428907</w:t>
        <w:br/>
        <w:t>vt 0.547738 0.440320</w:t>
        <w:br/>
        <w:t>vt 0.563985 0.466042</w:t>
        <w:br/>
        <w:t>vt 0.576309 0.479026</w:t>
        <w:br/>
        <w:t>vt 0.593398 0.486685</w:t>
        <w:br/>
        <w:t>vt 0.609769 0.494277</w:t>
        <w:br/>
        <w:t>vt 0.634104 0.474290</w:t>
        <w:br/>
        <w:t>vt 0.624692 0.495620</w:t>
        <w:br/>
        <w:t>vt 0.642073 0.494451</w:t>
        <w:br/>
        <w:t>vt 0.723375 0.444188</w:t>
        <w:br/>
        <w:t>vt 0.722533 0.401689</w:t>
        <w:br/>
        <w:t>vt 0.730347 0.402374</w:t>
        <w:br/>
        <w:t>vt 0.719507 0.385641</w:t>
        <w:br/>
        <w:t>vt 0.723098 0.364533</w:t>
        <w:br/>
        <w:t>vt 0.701082 0.330086</w:t>
        <w:br/>
        <w:t>vt 0.666544 0.305922</w:t>
        <w:br/>
        <w:t>vt 0.626608 0.301032</w:t>
        <w:br/>
        <w:t>vt 0.590072 0.310594</w:t>
        <w:br/>
        <w:t>vt 0.558083 0.331801</w:t>
        <w:br/>
        <w:t>vt 0.537962 0.362130</w:t>
        <w:br/>
        <w:t>vt 0.530574 0.397978</w:t>
        <w:br/>
        <w:t>vt 0.537541 0.436212</w:t>
        <w:br/>
        <w:t>vt 0.553834 0.451577</w:t>
        <w:br/>
        <w:t>vt 0.556645 0.470392</w:t>
        <w:br/>
        <w:t>vt 0.585774 0.494098</w:t>
        <w:br/>
        <w:t>vt 0.623219 0.506334</w:t>
        <w:br/>
        <w:t>vt 0.664042 0.501406</w:t>
        <w:br/>
        <w:t>vt 0.885661 0.502892</w:t>
        <w:br/>
        <w:t>vt 0.918158 0.508528</w:t>
        <w:br/>
        <w:t>vt 0.917769 0.500657</w:t>
        <w:br/>
        <w:t>vt 0.887485 0.495904</w:t>
        <w:br/>
        <w:t>vt 0.855751 0.485131</w:t>
        <w:br/>
        <w:t>vt 0.861646 0.479613</w:t>
        <w:br/>
        <w:t>vt 0.848014 0.453304</w:t>
        <w:br/>
        <w:t>vt 0.839919 0.455004</w:t>
        <w:br/>
        <w:t>vt 0.844617 0.423430</w:t>
        <w:br/>
        <w:t>vt 0.836644 0.423270</w:t>
        <w:br/>
        <w:t>vt 0.841283 0.392126</w:t>
        <w:br/>
        <w:t>vt 0.849320 0.394922</w:t>
        <w:br/>
        <w:t>vt 0.858817 0.364903</w:t>
        <w:br/>
        <w:t>vt 0.864475 0.370469</w:t>
        <w:br/>
        <w:t>vt 0.888742 0.354354</w:t>
        <w:br/>
        <w:t>vt 0.886113 0.346941</w:t>
        <w:br/>
        <w:t>vt 0.918074 0.349840</w:t>
        <w:br/>
        <w:t>vt 0.918196 0.340999</w:t>
        <w:br/>
        <w:t>vt 0.949798 0.347806</w:t>
        <w:br/>
        <w:t>vt 0.946910 0.355415</w:t>
        <w:br/>
        <w:t>vt 0.974021 0.365239</w:t>
        <w:br/>
        <w:t>vt 0.967724 0.370465</w:t>
        <w:br/>
        <w:t>vt 0.981227 0.393968</w:t>
        <w:br/>
        <w:t>vt 0.988906 0.391784</w:t>
        <w:br/>
        <w:t>vt 0.986614 0.423622</w:t>
        <w:br/>
        <w:t>vt 0.994929 0.423188</w:t>
        <w:br/>
        <w:t>vt 0.991372 0.454956</w:t>
        <w:br/>
        <w:t>vt 0.983512 0.453078</w:t>
        <w:br/>
        <w:t>vt 0.976677 0.482014</w:t>
        <w:br/>
        <w:t>vt 0.970737 0.476976</w:t>
        <w:br/>
        <w:t>vt 0.947384 0.494176</w:t>
        <w:br/>
        <w:t>vt 0.950354 0.501189</w:t>
        <w:br/>
        <w:t>vt 0.917547 0.493260</w:t>
        <w:br/>
        <w:t>vt 0.890356 0.488937</w:t>
        <w:br/>
        <w:t>vt 0.866742 0.474746</w:t>
        <w:br/>
        <w:t>vt 0.855136 0.450641</w:t>
        <w:br/>
        <w:t>vt 0.852665 0.423816</w:t>
        <w:br/>
        <w:t>vt 0.856206 0.398135</w:t>
        <w:br/>
        <w:t>vt 0.869845 0.376171</w:t>
        <w:br/>
        <w:t>vt 0.891584 0.361814</w:t>
        <w:br/>
        <w:t>vt 0.917906 0.357915</w:t>
        <w:br/>
        <w:t>vt 0.943835 0.362688</w:t>
        <w:br/>
        <w:t>vt 0.962469 0.376099</w:t>
        <w:br/>
        <w:t>vt 0.974148 0.397385</w:t>
        <w:br/>
        <w:t>vt 0.978712 0.423970</w:t>
        <w:br/>
        <w:t>vt 0.976591 0.450441</w:t>
        <w:br/>
        <w:t>vt 0.965440 0.472156</w:t>
        <w:br/>
        <w:t>vt 0.944272 0.487575</w:t>
        <w:br/>
        <w:t>vt 0.916417 0.424583</w:t>
        <w:br/>
        <w:t>vt 0.629791 0.351230</w:t>
        <w:br/>
        <w:t>vt 0.698902 0.480074</w:t>
        <w:br/>
        <w:t>vt 0.632382 0.457968</w:t>
        <w:br/>
        <w:t>vt 0.698924 0.401698</w:t>
        <w:br/>
        <w:t>vt 0.693007 0.096655</w:t>
        <w:br/>
        <w:t>vt 0.693007 0.099527</w:t>
        <w:br/>
        <w:t>vt 0.615491 0.099527</w:t>
        <w:br/>
        <w:t>vt 0.615491 0.096655</w:t>
        <w:br/>
        <w:t>vt 0.615491 0.093653</w:t>
        <w:br/>
        <w:t>vt 0.693007 0.093653</w:t>
        <w:br/>
        <w:t>vt 0.615491 0.090777</w:t>
        <w:br/>
        <w:t>vt 0.693007 0.090777</w:t>
        <w:br/>
        <w:t>vt 0.615491 0.088137</w:t>
        <w:br/>
        <w:t>vt 0.693007 0.088137</w:t>
        <w:br/>
        <w:t>vt 0.615491 0.085577</w:t>
        <w:br/>
        <w:t>vt 0.693007 0.085577</w:t>
        <w:br/>
        <w:t>vt 0.615491 0.082901</w:t>
        <w:br/>
        <w:t>vt 0.693007 0.082901</w:t>
        <w:br/>
        <w:t>vt 0.615491 0.080077</w:t>
        <w:br/>
        <w:t>vt 0.693007 0.080077</w:t>
        <w:br/>
        <w:t>vt 0.615491 0.113187</w:t>
        <w:br/>
        <w:t>vt 0.615491 0.110273</w:t>
        <w:br/>
        <w:t>vt 0.693007 0.110273</w:t>
        <w:br/>
        <w:t>vt 0.693007 0.113187</w:t>
        <w:br/>
        <w:t>vt 0.615491 0.107389</w:t>
        <w:br/>
        <w:t>vt 0.693007 0.107389</w:t>
        <w:br/>
        <w:t>vt 0.693007 0.104683</w:t>
        <w:br/>
        <w:t>vt 0.615491 0.104683</w:t>
        <w:br/>
        <w:t>vt 0.615491 0.102145</w:t>
        <w:br/>
        <w:t>vt 0.693007 0.102145</w:t>
        <w:br/>
        <w:t>vt 0.628173 0.121510</w:t>
        <w:br/>
        <w:t>vt 0.628173 0.119124</w:t>
        <w:br/>
        <w:t>vt 0.667524 0.119124</w:t>
        <w:br/>
        <w:t>vt 0.667524 0.121510</w:t>
        <w:br/>
        <w:t>vt 0.667524 0.123935</w:t>
        <w:br/>
        <w:t>vt 0.628173 0.123935</w:t>
        <w:br/>
        <w:t>vt 0.667524 0.126292</w:t>
        <w:br/>
        <w:t>vt 0.628173 0.126292</w:t>
        <w:br/>
        <w:t>vt 0.667524 0.128556</w:t>
        <w:br/>
        <w:t>vt 0.628173 0.128556</w:t>
        <w:br/>
        <w:t>vt 0.667524 0.130810</w:t>
        <w:br/>
        <w:t>vt 0.628173 0.130810</w:t>
        <w:br/>
        <w:t>vt 0.667524 0.133131</w:t>
        <w:br/>
        <w:t>vt 0.628173 0.133131</w:t>
        <w:br/>
        <w:t>vt 0.667524 0.135515</w:t>
        <w:br/>
        <w:t>vt 0.628173 0.135515</w:t>
        <w:br/>
        <w:t>vt 0.667524 0.137911</w:t>
        <w:br/>
        <w:t>vt 0.628173 0.137911</w:t>
        <w:br/>
        <w:t>vt 0.628173 0.140267</w:t>
        <w:br/>
        <w:t>vt 0.667524 0.140267</w:t>
        <w:br/>
        <w:t>vt 0.628173 0.142567</w:t>
        <w:br/>
        <w:t>vt 0.667524 0.142567</w:t>
        <w:br/>
        <w:t>vt 0.667524 0.144823</w:t>
        <w:br/>
        <w:t>vt 0.628173 0.144823</w:t>
        <w:br/>
        <w:t>vt 0.667524 0.147116</w:t>
        <w:br/>
        <w:t>vt 0.628173 0.147116</w:t>
        <w:br/>
        <w:t>vt 0.872570 0.064869</w:t>
        <w:br/>
        <w:t>vt 0.867993 0.066543</w:t>
        <w:br/>
        <w:t>vt 0.866234 0.058396</w:t>
        <w:br/>
        <w:t>vt 0.862878 0.066014</w:t>
        <w:br/>
        <w:t>vt 0.858725 0.063416</w:t>
        <w:br/>
        <w:t>vt 0.856679 0.059496</w:t>
        <w:br/>
        <w:t>vt 0.857186 0.055293</w:t>
        <w:br/>
        <w:t>vt 0.860062 0.051879</w:t>
        <w:br/>
        <w:t>vt 0.864553 0.050201</w:t>
        <w:br/>
        <w:t>vt 0.869485 0.050756</w:t>
        <w:br/>
        <w:t>vt 0.873559 0.053399</w:t>
        <w:br/>
        <w:t>vt 0.875691 0.057349</w:t>
        <w:br/>
        <w:t>vt 0.875345 0.061508</w:t>
        <w:br/>
        <w:t>vt 0.772408 0.057427</w:t>
        <w:br/>
        <w:t>vt 0.777809 0.058528</w:t>
        <w:br/>
        <w:t>vt 0.773609 0.067843</w:t>
        <w:br/>
        <w:t>vt 0.782123 0.062162</w:t>
        <w:br/>
        <w:t>vt 0.784127 0.067277</w:t>
        <w:br/>
        <w:t>vt 0.783288 0.072474</w:t>
        <w:br/>
        <w:t>vt 0.779833 0.076447</w:t>
        <w:br/>
        <w:t>vt 0.774699 0.078145</w:t>
        <w:br/>
        <w:t>vt 0.769292 0.077097</w:t>
        <w:br/>
        <w:t>vt 0.765083 0.073567</w:t>
        <w:br/>
        <w:t>vt 0.763175 0.068500</w:t>
        <w:br/>
        <w:t>vt 0.764016 0.063212</w:t>
        <w:br/>
        <w:t>vt 0.767382 0.059146</w:t>
        <w:br/>
        <w:t>vt 0.724107 0.906716</w:t>
        <w:br/>
        <w:t>vt 0.720440 0.899026</w:t>
        <w:br/>
        <w:t>vt 0.741847 0.899274</w:t>
        <w:br/>
        <w:t>vt 0.711166 0.872346</w:t>
        <w:br/>
        <w:t>vt 0.725110 0.880253</w:t>
        <w:br/>
        <w:t>vt 0.722114 0.883441</w:t>
        <w:br/>
        <w:t>vt 0.709092 0.876346</w:t>
        <w:br/>
        <w:t>vt 0.710699 0.907636</w:t>
        <w:br/>
        <w:t>vt 0.690885 0.896918</w:t>
        <w:br/>
        <w:t>vt 0.708192 0.898637</w:t>
        <w:br/>
        <w:t>vt 0.693608 0.871702</w:t>
        <w:br/>
        <w:t>vt 0.695051 0.867751</w:t>
        <w:br/>
        <w:t>vt 0.741847 0.899274</w:t>
        <w:br/>
        <w:t>vt 0.555339 0.881451</w:t>
        <w:br/>
        <w:t>vt 0.563508 0.889057</w:t>
        <w:br/>
        <w:t>vt 0.545356 0.893674</w:t>
        <w:br/>
        <w:t>vt 0.541825 0.885600</w:t>
        <w:br/>
        <w:t>vt 0.540029 0.872292</w:t>
        <w:br/>
        <w:t>vt 0.690885 0.896918</w:t>
        <w:br/>
        <w:t>vt 0.709092 0.876346</w:t>
        <w:br/>
        <w:t>vt 0.708192 0.898637</w:t>
        <w:br/>
        <w:t>vt 0.722114 0.883441</w:t>
        <w:br/>
        <w:t>vt 0.720440 0.899026</w:t>
        <w:br/>
        <w:t>vt 0.439493 0.640585</w:t>
        <w:br/>
        <w:t>vt 0.431086 0.635394</w:t>
        <w:br/>
        <w:t>vt 0.440452 0.613513</w:t>
        <w:br/>
        <w:t>vt 0.457795 0.639153</w:t>
        <w:br/>
        <w:t>vt 0.461604 0.635357</w:t>
        <w:br/>
        <w:t>vt 0.470786 0.652249</w:t>
        <w:br/>
        <w:t>vt 0.465712 0.654776</w:t>
        <w:br/>
        <w:t>vt 0.428788 0.651441</w:t>
        <w:br/>
        <w:t>vt 0.439394 0.654966</w:t>
        <w:br/>
        <w:t>vt 0.440684 0.675474</w:t>
        <w:br/>
        <w:t>vt 0.475594 0.671564</w:t>
        <w:br/>
        <w:t>vt 0.470459 0.673320</w:t>
        <w:br/>
        <w:t>vt 0.440452 0.613513</w:t>
        <w:br/>
        <w:t>vt 0.567121 0.841018</w:t>
        <w:br/>
        <w:t>vt 0.557176 0.851680</w:t>
        <w:br/>
        <w:t>vt 0.555064 0.843261</w:t>
        <w:br/>
        <w:t>vt 0.562953 0.835636</w:t>
        <w:br/>
        <w:t>vt 0.554081 0.829302</w:t>
        <w:br/>
        <w:t>vt 0.465712 0.654776</w:t>
        <w:br/>
        <w:t>vt 0.470459 0.673320</w:t>
        <w:br/>
        <w:t>vt 0.440684 0.675474</w:t>
        <w:br/>
        <w:t>vt 0.439394 0.654966</w:t>
        <w:br/>
        <w:t>vt 0.439493 0.640585</w:t>
        <w:br/>
        <w:t>vt 0.457795 0.639153</w:t>
        <w:br/>
        <w:t>vt 0.578548 0.606925</w:t>
        <w:br/>
        <w:t>vt 0.563972 0.610828</w:t>
        <w:br/>
        <w:t>vt 0.561339 0.599322</w:t>
        <w:br/>
        <w:t>vt 0.574903 0.592674</w:t>
        <w:br/>
        <w:t>vt 0.561339 0.599322</w:t>
        <w:br/>
        <w:t>vt 0.563972 0.610828</w:t>
        <w:br/>
        <w:t>vt 0.551712 0.614240</w:t>
        <w:br/>
        <w:t>vt 0.548324 0.600315</w:t>
        <w:br/>
        <w:t>vt 0.587452 0.667254</w:t>
        <w:br/>
        <w:t>vt 0.576130 0.667596</w:t>
        <w:br/>
        <w:t>vt 0.571004 0.641211</w:t>
        <w:br/>
        <w:t>vt 0.583920 0.638276</w:t>
        <w:br/>
        <w:t>vt 0.559781 0.672957</w:t>
        <w:br/>
        <w:t>vt 0.550708 0.648346</w:t>
        <w:br/>
        <w:t>vt 0.332500 0.942051</w:t>
        <w:br/>
        <w:t>vt 0.331426 0.925202</w:t>
        <w:br/>
        <w:t>vt 0.353974 0.926441</w:t>
        <w:br/>
        <w:t>vt 0.355544 0.940316</w:t>
        <w:br/>
        <w:t>vt 0.385855 0.996563</w:t>
        <w:br/>
        <w:t>vt 0.379248 0.991772</w:t>
        <w:br/>
        <w:t>vt 0.380982 0.990038</w:t>
        <w:br/>
        <w:t>vt 0.492614 0.956998</w:t>
        <w:br/>
        <w:t>vt 0.488732 0.956998</w:t>
        <w:br/>
        <w:t>vt 0.489063 0.955769</w:t>
        <w:br/>
        <w:t>vt 0.451187 0.918842</w:t>
        <w:br/>
        <w:t>vt 0.465889 0.920989</w:t>
        <w:br/>
        <w:t>vt 0.465558 0.923054</w:t>
        <w:br/>
        <w:t>vt 0.450196 0.921320</w:t>
        <w:br/>
        <w:t>vt 0.482242 0.924128</w:t>
        <w:br/>
        <w:t>vt 0.481994 0.925284</w:t>
        <w:br/>
        <w:t>vt 0.498596 0.932966</w:t>
        <w:br/>
        <w:t>vt 0.515197 0.932552</w:t>
        <w:br/>
        <w:t>vt 0.515280 0.934618</w:t>
        <w:br/>
        <w:t>vt 0.498431 0.936682</w:t>
        <w:br/>
        <w:t>vt 0.515197 0.932552</w:t>
        <w:br/>
        <w:t>vt 0.498596 0.932966</w:t>
        <w:br/>
        <w:t>vt 0.500330 0.927845</w:t>
        <w:br/>
        <w:t>vt 0.516023 0.930323</w:t>
        <w:br/>
        <w:t>vt 0.447801 0.931396</w:t>
        <w:br/>
        <w:t>vt 0.463989 0.931562</w:t>
        <w:br/>
        <w:t>vt 0.463658 0.938169</w:t>
        <w:br/>
        <w:t>vt 0.448131 0.938830</w:t>
        <w:br/>
        <w:t>vt 0.480590 0.932305</w:t>
        <w:br/>
        <w:t>vt 0.480343 0.937673</w:t>
        <w:br/>
        <w:t>vt 0.569433 0.574609</w:t>
        <w:br/>
        <w:t>vt 0.556814 0.582376</w:t>
        <w:br/>
        <w:t>vt 0.551389 0.565394</w:t>
        <w:br/>
        <w:t>vt 0.562931 0.556456</w:t>
        <w:br/>
        <w:t>vt 0.544754 0.582058</w:t>
        <w:br/>
        <w:t>vt 0.540541 0.564089</w:t>
        <w:br/>
        <w:t>vt 0.551389 0.565394</w:t>
        <w:br/>
        <w:t>vt 0.556814 0.582376</w:t>
        <w:br/>
        <w:t>vt 0.585629 0.537651</w:t>
        <w:br/>
        <w:t>vt 0.583663 0.529691</w:t>
        <w:br/>
        <w:t>vt 0.587711 0.530851</w:t>
        <w:br/>
        <w:t>vt 0.589054 0.538686</w:t>
        <w:br/>
        <w:t>vt 0.516461 0.496016</w:t>
        <w:br/>
        <w:t>vt 0.510418 0.487477</w:t>
        <w:br/>
        <w:t>vt 0.519037 0.493645</w:t>
        <w:br/>
        <w:t>vt 0.510418 0.487477</w:t>
        <w:br/>
        <w:t>vt 0.516461 0.496016</w:t>
        <w:br/>
        <w:t>vt 0.513552 0.496662</w:t>
        <w:br/>
        <w:t>vt 0.581737 0.581084</w:t>
        <w:br/>
        <w:t>vt 0.575780 0.569901</w:t>
        <w:br/>
        <w:t>vt 0.582909 0.568075</w:t>
        <w:br/>
        <w:t>vt 0.587701 0.579584</w:t>
        <w:br/>
        <w:t>vt 0.576226 0.540601</w:t>
        <w:br/>
        <w:t>vt 0.568720 0.544512</w:t>
        <w:br/>
        <w:t>vt 0.568677 0.536697</w:t>
        <w:br/>
        <w:t>vt 0.575705 0.532358</w:t>
        <w:br/>
        <w:t>vt 0.577419 0.500172</w:t>
        <w:br/>
        <w:t>vt 0.577993 0.504248</w:t>
        <w:br/>
        <w:t>vt 0.575555 0.504439</w:t>
        <w:br/>
        <w:t>vt 0.574838 0.516857</w:t>
        <w:br/>
        <w:t>vt 0.570404 0.519133</w:t>
        <w:br/>
        <w:t>vt 0.573461 0.509569</w:t>
        <w:br/>
        <w:t>vt 0.574800 0.509526</w:t>
        <w:br/>
        <w:t>vt 0.580227 0.515437</w:t>
        <w:br/>
        <w:t>vt 0.578836 0.509016</w:t>
        <w:br/>
        <w:t>vt 0.580596 0.508928</w:t>
        <w:br/>
        <w:t>vt 0.583659 0.516039</w:t>
        <w:br/>
        <w:t>vt 0.522624 0.506047</w:t>
        <w:br/>
        <w:t>vt 0.534884 0.527681</w:t>
        <w:br/>
        <w:t>vt 0.530171 0.527261</w:t>
        <w:br/>
        <w:t>vt 0.542772 0.519944</w:t>
        <w:br/>
        <w:t>vt 0.528087 0.502488</w:t>
        <w:br/>
        <w:t>vt 0.579899 0.561654</w:t>
        <w:br/>
        <w:t>vt 0.578559 0.555221</w:t>
        <w:br/>
        <w:t>vt 0.588993 0.553217</w:t>
        <w:br/>
        <w:t>vt 0.590609 0.559909</w:t>
        <w:br/>
        <w:t>vt 0.585629 0.537651</w:t>
        <w:br/>
        <w:t>vt 0.576226 0.540601</w:t>
        <w:br/>
        <w:t>vt 0.575705 0.532358</w:t>
        <w:br/>
        <w:t>vt 0.583663 0.529691</w:t>
        <w:br/>
        <w:t>vt 0.587701 0.579584</w:t>
        <w:br/>
        <w:t>vt 0.593078 0.565863</w:t>
        <w:br/>
        <w:t>vt 0.605072 0.576554</w:t>
        <w:br/>
        <w:t>vt 0.581657 0.521794</w:t>
        <w:br/>
        <w:t>vt 0.575211 0.524001</w:t>
        <w:br/>
        <w:t>vt 0.574838 0.516857</w:t>
        <w:br/>
        <w:t>vt 0.580227 0.515437</w:t>
        <w:br/>
        <w:t>vt 0.578836 0.509016</w:t>
        <w:br/>
        <w:t>vt 0.568268 0.626772</w:t>
        <w:br/>
        <w:t>vt 0.582142 0.623517</w:t>
        <w:br/>
        <w:t>vt 0.557123 0.630456</w:t>
        <w:br/>
        <w:t>vt 0.366198 0.924458</w:t>
        <w:br/>
        <w:t>vt 0.367850 0.939243</w:t>
        <w:br/>
        <w:t>vt 0.573257 0.564176</w:t>
        <w:br/>
        <w:t>vt 0.432438 0.931644</w:t>
        <w:br/>
        <w:t>vt 0.433594 0.939490</w:t>
        <w:br/>
        <w:t>vt 0.421536 0.940564</w:t>
        <w:br/>
        <w:t>vt 0.420049 0.932222</w:t>
        <w:br/>
        <w:t>vt 0.555001 0.539054</w:t>
        <w:br/>
        <w:t>vt 0.545134 0.547791</w:t>
        <w:br/>
        <w:t>vt 0.536383 0.546979</w:t>
        <w:br/>
        <w:t>vt 0.586187 0.523166</w:t>
        <w:br/>
        <w:t>vt 0.581657 0.521794</w:t>
        <w:br/>
        <w:t>vt 0.568802 0.528681</w:t>
        <w:br/>
        <w:t>vt 0.571054 0.557513</w:t>
        <w:br/>
        <w:t>vt 0.428639 0.915373</w:t>
        <w:br/>
        <w:t>vt 0.436816 0.916695</w:t>
        <w:br/>
        <w:t>vt 0.435246 0.919750</w:t>
        <w:br/>
        <w:t>vt 0.424261 0.918594</w:t>
        <w:br/>
        <w:t>vt 0.485008 0.956998</w:t>
        <w:br/>
        <w:t>vt 0.485599 0.954245</w:t>
        <w:br/>
        <w:t>vt 0.372475 0.987395</w:t>
        <w:br/>
        <w:t>vt 0.375283 0.982026</w:t>
        <w:br/>
        <w:t>vt 0.376109 0.981448</w:t>
        <w:br/>
        <w:t>vt 0.420627 0.915373</w:t>
        <w:br/>
        <w:t>vt 0.403117 0.899763</w:t>
        <w:br/>
        <w:t>vt 0.415589 0.892990</w:t>
        <w:br/>
        <w:t>vt 0.426657 0.908435</w:t>
        <w:br/>
        <w:t>vt 0.587544 0.545622</w:t>
        <w:br/>
        <w:t>vt 0.577470 0.548244</w:t>
        <w:br/>
        <w:t>vt 0.577470 0.548244</w:t>
        <w:br/>
        <w:t>vt 0.569291 0.552042</w:t>
        <w:br/>
        <w:t>vt 0.394032 0.944776</w:t>
        <w:br/>
        <w:t>vt 0.392298 0.935856</w:t>
        <w:br/>
        <w:t>vt 0.406669 0.933792</w:t>
        <w:br/>
        <w:t>vt 0.408321 0.942134</w:t>
        <w:br/>
        <w:t>vt 0.391059 0.923137</w:t>
        <w:br/>
        <w:t>vt 0.405678 0.920246</w:t>
        <w:br/>
        <w:t>vt 0.408321 0.942134</w:t>
        <w:br/>
        <w:t>vt 0.409147 0.943538</w:t>
        <w:br/>
        <w:t>vt 0.394610 0.945850</w:t>
        <w:br/>
        <w:t>vt 0.394032 0.944776</w:t>
        <w:br/>
        <w:t>vt 0.405198 0.678439</w:t>
        <w:br/>
        <w:t>vt 0.408161 0.688769</w:t>
        <w:br/>
        <w:t>vt 0.400633 0.690342</w:t>
        <w:br/>
        <w:t>vt 0.399398 0.679378</w:t>
        <w:br/>
        <w:t>vt 0.398212 0.667063</w:t>
        <w:br/>
        <w:t>vt 0.402601 0.666723</w:t>
        <w:br/>
        <w:t>vt 0.400969 0.653236</w:t>
        <w:br/>
        <w:t>vt 0.397903 0.653948</w:t>
        <w:br/>
        <w:t>vt 0.399343 0.641609</w:t>
        <w:br/>
        <w:t>vt 0.400415 0.641431</w:t>
        <w:br/>
        <w:t>vt 0.417096 0.718407</w:t>
        <w:br/>
        <w:t>vt 0.408553 0.720088</w:t>
        <w:br/>
        <w:t>vt 0.405288 0.709919</w:t>
        <w:br/>
        <w:t>vt 0.413693 0.705751</w:t>
        <w:br/>
        <w:t>vt 0.399398 0.679378</w:t>
        <w:br/>
        <w:t>vt 0.393766 0.680685</w:t>
        <w:br/>
        <w:t>vt 0.393807 0.667854</w:t>
        <w:br/>
        <w:t>vt 0.398212 0.667063</w:t>
        <w:br/>
        <w:t>vt 0.400633 0.690342</w:t>
        <w:br/>
        <w:t>vt 0.394608 0.692780</w:t>
        <w:br/>
        <w:t>vt 0.395719 0.704398</w:t>
        <w:br/>
        <w:t>vt 0.402574 0.700717</w:t>
        <w:br/>
        <w:t>vt 0.396352 0.714528</w:t>
        <w:br/>
        <w:t>vt 0.397941 0.641695</w:t>
        <w:br/>
        <w:t>vt 0.395106 0.654183</w:t>
        <w:br/>
        <w:t>vt 0.526414 0.577831</w:t>
        <w:br/>
        <w:t>vt 0.525193 0.559400</w:t>
        <w:br/>
        <w:t>vt 0.524046 0.541379</w:t>
        <w:br/>
        <w:t>vt 0.521013 0.524315</w:t>
        <w:br/>
        <w:t>vt 0.516846 0.507429</w:t>
        <w:br/>
        <w:t>vt 0.577419 0.500172</w:t>
        <w:br/>
        <w:t>vt 0.578757 0.504285</w:t>
        <w:br/>
        <w:t>vt 0.577993 0.504248</w:t>
        <w:br/>
        <w:t>vt 0.381478 0.937508</w:t>
        <w:br/>
        <w:t>vt 0.383212 0.946676</w:t>
        <w:br/>
        <w:t>vt 0.369502 0.948411</w:t>
        <w:br/>
        <w:t>vt 0.383212 0.946676</w:t>
        <w:br/>
        <w:t>vt 0.415011 0.920329</w:t>
        <w:br/>
        <w:t>vt 0.388663 0.901910</w:t>
        <w:br/>
        <w:t>vt 0.424261 0.918594</w:t>
        <w:br/>
        <w:t>vt 0.435246 0.919750</w:t>
        <w:br/>
        <w:t>vt 0.463989 0.931562</w:t>
        <w:br/>
        <w:t>vt 0.447801 0.931396</w:t>
        <w:br/>
        <w:t>vt 0.465558 0.923054</w:t>
        <w:br/>
        <w:t>vt 0.480590 0.932305</w:t>
        <w:br/>
        <w:t>vt 0.397919 0.725007</w:t>
        <w:br/>
        <w:t>vt 0.598882 0.533855</w:t>
        <w:br/>
        <w:t>vt 0.593434 0.529245</w:t>
        <w:br/>
        <w:t>vt 0.597806 0.526011</w:t>
        <w:br/>
        <w:t>vt 0.601558 0.529831</w:t>
        <w:br/>
        <w:t>vt 0.364381 0.904058</w:t>
        <w:br/>
        <w:t>vt 0.377348 0.902819</w:t>
        <w:br/>
        <w:t>vt 0.379578 0.923963</w:t>
        <w:br/>
        <w:t>vt 0.402574 0.700717</w:t>
        <w:br/>
        <w:t>vt 0.411323 0.698564</w:t>
        <w:br/>
        <w:t>vt 0.594715 0.538660</w:t>
        <w:br/>
        <w:t>vt 0.597814 0.538530</w:t>
        <w:br/>
        <w:t>vt 0.589077 0.546182</w:t>
        <w:br/>
        <w:t>vt 0.587544 0.545622</w:t>
        <w:br/>
        <w:t>vt 0.594715 0.538660</w:t>
        <w:br/>
        <w:t>vt 0.595430 0.545886</w:t>
        <w:br/>
        <w:t>vt 0.589077 0.546182</w:t>
        <w:br/>
        <w:t>vt 0.589054 0.538686</w:t>
        <w:br/>
        <w:t>vt 0.595430 0.545886</w:t>
        <w:br/>
        <w:t>vt 0.598825 0.545633</w:t>
        <w:br/>
        <w:t>vt 0.602971 0.565010</w:t>
        <w:br/>
        <w:t>vt 0.607926 0.575834</w:t>
        <w:br/>
        <w:t>vt 0.600729 0.558410</w:t>
        <w:br/>
        <w:t>vt 0.613020 0.557430</w:t>
        <w:br/>
        <w:t>vt 0.613962 0.564010</w:t>
        <w:br/>
        <w:t>vt 0.599409 0.552296</w:t>
        <w:br/>
        <w:t>vt 0.614701 0.538743</w:t>
        <w:br/>
        <w:t>vt 0.612763 0.551014</w:t>
        <w:br/>
        <w:t>vt 0.593434 0.529245</w:t>
        <w:br/>
        <w:t>vt 0.594715 0.538660</w:t>
        <w:br/>
        <w:t>vt 0.591053 0.529909</w:t>
        <w:br/>
        <w:t>vt 0.382911 0.824926</w:t>
        <w:br/>
        <w:t>vt 0.387919 0.821647</w:t>
        <w:br/>
        <w:t>vt 0.388555 0.822382</w:t>
        <w:br/>
        <w:t>vt 0.384055 0.827200</w:t>
        <w:br/>
        <w:t>vt 0.392728 0.818919</w:t>
        <w:br/>
        <w:t>vt 0.367814 0.832833</w:t>
        <w:br/>
        <w:t>vt 0.376585 0.828588</w:t>
        <w:br/>
        <w:t>vt 0.378284 0.832227</w:t>
        <w:br/>
        <w:t>vt 0.370480 0.839723</w:t>
        <w:br/>
        <w:t>vt 0.370658 0.972363</w:t>
        <w:br/>
        <w:t>vt 0.369337 0.974676</w:t>
        <w:br/>
        <w:t>vt 0.360582 0.964269</w:t>
        <w:br/>
        <w:t>vt 0.361903 0.959726</w:t>
        <w:br/>
        <w:t>vt 0.364794 0.983183</w:t>
        <w:br/>
        <w:t>vt 0.355213 0.978722</w:t>
        <w:br/>
        <w:t>vt 0.480664 0.956998</w:t>
        <w:br/>
        <w:t>vt 0.475253 0.956998</w:t>
        <w:br/>
        <w:t>vt 0.476475 0.951923</w:t>
        <w:br/>
        <w:t>vt 0.481532 0.953040</w:t>
        <w:br/>
        <w:t>vt 0.380962 0.835531</w:t>
        <w:br/>
        <w:t>vt 0.374349 0.845127</w:t>
        <w:br/>
        <w:t>vt 0.385648 0.829365</w:t>
        <w:br/>
        <w:t>vt 0.389601 0.823324</w:t>
        <w:br/>
        <w:t>vt 0.528990 0.932222</w:t>
        <w:br/>
        <w:t>vt 0.528990 0.932222</w:t>
        <w:br/>
        <w:t>vt 0.400514 0.631544</w:t>
        <w:br/>
        <w:t>vt 0.613300 0.545222</w:t>
        <w:br/>
        <w:t>vt 0.367180 0.956998</w:t>
        <w:br/>
        <w:t>vt 0.367551 0.951741</w:t>
        <w:br/>
        <w:t>vt 0.375957 0.951220</w:t>
        <w:br/>
        <w:t>vt 0.378739 0.956998</w:t>
        <w:br/>
        <w:t>vt 0.389036 0.956998</w:t>
        <w:br/>
        <w:t>vt 0.382978 0.951443</w:t>
        <w:br/>
        <w:t>vt 0.390371 0.952697</w:t>
        <w:br/>
        <w:t>vt 0.420022 0.956998</w:t>
        <w:br/>
        <w:t>vt 0.408043 0.956998</w:t>
        <w:br/>
        <w:t>vt 0.410713 0.952036</w:t>
        <w:br/>
        <w:t>vt 0.421052 0.951914</w:t>
        <w:br/>
        <w:t>vt 0.170121 0.912317</w:t>
        <w:br/>
        <w:t>vt 0.155749 0.908187</w:t>
        <w:br/>
        <w:t>vt 0.162935 0.892247</w:t>
        <w:br/>
        <w:t>vt 0.179784 0.897037</w:t>
        <w:br/>
        <w:t>vt 0.288395 0.933874</w:t>
        <w:br/>
        <w:t>vt 0.286660 0.924376</w:t>
        <w:br/>
        <w:t>vt 0.307474 0.923963</w:t>
        <w:br/>
        <w:t>vt 0.308465 0.938912</w:t>
        <w:br/>
        <w:t>vt 0.140635 0.901993</w:t>
        <w:br/>
        <w:t>vt 0.146664 0.886961</w:t>
        <w:br/>
        <w:t>vt 0.136588 0.912152</w:t>
        <w:br/>
        <w:t>vt 0.153271 0.919007</w:t>
        <w:br/>
        <w:t>vt 0.166817 0.924045</w:t>
        <w:br/>
        <w:t>vt 0.184162 0.915373</w:t>
        <w:br/>
        <w:t>vt 0.181271 0.930075</w:t>
        <w:br/>
        <w:t>vt 0.305905 0.906288</w:t>
        <w:br/>
        <w:t>vt 0.285256 0.906453</w:t>
        <w:br/>
        <w:t>vt 0.442614 0.950018</w:t>
        <w:br/>
        <w:t>vt 0.452973 0.949343</w:t>
        <w:br/>
        <w:t>vt 0.451433 0.956998</w:t>
        <w:br/>
        <w:t>vt 0.440979 0.956998</w:t>
        <w:br/>
        <w:t>vt 0.309374 0.961212</w:t>
        <w:br/>
        <w:t>vt 0.332417 0.947750</w:t>
        <w:br/>
        <w:t>vt 0.330518 0.968646</w:t>
        <w:br/>
        <w:t>vt 0.463729 0.950722</w:t>
        <w:br/>
        <w:t>vt 0.462661 0.956998</w:t>
        <w:br/>
        <w:t>vt 0.429736 0.956998</w:t>
        <w:br/>
        <w:t>vt 0.432082 0.950901</w:t>
        <w:br/>
        <w:t>vt 0.221576 0.920824</w:t>
        <w:br/>
        <w:t>vt 0.222815 0.942216</w:t>
        <w:br/>
        <w:t>vt 0.201093 0.936599</w:t>
        <w:br/>
        <w:t>vt 0.203323 0.918181</w:t>
        <w:br/>
        <w:t>vt 0.218686 0.904553</w:t>
        <w:br/>
        <w:t>vt 0.241482 0.905957</w:t>
        <w:br/>
        <w:t>vt 0.242638 0.922228</w:t>
        <w:br/>
        <w:t>vt 0.397810 0.956998</w:t>
        <w:br/>
        <w:t>vt 0.400117 0.953240</w:t>
        <w:br/>
        <w:t>vt 0.264856 0.923219</w:t>
        <w:br/>
        <w:t>vt 0.264773 0.906122</w:t>
        <w:br/>
        <w:t>vt 0.267003 0.950558</w:t>
        <w:br/>
        <w:t>vt 0.329939 0.905792</w:t>
        <w:br/>
        <w:t>vt 0.243794 0.946924</w:t>
        <w:br/>
        <w:t>vt 0.197542 0.901497</w:t>
        <w:br/>
        <w:t>vt 0.178710 0.891999</w:t>
        <w:br/>
        <w:t>vt 0.196716 0.892577</w:t>
        <w:br/>
        <w:t>vt 0.351496 0.905131</w:t>
        <w:br/>
        <w:t>vt 0.284843 0.889356</w:t>
        <w:br/>
        <w:t>vt 0.304170 0.889108</w:t>
        <w:br/>
        <w:t>vt 0.263782 0.890182</w:t>
        <w:br/>
        <w:t>vt 0.238426 0.890347</w:t>
        <w:br/>
        <w:t>vt 0.216208 0.891503</w:t>
        <w:br/>
        <w:t>vt 0.402539 0.882914</w:t>
        <w:br/>
        <w:t>vt 0.411542 0.879445</w:t>
        <w:br/>
        <w:t>vt 0.324348 0.807285</w:t>
        <w:br/>
        <w:t>vt 0.333373 0.791968</w:t>
        <w:br/>
        <w:t>vt 0.343816 0.798517</w:t>
        <w:br/>
        <w:t>vt 0.333528 0.815913</w:t>
        <w:br/>
        <w:t>vt 0.324966 0.786265</w:t>
        <w:br/>
        <w:t>vt 0.333373 0.791968</w:t>
        <w:br/>
        <w:t>vt 0.324348 0.807285</w:t>
        <w:br/>
        <w:t>vt 0.314264 0.803211</w:t>
        <w:br/>
        <w:t>vt 0.342428 0.776276</w:t>
        <w:br/>
        <w:t>vt 0.352946 0.756567</w:t>
        <w:br/>
        <w:t>vt 0.361959 0.759498</w:t>
        <w:br/>
        <w:t>vt 0.352202 0.781829</w:t>
        <w:br/>
        <w:t>vt 0.328041 0.765561</w:t>
        <w:br/>
        <w:t>vt 0.341291 0.748298</w:t>
        <w:br/>
        <w:t>vt 0.644785 0.924270</w:t>
        <w:br/>
        <w:t>vt 0.665654 0.923127</w:t>
        <w:br/>
        <w:t>vt 0.666177 0.936653</w:t>
        <w:br/>
        <w:t>vt 0.645893 0.940728</w:t>
        <w:br/>
        <w:t>vt 0.683235 0.934866</w:t>
        <w:br/>
        <w:t>vt 0.682616 0.922388</w:t>
        <w:br/>
        <w:t>vt 0.700043 0.922664</w:t>
        <w:br/>
        <w:t>vt 0.700602 0.935466</w:t>
        <w:br/>
        <w:t>vt 0.690072 0.861910</w:t>
        <w:br/>
        <w:t>vt 0.686190 0.869133</w:t>
        <w:br/>
        <w:t>vt 0.684252 0.867649</w:t>
        <w:br/>
        <w:t>vt 0.492795 0.959278</w:t>
        <w:br/>
        <w:t>vt 0.489016 0.960522</w:t>
        <w:br/>
        <w:t>vt 0.488742 0.959278</w:t>
        <w:br/>
        <w:t>vt 0.376263 0.965020</w:t>
        <w:br/>
        <w:t>vt 0.367946 0.964524</w:t>
        <w:br/>
        <w:t>vt 0.367691 0.959278</w:t>
        <w:br/>
        <w:t>vt 0.379115 0.959278</w:t>
        <w:br/>
        <w:t>vt 0.383075 0.964909</w:t>
        <w:br/>
        <w:t>vt 0.409438 0.964244</w:t>
        <w:br/>
        <w:t>vt 0.406763 0.959278</w:t>
        <w:br/>
        <w:t>vt 0.418106 0.959278</w:t>
        <w:br/>
        <w:t>vt 0.419343 0.964349</w:t>
        <w:br/>
        <w:t>vt 0.495589 0.973622</w:t>
        <w:br/>
        <w:t>vt 0.486312 0.993376</w:t>
        <w:br/>
        <w:t>vt 0.481778 0.977292</w:t>
        <w:br/>
        <w:t>vt 0.510208 0.990600</w:t>
        <w:br/>
        <w:t>vt 0.624060 0.945702</w:t>
        <w:br/>
        <w:t>vt 0.604969 0.949622</w:t>
        <w:br/>
        <w:t>vt 0.604570 0.939377</w:t>
        <w:br/>
        <w:t>vt 0.622602 0.931351</w:t>
        <w:br/>
        <w:t>vt 0.471173 0.996328</w:t>
        <w:br/>
        <w:t>vt 0.467332 0.982367</w:t>
        <w:br/>
        <w:t>vt 0.463711 0.973206</w:t>
        <w:br/>
        <w:t>vt 0.479545 0.967243</w:t>
        <w:br/>
        <w:t>vt 0.492018 0.962693</w:t>
        <w:br/>
        <w:t>vt 0.509070 0.971095</w:t>
        <w:br/>
        <w:t>vt 0.505050 0.956824</w:t>
        <w:br/>
        <w:t>vt 0.625103 0.959837</w:t>
        <w:br/>
        <w:t>vt 0.606137 0.964472</w:t>
        <w:br/>
        <w:t>vt 0.666631 0.951628</w:t>
        <w:br/>
        <w:t>vt 0.683619 0.950005</w:t>
        <w:br/>
        <w:t>vt 0.682984 0.964246</w:t>
        <w:br/>
        <w:t>vt 0.667015 0.966768</w:t>
        <w:br/>
        <w:t>vt 0.745476 0.951277</w:t>
        <w:br/>
        <w:t>vt 0.739541 0.962880</w:t>
        <w:br/>
        <w:t>vt 0.730925 0.957240</w:t>
        <w:br/>
        <w:t>vt 0.738409 0.943455</w:t>
        <w:br/>
        <w:t>vt 0.752019 0.959694</w:t>
        <w:br/>
        <w:t>vt 0.762452 0.976453</w:t>
        <w:br/>
        <w:t>vt 0.753696 0.973710</w:t>
        <w:br/>
        <w:t>vt 0.440633 0.966223</w:t>
        <w:br/>
        <w:t>vt 0.438831 0.959278</w:t>
        <w:br/>
        <w:t>vt 0.449547 0.959278</w:t>
        <w:br/>
        <w:t>vt 0.451174 0.966901</w:t>
        <w:br/>
        <w:t>vt 0.619896 0.908574</w:t>
        <w:br/>
        <w:t>vt 0.639377 0.898051</w:t>
        <w:br/>
        <w:t>vt 0.643941 0.918465</w:t>
        <w:br/>
        <w:t>vt 0.353169 0.697271</w:t>
        <w:br/>
        <w:t>vt 0.351279 0.696927</w:t>
        <w:br/>
        <w:t>vt 0.355820 0.686897</w:t>
        <w:br/>
        <w:t>vt 0.357186 0.687473</w:t>
        <w:br/>
        <w:t>vt 0.361422 0.676254</w:t>
        <w:br/>
        <w:t>vt 0.360665 0.675961</w:t>
        <w:br/>
        <w:t>vt 0.817483 0.937795</w:t>
        <w:br/>
        <w:t>vt 0.816799 0.939683</w:t>
        <w:br/>
        <w:t>vt 0.801809 0.934762</w:t>
        <w:br/>
        <w:t>vt 0.802639 0.931341</w:t>
        <w:br/>
        <w:t>vt 0.816799 0.939683</w:t>
        <w:br/>
        <w:t>vt 0.816939 0.941920</w:t>
        <w:br/>
        <w:t>vt 0.801969 0.939887</w:t>
        <w:br/>
        <w:t>vt 0.801809 0.934762</w:t>
        <w:br/>
        <w:t>vt 0.753828 0.925724</w:t>
        <w:br/>
        <w:t>vt 0.755078 0.918746</w:t>
        <w:br/>
        <w:t>vt 0.770112 0.921818</w:t>
        <w:br/>
        <w:t>vt 0.769298 0.928047</w:t>
        <w:br/>
        <w:t>vt 0.785926 0.925805</w:t>
        <w:br/>
        <w:t>vt 0.784957 0.930840</w:t>
        <w:br/>
        <w:t>vt 0.324618 0.828945</w:t>
        <w:br/>
        <w:t>vt 0.314977 0.841728</w:t>
        <w:br/>
        <w:t>vt 0.307933 0.831848</w:t>
        <w:br/>
        <w:t>vt 0.316507 0.819691</w:t>
        <w:br/>
        <w:t>vt 0.306846 0.816857</w:t>
        <w:br/>
        <w:t>vt 0.316507 0.819691</w:t>
        <w:br/>
        <w:t>vt 0.307933 0.831848</w:t>
        <w:br/>
        <w:t>vt 0.299085 0.830097</w:t>
        <w:br/>
        <w:t>vt 0.975357 0.530378</w:t>
        <w:br/>
        <w:t>vt 0.972972 0.533116</w:t>
        <w:br/>
        <w:t>vt 0.970398 0.525992</w:t>
        <w:br/>
        <w:t>vt 0.973107 0.522967</w:t>
        <w:br/>
        <w:t>vt 0.262795 0.878295</w:t>
        <w:br/>
        <w:t>vt 0.264390 0.880836</w:t>
        <w:br/>
        <w:t>vt 0.255889 0.883516</w:t>
        <w:br/>
        <w:t>vt 0.255889 0.883516</w:t>
        <w:br/>
        <w:t>vt 0.260690 0.876916</w:t>
        <w:br/>
        <w:t>vt 0.262795 0.878295</w:t>
        <w:br/>
        <w:t>vt 0.461293 0.959278</w:t>
        <w:br/>
        <w:t>vt 0.462228 0.965557</w:t>
        <w:br/>
        <w:t>vt 0.430123 0.965347</w:t>
        <w:br/>
        <w:t>vt 0.427632 0.959278</w:t>
        <w:br/>
        <w:t>vt 0.626566 0.972984</w:t>
        <w:br/>
        <w:t>vt 0.607360 0.976350</w:t>
        <w:br/>
        <w:t>vt 0.544350 0.964319</w:t>
        <w:br/>
        <w:t>vt 0.527172 0.968039</w:t>
        <w:br/>
        <w:t>vt 0.522892 0.949613</w:t>
        <w:br/>
        <w:t>vt 0.542328 0.942221</w:t>
        <w:br/>
        <w:t>vt 0.563196 0.959050</w:t>
        <w:br/>
        <w:t>vt 0.563710 0.973700</w:t>
        <w:br/>
        <w:t>vt 0.542216 0.977690</w:t>
        <w:br/>
        <w:t>vt 0.998027 0.566043</w:t>
        <w:br/>
        <w:t>vt 0.992363 0.567219</w:t>
        <w:br/>
        <w:t>vt 0.991582 0.555291</w:t>
        <w:br/>
        <w:t>vt 0.998524 0.553685</w:t>
        <w:br/>
        <w:t>vt 0.984784 0.528092</w:t>
        <w:br/>
        <w:t>vt 0.980993 0.521165</w:t>
        <w:br/>
        <w:t>vt 0.988894 0.521275</w:t>
        <w:br/>
        <w:t>vt 0.992945 0.527874</w:t>
        <w:br/>
        <w:t>vt 0.963660 0.496975</w:t>
        <w:br/>
        <w:t>vt 0.967185 0.499196</w:t>
        <w:br/>
        <w:t>vt 0.965271 0.500251</w:t>
        <w:br/>
        <w:t>vt 0.973913 0.508412</w:t>
        <w:br/>
        <w:t>vt 0.970269 0.502714</w:t>
        <w:br/>
        <w:t>vt 0.971357 0.502160</w:t>
        <w:br/>
        <w:t>vt 0.978439 0.508074</w:t>
        <w:br/>
        <w:t>vt 0.968935 0.509993</w:t>
        <w:br/>
        <w:t>vt 0.966534 0.512133</w:t>
        <w:br/>
        <w:t>vt 0.965517 0.505123</w:t>
        <w:br/>
        <w:t>vt 0.966887 0.504346</w:t>
        <w:br/>
        <w:t>vt 0.270299 0.871769</w:t>
        <w:br/>
        <w:t>vt 0.281621 0.856868</w:t>
        <w:br/>
        <w:t>vt 0.285427 0.857711</w:t>
        <w:br/>
        <w:t>vt 0.289836 0.865791</w:t>
        <w:br/>
        <w:t>vt 0.273782 0.876047</w:t>
        <w:br/>
        <w:t>vt 0.364791 0.738548</w:t>
        <w:br/>
        <w:t>vt 0.370874 0.740973</w:t>
        <w:br/>
        <w:t>vt 0.996652 0.576285</w:t>
        <w:br/>
        <w:t>vt 0.991880 0.577276</w:t>
        <w:br/>
        <w:t>vt 0.977806 0.537692</w:t>
        <w:br/>
        <w:t>vt 0.987578 0.535224</w:t>
        <w:br/>
        <w:t>vt 0.990898 0.545149</w:t>
        <w:br/>
        <w:t>vt 0.979744 0.548340</w:t>
        <w:br/>
        <w:t>vt 0.975357 0.530378</w:t>
        <w:br/>
        <w:t>vt 0.973107 0.522967</w:t>
        <w:br/>
        <w:t>vt 0.980993 0.521165</w:t>
        <w:br/>
        <w:t>vt 0.984784 0.528092</w:t>
        <w:br/>
        <w:t>vt 0.980395 0.558326</w:t>
        <w:br/>
        <w:t>vt 0.992363 0.567219</w:t>
        <w:br/>
        <w:t>vt 0.970890 0.515714</w:t>
        <w:br/>
        <w:t>vt 0.968935 0.509993</w:t>
        <w:br/>
        <w:t>vt 0.973913 0.508412</w:t>
        <w:br/>
        <w:t>vt 0.977150 0.514250</w:t>
        <w:br/>
        <w:t>vt 0.966887 0.504346</w:t>
        <w:br/>
        <w:t>vt 0.399307 0.963005</w:t>
        <w:br/>
        <w:t>vt 0.397009 0.959278</w:t>
        <w:br/>
        <w:t>vt 0.390055 0.963558</w:t>
        <w:br/>
        <w:t>vt 0.388551 0.959278</w:t>
        <w:br/>
        <w:t>vt 0.585573 0.969206</w:t>
        <w:br/>
        <w:t>vt 0.586491 0.980060</w:t>
        <w:br/>
        <w:t>vt 0.584734 0.953212</w:t>
        <w:br/>
        <w:t>vt 0.581704 0.926524</w:t>
        <w:br/>
        <w:t>vt 0.601364 0.917594</w:t>
        <w:br/>
        <w:t>vt 0.646506 0.954409</w:t>
        <w:br/>
        <w:t>vt 0.646775 0.968994</w:t>
        <w:br/>
        <w:t>vt 0.997868 0.544467</w:t>
        <w:br/>
        <w:t>vt 0.701571 0.949687</w:t>
        <w:br/>
        <w:t>vt 0.716929 0.970791</w:t>
        <w:br/>
        <w:t>vt 0.714812 0.951026</w:t>
        <w:br/>
        <w:t>vt 0.725420 0.973149</w:t>
        <w:br/>
        <w:t>vt 0.738884 0.924090</w:t>
        <w:br/>
        <w:t>vt 0.726811 0.923480</w:t>
        <w:br/>
        <w:t>vt 0.727826 0.915313</w:t>
        <w:br/>
        <w:t>vt 0.740423 0.916612</w:t>
        <w:br/>
        <w:t>vt 0.298597 0.844130</w:t>
        <w:br/>
        <w:t>vt 0.304205 0.853627</w:t>
        <w:br/>
        <w:t>vt 0.291415 0.842705</w:t>
        <w:br/>
        <w:t>vt 0.970890 0.515714</w:t>
        <w:br/>
        <w:t>vt 0.967920 0.519066</w:t>
        <w:br/>
        <w:t>vt 0.984602 0.514836</w:t>
        <w:br/>
        <w:t>vt 0.996283 0.534730</w:t>
        <w:br/>
        <w:t>vt 0.346596 0.706409</w:t>
        <w:br/>
        <w:t>vt 0.349150 0.706680</w:t>
        <w:br/>
        <w:t>vt 0.346376 0.713724</w:t>
        <w:br/>
        <w:t>vt 0.343008 0.713126</w:t>
        <w:br/>
        <w:t>vt 0.560944 0.934560</w:t>
        <w:br/>
        <w:t>vt 0.527321 0.987125</w:t>
        <w:br/>
        <w:t>vt 0.288973 0.955514</w:t>
        <w:br/>
        <w:t>vt 0.485345 0.962046</w:t>
        <w:br/>
        <w:t>vt 0.484786 0.959278</w:t>
        <w:br/>
        <w:t>vt 0.681764 0.877914</w:t>
        <w:br/>
        <w:t>vt 0.678168 0.873003</w:t>
        <w:br/>
        <w:t>vt 0.682678 0.878418</w:t>
        <w:br/>
        <w:t>vt 0.724965 0.978713</w:t>
        <w:br/>
        <w:t>vt 0.732523 0.976396</w:t>
        <w:br/>
        <w:t>vt 0.731448 0.981036</w:t>
        <w:br/>
        <w:t>vt 0.703612 0.969536</w:t>
        <w:br/>
        <w:t>vt 0.704022 0.977373</w:t>
        <w:br/>
        <w:t>vt 0.691519 0.977593</w:t>
        <w:br/>
        <w:t>vt 0.688673 0.969266</w:t>
        <w:br/>
        <w:t>vt 0.678263 0.974730</w:t>
        <w:br/>
        <w:t>vt 0.670101 0.980214</w:t>
        <w:br/>
        <w:t>vt 0.731236 0.936521</w:t>
        <w:br/>
        <w:t>vt 0.718337 0.977924</w:t>
        <w:br/>
        <w:t>vt 0.447941 0.824169</w:t>
        <w:br/>
        <w:t>vt 0.437380 0.833992</w:t>
        <w:br/>
        <w:t>vt 0.433589 0.826912</w:t>
        <w:br/>
        <w:t>vt 0.425214 0.828930</w:t>
        <w:br/>
        <w:t>vt 0.426018 0.834934</w:t>
        <w:br/>
        <w:t>vt 0.412562 0.834445</w:t>
        <w:br/>
        <w:t>vt 0.418561 0.841513</w:t>
        <w:br/>
        <w:t>vt 0.408835 0.837420</w:t>
        <w:br/>
        <w:t>vt 0.535085 0.918629</w:t>
        <w:br/>
        <w:t>vt 0.548164 0.934970</w:t>
        <w:br/>
        <w:t>vt 0.534186 0.921367</w:t>
        <w:br/>
        <w:t>vt 0.518655 0.903612</w:t>
        <w:br/>
        <w:t>vt 0.520780 0.900255</w:t>
        <w:br/>
        <w:t>vt 0.518819 0.868366</w:t>
        <w:br/>
        <w:t>vt 0.514895 0.856971</w:t>
        <w:br/>
        <w:t>vt 0.532878 0.857148</w:t>
        <w:br/>
        <w:t>vt 0.533450 0.868985</w:t>
        <w:br/>
        <w:t>vt 0.502634 0.871988</w:t>
        <w:br/>
        <w:t>vt 0.499364 0.874726</w:t>
        <w:br/>
        <w:t>vt 0.493642 0.861035</w:t>
        <w:br/>
        <w:t>vt 0.496912 0.859268</w:t>
        <w:br/>
        <w:t>vt 0.508355 0.889478</w:t>
        <w:br/>
        <w:t>vt 0.511298 0.886475</w:t>
        <w:br/>
        <w:t>vt 0.535494 0.882588</w:t>
        <w:br/>
        <w:t>vt 0.537865 0.896192</w:t>
        <w:br/>
        <w:t>vt 0.528955 0.894513</w:t>
        <w:br/>
        <w:t>vt 0.523478 0.881263</w:t>
        <w:br/>
        <w:t>vt 0.548164 0.934970</w:t>
        <w:br/>
        <w:t>vt 0.538110 0.914477</w:t>
        <w:br/>
        <w:t>vt 0.541952 0.914565</w:t>
        <w:br/>
        <w:t>vt 0.511053 0.845311</w:t>
        <w:br/>
        <w:t>vt 0.531897 0.844074</w:t>
        <w:br/>
        <w:t>vt 0.491271 0.845929</w:t>
        <w:br/>
        <w:t>vt 0.486203 0.850258</w:t>
        <w:br/>
        <w:t>vt 0.425714 0.753532</w:t>
        <w:br/>
        <w:t>vt 0.405605 0.735688</w:t>
        <w:br/>
        <w:t>vt 0.425387 0.717050</w:t>
        <w:br/>
        <w:t>vt 0.440755 0.733745</w:t>
        <w:br/>
        <w:t>vt 0.390068 0.869946</w:t>
        <w:br/>
        <w:t>vt 0.402704 0.869120</w:t>
        <w:br/>
        <w:t>vt 0.403035 0.875563</w:t>
        <w:br/>
        <w:t>vt 0.388333 0.879032</w:t>
        <w:br/>
        <w:t>vt 0.377596 0.880105</w:t>
        <w:br/>
        <w:t>vt 0.380239 0.870029</w:t>
        <w:br/>
        <w:t>vt 0.465359 0.721555</w:t>
        <w:br/>
        <w:t>vt 0.483261 0.727385</w:t>
        <w:br/>
        <w:t>vt 0.469119 0.750087</w:t>
        <w:br/>
        <w:t>vt 0.453915 0.743108</w:t>
        <w:br/>
        <w:t>vt 0.456122 0.772612</w:t>
        <w:br/>
        <w:t>vt 0.444106 0.766340</w:t>
        <w:br/>
        <w:t>vt 0.390810 0.847961</w:t>
        <w:br/>
        <w:t>vt 0.391791 0.849551</w:t>
        <w:br/>
        <w:t>vt 0.385333 0.855823</w:t>
        <w:br/>
        <w:t>vt 0.495767 0.671204</w:t>
        <w:br/>
        <w:t>vt 0.502961 0.672794</w:t>
        <w:br/>
        <w:t>vt 0.497729 0.688076</w:t>
        <w:br/>
        <w:t>vt 0.486122 0.684455</w:t>
        <w:br/>
        <w:t>vt 0.506802 0.673943</w:t>
        <w:br/>
        <w:t>vt 0.514241 0.673678</w:t>
        <w:br/>
        <w:t>vt 0.505495 0.688606</w:t>
        <w:br/>
        <w:t>vt 0.456776 0.799465</w:t>
        <w:br/>
        <w:t>vt 0.463315 0.775704</w:t>
        <w:br/>
        <w:t>vt 0.478601 0.780385</w:t>
        <w:br/>
        <w:t>vt 0.477130 0.804059</w:t>
        <w:br/>
        <w:t>vt 0.473125 0.866600</w:t>
        <w:br/>
        <w:t>vt 0.462089 0.865186</w:t>
        <w:br/>
        <w:t>vt 0.462907 0.854056</w:t>
        <w:br/>
        <w:t>vt 0.475659 0.855558</w:t>
        <w:br/>
        <w:t>vt 0.473125 0.866600</w:t>
        <w:br/>
        <w:t>vt 0.475659 0.855558</w:t>
        <w:br/>
        <w:t>vt 0.482361 0.858738</w:t>
        <w:br/>
        <w:t>vt 0.479010 0.870751</w:t>
        <w:br/>
        <w:t>vt 0.469201 0.881263</w:t>
        <w:br/>
        <w:t>vt 0.473370 0.884973</w:t>
        <w:br/>
        <w:t>vt 0.469201 0.881263</w:t>
        <w:br/>
        <w:t>vt 0.460373 0.880645</w:t>
        <w:br/>
        <w:t>vt 0.043091 0.883689</w:t>
        <w:br/>
        <w:t>vt 0.036983 0.852495</w:t>
        <w:br/>
        <w:t>vt 0.051146 0.886172</w:t>
        <w:br/>
        <w:t>vt 0.458493 0.896015</w:t>
        <w:br/>
        <w:t>vt 0.463888 0.895838</w:t>
        <w:br/>
        <w:t>vt 0.455877 0.914565</w:t>
        <w:br/>
        <w:t>vt 0.458901 0.818723</w:t>
        <w:br/>
        <w:t>vt 0.477947 0.821019</w:t>
        <w:br/>
        <w:t>vt 0.480481 0.753532</w:t>
        <w:br/>
        <w:t>vt 0.021146 0.942611</w:t>
        <w:br/>
        <w:t>vt 0.010164 0.983973</w:t>
        <w:br/>
        <w:t>vt 0.005273 0.952968</w:t>
        <w:br/>
        <w:t>vt 0.525848 0.804854</w:t>
        <w:br/>
        <w:t>vt 0.528546 0.821373</w:t>
        <w:br/>
        <w:t>vt 0.505740 0.823051</w:t>
        <w:br/>
        <w:t>vt 0.503369 0.806444</w:t>
        <w:br/>
        <w:t>vt 0.502715 0.783831</w:t>
        <w:br/>
        <w:t>vt 0.522579 0.783477</w:t>
        <w:br/>
        <w:t>vt 0.543423 0.799996</w:t>
        <w:br/>
        <w:t>vt 0.547674 0.816073</w:t>
        <w:br/>
        <w:t>vt 0.538437 0.778884</w:t>
        <w:br/>
        <w:t>vt 0.519227 0.758744</w:t>
        <w:br/>
        <w:t>vt 0.502143 0.757948</w:t>
        <w:br/>
        <w:t>vt 0.636773 0.845665</w:t>
        <w:br/>
        <w:t>vt 0.597455 0.841071</w:t>
        <w:br/>
        <w:t>vt 0.629171 0.830824</w:t>
        <w:br/>
        <w:t>vt 0.529036 0.686310</w:t>
        <w:br/>
        <w:t>vt 0.520862 0.671999</w:t>
        <w:br/>
        <w:t>vt 0.526257 0.669968</w:t>
        <w:br/>
        <w:t>vt 0.537701 0.687281</w:t>
        <w:br/>
        <w:t>vt 0.605711 0.852908</w:t>
        <w:br/>
        <w:t>vt 0.625901 0.857325</w:t>
        <w:br/>
        <w:t>vt 0.587482 0.822432</w:t>
        <w:br/>
        <w:t>vt 0.578082 0.804059</w:t>
        <w:br/>
        <w:t>vt 0.607754 0.793370</w:t>
        <w:br/>
        <w:t>vt 0.618054 0.811832</w:t>
        <w:br/>
        <w:t>vt 0.566311 0.832679</w:t>
        <w:br/>
        <w:t>vt 0.574240 0.839923</w:t>
        <w:br/>
        <w:t>vt 0.701578 0.855827</w:t>
        <w:br/>
        <w:t>vt 0.722262 0.863848</w:t>
        <w:br/>
        <w:t>vt 0.719771 0.867298</w:t>
        <w:br/>
        <w:t>vt 0.699057 0.860041</w:t>
        <w:br/>
        <w:t>vt 0.647852 0.821068</w:t>
        <w:br/>
        <w:t>vt 0.646110 0.807171</w:t>
        <w:br/>
        <w:t>vt 0.656889 0.818926</w:t>
        <w:br/>
        <w:t>vt 0.649840 0.825408</w:t>
        <w:br/>
        <w:t>vt 0.533532 0.755563</w:t>
        <w:br/>
        <w:t>vt 0.524867 0.711661</w:t>
        <w:br/>
        <w:t>vt 0.528873 0.729770</w:t>
        <w:br/>
        <w:t>vt 0.518083 0.731625</w:t>
        <w:br/>
        <w:t>vt 0.516611 0.712986</w:t>
        <w:br/>
        <w:t>vt 0.543178 0.727032</w:t>
        <w:br/>
        <w:t>vt 0.537619 0.710425</w:t>
        <w:br/>
        <w:t>vt 0.548327 0.705831</w:t>
        <w:br/>
        <w:t>vt 0.558872 0.720672</w:t>
        <w:br/>
        <w:t>vt 0.517429 0.693464</w:t>
        <w:br/>
        <w:t>vt 0.485059 0.845665</w:t>
        <w:br/>
        <w:t>vt 0.477539 0.843544</w:t>
        <w:br/>
        <w:t>vt 0.462743 0.842131</w:t>
        <w:br/>
        <w:t>vt 0.503533 0.713693</w:t>
        <w:br/>
        <w:t>vt 0.503124 0.731713</w:t>
        <w:br/>
        <w:t>vt 0.490536 0.710071</w:t>
        <w:br/>
        <w:t>vt 0.364959 0.876884</w:t>
        <w:br/>
        <w:t>vt 0.366198 0.871433</w:t>
        <w:br/>
        <w:t>vt 0.509909 0.665640</w:t>
        <w:br/>
        <w:t>vt 0.385333 0.855823</w:t>
        <w:br/>
        <w:t>vt 0.389093 0.847784</w:t>
        <w:br/>
        <w:t>vt 0.390810 0.847961</w:t>
        <w:br/>
        <w:t>vt 0.514241 0.673678</w:t>
        <w:br/>
        <w:t>vt 0.656228 0.865981</w:t>
        <w:br/>
        <w:t>vt 0.752996 0.878040</w:t>
        <w:br/>
        <w:t>vt 0.526257 0.669968</w:t>
        <w:br/>
        <w:t>vt 0.509909 0.665640</w:t>
        <w:br/>
        <w:t>vt 0.520862 0.671999</w:t>
        <w:br/>
        <w:t>vt 0.055091 0.861030</w:t>
        <w:br/>
        <w:t>vt 0.059951 0.809232</w:t>
        <w:br/>
        <w:t>vt 0.088452 0.834711</w:t>
        <w:br/>
        <w:t>vt 0.080299 0.865560</w:t>
        <w:br/>
        <w:t>vt 0.077430 0.893775</w:t>
        <w:br/>
        <w:t>vt 0.056866 0.890278</w:t>
        <w:br/>
        <w:t>vt 0.502961 0.672794</w:t>
        <w:br/>
        <w:t>vt 0.505495 0.688606</w:t>
        <w:br/>
        <w:t>vt 0.506802 0.673943</w:t>
        <w:br/>
        <w:t>vt 0.477375 0.677653</w:t>
        <w:br/>
        <w:t>vt 0.495767 0.671204</w:t>
        <w:br/>
        <w:t>vt 0.490944 0.669261</w:t>
        <w:br/>
        <w:t>vt 0.393262 0.840806</w:t>
        <w:br/>
        <w:t>vt 0.395387 0.842043</w:t>
        <w:br/>
        <w:t>vt 0.404624 0.830913</w:t>
        <w:br/>
        <w:t>vt 0.408058 0.833563</w:t>
        <w:br/>
        <w:t>vt 0.397267 0.843986</w:t>
        <w:br/>
        <w:t>vt 0.395387 0.842043</w:t>
        <w:br/>
        <w:t>vt 0.551025 0.840011</w:t>
        <w:br/>
        <w:t>vt 0.487266 0.838333</w:t>
        <w:br/>
        <w:t>vt 0.551270 0.749292</w:t>
        <w:br/>
        <w:t>vt 0.572442 0.738868</w:t>
        <w:br/>
        <w:t>vt 0.670346 0.836856</w:t>
        <w:br/>
        <w:t>vt 0.679351 0.845743</w:t>
        <w:br/>
        <w:t>vt 0.674965 0.849954</w:t>
        <w:br/>
        <w:t>vt 0.666143 0.844453</w:t>
        <w:br/>
        <w:t>vt 0.583804 0.846813</w:t>
        <w:br/>
        <w:t>vt 0.569172 0.790014</w:t>
        <w:br/>
        <w:t>vt 0.598844 0.777559</w:t>
        <w:br/>
        <w:t>vt 0.559363 0.770580</w:t>
        <w:br/>
        <w:t>vt 0.585765 0.758037</w:t>
        <w:br/>
        <w:t>vt 0.454487 0.711926</w:t>
        <w:br/>
        <w:t>vt 0.443779 0.701061</w:t>
        <w:br/>
        <w:t>vt 0.475250 0.704595</w:t>
        <w:br/>
        <w:t>vt 0.460536 0.687634</w:t>
        <w:br/>
        <w:t>vt 0.635547 0.808034</w:t>
        <w:br/>
        <w:t>vt 0.641514 0.829588</w:t>
        <w:br/>
        <w:t>vt 0.627699 0.785950</w:t>
        <w:br/>
        <w:t>vt 0.645519 0.845930</w:t>
        <w:br/>
        <w:t>vt 0.618871 0.765192</w:t>
        <w:br/>
        <w:t>vt 0.607345 0.743638</w:t>
        <w:br/>
        <w:t>vt 0.593041 0.721908</w:t>
        <w:br/>
        <w:t>vt 0.548327 0.682334</w:t>
        <w:br/>
        <w:t>vt 0.564676 0.692581</w:t>
        <w:br/>
        <w:t>vt 0.577509 0.703976</w:t>
        <w:br/>
        <w:t>vt 0.463888 0.895838</w:t>
        <w:br/>
        <w:t>vt 0.466340 0.898400</w:t>
        <w:br/>
        <w:t>vt 0.396695 0.828616</w:t>
        <w:br/>
        <w:t>vt 0.400619 0.829588</w:t>
        <w:br/>
        <w:t>vt 0.389584 0.840276</w:t>
        <w:br/>
        <w:t>vt 0.444269 0.792311</w:t>
        <w:br/>
        <w:t>vt 0.440591 0.808741</w:t>
        <w:br/>
        <w:t>vt 0.431273 0.803706</w:t>
        <w:br/>
        <w:t>vt 0.490944 0.669261</w:t>
        <w:br/>
        <w:t>vt 0.431191 0.785155</w:t>
        <w:br/>
        <w:t>vt 0.411245 0.770845</w:t>
        <w:br/>
        <w:t>vt 0.416150 0.796727</w:t>
        <w:br/>
        <w:t>vt 0.397186 0.784272</w:t>
        <w:br/>
        <w:t>vt 0.336288 0.835859</w:t>
        <w:br/>
        <w:t>vt 0.341683 0.819959</w:t>
        <w:br/>
        <w:t>vt 0.352391 0.826761</w:t>
        <w:br/>
        <w:t>vt 0.388333 0.879032</w:t>
        <w:br/>
        <w:t>vt 0.403035 0.875563</w:t>
        <w:br/>
        <w:t>vt 0.746394 0.976252</w:t>
        <w:br/>
        <w:t>vt 0.740329 0.983209</w:t>
        <w:br/>
        <w:t>vt 0.739550 0.986146</w:t>
        <w:br/>
        <w:t>vt 0.409229 0.868047</w:t>
        <w:br/>
        <w:t>vt 0.416745 0.865652</w:t>
        <w:br/>
        <w:t>vt 0.417654 0.868708</w:t>
        <w:br/>
        <w:t>vt 0.410220 0.872507</w:t>
        <w:br/>
        <w:t>vt 0.424179 0.862431</w:t>
        <w:br/>
        <w:t>vt 0.424757 0.864413</w:t>
        <w:br/>
        <w:t>vt 0.411955 0.877710</w:t>
        <w:br/>
        <w:t>vt 0.410220 0.872507</w:t>
        <w:br/>
        <w:t>vt 0.438798 0.855245</w:t>
        <w:br/>
        <w:t>vt 0.438798 0.855245</w:t>
        <w:br/>
        <w:t>vt 0.425500 0.867634</w:t>
        <w:br/>
        <w:t>vt 0.424757 0.864413</w:t>
        <w:br/>
        <w:t>vt 0.417654 0.868708</w:t>
        <w:br/>
        <w:t>vt 0.418893 0.872837</w:t>
        <w:br/>
        <w:t>vt 0.713630 0.923099</w:t>
        <w:br/>
        <w:t>vt 0.700359 0.913579</w:t>
        <w:br/>
        <w:t>vt 0.714135 0.914483</w:t>
        <w:br/>
        <w:t>vt 0.714408 0.935567</w:t>
        <w:br/>
        <w:t>vt 0.634122 0.882192</w:t>
        <w:br/>
        <w:t>vt 0.634905 0.885087</w:t>
        <w:br/>
        <w:t>vt 0.626608 0.885236</w:t>
        <w:br/>
        <w:t>vt 0.624064 0.879983</w:t>
        <w:br/>
        <w:t>vt 0.608280 0.886308</w:t>
        <w:br/>
        <w:t>vt 0.603950 0.875566</w:t>
        <w:br/>
        <w:t>vt 0.609954 0.876641</w:t>
        <w:br/>
        <w:t>vt 0.614039 0.885921</w:t>
        <w:br/>
        <w:t>vt 0.616988 0.878322</w:t>
        <w:br/>
        <w:t>vt 0.620379 0.885478</w:t>
        <w:br/>
        <w:t>vt 0.597798 0.877344</w:t>
        <w:br/>
        <w:t>vt 0.591033 0.867738</w:t>
        <w:br/>
        <w:t>vt 0.596432 0.865636</w:t>
        <w:br/>
        <w:t>vt 0.602547 0.874011</w:t>
        <w:br/>
        <w:t>vt 0.601568 0.863854</w:t>
        <w:br/>
        <w:t>vt 0.606991 0.871017</w:t>
        <w:br/>
        <w:t>vt 0.609093 0.861970</w:t>
        <w:br/>
        <w:t>vt 0.612493 0.867551</w:t>
        <w:br/>
        <w:t>vt 0.616232 0.860816</w:t>
        <w:br/>
        <w:t>vt 0.617825 0.864162</w:t>
        <w:br/>
        <w:t>vt 0.624434 0.859544</w:t>
        <w:br/>
        <w:t>vt 0.642323 0.885126</w:t>
        <w:br/>
        <w:t>vt 0.602011 0.887024</w:t>
        <w:br/>
        <w:t>vt 0.597798 0.877344</w:t>
        <w:br/>
        <w:t>vt 0.538927 0.856529</w:t>
        <w:br/>
        <w:t>vt 0.553641 0.852731</w:t>
        <w:br/>
        <w:t>vt 0.035098 0.976636</w:t>
        <w:br/>
        <w:t>vt 0.030892 0.997575</w:t>
        <w:br/>
        <w:t>vt 0.018812 0.968851</w:t>
        <w:br/>
        <w:t>vt 0.038856 0.957576</w:t>
        <w:br/>
        <w:t>vt 0.025792 0.951312</w:t>
        <w:br/>
        <w:t>vt 0.028207 0.929926</w:t>
        <w:br/>
        <w:t>vt 0.039482 0.935206</w:t>
        <w:br/>
        <w:t>vt 0.038856 0.957576</w:t>
        <w:br/>
        <w:t>vt 0.028029 0.908182</w:t>
        <w:br/>
        <w:t>vt 0.038230 0.912925</w:t>
        <w:br/>
        <w:t>vt 0.026507 0.879100</w:t>
        <w:br/>
        <w:t>vt 0.034024 0.882411</w:t>
        <w:br/>
        <w:t>vt 0.024449 0.848945</w:t>
        <w:br/>
        <w:t>vt 0.487266 0.838333</w:t>
        <w:br/>
        <w:t>vt 0.491271 0.845929</w:t>
        <w:br/>
        <w:t>vt 0.528955 0.894513</w:t>
        <w:br/>
        <w:t>vt 0.043857 0.978313</w:t>
        <w:br/>
        <w:t>vt 0.044966 0.955228</w:t>
        <w:br/>
        <w:t>vt 0.060687 0.960771</w:t>
        <w:br/>
        <w:t>vt 0.060334 0.983792</w:t>
        <w:br/>
        <w:t>vt 0.059761 0.939384</w:t>
        <w:br/>
        <w:t>vt 0.044725 0.934219</w:t>
        <w:br/>
        <w:t>vt 0.056964 0.912596</w:t>
        <w:br/>
        <w:t>vt 0.044535 0.908629</w:t>
        <w:br/>
        <w:t>vt 0.057721 0.996760</w:t>
        <w:br/>
        <w:t>vt 0.455877 0.914565</w:t>
        <w:br/>
        <w:t>vt 0.454651 0.865540</w:t>
        <w:br/>
        <w:t>vt 0.454160 0.855205</w:t>
        <w:br/>
        <w:t>vt 0.454732 0.881263</w:t>
        <w:br/>
        <w:t>vt 0.450318 0.820489</w:t>
        <w:br/>
        <w:t>vt 0.447294 0.807681</w:t>
        <w:br/>
        <w:t>vt 0.456776 0.799465</w:t>
        <w:br/>
        <w:t>vt 0.452934 0.844074</w:t>
        <w:br/>
        <w:t>vt 0.454978 0.896810</w:t>
        <w:br/>
        <w:t>vt 0.491671 0.914830</w:t>
        <w:br/>
        <w:t>vt 0.496921 0.920484</w:t>
        <w:br/>
        <w:t>vt 0.495288 0.921179</w:t>
        <w:br/>
        <w:t>vt 0.489804 0.915873</w:t>
        <w:br/>
        <w:t>vt 0.498170 0.923820</w:t>
        <w:br/>
        <w:t>vt 0.499546 0.923195</w:t>
        <w:br/>
        <w:t>vt 0.477714 0.898548</w:t>
        <w:br/>
        <w:t>vt 0.472958 0.891544</w:t>
        <w:br/>
        <w:t>vt 0.477686 0.892047</w:t>
        <w:br/>
        <w:t>vt 0.480654 0.897089</w:t>
        <w:br/>
        <w:t>vt 0.501891 0.926161</w:t>
        <w:br/>
        <w:t>vt 0.336288 0.835859</w:t>
        <w:br/>
        <w:t>vt 0.353290 0.828793</w:t>
        <w:br/>
        <w:t>vt 0.369802 0.818987</w:t>
        <w:br/>
        <w:t>vt 0.371519 0.822079</w:t>
        <w:br/>
        <w:t>vt 0.516121 0.904788</w:t>
        <w:br/>
        <w:t>vt 0.517616 0.911317</w:t>
        <w:br/>
        <w:t>vt 0.510353 0.908873</w:t>
        <w:br/>
        <w:t>vt 0.378058 0.768637</w:t>
        <w:br/>
        <w:t>vt 0.391300 0.752913</w:t>
        <w:br/>
        <w:t>vt 0.380347 0.799819</w:t>
        <w:br/>
        <w:t>vt 0.362936 0.788866</w:t>
        <w:br/>
        <w:t>vt 0.362037 0.815366</w:t>
        <w:br/>
        <w:t>vt 0.349040 0.808299</w:t>
        <w:br/>
        <w:t>vt 0.524994 0.914228</w:t>
        <w:br/>
        <w:t>vt 0.520885 0.909229</w:t>
        <w:br/>
        <w:t>vt 0.327709 0.887952</w:t>
        <w:br/>
        <w:t>vt 0.349432 0.886713</w:t>
        <w:br/>
        <w:t>vt 0.362564 0.884731</w:t>
        <w:br/>
        <w:t>vt 0.422444 0.800525</w:t>
        <w:br/>
        <w:t>vt 0.404624 0.830913</w:t>
        <w:br/>
        <w:t>vt 0.386069 0.848050</w:t>
        <w:br/>
        <w:t>vt 0.520885 0.909229</w:t>
        <w:br/>
        <w:t>vt 0.352735 0.871763</w:t>
        <w:br/>
        <w:t>vt 0.418194 0.798582</w:t>
        <w:br/>
        <w:t>vt 0.418194 0.798582</w:t>
        <w:br/>
        <w:t>vt 0.416150 0.796727</w:t>
        <w:br/>
        <w:t>vt 0.431191 0.785155</w:t>
        <w:br/>
        <w:t>vt 0.612366 0.896043</w:t>
        <w:br/>
        <w:t>vt 0.616529 0.903566</w:t>
        <w:br/>
        <w:t>vt 0.611837 0.907481</w:t>
        <w:br/>
        <w:t>vt 0.606534 0.897629</w:t>
        <w:br/>
        <w:t>vt 0.588556 0.882426</w:t>
        <w:br/>
        <w:t>vt 0.581072 0.872228</w:t>
        <w:br/>
        <w:t>vt 0.590963 0.891693</w:t>
        <w:br/>
        <w:t>vt 0.605843 0.911775</w:t>
        <w:br/>
        <w:t>vt 0.598460 0.899757</w:t>
        <w:br/>
        <w:t>vt 0.579242 0.889618</w:t>
        <w:br/>
        <w:t>vt 0.576411 0.874507</w:t>
        <w:br/>
        <w:t>vt 0.582397 0.895561</w:t>
        <w:br/>
        <w:t>vt 0.599937 0.910351</w:t>
        <w:br/>
        <w:t>vt 0.584925 0.912834</w:t>
        <w:br/>
        <w:t>vt 0.583529 0.903218</w:t>
        <w:br/>
        <w:t>vt 0.598460 0.899757</w:t>
        <w:br/>
        <w:t>vt 0.499546 0.923195</w:t>
        <w:br/>
        <w:t>vt 0.500853 0.922663</w:t>
        <w:br/>
        <w:t>vt 0.501891 0.926161</w:t>
        <w:br/>
        <w:t>vt 0.495635 0.914026</w:t>
        <w:br/>
        <w:t>vt 0.498788 0.919325</w:t>
        <w:br/>
        <w:t>vt 0.496921 0.920484</w:t>
        <w:br/>
        <w:t>vt 0.491671 0.914830</w:t>
        <w:br/>
        <w:t>vt 0.501642 0.891441</w:t>
        <w:br/>
        <w:t>vt 0.490694 0.898330</w:t>
        <w:br/>
        <w:t>vt 0.489098 0.886324</w:t>
        <w:br/>
        <w:t>vt 0.497962 0.882739</w:t>
        <w:br/>
        <w:t>vt 0.714135 0.914483</w:t>
        <w:br/>
        <w:t>vt 0.700359 0.913579</w:t>
        <w:br/>
        <w:t>vt 0.700768 0.912430</w:t>
        <w:br/>
        <w:t>vt 0.714844 0.912995</w:t>
        <w:br/>
        <w:t>vt 0.357186 0.687473</w:t>
        <w:br/>
        <w:t>vt 0.362757 0.689065</w:t>
        <w:br/>
        <w:t>vt 0.360279 0.699541</w:t>
        <w:br/>
        <w:t>vt 0.353169 0.697271</w:t>
        <w:br/>
        <w:t>vt 0.361422 0.676254</w:t>
        <w:br/>
        <w:t>vt 0.365595 0.677328</w:t>
        <w:br/>
        <w:t>vt 0.369260 0.652665</w:t>
        <w:br/>
        <w:t>vt 0.368279 0.664803</w:t>
        <w:br/>
        <w:t>vt 0.365467 0.663526</w:t>
        <w:br/>
        <w:t>vt 0.368239 0.652293</w:t>
        <w:br/>
        <w:t>vt 0.354312 0.718266</w:t>
        <w:br/>
        <w:t>vt 0.350421 0.727984</w:t>
        <w:br/>
        <w:t>vt 0.342283 0.725880</w:t>
        <w:br/>
        <w:t>vt 0.346376 0.713724</w:t>
        <w:br/>
        <w:t>vt 0.362757 0.689065</w:t>
        <w:br/>
        <w:t>vt 0.365595 0.677328</w:t>
        <w:br/>
        <w:t>vt 0.369678 0.678815</w:t>
        <w:br/>
        <w:t>vt 0.368034 0.691025</w:t>
        <w:br/>
        <w:t>vt 0.360279 0.699541</w:t>
        <w:br/>
        <w:t>vt 0.365962 0.702517</w:t>
        <w:br/>
        <w:t>vt 0.363979 0.713597</w:t>
        <w:br/>
        <w:t>vt 0.362686 0.723378</w:t>
        <w:br/>
        <w:t>vt 0.357568 0.709491</w:t>
        <w:br/>
        <w:t>vt 0.370578 0.653058</w:t>
        <w:br/>
        <w:t>vt 0.370950 0.665531</w:t>
        <w:br/>
        <w:t>vt 0.291178 0.815668</w:t>
        <w:br/>
        <w:t>vt 0.285582 0.830029</w:t>
        <w:br/>
        <w:t>vt 0.273568 0.856876</w:t>
        <w:br/>
        <w:t>vt 0.280205 0.844032</w:t>
        <w:br/>
        <w:t>vt 0.266029 0.869269</w:t>
        <w:br/>
        <w:t>vt 0.963660 0.496975</w:t>
        <w:br/>
        <w:t>vt 0.965271 0.500251</w:t>
        <w:br/>
        <w:t>vt 0.964707 0.500696</w:t>
        <w:br/>
        <w:t>vt 0.682592 0.913003</w:t>
        <w:br/>
        <w:t>vt 0.682592 0.913003</w:t>
        <w:br/>
        <w:t>vt 0.740951 0.941772</w:t>
        <w:br/>
        <w:t>vt 0.748603 0.948675</w:t>
        <w:br/>
        <w:t>vt 0.754037 0.957322</w:t>
        <w:br/>
        <w:t>vt 0.741136 0.935743</w:t>
        <w:br/>
        <w:t>vt 0.754852 0.935689</w:t>
        <w:br/>
        <w:t>vt 0.753828 0.925724</w:t>
        <w:br/>
        <w:t>vt 0.769298 0.928047</w:t>
        <w:br/>
        <w:t>vt 0.769177 0.936399</w:t>
        <w:br/>
        <w:t>vt 0.784957 0.930840</w:t>
        <w:br/>
        <w:t>vt 0.784662 0.937678</w:t>
        <w:br/>
        <w:t>vt 0.769177 0.936399</w:t>
        <w:br/>
        <w:t>vt 0.360469 0.733544</w:t>
        <w:br/>
        <w:t>vt 0.960935 0.523362</w:t>
        <w:br/>
        <w:t>vt 0.966758 0.525325</w:t>
        <w:br/>
        <w:t>vt 0.962957 0.531257</w:t>
        <w:br/>
        <w:t>vt 0.958109 0.527668</w:t>
        <w:br/>
        <w:t>vt 0.938859 0.522695</w:t>
        <w:br/>
        <w:t>vt 0.948155 0.523992</w:t>
        <w:br/>
        <w:t>vt 0.942943 0.525238</w:t>
        <w:br/>
        <w:t>vt 0.954070 0.525608</w:t>
        <w:br/>
        <w:t>vt 0.948155 0.523992</w:t>
        <w:br/>
        <w:t>vt 0.949869 0.521448</w:t>
        <w:br/>
        <w:t>vt 0.955482 0.521868</w:t>
        <w:br/>
        <w:t>vt 0.950498 0.529742</w:t>
        <w:br/>
        <w:t>vt 0.938859 0.522695</w:t>
        <w:br/>
        <w:t>vt 0.947912 0.538101</w:t>
        <w:br/>
        <w:t>vt 0.944723 0.535919</w:t>
        <w:br/>
        <w:t>vt 0.954278 0.532403</w:t>
        <w:br/>
        <w:t>vt 0.939890 0.534242</w:t>
        <w:br/>
        <w:t>vt 0.958837 0.538021</w:t>
        <w:br/>
        <w:t>vt 0.950183 0.541131</w:t>
        <w:br/>
        <w:t>vt 0.357568 0.709491</w:t>
        <w:br/>
        <w:t>vt 0.349150 0.706680</w:t>
        <w:br/>
        <w:t>vt 0.599937 0.910351</w:t>
        <w:br/>
        <w:t>vt 0.412406 0.849100</w:t>
        <w:br/>
        <w:t>vt 0.412084 0.857352</w:t>
        <w:br/>
        <w:t>vt 0.403572 0.857252</w:t>
        <w:br/>
        <w:t>vt 0.400054 0.845051</w:t>
        <w:br/>
        <w:t>vt 0.400054 0.845051</w:t>
        <w:br/>
        <w:t>vt 0.403812 0.842492</w:t>
        <w:br/>
        <w:t>vt 0.968798 0.534092</w:t>
        <w:br/>
        <w:t>vt 0.965622 0.535135</w:t>
        <w:br/>
        <w:t>vt 0.977806 0.537692</w:t>
        <w:br/>
        <w:t>vt 0.976774 0.538782</w:t>
        <w:br/>
        <w:t>vt 0.347262 0.737513</w:t>
        <w:br/>
        <w:t>vt 0.339123 0.735410</w:t>
        <w:br/>
        <w:t>vt 0.971075 0.540841</w:t>
        <w:br/>
        <w:t>vt 0.967952 0.541872</w:t>
        <w:br/>
        <w:t>vt 0.961971 0.544154</w:t>
        <w:br/>
        <w:t>vt 0.953932 0.548121</w:t>
        <w:br/>
        <w:t>vt 0.430284 0.845560</w:t>
        <w:br/>
        <w:t>vt 0.435756 0.837995</w:t>
        <w:br/>
        <w:t>vt 0.425552 0.852942</w:t>
        <w:br/>
        <w:t>vt 0.421725 0.860559</w:t>
        <w:br/>
        <w:t>vt 0.416536 0.831784</w:t>
        <w:br/>
        <w:t>vt 0.972351 0.561473</w:t>
        <w:br/>
        <w:t>vt 0.970328 0.550679</w:t>
        <w:br/>
        <w:t>vt 0.972942 0.573276</w:t>
        <w:br/>
        <w:t>vt 0.959039 0.578243</w:t>
        <w:br/>
        <w:t>vt 0.959170 0.566234</w:t>
        <w:br/>
        <w:t>vt 0.965326 0.551882</w:t>
        <w:br/>
        <w:t>vt 0.971075 0.540841</w:t>
        <w:br/>
        <w:t>vt 0.957087 0.554358</w:t>
        <w:br/>
        <w:t>vt 0.342283 0.725880</w:t>
        <w:br/>
        <w:t>vt 0.976040 0.584504</w:t>
        <w:br/>
        <w:t>vt 0.959711 0.589646</w:t>
        <w:br/>
        <w:t>vt 0.524751 0.600730</w:t>
        <w:br/>
        <w:t>vt 0.522172 0.602605</w:t>
        <w:br/>
        <w:t>vt 0.519281 0.594545</w:t>
        <w:br/>
        <w:t>vt 0.520603 0.594028</w:t>
        <w:br/>
        <w:t>vt 0.516225 0.586964</w:t>
        <w:br/>
        <w:t>vt 0.525253 0.611102</w:t>
        <w:br/>
        <w:t>vt 0.528992 0.608574</w:t>
        <w:br/>
        <w:t>vt 0.534202 0.617606</w:t>
        <w:br/>
        <w:t>vt 0.528319 0.621817</w:t>
        <w:br/>
        <w:t>vt 0.678642 0.888298</w:t>
        <w:br/>
        <w:t>vt 0.671803 0.902124</w:t>
        <w:br/>
        <w:t>vt 0.669850 0.897833</w:t>
        <w:br/>
        <w:t>vt 0.676989 0.886235</w:t>
        <w:br/>
        <w:t>vt 0.662344 0.884261</w:t>
        <w:br/>
        <w:t>vt 0.671125 0.878418</w:t>
        <w:br/>
        <w:t>vt 0.475738 0.964354</w:t>
        <w:br/>
        <w:t>vt 0.474522 0.959278</w:t>
        <w:br/>
        <w:t>vt 0.480240 0.959278</w:t>
        <w:br/>
        <w:t>vt 0.481038 0.963247</w:t>
        <w:br/>
        <w:t>vt 0.521053 0.612905</w:t>
        <w:br/>
        <w:t>vt 0.522670 0.624544</w:t>
        <w:br/>
        <w:t>vt 0.519248 0.604152</w:t>
        <w:br/>
        <w:t>vt 0.517433 0.595156</w:t>
        <w:br/>
        <w:t>vt 0.541268 0.663060</w:t>
        <w:br/>
        <w:t>vt 0.534322 0.644886</w:t>
        <w:br/>
        <w:t>vt 0.542906 0.640240</w:t>
        <w:br/>
        <w:t>vt 0.549134 0.661581</w:t>
        <w:br/>
        <w:t>vt 0.382525 0.721659</w:t>
        <w:br/>
        <w:t>vt 0.995295 0.587398</w:t>
        <w:br/>
        <w:t>vt 0.991952 0.588421</w:t>
        <w:br/>
        <w:t>vt 0.979232 0.595658</w:t>
        <w:br/>
        <w:t>vt 0.962689 0.600297</w:t>
        <w:br/>
        <w:t>vt 0.553448 0.682076</w:t>
        <w:br/>
        <w:t>vt 0.365467 0.663526</w:t>
        <w:br/>
        <w:t>vt 0.829261 0.943959</w:t>
        <w:br/>
        <w:t>vt 0.829261 0.943959</w:t>
        <w:br/>
        <w:t>vt 0.370048 0.642817</w:t>
        <w:br/>
        <w:t>vt 0.615716 0.533379</w:t>
        <w:br/>
        <w:t>vt 0.614701 0.538743</w:t>
        <w:br/>
        <w:t>vt 0.615716 0.533379</w:t>
        <w:br/>
        <w:t>vt 0.616655 0.538557</w:t>
        <w:br/>
        <w:t>vt 0.301059 0.653245</w:t>
        <w:br/>
        <w:t>vt 0.296261 0.652455</w:t>
        <w:br/>
        <w:t>vt 0.298734 0.646957</w:t>
        <w:br/>
        <w:t>vt 0.302570 0.647248</w:t>
        <w:br/>
        <w:t>vt 0.300651 0.658445</w:t>
        <w:br/>
        <w:t>vt 0.293708 0.660469</w:t>
        <w:br/>
        <w:t>vt 0.308534 0.629970</w:t>
        <w:br/>
        <w:t>vt 0.301538 0.641725</w:t>
        <w:br/>
        <w:t>vt 0.301012 0.641142</w:t>
        <w:br/>
        <w:t>vt 0.301538 0.641725</w:t>
        <w:br/>
        <w:t>vt 0.304593 0.641372</w:t>
        <w:br/>
        <w:t>vt 0.293689 0.670499</w:t>
        <w:br/>
        <w:t>vt 0.301128 0.668136</w:t>
        <w:br/>
        <w:t>vt 0.302202 0.675663</w:t>
        <w:br/>
        <w:t>vt 0.295307 0.678446</w:t>
        <w:br/>
        <w:t>vt 0.297527 0.687181</w:t>
        <w:br/>
        <w:t>vt 0.307866 0.684678</w:t>
        <w:br/>
        <w:t>vt 0.293708 0.660469</w:t>
        <w:br/>
        <w:t>vt 0.288574 0.658561</w:t>
        <w:br/>
        <w:t>vt 0.294037 0.652112</w:t>
        <w:br/>
        <w:t>vt 0.296261 0.652455</w:t>
        <w:br/>
        <w:t>vt 0.297661 0.646577</w:t>
        <w:br/>
        <w:t>vt 0.298734 0.646957</w:t>
        <w:br/>
        <w:t>vt 0.308534 0.629970</w:t>
        <w:br/>
        <w:t>vt 0.613300 0.545222</w:t>
        <w:br/>
        <w:t>vt 0.619611 0.534575</w:t>
        <w:br/>
        <w:t>vt 0.620514 0.539599</w:t>
        <w:br/>
        <w:t>vt 0.617447 0.574313</w:t>
        <w:br/>
        <w:t>vt 0.314422 0.692742</w:t>
        <w:br/>
        <w:t>vt 0.319604 0.701081</w:t>
        <w:br/>
        <w:t>vt 0.306490 0.709737</w:t>
        <w:br/>
        <w:t>vt 0.300284 0.696106</w:t>
        <w:br/>
        <w:t>vt 0.583712 0.692326</w:t>
        <w:br/>
        <w:t>vt 0.591661 0.691844</w:t>
        <w:br/>
        <w:t>vt 0.587583 0.590405</w:t>
        <w:br/>
        <w:t>vt 0.592724 0.589313</w:t>
        <w:br/>
        <w:t>vt 0.324376 0.709572</w:t>
        <w:br/>
        <w:t>vt 0.329627 0.719361</w:t>
        <w:br/>
        <w:t>vt 0.313521 0.723918</w:t>
        <w:br/>
        <w:t>vt 0.332426 0.733864</w:t>
        <w:br/>
        <w:t>vt 0.318462 0.738329</w:t>
        <w:br/>
        <w:t>vt 0.621508 0.585237</w:t>
        <w:br/>
        <w:t>vt 0.610299 0.587152</w:t>
        <w:br/>
        <w:t>vt 0.346787 0.856305</w:t>
        <w:br/>
        <w:t>vt 0.325442 0.863371</w:t>
        <w:br/>
        <w:t>vt 0.321155 0.855428</w:t>
        <w:br/>
        <w:t>vt 0.344355 0.845190</w:t>
        <w:br/>
        <w:t>vt 0.596860 0.718638</w:t>
        <w:br/>
        <w:t>vt 0.597495 0.600503</w:t>
        <w:br/>
        <w:t>vt 0.593703 0.600903</w:t>
        <w:br/>
        <w:t>vt 0.623746 0.596210</w:t>
        <w:br/>
        <w:t>vt 0.612328 0.598390</w:t>
        <w:br/>
        <w:t>vt 0.300382 0.865823</w:t>
        <w:br/>
        <w:t>vt 0.576411 0.874507</w:t>
        <w:br/>
        <w:t>vt 0.570928 0.881766</w:t>
        <w:br/>
        <w:t>vt 0.480367 0.883853</w:t>
        <w:br/>
        <w:t>vt 0.991931 0.598327</w:t>
        <w:br/>
        <w:t>vt 0.976045 0.572413</w:t>
        <w:br/>
        <w:t>vt 0.601712 0.610474</w:t>
        <w:br/>
        <w:t>vt 0.626608 0.885236</w:t>
        <w:br/>
        <w:t>vt 0.634905 0.885087</w:t>
        <w:br/>
        <w:t>vt 0.634560 0.887724</w:t>
        <w:br/>
        <w:t>vt 0.627233 0.890280</w:t>
        <w:br/>
        <w:t>vt 0.621915 0.892447</w:t>
        <w:br/>
        <w:t>vt 0.620379 0.885478</w:t>
        <w:br/>
        <w:t>vt 0.616783 0.894582</w:t>
        <w:br/>
        <w:t>vt 0.614039 0.885921</w:t>
        <w:br/>
        <w:t>vt 0.612366 0.896043</w:t>
        <w:br/>
        <w:t>vt 0.608280 0.886308</w:t>
        <w:br/>
        <w:t>vt 0.612366 0.896043</w:t>
        <w:br/>
        <w:t>vt 0.606534 0.897629</w:t>
        <w:br/>
        <w:t>vt 0.602011 0.887024</w:t>
        <w:br/>
        <w:t>vt 0.598460 0.899757</w:t>
        <w:br/>
        <w:t>vt 0.590963 0.891693</w:t>
        <w:br/>
        <w:t>vt 0.569974 0.899333</w:t>
        <w:br/>
        <w:t>vt 0.549750 0.905621</w:t>
        <w:br/>
        <w:t>vt 0.573597 0.848517</w:t>
        <w:br/>
        <w:t>vt 0.561793 0.859955</w:t>
        <w:br/>
        <w:t>vt 0.579736 0.854870</w:t>
        <w:br/>
        <w:t>vt 0.567876 0.866248</w:t>
        <w:br/>
        <w:t>vt 0.574112 0.872343</w:t>
        <w:br/>
        <w:t>vt 0.585916 0.860905</w:t>
        <w:br/>
        <w:t>vt 0.573406 0.910098</w:t>
        <w:br/>
        <w:t>vt 0.553197 0.916434</w:t>
        <w:br/>
        <w:t>vt 0.576421 0.920889</w:t>
        <w:br/>
        <w:t>vt 0.556197 0.927178</w:t>
        <w:br/>
        <w:t>vt 0.642323 0.885126</w:t>
        <w:br/>
        <w:t>vt 0.419420 0.815277</w:t>
        <w:br/>
        <w:t>vt 0.426858 0.818899</w:t>
        <w:br/>
        <w:t>vt 0.416477 0.826849</w:t>
        <w:br/>
        <w:t>vt 0.409447 0.825701</w:t>
        <w:br/>
        <w:t>vt 0.403807 0.824906</w:t>
        <w:br/>
        <w:t>vt 0.412472 0.813511</w:t>
        <w:br/>
        <w:t>vt 0.485972 0.911551</w:t>
        <w:br/>
        <w:t>vt 0.481933 0.905994</w:t>
        <w:br/>
        <w:t>vt 0.484640 0.904650</w:t>
        <w:br/>
        <w:t>vt 0.488142 0.910416</w:t>
        <w:br/>
        <w:t>vt 0.390646 0.815366</w:t>
        <w:br/>
        <w:t>vt 0.388358 0.812274</w:t>
        <w:br/>
        <w:t>vt 0.401927 0.805649</w:t>
        <w:br/>
        <w:t>vt 0.404134 0.808211</w:t>
        <w:br/>
        <w:t>vt 0.502159 0.905959</w:t>
        <w:br/>
        <w:t>vt 0.496110 0.903029</w:t>
        <w:br/>
        <w:t>vt 0.506707 0.896489</w:t>
        <w:br/>
        <w:t>vt 0.511262 0.900743</w:t>
        <w:br/>
        <w:t>vt 0.492560 0.905605</w:t>
        <w:br/>
        <w:t>vt 0.494663 0.911833</w:t>
        <w:br/>
        <w:t>vt 0.488142 0.910416</w:t>
        <w:br/>
        <w:t>vt 0.484640 0.904650</w:t>
        <w:br/>
        <w:t>vt 0.408058 0.811744</w:t>
        <w:br/>
        <w:t>vt 0.399556 0.823669</w:t>
        <w:br/>
        <w:t>vt 0.480654 0.897089</w:t>
        <w:br/>
        <w:t>vt 0.620177 0.894691</w:t>
        <w:br/>
        <w:t>vt 0.625125 0.897150</w:t>
        <w:br/>
        <w:t>vt 0.620672 0.900351</w:t>
        <w:br/>
        <w:t>vt 0.616939 0.895273</w:t>
        <w:br/>
        <w:t>vt 0.019668 0.902065</w:t>
        <w:br/>
        <w:t>vt 0.019417 0.918899</w:t>
        <w:br/>
        <w:t>vt 0.005382 0.923321</w:t>
        <w:br/>
        <w:t>vt 0.010429 0.891627</w:t>
        <w:br/>
        <w:t>vt 0.556910 0.877553</w:t>
        <w:br/>
        <w:t>vt 0.546856 0.867483</w:t>
        <w:br/>
        <w:t>vt 0.556910 0.863420</w:t>
        <w:br/>
        <w:t>vt 0.562142 0.875080</w:t>
        <w:br/>
        <w:t>vt 0.077609 0.918909</w:t>
        <w:br/>
        <w:t>vt 0.079504 0.945789</w:t>
        <w:br/>
        <w:t>vt 0.068930 0.943357</w:t>
        <w:br/>
        <w:t>vt 0.060649 0.915273</w:t>
        <w:br/>
        <w:t>vt 0.018563 0.846236</w:t>
        <w:br/>
        <w:t>vt 0.084147 0.981245</w:t>
        <w:br/>
        <w:t>vt 0.572196 0.890627</w:t>
        <w:br/>
        <w:t>vt 0.631030 0.892998</w:t>
        <w:br/>
        <w:t>vt 0.377596 0.880105</w:t>
        <w:br/>
        <w:t>vt 0.444414 0.876389</w:t>
        <w:br/>
        <w:t>vt 0.441854 0.870690</w:t>
        <w:br/>
        <w:t>vt 0.451352 0.860779</w:t>
        <w:br/>
        <w:t>vt 0.618652 0.516828</w:t>
        <w:br/>
        <w:t>vt 0.625777 0.511980</w:t>
        <w:br/>
        <w:t>vt 0.622364 0.517472</w:t>
        <w:br/>
        <w:t>vt 0.617034 0.515910</w:t>
        <w:br/>
        <w:t>vt 0.440863 0.866230</w:t>
        <w:br/>
        <w:t>vt 0.622364 0.517472</w:t>
        <w:br/>
        <w:t>vt 0.625777 0.511980</w:t>
        <w:br/>
        <w:t>vt 0.623630 0.518040</w:t>
        <w:br/>
        <w:t>vt 0.451352 0.860779</w:t>
        <w:br/>
        <w:t>vt 0.446396 0.877463</w:t>
        <w:br/>
        <w:t>vt 0.430704 0.911491</w:t>
        <w:br/>
        <w:t>vt 0.940907 0.525442</w:t>
        <w:br/>
        <w:t>vt 0.563799 0.982841</w:t>
        <w:br/>
        <w:t>vt 0.542611 0.985287</w:t>
        <w:br/>
        <w:t>vt 0.755614 0.988994</w:t>
        <w:br/>
        <w:t>vt 0.753521 0.988884</w:t>
        <w:br/>
        <w:t>vt 0.753616 0.982701</w:t>
        <w:br/>
        <w:t>vt 0.756618 0.981951</w:t>
        <w:br/>
        <w:t>vt 0.748296 0.983595</w:t>
        <w:br/>
        <w:t>vt 0.753616 0.982701</w:t>
        <w:br/>
        <w:t>vt 0.753521 0.988884</w:t>
        <w:br/>
        <w:t>vt 0.750209 0.989813</w:t>
        <w:br/>
        <w:t>vt 0.744305 0.987775</w:t>
        <w:br/>
        <w:t>vt 0.748461 0.992650</w:t>
        <w:br/>
        <w:t>vt 0.747621 0.993344</w:t>
        <w:br/>
        <w:t>vt 0.742862 0.989069</w:t>
        <w:br/>
        <w:t>vt 0.934530 0.529776</w:t>
        <w:br/>
        <w:t>vt 0.937678 0.527809</w:t>
        <w:br/>
        <w:t>vt 0.937657 0.533502</w:t>
        <w:br/>
        <w:t>vt 0.934420 0.533190</w:t>
        <w:br/>
        <w:t>vt 0.752866 0.997670</w:t>
        <w:br/>
        <w:t>vt 0.930961 0.532869</w:t>
        <w:br/>
        <w:t>vt 0.752866 0.997670</w:t>
        <w:br/>
        <w:t>vt 0.753696 0.973710</w:t>
        <w:br/>
        <w:t>vt 0.756104 0.975004</w:t>
        <w:br/>
        <w:t>vt 0.447941 0.824169</w:t>
        <w:br/>
        <w:t>vt 0.443146 0.832473</w:t>
        <w:br/>
        <w:t>vt 0.437380 0.833992</w:t>
        <w:br/>
        <w:t>vt 0.443146 0.832473</w:t>
        <w:br/>
        <w:t>vt 0.442493 0.835656</w:t>
        <w:br/>
        <w:t>vt 0.437380 0.833992</w:t>
        <w:br/>
        <w:t>vt 0.421866 0.875398</w:t>
        <w:br/>
        <w:t>vt 0.432521 0.870442</w:t>
        <w:br/>
        <w:t>vt 0.434833 0.877958</w:t>
        <w:br/>
        <w:t>vt 0.425500 0.886135</w:t>
        <w:br/>
        <w:t>vt 0.438798 0.888365</w:t>
        <w:br/>
        <w:t>vt 0.432356 0.899763</w:t>
        <w:br/>
        <w:t>vt 0.441606 0.890925</w:t>
        <w:br/>
        <w:t>vt 0.436155 0.902241</w:t>
        <w:br/>
        <w:t>vt 0.609779 0.519277</w:t>
        <w:br/>
        <w:t>vt 0.611837 0.521387</w:t>
        <w:br/>
        <w:t>vt 0.605479 0.526055</w:t>
        <w:br/>
        <w:t>vt 0.603430 0.522594</w:t>
        <w:br/>
        <w:t>vt 0.617443 0.528065</w:t>
        <w:br/>
        <w:t>vt 0.619945 0.522138</w:t>
        <w:br/>
        <w:t>vt 0.619945 0.522138</w:t>
        <w:br/>
        <w:t>vt 0.622358 0.522763</w:t>
        <w:br/>
        <w:t>vt 0.621077 0.528836</w:t>
        <w:br/>
        <w:t>vt 0.617443 0.528065</w:t>
        <w:br/>
        <w:t>vt 0.405495 0.840445</w:t>
        <w:br/>
        <w:t>vt 0.663133 0.827863</w:t>
        <w:br/>
        <w:t>vt 0.657584 0.836691</w:t>
        <w:br/>
        <w:t>vt 0.559281 0.825348</w:t>
        <w:br/>
        <w:t>vt 0.364782 0.844490</w:t>
        <w:br/>
        <w:t>vt 0.356818 0.850030</w:t>
        <w:br/>
        <w:t>vt 0.352118 0.840713</w:t>
        <w:br/>
        <w:t>vt 0.360085 0.836340</w:t>
        <w:br/>
        <w:t>vt 0.470958 0.956998</w:t>
        <w:br/>
        <w:t>vt 0.466607 0.956998</w:t>
        <w:br/>
        <w:t>vt 0.467039 0.950954</w:t>
        <w:br/>
        <w:t>vt 0.471260 0.951257</w:t>
        <w:br/>
        <w:t>vt 0.350918 0.957331</w:t>
        <w:br/>
        <w:t>vt 0.345385 0.974510</w:t>
        <w:br/>
        <w:t>vt 0.337208 0.971289</w:t>
        <w:br/>
        <w:t>vt 0.341915 0.952457</w:t>
        <w:br/>
        <w:t>vt 0.352570 0.952210</w:t>
        <w:br/>
        <w:t>vt 0.342989 0.947007</w:t>
        <w:br/>
        <w:t>vt 0.368201 0.852707</w:t>
        <w:br/>
        <w:t>vt 0.361705 0.860191</w:t>
        <w:br/>
        <w:t>vt 0.530276 0.628187</w:t>
        <w:br/>
        <w:t>vt 0.538032 0.624894</w:t>
        <w:br/>
        <w:t>vt 0.540879 0.632599</w:t>
        <w:br/>
        <w:t>vt 0.532603 0.635800</w:t>
        <w:br/>
        <w:t>vt 0.465826 0.965338</w:t>
        <w:br/>
        <w:t>vt 0.465509 0.959278</w:t>
        <w:br/>
        <w:t>vt 0.470030 0.959278</w:t>
        <w:br/>
        <w:t>vt 0.470296 0.965029</w:t>
        <w:br/>
        <w:t>vt 0.661224 0.906154</w:t>
        <w:br/>
        <w:t>vt 0.652872 0.912452</w:t>
        <w:br/>
        <w:t>vt 0.645570 0.894455</w:t>
        <w:br/>
        <w:t>vt 0.653228 0.889885</w:t>
        <w:br/>
        <w:t>vt 0.663611 0.910979</w:t>
        <w:br/>
        <w:t>vt 0.654800 0.917627</w:t>
        <w:br/>
        <w:t>vt 0.525298 0.638958</w:t>
        <w:br/>
        <w:t>vt 0.524489 0.632308</w:t>
        <w:br/>
        <w:t>vt 0.352634 0.869574</w:t>
        <w:br/>
        <w:t>vt 0.524549 0.648225</w:t>
        <w:br/>
        <w:t>vt 0.170454 0.960408</w:t>
        <w:br/>
        <w:t>vt 0.179561 0.938407</w:t>
        <w:br/>
        <w:t>vt 0.150439 0.927674</w:t>
        <w:br/>
        <w:t>vt 0.143409 0.949536</w:t>
        <w:br/>
        <w:t>vt 0.170454 0.960408</w:t>
        <w:br/>
        <w:t>vt 0.143409 0.949536</w:t>
        <w:br/>
        <w:t>vt 0.140234 0.977207</w:t>
        <w:br/>
        <w:t>vt 0.165178 0.982811</w:t>
        <w:br/>
        <w:t>vt 0.213549 0.810968</w:t>
        <w:br/>
        <w:t>vt 0.225075 0.810081</w:t>
        <w:br/>
        <w:t>vt 0.222965 0.794720</w:t>
        <w:br/>
        <w:t>vt 0.210560 0.795290</w:t>
        <w:br/>
        <w:t>vt 0.296078 0.984885</w:t>
        <w:br/>
        <w:t>vt 0.296124 0.980052</w:t>
        <w:br/>
        <w:t>vt 0.270842 0.981644</w:t>
        <w:br/>
        <w:t>vt 0.268602 0.990877</w:t>
        <w:br/>
        <w:t>vt 0.275413 0.971019</w:t>
        <w:br/>
        <w:t>vt 0.270842 0.981644</w:t>
        <w:br/>
        <w:t>vt 0.296124 0.980052</w:t>
        <w:br/>
        <w:t>vt 0.298644 0.974042</w:t>
        <w:br/>
        <w:t>vt 0.222689 0.872717</w:t>
        <w:br/>
        <w:t>vt 0.225551 0.859873</w:t>
        <w:br/>
        <w:t>vt 0.219433 0.861867</w:t>
        <w:br/>
        <w:t>vt 0.218939 0.874034</w:t>
        <w:br/>
        <w:t>vt 0.324453 0.977213</w:t>
        <w:br/>
        <w:t>vt 0.218387 0.887275</w:t>
        <w:br/>
        <w:t>vt 0.243944 0.798032</w:t>
        <w:br/>
        <w:t>vt 0.222965 0.794720</w:t>
        <w:br/>
        <w:t>vt 0.225075 0.810081</w:t>
        <w:br/>
        <w:t>vt 0.242885 0.810706</w:t>
        <w:br/>
        <w:t>vt 0.231754 0.861203</w:t>
        <w:br/>
        <w:t>vt 0.225551 0.859873</w:t>
        <w:br/>
        <w:t>vt 0.222689 0.872717</w:t>
        <w:br/>
        <w:t>vt 0.225743 0.874231</w:t>
        <w:br/>
        <w:t>vt 0.218387 0.887275</w:t>
        <w:br/>
        <w:t>vt 0.228926 0.992724</w:t>
        <w:br/>
        <w:t>vt 0.234439 0.976516</w:t>
        <w:br/>
        <w:t>vt 0.199726 0.968564</w:t>
        <w:br/>
        <w:t>vt 0.193665 0.989317</w:t>
        <w:br/>
        <w:t>vt 0.199726 0.968564</w:t>
        <w:br/>
        <w:t>vt 0.234439 0.976516</w:t>
        <w:br/>
        <w:t>vt 0.240166 0.961096</w:t>
        <w:br/>
        <w:t>vt 0.206642 0.949100</w:t>
        <w:br/>
        <w:t>vt 0.216676 0.825757</w:t>
        <w:br/>
        <w:t>vt 0.218742 0.843536</w:t>
        <w:br/>
        <w:t>vt 0.226847 0.842908</w:t>
        <w:br/>
        <w:t>vt 0.226490 0.826658</w:t>
        <w:br/>
        <w:t>vt 0.240922 0.825124</w:t>
        <w:br/>
        <w:t>vt 0.226490 0.826658</w:t>
        <w:br/>
        <w:t>vt 0.226847 0.842908</w:t>
        <w:br/>
        <w:t>vt 0.237450 0.842508</w:t>
        <w:br/>
        <w:t>vt 0.150439 0.927674</w:t>
        <w:br/>
        <w:t>vt 0.179561 0.938407</w:t>
        <w:br/>
        <w:t>vt 0.170454 0.960408</w:t>
        <w:br/>
        <w:t>vt 0.143409 0.949536</w:t>
        <w:br/>
        <w:t>vt 0.170454 0.960408</w:t>
        <w:br/>
        <w:t>vt 0.165178 0.982811</w:t>
        <w:br/>
        <w:t>vt 0.140234 0.977207</w:t>
        <w:br/>
        <w:t>vt 0.143409 0.949536</w:t>
        <w:br/>
        <w:t>vt 0.213549 0.810968</w:t>
        <w:br/>
        <w:t>vt 0.210560 0.795290</w:t>
        <w:br/>
        <w:t>vt 0.222965 0.794720</w:t>
        <w:br/>
        <w:t>vt 0.225075 0.810081</w:t>
        <w:br/>
        <w:t>vt 0.296078 0.984885</w:t>
        <w:br/>
        <w:t>vt 0.268602 0.990877</w:t>
        <w:br/>
        <w:t>vt 0.270842 0.981644</w:t>
        <w:br/>
        <w:t>vt 0.296124 0.980052</w:t>
        <w:br/>
        <w:t>vt 0.275413 0.971019</w:t>
        <w:br/>
        <w:t>vt 0.298644 0.974042</w:t>
        <w:br/>
        <w:t>vt 0.296124 0.980052</w:t>
        <w:br/>
        <w:t>vt 0.270842 0.981644</w:t>
        <w:br/>
        <w:t>vt 0.222689 0.872717</w:t>
        <w:br/>
        <w:t>vt 0.218939 0.874034</w:t>
        <w:br/>
        <w:t>vt 0.219433 0.861867</w:t>
        <w:br/>
        <w:t>vt 0.225551 0.859873</w:t>
        <w:br/>
        <w:t>vt 0.324453 0.977213</w:t>
        <w:br/>
        <w:t>vt 0.218387 0.887275</w:t>
        <w:br/>
        <w:t>vt 0.243944 0.798032</w:t>
        <w:br/>
        <w:t>vt 0.242885 0.810706</w:t>
        <w:br/>
        <w:t>vt 0.225075 0.810081</w:t>
        <w:br/>
        <w:t>vt 0.222965 0.794720</w:t>
        <w:br/>
        <w:t>vt 0.231754 0.861203</w:t>
        <w:br/>
        <w:t>vt 0.225743 0.874231</w:t>
        <w:br/>
        <w:t>vt 0.222689 0.872717</w:t>
        <w:br/>
        <w:t>vt 0.225551 0.859873</w:t>
        <w:br/>
        <w:t>vt 0.218387 0.887275</w:t>
        <w:br/>
        <w:t>vt 0.228926 0.992724</w:t>
        <w:br/>
        <w:t>vt 0.193665 0.989317</w:t>
        <w:br/>
        <w:t>vt 0.199726 0.968564</w:t>
        <w:br/>
        <w:t>vt 0.234439 0.976516</w:t>
        <w:br/>
        <w:t>vt 0.240166 0.961096</w:t>
        <w:br/>
        <w:t>vt 0.234439 0.976516</w:t>
        <w:br/>
        <w:t>vt 0.199726 0.968564</w:t>
        <w:br/>
        <w:t>vt 0.206642 0.949100</w:t>
        <w:br/>
        <w:t>vt 0.226847 0.842908</w:t>
        <w:br/>
        <w:t>vt 0.218742 0.843536</w:t>
        <w:br/>
        <w:t>vt 0.216676 0.825757</w:t>
        <w:br/>
        <w:t>vt 0.226490 0.826658</w:t>
        <w:br/>
        <w:t>vt 0.240922 0.825124</w:t>
        <w:br/>
        <w:t>vt 0.237450 0.842508</w:t>
        <w:br/>
        <w:t>vt 0.226847 0.842908</w:t>
        <w:br/>
        <w:t>vt 0.226490 0.826658</w:t>
        <w:br/>
        <w:t>vt 0.782053 0.168792</w:t>
        <w:br/>
        <w:t>vt 0.796695 0.151855</w:t>
        <w:br/>
        <w:t>vt 0.803816 0.166067</w:t>
        <w:br/>
        <w:t>vt 0.802152 0.183056</w:t>
        <w:br/>
        <w:t>vt 0.773596 0.192121</w:t>
        <w:br/>
        <w:t>vt 0.799695 0.199560</w:t>
        <w:br/>
        <w:t>vt 0.770504 0.216705</w:t>
        <w:br/>
        <w:t>vt 0.797497 0.223008</w:t>
        <w:br/>
        <w:t>vt 0.769112 0.158295</w:t>
        <w:br/>
        <w:t>vt 0.788684 0.139311</w:t>
        <w:br/>
        <w:t>vt 0.756507 0.184344</w:t>
        <w:br/>
        <w:t>vt 0.751510 0.211699</w:t>
        <w:br/>
        <w:t>vt 0.754192 0.145676</w:t>
        <w:br/>
        <w:t>vt 0.778131 0.124349</w:t>
        <w:br/>
        <w:t>vt 0.737555 0.174959</w:t>
        <w:br/>
        <w:t>vt 0.730075 0.206043</w:t>
        <w:br/>
        <w:t>vt 0.765287 0.105396</w:t>
        <w:br/>
        <w:t>vt 0.736220 0.130452</w:t>
        <w:br/>
        <w:t>vt 0.715326 0.164664</w:t>
        <w:br/>
        <w:t>vt 0.705260 0.201048</w:t>
        <w:br/>
        <w:t>vt 0.781596 0.283604</w:t>
        <w:br/>
        <w:t>vt 0.771106 0.262887</w:t>
        <w:br/>
        <w:t>vt 0.798282 0.265276</w:t>
        <w:br/>
        <w:t>vt 0.802887 0.278689</w:t>
        <w:br/>
        <w:t>vt 0.762687 0.288255</w:t>
        <w:br/>
        <w:t>vt 0.752447 0.263601</w:t>
        <w:br/>
        <w:t>vt 0.741815 0.293990</w:t>
        <w:br/>
        <w:t>vt 0.732107 0.265404</w:t>
        <w:br/>
        <w:t>vt 0.718900 0.300108</w:t>
        <w:br/>
        <w:t>vt 0.709532 0.268785</w:t>
        <w:br/>
        <w:t>vt 0.770609 0.240862</w:t>
        <w:br/>
        <w:t>vt 0.798434 0.245924</w:t>
        <w:br/>
        <w:t>vt 0.750815 0.238812</w:t>
        <w:br/>
        <w:t>vt 0.729072 0.237150</w:t>
        <w:br/>
        <w:t>vt 0.704318 0.237101</w:t>
        <w:br/>
        <w:t>vt 0.923779 0.156074</w:t>
        <w:br/>
        <w:t>vt 0.904915 0.173282</w:t>
        <w:br/>
        <w:t>vt 0.903036 0.155950</w:t>
        <w:br/>
        <w:t>vt 0.910544 0.139896</w:t>
        <w:br/>
        <w:t>vt 0.937778 0.144803</w:t>
        <w:br/>
        <w:t>vt 0.920332 0.122345</w:t>
        <w:br/>
        <w:t>vt 0.959779 0.131959</w:t>
        <w:br/>
        <w:t>vt 0.953561 0.111078</w:t>
        <w:br/>
        <w:t>vt 0.989276 0.105196</w:t>
        <w:br/>
        <w:t>vt 0.989276 0.125299</w:t>
        <w:br/>
        <w:t>vt 0.929545 0.179344</w:t>
        <w:br/>
        <w:t>vt 0.905814 0.190263</w:t>
        <w:br/>
        <w:t>vt 0.945781 0.171981</w:t>
        <w:br/>
        <w:t>vt 0.965230 0.156597</w:t>
        <w:br/>
        <w:t>vt 0.989276 0.149809</w:t>
        <w:br/>
        <w:t>vt 0.968851 0.174353</w:t>
        <w:br/>
        <w:t>vt 0.979138 0.170436</w:t>
        <w:br/>
        <w:t>vt 0.932132 0.200671</w:t>
        <w:br/>
        <w:t>vt 0.907754 0.209337</w:t>
        <w:br/>
        <w:t>vt 0.949712 0.195333</w:t>
        <w:br/>
        <w:t>vt 0.980339 0.178169</w:t>
        <w:br/>
        <w:t>vt 0.926468 0.274293</w:t>
        <w:br/>
        <w:t>vt 0.916021 0.262830</w:t>
        <w:br/>
        <w:t>vt 0.935195 0.258416</w:t>
        <w:br/>
        <w:t>vt 0.931808 0.243900</w:t>
        <w:br/>
        <w:t>vt 0.938128 0.249500</w:t>
        <w:br/>
        <w:t>vt 0.932076 0.228119</w:t>
        <w:br/>
        <w:t>vt 0.936034 0.236837</w:t>
        <w:br/>
        <w:t>vt 0.932354 0.214283</w:t>
        <w:br/>
        <w:t>vt 0.909378 0.233206</w:t>
        <w:br/>
        <w:t>vt 0.908727 0.221174</w:t>
        <w:br/>
        <w:t>vt 0.949806 0.261229</w:t>
        <w:br/>
        <w:t>vt 0.944892 0.283036</w:t>
        <w:br/>
        <w:t>vt 0.946061 0.228402</w:t>
        <w:br/>
        <w:t>vt 0.949902 0.210795</w:t>
        <w:br/>
        <w:t>vt 0.949666 0.226684</w:t>
        <w:br/>
        <w:t>vt 0.968944 0.264560</w:t>
        <w:br/>
        <w:t>vt 0.966232 0.289174</w:t>
        <w:br/>
        <w:t>vt 0.989276 0.269203</w:t>
        <w:br/>
        <w:t>vt 0.989276 0.294265</w:t>
        <w:br/>
        <w:t>vt 0.974093 0.245145</w:t>
        <w:br/>
        <w:t>vt 0.989276 0.247477</w:t>
        <w:br/>
        <w:t>vt 0.989276 0.223394</w:t>
        <w:br/>
        <w:t>vt 0.972272 0.222838</w:t>
        <w:br/>
        <w:t>vt 0.980228 0.208431</w:t>
        <w:br/>
        <w:t>vt 0.989276 0.207606</w:t>
        <w:br/>
        <w:t>vt 0.834235 0.144091</w:t>
        <w:br/>
        <w:t>vt 0.837097 0.161263</w:t>
        <w:br/>
        <w:t>vt 0.829246 0.126500</w:t>
        <w:br/>
        <w:t>vt 0.821965 0.107295</w:t>
        <w:br/>
        <w:t>vt 0.813781 0.084467</w:t>
        <w:br/>
        <w:t>vt 0.876388 0.139656</w:t>
        <w:br/>
        <w:t>vt 0.875058 0.158627</w:t>
        <w:br/>
        <w:t>vt 0.876202 0.120836</w:t>
        <w:br/>
        <w:t>vt 0.871590 0.099558</w:t>
        <w:br/>
        <w:t>vt 0.912433 0.095964</w:t>
        <w:br/>
        <w:t>vt 0.866463 0.074763</w:t>
        <w:br/>
        <w:t>vt 0.908250 0.070219</w:t>
        <w:br/>
        <w:t>vt 0.807917 0.291488</w:t>
        <w:br/>
        <w:t>vt 0.791985 0.299675</w:t>
        <w:br/>
        <w:t>vt 0.815552 0.306326</w:t>
        <w:br/>
        <w:t>vt 0.803700 0.313275</w:t>
        <w:br/>
        <w:t>vt 0.825355 0.321003</w:t>
        <w:br/>
        <w:t>vt 0.816031 0.326694</w:t>
        <w:br/>
        <w:t>vt 0.772243 0.307748</w:t>
        <w:br/>
        <w:t>vt 0.783079 0.310024</w:t>
        <w:br/>
        <w:t>vt 0.778061 0.323932</w:t>
        <w:br/>
        <w:t>vt 0.751866 0.322152</w:t>
        <w:br/>
        <w:t>vt 0.757839 0.343508</w:t>
        <w:br/>
        <w:t>vt 0.776268 0.342706</w:t>
        <w:br/>
        <w:t>vt 0.727845 0.328503</w:t>
        <w:br/>
        <w:t>vt 0.733457 0.349864</w:t>
        <w:br/>
        <w:t>vt 0.935257 0.300873</w:t>
        <w:br/>
        <w:t>vt 0.911333 0.289060</w:t>
        <w:br/>
        <w:t>vt 0.961184 0.308893</w:t>
        <w:br/>
        <w:t>vt 0.989276 0.316041</w:t>
        <w:br/>
        <w:t>vt 0.923045 0.317232</w:t>
        <w:br/>
        <w:t>vt 0.893221 0.305705</w:t>
        <w:br/>
        <w:t>vt 0.952420 0.328490</w:t>
        <w:br/>
        <w:t>vt 0.989276 0.335408</w:t>
        <w:br/>
        <w:t>vt 0.893744 0.339335</w:t>
        <w:br/>
        <w:t>vt 0.880956 0.339441</w:t>
        <w:br/>
        <w:t>vt 0.882927 0.334166</w:t>
        <w:br/>
        <w:t>vt 0.894561 0.333262</w:t>
        <w:br/>
        <w:t>vt 0.780547 0.356271</w:t>
        <w:br/>
        <w:t>vt 0.762738 0.365025</w:t>
        <w:br/>
        <w:t>vt 0.739094 0.371741</w:t>
        <w:br/>
        <w:t>vt 0.823533 0.288034</w:t>
        <w:br/>
        <w:t>vt 0.825082 0.278589</w:t>
        <w:br/>
        <w:t>vt 0.823324 0.242897</w:t>
        <w:br/>
        <w:t>vt 0.823618 0.256992</w:t>
        <w:br/>
        <w:t>vt 0.824954 0.231718</w:t>
        <w:br/>
        <w:t>vt 0.826826 0.272259</w:t>
        <w:br/>
        <w:t>vt 0.848316 0.271678</w:t>
        <w:br/>
        <w:t>vt 0.848655 0.282051</w:t>
        <w:br/>
        <w:t>vt 0.847129 0.257919</w:t>
        <w:br/>
        <w:t>vt 0.847563 0.246031</w:t>
        <w:br/>
        <w:t>vt 0.847225 0.253937</w:t>
        <w:br/>
        <w:t>vt 0.834487 0.183441</w:t>
        <w:br/>
        <w:t>vt 0.843244 0.182700</w:t>
        <w:br/>
        <w:t>vt 0.830182 0.203800</w:t>
        <w:br/>
        <w:t>vt 0.847857 0.204127</w:t>
        <w:br/>
        <w:t>vt 0.826481 0.217631</w:t>
        <w:br/>
        <w:t>vt 0.826100 0.221436</w:t>
        <w:br/>
        <w:t>vt 0.826100 0.221436</w:t>
        <w:br/>
        <w:t>vt 0.847990 0.231458</w:t>
        <w:br/>
        <w:t>vt 0.848070 0.234747</w:t>
        <w:br/>
        <w:t>vt 0.880317 0.178356</w:t>
        <w:br/>
        <w:t>vt 0.884478 0.198114</w:t>
        <w:br/>
        <w:t>vt 0.886077 0.216220</w:t>
        <w:br/>
        <w:t>vt 0.869929 0.180969</w:t>
        <w:br/>
        <w:t>vt 0.866199 0.202086</w:t>
        <w:br/>
        <w:t>vt 0.868809 0.221589</w:t>
        <w:br/>
        <w:t>vt 0.847990 0.231458</w:t>
        <w:br/>
        <w:t>vt 0.847939 0.223778</w:t>
        <w:br/>
        <w:t>vt 0.892839 0.268301</w:t>
        <w:br/>
        <w:t>vt 0.870993 0.277920</w:t>
        <w:br/>
        <w:t>vt 0.873583 0.287794</w:t>
        <w:br/>
        <w:t>vt 0.856722 0.290621</w:t>
        <w:br/>
        <w:t>vt 0.888928 0.253164</w:t>
        <w:br/>
        <w:t>vt 0.910639 0.247627</w:t>
        <w:br/>
        <w:t>vt 0.871303 0.266321</w:t>
        <w:br/>
        <w:t>vt 0.869984 0.255122</w:t>
        <w:br/>
        <w:t>vt 0.888040 0.239770</w:t>
        <w:br/>
        <w:t>vt 0.870838 0.245019</w:t>
        <w:br/>
        <w:t>vt 0.847129 0.257919</w:t>
        <w:br/>
        <w:t>vt 0.847225 0.253937</w:t>
        <w:br/>
        <w:t>vt 0.887940 0.226633</w:t>
        <w:br/>
        <w:t>vt 0.870748 0.235053</w:t>
        <w:br/>
        <w:t>vt 0.864885 0.229763</w:t>
        <w:br/>
        <w:t>vt 0.848070 0.234747</w:t>
        <w:br/>
        <w:t>vt 0.795929 0.323019</w:t>
        <w:br/>
        <w:t>vt 0.872609 0.332236</w:t>
        <w:br/>
        <w:t>vt 0.877220 0.329076</w:t>
        <w:br/>
        <w:t>vt 0.840482 0.287980</w:t>
        <w:br/>
        <w:t>vt 0.856722 0.290621</w:t>
        <w:br/>
        <w:t>vt 0.839756 0.305606</w:t>
        <w:br/>
        <w:t>vt 0.832708 0.302108</w:t>
        <w:br/>
        <w:t>vt 0.792814 0.339067</w:t>
        <w:br/>
        <w:t>vt 0.809276 0.338598</w:t>
        <w:br/>
        <w:t>vt 0.856722 0.290621</w:t>
        <w:br/>
        <w:t>vt 0.870795 0.294043</w:t>
        <w:br/>
        <w:t>vt 0.870649 0.308362</w:t>
        <w:br/>
        <w:t>vt 0.863112 0.309681</w:t>
        <w:br/>
        <w:t>vt 0.889380 0.316305</w:t>
        <w:br/>
        <w:t>vt 0.911667 0.325105</w:t>
        <w:br/>
        <w:t>vt 0.927329 0.322887</w:t>
        <w:br/>
        <w:t>vt 0.914986 0.330001</w:t>
        <w:br/>
        <w:t>vt 0.927329 0.322887</w:t>
        <w:br/>
        <w:t>vt 0.829640 0.328820</w:t>
        <w:br/>
        <w:t>vt 0.833497 0.318419</w:t>
        <w:br/>
        <w:t>vt 0.813336 0.345239</w:t>
        <w:br/>
        <w:t>vt 0.802028 0.349480</w:t>
        <w:br/>
        <w:t>vt 0.903711 0.329493</w:t>
        <w:br/>
        <w:t>vt 0.867257 0.322889</w:t>
        <w:br/>
        <w:t>vt 0.873380 0.319298</w:t>
        <w:br/>
        <w:t>vt 0.905215 0.335173</w:t>
        <w:br/>
        <w:t>vt 0.791909 0.351983</w:t>
        <w:br/>
        <w:t>vt 0.824527 0.338922</w:t>
        <w:br/>
        <w:t>vt 0.848655 0.282051</w:t>
        <w:br/>
        <w:t>vt 0.840482 0.287980</w:t>
        <w:br/>
        <w:t>vt 0.826826 0.272259</w:t>
        <w:br/>
        <w:t>vt 0.870993 0.277920</w:t>
        <w:br/>
        <w:t>vt 0.944181 0.253913</w:t>
        <w:br/>
        <w:t>vt 0.959335 0.253924</w:t>
        <w:br/>
        <w:t>vt 0.964282 0.248031</w:t>
        <w:br/>
        <w:t>vt 0.966155 0.239714</w:t>
        <w:br/>
        <w:t>vt 0.964953 0.230888</w:t>
        <w:br/>
        <w:t>vt 0.967211 0.209325</w:t>
        <w:br/>
        <w:t>vt 0.960500 0.226025</w:t>
        <w:br/>
        <w:t>vt 0.954545 0.225451</w:t>
        <w:br/>
        <w:t>vt 0.940111 0.231115</w:t>
        <w:br/>
        <w:t>vt 0.936730 0.242736</w:t>
        <w:br/>
        <w:t>vt 0.939625 0.248419</w:t>
        <w:br/>
        <w:t>vt 0.935527 0.242704</w:t>
        <w:br/>
        <w:t>vt 0.936973 0.236919</w:t>
        <w:br/>
        <w:t>vt 0.940348 0.232568</w:t>
        <w:br/>
        <w:t>vt 0.945426 0.230097</w:t>
        <w:br/>
        <w:t>vt 0.949284 0.228543</w:t>
        <w:br/>
        <w:t>vt 0.954661 0.227186</w:t>
        <w:br/>
        <w:t>vt 0.959790 0.228109</w:t>
        <w:br/>
        <w:t>vt 0.963515 0.232734</w:t>
        <w:br/>
        <w:t>vt 0.964356 0.239845</w:t>
        <w:br/>
        <w:t>vt 0.962306 0.246869</w:t>
        <w:br/>
        <w:t>vt 0.957856 0.251668</w:t>
        <w:br/>
        <w:t>vt 0.951541 0.256173</w:t>
        <w:br/>
        <w:t>vt 0.951272 0.253338</w:t>
        <w:br/>
        <w:t>vt 0.944748 0.251674</w:t>
        <w:br/>
        <w:t>vt 0.674613 0.183754</w:t>
        <w:br/>
        <w:t>vt 0.654019 0.180919</w:t>
        <w:br/>
        <w:t>vt 0.671167 0.190755</w:t>
        <w:br/>
        <w:t>vt 0.674438 0.177767</w:t>
        <w:br/>
        <w:t>vt 0.670217 0.172553</w:t>
        <w:br/>
        <w:t>vt 0.662645 0.171126</w:t>
        <w:br/>
        <w:t>vt 0.657409 0.170223</w:t>
        <w:br/>
        <w:t>vt 0.650232 0.169637</w:t>
        <w:br/>
        <w:t>vt 0.643839 0.170954</w:t>
        <w:br/>
        <w:t>vt 0.638630 0.174773</w:t>
        <w:br/>
        <w:t>vt 0.637234 0.182209</w:t>
        <w:br/>
        <w:t>vt 0.639924 0.191407</w:t>
        <w:br/>
        <w:t>vt 0.646717 0.197381</w:t>
        <w:br/>
        <w:t>vt 0.656243 0.197145</w:t>
        <w:br/>
        <w:t>vt 0.664101 0.194433</w:t>
        <w:br/>
        <w:t>vt 0.687779 0.186434</w:t>
        <w:br/>
        <w:t>vt 0.681492 0.197062</w:t>
        <w:br/>
        <w:t>vt 0.686996 0.199972</w:t>
        <w:br/>
        <w:t>vt 0.694171 0.187257</w:t>
        <w:br/>
        <w:t>vt 0.693814 0.174291</w:t>
        <w:br/>
        <w:t>vt 0.687562 0.175235</w:t>
        <w:br/>
        <w:t>vt 0.686089 0.164600</w:t>
        <w:br/>
        <w:t>vt 0.681659 0.167856</w:t>
        <w:br/>
        <w:t>vt 0.673774 0.159306</w:t>
        <w:br/>
        <w:t>vt 0.670592 0.163786</w:t>
        <w:br/>
        <w:t>vt 0.663238 0.156916</w:t>
        <w:br/>
        <w:t>vt 0.661052 0.161640</w:t>
        <w:br/>
        <w:t>vt 0.649223 0.156142</w:t>
        <w:br/>
        <w:t>vt 0.647963 0.160733</w:t>
        <w:br/>
        <w:t>vt 0.636728 0.159208</w:t>
        <w:br/>
        <w:t>vt 0.637844 0.163283</w:t>
        <w:br/>
        <w:t>vt 0.626997 0.168561</w:t>
        <w:br/>
        <w:t>vt 0.629699 0.170830</w:t>
        <w:br/>
        <w:t>vt 0.624805 0.183882</w:t>
        <w:br/>
        <w:t>vt 0.627967 0.183344</w:t>
        <w:br/>
        <w:t>vt 0.633310 0.196354</w:t>
        <w:br/>
        <w:t>vt 0.631222 0.198390</w:t>
        <w:br/>
        <w:t>vt 0.643532 0.204603</w:t>
        <w:br/>
        <w:t>vt 0.642941 0.207485</w:t>
        <w:br/>
        <w:t>vt 0.657507 0.206347</w:t>
        <w:br/>
        <w:t>vt 0.658751 0.210745</w:t>
        <w:br/>
        <w:t>vt 0.671064 0.202927</w:t>
        <w:br/>
        <w:t>vt 0.674613 0.207436</w:t>
        <w:br/>
        <w:t>vt 0.972059 0.197087</w:t>
        <w:br/>
        <w:t>vt 0.983021 0.195167</w:t>
        <w:br/>
        <w:t>vt 0.989276 0.196271</w:t>
        <w:br/>
        <w:t>vt 0.981464 0.183670</w:t>
        <w:br/>
        <w:t>vt 0.989276 0.187275</w:t>
        <w:br/>
        <w:t>vt 0.974428 0.188226</w:t>
        <w:br/>
        <w:t>vt 0.989276 0.167272</w:t>
        <w:br/>
        <w:t>vt 0.989276 0.178856</w:t>
        <w:br/>
        <w:t>vt 0.782053 0.168792</w:t>
        <w:br/>
        <w:t>vt 0.802152 0.183056</w:t>
        <w:br/>
        <w:t>vt 0.803816 0.166067</w:t>
        <w:br/>
        <w:t>vt 0.796695 0.151855</w:t>
        <w:br/>
        <w:t>vt 0.773596 0.192121</w:t>
        <w:br/>
        <w:t>vt 0.799695 0.199560</w:t>
        <w:br/>
        <w:t>vt 0.770504 0.216705</w:t>
        <w:br/>
        <w:t>vt 0.797497 0.223008</w:t>
        <w:br/>
        <w:t>vt 0.769112 0.158295</w:t>
        <w:br/>
        <w:t>vt 0.788684 0.139311</w:t>
        <w:br/>
        <w:t>vt 0.756507 0.184344</w:t>
        <w:br/>
        <w:t>vt 0.751510 0.211699</w:t>
        <w:br/>
        <w:t>vt 0.754192 0.145676</w:t>
        <w:br/>
        <w:t>vt 0.778131 0.124349</w:t>
        <w:br/>
        <w:t>vt 0.737555 0.174959</w:t>
        <w:br/>
        <w:t>vt 0.730075 0.206043</w:t>
        <w:br/>
        <w:t>vt 0.781596 0.283604</w:t>
        <w:br/>
        <w:t>vt 0.802887 0.278689</w:t>
        <w:br/>
        <w:t>vt 0.798282 0.265276</w:t>
        <w:br/>
        <w:t>vt 0.771106 0.262887</w:t>
        <w:br/>
        <w:t>vt 0.762687 0.288255</w:t>
        <w:br/>
        <w:t>vt 0.752447 0.263601</w:t>
        <w:br/>
        <w:t>vt 0.741815 0.293990</w:t>
        <w:br/>
        <w:t>vt 0.732107 0.265404</w:t>
        <w:br/>
        <w:t>vt 0.798434 0.245924</w:t>
        <w:br/>
        <w:t>vt 0.770609 0.240862</w:t>
        <w:br/>
        <w:t>vt 0.750815 0.238812</w:t>
        <w:br/>
        <w:t>vt 0.729072 0.237150</w:t>
        <w:br/>
        <w:t>vt 0.923779 0.156074</w:t>
        <w:br/>
        <w:t>vt 0.910544 0.139896</w:t>
        <w:br/>
        <w:t>vt 0.903036 0.155950</w:t>
        <w:br/>
        <w:t>vt 0.904915 0.173282</w:t>
        <w:br/>
        <w:t>vt 0.937778 0.144803</w:t>
        <w:br/>
        <w:t>vt 0.920332 0.122345</w:t>
        <w:br/>
        <w:t>vt 0.959779 0.131959</w:t>
        <w:br/>
        <w:t>vt 0.953561 0.111078</w:t>
        <w:br/>
        <w:t>vt 0.929545 0.179344</w:t>
        <w:br/>
        <w:t>vt 0.905814 0.190263</w:t>
        <w:br/>
        <w:t>vt 0.945781 0.171981</w:t>
        <w:br/>
        <w:t>vt 0.965230 0.156597</w:t>
        <w:br/>
        <w:t>vt 0.968851 0.174353</w:t>
        <w:br/>
        <w:t>vt 0.979138 0.170436</w:t>
        <w:br/>
        <w:t>vt 0.907754 0.209337</w:t>
        <w:br/>
        <w:t>vt 0.932132 0.200671</w:t>
        <w:br/>
        <w:t>vt 0.949712 0.195333</w:t>
        <w:br/>
        <w:t>vt 0.980339 0.178169</w:t>
        <w:br/>
        <w:t>vt 0.926468 0.274293</w:t>
        <w:br/>
        <w:t>vt 0.935195 0.258416</w:t>
        <w:br/>
        <w:t>vt 0.916021 0.262830</w:t>
        <w:br/>
        <w:t>vt 0.938128 0.249500</w:t>
        <w:br/>
        <w:t>vt 0.931808 0.243900</w:t>
        <w:br/>
        <w:t>vt 0.932076 0.228119</w:t>
        <w:br/>
        <w:t>vt 0.936034 0.236837</w:t>
        <w:br/>
        <w:t>vt 0.909378 0.233206</w:t>
        <w:br/>
        <w:t>vt 0.932354 0.214283</w:t>
        <w:br/>
        <w:t>vt 0.908727 0.221174</w:t>
        <w:br/>
        <w:t>vt 0.944892 0.283036</w:t>
        <w:br/>
        <w:t>vt 0.949806 0.261229</w:t>
        <w:br/>
        <w:t>vt 0.946061 0.228402</w:t>
        <w:br/>
        <w:t>vt 0.949666 0.226684</w:t>
        <w:br/>
        <w:t>vt 0.949902 0.210795</w:t>
        <w:br/>
        <w:t>vt 0.966232 0.289174</w:t>
        <w:br/>
        <w:t>vt 0.968944 0.264560</w:t>
        <w:br/>
        <w:t>vt 0.974093 0.245145</w:t>
        <w:br/>
        <w:t>vt 0.980228 0.208431</w:t>
        <w:br/>
        <w:t>vt 0.972272 0.222838</w:t>
        <w:br/>
        <w:t>vt 0.834235 0.144091</w:t>
        <w:br/>
        <w:t>vt 0.837097 0.161263</w:t>
        <w:br/>
        <w:t>vt 0.829246 0.126500</w:t>
        <w:br/>
        <w:t>vt 0.821965 0.107295</w:t>
        <w:br/>
        <w:t>vt 0.876388 0.139656</w:t>
        <w:br/>
        <w:t>vt 0.875058 0.158627</w:t>
        <w:br/>
        <w:t>vt 0.876202 0.120836</w:t>
        <w:br/>
        <w:t>vt 0.912433 0.095964</w:t>
        <w:br/>
        <w:t>vt 0.871590 0.099558</w:t>
        <w:br/>
        <w:t>vt 0.791985 0.299675</w:t>
        <w:br/>
        <w:t>vt 0.807917 0.291488</w:t>
        <w:br/>
        <w:t>vt 0.803700 0.313275</w:t>
        <w:br/>
        <w:t>vt 0.815552 0.306326</w:t>
        <w:br/>
        <w:t>vt 0.816031 0.326694</w:t>
        <w:br/>
        <w:t>vt 0.825355 0.321003</w:t>
        <w:br/>
        <w:t>vt 0.772243 0.307748</w:t>
        <w:br/>
        <w:t>vt 0.778061 0.323932</w:t>
        <w:br/>
        <w:t>vt 0.783079 0.310024</w:t>
        <w:br/>
        <w:t>vt 0.751866 0.322152</w:t>
        <w:br/>
        <w:t>vt 0.757839 0.343508</w:t>
        <w:br/>
        <w:t>vt 0.776268 0.342706</w:t>
        <w:br/>
        <w:t>vt 0.935257 0.300873</w:t>
        <w:br/>
        <w:t>vt 0.911333 0.289060</w:t>
        <w:br/>
        <w:t>vt 0.961184 0.308893</w:t>
        <w:br/>
        <w:t>vt 0.923045 0.317232</w:t>
        <w:br/>
        <w:t>vt 0.893221 0.305705</w:t>
        <w:br/>
        <w:t>vt 0.952420 0.328490</w:t>
        <w:br/>
        <w:t>vt 0.893744 0.339335</w:t>
        <w:br/>
        <w:t>vt 0.894561 0.333262</w:t>
        <w:br/>
        <w:t>vt 0.882927 0.334166</w:t>
        <w:br/>
        <w:t>vt 0.880956 0.339441</w:t>
        <w:br/>
        <w:t>vt 0.762738 0.365025</w:t>
        <w:br/>
        <w:t>vt 0.780547 0.356271</w:t>
        <w:br/>
        <w:t>vt 0.823533 0.288034</w:t>
        <w:br/>
        <w:t>vt 0.825082 0.278589</w:t>
        <w:br/>
        <w:t>vt 0.823618 0.256992</w:t>
        <w:br/>
        <w:t>vt 0.823324 0.242897</w:t>
        <w:br/>
        <w:t>vt 0.824954 0.231718</w:t>
        <w:br/>
        <w:t>vt 0.826826 0.272259</w:t>
        <w:br/>
        <w:t>vt 0.848655 0.282051</w:t>
        <w:br/>
        <w:t>vt 0.848316 0.271678</w:t>
        <w:br/>
        <w:t>vt 0.847129 0.257919</w:t>
        <w:br/>
        <w:t>vt 0.847225 0.253937</w:t>
        <w:br/>
        <w:t>vt 0.847563 0.246031</w:t>
        <w:br/>
        <w:t>vt 0.834487 0.183441</w:t>
        <w:br/>
        <w:t>vt 0.843244 0.182700</w:t>
        <w:br/>
        <w:t>vt 0.830182 0.203800</w:t>
        <w:br/>
        <w:t>vt 0.847857 0.204127</w:t>
        <w:br/>
        <w:t>vt 0.826100 0.221436</w:t>
        <w:br/>
        <w:t>vt 0.826481 0.217631</w:t>
        <w:br/>
        <w:t>vt 0.826100 0.221436</w:t>
        <w:br/>
        <w:t>vt 0.848070 0.234747</w:t>
        <w:br/>
        <w:t>vt 0.847990 0.231458</w:t>
        <w:br/>
        <w:t>vt 0.880317 0.178356</w:t>
        <w:br/>
        <w:t>vt 0.884478 0.198114</w:t>
        <w:br/>
        <w:t>vt 0.886077 0.216220</w:t>
        <w:br/>
        <w:t>vt 0.869929 0.180969</w:t>
        <w:br/>
        <w:t>vt 0.866199 0.202086</w:t>
        <w:br/>
        <w:t>vt 0.868809 0.221589</w:t>
        <w:br/>
        <w:t>vt 0.847939 0.223778</w:t>
        <w:br/>
        <w:t>vt 0.847990 0.231458</w:t>
        <w:br/>
        <w:t>vt 0.892839 0.268301</w:t>
        <w:br/>
        <w:t>vt 0.870993 0.277920</w:t>
        <w:br/>
        <w:t>vt 0.856722 0.290621</w:t>
        <w:br/>
        <w:t>vt 0.873583 0.287794</w:t>
        <w:br/>
        <w:t>vt 0.910639 0.247627</w:t>
        <w:br/>
        <w:t>vt 0.888928 0.253164</w:t>
        <w:br/>
        <w:t>vt 0.871303 0.266321</w:t>
        <w:br/>
        <w:t>vt 0.869984 0.255122</w:t>
        <w:br/>
        <w:t>vt 0.888040 0.239770</w:t>
        <w:br/>
        <w:t>vt 0.870838 0.245019</w:t>
        <w:br/>
        <w:t>vt 0.847225 0.253937</w:t>
        <w:br/>
        <w:t>vt 0.847129 0.257919</w:t>
        <w:br/>
        <w:t>vt 0.887940 0.226633</w:t>
        <w:br/>
        <w:t>vt 0.864885 0.229763</w:t>
        <w:br/>
        <w:t>vt 0.870748 0.235053</w:t>
        <w:br/>
        <w:t>vt 0.848070 0.234747</w:t>
        <w:br/>
        <w:t>vt 0.795929 0.323019</w:t>
        <w:br/>
        <w:t>vt 0.877220 0.329076</w:t>
        <w:br/>
        <w:t>vt 0.872609 0.332236</w:t>
        <w:br/>
        <w:t>vt 0.839756 0.305606</w:t>
        <w:br/>
        <w:t>vt 0.856722 0.290621</w:t>
        <w:br/>
        <w:t>vt 0.840482 0.287980</w:t>
        <w:br/>
        <w:t>vt 0.832708 0.302108</w:t>
        <w:br/>
        <w:t>vt 0.792814 0.339067</w:t>
        <w:br/>
        <w:t>vt 0.809276 0.338598</w:t>
        <w:br/>
        <w:t>vt 0.870649 0.308362</w:t>
        <w:br/>
        <w:t>vt 0.870795 0.294043</w:t>
        <w:br/>
        <w:t>vt 0.856722 0.290621</w:t>
        <w:br/>
        <w:t>vt 0.863112 0.309681</w:t>
        <w:br/>
        <w:t>vt 0.889380 0.316305</w:t>
        <w:br/>
        <w:t>vt 0.911667 0.325105</w:t>
        <w:br/>
        <w:t>vt 0.914986 0.330001</w:t>
        <w:br/>
        <w:t>vt 0.927329 0.322887</w:t>
        <w:br/>
        <w:t>vt 0.927329 0.322887</w:t>
        <w:br/>
        <w:t>vt 0.829640 0.328820</w:t>
        <w:br/>
        <w:t>vt 0.833497 0.318419</w:t>
        <w:br/>
        <w:t>vt 0.813336 0.345239</w:t>
        <w:br/>
        <w:t>vt 0.802028 0.349480</w:t>
        <w:br/>
        <w:t>vt 0.903711 0.329493</w:t>
        <w:br/>
        <w:t>vt 0.867257 0.322889</w:t>
        <w:br/>
        <w:t>vt 0.873380 0.319298</w:t>
        <w:br/>
        <w:t>vt 0.905215 0.335173</w:t>
        <w:br/>
        <w:t>vt 0.791909 0.351983</w:t>
        <w:br/>
        <w:t>vt 0.824527 0.338922</w:t>
        <w:br/>
        <w:t>vt 0.848655 0.282051</w:t>
        <w:br/>
        <w:t>vt 0.840482 0.287980</w:t>
        <w:br/>
        <w:t>vt 0.826826 0.272259</w:t>
        <w:br/>
        <w:t>vt 0.870993 0.277920</w:t>
        <w:br/>
        <w:t>vt 0.944181 0.253913</w:t>
        <w:br/>
        <w:t>vt 0.964282 0.248031</w:t>
        <w:br/>
        <w:t>vt 0.959335 0.253924</w:t>
        <w:br/>
        <w:t>vt 0.964953 0.230888</w:t>
        <w:br/>
        <w:t>vt 0.966155 0.239714</w:t>
        <w:br/>
        <w:t>vt 0.954545 0.225451</w:t>
        <w:br/>
        <w:t>vt 0.960500 0.226025</w:t>
        <w:br/>
        <w:t>vt 0.967211 0.209325</w:t>
        <w:br/>
        <w:t>vt 0.940111 0.231115</w:t>
        <w:br/>
        <w:t>vt 0.939625 0.248419</w:t>
        <w:br/>
        <w:t>vt 0.936730 0.242736</w:t>
        <w:br/>
        <w:t>vt 0.935527 0.242704</w:t>
        <w:br/>
        <w:t>vt 0.936973 0.236919</w:t>
        <w:br/>
        <w:t>vt 0.940348 0.232568</w:t>
        <w:br/>
        <w:t>vt 0.945426 0.230097</w:t>
        <w:br/>
        <w:t>vt 0.949284 0.228543</w:t>
        <w:br/>
        <w:t>vt 0.954661 0.227186</w:t>
        <w:br/>
        <w:t>vt 0.959790 0.228109</w:t>
        <w:br/>
        <w:t>vt 0.963515 0.232734</w:t>
        <w:br/>
        <w:t>vt 0.964356 0.239845</w:t>
        <w:br/>
        <w:t>vt 0.962306 0.246869</w:t>
        <w:br/>
        <w:t>vt 0.957856 0.251668</w:t>
        <w:br/>
        <w:t>vt 0.951541 0.256173</w:t>
        <w:br/>
        <w:t>vt 0.951272 0.253338</w:t>
        <w:br/>
        <w:t>vt 0.944748 0.251674</w:t>
        <w:br/>
        <w:t>vt 0.643171 0.183176</w:t>
        <w:br/>
        <w:t>vt 0.646617 0.190178</w:t>
        <w:br/>
        <w:t>vt 0.663765 0.180342</w:t>
        <w:br/>
        <w:t>vt 0.643346 0.177189</w:t>
        <w:br/>
        <w:t>vt 0.647567 0.171975</w:t>
        <w:br/>
        <w:t>vt 0.655138 0.170548</w:t>
        <w:br/>
        <w:t>vt 0.660375 0.169645</w:t>
        <w:br/>
        <w:t>vt 0.667552 0.169059</w:t>
        <w:br/>
        <w:t>vt 0.673945 0.170377</w:t>
        <w:br/>
        <w:t>vt 0.679154 0.174195</w:t>
        <w:br/>
        <w:t>vt 0.680550 0.181631</w:t>
        <w:br/>
        <w:t>vt 0.677859 0.190830</w:t>
        <w:br/>
        <w:t>vt 0.671067 0.196803</w:t>
        <w:br/>
        <w:t>vt 0.661541 0.196567</w:t>
        <w:br/>
        <w:t>vt 0.653683 0.193855</w:t>
        <w:br/>
        <w:t>vt 0.630788 0.199394</w:t>
        <w:br/>
        <w:t>vt 0.636291 0.196484</w:t>
        <w:br/>
        <w:t>vt 0.630005 0.185857</w:t>
        <w:br/>
        <w:t>vt 0.623613 0.186679</w:t>
        <w:br/>
        <w:t>vt 0.623970 0.173713</w:t>
        <w:br/>
        <w:t>vt 0.630222 0.174657</w:t>
        <w:br/>
        <w:t>vt 0.631695 0.164023</w:t>
        <w:br/>
        <w:t>vt 0.636124 0.167278</w:t>
        <w:br/>
        <w:t>vt 0.644010 0.158728</w:t>
        <w:br/>
        <w:t>vt 0.647192 0.163209</w:t>
        <w:br/>
        <w:t>vt 0.654546 0.156338</w:t>
        <w:br/>
        <w:t>vt 0.656732 0.161063</w:t>
        <w:br/>
        <w:t>vt 0.668561 0.155564</w:t>
        <w:br/>
        <w:t>vt 0.669821 0.160156</w:t>
        <w:br/>
        <w:t>vt 0.681056 0.158631</w:t>
        <w:br/>
        <w:t>vt 0.679940 0.162705</w:t>
        <w:br/>
        <w:t>vt 0.690787 0.167983</w:t>
        <w:br/>
        <w:t>vt 0.688085 0.170252</w:t>
        <w:br/>
        <w:t>vt 0.692979 0.183304</w:t>
        <w:br/>
        <w:t>vt 0.689817 0.182766</w:t>
        <w:br/>
        <w:t>vt 0.684473 0.195776</w:t>
        <w:br/>
        <w:t>vt 0.686562 0.197812</w:t>
        <w:br/>
        <w:t>vt 0.674252 0.204026</w:t>
        <w:br/>
        <w:t>vt 0.674843 0.206908</w:t>
        <w:br/>
        <w:t>vt 0.660276 0.205769</w:t>
        <w:br/>
        <w:t>vt 0.659033 0.210167</w:t>
        <w:br/>
        <w:t>vt 0.646720 0.202350</w:t>
        <w:br/>
        <w:t>vt 0.643171 0.206858</w:t>
        <w:br/>
        <w:t>vt 0.972059 0.197087</w:t>
        <w:br/>
        <w:t>vt 0.983021 0.195167</w:t>
        <w:br/>
        <w:t>vt 0.981464 0.183670</w:t>
        <w:br/>
        <w:t>vt 0.974428 0.188226</w:t>
        <w:br/>
        <w:t>vt 0.869643 0.014596</w:t>
        <w:br/>
        <w:t>vt 0.837525 0.014596</w:t>
        <w:br/>
        <w:t>vt 0.837525 0.022001</w:t>
        <w:br/>
        <w:t>vt 0.869643 0.022001</w:t>
        <w:br/>
        <w:t>vt 0.869643 0.009670</w:t>
        <w:br/>
        <w:t>vt 0.837525 0.009670</w:t>
        <w:br/>
        <w:t>vt 0.837525 0.014596</w:t>
        <w:br/>
        <w:t>vt 0.869643 0.014596</w:t>
        <w:br/>
        <w:t>vt 0.869643 0.033974</w:t>
        <w:br/>
        <w:t>vt 0.869643 0.029209</w:t>
        <w:br/>
        <w:t>vt 0.837525 0.029209</w:t>
        <w:br/>
        <w:t>vt 0.837525 0.033974</w:t>
        <w:br/>
        <w:t>vt 0.869643 0.022001</w:t>
        <w:br/>
        <w:t>vt 0.837525 0.022001</w:t>
        <w:br/>
        <w:t>vt 0.805412 0.014596</w:t>
        <w:br/>
        <w:t>vt 0.805412 0.022001</w:t>
        <w:br/>
        <w:t>vt 0.805412 0.009670</w:t>
        <w:br/>
        <w:t>vt 0.805412 0.014596</w:t>
        <w:br/>
        <w:t>vt 0.805412 0.029209</w:t>
        <w:br/>
        <w:t>vt 0.805412 0.033974</w:t>
        <w:br/>
        <w:t>vt 0.773315 0.014596</w:t>
        <w:br/>
        <w:t>vt 0.773315 0.022001</w:t>
        <w:br/>
        <w:t>vt 0.773315 0.009670</w:t>
        <w:br/>
        <w:t>vt 0.773315 0.014596</w:t>
        <w:br/>
        <w:t>vt 0.773315 0.029209</w:t>
        <w:br/>
        <w:t>vt 0.773315 0.033974</w:t>
        <w:br/>
        <w:t>vt 0.741228 0.014596</w:t>
        <w:br/>
        <w:t>vt 0.741228 0.022001</w:t>
        <w:br/>
        <w:t>vt 0.741228 0.009670</w:t>
        <w:br/>
        <w:t>vt 0.741228 0.014596</w:t>
        <w:br/>
        <w:t>vt 0.741228 0.029209</w:t>
        <w:br/>
        <w:t>vt 0.741228 0.033974</w:t>
        <w:br/>
        <w:t>vt 0.709145 0.014596</w:t>
        <w:br/>
        <w:t>vt 0.709145 0.022001</w:t>
        <w:br/>
        <w:t>vt 0.709145 0.009670</w:t>
        <w:br/>
        <w:t>vt 0.709145 0.014596</w:t>
        <w:br/>
        <w:t>vt 0.709145 0.029209</w:t>
        <w:br/>
        <w:t>vt 0.709145 0.033974</w:t>
        <w:br/>
        <w:t>vt 0.677068 0.014596</w:t>
        <w:br/>
        <w:t>vt 0.677068 0.022001</w:t>
        <w:br/>
        <w:t>vt 0.677068 0.009670</w:t>
        <w:br/>
        <w:t>vt 0.677068 0.014596</w:t>
        <w:br/>
        <w:t>vt 0.677068 0.029209</w:t>
        <w:br/>
        <w:t>vt 0.677068 0.033974</w:t>
        <w:br/>
        <w:t>vt 0.645140 0.014596</w:t>
        <w:br/>
        <w:t>vt 0.645140 0.022001</w:t>
        <w:br/>
        <w:t>vt 0.645140 0.009670</w:t>
        <w:br/>
        <w:t>vt 0.645140 0.014596</w:t>
        <w:br/>
        <w:t>vt 0.645141 0.029209</w:t>
        <w:br/>
        <w:t>vt 0.645141 0.033974</w:t>
        <w:br/>
        <w:t>vt 0.645140 0.022001</w:t>
        <w:br/>
        <w:t>vt 0.613944 0.014596</w:t>
        <w:br/>
        <w:t>vt 0.613944 0.022001</w:t>
        <w:br/>
        <w:t>vt 0.613944 0.009670</w:t>
        <w:br/>
        <w:t>vt 0.613944 0.014596</w:t>
        <w:br/>
        <w:t>vt 0.613944 0.029209</w:t>
        <w:br/>
        <w:t>vt 0.613944 0.033974</w:t>
        <w:br/>
        <w:t>vt 0.613944 0.022001</w:t>
        <w:br/>
        <w:t>vt 0.997002 0.022001</w:t>
        <w:br/>
        <w:t>vt 0.997002 0.014596</w:t>
        <w:br/>
        <w:t>vt 0.965782 0.014596</w:t>
        <w:br/>
        <w:t>vt 0.965782 0.022001</w:t>
        <w:br/>
        <w:t>vt 0.997002 0.009670</w:t>
        <w:br/>
        <w:t>vt 0.965782 0.009670</w:t>
        <w:br/>
        <w:t>vt 0.997002 0.014596</w:t>
        <w:br/>
        <w:t>vt 0.997002 0.033974</w:t>
        <w:br/>
        <w:t>vt 0.997002 0.029209</w:t>
        <w:br/>
        <w:t>vt 0.965782 0.029209</w:t>
        <w:br/>
        <w:t>vt 0.965782 0.033974</w:t>
        <w:br/>
        <w:t>vt 0.997002 0.022001</w:t>
        <w:br/>
        <w:t>vt 0.965782 0.022001</w:t>
        <w:br/>
        <w:t>vt 0.933838 0.014596</w:t>
        <w:br/>
        <w:t>vt 0.933838 0.022001</w:t>
        <w:br/>
        <w:t>vt 0.933838 0.009670</w:t>
        <w:br/>
        <w:t>vt 0.933838 0.029209</w:t>
        <w:br/>
        <w:t>vt 0.933838 0.033974</w:t>
        <w:br/>
        <w:t>vt 0.933838 0.022001</w:t>
        <w:br/>
        <w:t>vt 0.901754 0.014596</w:t>
        <w:br/>
        <w:t>vt 0.901754 0.022001</w:t>
        <w:br/>
        <w:t>vt 0.901754 0.009670</w:t>
        <w:br/>
        <w:t>vt 0.901754 0.029209</w:t>
        <w:br/>
        <w:t>vt 0.901754 0.033974</w:t>
        <w:br/>
        <w:t>vt 0.901754 0.022001</w:t>
        <w:br/>
        <w:t>vt 0.712889 0.064207</w:t>
        <w:br/>
        <w:t>vt 0.719438 0.064207</w:t>
        <w:br/>
        <w:t>vt 0.719438 0.060121</w:t>
        <w:br/>
        <w:t>vt 0.712889 0.060121</w:t>
        <w:br/>
        <w:t>vt 0.712889 0.067944</w:t>
        <w:br/>
        <w:t>vt 0.719438 0.067944</w:t>
        <w:br/>
        <w:t>vt 0.719438 0.064207</w:t>
        <w:br/>
        <w:t>vt 0.712889 0.064207</w:t>
        <w:br/>
        <w:t>vt 0.712889 0.070615</w:t>
        <w:br/>
        <w:t>vt 0.719438 0.070615</w:t>
        <w:br/>
        <w:t>vt 0.712889 0.049550</w:t>
        <w:br/>
        <w:t>vt 0.712889 0.052247</w:t>
        <w:br/>
        <w:t>vt 0.719438 0.052247</w:t>
        <w:br/>
        <w:t>vt 0.719438 0.049550</w:t>
        <w:br/>
        <w:t>vt 0.712889 0.056021</w:t>
        <w:br/>
        <w:t>vt 0.719438 0.056021</w:t>
        <w:br/>
        <w:t>vt 0.712889 0.056021</w:t>
        <w:br/>
        <w:t>vt 0.712889 0.060121</w:t>
        <w:br/>
        <w:t>vt 0.719438 0.060121</w:t>
        <w:br/>
        <w:t>vt 0.719438 0.056021</w:t>
        <w:br/>
        <w:t>vt 0.726672 0.064207</w:t>
        <w:br/>
        <w:t>vt 0.726672 0.060121</w:t>
        <w:br/>
        <w:t>vt 0.726672 0.067944</w:t>
        <w:br/>
        <w:t>vt 0.726672 0.064207</w:t>
        <w:br/>
        <w:t>vt 0.726672 0.070615</w:t>
        <w:br/>
        <w:t>vt 0.726672 0.052247</w:t>
        <w:br/>
        <w:t>vt 0.726672 0.049550</w:t>
        <w:br/>
        <w:t>vt 0.726672 0.056021</w:t>
        <w:br/>
        <w:t>vt 0.726672 0.060121</w:t>
        <w:br/>
        <w:t>vt 0.726672 0.056021</w:t>
        <w:br/>
        <w:t>vt 0.733934 0.064207</w:t>
        <w:br/>
        <w:t>vt 0.733934 0.060121</w:t>
        <w:br/>
        <w:t>vt 0.733934 0.067944</w:t>
        <w:br/>
        <w:t>vt 0.733934 0.064207</w:t>
        <w:br/>
        <w:t>vt 0.733934 0.070615</w:t>
        <w:br/>
        <w:t>vt 0.733934 0.052247</w:t>
        <w:br/>
        <w:t>vt 0.733934 0.049550</w:t>
        <w:br/>
        <w:t>vt 0.733934 0.056021</w:t>
        <w:br/>
        <w:t>vt 0.733934 0.060121</w:t>
        <w:br/>
        <w:t>vt 0.733934 0.056021</w:t>
        <w:br/>
        <w:t>vt 0.740684 0.064207</w:t>
        <w:br/>
        <w:t>vt 0.740684 0.060121</w:t>
        <w:br/>
        <w:t>vt 0.740684 0.067944</w:t>
        <w:br/>
        <w:t>vt 0.740684 0.064207</w:t>
        <w:br/>
        <w:t>vt 0.740684 0.070615</w:t>
        <w:br/>
        <w:t>vt 0.740684 0.052247</w:t>
        <w:br/>
        <w:t>vt 0.740684 0.049550</w:t>
        <w:br/>
        <w:t>vt 0.740684 0.056021</w:t>
        <w:br/>
        <w:t>vt 0.740684 0.060121</w:t>
        <w:br/>
        <w:t>vt 0.740684 0.056021</w:t>
        <w:br/>
        <w:t>vt 0.685022 0.064207</w:t>
        <w:br/>
        <w:t>vt 0.691788 0.064207</w:t>
        <w:br/>
        <w:t>vt 0.691788 0.060121</w:t>
        <w:br/>
        <w:t>vt 0.685022 0.060121</w:t>
        <w:br/>
        <w:t>vt 0.685022 0.067944</w:t>
        <w:br/>
        <w:t>vt 0.691788 0.067944</w:t>
        <w:br/>
        <w:t>vt 0.691788 0.064207</w:t>
        <w:br/>
        <w:t>vt 0.685022 0.064207</w:t>
        <w:br/>
        <w:t>vt 0.685022 0.070615</w:t>
        <w:br/>
        <w:t>vt 0.691788 0.070615</w:t>
        <w:br/>
        <w:t>vt 0.685022 0.049550</w:t>
        <w:br/>
        <w:t>vt 0.685022 0.052247</w:t>
        <w:br/>
        <w:t>vt 0.691788 0.052247</w:t>
        <w:br/>
        <w:t>vt 0.691788 0.049550</w:t>
        <w:br/>
        <w:t>vt 0.685022 0.056021</w:t>
        <w:br/>
        <w:t>vt 0.691788 0.056021</w:t>
        <w:br/>
        <w:t>vt 0.685022 0.056021</w:t>
        <w:br/>
        <w:t>vt 0.685022 0.060121</w:t>
        <w:br/>
        <w:t>vt 0.691788 0.060121</w:t>
        <w:br/>
        <w:t>vt 0.691788 0.056021</w:t>
        <w:br/>
        <w:t>vt 0.699077 0.064207</w:t>
        <w:br/>
        <w:t>vt 0.699077 0.060121</w:t>
        <w:br/>
        <w:t>vt 0.699077 0.067944</w:t>
        <w:br/>
        <w:t>vt 0.699077 0.064207</w:t>
        <w:br/>
        <w:t>vt 0.699077 0.070615</w:t>
        <w:br/>
        <w:t>vt 0.699077 0.052247</w:t>
        <w:br/>
        <w:t>vt 0.699077 0.049550</w:t>
        <w:br/>
        <w:t>vt 0.699077 0.056021</w:t>
        <w:br/>
        <w:t>vt 0.699077 0.060121</w:t>
        <w:br/>
        <w:t>vt 0.699077 0.056021</w:t>
        <w:br/>
        <w:t>vt 0.706248 0.064207</w:t>
        <w:br/>
        <w:t>vt 0.706248 0.060121</w:t>
        <w:br/>
        <w:t>vt 0.706248 0.067944</w:t>
        <w:br/>
        <w:t>vt 0.706248 0.064207</w:t>
        <w:br/>
        <w:t>vt 0.706248 0.070615</w:t>
        <w:br/>
        <w:t>vt 0.706248 0.052247</w:t>
        <w:br/>
        <w:t>vt 0.706248 0.049550</w:t>
        <w:br/>
        <w:t>vt 0.706248 0.056021</w:t>
        <w:br/>
        <w:t>vt 0.706248 0.060121</w:t>
        <w:br/>
        <w:t>vt 0.706248 0.056021</w:t>
        <w:br/>
        <w:t>vt 0.643586 0.065481</w:t>
        <w:br/>
        <w:t>vt 0.650154 0.065481</w:t>
        <w:br/>
        <w:t>vt 0.650154 0.061534</w:t>
        <w:br/>
        <w:t>vt 0.643586 0.061534</w:t>
        <w:br/>
        <w:t>vt 0.643586 0.069359</w:t>
        <w:br/>
        <w:t>vt 0.650154 0.069359</w:t>
        <w:br/>
        <w:t>vt 0.650154 0.065481</w:t>
        <w:br/>
        <w:t>vt 0.643586 0.065481</w:t>
        <w:br/>
        <w:t>vt 0.643586 0.072029</w:t>
        <w:br/>
        <w:t>vt 0.650154 0.072029</w:t>
        <w:br/>
        <w:t>vt 0.643586 0.050970</w:t>
        <w:br/>
        <w:t>vt 0.643586 0.053670</w:t>
        <w:br/>
        <w:t>vt 0.650154 0.053670</w:t>
        <w:br/>
        <w:t>vt 0.650154 0.050970</w:t>
        <w:br/>
        <w:t>vt 0.643586 0.057441</w:t>
        <w:br/>
        <w:t>vt 0.650154 0.057441</w:t>
        <w:br/>
        <w:t>vt 0.643586 0.057441</w:t>
        <w:br/>
        <w:t>vt 0.643586 0.061534</w:t>
        <w:br/>
        <w:t>vt 0.650154 0.061534</w:t>
        <w:br/>
        <w:t>vt 0.650154 0.057441</w:t>
        <w:br/>
        <w:t>vt 0.657389 0.065481</w:t>
        <w:br/>
        <w:t>vt 0.657389 0.061534</w:t>
        <w:br/>
        <w:t>vt 0.657389 0.069359</w:t>
        <w:br/>
        <w:t>vt 0.657389 0.065481</w:t>
        <w:br/>
        <w:t>vt 0.657389 0.072029</w:t>
        <w:br/>
        <w:t>vt 0.657389 0.053670</w:t>
        <w:br/>
        <w:t>vt 0.657389 0.050970</w:t>
        <w:br/>
        <w:t>vt 0.657389 0.057441</w:t>
        <w:br/>
        <w:t>vt 0.657389 0.061534</w:t>
        <w:br/>
        <w:t>vt 0.657389 0.057441</w:t>
        <w:br/>
        <w:t>vt 0.664646 0.065481</w:t>
        <w:br/>
        <w:t>vt 0.664646 0.061534</w:t>
        <w:br/>
        <w:t>vt 0.664646 0.069359</w:t>
        <w:br/>
        <w:t>vt 0.664646 0.065481</w:t>
        <w:br/>
        <w:t>vt 0.664646 0.072029</w:t>
        <w:br/>
        <w:t>vt 0.664646 0.053670</w:t>
        <w:br/>
        <w:t>vt 0.664646 0.050970</w:t>
        <w:br/>
        <w:t>vt 0.664646 0.057441</w:t>
        <w:br/>
        <w:t>vt 0.664646 0.061534</w:t>
        <w:br/>
        <w:t>vt 0.664646 0.057441</w:t>
        <w:br/>
        <w:t>vt 0.671410 0.065481</w:t>
        <w:br/>
        <w:t>vt 0.671410 0.061534</w:t>
        <w:br/>
        <w:t>vt 0.671410 0.069359</w:t>
        <w:br/>
        <w:t>vt 0.671410 0.065481</w:t>
        <w:br/>
        <w:t>vt 0.671410 0.072029</w:t>
        <w:br/>
        <w:t>vt 0.671410 0.053670</w:t>
        <w:br/>
        <w:t>vt 0.671410 0.050970</w:t>
        <w:br/>
        <w:t>vt 0.671410 0.057441</w:t>
        <w:br/>
        <w:t>vt 0.671410 0.061534</w:t>
        <w:br/>
        <w:t>vt 0.671410 0.057441</w:t>
        <w:br/>
        <w:t>vt 0.615734 0.065481</w:t>
        <w:br/>
        <w:t>vt 0.622500 0.065481</w:t>
        <w:br/>
        <w:t>vt 0.622500 0.061534</w:t>
        <w:br/>
        <w:t>vt 0.615734 0.061534</w:t>
        <w:br/>
        <w:t>vt 0.615734 0.069359</w:t>
        <w:br/>
        <w:t>vt 0.622500 0.069359</w:t>
        <w:br/>
        <w:t>vt 0.622500 0.065481</w:t>
        <w:br/>
        <w:t>vt 0.615734 0.065481</w:t>
        <w:br/>
        <w:t>vt 0.615734 0.072029</w:t>
        <w:br/>
        <w:t>vt 0.622500 0.072029</w:t>
        <w:br/>
        <w:t>vt 0.615734 0.050970</w:t>
        <w:br/>
        <w:t>vt 0.615734 0.053670</w:t>
        <w:br/>
        <w:t>vt 0.622500 0.053670</w:t>
        <w:br/>
        <w:t>vt 0.622500 0.050970</w:t>
        <w:br/>
        <w:t>vt 0.615734 0.057441</w:t>
        <w:br/>
        <w:t>vt 0.622500 0.057441</w:t>
        <w:br/>
        <w:t>vt 0.615734 0.057441</w:t>
        <w:br/>
        <w:t>vt 0.615734 0.061534</w:t>
        <w:br/>
        <w:t>vt 0.622500 0.061534</w:t>
        <w:br/>
        <w:t>vt 0.622500 0.057441</w:t>
        <w:br/>
        <w:t>vt 0.629789 0.065481</w:t>
        <w:br/>
        <w:t>vt 0.629789 0.061534</w:t>
        <w:br/>
        <w:t>vt 0.629789 0.069359</w:t>
        <w:br/>
        <w:t>vt 0.629789 0.065481</w:t>
        <w:br/>
        <w:t>vt 0.629789 0.072029</w:t>
        <w:br/>
        <w:t>vt 0.629789 0.053670</w:t>
        <w:br/>
        <w:t>vt 0.629789 0.050970</w:t>
        <w:br/>
        <w:t>vt 0.629789 0.057441</w:t>
        <w:br/>
        <w:t>vt 0.629789 0.061534</w:t>
        <w:br/>
        <w:t>vt 0.629789 0.057441</w:t>
        <w:br/>
        <w:t>vt 0.636947 0.065481</w:t>
        <w:br/>
        <w:t>vt 0.636947 0.061534</w:t>
        <w:br/>
        <w:t>vt 0.636947 0.069359</w:t>
        <w:br/>
        <w:t>vt 0.636947 0.065481</w:t>
        <w:br/>
        <w:t>vt 0.636947 0.072029</w:t>
        <w:br/>
        <w:t>vt 0.636947 0.053670</w:t>
        <w:br/>
        <w:t>vt 0.636947 0.050970</w:t>
        <w:br/>
        <w:t>vt 0.636947 0.057441</w:t>
        <w:br/>
        <w:t>vt 0.636947 0.061534</w:t>
        <w:br/>
        <w:t>vt 0.636947 0.057441</w:t>
        <w:br/>
        <w:t>vt 0.837525 0.022001</w:t>
        <w:br/>
        <w:t>vt 0.837525 0.014596</w:t>
        <w:br/>
        <w:t>vt 0.869643 0.014596</w:t>
        <w:br/>
        <w:t>vt 0.869643 0.022001</w:t>
        <w:br/>
        <w:t>vt 0.837525 0.014596</w:t>
        <w:br/>
        <w:t>vt 0.837525 0.009670</w:t>
        <w:br/>
        <w:t>vt 0.869643 0.009670</w:t>
        <w:br/>
        <w:t>vt 0.869643 0.014596</w:t>
        <w:br/>
        <w:t>vt 0.869643 0.033974</w:t>
        <w:br/>
        <w:t>vt 0.837525 0.033974</w:t>
        <w:br/>
        <w:t>vt 0.837525 0.029209</w:t>
        <w:br/>
        <w:t>vt 0.869643 0.029209</w:t>
        <w:br/>
        <w:t>vt 0.837525 0.022001</w:t>
        <w:br/>
        <w:t>vt 0.869643 0.022001</w:t>
        <w:br/>
        <w:t>vt 0.805412 0.022001</w:t>
        <w:br/>
        <w:t>vt 0.805412 0.014596</w:t>
        <w:br/>
        <w:t>vt 0.805412 0.014596</w:t>
        <w:br/>
        <w:t>vt 0.805412 0.009670</w:t>
        <w:br/>
        <w:t>vt 0.805412 0.033974</w:t>
        <w:br/>
        <w:t>vt 0.805412 0.029209</w:t>
        <w:br/>
        <w:t>vt 0.773315 0.022001</w:t>
        <w:br/>
        <w:t>vt 0.773315 0.014596</w:t>
        <w:br/>
        <w:t>vt 0.773315 0.014596</w:t>
        <w:br/>
        <w:t>vt 0.773315 0.009670</w:t>
        <w:br/>
        <w:t>vt 0.773315 0.033974</w:t>
        <w:br/>
        <w:t>vt 0.773315 0.029209</w:t>
        <w:br/>
        <w:t>vt 0.741228 0.022001</w:t>
        <w:br/>
        <w:t>vt 0.741228 0.014596</w:t>
        <w:br/>
        <w:t>vt 0.741228 0.014596</w:t>
        <w:br/>
        <w:t>vt 0.741228 0.009670</w:t>
        <w:br/>
        <w:t>vt 0.741228 0.033974</w:t>
        <w:br/>
        <w:t>vt 0.741228 0.029209</w:t>
        <w:br/>
        <w:t>vt 0.709145 0.022001</w:t>
        <w:br/>
        <w:t>vt 0.709145 0.014596</w:t>
        <w:br/>
        <w:t>vt 0.709145 0.014596</w:t>
        <w:br/>
        <w:t>vt 0.709145 0.009670</w:t>
        <w:br/>
        <w:t>vt 0.709145 0.033974</w:t>
        <w:br/>
        <w:t>vt 0.709145 0.029209</w:t>
        <w:br/>
        <w:t>vt 0.677068 0.022001</w:t>
        <w:br/>
        <w:t>vt 0.677068 0.014596</w:t>
        <w:br/>
        <w:t>vt 0.677068 0.014596</w:t>
        <w:br/>
        <w:t>vt 0.677068 0.009670</w:t>
        <w:br/>
        <w:t>vt 0.677068 0.033974</w:t>
        <w:br/>
        <w:t>vt 0.677068 0.029209</w:t>
        <w:br/>
        <w:t>vt 0.645140 0.022001</w:t>
        <w:br/>
        <w:t>vt 0.645140 0.014596</w:t>
        <w:br/>
        <w:t>vt 0.645140 0.014596</w:t>
        <w:br/>
        <w:t>vt 0.645140 0.009670</w:t>
        <w:br/>
        <w:t>vt 0.645141 0.033974</w:t>
        <w:br/>
        <w:t>vt 0.645141 0.029209</w:t>
        <w:br/>
        <w:t>vt 0.645140 0.022001</w:t>
        <w:br/>
        <w:t>vt 0.613944 0.022001</w:t>
        <w:br/>
        <w:t>vt 0.613944 0.014596</w:t>
        <w:br/>
        <w:t>vt 0.613944 0.014596</w:t>
        <w:br/>
        <w:t>vt 0.613944 0.009670</w:t>
        <w:br/>
        <w:t>vt 0.613944 0.033974</w:t>
        <w:br/>
        <w:t>vt 0.613944 0.029209</w:t>
        <w:br/>
        <w:t>vt 0.613944 0.022001</w:t>
        <w:br/>
        <w:t>vt 0.997002 0.022001</w:t>
        <w:br/>
        <w:t>vt 0.965782 0.022001</w:t>
        <w:br/>
        <w:t>vt 0.965782 0.014596</w:t>
        <w:br/>
        <w:t>vt 0.997002 0.014596</w:t>
        <w:br/>
        <w:t>vt 0.965782 0.009670</w:t>
        <w:br/>
        <w:t>vt 0.997002 0.009670</w:t>
        <w:br/>
        <w:t>vt 0.997002 0.014596</w:t>
        <w:br/>
        <w:t>vt 0.997002 0.033974</w:t>
        <w:br/>
        <w:t>vt 0.965782 0.033974</w:t>
        <w:br/>
        <w:t>vt 0.965782 0.029209</w:t>
        <w:br/>
        <w:t>vt 0.997002 0.029209</w:t>
        <w:br/>
        <w:t>vt 0.965782 0.022001</w:t>
        <w:br/>
        <w:t>vt 0.997002 0.022001</w:t>
        <w:br/>
        <w:t>vt 0.933838 0.022001</w:t>
        <w:br/>
        <w:t>vt 0.933838 0.014596</w:t>
        <w:br/>
        <w:t>vt 0.933838 0.009670</w:t>
        <w:br/>
        <w:t>vt 0.933838 0.033974</w:t>
        <w:br/>
        <w:t>vt 0.933838 0.029209</w:t>
        <w:br/>
        <w:t>vt 0.933838 0.022001</w:t>
        <w:br/>
        <w:t>vt 0.901754 0.022001</w:t>
        <w:br/>
        <w:t>vt 0.901754 0.014596</w:t>
        <w:br/>
        <w:t>vt 0.901754 0.009670</w:t>
        <w:br/>
        <w:t>vt 0.901754 0.033974</w:t>
        <w:br/>
        <w:t>vt 0.901754 0.029209</w:t>
        <w:br/>
        <w:t>vt 0.901754 0.022001</w:t>
        <w:br/>
        <w:t>vt 0.719438 0.060121</w:t>
        <w:br/>
        <w:t>vt 0.719438 0.064207</w:t>
        <w:br/>
        <w:t>vt 0.712889 0.064207</w:t>
        <w:br/>
        <w:t>vt 0.712889 0.060121</w:t>
        <w:br/>
        <w:t>vt 0.719438 0.064207</w:t>
        <w:br/>
        <w:t>vt 0.719438 0.067944</w:t>
        <w:br/>
        <w:t>vt 0.712889 0.067944</w:t>
        <w:br/>
        <w:t>vt 0.712889 0.064207</w:t>
        <w:br/>
        <w:t>vt 0.719438 0.070615</w:t>
        <w:br/>
        <w:t>vt 0.712889 0.070615</w:t>
        <w:br/>
        <w:t>vt 0.712889 0.049550</w:t>
        <w:br/>
        <w:t>vt 0.719438 0.049550</w:t>
        <w:br/>
        <w:t>vt 0.719438 0.052247</w:t>
        <w:br/>
        <w:t>vt 0.712889 0.052247</w:t>
        <w:br/>
        <w:t>vt 0.719438 0.056021</w:t>
        <w:br/>
        <w:t>vt 0.712889 0.056021</w:t>
        <w:br/>
        <w:t>vt 0.712889 0.056021</w:t>
        <w:br/>
        <w:t>vt 0.719438 0.056021</w:t>
        <w:br/>
        <w:t>vt 0.719438 0.060121</w:t>
        <w:br/>
        <w:t>vt 0.712889 0.060121</w:t>
        <w:br/>
        <w:t>vt 0.726672 0.060121</w:t>
        <w:br/>
        <w:t>vt 0.726672 0.064207</w:t>
        <w:br/>
        <w:t>vt 0.726672 0.064207</w:t>
        <w:br/>
        <w:t>vt 0.726672 0.067944</w:t>
        <w:br/>
        <w:t>vt 0.726672 0.070615</w:t>
        <w:br/>
        <w:t>vt 0.726672 0.049550</w:t>
        <w:br/>
        <w:t>vt 0.726672 0.052247</w:t>
        <w:br/>
        <w:t>vt 0.726672 0.056021</w:t>
        <w:br/>
        <w:t>vt 0.726672 0.056021</w:t>
        <w:br/>
        <w:t>vt 0.726672 0.060121</w:t>
        <w:br/>
        <w:t>vt 0.733934 0.060121</w:t>
        <w:br/>
        <w:t>vt 0.733934 0.064207</w:t>
        <w:br/>
        <w:t>vt 0.733934 0.064207</w:t>
        <w:br/>
        <w:t>vt 0.733934 0.067944</w:t>
        <w:br/>
        <w:t>vt 0.733934 0.070615</w:t>
        <w:br/>
        <w:t>vt 0.733934 0.049550</w:t>
        <w:br/>
        <w:t>vt 0.733934 0.052247</w:t>
        <w:br/>
        <w:t>vt 0.733934 0.056021</w:t>
        <w:br/>
        <w:t>vt 0.733934 0.056021</w:t>
        <w:br/>
        <w:t>vt 0.733934 0.060121</w:t>
        <w:br/>
        <w:t>vt 0.740684 0.060121</w:t>
        <w:br/>
        <w:t>vt 0.740684 0.064207</w:t>
        <w:br/>
        <w:t>vt 0.740684 0.064207</w:t>
        <w:br/>
        <w:t>vt 0.740684 0.067944</w:t>
        <w:br/>
        <w:t>vt 0.740684 0.070615</w:t>
        <w:br/>
        <w:t>vt 0.740684 0.049550</w:t>
        <w:br/>
        <w:t>vt 0.740684 0.052247</w:t>
        <w:br/>
        <w:t>vt 0.740684 0.056021</w:t>
        <w:br/>
        <w:t>vt 0.740684 0.056021</w:t>
        <w:br/>
        <w:t>vt 0.740684 0.060121</w:t>
        <w:br/>
        <w:t>vt 0.691788 0.060121</w:t>
        <w:br/>
        <w:t>vt 0.691788 0.064207</w:t>
        <w:br/>
        <w:t>vt 0.685022 0.064207</w:t>
        <w:br/>
        <w:t>vt 0.685022 0.060121</w:t>
        <w:br/>
        <w:t>vt 0.691788 0.064207</w:t>
        <w:br/>
        <w:t>vt 0.691788 0.067944</w:t>
        <w:br/>
        <w:t>vt 0.685022 0.067944</w:t>
        <w:br/>
        <w:t>vt 0.685022 0.064207</w:t>
        <w:br/>
        <w:t>vt 0.691788 0.070615</w:t>
        <w:br/>
        <w:t>vt 0.685022 0.070615</w:t>
        <w:br/>
        <w:t>vt 0.685022 0.049550</w:t>
        <w:br/>
        <w:t>vt 0.691788 0.049550</w:t>
        <w:br/>
        <w:t>vt 0.691788 0.052247</w:t>
        <w:br/>
        <w:t>vt 0.685022 0.052247</w:t>
        <w:br/>
        <w:t>vt 0.691788 0.056021</w:t>
        <w:br/>
        <w:t>vt 0.685022 0.056021</w:t>
        <w:br/>
        <w:t>vt 0.685022 0.056021</w:t>
        <w:br/>
        <w:t>vt 0.691788 0.056021</w:t>
        <w:br/>
        <w:t>vt 0.691788 0.060121</w:t>
        <w:br/>
        <w:t>vt 0.685022 0.060121</w:t>
        <w:br/>
        <w:t>vt 0.699077 0.060121</w:t>
        <w:br/>
        <w:t>vt 0.699077 0.064207</w:t>
        <w:br/>
        <w:t>vt 0.699077 0.064207</w:t>
        <w:br/>
        <w:t>vt 0.699077 0.067944</w:t>
        <w:br/>
        <w:t>vt 0.699077 0.070615</w:t>
        <w:br/>
        <w:t>vt 0.699077 0.049550</w:t>
        <w:br/>
        <w:t>vt 0.699077 0.052247</w:t>
        <w:br/>
        <w:t>vt 0.699077 0.056021</w:t>
        <w:br/>
        <w:t>vt 0.699077 0.056021</w:t>
        <w:br/>
        <w:t>vt 0.699077 0.060121</w:t>
        <w:br/>
        <w:t>vt 0.706248 0.060121</w:t>
        <w:br/>
        <w:t>vt 0.706248 0.064207</w:t>
        <w:br/>
        <w:t>vt 0.706248 0.064207</w:t>
        <w:br/>
        <w:t>vt 0.706248 0.067944</w:t>
        <w:br/>
        <w:t>vt 0.706248 0.070615</w:t>
        <w:br/>
        <w:t>vt 0.706248 0.049550</w:t>
        <w:br/>
        <w:t>vt 0.706248 0.052247</w:t>
        <w:br/>
        <w:t>vt 0.706248 0.056021</w:t>
        <w:br/>
        <w:t>vt 0.706248 0.056021</w:t>
        <w:br/>
        <w:t>vt 0.706248 0.060121</w:t>
        <w:br/>
        <w:t>vt 0.650154 0.061534</w:t>
        <w:br/>
        <w:t>vt 0.650154 0.065481</w:t>
        <w:br/>
        <w:t>vt 0.643586 0.065481</w:t>
        <w:br/>
        <w:t>vt 0.643586 0.061534</w:t>
        <w:br/>
        <w:t>vt 0.650154 0.065481</w:t>
        <w:br/>
        <w:t>vt 0.650154 0.069359</w:t>
        <w:br/>
        <w:t>vt 0.643586 0.069359</w:t>
        <w:br/>
        <w:t>vt 0.643586 0.065481</w:t>
        <w:br/>
        <w:t>vt 0.650154 0.072029</w:t>
        <w:br/>
        <w:t>vt 0.643586 0.072029</w:t>
        <w:br/>
        <w:t>vt 0.643586 0.050970</w:t>
        <w:br/>
        <w:t>vt 0.650154 0.050970</w:t>
        <w:br/>
        <w:t>vt 0.650154 0.053670</w:t>
        <w:br/>
        <w:t>vt 0.643586 0.053670</w:t>
        <w:br/>
        <w:t>vt 0.650154 0.057441</w:t>
        <w:br/>
        <w:t>vt 0.643586 0.057441</w:t>
        <w:br/>
        <w:t>vt 0.643586 0.057441</w:t>
        <w:br/>
        <w:t>vt 0.650154 0.057441</w:t>
        <w:br/>
        <w:t>vt 0.650154 0.061534</w:t>
        <w:br/>
        <w:t>vt 0.643586 0.061534</w:t>
        <w:br/>
        <w:t>vt 0.657389 0.061534</w:t>
        <w:br/>
        <w:t>vt 0.657389 0.065481</w:t>
        <w:br/>
        <w:t>vt 0.657389 0.065481</w:t>
        <w:br/>
        <w:t>vt 0.657389 0.069359</w:t>
        <w:br/>
        <w:t>vt 0.657389 0.072029</w:t>
        <w:br/>
        <w:t>vt 0.657389 0.050970</w:t>
        <w:br/>
        <w:t>vt 0.657389 0.053670</w:t>
        <w:br/>
        <w:t>vt 0.657389 0.057441</w:t>
        <w:br/>
        <w:t>vt 0.657389 0.057441</w:t>
        <w:br/>
        <w:t>vt 0.657389 0.061534</w:t>
        <w:br/>
        <w:t>vt 0.664646 0.061534</w:t>
        <w:br/>
        <w:t>vt 0.664646 0.065481</w:t>
        <w:br/>
        <w:t>vt 0.664646 0.065481</w:t>
        <w:br/>
        <w:t>vt 0.664646 0.069359</w:t>
        <w:br/>
        <w:t>vt 0.664646 0.072029</w:t>
        <w:br/>
        <w:t>vt 0.664646 0.050970</w:t>
        <w:br/>
        <w:t>vt 0.664646 0.053670</w:t>
        <w:br/>
        <w:t>vt 0.664646 0.057441</w:t>
        <w:br/>
        <w:t>vt 0.664646 0.057441</w:t>
        <w:br/>
        <w:t>vt 0.664646 0.061534</w:t>
        <w:br/>
        <w:t>vt 0.671410 0.061534</w:t>
        <w:br/>
        <w:t>vt 0.671410 0.065481</w:t>
        <w:br/>
        <w:t>vt 0.671410 0.065481</w:t>
        <w:br/>
        <w:t>vt 0.671410 0.069359</w:t>
        <w:br/>
        <w:t>vt 0.671410 0.072029</w:t>
        <w:br/>
        <w:t>vt 0.671410 0.050970</w:t>
        <w:br/>
        <w:t>vt 0.671410 0.053670</w:t>
        <w:br/>
        <w:t>vt 0.671410 0.057441</w:t>
        <w:br/>
        <w:t>vt 0.671410 0.057441</w:t>
        <w:br/>
        <w:t>vt 0.671410 0.061534</w:t>
        <w:br/>
        <w:t>vt 0.622500 0.061534</w:t>
        <w:br/>
        <w:t>vt 0.622500 0.065481</w:t>
        <w:br/>
        <w:t>vt 0.615734 0.065481</w:t>
        <w:br/>
        <w:t>vt 0.615734 0.061534</w:t>
        <w:br/>
        <w:t>vt 0.622500 0.065481</w:t>
        <w:br/>
        <w:t>vt 0.622500 0.069359</w:t>
        <w:br/>
        <w:t>vt 0.615734 0.069359</w:t>
        <w:br/>
        <w:t>vt 0.615734 0.065481</w:t>
        <w:br/>
        <w:t>vt 0.622500 0.072029</w:t>
        <w:br/>
        <w:t>vt 0.615734 0.072029</w:t>
        <w:br/>
        <w:t>vt 0.615734 0.050970</w:t>
        <w:br/>
        <w:t>vt 0.622500 0.050970</w:t>
        <w:br/>
        <w:t>vt 0.622500 0.053670</w:t>
        <w:br/>
        <w:t>vt 0.615734 0.053670</w:t>
        <w:br/>
        <w:t>vt 0.622500 0.057441</w:t>
        <w:br/>
        <w:t>vt 0.615734 0.057441</w:t>
        <w:br/>
        <w:t>vt 0.615734 0.057441</w:t>
        <w:br/>
        <w:t>vt 0.622500 0.057441</w:t>
        <w:br/>
        <w:t>vt 0.622500 0.061534</w:t>
        <w:br/>
        <w:t>vt 0.615734 0.061534</w:t>
        <w:br/>
        <w:t>vt 0.629789 0.061534</w:t>
        <w:br/>
        <w:t>vt 0.629789 0.065481</w:t>
        <w:br/>
        <w:t>vt 0.629789 0.065481</w:t>
        <w:br/>
        <w:t>vt 0.629789 0.069359</w:t>
        <w:br/>
        <w:t>vt 0.629789 0.072029</w:t>
        <w:br/>
        <w:t>vt 0.629789 0.050970</w:t>
        <w:br/>
        <w:t>vt 0.629789 0.053670</w:t>
        <w:br/>
        <w:t>vt 0.629789 0.057441</w:t>
        <w:br/>
        <w:t>vt 0.629789 0.057441</w:t>
        <w:br/>
        <w:t>vt 0.629789 0.061534</w:t>
        <w:br/>
        <w:t>vt 0.636947 0.061534</w:t>
        <w:br/>
        <w:t>vt 0.636947 0.065481</w:t>
        <w:br/>
        <w:t>vt 0.636947 0.065481</w:t>
        <w:br/>
        <w:t>vt 0.636947 0.069359</w:t>
        <w:br/>
        <w:t>vt 0.636947 0.072029</w:t>
        <w:br/>
        <w:t>vt 0.636947 0.050970</w:t>
        <w:br/>
        <w:t>vt 0.636947 0.053670</w:t>
        <w:br/>
        <w:t>vt 0.636947 0.057441</w:t>
        <w:br/>
        <w:t>vt 0.636947 0.057441</w:t>
        <w:br/>
        <w:t>vt 0.636947 0.061534</w:t>
        <w:br/>
        <w:t>vt 0.820004 0.710145</w:t>
        <w:br/>
        <w:t>vt 0.834222 0.706347</w:t>
        <w:br/>
        <w:t>vt 0.835624 0.716080</w:t>
        <w:br/>
        <w:t>vt 0.822932 0.723722</w:t>
        <w:br/>
        <w:t>vt 0.793919 0.710145</w:t>
        <w:br/>
        <w:t>vt 0.807361 0.709614</w:t>
        <w:br/>
        <w:t>vt 0.807627 0.726782</w:t>
        <w:br/>
        <w:t>vt 0.793919 0.728246</w:t>
        <w:br/>
        <w:t>vt 0.793919 0.775096</w:t>
        <w:br/>
        <w:t>vt 0.809756 0.790403</w:t>
        <w:br/>
        <w:t>vt 0.793919 0.790535</w:t>
        <w:br/>
        <w:t>vt 0.830519 0.783614</w:t>
        <w:br/>
        <w:t>vt 0.817343 0.773100</w:t>
        <w:br/>
        <w:t>vt 0.839569 0.758460</w:t>
        <w:br/>
        <w:t>vt 0.850084 0.768841</w:t>
        <w:br/>
        <w:t>vt 0.833048 0.747280</w:t>
        <w:br/>
        <w:t>vt 0.847863 0.739469</w:t>
        <w:br/>
        <w:t>vt 0.854003 0.747968</w:t>
        <w:br/>
        <w:t>vt 0.810821 0.756597</w:t>
        <w:br/>
        <w:t>vt 0.793919 0.758992</w:t>
        <w:br/>
        <w:t>vt 0.812552 0.500256</w:t>
        <w:br/>
        <w:t>vt 0.820271 0.510237</w:t>
        <w:br/>
        <w:t>vt 0.793919 0.507576</w:t>
        <w:br/>
        <w:t>vt 0.833581 0.527807</w:t>
        <w:br/>
        <w:t>vt 0.829987 0.543911</w:t>
        <w:br/>
        <w:t>vt 0.793919 0.539386</w:t>
        <w:br/>
        <w:t>vt 0.793919 0.522882</w:t>
        <w:br/>
        <w:t>vt 0.817076 0.594620</w:t>
        <w:br/>
        <w:t>vt 0.815079 0.614584</w:t>
        <w:br/>
        <w:t>vt 0.793919 0.609260</w:t>
        <w:br/>
        <w:t>vt 0.793919 0.589162</w:t>
        <w:br/>
        <w:t>vt 0.793919 0.500389</w:t>
        <w:br/>
        <w:t>vt 0.830386 0.504381</w:t>
        <w:br/>
        <w:t>vt 0.846358 0.514629</w:t>
        <w:br/>
        <w:t>vt 0.850483 0.500256</w:t>
        <w:br/>
        <w:t>vt 0.850483 0.500256</w:t>
        <w:br/>
        <w:t>vt 0.875770 0.504381</w:t>
        <w:br/>
        <w:t>vt 0.869250 0.509972</w:t>
        <w:br/>
        <w:t>vt 0.875770 0.504381</w:t>
        <w:br/>
        <w:t>vt 0.886286 0.509040</w:t>
        <w:br/>
        <w:t>vt 0.869250 0.509972</w:t>
        <w:br/>
        <w:t>vt 0.882159 0.517557</w:t>
        <w:br/>
        <w:t>vt 0.886286 0.509040</w:t>
        <w:br/>
        <w:t>vt 0.908779 0.522216</w:t>
        <w:br/>
        <w:t>vt 0.906649 0.529802</w:t>
        <w:br/>
        <w:t>vt 0.842389 0.678960</w:t>
        <w:br/>
        <w:t>vt 0.825728 0.671947</w:t>
        <w:br/>
        <w:t>vt 0.837839 0.660502</w:t>
        <w:br/>
        <w:t>vt 0.851316 0.668094</w:t>
        <w:br/>
        <w:t>vt 0.937394 0.549235</w:t>
        <w:br/>
        <w:t>vt 0.942851 0.565738</w:t>
        <w:br/>
        <w:t>vt 0.929143 0.562810</w:t>
        <w:br/>
        <w:t>vt 0.949106 0.613652</w:t>
        <w:br/>
        <w:t>vt 0.940055 0.631088</w:t>
        <w:br/>
        <w:t>vt 0.919027 0.606465</w:t>
        <w:br/>
        <w:t>vt 0.923818 0.585303</w:t>
        <w:br/>
        <w:t>vt 0.960552 0.695106</w:t>
        <w:br/>
        <w:t>vt 0.943915 0.701096</w:t>
        <w:br/>
        <w:t>vt 0.940588 0.672214</w:t>
        <w:br/>
        <w:t>vt 0.953764 0.657840</w:t>
        <w:br/>
        <w:t>vt 0.950172 0.732905</w:t>
        <w:br/>
        <w:t>vt 0.939391 0.729844</w:t>
        <w:br/>
        <w:t>vt 0.937128 0.758460</w:t>
        <w:br/>
        <w:t>vt 0.929542 0.753535</w:t>
        <w:br/>
        <w:t>vt 0.965743 0.736232</w:t>
        <w:br/>
        <w:t>vt 0.948973 0.764848</w:t>
        <w:br/>
        <w:t>vt 0.793919 0.828334</w:t>
        <w:br/>
        <w:t>vt 0.793919 0.816089</w:t>
        <w:br/>
        <w:t>vt 0.814549 0.814625</w:t>
        <w:br/>
        <w:t>vt 0.818540 0.826471</w:t>
        <w:br/>
        <w:t>vt 0.920225 0.781086</w:t>
        <w:br/>
        <w:t>vt 0.913570 0.773766</w:t>
        <w:br/>
        <w:t>vt 0.834644 0.808237</w:t>
        <w:br/>
        <w:t>vt 0.844627 0.817820</w:t>
        <w:br/>
        <w:t>vt 0.931140 0.789737</w:t>
        <w:br/>
        <w:t>vt 0.852080 0.797589</w:t>
        <w:br/>
        <w:t>vt 0.861663 0.806773</w:t>
        <w:br/>
        <w:t>vt 0.873509 0.776427</w:t>
        <w:br/>
        <w:t>vt 0.883092 0.781618</w:t>
        <w:br/>
        <w:t>vt 0.821202 0.835121</w:t>
        <w:br/>
        <w:t>vt 0.793919 0.836186</w:t>
        <w:br/>
        <w:t>vt 0.793919 0.851492</w:t>
        <w:br/>
        <w:t>vt 0.825860 0.849630</w:t>
        <w:br/>
        <w:t>vt 0.904786 0.812363</w:t>
        <w:br/>
        <w:t>vt 0.894804 0.803178</w:t>
        <w:br/>
        <w:t>vt 0.892808 0.791067</w:t>
        <w:br/>
        <w:t>vt 0.849286 0.825938</w:t>
        <w:br/>
        <w:t>vt 0.871779 0.815291</w:t>
        <w:br/>
        <w:t>vt 0.877236 0.830065</w:t>
        <w:br/>
        <w:t>vt 0.855142 0.839780</w:t>
        <w:br/>
        <w:t>vt 0.793919 0.685524</w:t>
        <w:br/>
        <w:t>vt 0.793919 0.660103</w:t>
        <w:br/>
        <w:t>vt 0.809357 0.664095</w:t>
        <w:br/>
        <w:t>vt 0.807494 0.689250</w:t>
        <w:br/>
        <w:t>vt 0.821069 0.693509</w:t>
        <w:br/>
        <w:t>vt 0.837566 0.693714</w:t>
        <w:br/>
        <w:t>vt 0.793919 0.570397</w:t>
        <w:br/>
        <w:t>vt 0.818141 0.574789</w:t>
        <w:br/>
        <w:t>vt 0.793919 0.555357</w:t>
        <w:br/>
        <w:t>vt 0.823865 0.558019</w:t>
        <w:br/>
        <w:t>vt 0.793919 0.633350</w:t>
        <w:br/>
        <w:t>vt 0.813216 0.637609</w:t>
        <w:br/>
        <w:t>vt 0.872178 0.639605</w:t>
        <w:br/>
        <w:t>vt 0.879101 0.655884</w:t>
        <w:br/>
        <w:t>vt 0.863822 0.660182</w:t>
        <w:br/>
        <w:t>vt 0.854610 0.650519</w:t>
        <w:br/>
        <w:t>vt 0.827591 0.735434</w:t>
        <w:br/>
        <w:t>vt 0.808825 0.740359</w:t>
        <w:br/>
        <w:t>vt 0.793919 0.743287</w:t>
        <w:br/>
        <w:t>vt 0.841864 0.729773</w:t>
        <w:br/>
        <w:t>vt 0.811619 0.802115</w:t>
        <w:br/>
        <w:t>vt 0.824795 0.798521</w:t>
        <w:br/>
        <w:t>vt 0.861930 0.774031</w:t>
        <w:br/>
        <w:t>vt 0.841166 0.790802</w:t>
        <w:br/>
        <w:t>vt 0.863341 0.756219</w:t>
        <w:br/>
        <w:t>vt 0.874238 0.760151</w:t>
        <w:br/>
        <w:t>vt 0.883888 0.761347</w:t>
        <w:br/>
        <w:t>vt 0.892025 0.759533</w:t>
        <w:br/>
        <w:t>vt 0.812552 0.500256</w:t>
        <w:br/>
        <w:t>vt 0.929542 0.728779</w:t>
        <w:br/>
        <w:t>vt 0.920624 0.749807</w:t>
        <w:br/>
        <w:t>vt 0.920954 0.724687</w:t>
        <w:br/>
        <w:t>vt 0.921520 0.709105</w:t>
        <w:br/>
        <w:t>vt 0.932203 0.704955</w:t>
        <w:br/>
        <w:t>vt 0.928742 0.682329</w:t>
        <w:br/>
        <w:t>vt 0.903720 0.641337</w:t>
        <w:br/>
        <w:t>vt 0.919160 0.661699</w:t>
        <w:br/>
        <w:t>vt 0.906558 0.674176</w:t>
        <w:br/>
        <w:t>vt 0.892933 0.659169</w:t>
        <w:br/>
        <w:t>vt 0.895337 0.614052</w:t>
        <w:br/>
        <w:t>vt 0.887883 0.634415</w:t>
        <w:br/>
        <w:t>vt 0.881628 0.619908</w:t>
        <w:br/>
        <w:t>vt 0.917771 0.691232</w:t>
        <w:br/>
        <w:t>vt 0.897333 0.585037</w:t>
        <w:br/>
        <w:t>vt 0.915300 0.626962</w:t>
        <w:br/>
        <w:t>vt 0.869649 0.542980</w:t>
        <w:br/>
        <w:t>vt 0.876835 0.528338</w:t>
        <w:br/>
        <w:t>vt 0.896268 0.776161</w:t>
        <w:br/>
        <w:t>vt 0.906516 0.767776</w:t>
        <w:br/>
        <w:t>vt 0.862329 0.598746</w:t>
        <w:br/>
        <w:t>vt 0.864858 0.626962</w:t>
        <w:br/>
        <w:t>vt 0.846490 0.610325</w:t>
        <w:br/>
        <w:t>vt 0.880695 0.590627</w:t>
        <w:br/>
        <w:t>vt 0.931271 0.647991</w:t>
        <w:br/>
        <w:t>vt 0.978253 0.685257</w:t>
        <w:br/>
        <w:t>vt 0.974793 0.630821</w:t>
        <w:br/>
        <w:t>vt 0.981050 0.638941</w:t>
        <w:br/>
        <w:t>vt 0.962949 0.603272</w:t>
        <w:br/>
        <w:t>vt 0.964280 0.641470</w:t>
        <w:br/>
        <w:t>vt 0.932470 0.538187</w:t>
        <w:br/>
        <w:t>vt 0.843296 0.638141</w:t>
        <w:br/>
        <w:t>vt 0.829321 0.623900</w:t>
        <w:br/>
        <w:t>vt 0.835045 0.581443</w:t>
        <w:br/>
        <w:t>vt 0.851814 0.569332</w:t>
        <w:br/>
        <w:t>vt 0.829853 0.651585</w:t>
        <w:br/>
        <w:t>vt 0.899994 0.564673</w:t>
        <w:br/>
        <w:t>vt 0.903196 0.752146</w:t>
        <w:br/>
        <w:t>vt 0.864325 0.559084</w:t>
        <w:br/>
        <w:t>vt 0.903854 0.544976</w:t>
        <w:br/>
        <w:t>vt 0.793919 0.803711</w:t>
        <w:br/>
        <w:t>vt 0.913377 0.743153</w:t>
        <w:br/>
        <w:t>vt 0.752792 0.715736</w:t>
        <w:br/>
        <w:t>vt 0.754389 0.706020</w:t>
        <w:br/>
        <w:t>vt 0.768630 0.709880</w:t>
        <w:br/>
        <w:t>vt 0.765568 0.723455</w:t>
        <w:br/>
        <w:t>vt 0.780741 0.726650</w:t>
        <w:br/>
        <w:t>vt 0.781407 0.709481</w:t>
        <w:br/>
        <w:t>vt 0.777947 0.790136</w:t>
        <w:br/>
        <w:t>vt 0.757185 0.783215</w:t>
        <w:br/>
        <w:t>vt 0.737752 0.768176</w:t>
        <w:br/>
        <w:t>vt 0.748399 0.757927</w:t>
        <w:br/>
        <w:t>vt 0.770493 0.772833</w:t>
        <w:br/>
        <w:t>vt 0.734026 0.747280</w:t>
        <w:br/>
        <w:t>vt 0.740281 0.738895</w:t>
        <w:br/>
        <w:t>vt 0.755055 0.746880</w:t>
        <w:br/>
        <w:t>vt 0.777282 0.756330</w:t>
        <w:br/>
        <w:t>vt 0.776084 0.500521</w:t>
        <w:br/>
        <w:t>vt 0.769162 0.510504</w:t>
        <w:br/>
        <w:t>vt 0.756918 0.528338</w:t>
        <w:br/>
        <w:t>vt 0.760512 0.544177</w:t>
        <w:br/>
        <w:t>vt 0.773022 0.594620</w:t>
        <w:br/>
        <w:t>vt 0.774753 0.614452</w:t>
        <w:br/>
        <w:t>vt 0.758781 0.504648</w:t>
        <w:br/>
        <w:t>vt 0.744007 0.515562</w:t>
        <w:br/>
        <w:t>vt 0.738950 0.500789</w:t>
        <w:br/>
        <w:t>vt 0.708338 0.518090</w:t>
        <w:br/>
        <w:t>vt 0.683982 0.528738</w:t>
        <w:br/>
        <w:t>vt 0.682384 0.520886</w:t>
        <w:br/>
        <w:t>vt 0.705276 0.508641</w:t>
        <w:br/>
        <w:t>vt 0.746536 0.678603</w:t>
        <w:br/>
        <w:t>vt 0.737752 0.667689</w:t>
        <w:br/>
        <w:t>vt 0.751327 0.660103</w:t>
        <w:br/>
        <w:t>vt 0.763440 0.671682</w:t>
        <w:br/>
        <w:t>vt 0.652970 0.547105</w:t>
        <w:br/>
        <w:t>vt 0.660957 0.561213</w:t>
        <w:br/>
        <w:t>vt 0.647248 0.563742</w:t>
        <w:br/>
        <w:t>vt 0.670539 0.605267</w:t>
        <w:br/>
        <w:t>vt 0.649244 0.629491</w:t>
        <w:br/>
        <w:t>vt 0.640327 0.611789</w:t>
        <w:br/>
        <w:t>vt 0.665881 0.584106</w:t>
        <w:br/>
        <w:t>vt 0.648179 0.670483</w:t>
        <w:br/>
        <w:t>vt 0.644453 0.699233</w:t>
        <w:br/>
        <w:t>vt 0.627949 0.692844</w:t>
        <w:br/>
        <w:t>vt 0.635137 0.655843</w:t>
        <w:br/>
        <w:t>vt 0.637798 0.730775</w:t>
        <w:br/>
        <w:t>vt 0.648712 0.727981</w:t>
        <w:br/>
        <w:t>vt 0.658294 0.751804</w:t>
        <w:br/>
        <w:t>vt 0.650575 0.756597</w:t>
        <w:br/>
        <w:t>vt 0.638729 0.762718</w:t>
        <w:br/>
        <w:t>vt 0.622093 0.733970</w:t>
        <w:br/>
        <w:t>vt 0.768897 0.826072</w:t>
        <w:br/>
        <w:t>vt 0.772889 0.814359</w:t>
        <w:br/>
        <w:t>vt 0.667345 0.779488</w:t>
        <w:br/>
        <w:t>vt 0.674133 0.772168</w:t>
        <w:br/>
        <w:t>vt 0.742676 0.817154</w:t>
        <w:br/>
        <w:t>vt 0.752792 0.807704</w:t>
        <w:br/>
        <w:t>vt 0.656298 0.787873</w:t>
        <w:br/>
        <w:t>vt 0.735490 0.796923</w:t>
        <w:br/>
        <w:t>vt 0.725774 0.805841</w:t>
        <w:br/>
        <w:t>vt 0.704478 0.780420</w:t>
        <w:br/>
        <w:t>vt 0.714194 0.775496</w:t>
        <w:br/>
        <w:t>vt 0.766101 0.834856</w:t>
        <w:br/>
        <w:t>vt 0.761310 0.849097</w:t>
        <w:br/>
        <w:t>vt 0.692501 0.801848</w:t>
        <w:br/>
        <w:t>vt 0.682518 0.810899</w:t>
        <w:br/>
        <w:t>vt 0.694762 0.789870</w:t>
        <w:br/>
        <w:t>vt 0.737885 0.825272</w:t>
        <w:br/>
        <w:t>vt 0.715526 0.814359</w:t>
        <w:br/>
        <w:t>vt 0.709935 0.829000</w:t>
        <w:br/>
        <w:t>vt 0.731896 0.838981</w:t>
        <w:br/>
        <w:t>vt 0.781541 0.689117</w:t>
        <w:br/>
        <w:t>vt 0.779810 0.664095</w:t>
        <w:br/>
        <w:t>vt 0.767698 0.693243</w:t>
        <w:br/>
        <w:t>vt 0.751195 0.693377</w:t>
        <w:br/>
        <w:t>vt 0.772090 0.574921</w:t>
        <w:br/>
        <w:t>vt 0.766633 0.558153</w:t>
        <w:br/>
        <w:t>vt 0.776349 0.637477</w:t>
        <w:br/>
        <w:t>vt 0.717255 0.639073</w:t>
        <w:br/>
        <w:t>vt 0.734824 0.650121</w:t>
        <w:br/>
        <w:t>vt 0.725374 0.659571</w:t>
        <w:br/>
        <w:t>vt 0.710069 0.655179</w:t>
        <w:br/>
        <w:t>vt 0.760777 0.735035</w:t>
        <w:br/>
        <w:t>vt 0.779544 0.740225</w:t>
        <w:br/>
        <w:t>vt 0.746404 0.729311</w:t>
        <w:br/>
        <w:t>vt 0.762774 0.798122</w:t>
        <w:br/>
        <w:t>vt 0.775950 0.801848</w:t>
        <w:br/>
        <w:t>vt 0.725774 0.773233</w:t>
        <w:br/>
        <w:t>vt 0.746404 0.790269</w:t>
        <w:br/>
        <w:t>vt 0.713661 0.759258</w:t>
        <w:br/>
        <w:t>vt 0.724576 0.755398</w:t>
        <w:br/>
        <w:t>vt 0.695827 0.758326</w:t>
        <w:br/>
        <w:t>vt 0.703946 0.760323</w:t>
        <w:br/>
        <w:t>vt 0.776084 0.500521</w:t>
        <w:br/>
        <w:t>vt 0.658561 0.727049</w:t>
        <w:br/>
        <w:t>vt 0.667345 0.748212</w:t>
        <w:br/>
        <w:t>vt 0.667345 0.723190</w:t>
        <w:br/>
        <w:t>vt 0.656165 0.703226</w:t>
        <w:br/>
        <w:t>vt 0.666946 0.707618</w:t>
        <w:br/>
        <w:t>vt 0.660025 0.680732</w:t>
        <w:br/>
        <w:t>vt 0.685446 0.640271</w:t>
        <w:br/>
        <w:t>vt 0.696167 0.658199</w:t>
        <w:br/>
        <w:t>vt 0.682384 0.673012</w:t>
        <w:br/>
        <w:t>vt 0.669741 0.660235</w:t>
        <w:br/>
        <w:t>vt 0.694230 0.613386</w:t>
        <w:br/>
        <w:t>vt 0.707939 0.619376</w:t>
        <w:br/>
        <w:t>vt 0.701550 0.633749</w:t>
        <w:br/>
        <w:t>vt 0.670939 0.689916</w:t>
        <w:br/>
        <w:t>vt 0.692501 0.584505</w:t>
        <w:br/>
        <w:t>vt 0.673999 0.625764</w:t>
        <w:br/>
        <w:t>vt 0.720716 0.543644</w:t>
        <w:br/>
        <w:t>vt 0.713396 0.529271</w:t>
        <w:br/>
        <w:t>vt 0.691436 0.774963</w:t>
        <w:br/>
        <w:t>vt 0.681187 0.766312</w:t>
        <w:br/>
        <w:t>vt 0.727504 0.598479</w:t>
        <w:br/>
        <w:t>vt 0.743342 0.610059</w:t>
        <w:br/>
        <w:t>vt 0.724709 0.626563</w:t>
        <w:br/>
        <w:t>vt 0.709269 0.590228</w:t>
        <w:br/>
        <w:t>vt 0.657761 0.646394</w:t>
        <w:br/>
        <w:t>vt 0.610247 0.682728</w:t>
        <w:br/>
        <w:t>vt 0.608118 0.636278</w:t>
        <w:br/>
        <w:t>vt 0.614373 0.628292</w:t>
        <w:br/>
        <w:t>vt 0.626618 0.600875</w:t>
        <w:br/>
        <w:t>vt 0.624887 0.639206</w:t>
        <w:br/>
        <w:t>vt 0.658294 0.536059</w:t>
        <w:br/>
        <w:t>vt 0.746270 0.637876</w:t>
        <w:br/>
        <w:t>vt 0.760512 0.623768</w:t>
        <w:br/>
        <w:t>vt 0.755188 0.581577</w:t>
        <w:br/>
        <w:t>vt 0.738418 0.569466</w:t>
        <w:br/>
        <w:t>vt 0.759580 0.651318</w:t>
        <w:br/>
        <w:t>vt 0.689971 0.564141</w:t>
        <w:br/>
        <w:t>vt 0.684780 0.750873</w:t>
        <w:br/>
        <w:t>vt 0.725906 0.559350</w:t>
        <w:br/>
        <w:t>vt 0.686244 0.544310</w:t>
        <w:br/>
        <w:t>vt 0.738950 0.500789</w:t>
        <w:br/>
        <w:t>vt 0.721514 0.512501</w:t>
        <w:br/>
        <w:t>vt 0.674665 0.741690</w:t>
        <w:br/>
        <w:t>vt 0.987171 0.707883</w:t>
        <w:br/>
        <w:t>vt 0.992229 0.677671</w:t>
        <w:br/>
        <w:t>vt 0.990233 0.636412</w:t>
        <w:br/>
        <w:t>vt 0.979319 0.741955</w:t>
        <w:br/>
        <w:t>vt 0.963880 0.771901</w:t>
        <w:br/>
        <w:t>vt 0.945114 0.799187</w:t>
        <w:br/>
        <w:t>vt 0.917696 0.826870</w:t>
        <w:br/>
        <w:t>vt 0.889880 0.845902</w:t>
        <w:br/>
        <w:t>vt 0.863260 0.857748</w:t>
        <w:br/>
        <w:t>vt 0.831850 0.866266</w:t>
        <w:br/>
        <w:t>vt 0.793919 0.870658</w:t>
        <w:br/>
        <w:t>vt 0.601197 0.705089</w:t>
        <w:br/>
        <w:t>vt 0.596406 0.674876</w:t>
        <w:br/>
        <w:t>vt 0.598934 0.633617</w:t>
        <w:br/>
        <w:t>vt 0.608517 0.739294</w:t>
        <w:br/>
        <w:t>vt 0.623690 0.769506</w:t>
        <w:br/>
        <w:t>vt 0.642190 0.797057</w:t>
        <w:br/>
        <w:t>vt 0.669342 0.825272</w:t>
        <w:br/>
        <w:t>vt 0.697025 0.844572</w:t>
        <w:br/>
        <w:t>vt 0.723644 0.856816</w:t>
        <w:br/>
        <w:t>vt 0.755188 0.865734</w:t>
        <w:br/>
        <w:t>vt 0.748399 0.706020</w:t>
        <w:br/>
        <w:t>vt 0.748133 0.692178</w:t>
        <w:br/>
        <w:t>vt 0.721514 0.746880</w:t>
        <w:br/>
        <w:t>vt 0.713262 0.739294</w:t>
        <w:br/>
        <w:t>vt 0.723778 0.731974</w:t>
        <w:br/>
        <w:t>vt 0.732961 0.736232</w:t>
        <w:br/>
        <w:t>vt 0.741079 0.701495</w:t>
        <w:br/>
        <w:t>vt 0.739349 0.684459</w:t>
        <w:br/>
        <w:t>vt 0.674133 0.702293</w:t>
        <w:br/>
        <w:t>vt 0.680655 0.692312</w:t>
        <w:br/>
        <w:t>vt 0.677194 0.712142</w:t>
        <w:br/>
        <w:t>vt 0.672535 0.714405</w:t>
        <w:br/>
        <w:t>vt 0.687975 0.743421</w:t>
        <w:br/>
        <w:t>vt 0.678391 0.730510</w:t>
        <w:br/>
        <w:t>vt 0.683449 0.728513</w:t>
        <w:br/>
        <w:t>vt 0.700485 0.749542</w:t>
        <w:br/>
        <w:t>vt 0.678924 0.688584</w:t>
        <w:br/>
        <w:t>vt 0.689172 0.671947</w:t>
        <w:br/>
        <w:t>vt 0.693965 0.673678</w:t>
        <w:br/>
        <w:t>vt 0.689172 0.671947</w:t>
        <w:br/>
        <w:t>vt 0.698489 0.669153</w:t>
        <w:br/>
        <w:t>vt 0.693965 0.673678</w:t>
        <w:br/>
        <w:t>vt 0.724843 0.667423</w:t>
        <w:br/>
        <w:t>vt 0.729101 0.672081</w:t>
        <w:br/>
        <w:t>vt 0.711000 0.669819</w:t>
        <w:br/>
        <w:t>vt 0.741878 0.724787</w:t>
        <w:br/>
        <w:t>vt 0.746003 0.716135</w:t>
        <w:br/>
        <w:t>vt 0.737885 0.713474</w:t>
        <w:br/>
        <w:t>vt 0.733360 0.721859</w:t>
        <w:br/>
        <w:t>vt 0.711000 0.749276</w:t>
        <w:br/>
        <w:t>vt 0.694762 0.738496</w:t>
        <w:br/>
        <w:t>vt 0.698489 0.669153</w:t>
        <w:br/>
        <w:t>vt 0.733627 0.669685</w:t>
        <w:br/>
        <w:t>vt 0.742676 0.681132</w:t>
        <w:br/>
        <w:t>vt 0.710334 0.665959</w:t>
        <w:br/>
        <w:t>vt 0.733360 0.721859</w:t>
        <w:br/>
        <w:t>vt 0.721913 0.722258</w:t>
        <w:br/>
        <w:t>vt 0.731098 0.711210</w:t>
        <w:br/>
        <w:t>vt 0.737885 0.713474</w:t>
        <w:br/>
        <w:t>vt 0.710201 0.730775</w:t>
        <w:br/>
        <w:t>vt 0.723778 0.731974</w:t>
        <w:br/>
        <w:t>vt 0.713262 0.739294</w:t>
        <w:br/>
        <w:t>vt 0.694762 0.738496</w:t>
        <w:br/>
        <w:t>vt 0.698090 0.730909</w:t>
        <w:br/>
        <w:t>vt 0.689439 0.725053</w:t>
        <w:br/>
        <w:t>vt 0.683449 0.728513</w:t>
        <w:br/>
        <w:t>vt 0.677194 0.712142</w:t>
        <w:br/>
        <w:t>vt 0.684514 0.712542</w:t>
        <w:br/>
        <w:t>vt 0.688241 0.696038</w:t>
        <w:br/>
        <w:t>vt 0.680655 0.692312</w:t>
        <w:br/>
        <w:t>vt 0.711000 0.669819</w:t>
        <w:br/>
        <w:t>vt 0.712065 0.677937</w:t>
        <w:br/>
        <w:t>vt 0.697291 0.681264</w:t>
        <w:br/>
        <w:t>vt 0.693965 0.673678</w:t>
        <w:br/>
        <w:t>vt 0.729101 0.672081</w:t>
        <w:br/>
        <w:t>vt 0.724709 0.680466</w:t>
        <w:br/>
        <w:t>vt 0.739349 0.684459</w:t>
        <w:br/>
        <w:t>vt 0.733627 0.688718</w:t>
        <w:br/>
        <w:t>vt 0.741079 0.701495</w:t>
        <w:br/>
        <w:t>vt 0.734291 0.702161</w:t>
        <w:br/>
        <w:t>vt 0.840507 0.692492</w:t>
        <w:br/>
        <w:t>vt 0.840063 0.706352</w:t>
        <w:br/>
        <w:t>vt 0.866464 0.747616</w:t>
        <w:br/>
        <w:t>vt 0.855137 0.736807</w:t>
        <w:br/>
        <w:t>vt 0.864389 0.732659</w:t>
        <w:br/>
        <w:t>vt 0.874826 0.740126</w:t>
        <w:br/>
        <w:t>vt 0.847453 0.701913</w:t>
        <w:br/>
        <w:t>vt 0.849404 0.684874</w:t>
        <w:br/>
        <w:t>vt 0.914488 0.703571</w:t>
        <w:br/>
        <w:t>vt 0.915933 0.715722</w:t>
        <w:br/>
        <w:t>vt 0.911296 0.713396</w:t>
        <w:br/>
        <w:t>vt 0.908084 0.693491</w:t>
        <w:br/>
        <w:t>vt 0.900098 0.744582</w:t>
        <w:br/>
        <w:t>vt 0.904821 0.729711</w:t>
        <w:br/>
        <w:t>vt 0.909861 0.731775</w:t>
        <w:br/>
        <w:t>vt 0.887490 0.750553</w:t>
        <w:br/>
        <w:t>vt 0.894994 0.674660</w:t>
        <w:br/>
        <w:t>vt 0.899815 0.672988</w:t>
        <w:br/>
        <w:t>vt 0.909866 0.689781</w:t>
        <w:br/>
        <w:t>vt 0.899815 0.672988</w:t>
        <w:br/>
        <w:t>vt 0.894994 0.674660</w:t>
        <w:br/>
        <w:t>vt 0.890521 0.670069</w:t>
        <w:br/>
        <w:t>vt 0.864150 0.667999</w:t>
        <w:br/>
        <w:t>vt 0.877982 0.670576</w:t>
        <w:br/>
        <w:t>vt 0.859825 0.672609</w:t>
        <w:br/>
        <w:t>vt 0.842333 0.716512</w:t>
        <w:br/>
        <w:t>vt 0.846353 0.725230</w:t>
        <w:br/>
        <w:t>vt 0.850497 0.713951</w:t>
        <w:br/>
        <w:t>vt 0.854922 0.722407</w:t>
        <w:br/>
        <w:t>vt 0.876963 0.750152</w:t>
        <w:br/>
        <w:t>vt 0.893363 0.739564</w:t>
        <w:br/>
        <w:t>vt 0.890521 0.670069</w:t>
        <w:br/>
        <w:t>vt 0.846114 0.681499</w:t>
        <w:br/>
        <w:t>vt 0.855324 0.670152</w:t>
        <w:br/>
        <w:t>vt 0.878699 0.666719</w:t>
        <w:br/>
        <w:t>vt 0.854922 0.722407</w:t>
        <w:br/>
        <w:t>vt 0.850497 0.713951</w:t>
        <w:br/>
        <w:t>vt 0.857324 0.711771</w:t>
        <w:br/>
        <w:t>vt 0.866381 0.722953</w:t>
        <w:br/>
        <w:t>vt 0.878001 0.731633</w:t>
        <w:br/>
        <w:t>vt 0.874826 0.740126</w:t>
        <w:br/>
        <w:t>vt 0.864389 0.732659</w:t>
        <w:br/>
        <w:t>vt 0.890128 0.731922</w:t>
        <w:br/>
        <w:t>vt 0.893363 0.739564</w:t>
        <w:br/>
        <w:t>vt 0.898867 0.726169</w:t>
        <w:br/>
        <w:t>vt 0.904821 0.729711</w:t>
        <w:br/>
        <w:t>vt 0.903959 0.713703</w:t>
        <w:br/>
        <w:t>vt 0.911296 0.713396</w:t>
        <w:br/>
        <w:t>vt 0.900440 0.697126</w:t>
        <w:br/>
        <w:t>vt 0.908084 0.693491</w:t>
        <w:br/>
        <w:t>vt 0.877982 0.670576</w:t>
        <w:br/>
        <w:t>vt 0.894994 0.674660</w:t>
        <w:br/>
        <w:t>vt 0.891564 0.682214</w:t>
        <w:br/>
        <w:t>vt 0.876811 0.678692</w:t>
        <w:br/>
        <w:t>vt 0.864117 0.681063</w:t>
        <w:br/>
        <w:t>vt 0.859825 0.672609</w:t>
        <w:br/>
        <w:t>vt 0.849404 0.684874</w:t>
        <w:br/>
        <w:t>vt 0.855080 0.689213</w:t>
        <w:br/>
        <w:t>vt 0.854242 0.702667</w:t>
        <w:br/>
        <w:t>vt 0.847453 0.701913</w:t>
        <w:br/>
        <w:t>vt 0.038207 0.807634</w:t>
        <w:br/>
        <w:t>vt 0.030992 0.804446</w:t>
        <w:br/>
        <w:t>vt 0.037654 0.804363</w:t>
        <w:br/>
        <w:t>vt 0.038207 0.807634</w:t>
        <w:br/>
        <w:t>vt 0.043880 0.812292</w:t>
        <w:br/>
        <w:t>vt 0.032684 0.822960</w:t>
        <w:br/>
        <w:t>vt 0.026565 0.816638</w:t>
        <w:br/>
        <w:t>vt 0.032242 0.798982</w:t>
        <w:br/>
        <w:t>vt 0.025120 0.830167</w:t>
        <w:br/>
        <w:t>vt 0.018518 0.823736</w:t>
        <w:br/>
        <w:t>vt 0.024847 0.805269</w:t>
        <w:br/>
        <w:t>vt 0.020342 0.810605</w:t>
        <w:br/>
        <w:t>vt 0.010555 0.815279</w:t>
        <w:br/>
        <w:t>vt 0.021677 0.801644</w:t>
        <w:br/>
        <w:t>vt 0.015916 0.806658</w:t>
        <w:br/>
        <w:t>vt 0.012662 0.804537</w:t>
        <w:br/>
        <w:t>vt 0.002718 0.807651</w:t>
        <w:br/>
        <w:t>vt 0.042952 0.806436</w:t>
        <w:br/>
        <w:t>vt 0.048258 0.818183</w:t>
        <w:br/>
        <w:t>vt 0.051451 0.818844</w:t>
        <w:br/>
        <w:t>vt 0.051384 0.825648</w:t>
        <w:br/>
        <w:t>vt 0.048258 0.818183</w:t>
        <w:br/>
        <w:t>vt 0.038940 0.829626</w:t>
        <w:br/>
        <w:t>vt 0.056676 0.823929</w:t>
        <w:br/>
        <w:t>vt 0.056676 0.823929</w:t>
        <w:br/>
        <w:t>vt 0.054653 0.831172</w:t>
        <w:br/>
        <w:t>vt 0.050741 0.832147</w:t>
        <w:br/>
        <w:t>vt 0.031132 0.836875</w:t>
        <w:br/>
        <w:t>vt 0.050741 0.832147</w:t>
        <w:br/>
        <w:t>vt 0.054653 0.831172</w:t>
        <w:br/>
        <w:t>vt 0.053306 0.836633</w:t>
        <w:br/>
        <w:t>vt 0.044421 0.836175</w:t>
        <w:br/>
        <w:t>vt 0.038220 0.845311</w:t>
        <w:br/>
        <w:t>vt 0.053306 0.836633</w:t>
        <w:br/>
        <w:t>vt 0.048973 0.844939</w:t>
        <w:br/>
        <w:t>vt 0.047458 0.841256</w:t>
        <w:br/>
        <w:t>vt 0.044228 0.854207</w:t>
        <w:br/>
        <w:t>vt 0.049540 0.813450</w:t>
        <w:br/>
        <w:t>vt 0.205096 0.648373</w:t>
        <w:br/>
        <w:t>vt 0.184162 0.650631</w:t>
        <w:br/>
        <w:t>vt 0.183010 0.608892</w:t>
        <w:br/>
        <w:t>vt 0.206738 0.607311</w:t>
        <w:br/>
        <w:t>vt 0.241025 0.354408</w:t>
        <w:br/>
        <w:t>vt 0.226276 0.388973</w:t>
        <w:br/>
        <w:t>vt 0.221685 0.382757</w:t>
        <w:br/>
        <w:t>vt 0.230880 0.349501</w:t>
        <w:br/>
        <w:t>vt 0.222462 0.309661</w:t>
        <w:br/>
        <w:t>vt 0.203395 0.341313</w:t>
        <w:br/>
        <w:t>vt 0.172985 0.330282</w:t>
        <w:br/>
        <w:t>vt 0.176255 0.295025</w:t>
        <w:br/>
        <w:t>vt 0.202246 0.770156</w:t>
        <w:br/>
        <w:t>vt 0.184002 0.773099</w:t>
        <w:br/>
        <w:t>vt 0.183194 0.738844</w:t>
        <w:br/>
        <w:t>vt 0.202468 0.735143</w:t>
        <w:br/>
        <w:t>vt 0.183422 0.692826</w:t>
        <w:br/>
        <w:t>vt 0.203291 0.690228</w:t>
        <w:br/>
        <w:t>vt 0.164499 0.775338</w:t>
        <w:br/>
        <w:t>vt 0.164901 0.740595</w:t>
        <w:br/>
        <w:t>vt 0.184521 0.804763</w:t>
        <w:br/>
        <w:t>vt 0.187651 0.826751</w:t>
        <w:br/>
        <w:t>vt 0.169268 0.830460</w:t>
        <w:br/>
        <w:t>vt 0.164655 0.807911</w:t>
        <w:br/>
        <w:t>vt 0.164247 0.695053</w:t>
        <w:br/>
        <w:t>vt 0.272739 0.228044</w:t>
        <w:br/>
        <w:t>vt 0.256599 0.257746</w:t>
        <w:br/>
        <w:t>vt 0.255236 0.223493</w:t>
        <w:br/>
        <w:t>vt 0.255236 0.223493</w:t>
        <w:br/>
        <w:t>vt 0.256599 0.257746</w:t>
        <w:br/>
        <w:t>vt 0.235478 0.255008</w:t>
        <w:br/>
        <w:t>vt 0.235478 0.220491</w:t>
        <w:br/>
        <w:t>vt 0.254406 0.288610</w:t>
        <w:br/>
        <w:t>vt 0.235478 0.285636</w:t>
        <w:br/>
        <w:t>vt 0.235478 0.314955</w:t>
        <w:br/>
        <w:t>vt 0.252233 0.320374</w:t>
        <w:br/>
        <w:t>vt 0.278126 0.149585</w:t>
        <w:br/>
        <w:t>vt 0.285979 0.147634</w:t>
        <w:br/>
        <w:t>vt 0.292251 0.169420</w:t>
        <w:br/>
        <w:t>vt 0.282927 0.172772</w:t>
        <w:br/>
        <w:t>vt 0.297964 0.192679</w:t>
        <w:br/>
        <w:t>vt 0.300673 0.214059</w:t>
        <w:br/>
        <w:t>vt 0.286431 0.212417</w:t>
        <w:br/>
        <w:t>vt 0.285743 0.192652</w:t>
        <w:br/>
        <w:t>vt 0.297708 0.266767</w:t>
        <w:br/>
        <w:t>vt 0.296774 0.301830</w:t>
        <w:br/>
        <w:t>vt 0.270840 0.295660</w:t>
        <w:br/>
        <w:t>vt 0.274410 0.261379</w:t>
        <w:br/>
        <w:t>vt 0.267033 0.327999</w:t>
        <w:br/>
        <w:t>vt 0.292569 0.334015</w:t>
        <w:br/>
        <w:t>vt 0.282394 0.367772</w:t>
        <w:br/>
        <w:t>vt 0.256231 0.362134</w:t>
        <w:br/>
        <w:t>vt 0.266066 0.403239</w:t>
        <w:br/>
        <w:t>vt 0.239600 0.397789</w:t>
        <w:br/>
        <w:t>vt 0.277685 0.557710</w:t>
        <w:br/>
        <w:t>vt 0.280514 0.615760</w:t>
        <w:br/>
        <w:t>vt 0.249943 0.612656</w:t>
        <w:br/>
        <w:t>vt 0.249943 0.549447</w:t>
        <w:br/>
        <w:t>vt 0.053334 0.359838</w:t>
        <w:br/>
        <w:t>vt 0.030637 0.361321</w:t>
        <w:br/>
        <w:t>vt 0.030468 0.320638</w:t>
        <w:br/>
        <w:t>vt 0.053114 0.320318</w:t>
        <w:br/>
        <w:t>vt 0.053114 0.320318</w:t>
        <w:br/>
        <w:t>vt 0.053280 0.281856</w:t>
        <w:br/>
        <w:t>vt 0.065773 0.281661</w:t>
        <w:br/>
        <w:t>vt 0.065531 0.322946</w:t>
        <w:br/>
        <w:t>vt 0.437018 0.028024</w:t>
        <w:br/>
        <w:t>vt 0.480633 0.027139</w:t>
        <w:br/>
        <w:t>vt 0.437881 0.041869</w:t>
        <w:br/>
        <w:t>vt 0.397084 0.040122</w:t>
        <w:br/>
        <w:t>vt 0.393956 0.023309</w:t>
        <w:br/>
        <w:t>vt 0.356328 0.041644</w:t>
        <w:br/>
        <w:t>vt 0.348934 0.020265</w:t>
        <w:br/>
        <w:t>vt 0.008811 0.102640</w:t>
        <w:br/>
        <w:t>vt 0.022818 0.100349</w:t>
        <w:br/>
        <w:t>vt 0.026290 0.120813</w:t>
        <w:br/>
        <w:t>vt 0.008811 0.123357</w:t>
        <w:br/>
        <w:t>vt 0.019422 0.078532</w:t>
        <w:br/>
        <w:t>vt 0.008811 0.058971</w:t>
        <w:br/>
        <w:t>vt 0.023176 0.051937</w:t>
        <w:br/>
        <w:t>vt 0.436622 0.004499</w:t>
        <w:br/>
        <w:t>vt 0.462550 0.004499</w:t>
        <w:br/>
        <w:t>vt 0.008811 0.080019</w:t>
        <w:br/>
        <w:t>vt 0.285769 0.668257</w:t>
        <w:br/>
        <w:t>vt 0.249943 0.672005</w:t>
        <w:br/>
        <w:t>vt 0.286566 0.231751</w:t>
        <w:br/>
        <w:t>vt 0.301714 0.236634</w:t>
        <w:br/>
        <w:t>vt 0.028237 0.144212</w:t>
        <w:br/>
        <w:t>vt 0.030368 0.177719</w:t>
        <w:br/>
        <w:t>vt 0.008811 0.180007</w:t>
        <w:br/>
        <w:t>vt 0.008811 0.144803</w:t>
        <w:br/>
        <w:t>vt 0.055437 0.397410</w:t>
        <w:br/>
        <w:t>vt 0.030857 0.398564</w:t>
        <w:br/>
        <w:t>vt 0.393512 0.004499</w:t>
        <w:br/>
        <w:t>vt 0.345433 0.004499</w:t>
        <w:br/>
        <w:t>vt 0.303677 0.018709</w:t>
        <w:br/>
        <w:t>vt 0.295407 0.004499</w:t>
        <w:br/>
        <w:t>vt 0.029960 0.596349</w:t>
        <w:br/>
        <w:t>vt 0.030096 0.558575</w:t>
        <w:br/>
        <w:t>vt 0.056191 0.562263</w:t>
        <w:br/>
        <w:t>vt 0.056754 0.600266</w:t>
        <w:br/>
        <w:t>vt 0.065801 0.362905</w:t>
        <w:br/>
        <w:t>vt 0.070874 0.402165</w:t>
        <w:br/>
        <w:t>vt 0.055437 0.397410</w:t>
        <w:br/>
        <w:t>vt 0.053334 0.359838</w:t>
        <w:br/>
        <w:t>vt 0.226563 0.271179</w:t>
        <w:br/>
        <w:t>vt 0.179098 0.258679</w:t>
        <w:br/>
        <w:t>vt 0.223191 0.244702</w:t>
        <w:br/>
        <w:t>vt 0.180129 0.230601</w:t>
        <w:br/>
        <w:t>vt 0.215307 0.194044</w:t>
        <w:br/>
        <w:t>vt 0.219278 0.220523</w:t>
        <w:br/>
        <w:t>vt 0.180943 0.202382</w:t>
        <w:br/>
        <w:t>vt 0.180734 0.181006</w:t>
        <w:br/>
        <w:t>vt 0.153902 0.077574</w:t>
        <w:br/>
        <w:t>vt 0.181883 0.101229</w:t>
        <w:br/>
        <w:t>vt 0.173359 0.106016</w:t>
        <w:br/>
        <w:t>vt 0.162336 0.108881</w:t>
        <w:br/>
        <w:t>vt 0.203119 0.138100</w:t>
        <w:br/>
        <w:t>vt 0.208799 0.167668</w:t>
        <w:br/>
        <w:t>vt 0.175936 0.156323</w:t>
        <w:br/>
        <w:t>vt 0.193293 0.137041</w:t>
        <w:br/>
        <w:t>vt 0.172478 0.135792</w:t>
        <w:br/>
        <w:t>vt 0.154973 0.128490</w:t>
        <w:br/>
        <w:t>vt 0.170410 0.128265</w:t>
        <w:br/>
        <w:t>vt 0.172985 0.330282</w:t>
        <w:br/>
        <w:t>vt 0.168619 0.370303</w:t>
        <w:br/>
        <w:t>vt 0.134104 0.354994</w:t>
        <w:br/>
        <w:t>vt 0.134104 0.313989</w:t>
        <w:br/>
        <w:t>vt 0.164105 0.459615</w:t>
        <w:br/>
        <w:t>vt 0.162642 0.495735</w:t>
        <w:br/>
        <w:t>vt 0.134104 0.490611</w:t>
        <w:br/>
        <w:t>vt 0.134104 0.452706</w:t>
        <w:br/>
        <w:t>vt 0.165006 0.415405</w:t>
        <w:br/>
        <w:t>vt 0.134104 0.403200</w:t>
        <w:br/>
        <w:t>vt 0.164236 0.653107</w:t>
        <w:br/>
        <w:t>vt 0.164247 0.695053</w:t>
        <w:br/>
        <w:t>vt 0.134104 0.698236</w:t>
        <w:br/>
        <w:t>vt 0.134104 0.654131</w:t>
        <w:br/>
        <w:t>vt 0.163751 0.611698</w:t>
        <w:br/>
        <w:t>vt 0.134104 0.610225</w:t>
        <w:br/>
        <w:t>vt 0.164901 0.740595</w:t>
        <w:br/>
        <w:t>vt 0.164499 0.775338</w:t>
        <w:br/>
        <w:t>vt 0.134104 0.780246</w:t>
        <w:br/>
        <w:t>vt 0.134104 0.744942</w:t>
        <w:br/>
        <w:t>vt 0.134104 0.826152</w:t>
        <w:br/>
        <w:t>vt 0.134104 0.813650</w:t>
        <w:br/>
        <w:t>vt 0.164655 0.807911</w:t>
        <w:br/>
        <w:t>vt 0.156963 0.825650</w:t>
        <w:br/>
        <w:t>vt 0.157831 0.853006</w:t>
        <w:br/>
        <w:t>vt 0.151222 0.839934</w:t>
        <w:br/>
        <w:t>vt 0.153531 0.839106</w:t>
        <w:br/>
        <w:t>vt 0.161424 0.849483</w:t>
        <w:br/>
        <w:t>vt 0.134104 0.149969</w:t>
        <w:br/>
        <w:t>vt 0.134104 0.127266</w:t>
        <w:br/>
        <w:t>vt 0.154973 0.128490</w:t>
        <w:br/>
        <w:t>vt 0.134104 0.197674</w:t>
        <w:br/>
        <w:t>vt 0.134104 0.176372</w:t>
        <w:br/>
        <w:t>vt 0.335697 0.051258</w:t>
        <w:br/>
        <w:t>vt 0.320721 0.057263</w:t>
        <w:br/>
        <w:t>vt 0.321300 0.055272</w:t>
        <w:br/>
        <w:t>vt 0.335697 0.044910</w:t>
        <w:br/>
        <w:t>vt 0.091693 0.777946</w:t>
        <w:br/>
        <w:t>vt 0.100410 0.783199</w:t>
        <w:br/>
        <w:t>vt 0.089065 0.795704</w:t>
        <w:br/>
        <w:t>vt 0.085321 0.794476</w:t>
        <w:br/>
        <w:t>vt 0.030742 0.670720</w:t>
        <w:br/>
        <w:t>vt 0.030703 0.638647</w:t>
        <w:br/>
        <w:t>vt 0.059574 0.641470</w:t>
        <w:br/>
        <w:t>vt 0.063057 0.674157</w:t>
        <w:br/>
        <w:t>vt 0.075704 0.764618</w:t>
        <w:br/>
        <w:t>vt 0.076910 0.768417</w:t>
        <w:br/>
        <w:t>vt 0.061817 0.778200</w:t>
        <w:br/>
        <w:t>vt 0.053662 0.775159</w:t>
        <w:br/>
        <w:t>vt 0.176255 0.295025</w:t>
        <w:br/>
        <w:t>vt 0.134104 0.283785</w:t>
        <w:br/>
        <w:t>vt 0.179098 0.258679</w:t>
        <w:br/>
        <w:t>vt 0.134104 0.253381</w:t>
        <w:br/>
        <w:t>vt 0.180129 0.230601</w:t>
        <w:br/>
        <w:t>vt 0.134104 0.224178</w:t>
        <w:br/>
        <w:t>vt 0.335697 0.074233</w:t>
        <w:br/>
        <w:t>vt 0.321720 0.074096</w:t>
        <w:br/>
        <w:t>vt 0.321709 0.063679</w:t>
        <w:br/>
        <w:t>vt 0.335697 0.054584</w:t>
        <w:br/>
        <w:t>vt 0.076959 0.809153</w:t>
        <w:br/>
        <w:t>vt 0.083623 0.811434</w:t>
        <w:br/>
        <w:t>vt 0.202938 0.802690</w:t>
        <w:br/>
        <w:t>vt 0.205467 0.824345</w:t>
        <w:br/>
        <w:t>vt 0.166801 0.883322</w:t>
        <w:br/>
        <w:t>vt 0.159767 0.885365</w:t>
        <w:br/>
        <w:t>vt 0.161199 0.873189</w:t>
        <w:br/>
        <w:t>vt 0.166481 0.872562</w:t>
        <w:br/>
        <w:t>vt 0.165174 0.864528</w:t>
        <w:br/>
        <w:t>vt 0.160645 0.863698</w:t>
        <w:br/>
        <w:t>vt 0.062850 0.804114</w:t>
        <w:br/>
        <w:t>vt 0.074974 0.790462</w:t>
        <w:br/>
        <w:t>vt 0.172303 0.871139</w:t>
        <w:br/>
        <w:t>vt 0.172827 0.864473</w:t>
        <w:br/>
        <w:t>vt 0.167846 0.847878</w:t>
        <w:br/>
        <w:t>vt 0.159539 0.835823</w:t>
        <w:br/>
        <w:t>vt 0.067783 0.782261</w:t>
        <w:br/>
        <w:t>vt 0.062556 0.790231</w:t>
        <w:br/>
        <w:t>vt 0.188506 0.885653</w:t>
        <w:br/>
        <w:t>vt 0.180347 0.888209</w:t>
        <w:br/>
        <w:t>vt 0.184629 0.880650</w:t>
        <w:br/>
        <w:t>vt 0.178197 0.868675</w:t>
        <w:br/>
        <w:t>vt 0.177493 0.848537</w:t>
        <w:br/>
        <w:t>vt 0.184548 0.864627</w:t>
        <w:br/>
        <w:t>vt 0.192177 0.848238</w:t>
        <w:br/>
        <w:t>vt 0.208593 0.842941</w:t>
        <w:br/>
        <w:t>vt 0.189339 0.857500</w:t>
        <w:br/>
        <w:t>vt 0.048472 0.769567</w:t>
        <w:br/>
        <w:t>vt 0.043675 0.762163</w:t>
        <w:br/>
        <w:t>vt 0.069922 0.754832</w:t>
        <w:br/>
        <w:t>vt 0.065348 0.739875</w:t>
        <w:br/>
        <w:t>vt 0.035332 0.744503</w:t>
        <w:br/>
        <w:t>vt 0.008811 0.671389</w:t>
        <w:br/>
        <w:t>vt 0.031628 0.703718</w:t>
        <w:br/>
        <w:t>vt 0.008811 0.704665</w:t>
        <w:br/>
        <w:t>vt 0.084508 0.774440</w:t>
        <w:br/>
        <w:t>vt 0.168619 0.370303</w:t>
        <w:br/>
        <w:t>vt 0.194492 0.375980</w:t>
        <w:br/>
        <w:t>vt 0.162642 0.495735</w:t>
        <w:br/>
        <w:t>vt 0.164105 0.459615</w:t>
        <w:br/>
        <w:t>vt 0.187792 0.465315</w:t>
        <w:br/>
        <w:t>vt 0.182276 0.499935</w:t>
        <w:br/>
        <w:t>vt 0.165006 0.415405</w:t>
        <w:br/>
        <w:t>vt 0.185215 0.420318</w:t>
        <w:br/>
        <w:t>vt 0.164236 0.653107</w:t>
        <w:br/>
        <w:t>vt 0.008811 0.728974</w:t>
        <w:br/>
        <w:t>vt 0.032851 0.726937</w:t>
        <w:br/>
        <w:t>vt 0.008811 0.750753</w:t>
        <w:br/>
        <w:t>vt 0.218843 0.434925</w:t>
        <w:br/>
        <w:t>vt 0.244018 0.437288</w:t>
        <w:br/>
        <w:t>vt 0.224957 0.473531</w:t>
        <w:br/>
        <w:t>vt 0.200118 0.472177</w:t>
        <w:br/>
        <w:t>vt 0.216773 0.502151</w:t>
        <w:br/>
        <w:t>vt 0.193381 0.503444</w:t>
        <w:br/>
        <w:t>vt 0.134104 0.829952</w:t>
        <w:br/>
        <w:t>vt 0.192188 0.876190</w:t>
        <w:br/>
        <w:t>vt 0.189021 0.873307</w:t>
        <w:br/>
        <w:t>vt 0.196621 0.865869</w:t>
        <w:br/>
        <w:t>vt 0.200416 0.873313</w:t>
        <w:br/>
        <w:t>vt 0.207951 0.871291</w:t>
        <w:br/>
        <w:t>vt 0.282927 0.172772</w:t>
        <w:br/>
        <w:t>vt 0.285743 0.192652</w:t>
        <w:br/>
        <w:t>vt 0.271096 0.191846</w:t>
        <w:br/>
        <w:t>vt 0.270435 0.172558</w:t>
        <w:br/>
        <w:t>vt 0.269083 0.149830</w:t>
        <w:br/>
        <w:t>vt 0.278126 0.149585</w:t>
        <w:br/>
        <w:t>vt 0.273282 0.209486</w:t>
        <w:br/>
        <w:t>vt 0.286431 0.212417</w:t>
        <w:br/>
        <w:t>vt 0.297490 0.717131</w:t>
        <w:br/>
        <w:t>vt 0.249943 0.728134</w:t>
        <w:br/>
        <w:t>vt 0.310447 0.032211</w:t>
        <w:br/>
        <w:t>vt 0.286566 0.231751</w:t>
        <w:br/>
        <w:t>vt 0.274626 0.778913</w:t>
        <w:br/>
        <w:t>vt 0.249943 0.885474</w:t>
        <w:br/>
        <w:t>vt 0.249943 0.793249</w:t>
        <w:br/>
        <w:t>vt 0.031026 0.211786</w:t>
        <w:br/>
        <w:t>vt 0.008811 0.215470</w:t>
        <w:br/>
        <w:t>vt 0.031758 0.245293</w:t>
        <w:br/>
        <w:t>vt 0.008811 0.249362</w:t>
        <w:br/>
        <w:t>vt 0.031449 0.282655</w:t>
        <w:br/>
        <w:t>vt 0.008811 0.285387</w:t>
        <w:br/>
        <w:t>vt 0.008811 0.323718</w:t>
        <w:br/>
        <w:t>vt 0.008811 0.362132</w:t>
        <w:br/>
        <w:t>vt 0.008811 0.401577</w:t>
        <w:br/>
        <w:t>vt 0.032004 0.427533</w:t>
        <w:br/>
        <w:t>vt 0.008811 0.430208</w:t>
        <w:br/>
        <w:t>vt 0.008811 0.520346</w:t>
        <w:br/>
        <w:t>vt 0.032470 0.522297</w:t>
        <w:br/>
        <w:t>vt 0.008811 0.558042</w:t>
        <w:br/>
        <w:t>vt 0.008811 0.596375</w:t>
        <w:br/>
        <w:t>vt 0.008811 0.638260</w:t>
        <w:br/>
        <w:t>vt 0.063353 0.723036</w:t>
        <w:br/>
        <w:t>vt 0.063635 0.702892</w:t>
        <w:br/>
        <w:t>vt 0.042839 0.138597</w:t>
        <w:br/>
        <w:t>vt 0.048183 0.171722</w:t>
        <w:br/>
        <w:t>vt 0.039556 0.116374</w:t>
        <w:br/>
        <w:t>vt 0.034816 0.097721</w:t>
        <w:br/>
        <w:t>vt 0.030007 0.076089</w:t>
        <w:br/>
        <w:t>vt 0.267033 0.327999</w:t>
        <w:br/>
        <w:t>vt 0.256231 0.362134</w:t>
        <w:br/>
        <w:t>vt 0.049867 0.208310</w:t>
        <w:br/>
        <w:t>vt 0.051345 0.242548</w:t>
        <w:br/>
        <w:t>vt 0.053280 0.281856</w:t>
        <w:br/>
        <w:t>vt 0.089857 0.769927</w:t>
        <w:br/>
        <w:t>vt 0.073137 0.433469</w:t>
        <w:br/>
        <w:t>vt 0.056074 0.427605</w:t>
        <w:br/>
        <w:t>vt 0.073376 0.528355</w:t>
        <w:br/>
        <w:t>vt 0.072347 0.565080</w:t>
        <w:br/>
        <w:t>vt 0.056759 0.524910</w:t>
        <w:br/>
        <w:t>vt 0.303556 0.056193</w:t>
        <w:br/>
        <w:t>vt 0.303955 0.053658</w:t>
        <w:br/>
        <w:t>vt 0.306384 0.062302</w:t>
        <w:br/>
        <w:t>vt 0.309285 0.073535</w:t>
        <w:br/>
        <w:t>vt 0.320185 0.100902</w:t>
        <w:br/>
        <w:t>vt 0.307959 0.103625</w:t>
        <w:br/>
        <w:t>vt 0.205593 0.426384</w:t>
        <w:br/>
        <w:t>vt 0.205593 0.426384</w:t>
        <w:br/>
        <w:t>vt 0.313038 0.034948</w:t>
        <w:br/>
        <w:t>vt 0.297490 0.717131</w:t>
        <w:br/>
        <w:t>vt 0.323240 0.759983</w:t>
        <w:br/>
        <w:t>vt 0.056074 0.427605</w:t>
        <w:br/>
        <w:t>vt 0.163751 0.611698</w:t>
        <w:br/>
        <w:t>vt 0.310410 0.217604</w:t>
        <w:br/>
        <w:t>vt 0.323286 0.215587</w:t>
        <w:br/>
        <w:t>vt 0.320824 0.254979</w:t>
        <w:br/>
        <w:t>vt 0.310816 0.257230</w:t>
        <w:br/>
        <w:t>vt 0.072586 0.603941</w:t>
        <w:br/>
        <w:t>vt 0.075534 0.642719</w:t>
        <w:br/>
        <w:t>vt 0.144433 0.025200</w:t>
        <w:br/>
        <w:t>vt 0.132712 0.057731</w:t>
        <w:br/>
        <w:t>vt 0.105697 0.033936</w:t>
        <w:br/>
        <w:t>vt 0.112113 0.016296</w:t>
        <w:br/>
        <w:t>vt 0.335697 0.719847</w:t>
        <w:br/>
        <w:t>vt 0.325389 0.703858</w:t>
        <w:br/>
        <w:t>vt 0.335697 0.702918</w:t>
        <w:br/>
        <w:t>vt 0.070991 0.002557</w:t>
        <w:br/>
        <w:t>vt 0.491992 0.570957</w:t>
        <w:br/>
        <w:t>vt 0.506833 0.570038</w:t>
        <w:br/>
        <w:t>vt 0.506833 0.591683</w:t>
        <w:br/>
        <w:t>vt 0.493060 0.593733</w:t>
        <w:br/>
        <w:t>vt 0.506833 0.462389</w:t>
        <w:br/>
        <w:t>vt 0.506833 0.501752</w:t>
        <w:br/>
        <w:t>vt 0.487816 0.499081</w:t>
        <w:br/>
        <w:t>vt 0.485508 0.459767</w:t>
        <w:br/>
        <w:t>vt 0.506833 0.424751</w:t>
        <w:br/>
        <w:t>vt 0.483323 0.425164</w:t>
        <w:br/>
        <w:t>vt 0.506833 0.390177</w:t>
        <w:br/>
        <w:t>vt 0.480068 0.387474</w:t>
        <w:br/>
        <w:t>vt 0.506833 0.023079</w:t>
        <w:br/>
        <w:t>vt 0.501390 0.014212</w:t>
        <w:br/>
        <w:t>vt 0.506833 0.006331</w:t>
        <w:br/>
        <w:t>vt 0.506833 0.353304</w:t>
        <w:br/>
        <w:t>vt 0.477919 0.353148</w:t>
        <w:br/>
        <w:t>vt 0.506833 0.319975</w:t>
        <w:br/>
        <w:t>vt 0.479218 0.317900</w:t>
        <w:br/>
        <w:t>vt 0.506833 0.285018</w:t>
        <w:br/>
        <w:t>vt 0.476769 0.282629</w:t>
        <w:br/>
        <w:t>vt 0.506833 0.252168</w:t>
        <w:br/>
        <w:t>vt 0.474089 0.248551</w:t>
        <w:br/>
        <w:t>vt 0.506833 0.221999</w:t>
        <w:br/>
        <w:t>vt 0.472615 0.214906</w:t>
        <w:br/>
        <w:t>vt 0.506833 0.179763</w:t>
        <w:br/>
        <w:t>vt 0.472895 0.179346</w:t>
        <w:br/>
        <w:t>vt 0.474034 0.144080</w:t>
        <w:br/>
        <w:t>vt 0.506833 0.143849</w:t>
        <w:br/>
        <w:t>vt 0.474220 0.114020</w:t>
        <w:br/>
        <w:t>vt 0.506833 0.113584</w:t>
        <w:br/>
        <w:t>vt 0.476054 0.080369</w:t>
        <w:br/>
        <w:t>vt 0.506833 0.081788</w:t>
        <w:br/>
        <w:t>vt 0.506833 0.058419</w:t>
        <w:br/>
        <w:t>vt 0.474871 0.056997</w:t>
        <w:br/>
        <w:t>vt 0.506833 0.042904</w:t>
        <w:br/>
        <w:t>vt 0.481336 0.034510</w:t>
        <w:br/>
        <w:t>vt 0.491915 0.019311</w:t>
        <w:br/>
        <w:t>vt 0.506833 0.029975</w:t>
        <w:br/>
        <w:t>vt 0.335697 0.098215</w:t>
        <w:br/>
        <w:t>vt 0.321466 0.174707</w:t>
        <w:br/>
        <w:t>vt 0.335697 0.173488</w:t>
        <w:br/>
        <w:t>vt 0.335697 0.215509</w:t>
        <w:br/>
        <w:t>vt 0.323286 0.215587</w:t>
        <w:br/>
        <w:t>vt 0.335697 0.255513</w:t>
        <w:br/>
        <w:t>vt 0.335697 0.291990</w:t>
        <w:br/>
        <w:t>vt 0.319226 0.295627</w:t>
        <w:br/>
        <w:t>vt 0.335697 0.330685</w:t>
        <w:br/>
        <w:t>vt 0.320993 0.331647</w:t>
        <w:br/>
        <w:t>vt 0.335697 0.366054</w:t>
        <w:br/>
        <w:t>vt 0.319225 0.367069</w:t>
        <w:br/>
        <w:t>vt 0.335697 0.403136</w:t>
        <w:br/>
        <w:t>vt 0.316568 0.403835</w:t>
        <w:br/>
        <w:t>vt 0.335697 0.437800</w:t>
        <w:br/>
        <w:t>vt 0.314119 0.438459</w:t>
        <w:br/>
        <w:t>vt 0.335697 0.469239</w:t>
        <w:br/>
        <w:t>vt 0.311696 0.471487</w:t>
        <w:br/>
        <w:t>vt 0.335697 0.513174</w:t>
        <w:br/>
        <w:t>vt 0.308966 0.514163</w:t>
        <w:br/>
        <w:t>vt 0.335697 0.550457</w:t>
        <w:br/>
        <w:t>vt 0.310376 0.552186</w:t>
        <w:br/>
        <w:t>vt 0.335697 0.581997</w:t>
        <w:br/>
        <w:t>vt 0.313543 0.583743</w:t>
        <w:br/>
        <w:t>vt 0.335697 0.663719</w:t>
        <w:br/>
        <w:t>vt 0.317450 0.666032</w:t>
        <w:br/>
        <w:t>vt 0.320317 0.640380</w:t>
        <w:br/>
        <w:t>vt 0.335697 0.642659</w:t>
        <w:br/>
        <w:t>vt 0.321723 0.687787</w:t>
        <w:br/>
        <w:t>vt 0.335697 0.686393</w:t>
        <w:br/>
        <w:t>vt 0.493898 0.604971</w:t>
        <w:br/>
        <w:t>vt 0.506833 0.609592</w:t>
        <w:br/>
        <w:t>vt 0.495524 0.617468</w:t>
        <w:br/>
        <w:t>vt 0.086621 0.730376</w:t>
        <w:br/>
        <w:t>vt 0.086675 0.716191</w:t>
        <w:br/>
        <w:t>vt 0.087444 0.703754</w:t>
        <w:br/>
        <w:t>vt 0.321267 0.132848</w:t>
        <w:br/>
        <w:t>vt 0.335697 0.132980</w:t>
        <w:br/>
        <w:t>vt 0.335697 0.173488</w:t>
        <w:br/>
        <w:t>vt 0.506833 0.538912</w:t>
        <w:br/>
        <w:t>vt 0.489929 0.537182</w:t>
        <w:br/>
        <w:t>vt 0.515578 0.628063</w:t>
        <w:br/>
        <w:t>vt 0.514324 0.640218</w:t>
        <w:br/>
        <w:t>vt 0.506833 0.640623</w:t>
        <w:br/>
        <w:t>vt 0.506833 0.624533</w:t>
        <w:br/>
        <w:t>vt 0.497303 0.639541</w:t>
        <w:br/>
        <w:t>vt 0.496867 0.629702</w:t>
        <w:br/>
        <w:t>vt 0.088916 0.758242</w:t>
        <w:br/>
        <w:t>vt 0.086976 0.745591</w:t>
        <w:br/>
        <w:t>vt 0.185751 0.037262</w:t>
        <w:br/>
        <w:t>vt 0.173370 0.085962</w:t>
        <w:br/>
        <w:t>vt 0.469746 0.319159</w:t>
        <w:br/>
        <w:t>vt 0.462032 0.283600</w:t>
        <w:br/>
        <w:t>vt 0.447890 0.215517</w:t>
        <w:br/>
        <w:t>vt 0.441519 0.181155</w:t>
        <w:br/>
        <w:t>vt 0.436840 0.143822</w:t>
        <w:br/>
        <w:t>vt 0.423997 0.655554</w:t>
        <w:br/>
        <w:t>vt 0.419715 0.701973</w:t>
        <w:br/>
        <w:t>vt 0.407092 0.660393</w:t>
        <w:br/>
        <w:t>vt 0.467843 0.481483</w:t>
        <w:br/>
        <w:t>vt 0.453554 0.485507</w:t>
        <w:br/>
        <w:t>vt 0.455652 0.457253</w:t>
        <w:br/>
        <w:t>vt 0.464791 0.452949</w:t>
        <w:br/>
        <w:t>vt 0.462818 0.434512</w:t>
        <w:br/>
        <w:t>vt 0.454618 0.439762</w:t>
        <w:br/>
        <w:t>vt 0.456593 0.422836</w:t>
        <w:br/>
        <w:t>vt 0.461047 0.417951</w:t>
        <w:br/>
        <w:t>vt 0.438843 0.110028</w:t>
        <w:br/>
        <w:t>vt 0.103689 0.102660</w:t>
        <w:br/>
        <w:t>vt 0.103689 0.120877</w:t>
        <w:br/>
        <w:t>vt 0.086486 0.108463</w:t>
        <w:br/>
        <w:t>vt 0.090118 0.088051</w:t>
        <w:br/>
        <w:t>vt 0.103689 0.084855</w:t>
        <w:br/>
        <w:t>vt 0.093934 0.072044</w:t>
        <w:br/>
        <w:t>vt 0.103689 0.069919</w:t>
        <w:br/>
        <w:t>vt 0.095539 0.058976</w:t>
        <w:br/>
        <w:t>vt 0.103689 0.054196</w:t>
        <w:br/>
        <w:t>vt 0.103689 0.060914</w:t>
        <w:br/>
        <w:t>vt 0.097224 0.053016</w:t>
        <w:br/>
        <w:t>vt 0.099416 0.049058</w:t>
        <w:br/>
        <w:t>vt 0.480718 0.601825</w:t>
        <w:br/>
        <w:t>vt 0.483756 0.630223</w:t>
        <w:br/>
        <w:t>vt 0.464594 0.628974</w:t>
        <w:br/>
        <w:t>vt 0.444109 0.602657</w:t>
        <w:br/>
        <w:t>vt 0.443963 0.582942</w:t>
        <w:br/>
        <w:t>vt 0.477501 0.571751</w:t>
        <w:br/>
        <w:t>vt 0.451219 0.518003</w:t>
        <w:br/>
        <w:t>vt 0.470919 0.510226</w:t>
        <w:br/>
        <w:t>vt 0.474270 0.541551</w:t>
        <w:br/>
        <w:t>vt 0.445948 0.549887</w:t>
        <w:br/>
        <w:t>vt 0.418358 0.628604</w:t>
        <w:br/>
        <w:t>vt 0.403373 0.632387</w:t>
        <w:br/>
        <w:t>vt 0.404583 0.594573</w:t>
        <w:br/>
        <w:t>vt 0.416948 0.591647</w:t>
        <w:br/>
        <w:t>vt 0.103689 0.042908</w:t>
        <w:br/>
        <w:t>vt 0.109009 0.053749</w:t>
        <w:br/>
        <w:t>vt 0.103689 0.054196</w:t>
        <w:br/>
        <w:t>vt 0.458715 0.396158</w:t>
        <w:br/>
        <w:t>vt 0.103689 0.140295</w:t>
        <w:br/>
        <w:t>vt 0.103689 0.162144</w:t>
        <w:br/>
        <w:t>vt 0.079868 0.153079</w:t>
        <w:br/>
        <w:t>vt 0.082341 0.129700</w:t>
        <w:br/>
        <w:t>vt 0.103689 0.182299</w:t>
        <w:br/>
        <w:t>vt 0.079119 0.177555</w:t>
        <w:br/>
        <w:t>vt 0.103689 0.216808</w:t>
        <w:br/>
        <w:t>vt 0.078209 0.210119</w:t>
        <w:br/>
        <w:t>vt 0.103689 0.250900</w:t>
        <w:br/>
        <w:t>vt 0.079633 0.247416</w:t>
        <w:br/>
        <w:t>vt 0.103689 0.286875</w:t>
        <w:br/>
        <w:t>vt 0.082360 0.285191</w:t>
        <w:br/>
        <w:t>vt 0.119490 0.321012</w:t>
        <w:br/>
        <w:t>vt 0.103689 0.321719</w:t>
        <w:br/>
        <w:t>vt 0.120861 0.286708</w:t>
        <w:br/>
        <w:t>vt 0.118903 0.356494</w:t>
        <w:br/>
        <w:t>vt 0.103689 0.357295</w:t>
        <w:br/>
        <w:t>vt 0.335697 0.615957</w:t>
        <w:br/>
        <w:t>vt 0.316819 0.614476</w:t>
        <w:br/>
        <w:t>vt 0.515732 0.649160</w:t>
        <w:br/>
        <w:t>vt 0.506833 0.651732</w:t>
        <w:br/>
        <w:t>vt 0.455049 0.250310</w:t>
        <w:br/>
        <w:t>vt 0.306265 0.615383</w:t>
        <w:br/>
        <w:t>vt 0.289308 0.582560</w:t>
        <w:br/>
        <w:t>vt 0.284114 0.548054</w:t>
        <w:br/>
        <w:t>vt 0.282655 0.511892</w:t>
        <w:br/>
        <w:t>vt 0.287474 0.475260</w:t>
        <w:br/>
        <w:t>vt 0.411422 0.558080</w:t>
        <w:br/>
        <w:t>vt 0.454618 0.439762</w:t>
        <w:br/>
        <w:t>vt 0.442655 0.442564</w:t>
        <w:br/>
        <w:t>vt 0.449197 0.423582</w:t>
        <w:br/>
        <w:t>vt 0.456593 0.422836</w:t>
        <w:br/>
        <w:t>vt 0.455652 0.457253</w:t>
        <w:br/>
        <w:t>vt 0.437630 0.465203</w:t>
        <w:br/>
        <w:t>vt 0.453554 0.485507</w:t>
        <w:br/>
        <w:t>vt 0.429827 0.494831</w:t>
        <w:br/>
        <w:t>vt 0.451219 0.518003</w:t>
        <w:br/>
        <w:t>vt 0.420529 0.527860</w:t>
        <w:br/>
        <w:t>vt 0.445948 0.549887</w:t>
        <w:br/>
        <w:t>vt 0.443963 0.582942</w:t>
        <w:br/>
        <w:t>vt 0.449197 0.423582</w:t>
        <w:br/>
        <w:t>vt 0.458715 0.396158</w:t>
        <w:br/>
        <w:t>vt 0.122717 0.251318</w:t>
        <w:br/>
        <w:t>vt 0.123605 0.220897</w:t>
        <w:br/>
        <w:t>vt 0.122281 0.190581</w:t>
        <w:br/>
        <w:t>vt 0.121413 0.171907</w:t>
        <w:br/>
        <w:t>vt 0.122901 0.148199</w:t>
        <w:br/>
        <w:t>vt 0.121628 0.125352</w:t>
        <w:br/>
        <w:t>vt 0.118184 0.106869</w:t>
        <w:br/>
        <w:t>vt 0.103689 0.102660</w:t>
        <w:br/>
        <w:t>vt 0.115445 0.087678</w:t>
        <w:br/>
        <w:t>vt 0.103689 0.084855</w:t>
        <w:br/>
        <w:t>vt 0.112246 0.072048</w:t>
        <w:br/>
        <w:t>vt 0.103689 0.069919</w:t>
        <w:br/>
        <w:t>vt 0.103689 0.060914</w:t>
        <w:br/>
        <w:t>vt 0.110305 0.061819</w:t>
        <w:br/>
        <w:t>vt 0.103689 0.042908</w:t>
        <w:br/>
        <w:t>vt 0.487739 0.667453</w:t>
        <w:br/>
        <w:t>vt 0.231926 0.050154</w:t>
        <w:br/>
        <w:t>vt 0.234348 0.034952</w:t>
        <w:br/>
        <w:t>vt 0.444109 0.602657</w:t>
        <w:br/>
        <w:t>vt 0.316819 0.614476</w:t>
        <w:br/>
        <w:t>vt 0.320317 0.640380</w:t>
        <w:br/>
        <w:t>vt 0.462689 0.078168</w:t>
        <w:br/>
        <w:t>vt 0.286980 0.037724</w:t>
        <w:br/>
        <w:t>vt 0.231926 0.050154</w:t>
        <w:br/>
        <w:t>vt 0.227541 0.112136</w:t>
        <w:br/>
        <w:t>vt 0.083141 0.322752</w:t>
        <w:br/>
        <w:t>vt 0.088601 0.679672</w:t>
        <w:br/>
        <w:t>vt 0.098561 0.565495</w:t>
        <w:br/>
        <w:t>vt 0.102336 0.532433</w:t>
        <w:br/>
        <w:t>vt 0.118310 0.535310</w:t>
        <w:br/>
        <w:t>vt 0.111396 0.569940</w:t>
        <w:br/>
        <w:t>vt 0.100394 0.608060</w:t>
        <w:br/>
        <w:t>vt 0.090977 0.644981</w:t>
        <w:br/>
        <w:t>vt 0.086771 0.602991</w:t>
        <w:br/>
        <w:t>vt 0.501358 0.648231</w:t>
        <w:br/>
        <w:t>vt 0.307549 0.136672</w:t>
        <w:br/>
        <w:t>vt 0.321466 0.174707</w:t>
        <w:br/>
        <w:t>vt 0.307827 0.178782</w:t>
        <w:br/>
        <w:t>vt 0.310410 0.217604</w:t>
        <w:br/>
        <w:t>vt 0.307827 0.178782</w:t>
        <w:br/>
        <w:t>vt 0.103689 0.494914</w:t>
        <w:br/>
        <w:t>vt 0.119570 0.496517</w:t>
        <w:br/>
        <w:t>vt 0.293580 0.438543</w:t>
        <w:br/>
        <w:t>vt 0.103689 0.460646</w:t>
        <w:br/>
        <w:t>vt 0.091409 0.495005</w:t>
        <w:br/>
        <w:t>vt 0.088385 0.461179</w:t>
        <w:br/>
        <w:t>vt 0.086902 0.428535</w:t>
        <w:br/>
        <w:t>vt 0.103689 0.427600</w:t>
        <w:br/>
        <w:t>vt 0.085005 0.394697</w:t>
        <w:br/>
        <w:t>vt 0.103689 0.392747</w:t>
        <w:br/>
        <w:t>vt 0.082619 0.360109</w:t>
        <w:br/>
        <w:t>vt 0.120032 0.462842</w:t>
        <w:br/>
        <w:t>vt 0.302679 0.298232</w:t>
        <w:br/>
        <w:t>vt 0.303783 0.333792</w:t>
        <w:br/>
        <w:t>vt 0.300817 0.368134</w:t>
        <w:br/>
        <w:t>vt 0.116878 0.391169</w:t>
        <w:br/>
        <w:t>vt 0.115431 0.427820</w:t>
        <w:br/>
        <w:t>vt 0.297530 0.403268</w:t>
        <w:br/>
        <w:t>vt 0.266691 0.116684</w:t>
        <w:br/>
        <w:t>vt 0.271241 0.114230</w:t>
        <w:br/>
        <w:t>vt 0.275127 0.132019</w:t>
        <w:br/>
        <w:t>vt 0.267659 0.133431</w:t>
        <w:br/>
        <w:t>vt 0.275158 0.114386</w:t>
        <w:br/>
        <w:t>vt 0.280953 0.131922</w:t>
        <w:br/>
        <w:t>vt 0.275127 0.132019</w:t>
        <w:br/>
        <w:t>vt 0.271241 0.114230</w:t>
        <w:br/>
        <w:t>vt 0.019600 0.038521</w:t>
        <w:br/>
        <w:t>vt 0.008811 0.043944</w:t>
        <w:br/>
        <w:t>vt 0.008811 0.027306</w:t>
        <w:br/>
        <w:t>vt 0.015713 0.023733</w:t>
        <w:br/>
        <w:t>vt 0.264613 0.482160</w:t>
        <w:br/>
        <w:t>vt 0.270436 0.519435</w:t>
        <w:br/>
        <w:t>vt 0.249943 0.512717</w:t>
        <w:br/>
        <w:t>vt 0.249943 0.476103</w:t>
        <w:br/>
        <w:t>vt 0.264954 0.094036</w:t>
        <w:br/>
        <w:t>vt 0.264954 0.094036</w:t>
        <w:br/>
        <w:t>vt 0.008811 0.006879</w:t>
        <w:br/>
        <w:t>vt 0.249943 0.435485</w:t>
        <w:br/>
        <w:t>vt 0.161835 0.530284</w:t>
        <w:br/>
        <w:t>vt 0.180141 0.531904</w:t>
        <w:br/>
        <w:t>vt 0.180665 0.568389</w:t>
        <w:br/>
        <w:t>vt 0.162388 0.568307</w:t>
        <w:br/>
        <w:t>vt 0.186647 0.569371</w:t>
        <w:br/>
        <w:t>vt 0.189524 0.533330</w:t>
        <w:br/>
        <w:t>vt 0.209607 0.569016</w:t>
        <w:br/>
        <w:t>vt 0.212411 0.532100</w:t>
        <w:br/>
        <w:t>vt 0.056483 0.456628</w:t>
        <w:br/>
        <w:t>vt 0.057138 0.491602</w:t>
        <w:br/>
        <w:t>vt 0.033807 0.488967</w:t>
        <w:br/>
        <w:t>vt 0.033223 0.455284</w:t>
        <w:br/>
        <w:t>vt 0.008811 0.457320</w:t>
        <w:br/>
        <w:t>vt 0.008811 0.488945</w:t>
        <w:br/>
        <w:t>vt 0.162388 0.568307</w:t>
        <w:br/>
        <w:t>vt 0.134104 0.566120</w:t>
        <w:br/>
        <w:t>vt 0.134104 0.526015</w:t>
        <w:br/>
        <w:t>vt 0.161835 0.530284</w:t>
        <w:br/>
        <w:t>vt 0.057138 0.491602</w:t>
        <w:br/>
        <w:t>vt 0.056483 0.456628</w:t>
        <w:br/>
        <w:t>vt 0.073703 0.461474</w:t>
        <w:br/>
        <w:t>vt 0.073801 0.495427</w:t>
        <w:br/>
        <w:t>vt 0.081732 0.534851</w:t>
        <w:br/>
        <w:t>vt 0.102336 0.532433</w:t>
        <w:br/>
        <w:t>vt 0.513793 0.611714</w:t>
        <w:br/>
        <w:t>vt 0.517554 0.616356</w:t>
        <w:br/>
        <w:t>vt 0.169268 0.830460</w:t>
        <w:br/>
        <w:t>vt 0.134104 0.835353</w:t>
        <w:br/>
        <w:t>vt 0.247685 0.155744</w:t>
        <w:br/>
        <w:t>vt 0.244208 0.132565</w:t>
        <w:br/>
        <w:t>vt 0.254919 0.135275</w:t>
        <w:br/>
        <w:t>vt 0.259861 0.157946</w:t>
        <w:br/>
        <w:t>vt 0.235478 0.060958</w:t>
        <w:br/>
        <w:t>vt 0.241494 0.090501</w:t>
        <w:br/>
        <w:t>vt 0.235478 0.086146</w:t>
        <w:br/>
        <w:t>vt 0.235478 0.152410</w:t>
        <w:br/>
        <w:t>vt 0.235478 0.129441</w:t>
        <w:br/>
        <w:t>vt 0.244208 0.132565</w:t>
        <w:br/>
        <w:t>vt 0.247685 0.155744</w:t>
        <w:br/>
        <w:t>vt 0.251418 0.193391</w:t>
        <w:br/>
        <w:t>vt 0.252867 0.209241</w:t>
        <w:br/>
        <w:t>vt 0.235478 0.205258</w:t>
        <w:br/>
        <w:t>vt 0.235478 0.189431</w:t>
        <w:br/>
        <w:t>vt 0.274423 0.004499</w:t>
        <w:br/>
        <w:t>vt 0.278064 0.016558</w:t>
        <w:br/>
        <w:t>vt 0.255791 0.015956</w:t>
        <w:br/>
        <w:t>vt 0.252871 0.004499</w:t>
        <w:br/>
        <w:t>vt 0.175687 0.012430</w:t>
        <w:br/>
        <w:t>vt 0.175342 0.004499</w:t>
        <w:br/>
        <w:t>vt 0.204199 0.004499</w:t>
        <w:br/>
        <w:t>vt 0.204951 0.013239</w:t>
        <w:br/>
        <w:t>vt 0.122198 0.011906</w:t>
        <w:br/>
        <w:t>vt 0.093556 0.004499</w:t>
        <w:br/>
        <w:t>vt 0.120979 0.004499</w:t>
        <w:br/>
        <w:t>vt 0.150603 0.011704</w:t>
        <w:br/>
        <w:t>vt 0.153156 0.016803</w:t>
        <w:br/>
        <w:t>vt 0.122198 0.011906</w:t>
        <w:br/>
        <w:t>vt 0.149719 0.004499</w:t>
        <w:br/>
        <w:t>vt 0.150603 0.011704</w:t>
        <w:br/>
        <w:t>vt 0.242704 0.111286</w:t>
        <w:br/>
        <w:t>vt 0.235478 0.108755</w:t>
        <w:br/>
        <w:t>vt 0.235478 0.171864</w:t>
        <w:br/>
        <w:t>vt 0.250485 0.177031</w:t>
        <w:br/>
        <w:t>vt 0.234490 0.015187</w:t>
        <w:br/>
        <w:t>vt 0.229707 0.004499</w:t>
        <w:br/>
        <w:t>vt 0.265711 0.181096</w:t>
        <w:br/>
        <w:t>vt 0.268772 0.198323</w:t>
        <w:br/>
        <w:t>vt 0.251418 0.193391</w:t>
        <w:br/>
        <w:t>vt 0.250485 0.177031</w:t>
        <w:br/>
        <w:t>vt 0.249920 0.111975</w:t>
        <w:br/>
        <w:t>vt 0.242704 0.111286</w:t>
        <w:br/>
        <w:t>vt 0.238443 0.024685</w:t>
        <w:br/>
        <w:t>vt 0.234490 0.015187</w:t>
        <w:br/>
        <w:t>vt 0.255791 0.015956</w:t>
        <w:br/>
        <w:t>vt 0.262317 0.027486</w:t>
        <w:br/>
        <w:t>vt 0.211026 0.022253</w:t>
        <w:br/>
        <w:t>vt 0.204951 0.013239</w:t>
        <w:br/>
        <w:t>vt 0.181402 0.019023</w:t>
        <w:br/>
        <w:t>vt 0.175687 0.012430</w:t>
        <w:br/>
        <w:t>vt 0.241494 0.090501</w:t>
        <w:br/>
        <w:t>vt 0.246603 0.090781</w:t>
        <w:br/>
        <w:t>vt 0.235478 0.060958</w:t>
        <w:br/>
        <w:t>vt 0.285078 0.029228</w:t>
        <w:br/>
        <w:t>vt 0.252867 0.209241</w:t>
        <w:br/>
        <w:t>vt 0.269133 0.211732</w:t>
        <w:br/>
        <w:t>vt 0.170410 0.128265</w:t>
        <w:br/>
        <w:t>vt 0.134104 0.112164</w:t>
        <w:br/>
        <w:t>vt 0.134104 0.099962</w:t>
        <w:br/>
        <w:t>vt 0.140676 0.097476</w:t>
        <w:br/>
        <w:t>vt 0.147703 0.109176</w:t>
        <w:br/>
        <w:t>vt 0.140676 0.097476</w:t>
        <w:br/>
        <w:t>vt 0.144365 0.092357</w:t>
        <w:br/>
        <w:t>vt 0.153287 0.099823</w:t>
        <w:br/>
        <w:t>vt 0.147703 0.109176</w:t>
        <w:br/>
        <w:t>vt 0.134104 0.086661</w:t>
        <w:br/>
        <w:t>vt 0.134104 0.086661</w:t>
        <w:br/>
        <w:t>vt 0.035228 0.768393</w:t>
        <w:br/>
        <w:t>vt 0.196119 0.883419</w:t>
        <w:br/>
        <w:t>vt 0.057331 0.799885</w:t>
        <w:br/>
        <w:t>vt 0.052683 0.803914</w:t>
        <w:br/>
        <w:t>vt 0.056040 0.787282</w:t>
        <w:br/>
        <w:t>vt 0.062556 0.790231</w:t>
        <w:br/>
        <w:t>vt 0.048563 0.797747</w:t>
        <w:br/>
        <w:t>vt 0.048243 0.783762</w:t>
        <w:br/>
        <w:t>vt 0.039525 0.792155</w:t>
        <w:br/>
        <w:t>vt 0.042334 0.778117</w:t>
        <w:br/>
        <w:t>vt 0.031456 0.784567</w:t>
        <w:br/>
        <w:t>vt 0.023321 0.773739</w:t>
        <w:br/>
        <w:t>vt 0.044072 0.800435</w:t>
        <w:br/>
        <w:t>vt 0.035585 0.795495</w:t>
        <w:br/>
        <w:t>vt 0.048563 0.797747</w:t>
        <w:br/>
        <w:t>vt 0.028444 0.788371</w:t>
        <w:br/>
        <w:t>vt 0.018246 0.780497</w:t>
        <w:br/>
        <w:t>vt 0.210795 0.860246</w:t>
        <w:br/>
        <w:t>vt 0.203520 0.878918</w:t>
        <w:br/>
        <w:t>vt 0.176380 0.880557</w:t>
        <w:br/>
        <w:t>vt 0.181985 0.878190</w:t>
        <w:br/>
        <w:t>vt 0.027817 0.759280</w:t>
        <w:br/>
        <w:t>vt 0.051345 0.242548</w:t>
        <w:br/>
        <w:t>vt 0.166460 0.887436</w:t>
        <w:br/>
        <w:t>vt 0.750097 0.884769</w:t>
        <w:br/>
        <w:t>vt 0.758672 0.895312</w:t>
        <w:br/>
        <w:t>vt 0.754730 0.898871</w:t>
        <w:br/>
        <w:t>vt 0.821432 0.886588</w:t>
        <w:br/>
        <w:t>vt 0.835781 0.877662</w:t>
        <w:br/>
        <w:t>vt 0.832458 0.893380</w:t>
        <w:br/>
        <w:t>vt 0.815618 0.899985</w:t>
        <w:br/>
        <w:t>vt 0.875568 0.875180</w:t>
        <w:br/>
        <w:t>vt 0.901831 0.861089</w:t>
        <w:br/>
        <w:t>vt 0.905923 0.888656</w:t>
        <w:br/>
        <w:t>vt 0.882401 0.902595</w:t>
        <w:br/>
        <w:t>vt 0.903745 0.962834</w:t>
        <w:br/>
        <w:t>vt 0.887879 0.932784</w:t>
        <w:br/>
        <w:t>vt 0.912962 0.918270</w:t>
        <w:br/>
        <w:t>vt 0.929914 0.951736</w:t>
        <w:br/>
        <w:t>vt 0.874040 0.858416</w:t>
        <w:br/>
        <w:t>vt 0.897456 0.844591</w:t>
        <w:br/>
        <w:t>vt 0.921917 0.847839</w:t>
        <w:br/>
        <w:t>vt 0.927837 0.868998</w:t>
        <w:br/>
        <w:t>vt 0.053578 0.237445</w:t>
        <w:br/>
        <w:t>vt 0.053578 0.222562</w:t>
        <w:br/>
        <w:t>vt 0.057872 0.221906</w:t>
        <w:br/>
        <w:t>vt 0.879392 0.970568</w:t>
        <w:br/>
        <w:t>vt 0.867656 0.943212</w:t>
        <w:br/>
        <w:t>vt 0.915591 0.833101</w:t>
        <w:br/>
        <w:t>vt 0.940881 0.832075</w:t>
        <w:br/>
        <w:t>vt 0.948195 0.848204</w:t>
        <w:br/>
        <w:t>vt 0.851614 0.974039</w:t>
        <w:br/>
        <w:t>vt 0.844474 0.951278</w:t>
        <w:br/>
        <w:t>vt 0.934071 0.820158</w:t>
        <w:br/>
        <w:t>vt 0.958149 0.814330</w:t>
        <w:br/>
        <w:t>vt 0.965911 0.825243</w:t>
        <w:br/>
        <w:t>vt 0.824172 0.971860</w:t>
        <w:br/>
        <w:t>vt 0.820193 0.955150</w:t>
        <w:br/>
        <w:t>vt 0.951237 0.806401</w:t>
        <w:br/>
        <w:t>vt 0.973852 0.795340</w:t>
        <w:br/>
        <w:t>vt 0.979634 0.801025</w:t>
        <w:br/>
        <w:t>vt 0.795451 0.962970</w:t>
        <w:br/>
        <w:t>vt 0.794531 0.954096</w:t>
        <w:br/>
        <w:t>vt 0.967901 0.791181</w:t>
        <w:br/>
        <w:t>vt 0.973852 0.795340</w:t>
        <w:br/>
        <w:t>vt 0.987207 0.777664</w:t>
        <w:br/>
        <w:t>vt 0.990200 0.778903</w:t>
        <w:br/>
        <w:t>vt 0.770025 0.950282</w:t>
        <w:br/>
        <w:t>vt 0.771501 0.949050</w:t>
        <w:br/>
        <w:t>vt 0.982956 0.776886</w:t>
        <w:br/>
        <w:t>vt 0.987207 0.777664</w:t>
        <w:br/>
        <w:t>vt 0.996557 0.760141</w:t>
        <w:br/>
        <w:t>vt 0.767661 0.955904</w:t>
        <w:br/>
        <w:t>vt 0.749997 0.938359</w:t>
        <w:br/>
        <w:t>vt 0.749997 0.938359</w:t>
        <w:br/>
        <w:t>vt 0.982956 0.776886</w:t>
        <w:br/>
        <w:t>vt 0.996557 0.760141</w:t>
        <w:br/>
        <w:t>vt 0.858979 0.910930</w:t>
        <w:br/>
        <w:t>vt 0.861840 0.918722</w:t>
        <w:br/>
        <w:t>vt 0.837295 0.924147</w:t>
        <w:br/>
        <w:t>vt 0.834228 0.915208</w:t>
        <w:br/>
        <w:t>vt 0.954485 0.941967</w:t>
        <w:br/>
        <w:t>vt 0.970253 0.961188</w:t>
        <w:br/>
        <w:t>vt 0.950119 0.979545</w:t>
        <w:br/>
        <w:t>vt 0.925388 0.995155</w:t>
        <w:br/>
        <w:t>vt 0.885311 0.993995</w:t>
        <w:br/>
        <w:t>vt 0.905923 0.888656</w:t>
        <w:br/>
        <w:t>vt 0.912389 0.896136</w:t>
        <w:br/>
        <w:t>vt 0.885345 0.909989</w:t>
        <w:br/>
        <w:t>vt 0.882401 0.902595</w:t>
        <w:br/>
        <w:t>vt 0.966168 0.864082</w:t>
        <w:br/>
        <w:t>vt 0.953168 0.888464</w:t>
        <w:br/>
        <w:t>vt 0.927837 0.868998</w:t>
        <w:br/>
        <w:t>vt 0.948195 0.848204</w:t>
        <w:br/>
        <w:t>vt 0.979339 0.835646</w:t>
        <w:br/>
        <w:t>vt 0.965911 0.825243</w:t>
        <w:br/>
        <w:t>vt 0.986947 0.807621</w:t>
        <w:br/>
        <w:t>vt 0.979634 0.801025</w:t>
        <w:br/>
        <w:t>vt 0.993501 0.782053</w:t>
        <w:br/>
        <w:t>vt 0.990200 0.778903</w:t>
        <w:br/>
        <w:t>vt 0.811978 0.924895</w:t>
        <w:br/>
        <w:t>vt 0.811480 0.915768</w:t>
        <w:br/>
        <w:t>vt 0.094026 0.718894</w:t>
        <w:br/>
        <w:t>vt 0.103895 0.729934</w:t>
        <w:br/>
        <w:t>vt 0.101275 0.731032</w:t>
        <w:br/>
        <w:t>vt 0.854165 0.884750</w:t>
        <w:br/>
        <w:t>vt 0.858979 0.910930</w:t>
        <w:br/>
        <w:t>vt 0.933142 0.906696</w:t>
        <w:br/>
        <w:t>vt 0.854735 0.868008</w:t>
        <w:br/>
        <w:t>vt 0.854165 0.884750</w:t>
        <w:br/>
        <w:t>vt 0.132077 0.921127</w:t>
        <w:br/>
        <w:t>vt 0.108621 0.921622</w:t>
        <w:br/>
        <w:t>vt 0.109460 0.897767</w:t>
        <w:br/>
        <w:t>vt 0.131171 0.896185</w:t>
        <w:br/>
        <w:t>vt 0.978791 0.931888</w:t>
        <w:br/>
        <w:t>vt 0.987381 0.939373</w:t>
        <w:br/>
        <w:t>vt 0.108369 0.945981</w:t>
        <w:br/>
        <w:t>vt 0.117564 0.974571</w:t>
        <w:br/>
        <w:t>vt 0.105528 0.976828</w:t>
        <w:br/>
        <w:t>vt 0.132433 0.945973</w:t>
        <w:br/>
        <w:t>vt 0.996819 0.925313</w:t>
        <w:br/>
        <w:t>vt 0.093800 0.950176</w:t>
        <w:br/>
        <w:t>vt 0.094980 0.974411</w:t>
        <w:br/>
        <w:t>vt 0.091072 0.925910</w:t>
        <w:br/>
        <w:t>vt 0.088603 0.901467</w:t>
        <w:br/>
        <w:t>vt 0.789585 0.920128</w:t>
        <w:br/>
        <w:t>vt 0.790094 0.914118</w:t>
        <w:br/>
        <w:t>vt 0.094318 0.996174</w:t>
        <w:br/>
        <w:t>vt 0.798841 0.903556</w:t>
        <w:br/>
        <w:t>vt 0.815618 0.899985</w:t>
        <w:br/>
        <w:t>vt 0.811480 0.915768</w:t>
        <w:br/>
        <w:t>vt 0.790094 0.914118</w:t>
        <w:br/>
        <w:t>vt 0.790824 0.892899</w:t>
        <w:br/>
        <w:t>vt 0.805857 0.892872</w:t>
        <w:br/>
        <w:t>vt 0.784100 0.901900</w:t>
        <w:br/>
        <w:t>vt 0.832458 0.893380</w:t>
        <w:br/>
        <w:t>vt 0.834228 0.915208</w:t>
        <w:br/>
        <w:t>vt 0.750097 0.884769</w:t>
        <w:br/>
        <w:t>vt 0.765464 0.876292</w:t>
        <w:br/>
        <w:t>vt 0.764713 0.888731</w:t>
        <w:br/>
        <w:t>vt 0.096396 0.817522</w:t>
        <w:br/>
        <w:t>vt 0.114730 0.818903</w:t>
        <w:br/>
        <w:t>vt 0.112898 0.841983</w:t>
        <w:br/>
        <w:t>vt 0.091411 0.840357</w:t>
        <w:br/>
        <w:t>vt 0.105653 0.700923</w:t>
        <w:br/>
        <w:t>vt 0.108344 0.678615</w:t>
        <w:br/>
        <w:t>vt 0.125245 0.683521</w:t>
        <w:br/>
        <w:t>vt 0.125899 0.710944</w:t>
        <w:br/>
        <w:t>vt 0.130754 0.868490</w:t>
        <w:br/>
        <w:t>vt 0.110655 0.870551</w:t>
        <w:br/>
        <w:t>vt 0.112898 0.841983</w:t>
        <w:br/>
        <w:t>vt 0.130803 0.836873</w:t>
        <w:br/>
        <w:t>vt 0.114730 0.818903</w:t>
        <w:br/>
        <w:t>vt 0.129044 0.814039</w:t>
        <w:br/>
        <w:t>vt 0.100274 0.797877</w:t>
        <w:br/>
        <w:t>vt 0.115055 0.798943</w:t>
        <w:br/>
        <w:t>vt 0.109451 0.655715</w:t>
        <w:br/>
        <w:t>vt 0.123810 0.660094</w:t>
        <w:br/>
        <w:t>vt 0.112391 0.743146</w:t>
        <w:br/>
        <w:t>vt 0.107680 0.746058</w:t>
        <w:br/>
        <w:t>vt 0.098187 0.730266</w:t>
        <w:br/>
        <w:t>vt 0.094026 0.718894</w:t>
        <w:br/>
        <w:t>vt 0.101275 0.731032</w:t>
        <w:br/>
        <w:t>vt 0.122619 0.581331</w:t>
        <w:br/>
        <w:t>vt 0.129974 0.566441</w:t>
        <w:br/>
        <w:t>vt 0.126471 0.580497</w:t>
        <w:br/>
        <w:t>vt 0.102509 0.778198</w:t>
        <w:br/>
        <w:t>vt 0.114018 0.779547</w:t>
        <w:br/>
        <w:t>vt 0.121830 0.637032</w:t>
        <w:br/>
        <w:t>vt 0.110014 0.634315</w:t>
        <w:br/>
        <w:t>vt 0.115055 0.798943</w:t>
        <w:br/>
        <w:t>vt 0.126473 0.794245</w:t>
        <w:br/>
        <w:t>vt 0.114018 0.779547</w:t>
        <w:br/>
        <w:t>vt 0.123151 0.774809</w:t>
        <w:br/>
        <w:t>vt 0.102972 0.761115</w:t>
        <w:br/>
        <w:t>vt 0.111867 0.761989</w:t>
        <w:br/>
        <w:t>vt 0.112027 0.615371</w:t>
        <w:br/>
        <w:t>vt 0.121333 0.617047</w:t>
        <w:br/>
        <w:t>vt 0.082224 0.084380</w:t>
        <w:br/>
        <w:t>vt 0.079139 0.114937</w:t>
        <w:br/>
        <w:t>vt 0.053578 0.111785</w:t>
        <w:br/>
        <w:t>vt 0.053578 0.086469</w:t>
        <w:br/>
        <w:t>vt 0.053578 0.162192</w:t>
        <w:br/>
        <w:t>vt 0.067759 0.163748</w:t>
        <w:br/>
        <w:t>vt 0.064078 0.184546</w:t>
        <w:br/>
        <w:t>vt 0.053578 0.184233</w:t>
        <w:br/>
        <w:t>vt 0.073811 0.140048</w:t>
        <w:br/>
        <w:t>vt 0.053578 0.137552</w:t>
        <w:br/>
        <w:t>vt 0.079712 0.041475</w:t>
        <w:br/>
        <w:t>vt 0.855682 0.994956</w:t>
        <w:br/>
        <w:t>vt 0.821847 0.988236</w:t>
        <w:br/>
        <w:t>vt 0.792386 0.973198</w:t>
        <w:br/>
        <w:t>vt 0.111867 0.761989</w:t>
        <w:br/>
        <w:t>vt 0.118842 0.757939</w:t>
        <w:br/>
        <w:t>vt 0.101555 0.745338</w:t>
        <w:br/>
        <w:t>vt 0.107680 0.746058</w:t>
        <w:br/>
        <w:t>vt 0.116391 0.597898</w:t>
        <w:br/>
        <w:t>vt 0.123159 0.598492</w:t>
        <w:br/>
        <w:t>vt 0.061266 0.203623</w:t>
        <w:br/>
        <w:t>vt 0.053578 0.204373</w:t>
        <w:br/>
        <w:t>vt 0.122637 0.747372</w:t>
        <w:br/>
        <w:t>vt 0.772764 0.914207</w:t>
        <w:br/>
        <w:t>vt 0.775213 0.911211</w:t>
        <w:br/>
        <w:t>vt 0.087554 0.871313</w:t>
        <w:br/>
        <w:t>vt 0.821432 0.886588</w:t>
        <w:br/>
        <w:t>vt 0.775213 0.911211</w:t>
        <w:br/>
        <w:t>vt 0.774907 0.896194</w:t>
        <w:br/>
        <w:t>vt 0.766855 0.903861</w:t>
        <w:br/>
        <w:t>vt 0.758672 0.895312</w:t>
        <w:br/>
        <w:t>vt 0.771819 0.882544</w:t>
        <w:br/>
        <w:t>vt 0.779720 0.888022</w:t>
        <w:br/>
        <w:t>vt 0.766855 0.903861</w:t>
        <w:br/>
        <w:t>vt 0.772764 0.914207</w:t>
        <w:br/>
        <w:t>vt 0.761450 0.905245</w:t>
        <w:br/>
        <w:t>vt 0.131410 0.961059</w:t>
        <w:br/>
        <w:t>vt 0.966708 0.882605</w:t>
        <w:br/>
        <w:t>vt 0.978791 0.931888</w:t>
        <w:br/>
        <w:t>vt 0.952611 0.894387</w:t>
        <w:br/>
        <w:t>vt 0.430552 0.302649</w:t>
        <w:br/>
        <w:t>vt 0.434530 0.346275</w:t>
        <w:br/>
        <w:t>vt 0.456303 0.347075</w:t>
        <w:br/>
        <w:t>vt 0.456238 0.298412</w:t>
        <w:br/>
        <w:t>vt 0.449567 0.265581</w:t>
        <w:br/>
        <w:t>vt 0.421840 0.266572</w:t>
        <w:br/>
        <w:t>vt 0.414053 0.232000</w:t>
        <w:br/>
        <w:t>vt 0.443555 0.236346</w:t>
        <w:br/>
        <w:t>vt 0.436177 0.204750</w:t>
        <w:br/>
        <w:t>vt 0.408314 0.198383</w:t>
        <w:br/>
        <w:t>vt 0.367301 0.077336</w:t>
        <w:br/>
        <w:t>vt 0.371436 0.109626</w:t>
        <w:br/>
        <w:t>vt 0.380518 0.108448</w:t>
        <w:br/>
        <w:t>vt 0.390630 0.105370</w:t>
        <w:br/>
        <w:t>vt 0.400470 0.162239</w:t>
        <w:br/>
        <w:t>vt 0.429202 0.172058</w:t>
        <w:br/>
        <w:t>vt 0.411268 0.142444</w:t>
        <w:br/>
        <w:t>vt 0.387097 0.133389</w:t>
        <w:br/>
        <w:t>vt 0.371975 0.132371</w:t>
        <w:br/>
        <w:t>vt 0.353652 0.125386</w:t>
        <w:br/>
        <w:t>vt 0.370157 0.167388</w:t>
        <w:br/>
        <w:t>vt 0.377779 0.206263</w:t>
        <w:br/>
        <w:t>vt 0.377310 0.232189</w:t>
        <w:br/>
        <w:t>vt 0.379282 0.264371</w:t>
        <w:br/>
        <w:t>vt 0.381468 0.299524</w:t>
        <w:br/>
        <w:t>vt 0.386258 0.338844</w:t>
        <w:br/>
        <w:t>vt 0.438814 0.387220</w:t>
        <w:br/>
        <w:t>vt 0.420859 0.424458</w:t>
        <w:br/>
        <w:t>vt 0.429883 0.383519</w:t>
        <w:br/>
        <w:t>vt 0.386468 0.414097</w:t>
        <w:br/>
        <w:t>vt 0.420859 0.424458</w:t>
        <w:br/>
        <w:t>vt 0.387430 0.373016</w:t>
        <w:br/>
        <w:t>vt 0.386050 0.502828</w:t>
        <w:br/>
        <w:t>vt 0.383800 0.536704</w:t>
        <w:br/>
        <w:t>vt 0.400299 0.536115</w:t>
        <w:br/>
        <w:t>vt 0.405449 0.502954</w:t>
        <w:br/>
        <w:t>vt 0.368501 0.503599</w:t>
        <w:br/>
        <w:t>vt 0.367816 0.537441</w:t>
        <w:br/>
        <w:t>vt 0.383800 0.536704</w:t>
        <w:br/>
        <w:t>vt 0.386050 0.502828</w:t>
        <w:br/>
        <w:t>vt 0.386649 0.460750</w:t>
        <w:br/>
        <w:t>vt 0.369776 0.458644</w:t>
        <w:br/>
        <w:t>vt 0.367949 0.411359</w:t>
        <w:br/>
        <w:t>vt 0.369948 0.369007</w:t>
        <w:br/>
        <w:t>vt 0.345899 0.369781</w:t>
        <w:br/>
        <w:t>vt 0.345899 0.414133</w:t>
        <w:br/>
        <w:t>vt 0.368516 0.334862</w:t>
        <w:br/>
        <w:t>vt 0.355342 0.258523</w:t>
        <w:br/>
        <w:t>vt 0.345899 0.221197</w:t>
        <w:br/>
        <w:t>vt 0.345899 0.194196</w:t>
        <w:br/>
        <w:t>vt 0.345899 0.159326</w:t>
        <w:br/>
        <w:t>vt 0.345899 0.127353</w:t>
        <w:br/>
        <w:t>vt 0.362321 0.295568</w:t>
        <w:br/>
        <w:t>vt 0.411280 0.462523</w:t>
        <w:br/>
        <w:t>vt 0.386649 0.460750</w:t>
        <w:br/>
        <w:t>vt 0.345899 0.505135</w:t>
        <w:br/>
        <w:t>vt 0.345899 0.538636</w:t>
        <w:br/>
        <w:t>vt 0.345899 0.460628</w:t>
        <w:br/>
        <w:t>vt 0.345899 0.332627</w:t>
        <w:br/>
        <w:t>vt 0.345899 0.293087</w:t>
        <w:br/>
        <w:t>vt 0.345899 0.255763</w:t>
        <w:br/>
        <w:t>vt 0.345899 0.678041</w:t>
        <w:br/>
        <w:t>vt 0.356344 0.639456</w:t>
        <w:br/>
        <w:t>vt 0.345899 0.640772</w:t>
        <w:br/>
        <w:t>vt 0.456303 0.347075</w:t>
        <w:br/>
        <w:t>vt 0.471544 0.388836</w:t>
        <w:br/>
        <w:t>vt 0.377038 0.639870</w:t>
        <w:br/>
        <w:t>vt 0.379089 0.672953</w:t>
        <w:br/>
        <w:t>vt 0.388671 0.670809</w:t>
        <w:br/>
        <w:t>vt 0.388832 0.634099</w:t>
        <w:br/>
        <w:t>vt 0.389460 0.709345</w:t>
        <w:br/>
        <w:t>vt 0.384339 0.710248</w:t>
        <w:br/>
        <w:t>vt 0.367166 0.568801</w:t>
        <w:br/>
        <w:t>vt 0.345899 0.569177</w:t>
        <w:br/>
        <w:t>vt 0.345899 0.603332</w:t>
        <w:br/>
        <w:t>vt 0.364804 0.603803</w:t>
        <w:br/>
        <w:t>vt 0.378198 0.603006</w:t>
        <w:br/>
        <w:t>vt 0.381057 0.568194</w:t>
        <w:br/>
        <w:t>vt 0.391670 0.600820</w:t>
        <w:br/>
        <w:t>vt 0.396264 0.565969</w:t>
        <w:br/>
        <w:t>vt 0.381057 0.568194</w:t>
        <w:br/>
        <w:t>vt 0.378198 0.603006</w:t>
        <w:br/>
        <w:t>vt 0.391748 0.748179</w:t>
        <w:br/>
        <w:t>vt 0.377038 0.639870</w:t>
        <w:br/>
        <w:t>vt 0.345899 0.085805</w:t>
        <w:br/>
        <w:t>vt 0.345899 0.104082</w:t>
        <w:br/>
        <w:t>vt 0.353971 0.099390</w:t>
        <w:br/>
        <w:t>vt 0.350135 0.082867</w:t>
        <w:br/>
        <w:t>vt 0.356022 0.081933</w:t>
        <w:br/>
        <w:t>vt 0.350135 0.082867</w:t>
        <w:br/>
        <w:t>vt 0.353971 0.099390</w:t>
        <w:br/>
        <w:t>vt 0.364889 0.098681</w:t>
        <w:br/>
        <w:t>vt 0.345899 0.066963</w:t>
        <w:br/>
        <w:t>vt 0.345899 0.066963</w:t>
        <w:br/>
        <w:t>vt 0.205096 0.648373</w:t>
        <w:br/>
        <w:t>vt 0.206738 0.607311</w:t>
        <w:br/>
        <w:t>vt 0.183010 0.608892</w:t>
        <w:br/>
        <w:t>vt 0.184162 0.650631</w:t>
        <w:br/>
        <w:t>vt 0.241025 0.354408</w:t>
        <w:br/>
        <w:t>vt 0.230880 0.349501</w:t>
        <w:br/>
        <w:t>vt 0.221685 0.382757</w:t>
        <w:br/>
        <w:t>vt 0.226276 0.388973</w:t>
        <w:br/>
        <w:t>vt 0.172985 0.330282</w:t>
        <w:br/>
        <w:t>vt 0.203395 0.341313</w:t>
        <w:br/>
        <w:t>vt 0.222462 0.309661</w:t>
        <w:br/>
        <w:t>vt 0.176255 0.295025</w:t>
        <w:br/>
        <w:t>vt 0.202246 0.770156</w:t>
        <w:br/>
        <w:t>vt 0.202468 0.735143</w:t>
        <w:br/>
        <w:t>vt 0.183194 0.738844</w:t>
        <w:br/>
        <w:t>vt 0.184002 0.773099</w:t>
        <w:br/>
        <w:t>vt 0.203291 0.690228</w:t>
        <w:br/>
        <w:t>vt 0.183422 0.692826</w:t>
        <w:br/>
        <w:t>vt 0.164499 0.775338</w:t>
        <w:br/>
        <w:t>vt 0.164901 0.740595</w:t>
        <w:br/>
        <w:t>vt 0.184521 0.804763</w:t>
        <w:br/>
        <w:t>vt 0.164655 0.807911</w:t>
        <w:br/>
        <w:t>vt 0.169268 0.830460</w:t>
        <w:br/>
        <w:t>vt 0.187651 0.826751</w:t>
        <w:br/>
        <w:t>vt 0.164247 0.695053</w:t>
        <w:br/>
        <w:t>vt 0.272739 0.228044</w:t>
        <w:br/>
        <w:t>vt 0.255236 0.223493</w:t>
        <w:br/>
        <w:t>vt 0.256599 0.257746</w:t>
        <w:br/>
        <w:t>vt 0.255236 0.223493</w:t>
        <w:br/>
        <w:t>vt 0.235478 0.220491</w:t>
        <w:br/>
        <w:t>vt 0.235478 0.255008</w:t>
        <w:br/>
        <w:t>vt 0.256599 0.257746</w:t>
        <w:br/>
        <w:t>vt 0.235478 0.285636</w:t>
        <w:br/>
        <w:t>vt 0.254406 0.288610</w:t>
        <w:br/>
        <w:t>vt 0.235478 0.314955</w:t>
        <w:br/>
        <w:t>vt 0.252233 0.320374</w:t>
        <w:br/>
        <w:t>vt 0.278126 0.149585</w:t>
        <w:br/>
        <w:t>vt 0.282927 0.172772</w:t>
        <w:br/>
        <w:t>vt 0.292251 0.169420</w:t>
        <w:br/>
        <w:t>vt 0.285979 0.147634</w:t>
        <w:br/>
        <w:t>vt 0.297964 0.192679</w:t>
        <w:br/>
        <w:t>vt 0.285743 0.192652</w:t>
        <w:br/>
        <w:t>vt 0.286431 0.212417</w:t>
        <w:br/>
        <w:t>vt 0.300673 0.214059</w:t>
        <w:br/>
        <w:t>vt 0.297708 0.266767</w:t>
        <w:br/>
        <w:t>vt 0.274410 0.261379</w:t>
        <w:br/>
        <w:t>vt 0.270840 0.295660</w:t>
        <w:br/>
        <w:t>vt 0.296774 0.301830</w:t>
        <w:br/>
        <w:t>vt 0.267033 0.327999</w:t>
        <w:br/>
        <w:t>vt 0.292569 0.334015</w:t>
        <w:br/>
        <w:t>vt 0.256231 0.362134</w:t>
        <w:br/>
        <w:t>vt 0.282394 0.367772</w:t>
        <w:br/>
        <w:t>vt 0.239600 0.397789</w:t>
        <w:br/>
        <w:t>vt 0.266066 0.403239</w:t>
        <w:br/>
        <w:t>vt 0.277685 0.557710</w:t>
        <w:br/>
        <w:t>vt 0.249943 0.549447</w:t>
        <w:br/>
        <w:t>vt 0.249943 0.612656</w:t>
        <w:br/>
        <w:t>vt 0.280514 0.615760</w:t>
        <w:br/>
        <w:t>vt 0.053334 0.359838</w:t>
        <w:br/>
        <w:t>vt 0.053114 0.320318</w:t>
        <w:br/>
        <w:t>vt 0.030468 0.320638</w:t>
        <w:br/>
        <w:t>vt 0.030637 0.361321</w:t>
        <w:br/>
        <w:t>vt 0.053114 0.320318</w:t>
        <w:br/>
        <w:t>vt 0.065531 0.322946</w:t>
        <w:br/>
        <w:t>vt 0.065773 0.281661</w:t>
        <w:br/>
        <w:t>vt 0.053280 0.281856</w:t>
        <w:br/>
        <w:t>vt 0.437018 0.028024</w:t>
        <w:br/>
        <w:t>vt 0.437881 0.041869</w:t>
        <w:br/>
        <w:t>vt 0.480633 0.027139</w:t>
        <w:br/>
        <w:t>vt 0.393956 0.023309</w:t>
        <w:br/>
        <w:t>vt 0.397084 0.040122</w:t>
        <w:br/>
        <w:t>vt 0.356328 0.041644</w:t>
        <w:br/>
        <w:t>vt 0.348934 0.020265</w:t>
        <w:br/>
        <w:t>vt 0.008811 0.102640</w:t>
        <w:br/>
        <w:t>vt 0.008811 0.123357</w:t>
        <w:br/>
        <w:t>vt 0.026290 0.120813</w:t>
        <w:br/>
        <w:t>vt 0.022818 0.100349</w:t>
        <w:br/>
        <w:t>vt 0.019422 0.078532</w:t>
        <w:br/>
        <w:t>vt 0.023176 0.051937</w:t>
        <w:br/>
        <w:t>vt 0.008811 0.058971</w:t>
        <w:br/>
        <w:t>vt 0.436622 0.004499</w:t>
        <w:br/>
        <w:t>vt 0.462550 0.004499</w:t>
        <w:br/>
        <w:t>vt 0.008811 0.080019</w:t>
        <w:br/>
        <w:t>vt 0.285769 0.668257</w:t>
        <w:br/>
        <w:t>vt 0.249943 0.672005</w:t>
        <w:br/>
        <w:t>vt 0.301714 0.236634</w:t>
        <w:br/>
        <w:t>vt 0.286566 0.231751</w:t>
        <w:br/>
        <w:t>vt 0.028237 0.144212</w:t>
        <w:br/>
        <w:t>vt 0.008811 0.144803</w:t>
        <w:br/>
        <w:t>vt 0.008811 0.180007</w:t>
        <w:br/>
        <w:t>vt 0.030368 0.177719</w:t>
        <w:br/>
        <w:t>vt 0.055437 0.397410</w:t>
        <w:br/>
        <w:t>vt 0.030857 0.398564</w:t>
        <w:br/>
        <w:t>vt 0.393512 0.004499</w:t>
        <w:br/>
        <w:t>vt 0.345433 0.004499</w:t>
        <w:br/>
        <w:t>vt 0.295407 0.004499</w:t>
        <w:br/>
        <w:t>vt 0.303677 0.018709</w:t>
        <w:br/>
        <w:t>vt 0.029960 0.596349</w:t>
        <w:br/>
        <w:t>vt 0.056754 0.600266</w:t>
        <w:br/>
        <w:t>vt 0.056191 0.562263</w:t>
        <w:br/>
        <w:t>vt 0.030096 0.558575</w:t>
        <w:br/>
        <w:t>vt 0.065801 0.362905</w:t>
        <w:br/>
        <w:t>vt 0.053334 0.359838</w:t>
        <w:br/>
        <w:t>vt 0.055437 0.397410</w:t>
        <w:br/>
        <w:t>vt 0.070874 0.402165</w:t>
        <w:br/>
        <w:t>vt 0.226563 0.271179</w:t>
        <w:br/>
        <w:t>vt 0.179098 0.258679</w:t>
        <w:br/>
        <w:t>vt 0.223191 0.244702</w:t>
        <w:br/>
        <w:t>vt 0.180129 0.230601</w:t>
        <w:br/>
        <w:t>vt 0.215307 0.194044</w:t>
        <w:br/>
        <w:t>vt 0.180734 0.181006</w:t>
        <w:br/>
        <w:t>vt 0.180943 0.202382</w:t>
        <w:br/>
        <w:t>vt 0.219278 0.220523</w:t>
        <w:br/>
        <w:t>vt 0.153902 0.077574</w:t>
        <w:br/>
        <w:t>vt 0.173359 0.106016</w:t>
        <w:br/>
        <w:t>vt 0.181883 0.101229</w:t>
        <w:br/>
        <w:t>vt 0.162336 0.108881</w:t>
        <w:br/>
        <w:t>vt 0.203119 0.138100</w:t>
        <w:br/>
        <w:t>vt 0.193293 0.137041</w:t>
        <w:br/>
        <w:t>vt 0.175936 0.156323</w:t>
        <w:br/>
        <w:t>vt 0.208799 0.167668</w:t>
        <w:br/>
        <w:t>vt 0.172478 0.135792</w:t>
        <w:br/>
        <w:t>vt 0.154973 0.128490</w:t>
        <w:br/>
        <w:t>vt 0.170410 0.128265</w:t>
        <w:br/>
        <w:t>vt 0.172985 0.330282</w:t>
        <w:br/>
        <w:t>vt 0.134104 0.313989</w:t>
        <w:br/>
        <w:t>vt 0.134104 0.354994</w:t>
        <w:br/>
        <w:t>vt 0.168619 0.370303</w:t>
        <w:br/>
        <w:t>vt 0.164105 0.459615</w:t>
        <w:br/>
        <w:t>vt 0.134104 0.452706</w:t>
        <w:br/>
        <w:t>vt 0.134104 0.490611</w:t>
        <w:br/>
        <w:t>vt 0.162642 0.495735</w:t>
        <w:br/>
        <w:t>vt 0.165006 0.415405</w:t>
        <w:br/>
        <w:t>vt 0.134104 0.403200</w:t>
        <w:br/>
        <w:t>vt 0.164236 0.653107</w:t>
        <w:br/>
        <w:t>vt 0.134104 0.654131</w:t>
        <w:br/>
        <w:t>vt 0.134104 0.698236</w:t>
        <w:br/>
        <w:t>vt 0.164247 0.695053</w:t>
        <w:br/>
        <w:t>vt 0.163751 0.611698</w:t>
        <w:br/>
        <w:t>vt 0.134104 0.610225</w:t>
        <w:br/>
        <w:t>vt 0.164901 0.740595</w:t>
        <w:br/>
        <w:t>vt 0.134104 0.744942</w:t>
        <w:br/>
        <w:t>vt 0.134104 0.780246</w:t>
        <w:br/>
        <w:t>vt 0.164499 0.775338</w:t>
        <w:br/>
        <w:t>vt 0.164655 0.807911</w:t>
        <w:br/>
        <w:t>vt 0.134104 0.813650</w:t>
        <w:br/>
        <w:t>vt 0.134104 0.826152</w:t>
        <w:br/>
        <w:t>vt 0.156963 0.825650</w:t>
        <w:br/>
        <w:t>vt 0.153531 0.839106</w:t>
        <w:br/>
        <w:t>vt 0.151222 0.839934</w:t>
        <w:br/>
        <w:t>vt 0.157831 0.853006</w:t>
        <w:br/>
        <w:t>vt 0.161424 0.849483</w:t>
        <w:br/>
        <w:t>vt 0.134104 0.149969</w:t>
        <w:br/>
        <w:t>vt 0.154973 0.128490</w:t>
        <w:br/>
        <w:t>vt 0.134104 0.127266</w:t>
        <w:br/>
        <w:t>vt 0.134104 0.176372</w:t>
        <w:br/>
        <w:t>vt 0.134104 0.197674</w:t>
        <w:br/>
        <w:t>vt 0.335697 0.051258</w:t>
        <w:br/>
        <w:t>vt 0.335697 0.044910</w:t>
        <w:br/>
        <w:t>vt 0.321300 0.055272</w:t>
        <w:br/>
        <w:t>vt 0.320721 0.057263</w:t>
        <w:br/>
        <w:t>vt 0.091693 0.777946</w:t>
        <w:br/>
        <w:t>vt 0.085321 0.794476</w:t>
        <w:br/>
        <w:t>vt 0.089065 0.795704</w:t>
        <w:br/>
        <w:t>vt 0.100410 0.783199</w:t>
        <w:br/>
        <w:t>vt 0.030742 0.670720</w:t>
        <w:br/>
        <w:t>vt 0.063057 0.674157</w:t>
        <w:br/>
        <w:t>vt 0.059574 0.641470</w:t>
        <w:br/>
        <w:t>vt 0.030703 0.638647</w:t>
        <w:br/>
        <w:t>vt 0.075704 0.764618</w:t>
        <w:br/>
        <w:t>vt 0.053662 0.775159</w:t>
        <w:br/>
        <w:t>vt 0.061817 0.778200</w:t>
        <w:br/>
        <w:t>vt 0.076910 0.768417</w:t>
        <w:br/>
        <w:t>vt 0.176255 0.295025</w:t>
        <w:br/>
        <w:t>vt 0.134104 0.283785</w:t>
        <w:br/>
        <w:t>vt 0.179098 0.258679</w:t>
        <w:br/>
        <w:t>vt 0.134104 0.253381</w:t>
        <w:br/>
        <w:t>vt 0.180129 0.230601</w:t>
        <w:br/>
        <w:t>vt 0.134104 0.224178</w:t>
        <w:br/>
        <w:t>vt 0.335697 0.074233</w:t>
        <w:br/>
        <w:t>vt 0.335697 0.054584</w:t>
        <w:br/>
        <w:t>vt 0.321709 0.063679</w:t>
        <w:br/>
        <w:t>vt 0.321720 0.074096</w:t>
        <w:br/>
        <w:t>vt 0.076959 0.809153</w:t>
        <w:br/>
        <w:t>vt 0.083623 0.811434</w:t>
        <w:br/>
        <w:t>vt 0.205467 0.824345</w:t>
        <w:br/>
        <w:t>vt 0.202938 0.802690</w:t>
        <w:br/>
        <w:t>vt 0.161199 0.873189</w:t>
        <w:br/>
        <w:t>vt 0.159767 0.885365</w:t>
        <w:br/>
        <w:t>vt 0.166801 0.883322</w:t>
        <w:br/>
        <w:t>vt 0.166481 0.872562</w:t>
        <w:br/>
        <w:t>vt 0.160645 0.863698</w:t>
        <w:br/>
        <w:t>vt 0.165174 0.864528</w:t>
        <w:br/>
        <w:t>vt 0.074974 0.790462</w:t>
        <w:br/>
        <w:t>vt 0.062850 0.804114</w:t>
        <w:br/>
        <w:t>vt 0.172303 0.871139</w:t>
        <w:br/>
        <w:t>vt 0.172827 0.864473</w:t>
        <w:br/>
        <w:t>vt 0.167846 0.847878</w:t>
        <w:br/>
        <w:t>vt 0.159539 0.835823</w:t>
        <w:br/>
        <w:t>vt 0.067783 0.782261</w:t>
        <w:br/>
        <w:t>vt 0.062556 0.790231</w:t>
        <w:br/>
        <w:t>vt 0.188506 0.885653</w:t>
        <w:br/>
        <w:t>vt 0.184629 0.880650</w:t>
        <w:br/>
        <w:t>vt 0.180347 0.888209</w:t>
        <w:br/>
        <w:t>vt 0.178197 0.868675</w:t>
        <w:br/>
        <w:t>vt 0.184548 0.864627</w:t>
        <w:br/>
        <w:t>vt 0.177493 0.848537</w:t>
        <w:br/>
        <w:t>vt 0.192177 0.848238</w:t>
        <w:br/>
        <w:t>vt 0.208593 0.842941</w:t>
        <w:br/>
        <w:t>vt 0.189339 0.857500</w:t>
        <w:br/>
        <w:t>vt 0.048472 0.769567</w:t>
        <w:br/>
        <w:t>vt 0.069922 0.754832</w:t>
        <w:br/>
        <w:t>vt 0.043675 0.762163</w:t>
        <w:br/>
        <w:t>vt 0.065348 0.739875</w:t>
        <w:br/>
        <w:t>vt 0.035332 0.744503</w:t>
        <w:br/>
        <w:t>vt 0.008811 0.671389</w:t>
        <w:br/>
        <w:t>vt 0.008811 0.704665</w:t>
        <w:br/>
        <w:t>vt 0.031628 0.703718</w:t>
        <w:br/>
        <w:t>vt 0.084508 0.774440</w:t>
        <w:br/>
        <w:t>vt 0.168619 0.370303</w:t>
        <w:br/>
        <w:t>vt 0.194492 0.375980</w:t>
        <w:br/>
        <w:t>vt 0.162642 0.495735</w:t>
        <w:br/>
        <w:t>vt 0.182276 0.499935</w:t>
        <w:br/>
        <w:t>vt 0.187792 0.465315</w:t>
        <w:br/>
        <w:t>vt 0.164105 0.459615</w:t>
        <w:br/>
        <w:t>vt 0.185215 0.420318</w:t>
        <w:br/>
        <w:t>vt 0.165006 0.415405</w:t>
        <w:br/>
        <w:t>vt 0.164236 0.653107</w:t>
        <w:br/>
        <w:t>vt 0.008811 0.728974</w:t>
        <w:br/>
        <w:t>vt 0.008811 0.750753</w:t>
        <w:br/>
        <w:t>vt 0.032851 0.726937</w:t>
        <w:br/>
        <w:t>vt 0.218843 0.434925</w:t>
        <w:br/>
        <w:t>vt 0.200118 0.472177</w:t>
        <w:br/>
        <w:t>vt 0.224957 0.473531</w:t>
        <w:br/>
        <w:t>vt 0.244018 0.437288</w:t>
        <w:br/>
        <w:t>vt 0.193381 0.503444</w:t>
        <w:br/>
        <w:t>vt 0.216773 0.502151</w:t>
        <w:br/>
        <w:t>vt 0.134104 0.829952</w:t>
        <w:br/>
        <w:t>vt 0.192188 0.876190</w:t>
        <w:br/>
        <w:t>vt 0.200416 0.873313</w:t>
        <w:br/>
        <w:t>vt 0.196621 0.865869</w:t>
        <w:br/>
        <w:t>vt 0.189021 0.873307</w:t>
        <w:br/>
        <w:t>vt 0.207951 0.871291</w:t>
        <w:br/>
        <w:t>vt 0.282927 0.172772</w:t>
        <w:br/>
        <w:t>vt 0.270435 0.172558</w:t>
        <w:br/>
        <w:t>vt 0.271096 0.191846</w:t>
        <w:br/>
        <w:t>vt 0.285743 0.192652</w:t>
        <w:br/>
        <w:t>vt 0.278126 0.149585</w:t>
        <w:br/>
        <w:t>vt 0.269083 0.149830</w:t>
        <w:br/>
        <w:t>vt 0.273282 0.209486</w:t>
        <w:br/>
        <w:t>vt 0.286431 0.212417</w:t>
        <w:br/>
        <w:t>vt 0.249943 0.728134</w:t>
        <w:br/>
        <w:t>vt 0.297490 0.717131</w:t>
        <w:br/>
        <w:t>vt 0.310447 0.032211</w:t>
        <w:br/>
        <w:t>vt 0.286566 0.231751</w:t>
        <w:br/>
        <w:t>vt 0.274626 0.778913</w:t>
        <w:br/>
        <w:t>vt 0.249943 0.885474</w:t>
        <w:br/>
        <w:t>vt 0.249943 0.793249</w:t>
        <w:br/>
        <w:t>vt 0.008811 0.215470</w:t>
        <w:br/>
        <w:t>vt 0.031026 0.211786</w:t>
        <w:br/>
        <w:t>vt 0.008811 0.249362</w:t>
        <w:br/>
        <w:t>vt 0.031758 0.245293</w:t>
        <w:br/>
        <w:t>vt 0.008811 0.285387</w:t>
        <w:br/>
        <w:t>vt 0.031449 0.282655</w:t>
        <w:br/>
        <w:t>vt 0.008811 0.323718</w:t>
        <w:br/>
        <w:t>vt 0.008811 0.362132</w:t>
        <w:br/>
        <w:t>vt 0.008811 0.401577</w:t>
        <w:br/>
        <w:t>vt 0.032004 0.427533</w:t>
        <w:br/>
        <w:t>vt 0.008811 0.430208</w:t>
        <w:br/>
        <w:t>vt 0.008811 0.520346</w:t>
        <w:br/>
        <w:t>vt 0.008811 0.558042</w:t>
        <w:br/>
        <w:t>vt 0.032470 0.522297</w:t>
        <w:br/>
        <w:t>vt 0.008811 0.596375</w:t>
        <w:br/>
        <w:t>vt 0.008811 0.638260</w:t>
        <w:br/>
        <w:t>vt 0.063353 0.723036</w:t>
        <w:br/>
        <w:t>vt 0.063635 0.702892</w:t>
        <w:br/>
        <w:t>vt 0.048183 0.171722</w:t>
        <w:br/>
        <w:t>vt 0.042839 0.138597</w:t>
        <w:br/>
        <w:t>vt 0.039556 0.116374</w:t>
        <w:br/>
        <w:t>vt 0.034816 0.097721</w:t>
        <w:br/>
        <w:t>vt 0.030007 0.076089</w:t>
        <w:br/>
        <w:t>vt 0.256231 0.362134</w:t>
        <w:br/>
        <w:t>vt 0.267033 0.327999</w:t>
        <w:br/>
        <w:t>vt 0.049867 0.208310</w:t>
        <w:br/>
        <w:t>vt 0.051345 0.242548</w:t>
        <w:br/>
        <w:t>vt 0.053280 0.281856</w:t>
        <w:br/>
        <w:t>vt 0.089857 0.769927</w:t>
        <w:br/>
        <w:t>vt 0.056074 0.427605</w:t>
        <w:br/>
        <w:t>vt 0.073137 0.433469</w:t>
        <w:br/>
        <w:t>vt 0.073376 0.528355</w:t>
        <w:br/>
        <w:t>vt 0.056759 0.524910</w:t>
        <w:br/>
        <w:t>vt 0.072347 0.565080</w:t>
        <w:br/>
        <w:t>vt 0.303955 0.053658</w:t>
        <w:br/>
        <w:t>vt 0.303556 0.056193</w:t>
        <w:br/>
        <w:t>vt 0.306384 0.062302</w:t>
        <w:br/>
        <w:t>vt 0.309285 0.073535</w:t>
        <w:br/>
        <w:t>vt 0.320185 0.100902</w:t>
        <w:br/>
        <w:t>vt 0.307959 0.103625</w:t>
        <w:br/>
        <w:t>vt 0.205593 0.426384</w:t>
        <w:br/>
        <w:t>vt 0.205593 0.426384</w:t>
        <w:br/>
        <w:t>vt 0.313038 0.034948</w:t>
        <w:br/>
        <w:t>vt 0.297490 0.717131</w:t>
        <w:br/>
        <w:t>vt 0.323240 0.759983</w:t>
        <w:br/>
        <w:t>vt 0.056074 0.427605</w:t>
        <w:br/>
        <w:t>vt 0.163751 0.611698</w:t>
        <w:br/>
        <w:t>vt 0.310410 0.217604</w:t>
        <w:br/>
        <w:t>vt 0.310816 0.257230</w:t>
        <w:br/>
        <w:t>vt 0.320824 0.254979</w:t>
        <w:br/>
        <w:t>vt 0.323286 0.215587</w:t>
        <w:br/>
        <w:t>vt 0.072586 0.603941</w:t>
        <w:br/>
        <w:t>vt 0.075534 0.642719</w:t>
        <w:br/>
        <w:t>vt 0.144433 0.025200</w:t>
        <w:br/>
        <w:t>vt 0.112113 0.016296</w:t>
        <w:br/>
        <w:t>vt 0.105697 0.033936</w:t>
        <w:br/>
        <w:t>vt 0.132712 0.057731</w:t>
        <w:br/>
        <w:t>vt 0.335697 0.719847</w:t>
        <w:br/>
        <w:t>vt 0.335697 0.702918</w:t>
        <w:br/>
        <w:t>vt 0.325389 0.703858</w:t>
        <w:br/>
        <w:t>vt 0.070991 0.002557</w:t>
        <w:br/>
        <w:t>vt 0.491992 0.570957</w:t>
        <w:br/>
        <w:t>vt 0.493060 0.593733</w:t>
        <w:br/>
        <w:t>vt 0.506833 0.591683</w:t>
        <w:br/>
        <w:t>vt 0.506833 0.570038</w:t>
        <w:br/>
        <w:t>vt 0.506833 0.462389</w:t>
        <w:br/>
        <w:t>vt 0.485508 0.459767</w:t>
        <w:br/>
        <w:t>vt 0.487816 0.499081</w:t>
        <w:br/>
        <w:t>vt 0.506833 0.501752</w:t>
        <w:br/>
        <w:t>vt 0.506833 0.424751</w:t>
        <w:br/>
        <w:t>vt 0.483323 0.425164</w:t>
        <w:br/>
        <w:t>vt 0.506833 0.390177</w:t>
        <w:br/>
        <w:t>vt 0.480068 0.387474</w:t>
        <w:br/>
        <w:t>vt 0.506833 0.023079</w:t>
        <w:br/>
        <w:t>vt 0.506833 0.006331</w:t>
        <w:br/>
        <w:t>vt 0.501390 0.014212</w:t>
        <w:br/>
        <w:t>vt 0.506833 0.353304</w:t>
        <w:br/>
        <w:t>vt 0.477919 0.353148</w:t>
        <w:br/>
        <w:t>vt 0.506833 0.319975</w:t>
        <w:br/>
        <w:t>vt 0.479218 0.317900</w:t>
        <w:br/>
        <w:t>vt 0.506833 0.285018</w:t>
        <w:br/>
        <w:t>vt 0.476769 0.282629</w:t>
        <w:br/>
        <w:t>vt 0.506833 0.252168</w:t>
        <w:br/>
        <w:t>vt 0.474089 0.248551</w:t>
        <w:br/>
        <w:t>vt 0.506833 0.221999</w:t>
        <w:br/>
        <w:t>vt 0.472615 0.214906</w:t>
        <w:br/>
        <w:t>vt 0.506833 0.179763</w:t>
        <w:br/>
        <w:t>vt 0.472895 0.179346</w:t>
        <w:br/>
        <w:t>vt 0.474034 0.144080</w:t>
        <w:br/>
        <w:t>vt 0.506833 0.143849</w:t>
        <w:br/>
        <w:t>vt 0.474220 0.114020</w:t>
        <w:br/>
        <w:t>vt 0.506833 0.113584</w:t>
        <w:br/>
        <w:t>vt 0.476054 0.080369</w:t>
        <w:br/>
        <w:t>vt 0.506833 0.081788</w:t>
        <w:br/>
        <w:t>vt 0.506833 0.058419</w:t>
        <w:br/>
        <w:t>vt 0.474871 0.056997</w:t>
        <w:br/>
        <w:t>vt 0.506833 0.042904</w:t>
        <w:br/>
        <w:t>vt 0.481336 0.034510</w:t>
        <w:br/>
        <w:t>vt 0.491915 0.019311</w:t>
        <w:br/>
        <w:t>vt 0.506833 0.029975</w:t>
        <w:br/>
        <w:t>vt 0.335697 0.098215</w:t>
        <w:br/>
        <w:t>vt 0.321466 0.174707</w:t>
        <w:br/>
        <w:t>vt 0.323286 0.215587</w:t>
        <w:br/>
        <w:t>vt 0.335697 0.215509</w:t>
        <w:br/>
        <w:t>vt 0.335697 0.173488</w:t>
        <w:br/>
        <w:t>vt 0.335697 0.255513</w:t>
        <w:br/>
        <w:t>vt 0.335697 0.291990</w:t>
        <w:br/>
        <w:t>vt 0.319226 0.295627</w:t>
        <w:br/>
        <w:t>vt 0.320993 0.331647</w:t>
        <w:br/>
        <w:t>vt 0.335697 0.330685</w:t>
        <w:br/>
        <w:t>vt 0.319225 0.367069</w:t>
        <w:br/>
        <w:t>vt 0.335697 0.366054</w:t>
        <w:br/>
        <w:t>vt 0.335697 0.403136</w:t>
        <w:br/>
        <w:t>vt 0.316568 0.403835</w:t>
        <w:br/>
        <w:t>vt 0.335697 0.437800</w:t>
        <w:br/>
        <w:t>vt 0.314119 0.438459</w:t>
        <w:br/>
        <w:t>vt 0.335697 0.469239</w:t>
        <w:br/>
        <w:t>vt 0.311696 0.471487</w:t>
        <w:br/>
        <w:t>vt 0.335697 0.513174</w:t>
        <w:br/>
        <w:t>vt 0.308966 0.514163</w:t>
        <w:br/>
        <w:t>vt 0.335697 0.550457</w:t>
        <w:br/>
        <w:t>vt 0.310376 0.552186</w:t>
        <w:br/>
        <w:t>vt 0.335697 0.581997</w:t>
        <w:br/>
        <w:t>vt 0.313543 0.583743</w:t>
        <w:br/>
        <w:t>vt 0.335697 0.663719</w:t>
        <w:br/>
        <w:t>vt 0.335697 0.642659</w:t>
        <w:br/>
        <w:t>vt 0.320317 0.640380</w:t>
        <w:br/>
        <w:t>vt 0.317450 0.666032</w:t>
        <w:br/>
        <w:t>vt 0.335697 0.686393</w:t>
        <w:br/>
        <w:t>vt 0.321723 0.687787</w:t>
        <w:br/>
        <w:t>vt 0.493898 0.604971</w:t>
        <w:br/>
        <w:t>vt 0.495524 0.617468</w:t>
        <w:br/>
        <w:t>vt 0.506833 0.609592</w:t>
        <w:br/>
        <w:t>vt 0.086621 0.730376</w:t>
        <w:br/>
        <w:t>vt 0.086675 0.716191</w:t>
        <w:br/>
        <w:t>vt 0.087444 0.703754</w:t>
        <w:br/>
        <w:t>vt 0.321267 0.132848</w:t>
        <w:br/>
        <w:t>vt 0.335697 0.173488</w:t>
        <w:br/>
        <w:t>vt 0.335697 0.132980</w:t>
        <w:br/>
        <w:t>vt 0.489929 0.537182</w:t>
        <w:br/>
        <w:t>vt 0.506833 0.538912</w:t>
        <w:br/>
        <w:t>vt 0.515578 0.628063</w:t>
        <w:br/>
        <w:t>vt 0.506833 0.624533</w:t>
        <w:br/>
        <w:t>vt 0.506833 0.640623</w:t>
        <w:br/>
        <w:t>vt 0.514324 0.640218</w:t>
        <w:br/>
        <w:t>vt 0.497303 0.639541</w:t>
        <w:br/>
        <w:t>vt 0.496867 0.629702</w:t>
        <w:br/>
        <w:t>vt 0.088916 0.758242</w:t>
        <w:br/>
        <w:t>vt 0.086976 0.745591</w:t>
        <w:br/>
        <w:t>vt 0.185751 0.037262</w:t>
        <w:br/>
        <w:t>vt 0.173370 0.085962</w:t>
        <w:br/>
        <w:t>vt 0.469746 0.319159</w:t>
        <w:br/>
        <w:t>vt 0.462032 0.283600</w:t>
        <w:br/>
        <w:t>vt 0.441519 0.181155</w:t>
        <w:br/>
        <w:t>vt 0.447890 0.215517</w:t>
        <w:br/>
        <w:t>vt 0.436840 0.143822</w:t>
        <w:br/>
        <w:t>vt 0.423997 0.655554</w:t>
        <w:br/>
        <w:t>vt 0.407092 0.660393</w:t>
        <w:br/>
        <w:t>vt 0.419715 0.701973</w:t>
        <w:br/>
        <w:t>vt 0.467843 0.481483</w:t>
        <w:br/>
        <w:t>vt 0.464791 0.452949</w:t>
        <w:br/>
        <w:t>vt 0.455652 0.457253</w:t>
        <w:br/>
        <w:t>vt 0.453554 0.485507</w:t>
        <w:br/>
        <w:t>vt 0.462818 0.434512</w:t>
        <w:br/>
        <w:t>vt 0.461047 0.417951</w:t>
        <w:br/>
        <w:t>vt 0.456593 0.422836</w:t>
        <w:br/>
        <w:t>vt 0.454618 0.439762</w:t>
        <w:br/>
        <w:t>vt 0.438843 0.110028</w:t>
        <w:br/>
        <w:t>vt 0.103689 0.102660</w:t>
        <w:br/>
        <w:t>vt 0.090118 0.088051</w:t>
        <w:br/>
        <w:t>vt 0.086486 0.108463</w:t>
        <w:br/>
        <w:t>vt 0.103689 0.120877</w:t>
        <w:br/>
        <w:t>vt 0.103689 0.084855</w:t>
        <w:br/>
        <w:t>vt 0.093934 0.072044</w:t>
        <w:br/>
        <w:t>vt 0.103689 0.069919</w:t>
        <w:br/>
        <w:t>vt 0.095539 0.058976</w:t>
        <w:br/>
        <w:t>vt 0.103689 0.054196</w:t>
        <w:br/>
        <w:t>vt 0.099416 0.049058</w:t>
        <w:br/>
        <w:t>vt 0.097224 0.053016</w:t>
        <w:br/>
        <w:t>vt 0.103689 0.060914</w:t>
        <w:br/>
        <w:t>vt 0.480718 0.601825</w:t>
        <w:br/>
        <w:t>vt 0.444109 0.602657</w:t>
        <w:br/>
        <w:t>vt 0.464594 0.628974</w:t>
        <w:br/>
        <w:t>vt 0.483756 0.630223</w:t>
        <w:br/>
        <w:t>vt 0.443963 0.582942</w:t>
        <w:br/>
        <w:t>vt 0.477501 0.571751</w:t>
        <w:br/>
        <w:t>vt 0.451219 0.518003</w:t>
        <w:br/>
        <w:t>vt 0.445948 0.549887</w:t>
        <w:br/>
        <w:t>vt 0.474270 0.541551</w:t>
        <w:br/>
        <w:t>vt 0.470919 0.510226</w:t>
        <w:br/>
        <w:t>vt 0.418358 0.628604</w:t>
        <w:br/>
        <w:t>vt 0.416948 0.591647</w:t>
        <w:br/>
        <w:t>vt 0.404583 0.594573</w:t>
        <w:br/>
        <w:t>vt 0.403373 0.632387</w:t>
        <w:br/>
        <w:t>vt 0.103689 0.042908</w:t>
        <w:br/>
        <w:t>vt 0.103689 0.054196</w:t>
        <w:br/>
        <w:t>vt 0.109009 0.053749</w:t>
        <w:br/>
        <w:t>vt 0.458715 0.396158</w:t>
        <w:br/>
        <w:t>vt 0.103689 0.140295</w:t>
        <w:br/>
        <w:t>vt 0.082341 0.129700</w:t>
        <w:br/>
        <w:t>vt 0.079868 0.153079</w:t>
        <w:br/>
        <w:t>vt 0.103689 0.162144</w:t>
        <w:br/>
        <w:t>vt 0.079119 0.177555</w:t>
        <w:br/>
        <w:t>vt 0.103689 0.182299</w:t>
        <w:br/>
        <w:t>vt 0.078209 0.210119</w:t>
        <w:br/>
        <w:t>vt 0.103689 0.216808</w:t>
        <w:br/>
        <w:t>vt 0.079633 0.247416</w:t>
        <w:br/>
        <w:t>vt 0.103689 0.250900</w:t>
        <w:br/>
        <w:t>vt 0.082360 0.285191</w:t>
        <w:br/>
        <w:t>vt 0.103689 0.286875</w:t>
        <w:br/>
        <w:t>vt 0.119490 0.321012</w:t>
        <w:br/>
        <w:t>vt 0.120861 0.286708</w:t>
        <w:br/>
        <w:t>vt 0.103689 0.321719</w:t>
        <w:br/>
        <w:t>vt 0.103689 0.357295</w:t>
        <w:br/>
        <w:t>vt 0.118903 0.356494</w:t>
        <w:br/>
        <w:t>vt 0.335697 0.615957</w:t>
        <w:br/>
        <w:t>vt 0.316819 0.614476</w:t>
        <w:br/>
        <w:t>vt 0.506833 0.651732</w:t>
        <w:br/>
        <w:t>vt 0.515732 0.649160</w:t>
        <w:br/>
        <w:t>vt 0.455049 0.250310</w:t>
        <w:br/>
        <w:t>vt 0.306265 0.615383</w:t>
        <w:br/>
        <w:t>vt 0.289308 0.582560</w:t>
        <w:br/>
        <w:t>vt 0.284114 0.548054</w:t>
        <w:br/>
        <w:t>vt 0.287474 0.475260</w:t>
        <w:br/>
        <w:t>vt 0.282655 0.511892</w:t>
        <w:br/>
        <w:t>vt 0.411422 0.558080</w:t>
        <w:br/>
        <w:t>vt 0.454618 0.439762</w:t>
        <w:br/>
        <w:t>vt 0.456593 0.422836</w:t>
        <w:br/>
        <w:t>vt 0.449197 0.423582</w:t>
        <w:br/>
        <w:t>vt 0.442655 0.442564</w:t>
        <w:br/>
        <w:t>vt 0.455652 0.457253</w:t>
        <w:br/>
        <w:t>vt 0.437630 0.465203</w:t>
        <w:br/>
        <w:t>vt 0.453554 0.485507</w:t>
        <w:br/>
        <w:t>vt 0.429827 0.494831</w:t>
        <w:br/>
        <w:t>vt 0.420529 0.527860</w:t>
        <w:br/>
        <w:t>vt 0.451219 0.518003</w:t>
        <w:br/>
        <w:t>vt 0.445948 0.549887</w:t>
        <w:br/>
        <w:t>vt 0.443963 0.582942</w:t>
        <w:br/>
        <w:t>vt 0.449197 0.423582</w:t>
        <w:br/>
        <w:t>vt 0.458715 0.396158</w:t>
        <w:br/>
        <w:t>vt 0.122717 0.251318</w:t>
        <w:br/>
        <w:t>vt 0.123605 0.220897</w:t>
        <w:br/>
        <w:t>vt 0.122281 0.190581</w:t>
        <w:br/>
        <w:t>vt 0.121413 0.171907</w:t>
        <w:br/>
        <w:t>vt 0.122901 0.148199</w:t>
        <w:br/>
        <w:t>vt 0.121628 0.125352</w:t>
        <w:br/>
        <w:t>vt 0.118184 0.106869</w:t>
        <w:br/>
        <w:t>vt 0.103689 0.102660</w:t>
        <w:br/>
        <w:t>vt 0.115445 0.087678</w:t>
        <w:br/>
        <w:t>vt 0.103689 0.084855</w:t>
        <w:br/>
        <w:t>vt 0.112246 0.072048</w:t>
        <w:br/>
        <w:t>vt 0.103689 0.069919</w:t>
        <w:br/>
        <w:t>vt 0.110305 0.061819</w:t>
        <w:br/>
        <w:t>vt 0.103689 0.060914</w:t>
        <w:br/>
        <w:t>vt 0.103689 0.042908</w:t>
        <w:br/>
        <w:t>vt 0.487739 0.667453</w:t>
        <w:br/>
        <w:t>vt 0.231926 0.050154</w:t>
        <w:br/>
        <w:t>vt 0.234348 0.034952</w:t>
        <w:br/>
        <w:t>vt 0.444109 0.602657</w:t>
        <w:br/>
        <w:t>vt 0.316819 0.614476</w:t>
        <w:br/>
        <w:t>vt 0.320317 0.640380</w:t>
        <w:br/>
        <w:t>vt 0.462689 0.078168</w:t>
        <w:br/>
        <w:t>vt 0.286980 0.037724</w:t>
        <w:br/>
        <w:t>vt 0.231926 0.050154</w:t>
        <w:br/>
        <w:t>vt 0.227541 0.112136</w:t>
        <w:br/>
        <w:t>vt 0.083141 0.322752</w:t>
        <w:br/>
        <w:t>vt 0.088601 0.679672</w:t>
        <w:br/>
        <w:t>vt 0.098561 0.565495</w:t>
        <w:br/>
        <w:t>vt 0.111396 0.569940</w:t>
        <w:br/>
        <w:t>vt 0.118310 0.535310</w:t>
        <w:br/>
        <w:t>vt 0.102336 0.532433</w:t>
        <w:br/>
        <w:t>vt 0.100394 0.608060</w:t>
        <w:br/>
        <w:t>vt 0.086771 0.602991</w:t>
        <w:br/>
        <w:t>vt 0.090977 0.644981</w:t>
        <w:br/>
        <w:t>vt 0.501358 0.648231</w:t>
        <w:br/>
        <w:t>vt 0.307549 0.136672</w:t>
        <w:br/>
        <w:t>vt 0.307827 0.178782</w:t>
        <w:br/>
        <w:t>vt 0.321466 0.174707</w:t>
        <w:br/>
        <w:t>vt 0.307827 0.178782</w:t>
        <w:br/>
        <w:t>vt 0.310410 0.217604</w:t>
        <w:br/>
        <w:t>vt 0.119570 0.496517</w:t>
        <w:br/>
        <w:t>vt 0.103689 0.494914</w:t>
        <w:br/>
        <w:t>vt 0.293580 0.438543</w:t>
        <w:br/>
        <w:t>vt 0.103689 0.460646</w:t>
        <w:br/>
        <w:t>vt 0.088385 0.461179</w:t>
        <w:br/>
        <w:t>vt 0.091409 0.495005</w:t>
        <w:br/>
        <w:t>vt 0.086902 0.428535</w:t>
        <w:br/>
        <w:t>vt 0.103689 0.427600</w:t>
        <w:br/>
        <w:t>vt 0.085005 0.394697</w:t>
        <w:br/>
        <w:t>vt 0.103689 0.392747</w:t>
        <w:br/>
        <w:t>vt 0.082619 0.360109</w:t>
        <w:br/>
        <w:t>vt 0.120032 0.462842</w:t>
        <w:br/>
        <w:t>vt 0.302679 0.298232</w:t>
        <w:br/>
        <w:t>vt 0.303783 0.333792</w:t>
        <w:br/>
        <w:t>vt 0.300817 0.368134</w:t>
        <w:br/>
        <w:t>vt 0.116878 0.391169</w:t>
        <w:br/>
        <w:t>vt 0.115431 0.427820</w:t>
        <w:br/>
        <w:t>vt 0.297530 0.403268</w:t>
        <w:br/>
        <w:t>vt 0.266691 0.116684</w:t>
        <w:br/>
        <w:t>vt 0.267659 0.133431</w:t>
        <w:br/>
        <w:t>vt 0.275127 0.132019</w:t>
        <w:br/>
        <w:t>vt 0.271241 0.114230</w:t>
        <w:br/>
        <w:t>vt 0.275158 0.114386</w:t>
        <w:br/>
        <w:t>vt 0.271241 0.114230</w:t>
        <w:br/>
        <w:t>vt 0.275127 0.132019</w:t>
        <w:br/>
        <w:t>vt 0.280953 0.131922</w:t>
        <w:br/>
        <w:t>vt 0.019600 0.038521</w:t>
        <w:br/>
        <w:t>vt 0.015713 0.023733</w:t>
        <w:br/>
        <w:t>vt 0.008811 0.027306</w:t>
        <w:br/>
        <w:t>vt 0.008811 0.043944</w:t>
        <w:br/>
        <w:t>vt 0.264613 0.482160</w:t>
        <w:br/>
        <w:t>vt 0.249943 0.476103</w:t>
        <w:br/>
        <w:t>vt 0.249943 0.512717</w:t>
        <w:br/>
        <w:t>vt 0.270436 0.519435</w:t>
        <w:br/>
        <w:t>vt 0.264954 0.094036</w:t>
        <w:br/>
        <w:t>vt 0.264954 0.094036</w:t>
        <w:br/>
        <w:t>vt 0.008811 0.006879</w:t>
        <w:br/>
        <w:t>vt 0.249943 0.435485</w:t>
        <w:br/>
        <w:t>vt 0.161835 0.530284</w:t>
        <w:br/>
        <w:t>vt 0.162388 0.568307</w:t>
        <w:br/>
        <w:t>vt 0.180665 0.568389</w:t>
        <w:br/>
        <w:t>vt 0.180141 0.531904</w:t>
        <w:br/>
        <w:t>vt 0.186647 0.569371</w:t>
        <w:br/>
        <w:t>vt 0.189524 0.533330</w:t>
        <w:br/>
        <w:t>vt 0.209607 0.569016</w:t>
        <w:br/>
        <w:t>vt 0.212411 0.532100</w:t>
        <w:br/>
        <w:t>vt 0.056483 0.456628</w:t>
        <w:br/>
        <w:t>vt 0.033223 0.455284</w:t>
        <w:br/>
        <w:t>vt 0.033807 0.488967</w:t>
        <w:br/>
        <w:t>vt 0.057138 0.491602</w:t>
        <w:br/>
        <w:t>vt 0.008811 0.457320</w:t>
        <w:br/>
        <w:t>vt 0.008811 0.488945</w:t>
        <w:br/>
        <w:t>vt 0.134104 0.526015</w:t>
        <w:br/>
        <w:t>vt 0.134104 0.566120</w:t>
        <w:br/>
        <w:t>vt 0.162388 0.568307</w:t>
        <w:br/>
        <w:t>vt 0.161835 0.530284</w:t>
        <w:br/>
        <w:t>vt 0.057138 0.491602</w:t>
        <w:br/>
        <w:t>vt 0.073801 0.495427</w:t>
        <w:br/>
        <w:t>vt 0.073703 0.461474</w:t>
        <w:br/>
        <w:t>vt 0.056483 0.456628</w:t>
        <w:br/>
        <w:t>vt 0.081732 0.534851</w:t>
        <w:br/>
        <w:t>vt 0.102336 0.532433</w:t>
        <w:br/>
        <w:t>vt 0.513793 0.611714</w:t>
        <w:br/>
        <w:t>vt 0.517554 0.616356</w:t>
        <w:br/>
        <w:t>vt 0.169268 0.830460</w:t>
        <w:br/>
        <w:t>vt 0.134104 0.835353</w:t>
        <w:br/>
        <w:t>vt 0.247685 0.155744</w:t>
        <w:br/>
        <w:t>vt 0.259861 0.157946</w:t>
        <w:br/>
        <w:t>vt 0.254919 0.135275</w:t>
        <w:br/>
        <w:t>vt 0.244208 0.132565</w:t>
        <w:br/>
        <w:t>vt 0.235478 0.060958</w:t>
        <w:br/>
        <w:t>vt 0.235478 0.086146</w:t>
        <w:br/>
        <w:t>vt 0.241494 0.090501</w:t>
        <w:br/>
        <w:t>vt 0.235478 0.152410</w:t>
        <w:br/>
        <w:t>vt 0.247685 0.155744</w:t>
        <w:br/>
        <w:t>vt 0.244208 0.132565</w:t>
        <w:br/>
        <w:t>vt 0.235478 0.129441</w:t>
        <w:br/>
        <w:t>vt 0.251418 0.193391</w:t>
        <w:br/>
        <w:t>vt 0.235478 0.189431</w:t>
        <w:br/>
        <w:t>vt 0.235478 0.205258</w:t>
        <w:br/>
        <w:t>vt 0.252867 0.209241</w:t>
        <w:br/>
        <w:t>vt 0.274423 0.004499</w:t>
        <w:br/>
        <w:t>vt 0.252871 0.004499</w:t>
        <w:br/>
        <w:t>vt 0.255791 0.015956</w:t>
        <w:br/>
        <w:t>vt 0.278064 0.016558</w:t>
        <w:br/>
        <w:t>vt 0.175687 0.012430</w:t>
        <w:br/>
        <w:t>vt 0.204951 0.013239</w:t>
        <w:br/>
        <w:t>vt 0.204199 0.004499</w:t>
        <w:br/>
        <w:t>vt 0.175342 0.004499</w:t>
        <w:br/>
        <w:t>vt 0.122198 0.011906</w:t>
        <w:br/>
        <w:t>vt 0.120979 0.004499</w:t>
        <w:br/>
        <w:t>vt 0.093556 0.004499</w:t>
        <w:br/>
        <w:t>vt 0.150603 0.011704</w:t>
        <w:br/>
        <w:t>vt 0.122198 0.011906</w:t>
        <w:br/>
        <w:t>vt 0.153156 0.016803</w:t>
        <w:br/>
        <w:t>vt 0.149719 0.004499</w:t>
        <w:br/>
        <w:t>vt 0.150603 0.011704</w:t>
        <w:br/>
        <w:t>vt 0.235478 0.108755</w:t>
        <w:br/>
        <w:t>vt 0.242704 0.111286</w:t>
        <w:br/>
        <w:t>vt 0.250485 0.177031</w:t>
        <w:br/>
        <w:t>vt 0.235478 0.171864</w:t>
        <w:br/>
        <w:t>vt 0.234490 0.015187</w:t>
        <w:br/>
        <w:t>vt 0.229707 0.004499</w:t>
        <w:br/>
        <w:t>vt 0.265711 0.181096</w:t>
        <w:br/>
        <w:t>vt 0.250485 0.177031</w:t>
        <w:br/>
        <w:t>vt 0.251418 0.193391</w:t>
        <w:br/>
        <w:t>vt 0.268772 0.198323</w:t>
        <w:br/>
        <w:t>vt 0.249920 0.111975</w:t>
        <w:br/>
        <w:t>vt 0.242704 0.111286</w:t>
        <w:br/>
        <w:t>vt 0.238443 0.024685</w:t>
        <w:br/>
        <w:t>vt 0.262317 0.027486</w:t>
        <w:br/>
        <w:t>vt 0.255791 0.015956</w:t>
        <w:br/>
        <w:t>vt 0.234490 0.015187</w:t>
        <w:br/>
        <w:t>vt 0.204951 0.013239</w:t>
        <w:br/>
        <w:t>vt 0.211026 0.022253</w:t>
        <w:br/>
        <w:t>vt 0.181402 0.019023</w:t>
        <w:br/>
        <w:t>vt 0.175687 0.012430</w:t>
        <w:br/>
        <w:t>vt 0.246603 0.090781</w:t>
        <w:br/>
        <w:t>vt 0.241494 0.090501</w:t>
        <w:br/>
        <w:t>vt 0.235478 0.060958</w:t>
        <w:br/>
        <w:t>vt 0.285078 0.029228</w:t>
        <w:br/>
        <w:t>vt 0.252867 0.209241</w:t>
        <w:br/>
        <w:t>vt 0.269133 0.211732</w:t>
        <w:br/>
        <w:t>vt 0.170410 0.128265</w:t>
        <w:br/>
        <w:t>vt 0.134104 0.112164</w:t>
        <w:br/>
        <w:t>vt 0.147703 0.109176</w:t>
        <w:br/>
        <w:t>vt 0.140676 0.097476</w:t>
        <w:br/>
        <w:t>vt 0.134104 0.099962</w:t>
        <w:br/>
        <w:t>vt 0.140676 0.097476</w:t>
        <w:br/>
        <w:t>vt 0.147703 0.109176</w:t>
        <w:br/>
        <w:t>vt 0.153287 0.099823</w:t>
        <w:br/>
        <w:t>vt 0.144365 0.092357</w:t>
        <w:br/>
        <w:t>vt 0.134104 0.086661</w:t>
        <w:br/>
        <w:t>vt 0.134104 0.086661</w:t>
        <w:br/>
        <w:t>vt 0.035228 0.768393</w:t>
        <w:br/>
        <w:t>vt 0.196119 0.883419</w:t>
        <w:br/>
        <w:t>vt 0.057331 0.799885</w:t>
        <w:br/>
        <w:t>vt 0.052683 0.803914</w:t>
        <w:br/>
        <w:t>vt 0.062556 0.790231</w:t>
        <w:br/>
        <w:t>vt 0.056040 0.787282</w:t>
        <w:br/>
        <w:t>vt 0.048563 0.797747</w:t>
        <w:br/>
        <w:t>vt 0.048243 0.783762</w:t>
        <w:br/>
        <w:t>vt 0.039525 0.792155</w:t>
        <w:br/>
        <w:t>vt 0.042334 0.778117</w:t>
        <w:br/>
        <w:t>vt 0.031456 0.784567</w:t>
        <w:br/>
        <w:t>vt 0.023321 0.773739</w:t>
        <w:br/>
        <w:t>vt 0.044072 0.800435</w:t>
        <w:br/>
        <w:t>vt 0.048563 0.797747</w:t>
        <w:br/>
        <w:t>vt 0.035585 0.795495</w:t>
        <w:br/>
        <w:t>vt 0.028444 0.788371</w:t>
        <w:br/>
        <w:t>vt 0.018246 0.780497</w:t>
        <w:br/>
        <w:t>vt 0.210795 0.860246</w:t>
        <w:br/>
        <w:t>vt 0.203520 0.878918</w:t>
        <w:br/>
        <w:t>vt 0.181985 0.878190</w:t>
        <w:br/>
        <w:t>vt 0.176380 0.880557</w:t>
        <w:br/>
        <w:t>vt 0.027817 0.759280</w:t>
        <w:br/>
        <w:t>vt 0.051345 0.242548</w:t>
        <w:br/>
        <w:t>vt 0.166460 0.887436</w:t>
        <w:br/>
        <w:t>vt 0.750097 0.884769</w:t>
        <w:br/>
        <w:t>vt 0.754730 0.898871</w:t>
        <w:br/>
        <w:t>vt 0.758672 0.895312</w:t>
        <w:br/>
        <w:t>vt 0.821432 0.886588</w:t>
        <w:br/>
        <w:t>vt 0.815618 0.899985</w:t>
        <w:br/>
        <w:t>vt 0.832458 0.893380</w:t>
        <w:br/>
        <w:t>vt 0.835781 0.877662</w:t>
        <w:br/>
        <w:t>vt 0.875568 0.875180</w:t>
        <w:br/>
        <w:t>vt 0.882401 0.902595</w:t>
        <w:br/>
        <w:t>vt 0.905923 0.888656</w:t>
        <w:br/>
        <w:t>vt 0.901831 0.861089</w:t>
        <w:br/>
        <w:t>vt 0.903745 0.962834</w:t>
        <w:br/>
        <w:t>vt 0.929914 0.951736</w:t>
        <w:br/>
        <w:t>vt 0.912962 0.918270</w:t>
        <w:br/>
        <w:t>vt 0.887879 0.932784</w:t>
        <w:br/>
        <w:t>vt 0.874040 0.858416</w:t>
        <w:br/>
        <w:t>vt 0.897456 0.844591</w:t>
        <w:br/>
        <w:t>vt 0.927837 0.868998</w:t>
        <w:br/>
        <w:t>vt 0.921917 0.847839</w:t>
        <w:br/>
        <w:t>vt 0.053578 0.237445</w:t>
        <w:br/>
        <w:t>vt 0.057872 0.221906</w:t>
        <w:br/>
        <w:t>vt 0.053578 0.222562</w:t>
        <w:br/>
        <w:t>vt 0.879392 0.970568</w:t>
        <w:br/>
        <w:t>vt 0.867656 0.943212</w:t>
        <w:br/>
        <w:t>vt 0.915591 0.833101</w:t>
        <w:br/>
        <w:t>vt 0.948195 0.848204</w:t>
        <w:br/>
        <w:t>vt 0.940881 0.832075</w:t>
        <w:br/>
        <w:t>vt 0.851614 0.974039</w:t>
        <w:br/>
        <w:t>vt 0.844474 0.951278</w:t>
        <w:br/>
        <w:t>vt 0.934071 0.820158</w:t>
        <w:br/>
        <w:t>vt 0.965911 0.825243</w:t>
        <w:br/>
        <w:t>vt 0.958149 0.814330</w:t>
        <w:br/>
        <w:t>vt 0.824172 0.971860</w:t>
        <w:br/>
        <w:t>vt 0.820193 0.955150</w:t>
        <w:br/>
        <w:t>vt 0.951237 0.806401</w:t>
        <w:br/>
        <w:t>vt 0.979634 0.801025</w:t>
        <w:br/>
        <w:t>vt 0.973852 0.795340</w:t>
        <w:br/>
        <w:t>vt 0.795451 0.962970</w:t>
        <w:br/>
        <w:t>vt 0.794531 0.954096</w:t>
        <w:br/>
        <w:t>vt 0.967901 0.791181</w:t>
        <w:br/>
        <w:t>vt 0.973852 0.795340</w:t>
        <w:br/>
        <w:t>vt 0.990200 0.778903</w:t>
        <w:br/>
        <w:t>vt 0.987207 0.777664</w:t>
        <w:br/>
        <w:t>vt 0.771501 0.949050</w:t>
        <w:br/>
        <w:t>vt 0.770025 0.950282</w:t>
        <w:br/>
        <w:t>vt 0.982956 0.776886</w:t>
        <w:br/>
        <w:t>vt 0.987207 0.777664</w:t>
        <w:br/>
        <w:t>vt 0.996557 0.760141</w:t>
        <w:br/>
        <w:t>vt 0.767661 0.955904</w:t>
        <w:br/>
        <w:t>vt 0.749997 0.938359</w:t>
        <w:br/>
        <w:t>vt 0.749997 0.938359</w:t>
        <w:br/>
        <w:t>vt 0.982956 0.776886</w:t>
        <w:br/>
        <w:t>vt 0.996557 0.760141</w:t>
        <w:br/>
        <w:t>vt 0.858979 0.910930</w:t>
        <w:br/>
        <w:t>vt 0.834228 0.915208</w:t>
        <w:br/>
        <w:t>vt 0.837295 0.924147</w:t>
        <w:br/>
        <w:t>vt 0.861840 0.918722</w:t>
        <w:br/>
        <w:t>vt 0.950119 0.979545</w:t>
        <w:br/>
        <w:t>vt 0.970253 0.961188</w:t>
        <w:br/>
        <w:t>vt 0.954485 0.941967</w:t>
        <w:br/>
        <w:t>vt 0.925388 0.995155</w:t>
        <w:br/>
        <w:t>vt 0.885311 0.993995</w:t>
        <w:br/>
        <w:t>vt 0.905923 0.888656</w:t>
        <w:br/>
        <w:t>vt 0.882401 0.902595</w:t>
        <w:br/>
        <w:t>vt 0.885345 0.909989</w:t>
        <w:br/>
        <w:t>vt 0.912389 0.896136</w:t>
        <w:br/>
        <w:t>vt 0.966168 0.864082</w:t>
        <w:br/>
        <w:t>vt 0.948195 0.848204</w:t>
        <w:br/>
        <w:t>vt 0.927837 0.868998</w:t>
        <w:br/>
        <w:t>vt 0.953168 0.888464</w:t>
        <w:br/>
        <w:t>vt 0.979339 0.835646</w:t>
        <w:br/>
        <w:t>vt 0.965911 0.825243</w:t>
        <w:br/>
        <w:t>vt 0.986947 0.807621</w:t>
        <w:br/>
        <w:t>vt 0.979634 0.801025</w:t>
        <w:br/>
        <w:t>vt 0.993501 0.782053</w:t>
        <w:br/>
        <w:t>vt 0.990200 0.778903</w:t>
        <w:br/>
        <w:t>vt 0.811480 0.915768</w:t>
        <w:br/>
        <w:t>vt 0.811978 0.924895</w:t>
        <w:br/>
        <w:t>vt 0.094026 0.718894</w:t>
        <w:br/>
        <w:t>vt 0.101275 0.731032</w:t>
        <w:br/>
        <w:t>vt 0.103895 0.729934</w:t>
        <w:br/>
        <w:t>vt 0.854165 0.884750</w:t>
        <w:br/>
        <w:t>vt 0.858979 0.910930</w:t>
        <w:br/>
        <w:t>vt 0.933142 0.906696</w:t>
        <w:br/>
        <w:t>vt 0.854735 0.868008</w:t>
        <w:br/>
        <w:t>vt 0.854165 0.884750</w:t>
        <w:br/>
        <w:t>vt 0.132077 0.921127</w:t>
        <w:br/>
        <w:t>vt 0.131171 0.896185</w:t>
        <w:br/>
        <w:t>vt 0.109460 0.897767</w:t>
        <w:br/>
        <w:t>vt 0.108621 0.921622</w:t>
        <w:br/>
        <w:t>vt 0.978791 0.931888</w:t>
        <w:br/>
        <w:t>vt 0.987381 0.939373</w:t>
        <w:br/>
        <w:t>vt 0.108369 0.945981</w:t>
        <w:br/>
        <w:t>vt 0.105528 0.976828</w:t>
        <w:br/>
        <w:t>vt 0.117564 0.974571</w:t>
        <w:br/>
        <w:t>vt 0.132433 0.945973</w:t>
        <w:br/>
        <w:t>vt 0.996819 0.925313</w:t>
        <w:br/>
        <w:t>vt 0.093800 0.950176</w:t>
        <w:br/>
        <w:t>vt 0.094980 0.974411</w:t>
        <w:br/>
        <w:t>vt 0.088603 0.901467</w:t>
        <w:br/>
        <w:t>vt 0.091072 0.925910</w:t>
        <w:br/>
        <w:t>vt 0.789585 0.920128</w:t>
        <w:br/>
        <w:t>vt 0.790094 0.914118</w:t>
        <w:br/>
        <w:t>vt 0.094318 0.996174</w:t>
        <w:br/>
        <w:t>vt 0.811480 0.915768</w:t>
        <w:br/>
        <w:t>vt 0.815618 0.899985</w:t>
        <w:br/>
        <w:t>vt 0.798841 0.903556</w:t>
        <w:br/>
        <w:t>vt 0.790094 0.914118</w:t>
        <w:br/>
        <w:t>vt 0.790824 0.892899</w:t>
        <w:br/>
        <w:t>vt 0.784100 0.901900</w:t>
        <w:br/>
        <w:t>vt 0.805857 0.892872</w:t>
        <w:br/>
        <w:t>vt 0.834228 0.915208</w:t>
        <w:br/>
        <w:t>vt 0.832458 0.893380</w:t>
        <w:br/>
        <w:t>vt 0.750097 0.884769</w:t>
        <w:br/>
        <w:t>vt 0.764713 0.888731</w:t>
        <w:br/>
        <w:t>vt 0.765464 0.876292</w:t>
        <w:br/>
        <w:t>vt 0.112898 0.841983</w:t>
        <w:br/>
        <w:t>vt 0.114730 0.818903</w:t>
        <w:br/>
        <w:t>vt 0.096396 0.817522</w:t>
        <w:br/>
        <w:t>vt 0.091411 0.840357</w:t>
        <w:br/>
        <w:t>vt 0.125245 0.683521</w:t>
        <w:br/>
        <w:t>vt 0.108344 0.678615</w:t>
        <w:br/>
        <w:t>vt 0.105653 0.700923</w:t>
        <w:br/>
        <w:t>vt 0.125899 0.710944</w:t>
        <w:br/>
        <w:t>vt 0.130754 0.868490</w:t>
        <w:br/>
        <w:t>vt 0.130803 0.836873</w:t>
        <w:br/>
        <w:t>vt 0.112898 0.841983</w:t>
        <w:br/>
        <w:t>vt 0.110655 0.870551</w:t>
        <w:br/>
        <w:t>vt 0.129044 0.814039</w:t>
        <w:br/>
        <w:t>vt 0.114730 0.818903</w:t>
        <w:br/>
        <w:t>vt 0.115055 0.798943</w:t>
        <w:br/>
        <w:t>vt 0.100274 0.797877</w:t>
        <w:br/>
        <w:t>vt 0.123810 0.660094</w:t>
        <w:br/>
        <w:t>vt 0.109451 0.655715</w:t>
        <w:br/>
        <w:t>vt 0.112391 0.743146</w:t>
        <w:br/>
        <w:t>vt 0.107680 0.746058</w:t>
        <w:br/>
        <w:t>vt 0.098187 0.730266</w:t>
        <w:br/>
        <w:t>vt 0.101275 0.731032</w:t>
        <w:br/>
        <w:t>vt 0.094026 0.718894</w:t>
        <w:br/>
        <w:t>vt 0.122619 0.581331</w:t>
        <w:br/>
        <w:t>vt 0.126471 0.580497</w:t>
        <w:br/>
        <w:t>vt 0.129974 0.566441</w:t>
        <w:br/>
        <w:t>vt 0.114018 0.779547</w:t>
        <w:br/>
        <w:t>vt 0.102509 0.778198</w:t>
        <w:br/>
        <w:t>vt 0.121830 0.637032</w:t>
        <w:br/>
        <w:t>vt 0.110014 0.634315</w:t>
        <w:br/>
        <w:t>vt 0.126473 0.794245</w:t>
        <w:br/>
        <w:t>vt 0.115055 0.798943</w:t>
        <w:br/>
        <w:t>vt 0.123151 0.774809</w:t>
        <w:br/>
        <w:t>vt 0.114018 0.779547</w:t>
        <w:br/>
        <w:t>vt 0.111867 0.761989</w:t>
        <w:br/>
        <w:t>vt 0.102972 0.761115</w:t>
        <w:br/>
        <w:t>vt 0.121333 0.617047</w:t>
        <w:br/>
        <w:t>vt 0.112027 0.615371</w:t>
        <w:br/>
        <w:t>vt 0.082224 0.084380</w:t>
        <w:br/>
        <w:t>vt 0.053578 0.086469</w:t>
        <w:br/>
        <w:t>vt 0.053578 0.111785</w:t>
        <w:br/>
        <w:t>vt 0.079139 0.114937</w:t>
        <w:br/>
        <w:t>vt 0.053578 0.162192</w:t>
        <w:br/>
        <w:t>vt 0.053578 0.184233</w:t>
        <w:br/>
        <w:t>vt 0.064078 0.184546</w:t>
        <w:br/>
        <w:t>vt 0.067759 0.163748</w:t>
        <w:br/>
        <w:t>vt 0.053578 0.137552</w:t>
        <w:br/>
        <w:t>vt 0.073811 0.140048</w:t>
        <w:br/>
        <w:t>vt 0.079712 0.041475</w:t>
        <w:br/>
        <w:t>vt 0.821847 0.988236</w:t>
        <w:br/>
        <w:t>vt 0.855682 0.994956</w:t>
        <w:br/>
        <w:t>vt 0.792386 0.973198</w:t>
        <w:br/>
        <w:t>vt 0.118842 0.757939</w:t>
        <w:br/>
        <w:t>vt 0.111867 0.761989</w:t>
        <w:br/>
        <w:t>vt 0.107680 0.746058</w:t>
        <w:br/>
        <w:t>vt 0.101555 0.745338</w:t>
        <w:br/>
        <w:t>vt 0.116391 0.597898</w:t>
        <w:br/>
        <w:t>vt 0.123159 0.598492</w:t>
        <w:br/>
        <w:t>vt 0.061266 0.203623</w:t>
        <w:br/>
        <w:t>vt 0.053578 0.204373</w:t>
        <w:br/>
        <w:t>vt 0.122637 0.747372</w:t>
        <w:br/>
        <w:t>vt 0.772764 0.914207</w:t>
        <w:br/>
        <w:t>vt 0.775213 0.911211</w:t>
        <w:br/>
        <w:t>vt 0.087554 0.871313</w:t>
        <w:br/>
        <w:t>vt 0.821432 0.886588</w:t>
        <w:br/>
        <w:t>vt 0.775213 0.911211</w:t>
        <w:br/>
        <w:t>vt 0.758672 0.895312</w:t>
        <w:br/>
        <w:t>vt 0.766855 0.903861</w:t>
        <w:br/>
        <w:t>vt 0.774907 0.896194</w:t>
        <w:br/>
        <w:t>vt 0.771819 0.882544</w:t>
        <w:br/>
        <w:t>vt 0.779720 0.888022</w:t>
        <w:br/>
        <w:t>vt 0.766855 0.903861</w:t>
        <w:br/>
        <w:t>vt 0.761450 0.905245</w:t>
        <w:br/>
        <w:t>vt 0.772764 0.914207</w:t>
        <w:br/>
        <w:t>vt 0.131410 0.961059</w:t>
        <w:br/>
        <w:t>vt 0.966708 0.882605</w:t>
        <w:br/>
        <w:t>vt 0.952611 0.894387</w:t>
        <w:br/>
        <w:t>vt 0.978791 0.931888</w:t>
        <w:br/>
        <w:t>vt 0.430552 0.302649</w:t>
        <w:br/>
        <w:t>vt 0.456238 0.298412</w:t>
        <w:br/>
        <w:t>vt 0.456303 0.347075</w:t>
        <w:br/>
        <w:t>vt 0.434530 0.346275</w:t>
        <w:br/>
        <w:t>vt 0.449567 0.265581</w:t>
        <w:br/>
        <w:t>vt 0.421840 0.266572</w:t>
        <w:br/>
        <w:t>vt 0.414053 0.232000</w:t>
        <w:br/>
        <w:t>vt 0.408314 0.198383</w:t>
        <w:br/>
        <w:t>vt 0.436177 0.204750</w:t>
        <w:br/>
        <w:t>vt 0.443555 0.236346</w:t>
        <w:br/>
        <w:t>vt 0.367301 0.077336</w:t>
        <w:br/>
        <w:t>vt 0.380518 0.108448</w:t>
        <w:br/>
        <w:t>vt 0.371436 0.109626</w:t>
        <w:br/>
        <w:t>vt 0.390630 0.105370</w:t>
        <w:br/>
        <w:t>vt 0.400470 0.162239</w:t>
        <w:br/>
        <w:t>vt 0.387097 0.133389</w:t>
        <w:br/>
        <w:t>vt 0.411268 0.142444</w:t>
        <w:br/>
        <w:t>vt 0.429202 0.172058</w:t>
        <w:br/>
        <w:t>vt 0.371975 0.132371</w:t>
        <w:br/>
        <w:t>vt 0.370157 0.167388</w:t>
        <w:br/>
        <w:t>vt 0.353652 0.125386</w:t>
        <w:br/>
        <w:t>vt 0.377310 0.232189</w:t>
        <w:br/>
        <w:t>vt 0.377779 0.206263</w:t>
        <w:br/>
        <w:t>vt 0.379282 0.264371</w:t>
        <w:br/>
        <w:t>vt 0.381468 0.299524</w:t>
        <w:br/>
        <w:t>vt 0.386258 0.338844</w:t>
        <w:br/>
        <w:t>vt 0.438814 0.387220</w:t>
        <w:br/>
        <w:t>vt 0.420859 0.424458</w:t>
        <w:br/>
        <w:t>vt 0.429883 0.383519</w:t>
        <w:br/>
        <w:t>vt 0.386468 0.414097</w:t>
        <w:br/>
        <w:t>vt 0.387430 0.373016</w:t>
        <w:br/>
        <w:t>vt 0.420859 0.424458</w:t>
        <w:br/>
        <w:t>vt 0.386050 0.502828</w:t>
        <w:br/>
        <w:t>vt 0.405449 0.502954</w:t>
        <w:br/>
        <w:t>vt 0.400299 0.536115</w:t>
        <w:br/>
        <w:t>vt 0.383800 0.536704</w:t>
        <w:br/>
        <w:t>vt 0.368501 0.503599</w:t>
        <w:br/>
        <w:t>vt 0.386050 0.502828</w:t>
        <w:br/>
        <w:t>vt 0.383800 0.536704</w:t>
        <w:br/>
        <w:t>vt 0.367816 0.537441</w:t>
        <w:br/>
        <w:t>vt 0.369776 0.458644</w:t>
        <w:br/>
        <w:t>vt 0.386649 0.460750</w:t>
        <w:br/>
        <w:t>vt 0.367949 0.411359</w:t>
        <w:br/>
        <w:t>vt 0.345899 0.414133</w:t>
        <w:br/>
        <w:t>vt 0.345899 0.369781</w:t>
        <w:br/>
        <w:t>vt 0.369948 0.369007</w:t>
        <w:br/>
        <w:t>vt 0.368516 0.334862</w:t>
        <w:br/>
        <w:t>vt 0.355342 0.258523</w:t>
        <w:br/>
        <w:t>vt 0.345899 0.221197</w:t>
        <w:br/>
        <w:t>vt 0.345899 0.194196</w:t>
        <w:br/>
        <w:t>vt 0.345899 0.159326</w:t>
        <w:br/>
        <w:t>vt 0.345899 0.127353</w:t>
        <w:br/>
        <w:t>vt 0.362321 0.295568</w:t>
        <w:br/>
        <w:t>vt 0.386649 0.460750</w:t>
        <w:br/>
        <w:t>vt 0.411280 0.462523</w:t>
        <w:br/>
        <w:t>vt 0.345899 0.505135</w:t>
        <w:br/>
        <w:t>vt 0.345899 0.538636</w:t>
        <w:br/>
        <w:t>vt 0.345899 0.460628</w:t>
        <w:br/>
        <w:t>vt 0.345899 0.332627</w:t>
        <w:br/>
        <w:t>vt 0.345899 0.293087</w:t>
        <w:br/>
        <w:t>vt 0.345899 0.255763</w:t>
        <w:br/>
        <w:t>vt 0.345899 0.678041</w:t>
        <w:br/>
        <w:t>vt 0.345899 0.640772</w:t>
        <w:br/>
        <w:t>vt 0.356344 0.639456</w:t>
        <w:br/>
        <w:t>vt 0.456303 0.347075</w:t>
        <w:br/>
        <w:t>vt 0.471544 0.388836</w:t>
        <w:br/>
        <w:t>vt 0.377038 0.639870</w:t>
        <w:br/>
        <w:t>vt 0.388832 0.634099</w:t>
        <w:br/>
        <w:t>vt 0.388671 0.670809</w:t>
        <w:br/>
        <w:t>vt 0.379089 0.672953</w:t>
        <w:br/>
        <w:t>vt 0.389460 0.709345</w:t>
        <w:br/>
        <w:t>vt 0.384339 0.710248</w:t>
        <w:br/>
        <w:t>vt 0.367166 0.568801</w:t>
        <w:br/>
        <w:t>vt 0.364804 0.603803</w:t>
        <w:br/>
        <w:t>vt 0.345899 0.603332</w:t>
        <w:br/>
        <w:t>vt 0.345899 0.569177</w:t>
        <w:br/>
        <w:t>vt 0.381057 0.568194</w:t>
        <w:br/>
        <w:t>vt 0.378198 0.603006</w:t>
        <w:br/>
        <w:t>vt 0.391670 0.600820</w:t>
        <w:br/>
        <w:t>vt 0.378198 0.603006</w:t>
        <w:br/>
        <w:t>vt 0.381057 0.568194</w:t>
        <w:br/>
        <w:t>vt 0.396264 0.565969</w:t>
        <w:br/>
        <w:t>vt 0.391748 0.748179</w:t>
        <w:br/>
        <w:t>vt 0.377038 0.639870</w:t>
        <w:br/>
        <w:t>vt 0.345899 0.085805</w:t>
        <w:br/>
        <w:t>vt 0.350135 0.082867</w:t>
        <w:br/>
        <w:t>vt 0.353971 0.099390</w:t>
        <w:br/>
        <w:t>vt 0.345899 0.104082</w:t>
        <w:br/>
        <w:t>vt 0.356022 0.081933</w:t>
        <w:br/>
        <w:t>vt 0.364889 0.098681</w:t>
        <w:br/>
        <w:t>vt 0.353971 0.099390</w:t>
        <w:br/>
        <w:t>vt 0.350135 0.082867</w:t>
        <w:br/>
        <w:t>vt 0.345899 0.066963</w:t>
        <w:br/>
        <w:t>vt 0.345899 0.066963</w:t>
        <w:br/>
        <w:t>vt 0.897940 0.661597</w:t>
        <w:br/>
        <w:t>vt 0.888755 0.661597</w:t>
        <w:br/>
        <w:t>vt 0.889000 0.653346</w:t>
        <w:br/>
        <w:t>vt 0.898376 0.653035</w:t>
        <w:br/>
        <w:t>vt 0.907564 0.652987</w:t>
        <w:br/>
        <w:t>vt 0.916888 0.652865</w:t>
        <w:br/>
        <w:t>vt 0.916385 0.661597</w:t>
        <w:br/>
        <w:t>vt 0.907072 0.661597</w:t>
        <w:br/>
        <w:t>vt 0.955872 0.631121</w:t>
        <w:br/>
        <w:t>vt 0.967368 0.628637</w:t>
        <w:br/>
        <w:t>vt 0.965913 0.640933</w:t>
        <w:br/>
        <w:t>vt 0.953915 0.642222</w:t>
        <w:br/>
        <w:t>vt 0.977457 0.640277</w:t>
        <w:br/>
        <w:t>vt 0.978065 0.627122</w:t>
        <w:br/>
        <w:t>vt 0.977344 0.652092</w:t>
        <w:br/>
        <w:t>vt 0.977158 0.661597</w:t>
        <w:br/>
        <w:t>vt 0.964774 0.661597</w:t>
        <w:br/>
        <w:t>vt 0.964860 0.651862</w:t>
        <w:br/>
        <w:t>vt 0.987262 0.651946</w:t>
        <w:br/>
        <w:t>vt 0.987057 0.661597</w:t>
        <w:br/>
        <w:t>vt 0.923519 0.661597</w:t>
        <w:br/>
        <w:t>vt 0.923961 0.652745</w:t>
        <w:br/>
        <w:t>vt 0.952469 0.652164</w:t>
        <w:br/>
        <w:t>vt 0.952378 0.661597</w:t>
        <w:br/>
        <w:t>vt 0.933165 0.661597</w:t>
        <w:br/>
        <w:t>vt 0.933465 0.652656</w:t>
        <w:br/>
        <w:t>vt 0.941658 0.652514</w:t>
        <w:br/>
        <w:t>vt 0.933984 0.642808</w:t>
        <w:br/>
        <w:t>vt 0.942750 0.642845</w:t>
        <w:br/>
        <w:t>vt 0.917336 0.630026</w:t>
        <w:br/>
        <w:t>vt 0.916835 0.641890</w:t>
        <w:br/>
        <w:t>vt 0.907679 0.641065</w:t>
        <w:br/>
        <w:t>vt 0.908083 0.627587</w:t>
        <w:br/>
        <w:t>vt 0.925115 0.631246</w:t>
        <w:br/>
        <w:t>vt 0.935181 0.632165</w:t>
        <w:br/>
        <w:t>vt 0.924201 0.642355</w:t>
        <w:br/>
        <w:t>vt 0.944490 0.632265</w:t>
        <w:br/>
        <w:t>vt 0.879318 0.625128</w:t>
        <w:br/>
        <w:t>vt 0.879654 0.611133</w:t>
        <w:br/>
        <w:t>vt 0.886117 0.612373</w:t>
        <w:br/>
        <w:t>vt 0.890401 0.625212</w:t>
        <w:br/>
        <w:t>vt 0.878880 0.641170</w:t>
        <w:br/>
        <w:t>vt 0.871134 0.642042</w:t>
        <w:br/>
        <w:t>vt 0.871134 0.625153</w:t>
        <w:br/>
        <w:t>vt 0.889520 0.640610</w:t>
        <w:br/>
        <w:t>vt 0.900523 0.615551</w:t>
        <w:br/>
        <w:t>vt 0.899859 0.625823</w:t>
        <w:br/>
        <w:t>vt 0.898789 0.640400</w:t>
        <w:br/>
        <w:t>vt 0.878670 0.653718</w:t>
        <w:br/>
        <w:t>vt 0.878871 0.661597</w:t>
        <w:br/>
        <w:t>vt 0.941415 0.661597</w:t>
        <w:br/>
        <w:t>vt 0.987381 0.627282</w:t>
        <w:br/>
        <w:t>vt 0.987167 0.640148</w:t>
        <w:br/>
        <w:t>vt 0.916242 0.620979</w:t>
        <w:br/>
        <w:t>vt 0.987554 0.618383</w:t>
        <w:br/>
        <w:t>vt 0.997280 0.618847</w:t>
        <w:br/>
        <w:t>vt 0.997280 0.627384</w:t>
        <w:br/>
        <w:t>vt 0.907416 0.617984</w:t>
        <w:br/>
        <w:t>vt 0.871134 0.653849</w:t>
        <w:br/>
        <w:t>vt 0.978453 0.618445</w:t>
        <w:br/>
        <w:t>vt 0.937094 0.624848</w:t>
        <w:br/>
        <w:t>vt 0.946747 0.624845</w:t>
        <w:br/>
        <w:t>vt 0.871134 0.661597</w:t>
        <w:br/>
        <w:t>vt 0.926910 0.623612</w:t>
        <w:br/>
        <w:t>vt 0.957704 0.623271</w:t>
        <w:br/>
        <w:t>vt 0.968483 0.620022</w:t>
        <w:br/>
        <w:t>vt 0.871134 0.610727</w:t>
        <w:br/>
        <w:t>vt 0.892993 0.613965</w:t>
        <w:br/>
        <w:t>vt 0.997280 0.639360</w:t>
        <w:br/>
        <w:t>vt 0.997280 0.650262</w:t>
        <w:br/>
        <w:t>vt 0.997280 0.661597</w:t>
        <w:br/>
        <w:t>vt 0.907416 0.617984</w:t>
        <w:br/>
        <w:t>vt 0.002241 0.645556</w:t>
        <w:br/>
        <w:t>vt 0.002241 0.638702</w:t>
        <w:br/>
        <w:t>vt 0.008663 0.637835</w:t>
        <w:br/>
        <w:t>vt 0.009145 0.644521</w:t>
        <w:br/>
        <w:t>vt 0.002241 0.653648</w:t>
        <w:br/>
        <w:t>vt 0.009723 0.653531</w:t>
        <w:br/>
        <w:t>vt 0.002241 0.662595</w:t>
        <w:br/>
        <w:t>vt 0.010225 0.663101</w:t>
        <w:br/>
        <w:t>vt 0.010691 0.669858</w:t>
        <w:br/>
        <w:t>vt 0.002241 0.669234</w:t>
        <w:br/>
        <w:t>vt 0.011701 0.684637</w:t>
        <w:br/>
        <w:t>vt 0.002241 0.684059</w:t>
        <w:br/>
        <w:t>vt 0.002241 0.676266</w:t>
        <w:br/>
        <w:t>vt 0.011207 0.676943</w:t>
        <w:br/>
        <w:t>vt 0.013042 0.694821</w:t>
        <w:br/>
        <w:t>vt 0.002241 0.694821</w:t>
        <w:br/>
        <w:t>vt 0.016592 0.653681</w:t>
        <w:br/>
        <w:t>vt 0.017399 0.663826</w:t>
        <w:br/>
        <w:t>vt 0.015512 0.643911</w:t>
        <w:br/>
        <w:t>vt 0.014684 0.637098</w:t>
        <w:br/>
        <w:t>vt 0.018346 0.670805</w:t>
        <w:br/>
        <w:t>vt 0.019339 0.685068</w:t>
        <w:br/>
        <w:t>vt 0.018864 0.677692</w:t>
        <w:br/>
        <w:t>vt 0.020443 0.694821</w:t>
        <w:br/>
        <w:t>vt 0.025780 0.677863</w:t>
        <w:br/>
        <w:t>vt 0.026032 0.685413</w:t>
        <w:br/>
        <w:t>vt 0.026566 0.694821</w:t>
        <w:br/>
        <w:t>vt 0.032380 0.678203</w:t>
        <w:br/>
        <w:t>vt 0.041969 0.678680</w:t>
        <w:br/>
        <w:t>vt 0.041879 0.685811</w:t>
        <w:br/>
        <w:t>vt 0.032364 0.685613</w:t>
        <w:br/>
        <w:t>vt 0.041544 0.694821</w:t>
        <w:br/>
        <w:t>vt 0.032381 0.694821</w:t>
        <w:br/>
        <w:t>vt 0.042330 0.665851</w:t>
        <w:br/>
        <w:t>vt 0.031519 0.664083</w:t>
        <w:br/>
        <w:t>vt 0.042023 0.658648</w:t>
        <w:br/>
        <w:t>vt 0.023179 0.653810</w:t>
        <w:br/>
        <w:t>vt 0.024339 0.664025</w:t>
        <w:br/>
        <w:t>vt 0.052797 0.667709</w:t>
        <w:br/>
        <w:t>vt 0.053940 0.654837</w:t>
        <w:br/>
        <w:t>vt 0.060387 0.657246</w:t>
        <w:br/>
        <w:t>vt 0.029990 0.653960</w:t>
        <w:br/>
        <w:t>vt 0.036271 0.650605</w:t>
        <w:br/>
        <w:t>vt 0.040637 0.648015</w:t>
        <w:br/>
        <w:t>vt 0.046559 0.651474</w:t>
        <w:br/>
        <w:t>vt 0.027647 0.643329</w:t>
        <w:br/>
        <w:t>vt 0.036179 0.642892</w:t>
        <w:br/>
        <w:t>vt 0.031682 0.622349</w:t>
        <w:br/>
        <w:t>vt 0.032208 0.629457</w:t>
        <w:br/>
        <w:t>vt 0.024658 0.629941</w:t>
        <w:br/>
        <w:t>vt 0.024491 0.622349</w:t>
        <w:br/>
        <w:t>vt 0.013950 0.630313</w:t>
        <w:br/>
        <w:t>vt 0.019170 0.630020</w:t>
        <w:br/>
        <w:t>vt 0.020472 0.636505</w:t>
        <w:br/>
        <w:t>vt 0.021530 0.643593</w:t>
        <w:br/>
        <w:t>vt 0.064660 0.660836</w:t>
        <w:br/>
        <w:t>vt 0.033521 0.637511</w:t>
        <w:br/>
        <w:t>vt 0.026143 0.636425</w:t>
        <w:br/>
        <w:t>vt 0.025443 0.671236</w:t>
        <w:br/>
        <w:t>vt 0.032347 0.671700</w:t>
        <w:br/>
        <w:t>vt 0.042106 0.672529</w:t>
        <w:br/>
        <w:t>vt 0.014613 0.622349</w:t>
        <w:br/>
        <w:t>vt 0.019660 0.622349</w:t>
        <w:br/>
        <w:t>vt 0.051627 0.679206</w:t>
        <w:br/>
        <w:t>vt 0.051425 0.686035</w:t>
        <w:br/>
        <w:t>vt 0.050872 0.694821</w:t>
        <w:br/>
        <w:t>vt 0.051898 0.673635</w:t>
        <w:br/>
        <w:t>vt 0.008362 0.630918</w:t>
        <w:br/>
        <w:t>vt 0.008140 0.624974</w:t>
        <w:br/>
        <w:t>vt 0.008213 0.622349</w:t>
        <w:br/>
        <w:t>vt 0.002241 0.626948</w:t>
        <w:br/>
        <w:t>vt 0.002241 0.622349</w:t>
        <w:br/>
        <w:t>vt 0.002241 0.632322</w:t>
        <w:br/>
        <w:t>vt 0.897940 0.661597</w:t>
        <w:br/>
        <w:t>vt 0.898376 0.653035</w:t>
        <w:br/>
        <w:t>vt 0.889000 0.653346</w:t>
        <w:br/>
        <w:t>vt 0.888755 0.661597</w:t>
        <w:br/>
        <w:t>vt 0.907564 0.652987</w:t>
        <w:br/>
        <w:t>vt 0.907072 0.661597</w:t>
        <w:br/>
        <w:t>vt 0.916385 0.661597</w:t>
        <w:br/>
        <w:t>vt 0.916888 0.652865</w:t>
        <w:br/>
        <w:t>vt 0.955872 0.631121</w:t>
        <w:br/>
        <w:t>vt 0.953915 0.642222</w:t>
        <w:br/>
        <w:t>vt 0.965913 0.640933</w:t>
        <w:br/>
        <w:t>vt 0.967368 0.628637</w:t>
        <w:br/>
        <w:t>vt 0.977457 0.640277</w:t>
        <w:br/>
        <w:t>vt 0.978065 0.627122</w:t>
        <w:br/>
        <w:t>vt 0.977344 0.652092</w:t>
        <w:br/>
        <w:t>vt 0.964860 0.651862</w:t>
        <w:br/>
        <w:t>vt 0.964774 0.661597</w:t>
        <w:br/>
        <w:t>vt 0.977158 0.661597</w:t>
        <w:br/>
        <w:t>vt 0.987262 0.651946</w:t>
        <w:br/>
        <w:t>vt 0.987057 0.661597</w:t>
        <w:br/>
        <w:t>vt 0.923519 0.661597</w:t>
        <w:br/>
        <w:t>vt 0.923961 0.652745</w:t>
        <w:br/>
        <w:t>vt 0.952469 0.652164</w:t>
        <w:br/>
        <w:t>vt 0.952378 0.661597</w:t>
        <w:br/>
        <w:t>vt 0.933165 0.661597</w:t>
        <w:br/>
        <w:t>vt 0.933465 0.652656</w:t>
        <w:br/>
        <w:t>vt 0.941658 0.652514</w:t>
        <w:br/>
        <w:t>vt 0.942750 0.642845</w:t>
        <w:br/>
        <w:t>vt 0.933984 0.642808</w:t>
        <w:br/>
        <w:t>vt 0.917336 0.630026</w:t>
        <w:br/>
        <w:t>vt 0.908083 0.627587</w:t>
        <w:br/>
        <w:t>vt 0.907679 0.641065</w:t>
        <w:br/>
        <w:t>vt 0.916835 0.641890</w:t>
        <w:br/>
        <w:t>vt 0.925115 0.631246</w:t>
        <w:br/>
        <w:t>vt 0.924201 0.642355</w:t>
        <w:br/>
        <w:t>vt 0.935181 0.632165</w:t>
        <w:br/>
        <w:t>vt 0.944490 0.632265</w:t>
        <w:br/>
        <w:t>vt 0.879318 0.625128</w:t>
        <w:br/>
        <w:t>vt 0.890401 0.625212</w:t>
        <w:br/>
        <w:t>vt 0.886117 0.612373</w:t>
        <w:br/>
        <w:t>vt 0.879654 0.611133</w:t>
        <w:br/>
        <w:t>vt 0.878880 0.641170</w:t>
        <w:br/>
        <w:t>vt 0.889520 0.640610</w:t>
        <w:br/>
        <w:t>vt 0.899859 0.625823</w:t>
        <w:br/>
        <w:t>vt 0.900523 0.615551</w:t>
        <w:br/>
        <w:t>vt 0.898789 0.640400</w:t>
        <w:br/>
        <w:t>vt 0.878670 0.653718</w:t>
        <w:br/>
        <w:t>vt 0.878871 0.661597</w:t>
        <w:br/>
        <w:t>vt 0.941415 0.661597</w:t>
        <w:br/>
        <w:t>vt 0.987167 0.640148</w:t>
        <w:br/>
        <w:t>vt 0.987381 0.627282</w:t>
        <w:br/>
        <w:t>vt 0.916242 0.620979</w:t>
        <w:br/>
        <w:t>vt 0.987554 0.618383</w:t>
        <w:br/>
        <w:t>vt 0.907416 0.617984</w:t>
        <w:br/>
        <w:t>vt 0.978453 0.618445</w:t>
        <w:br/>
        <w:t>vt 0.946747 0.624845</w:t>
        <w:br/>
        <w:t>vt 0.937094 0.624848</w:t>
        <w:br/>
        <w:t>vt 0.926910 0.623612</w:t>
        <w:br/>
        <w:t>vt 0.968483 0.620022</w:t>
        <w:br/>
        <w:t>vt 0.957704 0.623271</w:t>
        <w:br/>
        <w:t>vt 0.892993 0.613965</w:t>
        <w:br/>
        <w:t>vt 0.907416 0.617984</w:t>
        <w:br/>
        <w:t>vt 0.002241 0.645556</w:t>
        <w:br/>
        <w:t>vt 0.009145 0.644521</w:t>
        <w:br/>
        <w:t>vt 0.008663 0.637835</w:t>
        <w:br/>
        <w:t>vt 0.002241 0.638702</w:t>
        <w:br/>
        <w:t>vt 0.002241 0.653648</w:t>
        <w:br/>
        <w:t>vt 0.009723 0.653531</w:t>
        <w:br/>
        <w:t>vt 0.002241 0.662595</w:t>
        <w:br/>
        <w:t>vt 0.010225 0.663101</w:t>
        <w:br/>
        <w:t>vt 0.010691 0.669858</w:t>
        <w:br/>
        <w:t>vt 0.002241 0.669234</w:t>
        <w:br/>
        <w:t>vt 0.011701 0.684637</w:t>
        <w:br/>
        <w:t>vt 0.011207 0.676943</w:t>
        <w:br/>
        <w:t>vt 0.002241 0.676266</w:t>
        <w:br/>
        <w:t>vt 0.002241 0.684059</w:t>
        <w:br/>
        <w:t>vt 0.017399 0.663826</w:t>
        <w:br/>
        <w:t>vt 0.016592 0.653681</w:t>
        <w:br/>
        <w:t>vt 0.015512 0.643911</w:t>
        <w:br/>
        <w:t>vt 0.014684 0.637098</w:t>
        <w:br/>
        <w:t>vt 0.018346 0.670805</w:t>
        <w:br/>
        <w:t>vt 0.019339 0.685068</w:t>
        <w:br/>
        <w:t>vt 0.018864 0.677692</w:t>
        <w:br/>
        <w:t>vt 0.026032 0.685413</w:t>
        <w:br/>
        <w:t>vt 0.025780 0.677863</w:t>
        <w:br/>
        <w:t>vt 0.032380 0.678203</w:t>
        <w:br/>
        <w:t>vt 0.032364 0.685613</w:t>
        <w:br/>
        <w:t>vt 0.041879 0.685811</w:t>
        <w:br/>
        <w:t>vt 0.041969 0.678680</w:t>
        <w:br/>
        <w:t>vt 0.042330 0.665851</w:t>
        <w:br/>
        <w:t>vt 0.042023 0.658648</w:t>
        <w:br/>
        <w:t>vt 0.031519 0.664083</w:t>
        <w:br/>
        <w:t>vt 0.023179 0.653810</w:t>
        <w:br/>
        <w:t>vt 0.024339 0.664025</w:t>
        <w:br/>
        <w:t>vt 0.052797 0.667709</w:t>
        <w:br/>
        <w:t>vt 0.053940 0.654837</w:t>
        <w:br/>
        <w:t>vt 0.060387 0.657246</w:t>
        <w:br/>
        <w:t>vt 0.036271 0.650605</w:t>
        <w:br/>
        <w:t>vt 0.029990 0.653960</w:t>
        <w:br/>
        <w:t>vt 0.046559 0.651474</w:t>
        <w:br/>
        <w:t>vt 0.040637 0.648015</w:t>
        <w:br/>
        <w:t>vt 0.027647 0.643329</w:t>
        <w:br/>
        <w:t>vt 0.036179 0.642892</w:t>
        <w:br/>
        <w:t>vt 0.024658 0.629941</w:t>
        <w:br/>
        <w:t>vt 0.032208 0.629457</w:t>
        <w:br/>
        <w:t>vt 0.020472 0.636505</w:t>
        <w:br/>
        <w:t>vt 0.019170 0.630020</w:t>
        <w:br/>
        <w:t>vt 0.013950 0.630313</w:t>
        <w:br/>
        <w:t>vt 0.021530 0.643593</w:t>
        <w:br/>
        <w:t>vt 0.064660 0.660836</w:t>
        <w:br/>
        <w:t>vt 0.033521 0.637511</w:t>
        <w:br/>
        <w:t>vt 0.026143 0.636425</w:t>
        <w:br/>
        <w:t>vt 0.025443 0.671236</w:t>
        <w:br/>
        <w:t>vt 0.032347 0.671700</w:t>
        <w:br/>
        <w:t>vt 0.042106 0.672529</w:t>
        <w:br/>
        <w:t>vt 0.051627 0.679206</w:t>
        <w:br/>
        <w:t>vt 0.051425 0.686035</w:t>
        <w:br/>
        <w:t>vt 0.051898 0.673635</w:t>
        <w:br/>
        <w:t>vt 0.008362 0.630918</w:t>
        <w:br/>
        <w:t>vt 0.008140 0.624974</w:t>
        <w:br/>
        <w:t>vt 0.002241 0.626948</w:t>
        <w:br/>
        <w:t>vt 0.002241 0.632322</w:t>
        <w:br/>
        <w:t>vt 0.629935 0.459684</w:t>
        <w:br/>
        <w:t>vt 0.634178 0.460545</w:t>
        <w:br/>
        <w:t>vt 0.632265 0.478122</w:t>
        <w:br/>
        <w:t>vt 0.627706 0.477283</w:t>
        <w:br/>
        <w:t>vt 0.639743 0.461557</w:t>
        <w:br/>
        <w:t>vt 0.644005 0.461798</w:t>
        <w:br/>
        <w:t>vt 0.643231 0.479748</w:t>
        <w:br/>
        <w:t>vt 0.638277 0.479419</w:t>
        <w:br/>
        <w:t>vt 0.586780 0.456621</w:t>
        <w:br/>
        <w:t>vt 0.591395 0.456023</w:t>
        <w:br/>
        <w:t>vt 0.590138 0.474176</w:t>
        <w:br/>
        <w:t>vt 0.584990 0.474217</w:t>
        <w:br/>
        <w:t>vt 0.598315 0.455081</w:t>
        <w:br/>
        <w:t>vt 0.597237 0.473740</w:t>
        <w:br/>
        <w:t>vt 0.602948 0.454706</w:t>
        <w:br/>
        <w:t>vt 0.601783 0.473318</w:t>
        <w:br/>
        <w:t>vt 0.609352 0.455213</w:t>
        <w:br/>
        <w:t>vt 0.607305 0.473632</w:t>
        <w:br/>
        <w:t>vt 0.603737 0.473117</w:t>
        <w:br/>
        <w:t>vt 0.605436 0.454612</w:t>
        <w:br/>
        <w:t>vt 0.640166 0.448749</w:t>
        <w:br/>
        <w:t>vt 0.642888 0.449379</w:t>
        <w:br/>
        <w:t>vt 0.600568 0.440873</w:t>
        <w:br/>
        <w:t>vt 0.595467 0.441452</w:t>
        <w:br/>
        <w:t>vt 0.603582 0.440532</w:t>
        <w:br/>
        <w:t>vt 0.631545 0.446237</w:t>
        <w:br/>
        <w:t>vt 0.635537 0.447444</w:t>
        <w:br/>
        <w:t>vt 0.606445 0.440489</w:t>
        <w:br/>
        <w:t>vt 0.610684 0.441040</w:t>
        <w:br/>
        <w:t>vt 0.586116 0.443850</w:t>
        <w:br/>
        <w:t>vt 0.583435 0.444912</w:t>
        <w:br/>
        <w:t>vt 0.590265 0.442589</w:t>
        <w:br/>
        <w:t>vt 0.622319 0.458183</w:t>
        <w:br/>
        <w:t>vt 0.624112 0.444280</w:t>
        <w:br/>
        <w:t>vt 0.619818 0.476062</w:t>
        <w:br/>
        <w:t>vt 0.577484 0.430662</w:t>
        <w:br/>
        <w:t>vt 0.574279 0.436467</w:t>
        <w:br/>
        <w:t>vt 0.570088 0.434489</w:t>
        <w:br/>
        <w:t>vt 0.572387 0.427235</w:t>
        <w:br/>
        <w:t>vt 0.564642 0.432372</w:t>
        <w:br/>
        <w:t>vt 0.565621 0.425693</w:t>
        <w:br/>
        <w:t>vt 0.606651 0.433225</w:t>
        <w:br/>
        <w:t>vt 0.606193 0.426316</w:t>
        <w:br/>
        <w:t>vt 0.611209 0.426768</w:t>
        <w:br/>
        <w:t>vt 0.611241 0.433739</w:t>
        <w:br/>
        <w:t>vt 0.652687 0.380478</w:t>
        <w:br/>
        <w:t>vt 0.652373 0.381134</w:t>
        <w:br/>
        <w:t>vt 0.647592 0.383223</w:t>
        <w:br/>
        <w:t>vt 0.648106 0.381213</w:t>
        <w:br/>
        <w:t>vt 0.553776 0.390085</w:t>
        <w:br/>
        <w:t>vt 0.552174 0.386427</w:t>
        <w:br/>
        <w:t>vt 0.556546 0.383161</w:t>
        <w:br/>
        <w:t>vt 0.559466 0.387003</w:t>
        <w:br/>
        <w:t>vt 0.546799 0.388103</w:t>
        <w:br/>
        <w:t>vt 0.546916 0.387294</w:t>
        <w:br/>
        <w:t>vt 0.652531 0.382087</w:t>
        <w:br/>
        <w:t>vt 0.649774 0.385556</w:t>
        <w:br/>
        <w:t>vt 0.642492 0.381977</w:t>
        <w:br/>
        <w:t>vt 0.637869 0.379950</w:t>
        <w:br/>
        <w:t>vt 0.640039 0.377498</w:t>
        <w:br/>
        <w:t>vt 0.643723 0.379741</w:t>
        <w:br/>
        <w:t>vt 0.634379 0.376862</w:t>
        <w:br/>
        <w:t>vt 0.634983 0.375959</w:t>
        <w:br/>
        <w:t>vt 0.632948 0.381150</w:t>
        <w:br/>
        <w:t>vt 0.563084 0.376043</w:t>
        <w:br/>
        <w:t>vt 0.565485 0.382002</w:t>
        <w:br/>
        <w:t>vt 0.563226 0.383313</w:t>
        <w:br/>
        <w:t>vt 0.553410 0.399332</w:t>
        <w:br/>
        <w:t>vt 0.550092 0.404689</w:t>
        <w:br/>
        <w:t>vt 0.545099 0.403543</w:t>
        <w:br/>
        <w:t>vt 0.548458 0.398080</w:t>
        <w:br/>
        <w:t>vt 0.542053 0.401934</w:t>
        <w:br/>
        <w:t>vt 0.543425 0.397281</w:t>
        <w:br/>
        <w:t>vt 0.654342 0.381266</w:t>
        <w:br/>
        <w:t>vt 0.653754 0.385197</w:t>
        <w:br/>
        <w:t>vt 0.550748 0.391498</w:t>
        <w:br/>
        <w:t>vt 0.545253 0.388573</w:t>
        <w:br/>
        <w:t>vt 0.546046 0.388217</w:t>
        <w:br/>
        <w:t>vt 0.549564 0.393495</w:t>
        <w:br/>
        <w:t>vt 0.555725 0.394290</w:t>
        <w:br/>
        <w:t>vt 0.650252 0.400230</w:t>
        <w:br/>
        <w:t>vt 0.646678 0.391358</w:t>
        <w:br/>
        <w:t>vt 0.651757 0.395133</w:t>
        <w:br/>
        <w:t>vt 0.651175 0.388316</w:t>
        <w:br/>
        <w:t>vt 0.656277 0.388968</w:t>
        <w:br/>
        <w:t>vt 0.653901 0.391429</w:t>
        <w:br/>
        <w:t>vt 0.564250 0.375449</w:t>
        <w:br/>
        <w:t>vt 0.563311 0.371208</w:t>
        <w:br/>
        <w:t>vt 0.567934 0.371480</w:t>
        <w:br/>
        <w:t>vt 0.567887 0.377529</w:t>
        <w:br/>
        <w:t>vt 0.630720 0.370503</w:t>
        <w:br/>
        <w:t>vt 0.634724 0.371287</w:t>
        <w:br/>
        <w:t>vt 0.633404 0.375466</w:t>
        <w:br/>
        <w:t>vt 0.629109 0.376325</w:t>
        <w:br/>
        <w:t>vt 0.571991 0.371377</w:t>
        <w:br/>
        <w:t>vt 0.572885 0.377669</w:t>
        <w:br/>
        <w:t>vt 0.627062 0.369683</w:t>
        <w:br/>
        <w:t>vt 0.624985 0.376239</w:t>
        <w:br/>
        <w:t>vt 0.563715 0.376327</w:t>
        <w:br/>
        <w:t>vt 0.564281 0.376477</w:t>
        <w:br/>
        <w:t>vt 0.565485 0.382002</w:t>
        <w:br/>
        <w:t>vt 0.568508 0.382960</w:t>
        <w:br/>
        <w:t>vt 0.629418 0.379341</w:t>
        <w:br/>
        <w:t>vt 0.633636 0.376405</w:t>
        <w:br/>
        <w:t>vt 0.631037 0.386553</w:t>
        <w:br/>
        <w:t>vt 0.619954 0.391869</w:t>
        <w:br/>
        <w:t>vt 0.623272 0.386113</w:t>
        <w:br/>
        <w:t>vt 0.575764 0.370464</w:t>
        <w:br/>
        <w:t>vt 0.579922 0.369118</w:t>
        <w:br/>
        <w:t>vt 0.581223 0.374321</w:t>
        <w:br/>
        <w:t>vt 0.577229 0.376568</w:t>
        <w:br/>
        <w:t>vt 0.623518 0.368482</w:t>
        <w:br/>
        <w:t>vt 0.621107 0.375085</w:t>
        <w:br/>
        <w:t>vt 0.617215 0.372476</w:t>
        <w:br/>
        <w:t>vt 0.619734 0.366789</w:t>
        <w:br/>
        <w:t>vt 0.619400 0.378798</w:t>
        <w:br/>
        <w:t>vt 0.616235 0.380717</w:t>
        <w:br/>
        <w:t>vt 0.615773 0.375793</w:t>
        <w:br/>
        <w:t>vt 0.615501 0.374455</w:t>
        <w:br/>
        <w:t>vt 0.581932 0.376272</w:t>
        <w:br/>
        <w:t>vt 0.582218 0.381369</w:t>
        <w:br/>
        <w:t>vt 0.579199 0.381294</w:t>
        <w:br/>
        <w:t>vt 0.609372 0.370111</w:t>
        <w:br/>
        <w:t>vt 0.612610 0.368963</w:t>
        <w:br/>
        <w:t>vt 0.614299 0.374945</w:t>
        <w:br/>
        <w:t>vt 0.611189 0.377127</w:t>
        <w:br/>
        <w:t>vt 0.583797 0.374426</w:t>
        <w:br/>
        <w:t>vt 0.585180 0.368305</w:t>
        <w:br/>
        <w:t>vt 0.588555 0.369433</w:t>
        <w:br/>
        <w:t>vt 0.586546 0.376928</w:t>
        <w:br/>
        <w:t>vt 0.591854 0.370441</w:t>
        <w:br/>
        <w:t>vt 0.590278 0.378411</w:t>
        <w:br/>
        <w:t>vt 0.606108 0.370970</w:t>
        <w:br/>
        <w:t>vt 0.607639 0.378478</w:t>
        <w:br/>
        <w:t>vt 0.582448 0.376336</w:t>
        <w:br/>
        <w:t>vt 0.583423 0.376195</w:t>
        <w:br/>
        <w:t>vt 0.582218 0.381369</w:t>
        <w:br/>
        <w:t>vt 0.613233 0.380200</w:t>
        <w:br/>
        <w:t>vt 0.616156 0.375935</w:t>
        <w:br/>
        <w:t>vt 0.584339 0.381887</w:t>
        <w:br/>
        <w:t>vt 0.581863 0.385670</w:t>
        <w:br/>
        <w:t>vt 0.610672 0.387080</w:t>
        <w:br/>
        <w:t>vt 0.609822 0.384394</w:t>
        <w:br/>
        <w:t>vt 0.613841 0.382920</w:t>
        <w:br/>
        <w:t>vt 0.616521 0.385592</w:t>
        <w:br/>
        <w:t>vt 0.602781 0.371347</w:t>
        <w:br/>
        <w:t>vt 0.603664 0.378958</w:t>
        <w:br/>
        <w:t>vt 0.599483 0.379028</w:t>
        <w:br/>
        <w:t>vt 0.599213 0.371277</w:t>
        <w:br/>
        <w:t>vt 0.594809 0.379023</w:t>
        <w:br/>
        <w:t>vt 0.595459 0.371035</w:t>
        <w:br/>
        <w:t>vt 0.595139 0.384841</w:t>
        <w:br/>
        <w:t>vt 0.588970 0.383983</w:t>
        <w:br/>
        <w:t>vt 0.587763 0.387827</w:t>
        <w:br/>
        <w:t>vt 0.594400 0.389048</w:t>
        <w:br/>
        <w:t>vt 0.593676 0.395059</w:t>
        <w:br/>
        <w:t>vt 0.582863 0.394102</w:t>
        <w:br/>
        <w:t>vt 0.558303 0.429878</w:t>
        <w:br/>
        <w:t>vt 0.557584 0.425123</w:t>
        <w:br/>
        <w:t>vt 0.560797 0.425112</w:t>
        <w:br/>
        <w:t>vt 0.560775 0.430821</w:t>
        <w:br/>
        <w:t>vt 0.556674 0.420071</w:t>
        <w:br/>
        <w:t>vt 0.559877 0.419444</w:t>
        <w:br/>
        <w:t>vt 0.666852 0.420423</w:t>
        <w:br/>
        <w:t>vt 0.668955 0.424901</w:t>
        <w:br/>
        <w:t>vt 0.665444 0.426563</w:t>
        <w:br/>
        <w:t>vt 0.663160 0.421707</w:t>
        <w:br/>
        <w:t>vt 0.550705 0.416819</w:t>
        <w:br/>
        <w:t>vt 0.549024 0.412283</w:t>
        <w:br/>
        <w:t>vt 0.550927 0.412137</w:t>
        <w:br/>
        <w:t>vt 0.555777 0.414703</w:t>
        <w:br/>
        <w:t>vt 0.665277 0.416159</w:t>
        <w:br/>
        <w:t>vt 0.661884 0.413205</w:t>
        <w:br/>
        <w:t>vt 0.667139 0.411111</w:t>
        <w:br/>
        <w:t>vt 0.665265 0.409516</w:t>
        <w:br/>
        <w:t>vt 0.667139 0.411111</w:t>
        <w:br/>
        <w:t>vt 0.661795 0.417548</w:t>
        <w:br/>
        <w:t>vt 0.570959 0.396252</w:t>
        <w:br/>
        <w:t>vt 0.561300 0.400742</w:t>
        <w:br/>
        <w:t>vt 0.563098 0.391544</w:t>
        <w:br/>
        <w:t>vt 0.659669 0.404943</w:t>
        <w:br/>
        <w:t>vt 0.660058 0.409114</w:t>
        <w:br/>
        <w:t>vt 0.654919 0.408209</w:t>
        <w:br/>
        <w:t>vt 0.655180 0.403378</w:t>
        <w:br/>
        <w:t>vt 0.662933 0.405073</w:t>
        <w:br/>
        <w:t>vt 0.664135 0.408265</w:t>
        <w:br/>
        <w:t>vt 0.554853 0.407756</w:t>
        <w:br/>
        <w:t>vt 0.556027 0.411620</w:t>
        <w:br/>
        <w:t>vt 0.551192 0.411751</w:t>
        <w:br/>
        <w:t>vt 0.550737 0.409824</w:t>
        <w:br/>
        <w:t>vt 0.575186 0.387964</w:t>
        <w:br/>
        <w:t>vt 0.586751 0.413831</w:t>
        <w:br/>
        <w:t>vt 0.589724 0.421350</w:t>
        <w:br/>
        <w:t>vt 0.582299 0.424997</w:t>
        <w:br/>
        <w:t>vt 0.575689 0.418341</w:t>
        <w:br/>
        <w:t>vt 0.596285 0.411181</w:t>
        <w:br/>
        <w:t>vt 0.597991 0.419179</w:t>
        <w:br/>
        <w:t>vt 0.601748 0.418630</w:t>
        <w:br/>
        <w:t>vt 0.600386 0.410363</w:t>
        <w:br/>
        <w:t>vt 0.594645 0.403245</w:t>
        <w:br/>
        <w:t>vt 0.599068 0.402457</w:t>
        <w:br/>
        <w:t>vt 0.603247 0.401795</w:t>
        <w:br/>
        <w:t>vt 0.609719 0.401046</w:t>
        <w:br/>
        <w:t>vt 0.610171 0.409789</w:t>
        <w:br/>
        <w:t>vt 0.604289 0.409920</w:t>
        <w:br/>
        <w:t>vt 0.584642 0.405389</w:t>
        <w:br/>
        <w:t>vt 0.565682 0.418171</w:t>
        <w:br/>
        <w:t>vt 0.563500 0.410532</w:t>
        <w:br/>
        <w:t>vt 0.660396 0.429087</w:t>
        <w:br/>
        <w:t>vt 0.657746 0.423786</w:t>
        <w:br/>
        <w:t>vt 0.656188 0.418778</w:t>
        <w:br/>
        <w:t>vt 0.648785 0.420931</w:t>
        <w:br/>
        <w:t>vt 0.648651 0.413185</w:t>
        <w:br/>
        <w:t>vt 0.655286 0.413213</w:t>
        <w:br/>
        <w:t>vt 0.567506 0.387228</w:t>
        <w:br/>
        <w:t>vt 0.645210 0.386360</w:t>
        <w:br/>
        <w:t>vt 0.628927 0.382277</w:t>
        <w:br/>
        <w:t>vt 0.619307 0.381934</w:t>
        <w:br/>
        <w:t>vt 0.665265 0.409516</w:t>
        <w:br/>
        <w:t>vt 0.661171 0.400381</w:t>
        <w:br/>
        <w:t>vt 0.546598 0.410031</w:t>
        <w:br/>
        <w:t>vt 0.644151 0.429655</w:t>
        <w:br/>
        <w:t>vt 0.635162 0.432584</w:t>
        <w:br/>
        <w:t>vt 0.637449 0.423759</w:t>
        <w:br/>
        <w:t>vt 0.638089 0.440541</w:t>
        <w:br/>
        <w:t>vt 0.633360 0.438556</w:t>
        <w:br/>
        <w:t>vt 0.653864 0.432307</w:t>
        <w:br/>
        <w:t>vt 0.650684 0.426652</w:t>
        <w:br/>
        <w:t>vt 0.659146 0.391989</w:t>
        <w:br/>
        <w:t>vt 0.663051 0.395056</w:t>
        <w:br/>
        <w:t>vt 0.661840 0.396501</w:t>
        <w:br/>
        <w:t>vt 0.657385 0.394223</w:t>
        <w:br/>
        <w:t>vt 0.655439 0.398289</w:t>
        <w:br/>
        <w:t>vt 0.604407 0.382704</w:t>
        <w:br/>
        <w:t>vt 0.605179 0.385312</w:t>
        <w:br/>
        <w:t>vt 0.600418 0.385797</w:t>
        <w:br/>
        <w:t>vt 0.599940 0.383126</w:t>
        <w:br/>
        <w:t>vt 0.600894 0.389229</w:t>
        <w:br/>
        <w:t>vt 0.598095 0.394995</w:t>
        <w:br/>
        <w:t>vt 0.541247 0.406201</w:t>
        <w:br/>
        <w:t>vt 0.547606 0.431115</w:t>
        <w:br/>
        <w:t>vt 0.543335 0.433181</w:t>
        <w:br/>
        <w:t>vt 0.541945 0.429705</w:t>
        <w:br/>
        <w:t>vt 0.546313 0.427494</w:t>
        <w:br/>
        <w:t>vt 0.538802 0.431210</w:t>
        <w:br/>
        <w:t>vt 0.540006 0.434361</w:t>
        <w:br/>
        <w:t>vt 0.535830 0.436210</w:t>
        <w:br/>
        <w:t>vt 0.534611 0.433419</w:t>
        <w:br/>
        <w:t>vt 0.685304 0.417200</w:t>
        <w:br/>
        <w:t>vt 0.686285 0.420467</w:t>
        <w:br/>
        <w:t>vt 0.684372 0.417504</w:t>
        <w:br/>
        <w:t>vt 0.540691 0.426170</w:t>
        <w:br/>
        <w:t>vt 0.545049 0.423862</w:t>
        <w:br/>
        <w:t>vt 0.533309 0.430692</w:t>
        <w:br/>
        <w:t>vt 0.537433 0.428131</w:t>
        <w:br/>
        <w:t>vt 0.527382 0.434305</w:t>
        <w:br/>
        <w:t>vt 0.529860 0.432748</w:t>
        <w:br/>
        <w:t>vt 0.530928 0.435024</w:t>
        <w:br/>
        <w:t>vt 0.528893 0.436369</w:t>
        <w:br/>
        <w:t>vt 0.694461 0.358348</w:t>
        <w:br/>
        <w:t>vt 0.695301 0.355447</w:t>
        <w:br/>
        <w:t>vt 0.698230 0.357832</w:t>
        <w:br/>
        <w:t>vt 0.673001 0.422907</w:t>
        <w:br/>
        <w:t>vt 0.671018 0.418904</w:t>
        <w:br/>
        <w:t>vt 0.678753 0.416084</w:t>
        <w:br/>
        <w:t>vt 0.680435 0.419585</w:t>
        <w:br/>
        <w:t>vt 0.668091 0.430614</w:t>
        <w:br/>
        <w:t>vt 0.671392 0.428702</w:t>
        <w:br/>
        <w:t>vt 0.686436 0.357417</w:t>
        <w:br/>
        <w:t>vt 0.694461 0.358348</w:t>
        <w:br/>
        <w:t>vt 0.687642 0.363288</w:t>
        <w:br/>
        <w:t>vt 0.541608 0.417387</w:t>
        <w:br/>
        <w:t>vt 0.543448 0.420580</w:t>
        <w:br/>
        <w:t>vt 0.538867 0.422996</w:t>
        <w:br/>
        <w:t>vt 0.536725 0.419968</w:t>
        <w:br/>
        <w:t>vt 0.682978 0.411302</w:t>
        <w:br/>
        <w:t>vt 0.681879 0.408278</w:t>
        <w:br/>
        <w:t>vt 0.684117 0.410915</w:t>
        <w:br/>
        <w:t>vt 0.526352 0.431761</w:t>
        <w:br/>
        <w:t>vt 0.528538 0.430569</w:t>
        <w:br/>
        <w:t>vt 0.669497 0.415076</w:t>
        <w:br/>
        <w:t>vt 0.677387 0.412682</w:t>
        <w:br/>
        <w:t>vt 0.693394 0.353018</w:t>
        <w:br/>
        <w:t>vt 0.695301 0.355447</w:t>
        <w:br/>
        <w:t>vt 0.531686 0.428095</w:t>
        <w:br/>
        <w:t>vt 0.535649 0.425318</w:t>
        <w:br/>
        <w:t>vt 0.676504 0.409065</w:t>
        <w:br/>
        <w:t>vt 0.552537 0.420755</w:t>
        <w:br/>
        <w:t>vt 0.553696 0.425110</w:t>
        <w:br/>
        <w:t>vt 0.675111 0.426399</w:t>
        <w:br/>
        <w:t>vt 0.682082 0.422740</w:t>
        <w:br/>
        <w:t>vt 0.531725 0.437303</w:t>
        <w:br/>
        <w:t>vt 0.529820 0.425606</w:t>
        <w:br/>
        <w:t>vt 0.533545 0.422675</w:t>
        <w:br/>
        <w:t>vt 0.685387 0.413891</w:t>
        <w:br/>
        <w:t>vt 0.684180 0.414253</w:t>
        <w:br/>
        <w:t>vt 0.686034 0.416995</w:t>
        <w:br/>
        <w:t>vt 0.526990 0.428710</w:t>
        <w:br/>
        <w:t>vt 0.689936 0.406290</w:t>
        <w:br/>
        <w:t>vt 0.693843 0.405870</w:t>
        <w:br/>
        <w:t>vt 0.694186 0.408437</w:t>
        <w:br/>
        <w:t>vt 0.690402 0.409289</w:t>
        <w:br/>
        <w:t>vt 0.693394 0.353018</w:t>
        <w:br/>
        <w:t>vt 0.691709 0.350651</w:t>
        <w:br/>
        <w:t>vt 0.696569 0.351672</w:t>
        <w:br/>
        <w:t>vt 0.693544 0.417963</w:t>
        <w:br/>
        <w:t>vt 0.692242 0.415095</w:t>
        <w:br/>
        <w:t>vt 0.696149 0.413942</w:t>
        <w:br/>
        <w:t>vt 0.697133 0.416361</w:t>
        <w:br/>
        <w:t>vt 0.696654 0.405292</w:t>
        <w:br/>
        <w:t>vt 0.696989 0.407501</w:t>
        <w:br/>
        <w:t>vt 0.698918 0.413210</w:t>
        <w:br/>
        <w:t>vt 0.699803 0.415768</w:t>
        <w:br/>
        <w:t>vt 0.663751 0.393976</w:t>
        <w:br/>
        <w:t>vt 0.660897 0.390675</w:t>
        <w:br/>
        <w:t>vt 0.539919 0.405910</w:t>
        <w:br/>
        <w:t>vt 0.672489 0.388917</w:t>
        <w:br/>
        <w:t>vt 0.670897 0.385381</w:t>
        <w:br/>
        <w:t>vt 0.674118 0.384010</w:t>
        <w:br/>
        <w:t>vt 0.676163 0.386717</w:t>
        <w:br/>
        <w:t>vt 0.537271 0.400381</w:t>
        <w:br/>
        <w:t>vt 0.536311 0.404758</w:t>
        <w:br/>
        <w:t>vt 0.530248 0.403862</w:t>
        <w:br/>
        <w:t>vt 0.530865 0.399741</w:t>
        <w:br/>
        <w:t>vt 0.522263 0.403351</w:t>
        <w:br/>
        <w:t>vt 0.516617 0.403227</w:t>
        <w:br/>
        <w:t>vt 0.516917 0.399854</w:t>
        <w:br/>
        <w:t>vt 0.522843 0.399686</w:t>
        <w:br/>
        <w:t>vt 0.511981 0.403483</w:t>
        <w:br/>
        <w:t>vt 0.512155 0.400046</w:t>
        <w:br/>
        <w:t>vt 0.679089 0.382319</w:t>
        <w:br/>
        <w:t>vt 0.683868 0.380675</w:t>
        <w:br/>
        <w:t>vt 0.684798 0.383837</w:t>
        <w:br/>
        <w:t>vt 0.679703 0.385782</w:t>
        <w:br/>
        <w:t>vt 0.538011 0.396244</w:t>
        <w:br/>
        <w:t>vt 0.531314 0.395778</w:t>
        <w:br/>
        <w:t>vt 0.517002 0.396347</w:t>
        <w:br/>
        <w:t>vt 0.523017 0.395902</w:t>
        <w:br/>
        <w:t>vt 0.512165 0.396777</w:t>
        <w:br/>
        <w:t>vt 0.498734 0.398052</w:t>
        <w:br/>
        <w:t>vt 0.501678 0.397774</w:t>
        <w:br/>
        <w:t>vt 0.501796 0.400145</w:t>
        <w:br/>
        <w:t>vt 0.499052 0.400557</w:t>
        <w:br/>
        <w:t>vt 0.699621 0.374915</w:t>
        <w:br/>
        <w:t>vt 0.701742 0.374898</w:t>
        <w:br/>
        <w:t>vt 0.700087 0.376740</w:t>
        <w:br/>
        <w:t>vt 0.678210 0.379044</w:t>
        <w:br/>
        <w:t>vt 0.682986 0.377574</w:t>
        <w:br/>
        <w:t>vt 0.658607 0.387488</w:t>
        <w:br/>
        <w:t>vt 0.693582 0.377274</w:t>
        <w:br/>
        <w:t>vt 0.689385 0.378733</w:t>
        <w:br/>
        <w:t>vt 0.688743 0.375878</w:t>
        <w:br/>
        <w:t>vt 0.692573 0.374643</w:t>
        <w:br/>
        <w:t>vt 0.656008 0.379301</w:t>
        <w:br/>
        <w:t>vt 0.656937 0.383780</w:t>
        <w:br/>
        <w:t>vt 0.666312 0.375481</w:t>
        <w:br/>
        <w:t>vt 0.671271 0.374455</w:t>
        <w:br/>
        <w:t>vt 0.671371 0.377837</w:t>
        <w:br/>
        <w:t>vt 0.667791 0.379046</w:t>
        <w:br/>
        <w:t>vt 0.531507 0.387708</w:t>
        <w:br/>
        <w:t>vt 0.531485 0.391820</w:t>
        <w:br/>
        <w:t>vt 0.526861 0.391925</w:t>
        <w:br/>
        <w:t>vt 0.526412 0.387654</w:t>
        <w:br/>
        <w:t>vt 0.538361 0.387773</w:t>
        <w:br/>
        <w:t>vt 0.538305 0.392134</w:t>
        <w:br/>
        <w:t>vt 0.661561 0.381602</w:t>
        <w:br/>
        <w:t>vt 0.660007 0.377682</w:t>
        <w:br/>
        <w:t>vt 0.522043 0.388647</w:t>
        <w:br/>
        <w:t>vt 0.522729 0.392205</w:t>
        <w:br/>
        <w:t>vt 0.516646 0.392938</w:t>
        <w:br/>
        <w:t>vt 0.515948 0.389589</w:t>
        <w:br/>
        <w:t>vt 0.676904 0.376021</w:t>
        <w:br/>
        <w:t>vt 0.675309 0.372943</w:t>
        <w:br/>
        <w:t>vt 0.680908 0.371618</w:t>
        <w:br/>
        <w:t>vt 0.681951 0.374647</w:t>
        <w:br/>
        <w:t>vt 0.543845 0.392985</w:t>
        <w:br/>
        <w:t>vt 0.526916 0.395743</w:t>
        <w:br/>
        <w:t>vt 0.511734 0.393551</w:t>
        <w:br/>
        <w:t>vt 0.498668 0.395524</w:t>
        <w:br/>
        <w:t>vt 0.501412 0.395357</w:t>
        <w:br/>
        <w:t>vt 0.687808 0.373273</w:t>
        <w:br/>
        <w:t>vt 0.692025 0.372157</w:t>
        <w:br/>
        <w:t>vt 0.506017 0.400240</w:t>
        <w:br/>
        <w:t>vt 0.505648 0.402911</w:t>
        <w:br/>
        <w:t>vt 0.506046 0.397373</w:t>
        <w:br/>
        <w:t>vt 0.505646 0.394512</w:t>
        <w:br/>
        <w:t>vt 0.501404 0.402161</w:t>
        <w:br/>
        <w:t>vt 0.500596 0.393499</w:t>
        <w:br/>
        <w:t>vt 0.510980 0.390148</w:t>
        <w:br/>
        <w:t>vt 0.504818 0.391977</w:t>
        <w:br/>
        <w:t>vt 0.526673 0.399622</w:t>
        <w:br/>
        <w:t>vt 0.525886 0.403968</w:t>
        <w:br/>
        <w:t>vt 0.685473 0.371090</w:t>
        <w:br/>
        <w:t>vt 0.686429 0.373688</w:t>
        <w:br/>
        <w:t>vt 0.686893 0.379579</w:t>
        <w:br/>
        <w:t>vt 0.688770 0.381942</w:t>
        <w:br/>
        <w:t>vt 0.686036 0.376676</w:t>
        <w:br/>
        <w:t>vt 0.685191 0.373904</w:t>
        <w:br/>
        <w:t>vt 0.694322 0.379823</w:t>
        <w:br/>
        <w:t>vt 0.697806 0.377927</w:t>
        <w:br/>
        <w:t>vt 0.695273 0.369503</w:t>
        <w:br/>
        <w:t>vt 0.695729 0.371461</w:t>
        <w:br/>
        <w:t>vt 0.691216 0.369806</w:t>
        <w:br/>
        <w:t>vt 0.687642 0.363288</w:t>
        <w:br/>
        <w:t>vt 0.690458 0.356501</w:t>
        <w:br/>
        <w:t>vt 0.693744 0.360976</w:t>
        <w:br/>
        <w:t>vt 0.684779 0.351679</w:t>
        <w:br/>
        <w:t>vt 0.686436 0.357417</w:t>
        <w:br/>
        <w:t>vt 0.695301 0.355447</w:t>
        <w:br/>
        <w:t>vt 0.693394 0.353018</w:t>
        <w:br/>
        <w:t>vt 0.696569 0.351672</w:t>
        <w:br/>
        <w:t>vt 0.697058 0.375810</w:t>
        <w:br/>
        <w:t>vt 0.697717 0.369005</w:t>
        <w:br/>
        <w:t>vt 0.698252 0.370819</w:t>
        <w:br/>
        <w:t>vt 0.657609 0.373536</w:t>
        <w:br/>
        <w:t>vt 0.654183 0.371213</w:t>
        <w:br/>
        <w:t>vt 0.656432 0.368294</w:t>
        <w:br/>
        <w:t>vt 0.659892 0.369634</w:t>
        <w:br/>
        <w:t>vt 0.544176 0.378224</w:t>
        <w:br/>
        <w:t>vt 0.549390 0.382334</w:t>
        <w:br/>
        <w:t>vt 0.545792 0.385107</w:t>
        <w:br/>
        <w:t>vt 0.541371 0.381397</w:t>
        <w:br/>
        <w:t>vt 0.531443 0.369453</w:t>
        <w:br/>
        <w:t>vt 0.529396 0.372344</w:t>
        <w:br/>
        <w:t>vt 0.524795 0.369217</w:t>
        <w:br/>
        <w:t>vt 0.526718 0.366303</w:t>
        <w:br/>
        <w:t>vt 0.674445 0.350236</w:t>
        <w:br/>
        <w:t>vt 0.670002 0.356743</w:t>
        <w:br/>
        <w:t>vt 0.668745 0.353383</w:t>
        <w:br/>
        <w:t>vt 0.672354 0.348440</w:t>
        <w:br/>
        <w:t>vt 0.667015 0.361326</w:t>
        <w:br/>
        <w:t>vt 0.664338 0.359064</w:t>
        <w:br/>
        <w:t>vt 0.666826 0.355899</w:t>
        <w:br/>
        <w:t>vt 0.546811 0.375038</w:t>
        <w:br/>
        <w:t>vt 0.552455 0.379392</w:t>
        <w:br/>
        <w:t>vt 0.528732 0.363421</w:t>
        <w:br/>
        <w:t>vt 0.533539 0.366310</w:t>
        <w:br/>
        <w:t>vt 0.514751 0.355241</w:t>
        <w:br/>
        <w:t>vt 0.517490 0.356848</w:t>
        <w:br/>
        <w:t>vt 0.516173 0.358946</w:t>
        <w:br/>
        <w:t>vt 0.513740 0.357635</w:t>
        <w:br/>
        <w:t>vt 0.695301 0.355447</w:t>
        <w:br/>
        <w:t>vt 0.698230 0.357832</w:t>
        <w:br/>
        <w:t>vt 0.694461 0.358348</w:t>
        <w:br/>
        <w:t>vt 0.669945 0.347013</w:t>
        <w:br/>
        <w:t>vt 0.666549 0.351339</w:t>
        <w:br/>
        <w:t>vt 0.661868 0.356856</w:t>
        <w:br/>
        <w:t>vt 0.664467 0.353876</w:t>
        <w:br/>
        <w:t>vt 0.650349 0.376671</w:t>
        <w:br/>
        <w:t>vt 0.646775 0.374810</w:t>
        <w:br/>
        <w:t>vt 0.651098 0.369065</w:t>
        <w:br/>
        <w:t>vt 0.650697 0.363905</w:t>
        <w:br/>
        <w:t>vt 0.648098 0.366925</w:t>
        <w:br/>
        <w:t>vt 0.644983 0.364195</w:t>
        <w:br/>
        <w:t>vt 0.648803 0.360726</w:t>
        <w:br/>
        <w:t>vt 0.551455 0.367833</w:t>
        <w:br/>
        <w:t>vt 0.549202 0.371528</w:t>
        <w:br/>
        <w:t>vt 0.545362 0.369077</w:t>
        <w:br/>
        <w:t>vt 0.547439 0.364985</w:t>
        <w:br/>
        <w:t>vt 0.557438 0.371470</w:t>
        <w:br/>
        <w:t>vt 0.555002 0.375771</w:t>
        <w:br/>
        <w:t>vt 0.643577 0.372631</w:t>
        <w:br/>
        <w:t>vt 0.640190 0.369643</w:t>
        <w:br/>
        <w:t>vt 0.665652 0.343351</w:t>
        <w:br/>
        <w:t>vt 0.667968 0.344961</w:t>
        <w:br/>
        <w:t>vt 0.664105 0.349551</w:t>
        <w:br/>
        <w:t>vt 0.660706 0.348899</w:t>
        <w:br/>
        <w:t>vt 0.523717 0.357264</w:t>
        <w:br/>
        <w:t>vt 0.524493 0.354821</w:t>
        <w:br/>
        <w:t>vt 0.531848 0.357369</w:t>
        <w:br/>
        <w:t>vt 0.530337 0.360566</w:t>
        <w:br/>
        <w:t>vt 0.536859 0.360020</w:t>
        <w:br/>
        <w:t>vt 0.535312 0.363221</w:t>
        <w:br/>
        <w:t>vt 0.662089 0.351852</w:t>
        <w:br/>
        <w:t>vt 0.659311 0.354756</w:t>
        <w:br/>
        <w:t>vt 0.656719 0.352422</w:t>
        <w:br/>
        <w:t>vt 0.543147 0.372436</w:t>
        <w:br/>
        <w:t>vt 0.516419 0.353288</w:t>
        <w:br/>
        <w:t>vt 0.518773 0.354947</w:t>
        <w:br/>
        <w:t>vt 0.652658 0.361711</w:t>
        <w:br/>
        <w:t>vt 0.651758 0.357161</w:t>
        <w:br/>
        <w:t>vt 0.654926 0.359259</w:t>
        <w:br/>
        <w:t>vt 0.541573 0.366816</w:t>
        <w:br/>
        <w:t>vt 0.543169 0.363251</w:t>
        <w:br/>
        <w:t>vt 0.657771 0.361387</w:t>
        <w:br/>
        <w:t>vt 0.655643 0.363786</w:t>
        <w:br/>
        <w:t>vt 0.540679 0.375756</w:t>
        <w:br/>
        <w:t>vt 0.537296 0.373363</w:t>
        <w:br/>
        <w:t>vt 0.539598 0.370118</w:t>
        <w:br/>
        <w:t>vt 0.520518 0.362162</w:t>
        <w:br/>
        <w:t>vt 0.522345 0.359732</w:t>
        <w:br/>
        <w:t>vt 0.518665 0.364063</w:t>
        <w:br/>
        <w:t>vt 0.514868 0.360321</w:t>
        <w:br/>
        <w:t>vt 0.519382 0.353180</w:t>
        <w:br/>
        <w:t>vt 0.537608 0.379193</w:t>
        <w:br/>
        <w:t>vt 0.653505 0.366140</w:t>
        <w:br/>
        <w:t>vt 0.672383 0.346513</w:t>
        <w:br/>
        <w:t>vt 0.670926 0.345778</w:t>
        <w:br/>
        <w:t>vt 0.669873 0.344496</w:t>
        <w:br/>
        <w:t>vt 0.676815 0.345639</w:t>
        <w:br/>
        <w:t>vt 0.674665 0.344757</w:t>
        <w:br/>
        <w:t>vt 0.676133 0.342165</w:t>
        <w:br/>
        <w:t>vt 0.669387 0.339973</w:t>
        <w:br/>
        <w:t>vt 0.670962 0.341717</w:t>
        <w:br/>
        <w:t>vt 0.686436 0.357417</w:t>
        <w:br/>
        <w:t>vt 0.694461 0.358348</w:t>
        <w:br/>
        <w:t>vt 0.687642 0.363288</w:t>
        <w:br/>
        <w:t>vt 0.695301 0.355447</w:t>
        <w:br/>
        <w:t>vt 0.693394 0.353018</w:t>
        <w:br/>
        <w:t>vt 0.534752 0.376316</w:t>
        <w:br/>
        <w:t>vt 0.693394 0.353018</w:t>
        <w:br/>
        <w:t>vt 0.696569 0.351672</w:t>
        <w:br/>
        <w:t>vt 0.671323 0.338068</w:t>
        <w:br/>
        <w:t>vt 0.672935 0.339407</w:t>
        <w:br/>
        <w:t>vt 0.636488 0.366318</w:t>
        <w:br/>
        <w:t>vt 0.632779 0.365222</w:t>
        <w:br/>
        <w:t>vt 0.634083 0.361863</w:t>
        <w:br/>
        <w:t>vt 0.637711 0.361861</w:t>
        <w:br/>
        <w:t>vt 0.562740 0.365992</w:t>
        <w:br/>
        <w:t>vt 0.566993 0.365630</w:t>
        <w:br/>
        <w:t>vt 0.566088 0.361075</w:t>
        <w:br/>
        <w:t>vt 0.561626 0.361495</w:t>
        <w:br/>
        <w:t>vt 0.561496 0.356372</w:t>
        <w:br/>
        <w:t>vt 0.565226 0.356044</w:t>
        <w:br/>
        <w:t>vt 0.560636 0.349429</w:t>
        <w:br/>
        <w:t>vt 0.559777 0.344405</w:t>
        <w:br/>
        <w:t>vt 0.563202 0.343991</w:t>
        <w:br/>
        <w:t>vt 0.563977 0.348918</w:t>
        <w:br/>
        <w:t>vt 0.642395 0.350634</w:t>
        <w:br/>
        <w:t>vt 0.639249 0.349438</w:t>
        <w:br/>
        <w:t>vt 0.640471 0.345831</w:t>
        <w:br/>
        <w:t>vt 0.643535 0.345740</w:t>
        <w:br/>
        <w:t>vt 0.635290 0.359110</w:t>
        <w:br/>
        <w:t>vt 0.636819 0.355530</w:t>
        <w:br/>
        <w:t>vt 0.640030 0.357204</w:t>
        <w:br/>
        <w:t>vt 0.570852 0.365217</w:t>
        <w:br/>
        <w:t>vt 0.568851 0.355458</w:t>
        <w:br/>
        <w:t>vt 0.569914 0.360514</w:t>
        <w:br/>
        <w:t>vt 0.566415 0.343563</w:t>
        <w:br/>
        <w:t>vt 0.567373 0.348340</w:t>
        <w:br/>
        <w:t>vt 0.564529 0.333485</w:t>
        <w:br/>
        <w:t>vt 0.562278 0.333883</w:t>
        <w:br/>
        <w:t>vt 0.561345 0.331293</w:t>
        <w:br/>
        <w:t>vt 0.563823 0.329783</w:t>
        <w:br/>
        <w:t>vt 0.695301 0.355447</w:t>
        <w:br/>
        <w:t>vt 0.698230 0.357832</w:t>
        <w:br/>
        <w:t>vt 0.694461 0.358348</w:t>
        <w:br/>
        <w:t>vt 0.636199 0.348115</w:t>
        <w:br/>
        <w:t>vt 0.637575 0.344650</w:t>
        <w:br/>
        <w:t>vt 0.632145 0.357645</w:t>
        <w:br/>
        <w:t>vt 0.633655 0.354105</w:t>
        <w:br/>
        <w:t>vt 0.629288 0.364161</w:t>
        <w:br/>
        <w:t>vt 0.630737 0.360735</w:t>
        <w:br/>
        <w:t>vt 0.639706 0.338573</w:t>
        <w:br/>
        <w:t>vt 0.642542 0.339064</w:t>
        <w:br/>
        <w:t>vt 0.641323 0.343134</w:t>
        <w:br/>
        <w:t>vt 0.638547 0.341921</w:t>
        <w:br/>
        <w:t>vt 0.627511 0.359375</w:t>
        <w:br/>
        <w:t>vt 0.625905 0.362856</w:t>
        <w:br/>
        <w:t>vt 0.622359 0.361224</w:t>
        <w:br/>
        <w:t>vt 0.624984 0.356822</w:t>
        <w:br/>
        <w:t>vt 0.578605 0.363463</w:t>
        <w:br/>
        <w:t>vt 0.574666 0.364421</w:t>
        <w:br/>
        <w:t>vt 0.573688 0.359697</w:t>
        <w:br/>
        <w:t>vt 0.577852 0.358585</w:t>
        <w:br/>
        <w:t>vt 0.634778 0.343461</w:t>
        <w:br/>
        <w:t>vt 0.633222 0.346921</w:t>
        <w:br/>
        <w:t>vt 0.630222 0.345565</w:t>
        <w:br/>
        <w:t>vt 0.632566 0.341361</w:t>
        <w:br/>
        <w:t>vt 0.574044 0.346649</w:t>
        <w:br/>
        <w:t>vt 0.570775 0.347559</w:t>
        <w:br/>
        <w:t>vt 0.569566 0.342829</w:t>
        <w:br/>
        <w:t>vt 0.572843 0.341712</w:t>
        <w:br/>
        <w:t>vt 0.576013 0.353493</w:t>
        <w:br/>
        <w:t>vt 0.572472 0.354578</w:t>
        <w:br/>
        <w:t>vt 0.628841 0.356537</w:t>
        <w:br/>
        <w:t>vt 0.627054 0.351794</w:t>
        <w:br/>
        <w:t>vt 0.630457 0.352922</w:t>
        <w:br/>
        <w:t>vt 0.566580 0.330262</w:t>
        <w:br/>
        <w:t>vt 0.566740 0.333058</w:t>
        <w:br/>
        <w:t>vt 0.635755 0.340963</w:t>
        <w:br/>
        <w:t>vt 0.637230 0.337116</w:t>
        <w:br/>
        <w:t>vt 0.559819 0.338202</w:t>
        <w:br/>
        <w:t>vt 0.562465 0.338215</w:t>
        <w:br/>
        <w:t>vt 0.565336 0.338008</w:t>
        <w:br/>
        <w:t>vt 0.568100 0.337388</w:t>
        <w:br/>
        <w:t>vt 0.560207 0.333674</w:t>
        <w:br/>
        <w:t>vt 0.568516 0.332158</w:t>
        <w:br/>
        <w:t>vt 0.570479 0.336342</w:t>
        <w:br/>
        <w:t>vt 0.634548 0.336189</w:t>
        <w:br/>
        <w:t>vt 0.645285 0.339924</w:t>
        <w:br/>
        <w:t>vt 0.638825 0.336320</w:t>
        <w:br/>
        <w:t>vt 0.643503 0.335123</w:t>
        <w:br/>
        <w:t>vt 0.645841 0.335553</w:t>
        <w:br/>
        <w:t>vt 0.636424 0.332331</w:t>
        <w:br/>
        <w:t>vt 0.638695 0.333287</w:t>
        <w:br/>
        <w:t>vt 0.693744 0.360976</w:t>
        <w:br/>
        <w:t>vt 0.687642 0.363288</w:t>
        <w:br/>
        <w:t>vt 0.693394 0.353018</w:t>
        <w:br/>
        <w:t>vt 0.695301 0.355447</w:t>
        <w:br/>
        <w:t>vt 0.686436 0.357417</w:t>
        <w:br/>
        <w:t>vt 0.637330 0.330039</w:t>
        <w:br/>
        <w:t>vt 0.639530 0.329995</w:t>
        <w:br/>
        <w:t>vt 0.608759 0.366123</w:t>
        <w:br/>
        <w:t>vt 0.611701 0.364872</w:t>
        <w:br/>
        <w:t>vt 0.587648 0.356623</w:t>
        <w:br/>
        <w:t>vt 0.588411 0.352139</w:t>
        <w:br/>
        <w:t>vt 0.591398 0.353154</w:t>
        <w:br/>
        <w:t>vt 0.590562 0.357566</w:t>
        <w:br/>
        <w:t>vt 0.611212 0.357802</w:t>
        <w:br/>
        <w:t>vt 0.608185 0.358039</w:t>
        <w:br/>
        <w:t>vt 0.607867 0.355176</w:t>
        <w:br/>
        <w:t>vt 0.610553 0.353856</w:t>
        <w:br/>
        <w:t>vt 0.592420 0.365978</w:t>
        <w:br/>
        <w:t>vt 0.589216 0.365183</w:t>
        <w:br/>
        <w:t>vt 0.589775 0.361693</w:t>
        <w:br/>
        <w:t>vt 0.592895 0.362372</w:t>
        <w:br/>
        <w:t>vt 0.594193 0.353922</w:t>
        <w:br/>
        <w:t>vt 0.593547 0.358275</w:t>
        <w:br/>
        <w:t>vt 0.596380 0.344643</w:t>
        <w:br/>
        <w:t>vt 0.594464 0.344035</w:t>
        <w:br/>
        <w:t>vt 0.595037 0.341719</w:t>
        <w:br/>
        <w:t>vt 0.597748 0.341737</w:t>
        <w:br/>
        <w:t>vt 0.695301 0.355447</w:t>
        <w:br/>
        <w:t>vt 0.698230 0.357832</w:t>
        <w:br/>
        <w:t>vt 0.694461 0.358348</w:t>
        <w:br/>
        <w:t>vt 0.605249 0.358268</w:t>
        <w:br/>
        <w:t>vt 0.605120 0.355477</w:t>
        <w:br/>
        <w:t>vt 0.604898 0.349469</w:t>
        <w:br/>
        <w:t>vt 0.607343 0.348760</w:t>
        <w:br/>
        <w:t>vt 0.607746 0.352703</w:t>
        <w:br/>
        <w:t>vt 0.605060 0.352755</w:t>
        <w:br/>
        <w:t>vt 0.602549 0.367098</w:t>
        <w:br/>
        <w:t>vt 0.599471 0.366284</w:t>
        <w:br/>
        <w:t>vt 0.595741 0.366403</w:t>
        <w:br/>
        <w:t>vt 0.602417 0.355690</w:t>
        <w:br/>
        <w:t>vt 0.602342 0.358613</w:t>
        <w:br/>
        <w:t>vt 0.599341 0.358810</w:t>
        <w:br/>
        <w:t>vt 0.599851 0.354794</w:t>
        <w:br/>
        <w:t>vt 0.596474 0.358690</w:t>
        <w:br/>
        <w:t>vt 0.596925 0.354405</w:t>
        <w:br/>
        <w:t>vt 0.599171 0.362780</w:t>
        <w:br/>
        <w:t>vt 0.596042 0.362763</w:t>
        <w:br/>
        <w:t>vt 0.602439 0.364655</w:t>
        <w:br/>
        <w:t>vt 0.602354 0.362312</w:t>
        <w:br/>
        <w:t>vt 0.599231 0.343377</w:t>
        <w:br/>
        <w:t>vt 0.598201 0.345334</w:t>
        <w:br/>
        <w:t>vt 0.605529 0.364076</w:t>
        <w:br/>
        <w:t>vt 0.605406 0.361847</w:t>
        <w:br/>
        <w:t>vt 0.602430 0.353088</w:t>
        <w:br/>
        <w:t>vt 0.602422 0.349096</w:t>
        <w:br/>
        <w:t>vt 0.592897 0.347808</w:t>
        <w:br/>
        <w:t>vt 0.590668 0.346667</w:t>
        <w:br/>
        <w:t>vt 0.595225 0.348612</w:t>
        <w:br/>
        <w:t>vt 0.597576 0.349136</w:t>
        <w:br/>
        <w:t>vt 0.608444 0.361670</w:t>
        <w:br/>
        <w:t>vt 0.608565 0.363915</w:t>
        <w:br/>
        <w:t>vt 0.611658 0.361723</w:t>
        <w:br/>
        <w:t>vt 0.585661 0.363849</w:t>
        <w:br/>
        <w:t>vt 0.586637 0.360683</w:t>
        <w:br/>
        <w:t>vt 0.592876 0.342944</w:t>
        <w:br/>
        <w:t>vt 0.599880 0.345425</w:t>
        <w:br/>
        <w:t>vt 0.599822 0.349288</w:t>
        <w:br/>
        <w:t>vt 0.610026 0.348471</w:t>
        <w:br/>
        <w:t>vt 0.606214 0.347826</w:t>
        <w:br/>
        <w:t>vt 0.679133 0.355122</w:t>
        <w:br/>
        <w:t>vt 0.684779 0.351679</w:t>
        <w:br/>
        <w:t>vt 0.686436 0.357417</w:t>
        <w:br/>
        <w:t>vt 0.606974 0.345028</w:t>
        <w:br/>
        <w:t>vt 0.607070 0.342070</w:t>
        <w:br/>
        <w:t>vt 0.609214 0.344658</w:t>
        <w:br/>
        <w:t>vt 0.602108 0.345156</w:t>
        <w:br/>
        <w:t>vt 0.694461 0.358348</w:t>
        <w:br/>
        <w:t>vt 0.687642 0.363288</w:t>
        <w:br/>
        <w:t>vt 0.693394 0.353018</w:t>
        <w:br/>
        <w:t>vt 0.695301 0.355447</w:t>
        <w:br/>
        <w:t>vt 0.600575 0.341986</w:t>
        <w:br/>
        <w:t>vt 0.542426 0.407637</w:t>
        <w:br/>
        <w:t>vt 0.663295 0.433534</w:t>
        <w:br/>
        <w:t>vt 0.657022 0.437169</w:t>
        <w:br/>
        <w:t>vt 0.651896 0.439412</w:t>
        <w:br/>
        <w:t>vt 0.648366 0.434699</w:t>
        <w:br/>
        <w:t>vt 0.573964 0.407820</w:t>
        <w:br/>
        <w:t>vt 0.602906 0.426282</w:t>
        <w:br/>
        <w:t>vt 0.599406 0.426595</w:t>
        <w:br/>
        <w:t>vt 0.626357 0.430339</w:t>
        <w:br/>
        <w:t>vt 0.627400 0.421751</w:t>
        <w:br/>
        <w:t>vt 0.633283 0.394123</w:t>
        <w:br/>
        <w:t>vt 0.643121 0.397379</w:t>
        <w:br/>
        <w:t>vt 0.640718 0.404190</w:t>
        <w:br/>
        <w:t>vt 0.630973 0.402202</w:t>
        <w:br/>
        <w:t>vt 0.623841 0.382327</w:t>
        <w:br/>
        <w:t>vt 0.554826 0.429572</w:t>
        <w:br/>
        <w:t>vt 0.663214 0.384949</w:t>
        <w:br/>
        <w:t>vt 0.669348 0.382166</w:t>
        <w:br/>
        <w:t>vt 0.665054 0.388122</w:t>
        <w:br/>
        <w:t>vt 0.667191 0.391670</w:t>
        <w:br/>
        <w:t>vt 0.654485 0.378517</w:t>
        <w:br/>
        <w:t>vt 0.660357 0.363796</w:t>
        <w:br/>
        <w:t>vt 0.658259 0.366218</w:t>
        <w:br/>
        <w:t>vt 0.662894 0.366597</w:t>
        <w:br/>
        <w:t>vt 0.606214 0.388236</w:t>
        <w:br/>
        <w:t>vt 0.672733 0.380866</w:t>
        <w:br/>
        <w:t>vt 0.605679 0.366716</w:t>
        <w:br/>
        <w:t>vt 0.682685 0.414747</w:t>
        <w:br/>
        <w:t>vt 0.681520 0.411599</w:t>
        <w:br/>
        <w:t>vt 0.641048 0.384837</w:t>
        <w:br/>
        <w:t>vt 0.637584 0.387744</w:t>
        <w:br/>
        <w:t>vt 0.636565 0.383639</w:t>
        <w:br/>
        <w:t>vt 0.624206 0.379529</w:t>
        <w:br/>
        <w:t>vt 0.608904 0.382026</w:t>
        <w:br/>
        <w:t>vt 0.592220 0.428005</w:t>
        <w:br/>
        <w:t>vt 0.585959 0.430497</w:t>
        <w:br/>
        <w:t>vt 0.580927 0.434220</w:t>
        <w:br/>
        <w:t>vt 0.648392 0.440889</w:t>
        <w:br/>
        <w:t>vt 0.643360 0.436998</w:t>
        <w:br/>
        <w:t>vt 0.577151 0.438401</w:t>
        <w:br/>
        <w:t>vt 0.550927 0.412137</w:t>
        <w:br/>
        <w:t>vt 0.636462 0.373737</w:t>
        <w:br/>
        <w:t>vt 0.649239 0.406541</w:t>
        <w:br/>
        <w:t>vt 0.605315 0.418508</w:t>
        <w:br/>
        <w:t>vt 0.610768 0.418824</w:t>
        <w:br/>
        <w:t>vt 0.602250 0.394493</w:t>
        <w:br/>
        <w:t>vt 0.609057 0.392757</w:t>
        <w:br/>
        <w:t>vt 0.646026 0.333106</w:t>
        <w:br/>
        <w:t>vt 0.644240 0.331930</w:t>
        <w:br/>
        <w:t>vt 0.608984 0.340338</w:t>
        <w:br/>
        <w:t>vt 0.609057 0.342534</w:t>
        <w:br/>
        <w:t>vt 0.607070 0.342070</w:t>
        <w:br/>
        <w:t>vt 0.646446 0.330473</w:t>
        <w:br/>
        <w:t>vt 0.638245 0.327678</w:t>
        <w:br/>
        <w:t>vt 0.675492 0.383456</w:t>
        <w:br/>
        <w:t>vt 0.674423 0.380283</w:t>
        <w:br/>
        <w:t>vt 0.673042 0.377365</w:t>
        <w:br/>
        <w:t>vt 0.674252 0.376878</w:t>
        <w:br/>
        <w:t>vt 0.675734 0.379845</w:t>
        <w:br/>
        <w:t>vt 0.676606 0.383137</w:t>
        <w:br/>
        <w:t>vt 0.687983 0.379165</w:t>
        <w:br/>
        <w:t>vt 0.687292 0.376328</w:t>
        <w:br/>
        <w:t>vt 0.657373 0.367096</w:t>
        <w:br/>
        <w:t>vt 0.654665 0.364840</w:t>
        <w:br/>
        <w:t>vt 0.651834 0.362721</w:t>
        <w:br/>
        <w:t>vt 0.667575 0.354856</w:t>
        <w:br/>
        <w:t>vt 0.665373 0.352811</w:t>
        <w:br/>
        <w:t>vt 0.662980 0.350951</w:t>
        <w:br/>
        <w:t>vt 0.634654 0.360355</w:t>
        <w:br/>
        <w:t>vt 0.631499 0.359046</w:t>
        <w:br/>
        <w:t>vt 0.628303 0.357849</w:t>
        <w:br/>
        <w:t>vt 0.640830 0.344522</w:t>
        <w:br/>
        <w:t>vt 0.638055 0.343313</w:t>
        <w:br/>
        <w:t>vt 0.635299 0.342306</w:t>
        <w:br/>
        <w:t>vt 0.608558 0.364856</w:t>
        <w:br/>
        <w:t>vt 0.605575 0.365157</w:t>
        <w:br/>
        <w:t>vt 0.602528 0.365654</w:t>
        <w:br/>
        <w:t>vt 0.607797 0.354012</w:t>
        <w:br/>
        <w:t>vt 0.605115 0.354126</w:t>
        <w:br/>
        <w:t>vt 0.602495 0.354438</w:t>
        <w:br/>
        <w:t>vt 0.686285 0.420467</w:t>
        <w:br/>
        <w:t>vt 0.689565 0.419541</w:t>
        <w:br/>
        <w:t>vt 0.688629 0.416503</w:t>
        <w:br/>
        <w:t>vt 0.690834 0.412296</w:t>
        <w:br/>
        <w:t>vt 0.687569 0.413260</w:t>
        <w:br/>
        <w:t>vt 0.686587 0.410230</w:t>
        <w:br/>
        <w:t>vt 0.685599 0.407085</w:t>
        <w:br/>
        <w:t>vt 0.546046 0.388217</w:t>
        <w:br/>
        <w:t>vt 0.550748 0.391498</w:t>
        <w:br/>
        <w:t>vt 0.559440 0.379544</w:t>
        <w:br/>
        <w:t>vt 0.573826 0.382782</w:t>
        <w:br/>
        <w:t>vt 0.561317 0.374516</w:t>
        <w:br/>
        <w:t>vt 0.543365 0.388275</w:t>
        <w:br/>
        <w:t>vt 0.584339 0.381887</w:t>
        <w:br/>
        <w:t>vt 0.639286 0.412957</w:t>
        <w:br/>
        <w:t>vt 0.588630 0.436363</w:t>
        <w:br/>
        <w:t>vt 0.594091 0.434752</w:t>
        <w:br/>
        <w:t>vt 0.581163 0.440404</w:t>
        <w:br/>
        <w:t>vt 0.584043 0.438469</w:t>
        <w:br/>
        <w:t>vt 0.600369 0.433599</w:t>
        <w:br/>
        <w:t>vt 0.603582 0.433234</w:t>
        <w:br/>
        <w:t>vt 0.642710 0.442834</w:t>
        <w:br/>
        <w:t>vt 0.640435 0.441668</w:t>
        <w:br/>
        <w:t>vt 0.645790 0.444973</w:t>
        <w:br/>
        <w:t>vt 0.629018 0.411765</w:t>
        <w:br/>
        <w:t>vt 0.625460 0.436535</w:t>
        <w:br/>
        <w:t>vt 0.642994 0.389819</w:t>
        <w:br/>
        <w:t>vt 0.567506 0.387228</w:t>
        <w:br/>
        <w:t>vt 0.563715 0.376327</w:t>
        <w:br/>
        <w:t>vt 0.583423 0.376195</w:t>
        <w:br/>
        <w:t>vt 0.582448 0.376336</w:t>
        <w:br/>
        <w:t>vt 0.545253 0.388573</w:t>
        <w:br/>
        <w:t>vt 0.545253 0.388573</w:t>
        <w:br/>
        <w:t>vt 0.549564 0.393495</w:t>
        <w:br/>
        <w:t>vt 0.693744 0.360976</w:t>
        <w:br/>
        <w:t>vt 0.694461 0.358348</w:t>
        <w:br/>
        <w:t>vt 0.698230 0.357832</w:t>
        <w:br/>
        <w:t>vt 0.699999 0.369501</w:t>
        <w:br/>
        <w:t>vt 0.694461 0.358348</w:t>
        <w:br/>
        <w:t>vt 0.691709 0.350651</w:t>
        <w:br/>
        <w:t>vt 0.693394 0.353018</w:t>
        <w:br/>
        <w:t>vt 0.695301 0.355447</w:t>
        <w:br/>
        <w:t>vt 0.691709 0.350651</w:t>
        <w:br/>
        <w:t>vt 0.693690 0.372753</w:t>
        <w:br/>
        <w:t>vt 0.679133 0.355122</w:t>
        <w:br/>
        <w:t>vt 0.679311 0.358986</w:t>
        <w:br/>
        <w:t>vt 0.694482 0.375718</w:t>
        <w:br/>
        <w:t>vt 0.693911 0.374231</w:t>
        <w:br/>
        <w:t>vt 0.680925 0.362618</w:t>
        <w:br/>
        <w:t>vt 0.702215 0.376466</w:t>
        <w:br/>
        <w:t>vt 0.699593 0.367913</w:t>
        <w:br/>
        <w:t>vt 0.679133 0.355122</w:t>
        <w:br/>
        <w:t>vt 0.684779 0.351679</w:t>
        <w:br/>
        <w:t>vt 0.680925 0.362618</w:t>
        <w:br/>
        <w:t>vt 0.679311 0.358986</w:t>
        <w:br/>
        <w:t>vt 0.674345 0.337505</w:t>
        <w:br/>
        <w:t>vt 0.677219 0.340071</w:t>
        <w:br/>
        <w:t>vt 0.677950 0.343164</w:t>
        <w:br/>
        <w:t>vt 0.672365 0.336040</w:t>
        <w:br/>
        <w:t>vt 0.679335 0.341314</w:t>
        <w:br/>
        <w:t>vt 0.693744 0.360976</w:t>
        <w:br/>
        <w:t>vt 0.691709 0.350651</w:t>
        <w:br/>
        <w:t>vt 0.684779 0.351679</w:t>
        <w:br/>
        <w:t>vt 0.679133 0.355122</w:t>
        <w:br/>
        <w:t>vt 0.640234 0.337158</w:t>
        <w:br/>
        <w:t>vt 0.680925 0.362618</w:t>
        <w:br/>
        <w:t>vt 0.641833 0.337421</w:t>
        <w:br/>
        <w:t>vt 0.679311 0.358986</w:t>
        <w:br/>
        <w:t>vt 0.691709 0.350651</w:t>
        <w:br/>
        <w:t>vt 0.644416 0.329938</w:t>
        <w:br/>
        <w:t>vt 0.696569 0.351672</w:t>
        <w:br/>
        <w:t>vt 0.640290 0.328113</w:t>
        <w:br/>
        <w:t>vt 0.604834 0.348295</w:t>
        <w:br/>
        <w:t>vt 0.603404 0.347969</w:t>
        <w:br/>
        <w:t>vt 0.680925 0.362618</w:t>
        <w:br/>
        <w:t>vt 0.606823 0.340183</w:t>
        <w:br/>
        <w:t>vt 0.693394 0.353018</w:t>
        <w:br/>
        <w:t>vt 0.691709 0.350651</w:t>
        <w:br/>
        <w:t>vt 0.696569 0.351672</w:t>
        <w:br/>
        <w:t>vt 0.599564 0.340336</w:t>
        <w:br/>
        <w:t>vt 0.693744 0.360976</w:t>
        <w:br/>
        <w:t>vt 0.679311 0.358986</w:t>
        <w:br/>
        <w:t>vt 0.684779 0.351679</w:t>
        <w:br/>
        <w:t>vt 0.679133 0.355122</w:t>
        <w:br/>
        <w:t>vt 0.691849 0.410145</w:t>
        <w:br/>
        <w:t>vt 0.679311 0.358986</w:t>
        <w:br/>
        <w:t>vt 0.693044 0.413529</w:t>
        <w:br/>
        <w:t>vt 0.680925 0.362618</w:t>
        <w:br/>
        <w:t>vt 0.692104 0.411911</w:t>
        <w:br/>
        <w:t>vt 0.699393 0.406858</w:t>
        <w:br/>
        <w:t>vt 0.698919 0.404426</w:t>
        <w:br/>
        <w:t>vt 0.701530 0.413168</w:t>
        <w:br/>
        <w:t>vt 0.702011 0.415593</w:t>
        <w:br/>
        <w:t>vt 0.693744 0.360976</w:t>
        <w:br/>
        <w:t>vt 0.614984 0.456567</w:t>
        <w:br/>
        <w:t>vt 0.612516 0.474823</w:t>
        <w:br/>
        <w:t>vt 0.616656 0.442375</w:t>
        <w:br/>
        <w:t>vt 0.617386 0.434925</w:t>
        <w:br/>
        <w:t>vt 0.617882 0.427935</w:t>
        <w:br/>
        <w:t>vt 0.618117 0.419807</w:t>
        <w:br/>
        <w:t>vt 0.618420 0.410291</w:t>
        <w:br/>
        <w:t>vt 0.618990 0.400849</w:t>
        <w:br/>
        <w:t>vt 0.637890 0.448151</w:t>
        <w:br/>
        <w:t>vt 0.636960 0.461136</w:t>
        <w:br/>
        <w:t>vt 0.635193 0.478828</w:t>
        <w:br/>
        <w:t>vt 0.693744 0.360976</w:t>
        <w:br/>
        <w:t>vt 0.629935 0.459684</w:t>
        <w:br/>
        <w:t>vt 0.627706 0.477283</w:t>
        <w:br/>
        <w:t>vt 0.632265 0.478122</w:t>
        <w:br/>
        <w:t>vt 0.634178 0.460545</w:t>
        <w:br/>
        <w:t>vt 0.639743 0.461557</w:t>
        <w:br/>
        <w:t>vt 0.638277 0.479419</w:t>
        <w:br/>
        <w:t>vt 0.643231 0.479748</w:t>
        <w:br/>
        <w:t>vt 0.644005 0.461798</w:t>
        <w:br/>
        <w:t>vt 0.586780 0.456621</w:t>
        <w:br/>
        <w:t>vt 0.584990 0.474217</w:t>
        <w:br/>
        <w:t>vt 0.590138 0.474176</w:t>
        <w:br/>
        <w:t>vt 0.591395 0.456023</w:t>
        <w:br/>
        <w:t>vt 0.598315 0.455081</w:t>
        <w:br/>
        <w:t>vt 0.597237 0.473740</w:t>
        <w:br/>
        <w:t>vt 0.602948 0.454706</w:t>
        <w:br/>
        <w:t>vt 0.601783 0.473318</w:t>
        <w:br/>
        <w:t>vt 0.609352 0.455213</w:t>
        <w:br/>
        <w:t>vt 0.605436 0.454612</w:t>
        <w:br/>
        <w:t>vt 0.603737 0.473117</w:t>
        <w:br/>
        <w:t>vt 0.607305 0.473632</w:t>
        <w:br/>
        <w:t>vt 0.640166 0.448749</w:t>
        <w:br/>
        <w:t>vt 0.642888 0.449379</w:t>
        <w:br/>
        <w:t>vt 0.600568 0.440873</w:t>
        <w:br/>
        <w:t>vt 0.595467 0.441452</w:t>
        <w:br/>
        <w:t>vt 0.603582 0.440532</w:t>
        <w:br/>
        <w:t>vt 0.631545 0.446237</w:t>
        <w:br/>
        <w:t>vt 0.635537 0.447444</w:t>
        <w:br/>
        <w:t>vt 0.610684 0.441040</w:t>
        <w:br/>
        <w:t>vt 0.606445 0.440489</w:t>
        <w:br/>
        <w:t>vt 0.586116 0.443850</w:t>
        <w:br/>
        <w:t>vt 0.583435 0.444912</w:t>
        <w:br/>
        <w:t>vt 0.590265 0.442589</w:t>
        <w:br/>
        <w:t>vt 0.624112 0.444280</w:t>
        <w:br/>
        <w:t>vt 0.622319 0.458183</w:t>
        <w:br/>
        <w:t>vt 0.619818 0.476062</w:t>
        <w:br/>
        <w:t>vt 0.577484 0.430662</w:t>
        <w:br/>
        <w:t>vt 0.572387 0.427235</w:t>
        <w:br/>
        <w:t>vt 0.570088 0.434489</w:t>
        <w:br/>
        <w:t>vt 0.574279 0.436467</w:t>
        <w:br/>
        <w:t>vt 0.564642 0.432372</w:t>
        <w:br/>
        <w:t>vt 0.565621 0.425693</w:t>
        <w:br/>
        <w:t>vt 0.606651 0.433225</w:t>
        <w:br/>
        <w:t>vt 0.611241 0.433739</w:t>
        <w:br/>
        <w:t>vt 0.611209 0.426768</w:t>
        <w:br/>
        <w:t>vt 0.606193 0.426316</w:t>
        <w:br/>
        <w:t>vt 0.652687 0.380478</w:t>
        <w:br/>
        <w:t>vt 0.648106 0.381213</w:t>
        <w:br/>
        <w:t>vt 0.647592 0.383223</w:t>
        <w:br/>
        <w:t>vt 0.652373 0.381134</w:t>
        <w:br/>
        <w:t>vt 0.553776 0.390085</w:t>
        <w:br/>
        <w:t>vt 0.559466 0.387003</w:t>
        <w:br/>
        <w:t>vt 0.556546 0.383161</w:t>
        <w:br/>
        <w:t>vt 0.552174 0.386427</w:t>
        <w:br/>
        <w:t>vt 0.546799 0.388103</w:t>
        <w:br/>
        <w:t>vt 0.546916 0.387294</w:t>
        <w:br/>
        <w:t>vt 0.649774 0.385556</w:t>
        <w:br/>
        <w:t>vt 0.652531 0.382087</w:t>
        <w:br/>
        <w:t>vt 0.642492 0.381977</w:t>
        <w:br/>
        <w:t>vt 0.643723 0.379741</w:t>
        <w:br/>
        <w:t>vt 0.640039 0.377498</w:t>
        <w:br/>
        <w:t>vt 0.637869 0.379950</w:t>
        <w:br/>
        <w:t>vt 0.634379 0.376862</w:t>
        <w:br/>
        <w:t>vt 0.632948 0.381150</w:t>
        <w:br/>
        <w:t>vt 0.634983 0.375959</w:t>
        <w:br/>
        <w:t>vt 0.563084 0.376043</w:t>
        <w:br/>
        <w:t>vt 0.563226 0.383313</w:t>
        <w:br/>
        <w:t>vt 0.565485 0.382002</w:t>
        <w:br/>
        <w:t>vt 0.553410 0.399332</w:t>
        <w:br/>
        <w:t>vt 0.548458 0.398080</w:t>
        <w:br/>
        <w:t>vt 0.545099 0.403543</w:t>
        <w:br/>
        <w:t>vt 0.550092 0.404689</w:t>
        <w:br/>
        <w:t>vt 0.543425 0.397281</w:t>
        <w:br/>
        <w:t>vt 0.542053 0.401934</w:t>
        <w:br/>
        <w:t>vt 0.653754 0.385197</w:t>
        <w:br/>
        <w:t>vt 0.654342 0.381266</w:t>
        <w:br/>
        <w:t>vt 0.550748 0.391498</w:t>
        <w:br/>
        <w:t>vt 0.546046 0.388217</w:t>
        <w:br/>
        <w:t>vt 0.545253 0.388573</w:t>
        <w:br/>
        <w:t>vt 0.549564 0.393495</w:t>
        <w:br/>
        <w:t>vt 0.555725 0.394290</w:t>
        <w:br/>
        <w:t>vt 0.650252 0.400230</w:t>
        <w:br/>
        <w:t>vt 0.651757 0.395133</w:t>
        <w:br/>
        <w:t>vt 0.646678 0.391358</w:t>
        <w:br/>
        <w:t>vt 0.651175 0.388316</w:t>
        <w:br/>
        <w:t>vt 0.653901 0.391429</w:t>
        <w:br/>
        <w:t>vt 0.656277 0.388968</w:t>
        <w:br/>
        <w:t>vt 0.564250 0.375449</w:t>
        <w:br/>
        <w:t>vt 0.567887 0.377529</w:t>
        <w:br/>
        <w:t>vt 0.567934 0.371480</w:t>
        <w:br/>
        <w:t>vt 0.563311 0.371208</w:t>
        <w:br/>
        <w:t>vt 0.630720 0.370503</w:t>
        <w:br/>
        <w:t>vt 0.629109 0.376325</w:t>
        <w:br/>
        <w:t>vt 0.633404 0.375466</w:t>
        <w:br/>
        <w:t>vt 0.634724 0.371287</w:t>
        <w:br/>
        <w:t>vt 0.572885 0.377669</w:t>
        <w:br/>
        <w:t>vt 0.571991 0.371377</w:t>
        <w:br/>
        <w:t>vt 0.627062 0.369683</w:t>
        <w:br/>
        <w:t>vt 0.624985 0.376239</w:t>
        <w:br/>
        <w:t>vt 0.563715 0.376327</w:t>
        <w:br/>
        <w:t>vt 0.565485 0.382002</w:t>
        <w:br/>
        <w:t>vt 0.564281 0.376477</w:t>
        <w:br/>
        <w:t>vt 0.568508 0.382960</w:t>
        <w:br/>
        <w:t>vt 0.629418 0.379341</w:t>
        <w:br/>
        <w:t>vt 0.633636 0.376405</w:t>
        <w:br/>
        <w:t>vt 0.631037 0.386553</w:t>
        <w:br/>
        <w:t>vt 0.623272 0.386113</w:t>
        <w:br/>
        <w:t>vt 0.619954 0.391869</w:t>
        <w:br/>
        <w:t>vt 0.575764 0.370464</w:t>
        <w:br/>
        <w:t>vt 0.577229 0.376568</w:t>
        <w:br/>
        <w:t>vt 0.581223 0.374321</w:t>
        <w:br/>
        <w:t>vt 0.579922 0.369118</w:t>
        <w:br/>
        <w:t>vt 0.623518 0.368482</w:t>
        <w:br/>
        <w:t>vt 0.619734 0.366789</w:t>
        <w:br/>
        <w:t>vt 0.617215 0.372476</w:t>
        <w:br/>
        <w:t>vt 0.621107 0.375085</w:t>
        <w:br/>
        <w:t>vt 0.619400 0.378798</w:t>
        <w:br/>
        <w:t>vt 0.615501 0.374455</w:t>
        <w:br/>
        <w:t>vt 0.615773 0.375793</w:t>
        <w:br/>
        <w:t>vt 0.616235 0.380717</w:t>
        <w:br/>
        <w:t>vt 0.581932 0.376272</w:t>
        <w:br/>
        <w:t>vt 0.579199 0.381294</w:t>
        <w:br/>
        <w:t>vt 0.582218 0.381369</w:t>
        <w:br/>
        <w:t>vt 0.609372 0.370111</w:t>
        <w:br/>
        <w:t>vt 0.611189 0.377127</w:t>
        <w:br/>
        <w:t>vt 0.614299 0.374945</w:t>
        <w:br/>
        <w:t>vt 0.612610 0.368963</w:t>
        <w:br/>
        <w:t>vt 0.583797 0.374426</w:t>
        <w:br/>
        <w:t>vt 0.586546 0.376928</w:t>
        <w:br/>
        <w:t>vt 0.588555 0.369433</w:t>
        <w:br/>
        <w:t>vt 0.585180 0.368305</w:t>
        <w:br/>
        <w:t>vt 0.590278 0.378411</w:t>
        <w:br/>
        <w:t>vt 0.591854 0.370441</w:t>
        <w:br/>
        <w:t>vt 0.606108 0.370970</w:t>
        <w:br/>
        <w:t>vt 0.607639 0.378478</w:t>
        <w:br/>
        <w:t>vt 0.582448 0.376336</w:t>
        <w:br/>
        <w:t>vt 0.582218 0.381369</w:t>
        <w:br/>
        <w:t>vt 0.583423 0.376195</w:t>
        <w:br/>
        <w:t>vt 0.616156 0.375935</w:t>
        <w:br/>
        <w:t>vt 0.613233 0.380200</w:t>
        <w:br/>
        <w:t>vt 0.581863 0.385670</w:t>
        <w:br/>
        <w:t>vt 0.584339 0.381887</w:t>
        <w:br/>
        <w:t>vt 0.610672 0.387080</w:t>
        <w:br/>
        <w:t>vt 0.616521 0.385592</w:t>
        <w:br/>
        <w:t>vt 0.613841 0.382920</w:t>
        <w:br/>
        <w:t>vt 0.609822 0.384394</w:t>
        <w:br/>
        <w:t>vt 0.602781 0.371347</w:t>
        <w:br/>
        <w:t>vt 0.599213 0.371277</w:t>
        <w:br/>
        <w:t>vt 0.599483 0.379028</w:t>
        <w:br/>
        <w:t>vt 0.603664 0.378958</w:t>
        <w:br/>
        <w:t>vt 0.594809 0.379023</w:t>
        <w:br/>
        <w:t>vt 0.595459 0.371035</w:t>
        <w:br/>
        <w:t>vt 0.588970 0.383983</w:t>
        <w:br/>
        <w:t>vt 0.595139 0.384841</w:t>
        <w:br/>
        <w:t>vt 0.587763 0.387827</w:t>
        <w:br/>
        <w:t>vt 0.582863 0.394102</w:t>
        <w:br/>
        <w:t>vt 0.593676 0.395059</w:t>
        <w:br/>
        <w:t>vt 0.594400 0.389048</w:t>
        <w:br/>
        <w:t>vt 0.558303 0.429878</w:t>
        <w:br/>
        <w:t>vt 0.560775 0.430821</w:t>
        <w:br/>
        <w:t>vt 0.560797 0.425112</w:t>
        <w:br/>
        <w:t>vt 0.557584 0.425123</w:t>
        <w:br/>
        <w:t>vt 0.559877 0.419444</w:t>
        <w:br/>
        <w:t>vt 0.556674 0.420071</w:t>
        <w:br/>
        <w:t>vt 0.666852 0.420423</w:t>
        <w:br/>
        <w:t>vt 0.663160 0.421707</w:t>
        <w:br/>
        <w:t>vt 0.665444 0.426563</w:t>
        <w:br/>
        <w:t>vt 0.668955 0.424901</w:t>
        <w:br/>
        <w:t>vt 0.550705 0.416819</w:t>
        <w:br/>
        <w:t>vt 0.555777 0.414703</w:t>
        <w:br/>
        <w:t>vt 0.550927 0.412137</w:t>
        <w:br/>
        <w:t>vt 0.549024 0.412283</w:t>
        <w:br/>
        <w:t>vt 0.665277 0.416159</w:t>
        <w:br/>
        <w:t>vt 0.667139 0.411111</w:t>
        <w:br/>
        <w:t>vt 0.661884 0.413205</w:t>
        <w:br/>
        <w:t>vt 0.665265 0.409516</w:t>
        <w:br/>
        <w:t>vt 0.667139 0.411111</w:t>
        <w:br/>
        <w:t>vt 0.661795 0.417548</w:t>
        <w:br/>
        <w:t>vt 0.570959 0.396252</w:t>
        <w:br/>
        <w:t>vt 0.563098 0.391544</w:t>
        <w:br/>
        <w:t>vt 0.561300 0.400742</w:t>
        <w:br/>
        <w:t>vt 0.659669 0.404943</w:t>
        <w:br/>
        <w:t>vt 0.655180 0.403378</w:t>
        <w:br/>
        <w:t>vt 0.654919 0.408209</w:t>
        <w:br/>
        <w:t>vt 0.660058 0.409114</w:t>
        <w:br/>
        <w:t>vt 0.664135 0.408265</w:t>
        <w:br/>
        <w:t>vt 0.662933 0.405073</w:t>
        <w:br/>
        <w:t>vt 0.554853 0.407756</w:t>
        <w:br/>
        <w:t>vt 0.550737 0.409824</w:t>
        <w:br/>
        <w:t>vt 0.551192 0.411751</w:t>
        <w:br/>
        <w:t>vt 0.556027 0.411620</w:t>
        <w:br/>
        <w:t>vt 0.575186 0.387964</w:t>
        <w:br/>
        <w:t>vt 0.586751 0.413831</w:t>
        <w:br/>
        <w:t>vt 0.575689 0.418341</w:t>
        <w:br/>
        <w:t>vt 0.582299 0.424997</w:t>
        <w:br/>
        <w:t>vt 0.589724 0.421350</w:t>
        <w:br/>
        <w:t>vt 0.597991 0.419179</w:t>
        <w:br/>
        <w:t>vt 0.596285 0.411181</w:t>
        <w:br/>
        <w:t>vt 0.601748 0.418630</w:t>
        <w:br/>
        <w:t>vt 0.600386 0.410363</w:t>
        <w:br/>
        <w:t>vt 0.594645 0.403245</w:t>
        <w:br/>
        <w:t>vt 0.599068 0.402457</w:t>
        <w:br/>
        <w:t>vt 0.603247 0.401795</w:t>
        <w:br/>
        <w:t>vt 0.604289 0.409920</w:t>
        <w:br/>
        <w:t>vt 0.610171 0.409789</w:t>
        <w:br/>
        <w:t>vt 0.609719 0.401046</w:t>
        <w:br/>
        <w:t>vt 0.584642 0.405389</w:t>
        <w:br/>
        <w:t>vt 0.565682 0.418171</w:t>
        <w:br/>
        <w:t>vt 0.563500 0.410532</w:t>
        <w:br/>
        <w:t>vt 0.657746 0.423786</w:t>
        <w:br/>
        <w:t>vt 0.660396 0.429087</w:t>
        <w:br/>
        <w:t>vt 0.656188 0.418778</w:t>
        <w:br/>
        <w:t>vt 0.655286 0.413213</w:t>
        <w:br/>
        <w:t>vt 0.648651 0.413185</w:t>
        <w:br/>
        <w:t>vt 0.648785 0.420931</w:t>
        <w:br/>
        <w:t>vt 0.567506 0.387228</w:t>
        <w:br/>
        <w:t>vt 0.645210 0.386360</w:t>
        <w:br/>
        <w:t>vt 0.628927 0.382277</w:t>
        <w:br/>
        <w:t>vt 0.619307 0.381934</w:t>
        <w:br/>
        <w:t>vt 0.665265 0.409516</w:t>
        <w:br/>
        <w:t>vt 0.661171 0.400381</w:t>
        <w:br/>
        <w:t>vt 0.546598 0.410031</w:t>
        <w:br/>
        <w:t>vt 0.644151 0.429655</w:t>
        <w:br/>
        <w:t>vt 0.637449 0.423759</w:t>
        <w:br/>
        <w:t>vt 0.635162 0.432584</w:t>
        <w:br/>
        <w:t>vt 0.633360 0.438556</w:t>
        <w:br/>
        <w:t>vt 0.638089 0.440541</w:t>
        <w:br/>
        <w:t>vt 0.653864 0.432307</w:t>
        <w:br/>
        <w:t>vt 0.650684 0.426652</w:t>
        <w:br/>
        <w:t>vt 0.659146 0.391989</w:t>
        <w:br/>
        <w:t>vt 0.657385 0.394223</w:t>
        <w:br/>
        <w:t>vt 0.661840 0.396501</w:t>
        <w:br/>
        <w:t>vt 0.663051 0.395056</w:t>
        <w:br/>
        <w:t>vt 0.655439 0.398289</w:t>
        <w:br/>
        <w:t>vt 0.604407 0.382704</w:t>
        <w:br/>
        <w:t>vt 0.599940 0.383126</w:t>
        <w:br/>
        <w:t>vt 0.600418 0.385797</w:t>
        <w:br/>
        <w:t>vt 0.605179 0.385312</w:t>
        <w:br/>
        <w:t>vt 0.600894 0.389229</w:t>
        <w:br/>
        <w:t>vt 0.598095 0.394995</w:t>
        <w:br/>
        <w:t>vt 0.541247 0.406201</w:t>
        <w:br/>
        <w:t>vt 0.547606 0.431115</w:t>
        <w:br/>
        <w:t>vt 0.546313 0.427494</w:t>
        <w:br/>
        <w:t>vt 0.541945 0.429705</w:t>
        <w:br/>
        <w:t>vt 0.543335 0.433181</w:t>
        <w:br/>
        <w:t>vt 0.535830 0.436210</w:t>
        <w:br/>
        <w:t>vt 0.540006 0.434361</w:t>
        <w:br/>
        <w:t>vt 0.538802 0.431210</w:t>
        <w:br/>
        <w:t>vt 0.534611 0.433419</w:t>
        <w:br/>
        <w:t>vt 0.685304 0.417200</w:t>
        <w:br/>
        <w:t>vt 0.684372 0.417504</w:t>
        <w:br/>
        <w:t>vt 0.686285 0.420467</w:t>
        <w:br/>
        <w:t>vt 0.540691 0.426170</w:t>
        <w:br/>
        <w:t>vt 0.545049 0.423862</w:t>
        <w:br/>
        <w:t>vt 0.533309 0.430692</w:t>
        <w:br/>
        <w:t>vt 0.537433 0.428131</w:t>
        <w:br/>
        <w:t>vt 0.530928 0.435024</w:t>
        <w:br/>
        <w:t>vt 0.529860 0.432748</w:t>
        <w:br/>
        <w:t>vt 0.527382 0.434305</w:t>
        <w:br/>
        <w:t>vt 0.528893 0.436369</w:t>
        <w:br/>
        <w:t>vt 0.694461 0.358348</w:t>
        <w:br/>
        <w:t>vt 0.698230 0.357832</w:t>
        <w:br/>
        <w:t>vt 0.695301 0.355447</w:t>
        <w:br/>
        <w:t>vt 0.673001 0.422907</w:t>
        <w:br/>
        <w:t>vt 0.680435 0.419585</w:t>
        <w:br/>
        <w:t>vt 0.678753 0.416084</w:t>
        <w:br/>
        <w:t>vt 0.671018 0.418904</w:t>
        <w:br/>
        <w:t>vt 0.668091 0.430614</w:t>
        <w:br/>
        <w:t>vt 0.671392 0.428702</w:t>
        <w:br/>
        <w:t>vt 0.686436 0.357417</w:t>
        <w:br/>
        <w:t>vt 0.687642 0.363288</w:t>
        <w:br/>
        <w:t>vt 0.694461 0.358348</w:t>
        <w:br/>
        <w:t>vt 0.541608 0.417387</w:t>
        <w:br/>
        <w:t>vt 0.543448 0.420580</w:t>
        <w:br/>
        <w:t>vt 0.538867 0.422996</w:t>
        <w:br/>
        <w:t>vt 0.536725 0.419968</w:t>
        <w:br/>
        <w:t>vt 0.682978 0.411302</w:t>
        <w:br/>
        <w:t>vt 0.684117 0.410915</w:t>
        <w:br/>
        <w:t>vt 0.681879 0.408278</w:t>
        <w:br/>
        <w:t>vt 0.526352 0.431761</w:t>
        <w:br/>
        <w:t>vt 0.528538 0.430569</w:t>
        <w:br/>
        <w:t>vt 0.677387 0.412682</w:t>
        <w:br/>
        <w:t>vt 0.669497 0.415076</w:t>
        <w:br/>
        <w:t>vt 0.693394 0.353018</w:t>
        <w:br/>
        <w:t>vt 0.695301 0.355447</w:t>
        <w:br/>
        <w:t>vt 0.535649 0.425318</w:t>
        <w:br/>
        <w:t>vt 0.531686 0.428095</w:t>
        <w:br/>
        <w:t>vt 0.676504 0.409065</w:t>
        <w:br/>
        <w:t>vt 0.553696 0.425110</w:t>
        <w:br/>
        <w:t>vt 0.552537 0.420755</w:t>
        <w:br/>
        <w:t>vt 0.675111 0.426399</w:t>
        <w:br/>
        <w:t>vt 0.682082 0.422740</w:t>
        <w:br/>
        <w:t>vt 0.531725 0.437303</w:t>
        <w:br/>
        <w:t>vt 0.533545 0.422675</w:t>
        <w:br/>
        <w:t>vt 0.529820 0.425606</w:t>
        <w:br/>
        <w:t>vt 0.684180 0.414253</w:t>
        <w:br/>
        <w:t>vt 0.685387 0.413891</w:t>
        <w:br/>
        <w:t>vt 0.686034 0.416995</w:t>
        <w:br/>
        <w:t>vt 0.526990 0.428710</w:t>
        <w:br/>
        <w:t>vt 0.689936 0.406290</w:t>
        <w:br/>
        <w:t>vt 0.690402 0.409289</w:t>
        <w:br/>
        <w:t>vt 0.694186 0.408437</w:t>
        <w:br/>
        <w:t>vt 0.693843 0.405870</w:t>
        <w:br/>
        <w:t>vt 0.693394 0.353018</w:t>
        <w:br/>
        <w:t>vt 0.696569 0.351672</w:t>
        <w:br/>
        <w:t>vt 0.691709 0.350651</w:t>
        <w:br/>
        <w:t>vt 0.693544 0.417963</w:t>
        <w:br/>
        <w:t>vt 0.697133 0.416361</w:t>
        <w:br/>
        <w:t>vt 0.696149 0.413942</w:t>
        <w:br/>
        <w:t>vt 0.692242 0.415095</w:t>
        <w:br/>
        <w:t>vt 0.696654 0.405292</w:t>
        <w:br/>
        <w:t>vt 0.696989 0.407501</w:t>
        <w:br/>
        <w:t>vt 0.699803 0.415768</w:t>
        <w:br/>
        <w:t>vt 0.698918 0.413210</w:t>
        <w:br/>
        <w:t>vt 0.663751 0.393976</w:t>
        <w:br/>
        <w:t>vt 0.660897 0.390675</w:t>
        <w:br/>
        <w:t>vt 0.539919 0.405910</w:t>
        <w:br/>
        <w:t>vt 0.672489 0.388917</w:t>
        <w:br/>
        <w:t>vt 0.676163 0.386717</w:t>
        <w:br/>
        <w:t>vt 0.674118 0.384010</w:t>
        <w:br/>
        <w:t>vt 0.670897 0.385381</w:t>
        <w:br/>
        <w:t>vt 0.537271 0.400381</w:t>
        <w:br/>
        <w:t>vt 0.530865 0.399741</w:t>
        <w:br/>
        <w:t>vt 0.530248 0.403862</w:t>
        <w:br/>
        <w:t>vt 0.536311 0.404758</w:t>
        <w:br/>
        <w:t>vt 0.522263 0.403351</w:t>
        <w:br/>
        <w:t>vt 0.522843 0.399686</w:t>
        <w:br/>
        <w:t>vt 0.516917 0.399854</w:t>
        <w:br/>
        <w:t>vt 0.516617 0.403227</w:t>
        <w:br/>
        <w:t>vt 0.512155 0.400046</w:t>
        <w:br/>
        <w:t>vt 0.511981 0.403483</w:t>
        <w:br/>
        <w:t>vt 0.679089 0.382319</w:t>
        <w:br/>
        <w:t>vt 0.679703 0.385782</w:t>
        <w:br/>
        <w:t>vt 0.684798 0.383837</w:t>
        <w:br/>
        <w:t>vt 0.683868 0.380675</w:t>
        <w:br/>
        <w:t>vt 0.538011 0.396244</w:t>
        <w:br/>
        <w:t>vt 0.531314 0.395778</w:t>
        <w:br/>
        <w:t>vt 0.523017 0.395902</w:t>
        <w:br/>
        <w:t>vt 0.517002 0.396347</w:t>
        <w:br/>
        <w:t>vt 0.512165 0.396777</w:t>
        <w:br/>
        <w:t>vt 0.498734 0.398052</w:t>
        <w:br/>
        <w:t>vt 0.499052 0.400557</w:t>
        <w:br/>
        <w:t>vt 0.501796 0.400145</w:t>
        <w:br/>
        <w:t>vt 0.501678 0.397774</w:t>
        <w:br/>
        <w:t>vt 0.699621 0.374915</w:t>
        <w:br/>
        <w:t>vt 0.700087 0.376740</w:t>
        <w:br/>
        <w:t>vt 0.701742 0.374898</w:t>
        <w:br/>
        <w:t>vt 0.678210 0.379044</w:t>
        <w:br/>
        <w:t>vt 0.682986 0.377574</w:t>
        <w:br/>
        <w:t>vt 0.658607 0.387488</w:t>
        <w:br/>
        <w:t>vt 0.693582 0.377274</w:t>
        <w:br/>
        <w:t>vt 0.692573 0.374643</w:t>
        <w:br/>
        <w:t>vt 0.688743 0.375878</w:t>
        <w:br/>
        <w:t>vt 0.689385 0.378733</w:t>
        <w:br/>
        <w:t>vt 0.656008 0.379301</w:t>
        <w:br/>
        <w:t>vt 0.656937 0.383780</w:t>
        <w:br/>
        <w:t>vt 0.671371 0.377837</w:t>
        <w:br/>
        <w:t>vt 0.671271 0.374455</w:t>
        <w:br/>
        <w:t>vt 0.666312 0.375481</w:t>
        <w:br/>
        <w:t>vt 0.667791 0.379046</w:t>
        <w:br/>
        <w:t>vt 0.531507 0.387708</w:t>
        <w:br/>
        <w:t>vt 0.526412 0.387654</w:t>
        <w:br/>
        <w:t>vt 0.526861 0.391925</w:t>
        <w:br/>
        <w:t>vt 0.531485 0.391820</w:t>
        <w:br/>
        <w:t>vt 0.538361 0.387773</w:t>
        <w:br/>
        <w:t>vt 0.538305 0.392134</w:t>
        <w:br/>
        <w:t>vt 0.661561 0.381602</w:t>
        <w:br/>
        <w:t>vt 0.660007 0.377682</w:t>
        <w:br/>
        <w:t>vt 0.522043 0.388647</w:t>
        <w:br/>
        <w:t>vt 0.515948 0.389589</w:t>
        <w:br/>
        <w:t>vt 0.516646 0.392938</w:t>
        <w:br/>
        <w:t>vt 0.522729 0.392205</w:t>
        <w:br/>
        <w:t>vt 0.676904 0.376021</w:t>
        <w:br/>
        <w:t>vt 0.681951 0.374647</w:t>
        <w:br/>
        <w:t>vt 0.680908 0.371618</w:t>
        <w:br/>
        <w:t>vt 0.675309 0.372943</w:t>
        <w:br/>
        <w:t>vt 0.543845 0.392985</w:t>
        <w:br/>
        <w:t>vt 0.526916 0.395743</w:t>
        <w:br/>
        <w:t>vt 0.511734 0.393551</w:t>
        <w:br/>
        <w:t>vt 0.501412 0.395357</w:t>
        <w:br/>
        <w:t>vt 0.498668 0.395524</w:t>
        <w:br/>
        <w:t>vt 0.692025 0.372157</w:t>
        <w:br/>
        <w:t>vt 0.687808 0.373273</w:t>
        <w:br/>
        <w:t>vt 0.506017 0.400240</w:t>
        <w:br/>
        <w:t>vt 0.505648 0.402911</w:t>
        <w:br/>
        <w:t>vt 0.506046 0.397373</w:t>
        <w:br/>
        <w:t>vt 0.505646 0.394512</w:t>
        <w:br/>
        <w:t>vt 0.501404 0.402161</w:t>
        <w:br/>
        <w:t>vt 0.500596 0.393499</w:t>
        <w:br/>
        <w:t>vt 0.510980 0.390148</w:t>
        <w:br/>
        <w:t>vt 0.504818 0.391977</w:t>
        <w:br/>
        <w:t>vt 0.526673 0.399622</w:t>
        <w:br/>
        <w:t>vt 0.525886 0.403968</w:t>
        <w:br/>
        <w:t>vt 0.685473 0.371090</w:t>
        <w:br/>
        <w:t>vt 0.686429 0.373688</w:t>
        <w:br/>
        <w:t>vt 0.688770 0.381942</w:t>
        <w:br/>
        <w:t>vt 0.686893 0.379579</w:t>
        <w:br/>
        <w:t>vt 0.686036 0.376676</w:t>
        <w:br/>
        <w:t>vt 0.685191 0.373904</w:t>
        <w:br/>
        <w:t>vt 0.694322 0.379823</w:t>
        <w:br/>
        <w:t>vt 0.697806 0.377927</w:t>
        <w:br/>
        <w:t>vt 0.695273 0.369503</w:t>
        <w:br/>
        <w:t>vt 0.691216 0.369806</w:t>
        <w:br/>
        <w:t>vt 0.695729 0.371461</w:t>
        <w:br/>
        <w:t>vt 0.687642 0.363288</w:t>
        <w:br/>
        <w:t>vt 0.693744 0.360976</w:t>
        <w:br/>
        <w:t>vt 0.690458 0.356501</w:t>
        <w:br/>
        <w:t>vt 0.684779 0.351679</w:t>
        <w:br/>
        <w:t>vt 0.686436 0.357417</w:t>
        <w:br/>
        <w:t>vt 0.695301 0.355447</w:t>
        <w:br/>
        <w:t>vt 0.696569 0.351672</w:t>
        <w:br/>
        <w:t>vt 0.693394 0.353018</w:t>
        <w:br/>
        <w:t>vt 0.697058 0.375810</w:t>
        <w:br/>
        <w:t>vt 0.697717 0.369005</w:t>
        <w:br/>
        <w:t>vt 0.698252 0.370819</w:t>
        <w:br/>
        <w:t>vt 0.657609 0.373536</w:t>
        <w:br/>
        <w:t>vt 0.659892 0.369634</w:t>
        <w:br/>
        <w:t>vt 0.656432 0.368294</w:t>
        <w:br/>
        <w:t>vt 0.654183 0.371213</w:t>
        <w:br/>
        <w:t>vt 0.544176 0.378224</w:t>
        <w:br/>
        <w:t>vt 0.541371 0.381397</w:t>
        <w:br/>
        <w:t>vt 0.545792 0.385107</w:t>
        <w:br/>
        <w:t>vt 0.549390 0.382334</w:t>
        <w:br/>
        <w:t>vt 0.531443 0.369453</w:t>
        <w:br/>
        <w:t>vt 0.526718 0.366303</w:t>
        <w:br/>
        <w:t>vt 0.524795 0.369217</w:t>
        <w:br/>
        <w:t>vt 0.529396 0.372344</w:t>
        <w:br/>
        <w:t>vt 0.674445 0.350236</w:t>
        <w:br/>
        <w:t>vt 0.672354 0.348440</w:t>
        <w:br/>
        <w:t>vt 0.668745 0.353383</w:t>
        <w:br/>
        <w:t>vt 0.670002 0.356743</w:t>
        <w:br/>
        <w:t>vt 0.667015 0.361326</w:t>
        <w:br/>
        <w:t>vt 0.666826 0.355899</w:t>
        <w:br/>
        <w:t>vt 0.664338 0.359064</w:t>
        <w:br/>
        <w:t>vt 0.552455 0.379392</w:t>
        <w:br/>
        <w:t>vt 0.546811 0.375038</w:t>
        <w:br/>
        <w:t>vt 0.528732 0.363421</w:t>
        <w:br/>
        <w:t>vt 0.533539 0.366310</w:t>
        <w:br/>
        <w:t>vt 0.514751 0.355241</w:t>
        <w:br/>
        <w:t>vt 0.513740 0.357635</w:t>
        <w:br/>
        <w:t>vt 0.516173 0.358946</w:t>
        <w:br/>
        <w:t>vt 0.517490 0.356848</w:t>
        <w:br/>
        <w:t>vt 0.695301 0.355447</w:t>
        <w:br/>
        <w:t>vt 0.694461 0.358348</w:t>
        <w:br/>
        <w:t>vt 0.698230 0.357832</w:t>
        <w:br/>
        <w:t>vt 0.669945 0.347013</w:t>
        <w:br/>
        <w:t>vt 0.666549 0.351339</w:t>
        <w:br/>
        <w:t>vt 0.661868 0.356856</w:t>
        <w:br/>
        <w:t>vt 0.664467 0.353876</w:t>
        <w:br/>
        <w:t>vt 0.651098 0.369065</w:t>
        <w:br/>
        <w:t>vt 0.646775 0.374810</w:t>
        <w:br/>
        <w:t>vt 0.650349 0.376671</w:t>
        <w:br/>
        <w:t>vt 0.650697 0.363905</w:t>
        <w:br/>
        <w:t>vt 0.648803 0.360726</w:t>
        <w:br/>
        <w:t>vt 0.644983 0.364195</w:t>
        <w:br/>
        <w:t>vt 0.648098 0.366925</w:t>
        <w:br/>
        <w:t>vt 0.551455 0.367833</w:t>
        <w:br/>
        <w:t>vt 0.547439 0.364985</w:t>
        <w:br/>
        <w:t>vt 0.545362 0.369077</w:t>
        <w:br/>
        <w:t>vt 0.549202 0.371528</w:t>
        <w:br/>
        <w:t>vt 0.555002 0.375771</w:t>
        <w:br/>
        <w:t>vt 0.557438 0.371470</w:t>
        <w:br/>
        <w:t>vt 0.640190 0.369643</w:t>
        <w:br/>
        <w:t>vt 0.643577 0.372631</w:t>
        <w:br/>
        <w:t>vt 0.665652 0.343351</w:t>
        <w:br/>
        <w:t>vt 0.660706 0.348899</w:t>
        <w:br/>
        <w:t>vt 0.664105 0.349551</w:t>
        <w:br/>
        <w:t>vt 0.667968 0.344961</w:t>
        <w:br/>
        <w:t>vt 0.531848 0.357369</w:t>
        <w:br/>
        <w:t>vt 0.524493 0.354821</w:t>
        <w:br/>
        <w:t>vt 0.523717 0.357264</w:t>
        <w:br/>
        <w:t>vt 0.530337 0.360566</w:t>
        <w:br/>
        <w:t>vt 0.536859 0.360020</w:t>
        <w:br/>
        <w:t>vt 0.535312 0.363221</w:t>
        <w:br/>
        <w:t>vt 0.662089 0.351852</w:t>
        <w:br/>
        <w:t>vt 0.656719 0.352422</w:t>
        <w:br/>
        <w:t>vt 0.659311 0.354756</w:t>
        <w:br/>
        <w:t>vt 0.543147 0.372436</w:t>
        <w:br/>
        <w:t>vt 0.518773 0.354947</w:t>
        <w:br/>
        <w:t>vt 0.516419 0.353288</w:t>
        <w:br/>
        <w:t>vt 0.652658 0.361711</w:t>
        <w:br/>
        <w:t>vt 0.654926 0.359259</w:t>
        <w:br/>
        <w:t>vt 0.651758 0.357161</w:t>
        <w:br/>
        <w:t>vt 0.543169 0.363251</w:t>
        <w:br/>
        <w:t>vt 0.541573 0.366816</w:t>
        <w:br/>
        <w:t>vt 0.655643 0.363786</w:t>
        <w:br/>
        <w:t>vt 0.657771 0.361387</w:t>
        <w:br/>
        <w:t>vt 0.539598 0.370118</w:t>
        <w:br/>
        <w:t>vt 0.537296 0.373363</w:t>
        <w:br/>
        <w:t>vt 0.540679 0.375756</w:t>
        <w:br/>
        <w:t>vt 0.522345 0.359732</w:t>
        <w:br/>
        <w:t>vt 0.520518 0.362162</w:t>
        <w:br/>
        <w:t>vt 0.518665 0.364063</w:t>
        <w:br/>
        <w:t>vt 0.514868 0.360321</w:t>
        <w:br/>
        <w:t>vt 0.519382 0.353180</w:t>
        <w:br/>
        <w:t>vt 0.537608 0.379193</w:t>
        <w:br/>
        <w:t>vt 0.653505 0.366140</w:t>
        <w:br/>
        <w:t>vt 0.672383 0.346513</w:t>
        <w:br/>
        <w:t>vt 0.670926 0.345778</w:t>
        <w:br/>
        <w:t>vt 0.669873 0.344496</w:t>
        <w:br/>
        <w:t>vt 0.676815 0.345639</w:t>
        <w:br/>
        <w:t>vt 0.676133 0.342165</w:t>
        <w:br/>
        <w:t>vt 0.674665 0.344757</w:t>
        <w:br/>
        <w:t>vt 0.670962 0.341717</w:t>
        <w:br/>
        <w:t>vt 0.669387 0.339973</w:t>
        <w:br/>
        <w:t>vt 0.686436 0.357417</w:t>
        <w:br/>
        <w:t>vt 0.687642 0.363288</w:t>
        <w:br/>
        <w:t>vt 0.694461 0.358348</w:t>
        <w:br/>
        <w:t>vt 0.695301 0.355447</w:t>
        <w:br/>
        <w:t>vt 0.693394 0.353018</w:t>
        <w:br/>
        <w:t>vt 0.534752 0.376316</w:t>
        <w:br/>
        <w:t>vt 0.696569 0.351672</w:t>
        <w:br/>
        <w:t>vt 0.693394 0.353018</w:t>
        <w:br/>
        <w:t>vt 0.671323 0.338068</w:t>
        <w:br/>
        <w:t>vt 0.672935 0.339407</w:t>
        <w:br/>
        <w:t>vt 0.636488 0.366318</w:t>
        <w:br/>
        <w:t>vt 0.637711 0.361861</w:t>
        <w:br/>
        <w:t>vt 0.634083 0.361863</w:t>
        <w:br/>
        <w:t>vt 0.632779 0.365222</w:t>
        <w:br/>
        <w:t>vt 0.566993 0.365630</w:t>
        <w:br/>
        <w:t>vt 0.562740 0.365992</w:t>
        <w:br/>
        <w:t>vt 0.566088 0.361075</w:t>
        <w:br/>
        <w:t>vt 0.565226 0.356044</w:t>
        <w:br/>
        <w:t>vt 0.561496 0.356372</w:t>
        <w:br/>
        <w:t>vt 0.561626 0.361495</w:t>
        <w:br/>
        <w:t>vt 0.560636 0.349429</w:t>
        <w:br/>
        <w:t>vt 0.563977 0.348918</w:t>
        <w:br/>
        <w:t>vt 0.563202 0.343991</w:t>
        <w:br/>
        <w:t>vt 0.559777 0.344405</w:t>
        <w:br/>
        <w:t>vt 0.642395 0.350634</w:t>
        <w:br/>
        <w:t>vt 0.643535 0.345740</w:t>
        <w:br/>
        <w:t>vt 0.640471 0.345831</w:t>
        <w:br/>
        <w:t>vt 0.639249 0.349438</w:t>
        <w:br/>
        <w:t>vt 0.635290 0.359110</w:t>
        <w:br/>
        <w:t>vt 0.640030 0.357204</w:t>
        <w:br/>
        <w:t>vt 0.636819 0.355530</w:t>
        <w:br/>
        <w:t>vt 0.570852 0.365217</w:t>
        <w:br/>
        <w:t>vt 0.569914 0.360514</w:t>
        <w:br/>
        <w:t>vt 0.568851 0.355458</w:t>
        <w:br/>
        <w:t>vt 0.567373 0.348340</w:t>
        <w:br/>
        <w:t>vt 0.566415 0.343563</w:t>
        <w:br/>
        <w:t>vt 0.564529 0.333485</w:t>
        <w:br/>
        <w:t>vt 0.563823 0.329783</w:t>
        <w:br/>
        <w:t>vt 0.561345 0.331293</w:t>
        <w:br/>
        <w:t>vt 0.562278 0.333883</w:t>
        <w:br/>
        <w:t>vt 0.695301 0.355447</w:t>
        <w:br/>
        <w:t>vt 0.694461 0.358348</w:t>
        <w:br/>
        <w:t>vt 0.698230 0.357832</w:t>
        <w:br/>
        <w:t>vt 0.636199 0.348115</w:t>
        <w:br/>
        <w:t>vt 0.637575 0.344650</w:t>
        <w:br/>
        <w:t>vt 0.633655 0.354105</w:t>
        <w:br/>
        <w:t>vt 0.632145 0.357645</w:t>
        <w:br/>
        <w:t>vt 0.629288 0.364161</w:t>
        <w:br/>
        <w:t>vt 0.630737 0.360735</w:t>
        <w:br/>
        <w:t>vt 0.639706 0.338573</w:t>
        <w:br/>
        <w:t>vt 0.638547 0.341921</w:t>
        <w:br/>
        <w:t>vt 0.641323 0.343134</w:t>
        <w:br/>
        <w:t>vt 0.642542 0.339064</w:t>
        <w:br/>
        <w:t>vt 0.627511 0.359375</w:t>
        <w:br/>
        <w:t>vt 0.624984 0.356822</w:t>
        <w:br/>
        <w:t>vt 0.622359 0.361224</w:t>
        <w:br/>
        <w:t>vt 0.625905 0.362856</w:t>
        <w:br/>
        <w:t>vt 0.578605 0.363463</w:t>
        <w:br/>
        <w:t>vt 0.577852 0.358585</w:t>
        <w:br/>
        <w:t>vt 0.573688 0.359697</w:t>
        <w:br/>
        <w:t>vt 0.574666 0.364421</w:t>
        <w:br/>
        <w:t>vt 0.634778 0.343461</w:t>
        <w:br/>
        <w:t>vt 0.632566 0.341361</w:t>
        <w:br/>
        <w:t>vt 0.630222 0.345565</w:t>
        <w:br/>
        <w:t>vt 0.633222 0.346921</w:t>
        <w:br/>
        <w:t>vt 0.574044 0.346649</w:t>
        <w:br/>
        <w:t>vt 0.572843 0.341712</w:t>
        <w:br/>
        <w:t>vt 0.569566 0.342829</w:t>
        <w:br/>
        <w:t>vt 0.570775 0.347559</w:t>
        <w:br/>
        <w:t>vt 0.576013 0.353493</w:t>
        <w:br/>
        <w:t>vt 0.572472 0.354578</w:t>
        <w:br/>
        <w:t>vt 0.628841 0.356537</w:t>
        <w:br/>
        <w:t>vt 0.630457 0.352922</w:t>
        <w:br/>
        <w:t>vt 0.627054 0.351794</w:t>
        <w:br/>
        <w:t>vt 0.566740 0.333058</w:t>
        <w:br/>
        <w:t>vt 0.566580 0.330262</w:t>
        <w:br/>
        <w:t>vt 0.637230 0.337116</w:t>
        <w:br/>
        <w:t>vt 0.635755 0.340963</w:t>
        <w:br/>
        <w:t>vt 0.562465 0.338215</w:t>
        <w:br/>
        <w:t>vt 0.559819 0.338202</w:t>
        <w:br/>
        <w:t>vt 0.565336 0.338008</w:t>
        <w:br/>
        <w:t>vt 0.568100 0.337388</w:t>
        <w:br/>
        <w:t>vt 0.560207 0.333674</w:t>
        <w:br/>
        <w:t>vt 0.568516 0.332158</w:t>
        <w:br/>
        <w:t>vt 0.570479 0.336342</w:t>
        <w:br/>
        <w:t>vt 0.634548 0.336189</w:t>
        <w:br/>
        <w:t>vt 0.645285 0.339924</w:t>
        <w:br/>
        <w:t>vt 0.638825 0.336320</w:t>
        <w:br/>
        <w:t>vt 0.645841 0.335553</w:t>
        <w:br/>
        <w:t>vt 0.643503 0.335123</w:t>
        <w:br/>
        <w:t>vt 0.636424 0.332331</w:t>
        <w:br/>
        <w:t>vt 0.638695 0.333287</w:t>
        <w:br/>
        <w:t>vt 0.687642 0.363288</w:t>
        <w:br/>
        <w:t>vt 0.693744 0.360976</w:t>
        <w:br/>
        <w:t>vt 0.693394 0.353018</w:t>
        <w:br/>
        <w:t>vt 0.686436 0.357417</w:t>
        <w:br/>
        <w:t>vt 0.695301 0.355447</w:t>
        <w:br/>
        <w:t>vt 0.637330 0.330039</w:t>
        <w:br/>
        <w:t>vt 0.639530 0.329995</w:t>
        <w:br/>
        <w:t>vt 0.611701 0.364872</w:t>
        <w:br/>
        <w:t>vt 0.608759 0.366123</w:t>
        <w:br/>
        <w:t>vt 0.587648 0.356623</w:t>
        <w:br/>
        <w:t>vt 0.590562 0.357566</w:t>
        <w:br/>
        <w:t>vt 0.591398 0.353154</w:t>
        <w:br/>
        <w:t>vt 0.588411 0.352139</w:t>
        <w:br/>
        <w:t>vt 0.611212 0.357802</w:t>
        <w:br/>
        <w:t>vt 0.610553 0.353856</w:t>
        <w:br/>
        <w:t>vt 0.607867 0.355176</w:t>
        <w:br/>
        <w:t>vt 0.608185 0.358039</w:t>
        <w:br/>
        <w:t>vt 0.592420 0.365978</w:t>
        <w:br/>
        <w:t>vt 0.592895 0.362372</w:t>
        <w:br/>
        <w:t>vt 0.589775 0.361693</w:t>
        <w:br/>
        <w:t>vt 0.589216 0.365183</w:t>
        <w:br/>
        <w:t>vt 0.594193 0.353922</w:t>
        <w:br/>
        <w:t>vt 0.593547 0.358275</w:t>
        <w:br/>
        <w:t>vt 0.596380 0.344643</w:t>
        <w:br/>
        <w:t>vt 0.597748 0.341737</w:t>
        <w:br/>
        <w:t>vt 0.595037 0.341719</w:t>
        <w:br/>
        <w:t>vt 0.594464 0.344035</w:t>
        <w:br/>
        <w:t>vt 0.695301 0.355447</w:t>
        <w:br/>
        <w:t>vt 0.694461 0.358348</w:t>
        <w:br/>
        <w:t>vt 0.698230 0.357832</w:t>
        <w:br/>
        <w:t>vt 0.605249 0.358268</w:t>
        <w:br/>
        <w:t>vt 0.605120 0.355477</w:t>
        <w:br/>
        <w:t>vt 0.604898 0.349469</w:t>
        <w:br/>
        <w:t>vt 0.605060 0.352755</w:t>
        <w:br/>
        <w:t>vt 0.607746 0.352703</w:t>
        <w:br/>
        <w:t>vt 0.607343 0.348760</w:t>
        <w:br/>
        <w:t>vt 0.602549 0.367098</w:t>
        <w:br/>
        <w:t>vt 0.599471 0.366284</w:t>
        <w:br/>
        <w:t>vt 0.595741 0.366403</w:t>
        <w:br/>
        <w:t>vt 0.602417 0.355690</w:t>
        <w:br/>
        <w:t>vt 0.599851 0.354794</w:t>
        <w:br/>
        <w:t>vt 0.599341 0.358810</w:t>
        <w:br/>
        <w:t>vt 0.602342 0.358613</w:t>
        <w:br/>
        <w:t>vt 0.596925 0.354405</w:t>
        <w:br/>
        <w:t>vt 0.596474 0.358690</w:t>
        <w:br/>
        <w:t>vt 0.599171 0.362780</w:t>
        <w:br/>
        <w:t>vt 0.596042 0.362763</w:t>
        <w:br/>
        <w:t>vt 0.602439 0.364655</w:t>
        <w:br/>
        <w:t>vt 0.602354 0.362312</w:t>
        <w:br/>
        <w:t>vt 0.598201 0.345334</w:t>
        <w:br/>
        <w:t>vt 0.599231 0.343377</w:t>
        <w:br/>
        <w:t>vt 0.605529 0.364076</w:t>
        <w:br/>
        <w:t>vt 0.605406 0.361847</w:t>
        <w:br/>
        <w:t>vt 0.602422 0.349096</w:t>
        <w:br/>
        <w:t>vt 0.602430 0.353088</w:t>
        <w:br/>
        <w:t>vt 0.592897 0.347808</w:t>
        <w:br/>
        <w:t>vt 0.590668 0.346667</w:t>
        <w:br/>
        <w:t>vt 0.595225 0.348612</w:t>
        <w:br/>
        <w:t>vt 0.597576 0.349136</w:t>
        <w:br/>
        <w:t>vt 0.608444 0.361670</w:t>
        <w:br/>
        <w:t>vt 0.608565 0.363915</w:t>
        <w:br/>
        <w:t>vt 0.611658 0.361723</w:t>
        <w:br/>
        <w:t>vt 0.586637 0.360683</w:t>
        <w:br/>
        <w:t>vt 0.585661 0.363849</w:t>
        <w:br/>
        <w:t>vt 0.592876 0.342944</w:t>
        <w:br/>
        <w:t>vt 0.599880 0.345425</w:t>
        <w:br/>
        <w:t>vt 0.599822 0.349288</w:t>
        <w:br/>
        <w:t>vt 0.610026 0.348471</w:t>
        <w:br/>
        <w:t>vt 0.606214 0.347826</w:t>
        <w:br/>
        <w:t>vt 0.679133 0.355122</w:t>
        <w:br/>
        <w:t>vt 0.686436 0.357417</w:t>
        <w:br/>
        <w:t>vt 0.684779 0.351679</w:t>
        <w:br/>
        <w:t>vt 0.606974 0.345028</w:t>
        <w:br/>
        <w:t>vt 0.609214 0.344658</w:t>
        <w:br/>
        <w:t>vt 0.607070 0.342070</w:t>
        <w:br/>
        <w:t>vt 0.602108 0.345156</w:t>
        <w:br/>
        <w:t>vt 0.694461 0.358348</w:t>
        <w:br/>
        <w:t>vt 0.687642 0.363288</w:t>
        <w:br/>
        <w:t>vt 0.693394 0.353018</w:t>
        <w:br/>
        <w:t>vt 0.695301 0.355447</w:t>
        <w:br/>
        <w:t>vt 0.600575 0.341986</w:t>
        <w:br/>
        <w:t>vt 0.542426 0.407637</w:t>
        <w:br/>
        <w:t>vt 0.663295 0.433534</w:t>
        <w:br/>
        <w:t>vt 0.648366 0.434699</w:t>
        <w:br/>
        <w:t>vt 0.651896 0.439412</w:t>
        <w:br/>
        <w:t>vt 0.657022 0.437169</w:t>
        <w:br/>
        <w:t>vt 0.573964 0.407820</w:t>
        <w:br/>
        <w:t>vt 0.599406 0.426595</w:t>
        <w:br/>
        <w:t>vt 0.602906 0.426282</w:t>
        <w:br/>
        <w:t>vt 0.626357 0.430339</w:t>
        <w:br/>
        <w:t>vt 0.627400 0.421751</w:t>
        <w:br/>
        <w:t>vt 0.640718 0.404190</w:t>
        <w:br/>
        <w:t>vt 0.643121 0.397379</w:t>
        <w:br/>
        <w:t>vt 0.633283 0.394123</w:t>
        <w:br/>
        <w:t>vt 0.630973 0.402202</w:t>
        <w:br/>
        <w:t>vt 0.623841 0.382327</w:t>
        <w:br/>
        <w:t>vt 0.554826 0.429572</w:t>
        <w:br/>
        <w:t>vt 0.663214 0.384949</w:t>
        <w:br/>
        <w:t>vt 0.665054 0.388122</w:t>
        <w:br/>
        <w:t>vt 0.669348 0.382166</w:t>
        <w:br/>
        <w:t>vt 0.667191 0.391670</w:t>
        <w:br/>
        <w:t>vt 0.654485 0.378517</w:t>
        <w:br/>
        <w:t>vt 0.660357 0.363796</w:t>
        <w:br/>
        <w:t>vt 0.658259 0.366218</w:t>
        <w:br/>
        <w:t>vt 0.662894 0.366597</w:t>
        <w:br/>
        <w:t>vt 0.606214 0.388236</w:t>
        <w:br/>
        <w:t>vt 0.672733 0.380866</w:t>
        <w:br/>
        <w:t>vt 0.605679 0.366716</w:t>
        <w:br/>
        <w:t>vt 0.682685 0.414747</w:t>
        <w:br/>
        <w:t>vt 0.681520 0.411599</w:t>
        <w:br/>
        <w:t>vt 0.641048 0.384837</w:t>
        <w:br/>
        <w:t>vt 0.636565 0.383639</w:t>
        <w:br/>
        <w:t>vt 0.637584 0.387744</w:t>
        <w:br/>
        <w:t>vt 0.624206 0.379529</w:t>
        <w:br/>
        <w:t>vt 0.608904 0.382026</w:t>
        <w:br/>
        <w:t>vt 0.585959 0.430497</w:t>
        <w:br/>
        <w:t>vt 0.592220 0.428005</w:t>
        <w:br/>
        <w:t>vt 0.580927 0.434220</w:t>
        <w:br/>
        <w:t>vt 0.643360 0.436998</w:t>
        <w:br/>
        <w:t>vt 0.648392 0.440889</w:t>
        <w:br/>
        <w:t>vt 0.577151 0.438401</w:t>
        <w:br/>
        <w:t>vt 0.550927 0.412137</w:t>
        <w:br/>
        <w:t>vt 0.636462 0.373737</w:t>
        <w:br/>
        <w:t>vt 0.649239 0.406541</w:t>
        <w:br/>
        <w:t>vt 0.610768 0.418824</w:t>
        <w:br/>
        <w:t>vt 0.605315 0.418508</w:t>
        <w:br/>
        <w:t>vt 0.609057 0.392757</w:t>
        <w:br/>
        <w:t>vt 0.602250 0.394493</w:t>
        <w:br/>
        <w:t>vt 0.646026 0.333106</w:t>
        <w:br/>
        <w:t>vt 0.644240 0.331930</w:t>
        <w:br/>
        <w:t>vt 0.608984 0.340338</w:t>
        <w:br/>
        <w:t>vt 0.607070 0.342070</w:t>
        <w:br/>
        <w:t>vt 0.609057 0.342534</w:t>
        <w:br/>
        <w:t>vt 0.646446 0.330473</w:t>
        <w:br/>
        <w:t>vt 0.638245 0.327678</w:t>
        <w:br/>
        <w:t>vt 0.675492 0.383456</w:t>
        <w:br/>
        <w:t>vt 0.674423 0.380283</w:t>
        <w:br/>
        <w:t>vt 0.673042 0.377365</w:t>
        <w:br/>
        <w:t>vt 0.675734 0.379845</w:t>
        <w:br/>
        <w:t>vt 0.674252 0.376878</w:t>
        <w:br/>
        <w:t>vt 0.676606 0.383137</w:t>
        <w:br/>
        <w:t>vt 0.687983 0.379165</w:t>
        <w:br/>
        <w:t>vt 0.687292 0.376328</w:t>
        <w:br/>
        <w:t>vt 0.657373 0.367096</w:t>
        <w:br/>
        <w:t>vt 0.654665 0.364840</w:t>
        <w:br/>
        <w:t>vt 0.651834 0.362721</w:t>
        <w:br/>
        <w:t>vt 0.667575 0.354856</w:t>
        <w:br/>
        <w:t>vt 0.665373 0.352811</w:t>
        <w:br/>
        <w:t>vt 0.662980 0.350951</w:t>
        <w:br/>
        <w:t>vt 0.634654 0.360355</w:t>
        <w:br/>
        <w:t>vt 0.631499 0.359046</w:t>
        <w:br/>
        <w:t>vt 0.628303 0.357849</w:t>
        <w:br/>
        <w:t>vt 0.640830 0.344522</w:t>
        <w:br/>
        <w:t>vt 0.638055 0.343313</w:t>
        <w:br/>
        <w:t>vt 0.635299 0.342306</w:t>
        <w:br/>
        <w:t>vt 0.608558 0.364856</w:t>
        <w:br/>
        <w:t>vt 0.605575 0.365157</w:t>
        <w:br/>
        <w:t>vt 0.602528 0.365654</w:t>
        <w:br/>
        <w:t>vt 0.607797 0.354012</w:t>
        <w:br/>
        <w:t>vt 0.605115 0.354126</w:t>
        <w:br/>
        <w:t>vt 0.602495 0.354438</w:t>
        <w:br/>
        <w:t>vt 0.686285 0.420467</w:t>
        <w:br/>
        <w:t>vt 0.688629 0.416503</w:t>
        <w:br/>
        <w:t>vt 0.689565 0.419541</w:t>
        <w:br/>
        <w:t>vt 0.690834 0.412296</w:t>
        <w:br/>
        <w:t>vt 0.687569 0.413260</w:t>
        <w:br/>
        <w:t>vt 0.686587 0.410230</w:t>
        <w:br/>
        <w:t>vt 0.685599 0.407085</w:t>
        <w:br/>
        <w:t>vt 0.546046 0.388217</w:t>
        <w:br/>
        <w:t>vt 0.550748 0.391498</w:t>
        <w:br/>
        <w:t>vt 0.559440 0.379544</w:t>
        <w:br/>
        <w:t>vt 0.573826 0.382782</w:t>
        <w:br/>
        <w:t>vt 0.561317 0.374516</w:t>
        <w:br/>
        <w:t>vt 0.543365 0.388275</w:t>
        <w:br/>
        <w:t>vt 0.584339 0.381887</w:t>
        <w:br/>
        <w:t>vt 0.639286 0.412957</w:t>
        <w:br/>
        <w:t>vt 0.594091 0.434752</w:t>
        <w:br/>
        <w:t>vt 0.588630 0.436363</w:t>
        <w:br/>
        <w:t>vt 0.581163 0.440404</w:t>
        <w:br/>
        <w:t>vt 0.584043 0.438469</w:t>
        <w:br/>
        <w:t>vt 0.600369 0.433599</w:t>
        <w:br/>
        <w:t>vt 0.603582 0.433234</w:t>
        <w:br/>
        <w:t>vt 0.640435 0.441668</w:t>
        <w:br/>
        <w:t>vt 0.642710 0.442834</w:t>
        <w:br/>
        <w:t>vt 0.645790 0.444973</w:t>
        <w:br/>
        <w:t>vt 0.629018 0.411765</w:t>
        <w:br/>
        <w:t>vt 0.625460 0.436535</w:t>
        <w:br/>
        <w:t>vt 0.642994 0.389819</w:t>
        <w:br/>
        <w:t>vt 0.567506 0.387228</w:t>
        <w:br/>
        <w:t>vt 0.563715 0.376327</w:t>
        <w:br/>
        <w:t>vt 0.583423 0.376195</w:t>
        <w:br/>
        <w:t>vt 0.582448 0.376336</w:t>
        <w:br/>
        <w:t>vt 0.545253 0.388573</w:t>
        <w:br/>
        <w:t>vt 0.545253 0.388573</w:t>
        <w:br/>
        <w:t>vt 0.549564 0.393495</w:t>
        <w:br/>
        <w:t>vt 0.693744 0.360976</w:t>
        <w:br/>
        <w:t>vt 0.698230 0.357832</w:t>
        <w:br/>
        <w:t>vt 0.694461 0.358348</w:t>
        <w:br/>
        <w:t>vt 0.699999 0.369501</w:t>
        <w:br/>
        <w:t>vt 0.694461 0.358348</w:t>
        <w:br/>
        <w:t>vt 0.691709 0.350651</w:t>
        <w:br/>
        <w:t>vt 0.693394 0.353018</w:t>
        <w:br/>
        <w:t>vt 0.695301 0.355447</w:t>
        <w:br/>
        <w:t>vt 0.691709 0.350651</w:t>
        <w:br/>
        <w:t>vt 0.693690 0.372753</w:t>
        <w:br/>
        <w:t>vt 0.679133 0.355122</w:t>
        <w:br/>
        <w:t>vt 0.679311 0.358986</w:t>
        <w:br/>
        <w:t>vt 0.694482 0.375718</w:t>
        <w:br/>
        <w:t>vt 0.693911 0.374231</w:t>
        <w:br/>
        <w:t>vt 0.680925 0.362618</w:t>
        <w:br/>
        <w:t>vt 0.702215 0.376466</w:t>
        <w:br/>
        <w:t>vt 0.699593 0.367913</w:t>
        <w:br/>
        <w:t>vt 0.679133 0.355122</w:t>
        <w:br/>
        <w:t>vt 0.684779 0.351679</w:t>
        <w:br/>
        <w:t>vt 0.680925 0.362618</w:t>
        <w:br/>
        <w:t>vt 0.679311 0.358986</w:t>
        <w:br/>
        <w:t>vt 0.674345 0.337505</w:t>
        <w:br/>
        <w:t>vt 0.677219 0.340071</w:t>
        <w:br/>
        <w:t>vt 0.677950 0.343164</w:t>
        <w:br/>
        <w:t>vt 0.672365 0.336040</w:t>
        <w:br/>
        <w:t>vt 0.679335 0.341314</w:t>
        <w:br/>
        <w:t>vt 0.693744 0.360976</w:t>
        <w:br/>
        <w:t>vt 0.691709 0.350651</w:t>
        <w:br/>
        <w:t>vt 0.684779 0.351679</w:t>
        <w:br/>
        <w:t>vt 0.679133 0.355122</w:t>
        <w:br/>
        <w:t>vt 0.640234 0.337158</w:t>
        <w:br/>
        <w:t>vt 0.680925 0.362618</w:t>
        <w:br/>
        <w:t>vt 0.641833 0.337421</w:t>
        <w:br/>
        <w:t>vt 0.679311 0.358986</w:t>
        <w:br/>
        <w:t>vt 0.691709 0.350651</w:t>
        <w:br/>
        <w:t>vt 0.644416 0.329938</w:t>
        <w:br/>
        <w:t>vt 0.696569 0.351672</w:t>
        <w:br/>
        <w:t>vt 0.640290 0.328113</w:t>
        <w:br/>
        <w:t>vt 0.604834 0.348295</w:t>
        <w:br/>
        <w:t>vt 0.603404 0.347969</w:t>
        <w:br/>
        <w:t>vt 0.680925 0.362618</w:t>
        <w:br/>
        <w:t>vt 0.606823 0.340183</w:t>
        <w:br/>
        <w:t>vt 0.693394 0.353018</w:t>
        <w:br/>
        <w:t>vt 0.696569 0.351672</w:t>
        <w:br/>
        <w:t>vt 0.691709 0.350651</w:t>
        <w:br/>
        <w:t>vt 0.599564 0.340336</w:t>
        <w:br/>
        <w:t>vt 0.693744 0.360976</w:t>
        <w:br/>
        <w:t>vt 0.679311 0.358986</w:t>
        <w:br/>
        <w:t>vt 0.684779 0.351679</w:t>
        <w:br/>
        <w:t>vt 0.679133 0.355122</w:t>
        <w:br/>
        <w:t>vt 0.691849 0.410145</w:t>
        <w:br/>
        <w:t>vt 0.679311 0.358986</w:t>
        <w:br/>
        <w:t>vt 0.693044 0.413529</w:t>
        <w:br/>
        <w:t>vt 0.680925 0.362618</w:t>
        <w:br/>
        <w:t>vt 0.692104 0.411911</w:t>
        <w:br/>
        <w:t>vt 0.699393 0.406858</w:t>
        <w:br/>
        <w:t>vt 0.698919 0.404426</w:t>
        <w:br/>
        <w:t>vt 0.702011 0.415593</w:t>
        <w:br/>
        <w:t>vt 0.701530 0.413168</w:t>
        <w:br/>
        <w:t>vt 0.693744 0.360976</w:t>
        <w:br/>
        <w:t>vt 0.614984 0.456567</w:t>
        <w:br/>
        <w:t>vt 0.612516 0.474823</w:t>
        <w:br/>
        <w:t>vt 0.616656 0.442375</w:t>
        <w:br/>
        <w:t>vt 0.617386 0.434925</w:t>
        <w:br/>
        <w:t>vt 0.617882 0.427935</w:t>
        <w:br/>
        <w:t>vt 0.618117 0.419807</w:t>
        <w:br/>
        <w:t>vt 0.618420 0.410291</w:t>
        <w:br/>
        <w:t>vt 0.618990 0.400849</w:t>
        <w:br/>
        <w:t>vt 0.637890 0.448151</w:t>
        <w:br/>
        <w:t>vt 0.636960 0.461136</w:t>
        <w:br/>
        <w:t>vt 0.635193 0.478828</w:t>
        <w:br/>
        <w:t>vt 0.693744 0.360976</w:t>
        <w:br/>
        <w:t>vt 0.044888 0.367555</w:t>
        <w:br/>
        <w:t>vt 0.053163 0.362288</w:t>
        <w:br/>
        <w:t>vt 0.054599 0.365547</w:t>
        <w:br/>
        <w:t>vt 0.034735 0.362815</w:t>
        <w:br/>
        <w:t>vt 0.034149 0.369081</w:t>
        <w:br/>
        <w:t>vt 0.026269 0.371039</w:t>
        <w:br/>
        <w:t>vt 0.052375 0.348669</w:t>
        <w:br/>
        <w:t>vt 0.070150 0.349910</w:t>
        <w:br/>
        <w:t>vt 0.072306 0.366072</w:t>
        <w:br/>
        <w:t>vt 0.017107 0.371475</w:t>
        <w:br/>
        <w:t>vt 0.016798 0.362981</w:t>
        <w:br/>
        <w:t>vt 0.112489 0.355364</w:t>
        <w:br/>
        <w:t>vt 0.109985 0.371854</w:t>
        <w:br/>
        <w:t>vt 0.098653 0.370642</w:t>
        <w:br/>
        <w:t>vt 0.099381 0.353214</w:t>
        <w:br/>
        <w:t>vt 0.120822 0.371642</w:t>
        <w:br/>
        <w:t>vt 0.119812 0.356044</w:t>
        <w:br/>
        <w:t>vt 0.085443 0.351068</w:t>
        <w:br/>
        <w:t>vt 0.085932 0.368632</w:t>
        <w:br/>
        <w:t>vt 0.160804 0.353571</w:t>
        <w:br/>
        <w:t>vt 0.175213 0.352157</w:t>
        <w:br/>
        <w:t>vt 0.176313 0.367680</w:t>
        <w:br/>
        <w:t>vt 0.162499 0.368034</w:t>
        <w:br/>
        <w:t>vt 0.148732 0.368922</w:t>
        <w:br/>
        <w:t>vt 0.148975 0.354665</w:t>
        <w:br/>
        <w:t>vt 0.192154 0.364649</w:t>
        <w:br/>
        <w:t>vt 0.191388 0.350372</w:t>
        <w:br/>
        <w:t>vt 0.206795 0.363079</w:t>
        <w:br/>
        <w:t>vt 0.206400 0.349118</w:t>
        <w:br/>
        <w:t>vt 0.220211 0.362261</w:t>
        <w:br/>
        <w:t>vt 0.220211 0.348485</w:t>
        <w:br/>
        <w:t>vt 0.001903 0.362627</w:t>
        <w:br/>
        <w:t>vt 0.001903 0.349004</w:t>
        <w:br/>
        <w:t>vt 0.016921 0.349084</w:t>
        <w:br/>
        <w:t>vt 0.033827 0.349025</w:t>
        <w:br/>
        <w:t>vt 0.134683 0.355542</w:t>
        <w:br/>
        <w:t>vt 0.141937 0.369348</w:t>
        <w:br/>
        <w:t>vt 0.134506 0.370288</w:t>
        <w:br/>
        <w:t>vt 0.160248 0.343856</w:t>
        <w:br/>
        <w:t>vt 0.174477 0.343256</w:t>
        <w:br/>
        <w:t>vt 0.119032 0.344831</w:t>
        <w:br/>
        <w:t>vt 0.134909 0.344551</w:t>
        <w:br/>
        <w:t>vt 0.114393 0.344503</w:t>
        <w:br/>
        <w:t>vt 0.100002 0.343423</w:t>
        <w:br/>
        <w:t>vt 0.085396 0.342467</w:t>
        <w:br/>
        <w:t>vt 0.206282 0.326915</w:t>
        <w:br/>
        <w:t>vt 0.220211 0.326915</w:t>
        <w:br/>
        <w:t>vt 0.220211 0.330111</w:t>
        <w:br/>
        <w:t>vt 0.206282 0.330111</w:t>
        <w:br/>
        <w:t>vt 0.190977 0.342396</w:t>
        <w:br/>
        <w:t>vt 0.206374 0.341582</w:t>
        <w:br/>
        <w:t>vt 0.001903 0.326915</w:t>
        <w:br/>
        <w:t>vt 0.017676 0.326915</w:t>
        <w:br/>
        <w:t>vt 0.017676 0.330111</w:t>
        <w:br/>
        <w:t>vt 0.001903 0.330111</w:t>
        <w:br/>
        <w:t>vt 0.033884 0.326915</w:t>
        <w:br/>
        <w:t>vt 0.033884 0.330111</w:t>
        <w:br/>
        <w:t>vt 0.033352 0.341490</w:t>
        <w:br/>
        <w:t>vt 0.051714 0.341321</w:t>
        <w:br/>
        <w:t>vt 0.192543 0.369757</w:t>
        <w:br/>
        <w:t>vt 0.001903 0.372739</w:t>
        <w:br/>
        <w:t>vt 0.206895 0.371928</w:t>
        <w:br/>
        <w:t>vt 0.220211 0.372452</w:t>
        <w:br/>
        <w:t>vt 0.069386 0.342043</w:t>
        <w:br/>
        <w:t>vt 0.149041 0.344341</w:t>
        <w:br/>
        <w:t>vt 0.160014 0.326915</w:t>
        <w:br/>
        <w:t>vt 0.160014 0.330111</w:t>
        <w:br/>
        <w:t>vt 0.149512 0.330111</w:t>
        <w:br/>
        <w:t>vt 0.149512 0.326915</w:t>
        <w:br/>
        <w:t>vt 0.191036 0.326915</w:t>
        <w:br/>
        <w:t>vt 0.191036 0.330111</w:t>
        <w:br/>
        <w:t>vt 0.174082 0.330111</w:t>
        <w:br/>
        <w:t>vt 0.174082 0.326915</w:t>
        <w:br/>
        <w:t>vt 0.068731 0.326915</w:t>
        <w:br/>
        <w:t>vt 0.068731 0.330111</w:t>
        <w:br/>
        <w:t>vt 0.051626 0.330111</w:t>
        <w:br/>
        <w:t>vt 0.051626 0.326915</w:t>
        <w:br/>
        <w:t>vt 0.117729 0.326915</w:t>
        <w:br/>
        <w:t>vt 0.135330 0.326915</w:t>
        <w:br/>
        <w:t>vt 0.135330 0.330111</w:t>
        <w:br/>
        <w:t>vt 0.117729 0.330111</w:t>
        <w:br/>
        <w:t>vt 0.100867 0.326915</w:t>
        <w:br/>
        <w:t>vt 0.100867 0.330111</w:t>
        <w:br/>
        <w:t>vt 0.085199 0.326915</w:t>
        <w:br/>
        <w:t>vt 0.085199 0.330111</w:t>
        <w:br/>
        <w:t>vt 0.220211 0.333953</w:t>
        <w:br/>
        <w:t>vt 0.206403 0.333991</w:t>
        <w:br/>
        <w:t>vt 0.017052 0.334290</w:t>
        <w:br/>
        <w:t>vt 0.001903 0.334325</w:t>
        <w:br/>
        <w:t>vt 0.033445 0.334110</w:t>
        <w:br/>
        <w:t>vt 0.160038 0.336262</w:t>
        <w:br/>
        <w:t>vt 0.149228 0.336767</w:t>
        <w:br/>
        <w:t>vt 0.190922 0.334756</w:t>
        <w:br/>
        <w:t>vt 0.174146 0.335659</w:t>
        <w:br/>
        <w:t>vt 0.068833 0.334523</w:t>
        <w:br/>
        <w:t>vt 0.051450 0.333860</w:t>
        <w:br/>
        <w:t>vt 0.118472 0.337360</w:t>
        <w:br/>
        <w:t>vt 0.135105 0.337032</w:t>
        <w:br/>
        <w:t>vt 0.115871 0.337125</w:t>
        <w:br/>
        <w:t>vt 0.100488 0.335896</w:t>
        <w:br/>
        <w:t>vt 0.085312 0.334913</w:t>
        <w:br/>
        <w:t>vt 0.220056 0.341157</w:t>
        <w:br/>
        <w:t>vt 0.001738 0.341770</w:t>
        <w:br/>
        <w:t>vt 0.016629 0.341570</w:t>
        <w:br/>
        <w:t>vt 0.044888 0.367555</w:t>
        <w:br/>
        <w:t>vt 0.054599 0.365547</w:t>
        <w:br/>
        <w:t>vt 0.053163 0.362288</w:t>
        <w:br/>
        <w:t>vt 0.034735 0.362815</w:t>
        <w:br/>
        <w:t>vt 0.034149 0.369081</w:t>
        <w:br/>
        <w:t>vt 0.026269 0.371039</w:t>
        <w:br/>
        <w:t>vt 0.072306 0.366072</w:t>
        <w:br/>
        <w:t>vt 0.070150 0.349910</w:t>
        <w:br/>
        <w:t>vt 0.052375 0.348669</w:t>
        <w:br/>
        <w:t>vt 0.016798 0.362981</w:t>
        <w:br/>
        <w:t>vt 0.017107 0.371475</w:t>
        <w:br/>
        <w:t>vt 0.098653 0.370642</w:t>
        <w:br/>
        <w:t>vt 0.109985 0.371854</w:t>
        <w:br/>
        <w:t>vt 0.112489 0.355364</w:t>
        <w:br/>
        <w:t>vt 0.099381 0.353214</w:t>
        <w:br/>
        <w:t>vt 0.120822 0.371642</w:t>
        <w:br/>
        <w:t>vt 0.119812 0.356044</w:t>
        <w:br/>
        <w:t>vt 0.085932 0.368632</w:t>
        <w:br/>
        <w:t>vt 0.085443 0.351068</w:t>
        <w:br/>
        <w:t>vt 0.160804 0.353571</w:t>
        <w:br/>
        <w:t>vt 0.162499 0.368034</w:t>
        <w:br/>
        <w:t>vt 0.176313 0.367680</w:t>
        <w:br/>
        <w:t>vt 0.175213 0.352157</w:t>
        <w:br/>
        <w:t>vt 0.148975 0.354665</w:t>
        <w:br/>
        <w:t>vt 0.148732 0.368922</w:t>
        <w:br/>
        <w:t>vt 0.192154 0.364649</w:t>
        <w:br/>
        <w:t>vt 0.191388 0.350372</w:t>
        <w:br/>
        <w:t>vt 0.206795 0.363079</w:t>
        <w:br/>
        <w:t>vt 0.206400 0.349118</w:t>
        <w:br/>
        <w:t>vt 0.220211 0.362261</w:t>
        <w:br/>
        <w:t>vt 0.220211 0.348485</w:t>
        <w:br/>
        <w:t>vt 0.016921 0.349084</w:t>
        <w:br/>
        <w:t>vt 0.001903 0.349004</w:t>
        <w:br/>
        <w:t>vt 0.001903 0.362627</w:t>
        <w:br/>
        <w:t>vt 0.033827 0.349025</w:t>
        <w:br/>
        <w:t>vt 0.134683 0.355542</w:t>
        <w:br/>
        <w:t>vt 0.134506 0.370288</w:t>
        <w:br/>
        <w:t>vt 0.141937 0.369348</w:t>
        <w:br/>
        <w:t>vt 0.160237 0.343857</w:t>
        <w:br/>
        <w:t>vt 0.174459 0.343257</w:t>
        <w:br/>
        <w:t>vt 0.134902 0.344552</w:t>
        <w:br/>
        <w:t>vt 0.119026 0.344829</w:t>
        <w:br/>
        <w:t>vt 0.114389 0.344504</w:t>
        <w:br/>
        <w:t>vt 0.099999 0.343422</w:t>
        <w:br/>
        <w:t>vt 0.085398 0.342467</w:t>
        <w:br/>
        <w:t>vt 0.206282 0.326915</w:t>
        <w:br/>
        <w:t>vt 0.206282 0.330111</w:t>
        <w:br/>
        <w:t>vt 0.220211 0.330111</w:t>
        <w:br/>
        <w:t>vt 0.220211 0.326915</w:t>
        <w:br/>
        <w:t>vt 0.190975 0.342396</w:t>
        <w:br/>
        <w:t>vt 0.206378 0.341580</w:t>
        <w:br/>
        <w:t>vt 0.001903 0.326915</w:t>
        <w:br/>
        <w:t>vt 0.001903 0.330111</w:t>
        <w:br/>
        <w:t>vt 0.017676 0.330111</w:t>
        <w:br/>
        <w:t>vt 0.017676 0.326915</w:t>
        <w:br/>
        <w:t>vt 0.033884 0.330111</w:t>
        <w:br/>
        <w:t>vt 0.033884 0.326915</w:t>
        <w:br/>
        <w:t>vt 0.033364 0.341490</w:t>
        <w:br/>
        <w:t>vt 0.051731 0.341324</w:t>
        <w:br/>
        <w:t>vt 0.192543 0.369757</w:t>
        <w:br/>
        <w:t>vt 0.001903 0.372739</w:t>
        <w:br/>
        <w:t>vt 0.206895 0.371928</w:t>
        <w:br/>
        <w:t>vt 0.220211 0.372452</w:t>
        <w:br/>
        <w:t>vt 0.069366 0.342042</w:t>
        <w:br/>
        <w:t>vt 0.149036 0.344341</w:t>
        <w:br/>
        <w:t>vt 0.149512 0.330111</w:t>
        <w:br/>
        <w:t>vt 0.160014 0.330111</w:t>
        <w:br/>
        <w:t>vt 0.160014 0.326915</w:t>
        <w:br/>
        <w:t>vt 0.149512 0.326915</w:t>
        <w:br/>
        <w:t>vt 0.174082 0.330111</w:t>
        <w:br/>
        <w:t>vt 0.191036 0.330111</w:t>
        <w:br/>
        <w:t>vt 0.191036 0.326915</w:t>
        <w:br/>
        <w:t>vt 0.174082 0.326915</w:t>
        <w:br/>
        <w:t>vt 0.068731 0.326915</w:t>
        <w:br/>
        <w:t>vt 0.051626 0.326915</w:t>
        <w:br/>
        <w:t>vt 0.051626 0.330111</w:t>
        <w:br/>
        <w:t>vt 0.068731 0.330111</w:t>
        <w:br/>
        <w:t>vt 0.135330 0.330111</w:t>
        <w:br/>
        <w:t>vt 0.135330 0.326915</w:t>
        <w:br/>
        <w:t>vt 0.117729 0.326915</w:t>
        <w:br/>
        <w:t>vt 0.117729 0.330111</w:t>
        <w:br/>
        <w:t>vt 0.100867 0.326915</w:t>
        <w:br/>
        <w:t>vt 0.100867 0.330111</w:t>
        <w:br/>
        <w:t>vt 0.085199 0.326915</w:t>
        <w:br/>
        <w:t>vt 0.085199 0.330111</w:t>
        <w:br/>
        <w:t>vt 0.220211 0.333953</w:t>
        <w:br/>
        <w:t>vt 0.206403 0.333991</w:t>
        <w:br/>
        <w:t>vt 0.017052 0.334290</w:t>
        <w:br/>
        <w:t>vt 0.001903 0.334325</w:t>
        <w:br/>
        <w:t>vt 0.033445 0.334110</w:t>
        <w:br/>
        <w:t>vt 0.160038 0.336262</w:t>
        <w:br/>
        <w:t>vt 0.149228 0.336767</w:t>
        <w:br/>
        <w:t>vt 0.190922 0.334756</w:t>
        <w:br/>
        <w:t>vt 0.174146 0.335659</w:t>
        <w:br/>
        <w:t>vt 0.051450 0.333860</w:t>
        <w:br/>
        <w:t>vt 0.068833 0.334523</w:t>
        <w:br/>
        <w:t>vt 0.118472 0.337360</w:t>
        <w:br/>
        <w:t>vt 0.135105 0.337032</w:t>
        <w:br/>
        <w:t>vt 0.115871 0.337125</w:t>
        <w:br/>
        <w:t>vt 0.100488 0.335896</w:t>
        <w:br/>
        <w:t>vt 0.085312 0.334913</w:t>
        <w:br/>
        <w:t>vt 0.220014 0.341161</w:t>
        <w:br/>
        <w:t>vt 0.016622 0.341571</w:t>
        <w:br/>
        <w:t>vt 0.001730 0.341771</w:t>
        <w:br/>
        <w:t>vt 0.875082 0.041708</w:t>
        <w:br/>
        <w:t>vt 0.882209 0.050867</w:t>
        <w:br/>
        <w:t>vt 0.863654 0.047817</w:t>
        <w:br/>
        <w:t>vt 0.910270 0.031624</w:t>
        <w:br/>
        <w:t>vt 0.901512 0.046944</w:t>
        <w:br/>
        <w:t>vt 0.899903 0.033405</w:t>
        <w:br/>
        <w:t>vt 0.887217 0.036411</w:t>
        <w:br/>
        <w:t>vt 0.882209 0.050867</w:t>
        <w:br/>
        <w:t>vt 0.925875 0.044398</w:t>
        <w:br/>
        <w:t>vt 0.916526 0.060687</w:t>
        <w:br/>
        <w:t>vt 0.918332 0.045169</w:t>
        <w:br/>
        <w:t>vt 0.899934 0.055930</w:t>
        <w:br/>
        <w:t>vt 0.932987 0.044003</w:t>
        <w:br/>
        <w:t>vt 0.926941 0.028432</w:t>
        <w:br/>
        <w:t>vt 0.932987 0.027910</w:t>
        <w:br/>
        <w:t>vt 0.920565 0.029050</w:t>
        <w:br/>
        <w:t>vt 0.932986 0.063082</w:t>
        <w:br/>
        <w:t>vt 0.875082 0.041708</w:t>
        <w:br/>
        <w:t>vt 0.863654 0.047817</w:t>
        <w:br/>
        <w:t>vt 0.882209 0.050867</w:t>
        <w:br/>
        <w:t>vt 0.910270 0.031624</w:t>
        <w:br/>
        <w:t>vt 0.899903 0.033405</w:t>
        <w:br/>
        <w:t>vt 0.901512 0.046944</w:t>
        <w:br/>
        <w:t>vt 0.882209 0.050867</w:t>
        <w:br/>
        <w:t>vt 0.887217 0.036411</w:t>
        <w:br/>
        <w:t>vt 0.925875 0.044398</w:t>
        <w:br/>
        <w:t>vt 0.918332 0.045169</w:t>
        <w:br/>
        <w:t>vt 0.916526 0.060687</w:t>
        <w:br/>
        <w:t>vt 0.899934 0.055930</w:t>
        <w:br/>
        <w:t>vt 0.926941 0.028432</w:t>
        <w:br/>
        <w:t>vt 0.920565 0.029050</w:t>
        <w:br/>
        <w:t>vt 0.947255 0.807445</w:t>
        <w:br/>
        <w:t>vt 0.946345 0.816562</w:t>
        <w:br/>
        <w:t>vt 0.942892 0.816317</w:t>
        <w:br/>
        <w:t>vt 0.943963 0.806614</w:t>
        <w:br/>
        <w:t>vt 0.935930 0.781135</w:t>
        <w:br/>
        <w:t>vt 0.938670 0.779606</w:t>
        <w:br/>
        <w:t>vt 0.943506 0.789277</w:t>
        <w:br/>
        <w:t>vt 0.942439 0.790623</w:t>
        <w:br/>
        <w:t>vt 0.944544 0.821921</w:t>
        <w:br/>
        <w:t>vt 0.941511 0.821371</w:t>
        <w:br/>
        <w:t>vt 0.934658 0.841826</w:t>
        <w:br/>
        <w:t>vt 0.930940 0.849513</w:t>
        <w:br/>
        <w:t>vt 0.928709 0.848284</w:t>
        <w:br/>
        <w:t>vt 0.932510 0.840953</w:t>
        <w:br/>
        <w:t>vt 0.889159 0.866715</w:t>
        <w:br/>
        <w:t>vt 0.885490 0.866073</w:t>
        <w:br/>
        <w:t>vt 0.887080 0.858803</w:t>
        <w:br/>
        <w:t>vt 0.889291 0.858823</w:t>
        <w:br/>
        <w:t>vt 0.890094 0.875703</w:t>
        <w:br/>
        <w:t>vt 0.892267 0.883138</w:t>
        <w:br/>
        <w:t>vt 0.888475 0.881936</w:t>
        <w:br/>
        <w:t>vt 0.886641 0.874347</w:t>
        <w:br/>
        <w:t>vt 0.890455 0.850365</w:t>
        <w:br/>
        <w:t>vt 0.887446 0.849935</w:t>
        <w:br/>
        <w:t>vt 0.888389 0.840773</w:t>
        <w:br/>
        <w:t>vt 0.893020 0.839607</w:t>
        <w:br/>
        <w:t>vt 0.890455 0.850365</w:t>
        <w:br/>
        <w:t>vt 0.897911 0.850268</w:t>
        <w:br/>
        <w:t>vt 0.896024 0.860209</w:t>
        <w:br/>
        <w:t>vt 0.889291 0.858823</w:t>
        <w:br/>
        <w:t>vt 0.893020 0.839607</w:t>
        <w:br/>
        <w:t>vt 0.900263 0.839985</w:t>
        <w:br/>
        <w:t>vt 0.913568 0.835377</w:t>
        <w:br/>
        <w:t>vt 0.904003 0.832826</w:t>
        <w:br/>
        <w:t>vt 0.908317 0.824111</w:t>
        <w:br/>
        <w:t>vt 0.917523 0.826004</w:t>
        <w:br/>
        <w:t>vt 0.907179 0.842583</w:t>
        <w:br/>
        <w:t>vt 0.900263 0.839985</w:t>
        <w:br/>
        <w:t>vt 0.924489 0.827896</w:t>
        <w:br/>
        <w:t>vt 0.919817 0.815971</w:t>
        <w:br/>
        <w:t>vt 0.927206 0.817168</w:t>
        <w:br/>
        <w:t>vt 0.915259 0.805474</w:t>
        <w:br/>
        <w:t>vt 0.921751 0.810367</w:t>
        <w:br/>
        <w:t>vt 0.927883 0.783307</w:t>
        <w:br/>
        <w:t>vt 0.935759 0.793133</w:t>
        <w:br/>
        <w:t>vt 0.930554 0.794724</w:t>
        <w:br/>
        <w:t>vt 0.918547 0.783679</w:t>
        <w:br/>
        <w:t>vt 0.909661 0.800939</w:t>
        <w:br/>
        <w:t>vt 0.916657 0.795622</w:t>
        <w:br/>
        <w:t>vt 0.925678 0.804485</w:t>
        <w:br/>
        <w:t>vt 0.899633 0.768617</w:t>
        <w:br/>
        <w:t>vt 0.903262 0.778174</w:t>
        <w:br/>
        <w:t>vt 0.899586 0.777922</w:t>
        <w:br/>
        <w:t>vt 0.894972 0.768315</w:t>
        <w:br/>
        <w:t>vt 0.909874 0.787577</w:t>
        <w:br/>
        <w:t>vt 0.906112 0.788782</w:t>
        <w:br/>
        <w:t>vt 0.896015 0.785637</w:t>
        <w:br/>
        <w:t>vt 0.892586 0.778509</w:t>
        <w:br/>
        <w:t>vt 0.894972 0.768315</w:t>
        <w:br/>
        <w:t>vt 0.889416 0.769871</w:t>
        <w:br/>
        <w:t>vt 0.893658 0.759400</w:t>
        <w:br/>
        <w:t>vt 0.897847 0.758732</w:t>
        <w:br/>
        <w:t>vt 0.887445 0.759925</w:t>
        <w:br/>
        <w:t>vt 0.893658 0.759400</w:t>
        <w:br/>
        <w:t>vt 0.887582 0.749203</w:t>
        <w:br/>
        <w:t>vt 0.893680 0.748489</w:t>
        <w:br/>
        <w:t>vt 0.897453 0.747666</w:t>
        <w:br/>
        <w:t>vt 0.888788 0.777412</w:t>
        <w:br/>
        <w:t>vt 0.889416 0.769871</w:t>
        <w:br/>
        <w:t>vt 0.892586 0.778509</w:t>
        <w:br/>
        <w:t>vt 0.894072 0.796002</w:t>
        <w:br/>
        <w:t>vt 0.901235 0.795666</w:t>
        <w:br/>
        <w:t>vt 0.902922 0.804607</w:t>
        <w:br/>
        <w:t>vt 0.895007 0.805353</w:t>
        <w:br/>
        <w:t>vt 0.896015 0.785637</w:t>
        <w:br/>
        <w:t>vt 0.910433 0.814800</w:t>
        <w:br/>
        <w:t>vt 0.909803 0.804938</w:t>
        <w:br/>
        <w:t>vt 0.901888 0.813727</w:t>
        <w:br/>
        <w:t>vt 0.902922 0.804607</w:t>
        <w:br/>
        <w:t>vt 0.901235 0.795666</w:t>
        <w:br/>
        <w:t>vt 0.895094 0.814265</w:t>
        <w:br/>
        <w:t>vt 0.893738 0.823310</w:t>
        <w:br/>
        <w:t>vt 0.887474 0.823914</w:t>
        <w:br/>
        <w:t>vt 0.901888 0.813727</w:t>
        <w:br/>
        <w:t>vt 0.899338 0.822532</w:t>
        <w:br/>
        <w:t>vt 0.868215 0.775833</w:t>
        <w:br/>
        <w:t>vt 0.868408 0.767321</w:t>
        <w:br/>
        <w:t>vt 0.876422 0.768433</w:t>
        <w:br/>
        <w:t>vt 0.876645 0.776567</w:t>
        <w:br/>
        <w:t>vt 0.882887 0.767941</w:t>
        <w:br/>
        <w:t>vt 0.882662 0.777065</w:t>
        <w:br/>
        <w:t>vt 0.882233 0.786135</w:t>
        <w:br/>
        <w:t>vt 0.875960 0.786429</w:t>
        <w:br/>
        <w:t>vt 0.881583 0.795627</w:t>
        <w:br/>
        <w:t>vt 0.875184 0.794798</w:t>
        <w:br/>
        <w:t>vt 0.887445 0.759925</w:t>
        <w:br/>
        <w:t>vt 0.876240 0.759079</w:t>
        <w:br/>
        <w:t>vt 0.875431 0.749943</w:t>
        <w:br/>
        <w:t>vt 0.881649 0.749855</w:t>
        <w:br/>
        <w:t>vt 0.882756 0.759094</w:t>
        <w:br/>
        <w:t>vt 0.889307 0.738392</w:t>
        <w:br/>
        <w:t>vt 0.895686 0.737571</w:t>
        <w:br/>
        <w:t>vt 0.889307 0.738392</w:t>
        <w:br/>
        <w:t>vt 0.880579 0.740519</w:t>
        <w:br/>
        <w:t>vt 0.882525 0.729711</w:t>
        <w:br/>
        <w:t>vt 0.892758 0.727852</w:t>
        <w:br/>
        <w:t>vt 0.892758 0.727852</w:t>
        <w:br/>
        <w:t>vt 0.898616 0.727568</w:t>
        <w:br/>
        <w:t>vt 0.905641 0.735984</w:t>
        <w:br/>
        <w:t>vt 0.906470 0.725522</w:t>
        <w:br/>
        <w:t>vt 0.873569 0.730596</w:t>
        <w:br/>
        <w:t>vt 0.871381 0.722163</w:t>
        <w:br/>
        <w:t>vt 0.884464 0.720519</w:t>
        <w:br/>
        <w:t>vt 0.874698 0.740855</w:t>
        <w:br/>
        <w:t>vt 0.895437 0.718445</w:t>
        <w:br/>
        <w:t>vt 0.884793 0.710489</w:t>
        <w:br/>
        <w:t>vt 0.896171 0.708566</w:t>
        <w:br/>
        <w:t>vt 0.943963 0.806614</w:t>
        <w:br/>
        <w:t>vt 0.945726 0.801235</w:t>
        <w:br/>
        <w:t>vt 0.921557 0.845293</w:t>
        <w:br/>
        <w:t>vt 0.916642 0.843910</w:t>
        <w:br/>
        <w:t>vt 0.919376 0.837484</w:t>
        <w:br/>
        <w:t>vt 0.925408 0.839452</w:t>
        <w:br/>
        <w:t>vt 0.268911 0.655052</w:t>
        <w:br/>
        <w:t>vt 0.264126 0.654779</w:t>
        <w:br/>
        <w:t>vt 0.264547 0.650862</w:t>
        <w:br/>
        <w:t>vt 0.269754 0.651076</w:t>
        <w:br/>
        <w:t>vt 0.265257 0.646888</w:t>
        <w:br/>
        <w:t>vt 0.271174 0.647057</w:t>
        <w:br/>
        <w:t>vt 0.269829 0.660480</w:t>
        <w:br/>
        <w:t>vt 0.264585 0.660093</w:t>
        <w:br/>
        <w:t>vt 0.264126 0.656076</w:t>
        <w:br/>
        <w:t>vt 0.271219 0.665584</w:t>
        <w:br/>
        <w:t>vt 0.265280 0.665155</w:t>
        <w:br/>
        <w:t>vt 0.264585 0.661369</w:t>
        <w:br/>
        <w:t>vt 0.272157 0.669957</w:t>
        <w:br/>
        <w:t>vt 0.265749 0.669015</w:t>
        <w:br/>
        <w:t>vt 0.272681 0.673922</w:t>
        <w:br/>
        <w:t>vt 0.266011 0.672543</w:t>
        <w:br/>
        <w:t>vt 0.272656 0.676669</w:t>
        <w:br/>
        <w:t>vt 0.265998 0.675754</w:t>
        <w:br/>
        <w:t>vt 0.911262 0.843501</w:t>
        <w:br/>
        <w:t>vt 0.905713 0.845035</w:t>
        <w:br/>
        <w:t>vt 0.905309 0.875813</w:t>
        <w:br/>
        <w:t>vt 0.915993 0.874837</w:t>
        <w:br/>
        <w:t>vt 0.910254 0.884030</w:t>
        <w:br/>
        <w:t>vt 0.902364 0.857830</w:t>
        <w:br/>
        <w:t>vt 0.909316 0.855616</w:t>
        <w:br/>
        <w:t>vt 0.909689 0.865936</w:t>
        <w:br/>
        <w:t>vt 0.903628 0.867127</w:t>
        <w:br/>
        <w:t>vt 0.929240 0.839645</w:t>
        <w:br/>
        <w:t>vt 0.925447 0.846990</w:t>
        <w:br/>
        <w:t>vt 0.890923 0.832393</w:t>
        <w:br/>
        <w:t>vt 0.895793 0.832001</w:t>
        <w:br/>
        <w:t>vt 0.885403 0.832537</w:t>
        <w:br/>
        <w:t>vt 0.884300 0.840338</w:t>
        <w:br/>
        <w:t>vt 0.879837 0.823277</w:t>
        <w:br/>
        <w:t>vt 0.881832 0.823394</w:t>
        <w:br/>
        <w:t>vt 0.881567 0.832448</w:t>
        <w:br/>
        <w:t>vt 0.875177 0.832564</w:t>
        <w:br/>
        <w:t>vt 0.880725 0.840680</w:t>
        <w:br/>
        <w:t>vt 0.875299 0.841826</w:t>
        <w:br/>
        <w:t>vt 0.868073 0.822423</w:t>
        <w:br/>
        <w:t>vt 0.867424 0.812963</w:t>
        <w:br/>
        <w:t>vt 0.874753 0.813100</w:t>
        <w:br/>
        <w:t>vt 0.874952 0.822989</w:t>
        <w:br/>
        <w:t>vt 0.861442 0.822760</w:t>
        <w:br/>
        <w:t>vt 0.871709 0.804194</w:t>
        <w:br/>
        <w:t>vt 0.874931 0.804592</w:t>
        <w:br/>
        <w:t>vt 0.272619 0.678777</w:t>
        <w:br/>
        <w:t>vt 0.265980 0.678505</w:t>
        <w:br/>
        <w:t>vt 0.861442 0.812014</w:t>
        <w:br/>
        <w:t>vt 0.858983 0.811657</w:t>
        <w:br/>
        <w:t>vt 0.858983 0.801406</w:t>
        <w:br/>
        <w:t>vt 0.861442 0.801865</w:t>
        <w:br/>
        <w:t>vt 0.861442 0.822760</w:t>
        <w:br/>
        <w:t>vt 0.858983 0.822526</w:t>
        <w:br/>
        <w:t>vt 0.861442 0.872444</w:t>
        <w:br/>
        <w:t>vt 0.861442 0.879919</w:t>
        <w:br/>
        <w:t>vt 0.858983 0.878953</w:t>
        <w:br/>
        <w:t>vt 0.858983 0.872524</w:t>
        <w:br/>
        <w:t>vt 0.858983 0.865910</w:t>
        <w:br/>
        <w:t>vt 0.861442 0.865977</w:t>
        <w:br/>
        <w:t>vt 0.872792 0.865597</w:t>
        <w:br/>
        <w:t>vt 0.867992 0.865672</w:t>
        <w:br/>
        <w:t>vt 0.867919 0.858650</w:t>
        <w:br/>
        <w:t>vt 0.875376 0.858302</w:t>
        <w:br/>
        <w:t>vt 0.872728 0.879534</w:t>
        <w:br/>
        <w:t>vt 0.867954 0.879260</w:t>
        <w:br/>
        <w:t>vt 0.867942 0.872331</w:t>
        <w:br/>
        <w:t>vt 0.872936 0.872344</w:t>
        <w:br/>
        <w:t>vt 0.861442 0.889344</w:t>
        <w:br/>
        <w:t>vt 0.861442 0.898570</w:t>
        <w:br/>
        <w:t>vt 0.858983 0.897663</w:t>
        <w:br/>
        <w:t>vt 0.858983 0.888200</w:t>
        <w:br/>
        <w:t>vt 0.873874 0.889697</w:t>
        <w:br/>
        <w:t>vt 0.875105 0.898956</w:t>
        <w:br/>
        <w:t>vt 0.867347 0.898566</w:t>
        <w:br/>
        <w:t>vt 0.867838 0.889238</w:t>
        <w:br/>
        <w:t>vt 0.861442 0.852291</w:t>
        <w:br/>
        <w:t>vt 0.858983 0.852572</w:t>
        <w:br/>
        <w:t>vt 0.858983 0.843383</w:t>
        <w:br/>
        <w:t>vt 0.861442 0.843008</w:t>
        <w:br/>
        <w:t>vt 0.861442 0.859059</w:t>
        <w:br/>
        <w:t>vt 0.858983 0.859311</w:t>
        <w:br/>
        <w:t>vt 0.858983 0.834113</w:t>
        <w:br/>
        <w:t>vt 0.861442 0.833503</w:t>
        <w:br/>
        <w:t>vt 0.875292 0.850937</w:t>
        <w:br/>
        <w:t>vt 0.868146 0.851601</w:t>
        <w:br/>
        <w:t>vt 0.868051 0.842475</w:t>
        <w:br/>
        <w:t>vt 0.867920 0.832748</w:t>
        <w:br/>
        <w:t>vt 0.272629 0.680873</w:t>
        <w:br/>
        <w:t>vt 0.265985 0.681244</w:t>
        <w:br/>
        <w:t>vt 0.272129 0.687501</w:t>
        <w:br/>
        <w:t>vt 0.265735 0.687955</w:t>
        <w:br/>
        <w:t>vt 0.265998 0.684379</w:t>
        <w:br/>
        <w:t>vt 0.272655 0.683583</w:t>
        <w:br/>
        <w:t>vt 0.269823 0.696794</w:t>
        <w:br/>
        <w:t>vt 0.264582 0.695783</w:t>
        <w:br/>
        <w:t>vt 0.265274 0.691904</w:t>
        <w:br/>
        <w:t>vt 0.271206 0.691820</w:t>
        <w:br/>
        <w:t>vt 0.868816 0.793803</w:t>
        <w:br/>
        <w:t>vt 0.868040 0.803741</w:t>
        <w:br/>
        <w:t>vt 0.861442 0.801865</w:t>
        <w:br/>
        <w:t>vt 0.861442 0.791955</w:t>
        <w:br/>
        <w:t>vt 0.867656 0.784550</w:t>
        <w:br/>
        <w:t>vt 0.861442 0.783237</w:t>
        <w:br/>
        <w:t>vt 0.861442 0.774151</w:t>
        <w:br/>
        <w:t>vt 0.861442 0.767101</w:t>
        <w:br/>
        <w:t>vt 0.867652 0.750497</w:t>
        <w:br/>
        <w:t>vt 0.868138 0.759081</w:t>
        <w:br/>
        <w:t>vt 0.861442 0.759088</w:t>
        <w:br/>
        <w:t>vt 0.861442 0.751499</w:t>
        <w:br/>
        <w:t>vt 0.866548 0.729158</w:t>
        <w:br/>
        <w:t>vt 0.867150 0.741055</w:t>
        <w:br/>
        <w:t>vt 0.861442 0.743671</w:t>
        <w:br/>
        <w:t>vt 0.861442 0.735097</w:t>
        <w:br/>
        <w:t>vt 0.861442 0.751499</w:t>
        <w:br/>
        <w:t>vt 0.858983 0.751750</w:t>
        <w:br/>
        <w:t>vt 0.858983 0.744455</w:t>
        <w:br/>
        <w:t>vt 0.861442 0.743671</w:t>
        <w:br/>
        <w:t>vt 0.858983 0.735815</w:t>
        <w:br/>
        <w:t>vt 0.861442 0.735097</w:t>
        <w:br/>
        <w:t>vt 0.861442 0.759088</w:t>
        <w:br/>
        <w:t>vt 0.858983 0.759190</w:t>
        <w:br/>
        <w:t>vt 0.858983 0.766811</w:t>
        <w:br/>
        <w:t>vt 0.861442 0.767101</w:t>
        <w:br/>
        <w:t>vt 0.861442 0.774151</w:t>
        <w:br/>
        <w:t>vt 0.858983 0.773771</w:t>
        <w:br/>
        <w:t>vt 0.861442 0.783237</w:t>
        <w:br/>
        <w:t>vt 0.858983 0.782836</w:t>
        <w:br/>
        <w:t>vt 0.861442 0.791955</w:t>
        <w:br/>
        <w:t>vt 0.858983 0.791424</w:t>
        <w:br/>
        <w:t>vt 0.887749 0.813895</w:t>
        <w:br/>
        <w:t>vt 0.879932 0.850131</w:t>
        <w:br/>
        <w:t>vt 0.890094 0.875703</w:t>
        <w:br/>
        <w:t>vt 0.899264 0.875921</w:t>
        <w:br/>
        <w:t>vt 0.900666 0.881601</w:t>
        <w:br/>
        <w:t>vt 0.892267 0.883138</w:t>
        <w:br/>
        <w:t>vt 0.897185 0.867892</w:t>
        <w:br/>
        <w:t>vt 0.889159 0.866715</w:t>
        <w:br/>
        <w:t>vt 0.904643 0.891285</w:t>
        <w:br/>
        <w:t>vt 0.900666 0.881601</w:t>
        <w:br/>
        <w:t>vt 0.900503 0.904987</w:t>
        <w:br/>
        <w:t>vt 0.895352 0.904112</w:t>
        <w:br/>
        <w:t>vt 0.893712 0.894037</w:t>
        <w:br/>
        <w:t>vt 0.893194 0.925162</w:t>
        <w:br/>
        <w:t>vt 0.896162 0.914603</w:t>
        <w:br/>
        <w:t>vt 0.899792 0.915734</w:t>
        <w:br/>
        <w:t>vt 0.895928 0.929790</w:t>
        <w:br/>
        <w:t>vt 0.894637 0.698499</w:t>
        <w:br/>
        <w:t>vt 0.899899 0.698371</w:t>
        <w:br/>
        <w:t>vt 0.901721 0.706617</w:t>
        <w:br/>
        <w:t>vt 0.907552 0.704629</w:t>
        <w:br/>
        <w:t>vt 0.893866 0.913207</w:t>
        <w:br/>
        <w:t>vt 0.882856 0.921762</w:t>
        <w:br/>
        <w:t>vt 0.885179 0.910154</w:t>
        <w:br/>
        <w:t>vt 0.872244 0.712976</w:t>
        <w:br/>
        <w:t>vt 0.871808 0.703424</w:t>
        <w:br/>
        <w:t>vt 0.882874 0.701167</w:t>
        <w:br/>
        <w:t>vt 0.875325 0.909289</w:t>
        <w:br/>
        <w:t>vt 0.872596 0.920385</w:t>
        <w:br/>
        <w:t>vt 0.892420 0.902631</w:t>
        <w:br/>
        <w:t>vt 0.884730 0.899366</w:t>
        <w:br/>
        <w:t>vt 0.866426 0.908326</w:t>
        <w:br/>
        <w:t>vt 0.865275 0.920370</w:t>
        <w:br/>
        <w:t>vt 0.861442 0.919570</w:t>
        <w:br/>
        <w:t>vt 0.861442 0.908246</w:t>
        <w:br/>
        <w:t>vt 0.858983 0.918068</w:t>
        <w:br/>
        <w:t>vt 0.858983 0.907575</w:t>
        <w:br/>
        <w:t>vt 0.861442 0.908246</w:t>
        <w:br/>
        <w:t>vt 0.861442 0.919570</w:t>
        <w:br/>
        <w:t>vt 0.861442 0.715612</w:t>
        <w:br/>
        <w:t>vt 0.858983 0.716659</w:t>
        <w:br/>
        <w:t>vt 0.858983 0.707087</w:t>
        <w:br/>
        <w:t>vt 0.861442 0.705524</w:t>
        <w:br/>
        <w:t>vt 0.884041 0.889879</w:t>
        <w:br/>
        <w:t>vt 0.883212 0.880707</w:t>
        <w:br/>
        <w:t>vt 0.890854 0.892469</w:t>
        <w:br/>
        <w:t>vt 0.893712 0.894037</w:t>
        <w:br/>
        <w:t>vt 0.875499 0.879965</w:t>
        <w:br/>
        <w:t>vt 0.882482 0.874089</w:t>
        <w:br/>
        <w:t>vt 0.866044 0.722337</w:t>
        <w:br/>
        <w:t>vt 0.861442 0.725789</w:t>
        <w:br/>
        <w:t>vt 0.861442 0.715612</w:t>
        <w:br/>
        <w:t>vt 0.866009 0.714939</w:t>
        <w:br/>
        <w:t>vt 0.861442 0.898570</w:t>
        <w:br/>
        <w:t>vt 0.265807 0.642776</w:t>
        <w:br/>
        <w:t>vt 0.272272 0.642873</w:t>
        <w:br/>
        <w:t>vt 0.265956 0.637463</w:t>
        <w:br/>
        <w:t>vt 0.272571 0.637463</w:t>
        <w:br/>
        <w:t>vt 0.272513 0.714705</w:t>
        <w:br/>
        <w:t>vt 0.272608 0.720528</w:t>
        <w:br/>
        <w:t>vt 0.265974 0.718512</w:t>
        <w:br/>
        <w:t>vt 0.265927 0.713448</w:t>
        <w:br/>
        <w:t>vt 0.271283 0.710272</w:t>
        <w:br/>
        <w:t>vt 0.265312 0.709336</w:t>
        <w:br/>
        <w:t>vt 0.259341 0.708400</w:t>
        <w:br/>
        <w:t>vt 0.259341 0.704578</w:t>
        <w:br/>
        <w:t>vt 0.264552 0.705368</w:t>
        <w:br/>
        <w:t>vt 0.259341 0.701249</w:t>
        <w:br/>
        <w:t>vt 0.264141 0.701684</w:t>
        <w:br/>
        <w:t>vt 0.268941 0.702119</w:t>
        <w:br/>
        <w:t>vt 0.264582 0.697391</w:t>
        <w:br/>
        <w:t>vt 0.259341 0.697988</w:t>
        <w:br/>
        <w:t>vt 0.259341 0.694773</w:t>
        <w:br/>
        <w:t>vt 0.265974 0.720528</w:t>
        <w:br/>
        <w:t>vt 0.861442 0.725789</w:t>
        <w:br/>
        <w:t>vt 0.858983 0.726942</w:t>
        <w:br/>
        <w:t>vt 0.895437 0.718445</w:t>
        <w:br/>
        <w:t>vt 0.901154 0.717339</w:t>
        <w:br/>
        <w:t>vt 0.905159 0.717113</w:t>
        <w:br/>
        <w:t>vt 0.933705 0.830665</w:t>
        <w:br/>
        <w:t>vt 0.937318 0.816190</w:t>
        <w:br/>
        <w:t>vt 0.937206 0.831182</w:t>
        <w:br/>
        <w:t>vt 0.926318 0.796801</w:t>
        <w:br/>
        <w:t>vt 0.934341 0.807849</w:t>
        <w:br/>
        <w:t>vt 0.930186 0.810862</w:t>
        <w:br/>
        <w:t>vt 0.899264 0.875921</w:t>
        <w:br/>
        <w:t>vt 0.897185 0.867892</w:t>
        <w:br/>
        <w:t>vt 0.903951 0.848448</w:t>
        <w:br/>
        <w:t>vt 0.897911 0.850268</w:t>
        <w:br/>
        <w:t>vt 0.896024 0.860209</w:t>
        <w:br/>
        <w:t>vt 0.895793 0.832001</w:t>
        <w:br/>
        <w:t>vt 0.899338 0.822532</w:t>
        <w:br/>
        <w:t>vt 0.875092 0.798362</w:t>
        <w:br/>
        <w:t>vt 0.878821 0.804934</w:t>
        <w:br/>
        <w:t>vt 0.877709 0.813324</w:t>
        <w:br/>
        <w:t>vt 0.887829 0.805513</w:t>
        <w:br/>
        <w:t>vt 0.887499 0.795845</w:t>
        <w:br/>
        <w:t>vt 0.881378 0.813601</w:t>
        <w:br/>
        <w:t>vt 0.880979 0.865623</w:t>
        <w:br/>
        <w:t>vt 0.861442 0.812014</w:t>
        <w:br/>
        <w:t>vt 0.880926 0.858442</w:t>
        <w:br/>
        <w:t>vt 0.883965 0.858528</w:t>
        <w:br/>
        <w:t>vt 0.938817 0.806927</w:t>
        <w:br/>
        <w:t>vt 0.935759 0.793133</w:t>
        <w:br/>
        <w:t>vt 0.911745 0.780978</w:t>
        <w:br/>
        <w:t>vt 0.912881 0.745852</w:t>
        <w:br/>
        <w:t>vt 0.910606 0.757548</w:t>
        <w:br/>
        <w:t>vt 0.930416 0.829792</w:t>
        <w:br/>
        <w:t>vt 0.933043 0.816559</w:t>
        <w:br/>
        <w:t>vt 0.945284 0.797095</w:t>
        <w:br/>
        <w:t>vt 0.935930 0.781135</w:t>
        <w:br/>
        <w:t>vt 0.942439 0.790623</w:t>
        <w:br/>
        <w:t>vt 0.883562 0.849942</w:t>
        <w:br/>
        <w:t>vt 0.887941 0.786014</w:t>
        <w:br/>
        <w:t>vt 0.861442 0.872444</w:t>
        <w:br/>
        <w:t>vt 0.861442 0.879919</w:t>
        <w:br/>
        <w:t>vt 0.861442 0.865977</w:t>
        <w:br/>
        <w:t>vt 0.861442 0.859059</w:t>
        <w:br/>
        <w:t>vt 0.861442 0.889344</w:t>
        <w:br/>
        <w:t>vt 0.861442 0.843008</w:t>
        <w:br/>
        <w:t>vt 0.861442 0.852291</w:t>
        <w:br/>
        <w:t>vt 0.861442 0.833503</w:t>
        <w:br/>
        <w:t>vt 0.864631 0.704745</w:t>
        <w:br/>
        <w:t>vt 0.861442 0.705524</w:t>
        <w:br/>
        <w:t>vt 0.881262 0.805149</w:t>
        <w:br/>
        <w:t>vt 0.887582 0.749203</w:t>
        <w:br/>
        <w:t>vt 0.909291 0.775046</w:t>
        <w:br/>
        <w:t>vt 0.909044 0.763489</w:t>
        <w:br/>
        <w:t>vt 0.912630 0.766822</w:t>
        <w:br/>
        <w:t>vt 0.947125 0.801329</w:t>
        <w:br/>
        <w:t>vt 0.945726 0.801235</w:t>
        <w:br/>
        <w:t>vt 0.945284 0.797095</w:t>
        <w:br/>
        <w:t>vt 0.946862 0.796233</w:t>
        <w:br/>
        <w:t>vt 0.940072 0.831335</w:t>
        <w:br/>
        <w:t>vt 0.875720 0.568608</w:t>
        <w:br/>
        <w:t>vt 0.876944 0.550208</w:t>
        <w:br/>
        <w:t>vt 0.900847 0.555435</w:t>
        <w:br/>
        <w:t>vt 0.926777 0.557135</w:t>
        <w:br/>
        <w:t>vt 0.926148 0.579099</w:t>
        <w:br/>
        <w:t>vt 0.899941 0.580801</w:t>
        <w:br/>
        <w:t>vt 0.996103 0.562128</w:t>
        <w:br/>
        <w:t>vt 0.996103 0.579276</w:t>
        <w:br/>
        <w:t>vt 0.972980 0.580429</w:t>
        <w:br/>
        <w:t>vt 0.974075 0.561420</w:t>
        <w:br/>
        <w:t>vt 0.951251 0.579162</w:t>
        <w:br/>
        <w:t>vt 0.952636 0.557691</w:t>
        <w:br/>
        <w:t>vt 0.874351 0.586544</w:t>
        <w:br/>
        <w:t>vt 0.996103 0.598653</w:t>
        <w:br/>
        <w:t>vt 0.996103 0.605976</w:t>
        <w:br/>
        <w:t>vt 0.970524 0.605976</w:t>
        <w:br/>
        <w:t>vt 0.970609 0.598653</w:t>
        <w:br/>
        <w:t>vt 0.948484 0.605976</w:t>
        <w:br/>
        <w:t>vt 0.949034 0.598653</w:t>
        <w:br/>
        <w:t>vt 0.923866 0.605976</w:t>
        <w:br/>
        <w:t>vt 0.924902 0.598653</w:t>
        <w:br/>
        <w:t>vt 0.898344 0.605976</w:t>
        <w:br/>
        <w:t>vt 0.899557 0.598653</w:t>
        <w:br/>
        <w:t>vt 0.873275 0.605976</w:t>
        <w:br/>
        <w:t>vt 0.874165 0.598653</w:t>
        <w:br/>
        <w:t>vt 0.898747 0.596599</w:t>
        <w:br/>
        <w:t>vt 0.873627 0.596599</w:t>
        <w:br/>
        <w:t>vt 0.924626 0.596599</w:t>
        <w:br/>
        <w:t>vt 0.949203 0.596599</w:t>
        <w:br/>
        <w:t>vt 0.970930 0.596599</w:t>
        <w:br/>
        <w:t>vt 0.996103 0.596599</w:t>
        <w:br/>
        <w:t>vt 0.970568 0.608036</w:t>
        <w:br/>
        <w:t>vt 0.996103 0.608036</w:t>
        <w:br/>
        <w:t>vt 0.948426 0.608036</w:t>
        <w:br/>
        <w:t>vt 0.924171 0.608036</w:t>
        <w:br/>
        <w:t>vt 0.898279 0.608036</w:t>
        <w:br/>
        <w:t>vt 0.873041 0.608036</w:t>
        <w:br/>
        <w:t>vt 0.949203 0.596599</w:t>
        <w:br/>
        <w:t>vt 0.949034 0.598653</w:t>
        <w:br/>
        <w:t>vt 0.970930 0.596599</w:t>
        <w:br/>
        <w:t>vt 0.970609 0.598653</w:t>
        <w:br/>
        <w:t>vt 0.996103 0.596599</w:t>
        <w:br/>
        <w:t>vt 0.996103 0.598653</w:t>
        <w:br/>
        <w:t>vt 0.031160 0.766082</w:t>
        <w:br/>
        <w:t>vt 0.031859 0.749157</w:t>
        <w:br/>
        <w:t>vt 0.049014 0.754711</w:t>
        <w:br/>
        <w:t>vt 0.047117 0.768904</w:t>
        <w:br/>
        <w:t>vt 0.046117 0.776074</w:t>
        <w:br/>
        <w:t>vt 0.031509 0.782275</w:t>
        <w:br/>
        <w:t>vt 0.064143 0.759884</w:t>
        <w:br/>
        <w:t>vt 0.062235 0.772077</w:t>
        <w:br/>
        <w:t>vt 0.060842 0.782738</w:t>
        <w:br/>
        <w:t>vt 0.015207 0.763973</w:t>
        <w:br/>
        <w:t>vt 0.015586 0.745739</w:t>
        <w:br/>
        <w:t>vt 0.015254 0.781463</w:t>
        <w:br/>
        <w:t>vt 0.077643 0.777275</w:t>
        <w:br/>
        <w:t>vt 0.077379 0.786235</w:t>
        <w:br/>
        <w:t>vt 0.077711 0.766777</w:t>
        <w:br/>
        <w:t>vt 0.042893 0.781317</w:t>
        <w:br/>
        <w:t>vt 0.056493 0.787757</w:t>
        <w:br/>
        <w:t>vt 0.051477 0.784648</w:t>
        <w:br/>
        <w:t>vt 0.023640 0.787087</w:t>
        <w:br/>
        <w:t>vt 0.002055 0.779492</w:t>
        <w:br/>
        <w:t>vt 0.011967 0.789961</w:t>
        <w:br/>
        <w:t>vt 0.002055 0.794338</w:t>
        <w:br/>
        <w:t>vt 0.061331 0.789250</w:t>
        <w:br/>
        <w:t>vt 0.065448 0.748687</w:t>
        <w:br/>
        <w:t>vt 0.078166 0.758179</w:t>
        <w:br/>
        <w:t>vt 0.065322 0.750563</w:t>
        <w:br/>
        <w:t>vt 0.101438 0.773330</w:t>
        <w:br/>
        <w:t>vt 0.100802 0.777882</w:t>
        <w:br/>
        <w:t>vt 0.088731 0.772772</w:t>
        <w:br/>
        <w:t>vt 0.089428 0.766410</w:t>
        <w:br/>
        <w:t>vt 0.017020 0.718539</w:t>
        <w:br/>
        <w:t>vt 0.016493 0.722700</w:t>
        <w:br/>
        <w:t>vt 0.002055 0.720267</w:t>
        <w:br/>
        <w:t>vt 0.002055 0.715960</w:t>
        <w:br/>
        <w:t>vt 0.034835 0.727460</w:t>
        <w:br/>
        <w:t>vt 0.034224 0.730283</w:t>
        <w:br/>
        <w:t>vt 0.051961 0.738375</w:t>
        <w:br/>
        <w:t>vt 0.051025 0.740138</w:t>
        <w:br/>
        <w:t>vt 0.016079 0.730517</w:t>
        <w:br/>
        <w:t>vt 0.002055 0.727836</w:t>
        <w:br/>
        <w:t>vt 0.033200 0.736507</w:t>
        <w:br/>
        <w:t>vt 0.049936 0.743892</w:t>
        <w:br/>
        <w:t>vt 0.002055 0.743976</w:t>
        <w:br/>
        <w:t>vt 0.002055 0.762111</w:t>
        <w:br/>
        <w:t>vt 0.032057 0.788879</w:t>
        <w:br/>
        <w:t>vt 0.041237 0.785758</w:t>
        <w:br/>
        <w:t>vt 0.039186 0.792385</w:t>
        <w:br/>
        <w:t>vt 0.048680 0.781697</w:t>
        <w:br/>
        <w:t>vt 0.090279 0.785120</w:t>
        <w:br/>
        <w:t>vt 0.100926 0.786473</w:t>
        <w:br/>
        <w:t>vt 0.108135 0.786228</w:t>
        <w:br/>
        <w:t>vt 0.111398 0.781256</w:t>
        <w:br/>
        <w:t>vt 0.124985 0.785353</w:t>
        <w:br/>
        <w:t>vt 0.124613 0.783693</w:t>
        <w:br/>
        <w:t>vt 0.136350 0.784918</w:t>
        <w:br/>
        <w:t>vt 0.112897 0.779688</w:t>
        <w:br/>
        <w:t>vt 0.116221 0.785687</w:t>
        <w:br/>
        <w:t>vt 0.126050 0.889920</w:t>
        <w:br/>
        <w:t>vt 0.110979 0.889333</w:t>
        <w:br/>
        <w:t>vt 0.111016 0.865848</w:t>
        <w:br/>
        <w:t>vt 0.128524 0.866320</w:t>
        <w:br/>
        <w:t>vt 0.141566 0.891317</w:t>
        <w:br/>
        <w:t>vt 0.145363 0.866927</w:t>
        <w:br/>
        <w:t>vt 0.128075 0.811966</w:t>
        <w:br/>
        <w:t>vt 0.133601 0.805140</w:t>
        <w:br/>
        <w:t>vt 0.151479 0.807617</w:t>
        <w:br/>
        <w:t>vt 0.136757 0.797451</w:t>
        <w:br/>
        <w:t>vt 0.152625 0.797451</w:t>
        <w:br/>
        <w:t>vt 0.170066 0.842340</w:t>
        <w:br/>
        <w:t>vt 0.149160 0.842078</w:t>
        <w:br/>
        <w:t>vt 0.151526 0.824863</w:t>
        <w:br/>
        <w:t>vt 0.170726 0.824637</w:t>
        <w:br/>
        <w:t>vt 0.196925 0.840566</w:t>
        <w:br/>
        <w:t>vt 0.196346 0.824435</w:t>
        <w:br/>
        <w:t>vt 0.220172 0.839488</w:t>
        <w:br/>
        <w:t>vt 0.220172 0.824171</w:t>
        <w:br/>
        <w:t>vt 0.196468 0.807921</w:t>
        <w:br/>
        <w:t>vt 0.220172 0.808098</w:t>
        <w:br/>
        <w:t>vt 0.172734 0.807933</w:t>
        <w:br/>
        <w:t>vt 0.159640 0.894243</w:t>
        <w:br/>
        <w:t>vt 0.163589 0.869142</w:t>
        <w:br/>
        <w:t>vt 0.173436 0.897419</w:t>
        <w:br/>
        <w:t>vt 0.181149 0.867113</w:t>
        <w:br/>
        <w:t>vt 0.220172 0.857973</w:t>
        <w:br/>
        <w:t>vt 0.198998 0.859874</w:t>
        <w:br/>
        <w:t>vt 0.206801 0.869607</w:t>
        <w:br/>
        <w:t>vt 0.201360 0.873188</w:t>
        <w:br/>
        <w:t>vt 0.189399 0.879242</w:t>
        <w:br/>
        <w:t>vt 0.183558 0.899420</w:t>
        <w:br/>
        <w:t>vt 0.186212 0.924165</w:t>
        <w:br/>
        <w:t>vt 0.174387 0.921949</w:t>
        <w:br/>
        <w:t>vt 0.180513 0.965174</w:t>
        <w:br/>
        <w:t>vt 0.176316 0.945814</w:t>
        <w:br/>
        <w:t>vt 0.190727 0.947262</w:t>
        <w:br/>
        <w:t>vt 0.194838 0.965740</w:t>
        <w:br/>
        <w:t>vt 0.206082 0.945854</w:t>
        <w:br/>
        <w:t>vt 0.209178 0.964325</w:t>
        <w:br/>
        <w:t>vt 0.173019 0.955096</w:t>
        <w:br/>
        <w:t>vt 0.163355 0.944595</w:t>
        <w:br/>
        <w:t>vt 0.162649 0.941318</w:t>
        <w:br/>
        <w:t>vt 0.196571 0.896996</w:t>
        <w:br/>
        <w:t>vt 0.198005 0.911046</w:t>
        <w:br/>
        <w:t>vt 0.198102 0.883195</w:t>
        <w:br/>
        <w:t>vt 0.110863 0.841760</w:t>
        <w:br/>
        <w:t>vt 0.128946 0.841999</w:t>
        <w:br/>
        <w:t>vt 0.110863 0.825609</w:t>
        <w:br/>
        <w:t>vt 0.130727 0.825057</w:t>
        <w:br/>
        <w:t>vt 0.159979 0.918604</w:t>
        <w:br/>
        <w:t>vt 0.152109 0.934352</w:t>
        <w:br/>
        <w:t>vt 0.137882 0.923195</w:t>
        <w:br/>
        <w:t>vt 0.202459 0.982362</w:t>
        <w:br/>
        <w:t>vt 0.192104 0.987114</w:t>
        <w:br/>
        <w:t>vt 0.187288 0.975915</w:t>
        <w:br/>
        <w:t>vt 0.252211 0.998825</w:t>
        <w:br/>
        <w:t>vt 0.242748 0.994291</w:t>
        <w:br/>
        <w:t>vt 0.250430 0.985373</w:t>
        <w:br/>
        <w:t>vt 0.259583 0.991677</w:t>
        <w:br/>
        <w:t>vt 0.123345 0.912790</w:t>
        <w:br/>
        <w:t>vt 0.110863 0.911806</w:t>
        <w:br/>
        <w:t>vt 0.139324 0.914354</w:t>
        <w:br/>
        <w:t>vt 0.201472 0.927548</w:t>
        <w:br/>
        <w:t>vt 0.286895 0.787821</w:t>
        <w:br/>
        <w:t>vt 0.301933 0.787821</w:t>
        <w:br/>
        <w:t>vt 0.301933 0.790978</w:t>
        <w:br/>
        <w:t>vt 0.286895 0.790978</w:t>
        <w:br/>
        <w:t>vt 0.208649 0.787821</w:t>
        <w:br/>
        <w:t>vt 0.208649 0.790978</w:t>
        <w:br/>
        <w:t>vt 0.191630 0.790978</w:t>
        <w:br/>
        <w:t>vt 0.191630 0.787821</w:t>
        <w:br/>
        <w:t>vt 0.226568 0.787821</w:t>
        <w:br/>
        <w:t>vt 0.246878 0.787821</w:t>
        <w:br/>
        <w:t>vt 0.246878 0.790978</w:t>
        <w:br/>
        <w:t>vt 0.226568 0.790978</w:t>
        <w:br/>
        <w:t>vt 0.268607 0.787821</w:t>
        <w:br/>
        <w:t>vt 0.268607 0.790978</w:t>
        <w:br/>
        <w:t>vt 0.156180 0.790978</w:t>
        <w:br/>
        <w:t>vt 0.156180 0.787821</w:t>
        <w:br/>
        <w:t>vt 0.172219 0.787821</w:t>
        <w:br/>
        <w:t>vt 0.172219 0.790978</w:t>
        <w:br/>
        <w:t>vt 0.110863 0.819034</w:t>
        <w:br/>
        <w:t>vt 0.120170 0.816741</w:t>
        <w:br/>
        <w:t>vt 0.123170 0.806284</w:t>
        <w:br/>
        <w:t>vt 0.127225 0.802156</w:t>
        <w:br/>
        <w:t>vt 0.132248 0.804833</w:t>
        <w:br/>
        <w:t>vt 0.126660 0.810995</w:t>
        <w:br/>
        <w:t>vt 0.129441 0.797451</w:t>
        <w:br/>
        <w:t>vt 0.135312 0.797451</w:t>
        <w:br/>
        <w:t>vt 0.302999 0.786598</w:t>
        <w:br/>
        <w:t>vt 0.308497 0.786598</w:t>
        <w:br/>
        <w:t>vt 0.308497 0.792282</w:t>
        <w:br/>
        <w:t>vt 0.302999 0.792282</w:t>
        <w:br/>
        <w:t>vt 0.110863 0.811949</w:t>
        <w:br/>
        <w:t>vt 0.117609 0.809828</w:t>
        <w:br/>
        <w:t>vt 0.119474 0.815307</w:t>
        <w:br/>
        <w:t>vt 0.110863 0.817620</w:t>
        <w:br/>
        <w:t>vt 0.308497 0.786598</w:t>
        <w:br/>
        <w:t>vt 0.313691 0.786598</w:t>
        <w:br/>
        <w:t>vt 0.313691 0.792282</w:t>
        <w:br/>
        <w:t>vt 0.308497 0.792282</w:t>
        <w:br/>
        <w:t>vt 0.318732 0.786598</w:t>
        <w:br/>
        <w:t>vt 0.318732 0.792282</w:t>
        <w:br/>
        <w:t>vt 0.324194 0.786598</w:t>
        <w:br/>
        <w:t>vt 0.324194 0.792282</w:t>
        <w:br/>
        <w:t>vt 0.330212 0.786598</w:t>
        <w:br/>
        <w:t>vt 0.330212 0.792282</w:t>
        <w:br/>
        <w:t>vt 0.119474 0.815307</w:t>
        <w:br/>
        <w:t>vt 0.110863 0.819034</w:t>
        <w:br/>
        <w:t>vt 0.110863 0.817620</w:t>
        <w:br/>
        <w:t>vt 0.220172 0.797451</w:t>
        <w:br/>
        <w:t>vt 0.196378 0.797451</w:t>
        <w:br/>
        <w:t>vt 0.172971 0.797451</w:t>
        <w:br/>
        <w:t>vt 0.163355 0.944595</w:t>
        <w:br/>
        <w:t>vt 0.214741 0.867961</w:t>
        <w:br/>
        <w:t>vt 0.123046 0.914642</w:t>
        <w:br/>
        <w:t>vt 0.241848 0.978978</w:t>
        <w:br/>
        <w:t>vt 0.234701 0.988491</w:t>
        <w:br/>
        <w:t>vt 0.212362 0.977979</w:t>
        <w:br/>
        <w:t>vt 0.721099 0.484600</w:t>
        <w:br/>
        <w:t>vt 0.721099 0.488822</w:t>
        <w:br/>
        <w:t>vt 0.711675 0.488822</w:t>
        <w:br/>
        <w:t>vt 0.711675 0.484600</w:t>
        <w:br/>
        <w:t>vt 0.664779 0.484600</w:t>
        <w:br/>
        <w:t>vt 0.670212 0.484600</w:t>
        <w:br/>
        <w:t>vt 0.670212 0.488822</w:t>
        <w:br/>
        <w:t>vt 0.664779 0.488822</w:t>
        <w:br/>
        <w:t>vt 0.675878 0.484600</w:t>
        <w:br/>
        <w:t>vt 0.675878 0.488822</w:t>
        <w:br/>
        <w:t>vt 0.730272 0.484600</w:t>
        <w:br/>
        <w:t>vt 0.730272 0.488822</w:t>
        <w:br/>
        <w:t>vt 0.735072 0.484600</w:t>
        <w:br/>
        <w:t>vt 0.735072 0.488822</w:t>
        <w:br/>
        <w:t>vt 0.739871 0.484600</w:t>
        <w:br/>
        <w:t>vt 0.752473 0.484600</w:t>
        <w:br/>
        <w:t>vt 0.752473 0.488822</w:t>
        <w:br/>
        <w:t>vt 0.739871 0.488822</w:t>
        <w:br/>
        <w:t>vt 0.762901 0.484600</w:t>
        <w:br/>
        <w:t>vt 0.762901 0.488822</w:t>
        <w:br/>
        <w:t>vt 0.772356 0.484600</w:t>
        <w:br/>
        <w:t>vt 0.772356 0.488822</w:t>
        <w:br/>
        <w:t>vt 0.683098 0.484600</w:t>
        <w:br/>
        <w:t>vt 0.683098 0.488822</w:t>
        <w:br/>
        <w:t>vt 0.690383 0.484600</w:t>
        <w:br/>
        <w:t>vt 0.690383 0.488822</w:t>
        <w:br/>
        <w:t>vt 0.701338 0.484600</w:t>
        <w:br/>
        <w:t>vt 0.701338 0.488822</w:t>
        <w:br/>
        <w:t>vt 0.780498 0.484600</w:t>
        <w:br/>
        <w:t>vt 0.780498 0.488822</w:t>
        <w:br/>
        <w:t>vt 0.220172 0.867788</w:t>
        <w:br/>
        <w:t>vt 0.875720 0.568610</w:t>
        <w:br/>
        <w:t>vt 0.900847 0.555436</w:t>
        <w:br/>
        <w:t>vt 0.876944 0.550209</w:t>
        <w:br/>
        <w:t>vt 0.926149 0.579101</w:t>
        <w:br/>
        <w:t>vt 0.926778 0.557137</w:t>
        <w:br/>
        <w:t>vt 0.899941 0.580803</w:t>
        <w:br/>
        <w:t>vt 0.972981 0.580431</w:t>
        <w:br/>
        <w:t>vt 0.996103 0.579278</w:t>
        <w:br/>
        <w:t>vt 0.996103 0.562130</w:t>
        <w:br/>
        <w:t>vt 0.974076 0.561422</w:t>
        <w:br/>
        <w:t>vt 0.951251 0.579164</w:t>
        <w:br/>
        <w:t>vt 0.952636 0.557693</w:t>
        <w:br/>
        <w:t>vt 0.874351 0.586546</w:t>
        <w:br/>
        <w:t>vt 0.970525 0.605977</w:t>
        <w:br/>
        <w:t>vt 0.996103 0.605977</w:t>
        <w:br/>
        <w:t>vt 0.996103 0.598655</w:t>
        <w:br/>
        <w:t>vt 0.970609 0.598655</w:t>
        <w:br/>
        <w:t>vt 0.949034 0.598655</w:t>
        <w:br/>
        <w:t>vt 0.948484 0.605977</w:t>
        <w:br/>
        <w:t>vt 0.924902 0.598655</w:t>
        <w:br/>
        <w:t>vt 0.923867 0.605977</w:t>
        <w:br/>
        <w:t>vt 0.899557 0.598655</w:t>
        <w:br/>
        <w:t>vt 0.898343 0.605977</w:t>
        <w:br/>
        <w:t>vt 0.874165 0.598655</w:t>
        <w:br/>
        <w:t>vt 0.873275 0.605977</w:t>
        <w:br/>
        <w:t>vt 0.873627 0.596601</w:t>
        <w:br/>
        <w:t>vt 0.898747 0.596601</w:t>
        <w:br/>
        <w:t>vt 0.924626 0.596601</w:t>
        <w:br/>
        <w:t>vt 0.949203 0.596601</w:t>
        <w:br/>
        <w:t>vt 0.970930 0.596601</w:t>
        <w:br/>
        <w:t>vt 0.996103 0.596601</w:t>
        <w:br/>
        <w:t>vt 0.970568 0.608038</w:t>
        <w:br/>
        <w:t>vt 0.996103 0.608038</w:t>
        <w:br/>
        <w:t>vt 0.948426 0.608038</w:t>
        <w:br/>
        <w:t>vt 0.924171 0.608038</w:t>
        <w:br/>
        <w:t>vt 0.898279 0.608038</w:t>
        <w:br/>
        <w:t>vt 0.873041 0.608038</w:t>
        <w:br/>
        <w:t>vt 0.949034 0.598655</w:t>
        <w:br/>
        <w:t>vt 0.949203 0.596601</w:t>
        <w:br/>
        <w:t>vt 0.970609 0.598655</w:t>
        <w:br/>
        <w:t>vt 0.970930 0.596601</w:t>
        <w:br/>
        <w:t>vt 0.996103 0.598655</w:t>
        <w:br/>
        <w:t>vt 0.996103 0.596601</w:t>
        <w:br/>
        <w:t>vt 0.031154 0.766096</w:t>
        <w:br/>
        <w:t>vt 0.047128 0.768935</w:t>
        <w:br/>
        <w:t>vt 0.049016 0.754713</w:t>
        <w:br/>
        <w:t>vt 0.031849 0.749154</w:t>
        <w:br/>
        <w:t>vt 0.046108 0.776082</w:t>
        <w:br/>
        <w:t>vt 0.031494 0.782303</w:t>
        <w:br/>
        <w:t>vt 0.062270 0.772091</w:t>
        <w:br/>
        <w:t>vt 0.064140 0.759886</w:t>
        <w:br/>
        <w:t>vt 0.060838 0.782749</w:t>
        <w:br/>
        <w:t>vt 0.015187 0.763981</w:t>
        <w:br/>
        <w:t>vt 0.015566 0.745735</w:t>
        <w:br/>
        <w:t>vt 0.015230 0.781479</w:t>
        <w:br/>
        <w:t>vt 0.077646 0.777284</w:t>
        <w:br/>
        <w:t>vt 0.077382 0.786248</w:t>
        <w:br/>
        <w:t>vt 0.077714 0.766781</w:t>
        <w:br/>
        <w:t>vt 0.042882 0.781327</w:t>
        <w:br/>
        <w:t>vt 0.051470 0.784660</w:t>
        <w:br/>
        <w:t>vt 0.056554 0.787812</w:t>
        <w:br/>
        <w:t>vt 0.023622 0.787099</w:t>
        <w:br/>
        <w:t>vt 0.011945 0.789977</w:t>
        <w:br/>
        <w:t>vt 0.002028 0.779502</w:t>
        <w:br/>
        <w:t>vt 0.002028 0.794353</w:t>
        <w:br/>
        <w:t>vt 0.061327 0.789263</w:t>
        <w:br/>
        <w:t>vt 0.065446 0.748685</w:t>
        <w:br/>
        <w:t>vt 0.065320 0.750561</w:t>
        <w:br/>
        <w:t>vt 0.078169 0.758180</w:t>
        <w:br/>
        <w:t>vt 0.101438 0.773330</w:t>
        <w:br/>
        <w:t>vt 0.089476 0.766343</w:t>
        <w:br/>
        <w:t>vt 0.088738 0.772779</w:t>
        <w:br/>
        <w:t>vt 0.100814 0.777891</w:t>
        <w:br/>
        <w:t>vt 0.016999 0.718519</w:t>
        <w:br/>
        <w:t>vt 0.002028 0.715945</w:t>
        <w:br/>
        <w:t>vt 0.002028 0.720252</w:t>
        <w:br/>
        <w:t>vt 0.016472 0.722682</w:t>
        <w:br/>
        <w:t>vt 0.034824 0.727433</w:t>
        <w:br/>
        <w:t>vt 0.034214 0.730258</w:t>
        <w:br/>
        <w:t>vt 0.051953 0.738368</w:t>
        <w:br/>
        <w:t>vt 0.051018 0.740132</w:t>
        <w:br/>
        <w:t>vt 0.002028 0.727825</w:t>
        <w:br/>
        <w:t>vt 0.016058 0.730501</w:t>
        <w:br/>
        <w:t>vt 0.033190 0.736482</w:t>
        <w:br/>
        <w:t>vt 0.049937 0.743864</w:t>
        <w:br/>
        <w:t>vt 0.002028 0.743972</w:t>
        <w:br/>
        <w:t>vt 0.002028 0.762113</w:t>
        <w:br/>
        <w:t>vt 0.032042 0.788893</w:t>
        <w:br/>
        <w:t>vt 0.039174 0.792399</w:t>
        <w:br/>
        <w:t>vt 0.041226 0.785770</w:t>
        <w:br/>
        <w:t>vt 0.048671 0.781707</w:t>
        <w:br/>
        <w:t>vt 0.090287 0.785132</w:t>
        <w:br/>
        <w:t>vt 0.100938 0.786485</w:t>
        <w:br/>
        <w:t>vt 0.108150 0.786240</w:t>
        <w:br/>
        <w:t>vt 0.111414 0.781267</w:t>
        <w:br/>
        <w:t>vt 0.124985 0.785353</w:t>
        <w:br/>
        <w:t>vt 0.136350 0.784918</w:t>
        <w:br/>
        <w:t>vt 0.124613 0.783693</w:t>
        <w:br/>
        <w:t>vt 0.112914 0.779698</w:t>
        <w:br/>
        <w:t>vt 0.116239 0.785699</w:t>
        <w:br/>
        <w:t>vt 0.095925 0.889894</w:t>
        <w:br/>
        <w:t>vt 0.093491 0.866309</w:t>
        <w:br/>
        <w:t>vt 0.080356 0.891319</w:t>
        <w:br/>
        <w:t>vt 0.076619 0.866925</w:t>
        <w:br/>
        <w:t>vt 0.093651 0.811966</w:t>
        <w:br/>
        <w:t>vt 0.070248 0.807617</w:t>
        <w:br/>
        <w:t>vt 0.088125 0.805140</w:t>
        <w:br/>
        <w:t>vt 0.084969 0.797451</w:t>
        <w:br/>
        <w:t>vt 0.069102 0.797451</w:t>
        <w:br/>
        <w:t>vt 0.070200 0.824863</w:t>
        <w:br/>
        <w:t>vt 0.072566 0.842078</w:t>
        <w:br/>
        <w:t>vt 0.051660 0.842340</w:t>
        <w:br/>
        <w:t>vt 0.051000 0.824637</w:t>
        <w:br/>
        <w:t>vt 0.024801 0.840566</w:t>
        <w:br/>
        <w:t>vt 0.025380 0.824435</w:t>
        <w:br/>
        <w:t>vt 0.001554 0.839488</w:t>
        <w:br/>
        <w:t>vt 0.001554 0.824171</w:t>
        <w:br/>
        <w:t>vt 0.001554 0.808098</w:t>
        <w:br/>
        <w:t>vt 0.025259 0.807921</w:t>
        <w:br/>
        <w:t>vt 0.048991 0.807933</w:t>
        <w:br/>
        <w:t>vt 0.062254 0.894215</w:t>
        <w:br/>
        <w:t>vt 0.058374 0.869089</w:t>
        <w:br/>
        <w:t>vt 0.048424 0.897433</w:t>
        <w:br/>
        <w:t>vt 0.040714 0.867316</w:t>
        <w:br/>
        <w:t>vt 0.022942 0.860140</w:t>
        <w:br/>
        <w:t>vt 0.001554 0.857973</w:t>
        <w:br/>
        <w:t>vt 0.014989 0.869655</w:t>
        <w:br/>
        <w:t>vt 0.020461 0.873203</w:t>
        <w:br/>
        <w:t>vt 0.032219 0.879736</w:t>
        <w:br/>
        <w:t>vt 0.037870 0.899655</w:t>
        <w:br/>
        <w:t>vt 0.047339 0.921949</w:t>
        <w:br/>
        <w:t>vt 0.035464 0.924334</w:t>
        <w:br/>
        <w:t>vt 0.041212 0.965174</w:t>
        <w:br/>
        <w:t>vt 0.026889 0.965740</w:t>
        <w:br/>
        <w:t>vt 0.030999 0.947262</w:t>
        <w:br/>
        <w:t>vt 0.045411 0.945814</w:t>
        <w:br/>
        <w:t>vt 0.015644 0.945854</w:t>
        <w:br/>
        <w:t>vt 0.012548 0.964325</w:t>
        <w:br/>
        <w:t>vt 0.059077 0.941318</w:t>
        <w:br/>
        <w:t>vt 0.058371 0.944595</w:t>
        <w:br/>
        <w:t>vt 0.048707 0.955096</w:t>
        <w:br/>
        <w:t>vt 0.023503 0.911454</w:t>
        <w:br/>
        <w:t>vt 0.024729 0.897280</w:t>
        <w:br/>
        <w:t>vt 0.023596 0.883230</w:t>
        <w:br/>
        <w:t>vt 0.092779 0.841999</w:t>
        <w:br/>
        <w:t>vt 0.090999 0.825057</w:t>
        <w:br/>
        <w:t>vt 0.061747 0.918604</w:t>
        <w:br/>
        <w:t>vt 0.083844 0.923195</w:t>
        <w:br/>
        <w:t>vt 0.069617 0.934352</w:t>
        <w:br/>
        <w:t>vt 0.019267 0.982362</w:t>
        <w:br/>
        <w:t>vt 0.034438 0.975915</w:t>
        <w:br/>
        <w:t>vt 0.029622 0.987114</w:t>
        <w:br/>
        <w:t>vt 0.250430 0.985373</w:t>
        <w:br/>
        <w:t>vt 0.242748 0.994291</w:t>
        <w:br/>
        <w:t>vt 0.252211 0.998825</w:t>
        <w:br/>
        <w:t>vt 0.259583 0.991677</w:t>
        <w:br/>
        <w:t>vt 0.098381 0.912790</w:t>
        <w:br/>
        <w:t>vt 0.082402 0.914354</w:t>
        <w:br/>
        <w:t>vt 0.020247 0.927861</w:t>
        <w:br/>
        <w:t>vt 0.286893 0.787822</w:t>
        <w:br/>
        <w:t>vt 0.286893 0.790978</w:t>
        <w:br/>
        <w:t>vt 0.301933 0.790978</w:t>
        <w:br/>
        <w:t>vt 0.301933 0.787822</w:t>
        <w:br/>
        <w:t>vt 0.191628 0.790978</w:t>
        <w:br/>
        <w:t>vt 0.208648 0.790978</w:t>
        <w:br/>
        <w:t>vt 0.208648 0.787822</w:t>
        <w:br/>
        <w:t>vt 0.191628 0.787822</w:t>
        <w:br/>
        <w:t>vt 0.226567 0.790978</w:t>
        <w:br/>
        <w:t>vt 0.246876 0.790978</w:t>
        <w:br/>
        <w:t>vt 0.246876 0.787822</w:t>
        <w:br/>
        <w:t>vt 0.226567 0.787822</w:t>
        <w:br/>
        <w:t>vt 0.268604 0.790978</w:t>
        <w:br/>
        <w:t>vt 0.268604 0.787822</w:t>
        <w:br/>
        <w:t>vt 0.156179 0.790978</w:t>
        <w:br/>
        <w:t>vt 0.172218 0.790978</w:t>
        <w:br/>
        <w:t>vt 0.172218 0.787822</w:t>
        <w:br/>
        <w:t>vt 0.156179 0.787822</w:t>
        <w:br/>
        <w:t>vt 0.101556 0.816741</w:t>
        <w:br/>
        <w:t>vt 0.089478 0.804833</w:t>
        <w:br/>
        <w:t>vt 0.094500 0.802156</w:t>
        <w:br/>
        <w:t>vt 0.098556 0.806284</w:t>
        <w:br/>
        <w:t>vt 0.095067 0.810995</w:t>
        <w:br/>
        <w:t>vt 0.092285 0.797451</w:t>
        <w:br/>
        <w:t>vt 0.086414 0.797451</w:t>
        <w:br/>
        <w:t>vt 0.302999 0.786599</w:t>
        <w:br/>
        <w:t>vt 0.302999 0.792282</w:t>
        <w:br/>
        <w:t>vt 0.308494 0.792282</w:t>
        <w:br/>
        <w:t>vt 0.308494 0.786599</w:t>
        <w:br/>
        <w:t>vt 0.102252 0.815307</w:t>
        <w:br/>
        <w:t>vt 0.104117 0.809828</w:t>
        <w:br/>
        <w:t>vt 0.308494 0.786599</w:t>
        <w:br/>
        <w:t>vt 0.308494 0.792282</w:t>
        <w:br/>
        <w:t>vt 0.313688 0.792282</w:t>
        <w:br/>
        <w:t>vt 0.313688 0.786599</w:t>
        <w:br/>
        <w:t>vt 0.318729 0.792282</w:t>
        <w:br/>
        <w:t>vt 0.318729 0.786599</w:t>
        <w:br/>
        <w:t>vt 0.324192 0.792282</w:t>
        <w:br/>
        <w:t>vt 0.324192 0.786599</w:t>
        <w:br/>
        <w:t>vt 0.330209 0.792282</w:t>
        <w:br/>
        <w:t>vt 0.330209 0.786599</w:t>
        <w:br/>
        <w:t>vt 0.102252 0.815307</w:t>
        <w:br/>
        <w:t>vt 0.001554 0.797451</w:t>
        <w:br/>
        <w:t>vt 0.025348 0.797451</w:t>
        <w:br/>
        <w:t>vt 0.048756 0.797451</w:t>
        <w:br/>
        <w:t>vt 0.058371 0.944595</w:t>
        <w:br/>
        <w:t>vt 0.006985 0.867961</w:t>
        <w:br/>
        <w:t>vt 0.098680 0.914642</w:t>
        <w:br/>
        <w:t>vt 0.241848 0.978978</w:t>
        <w:br/>
        <w:t>vt 0.234701 0.988491</w:t>
        <w:br/>
        <w:t>vt 0.009364 0.977979</w:t>
        <w:br/>
        <w:t>vt 0.149304 0.687679</w:t>
        <w:br/>
        <w:t>vt 0.137088 0.687679</w:t>
        <w:br/>
        <w:t>vt 0.137088 0.692385</w:t>
        <w:br/>
        <w:t>vt 0.149304 0.692385</w:t>
        <w:br/>
        <w:t>vt 0.210097 0.692385</w:t>
        <w:br/>
        <w:t>vt 0.210097 0.687679</w:t>
        <w:br/>
        <w:t>vt 0.203053 0.687679</w:t>
        <w:br/>
        <w:t>vt 0.203053 0.692385</w:t>
        <w:br/>
        <w:t>vt 0.195708 0.687679</w:t>
        <w:br/>
        <w:t>vt 0.195708 0.692385</w:t>
        <w:br/>
        <w:t>vt 0.125196 0.687679</w:t>
        <w:br/>
        <w:t>vt 0.125196 0.692385</w:t>
        <w:br/>
        <w:t>vt 0.118975 0.687679</w:t>
        <w:br/>
        <w:t>vt 0.118975 0.692385</w:t>
        <w:br/>
        <w:t>vt 0.112753 0.692385</w:t>
        <w:br/>
        <w:t>vt 0.112753 0.687679</w:t>
        <w:br/>
        <w:t>vt 0.096417 0.687679</w:t>
        <w:br/>
        <w:t>vt 0.096417 0.692385</w:t>
        <w:br/>
        <w:t>vt 0.082899 0.687679</w:t>
        <w:br/>
        <w:t>vt 0.082899 0.692385</w:t>
        <w:br/>
        <w:t>vt 0.070642 0.687679</w:t>
        <w:br/>
        <w:t>vt 0.070642 0.692385</w:t>
        <w:br/>
        <w:t>vt 0.186349 0.687679</w:t>
        <w:br/>
        <w:t>vt 0.186349 0.692385</w:t>
        <w:br/>
        <w:t>vt 0.176905 0.687679</w:t>
        <w:br/>
        <w:t>vt 0.176905 0.692385</w:t>
        <w:br/>
        <w:t>vt 0.162705 0.687679</w:t>
        <w:br/>
        <w:t>vt 0.162705 0.692385</w:t>
        <w:br/>
        <w:t>vt 0.060088 0.687679</w:t>
        <w:br/>
        <w:t>vt 0.060088 0.692385</w:t>
        <w:br/>
        <w:t>vt 0.001554 0.867788</w:t>
        <w:br/>
        <w:t>vt 0.259341 0.654505</w:t>
        <w:br/>
        <w:t>vt 0.259341 0.650648</w:t>
        <w:br/>
        <w:t>vt 0.259341 0.646720</w:t>
        <w:br/>
        <w:t>vt 0.259341 0.659706</w:t>
        <w:br/>
        <w:t>vt 0.259341 0.657101</w:t>
        <w:br/>
        <w:t>vt 0.259341 0.662258</w:t>
        <w:br/>
        <w:t>vt 0.259341 0.664726</w:t>
        <w:br/>
        <w:t>vt 0.259341 0.668073</w:t>
        <w:br/>
        <w:t>vt 0.259341 0.671164</w:t>
        <w:br/>
        <w:t>vt 0.259341 0.674839</w:t>
        <w:br/>
        <w:t>vt 0.259341 0.678232</w:t>
        <w:br/>
        <w:t>vt 0.259341 0.681615</w:t>
        <w:br/>
        <w:t>vt 0.259341 0.688410</w:t>
        <w:br/>
        <w:t>vt 0.259341 0.685174</w:t>
        <w:br/>
        <w:t>vt 0.259341 0.691989</w:t>
        <w:br/>
        <w:t>vt 0.259341 0.642678</w:t>
        <w:br/>
        <w:t>vt 0.259341 0.637463</w:t>
        <w:br/>
        <w:t>vt 0.259341 0.716495</w:t>
        <w:br/>
        <w:t>vt 0.259341 0.712192</w:t>
        <w:br/>
        <w:t>vt 0.269762 0.706158</w:t>
        <w:br/>
        <w:t>vt 0.259341 0.720528</w:t>
        <w:br/>
        <w:t>vt 0.491981 0.343185</w:t>
        <w:br/>
        <w:t>vt 0.497863 0.349903</w:t>
        <w:br/>
        <w:t>vt 0.495470 0.355398</w:t>
        <w:br/>
        <w:t>vt 0.483128 0.354705</w:t>
        <w:br/>
        <w:t>vt 0.492134 0.336347</w:t>
        <w:br/>
        <w:t>vt 0.484191 0.342888</w:t>
        <w:br/>
        <w:t>vt 0.486442 0.331564</w:t>
        <w:br/>
        <w:t>vt 0.496587 0.323814</w:t>
        <w:br/>
        <w:t>vt 0.491337 0.320415</w:t>
        <w:br/>
        <w:t>vt 0.505086 0.309172</w:t>
        <w:br/>
        <w:t>vt 0.498927 0.303684</w:t>
        <w:br/>
        <w:t>vt 0.495055 0.360164</w:t>
        <w:br/>
        <w:t>vt 0.478399 0.359550</w:t>
        <w:br/>
        <w:t>vt 0.481083 0.356879</w:t>
        <w:br/>
        <w:t>vt 0.495903 0.357284</w:t>
        <w:br/>
        <w:t>vt 0.502280 0.345144</w:t>
        <w:br/>
        <w:t>vt 0.500548 0.346884</w:t>
        <w:br/>
        <w:t>vt 0.495875 0.340733</w:t>
        <w:br/>
        <w:t>vt 0.498233 0.339605</w:t>
        <w:br/>
        <w:t>vt 0.503810 0.363599</w:t>
        <w:br/>
        <w:t>vt 0.501945 0.365801</w:t>
        <w:br/>
        <w:t>vt 0.497813 0.337153</w:t>
        <w:br/>
        <w:t>vt 0.494975 0.337044</w:t>
        <w:br/>
        <w:t>vt 0.481655 0.342740</w:t>
        <w:br/>
        <w:t>vt 0.478765 0.343062</w:t>
        <w:br/>
        <w:t>vt 0.481490 0.329664</w:t>
        <w:br/>
        <w:t>vt 0.484235 0.330377</w:t>
        <w:br/>
        <w:t>vt 0.486750 0.317334</w:t>
        <w:br/>
        <w:t>vt 0.488886 0.318664</w:t>
        <w:br/>
        <w:t>vt 0.499411 0.324961</w:t>
        <w:br/>
        <w:t>vt 0.502470 0.325741</w:t>
        <w:br/>
        <w:t>vt 0.496783 0.298874</w:t>
        <w:br/>
        <w:t>vt 0.497697 0.300729</w:t>
        <w:br/>
        <w:t>vt 0.507293 0.309976</w:t>
        <w:br/>
        <w:t>vt 0.509580 0.310124</w:t>
        <w:br/>
        <w:t>vt 0.481083 0.356879</w:t>
        <w:br/>
        <w:t>vt 0.498927 0.303684</w:t>
        <w:br/>
        <w:t>vt 0.510700 0.355464</w:t>
        <w:br/>
        <w:t>vt 0.508935 0.357549</w:t>
        <w:br/>
        <w:t>vt 0.505399 0.361723</w:t>
        <w:br/>
        <w:t>vt 0.512305 0.353568</w:t>
        <w:br/>
        <w:t>vt 0.478399 0.359550</w:t>
        <w:br/>
        <w:t>vt 0.067728 0.461721</w:t>
        <w:br/>
        <w:t>vt 0.067728 0.456960</w:t>
        <w:br/>
        <w:t>vt 0.068664 0.456960</w:t>
        <w:br/>
        <w:t>vt 0.068664 0.461721</w:t>
        <w:br/>
        <w:t>vt 0.065086 0.461721</w:t>
        <w:br/>
        <w:t>vt 0.065086 0.456960</w:t>
        <w:br/>
        <w:t>vt 0.058959 0.461721</w:t>
        <w:br/>
        <w:t>vt 0.058959 0.456960</w:t>
        <w:br/>
        <w:t>vt 0.053579 0.461721</w:t>
        <w:br/>
        <w:t>vt 0.053579 0.456960</w:t>
        <w:br/>
        <w:t>vt 0.048425 0.461721</w:t>
        <w:br/>
        <w:t>vt 0.048425 0.456960</w:t>
        <w:br/>
        <w:t>vt 0.045473 0.461721</w:t>
        <w:br/>
        <w:t>vt 0.045473 0.456960</w:t>
        <w:br/>
        <w:t>vt 0.043044 0.456960</w:t>
        <w:br/>
        <w:t>vt 0.043044 0.461721</w:t>
        <w:br/>
        <w:t>vt 0.039989 0.456960</w:t>
        <w:br/>
        <w:t>vt 0.039989 0.461721</w:t>
        <w:br/>
        <w:t>vt 0.036268 0.456960</w:t>
        <w:br/>
        <w:t>vt 0.036268 0.461721</w:t>
        <w:br/>
        <w:t>vt 0.031248 0.456960</w:t>
        <w:br/>
        <w:t>vt 0.031248 0.461721</w:t>
        <w:br/>
        <w:t>vt 0.026081 0.456960</w:t>
        <w:br/>
        <w:t>vt 0.026081 0.461721</w:t>
        <w:br/>
        <w:t>vt 0.020408 0.456960</w:t>
        <w:br/>
        <w:t>vt 0.020408 0.461721</w:t>
        <w:br/>
        <w:t>vt 0.018026 0.456960</w:t>
        <w:br/>
        <w:t>vt 0.018026 0.461721</w:t>
        <w:br/>
        <w:t>vt 0.017183 0.461721</w:t>
        <w:br/>
        <w:t>vt 0.017183 0.456960</w:t>
        <w:br/>
        <w:t>vt 0.067532 0.455199</w:t>
        <w:br/>
        <w:t>vt 0.066830 0.455199</w:t>
        <w:br/>
        <w:t>vt 0.066830 0.450462</w:t>
        <w:br/>
        <w:t>vt 0.067532 0.450462</w:t>
        <w:br/>
        <w:t>vt 0.064290 0.455199</w:t>
        <w:br/>
        <w:t>vt 0.064290 0.450462</w:t>
        <w:br/>
        <w:t>vt 0.058205 0.455199</w:t>
        <w:br/>
        <w:t>vt 0.058205 0.450462</w:t>
        <w:br/>
        <w:t>vt 0.052915 0.455199</w:t>
        <w:br/>
        <w:t>vt 0.052915 0.450462</w:t>
        <w:br/>
        <w:t>vt 0.047866 0.455199</w:t>
        <w:br/>
        <w:t>vt 0.047866 0.450462</w:t>
        <w:br/>
        <w:t>vt 0.045113 0.455199</w:t>
        <w:br/>
        <w:t>vt 0.045113 0.450462</w:t>
        <w:br/>
        <w:t>vt 0.042905 0.455199</w:t>
        <w:br/>
        <w:t>vt 0.042905 0.450462</w:t>
        <w:br/>
        <w:t>vt 0.040134 0.455199</w:t>
        <w:br/>
        <w:t>vt 0.040134 0.450462</w:t>
        <w:br/>
        <w:t>vt 0.036628 0.455199</w:t>
        <w:br/>
        <w:t>vt 0.036628 0.450462</w:t>
        <w:br/>
        <w:t>vt 0.031553 0.455199</w:t>
        <w:br/>
        <w:t>vt 0.031553 0.450462</w:t>
        <w:br/>
        <w:t>vt 0.026295 0.455199</w:t>
        <w:br/>
        <w:t>vt 0.026295 0.450462</w:t>
        <w:br/>
        <w:t>vt 0.020536 0.455199</w:t>
        <w:br/>
        <w:t>vt 0.020536 0.450462</w:t>
        <w:br/>
        <w:t>vt 0.018295 0.455199</w:t>
        <w:br/>
        <w:t>vt 0.018295 0.450462</w:t>
        <w:br/>
        <w:t>vt 0.017779 0.455199</w:t>
        <w:br/>
        <w:t>vt 0.017779 0.450462</w:t>
        <w:br/>
        <w:t>vt 0.017123 0.445876</w:t>
        <w:br/>
        <w:t>vt 0.017123 0.444908</w:t>
        <w:br/>
        <w:t>vt 0.018206 0.444908</w:t>
        <w:br/>
        <w:t>vt 0.018199 0.445876</w:t>
        <w:br/>
        <w:t>vt 0.018424 0.448339</w:t>
        <w:br/>
        <w:t>vt 0.017471 0.448339</w:t>
        <w:br/>
        <w:t>vt 0.017471 0.447370</w:t>
        <w:br/>
        <w:t>vt 0.018427 0.447370</w:t>
        <w:br/>
        <w:t>vt 0.020976 0.444908</w:t>
        <w:br/>
        <w:t>vt 0.020979 0.445876</w:t>
        <w:br/>
        <w:t>vt 0.021084 0.448339</w:t>
        <w:br/>
        <w:t>vt 0.021090 0.447370</w:t>
        <w:br/>
        <w:t>vt 0.027203 0.444908</w:t>
        <w:br/>
        <w:t>vt 0.027195 0.445876</w:t>
        <w:br/>
        <w:t>vt 0.027126 0.448339</w:t>
        <w:br/>
        <w:t>vt 0.027123 0.447370</w:t>
        <w:br/>
        <w:t>vt 0.032643 0.444908</w:t>
        <w:br/>
        <w:t>vt 0.032604 0.445876</w:t>
        <w:br/>
        <w:t>vt 0.032435 0.447370</w:t>
        <w:br/>
        <w:t>vt 0.032472 0.448339</w:t>
        <w:br/>
        <w:t>vt 0.037809 0.444908</w:t>
        <w:br/>
        <w:t>vt 0.037805 0.445876</w:t>
        <w:br/>
        <w:t>vt 0.037559 0.447370</w:t>
        <w:br/>
        <w:t>vt 0.037561 0.448339</w:t>
        <w:br/>
        <w:t>vt 0.040807 0.444908</w:t>
        <w:br/>
        <w:t>vt 0.040812 0.445876</w:t>
        <w:br/>
        <w:t>vt 0.040522 0.447370</w:t>
        <w:br/>
        <w:t>vt 0.040519 0.448339</w:t>
        <w:br/>
        <w:t>vt 0.043287 0.444908</w:t>
        <w:br/>
        <w:t>vt 0.043312 0.445876</w:t>
        <w:br/>
        <w:t>vt 0.042981 0.448339</w:t>
        <w:br/>
        <w:t>vt 0.043002 0.447370</w:t>
        <w:br/>
        <w:t>vt 0.046387 0.444908</w:t>
        <w:br/>
        <w:t>vt 0.046388 0.445876</w:t>
        <w:br/>
        <w:t>vt 0.046052 0.447370</w:t>
        <w:br/>
        <w:t>vt 0.046054 0.448339</w:t>
        <w:br/>
        <w:t>vt 0.050189 0.444908</w:t>
        <w:br/>
        <w:t>vt 0.050161 0.445876</w:t>
        <w:br/>
        <w:t>vt 0.049833 0.448339</w:t>
        <w:br/>
        <w:t>vt 0.049802 0.447370</w:t>
        <w:br/>
        <w:t>vt 0.055408 0.444908</w:t>
        <w:br/>
        <w:t>vt 0.055431 0.445876</w:t>
        <w:br/>
        <w:t>vt 0.055040 0.448339</w:t>
        <w:br/>
        <w:t>vt 0.055060 0.447370</w:t>
        <w:br/>
        <w:t>vt 0.060847 0.444908</w:t>
        <w:br/>
        <w:t>vt 0.060856 0.445876</w:t>
        <w:br/>
        <w:t>vt 0.060482 0.448339</w:t>
        <w:br/>
        <w:t>vt 0.060491 0.447370</w:t>
        <w:br/>
        <w:t>vt 0.066733 0.444908</w:t>
        <w:br/>
        <w:t>vt 0.066733 0.445876</w:t>
        <w:br/>
        <w:t>vt 0.066438 0.447370</w:t>
        <w:br/>
        <w:t>vt 0.066439 0.448339</w:t>
        <w:br/>
        <w:t>vt 0.069237 0.444908</w:t>
        <w:br/>
        <w:t>vt 0.069220 0.445876</w:t>
        <w:br/>
        <w:t>vt 0.069073 0.447370</w:t>
        <w:br/>
        <w:t>vt 0.069082 0.448339</w:t>
        <w:br/>
        <w:t>vt 0.070146 0.444908</w:t>
        <w:br/>
        <w:t>vt 0.070146 0.445876</w:t>
        <w:br/>
        <w:t>vt 0.070139 0.447370</w:t>
        <w:br/>
        <w:t>vt 0.070139 0.448339</w:t>
        <w:br/>
        <w:t>vt 0.488281 0.986773</w:t>
        <w:br/>
        <w:t>vt 0.480519 0.987203</w:t>
        <w:br/>
        <w:t>vt 0.480519 0.977277</w:t>
        <w:br/>
        <w:t>vt 0.690445 0.993019</w:t>
        <w:br/>
        <w:t>vt 0.682491 0.993019</w:t>
        <w:br/>
        <w:t>vt 0.681096 0.983178</w:t>
        <w:br/>
        <w:t>vt 0.698737 0.983344</w:t>
        <w:br/>
        <w:t>vt 0.699631 0.993019</w:t>
        <w:br/>
        <w:t>vt 0.675555 0.993019</w:t>
        <w:br/>
        <w:t>vt 0.671108 0.993019</w:t>
        <w:br/>
        <w:t>vt 0.480519 0.916369</w:t>
        <w:br/>
        <w:t>vt 0.503916 0.916808</w:t>
        <w:br/>
        <w:t>vt 0.502169 0.942619</w:t>
        <w:br/>
        <w:t>vt 0.480519 0.941860</w:t>
        <w:br/>
        <w:t>vt 0.691504 0.922917</w:t>
        <w:br/>
        <w:t>vt 0.714975 0.922740</w:t>
        <w:br/>
        <w:t>vt 0.714975 0.947352</w:t>
        <w:br/>
        <w:t>vt 0.691423 0.948000</w:t>
        <w:br/>
        <w:t>vt 0.672988 0.922479</w:t>
        <w:br/>
        <w:t>vt 0.672037 0.947084</w:t>
        <w:br/>
        <w:t>vt 0.519143 0.917586</w:t>
        <w:br/>
        <w:t>vt 0.515759 0.942570</w:t>
        <w:br/>
        <w:t>vt 0.502236 0.786093</w:t>
        <w:br/>
        <w:t>vt 0.503492 0.798462</w:t>
        <w:br/>
        <w:t>vt 0.480519 0.797630</w:t>
        <w:br/>
        <w:t>vt 0.480519 0.785679</w:t>
        <w:br/>
        <w:t>vt 0.693094 0.794609</w:t>
        <w:br/>
        <w:t>vt 0.714975 0.793385</w:t>
        <w:br/>
        <w:t>vt 0.714975 0.803782</w:t>
        <w:br/>
        <w:t>vt 0.693094 0.805853</w:t>
        <w:br/>
        <w:t>vt 0.667631 0.809414</w:t>
        <w:br/>
        <w:t>vt 0.666808 0.796621</w:t>
        <w:br/>
        <w:t>vt 0.669487 0.789374</w:t>
        <w:br/>
        <w:t>vt 0.693094 0.792515</w:t>
        <w:br/>
        <w:t>vt 0.669601 0.794251</w:t>
        <w:br/>
        <w:t>vt 0.505576 0.868562</w:t>
        <w:br/>
        <w:t>vt 0.505204 0.892310</w:t>
        <w:br/>
        <w:t>vt 0.480519 0.891759</w:t>
        <w:br/>
        <w:t>vt 0.480519 0.868318</w:t>
        <w:br/>
        <w:t>vt 0.714975 0.847090</w:t>
        <w:br/>
        <w:t>vt 0.714975 0.858194</w:t>
        <w:br/>
        <w:t>vt 0.693094 0.857871</w:t>
        <w:br/>
        <w:t>vt 0.693094 0.845548</w:t>
        <w:br/>
        <w:t>vt 0.672547 0.857356</w:t>
        <w:br/>
        <w:t>vt 0.671716 0.842991</w:t>
        <w:br/>
        <w:t>vt 0.523252 0.715876</w:t>
        <w:br/>
        <w:t>vt 0.524595 0.724231</w:t>
        <w:br/>
        <w:t>vt 0.522284 0.723900</w:t>
        <w:br/>
        <w:t>vt 0.518551 0.715876</w:t>
        <w:br/>
        <w:t>vt 0.522259 0.851996</w:t>
        <w:br/>
        <w:t>vt 0.505894 0.851098</w:t>
        <w:br/>
        <w:t>vt 0.506015 0.838514</w:t>
        <w:br/>
        <w:t>vt 0.523670 0.837550</w:t>
        <w:br/>
        <w:t>vt 0.492398 0.715876</w:t>
        <w:br/>
        <w:t>vt 0.494696 0.723900</w:t>
        <w:br/>
        <w:t>vt 0.480519 0.723900</w:t>
        <w:br/>
        <w:t>vt 0.480519 0.715876</w:t>
        <w:br/>
        <w:t>vt 0.693094 0.779590</w:t>
        <w:br/>
        <w:t>vt 0.714975 0.783409</w:t>
        <w:br/>
        <w:t>vt 0.714975 0.791984</w:t>
        <w:br/>
        <w:t>vt 0.690855 0.720556</w:t>
        <w:br/>
        <w:t>vt 0.705782 0.720556</w:t>
        <w:br/>
        <w:t>vt 0.704083 0.728561</w:t>
        <w:br/>
        <w:t>vt 0.688740 0.728561</w:t>
        <w:br/>
        <w:t>vt 0.674273 0.719182</w:t>
        <w:br/>
        <w:t>vt 0.674920 0.728681</w:t>
        <w:br/>
        <w:t>vt 0.672983 0.727923</w:t>
        <w:br/>
        <w:t>vt 0.524168 0.784207</w:t>
        <w:br/>
        <w:t>vt 0.524683 0.789795</w:t>
        <w:br/>
        <w:t>vt 0.502817 0.784864</w:t>
        <w:br/>
        <w:t>vt 0.505730 0.965904</w:t>
        <w:br/>
        <w:t>vt 0.495073 0.965735</w:t>
        <w:br/>
        <w:t>vt 0.499132 0.955330</w:t>
        <w:br/>
        <w:t>vt 0.510146 0.956574</w:t>
        <w:br/>
        <w:t>vt 0.480519 0.964762</w:t>
        <w:br/>
        <w:t>vt 0.480519 0.955511</w:t>
        <w:br/>
        <w:t>vt 0.694721 0.970154</w:t>
        <w:br/>
        <w:t>vt 0.692945 0.960546</w:t>
        <w:br/>
        <w:t>vt 0.714975 0.959642</w:t>
        <w:br/>
        <w:t>vt 0.714975 0.967646</w:t>
        <w:br/>
        <w:t>vt 0.670629 0.971828</w:t>
        <w:br/>
        <w:t>vt 0.671578 0.961118</w:t>
        <w:br/>
        <w:t>vt 0.693094 0.898462</w:t>
        <w:br/>
        <w:t>vt 0.714975 0.898309</w:t>
        <w:br/>
        <w:t>vt 0.674155 0.898453</w:t>
        <w:br/>
        <w:t>vt 0.520787 0.893268</w:t>
        <w:br/>
        <w:t>vt 0.508027 0.715876</w:t>
        <w:br/>
        <w:t>vt 0.509872 0.723900</w:t>
        <w:br/>
        <w:t>vt 0.495183 0.725761</w:t>
        <w:br/>
        <w:t>vt 0.503084 0.741543</w:t>
        <w:br/>
        <w:t>vt 0.480519 0.740264</w:t>
        <w:br/>
        <w:t>vt 0.480519 0.725761</w:t>
        <w:br/>
        <w:t>vt 0.714975 0.720556</w:t>
        <w:br/>
        <w:t>vt 0.714975 0.728561</w:t>
        <w:br/>
        <w:t>vt 0.693318 0.745366</w:t>
        <w:br/>
        <w:t>vt 0.678689 0.730334</w:t>
        <w:br/>
        <w:t>vt 0.688127 0.730370</w:t>
        <w:br/>
        <w:t>vt 0.703578 0.730370</w:t>
        <w:br/>
        <w:t>vt 0.714975 0.741000</w:t>
        <w:br/>
        <w:t>vt 0.714975 0.754011</w:t>
        <w:br/>
        <w:t>vt 0.524629 0.770681</w:t>
        <w:br/>
        <w:t>vt 0.501949 0.772459</w:t>
        <w:br/>
        <w:t>vt 0.501731 0.757803</w:t>
        <w:br/>
        <w:t>vt 0.524640 0.753025</w:t>
        <w:br/>
        <w:t>vt 0.501384 0.756152</w:t>
        <w:br/>
        <w:t>vt 0.480519 0.767298</w:t>
        <w:br/>
        <w:t>vt 0.480519 0.752874</w:t>
        <w:br/>
        <w:t>vt 0.503560 0.743146</w:t>
        <w:br/>
        <w:t>vt 0.670408 0.741942</w:t>
        <w:br/>
        <w:t>vt 0.693318 0.747458</w:t>
        <w:br/>
        <w:t>vt 0.693318 0.761231</w:t>
        <w:br/>
        <w:t>vt 0.693318 0.763115</w:t>
        <w:br/>
        <w:t>vt 0.669740 0.757108</w:t>
        <w:br/>
        <w:t>vt 0.670445 0.744278</w:t>
        <w:br/>
        <w:t>vt 0.480519 0.751080</w:t>
        <w:br/>
        <w:t>vt 0.510163 0.725761</w:t>
        <w:br/>
        <w:t>vt 0.714975 0.730370</w:t>
        <w:br/>
        <w:t>vt 0.714975 0.755605</w:t>
        <w:br/>
        <w:t>vt 0.714975 0.770647</w:t>
        <w:br/>
        <w:t>vt 0.480519 0.776874</w:t>
        <w:br/>
        <w:t>vt 0.480519 0.769270</w:t>
        <w:br/>
        <w:t>vt 0.714975 0.772513</w:t>
        <w:br/>
        <w:t>vt 0.480519 0.784368</w:t>
        <w:br/>
        <w:t>vt 0.503091 0.800022</w:t>
        <w:br/>
        <w:t>vt 0.503453 0.807361</w:t>
        <w:br/>
        <w:t>vt 0.480519 0.809628</w:t>
        <w:br/>
        <w:t>vt 0.480519 0.799035</w:t>
        <w:br/>
        <w:t>vt 0.714975 0.815373</w:t>
        <w:br/>
        <w:t>vt 0.693094 0.814848</w:t>
        <w:br/>
        <w:t>vt 0.693094 0.807540</w:t>
        <w:br/>
        <w:t>vt 0.714975 0.805018</w:t>
        <w:br/>
        <w:t>vt 0.670512 0.810470</w:t>
        <w:br/>
        <w:t>vt 0.523582 0.804188</w:t>
        <w:br/>
        <w:t>vt 0.503928 0.828043</w:t>
        <w:br/>
        <w:t>vt 0.480519 0.828991</w:t>
        <w:br/>
        <w:t>vt 0.480519 0.817474</w:t>
        <w:br/>
        <w:t>vt 0.503895 0.814514</w:t>
        <w:br/>
        <w:t>vt 0.693094 0.833917</w:t>
        <w:br/>
        <w:t>vt 0.693094 0.821993</w:t>
        <w:br/>
        <w:t>vt 0.714975 0.823125</w:t>
        <w:br/>
        <w:t>vt 0.714975 0.835032</w:t>
        <w:br/>
        <w:t>vt 0.672189 0.831817</w:t>
        <w:br/>
        <w:t>vt 0.670444 0.820475</w:t>
        <w:br/>
        <w:t>vt 0.523122 0.825064</w:t>
        <w:br/>
        <w:t>vt 0.524331 0.813718</w:t>
        <w:br/>
        <w:t>vt 0.503224 0.987002</w:t>
        <w:br/>
        <w:t>vt 0.502270 0.977800</w:t>
        <w:br/>
        <w:t>vt 0.515495 0.977278</w:t>
        <w:br/>
        <w:t>vt 0.515972 0.987002</w:t>
        <w:br/>
        <w:t>vt 0.574062 0.975010</w:t>
        <w:br/>
        <w:t>vt 0.572508 0.987002</w:t>
        <w:br/>
        <w:t>vt 0.557255 0.987002</w:t>
        <w:br/>
        <w:t>vt 0.557123 0.975599</w:t>
        <w:br/>
        <w:t>vt 0.628128 0.977547</w:t>
        <w:br/>
        <w:t>vt 0.627070 0.987002</w:t>
        <w:br/>
        <w:t>vt 0.615310 0.987002</w:t>
        <w:br/>
        <w:t>vt 0.609956 0.975566</w:t>
        <w:br/>
        <w:t>vt 0.592162 0.987002</w:t>
        <w:br/>
        <w:t>vt 0.592911 0.982763</w:t>
        <w:br/>
        <w:t>vt 0.598904 0.982460</w:t>
        <w:br/>
        <w:t>vt 0.604309 0.987002</w:t>
        <w:br/>
        <w:t>vt 0.541039 0.987002</w:t>
        <w:br/>
        <w:t>vt 0.534823 0.976553</w:t>
        <w:br/>
        <w:t>vt 0.528004 0.987002</w:t>
        <w:br/>
        <w:t>vt 0.654837 0.987002</w:t>
        <w:br/>
        <w:t>vt 0.648322 0.979686</w:t>
        <w:br/>
        <w:t>vt 0.665330 0.981695</w:t>
        <w:br/>
        <w:t>vt 0.664736 0.987002</w:t>
        <w:br/>
        <w:t>vt 0.639589 0.987002</w:t>
        <w:br/>
        <w:t>vt 0.540097 0.917191</w:t>
        <w:br/>
        <w:t>vt 0.560387 0.916866</w:t>
        <w:br/>
        <w:t>vt 0.559029 0.941187</w:t>
        <w:br/>
        <w:t>vt 0.537841 0.942033</w:t>
        <w:br/>
        <w:t>vt 0.579150 0.916269</w:t>
        <w:br/>
        <w:t>vt 0.578310 0.940229</w:t>
        <w:br/>
        <w:t>vt 0.650045 0.945290</w:t>
        <w:br/>
        <w:t>vt 0.649998 0.920922</w:t>
        <w:br/>
        <w:t>vt 0.666617 0.922149</w:t>
        <w:br/>
        <w:t>vt 0.666364 0.946837</w:t>
        <w:br/>
        <w:t>vt 0.611212 0.941174</w:t>
        <w:br/>
        <w:t>vt 0.611619 0.917392</w:t>
        <w:br/>
        <w:t>vt 0.629821 0.919292</w:t>
        <w:br/>
        <w:t>vt 0.629585 0.943302</w:t>
        <w:br/>
        <w:t>vt 0.595608 0.940265</w:t>
        <w:br/>
        <w:t>vt 0.595929 0.916553</w:t>
        <w:br/>
        <w:t>vt 0.522799 0.916630</w:t>
        <w:br/>
        <w:t>vt 0.519732 0.942399</w:t>
        <w:br/>
        <w:t>vt 0.671108 0.993019</w:t>
        <w:br/>
        <w:t>vt 0.675555 0.993019</w:t>
        <w:br/>
        <w:t>vt 0.675007 0.996819</w:t>
        <w:br/>
        <w:t>vt 0.670426 0.996819</w:t>
        <w:br/>
        <w:t>vt 0.689758 0.996819</w:t>
        <w:br/>
        <w:t>vt 0.690445 0.993019</w:t>
        <w:br/>
        <w:t>vt 0.699631 0.993019</w:t>
        <w:br/>
        <w:t>vt 0.700546 0.996819</w:t>
        <w:br/>
        <w:t>vt 0.488769 0.988751</w:t>
        <w:br/>
        <w:t>vt 0.480519 0.995345</w:t>
        <w:br/>
        <w:t>vt 0.480519 0.987203</w:t>
        <w:br/>
        <w:t>vt 0.488281 0.986773</w:t>
        <w:br/>
        <w:t>vt 0.714975 0.996819</w:t>
        <w:br/>
        <w:t>vt 0.706951 0.996819</w:t>
        <w:br/>
        <w:t>vt 0.706494 0.993019</w:t>
        <w:br/>
        <w:t>vt 0.714975 0.993019</w:t>
        <w:br/>
        <w:t>vt 0.667730 0.987158</w:t>
        <w:br/>
        <w:t>vt 0.668209 0.993019</w:t>
        <w:br/>
        <w:t>vt 0.666308 0.996818</w:t>
        <w:br/>
        <w:t>vt 0.682491 0.993019</w:t>
        <w:br/>
        <w:t>vt 0.679600 0.996819</w:t>
        <w:br/>
        <w:t>vt 0.525353 0.893047</w:t>
        <w:br/>
        <w:t>vt 0.514419 0.957134</w:t>
        <w:br/>
        <w:t>vt 0.509391 0.966858</w:t>
        <w:br/>
        <w:t>vt 0.535543 0.967117</w:t>
        <w:br/>
        <w:t>vt 0.536401 0.956063</w:t>
        <w:br/>
        <w:t>vt 0.557956 0.956947</w:t>
        <w:br/>
        <w:t>vt 0.557315 0.967139</w:t>
        <w:br/>
        <w:t>vt 0.516986 0.957044</w:t>
        <w:br/>
        <w:t>vt 0.515764 0.966975</w:t>
        <w:br/>
        <w:t>vt 0.576857 0.958242</w:t>
        <w:br/>
        <w:t>vt 0.575586 0.967433</w:t>
        <w:br/>
        <w:t>vt 0.649866 0.960661</w:t>
        <w:br/>
        <w:t>vt 0.629224 0.959753</w:t>
        <w:br/>
        <w:t>vt 0.594609 0.967846</w:t>
        <w:br/>
        <w:t>vt 0.595044 0.958007</w:t>
        <w:br/>
        <w:t>vt 0.610497 0.958992</w:t>
        <w:br/>
        <w:t>vt 0.610193 0.969914</w:t>
        <w:br/>
        <w:t>vt 0.666149 0.961323</w:t>
        <w:br/>
        <w:t>vt 0.665806 0.972882</w:t>
        <w:br/>
        <w:t>vt 0.499456 0.975437</w:t>
        <w:br/>
        <w:t>vt 0.494039 0.984513</w:t>
        <w:br/>
        <w:t>vt 0.491423 0.974759</w:t>
        <w:br/>
        <w:t>vt 0.542093 0.892706</w:t>
        <w:br/>
        <w:t>vt 0.561574 0.892743</w:t>
        <w:br/>
        <w:t>vt 0.649971 0.897001</w:t>
        <w:br/>
        <w:t>vt 0.630057 0.895662</w:t>
        <w:br/>
        <w:t>vt 0.667118 0.897986</w:t>
        <w:br/>
        <w:t>vt 0.628899 0.801042</w:t>
        <w:br/>
        <w:t>vt 0.629115 0.816026</w:t>
        <w:br/>
        <w:t>vt 0.611126 0.813367</w:t>
        <w:br/>
        <w:t>vt 0.609825 0.799156</w:t>
        <w:br/>
        <w:t>vt 0.612527 0.839814</w:t>
        <w:br/>
        <w:t>vt 0.611990 0.828642</w:t>
        <w:br/>
        <w:t>vt 0.628439 0.829621</w:t>
        <w:br/>
        <w:t>vt 0.628973 0.841079</w:t>
        <w:br/>
        <w:t>vt 0.649137 0.804604</w:t>
        <w:br/>
        <w:t>vt 0.649240 0.817740</w:t>
        <w:br/>
        <w:t>vt 0.648180 0.830128</w:t>
        <w:br/>
        <w:t>vt 0.648963 0.841685</w:t>
        <w:br/>
        <w:t>vt 0.597287 0.812518</w:t>
        <w:br/>
        <w:t>vt 0.597084 0.798308</w:t>
        <w:br/>
        <w:t>vt 0.597365 0.839128</w:t>
        <w:br/>
        <w:t>vt 0.597370 0.827469</w:t>
        <w:br/>
        <w:t>vt 0.649258 0.855498</w:t>
        <w:br/>
        <w:t>vt 0.630215 0.854870</w:t>
        <w:br/>
        <w:t>vt 0.666147 0.694957</w:t>
        <w:br/>
        <w:t>vt 0.671244 0.699449</w:t>
        <w:br/>
        <w:t>vt 0.658017 0.713250</w:t>
        <w:br/>
        <w:t>vt 0.614523 0.700174</w:t>
        <w:br/>
        <w:t>vt 0.616761 0.683666</w:t>
        <w:br/>
        <w:t>vt 0.627315 0.684133</w:t>
        <w:br/>
        <w:t>vt 0.622615 0.706179</w:t>
        <w:br/>
        <w:t>vt 0.635527 0.686646</w:t>
        <w:br/>
        <w:t>vt 0.634226 0.706646</w:t>
        <w:br/>
        <w:t>vt 0.608670 0.725341</w:t>
        <w:br/>
        <w:t>vt 0.649868 0.703560</w:t>
        <w:br/>
        <w:t>vt 0.646729 0.706327</w:t>
        <w:br/>
        <w:t>vt 0.643133 0.694008</w:t>
        <w:br/>
        <w:t>vt 0.605738 0.701304</w:t>
        <w:br/>
        <w:t>vt 0.598521 0.702184</w:t>
        <w:br/>
        <w:t>vt 0.598881 0.690117</w:t>
        <w:br/>
        <w:t>vt 0.606850 0.687069</w:t>
        <w:br/>
        <w:t>vt 0.666218 0.830457</w:t>
        <w:br/>
        <w:t>vt 0.664975 0.842066</w:t>
        <w:br/>
        <w:t>vt 0.664461 0.820128</w:t>
        <w:br/>
        <w:t>vt 0.673459 0.874801</w:t>
        <w:br/>
        <w:t>vt 0.666719 0.874165</w:t>
        <w:br/>
        <w:t>vt 0.673899 0.708364</w:t>
        <w:br/>
        <w:t>vt 0.678777 0.707396</w:t>
        <w:br/>
        <w:t>vt 0.675572 0.717574</w:t>
        <w:br/>
        <w:t>vt 0.671030 0.716403</w:t>
        <w:br/>
        <w:t>vt 0.676435 0.694437</w:t>
        <w:br/>
        <w:t>vt 0.665112 0.808974</w:t>
        <w:br/>
        <w:t>vt 0.664045 0.788537</w:t>
        <w:br/>
        <w:t>vt 0.665268 0.774678</w:t>
        <w:br/>
        <w:t>vt 0.669569 0.775287</w:t>
        <w:br/>
        <w:t>vt 0.627152 0.678387</w:t>
        <w:br/>
        <w:t>vt 0.637640 0.681982</w:t>
        <w:br/>
        <w:t>vt 0.616662 0.678896</w:t>
        <w:br/>
        <w:t>vt 0.666147 0.694957</w:t>
        <w:br/>
        <w:t>vt 0.656341 0.697276</w:t>
        <w:br/>
        <w:t>vt 0.655796 0.693656</w:t>
        <w:br/>
        <w:t>vt 0.666453 0.690751</w:t>
        <w:br/>
        <w:t>vt 0.645134 0.701529</w:t>
        <w:br/>
        <w:t>vt 0.647255 0.696887</w:t>
        <w:br/>
        <w:t>vt 0.648447 0.701122</w:t>
        <w:br/>
        <w:t>vt 0.646729 0.706327</w:t>
        <w:br/>
        <w:t>vt 0.643133 0.694008</w:t>
        <w:br/>
        <w:t>vt 0.645519 0.689657</w:t>
        <w:br/>
        <w:t>vt 0.606229 0.681982</w:t>
        <w:br/>
        <w:t>vt 0.599206 0.684528</w:t>
        <w:br/>
        <w:t>vt 0.653307 0.735188</w:t>
        <w:br/>
        <w:t>vt 0.629918 0.756088</w:t>
        <w:br/>
        <w:t>vt 0.631871 0.734049</w:t>
        <w:br/>
        <w:t>vt 0.650875 0.761294</w:t>
        <w:br/>
        <w:t>vt 0.617189 0.733463</w:t>
        <w:br/>
        <w:t>vt 0.615520 0.753021</w:t>
        <w:br/>
        <w:t>vt 0.666063 0.756696</w:t>
        <w:br/>
        <w:t>vt 0.649641 0.779689</w:t>
        <w:br/>
        <w:t>vt 0.628661 0.776722</w:t>
        <w:br/>
        <w:t>vt 0.609687 0.776874</w:t>
        <w:br/>
        <w:t>vt 0.613045 0.765401</w:t>
        <w:br/>
        <w:t>vt 0.602216 0.755575</w:t>
        <w:br/>
        <w:t>vt 0.667005 0.740455</w:t>
        <w:br/>
        <w:t>vt 0.597097 0.777700</w:t>
        <w:br/>
        <w:t>vt 0.603514 0.720821</w:t>
        <w:br/>
        <w:t>vt 0.597635 0.719139</w:t>
        <w:br/>
        <w:t>vt 0.598992 0.756890</w:t>
        <w:br/>
        <w:t>vt 0.596520 0.757117</w:t>
        <w:br/>
        <w:t>vt 0.608944 0.741402</w:t>
        <w:br/>
        <w:t>vt 0.605942 0.749583</w:t>
        <w:br/>
        <w:t>vt 0.610196 0.732665</w:t>
        <w:br/>
        <w:t>vt 0.598922 0.755462</w:t>
        <w:br/>
        <w:t>vt 0.596566 0.755769</w:t>
        <w:br/>
        <w:t>vt 0.601731 0.754013</w:t>
        <w:br/>
        <w:t>vt 0.605002 0.748961</w:t>
        <w:br/>
        <w:t>vt 0.607727 0.741180</w:t>
        <w:br/>
        <w:t>vt 0.608972 0.732252</w:t>
        <w:br/>
        <w:t>vt 0.607253 0.725915</w:t>
        <w:br/>
        <w:t>vt 0.602919 0.722029</w:t>
        <w:br/>
        <w:t>vt 0.597615 0.720425</w:t>
        <w:br/>
        <w:t>vt 0.597635 0.719139</w:t>
        <w:br/>
        <w:t>vt 0.666255 0.856630</w:t>
        <w:br/>
        <w:t>vt 0.649868 0.703560</w:t>
        <w:br/>
        <w:t>vt 0.649694 0.700181</w:t>
        <w:br/>
        <w:t>vt 0.646729 0.706327</w:t>
        <w:br/>
        <w:t>vt 0.648447 0.701122</w:t>
        <w:br/>
        <w:t>vt 0.645134 0.701529</w:t>
        <w:br/>
        <w:t>vt 0.582622 0.812385</w:t>
        <w:br/>
        <w:t>vt 0.564361 0.813838</w:t>
        <w:br/>
        <w:t>vt 0.565010 0.798750</w:t>
        <w:br/>
        <w:t>vt 0.582980 0.798175</w:t>
        <w:br/>
        <w:t>vt 0.564245 0.827225</w:t>
        <w:br/>
        <w:t>vt 0.582311 0.827309</w:t>
        <w:br/>
        <w:t>vt 0.581875 0.838868</w:t>
        <w:br/>
        <w:t>vt 0.563934 0.838879</w:t>
        <w:br/>
        <w:t>vt 0.544610 0.800677</w:t>
        <w:br/>
        <w:t>vt 0.544551 0.813982</w:t>
        <w:br/>
        <w:t>vt 0.545120 0.837634</w:t>
        <w:br/>
        <w:t>vt 0.544434 0.826815</w:t>
        <w:br/>
        <w:t>vt 0.544601 0.851559</w:t>
        <w:br/>
        <w:t>vt 0.563515 0.852353</w:t>
        <w:br/>
        <w:t>vt 0.529485 0.691362</w:t>
        <w:br/>
        <w:t>vt 0.540530 0.707484</w:t>
        <w:br/>
        <w:t>vt 0.524461 0.697374</w:t>
        <w:br/>
        <w:t>vt 0.572515 0.675731</w:t>
        <w:br/>
        <w:t>vt 0.583003 0.677515</w:t>
        <w:br/>
        <w:t>vt 0.584715 0.696439</w:t>
        <w:br/>
        <w:t>vt 0.576553 0.700341</w:t>
        <w:br/>
        <w:t>vt 0.564891 0.678813</w:t>
        <w:br/>
        <w:t>vt 0.565002 0.700009</w:t>
        <w:br/>
        <w:t>vt 0.586937 0.724519</w:t>
        <w:br/>
        <w:t>vt 0.539417 0.689717</w:t>
        <w:br/>
        <w:t>vt 0.547071 0.692898</w:t>
        <w:br/>
        <w:t>vt 0.551201 0.697938</w:t>
        <w:br/>
        <w:t>vt 0.558633 0.685448</w:t>
        <w:br/>
        <w:t>vt 0.591926 0.700039</w:t>
        <w:br/>
        <w:t>vt 0.591537 0.684156</w:t>
        <w:br/>
        <w:t>vt 0.591374 0.719799</w:t>
        <w:br/>
        <w:t>vt 0.528675 0.824139</w:t>
        <w:br/>
        <w:t>vt 0.529166 0.837282</w:t>
        <w:br/>
        <w:t>vt 0.525529 0.803719</w:t>
        <w:br/>
        <w:t>vt 0.528429 0.803587</w:t>
        <w:br/>
        <w:t>vt 0.528845 0.813535</w:t>
        <w:br/>
        <w:t>vt 0.521506 0.869390</w:t>
        <w:br/>
        <w:t>vt 0.527315 0.869417</w:t>
        <w:br/>
        <w:t>vt 0.525255 0.713186</w:t>
        <w:br/>
        <w:t>vt 0.520133 0.713659</w:t>
        <w:br/>
        <w:t>vt 0.519833 0.704726</w:t>
        <w:br/>
        <w:t>vt 0.523221 0.705536</w:t>
        <w:br/>
        <w:t>vt 0.519214 0.696033</w:t>
        <w:br/>
        <w:t>vt 0.526540 0.791184</w:t>
        <w:br/>
        <w:t>vt 0.529325 0.783626</w:t>
        <w:br/>
        <w:t>vt 0.529680 0.770011</w:t>
        <w:br/>
        <w:t>vt 0.563568 0.675430</w:t>
        <w:br/>
        <w:t>vt 0.571874 0.672087</w:t>
        <w:br/>
        <w:t>vt 0.583269 0.673196</w:t>
        <w:br/>
        <w:t>vt 0.526201 0.688205</w:t>
        <w:br/>
        <w:t>vt 0.538051 0.684662</w:t>
        <w:br/>
        <w:t>vt 0.549682 0.690630</w:t>
        <w:br/>
        <w:t>vt 0.553614 0.687605</w:t>
        <w:br/>
        <w:t>vt 0.554353 0.691125</w:t>
        <w:br/>
        <w:t>vt 0.551201 0.697938</w:t>
        <w:br/>
        <w:t>vt 0.557484 0.682607</w:t>
        <w:br/>
        <w:t>vt 0.591969 0.679500</w:t>
        <w:br/>
        <w:t>vt 0.543790 0.729540</w:t>
        <w:br/>
        <w:t>vt 0.528825 0.737963</w:t>
        <w:br/>
        <w:t>vt 0.527555 0.724289</w:t>
        <w:br/>
        <w:t>vt 0.529345 0.751753</w:t>
        <w:br/>
        <w:t>vt 0.544977 0.756823</w:t>
        <w:br/>
        <w:t>vt 0.565639 0.728627</w:t>
        <w:br/>
        <w:t>vt 0.565853 0.752361</w:t>
        <w:br/>
        <w:t>vt 0.578391 0.728560</w:t>
        <w:br/>
        <w:t>vt 0.579576 0.750764</w:t>
        <w:br/>
        <w:t>vt 0.585833 0.740112</w:t>
        <w:br/>
        <w:t>vt 0.585070 0.730998</w:t>
        <w:br/>
        <w:t>vt 0.544783 0.775696</w:t>
        <w:br/>
        <w:t>vt 0.580632 0.764159</w:t>
        <w:br/>
        <w:t>vt 0.584625 0.776192</w:t>
        <w:br/>
        <w:t>vt 0.565480 0.774121</w:t>
        <w:br/>
        <w:t>vt 0.589947 0.754575</w:t>
        <w:br/>
        <w:t>vt 0.587671 0.749059</w:t>
        <w:br/>
        <w:t>vt 0.524967 0.741320</w:t>
        <w:br/>
        <w:t>vt 0.593686 0.756557</w:t>
        <w:br/>
        <w:t>vt 0.593740 0.755173</w:t>
        <w:br/>
        <w:t>vt 0.591542 0.753558</w:t>
        <w:br/>
        <w:t>vt 0.588972 0.748275</w:t>
        <w:br/>
        <w:t>vt 0.587257 0.739952</w:t>
        <w:br/>
        <w:t>vt 0.586815 0.731343</w:t>
        <w:br/>
        <w:t>vt 0.588328 0.725360</w:t>
        <w:br/>
        <w:t>vt 0.592027 0.721102</w:t>
        <w:br/>
        <w:t>vt 0.528475 0.851940</w:t>
        <w:br/>
        <w:t>vt 0.546712 0.686955</w:t>
        <w:br/>
        <w:t>vt 0.549682 0.690630</w:t>
        <w:br/>
        <w:t>vt 0.551201 0.697938</w:t>
        <w:br/>
        <w:t>vt 0.554353 0.691125</w:t>
        <w:br/>
        <w:t>vt 0.706494 0.993019</w:t>
        <w:br/>
        <w:t>vt 0.714975 0.979738</w:t>
        <w:br/>
        <w:t>vt 0.714975 0.993019</w:t>
        <w:br/>
        <w:t>vt 0.668214 0.726416</w:t>
        <w:br/>
        <w:t>vt 0.494309 0.987002</w:t>
        <w:br/>
        <w:t>vt 0.494309 0.987002</w:t>
        <w:br/>
        <w:t>vt 0.668209 0.993019</w:t>
        <w:br/>
        <w:t>vt 0.666308 0.996818</w:t>
        <w:br/>
        <w:t>vt 0.669253 0.981246</w:t>
        <w:br/>
        <w:t>vt 0.570539 0.996818</w:t>
        <w:br/>
        <w:t>vt 0.555089 0.996818</w:t>
        <w:br/>
        <w:t>vt 0.555517 0.994190</w:t>
        <w:br/>
        <w:t>vt 0.570670 0.994190</w:t>
        <w:br/>
        <w:t>vt 0.540783 0.996818</w:t>
        <w:br/>
        <w:t>vt 0.539623 0.994190</w:t>
        <w:br/>
        <w:t>vt 0.526274 0.996818</w:t>
        <w:br/>
        <w:t>vt 0.526199 0.994190</w:t>
        <w:br/>
        <w:t>vt 0.526274 0.996818</w:t>
        <w:br/>
        <w:t>vt 0.514081 0.996818</w:t>
        <w:br/>
        <w:t>vt 0.514410 0.994190</w:t>
        <w:br/>
        <w:t>vt 0.501643 0.996818</w:t>
        <w:br/>
        <w:t>vt 0.502052 0.994190</w:t>
        <w:br/>
        <w:t>vt 0.492405 0.996818</w:t>
        <w:br/>
        <w:t>vt 0.492623 0.994190</w:t>
        <w:br/>
        <w:t>vt 0.488555 0.996819</w:t>
        <w:br/>
        <w:t>vt 0.489132 0.994300</w:t>
        <w:br/>
        <w:t>vt 0.488904 0.990356</w:t>
        <w:br/>
        <w:t>vt 0.493786 0.990022</w:t>
        <w:br/>
        <w:t>vt 0.503224 0.987002</w:t>
        <w:br/>
        <w:t>vt 0.502878 0.990021</w:t>
        <w:br/>
        <w:t>vt 0.515972 0.987002</w:t>
        <w:br/>
        <w:t>vt 0.515219 0.990021</w:t>
        <w:br/>
        <w:t>vt 0.528004 0.987002</w:t>
        <w:br/>
        <w:t>vt 0.526966 0.990021</w:t>
        <w:br/>
        <w:t>vt 0.541039 0.987002</w:t>
        <w:br/>
        <w:t>vt 0.540362 0.990021</w:t>
        <w:br/>
        <w:t>vt 0.556645 0.990021</w:t>
        <w:br/>
        <w:t>vt 0.571818 0.990021</w:t>
        <w:br/>
        <w:t>vt 0.582029 0.987002</w:t>
        <w:br/>
        <w:t>vt 0.581499 0.990021</w:t>
        <w:br/>
        <w:t>vt 0.591974 0.990021</w:t>
        <w:br/>
        <w:t>vt 0.603657 0.990021</w:t>
        <w:br/>
        <w:t>vt 0.627540 0.990021</w:t>
        <w:br/>
        <w:t>vt 0.615285 0.990021</w:t>
        <w:br/>
        <w:t>vt 0.639589 0.987002</w:t>
        <w:br/>
        <w:t>vt 0.640113 0.990021</w:t>
        <w:br/>
        <w:t>vt 0.654837 0.987002</w:t>
        <w:br/>
        <w:t>vt 0.655466 0.990021</w:t>
        <w:br/>
        <w:t>vt 0.663188 0.990021</w:t>
        <w:br/>
        <w:t>vt 0.663720 0.994190</w:t>
        <w:br/>
        <w:t>vt 0.655034 0.996818</w:t>
        <w:br/>
        <w:t>vt 0.655194 0.994190</w:t>
        <w:br/>
        <w:t>vt 0.663720 0.994190</w:t>
        <w:br/>
        <w:t>vt 0.666308 0.996818</w:t>
        <w:br/>
        <w:t>vt 0.640370 0.996818</w:t>
        <w:br/>
        <w:t>vt 0.640544 0.994190</w:t>
        <w:br/>
        <w:t>vt 0.628291 0.996818</w:t>
        <w:br/>
        <w:t>vt 0.628044 0.994190</w:t>
        <w:br/>
        <w:t>vt 0.615554 0.996818</w:t>
        <w:br/>
        <w:t>vt 0.615550 0.994190</w:t>
        <w:br/>
        <w:t>vt 0.603425 0.996818</w:t>
        <w:br/>
        <w:t>vt 0.603403 0.994190</w:t>
        <w:br/>
        <w:t>vt 0.591919 0.996818</w:t>
        <w:br/>
        <w:t>vt 0.581535 0.996818</w:t>
        <w:br/>
        <w:t>vt 0.581275 0.994190</w:t>
        <w:br/>
        <w:t>vt 0.592014 0.994190</w:t>
        <w:br/>
        <w:t>vt 0.655194 0.994190</w:t>
        <w:br/>
        <w:t>vt 0.480519 0.995345</w:t>
        <w:br/>
        <w:t>vt 0.480519 0.840196</w:t>
        <w:br/>
        <w:t>vt 0.480519 0.851113</w:t>
        <w:br/>
        <w:t>vt 0.714975 0.875081</w:t>
        <w:br/>
        <w:t>vt 0.693094 0.875129</w:t>
        <w:br/>
        <w:t>vt 0.630273 0.871762</w:t>
        <w:br/>
        <w:t>vt 0.612452 0.870946</w:t>
        <w:br/>
        <w:t>vt 0.612617 0.854103</w:t>
        <w:br/>
        <w:t>vt 0.649670 0.873137</w:t>
        <w:br/>
        <w:t>vt 0.596850 0.870145</w:t>
        <w:br/>
        <w:t>vt 0.597158 0.853412</w:t>
        <w:br/>
        <w:t>vt 0.580699 0.869748</w:t>
        <w:br/>
        <w:t>vt 0.562737 0.868998</w:t>
        <w:br/>
        <w:t>vt 0.581388 0.853134</w:t>
        <w:br/>
        <w:t>vt 0.543643 0.869025</w:t>
        <w:br/>
        <w:t>vt 0.526132 0.738196</w:t>
        <w:br/>
        <w:t>vt 0.518365 0.725761</w:t>
        <w:br/>
        <w:t>vt 0.680000 0.720392</w:t>
        <w:br/>
        <w:t>vt 0.680466 0.718600</w:t>
        <w:br/>
        <w:t>vt 0.690928 0.719087</w:t>
        <w:br/>
        <w:t>vt 0.705781 0.719087</w:t>
        <w:br/>
        <w:t>vt 0.714975 0.719087</w:t>
        <w:br/>
        <w:t>vt 0.492574 0.713659</w:t>
        <w:br/>
        <w:t>vt 0.480519 0.713659</w:t>
        <w:br/>
        <w:t>vt 0.508356 0.713659</w:t>
        <w:br/>
        <w:t>vt 0.517914 0.713659</w:t>
        <w:br/>
        <w:t>vt 0.480519 0.769270</w:t>
        <w:br/>
        <w:t>vt 0.714975 0.772513</w:t>
        <w:br/>
        <w:t>vt 0.480519 0.784368</w:t>
        <w:br/>
        <w:t>vt 0.714975 0.791984</w:t>
        <w:br/>
        <w:t>vt 0.597799 0.729262</w:t>
        <w:br/>
        <w:t>vt 0.597542 0.740664</w:t>
        <w:br/>
        <w:t>vt 0.596881 0.751041</w:t>
        <w:br/>
        <w:t>vt 0.593957 0.974156</w:t>
        <w:br/>
        <w:t>vt 0.579808 0.892728</w:t>
        <w:br/>
        <w:t>vt 0.596356 0.893132</w:t>
        <w:br/>
        <w:t>vt 0.612044 0.894002</w:t>
        <w:br/>
        <w:t>vt 0.649408 0.972185</w:t>
        <w:br/>
        <w:t>vt 0.628669 0.971079</w:t>
        <w:br/>
        <w:t>vt 0.579222 0.982741</w:t>
        <w:br/>
        <w:t>vt 0.606845 0.982779</w:t>
        <w:br/>
        <w:t>vt 0.587852 0.982499</w:t>
        <w:br/>
        <w:t>vt 0.069612 0.401710</w:t>
        <w:br/>
        <w:t>vt 0.069612 0.403888</w:t>
        <w:br/>
        <w:t>vt 0.066415 0.403121</w:t>
        <w:br/>
        <w:t>vt 0.067168 0.401031</w:t>
        <w:br/>
        <w:t>vt 0.063807 0.401412</w:t>
        <w:br/>
        <w:t>vt 0.065327 0.399701</w:t>
        <w:br/>
        <w:t>vt 0.054109 0.399723</w:t>
        <w:br/>
        <w:t>vt 0.063368 0.401687</w:t>
        <w:br/>
        <w:t>vt 0.053571 0.406402</w:t>
        <w:br/>
        <w:t>vt 0.002938 0.412472</w:t>
        <w:br/>
        <w:t>vt 0.002938 0.406190</w:t>
        <w:br/>
        <w:t>vt 0.008374 0.406276</w:t>
        <w:br/>
        <w:t>vt 0.007929 0.412472</w:t>
        <w:br/>
        <w:t>vt 0.016904 0.412370</w:t>
        <w:br/>
        <w:t>vt 0.016950 0.406209</w:t>
        <w:br/>
        <w:t>vt 0.022954 0.399951</w:t>
        <w:br/>
        <w:t>vt 0.023176 0.406181</w:t>
        <w:br/>
        <w:t>vt 0.016412 0.400233</w:t>
        <w:br/>
        <w:t>vt 0.053616 0.413033</w:t>
        <w:br/>
        <w:t>vt 0.047011 0.413001</w:t>
        <w:br/>
        <w:t>vt 0.047552 0.406329</w:t>
        <w:br/>
        <w:t>vt 0.038827 0.412683</w:t>
        <w:br/>
        <w:t>vt 0.038724 0.406257</w:t>
        <w:br/>
        <w:t>vt 0.030652 0.412323</w:t>
        <w:br/>
        <w:t>vt 0.030356 0.406187</w:t>
        <w:br/>
        <w:t>vt 0.023418 0.412254</w:t>
        <w:br/>
        <w:t>vt 0.030306 0.395875</w:t>
        <w:br/>
        <w:t>vt 0.038623 0.395875</w:t>
        <w:br/>
        <w:t>vt 0.038670 0.399942</w:t>
        <w:br/>
        <w:t>vt 0.030287 0.399864</w:t>
        <w:br/>
        <w:t>vt 0.022837 0.395875</w:t>
        <w:br/>
        <w:t>vt 0.047293 0.400026</w:t>
        <w:br/>
        <w:t>vt 0.047472 0.395875</w:t>
        <w:br/>
        <w:t>vt 0.054630 0.395875</w:t>
        <w:br/>
        <w:t>vt 0.017104 0.428142</w:t>
        <w:br/>
        <w:t>vt 0.016635 0.432719</w:t>
        <w:br/>
        <w:t>vt 0.007588 0.432485</w:t>
        <w:br/>
        <w:t>vt 0.007445 0.425586</w:t>
        <w:br/>
        <w:t>vt 0.008950 0.436914</w:t>
        <w:br/>
        <w:t>vt 0.007762 0.436485</w:t>
        <w:br/>
        <w:t>vt 0.002938 0.436695</w:t>
        <w:br/>
        <w:t>vt 0.002938 0.432982</w:t>
        <w:br/>
        <w:t>vt 0.002938 0.457079</w:t>
        <w:br/>
        <w:t>vt 0.009237 0.456118</w:t>
        <w:br/>
        <w:t>vt 0.002938 0.459734</w:t>
        <w:br/>
        <w:t>vt 0.023137 0.421646</w:t>
        <w:br/>
        <w:t>vt 0.016684 0.419815</w:t>
        <w:br/>
        <w:t>vt 0.024326 0.419564</w:t>
        <w:br/>
        <w:t>vt 0.032544 0.419152</w:t>
        <w:br/>
        <w:t>vt 0.042764 0.421249</w:t>
        <w:br/>
        <w:t>vt 0.052854 0.421953</w:t>
        <w:br/>
        <w:t>vt 0.002938 0.428302</w:t>
        <w:br/>
        <w:t>vt 0.002938 0.423918</w:t>
        <w:br/>
        <w:t>vt 0.002938 0.400557</w:t>
        <w:br/>
        <w:t>vt 0.008612 0.400513</w:t>
        <w:br/>
        <w:t>vt 0.007853 0.395875</w:t>
        <w:br/>
        <w:t>vt 0.015803 0.395875</w:t>
        <w:br/>
        <w:t>vt 0.002938 0.395875</w:t>
        <w:br/>
        <w:t>vt 0.069612 0.413721</w:t>
        <w:br/>
        <w:t>vt 0.069612 0.422315</w:t>
        <w:br/>
        <w:t>vt 0.061204 0.421714</w:t>
        <w:br/>
        <w:t>vt 0.061666 0.413057</w:t>
        <w:br/>
        <w:t>vt 0.062368 0.406825</w:t>
        <w:br/>
        <w:t>vt 0.069612 0.407506</w:t>
        <w:br/>
        <w:t>vt 0.009935 0.448434</w:t>
        <w:br/>
        <w:t>vt 0.002938 0.453135</w:t>
        <w:br/>
        <w:t>vt 0.002938 0.449255</w:t>
        <w:br/>
        <w:t>vt 0.009198 0.443080</w:t>
        <w:br/>
        <w:t>vt 0.002938 0.442765</w:t>
        <w:br/>
        <w:t>vt 0.066366 0.403716</w:t>
        <w:br/>
        <w:t>vt 0.069612 0.404565</w:t>
        <w:br/>
        <w:t>vt 0.062159 0.398754</w:t>
        <w:br/>
        <w:t>vt 0.064210 0.397925</w:t>
        <w:br/>
        <w:t>vt 0.063677 0.395875</w:t>
        <w:br/>
        <w:t>vt 0.061388 0.395875</w:t>
        <w:br/>
        <w:t>vt 0.066366 0.403716</w:t>
        <w:br/>
        <w:t>vt 0.066415 0.403121</w:t>
        <w:br/>
        <w:t>vt 0.069612 0.403888</w:t>
        <w:br/>
        <w:t>vt 0.069612 0.404565</w:t>
        <w:br/>
        <w:t>vt 0.060894 0.395875</w:t>
        <w:br/>
        <w:t>vt 0.061806 0.398946</w:t>
        <w:br/>
        <w:t>vt 0.061806 0.398946</w:t>
        <w:br/>
        <w:t>vt 0.007684 0.440605</w:t>
        <w:br/>
        <w:t>vt 0.009256 0.460451</w:t>
        <w:br/>
        <w:t>vt 0.002938 0.462241</w:t>
        <w:br/>
        <w:t>vt 0.060894 0.395875</w:t>
        <w:br/>
        <w:t>vt 0.007680 0.419979</w:t>
        <w:br/>
        <w:t>vt 0.002938 0.419490</w:t>
        <w:br/>
        <w:t>vt 0.012423 0.459271</w:t>
        <w:br/>
        <w:t>vt 0.336613 0.877255</w:t>
        <w:br/>
        <w:t>vt 0.319814 0.879575</w:t>
        <w:br/>
        <w:t>vt 0.319814 0.879575</w:t>
        <w:br/>
        <w:t>vt 0.323142 0.869116</w:t>
        <w:br/>
        <w:t>vt 0.382376 0.742771</w:t>
        <w:br/>
        <w:t>vt 0.393554 0.755081</w:t>
        <w:br/>
        <w:t>vt 0.378685 0.756598</w:t>
        <w:br/>
        <w:t>vt 0.455900 0.996291</w:t>
        <w:br/>
        <w:t>vt 0.430923 0.998275</w:t>
        <w:br/>
        <w:t>vt 0.441884 0.988358</w:t>
        <w:br/>
        <w:t>vt 0.457892 0.989884</w:t>
        <w:br/>
        <w:t>vt 0.394092 0.786228</w:t>
        <w:br/>
        <w:t>vt 0.402491 0.794396</w:t>
        <w:br/>
        <w:t>vt 0.393236 0.804502</w:t>
        <w:br/>
        <w:t>vt 0.384336 0.796643</w:t>
        <w:br/>
        <w:t>vt 0.364891 0.834723</w:t>
        <w:br/>
        <w:t>vt 0.375453 0.837456</w:t>
        <w:br/>
        <w:t>vt 0.371045 0.850776</w:t>
        <w:br/>
        <w:t>vt 0.361017 0.849306</w:t>
        <w:br/>
        <w:t>vt 0.406511 0.938227</w:t>
        <w:br/>
        <w:t>vt 0.415697 0.943933</w:t>
        <w:br/>
        <w:t>vt 0.410008 0.954005</w:t>
        <w:br/>
        <w:t>vt 0.399941 0.947710</w:t>
        <w:br/>
        <w:t>vt 0.370252 0.889186</w:t>
        <w:br/>
        <w:t>vt 0.378763 0.904041</w:t>
        <w:br/>
        <w:t>vt 0.369311 0.908989</w:t>
        <w:br/>
        <w:t>vt 0.360462 0.892236</w:t>
        <w:br/>
        <w:t>vt 0.398510 0.932033</w:t>
        <w:br/>
        <w:t>vt 0.390962 0.940010</w:t>
        <w:br/>
        <w:t>vt 0.391542 0.923955</w:t>
        <w:br/>
        <w:t>vt 0.383392 0.931676</w:t>
        <w:br/>
        <w:t>vt 0.375813 0.921289</w:t>
        <w:br/>
        <w:t>vt 0.384992 0.914553</w:t>
        <w:br/>
        <w:t>vt 0.357378 0.863373</w:t>
        <w:br/>
        <w:t>vt 0.367311 0.862902</w:t>
        <w:br/>
        <w:t>vt 0.366111 0.873812</w:t>
        <w:br/>
        <w:t>vt 0.355807 0.874849</w:t>
        <w:br/>
        <w:t>vt 0.370900 0.818952</w:t>
        <w:br/>
        <w:t>vt 0.380429 0.823223</w:t>
        <w:br/>
        <w:t>vt 0.386056 0.813300</w:t>
        <w:br/>
        <w:t>vt 0.377344 0.807196</w:t>
        <w:br/>
        <w:t>vt 0.407857 0.777158</w:t>
        <w:br/>
        <w:t>vt 0.414839 0.786290</w:t>
        <w:br/>
        <w:t>vt 0.426700 0.781781</w:t>
        <w:br/>
        <w:t>vt 0.420145 0.772025</w:t>
        <w:br/>
        <w:t>vt 0.431981 0.767670</w:t>
        <w:br/>
        <w:t>vt 0.436582 0.777920</w:t>
        <w:br/>
        <w:t>vt 0.461908 0.774719</w:t>
        <w:br/>
        <w:t>vt 0.450014 0.774949</w:t>
        <w:br/>
        <w:t>vt 0.447847 0.763052</w:t>
        <w:br/>
        <w:t>vt 0.461223 0.760551</w:t>
        <w:br/>
        <w:t>vt 0.462077 0.965232</w:t>
        <w:br/>
        <w:t>vt 0.462112 0.952934</w:t>
        <w:br/>
        <w:t>vt 0.473558 0.952316</w:t>
        <w:br/>
        <w:t>vt 0.474841 0.966522</w:t>
        <w:br/>
        <w:t>vt 0.436938 0.951070</w:t>
        <w:br/>
        <w:t>vt 0.450255 0.952198</w:t>
        <w:br/>
        <w:t>vt 0.447958 0.963669</w:t>
        <w:br/>
        <w:t>vt 0.433663 0.962433</w:t>
        <w:br/>
        <w:t>vt 0.426387 0.948407</w:t>
        <w:br/>
        <w:t>vt 0.421663 0.959128</w:t>
        <w:br/>
        <w:t>vt 0.385269 0.775515</w:t>
        <w:br/>
        <w:t>vt 0.374062 0.770588</w:t>
        <w:br/>
        <w:t>vt 0.353358 0.831529</w:t>
        <w:br/>
        <w:t>vt 0.349401 0.847351</w:t>
        <w:br/>
        <w:t>vt 0.335389 0.841847</w:t>
        <w:br/>
        <w:t>vt 0.339345 0.826824</w:t>
        <w:br/>
        <w:t>vt 0.392752 0.957357</w:t>
        <w:br/>
        <w:t>vt 0.403482 0.965584</w:t>
        <w:br/>
        <w:t>vt 0.396167 0.977500</w:t>
        <w:br/>
        <w:t>vt 0.383678 0.966480</w:t>
        <w:br/>
        <w:t>vt 0.349386 0.895538</w:t>
        <w:br/>
        <w:t>vt 0.357968 0.913036</w:t>
        <w:br/>
        <w:t>vt 0.341832 0.915237</w:t>
        <w:br/>
        <w:t>vt 0.333517 0.900511</w:t>
        <w:br/>
        <w:t>vt 0.383102 0.947618</w:t>
        <w:br/>
        <w:t>vt 0.373709 0.956044</w:t>
        <w:br/>
        <w:t>vt 0.365051 0.927107</w:t>
        <w:br/>
        <w:t>vt 0.374935 0.939186</w:t>
        <w:br/>
        <w:t>vt 0.365576 0.946788</w:t>
        <w:br/>
        <w:t>vt 0.349836 0.931265</w:t>
        <w:br/>
        <w:t>vt 0.329762 0.857666</w:t>
        <w:br/>
        <w:t>vt 0.345829 0.862950</w:t>
        <w:br/>
        <w:t>vt 0.344615 0.876375</w:t>
        <w:br/>
        <w:t>vt 0.349606 0.808463</w:t>
        <w:br/>
        <w:t>vt 0.360103 0.814562</w:t>
        <w:br/>
        <w:t>vt 0.364205 0.783112</w:t>
        <w:br/>
        <w:t>vt 0.375363 0.788294</w:t>
        <w:br/>
        <w:t>vt 0.366484 0.801818</w:t>
        <w:br/>
        <w:t>vt 0.354181 0.798579</w:t>
        <w:br/>
        <w:t>vt 0.399770 0.766084</w:t>
        <w:br/>
        <w:t>vt 0.427454 0.755136</w:t>
        <w:br/>
        <w:t>vt 0.413437 0.759796</w:t>
        <w:br/>
        <w:t>vt 0.409436 0.748612</w:t>
        <w:br/>
        <w:t>vt 0.424840 0.745545</w:t>
        <w:br/>
        <w:t>vt 0.452856 0.736828</w:t>
        <w:br/>
        <w:t>vt 0.456838 0.745755</w:t>
        <w:br/>
        <w:t>vt 0.442933 0.749857</w:t>
        <w:br/>
        <w:t>vt 0.437390 0.741738</w:t>
        <w:br/>
        <w:t>vt 0.460145 0.979949</w:t>
        <w:br/>
        <w:t>vt 0.473366 0.981958</w:t>
        <w:br/>
        <w:t>vt 0.471094 0.991262</w:t>
        <w:br/>
        <w:t>vt 0.429505 0.975473</w:t>
        <w:br/>
        <w:t>vt 0.444550 0.977943</w:t>
        <w:br/>
        <w:t>vt 0.427400 0.987725</w:t>
        <w:br/>
        <w:t>vt 0.416149 0.971730</w:t>
        <w:br/>
        <w:t>vt 0.411269 0.983435</w:t>
        <w:br/>
        <w:t>vt 0.411475 0.807185</w:t>
        <w:br/>
        <w:t>vt 0.402922 0.816387</w:t>
        <w:br/>
        <w:t>vt 0.386637 0.842020</w:t>
        <w:br/>
        <w:t>vt 0.382010 0.853327</w:t>
        <w:br/>
        <w:t>vt 0.420867 0.929548</w:t>
        <w:br/>
        <w:t>vt 0.413100 0.924275</w:t>
        <w:br/>
        <w:t>vt 0.381628 0.885750</w:t>
        <w:br/>
        <w:t>vt 0.388228 0.897551</w:t>
        <w:br/>
        <w:t>vt 0.405308 0.919838</w:t>
        <w:br/>
        <w:t>vt 0.394324 0.905819</w:t>
        <w:br/>
        <w:t>vt 0.399291 0.914319</w:t>
        <w:br/>
        <w:t>vt 0.378892 0.862932</w:t>
        <w:br/>
        <w:t>vt 0.378385 0.872824</w:t>
        <w:br/>
        <w:t>vt 0.390659 0.830796</w:t>
        <w:br/>
        <w:t>vt 0.395947 0.823555</w:t>
        <w:br/>
        <w:t>vt 0.421404 0.801051</w:t>
        <w:br/>
        <w:t>vt 0.439230 0.794546</w:t>
        <w:br/>
        <w:t>vt 0.431812 0.797856</w:t>
        <w:br/>
        <w:t>vt 0.449404 0.792540</w:t>
        <w:br/>
        <w:t>vt 0.458034 0.794364</w:t>
        <w:br/>
        <w:t>vt 0.458973 0.934860</w:t>
        <w:br/>
        <w:t>vt 0.467651 0.932833</w:t>
        <w:br/>
        <w:t>vt 0.449074 0.935402</w:t>
        <w:br/>
        <w:t>vt 0.438380 0.933871</w:t>
        <w:br/>
        <w:t>vt 0.429887 0.932689</w:t>
        <w:br/>
        <w:t>vt 0.418511 0.818872</w:t>
        <w:br/>
        <w:t>vt 0.411576 0.826145</w:t>
        <w:br/>
        <w:t>vt 0.393046 0.855774</w:t>
        <w:br/>
        <w:t>vt 0.397265 0.846340</w:t>
        <w:br/>
        <w:t>vt 0.419537 0.912708</w:t>
        <w:br/>
        <w:t>vt 0.424786 0.917110</w:t>
        <w:br/>
        <w:t>vt 0.393097 0.881989</w:t>
        <w:br/>
        <w:t>vt 0.397767 0.891144</w:t>
        <w:br/>
        <w:t>vt 0.412245 0.909755</w:t>
        <w:br/>
        <w:t>vt 0.390710 0.864231</w:t>
        <w:br/>
        <w:t>vt 0.390139 0.872170</w:t>
        <w:br/>
        <w:t>vt 0.400412 0.837549</w:t>
        <w:br/>
        <w:t>vt 0.405411 0.831535</w:t>
        <w:br/>
        <w:t>vt 0.425937 0.814412</w:t>
        <w:br/>
        <w:t>vt 0.440523 0.808961</w:t>
        <w:br/>
        <w:t>vt 0.434953 0.811494</w:t>
        <w:br/>
        <w:t>vt 0.447630 0.808002</w:t>
        <w:br/>
        <w:t>vt 0.452345 0.809760</w:t>
        <w:br/>
        <w:t>vt 0.454930 0.919477</w:t>
        <w:br/>
        <w:t>vt 0.460696 0.917415</w:t>
        <w:br/>
        <w:t>vt 0.438811 0.919389</w:t>
        <w:br/>
        <w:t>vt 0.446887 0.920654</w:t>
        <w:br/>
        <w:t>vt 0.431375 0.919203</w:t>
        <w:br/>
        <w:t>vt 0.432968 0.843775</w:t>
        <w:br/>
        <w:t>vt 0.430399 0.847116</w:t>
        <w:br/>
        <w:t>vt 0.419505 0.834961</w:t>
        <w:br/>
        <w:t>vt 0.425098 0.830901</w:t>
        <w:br/>
        <w:t>vt 0.407318 0.850786</w:t>
        <w:br/>
        <w:t>vt 0.425238 0.860103</w:t>
        <w:br/>
        <w:t>vt 0.404529 0.859641</w:t>
        <w:br/>
        <w:t>vt 0.425816 0.901335</w:t>
        <w:br/>
        <w:t>vt 0.433848 0.885692</w:t>
        <w:br/>
        <w:t>vt 0.430996 0.903431</w:t>
        <w:br/>
        <w:t>vt 0.403788 0.871515</w:t>
        <w:br/>
        <w:t>vt 0.423671 0.869198</w:t>
        <w:br/>
        <w:t>vt 0.407250 0.883970</w:t>
        <w:br/>
        <w:t>vt 0.418939 0.897518</w:t>
        <w:br/>
        <w:t>vt 0.430889 0.882920</w:t>
        <w:br/>
        <w:t>vt 0.427606 0.852729</w:t>
        <w:br/>
        <w:t>vt 0.410998 0.843527</w:t>
        <w:br/>
        <w:t>vt 0.414439 0.839193</w:t>
        <w:br/>
        <w:t>vt 0.428973 0.828492</w:t>
        <w:br/>
        <w:t>vt 0.442418 0.824339</w:t>
        <w:br/>
        <w:t>vt 0.448283 0.836092</w:t>
        <w:br/>
        <w:t>vt 0.439035 0.839376</w:t>
        <w:br/>
        <w:t>vt 0.436776 0.825628</w:t>
        <w:br/>
        <w:t>vt 0.448654 0.825247</w:t>
        <w:br/>
        <w:t>vt 0.445755 0.824581</w:t>
        <w:br/>
        <w:t>vt 0.451366 0.891934</w:t>
        <w:br/>
        <w:t>vt 0.454855 0.903132</w:t>
        <w:br/>
        <w:t>vt 0.448707 0.904755</w:t>
        <w:br/>
        <w:t>vt 0.444283 0.891668</w:t>
        <w:br/>
        <w:t>vt 0.443937 0.905128</w:t>
        <w:br/>
        <w:t>vt 0.437741 0.904847</w:t>
        <w:br/>
        <w:t>vt 0.437697 0.888030</w:t>
        <w:br/>
        <w:t>vt 0.403077 0.898349</w:t>
        <w:br/>
        <w:t>vt 0.427235 0.878126</w:t>
        <w:br/>
        <w:t>vt 0.355631 0.955749</w:t>
        <w:br/>
        <w:t>vt 0.359347 0.958306</w:t>
        <w:br/>
        <w:t>vt 0.412226 0.890951</w:t>
        <w:br/>
        <w:t>vt 0.407426 0.905943</w:t>
        <w:br/>
        <w:t>vt 0.405051 0.986617</w:t>
        <w:br/>
        <w:t>vt 0.425234 0.738323</w:t>
        <w:br/>
        <w:t>vt 0.340950 0.813096</w:t>
        <w:br/>
        <w:t>vt 0.340379 0.803198</w:t>
        <w:br/>
        <w:t>vt 0.342029 0.796157</w:t>
        <w:br/>
        <w:t>vt 0.351936 0.792194</w:t>
        <w:br/>
        <w:t>vt 0.337092 0.795597</w:t>
        <w:br/>
        <w:t>vt 0.325331 0.888739</w:t>
        <w:br/>
        <w:t>vt 0.369967 0.959722</w:t>
        <w:br/>
        <w:t>vt 0.354215 0.961887</w:t>
        <w:br/>
        <w:t>vt 0.355485 0.945923</w:t>
        <w:br/>
        <w:t>vt 0.415319 0.998082</w:t>
        <w:br/>
        <w:t>vt 0.415319 0.998082</w:t>
        <w:br/>
        <w:t>vt 0.408921 0.998085</w:t>
        <w:br/>
        <w:t>vt 0.474420 0.998232</w:t>
        <w:br/>
        <w:t>vt 0.445074 0.733176</w:t>
        <w:br/>
        <w:t>vt 0.403789 0.740132</w:t>
        <w:br/>
        <w:t>vt 0.388695 0.741222</w:t>
        <w:br/>
        <w:t>vt 0.369967 0.959722</w:t>
        <w:br/>
        <w:t>vt 0.403788 0.871515</w:t>
        <w:br/>
        <w:t>vt 0.227707 0.903249</w:t>
        <w:br/>
        <w:t>vt 0.232665 0.903249</w:t>
        <w:br/>
        <w:t>vt 0.232889 0.904224</w:t>
        <w:br/>
        <w:t>vt 0.227707 0.904224</w:t>
        <w:br/>
        <w:t>vt 0.218590 0.881476</w:t>
        <w:br/>
        <w:t>vt 0.227707 0.880773</w:t>
        <w:br/>
        <w:t>vt 0.227707 0.884923</w:t>
        <w:br/>
        <w:t>vt 0.218609 0.885226</w:t>
        <w:br/>
        <w:t>vt 0.227707 0.889911</w:t>
        <w:br/>
        <w:t>vt 0.218676 0.890007</w:t>
        <w:br/>
        <w:t>vt 0.237401 0.881893</w:t>
        <w:br/>
        <w:t>vt 0.237357 0.885734</w:t>
        <w:br/>
        <w:t>vt 0.227707 0.897185</w:t>
        <w:br/>
        <w:t>vt 0.227707 0.903249</w:t>
        <w:br/>
        <w:t>vt 0.222536 0.903249</w:t>
        <w:br/>
        <w:t>vt 0.220780 0.897034</w:t>
        <w:br/>
        <w:t>vt 0.237101 0.890574</w:t>
        <w:br/>
        <w:t>vt 0.234751 0.897391</w:t>
        <w:br/>
        <w:t>vt 0.232665 0.903249</w:t>
        <w:br/>
        <w:t>vt 0.222160 0.904224</w:t>
        <w:br/>
        <w:t>vt 0.222536 0.903249</w:t>
        <w:br/>
        <w:t>vt 0.354419 0.982267</w:t>
        <w:br/>
        <w:t>vt 0.355452 0.982267</w:t>
        <w:br/>
        <w:t>vt 0.355452 0.986459</w:t>
        <w:br/>
        <w:t>vt 0.354419 0.986204</w:t>
        <w:br/>
        <w:t>vt 0.336582 0.974756</w:t>
        <w:br/>
        <w:t>vt 0.339550 0.974682</w:t>
        <w:br/>
        <w:t>vt 0.338987 0.982267</w:t>
        <w:br/>
        <w:t>vt 0.335736 0.982267</w:t>
        <w:br/>
        <w:t>vt 0.343588 0.974684</w:t>
        <w:br/>
        <w:t>vt 0.343133 0.982267</w:t>
        <w:br/>
        <w:t>vt 0.340018 0.990392</w:t>
        <w:br/>
        <w:t>vt 0.336983 0.990027</w:t>
        <w:br/>
        <w:t>vt 0.349097 0.982267</w:t>
        <w:br/>
        <w:t>vt 0.349321 0.976662</w:t>
        <w:br/>
        <w:t>vt 0.354419 0.978266</w:t>
        <w:br/>
        <w:t>vt 0.354419 0.982267</w:t>
        <w:br/>
        <w:t>vt 0.349455 0.988064</w:t>
        <w:br/>
        <w:t>vt 0.343882 0.990105</w:t>
        <w:br/>
        <w:t>vt 0.354419 0.986204</w:t>
        <w:br/>
        <w:t>vt 0.354419 0.978266</w:t>
        <w:br/>
        <w:t>vt 0.355452 0.977975</w:t>
        <w:br/>
        <w:t>vt 0.242078 0.881451</w:t>
        <w:br/>
        <w:t>vt 0.235617 0.877868</w:t>
        <w:br/>
        <w:t>vt 0.218427 0.903249</w:t>
        <w:br/>
        <w:t>vt 0.215673 0.897615</w:t>
        <w:br/>
        <w:t>vt 0.243926 0.891610</w:t>
        <w:br/>
        <w:t>vt 0.239961 0.898130</w:t>
        <w:br/>
        <w:t>vt 0.211979 0.890667</w:t>
        <w:br/>
        <w:t>vt 0.236575 0.903249</w:t>
        <w:br/>
        <w:t>vt 0.218427 0.903249</w:t>
        <w:br/>
        <w:t>vt 0.217618 0.904224</w:t>
        <w:br/>
        <w:t>vt 0.236575 0.903249</w:t>
        <w:br/>
        <w:t>vt 0.237299 0.904224</w:t>
        <w:br/>
        <w:t>vt 0.220257 0.877516</w:t>
        <w:br/>
        <w:t>vt 0.213963 0.880807</w:t>
        <w:br/>
        <w:t>vt 0.339729 0.969136</w:t>
        <w:br/>
        <w:t>vt 0.344309 0.969392</w:t>
        <w:br/>
        <w:t>vt 0.340321 0.995883</w:t>
        <w:br/>
        <w:t>vt 0.336499 0.994120</w:t>
        <w:br/>
        <w:t>vt 0.332353 0.982267</w:t>
        <w:br/>
        <w:t>vt 0.333285 0.976086</w:t>
        <w:br/>
        <w:t>vt 0.344886 0.995568</w:t>
        <w:br/>
        <w:t>vt 0.333515 0.988782</w:t>
        <w:br/>
        <w:t>vt 0.336059 0.970877</w:t>
        <w:br/>
        <w:t>vt 0.336499 0.994120</w:t>
        <w:br/>
        <w:t>vt 0.354419 0.975347</w:t>
        <w:br/>
        <w:t>vt 0.349980 0.972719</w:t>
        <w:br/>
        <w:t>vt 0.350229 0.992127</w:t>
        <w:br/>
        <w:t>vt 0.354419 0.989070</w:t>
        <w:br/>
        <w:t>vt 0.354419 0.975347</w:t>
        <w:br/>
        <w:t>vt 0.355452 0.974573</w:t>
        <w:br/>
        <w:t>vt 0.355452 0.989794</w:t>
        <w:br/>
        <w:t>vt 0.354419 0.989070</w:t>
        <w:br/>
        <w:t>vt 0.211796 0.885179</w:t>
        <w:br/>
        <w:t>vt 0.244260 0.886078</w:t>
        <w:br/>
        <w:t>vt 0.227707 0.876420</w:t>
        <w:br/>
        <w:t>vt 0.233285 0.905901</w:t>
        <w:br/>
        <w:t>vt 0.227707 0.905901</w:t>
        <w:br/>
        <w:t>vt 0.221686 0.905901</w:t>
        <w:br/>
        <w:t>vt 0.356806 0.986805</w:t>
        <w:br/>
        <w:t>vt 0.356806 0.982267</w:t>
        <w:br/>
        <w:t>vt 0.356806 0.977595</w:t>
        <w:br/>
        <w:t>vt 0.216615 0.905901</w:t>
        <w:br/>
        <w:t>vt 0.238204 0.905901</w:t>
        <w:br/>
        <w:t>vt 0.356806 0.973616</w:t>
        <w:br/>
        <w:t>vt 0.356806 0.990677</w:t>
        <w:br/>
        <w:t>vt 0.360780 0.982267</w:t>
        <w:br/>
        <w:t>vt 0.360780 0.986808</w:t>
        <w:br/>
        <w:t>vt 0.360780 0.973614</w:t>
        <w:br/>
        <w:t>vt 0.360780 0.977592</w:t>
        <w:br/>
        <w:t>vt 0.336059 0.970877</w:t>
        <w:br/>
        <w:t>vt 0.227707 0.913342</w:t>
        <w:br/>
        <w:t>vt 0.227707 0.912366</w:t>
        <w:br/>
        <w:t>vt 0.232892 0.912366</w:t>
        <w:br/>
        <w:t>vt 0.232668 0.913342</w:t>
        <w:br/>
        <w:t>vt 0.218595 0.935123</w:t>
        <w:br/>
        <w:t>vt 0.218613 0.931375</w:t>
        <w:br/>
        <w:t>vt 0.227707 0.931659</w:t>
        <w:br/>
        <w:t>vt 0.227707 0.935800</w:t>
        <w:br/>
        <w:t>vt 0.218677 0.926597</w:t>
        <w:br/>
        <w:t>vt 0.227707 0.926684</w:t>
        <w:br/>
        <w:t>vt 0.237358 0.930842</w:t>
        <w:br/>
        <w:t>vt 0.237406 0.934679</w:t>
        <w:br/>
        <w:t>vt 0.227707 0.919417</w:t>
        <w:br/>
        <w:t>vt 0.220783 0.919570</w:t>
        <w:br/>
        <w:t>vt 0.222538 0.913342</w:t>
        <w:br/>
        <w:t>vt 0.227707 0.913342</w:t>
        <w:br/>
        <w:t>vt 0.234751 0.919193</w:t>
        <w:br/>
        <w:t>vt 0.237099 0.926008</w:t>
        <w:br/>
        <w:t>vt 0.232668 0.913342</w:t>
        <w:br/>
        <w:t>vt 0.222538 0.913342</w:t>
        <w:br/>
        <w:t>vt 0.222165 0.912366</w:t>
        <w:br/>
        <w:t>vt 0.363176 0.982267</w:t>
        <w:br/>
        <w:t>vt 0.363176 0.986203</w:t>
        <w:br/>
        <w:t>vt 0.362138 0.986460</w:t>
        <w:br/>
        <w:t>vt 0.362138 0.982267</w:t>
        <w:br/>
        <w:t>vt 0.381031 0.974757</w:t>
        <w:br/>
        <w:t>vt 0.381839 0.982267</w:t>
        <w:br/>
        <w:t>vt 0.378594 0.982267</w:t>
        <w:br/>
        <w:t>vt 0.378070 0.974681</w:t>
        <w:br/>
        <w:t>vt 0.374454 0.982267</w:t>
        <w:br/>
        <w:t>vt 0.374033 0.974678</w:t>
        <w:br/>
        <w:t>vt 0.380583 0.990027</w:t>
        <w:br/>
        <w:t>vt 0.377550 0.990391</w:t>
        <w:br/>
        <w:t>vt 0.368493 0.982267</w:t>
        <w:br/>
        <w:t>vt 0.363176 0.982267</w:t>
        <w:br/>
        <w:t>vt 0.363176 0.978251</w:t>
        <w:br/>
        <w:t>vt 0.368311 0.976678</w:t>
        <w:br/>
        <w:t>vt 0.373689 0.990103</w:t>
        <w:br/>
        <w:t>vt 0.368120 0.988062</w:t>
        <w:br/>
        <w:t>vt 0.363176 0.986203</w:t>
        <w:br/>
        <w:t>vt 0.362138 0.977973</w:t>
        <w:br/>
        <w:t>vt 0.363176 0.978251</w:t>
        <w:br/>
        <w:t>vt 0.242084 0.935119</w:t>
        <w:br/>
        <w:t>vt 0.235623 0.938703</w:t>
        <w:br/>
        <w:t>vt 0.218430 0.913342</w:t>
        <w:br/>
        <w:t>vt 0.215675 0.918991</w:t>
        <w:br/>
        <w:t>vt 0.239961 0.918450</w:t>
        <w:br/>
        <w:t>vt 0.243925 0.924965</w:t>
        <w:br/>
        <w:t>vt 0.211981 0.925940</w:t>
        <w:br/>
        <w:t>vt 0.236577 0.913342</w:t>
        <w:br/>
        <w:t>vt 0.218430 0.913342</w:t>
        <w:br/>
        <w:t>vt 0.217624 0.912366</w:t>
        <w:br/>
        <w:t>vt 0.237302 0.912366</w:t>
        <w:br/>
        <w:t>vt 0.236577 0.913342</w:t>
        <w:br/>
        <w:t>vt 0.220269 0.939077</w:t>
        <w:br/>
        <w:t>vt 0.213972 0.935799</w:t>
        <w:br/>
        <w:t>vt 0.373313 0.969388</w:t>
        <w:br/>
        <w:t>vt 0.377897 0.969133</w:t>
        <w:br/>
        <w:t>vt 0.381063 0.994123</w:t>
        <w:br/>
        <w:t>vt 0.377242 0.995883</w:t>
        <w:br/>
        <w:t>vt 0.384321 0.976098</w:t>
        <w:br/>
        <w:t>vt 0.385214 0.982267</w:t>
        <w:br/>
        <w:t>vt 0.372681 0.995564</w:t>
        <w:br/>
        <w:t>vt 0.384051 0.988786</w:t>
        <w:br/>
        <w:t>vt 0.381564 0.970881</w:t>
        <w:br/>
        <w:t>vt 0.381063 0.994123</w:t>
        <w:br/>
        <w:t>vt 0.363176 0.975339</w:t>
        <w:br/>
        <w:t>vt 0.367651 0.972727</w:t>
        <w:br/>
        <w:t>vt 0.367344 0.992124</w:t>
        <w:br/>
        <w:t>vt 0.363176 0.989070</w:t>
        <w:br/>
        <w:t>vt 0.363176 0.975339</w:t>
        <w:br/>
        <w:t>vt 0.362138 0.974569</w:t>
        <w:br/>
        <w:t>vt 0.363176 0.989070</w:t>
        <w:br/>
        <w:t>vt 0.362138 0.989796</w:t>
        <w:br/>
        <w:t>vt 0.211801 0.931429</w:t>
        <w:br/>
        <w:t>vt 0.244261 0.930492</w:t>
        <w:br/>
        <w:t>vt 0.227707 0.940146</w:t>
        <w:br/>
        <w:t>vt 0.233284 0.910690</w:t>
        <w:br/>
        <w:t>vt 0.227707 0.910690</w:t>
        <w:br/>
        <w:t>vt 0.221690 0.910690</w:t>
        <w:br/>
        <w:t>vt 0.216621 0.910690</w:t>
        <w:br/>
        <w:t>vt 0.238205 0.910690</w:t>
        <w:br/>
        <w:t>vt 0.360780 0.990679</w:t>
        <w:br/>
        <w:t>vt 0.216621 0.910690</w:t>
        <w:br/>
        <w:t>vt 0.381564 0.970881</w:t>
        <w:br/>
        <w:t>vt 0.977466 0.740080</w:t>
        <w:br/>
        <w:t>vt 0.975903 0.740080</w:t>
        <w:br/>
        <w:t>vt 0.975903 0.728900</w:t>
        <w:br/>
        <w:t>vt 0.977466 0.728900</w:t>
        <w:br/>
        <w:t>vt 0.974293 0.740080</w:t>
        <w:br/>
        <w:t>vt 0.974293 0.728900</w:t>
        <w:br/>
        <w:t>vt 0.972671 0.740080</w:t>
        <w:br/>
        <w:t>vt 0.972671 0.728900</w:t>
        <w:br/>
        <w:t>vt 0.971082 0.740080</w:t>
        <w:br/>
        <w:t>vt 0.971082 0.728900</w:t>
        <w:br/>
        <w:t>vt 0.969505 0.740080</w:t>
        <w:br/>
        <w:t>vt 0.969505 0.728900</w:t>
        <w:br/>
        <w:t>vt 0.967903 0.740080</w:t>
        <w:br/>
        <w:t>vt 0.967903 0.728900</w:t>
        <w:br/>
        <w:t>vt 0.980626 0.740080</w:t>
        <w:br/>
        <w:t>vt 0.979027 0.740080</w:t>
        <w:br/>
        <w:t>vt 0.979027 0.728900</w:t>
        <w:br/>
        <w:t>vt 0.980626 0.728900</w:t>
        <w:br/>
        <w:t>vt 0.975903 0.717594</w:t>
        <w:br/>
        <w:t>vt 0.977466 0.717594</w:t>
        <w:br/>
        <w:t>vt 0.974293 0.717594</w:t>
        <w:br/>
        <w:t>vt 0.972671 0.717594</w:t>
        <w:br/>
        <w:t>vt 0.971082 0.717594</w:t>
        <w:br/>
        <w:t>vt 0.969505 0.717594</w:t>
        <w:br/>
        <w:t>vt 0.967903 0.717594</w:t>
        <w:br/>
        <w:t>vt 0.979027 0.717594</w:t>
        <w:br/>
        <w:t>vt 0.980626 0.717594</w:t>
        <w:br/>
        <w:t>vt 0.975903 0.706134</w:t>
        <w:br/>
        <w:t>vt 0.977466 0.706134</w:t>
        <w:br/>
        <w:t>vt 0.974293 0.706134</w:t>
        <w:br/>
        <w:t>vt 0.972671 0.706134</w:t>
        <w:br/>
        <w:t>vt 0.971082 0.706134</w:t>
        <w:br/>
        <w:t>vt 0.969505 0.706134</w:t>
        <w:br/>
        <w:t>vt 0.967903 0.706134</w:t>
        <w:br/>
        <w:t>vt 0.979027 0.706134</w:t>
        <w:br/>
        <w:t>vt 0.980626 0.706134</w:t>
        <w:br/>
        <w:t>vt 0.975903 0.694626</w:t>
        <w:br/>
        <w:t>vt 0.977466 0.694626</w:t>
        <w:br/>
        <w:t>vt 0.974293 0.694626</w:t>
        <w:br/>
        <w:t>vt 0.972671 0.694626</w:t>
        <w:br/>
        <w:t>vt 0.971082 0.694626</w:t>
        <w:br/>
        <w:t>vt 0.969505 0.694626</w:t>
        <w:br/>
        <w:t>vt 0.967903 0.694626</w:t>
        <w:br/>
        <w:t>vt 0.979027 0.694626</w:t>
        <w:br/>
        <w:t>vt 0.980626 0.694626</w:t>
        <w:br/>
        <w:t>vt 0.960150 0.694351</w:t>
        <w:br/>
        <w:t>vt 0.960150 0.705529</w:t>
        <w:br/>
        <w:t>vt 0.958564 0.705529</w:t>
        <w:br/>
        <w:t>vt 0.958564 0.694351</w:t>
        <w:br/>
        <w:t>vt 0.956944 0.705529</w:t>
        <w:br/>
        <w:t>vt 0.956944 0.694351</w:t>
        <w:br/>
        <w:t>vt 0.955328 0.705529</w:t>
        <w:br/>
        <w:t>vt 0.955328 0.694351</w:t>
        <w:br/>
        <w:t>vt 0.953760 0.705529</w:t>
        <w:br/>
        <w:t>vt 0.953760 0.694351</w:t>
        <w:br/>
        <w:t>vt 0.952205 0.705529</w:t>
        <w:br/>
        <w:t>vt 0.952205 0.694351</w:t>
        <w:br/>
        <w:t>vt 0.950613 0.705529</w:t>
        <w:br/>
        <w:t>vt 0.950613 0.694351</w:t>
        <w:br/>
        <w:t>vt 0.963337 0.694351</w:t>
        <w:br/>
        <w:t>vt 0.963337 0.705529</w:t>
        <w:br/>
        <w:t>vt 0.961731 0.705529</w:t>
        <w:br/>
        <w:t>vt 0.961731 0.694351</w:t>
        <w:br/>
        <w:t>vt 0.960150 0.716835</w:t>
        <w:br/>
        <w:t>vt 0.958564 0.716835</w:t>
        <w:br/>
        <w:t>vt 0.956944 0.716835</w:t>
        <w:br/>
        <w:t>vt 0.955328 0.716835</w:t>
        <w:br/>
        <w:t>vt 0.953760 0.716835</w:t>
        <w:br/>
        <w:t>vt 0.952205 0.716835</w:t>
        <w:br/>
        <w:t>vt 0.950613 0.716835</w:t>
        <w:br/>
        <w:t>vt 0.963337 0.716835</w:t>
        <w:br/>
        <w:t>vt 0.961731 0.716835</w:t>
        <w:br/>
        <w:t>vt 0.960150 0.728296</w:t>
        <w:br/>
        <w:t>vt 0.958564 0.728296</w:t>
        <w:br/>
        <w:t>vt 0.956944 0.728296</w:t>
        <w:br/>
        <w:t>vt 0.955328 0.728296</w:t>
        <w:br/>
        <w:t>vt 0.953760 0.728296</w:t>
        <w:br/>
        <w:t>vt 0.952205 0.728296</w:t>
        <w:br/>
        <w:t>vt 0.950613 0.728296</w:t>
        <w:br/>
        <w:t>vt 0.963337 0.728296</w:t>
        <w:br/>
        <w:t>vt 0.961731 0.728296</w:t>
        <w:br/>
        <w:t>vt 0.960150 0.739806</w:t>
        <w:br/>
        <w:t>vt 0.958564 0.739806</w:t>
        <w:br/>
        <w:t>vt 0.956944 0.739806</w:t>
        <w:br/>
        <w:t>vt 0.955328 0.739806</w:t>
        <w:br/>
        <w:t>vt 0.953760 0.739806</w:t>
        <w:br/>
        <w:t>vt 0.952205 0.739806</w:t>
        <w:br/>
        <w:t>vt 0.950613 0.739806</w:t>
        <w:br/>
        <w:t>vt 0.963337 0.739806</w:t>
        <w:br/>
        <w:t>vt 0.961731 0.739806</w:t>
        <w:br/>
        <w:t>vt 0.491981 0.343185</w:t>
        <w:br/>
        <w:t>vt 0.483128 0.354705</w:t>
        <w:br/>
        <w:t>vt 0.495470 0.355398</w:t>
        <w:br/>
        <w:t>vt 0.497863 0.349903</w:t>
        <w:br/>
        <w:t>vt 0.484191 0.342888</w:t>
        <w:br/>
        <w:t>vt 0.492134 0.336347</w:t>
        <w:br/>
        <w:t>vt 0.486442 0.331564</w:t>
        <w:br/>
        <w:t>vt 0.496587 0.323814</w:t>
        <w:br/>
        <w:t>vt 0.491337 0.320415</w:t>
        <w:br/>
        <w:t>vt 0.505086 0.309172</w:t>
        <w:br/>
        <w:t>vt 0.498927 0.303684</w:t>
        <w:br/>
        <w:t>vt 0.495055 0.360164</w:t>
        <w:br/>
        <w:t>vt 0.495903 0.357284</w:t>
        <w:br/>
        <w:t>vt 0.481083 0.356879</w:t>
        <w:br/>
        <w:t>vt 0.478399 0.359550</w:t>
        <w:br/>
        <w:t>vt 0.495875 0.340733</w:t>
        <w:br/>
        <w:t>vt 0.500548 0.346884</w:t>
        <w:br/>
        <w:t>vt 0.502280 0.345144</w:t>
        <w:br/>
        <w:t>vt 0.498233 0.339605</w:t>
        <w:br/>
        <w:t>vt 0.497813 0.337153</w:t>
        <w:br/>
        <w:t>vt 0.494975 0.337044</w:t>
        <w:br/>
        <w:t>vt 0.481655 0.342740</w:t>
        <w:br/>
        <w:t>vt 0.484235 0.330377</w:t>
        <w:br/>
        <w:t>vt 0.481490 0.329664</w:t>
        <w:br/>
        <w:t>vt 0.478765 0.343062</w:t>
        <w:br/>
        <w:t>vt 0.488886 0.318664</w:t>
        <w:br/>
        <w:t>vt 0.486750 0.317334</w:t>
        <w:br/>
        <w:t>vt 0.499411 0.324961</w:t>
        <w:br/>
        <w:t>vt 0.502470 0.325741</w:t>
        <w:br/>
        <w:t>vt 0.497697 0.300729</w:t>
        <w:br/>
        <w:t>vt 0.496783 0.298874</w:t>
        <w:br/>
        <w:t>vt 0.507293 0.309976</w:t>
        <w:br/>
        <w:t>vt 0.509580 0.310124</w:t>
        <w:br/>
        <w:t>vt 0.481083 0.356879</w:t>
        <w:br/>
        <w:t>vt 0.498927 0.303684</w:t>
        <w:br/>
        <w:t>vt 0.478399 0.359550</w:t>
        <w:br/>
        <w:t>vt 0.067728 0.461721</w:t>
        <w:br/>
        <w:t>vt 0.068664 0.461721</w:t>
        <w:br/>
        <w:t>vt 0.068664 0.456960</w:t>
        <w:br/>
        <w:t>vt 0.067728 0.456960</w:t>
        <w:br/>
        <w:t>vt 0.065086 0.461721</w:t>
        <w:br/>
        <w:t>vt 0.065086 0.456960</w:t>
        <w:br/>
        <w:t>vt 0.058959 0.461721</w:t>
        <w:br/>
        <w:t>vt 0.058959 0.456960</w:t>
        <w:br/>
        <w:t>vt 0.053579 0.461721</w:t>
        <w:br/>
        <w:t>vt 0.053579 0.456960</w:t>
        <w:br/>
        <w:t>vt 0.048425 0.461721</w:t>
        <w:br/>
        <w:t>vt 0.048425 0.456960</w:t>
        <w:br/>
        <w:t>vt 0.045473 0.461721</w:t>
        <w:br/>
        <w:t>vt 0.045473 0.456960</w:t>
        <w:br/>
        <w:t>vt 0.043044 0.456960</w:t>
        <w:br/>
        <w:t>vt 0.043044 0.461721</w:t>
        <w:br/>
        <w:t>vt 0.039989 0.456960</w:t>
        <w:br/>
        <w:t>vt 0.039989 0.461721</w:t>
        <w:br/>
        <w:t>vt 0.036268 0.456960</w:t>
        <w:br/>
        <w:t>vt 0.036268 0.461721</w:t>
        <w:br/>
        <w:t>vt 0.031248 0.456960</w:t>
        <w:br/>
        <w:t>vt 0.031248 0.461721</w:t>
        <w:br/>
        <w:t>vt 0.026081 0.456960</w:t>
        <w:br/>
        <w:t>vt 0.026081 0.461721</w:t>
        <w:br/>
        <w:t>vt 0.020408 0.456960</w:t>
        <w:br/>
        <w:t>vt 0.020408 0.461721</w:t>
        <w:br/>
        <w:t>vt 0.018026 0.456960</w:t>
        <w:br/>
        <w:t>vt 0.018026 0.461721</w:t>
        <w:br/>
        <w:t>vt 0.017183 0.461721</w:t>
        <w:br/>
        <w:t>vt 0.017183 0.456960</w:t>
        <w:br/>
        <w:t>vt 0.067532 0.455199</w:t>
        <w:br/>
        <w:t>vt 0.067532 0.450462</w:t>
        <w:br/>
        <w:t>vt 0.066830 0.450462</w:t>
        <w:br/>
        <w:t>vt 0.066830 0.455199</w:t>
        <w:br/>
        <w:t>vt 0.064290 0.450462</w:t>
        <w:br/>
        <w:t>vt 0.064290 0.455199</w:t>
        <w:br/>
        <w:t>vt 0.058205 0.450462</w:t>
        <w:br/>
        <w:t>vt 0.058205 0.455199</w:t>
        <w:br/>
        <w:t>vt 0.052915 0.450462</w:t>
        <w:br/>
        <w:t>vt 0.052915 0.455199</w:t>
        <w:br/>
        <w:t>vt 0.047866 0.450462</w:t>
        <w:br/>
        <w:t>vt 0.047866 0.455199</w:t>
        <w:br/>
        <w:t>vt 0.045113 0.450462</w:t>
        <w:br/>
        <w:t>vt 0.045113 0.455199</w:t>
        <w:br/>
        <w:t>vt 0.042905 0.450462</w:t>
        <w:br/>
        <w:t>vt 0.042905 0.455199</w:t>
        <w:br/>
        <w:t>vt 0.040134 0.450462</w:t>
        <w:br/>
        <w:t>vt 0.040134 0.455199</w:t>
        <w:br/>
        <w:t>vt 0.036628 0.450462</w:t>
        <w:br/>
        <w:t>vt 0.036628 0.455199</w:t>
        <w:br/>
        <w:t>vt 0.031553 0.450462</w:t>
        <w:br/>
        <w:t>vt 0.031553 0.455199</w:t>
        <w:br/>
        <w:t>vt 0.026295 0.450462</w:t>
        <w:br/>
        <w:t>vt 0.026295 0.455199</w:t>
        <w:br/>
        <w:t>vt 0.020536 0.450462</w:t>
        <w:br/>
        <w:t>vt 0.020536 0.455199</w:t>
        <w:br/>
        <w:t>vt 0.018295 0.450462</w:t>
        <w:br/>
        <w:t>vt 0.018295 0.455199</w:t>
        <w:br/>
        <w:t>vt 0.017779 0.450462</w:t>
        <w:br/>
        <w:t>vt 0.017779 0.455199</w:t>
        <w:br/>
        <w:t>vt 0.017123 0.445876</w:t>
        <w:br/>
        <w:t>vt 0.018199 0.445876</w:t>
        <w:br/>
        <w:t>vt 0.018206 0.444908</w:t>
        <w:br/>
        <w:t>vt 0.017123 0.444908</w:t>
        <w:br/>
        <w:t>vt 0.017471 0.447370</w:t>
        <w:br/>
        <w:t>vt 0.017471 0.448339</w:t>
        <w:br/>
        <w:t>vt 0.018424 0.448339</w:t>
        <w:br/>
        <w:t>vt 0.018427 0.447370</w:t>
        <w:br/>
        <w:t>vt 0.020979 0.445876</w:t>
        <w:br/>
        <w:t>vt 0.020976 0.444908</w:t>
        <w:br/>
        <w:t>vt 0.021084 0.448339</w:t>
        <w:br/>
        <w:t>vt 0.021090 0.447370</w:t>
        <w:br/>
        <w:t>vt 0.027195 0.445876</w:t>
        <w:br/>
        <w:t>vt 0.027203 0.444908</w:t>
        <w:br/>
        <w:t>vt 0.027126 0.448339</w:t>
        <w:br/>
        <w:t>vt 0.027123 0.447370</w:t>
        <w:br/>
        <w:t>vt 0.032604 0.445876</w:t>
        <w:br/>
        <w:t>vt 0.032643 0.444908</w:t>
        <w:br/>
        <w:t>vt 0.032435 0.447370</w:t>
        <w:br/>
        <w:t>vt 0.032472 0.448339</w:t>
        <w:br/>
        <w:t>vt 0.037805 0.445876</w:t>
        <w:br/>
        <w:t>vt 0.037809 0.444908</w:t>
        <w:br/>
        <w:t>vt 0.037559 0.447370</w:t>
        <w:br/>
        <w:t>vt 0.037561 0.448339</w:t>
        <w:br/>
        <w:t>vt 0.040812 0.445876</w:t>
        <w:br/>
        <w:t>vt 0.040807 0.444908</w:t>
        <w:br/>
        <w:t>vt 0.040522 0.447370</w:t>
        <w:br/>
        <w:t>vt 0.040519 0.448339</w:t>
        <w:br/>
        <w:t>vt 0.043312 0.445876</w:t>
        <w:br/>
        <w:t>vt 0.043287 0.444908</w:t>
        <w:br/>
        <w:t>vt 0.042981 0.448339</w:t>
        <w:br/>
        <w:t>vt 0.043002 0.447370</w:t>
        <w:br/>
        <w:t>vt 0.046388 0.445876</w:t>
        <w:br/>
        <w:t>vt 0.046387 0.444908</w:t>
        <w:br/>
        <w:t>vt 0.046052 0.447370</w:t>
        <w:br/>
        <w:t>vt 0.046054 0.448339</w:t>
        <w:br/>
        <w:t>vt 0.050161 0.445876</w:t>
        <w:br/>
        <w:t>vt 0.050189 0.444908</w:t>
        <w:br/>
        <w:t>vt 0.049833 0.448339</w:t>
        <w:br/>
        <w:t>vt 0.049802 0.447370</w:t>
        <w:br/>
        <w:t>vt 0.055431 0.445876</w:t>
        <w:br/>
        <w:t>vt 0.055408 0.444908</w:t>
        <w:br/>
        <w:t>vt 0.055040 0.448339</w:t>
        <w:br/>
        <w:t>vt 0.055060 0.447370</w:t>
        <w:br/>
        <w:t>vt 0.060856 0.445876</w:t>
        <w:br/>
        <w:t>vt 0.060847 0.444908</w:t>
        <w:br/>
        <w:t>vt 0.060482 0.448339</w:t>
        <w:br/>
        <w:t>vt 0.060491 0.447370</w:t>
        <w:br/>
        <w:t>vt 0.066733 0.445876</w:t>
        <w:br/>
        <w:t>vt 0.066733 0.444908</w:t>
        <w:br/>
        <w:t>vt 0.066438 0.447370</w:t>
        <w:br/>
        <w:t>vt 0.066439 0.448339</w:t>
        <w:br/>
        <w:t>vt 0.069220 0.445876</w:t>
        <w:br/>
        <w:t>vt 0.069237 0.444908</w:t>
        <w:br/>
        <w:t>vt 0.069073 0.447370</w:t>
        <w:br/>
        <w:t>vt 0.069082 0.448339</w:t>
        <w:br/>
        <w:t>vt 0.070146 0.445876</w:t>
        <w:br/>
        <w:t>vt 0.070146 0.444908</w:t>
        <w:br/>
        <w:t>vt 0.070139 0.447370</w:t>
        <w:br/>
        <w:t>vt 0.070139 0.448339</w:t>
        <w:br/>
        <w:t>vt 0.488281 0.986773</w:t>
        <w:br/>
        <w:t>vt 0.480519 0.977277</w:t>
        <w:br/>
        <w:t>vt 0.480519 0.987203</w:t>
        <w:br/>
        <w:t>vt 0.690445 0.993019</w:t>
        <w:br/>
        <w:t>vt 0.681096 0.983178</w:t>
        <w:br/>
        <w:t>vt 0.682491 0.993019</w:t>
        <w:br/>
        <w:t>vt 0.699631 0.993019</w:t>
        <w:br/>
        <w:t>vt 0.698737 0.983344</w:t>
        <w:br/>
        <w:t>vt 0.675555 0.993019</w:t>
        <w:br/>
        <w:t>vt 0.671108 0.993019</w:t>
        <w:br/>
        <w:t>vt 0.480519 0.916369</w:t>
        <w:br/>
        <w:t>vt 0.480519 0.941860</w:t>
        <w:br/>
        <w:t>vt 0.502169 0.942619</w:t>
        <w:br/>
        <w:t>vt 0.503916 0.916808</w:t>
        <w:br/>
        <w:t>vt 0.714975 0.947352</w:t>
        <w:br/>
        <w:t>vt 0.714975 0.922740</w:t>
        <w:br/>
        <w:t>vt 0.691504 0.922917</w:t>
        <w:br/>
        <w:t>vt 0.691423 0.948000</w:t>
        <w:br/>
        <w:t>vt 0.672988 0.922479</w:t>
        <w:br/>
        <w:t>vt 0.672037 0.947084</w:t>
        <w:br/>
        <w:t>vt 0.515759 0.942570</w:t>
        <w:br/>
        <w:t>vt 0.519143 0.917586</w:t>
        <w:br/>
        <w:t>vt 0.502236 0.786093</w:t>
        <w:br/>
        <w:t>vt 0.480519 0.785679</w:t>
        <w:br/>
        <w:t>vt 0.480519 0.797630</w:t>
        <w:br/>
        <w:t>vt 0.503492 0.798462</w:t>
        <w:br/>
        <w:t>vt 0.693094 0.794609</w:t>
        <w:br/>
        <w:t>vt 0.693094 0.805853</w:t>
        <w:br/>
        <w:t>vt 0.714975 0.803782</w:t>
        <w:br/>
        <w:t>vt 0.714975 0.793385</w:t>
        <w:br/>
        <w:t>vt 0.666808 0.796621</w:t>
        <w:br/>
        <w:t>vt 0.667631 0.809414</w:t>
        <w:br/>
        <w:t>vt 0.669487 0.789374</w:t>
        <w:br/>
        <w:t>vt 0.669601 0.794251</w:t>
        <w:br/>
        <w:t>vt 0.693094 0.792515</w:t>
        <w:br/>
        <w:t>vt 0.480519 0.891759</w:t>
        <w:br/>
        <w:t>vt 0.505204 0.892310</w:t>
        <w:br/>
        <w:t>vt 0.505576 0.868562</w:t>
        <w:br/>
        <w:t>vt 0.480519 0.868318</w:t>
        <w:br/>
        <w:t>vt 0.714975 0.847090</w:t>
        <w:br/>
        <w:t>vt 0.693094 0.845548</w:t>
        <w:br/>
        <w:t>vt 0.693094 0.857871</w:t>
        <w:br/>
        <w:t>vt 0.714975 0.858194</w:t>
        <w:br/>
        <w:t>vt 0.672547 0.857356</w:t>
        <w:br/>
        <w:t>vt 0.671716 0.842991</w:t>
        <w:br/>
        <w:t>vt 0.523252 0.715876</w:t>
        <w:br/>
        <w:t>vt 0.518551 0.715876</w:t>
        <w:br/>
        <w:t>vt 0.522284 0.723900</w:t>
        <w:br/>
        <w:t>vt 0.524595 0.724231</w:t>
        <w:br/>
        <w:t>vt 0.506015 0.838514</w:t>
        <w:br/>
        <w:t>vt 0.505894 0.851098</w:t>
        <w:br/>
        <w:t>vt 0.522259 0.851996</w:t>
        <w:br/>
        <w:t>vt 0.523670 0.837550</w:t>
        <w:br/>
        <w:t>vt 0.492398 0.715876</w:t>
        <w:br/>
        <w:t>vt 0.480519 0.715876</w:t>
        <w:br/>
        <w:t>vt 0.480519 0.723900</w:t>
        <w:br/>
        <w:t>vt 0.494696 0.723900</w:t>
        <w:br/>
        <w:t>vt 0.693094 0.779590</w:t>
        <w:br/>
        <w:t>vt 0.714975 0.791984</w:t>
        <w:br/>
        <w:t>vt 0.714975 0.783409</w:t>
        <w:br/>
        <w:t>vt 0.690855 0.720556</w:t>
        <w:br/>
        <w:t>vt 0.688740 0.728561</w:t>
        <w:br/>
        <w:t>vt 0.704083 0.728561</w:t>
        <w:br/>
        <w:t>vt 0.705782 0.720556</w:t>
        <w:br/>
        <w:t>vt 0.674273 0.719182</w:t>
        <w:br/>
        <w:t>vt 0.672983 0.727923</w:t>
        <w:br/>
        <w:t>vt 0.674920 0.728681</w:t>
        <w:br/>
        <w:t>vt 0.524168 0.784207</w:t>
        <w:br/>
        <w:t>vt 0.502817 0.784864</w:t>
        <w:br/>
        <w:t>vt 0.524683 0.789795</w:t>
        <w:br/>
        <w:t>vt 0.505730 0.965904</w:t>
        <w:br/>
        <w:t>vt 0.510146 0.956574</w:t>
        <w:br/>
        <w:t>vt 0.499132 0.955330</w:t>
        <w:br/>
        <w:t>vt 0.495073 0.965735</w:t>
        <w:br/>
        <w:t>vt 0.480519 0.955511</w:t>
        <w:br/>
        <w:t>vt 0.480519 0.964762</w:t>
        <w:br/>
        <w:t>vt 0.714975 0.959642</w:t>
        <w:br/>
        <w:t>vt 0.692945 0.960546</w:t>
        <w:br/>
        <w:t>vt 0.694721 0.970154</w:t>
        <w:br/>
        <w:t>vt 0.714975 0.967646</w:t>
        <w:br/>
        <w:t>vt 0.671578 0.961118</w:t>
        <w:br/>
        <w:t>vt 0.670629 0.971828</w:t>
        <w:br/>
        <w:t>vt 0.693094 0.898462</w:t>
        <w:br/>
        <w:t>vt 0.714975 0.898309</w:t>
        <w:br/>
        <w:t>vt 0.674155 0.898453</w:t>
        <w:br/>
        <w:t>vt 0.520787 0.893268</w:t>
        <w:br/>
        <w:t>vt 0.509872 0.723900</w:t>
        <w:br/>
        <w:t>vt 0.508027 0.715876</w:t>
        <w:br/>
        <w:t>vt 0.495183 0.725761</w:t>
        <w:br/>
        <w:t>vt 0.480519 0.725761</w:t>
        <w:br/>
        <w:t>vt 0.480519 0.740264</w:t>
        <w:br/>
        <w:t>vt 0.503084 0.741543</w:t>
        <w:br/>
        <w:t>vt 0.714975 0.728561</w:t>
        <w:br/>
        <w:t>vt 0.714975 0.720556</w:t>
        <w:br/>
        <w:t>vt 0.693318 0.745366</w:t>
        <w:br/>
        <w:t>vt 0.688127 0.730370</w:t>
        <w:br/>
        <w:t>vt 0.678689 0.730334</w:t>
        <w:br/>
        <w:t>vt 0.703578 0.730370</w:t>
        <w:br/>
        <w:t>vt 0.714975 0.754011</w:t>
        <w:br/>
        <w:t>vt 0.714975 0.741000</w:t>
        <w:br/>
        <w:t>vt 0.501731 0.757803</w:t>
        <w:br/>
        <w:t>vt 0.501949 0.772459</w:t>
        <w:br/>
        <w:t>vt 0.524629 0.770681</w:t>
        <w:br/>
        <w:t>vt 0.524640 0.753025</w:t>
        <w:br/>
        <w:t>vt 0.480519 0.752874</w:t>
        <w:br/>
        <w:t>vt 0.480519 0.767298</w:t>
        <w:br/>
        <w:t>vt 0.501384 0.756152</w:t>
        <w:br/>
        <w:t>vt 0.503560 0.743146</w:t>
        <w:br/>
        <w:t>vt 0.693318 0.747458</w:t>
        <w:br/>
        <w:t>vt 0.670408 0.741942</w:t>
        <w:br/>
        <w:t>vt 0.693318 0.761231</w:t>
        <w:br/>
        <w:t>vt 0.693318 0.763115</w:t>
        <w:br/>
        <w:t>vt 0.670445 0.744278</w:t>
        <w:br/>
        <w:t>vt 0.669740 0.757108</w:t>
        <w:br/>
        <w:t>vt 0.480519 0.751080</w:t>
        <w:br/>
        <w:t>vt 0.510163 0.725761</w:t>
        <w:br/>
        <w:t>vt 0.714975 0.730370</w:t>
        <w:br/>
        <w:t>vt 0.714975 0.770647</w:t>
        <w:br/>
        <w:t>vt 0.714975 0.755605</w:t>
        <w:br/>
        <w:t>vt 0.480519 0.769270</w:t>
        <w:br/>
        <w:t>vt 0.480519 0.776874</w:t>
        <w:br/>
        <w:t>vt 0.714975 0.772513</w:t>
        <w:br/>
        <w:t>vt 0.480519 0.784368</w:t>
        <w:br/>
        <w:t>vt 0.503091 0.800022</w:t>
        <w:br/>
        <w:t>vt 0.480519 0.799035</w:t>
        <w:br/>
        <w:t>vt 0.480519 0.809628</w:t>
        <w:br/>
        <w:t>vt 0.503453 0.807361</w:t>
        <w:br/>
        <w:t>vt 0.714975 0.815373</w:t>
        <w:br/>
        <w:t>vt 0.714975 0.805018</w:t>
        <w:br/>
        <w:t>vt 0.693094 0.807540</w:t>
        <w:br/>
        <w:t>vt 0.693094 0.814848</w:t>
        <w:br/>
        <w:t>vt 0.670512 0.810470</w:t>
        <w:br/>
        <w:t>vt 0.523582 0.804188</w:t>
        <w:br/>
        <w:t>vt 0.503928 0.828043</w:t>
        <w:br/>
        <w:t>vt 0.503895 0.814514</w:t>
        <w:br/>
        <w:t>vt 0.480519 0.817474</w:t>
        <w:br/>
        <w:t>vt 0.480519 0.828991</w:t>
        <w:br/>
        <w:t>vt 0.714975 0.823125</w:t>
        <w:br/>
        <w:t>vt 0.693094 0.821993</w:t>
        <w:br/>
        <w:t>vt 0.693094 0.833917</w:t>
        <w:br/>
        <w:t>vt 0.714975 0.835032</w:t>
        <w:br/>
        <w:t>vt 0.670444 0.820475</w:t>
        <w:br/>
        <w:t>vt 0.672189 0.831817</w:t>
        <w:br/>
        <w:t>vt 0.523122 0.825064</w:t>
        <w:br/>
        <w:t>vt 0.524331 0.813718</w:t>
        <w:br/>
        <w:t>vt 0.515495 0.977278</w:t>
        <w:br/>
        <w:t>vt 0.502270 0.977800</w:t>
        <w:br/>
        <w:t>vt 0.503224 0.987002</w:t>
        <w:br/>
        <w:t>vt 0.515972 0.987002</w:t>
        <w:br/>
        <w:t>vt 0.574062 0.975010</w:t>
        <w:br/>
        <w:t>vt 0.557123 0.975599</w:t>
        <w:br/>
        <w:t>vt 0.557255 0.987002</w:t>
        <w:br/>
        <w:t>vt 0.572508 0.987002</w:t>
        <w:br/>
        <w:t>vt 0.628128 0.977547</w:t>
        <w:br/>
        <w:t>vt 0.609956 0.975566</w:t>
        <w:br/>
        <w:t>vt 0.615310 0.987002</w:t>
        <w:br/>
        <w:t>vt 0.627070 0.987002</w:t>
        <w:br/>
        <w:t>vt 0.592162 0.987002</w:t>
        <w:br/>
        <w:t>vt 0.604309 0.987002</w:t>
        <w:br/>
        <w:t>vt 0.598904 0.982460</w:t>
        <w:br/>
        <w:t>vt 0.592911 0.982763</w:t>
        <w:br/>
        <w:t>vt 0.541039 0.987002</w:t>
        <w:br/>
        <w:t>vt 0.534823 0.976553</w:t>
        <w:br/>
        <w:t>vt 0.528004 0.987002</w:t>
        <w:br/>
        <w:t>vt 0.654837 0.987002</w:t>
        <w:br/>
        <w:t>vt 0.664736 0.987002</w:t>
        <w:br/>
        <w:t>vt 0.665330 0.981695</w:t>
        <w:br/>
        <w:t>vt 0.648322 0.979686</w:t>
        <w:br/>
        <w:t>vt 0.639589 0.987002</w:t>
        <w:br/>
        <w:t>vt 0.540097 0.917191</w:t>
        <w:br/>
        <w:t>vt 0.537841 0.942033</w:t>
        <w:br/>
        <w:t>vt 0.559029 0.941187</w:t>
        <w:br/>
        <w:t>vt 0.560387 0.916866</w:t>
        <w:br/>
        <w:t>vt 0.578310 0.940229</w:t>
        <w:br/>
        <w:t>vt 0.579150 0.916269</w:t>
        <w:br/>
        <w:t>vt 0.666617 0.922149</w:t>
        <w:br/>
        <w:t>vt 0.649998 0.920922</w:t>
        <w:br/>
        <w:t>vt 0.650045 0.945290</w:t>
        <w:br/>
        <w:t>vt 0.666364 0.946837</w:t>
        <w:br/>
        <w:t>vt 0.629821 0.919292</w:t>
        <w:br/>
        <w:t>vt 0.611619 0.917392</w:t>
        <w:br/>
        <w:t>vt 0.611212 0.941174</w:t>
        <w:br/>
        <w:t>vt 0.629585 0.943302</w:t>
        <w:br/>
        <w:t>vt 0.595608 0.940265</w:t>
        <w:br/>
        <w:t>vt 0.595929 0.916553</w:t>
        <w:br/>
        <w:t>vt 0.522799 0.916630</w:t>
        <w:br/>
        <w:t>vt 0.519732 0.942399</w:t>
        <w:br/>
        <w:t>vt 0.675007 0.996819</w:t>
        <w:br/>
        <w:t>vt 0.675555 0.993019</w:t>
        <w:br/>
        <w:t>vt 0.671108 0.993019</w:t>
        <w:br/>
        <w:t>vt 0.670426 0.996819</w:t>
        <w:br/>
        <w:t>vt 0.699631 0.993019</w:t>
        <w:br/>
        <w:t>vt 0.690445 0.993019</w:t>
        <w:br/>
        <w:t>vt 0.689758 0.996819</w:t>
        <w:br/>
        <w:t>vt 0.700546 0.996819</w:t>
        <w:br/>
        <w:t>vt 0.488769 0.988751</w:t>
        <w:br/>
        <w:t>vt 0.488281 0.986773</w:t>
        <w:br/>
        <w:t>vt 0.480519 0.987203</w:t>
        <w:br/>
        <w:t>vt 0.480519 0.995345</w:t>
        <w:br/>
        <w:t>vt 0.714975 0.996819</w:t>
        <w:br/>
        <w:t>vt 0.714975 0.993019</w:t>
        <w:br/>
        <w:t>vt 0.706494 0.993019</w:t>
        <w:br/>
        <w:t>vt 0.706951 0.996819</w:t>
        <w:br/>
        <w:t>vt 0.666308 0.996818</w:t>
        <w:br/>
        <w:t>vt 0.668209 0.993019</w:t>
        <w:br/>
        <w:t>vt 0.667730 0.987158</w:t>
        <w:br/>
        <w:t>vt 0.682491 0.993019</w:t>
        <w:br/>
        <w:t>vt 0.679600 0.996819</w:t>
        <w:br/>
        <w:t>vt 0.525353 0.893047</w:t>
        <w:br/>
        <w:t>vt 0.514419 0.957134</w:t>
        <w:br/>
        <w:t>vt 0.509391 0.966858</w:t>
        <w:br/>
        <w:t>vt 0.535543 0.967117</w:t>
        <w:br/>
        <w:t>vt 0.557315 0.967139</w:t>
        <w:br/>
        <w:t>vt 0.557956 0.956947</w:t>
        <w:br/>
        <w:t>vt 0.536401 0.956063</w:t>
        <w:br/>
        <w:t>vt 0.516986 0.957044</w:t>
        <w:br/>
        <w:t>vt 0.515764 0.966975</w:t>
        <w:br/>
        <w:t>vt 0.575586 0.967433</w:t>
        <w:br/>
        <w:t>vt 0.576857 0.958242</w:t>
        <w:br/>
        <w:t>vt 0.649866 0.960661</w:t>
        <w:br/>
        <w:t>vt 0.629224 0.959753</w:t>
        <w:br/>
        <w:t>vt 0.594609 0.967846</w:t>
        <w:br/>
        <w:t>vt 0.610193 0.969914</w:t>
        <w:br/>
        <w:t>vt 0.610497 0.958992</w:t>
        <w:br/>
        <w:t>vt 0.595044 0.958007</w:t>
        <w:br/>
        <w:t>vt 0.666149 0.961323</w:t>
        <w:br/>
        <w:t>vt 0.665806 0.972882</w:t>
        <w:br/>
        <w:t>vt 0.499456 0.975437</w:t>
        <w:br/>
        <w:t>vt 0.494039 0.984513</w:t>
        <w:br/>
        <w:t>vt 0.491423 0.974759</w:t>
        <w:br/>
        <w:t>vt 0.542093 0.892706</w:t>
        <w:br/>
        <w:t>vt 0.561574 0.892743</w:t>
        <w:br/>
        <w:t>vt 0.649971 0.897001</w:t>
        <w:br/>
        <w:t>vt 0.630057 0.895662</w:t>
        <w:br/>
        <w:t>vt 0.667118 0.897986</w:t>
        <w:br/>
        <w:t>vt 0.628899 0.801042</w:t>
        <w:br/>
        <w:t>vt 0.609825 0.799156</w:t>
        <w:br/>
        <w:t>vt 0.611126 0.813367</w:t>
        <w:br/>
        <w:t>vt 0.629115 0.816026</w:t>
        <w:br/>
        <w:t>vt 0.628439 0.829621</w:t>
        <w:br/>
        <w:t>vt 0.611990 0.828642</w:t>
        <w:br/>
        <w:t>vt 0.612527 0.839814</w:t>
        <w:br/>
        <w:t>vt 0.628973 0.841079</w:t>
        <w:br/>
        <w:t>vt 0.649137 0.804604</w:t>
        <w:br/>
        <w:t>vt 0.649240 0.817740</w:t>
        <w:br/>
        <w:t>vt 0.648963 0.841685</w:t>
        <w:br/>
        <w:t>vt 0.648180 0.830128</w:t>
        <w:br/>
        <w:t>vt 0.597287 0.812518</w:t>
        <w:br/>
        <w:t>vt 0.597084 0.798308</w:t>
        <w:br/>
        <w:t>vt 0.597365 0.839128</w:t>
        <w:br/>
        <w:t>vt 0.597370 0.827469</w:t>
        <w:br/>
        <w:t>vt 0.630215 0.854870</w:t>
        <w:br/>
        <w:t>vt 0.649258 0.855498</w:t>
        <w:br/>
        <w:t>vt 0.666147 0.694957</w:t>
        <w:br/>
        <w:t>vt 0.658017 0.713250</w:t>
        <w:br/>
        <w:t>vt 0.671244 0.699449</w:t>
        <w:br/>
        <w:t>vt 0.627315 0.684133</w:t>
        <w:br/>
        <w:t>vt 0.616761 0.683666</w:t>
        <w:br/>
        <w:t>vt 0.614523 0.700174</w:t>
        <w:br/>
        <w:t>vt 0.622615 0.706179</w:t>
        <w:br/>
        <w:t>vt 0.635527 0.686646</w:t>
        <w:br/>
        <w:t>vt 0.634226 0.706646</w:t>
        <w:br/>
        <w:t>vt 0.608670 0.725341</w:t>
        <w:br/>
        <w:t>vt 0.649868 0.703560</w:t>
        <w:br/>
        <w:t>vt 0.646729 0.706327</w:t>
        <w:br/>
        <w:t>vt 0.643133 0.694008</w:t>
        <w:br/>
        <w:t>vt 0.598881 0.690117</w:t>
        <w:br/>
        <w:t>vt 0.598521 0.702184</w:t>
        <w:br/>
        <w:t>vt 0.605738 0.701304</w:t>
        <w:br/>
        <w:t>vt 0.606850 0.687069</w:t>
        <w:br/>
        <w:t>vt 0.603514 0.720821</w:t>
        <w:br/>
        <w:t>vt 0.666218 0.830457</w:t>
        <w:br/>
        <w:t>vt 0.664975 0.842066</w:t>
        <w:br/>
        <w:t>vt 0.664461 0.820128</w:t>
        <w:br/>
        <w:t>vt 0.673459 0.874801</w:t>
        <w:br/>
        <w:t>vt 0.666719 0.874165</w:t>
        <w:br/>
        <w:t>vt 0.675572 0.717574</w:t>
        <w:br/>
        <w:t>vt 0.678777 0.707396</w:t>
        <w:br/>
        <w:t>vt 0.673899 0.708364</w:t>
        <w:br/>
        <w:t>vt 0.671030 0.716403</w:t>
        <w:br/>
        <w:t>vt 0.676435 0.694437</w:t>
        <w:br/>
        <w:t>vt 0.665112 0.808974</w:t>
        <w:br/>
        <w:t>vt 0.664045 0.788537</w:t>
        <w:br/>
        <w:t>vt 0.669569 0.775287</w:t>
        <w:br/>
        <w:t>vt 0.665268 0.774678</w:t>
        <w:br/>
        <w:t>vt 0.637640 0.681982</w:t>
        <w:br/>
        <w:t>vt 0.627152 0.678387</w:t>
        <w:br/>
        <w:t>vt 0.616662 0.678896</w:t>
        <w:br/>
        <w:t>vt 0.666147 0.694957</w:t>
        <w:br/>
        <w:t>vt 0.666453 0.690751</w:t>
        <w:br/>
        <w:t>vt 0.655796 0.693656</w:t>
        <w:br/>
        <w:t>vt 0.656341 0.697276</w:t>
        <w:br/>
        <w:t>vt 0.648447 0.701122</w:t>
        <w:br/>
        <w:t>vt 0.647255 0.696887</w:t>
        <w:br/>
        <w:t>vt 0.645134 0.701529</w:t>
        <w:br/>
        <w:t>vt 0.646729 0.706327</w:t>
        <w:br/>
        <w:t>vt 0.645519 0.689657</w:t>
        <w:br/>
        <w:t>vt 0.643133 0.694008</w:t>
        <w:br/>
        <w:t>vt 0.606229 0.681982</w:t>
        <w:br/>
        <w:t>vt 0.599206 0.684528</w:t>
        <w:br/>
        <w:t>vt 0.653307 0.735188</w:t>
        <w:br/>
        <w:t>vt 0.629918 0.756088</w:t>
        <w:br/>
        <w:t>vt 0.650875 0.761294</w:t>
        <w:br/>
        <w:t>vt 0.631871 0.734049</w:t>
        <w:br/>
        <w:t>vt 0.617189 0.733463</w:t>
        <w:br/>
        <w:t>vt 0.615520 0.753021</w:t>
        <w:br/>
        <w:t>vt 0.608944 0.741402</w:t>
        <w:br/>
        <w:t>vt 0.610196 0.732665</w:t>
        <w:br/>
        <w:t>vt 0.666063 0.756696</w:t>
        <w:br/>
        <w:t>vt 0.649641 0.779689</w:t>
        <w:br/>
        <w:t>vt 0.628661 0.776722</w:t>
        <w:br/>
        <w:t>vt 0.613045 0.765401</w:t>
        <w:br/>
        <w:t>vt 0.609687 0.776874</w:t>
        <w:br/>
        <w:t>vt 0.602216 0.755575</w:t>
        <w:br/>
        <w:t>vt 0.605942 0.749583</w:t>
        <w:br/>
        <w:t>vt 0.667005 0.740455</w:t>
        <w:br/>
        <w:t>vt 0.597097 0.777700</w:t>
        <w:br/>
        <w:t>vt 0.598992 0.756890</w:t>
        <w:br/>
        <w:t>vt 0.597635 0.719139</w:t>
        <w:br/>
        <w:t>vt 0.598922 0.755462</w:t>
        <w:br/>
        <w:t>vt 0.596566 0.755769</w:t>
        <w:br/>
        <w:t>vt 0.596520 0.757117</w:t>
        <w:br/>
        <w:t>vt 0.601731 0.754013</w:t>
        <w:br/>
        <w:t>vt 0.605002 0.748961</w:t>
        <w:br/>
        <w:t>vt 0.607727 0.741180</w:t>
        <w:br/>
        <w:t>vt 0.608972 0.732252</w:t>
        <w:br/>
        <w:t>vt 0.607253 0.725915</w:t>
        <w:br/>
        <w:t>vt 0.602919 0.722029</w:t>
        <w:br/>
        <w:t>vt 0.597635 0.719139</w:t>
        <w:br/>
        <w:t>vt 0.597615 0.720425</w:t>
        <w:br/>
        <w:t>vt 0.666255 0.856630</w:t>
        <w:br/>
        <w:t>vt 0.649694 0.700181</w:t>
        <w:br/>
        <w:t>vt 0.649868 0.703560</w:t>
        <w:br/>
        <w:t>vt 0.648447 0.701122</w:t>
        <w:br/>
        <w:t>vt 0.646729 0.706327</w:t>
        <w:br/>
        <w:t>vt 0.645134 0.701529</w:t>
        <w:br/>
        <w:t>vt 0.565010 0.798750</w:t>
        <w:br/>
        <w:t>vt 0.564361 0.813838</w:t>
        <w:br/>
        <w:t>vt 0.582622 0.812385</w:t>
        <w:br/>
        <w:t>vt 0.582980 0.798175</w:t>
        <w:br/>
        <w:t>vt 0.564245 0.827225</w:t>
        <w:br/>
        <w:t>vt 0.563934 0.838879</w:t>
        <w:br/>
        <w:t>vt 0.581875 0.838868</w:t>
        <w:br/>
        <w:t>vt 0.582311 0.827309</w:t>
        <w:br/>
        <w:t>vt 0.544610 0.800677</w:t>
        <w:br/>
        <w:t>vt 0.544551 0.813982</w:t>
        <w:br/>
        <w:t>vt 0.545120 0.837634</w:t>
        <w:br/>
        <w:t>vt 0.544434 0.826815</w:t>
        <w:br/>
        <w:t>vt 0.544601 0.851559</w:t>
        <w:br/>
        <w:t>vt 0.563515 0.852353</w:t>
        <w:br/>
        <w:t>vt 0.529485 0.691362</w:t>
        <w:br/>
        <w:t>vt 0.524461 0.697374</w:t>
        <w:br/>
        <w:t>vt 0.540530 0.707484</w:t>
        <w:br/>
        <w:t>vt 0.584715 0.696439</w:t>
        <w:br/>
        <w:t>vt 0.583003 0.677515</w:t>
        <w:br/>
        <w:t>vt 0.572515 0.675731</w:t>
        <w:br/>
        <w:t>vt 0.576553 0.700341</w:t>
        <w:br/>
        <w:t>vt 0.564891 0.678813</w:t>
        <w:br/>
        <w:t>vt 0.565002 0.700009</w:t>
        <w:br/>
        <w:t>vt 0.586937 0.724519</w:t>
        <w:br/>
        <w:t>vt 0.551201 0.697938</w:t>
        <w:br/>
        <w:t>vt 0.547071 0.692898</w:t>
        <w:br/>
        <w:t>vt 0.539417 0.689717</w:t>
        <w:br/>
        <w:t>vt 0.558633 0.685448</w:t>
        <w:br/>
        <w:t>vt 0.591926 0.700039</w:t>
        <w:br/>
        <w:t>vt 0.591537 0.684156</w:t>
        <w:br/>
        <w:t>vt 0.528675 0.824139</w:t>
        <w:br/>
        <w:t>vt 0.529166 0.837282</w:t>
        <w:br/>
        <w:t>vt 0.528845 0.813535</w:t>
        <w:br/>
        <w:t>vt 0.528429 0.803587</w:t>
        <w:br/>
        <w:t>vt 0.525529 0.803719</w:t>
        <w:br/>
        <w:t>vt 0.527315 0.869417</w:t>
        <w:br/>
        <w:t>vt 0.521506 0.869390</w:t>
        <w:br/>
        <w:t>vt 0.525255 0.713186</w:t>
        <w:br/>
        <w:t>vt 0.523221 0.705536</w:t>
        <w:br/>
        <w:t>vt 0.519833 0.704726</w:t>
        <w:br/>
        <w:t>vt 0.520133 0.713659</w:t>
        <w:br/>
        <w:t>vt 0.519214 0.696033</w:t>
        <w:br/>
        <w:t>vt 0.529325 0.783626</w:t>
        <w:br/>
        <w:t>vt 0.526540 0.791184</w:t>
        <w:br/>
        <w:t>vt 0.529680 0.770011</w:t>
        <w:br/>
        <w:t>vt 0.571874 0.672087</w:t>
        <w:br/>
        <w:t>vt 0.563568 0.675430</w:t>
        <w:br/>
        <w:t>vt 0.583269 0.673196</w:t>
        <w:br/>
        <w:t>vt 0.538051 0.684662</w:t>
        <w:br/>
        <w:t>vt 0.526201 0.688205</w:t>
        <w:br/>
        <w:t>vt 0.554353 0.691125</w:t>
        <w:br/>
        <w:t>vt 0.553614 0.687605</w:t>
        <w:br/>
        <w:t>vt 0.549682 0.690630</w:t>
        <w:br/>
        <w:t>vt 0.551201 0.697938</w:t>
        <w:br/>
        <w:t>vt 0.557484 0.682607</w:t>
        <w:br/>
        <w:t>vt 0.591969 0.679500</w:t>
        <w:br/>
        <w:t>vt 0.543790 0.729540</w:t>
        <w:br/>
        <w:t>vt 0.527555 0.724289</w:t>
        <w:br/>
        <w:t>vt 0.528825 0.737963</w:t>
        <w:br/>
        <w:t>vt 0.529345 0.751753</w:t>
        <w:br/>
        <w:t>vt 0.544977 0.756823</w:t>
        <w:br/>
        <w:t>vt 0.565853 0.752361</w:t>
        <w:br/>
        <w:t>vt 0.565639 0.728627</w:t>
        <w:br/>
        <w:t>vt 0.578391 0.728560</w:t>
        <w:br/>
        <w:t>vt 0.579576 0.750764</w:t>
        <w:br/>
        <w:t>vt 0.544783 0.775696</w:t>
        <w:br/>
        <w:t>vt 0.580632 0.764159</w:t>
        <w:br/>
        <w:t>vt 0.565480 0.774121</w:t>
        <w:br/>
        <w:t>vt 0.584625 0.776192</w:t>
        <w:br/>
        <w:t>vt 0.589947 0.754575</w:t>
        <w:br/>
        <w:t>vt 0.524967 0.741320</w:t>
        <w:br/>
        <w:t>vt 0.591374 0.719799</w:t>
        <w:br/>
        <w:t>vt 0.593686 0.756557</w:t>
        <w:br/>
        <w:t>vt 0.585833 0.740112</w:t>
        <w:br/>
        <w:t>vt 0.587671 0.749059</w:t>
        <w:br/>
        <w:t>vt 0.585070 0.730998</w:t>
        <w:br/>
        <w:t>vt 0.593740 0.755173</w:t>
        <w:br/>
        <w:t>vt 0.591542 0.753558</w:t>
        <w:br/>
        <w:t>vt 0.588972 0.748275</w:t>
        <w:br/>
        <w:t>vt 0.587257 0.739952</w:t>
        <w:br/>
        <w:t>vt 0.586815 0.731343</w:t>
        <w:br/>
        <w:t>vt 0.588328 0.725360</w:t>
        <w:br/>
        <w:t>vt 0.592027 0.721102</w:t>
        <w:br/>
        <w:t>vt 0.528475 0.851940</w:t>
        <w:br/>
        <w:t>vt 0.546712 0.686955</w:t>
        <w:br/>
        <w:t>vt 0.551201 0.697938</w:t>
        <w:br/>
        <w:t>vt 0.549682 0.690630</w:t>
        <w:br/>
        <w:t>vt 0.554353 0.691125</w:t>
        <w:br/>
        <w:t>vt 0.714975 0.979738</w:t>
        <w:br/>
        <w:t>vt 0.706494 0.993019</w:t>
        <w:br/>
        <w:t>vt 0.714975 0.993019</w:t>
        <w:br/>
        <w:t>vt 0.668214 0.726416</w:t>
        <w:br/>
        <w:t>vt 0.494309 0.987002</w:t>
        <w:br/>
        <w:t>vt 0.494309 0.987002</w:t>
        <w:br/>
        <w:t>vt 0.668209 0.993019</w:t>
        <w:br/>
        <w:t>vt 0.666308 0.996818</w:t>
        <w:br/>
        <w:t>vt 0.669253 0.981246</w:t>
        <w:br/>
        <w:t>vt 0.570539 0.996818</w:t>
        <w:br/>
        <w:t>vt 0.570670 0.994190</w:t>
        <w:br/>
        <w:t>vt 0.555517 0.994190</w:t>
        <w:br/>
        <w:t>vt 0.555089 0.996818</w:t>
        <w:br/>
        <w:t>vt 0.539623 0.994190</w:t>
        <w:br/>
        <w:t>vt 0.540783 0.996818</w:t>
        <w:br/>
        <w:t>vt 0.526199 0.994190</w:t>
        <w:br/>
        <w:t>vt 0.526274 0.996818</w:t>
        <w:br/>
        <w:t>vt 0.526274 0.996818</w:t>
        <w:br/>
        <w:t>vt 0.514410 0.994190</w:t>
        <w:br/>
        <w:t>vt 0.514081 0.996818</w:t>
        <w:br/>
        <w:t>vt 0.502052 0.994190</w:t>
        <w:br/>
        <w:t>vt 0.501643 0.996818</w:t>
        <w:br/>
        <w:t>vt 0.492623 0.994190</w:t>
        <w:br/>
        <w:t>vt 0.492405 0.996818</w:t>
        <w:br/>
        <w:t>vt 0.489132 0.994300</w:t>
        <w:br/>
        <w:t>vt 0.488555 0.996819</w:t>
        <w:br/>
        <w:t>vt 0.488904 0.990356</w:t>
        <w:br/>
        <w:t>vt 0.493786 0.990022</w:t>
        <w:br/>
        <w:t>vt 0.502878 0.990021</w:t>
        <w:br/>
        <w:t>vt 0.503224 0.987002</w:t>
        <w:br/>
        <w:t>vt 0.515219 0.990021</w:t>
        <w:br/>
        <w:t>vt 0.515972 0.987002</w:t>
        <w:br/>
        <w:t>vt 0.526966 0.990021</w:t>
        <w:br/>
        <w:t>vt 0.528004 0.987002</w:t>
        <w:br/>
        <w:t>vt 0.540362 0.990021</w:t>
        <w:br/>
        <w:t>vt 0.541039 0.987002</w:t>
        <w:br/>
        <w:t>vt 0.556645 0.990021</w:t>
        <w:br/>
        <w:t>vt 0.571818 0.990021</w:t>
        <w:br/>
        <w:t>vt 0.581499 0.990021</w:t>
        <w:br/>
        <w:t>vt 0.582029 0.987002</w:t>
        <w:br/>
        <w:t>vt 0.591974 0.990021</w:t>
        <w:br/>
        <w:t>vt 0.603657 0.990021</w:t>
        <w:br/>
        <w:t>vt 0.615285 0.990021</w:t>
        <w:br/>
        <w:t>vt 0.627540 0.990021</w:t>
        <w:br/>
        <w:t>vt 0.640113 0.990021</w:t>
        <w:br/>
        <w:t>vt 0.639589 0.987002</w:t>
        <w:br/>
        <w:t>vt 0.655466 0.990021</w:t>
        <w:br/>
        <w:t>vt 0.654837 0.987002</w:t>
        <w:br/>
        <w:t>vt 0.663188 0.990021</w:t>
        <w:br/>
        <w:t>vt 0.663720 0.994190</w:t>
        <w:br/>
        <w:t>vt 0.663720 0.994190</w:t>
        <w:br/>
        <w:t>vt 0.655194 0.994190</w:t>
        <w:br/>
        <w:t>vt 0.655034 0.996818</w:t>
        <w:br/>
        <w:t>vt 0.666308 0.996818</w:t>
        <w:br/>
        <w:t>vt 0.640544 0.994190</w:t>
        <w:br/>
        <w:t>vt 0.640370 0.996818</w:t>
        <w:br/>
        <w:t>vt 0.628044 0.994190</w:t>
        <w:br/>
        <w:t>vt 0.628291 0.996818</w:t>
        <w:br/>
        <w:t>vt 0.615550 0.994190</w:t>
        <w:br/>
        <w:t>vt 0.615554 0.996818</w:t>
        <w:br/>
        <w:t>vt 0.603403 0.994190</w:t>
        <w:br/>
        <w:t>vt 0.603425 0.996818</w:t>
        <w:br/>
        <w:t>vt 0.591919 0.996818</w:t>
        <w:br/>
        <w:t>vt 0.592014 0.994190</w:t>
        <w:br/>
        <w:t>vt 0.581275 0.994190</w:t>
        <w:br/>
        <w:t>vt 0.581535 0.996818</w:t>
        <w:br/>
        <w:t>vt 0.655194 0.994190</w:t>
        <w:br/>
        <w:t>vt 0.480519 0.995345</w:t>
        <w:br/>
        <w:t>vt 0.480519 0.840196</w:t>
        <w:br/>
        <w:t>vt 0.480519 0.851113</w:t>
        <w:br/>
        <w:t>vt 0.714975 0.875081</w:t>
        <w:br/>
        <w:t>vt 0.693094 0.875129</w:t>
        <w:br/>
        <w:t>vt 0.612617 0.854103</w:t>
        <w:br/>
        <w:t>vt 0.612452 0.870946</w:t>
        <w:br/>
        <w:t>vt 0.630273 0.871762</w:t>
        <w:br/>
        <w:t>vt 0.649670 0.873137</w:t>
        <w:br/>
        <w:t>vt 0.597158 0.853412</w:t>
        <w:br/>
        <w:t>vt 0.596850 0.870145</w:t>
        <w:br/>
        <w:t>vt 0.580699 0.869748</w:t>
        <w:br/>
        <w:t>vt 0.581388 0.853134</w:t>
        <w:br/>
        <w:t>vt 0.562737 0.868998</w:t>
        <w:br/>
        <w:t>vt 0.543643 0.869025</w:t>
        <w:br/>
        <w:t>vt 0.526132 0.738196</w:t>
        <w:br/>
        <w:t>vt 0.518365 0.725761</w:t>
        <w:br/>
        <w:t>vt 0.680000 0.720392</w:t>
        <w:br/>
        <w:t>vt 0.680466 0.718600</w:t>
        <w:br/>
        <w:t>vt 0.690928 0.719087</w:t>
        <w:br/>
        <w:t>vt 0.705781 0.719087</w:t>
        <w:br/>
        <w:t>vt 0.714975 0.719087</w:t>
        <w:br/>
        <w:t>vt 0.492574 0.713659</w:t>
        <w:br/>
        <w:t>vt 0.480519 0.713659</w:t>
        <w:br/>
        <w:t>vt 0.508356 0.713659</w:t>
        <w:br/>
        <w:t>vt 0.517914 0.713659</w:t>
        <w:br/>
        <w:t>vt 0.480519 0.769270</w:t>
        <w:br/>
        <w:t>vt 0.714975 0.772513</w:t>
        <w:br/>
        <w:t>vt 0.480519 0.784368</w:t>
        <w:br/>
        <w:t>vt 0.714975 0.791984</w:t>
        <w:br/>
        <w:t>vt 0.597799 0.729262</w:t>
        <w:br/>
        <w:t>vt 0.597542 0.740664</w:t>
        <w:br/>
        <w:t>vt 0.596881 0.751041</w:t>
        <w:br/>
        <w:t>vt 0.593957 0.974156</w:t>
        <w:br/>
        <w:t>vt 0.596356 0.893132</w:t>
        <w:br/>
        <w:t>vt 0.579808 0.892728</w:t>
        <w:br/>
        <w:t>vt 0.612044 0.894002</w:t>
        <w:br/>
        <w:t>vt 0.649408 0.972185</w:t>
        <w:br/>
        <w:t>vt 0.628669 0.971079</w:t>
        <w:br/>
        <w:t>vt 0.579222 0.982741</w:t>
        <w:br/>
        <w:t>vt 0.606845 0.982779</w:t>
        <w:br/>
        <w:t>vt 0.587852 0.982499</w:t>
        <w:br/>
        <w:t>vt 0.067168 0.401031</w:t>
        <w:br/>
        <w:t>vt 0.066415 0.403121</w:t>
        <w:br/>
        <w:t>vt 0.063807 0.401412</w:t>
        <w:br/>
        <w:t>vt 0.065327 0.399701</w:t>
        <w:br/>
        <w:t>vt 0.054109 0.399723</w:t>
        <w:br/>
        <w:t>vt 0.053571 0.406402</w:t>
        <w:br/>
        <w:t>vt 0.063368 0.401687</w:t>
        <w:br/>
        <w:t>vt 0.008374 0.406276</w:t>
        <w:br/>
        <w:t>vt 0.002938 0.406190</w:t>
        <w:br/>
        <w:t>vt 0.002938 0.412472</w:t>
        <w:br/>
        <w:t>vt 0.007929 0.412472</w:t>
        <w:br/>
        <w:t>vt 0.016904 0.412370</w:t>
        <w:br/>
        <w:t>vt 0.016950 0.406209</w:t>
        <w:br/>
        <w:t>vt 0.023176 0.406181</w:t>
        <w:br/>
        <w:t>vt 0.022954 0.399951</w:t>
        <w:br/>
        <w:t>vt 0.016412 0.400233</w:t>
        <w:br/>
        <w:t>vt 0.053616 0.413033</w:t>
        <w:br/>
        <w:t>vt 0.047552 0.406329</w:t>
        <w:br/>
        <w:t>vt 0.047011 0.413001</w:t>
        <w:br/>
        <w:t>vt 0.038724 0.406257</w:t>
        <w:br/>
        <w:t>vt 0.038827 0.412683</w:t>
        <w:br/>
        <w:t>vt 0.030652 0.412323</w:t>
        <w:br/>
        <w:t>vt 0.030356 0.406187</w:t>
        <w:br/>
        <w:t>vt 0.023418 0.412254</w:t>
        <w:br/>
        <w:t>vt 0.038670 0.399942</w:t>
        <w:br/>
        <w:t>vt 0.038623 0.395875</w:t>
        <w:br/>
        <w:t>vt 0.030306 0.395875</w:t>
        <w:br/>
        <w:t>vt 0.030287 0.399864</w:t>
        <w:br/>
        <w:t>vt 0.022837 0.395875</w:t>
        <w:br/>
        <w:t>vt 0.047293 0.400026</w:t>
        <w:br/>
        <w:t>vt 0.047472 0.395875</w:t>
        <w:br/>
        <w:t>vt 0.054630 0.395875</w:t>
        <w:br/>
        <w:t>vt 0.017104 0.428142</w:t>
        <w:br/>
        <w:t>vt 0.007445 0.425586</w:t>
        <w:br/>
        <w:t>vt 0.007588 0.432485</w:t>
        <w:br/>
        <w:t>vt 0.016635 0.432719</w:t>
        <w:br/>
        <w:t>vt 0.007762 0.436485</w:t>
        <w:br/>
        <w:t>vt 0.008950 0.436914</w:t>
        <w:br/>
        <w:t>vt 0.002938 0.432982</w:t>
        <w:br/>
        <w:t>vt 0.002938 0.436695</w:t>
        <w:br/>
        <w:t>vt 0.002938 0.457079</w:t>
        <w:br/>
        <w:t>vt 0.002938 0.459734</w:t>
        <w:br/>
        <w:t>vt 0.009237 0.456118</w:t>
        <w:br/>
        <w:t>vt 0.023137 0.421646</w:t>
        <w:br/>
        <w:t>vt 0.024326 0.419564</w:t>
        <w:br/>
        <w:t>vt 0.016684 0.419815</w:t>
        <w:br/>
        <w:t>vt 0.032544 0.419152</w:t>
        <w:br/>
        <w:t>vt 0.042764 0.421249</w:t>
        <w:br/>
        <w:t>vt 0.052854 0.421953</w:t>
        <w:br/>
        <w:t>vt 0.002938 0.428302</w:t>
        <w:br/>
        <w:t>vt 0.002938 0.423918</w:t>
        <w:br/>
        <w:t>vt 0.008612 0.400513</w:t>
        <w:br/>
        <w:t>vt 0.002938 0.400557</w:t>
        <w:br/>
        <w:t>vt 0.015803 0.395875</w:t>
        <w:br/>
        <w:t>vt 0.007853 0.395875</w:t>
        <w:br/>
        <w:t>vt 0.002938 0.395875</w:t>
        <w:br/>
        <w:t>vt 0.061204 0.421714</w:t>
        <w:br/>
        <w:t>vt 0.061666 0.413057</w:t>
        <w:br/>
        <w:t>vt 0.062368 0.406825</w:t>
        <w:br/>
        <w:t>vt 0.002938 0.453135</w:t>
        <w:br/>
        <w:t>vt 0.009935 0.448434</w:t>
        <w:br/>
        <w:t>vt 0.002938 0.449255</w:t>
        <w:br/>
        <w:t>vt 0.009198 0.443080</w:t>
        <w:br/>
        <w:t>vt 0.002938 0.442765</w:t>
        <w:br/>
        <w:t>vt 0.066366 0.403716</w:t>
        <w:br/>
        <w:t>vt 0.064210 0.397925</w:t>
        <w:br/>
        <w:t>vt 0.062159 0.398754</w:t>
        <w:br/>
        <w:t>vt 0.063677 0.395875</w:t>
        <w:br/>
        <w:t>vt 0.061141 0.395875</w:t>
        <w:br/>
        <w:t>vt 0.066415 0.403121</w:t>
        <w:br/>
        <w:t>vt 0.066366 0.403716</w:t>
        <w:br/>
        <w:t>vt 0.059679 0.396643</w:t>
        <w:br/>
        <w:t>vt 0.061806 0.398946</w:t>
        <w:br/>
        <w:t>vt 0.061806 0.398946</w:t>
        <w:br/>
        <w:t>vt 0.007684 0.440605</w:t>
        <w:br/>
        <w:t>vt 0.002938 0.462241</w:t>
        <w:br/>
        <w:t>vt 0.009256 0.460451</w:t>
        <w:br/>
        <w:t>vt 0.059679 0.396643</w:t>
        <w:br/>
        <w:t>vt 0.007680 0.419979</w:t>
        <w:br/>
        <w:t>vt 0.002938 0.419490</w:t>
        <w:br/>
        <w:t>vt 0.012423 0.459271</w:t>
        <w:br/>
        <w:t>vt 0.319814 0.879575</w:t>
        <w:br/>
        <w:t>vt 0.319814 0.879575</w:t>
        <w:br/>
        <w:t>vt 0.336613 0.877255</w:t>
        <w:br/>
        <w:t>vt 0.323142 0.869116</w:t>
        <w:br/>
        <w:t>vt 0.382376 0.742771</w:t>
        <w:br/>
        <w:t>vt 0.378685 0.756598</w:t>
        <w:br/>
        <w:t>vt 0.393554 0.755081</w:t>
        <w:br/>
        <w:t>vt 0.455900 0.996291</w:t>
        <w:br/>
        <w:t>vt 0.457892 0.989884</w:t>
        <w:br/>
        <w:t>vt 0.441884 0.988358</w:t>
        <w:br/>
        <w:t>vt 0.430923 0.998275</w:t>
        <w:br/>
        <w:t>vt 0.394092 0.786228</w:t>
        <w:br/>
        <w:t>vt 0.384336 0.796643</w:t>
        <w:br/>
        <w:t>vt 0.393236 0.804502</w:t>
        <w:br/>
        <w:t>vt 0.402491 0.794396</w:t>
        <w:br/>
        <w:t>vt 0.364891 0.834723</w:t>
        <w:br/>
        <w:t>vt 0.361017 0.849306</w:t>
        <w:br/>
        <w:t>vt 0.371045 0.850776</w:t>
        <w:br/>
        <w:t>vt 0.375453 0.837456</w:t>
        <w:br/>
        <w:t>vt 0.406511 0.938227</w:t>
        <w:br/>
        <w:t>vt 0.399941 0.947710</w:t>
        <w:br/>
        <w:t>vt 0.410008 0.954005</w:t>
        <w:br/>
        <w:t>vt 0.415697 0.943933</w:t>
        <w:br/>
        <w:t>vt 0.370252 0.889186</w:t>
        <w:br/>
        <w:t>vt 0.360462 0.892236</w:t>
        <w:br/>
        <w:t>vt 0.369311 0.908989</w:t>
        <w:br/>
        <w:t>vt 0.378763 0.904041</w:t>
        <w:br/>
        <w:t>vt 0.398510 0.932033</w:t>
        <w:br/>
        <w:t>vt 0.390962 0.940010</w:t>
        <w:br/>
        <w:t>vt 0.375813 0.921289</w:t>
        <w:br/>
        <w:t>vt 0.383392 0.931676</w:t>
        <w:br/>
        <w:t>vt 0.391542 0.923955</w:t>
        <w:br/>
        <w:t>vt 0.384992 0.914553</w:t>
        <w:br/>
        <w:t>vt 0.357378 0.863373</w:t>
        <w:br/>
        <w:t>vt 0.355807 0.874849</w:t>
        <w:br/>
        <w:t>vt 0.366111 0.873812</w:t>
        <w:br/>
        <w:t>vt 0.367311 0.862902</w:t>
        <w:br/>
        <w:t>vt 0.370900 0.818952</w:t>
        <w:br/>
        <w:t>vt 0.380429 0.823223</w:t>
        <w:br/>
        <w:t>vt 0.377344 0.807196</w:t>
        <w:br/>
        <w:t>vt 0.386056 0.813300</w:t>
        <w:br/>
        <w:t>vt 0.407857 0.777158</w:t>
        <w:br/>
        <w:t>vt 0.414839 0.786290</w:t>
        <w:br/>
        <w:t>vt 0.431981 0.767670</w:t>
        <w:br/>
        <w:t>vt 0.420145 0.772025</w:t>
        <w:br/>
        <w:t>vt 0.426700 0.781781</w:t>
        <w:br/>
        <w:t>vt 0.436582 0.777920</w:t>
        <w:br/>
        <w:t>vt 0.461908 0.774719</w:t>
        <w:br/>
        <w:t>vt 0.461223 0.760551</w:t>
        <w:br/>
        <w:t>vt 0.447847 0.763052</w:t>
        <w:br/>
        <w:t>vt 0.450014 0.774949</w:t>
        <w:br/>
        <w:t>vt 0.462077 0.965232</w:t>
        <w:br/>
        <w:t>vt 0.474841 0.966522</w:t>
        <w:br/>
        <w:t>vt 0.473558 0.952316</w:t>
        <w:br/>
        <w:t>vt 0.462112 0.952934</w:t>
        <w:br/>
        <w:t>vt 0.447958 0.963669</w:t>
        <w:br/>
        <w:t>vt 0.450255 0.952198</w:t>
        <w:br/>
        <w:t>vt 0.436938 0.951070</w:t>
        <w:br/>
        <w:t>vt 0.433663 0.962433</w:t>
        <w:br/>
        <w:t>vt 0.426387 0.948407</w:t>
        <w:br/>
        <w:t>vt 0.421663 0.959128</w:t>
        <w:br/>
        <w:t>vt 0.374062 0.770588</w:t>
        <w:br/>
        <w:t>vt 0.385269 0.775515</w:t>
        <w:br/>
        <w:t>vt 0.353358 0.831529</w:t>
        <w:br/>
        <w:t>vt 0.339345 0.826824</w:t>
        <w:br/>
        <w:t>vt 0.335389 0.841847</w:t>
        <w:br/>
        <w:t>vt 0.349401 0.847351</w:t>
        <w:br/>
        <w:t>vt 0.396167 0.977500</w:t>
        <w:br/>
        <w:t>vt 0.403482 0.965584</w:t>
        <w:br/>
        <w:t>vt 0.392752 0.957357</w:t>
        <w:br/>
        <w:t>vt 0.383678 0.966480</w:t>
        <w:br/>
        <w:t>vt 0.349386 0.895538</w:t>
        <w:br/>
        <w:t>vt 0.333517 0.900511</w:t>
        <w:br/>
        <w:t>vt 0.341832 0.915237</w:t>
        <w:br/>
        <w:t>vt 0.357968 0.913036</w:t>
        <w:br/>
        <w:t>vt 0.383102 0.947618</w:t>
        <w:br/>
        <w:t>vt 0.373709 0.956044</w:t>
        <w:br/>
        <w:t>vt 0.365051 0.927107</w:t>
        <w:br/>
        <w:t>vt 0.349836 0.931265</w:t>
        <w:br/>
        <w:t>vt 0.365576 0.946788</w:t>
        <w:br/>
        <w:t>vt 0.374935 0.939186</w:t>
        <w:br/>
        <w:t>vt 0.329762 0.857666</w:t>
        <w:br/>
        <w:t>vt 0.345829 0.862950</w:t>
        <w:br/>
        <w:t>vt 0.344615 0.876375</w:t>
        <w:br/>
        <w:t>vt 0.349606 0.808463</w:t>
        <w:br/>
        <w:t>vt 0.360103 0.814562</w:t>
        <w:br/>
        <w:t>vt 0.364205 0.783112</w:t>
        <w:br/>
        <w:t>vt 0.354181 0.798579</w:t>
        <w:br/>
        <w:t>vt 0.366484 0.801818</w:t>
        <w:br/>
        <w:t>vt 0.375363 0.788294</w:t>
        <w:br/>
        <w:t>vt 0.399770 0.766084</w:t>
        <w:br/>
        <w:t>vt 0.427454 0.755136</w:t>
        <w:br/>
        <w:t>vt 0.424840 0.745545</w:t>
        <w:br/>
        <w:t>vt 0.409436 0.748612</w:t>
        <w:br/>
        <w:t>vt 0.413437 0.759796</w:t>
        <w:br/>
        <w:t>vt 0.452856 0.736828</w:t>
        <w:br/>
        <w:t>vt 0.437390 0.741738</w:t>
        <w:br/>
        <w:t>vt 0.442933 0.749857</w:t>
        <w:br/>
        <w:t>vt 0.456838 0.745755</w:t>
        <w:br/>
        <w:t>vt 0.471094 0.991262</w:t>
        <w:br/>
        <w:t>vt 0.473366 0.981958</w:t>
        <w:br/>
        <w:t>vt 0.460145 0.979949</w:t>
        <w:br/>
        <w:t>vt 0.429505 0.975473</w:t>
        <w:br/>
        <w:t>vt 0.427400 0.987725</w:t>
        <w:br/>
        <w:t>vt 0.444550 0.977943</w:t>
        <w:br/>
        <w:t>vt 0.416149 0.971730</w:t>
        <w:br/>
        <w:t>vt 0.411269 0.983435</w:t>
        <w:br/>
        <w:t>vt 0.411475 0.807185</w:t>
        <w:br/>
        <w:t>vt 0.402922 0.816387</w:t>
        <w:br/>
        <w:t>vt 0.382010 0.853327</w:t>
        <w:br/>
        <w:t>vt 0.386637 0.842020</w:t>
        <w:br/>
        <w:t>vt 0.420867 0.929548</w:t>
        <w:br/>
        <w:t>vt 0.413100 0.924275</w:t>
        <w:br/>
        <w:t>vt 0.381628 0.885750</w:t>
        <w:br/>
        <w:t>vt 0.388228 0.897551</w:t>
        <w:br/>
        <w:t>vt 0.405308 0.919838</w:t>
        <w:br/>
        <w:t>vt 0.399291 0.914319</w:t>
        <w:br/>
        <w:t>vt 0.394324 0.905819</w:t>
        <w:br/>
        <w:t>vt 0.378385 0.872824</w:t>
        <w:br/>
        <w:t>vt 0.378892 0.862932</w:t>
        <w:br/>
        <w:t>vt 0.390659 0.830796</w:t>
        <w:br/>
        <w:t>vt 0.395947 0.823555</w:t>
        <w:br/>
        <w:t>vt 0.421404 0.801051</w:t>
        <w:br/>
        <w:t>vt 0.439230 0.794546</w:t>
        <w:br/>
        <w:t>vt 0.431812 0.797856</w:t>
        <w:br/>
        <w:t>vt 0.449404 0.792540</w:t>
        <w:br/>
        <w:t>vt 0.458034 0.794364</w:t>
        <w:br/>
        <w:t>vt 0.467651 0.932833</w:t>
        <w:br/>
        <w:t>vt 0.458973 0.934860</w:t>
        <w:br/>
        <w:t>vt 0.449074 0.935402</w:t>
        <w:br/>
        <w:t>vt 0.438380 0.933871</w:t>
        <w:br/>
        <w:t>vt 0.429887 0.932689</w:t>
        <w:br/>
        <w:t>vt 0.418511 0.818872</w:t>
        <w:br/>
        <w:t>vt 0.411576 0.826145</w:t>
        <w:br/>
        <w:t>vt 0.393046 0.855774</w:t>
        <w:br/>
        <w:t>vt 0.397265 0.846340</w:t>
        <w:br/>
        <w:t>vt 0.424786 0.917110</w:t>
        <w:br/>
        <w:t>vt 0.419537 0.912708</w:t>
        <w:br/>
        <w:t>vt 0.397767 0.891144</w:t>
        <w:br/>
        <w:t>vt 0.393097 0.881989</w:t>
        <w:br/>
        <w:t>vt 0.412245 0.909755</w:t>
        <w:br/>
        <w:t>vt 0.390139 0.872170</w:t>
        <w:br/>
        <w:t>vt 0.390710 0.864231</w:t>
        <w:br/>
        <w:t>vt 0.400412 0.837549</w:t>
        <w:br/>
        <w:t>vt 0.405411 0.831535</w:t>
        <w:br/>
        <w:t>vt 0.425937 0.814412</w:t>
        <w:br/>
        <w:t>vt 0.434953 0.811494</w:t>
        <w:br/>
        <w:t>vt 0.440523 0.808961</w:t>
        <w:br/>
        <w:t>vt 0.447630 0.808002</w:t>
        <w:br/>
        <w:t>vt 0.452345 0.809760</w:t>
        <w:br/>
        <w:t>vt 0.460696 0.917415</w:t>
        <w:br/>
        <w:t>vt 0.454930 0.919477</w:t>
        <w:br/>
        <w:t>vt 0.446887 0.920654</w:t>
        <w:br/>
        <w:t>vt 0.438811 0.919389</w:t>
        <w:br/>
        <w:t>vt 0.431375 0.919203</w:t>
        <w:br/>
        <w:t>vt 0.419505 0.834961</w:t>
        <w:br/>
        <w:t>vt 0.430399 0.847116</w:t>
        <w:br/>
        <w:t>vt 0.432968 0.843775</w:t>
        <w:br/>
        <w:t>vt 0.425098 0.830901</w:t>
        <w:br/>
        <w:t>vt 0.407318 0.850786</w:t>
        <w:br/>
        <w:t>vt 0.404529 0.859641</w:t>
        <w:br/>
        <w:t>vt 0.425238 0.860103</w:t>
        <w:br/>
        <w:t>vt 0.425816 0.901335</w:t>
        <w:br/>
        <w:t>vt 0.430996 0.903431</w:t>
        <w:br/>
        <w:t>vt 0.433848 0.885692</w:t>
        <w:br/>
        <w:t>vt 0.403788 0.871515</w:t>
        <w:br/>
        <w:t>vt 0.407250 0.883970</w:t>
        <w:br/>
        <w:t>vt 0.423671 0.869198</w:t>
        <w:br/>
        <w:t>vt 0.418939 0.897518</w:t>
        <w:br/>
        <w:t>vt 0.430889 0.882920</w:t>
        <w:br/>
        <w:t>vt 0.427606 0.852729</w:t>
        <w:br/>
        <w:t>vt 0.410998 0.843527</w:t>
        <w:br/>
        <w:t>vt 0.414439 0.839193</w:t>
        <w:br/>
        <w:t>vt 0.428973 0.828492</w:t>
        <w:br/>
        <w:t>vt 0.442418 0.824339</w:t>
        <w:br/>
        <w:t>vt 0.436776 0.825628</w:t>
        <w:br/>
        <w:t>vt 0.439035 0.839376</w:t>
        <w:br/>
        <w:t>vt 0.448283 0.836092</w:t>
        <w:br/>
        <w:t>vt 0.448654 0.825247</w:t>
        <w:br/>
        <w:t>vt 0.445755 0.824581</w:t>
        <w:br/>
        <w:t>vt 0.448707 0.904755</w:t>
        <w:br/>
        <w:t>vt 0.454855 0.903132</w:t>
        <w:br/>
        <w:t>vt 0.451366 0.891934</w:t>
        <w:br/>
        <w:t>vt 0.444283 0.891668</w:t>
        <w:br/>
        <w:t>vt 0.437741 0.904847</w:t>
        <w:br/>
        <w:t>vt 0.443937 0.905128</w:t>
        <w:br/>
        <w:t>vt 0.437697 0.888030</w:t>
        <w:br/>
        <w:t>vt 0.403077 0.898349</w:t>
        <w:br/>
        <w:t>vt 0.427235 0.878126</w:t>
        <w:br/>
        <w:t>vt 0.355631 0.955749</w:t>
        <w:br/>
        <w:t>vt 0.359347 0.958306</w:t>
        <w:br/>
        <w:t>vt 0.412226 0.890951</w:t>
        <w:br/>
        <w:t>vt 0.407426 0.905943</w:t>
        <w:br/>
        <w:t>vt 0.405051 0.986617</w:t>
        <w:br/>
        <w:t>vt 0.425234 0.738323</w:t>
        <w:br/>
        <w:t>vt 0.340950 0.813096</w:t>
        <w:br/>
        <w:t>vt 0.340379 0.803198</w:t>
        <w:br/>
        <w:t>vt 0.342029 0.796157</w:t>
        <w:br/>
        <w:t>vt 0.351936 0.792194</w:t>
        <w:br/>
        <w:t>vt 0.337092 0.795597</w:t>
        <w:br/>
        <w:t>vt 0.325331 0.888739</w:t>
        <w:br/>
        <w:t>vt 0.369967 0.959722</w:t>
        <w:br/>
        <w:t>vt 0.354215 0.961887</w:t>
        <w:br/>
        <w:t>vt 0.355485 0.945923</w:t>
        <w:br/>
        <w:t>vt 0.415319 0.998082</w:t>
        <w:br/>
        <w:t>vt 0.415319 0.998082</w:t>
        <w:br/>
        <w:t>vt 0.408921 0.998085</w:t>
        <w:br/>
        <w:t>vt 0.474420 0.998232</w:t>
        <w:br/>
        <w:t>vt 0.445074 0.733176</w:t>
        <w:br/>
        <w:t>vt 0.403789 0.740132</w:t>
        <w:br/>
        <w:t>vt 0.388695 0.741222</w:t>
        <w:br/>
        <w:t>vt 0.369967 0.959722</w:t>
        <w:br/>
        <w:t>vt 0.403788 0.871515</w:t>
        <w:br/>
        <w:t>vt 0.227707 0.903249</w:t>
        <w:br/>
        <w:t>vt 0.227707 0.904224</w:t>
        <w:br/>
        <w:t>vt 0.232889 0.904224</w:t>
        <w:br/>
        <w:t>vt 0.232665 0.903249</w:t>
        <w:br/>
        <w:t>vt 0.218590 0.881476</w:t>
        <w:br/>
        <w:t>vt 0.218609 0.885226</w:t>
        <w:br/>
        <w:t>vt 0.227707 0.884923</w:t>
        <w:br/>
        <w:t>vt 0.227707 0.880773</w:t>
        <w:br/>
        <w:t>vt 0.218676 0.890007</w:t>
        <w:br/>
        <w:t>vt 0.227707 0.889911</w:t>
        <w:br/>
        <w:t>vt 0.237357 0.885734</w:t>
        <w:br/>
        <w:t>vt 0.237401 0.881893</w:t>
        <w:br/>
        <w:t>vt 0.227707 0.897185</w:t>
        <w:br/>
        <w:t>vt 0.220780 0.897034</w:t>
        <w:br/>
        <w:t>vt 0.222536 0.903249</w:t>
        <w:br/>
        <w:t>vt 0.227707 0.903249</w:t>
        <w:br/>
        <w:t>vt 0.234751 0.897391</w:t>
        <w:br/>
        <w:t>vt 0.237101 0.890574</w:t>
        <w:br/>
        <w:t>vt 0.232665 0.903249</w:t>
        <w:br/>
        <w:t>vt 0.222536 0.903249</w:t>
        <w:br/>
        <w:t>vt 0.222160 0.904224</w:t>
        <w:br/>
        <w:t>vt 0.354419 0.982267</w:t>
        <w:br/>
        <w:t>vt 0.354419 0.986204</w:t>
        <w:br/>
        <w:t>vt 0.355452 0.986459</w:t>
        <w:br/>
        <w:t>vt 0.355452 0.982267</w:t>
        <w:br/>
        <w:t>vt 0.336582 0.974756</w:t>
        <w:br/>
        <w:t>vt 0.335736 0.982267</w:t>
        <w:br/>
        <w:t>vt 0.338987 0.982267</w:t>
        <w:br/>
        <w:t>vt 0.339550 0.974682</w:t>
        <w:br/>
        <w:t>vt 0.343133 0.982267</w:t>
        <w:br/>
        <w:t>vt 0.343588 0.974684</w:t>
        <w:br/>
        <w:t>vt 0.336983 0.990027</w:t>
        <w:br/>
        <w:t>vt 0.340018 0.990392</w:t>
        <w:br/>
        <w:t>vt 0.349097 0.982267</w:t>
        <w:br/>
        <w:t>vt 0.354419 0.982267</w:t>
        <w:br/>
        <w:t>vt 0.354419 0.978266</w:t>
        <w:br/>
        <w:t>vt 0.349321 0.976662</w:t>
        <w:br/>
        <w:t>vt 0.343882 0.990105</w:t>
        <w:br/>
        <w:t>vt 0.349455 0.988064</w:t>
        <w:br/>
        <w:t>vt 0.354419 0.986204</w:t>
        <w:br/>
        <w:t>vt 0.355452 0.977975</w:t>
        <w:br/>
        <w:t>vt 0.354419 0.978266</w:t>
        <w:br/>
        <w:t>vt 0.242078 0.881451</w:t>
        <w:br/>
        <w:t>vt 0.235617 0.877868</w:t>
        <w:br/>
        <w:t>vt 0.218427 0.903249</w:t>
        <w:br/>
        <w:t>vt 0.215673 0.897615</w:t>
        <w:br/>
        <w:t>vt 0.239961 0.898130</w:t>
        <w:br/>
        <w:t>vt 0.243926 0.891610</w:t>
        <w:br/>
        <w:t>vt 0.211979 0.890667</w:t>
        <w:br/>
        <w:t>vt 0.236575 0.903249</w:t>
        <w:br/>
        <w:t>vt 0.218427 0.903249</w:t>
        <w:br/>
        <w:t>vt 0.217618 0.904224</w:t>
        <w:br/>
        <w:t>vt 0.237299 0.904224</w:t>
        <w:br/>
        <w:t>vt 0.236575 0.903249</w:t>
        <w:br/>
        <w:t>vt 0.220257 0.877516</w:t>
        <w:br/>
        <w:t>vt 0.213963 0.880807</w:t>
        <w:br/>
        <w:t>vt 0.344309 0.969392</w:t>
        <w:br/>
        <w:t>vt 0.339729 0.969136</w:t>
        <w:br/>
        <w:t>vt 0.336499 0.994120</w:t>
        <w:br/>
        <w:t>vt 0.340321 0.995883</w:t>
        <w:br/>
        <w:t>vt 0.333285 0.976086</w:t>
        <w:br/>
        <w:t>vt 0.332353 0.982267</w:t>
        <w:br/>
        <w:t>vt 0.344886 0.995568</w:t>
        <w:br/>
        <w:t>vt 0.333515 0.988782</w:t>
        <w:br/>
        <w:t>vt 0.336059 0.970877</w:t>
        <w:br/>
        <w:t>vt 0.336499 0.994120</w:t>
        <w:br/>
        <w:t>vt 0.354419 0.975347</w:t>
        <w:br/>
        <w:t>vt 0.349980 0.972719</w:t>
        <w:br/>
        <w:t>vt 0.350229 0.992127</w:t>
        <w:br/>
        <w:t>vt 0.354419 0.989070</w:t>
        <w:br/>
        <w:t>vt 0.354419 0.975347</w:t>
        <w:br/>
        <w:t>vt 0.355452 0.974573</w:t>
        <w:br/>
        <w:t>vt 0.354419 0.989070</w:t>
        <w:br/>
        <w:t>vt 0.355452 0.989794</w:t>
        <w:br/>
        <w:t>vt 0.211796 0.885179</w:t>
        <w:br/>
        <w:t>vt 0.244260 0.886078</w:t>
        <w:br/>
        <w:t>vt 0.227707 0.876420</w:t>
        <w:br/>
        <w:t>vt 0.233285 0.905901</w:t>
        <w:br/>
        <w:t>vt 0.227707 0.905901</w:t>
        <w:br/>
        <w:t>vt 0.221686 0.905901</w:t>
        <w:br/>
        <w:t>vt 0.356806 0.986805</w:t>
        <w:br/>
        <w:t>vt 0.356806 0.982267</w:t>
        <w:br/>
        <w:t>vt 0.356806 0.977595</w:t>
        <w:br/>
        <w:t>vt 0.216615 0.905901</w:t>
        <w:br/>
        <w:t>vt 0.238204 0.905901</w:t>
        <w:br/>
        <w:t>vt 0.356806 0.973616</w:t>
        <w:br/>
        <w:t>vt 0.356806 0.990677</w:t>
        <w:br/>
        <w:t>vt 0.360780 0.986808</w:t>
        <w:br/>
        <w:t>vt 0.360780 0.982267</w:t>
        <w:br/>
        <w:t>vt 0.360780 0.977592</w:t>
        <w:br/>
        <w:t>vt 0.360780 0.973614</w:t>
        <w:br/>
        <w:t>vt 0.336059 0.970877</w:t>
        <w:br/>
        <w:t>vt 0.227707 0.913342</w:t>
        <w:br/>
        <w:t>vt 0.232668 0.913342</w:t>
        <w:br/>
        <w:t>vt 0.232892 0.912366</w:t>
        <w:br/>
        <w:t>vt 0.227707 0.912366</w:t>
        <w:br/>
        <w:t>vt 0.218595 0.935123</w:t>
        <w:br/>
        <w:t>vt 0.227707 0.935800</w:t>
        <w:br/>
        <w:t>vt 0.227707 0.931659</w:t>
        <w:br/>
        <w:t>vt 0.218613 0.931375</w:t>
        <w:br/>
        <w:t>vt 0.227707 0.926684</w:t>
        <w:br/>
        <w:t>vt 0.218677 0.926597</w:t>
        <w:br/>
        <w:t>vt 0.237406 0.934679</w:t>
        <w:br/>
        <w:t>vt 0.237358 0.930842</w:t>
        <w:br/>
        <w:t>vt 0.227707 0.919417</w:t>
        <w:br/>
        <w:t>vt 0.227707 0.913342</w:t>
        <w:br/>
        <w:t>vt 0.222538 0.913342</w:t>
        <w:br/>
        <w:t>vt 0.220783 0.919570</w:t>
        <w:br/>
        <w:t>vt 0.237099 0.926008</w:t>
        <w:br/>
        <w:t>vt 0.234751 0.919193</w:t>
        <w:br/>
        <w:t>vt 0.232668 0.913342</w:t>
        <w:br/>
        <w:t>vt 0.222165 0.912366</w:t>
        <w:br/>
        <w:t>vt 0.222538 0.913342</w:t>
        <w:br/>
        <w:t>vt 0.363176 0.982267</w:t>
        <w:br/>
        <w:t>vt 0.362138 0.982267</w:t>
        <w:br/>
        <w:t>vt 0.362138 0.986460</w:t>
        <w:br/>
        <w:t>vt 0.363176 0.986203</w:t>
        <w:br/>
        <w:t>vt 0.381031 0.974757</w:t>
        <w:br/>
        <w:t>vt 0.378070 0.974681</w:t>
        <w:br/>
        <w:t>vt 0.378594 0.982267</w:t>
        <w:br/>
        <w:t>vt 0.381839 0.982267</w:t>
        <w:br/>
        <w:t>vt 0.374033 0.974678</w:t>
        <w:br/>
        <w:t>vt 0.374454 0.982267</w:t>
        <w:br/>
        <w:t>vt 0.377550 0.990391</w:t>
        <w:br/>
        <w:t>vt 0.380583 0.990027</w:t>
        <w:br/>
        <w:t>vt 0.368493 0.982267</w:t>
        <w:br/>
        <w:t>vt 0.368311 0.976678</w:t>
        <w:br/>
        <w:t>vt 0.363176 0.978251</w:t>
        <w:br/>
        <w:t>vt 0.363176 0.982267</w:t>
        <w:br/>
        <w:t>vt 0.368120 0.988062</w:t>
        <w:br/>
        <w:t>vt 0.373689 0.990103</w:t>
        <w:br/>
        <w:t>vt 0.363176 0.986203</w:t>
        <w:br/>
        <w:t>vt 0.363176 0.978251</w:t>
        <w:br/>
        <w:t>vt 0.362138 0.977973</w:t>
        <w:br/>
        <w:t>vt 0.242084 0.935119</w:t>
        <w:br/>
        <w:t>vt 0.235623 0.938703</w:t>
        <w:br/>
        <w:t>vt 0.218430 0.913342</w:t>
        <w:br/>
        <w:t>vt 0.215675 0.918991</w:t>
        <w:br/>
        <w:t>vt 0.243925 0.924965</w:t>
        <w:br/>
        <w:t>vt 0.239961 0.918450</w:t>
        <w:br/>
        <w:t>vt 0.211981 0.925940</w:t>
        <w:br/>
        <w:t>vt 0.236577 0.913342</w:t>
        <w:br/>
        <w:t>vt 0.218430 0.913342</w:t>
        <w:br/>
        <w:t>vt 0.217624 0.912366</w:t>
        <w:br/>
        <w:t>vt 0.236577 0.913342</w:t>
        <w:br/>
        <w:t>vt 0.237302 0.912366</w:t>
        <w:br/>
        <w:t>vt 0.220269 0.939077</w:t>
        <w:br/>
        <w:t>vt 0.213972 0.935799</w:t>
        <w:br/>
        <w:t>vt 0.377897 0.969133</w:t>
        <w:br/>
        <w:t>vt 0.373313 0.969388</w:t>
        <w:br/>
        <w:t>vt 0.377242 0.995883</w:t>
        <w:br/>
        <w:t>vt 0.381063 0.994123</w:t>
        <w:br/>
        <w:t>vt 0.385214 0.982267</w:t>
        <w:br/>
        <w:t>vt 0.384321 0.976098</w:t>
        <w:br/>
        <w:t>vt 0.372681 0.995564</w:t>
        <w:br/>
        <w:t>vt 0.384051 0.988786</w:t>
        <w:br/>
        <w:t>vt 0.381564 0.970881</w:t>
        <w:br/>
        <w:t>vt 0.381063 0.994123</w:t>
        <w:br/>
        <w:t>vt 0.363176 0.975339</w:t>
        <w:br/>
        <w:t>vt 0.367651 0.972727</w:t>
        <w:br/>
        <w:t>vt 0.367344 0.992124</w:t>
        <w:br/>
        <w:t>vt 0.363176 0.989070</w:t>
        <w:br/>
        <w:t>vt 0.363176 0.975339</w:t>
        <w:br/>
        <w:t>vt 0.362138 0.974569</w:t>
        <w:br/>
        <w:t>vt 0.362138 0.989796</w:t>
        <w:br/>
        <w:t>vt 0.363176 0.989070</w:t>
        <w:br/>
        <w:t>vt 0.211801 0.931429</w:t>
        <w:br/>
        <w:t>vt 0.244261 0.930492</w:t>
        <w:br/>
        <w:t>vt 0.227707 0.940146</w:t>
        <w:br/>
        <w:t>vt 0.233284 0.910690</w:t>
        <w:br/>
        <w:t>vt 0.227707 0.910690</w:t>
        <w:br/>
        <w:t>vt 0.221690 0.910690</w:t>
        <w:br/>
        <w:t>vt 0.216621 0.910690</w:t>
        <w:br/>
        <w:t>vt 0.238205 0.910690</w:t>
        <w:br/>
        <w:t>vt 0.360780 0.990679</w:t>
        <w:br/>
        <w:t>vt 0.216621 0.910690</w:t>
        <w:br/>
        <w:t>vt 0.381564 0.970881</w:t>
        <w:br/>
        <w:t>vt 0.977466 0.740080</w:t>
        <w:br/>
        <w:t>vt 0.977466 0.728900</w:t>
        <w:br/>
        <w:t>vt 0.975903 0.728900</w:t>
        <w:br/>
        <w:t>vt 0.975903 0.740080</w:t>
        <w:br/>
        <w:t>vt 0.974293 0.728900</w:t>
        <w:br/>
        <w:t>vt 0.974293 0.740080</w:t>
        <w:br/>
        <w:t>vt 0.972671 0.728900</w:t>
        <w:br/>
        <w:t>vt 0.972671 0.740080</w:t>
        <w:br/>
        <w:t>vt 0.971082 0.728900</w:t>
        <w:br/>
        <w:t>vt 0.971082 0.740080</w:t>
        <w:br/>
        <w:t>vt 0.969505 0.728900</w:t>
        <w:br/>
        <w:t>vt 0.969505 0.740080</w:t>
        <w:br/>
        <w:t>vt 0.967903 0.728900</w:t>
        <w:br/>
        <w:t>vt 0.967903 0.740080</w:t>
        <w:br/>
        <w:t>vt 0.980626 0.740080</w:t>
        <w:br/>
        <w:t>vt 0.980626 0.728900</w:t>
        <w:br/>
        <w:t>vt 0.979027 0.728900</w:t>
        <w:br/>
        <w:t>vt 0.979027 0.740080</w:t>
        <w:br/>
        <w:t>vt 0.977466 0.717594</w:t>
        <w:br/>
        <w:t>vt 0.975903 0.717594</w:t>
        <w:br/>
        <w:t>vt 0.974293 0.717594</w:t>
        <w:br/>
        <w:t>vt 0.972671 0.717594</w:t>
        <w:br/>
        <w:t>vt 0.971082 0.717594</w:t>
        <w:br/>
        <w:t>vt 0.969505 0.717594</w:t>
        <w:br/>
        <w:t>vt 0.967903 0.717594</w:t>
        <w:br/>
        <w:t>vt 0.980626 0.717594</w:t>
        <w:br/>
        <w:t>vt 0.979027 0.717594</w:t>
        <w:br/>
        <w:t>vt 0.977466 0.706134</w:t>
        <w:br/>
        <w:t>vt 0.975903 0.706134</w:t>
        <w:br/>
        <w:t>vt 0.974293 0.706134</w:t>
        <w:br/>
        <w:t>vt 0.972671 0.706134</w:t>
        <w:br/>
        <w:t>vt 0.971082 0.706134</w:t>
        <w:br/>
        <w:t>vt 0.969505 0.706134</w:t>
        <w:br/>
        <w:t>vt 0.967903 0.706134</w:t>
        <w:br/>
        <w:t>vt 0.980626 0.706134</w:t>
        <w:br/>
        <w:t>vt 0.979027 0.706134</w:t>
        <w:br/>
        <w:t>vt 0.977466 0.694626</w:t>
        <w:br/>
        <w:t>vt 0.975903 0.694626</w:t>
        <w:br/>
        <w:t>vt 0.974293 0.694626</w:t>
        <w:br/>
        <w:t>vt 0.972671 0.694626</w:t>
        <w:br/>
        <w:t>vt 0.971082 0.694626</w:t>
        <w:br/>
        <w:t>vt 0.969505 0.694626</w:t>
        <w:br/>
        <w:t>vt 0.967903 0.694626</w:t>
        <w:br/>
        <w:t>vt 0.980626 0.694626</w:t>
        <w:br/>
        <w:t>vt 0.979027 0.694626</w:t>
        <w:br/>
        <w:t>vt 0.960150 0.694351</w:t>
        <w:br/>
        <w:t>vt 0.958564 0.694351</w:t>
        <w:br/>
        <w:t>vt 0.958564 0.705529</w:t>
        <w:br/>
        <w:t>vt 0.960150 0.705529</w:t>
        <w:br/>
        <w:t>vt 0.956944 0.694351</w:t>
        <w:br/>
        <w:t>vt 0.956944 0.705529</w:t>
        <w:br/>
        <w:t>vt 0.955328 0.694351</w:t>
        <w:br/>
        <w:t>vt 0.955328 0.705529</w:t>
        <w:br/>
        <w:t>vt 0.953760 0.694351</w:t>
        <w:br/>
        <w:t>vt 0.953760 0.705529</w:t>
        <w:br/>
        <w:t>vt 0.952205 0.694351</w:t>
        <w:br/>
        <w:t>vt 0.952205 0.705529</w:t>
        <w:br/>
        <w:t>vt 0.950613 0.694351</w:t>
        <w:br/>
        <w:t>vt 0.950613 0.705529</w:t>
        <w:br/>
        <w:t>vt 0.963337 0.694351</w:t>
        <w:br/>
        <w:t>vt 0.961731 0.694351</w:t>
        <w:br/>
        <w:t>vt 0.961731 0.705529</w:t>
        <w:br/>
        <w:t>vt 0.963337 0.705529</w:t>
        <w:br/>
        <w:t>vt 0.958564 0.716835</w:t>
        <w:br/>
        <w:t>vt 0.960150 0.716835</w:t>
        <w:br/>
        <w:t>vt 0.956944 0.716835</w:t>
        <w:br/>
        <w:t>vt 0.955328 0.716835</w:t>
        <w:br/>
        <w:t>vt 0.953760 0.716835</w:t>
        <w:br/>
        <w:t>vt 0.952205 0.716835</w:t>
        <w:br/>
        <w:t>vt 0.950613 0.716835</w:t>
        <w:br/>
        <w:t>vt 0.961731 0.716835</w:t>
        <w:br/>
        <w:t>vt 0.963337 0.716835</w:t>
        <w:br/>
        <w:t>vt 0.958564 0.728296</w:t>
        <w:br/>
        <w:t>vt 0.960150 0.728296</w:t>
        <w:br/>
        <w:t>vt 0.956944 0.728296</w:t>
        <w:br/>
        <w:t>vt 0.955328 0.728296</w:t>
        <w:br/>
        <w:t>vt 0.953760 0.728296</w:t>
        <w:br/>
        <w:t>vt 0.952205 0.728296</w:t>
        <w:br/>
        <w:t>vt 0.950613 0.728296</w:t>
        <w:br/>
        <w:t>vt 0.961731 0.728296</w:t>
        <w:br/>
        <w:t>vt 0.963337 0.728296</w:t>
        <w:br/>
        <w:t>vt 0.958564 0.739806</w:t>
        <w:br/>
        <w:t>vt 0.960150 0.739806</w:t>
        <w:br/>
        <w:t>vt 0.956944 0.739806</w:t>
        <w:br/>
        <w:t>vt 0.955328 0.739806</w:t>
        <w:br/>
        <w:t>vt 0.953760 0.739806</w:t>
        <w:br/>
        <w:t>vt 0.952205 0.739806</w:t>
        <w:br/>
        <w:t>vt 0.950613 0.739806</w:t>
        <w:br/>
        <w:t>vt 0.961731 0.739806</w:t>
        <w:br/>
        <w:t>vt 0.963337 0.739806</w:t>
        <w:br/>
        <w:t>vt 0.747523 0.342201</w:t>
        <w:br/>
        <w:t>vt 0.742740 0.335374</w:t>
        <w:br/>
        <w:t>vt 0.753734 0.330180</w:t>
        <w:br/>
        <w:t>vt 0.762292 0.336697</w:t>
        <w:br/>
        <w:t>vt 0.793570 0.327562</w:t>
        <w:br/>
        <w:t>vt 0.802059 0.318677</w:t>
        <w:br/>
        <w:t>vt 0.809621 0.324140</w:t>
        <w:br/>
        <w:t>vt 0.824217 0.323662</w:t>
        <w:br/>
        <w:t>vt 0.811754 0.317951</w:t>
        <w:br/>
        <w:t>vt 0.823963 0.316853</w:t>
        <w:br/>
        <w:t>vt 0.791501 0.320548</w:t>
        <w:br/>
        <w:t>vt 0.777497 0.331169</w:t>
        <w:br/>
        <w:t>vt 0.781246 0.323091</w:t>
        <w:br/>
        <w:t>vt 0.769362 0.326821</w:t>
        <w:br/>
        <w:t>vt 0.739066 0.345726</w:t>
        <w:br/>
        <w:t>vt 0.724050 0.347087</w:t>
        <w:br/>
        <w:t>vt 0.734059 0.340390</w:t>
        <w:br/>
        <w:t>vt 0.823963 0.316853</w:t>
        <w:br/>
        <w:t>vt 0.837982 0.317032</w:t>
        <w:br/>
        <w:t>vt 0.723481 0.378594</w:t>
        <w:br/>
        <w:t>vt 0.730569 0.369962</w:t>
        <w:br/>
        <w:t>vt 0.735859 0.377371</w:t>
        <w:br/>
        <w:t>vt 0.729437 0.384323</w:t>
        <w:br/>
        <w:t>vt 0.743422 0.387188</w:t>
        <w:br/>
        <w:t>vt 0.736939 0.392955</w:t>
        <w:br/>
        <w:t>vt 0.742852 0.403437</w:t>
        <w:br/>
        <w:t>vt 0.750945 0.398754</w:t>
        <w:br/>
        <w:t>vt 0.754454 0.406639</w:t>
        <w:br/>
        <w:t>vt 0.745190 0.409186</w:t>
        <w:br/>
        <w:t>vt 0.739043 0.365163</w:t>
        <w:br/>
        <w:t>vt 0.744097 0.371349</w:t>
        <w:br/>
        <w:t>vt 0.751668 0.381635</w:t>
        <w:br/>
        <w:t>vt 0.758778 0.393308</w:t>
        <w:br/>
        <w:t>vt 0.762576 0.401702</w:t>
        <w:br/>
        <w:t>vt 0.716722 0.373358</w:t>
        <w:br/>
        <w:t>vt 0.724559 0.365161</w:t>
        <w:br/>
        <w:t>vt 0.746946 0.361908</w:t>
        <w:br/>
        <w:t>vt 0.751488 0.369792</w:t>
        <w:br/>
        <w:t>vt 0.758643 0.380163</w:t>
        <w:br/>
        <w:t>vt 0.765622 0.390757</w:t>
        <w:br/>
        <w:t>vt 0.769215 0.398823</w:t>
        <w:br/>
        <w:t>vt 0.743446 0.354423</w:t>
        <w:br/>
        <w:t>vt 0.734223 0.359438</w:t>
        <w:br/>
        <w:t>vt 0.771240 0.361497</w:t>
        <w:br/>
        <w:t>vt 0.759718 0.368909</w:t>
        <w:br/>
        <w:t>vt 0.755305 0.360156</w:t>
        <w:br/>
        <w:t>vt 0.767968 0.352581</w:t>
        <w:br/>
        <w:t>vt 0.777800 0.373014</w:t>
        <w:br/>
        <w:t>vt 0.766709 0.379082</w:t>
        <w:br/>
        <w:t>vt 0.772157 0.387713</w:t>
        <w:br/>
        <w:t>vt 0.780710 0.383087</w:t>
        <w:br/>
        <w:t>vt 0.784860 0.393562</w:t>
        <w:br/>
        <w:t>vt 0.777389 0.397031</w:t>
        <w:br/>
        <w:t>vt 0.765374 0.345982</w:t>
        <w:br/>
        <w:t>vt 0.751107 0.352122</w:t>
        <w:br/>
        <w:t>vt 0.779335 0.348363</w:t>
        <w:br/>
        <w:t>vt 0.782288 0.357162</w:t>
        <w:br/>
        <w:t>vt 0.786223 0.366114</w:t>
        <w:br/>
        <w:t>vt 0.793043 0.356923</w:t>
        <w:br/>
        <w:t>vt 0.795199 0.364439</w:t>
        <w:br/>
        <w:t>vt 0.800230 0.386653</w:t>
        <w:br/>
        <w:t>vt 0.792562 0.389561</w:t>
        <w:br/>
        <w:t>vt 0.789221 0.377234</w:t>
        <w:br/>
        <w:t>vt 0.800902 0.372861</w:t>
        <w:br/>
        <w:t>vt 0.811157 0.408405</w:t>
        <w:br/>
        <w:t>vt 0.798871 0.405607</w:t>
        <w:br/>
        <w:t>vt 0.777853 0.341006</w:t>
        <w:br/>
        <w:t>vt 0.790120 0.342592</w:t>
        <w:br/>
        <w:t>vt 0.811736 0.344731</w:t>
        <w:br/>
        <w:t>vt 0.800510 0.345815</w:t>
        <w:br/>
        <w:t>vt 0.800495 0.340202</w:t>
        <w:br/>
        <w:t>vt 0.811803 0.337256</w:t>
        <w:br/>
        <w:t>vt 0.810873 0.354299</w:t>
        <w:br/>
        <w:t>vt 0.801215 0.354696</w:t>
        <w:br/>
        <w:t>vt 0.811412 0.363400</w:t>
        <w:br/>
        <w:t>vt 0.802771 0.362987</w:t>
        <w:br/>
        <w:t>vt 0.822343 0.389463</w:t>
        <w:br/>
        <w:t>vt 0.820884 0.410762</w:t>
        <w:br/>
        <w:t>vt 0.810395 0.386831</w:t>
        <w:br/>
        <w:t>vt 0.794589 0.335546</w:t>
        <w:br/>
        <w:t>vt 0.811514 0.332210</w:t>
        <w:br/>
        <w:t>vt 0.821632 0.345457</w:t>
        <w:br/>
        <w:t>vt 0.822666 0.336230</w:t>
        <w:br/>
        <w:t>vt 0.821920 0.355704</w:t>
        <w:br/>
        <w:t>vt 0.821238 0.365098</w:t>
        <w:br/>
        <w:t>vt 0.855397 0.350551</w:t>
        <w:br/>
        <w:t>vt 0.856704 0.362572</w:t>
        <w:br/>
        <w:t>vt 0.844088 0.359703</w:t>
        <w:br/>
        <w:t>vt 0.844995 0.349636</w:t>
        <w:br/>
        <w:t>vt 0.853520 0.373439</w:t>
        <w:br/>
        <w:t>vt 0.842219 0.369866</w:t>
        <w:br/>
        <w:t>vt 0.838675 0.380795</w:t>
        <w:br/>
        <w:t>vt 0.848700 0.385419</w:t>
        <w:br/>
        <w:t>vt 0.843895 0.397160</w:t>
        <w:br/>
        <w:t>vt 0.833804 0.392777</w:t>
        <w:br/>
        <w:t>vt 0.838950 0.414199</w:t>
        <w:br/>
        <w:t>vt 0.828615 0.411614</w:t>
        <w:br/>
        <w:t>vt 0.867357 0.345466</w:t>
        <w:br/>
        <w:t>vt 0.863395 0.354080</w:t>
        <w:br/>
        <w:t>vt 0.857187 0.341194</w:t>
        <w:br/>
        <w:t>vt 0.855094 0.402054</w:t>
        <w:br/>
        <w:t>vt 0.848287 0.416205</w:t>
        <w:br/>
        <w:t>vt 0.861302 0.322874</w:t>
        <w:br/>
        <w:t>vt 0.860124 0.318303</w:t>
        <w:br/>
        <w:t>vt 0.865468 0.318187</w:t>
        <w:br/>
        <w:t>vt 0.866600 0.320240</w:t>
        <w:br/>
        <w:t>vt 0.867697 0.326087</w:t>
        <w:br/>
        <w:t>vt 0.875936 0.329527</w:t>
        <w:br/>
        <w:t>vt 0.870929 0.332403</w:t>
        <w:br/>
        <w:t>vt 0.864645 0.329689</w:t>
        <w:br/>
        <w:t>vt 0.861366 0.334567</w:t>
        <w:br/>
        <w:t>vt 0.865499 0.336729</w:t>
        <w:br/>
        <w:t>vt 0.880796 0.375488</w:t>
        <w:br/>
        <w:t>vt 0.870889 0.369889</w:t>
        <w:br/>
        <w:t>vt 0.874737 0.359463</w:t>
        <w:br/>
        <w:t>vt 0.886721 0.366339</w:t>
        <w:br/>
        <w:t>vt 0.875724 0.384575</w:t>
        <w:br/>
        <w:t>vt 0.866408 0.379167</w:t>
        <w:br/>
        <w:t>vt 0.863664 0.405545</w:t>
        <w:br/>
        <w:t>vt 0.861126 0.390140</w:t>
        <w:br/>
        <w:t>vt 0.870103 0.394636</w:t>
        <w:br/>
        <w:t>vt 0.879016 0.326622</w:t>
        <w:br/>
        <w:t>vt 0.886508 0.328316</w:t>
        <w:br/>
        <w:t>vt 0.875936 0.329527</w:t>
        <w:br/>
        <w:t>vt 0.880283 0.344537</w:t>
        <w:br/>
        <w:t>vt 0.888394 0.349021</w:t>
        <w:br/>
        <w:t>vt 0.878410 0.350160</w:t>
        <w:br/>
        <w:t>vt 0.718296 0.386489</w:t>
        <w:br/>
        <w:t>vt 0.723493 0.391042</w:t>
        <w:br/>
        <w:t>vt 0.719133 0.395374</w:t>
        <w:br/>
        <w:t>vt 0.713393 0.391506</w:t>
        <w:br/>
        <w:t>vt 0.729992 0.398286</w:t>
        <w:br/>
        <w:t>vt 0.722988 0.400960</w:t>
        <w:br/>
        <w:t>vt 0.734743 0.405309</w:t>
        <w:br/>
        <w:t>vt 0.735730 0.410617</w:t>
        <w:br/>
        <w:t>vt 0.725555 0.406260</w:t>
        <w:br/>
        <w:t>vt 0.711907 0.381922</w:t>
        <w:br/>
        <w:t>vt 0.708985 0.389225</w:t>
        <w:br/>
        <w:t>vt 0.708374 0.399188</w:t>
        <w:br/>
        <w:t>vt 0.707620 0.393177</w:t>
        <w:br/>
        <w:t>vt 0.727297 0.415425</w:t>
        <w:br/>
        <w:t>vt 0.720666 0.413048</w:t>
        <w:br/>
        <w:t>vt 0.713059 0.404494</w:t>
        <w:br/>
        <w:t>vt 0.873691 0.322544</w:t>
        <w:br/>
        <w:t>vt 0.876178 0.322069</w:t>
        <w:br/>
        <w:t>vt 0.879016 0.326622</w:t>
        <w:br/>
        <w:t>vt 0.712264 0.408508</w:t>
        <w:br/>
        <w:t>vt 0.709303 0.408399</w:t>
        <w:br/>
        <w:t>vt 0.716177 0.409523</w:t>
        <w:br/>
        <w:t>vt 0.788958 0.403867</w:t>
        <w:br/>
        <w:t>vt 0.781099 0.405323</w:t>
        <w:br/>
        <w:t>vt 0.871988 0.339124</w:t>
        <w:br/>
        <w:t>vt 0.874838 0.333813</w:t>
        <w:br/>
        <w:t>vt 0.823814 0.330272</w:t>
        <w:br/>
        <w:t>vt 0.811606 0.373501</w:t>
        <w:br/>
        <w:t>vt 0.819572 0.373467</w:t>
        <w:br/>
        <w:t>vt 0.832689 0.346497</w:t>
        <w:br/>
        <w:t>vt 0.832394 0.357254</w:t>
        <w:br/>
        <w:t>vt 0.830832 0.367125</w:t>
        <w:br/>
        <w:t>vt 0.827645 0.376855</w:t>
        <w:br/>
        <w:t>vt 0.854601 0.317748</w:t>
        <w:br/>
        <w:t>vt 0.851624 0.322421</w:t>
        <w:br/>
        <w:t>vt 0.855904 0.327980</w:t>
        <w:br/>
        <w:t>vt 0.847656 0.325741</w:t>
        <w:br/>
        <w:t>vt 0.846751 0.339223</w:t>
        <w:br/>
        <w:t>vt 0.895771 0.331550</w:t>
        <w:br/>
        <w:t>vt 0.892183 0.338652</w:t>
        <w:br/>
        <w:t>vt 0.884002 0.335776</w:t>
        <w:br/>
        <w:t>vt 0.893187 0.358379</w:t>
        <w:br/>
        <w:t>vt 0.901600 0.363840</w:t>
        <w:br/>
        <w:t>vt 0.896318 0.372268</w:t>
        <w:br/>
        <w:t>vt 0.890890 0.380927</w:t>
        <w:br/>
        <w:t>vt 0.885203 0.389999</w:t>
        <w:br/>
        <w:t>vt 0.855867 0.419332</w:t>
        <w:br/>
        <w:t>vt 0.896392 0.353413</w:t>
        <w:br/>
        <w:t>vt 0.905033 0.358359</w:t>
        <w:br/>
        <w:t>vt 0.914045 0.343976</w:t>
        <w:br/>
        <w:t>vt 0.910526 0.349594</w:t>
        <w:br/>
        <w:t>vt 0.902493 0.344062</w:t>
        <w:br/>
        <w:t>vt 0.905868 0.338493</w:t>
        <w:br/>
        <w:t>vt 0.704516 0.399056</w:t>
        <w:br/>
        <w:t>vt 0.836229 0.330070</w:t>
        <w:br/>
        <w:t>vt 0.844007 0.330853</w:t>
        <w:br/>
        <w:t>vt 0.833734 0.336787</w:t>
        <w:br/>
        <w:t>vt 0.790465 0.348964</w:t>
        <w:br/>
        <w:t>vt 0.869773 0.322263</w:t>
        <w:br/>
        <w:t>vt 0.851274 0.332424</w:t>
        <w:br/>
        <w:t>vt 0.872514 0.314779</w:t>
        <w:br/>
        <w:t>vt 0.872788 0.319362</w:t>
        <w:br/>
        <w:t>vt 0.870996 0.319177</w:t>
        <w:br/>
        <w:t>vt 0.882506 0.339606</w:t>
        <w:br/>
        <w:t>vt 0.899907 0.348323</w:t>
        <w:br/>
        <w:t>vt 0.890207 0.342975</w:t>
        <w:br/>
        <w:t>vt 0.908109 0.353452</w:t>
        <w:br/>
        <w:t>vt 0.838878 0.324012</w:t>
        <w:br/>
        <w:t>vt 0.713224 0.356429</w:t>
        <w:br/>
        <w:t>vt 0.718426 0.360358</w:t>
        <w:br/>
        <w:t>vt 0.711284 0.369517</w:t>
        <w:br/>
        <w:t>vt 0.707082 0.367715</w:t>
        <w:br/>
        <w:t>vt 0.728468 0.353890</w:t>
        <w:br/>
        <w:t>vt 0.704125 0.380068</w:t>
        <w:br/>
        <w:t>vt 0.707604 0.381194</w:t>
        <w:br/>
        <w:t>vt 0.704166 0.390180</w:t>
        <w:br/>
        <w:t>vt 0.756321 0.415004</w:t>
        <w:br/>
        <w:t>vt 0.745838 0.416474</w:t>
        <w:br/>
        <w:t>vt 0.766151 0.410174</w:t>
        <w:br/>
        <w:t>vt 0.772222 0.406691</w:t>
        <w:br/>
        <w:t>vt 0.735818 0.416701</w:t>
        <w:br/>
        <w:t>vt 0.868636 0.317387</w:t>
        <w:br/>
        <w:t>vt 0.872514 0.314779</w:t>
        <w:br/>
        <w:t>vt 0.869433 0.318175</w:t>
        <w:br/>
        <w:t>vt 0.874830 0.318809</w:t>
        <w:br/>
        <w:t>vt 0.872083 0.410863</w:t>
        <w:br/>
        <w:t>vt 0.864129 0.423494</w:t>
        <w:br/>
        <w:t>vt 0.878974 0.399917</w:t>
        <w:br/>
        <w:t>vt 0.767882 0.415103</w:t>
        <w:br/>
        <w:t>vt 0.781438 0.415213</w:t>
        <w:br/>
        <w:t>vt 0.807719 0.415138</w:t>
        <w:br/>
        <w:t>vt 0.819645 0.415443</w:t>
        <w:br/>
        <w:t>vt 0.833365 0.425287</w:t>
        <w:br/>
        <w:t>vt 0.842026 0.432852</w:t>
        <w:br/>
        <w:t>vt 0.794589 0.419289</w:t>
        <w:br/>
        <w:t>vt 0.852789 0.441625</w:t>
        <w:br/>
        <w:t>vt 0.702182 0.393428</w:t>
        <w:br/>
        <w:t>vt 0.996789 0.481517</w:t>
        <w:br/>
        <w:t>vt 0.997086 0.493618</w:t>
        <w:br/>
        <w:t>vt 0.988804 0.492410</w:t>
        <w:br/>
        <w:t>vt 0.987137 0.476792</w:t>
        <w:br/>
        <w:t>vt 0.981767 0.444740</w:t>
        <w:br/>
        <w:t>vt 0.977834 0.428850</w:t>
        <w:br/>
        <w:t>vt 0.986071 0.433245</w:t>
        <w:br/>
        <w:t>vt 0.971868 0.415553</w:t>
        <w:br/>
        <w:t>vt 0.978121 0.412802</w:t>
        <w:br/>
        <w:t>vt 0.982480 0.424230</w:t>
        <w:br/>
        <w:t>vt 0.988999 0.443531</w:t>
        <w:br/>
        <w:t>vt 0.991178 0.453836</w:t>
        <w:br/>
        <w:t>vt 0.985524 0.460726</w:t>
        <w:br/>
        <w:t>vt 0.992994 0.466108</w:t>
        <w:br/>
        <w:t>vt 0.989335 0.501508</w:t>
        <w:br/>
        <w:t>vt 0.994661 0.515574</w:t>
        <w:br/>
        <w:t>vt 0.996344 0.503644</w:t>
        <w:br/>
        <w:t>vt 0.978121 0.412802</w:t>
        <w:br/>
        <w:t>vt 0.971809 0.400313</w:t>
        <w:br/>
        <w:t>vt 0.966481 0.529831</w:t>
        <w:br/>
        <w:t>vt 0.958721 0.526958</w:t>
        <w:br/>
        <w:t>vt 0.962165 0.518209</w:t>
        <w:br/>
        <w:t>vt 0.971169 0.519724</w:t>
        <w:br/>
        <w:t>vt 0.947643 0.523999</w:t>
        <w:br/>
        <w:t>vt 0.949977 0.515733</w:t>
        <w:br/>
        <w:t>vt 0.935587 0.523446</w:t>
        <w:br/>
        <w:t>vt 0.929424 0.524117</w:t>
        <w:br/>
        <w:t>vt 0.927589 0.514648</w:t>
        <w:br/>
        <w:t>vt 0.936217 0.514194</w:t>
        <w:br/>
        <w:t>vt 0.963962 0.508223</w:t>
        <w:br/>
        <w:t>vt 0.971776 0.510044</w:t>
        <w:br/>
        <w:t>vt 0.951332 0.505964</w:t>
        <w:br/>
        <w:t>vt 0.928365 0.505158</w:t>
        <w:br/>
        <w:t>vt 0.937636 0.504802</w:t>
        <w:br/>
        <w:t>vt 0.974127 0.533636</w:t>
        <w:br/>
        <w:t>vt 0.978118 0.523027</w:t>
        <w:br/>
        <w:t>vt 0.971241 0.501557</w:t>
        <w:br/>
        <w:t>vt 0.962117 0.500951</w:t>
        <w:br/>
        <w:t>vt 0.949592 0.499117</w:t>
        <w:br/>
        <w:t>vt 0.936918 0.497587</w:t>
        <w:br/>
        <w:t>vt 0.927969 0.497967</w:t>
        <w:br/>
        <w:t>vt 0.979545 0.501408</w:t>
        <w:br/>
        <w:t>vt 0.979061 0.511860</w:t>
        <w:br/>
        <w:t>vt 0.969146 0.493319</w:t>
        <w:br/>
        <w:t>vt 0.959302 0.493216</w:t>
        <w:br/>
        <w:t>vt 0.960930 0.479648</w:t>
        <w:br/>
        <w:t>vt 0.970395 0.478657</w:t>
        <w:br/>
        <w:t>vt 0.947038 0.491449</w:t>
        <w:br/>
        <w:t>vt 0.947672 0.478854</w:t>
        <w:br/>
        <w:t>vt 0.936835 0.490420</w:t>
        <w:br/>
        <w:t>vt 0.926085 0.489916</w:t>
        <w:br/>
        <w:t>vt 0.926083 0.481694</w:t>
        <w:br/>
        <w:t>vt 0.937320 0.480717</w:t>
        <w:br/>
        <w:t>vt 0.977464 0.478087</w:t>
        <w:br/>
        <w:t>vt 0.978249 0.493552</w:t>
        <w:br/>
        <w:t>vt 0.960017 0.467841</w:t>
        <w:br/>
        <w:t>vt 0.969233 0.466617</w:t>
        <w:br/>
        <w:t>vt 0.950239 0.468263</w:t>
        <w:br/>
        <w:t>vt 0.955537 0.458095</w:t>
        <w:br/>
        <w:t>vt 0.947841 0.459465</w:t>
        <w:br/>
        <w:t>vt 0.938931 0.470488</w:t>
        <w:br/>
        <w:t>vt 0.926419 0.472939</w:t>
        <w:br/>
        <w:t>vt 0.925719 0.464704</w:t>
        <w:br/>
        <w:t>vt 0.937784 0.458052</w:t>
        <w:br/>
        <w:t>vt 0.909393 0.474401</w:t>
        <w:br/>
        <w:t>vt 0.901441 0.464436</w:t>
        <w:br/>
        <w:t>vt 0.976506 0.464715</w:t>
        <w:br/>
        <w:t>vt 0.969720 0.454417</w:t>
        <w:br/>
        <w:t>vt 0.967344 0.444067</w:t>
        <w:br/>
        <w:t>vt 0.962282 0.446513</w:t>
        <w:br/>
        <w:t>vt 0.958347 0.435966</w:t>
        <w:br/>
        <w:t>vt 0.965055 0.432635</w:t>
        <w:br/>
        <w:t>vt 0.953977 0.449776</w:t>
        <w:br/>
        <w:t>vt 0.950105 0.440934</w:t>
        <w:br/>
        <w:t>vt 0.945838 0.452024</w:t>
        <w:br/>
        <w:t>vt 0.941678 0.444448</w:t>
        <w:br/>
        <w:t>vt 0.894907 0.456807</w:t>
        <w:br/>
        <w:t>vt 0.913407 0.446079</w:t>
        <w:br/>
        <w:t>vt 0.921078 0.455633</w:t>
        <w:br/>
        <w:t>vt 0.974122 0.447321</w:t>
        <w:br/>
        <w:t>vt 0.969728 0.430687</w:t>
        <w:br/>
        <w:t>vt 0.953348 0.427409</w:t>
        <w:br/>
        <w:t>vt 0.961215 0.422442</w:t>
        <w:br/>
        <w:t>vt 0.943986 0.431645</w:t>
        <w:br/>
        <w:t>vt 0.935826 0.436379</w:t>
        <w:br/>
        <w:t>vt 0.930639 0.413524</w:t>
        <w:br/>
        <w:t>vt 0.922527 0.403405</w:t>
        <w:br/>
        <w:t>vt 0.933922 0.399353</w:t>
        <w:br/>
        <w:t>vt 0.939312 0.408293</w:t>
        <w:br/>
        <w:t>vt 0.922304 0.419669</w:t>
        <w:br/>
        <w:t>vt 0.914181 0.411065</w:t>
        <w:br/>
        <w:t>vt 0.913977 0.427616</w:t>
        <w:br/>
        <w:t>vt 0.905326 0.437258</w:t>
        <w:br/>
        <w:t>vt 0.896903 0.430122</w:t>
        <w:br/>
        <w:t>vt 0.905413 0.420654</w:t>
        <w:br/>
        <w:t>vt 0.890669 0.450232</w:t>
        <w:br/>
        <w:t>vt 0.883691 0.441975</w:t>
        <w:br/>
        <w:t>vt 0.933231 0.386417</w:t>
        <w:br/>
        <w:t>vt 0.941563 0.393662</w:t>
        <w:br/>
        <w:t>vt 0.927205 0.393729</w:t>
        <w:br/>
        <w:t>vt 0.877657 0.434396</w:t>
        <w:br/>
        <w:t>vt 0.887529 0.422216</w:t>
        <w:br/>
        <w:t>vt 0.956354 0.376073</w:t>
        <w:br/>
        <w:t>vt 0.958703 0.376187</w:t>
        <w:br/>
        <w:t>vt 0.960940 0.381030</w:t>
        <w:br/>
        <w:t>vt 0.956302 0.381975</w:t>
        <w:br/>
        <w:t>vt 0.950593 0.377647</w:t>
        <w:br/>
        <w:t>vt 0.948679 0.381956</w:t>
        <w:br/>
        <w:t>vt 0.943467 0.377508</w:t>
        <w:br/>
        <w:t>vt 0.943868 0.371762</w:t>
        <w:br/>
        <w:t>vt 0.945715 0.387026</w:t>
        <w:br/>
        <w:t>vt 0.941942 0.384264</w:t>
        <w:br/>
        <w:t>vt 0.917326 0.385980</w:t>
        <w:br/>
        <w:t>vt 0.909568 0.394038</w:t>
        <w:br/>
        <w:t>vt 0.900212 0.387596</w:t>
        <w:br/>
        <w:t>vt 0.905871 0.378266</w:t>
        <w:br/>
        <w:t>vt 0.903230 0.402157</w:t>
        <w:br/>
        <w:t>vt 0.894251 0.396129</w:t>
        <w:br/>
        <w:t>vt 0.895659 0.411640</w:t>
        <w:br/>
        <w:t>vt 0.880591 0.416056</w:t>
        <w:br/>
        <w:t>vt 0.887643 0.405551</w:t>
        <w:br/>
        <w:t>vt 0.945142 0.367729</w:t>
        <w:br/>
        <w:t>vt 0.943868 0.371762</w:t>
        <w:br/>
        <w:t>vt 0.940291 0.361763</w:t>
        <w:br/>
        <w:t>vt 0.928381 0.374446</w:t>
        <w:br/>
        <w:t>vt 0.924121 0.378595</w:t>
        <w:br/>
        <w:t>vt 0.920767 0.369156</w:t>
        <w:br/>
        <w:t>vt 0.961591 0.537887</w:t>
        <w:br/>
        <w:t>vt 0.959169 0.544439</w:t>
        <w:br/>
        <w:t>vt 0.953214 0.540873</w:t>
        <w:br/>
        <w:t>vt 0.955243 0.535152</w:t>
        <w:br/>
        <w:t>vt 0.946526 0.539779</w:t>
        <w:br/>
        <w:t>vt 0.945889 0.532453</w:t>
        <w:br/>
        <w:t>vt 0.937445 0.531356</w:t>
        <w:br/>
        <w:t>vt 0.940681 0.539640</w:t>
        <w:br/>
        <w:t>vt 0.932201 0.533089</w:t>
        <w:br/>
        <w:t>vt 0.968464 0.541691</w:t>
        <w:br/>
        <w:t>vt 0.963109 0.547480</w:t>
        <w:br/>
        <w:t>vt 0.960105 0.550390</w:t>
        <w:br/>
        <w:t>vt 0.954221 0.552140</w:t>
        <w:br/>
        <w:t>vt 0.937033 0.546441</w:t>
        <w:br/>
        <w:t>vt 0.929835 0.538106</w:t>
        <w:br/>
        <w:t>vt 0.947413 0.550111</w:t>
        <w:br/>
        <w:t>vt 0.945142 0.367729</w:t>
        <w:br/>
        <w:t>vt 0.950506 0.368279</w:t>
        <w:br/>
        <w:t>vt 0.951164 0.370725</w:t>
        <w:br/>
        <w:t>vt 0.946037 0.554845</w:t>
        <w:br/>
        <w:t>vt 0.944610 0.551509</w:t>
        <w:br/>
        <w:t>vt 0.916773 0.490259</w:t>
        <w:br/>
        <w:t>vt 0.915063 0.482933</w:t>
        <w:br/>
        <w:t>vt 0.936920 0.379495</w:t>
        <w:br/>
        <w:t>vt 0.940469 0.374619</w:t>
        <w:br/>
        <w:t>vt 0.966083 0.418809</w:t>
        <w:br/>
        <w:t>vt 0.932515 0.448708</w:t>
        <w:br/>
        <w:t>vt 0.929031 0.441534</w:t>
        <w:br/>
        <w:t>vt 0.947550 0.417952</w:t>
        <w:br/>
        <w:t>vt 0.937983 0.422937</w:t>
        <w:br/>
        <w:t>vt 0.929770 0.428676</w:t>
        <w:br/>
        <w:t>vt 0.922394 0.435786</w:t>
        <w:br/>
        <w:t>vt 0.963868 0.385733</w:t>
        <w:br/>
        <w:t>vt 0.960957 0.390448</w:t>
        <w:br/>
        <w:t>vt 0.959700 0.395456</w:t>
        <w:br/>
        <w:t>vt 0.954059 0.389043</w:t>
        <w:br/>
        <w:t>vt 0.947932 0.402161</w:t>
        <w:br/>
        <w:t>vt 0.934661 0.367272</w:t>
        <w:br/>
        <w:t>vt 0.928460 0.361210</w:t>
        <w:br/>
        <w:t>vt 0.933287 0.354876</w:t>
        <w:br/>
        <w:t>vt 0.910218 0.368975</w:t>
        <w:br/>
        <w:t>vt 0.871504 0.429031</w:t>
        <w:br/>
        <w:t>vt 0.913291 0.363924</w:t>
        <w:br/>
        <w:t>vt 0.922584 0.348888</w:t>
        <w:br/>
        <w:t>vt 0.919044 0.354354</w:t>
        <w:br/>
        <w:t>vt 0.958375 0.555419</w:t>
        <w:br/>
        <w:t>vt 0.960814 0.407592</w:t>
        <w:br/>
        <w:t>vt 0.955847 0.412765</w:t>
        <w:br/>
        <w:t>vt 0.956690 0.400962</w:t>
        <w:br/>
        <w:t>vt 0.963829 0.456906</w:t>
        <w:br/>
        <w:t>vt 0.953135 0.374115</w:t>
        <w:br/>
        <w:t>vt 0.952079 0.395135</w:t>
        <w:br/>
        <w:t>vt 0.958706 0.368383</w:t>
        <w:br/>
        <w:t>vt 0.955385 0.371672</w:t>
        <w:br/>
        <w:t>vt 0.954434 0.370147</w:t>
        <w:br/>
        <w:t>vt 0.931860 0.370291</w:t>
        <w:br/>
        <w:t>vt 0.916338 0.358542</w:t>
        <w:br/>
        <w:t>vt 0.925428 0.364877</w:t>
        <w:br/>
        <w:t>vt 0.965116 0.402565</w:t>
        <w:br/>
        <w:t>vt 0.990931 0.529387</w:t>
        <w:br/>
        <w:t>vt 0.983392 0.539837</w:t>
        <w:br/>
        <w:t>vt 0.979942 0.536852</w:t>
        <w:br/>
        <w:t>vt 0.985120 0.526434</w:t>
        <w:br/>
        <w:t>vt 0.986588 0.514592</w:t>
        <w:br/>
        <w:t>vt 0.973487 0.547892</w:t>
        <w:br/>
        <w:t>vt 0.964269 0.552283</w:t>
        <w:br/>
        <w:t>vt 0.970965 0.545255</w:t>
        <w:br/>
        <w:t>vt 0.919479 0.516798</w:t>
        <w:br/>
        <w:t>vt 0.923553 0.527378</w:t>
        <w:br/>
        <w:t>vt 0.919144 0.505812</w:t>
        <w:br/>
        <w:t>vt 0.919384 0.498707</w:t>
        <w:br/>
        <w:t>vt 0.958038 0.372997</w:t>
        <w:br/>
        <w:t>vt 0.956976 0.372631</w:t>
        <w:br/>
        <w:t>vt 0.958706 0.368383</w:t>
        <w:br/>
        <w:t>vt 0.954049 0.368085</w:t>
        <w:br/>
        <w:t>vt 0.933287 0.354876</w:t>
        <w:br/>
        <w:t>vt 0.914260 0.506665</w:t>
        <w:br/>
        <w:t>vt 0.911885 0.498812</w:t>
        <w:br/>
        <w:t>vt 0.895262 0.477165</w:t>
        <w:br/>
        <w:t>vt 0.889068 0.463017</w:t>
        <w:br/>
        <w:t>vt 0.877372 0.457126</w:t>
        <w:br/>
        <w:t>vt 0.869275 0.451733</w:t>
        <w:br/>
        <w:t>vt 0.856543 0.449628</w:t>
        <w:br/>
        <w:t>vt 0.906023 0.490202</w:t>
        <w:br/>
        <w:t>vt 0.961901 0.555507</w:t>
        <w:br/>
        <w:t>vt 0.262297 0.837732</w:t>
        <w:br/>
        <w:t>vt 0.261279 0.822108</w:t>
        <w:br/>
        <w:t>vt 0.283027 0.820994</w:t>
        <w:br/>
        <w:t>vt 0.284039 0.836578</w:t>
        <w:br/>
        <w:t>vt 0.298357 0.835768</w:t>
        <w:br/>
        <w:t>vt 0.298690 0.820268</w:t>
        <w:br/>
        <w:t>vt 0.241494 0.796004</w:t>
        <w:br/>
        <w:t>vt 0.260617 0.796004</w:t>
        <w:br/>
        <w:t>vt 0.260519 0.807141</w:t>
        <w:br/>
        <w:t>vt 0.242476 0.807141</w:t>
        <w:br/>
        <w:t>vt 0.234490 0.822682</w:t>
        <w:br/>
        <w:t>vt 0.234490 0.838815</w:t>
        <w:br/>
        <w:t>vt 0.223287 0.838598</w:t>
        <w:br/>
        <w:t>vt 0.223287 0.823167</w:t>
        <w:br/>
        <w:t>vt 0.242476 0.838574</w:t>
        <w:br/>
        <w:t>vt 0.242476 0.822893</w:t>
        <w:br/>
        <w:t>vt 0.234490 0.807141</w:t>
        <w:br/>
        <w:t>vt 0.223287 0.806860</w:t>
        <w:br/>
        <w:t>vt 0.302072 0.947904</w:t>
        <w:br/>
        <w:t>vt 0.293602 0.953950</w:t>
        <w:br/>
        <w:t>vt 0.284127 0.942229</w:t>
        <w:br/>
        <w:t>vt 0.298204 0.853399</w:t>
        <w:br/>
        <w:t>vt 0.284433 0.855355</w:t>
        <w:br/>
        <w:t>vt 0.263167 0.858250</w:t>
        <w:br/>
        <w:t>vt 0.272052 0.890210</w:t>
        <w:br/>
        <w:t>vt 0.263316 0.874369</w:t>
        <w:br/>
        <w:t>vt 0.287070 0.870856</w:t>
        <w:br/>
        <w:t>vt 0.291133 0.884830</w:t>
        <w:br/>
        <w:t>vt 0.277820 0.903836</w:t>
        <w:br/>
        <w:t>vt 0.296563 0.897564</w:t>
        <w:br/>
        <w:t>vt 0.290309 0.918486</w:t>
        <w:br/>
        <w:t>vt 0.304651 0.911230</w:t>
        <w:br/>
        <w:t>vt 0.242476 0.859459</w:t>
        <w:br/>
        <w:t>vt 0.223287 0.857328</w:t>
        <w:br/>
        <w:t>vt 0.234490 0.858197</w:t>
        <w:br/>
        <w:t>vt 0.300267 0.870476</w:t>
        <w:br/>
        <w:t>vt 0.304063 0.882844</w:t>
        <w:br/>
        <w:t>vt 0.256573 0.956409</w:t>
        <w:br/>
        <w:t>vt 0.261935 0.943739</w:t>
        <w:br/>
        <w:t>vt 0.273650 0.950646</w:t>
        <w:br/>
        <w:t>vt 0.265930 0.965036</w:t>
        <w:br/>
        <w:t>vt 0.249493 0.968499</w:t>
        <w:br/>
        <w:t>vt 0.257440 0.976360</w:t>
        <w:br/>
        <w:t>vt 0.281855 0.807141</w:t>
        <w:br/>
        <w:t>vt 0.299230 0.806872</w:t>
        <w:br/>
        <w:t>vt 0.262878 0.892755</w:t>
        <w:br/>
        <w:t>vt 0.259368 0.885531</w:t>
        <w:br/>
        <w:t>vt 0.242036 0.871916</w:t>
        <w:br/>
        <w:t>vt 0.229288 0.867099</w:t>
        <w:br/>
        <w:t>vt 0.277765 0.916318</w:t>
        <w:br/>
        <w:t>vt 0.266786 0.912912</w:t>
        <w:br/>
        <w:t>vt 0.264038 0.899145</w:t>
        <w:br/>
        <w:t>vt 0.327628 0.918324</w:t>
        <w:br/>
        <w:t>vt 0.329256 0.928253</w:t>
        <w:br/>
        <w:t>vt 0.324531 0.929728</w:t>
        <w:br/>
        <w:t>vt 0.314146 0.924260</w:t>
        <w:br/>
        <w:t>vt 0.298906 0.932114</w:t>
        <w:br/>
        <w:t>vt 0.312581 0.947813</w:t>
        <w:br/>
        <w:t>vt 0.286764 0.961852</w:t>
        <w:br/>
        <w:t>vt 0.282613 0.969002</w:t>
        <w:br/>
        <w:t>vt 0.276906 0.936984</w:t>
        <w:br/>
        <w:t>vt 0.266179 0.930394</w:t>
        <w:br/>
        <w:t>vt 0.316769 0.905899</w:t>
        <w:br/>
        <w:t>vt 0.223287 0.796004</w:t>
        <w:br/>
        <w:t>vt 0.282241 0.796004</w:t>
        <w:br/>
        <w:t>vt 0.300074 0.796004</w:t>
        <w:br/>
        <w:t>vt 0.308829 0.892806</w:t>
        <w:br/>
        <w:t>vt 0.298918 0.863551</w:t>
        <w:br/>
        <w:t>vt 0.352379 0.942863</w:t>
        <w:br/>
        <w:t>vt 0.338955 0.952211</w:t>
        <w:br/>
        <w:t>vt 0.337666 0.949457</w:t>
        <w:br/>
        <w:t>vt 0.351471 0.940738</w:t>
        <w:br/>
        <w:t>vt 0.253791 0.880147</w:t>
        <w:br/>
        <w:t>vt 0.277446 0.975458</w:t>
        <w:br/>
        <w:t>vt 0.266422 0.983773</w:t>
        <w:br/>
        <w:t>vt 0.223287 0.867274</w:t>
        <w:br/>
        <w:t>vt 0.330692 0.955523</w:t>
        <w:br/>
        <w:t>vt 0.331007 0.952610</w:t>
        <w:br/>
        <w:t>vt 0.334178 0.929388</w:t>
        <w:br/>
        <w:t>vt 0.334756 0.925163</w:t>
        <w:br/>
        <w:t>vt 0.342054 0.931287</w:t>
        <w:br/>
        <w:t>vt 0.337425 0.932746</w:t>
        <w:br/>
        <w:t>vt 0.338661 0.937586</w:t>
        <w:br/>
        <w:t>vt 0.347365 0.936006</w:t>
        <w:br/>
        <w:t>vt 0.351471 0.940738</w:t>
        <w:br/>
        <w:t>vt 0.336712 0.942037</w:t>
        <w:br/>
        <w:t>vt 0.333602 0.945671</w:t>
        <w:br/>
        <w:t>vt 0.328678 0.946458</w:t>
        <w:br/>
        <w:t>vt 0.323991 0.947945</w:t>
        <w:br/>
        <w:t>vt 0.324217 0.945366</w:t>
        <w:br/>
        <w:t>vt 0.320909 0.941778</w:t>
        <w:br/>
        <w:t>vt 0.319829 0.937052</w:t>
        <w:br/>
        <w:t>vt 0.321154 0.932311</w:t>
        <w:br/>
        <w:t>vt 0.262297 0.837732</w:t>
        <w:br/>
        <w:t>vt 0.284039 0.836578</w:t>
        <w:br/>
        <w:t>vt 0.283027 0.820994</w:t>
        <w:br/>
        <w:t>vt 0.261279 0.822108</w:t>
        <w:br/>
        <w:t>vt 0.298357 0.835768</w:t>
        <w:br/>
        <w:t>vt 0.298690 0.820268</w:t>
        <w:br/>
        <w:t>vt 0.241494 0.796004</w:t>
        <w:br/>
        <w:t>vt 0.242476 0.807141</w:t>
        <w:br/>
        <w:t>vt 0.260519 0.807141</w:t>
        <w:br/>
        <w:t>vt 0.260617 0.796004</w:t>
        <w:br/>
        <w:t>vt 0.223287 0.838598</w:t>
        <w:br/>
        <w:t>vt 0.234490 0.838815</w:t>
        <w:br/>
        <w:t>vt 0.234490 0.822682</w:t>
        <w:br/>
        <w:t>vt 0.223287 0.823167</w:t>
        <w:br/>
        <w:t>vt 0.242476 0.838574</w:t>
        <w:br/>
        <w:t>vt 0.242476 0.822893</w:t>
        <w:br/>
        <w:t>vt 0.234490 0.807141</w:t>
        <w:br/>
        <w:t>vt 0.223287 0.806860</w:t>
        <w:br/>
        <w:t>vt 0.302072 0.947904</w:t>
        <w:br/>
        <w:t>vt 0.284127 0.942229</w:t>
        <w:br/>
        <w:t>vt 0.293602 0.953950</w:t>
        <w:br/>
        <w:t>vt 0.298204 0.853399</w:t>
        <w:br/>
        <w:t>vt 0.284433 0.855355</w:t>
        <w:br/>
        <w:t>vt 0.263167 0.858250</w:t>
        <w:br/>
        <w:t>vt 0.287070 0.870856</w:t>
        <w:br/>
        <w:t>vt 0.263316 0.874369</w:t>
        <w:br/>
        <w:t>vt 0.272052 0.890210</w:t>
        <w:br/>
        <w:t>vt 0.291133 0.884830</w:t>
        <w:br/>
        <w:t>vt 0.277820 0.903836</w:t>
        <w:br/>
        <w:t>vt 0.296563 0.897564</w:t>
        <w:br/>
        <w:t>vt 0.290309 0.918486</w:t>
        <w:br/>
        <w:t>vt 0.304651 0.911230</w:t>
        <w:br/>
        <w:t>vt 0.242476 0.859459</w:t>
        <w:br/>
        <w:t>vt 0.223287 0.857328</w:t>
        <w:br/>
        <w:t>vt 0.234490 0.858197</w:t>
        <w:br/>
        <w:t>vt 0.300267 0.870476</w:t>
        <w:br/>
        <w:t>vt 0.304063 0.882844</w:t>
        <w:br/>
        <w:t>vt 0.273650 0.950646</w:t>
        <w:br/>
        <w:t>vt 0.261935 0.943739</w:t>
        <w:br/>
        <w:t>vt 0.256573 0.956409</w:t>
        <w:br/>
        <w:t>vt 0.265930 0.965036</w:t>
        <w:br/>
        <w:t>vt 0.257440 0.976360</w:t>
        <w:br/>
        <w:t>vt 0.249493 0.968499</w:t>
        <w:br/>
        <w:t>vt 0.281855 0.807141</w:t>
        <w:br/>
        <w:t>vt 0.299230 0.806872</w:t>
        <w:br/>
        <w:t>vt 0.259368 0.885531</w:t>
        <w:br/>
        <w:t>vt 0.262878 0.892755</w:t>
        <w:br/>
        <w:t>vt 0.242036 0.871916</w:t>
        <w:br/>
        <w:t>vt 0.229288 0.867099</w:t>
        <w:br/>
        <w:t>vt 0.266786 0.912912</w:t>
        <w:br/>
        <w:t>vt 0.277765 0.916318</w:t>
        <w:br/>
        <w:t>vt 0.264038 0.899145</w:t>
        <w:br/>
        <w:t>vt 0.327628 0.918324</w:t>
        <w:br/>
        <w:t>vt 0.314146 0.924260</w:t>
        <w:br/>
        <w:t>vt 0.324531 0.929728</w:t>
        <w:br/>
        <w:t>vt 0.329256 0.928253</w:t>
        <w:br/>
        <w:t>vt 0.312581 0.947813</w:t>
        <w:br/>
        <w:t>vt 0.298906 0.932114</w:t>
        <w:br/>
        <w:t>vt 0.282613 0.969002</w:t>
        <w:br/>
        <w:t>vt 0.286764 0.961852</w:t>
        <w:br/>
        <w:t>vt 0.276906 0.936984</w:t>
        <w:br/>
        <w:t>vt 0.266179 0.930394</w:t>
        <w:br/>
        <w:t>vt 0.316769 0.905899</w:t>
        <w:br/>
        <w:t>vt 0.223287 0.796004</w:t>
        <w:br/>
        <w:t>vt 0.282241 0.796004</w:t>
        <w:br/>
        <w:t>vt 0.300074 0.796004</w:t>
        <w:br/>
        <w:t>vt 0.308829 0.892806</w:t>
        <w:br/>
        <w:t>vt 0.298918 0.863551</w:t>
        <w:br/>
        <w:t>vt 0.352379 0.942863</w:t>
        <w:br/>
        <w:t>vt 0.351471 0.940738</w:t>
        <w:br/>
        <w:t>vt 0.337666 0.949457</w:t>
        <w:br/>
        <w:t>vt 0.338955 0.952211</w:t>
        <w:br/>
        <w:t>vt 0.253791 0.880147</w:t>
        <w:br/>
        <w:t>vt 0.266422 0.983773</w:t>
        <w:br/>
        <w:t>vt 0.277446 0.975458</w:t>
        <w:br/>
        <w:t>vt 0.223287 0.867274</w:t>
        <w:br/>
        <w:t>vt 0.331007 0.952610</w:t>
        <w:br/>
        <w:t>vt 0.330692 0.955523</w:t>
        <w:br/>
        <w:t>vt 0.334178 0.929388</w:t>
        <w:br/>
        <w:t>vt 0.337425 0.932746</w:t>
        <w:br/>
        <w:t>vt 0.342054 0.931287</w:t>
        <w:br/>
        <w:t>vt 0.334756 0.925163</w:t>
        <w:br/>
        <w:t>vt 0.338661 0.937586</w:t>
        <w:br/>
        <w:t>vt 0.347365 0.936006</w:t>
        <w:br/>
        <w:t>vt 0.336712 0.942037</w:t>
        <w:br/>
        <w:t>vt 0.351471 0.940738</w:t>
        <w:br/>
        <w:t>vt 0.333602 0.945671</w:t>
        <w:br/>
        <w:t>vt 0.328678 0.946458</w:t>
        <w:br/>
        <w:t>vt 0.323991 0.947945</w:t>
        <w:br/>
        <w:t>vt 0.324217 0.945366</w:t>
        <w:br/>
        <w:t>vt 0.320909 0.941778</w:t>
        <w:br/>
        <w:t>vt 0.319829 0.937052</w:t>
        <w:br/>
        <w:t>vt 0.321154 0.932311</w:t>
        <w:br/>
        <w:t>vt 0.099546 0.383623</w:t>
        <w:br/>
        <w:t>vt 0.099546 0.386072</w:t>
        <w:br/>
        <w:t>vt 0.096831 0.386017</w:t>
        <w:br/>
        <w:t>vt 0.096831 0.383563</w:t>
        <w:br/>
        <w:t>vt 0.004242 0.383395</w:t>
        <w:br/>
        <w:t>vt 0.006786 0.383303</w:t>
        <w:br/>
        <w:t>vt 0.006786 0.385767</w:t>
        <w:br/>
        <w:t>vt 0.004242 0.385858</w:t>
        <w:br/>
        <w:t>vt 0.011285 0.383764</w:t>
        <w:br/>
        <w:t>vt 0.013800 0.383651</w:t>
        <w:br/>
        <w:t>vt 0.013800 0.386102</w:t>
        <w:br/>
        <w:t>vt 0.011285 0.386208</w:t>
        <w:br/>
        <w:t>vt 0.018355 0.383721</w:t>
        <w:br/>
        <w:t>vt 0.020950 0.383379</w:t>
        <w:br/>
        <w:t>vt 0.020950 0.385827</w:t>
        <w:br/>
        <w:t>vt 0.018355 0.386187</w:t>
        <w:br/>
        <w:t>vt 0.028072 0.385882</w:t>
        <w:br/>
        <w:t>vt 0.025422 0.385771</w:t>
        <w:br/>
        <w:t>vt 0.025422 0.383323</w:t>
        <w:br/>
        <w:t>vt 0.028072 0.383447</w:t>
        <w:br/>
        <w:t>vt 0.035138 0.383501</w:t>
        <w:br/>
        <w:t>vt 0.035138 0.385908</w:t>
        <w:br/>
        <w:t>vt 0.032528 0.385886</w:t>
        <w:br/>
        <w:t>vt 0.032528 0.383462</w:t>
        <w:br/>
        <w:t>vt 0.042272 0.383640</w:t>
        <w:br/>
        <w:t>vt 0.042272 0.386044</w:t>
        <w:br/>
        <w:t>vt 0.039592 0.386105</w:t>
        <w:br/>
        <w:t>vt 0.039592 0.383699</w:t>
        <w:br/>
        <w:t>vt 0.049424 0.383599</w:t>
        <w:br/>
        <w:t>vt 0.049424 0.386004</w:t>
        <w:br/>
        <w:t>vt 0.046739 0.385994</w:t>
        <w:br/>
        <w:t>vt 0.046739 0.383590</w:t>
        <w:br/>
        <w:t>vt 0.056536 0.383740</w:t>
        <w:br/>
        <w:t>vt 0.056536 0.386162</w:t>
        <w:br/>
        <w:t>vt 0.053804 0.385866</w:t>
        <w:br/>
        <w:t>vt 0.053804 0.383472</w:t>
        <w:br/>
        <w:t>vt 0.063633 0.383404</w:t>
        <w:br/>
        <w:t>vt 0.063633 0.385842</w:t>
        <w:br/>
        <w:t>vt 0.061037 0.385482</w:t>
        <w:br/>
        <w:t>vt 0.061037 0.383048</w:t>
        <w:br/>
        <w:t>vt 0.068201 0.383395</w:t>
        <w:br/>
        <w:t>vt 0.070959 0.383284</w:t>
        <w:br/>
        <w:t>vt 0.070959 0.385743</w:t>
        <w:br/>
        <w:t>vt 0.068201 0.385840</w:t>
        <w:br/>
        <w:t>vt 0.075489 0.383488</w:t>
        <w:br/>
        <w:t>vt 0.078224 0.383455</w:t>
        <w:br/>
        <w:t>vt 0.078224 0.385924</w:t>
        <w:br/>
        <w:t>vt 0.075489 0.385973</w:t>
        <w:br/>
        <w:t>vt 0.085366 0.383596</w:t>
        <w:br/>
        <w:t>vt 0.085366 0.386074</w:t>
        <w:br/>
        <w:t>vt 0.082643 0.385867</w:t>
        <w:br/>
        <w:t>vt 0.082643 0.383382</w:t>
        <w:br/>
        <w:t>vt 0.092268 0.383198</w:t>
        <w:br/>
        <w:t>vt 0.092268 0.385653</w:t>
        <w:br/>
        <w:t>vt 0.089885 0.385704</w:t>
        <w:br/>
        <w:t>vt 0.089885 0.383233</w:t>
        <w:br/>
        <w:t>vt 0.187489 0.386023</w:t>
        <w:br/>
        <w:t>vt 0.184583 0.386030</w:t>
        <w:br/>
        <w:t>vt 0.184583 0.383603</w:t>
        <w:br/>
        <w:t>vt 0.187489 0.383595</w:t>
        <w:br/>
        <w:t>vt 0.180181 0.385971</w:t>
        <w:br/>
        <w:t>vt 0.177448 0.386012</w:t>
        <w:br/>
        <w:t>vt 0.177448 0.383583</w:t>
        <w:br/>
        <w:t>vt 0.180181 0.383543</w:t>
        <w:br/>
        <w:t>vt 0.172874 0.385996</w:t>
        <w:br/>
        <w:t>vt 0.170009 0.386000</w:t>
        <w:br/>
        <w:t>vt 0.170009 0.383570</w:t>
        <w:br/>
        <w:t>vt 0.172874 0.383566</w:t>
        <w:br/>
        <w:t>vt 0.165399 0.385977</w:t>
        <w:br/>
        <w:t>vt 0.162559 0.386026</w:t>
        <w:br/>
        <w:t>vt 0.162559 0.383596</w:t>
        <w:br/>
        <w:t>vt 0.165399 0.383546</w:t>
        <w:br/>
        <w:t>vt 0.158002 0.385974</w:t>
        <w:br/>
        <w:t>vt 0.155219 0.386020</w:t>
        <w:br/>
        <w:t>vt 0.155219 0.383590</w:t>
        <w:br/>
        <w:t>vt 0.158002 0.383544</w:t>
        <w:br/>
        <w:t>vt 0.150651 0.385959</w:t>
        <w:br/>
        <w:t>vt 0.147806 0.385997</w:t>
        <w:br/>
        <w:t>vt 0.147806 0.383564</w:t>
        <w:br/>
        <w:t>vt 0.150651 0.383528</w:t>
        <w:br/>
        <w:t>vt 0.140510 0.383567</w:t>
        <w:br/>
        <w:t>vt 0.143254 0.383590</w:t>
        <w:br/>
        <w:t>vt 0.143254 0.386023</w:t>
        <w:br/>
        <w:t>vt 0.140510 0.386001</w:t>
        <w:br/>
        <w:t>vt 0.133171 0.386007</w:t>
        <w:br/>
        <w:t>vt 0.133171 0.383566</w:t>
        <w:br/>
        <w:t>vt 0.135923 0.383546</w:t>
        <w:br/>
        <w:t>vt 0.135923 0.385984</w:t>
        <w:br/>
        <w:t>vt 0.125782 0.385865</w:t>
        <w:br/>
        <w:t>vt 0.125782 0.383422</w:t>
        <w:br/>
        <w:t>vt 0.128602 0.383491</w:t>
        <w:br/>
        <w:t>vt 0.128602 0.385932</w:t>
        <w:br/>
        <w:t>vt 0.118472 0.385987</w:t>
        <w:br/>
        <w:t>vt 0.118472 0.383541</w:t>
        <w:br/>
        <w:t>vt 0.121199 0.383522</w:t>
        <w:br/>
        <w:t>vt 0.121199 0.385967</w:t>
        <w:br/>
        <w:t>vt 0.111229 0.385938</w:t>
        <w:br/>
        <w:t>vt 0.111229 0.383491</w:t>
        <w:br/>
        <w:t>vt 0.113950 0.383593</w:t>
        <w:br/>
        <w:t>vt 0.113950 0.386032</w:t>
        <w:br/>
        <w:t>vt 0.104108 0.385757</w:t>
        <w:br/>
        <w:t>vt 0.104108 0.383310</w:t>
        <w:br/>
        <w:t>vt 0.106647 0.383419</w:t>
        <w:br/>
        <w:t>vt 0.106647 0.385867</w:t>
        <w:br/>
        <w:t>vt 0.009953 0.386554</w:t>
        <w:br/>
        <w:t>vt 0.008139 0.386469</w:t>
        <w:br/>
        <w:t>vt 0.008139 0.382796</w:t>
        <w:br/>
        <w:t>vt 0.009953 0.382890</w:t>
        <w:br/>
        <w:t>vt 0.017051 0.386762</w:t>
        <w:br/>
        <w:t>vt 0.015135 0.386754</w:t>
        <w:br/>
        <w:t>vt 0.015135 0.383097</w:t>
        <w:br/>
        <w:t>vt 0.017051 0.383169</w:t>
        <w:br/>
        <w:t>vt 0.024110 0.386411</w:t>
        <w:br/>
        <w:t>vt 0.022270 0.386471</w:t>
        <w:br/>
        <w:t>vt 0.022270 0.382816</w:t>
        <w:br/>
        <w:t>vt 0.024110 0.382756</w:t>
        <w:br/>
        <w:t>vt 0.031216 0.386517</w:t>
        <w:br/>
        <w:t>vt 0.029378 0.386551</w:t>
        <w:br/>
        <w:t>vt 0.029378 0.382916</w:t>
        <w:br/>
        <w:t>vt 0.031216 0.382894</w:t>
        <w:br/>
        <w:t>vt 0.038274 0.386613</w:t>
        <w:br/>
        <w:t>vt 0.036431 0.386517</w:t>
        <w:br/>
        <w:t>vt 0.036431 0.382927</w:t>
        <w:br/>
        <w:t>vt 0.038274 0.383014</w:t>
        <w:br/>
        <w:t>vt 0.045421 0.382942</w:t>
        <w:br/>
        <w:t>vt 0.045421 0.386530</w:t>
        <w:br/>
        <w:t>vt 0.043567 0.386466</w:t>
        <w:br/>
        <w:t>vt 0.043567 0.382886</w:t>
        <w:br/>
        <w:t>vt 0.052490 0.386325</w:t>
        <w:br/>
        <w:t>vt 0.050716 0.386395</w:t>
        <w:br/>
        <w:t>vt 0.050716 0.382806</w:t>
        <w:br/>
        <w:t>vt 0.052490 0.382750</w:t>
        <w:br/>
        <w:t>vt 0.059759 0.382931</w:t>
        <w:br/>
        <w:t>vt 0.059759 0.386570</w:t>
        <w:br/>
        <w:t>vt 0.057850 0.386737</w:t>
        <w:br/>
        <w:t>vt 0.057850 0.383122</w:t>
        <w:br/>
        <w:t>vt 0.066899 0.383074</w:t>
        <w:br/>
        <w:t>vt 0.066899 0.386721</w:t>
        <w:br/>
        <w:t>vt 0.064966 0.386688</w:t>
        <w:br/>
        <w:t>vt 0.064966 0.383039</w:t>
        <w:br/>
        <w:t>vt 0.074192 0.386691</w:t>
        <w:br/>
        <w:t>vt 0.072297 0.386650</w:t>
        <w:br/>
        <w:t>vt 0.072297 0.382991</w:t>
        <w:br/>
        <w:t>vt 0.074192 0.383010</w:t>
        <w:br/>
        <w:t>vt 0.081335 0.383005</w:t>
        <w:br/>
        <w:t>vt 0.081335 0.386684</w:t>
        <w:br/>
        <w:t>vt 0.079570 0.386645</w:t>
        <w:br/>
        <w:t>vt 0.079570 0.382964</w:t>
        <w:br/>
        <w:t>vt 0.088612 0.383025</w:t>
        <w:br/>
        <w:t>vt 0.088612 0.386703</w:t>
        <w:br/>
        <w:t>vt 0.086714 0.386684</w:t>
        <w:br/>
        <w:t>vt 0.086714 0.383011</w:t>
        <w:br/>
        <w:t>vt 0.095510 0.383019</w:t>
        <w:br/>
        <w:t>vt 0.095510 0.386673</w:t>
        <w:br/>
        <w:t>vt 0.093641 0.386512</w:t>
        <w:br/>
        <w:t>vt 0.093641 0.382845</w:t>
        <w:br/>
        <w:t>vt 0.181432 0.382848</w:t>
        <w:br/>
        <w:t>vt 0.183315 0.382848</w:t>
        <w:br/>
        <w:t>vt 0.183315 0.386466</w:t>
        <w:br/>
        <w:t>vt 0.181432 0.386467</w:t>
        <w:br/>
        <w:t>vt 0.174167 0.382890</w:t>
        <w:br/>
        <w:t>vt 0.176164 0.382852</w:t>
        <w:br/>
        <w:t>vt 0.176164 0.386473</w:t>
        <w:br/>
        <w:t>vt 0.174167 0.386515</w:t>
        <w:br/>
        <w:t>vt 0.166696 0.382874</w:t>
        <w:br/>
        <w:t>vt 0.168695 0.382846</w:t>
        <w:br/>
        <w:t>vt 0.168695 0.386471</w:t>
        <w:br/>
        <w:t>vt 0.166696 0.386500</w:t>
        <w:br/>
        <w:t>vt 0.159293 0.382865</w:t>
        <w:br/>
        <w:t>vt 0.161235 0.382861</w:t>
        <w:br/>
        <w:t>vt 0.161235 0.386484</w:t>
        <w:br/>
        <w:t>vt 0.159293 0.386488</w:t>
        <w:br/>
        <w:t>vt 0.151950 0.382896</w:t>
        <w:br/>
        <w:t>vt 0.153901 0.382854</w:t>
        <w:br/>
        <w:t>vt 0.153901 0.386477</w:t>
        <w:br/>
        <w:t>vt 0.151950 0.386520</w:t>
        <w:br/>
        <w:t>vt 0.144561 0.382906</w:t>
        <w:br/>
        <w:t>vt 0.146495 0.382864</w:t>
        <w:br/>
        <w:t>vt 0.146495 0.386490</w:t>
        <w:br/>
        <w:t>vt 0.144561 0.386533</w:t>
        <w:br/>
        <w:t>vt 0.137248 0.382851</w:t>
        <w:br/>
        <w:t>vt 0.139213 0.382840</w:t>
        <w:br/>
        <w:t>vt 0.139213 0.386469</w:t>
        <w:br/>
        <w:t>vt 0.137248 0.386484</w:t>
        <w:br/>
        <w:t>vt 0.131879 0.382929</w:t>
        <w:br/>
        <w:t>vt 0.131879 0.386570</w:t>
        <w:br/>
        <w:t>vt 0.129948 0.386541</w:t>
        <w:br/>
        <w:t>vt 0.129948 0.382899</w:t>
        <w:br/>
        <w:t>vt 0.124466 0.382858</w:t>
        <w:br/>
        <w:t>vt 0.124466 0.386501</w:t>
        <w:br/>
        <w:t>vt 0.122552 0.386544</w:t>
        <w:br/>
        <w:t>vt 0.122552 0.382900</w:t>
        <w:br/>
        <w:t>vt 0.115279 0.386616</w:t>
        <w:br/>
        <w:t>vt 0.115279 0.382967</w:t>
        <w:br/>
        <w:t>vt 0.117174 0.382966</w:t>
        <w:br/>
        <w:t>vt 0.117174 0.386623</w:t>
        <w:br/>
        <w:t>vt 0.108008 0.386515</w:t>
        <w:br/>
        <w:t>vt 0.108008 0.382870</w:t>
        <w:br/>
        <w:t>vt 0.109897 0.382933</w:t>
        <w:br/>
        <w:t>vt 0.109897 0.386579</w:t>
        <w:br/>
        <w:t>vt 0.100904 0.383024</w:t>
        <w:br/>
        <w:t>vt 0.102792 0.382886</w:t>
        <w:br/>
        <w:t>vt 0.102792 0.386537</w:t>
        <w:br/>
        <w:t>vt 0.100904 0.386674</w:t>
        <w:br/>
        <w:t>vt 0.086559 0.378219</w:t>
        <w:br/>
        <w:t>vt 0.086819 0.376140</w:t>
        <w:br/>
        <w:t>vt 0.090017 0.376140</w:t>
        <w:br/>
        <w:t>vt 0.090665 0.378219</w:t>
        <w:br/>
        <w:t>vt 0.099546 0.386072</w:t>
        <w:br/>
        <w:t>vt 0.099546 0.383623</w:t>
        <w:br/>
        <w:t>vt 0.100904 0.383024</w:t>
        <w:br/>
        <w:t>vt 0.100904 0.386674</w:t>
        <w:br/>
        <w:t>vt 0.089912 0.393472</w:t>
        <w:br/>
        <w:t>vt 0.086708 0.393472</w:t>
        <w:br/>
        <w:t>vt 0.086455 0.391362</w:t>
        <w:br/>
        <w:t>vt 0.090539 0.391362</w:t>
        <w:br/>
        <w:t>vt 0.095510 0.383019</w:t>
        <w:br/>
        <w:t>vt 0.096831 0.383563</w:t>
        <w:br/>
        <w:t>vt 0.096831 0.386017</w:t>
        <w:br/>
        <w:t>vt 0.095510 0.386673</w:t>
        <w:br/>
        <w:t>vt 0.001682 0.376140</w:t>
        <w:br/>
        <w:t>vt 0.004764 0.376140</w:t>
        <w:br/>
        <w:t>vt 0.005190 0.378219</w:t>
        <w:br/>
        <w:t>vt 0.001682 0.378219</w:t>
        <w:br/>
        <w:t>vt 0.008139 0.386469</w:t>
        <w:br/>
        <w:t>vt 0.006786 0.385767</w:t>
        <w:br/>
        <w:t>vt 0.006786 0.383303</w:t>
        <w:br/>
        <w:t>vt 0.008139 0.382796</w:t>
        <w:br/>
        <w:t>vt 0.004668 0.393472</w:t>
        <w:br/>
        <w:t>vt 0.001625 0.393472</w:t>
        <w:br/>
        <w:t>vt 0.001625 0.391362</w:t>
        <w:br/>
        <w:t>vt 0.005139 0.391362</w:t>
        <w:br/>
        <w:t>vt 0.002890 0.382800</w:t>
        <w:br/>
        <w:t>vt 0.004242 0.383395</w:t>
        <w:br/>
        <w:t>vt 0.004242 0.385858</w:t>
        <w:br/>
        <w:t>vt 0.002890 0.386475</w:t>
        <w:br/>
        <w:t>vt 0.010862 0.376140</w:t>
        <w:br/>
        <w:t>vt 0.011286 0.378219</w:t>
        <w:br/>
        <w:t>vt 0.007419 0.378219</w:t>
        <w:br/>
        <w:t>vt 0.007767 0.376140</w:t>
        <w:br/>
        <w:t>vt 0.015135 0.386754</w:t>
        <w:br/>
        <w:t>vt 0.013800 0.386102</w:t>
        <w:br/>
        <w:t>vt 0.013800 0.383651</w:t>
        <w:br/>
        <w:t>vt 0.015135 0.383097</w:t>
        <w:br/>
        <w:t>vt 0.010481 0.393472</w:t>
        <w:br/>
        <w:t>vt 0.007625 0.393472</w:t>
        <w:br/>
        <w:t>vt 0.007384 0.391362</w:t>
        <w:br/>
        <w:t>vt 0.010894 0.391362</w:t>
        <w:br/>
        <w:t>vt 0.009953 0.382890</w:t>
        <w:br/>
        <w:t>vt 0.011285 0.383764</w:t>
        <w:br/>
        <w:t>vt 0.011285 0.386208</w:t>
        <w:br/>
        <w:t>vt 0.009953 0.386554</w:t>
        <w:br/>
        <w:t>vt 0.013815 0.378219</w:t>
        <w:br/>
        <w:t>vt 0.014137 0.376140</w:t>
        <w:br/>
        <w:t>vt 0.017301 0.376140</w:t>
        <w:br/>
        <w:t>vt 0.017718 0.378219</w:t>
        <w:br/>
        <w:t>vt 0.020950 0.385827</w:t>
        <w:br/>
        <w:t>vt 0.020950 0.383379</w:t>
        <w:br/>
        <w:t>vt 0.022270 0.382816</w:t>
        <w:br/>
        <w:t>vt 0.022270 0.386471</w:t>
        <w:br/>
        <w:t>vt 0.016458 0.393472</w:t>
        <w:br/>
        <w:t>vt 0.013429 0.393472</w:t>
        <w:br/>
        <w:t>vt 0.013240 0.391362</w:t>
        <w:br/>
        <w:t>vt 0.016864 0.391362</w:t>
        <w:br/>
        <w:t>vt 0.018355 0.383721</w:t>
        <w:br/>
        <w:t>vt 0.018355 0.386187</w:t>
        <w:br/>
        <w:t>vt 0.017051 0.386762</w:t>
        <w:br/>
        <w:t>vt 0.017051 0.383169</w:t>
        <w:br/>
        <w:t>vt 0.020515 0.376140</w:t>
        <w:br/>
        <w:t>vt 0.023653 0.376140</w:t>
        <w:br/>
        <w:t>vt 0.024042 0.378219</w:t>
        <w:br/>
        <w:t>vt 0.020148 0.378219</w:t>
        <w:br/>
        <w:t>vt 0.028072 0.385882</w:t>
        <w:br/>
        <w:t>vt 0.028072 0.383447</w:t>
        <w:br/>
        <w:t>vt 0.029378 0.382916</w:t>
        <w:br/>
        <w:t>vt 0.029378 0.386551</w:t>
        <w:br/>
        <w:t>vt 0.019670 0.393472</w:t>
        <w:br/>
        <w:t>vt 0.019280 0.391362</w:t>
        <w:br/>
        <w:t>vt 0.023263 0.391362</w:t>
        <w:br/>
        <w:t>vt 0.022876 0.393472</w:t>
        <w:br/>
        <w:t>vt 0.024110 0.382756</w:t>
        <w:br/>
        <w:t>vt 0.025422 0.383323</w:t>
        <w:br/>
        <w:t>vt 0.025422 0.385771</w:t>
        <w:br/>
        <w:t>vt 0.024110 0.386411</w:t>
        <w:br/>
        <w:t>vt 0.026962 0.376140</w:t>
        <w:br/>
        <w:t>vt 0.030042 0.376140</w:t>
        <w:br/>
        <w:t>vt 0.030419 0.378219</w:t>
        <w:br/>
        <w:t>vt 0.026536 0.378219</w:t>
        <w:br/>
        <w:t>vt 0.036431 0.386517</w:t>
        <w:br/>
        <w:t>vt 0.035138 0.385908</w:t>
        <w:br/>
        <w:t>vt 0.035138 0.383501</w:t>
        <w:br/>
        <w:t>vt 0.036431 0.382927</w:t>
        <w:br/>
        <w:t>vt 0.029767 0.391362</w:t>
        <w:br/>
        <w:t>vt 0.029376 0.393472</w:t>
        <w:br/>
        <w:t>vt 0.026192 0.393472</w:t>
        <w:br/>
        <w:t>vt 0.025741 0.391362</w:t>
        <w:br/>
        <w:t>vt 0.032528 0.383462</w:t>
        <w:br/>
        <w:t>vt 0.032528 0.385886</w:t>
        <w:br/>
        <w:t>vt 0.031216 0.386517</w:t>
        <w:br/>
        <w:t>vt 0.031216 0.382894</w:t>
        <w:br/>
        <w:t>vt 0.033414 0.376140</w:t>
        <w:br/>
        <w:t>vt 0.036627 0.376140</w:t>
        <w:br/>
        <w:t>vt 0.036993 0.378219</w:t>
        <w:br/>
        <w:t>vt 0.032969 0.378219</w:t>
        <w:br/>
        <w:t>vt 0.043567 0.386466</w:t>
        <w:br/>
        <w:t>vt 0.042272 0.386044</w:t>
        <w:br/>
        <w:t>vt 0.042272 0.383640</w:t>
        <w:br/>
        <w:t>vt 0.043567 0.382886</w:t>
        <w:br/>
        <w:t>vt 0.036315 0.391362</w:t>
        <w:br/>
        <w:t>vt 0.035970 0.393472</w:t>
        <w:br/>
        <w:t>vt 0.032748 0.393472</w:t>
        <w:br/>
        <w:t>vt 0.032292 0.391362</w:t>
        <w:br/>
        <w:t>vt 0.039592 0.383699</w:t>
        <w:br/>
        <w:t>vt 0.039592 0.386105</w:t>
        <w:br/>
        <w:t>vt 0.038274 0.386613</w:t>
        <w:br/>
        <w:t>vt 0.038274 0.383014</w:t>
        <w:br/>
        <w:t>vt 0.040003 0.376140</w:t>
        <w:br/>
        <w:t>vt 0.043222 0.376140</w:t>
        <w:br/>
        <w:t>vt 0.043605 0.378219</w:t>
        <w:br/>
        <w:t>vt 0.039547 0.378219</w:t>
        <w:br/>
        <w:t>vt 0.050716 0.386395</w:t>
        <w:br/>
        <w:t>vt 0.049424 0.386004</w:t>
        <w:br/>
        <w:t>vt 0.049424 0.383599</w:t>
        <w:br/>
        <w:t>vt 0.050716 0.382806</w:t>
        <w:br/>
        <w:t>vt 0.042953 0.391362</w:t>
        <w:br/>
        <w:t>vt 0.042630 0.393472</w:t>
        <w:br/>
        <w:t>vt 0.039407 0.393472</w:t>
        <w:br/>
        <w:t>vt 0.038916 0.391362</w:t>
        <w:br/>
        <w:t>vt 0.046739 0.383590</w:t>
        <w:br/>
        <w:t>vt 0.046739 0.385994</w:t>
        <w:br/>
        <w:t>vt 0.045421 0.386530</w:t>
        <w:br/>
        <w:t>vt 0.045421 0.382942</w:t>
        <w:br/>
        <w:t>vt 0.049689 0.376140</w:t>
        <w:br/>
        <w:t>vt 0.050157 0.378219</w:t>
        <w:br/>
        <w:t>vt 0.046017 0.378219</w:t>
        <w:br/>
        <w:t>vt 0.046414 0.376140</w:t>
        <w:br/>
        <w:t>vt 0.056536 0.386162</w:t>
        <w:br/>
        <w:t>vt 0.056536 0.383740</w:t>
        <w:br/>
        <w:t>vt 0.057850 0.383122</w:t>
        <w:br/>
        <w:t>vt 0.057850 0.386737</w:t>
        <w:br/>
        <w:t>vt 0.049692 0.391362</w:t>
        <w:br/>
        <w:t>vt 0.049293 0.393472</w:t>
        <w:br/>
        <w:t>vt 0.046023 0.393472</w:t>
        <w:br/>
        <w:t>vt 0.045590 0.391362</w:t>
        <w:br/>
        <w:t>vt 0.053804 0.385866</w:t>
        <w:br/>
        <w:t>vt 0.052490 0.386325</w:t>
        <w:br/>
        <w:t>vt 0.052490 0.382750</w:t>
        <w:br/>
        <w:t>vt 0.053804 0.383472</w:t>
        <w:br/>
        <w:t>vt 0.052879 0.378219</w:t>
        <w:br/>
        <w:t>vt 0.053276 0.376140</w:t>
        <w:br/>
        <w:t>vt 0.056278 0.376140</w:t>
        <w:br/>
        <w:t>vt 0.056844 0.378219</w:t>
        <w:br/>
        <w:t>vt 0.063633 0.385842</w:t>
        <w:br/>
        <w:t>vt 0.063633 0.383404</w:t>
        <w:br/>
        <w:t>vt 0.064966 0.383039</w:t>
        <w:br/>
        <w:t>vt 0.064966 0.386688</w:t>
        <w:br/>
        <w:t>vt 0.052850 0.393472</w:t>
        <w:br/>
        <w:t>vt 0.052344 0.391362</w:t>
        <w:br/>
        <w:t>vt 0.056597 0.391362</w:t>
        <w:br/>
        <w:t>vt 0.056072 0.393472</w:t>
        <w:br/>
        <w:t>vt 0.059759 0.382931</w:t>
        <w:br/>
        <w:t>vt 0.061037 0.383048</w:t>
        <w:br/>
        <w:t>vt 0.061037 0.385482</w:t>
        <w:br/>
        <w:t>vt 0.059759 0.386570</w:t>
        <w:br/>
        <w:t>vt 0.059596 0.378219</w:t>
        <w:br/>
        <w:t>vt 0.059928 0.376140</w:t>
        <w:br/>
        <w:t>vt 0.063133 0.376140</w:t>
        <w:br/>
        <w:t>vt 0.063654 0.378219</w:t>
        <w:br/>
        <w:t>vt 0.070959 0.385743</w:t>
        <w:br/>
        <w:t>vt 0.070959 0.383284</w:t>
        <w:br/>
        <w:t>vt 0.072297 0.382991</w:t>
        <w:br/>
        <w:t>vt 0.072297 0.386650</w:t>
        <w:br/>
        <w:t>vt 0.062993 0.393472</w:t>
        <w:br/>
        <w:t>vt 0.059625 0.393472</w:t>
        <w:br/>
        <w:t>vt 0.059284 0.391362</w:t>
        <w:br/>
        <w:t>vt 0.063545 0.391362</w:t>
        <w:br/>
        <w:t>vt 0.066899 0.383074</w:t>
        <w:br/>
        <w:t>vt 0.068201 0.383395</w:t>
        <w:br/>
        <w:t>vt 0.068201 0.385840</w:t>
        <w:br/>
        <w:t>vt 0.066899 0.386721</w:t>
        <w:br/>
        <w:t>vt 0.066371 0.378219</w:t>
        <w:br/>
        <w:t>vt 0.066709 0.376140</w:t>
        <w:br/>
        <w:t>vt 0.069955 0.376140</w:t>
        <w:br/>
        <w:t>vt 0.070511 0.378219</w:t>
        <w:br/>
        <w:t>vt 0.078224 0.385924</w:t>
        <w:br/>
        <w:t>vt 0.078224 0.383455</w:t>
        <w:br/>
        <w:t>vt 0.079570 0.382964</w:t>
        <w:br/>
        <w:t>vt 0.079570 0.386645</w:t>
        <w:br/>
        <w:t>vt 0.069766 0.393472</w:t>
        <w:br/>
        <w:t>vt 0.066513 0.393472</w:t>
        <w:br/>
        <w:t>vt 0.066189 0.391362</w:t>
        <w:br/>
        <w:t>vt 0.070302 0.391362</w:t>
        <w:br/>
        <w:t>vt 0.074192 0.383010</w:t>
        <w:br/>
        <w:t>vt 0.075489 0.383488</w:t>
        <w:br/>
        <w:t>vt 0.075489 0.385973</w:t>
        <w:br/>
        <w:t>vt 0.074192 0.386691</w:t>
        <w:br/>
        <w:t>vt 0.073124 0.378219</w:t>
        <w:br/>
        <w:t>vt 0.073390 0.376140</w:t>
        <w:br/>
        <w:t>vt 0.076616 0.376140</w:t>
        <w:br/>
        <w:t>vt 0.077253 0.378219</w:t>
        <w:br/>
        <w:t>vt 0.085366 0.386074</w:t>
        <w:br/>
        <w:t>vt 0.085366 0.383596</w:t>
        <w:br/>
        <w:t>vt 0.086714 0.383011</w:t>
        <w:br/>
        <w:t>vt 0.086714 0.386684</w:t>
        <w:br/>
        <w:t>vt 0.076398 0.393472</w:t>
        <w:br/>
        <w:t>vt 0.073165 0.393472</w:t>
        <w:br/>
        <w:t>vt 0.072866 0.391362</w:t>
        <w:br/>
        <w:t>vt 0.076968 0.391362</w:t>
        <w:br/>
        <w:t>vt 0.081335 0.383005</w:t>
        <w:br/>
        <w:t>vt 0.082643 0.383382</w:t>
        <w:br/>
        <w:t>vt 0.082643 0.385867</w:t>
        <w:br/>
        <w:t>vt 0.081335 0.386684</w:t>
        <w:br/>
        <w:t>vt 0.080020 0.378219</w:t>
        <w:br/>
        <w:t>vt 0.080359 0.376140</w:t>
        <w:br/>
        <w:t>vt 0.083067 0.376140</w:t>
        <w:br/>
        <w:t>vt 0.083809 0.378219</w:t>
        <w:br/>
        <w:t>vt 0.092268 0.385653</w:t>
        <w:br/>
        <w:t>vt 0.092268 0.383198</w:t>
        <w:br/>
        <w:t>vt 0.093641 0.382845</w:t>
        <w:br/>
        <w:t>vt 0.093641 0.386512</w:t>
        <w:br/>
        <w:t>vt 0.082998 0.393472</w:t>
        <w:br/>
        <w:t>vt 0.080064 0.393472</w:t>
        <w:br/>
        <w:t>vt 0.079670 0.391362</w:t>
        <w:br/>
        <w:t>vt 0.083761 0.391362</w:t>
        <w:br/>
        <w:t>vt 0.088612 0.383025</w:t>
        <w:br/>
        <w:t>vt 0.089885 0.383233</w:t>
        <w:br/>
        <w:t>vt 0.089885 0.385704</w:t>
        <w:br/>
        <w:t>vt 0.088612 0.386703</w:t>
        <w:br/>
        <w:t>vt 0.171056 0.391362</w:t>
        <w:br/>
        <w:t>vt 0.171056 0.393472</w:t>
        <w:br/>
        <w:t>vt 0.167702 0.393472</w:t>
        <w:br/>
        <w:t>vt 0.167111 0.391362</w:t>
        <w:br/>
        <w:t>vt 0.184583 0.383603</w:t>
        <w:br/>
        <w:t>vt 0.184583 0.386030</w:t>
        <w:br/>
        <w:t>vt 0.183315 0.386466</w:t>
        <w:br/>
        <w:t>vt 0.183315 0.382848</w:t>
        <w:br/>
        <w:t>vt 0.167690 0.376140</w:t>
        <w:br/>
        <w:t>vt 0.171043 0.376140</w:t>
        <w:br/>
        <w:t>vt 0.171043 0.378219</w:t>
        <w:br/>
        <w:t>vt 0.167100 0.378219</w:t>
        <w:br/>
        <w:t>vt 0.188712 0.386520</w:t>
        <w:br/>
        <w:t>vt 0.187489 0.386023</w:t>
        <w:br/>
        <w:t>vt 0.187489 0.383595</w:t>
        <w:br/>
        <w:t>vt 0.188712 0.382904</w:t>
        <w:br/>
        <w:t>vt 0.161406 0.376140</w:t>
        <w:br/>
        <w:t>vt 0.164563 0.376140</w:t>
        <w:br/>
        <w:t>vt 0.164776 0.378219</w:t>
        <w:br/>
        <w:t>vt 0.160881 0.378219</w:t>
        <w:br/>
        <w:t>vt 0.181432 0.386467</w:t>
        <w:br/>
        <w:t>vt 0.180181 0.385971</w:t>
        <w:br/>
        <w:t>vt 0.180181 0.383543</w:t>
        <w:br/>
        <w:t>vt 0.181432 0.382848</w:t>
        <w:br/>
        <w:t>vt 0.164791 0.391362</w:t>
        <w:br/>
        <w:t>vt 0.164575 0.393472</w:t>
        <w:br/>
        <w:t>vt 0.161403 0.393472</w:t>
        <w:br/>
        <w:t>vt 0.160883 0.391362</w:t>
        <w:br/>
        <w:t>vt 0.177448 0.383583</w:t>
        <w:br/>
        <w:t>vt 0.177448 0.386012</w:t>
        <w:br/>
        <w:t>vt 0.176164 0.386473</w:t>
        <w:br/>
        <w:t>vt 0.176164 0.382852</w:t>
        <w:br/>
        <w:t>vt 0.154735 0.376140</w:t>
        <w:br/>
        <w:t>vt 0.158039 0.376140</w:t>
        <w:br/>
        <w:t>vt 0.158349 0.378219</w:t>
        <w:br/>
        <w:t>vt 0.154243 0.378219</w:t>
        <w:br/>
        <w:t>vt 0.174167 0.386515</w:t>
        <w:br/>
        <w:t>vt 0.172874 0.385996</w:t>
        <w:br/>
        <w:t>vt 0.172874 0.383566</w:t>
        <w:br/>
        <w:t>vt 0.174167 0.382890</w:t>
        <w:br/>
        <w:t>vt 0.158358 0.391362</w:t>
        <w:br/>
        <w:t>vt 0.158049 0.393472</w:t>
        <w:br/>
        <w:t>vt 0.154738 0.393472</w:t>
        <w:br/>
        <w:t>vt 0.154248 0.391362</w:t>
        <w:br/>
        <w:t>vt 0.170009 0.383570</w:t>
        <w:br/>
        <w:t>vt 0.170009 0.386000</w:t>
        <w:br/>
        <w:t>vt 0.168695 0.386471</w:t>
        <w:br/>
        <w:t>vt 0.168695 0.382846</w:t>
        <w:br/>
        <w:t>vt 0.148078 0.376140</w:t>
        <w:br/>
        <w:t>vt 0.151351 0.376140</w:t>
        <w:br/>
        <w:t>vt 0.151667 0.378219</w:t>
        <w:br/>
        <w:t>vt 0.147571 0.378219</w:t>
        <w:br/>
        <w:t>vt 0.166696 0.386500</w:t>
        <w:br/>
        <w:t>vt 0.165399 0.385977</w:t>
        <w:br/>
        <w:t>vt 0.165399 0.383546</w:t>
        <w:br/>
        <w:t>vt 0.166696 0.382874</w:t>
        <w:br/>
        <w:t>vt 0.151660 0.391362</w:t>
        <w:br/>
        <w:t>vt 0.151341 0.393472</w:t>
        <w:br/>
        <w:t>vt 0.148061 0.393472</w:t>
        <w:br/>
        <w:t>vt 0.147557 0.391362</w:t>
        <w:br/>
        <w:t>vt 0.162559 0.383596</w:t>
        <w:br/>
        <w:t>vt 0.162559 0.386026</w:t>
        <w:br/>
        <w:t>vt 0.161235 0.386484</w:t>
        <w:br/>
        <w:t>vt 0.161235 0.382861</w:t>
        <w:br/>
        <w:t>vt 0.141445 0.376140</w:t>
        <w:br/>
        <w:t>vt 0.144653 0.376140</w:t>
        <w:br/>
        <w:t>vt 0.144980 0.378219</w:t>
        <w:br/>
        <w:t>vt 0.140917 0.378219</w:t>
        <w:br/>
        <w:t>vt 0.159293 0.386488</w:t>
        <w:br/>
        <w:t>vt 0.158002 0.385974</w:t>
        <w:br/>
        <w:t>vt 0.158002 0.383544</w:t>
        <w:br/>
        <w:t>vt 0.159293 0.382865</w:t>
        <w:br/>
        <w:t>vt 0.144943 0.391362</w:t>
        <w:br/>
        <w:t>vt 0.144582 0.393472</w:t>
        <w:br/>
        <w:t>vt 0.141368 0.393472</w:t>
        <w:br/>
        <w:t>vt 0.140879 0.391362</w:t>
        <w:br/>
        <w:t>vt 0.155219 0.383590</w:t>
        <w:br/>
        <w:t>vt 0.155219 0.386020</w:t>
        <w:br/>
        <w:t>vt 0.153901 0.386477</w:t>
        <w:br/>
        <w:t>vt 0.153901 0.382854</w:t>
        <w:br/>
        <w:t>vt 0.134644 0.376140</w:t>
        <w:br/>
        <w:t>vt 0.137912 0.376140</w:t>
        <w:br/>
        <w:t>vt 0.138252 0.378219</w:t>
        <w:br/>
        <w:t>vt 0.134175 0.378219</w:t>
        <w:br/>
        <w:t>vt 0.151950 0.386520</w:t>
        <w:br/>
        <w:t>vt 0.150651 0.385959</w:t>
        <w:br/>
        <w:t>vt 0.150651 0.383528</w:t>
        <w:br/>
        <w:t>vt 0.151950 0.382896</w:t>
        <w:br/>
        <w:t>vt 0.138228 0.391362</w:t>
        <w:br/>
        <w:t>vt 0.137858 0.393472</w:t>
        <w:br/>
        <w:t>vt 0.134549 0.393472</w:t>
        <w:br/>
        <w:t>vt 0.134103 0.391362</w:t>
        <w:br/>
        <w:t>vt 0.147806 0.383564</w:t>
        <w:br/>
        <w:t>vt 0.147806 0.385997</w:t>
        <w:br/>
        <w:t>vt 0.146495 0.386490</w:t>
        <w:br/>
        <w:t>vt 0.146495 0.382864</w:t>
        <w:br/>
        <w:t>vt 0.127399 0.378219</w:t>
        <w:br/>
        <w:t>vt 0.127841 0.376140</w:t>
        <w:br/>
        <w:t>vt 0.131028 0.376140</w:t>
        <w:br/>
        <w:t>vt 0.131483 0.378219</w:t>
        <w:br/>
        <w:t>vt 0.144561 0.386533</w:t>
        <w:br/>
        <w:t>vt 0.143254 0.386023</w:t>
        <w:br/>
        <w:t>vt 0.143254 0.383590</w:t>
        <w:br/>
        <w:t>vt 0.144561 0.382906</w:t>
        <w:br/>
        <w:t>vt 0.130946 0.393472</w:t>
        <w:br/>
        <w:t>vt 0.127772 0.393472</w:t>
        <w:br/>
        <w:t>vt 0.127350 0.391362</w:t>
        <w:br/>
        <w:t>vt 0.131403 0.391362</w:t>
        <w:br/>
        <w:t>vt 0.140510 0.383567</w:t>
        <w:br/>
        <w:t>vt 0.140510 0.386001</w:t>
        <w:br/>
        <w:t>vt 0.139213 0.386469</w:t>
        <w:br/>
        <w:t>vt 0.139213 0.382840</w:t>
        <w:br/>
        <w:t>vt 0.120571 0.378219</w:t>
        <w:br/>
        <w:t>vt 0.120908 0.376140</w:t>
        <w:br/>
        <w:t>vt 0.124101 0.376140</w:t>
        <w:br/>
        <w:t>vt 0.124665 0.378219</w:t>
        <w:br/>
        <w:t>vt 0.137248 0.386484</w:t>
        <w:br/>
        <w:t>vt 0.135923 0.385984</w:t>
        <w:br/>
        <w:t>vt 0.135923 0.383546</w:t>
        <w:br/>
        <w:t>vt 0.137248 0.382851</w:t>
        <w:br/>
        <w:t>vt 0.124004 0.393472</w:t>
        <w:br/>
        <w:t>vt 0.120803 0.393472</w:t>
        <w:br/>
        <w:t>vt 0.120458 0.391362</w:t>
        <w:br/>
        <w:t>vt 0.124547 0.391362</w:t>
        <w:br/>
        <w:t>vt 0.133171 0.383566</w:t>
        <w:br/>
        <w:t>vt 0.133171 0.386007</w:t>
        <w:br/>
        <w:t>vt 0.131879 0.386570</w:t>
        <w:br/>
        <w:t>vt 0.131879 0.382929</w:t>
        <w:br/>
        <w:t>vt 0.113757 0.378219</w:t>
        <w:br/>
        <w:t>vt 0.114076 0.376140</w:t>
        <w:br/>
        <w:t>vt 0.117328 0.376140</w:t>
        <w:br/>
        <w:t>vt 0.117845 0.378219</w:t>
        <w:br/>
        <w:t>vt 0.129948 0.386541</w:t>
        <w:br/>
        <w:t>vt 0.128602 0.385932</w:t>
        <w:br/>
        <w:t>vt 0.128602 0.383491</w:t>
        <w:br/>
        <w:t>vt 0.129948 0.382899</w:t>
        <w:br/>
        <w:t>vt 0.117247 0.393472</w:t>
        <w:br/>
        <w:t>vt 0.113928 0.393472</w:t>
        <w:br/>
        <w:t>vt 0.113588 0.391362</w:t>
        <w:br/>
        <w:t>vt 0.117757 0.391362</w:t>
        <w:br/>
        <w:t>vt 0.125782 0.383422</w:t>
        <w:br/>
        <w:t>vt 0.125782 0.385865</w:t>
        <w:br/>
        <w:t>vt 0.124466 0.386501</w:t>
        <w:br/>
        <w:t>vt 0.124466 0.382858</w:t>
        <w:br/>
        <w:t>vt 0.106924 0.378219</w:t>
        <w:br/>
        <w:t>vt 0.107260 0.376140</w:t>
        <w:br/>
        <w:t>vt 0.110443 0.376140</w:t>
        <w:br/>
        <w:t>vt 0.111019 0.378219</w:t>
        <w:br/>
        <w:t>vt 0.121199 0.385967</w:t>
        <w:br/>
        <w:t>vt 0.121199 0.383522</w:t>
        <w:br/>
        <w:t>vt 0.122552 0.382900</w:t>
        <w:br/>
        <w:t>vt 0.122552 0.386544</w:t>
        <w:br/>
        <w:t>vt 0.110335 0.393472</w:t>
        <w:br/>
        <w:t>vt 0.107146 0.393472</w:t>
        <w:br/>
        <w:t>vt 0.106800 0.391362</w:t>
        <w:br/>
        <w:t>vt 0.110881 0.391362</w:t>
        <w:br/>
        <w:t>vt 0.117174 0.382966</w:t>
        <w:br/>
        <w:t>vt 0.118472 0.383541</w:t>
        <w:br/>
        <w:t>vt 0.118472 0.385987</w:t>
        <w:br/>
        <w:t>vt 0.117174 0.386623</w:t>
        <w:br/>
        <w:t>vt 0.100097 0.378219</w:t>
        <w:br/>
        <w:t>vt 0.100353 0.376140</w:t>
        <w:br/>
        <w:t>vt 0.103536 0.376140</w:t>
        <w:br/>
        <w:t>vt 0.104148 0.378219</w:t>
        <w:br/>
        <w:t>vt 0.113950 0.383593</w:t>
        <w:br/>
        <w:t>vt 0.115279 0.382967</w:t>
        <w:br/>
        <w:t>vt 0.115279 0.386616</w:t>
        <w:br/>
        <w:t>vt 0.113950 0.386032</w:t>
        <w:br/>
        <w:t>vt 0.103464 0.393472</w:t>
        <w:br/>
        <w:t>vt 0.100274 0.393472</w:t>
        <w:br/>
        <w:t>vt 0.100004 0.391362</w:t>
        <w:br/>
        <w:t>vt 0.104062 0.391362</w:t>
        <w:br/>
        <w:t>vt 0.109897 0.382933</w:t>
        <w:br/>
        <w:t>vt 0.111229 0.383491</w:t>
        <w:br/>
        <w:t>vt 0.111229 0.385938</w:t>
        <w:br/>
        <w:t>vt 0.109897 0.386579</w:t>
        <w:br/>
        <w:t>vt 0.093438 0.378219</w:t>
        <w:br/>
        <w:t>vt 0.093816 0.376140</w:t>
        <w:br/>
        <w:t>vt 0.096750 0.376140</w:t>
        <w:br/>
        <w:t>vt 0.097370 0.378219</w:t>
        <w:br/>
        <w:t>vt 0.106647 0.385867</w:t>
        <w:br/>
        <w:t>vt 0.106647 0.383419</w:t>
        <w:br/>
        <w:t>vt 0.108008 0.382870</w:t>
        <w:br/>
        <w:t>vt 0.108008 0.386515</w:t>
        <w:br/>
        <w:t>vt 0.096649 0.393472</w:t>
        <w:br/>
        <w:t>vt 0.093612 0.393472</w:t>
        <w:br/>
        <w:t>vt 0.093249 0.391362</w:t>
        <w:br/>
        <w:t>vt 0.097307 0.391362</w:t>
        <w:br/>
        <w:t>vt 0.102792 0.382886</w:t>
        <w:br/>
        <w:t>vt 0.104108 0.383310</w:t>
        <w:br/>
        <w:t>vt 0.104108 0.385757</w:t>
        <w:br/>
        <w:t>vt 0.102792 0.386537</w:t>
        <w:br/>
        <w:t>vt 0.006364 0.388374</w:t>
        <w:br/>
        <w:t>vt 0.006384 0.381195</w:t>
        <w:br/>
        <w:t>vt 0.012104 0.388374</w:t>
        <w:br/>
        <w:t>vt 0.012494 0.381195</w:t>
        <w:br/>
        <w:t>vt 0.018076 0.388374</w:t>
        <w:br/>
        <w:t>vt 0.018951 0.381195</w:t>
        <w:br/>
        <w:t>vt 0.024462 0.388374</w:t>
        <w:br/>
        <w:t>vt 0.025250 0.381195</w:t>
        <w:br/>
        <w:t>vt 0.030982 0.388374</w:t>
        <w:br/>
        <w:t>vt 0.031647 0.381195</w:t>
        <w:br/>
        <w:t>vt 0.037529 0.388374</w:t>
        <w:br/>
        <w:t>vt 0.038199 0.381195</w:t>
        <w:br/>
        <w:t>vt 0.044228 0.388374</w:t>
        <w:br/>
        <w:t>vt 0.044788 0.381195</w:t>
        <w:br/>
        <w:t>vt 0.051007 0.388374</w:t>
        <w:br/>
        <w:t>vt 0.051518 0.381195</w:t>
        <w:br/>
        <w:t>vt 0.058068 0.388374</w:t>
        <w:br/>
        <w:t>vt 0.058349 0.381195</w:t>
        <w:br/>
        <w:t>vt 0.064987 0.388374</w:t>
        <w:br/>
        <w:t>vt 0.065134 0.381195</w:t>
        <w:br/>
        <w:t>vt 0.071737 0.388374</w:t>
        <w:br/>
        <w:t>vt 0.071971 0.381195</w:t>
        <w:br/>
        <w:t>vt 0.078471 0.388374</w:t>
        <w:br/>
        <w:t>vt 0.078784 0.381195</w:t>
        <w:br/>
        <w:t>vt 0.085411 0.388374</w:t>
        <w:br/>
        <w:t>vt 0.085480 0.381195</w:t>
        <w:br/>
        <w:t>vt 0.165757 0.381195</w:t>
        <w:br/>
        <w:t>vt 0.165764 0.388374</w:t>
        <w:br/>
        <w:t>vt 0.159499 0.381195</w:t>
        <w:br/>
        <w:t>vt 0.159501 0.388374</w:t>
        <w:br/>
        <w:t>vt 0.152873 0.381195</w:t>
        <w:br/>
        <w:t>vt 0.152864 0.388374</w:t>
        <w:br/>
        <w:t>vt 0.146186 0.381195</w:t>
        <w:br/>
        <w:t>vt 0.146162 0.388374</w:t>
        <w:br/>
        <w:t>vt 0.139486 0.381195</w:t>
        <w:br/>
        <w:t>vt 0.139464 0.388374</w:t>
        <w:br/>
        <w:t>vt 0.132827 0.381195</w:t>
        <w:br/>
        <w:t>vt 0.132754 0.388374</w:t>
        <w:br/>
        <w:t>vt 0.126111 0.381195</w:t>
        <w:br/>
        <w:t>vt 0.126028 0.388374</w:t>
        <w:br/>
        <w:t>vt 0.119335 0.381195</w:t>
        <w:br/>
        <w:t>vt 0.119236 0.388374</w:t>
        <w:br/>
        <w:t>vt 0.112540 0.381195</w:t>
        <w:br/>
        <w:t>vt 0.112388 0.388374</w:t>
        <w:br/>
        <w:t>vt 0.105749 0.381195</w:t>
        <w:br/>
        <w:t>vt 0.105643 0.388374</w:t>
        <w:br/>
        <w:t>vt 0.098969 0.381195</w:t>
        <w:br/>
        <w:t>vt 0.098903 0.388374</w:t>
        <w:br/>
        <w:t>vt 0.092219 0.381195</w:t>
        <w:br/>
        <w:t>vt 0.092073 0.388374</w:t>
        <w:br/>
        <w:t>vt 0.001682 0.381195</w:t>
        <w:br/>
        <w:t>vt 0.001625 0.388374</w:t>
        <w:br/>
        <w:t>vt 0.001151 0.386461</w:t>
        <w:br/>
        <w:t>vt 0.001151 0.382785</w:t>
        <w:br/>
        <w:t>vt 0.171056 0.388374</w:t>
        <w:br/>
        <w:t>vt 0.171043 0.381195</w:t>
        <w:br/>
        <w:t>vt 0.190257 0.382774</w:t>
        <w:br/>
        <w:t>vt 0.190257 0.386387</w:t>
        <w:br/>
        <w:t>vt 0.099546 0.383623</w:t>
        <w:br/>
        <w:t>vt 0.096831 0.383563</w:t>
        <w:br/>
        <w:t>vt 0.096831 0.386017</w:t>
        <w:br/>
        <w:t>vt 0.099546 0.386072</w:t>
        <w:br/>
        <w:t>vt 0.004242 0.383395</w:t>
        <w:br/>
        <w:t>vt 0.004242 0.385858</w:t>
        <w:br/>
        <w:t>vt 0.006786 0.385767</w:t>
        <w:br/>
        <w:t>vt 0.006786 0.383303</w:t>
        <w:br/>
        <w:t>vt 0.011285 0.383764</w:t>
        <w:br/>
        <w:t>vt 0.011285 0.386208</w:t>
        <w:br/>
        <w:t>vt 0.013800 0.386102</w:t>
        <w:br/>
        <w:t>vt 0.013800 0.383651</w:t>
        <w:br/>
        <w:t>vt 0.018355 0.383721</w:t>
        <w:br/>
        <w:t>vt 0.018355 0.386187</w:t>
        <w:br/>
        <w:t>vt 0.020950 0.385827</w:t>
        <w:br/>
        <w:t>vt 0.020950 0.383379</w:t>
        <w:br/>
        <w:t>vt 0.025422 0.383323</w:t>
        <w:br/>
        <w:t>vt 0.025422 0.385771</w:t>
        <w:br/>
        <w:t>vt 0.028072 0.385882</w:t>
        <w:br/>
        <w:t>vt 0.028072 0.383447</w:t>
        <w:br/>
        <w:t>vt 0.035138 0.383501</w:t>
        <w:br/>
        <w:t>vt 0.032528 0.383462</w:t>
        <w:br/>
        <w:t>vt 0.032528 0.385886</w:t>
        <w:br/>
        <w:t>vt 0.035138 0.385908</w:t>
        <w:br/>
        <w:t>vt 0.042272 0.383640</w:t>
        <w:br/>
        <w:t>vt 0.039592 0.383699</w:t>
        <w:br/>
        <w:t>vt 0.039592 0.386105</w:t>
        <w:br/>
        <w:t>vt 0.042272 0.386044</w:t>
        <w:br/>
        <w:t>vt 0.049424 0.383599</w:t>
        <w:br/>
        <w:t>vt 0.046739 0.383590</w:t>
        <w:br/>
        <w:t>vt 0.046739 0.385994</w:t>
        <w:br/>
        <w:t>vt 0.049424 0.386004</w:t>
        <w:br/>
        <w:t>vt 0.056536 0.383740</w:t>
        <w:br/>
        <w:t>vt 0.053804 0.383472</w:t>
        <w:br/>
        <w:t>vt 0.053804 0.385866</w:t>
        <w:br/>
        <w:t>vt 0.056536 0.386162</w:t>
        <w:br/>
        <w:t>vt 0.063633 0.383404</w:t>
        <w:br/>
        <w:t>vt 0.061037 0.383048</w:t>
        <w:br/>
        <w:t>vt 0.061037 0.385482</w:t>
        <w:br/>
        <w:t>vt 0.063633 0.385842</w:t>
        <w:br/>
        <w:t>vt 0.068201 0.383395</w:t>
        <w:br/>
        <w:t>vt 0.068201 0.385840</w:t>
        <w:br/>
        <w:t>vt 0.070959 0.385743</w:t>
        <w:br/>
        <w:t>vt 0.070959 0.383284</w:t>
        <w:br/>
        <w:t>vt 0.075489 0.383488</w:t>
        <w:br/>
        <w:t>vt 0.075489 0.385973</w:t>
        <w:br/>
        <w:t>vt 0.078224 0.385924</w:t>
        <w:br/>
        <w:t>vt 0.078224 0.383455</w:t>
        <w:br/>
        <w:t>vt 0.085366 0.383596</w:t>
        <w:br/>
        <w:t>vt 0.082643 0.383382</w:t>
        <w:br/>
        <w:t>vt 0.082643 0.385867</w:t>
        <w:br/>
        <w:t>vt 0.085366 0.386074</w:t>
        <w:br/>
        <w:t>vt 0.092268 0.383198</w:t>
        <w:br/>
        <w:t>vt 0.089885 0.383233</w:t>
        <w:br/>
        <w:t>vt 0.089885 0.385704</w:t>
        <w:br/>
        <w:t>vt 0.092268 0.385653</w:t>
        <w:br/>
        <w:t>vt 0.187489 0.386023</w:t>
        <w:br/>
        <w:t>vt 0.187489 0.383595</w:t>
        <w:br/>
        <w:t>vt 0.184583 0.383603</w:t>
        <w:br/>
        <w:t>vt 0.184583 0.386030</w:t>
        <w:br/>
        <w:t>vt 0.180181 0.385971</w:t>
        <w:br/>
        <w:t>vt 0.180181 0.383543</w:t>
        <w:br/>
        <w:t>vt 0.177448 0.383583</w:t>
        <w:br/>
        <w:t>vt 0.177448 0.386012</w:t>
        <w:br/>
        <w:t>vt 0.172874 0.385996</w:t>
        <w:br/>
        <w:t>vt 0.172874 0.383566</w:t>
        <w:br/>
        <w:t>vt 0.170009 0.383570</w:t>
        <w:br/>
        <w:t>vt 0.170009 0.386000</w:t>
        <w:br/>
        <w:t>vt 0.165399 0.385977</w:t>
        <w:br/>
        <w:t>vt 0.165399 0.383546</w:t>
        <w:br/>
        <w:t>vt 0.162559 0.383596</w:t>
        <w:br/>
        <w:t>vt 0.162559 0.386026</w:t>
        <w:br/>
        <w:t>vt 0.158002 0.385974</w:t>
        <w:br/>
        <w:t>vt 0.158002 0.383544</w:t>
        <w:br/>
        <w:t>vt 0.155219 0.383590</w:t>
        <w:br/>
        <w:t>vt 0.155219 0.386020</w:t>
        <w:br/>
        <w:t>vt 0.150651 0.385959</w:t>
        <w:br/>
        <w:t>vt 0.150651 0.383528</w:t>
        <w:br/>
        <w:t>vt 0.147806 0.383564</w:t>
        <w:br/>
        <w:t>vt 0.147806 0.385997</w:t>
        <w:br/>
        <w:t>vt 0.143254 0.386023</w:t>
        <w:br/>
        <w:t>vt 0.143254 0.383590</w:t>
        <w:br/>
        <w:t>vt 0.140510 0.383567</w:t>
        <w:br/>
        <w:t>vt 0.140510 0.386001</w:t>
        <w:br/>
        <w:t>vt 0.133171 0.386007</w:t>
        <w:br/>
        <w:t>vt 0.135923 0.385984</w:t>
        <w:br/>
        <w:t>vt 0.135923 0.383546</w:t>
        <w:br/>
        <w:t>vt 0.133171 0.383566</w:t>
        <w:br/>
        <w:t>vt 0.125782 0.385865</w:t>
        <w:br/>
        <w:t>vt 0.128602 0.385932</w:t>
        <w:br/>
        <w:t>vt 0.128602 0.383491</w:t>
        <w:br/>
        <w:t>vt 0.125782 0.383422</w:t>
        <w:br/>
        <w:t>vt 0.118472 0.385987</w:t>
        <w:br/>
        <w:t>vt 0.121199 0.385967</w:t>
        <w:br/>
        <w:t>vt 0.121199 0.383522</w:t>
        <w:br/>
        <w:t>vt 0.118472 0.383541</w:t>
        <w:br/>
        <w:t>vt 0.111229 0.385938</w:t>
        <w:br/>
        <w:t>vt 0.113950 0.386032</w:t>
        <w:br/>
        <w:t>vt 0.113950 0.383593</w:t>
        <w:br/>
        <w:t>vt 0.111229 0.383491</w:t>
        <w:br/>
        <w:t>vt 0.104108 0.385757</w:t>
        <w:br/>
        <w:t>vt 0.106647 0.385867</w:t>
        <w:br/>
        <w:t>vt 0.106647 0.383419</w:t>
        <w:br/>
        <w:t>vt 0.104108 0.383310</w:t>
        <w:br/>
        <w:t>vt 0.009953 0.386554</w:t>
        <w:br/>
        <w:t>vt 0.009953 0.382890</w:t>
        <w:br/>
        <w:t>vt 0.008139 0.382796</w:t>
        <w:br/>
        <w:t>vt 0.008139 0.386469</w:t>
        <w:br/>
        <w:t>vt 0.017051 0.386762</w:t>
        <w:br/>
        <w:t>vt 0.017051 0.383169</w:t>
        <w:br/>
        <w:t>vt 0.015135 0.383097</w:t>
        <w:br/>
        <w:t>vt 0.015135 0.386754</w:t>
        <w:br/>
        <w:t>vt 0.024110 0.386411</w:t>
        <w:br/>
        <w:t>vt 0.024110 0.382756</w:t>
        <w:br/>
        <w:t>vt 0.022270 0.382816</w:t>
        <w:br/>
        <w:t>vt 0.022270 0.386471</w:t>
        <w:br/>
        <w:t>vt 0.031216 0.386517</w:t>
        <w:br/>
        <w:t>vt 0.031216 0.382894</w:t>
        <w:br/>
        <w:t>vt 0.029378 0.382916</w:t>
        <w:br/>
        <w:t>vt 0.029378 0.386551</w:t>
        <w:br/>
        <w:t>vt 0.038274 0.386613</w:t>
        <w:br/>
        <w:t>vt 0.038274 0.383014</w:t>
        <w:br/>
        <w:t>vt 0.036431 0.382927</w:t>
        <w:br/>
        <w:t>vt 0.036431 0.386517</w:t>
        <w:br/>
        <w:t>vt 0.045421 0.382942</w:t>
        <w:br/>
        <w:t>vt 0.043567 0.382886</w:t>
        <w:br/>
        <w:t>vt 0.043567 0.386466</w:t>
        <w:br/>
        <w:t>vt 0.045421 0.386530</w:t>
        <w:br/>
        <w:t>vt 0.052490 0.386325</w:t>
        <w:br/>
        <w:t>vt 0.052490 0.382750</w:t>
        <w:br/>
        <w:t>vt 0.050716 0.382806</w:t>
        <w:br/>
        <w:t>vt 0.050716 0.386395</w:t>
        <w:br/>
        <w:t>vt 0.059759 0.382931</w:t>
        <w:br/>
        <w:t>vt 0.057850 0.383122</w:t>
        <w:br/>
        <w:t>vt 0.057850 0.386737</w:t>
        <w:br/>
        <w:t>vt 0.059759 0.386570</w:t>
        <w:br/>
        <w:t>vt 0.066899 0.383074</w:t>
        <w:br/>
        <w:t>vt 0.064966 0.383039</w:t>
        <w:br/>
        <w:t>vt 0.064966 0.386688</w:t>
        <w:br/>
        <w:t>vt 0.066899 0.386721</w:t>
        <w:br/>
        <w:t>vt 0.074192 0.386691</w:t>
        <w:br/>
        <w:t>vt 0.074192 0.383010</w:t>
        <w:br/>
        <w:t>vt 0.072297 0.382991</w:t>
        <w:br/>
        <w:t>vt 0.072297 0.386650</w:t>
        <w:br/>
        <w:t>vt 0.081335 0.383005</w:t>
        <w:br/>
        <w:t>vt 0.079570 0.382964</w:t>
        <w:br/>
        <w:t>vt 0.079570 0.386645</w:t>
        <w:br/>
        <w:t>vt 0.081335 0.386684</w:t>
        <w:br/>
        <w:t>vt 0.088612 0.383025</w:t>
        <w:br/>
        <w:t>vt 0.086714 0.383011</w:t>
        <w:br/>
        <w:t>vt 0.086714 0.386684</w:t>
        <w:br/>
        <w:t>vt 0.088612 0.386703</w:t>
        <w:br/>
        <w:t>vt 0.095510 0.383019</w:t>
        <w:br/>
        <w:t>vt 0.093641 0.382845</w:t>
        <w:br/>
        <w:t>vt 0.093641 0.386512</w:t>
        <w:br/>
        <w:t>vt 0.095510 0.386673</w:t>
        <w:br/>
        <w:t>vt 0.181432 0.382848</w:t>
        <w:br/>
        <w:t>vt 0.181432 0.386467</w:t>
        <w:br/>
        <w:t>vt 0.183315 0.386466</w:t>
        <w:br/>
        <w:t>vt 0.183315 0.382848</w:t>
        <w:br/>
        <w:t>vt 0.174167 0.382890</w:t>
        <w:br/>
        <w:t>vt 0.174167 0.386515</w:t>
        <w:br/>
        <w:t>vt 0.176164 0.386473</w:t>
        <w:br/>
        <w:t>vt 0.176164 0.382852</w:t>
        <w:br/>
        <w:t>vt 0.166696 0.382874</w:t>
        <w:br/>
        <w:t>vt 0.166696 0.386500</w:t>
        <w:br/>
        <w:t>vt 0.168695 0.386471</w:t>
        <w:br/>
        <w:t>vt 0.168695 0.382846</w:t>
        <w:br/>
        <w:t>vt 0.159293 0.382865</w:t>
        <w:br/>
        <w:t>vt 0.159293 0.386488</w:t>
        <w:br/>
        <w:t>vt 0.161235 0.386484</w:t>
        <w:br/>
        <w:t>vt 0.161235 0.382861</w:t>
        <w:br/>
        <w:t>vt 0.151950 0.382896</w:t>
        <w:br/>
        <w:t>vt 0.151950 0.386520</w:t>
        <w:br/>
        <w:t>vt 0.153901 0.386477</w:t>
        <w:br/>
        <w:t>vt 0.153901 0.382854</w:t>
        <w:br/>
        <w:t>vt 0.144561 0.382906</w:t>
        <w:br/>
        <w:t>vt 0.144561 0.386533</w:t>
        <w:br/>
        <w:t>vt 0.146495 0.386490</w:t>
        <w:br/>
        <w:t>vt 0.146495 0.382864</w:t>
        <w:br/>
        <w:t>vt 0.137248 0.382851</w:t>
        <w:br/>
        <w:t>vt 0.137248 0.386484</w:t>
        <w:br/>
        <w:t>vt 0.139213 0.386469</w:t>
        <w:br/>
        <w:t>vt 0.139213 0.382840</w:t>
        <w:br/>
        <w:t>vt 0.129948 0.386541</w:t>
        <w:br/>
        <w:t>vt 0.131879 0.386570</w:t>
        <w:br/>
        <w:t>vt 0.131879 0.382929</w:t>
        <w:br/>
        <w:t>vt 0.129948 0.382899</w:t>
        <w:br/>
        <w:t>vt 0.122552 0.386544</w:t>
        <w:br/>
        <w:t>vt 0.124466 0.386501</w:t>
        <w:br/>
        <w:t>vt 0.124466 0.382858</w:t>
        <w:br/>
        <w:t>vt 0.122552 0.382900</w:t>
        <w:br/>
        <w:t>vt 0.115279 0.386616</w:t>
        <w:br/>
        <w:t>vt 0.117174 0.386623</w:t>
        <w:br/>
        <w:t>vt 0.117174 0.382966</w:t>
        <w:br/>
        <w:t>vt 0.115279 0.382967</w:t>
        <w:br/>
        <w:t>vt 0.108008 0.386515</w:t>
        <w:br/>
        <w:t>vt 0.109897 0.386579</w:t>
        <w:br/>
        <w:t>vt 0.109897 0.382933</w:t>
        <w:br/>
        <w:t>vt 0.108008 0.382870</w:t>
        <w:br/>
        <w:t>vt 0.100904 0.383024</w:t>
        <w:br/>
        <w:t>vt 0.100904 0.386674</w:t>
        <w:br/>
        <w:t>vt 0.102792 0.386537</w:t>
        <w:br/>
        <w:t>vt 0.102792 0.382886</w:t>
        <w:br/>
        <w:t>vt 0.086559 0.378219</w:t>
        <w:br/>
        <w:t>vt 0.090665 0.378219</w:t>
        <w:br/>
        <w:t>vt 0.090017 0.376140</w:t>
        <w:br/>
        <w:t>vt 0.086819 0.376140</w:t>
        <w:br/>
        <w:t>vt 0.099546 0.386072</w:t>
        <w:br/>
        <w:t>vt 0.100904 0.386674</w:t>
        <w:br/>
        <w:t>vt 0.100904 0.383024</w:t>
        <w:br/>
        <w:t>vt 0.099546 0.383623</w:t>
        <w:br/>
        <w:t>vt 0.089912 0.393472</w:t>
        <w:br/>
        <w:t>vt 0.090539 0.391362</w:t>
        <w:br/>
        <w:t>vt 0.086455 0.391362</w:t>
        <w:br/>
        <w:t>vt 0.086708 0.393472</w:t>
        <w:br/>
        <w:t>vt 0.095510 0.383019</w:t>
        <w:br/>
        <w:t>vt 0.095510 0.386673</w:t>
        <w:br/>
        <w:t>vt 0.096831 0.386017</w:t>
        <w:br/>
        <w:t>vt 0.096831 0.383563</w:t>
        <w:br/>
        <w:t>vt 0.001682 0.376140</w:t>
        <w:br/>
        <w:t>vt 0.001682 0.378219</w:t>
        <w:br/>
        <w:t>vt 0.005190 0.378219</w:t>
        <w:br/>
        <w:t>vt 0.004764 0.376140</w:t>
        <w:br/>
        <w:t>vt 0.008139 0.386469</w:t>
        <w:br/>
        <w:t>vt 0.008139 0.382796</w:t>
        <w:br/>
        <w:t>vt 0.006786 0.383303</w:t>
        <w:br/>
        <w:t>vt 0.006786 0.385767</w:t>
        <w:br/>
        <w:t>vt 0.004668 0.393472</w:t>
        <w:br/>
        <w:t>vt 0.005139 0.391362</w:t>
        <w:br/>
        <w:t>vt 0.001625 0.391362</w:t>
        <w:br/>
        <w:t>vt 0.001625 0.393472</w:t>
        <w:br/>
        <w:t>vt 0.002890 0.382800</w:t>
        <w:br/>
        <w:t>vt 0.002890 0.386475</w:t>
        <w:br/>
        <w:t>vt 0.004242 0.385858</w:t>
        <w:br/>
        <w:t>vt 0.004242 0.383395</w:t>
        <w:br/>
        <w:t>vt 0.007419 0.378219</w:t>
        <w:br/>
        <w:t>vt 0.011286 0.378219</w:t>
        <w:br/>
        <w:t>vt 0.010862 0.376140</w:t>
        <w:br/>
        <w:t>vt 0.007767 0.376140</w:t>
        <w:br/>
        <w:t>vt 0.015135 0.386754</w:t>
        <w:br/>
        <w:t>vt 0.015135 0.383097</w:t>
        <w:br/>
        <w:t>vt 0.013800 0.383651</w:t>
        <w:br/>
        <w:t>vt 0.013800 0.386102</w:t>
        <w:br/>
        <w:t>vt 0.010481 0.393472</w:t>
        <w:br/>
        <w:t>vt 0.010894 0.391362</w:t>
        <w:br/>
        <w:t>vt 0.007384 0.391362</w:t>
        <w:br/>
        <w:t>vt 0.007625 0.393472</w:t>
        <w:br/>
        <w:t>vt 0.009953 0.382890</w:t>
        <w:br/>
        <w:t>vt 0.009953 0.386554</w:t>
        <w:br/>
        <w:t>vt 0.011285 0.386208</w:t>
        <w:br/>
        <w:t>vt 0.011285 0.383764</w:t>
        <w:br/>
        <w:t>vt 0.013815 0.378219</w:t>
        <w:br/>
        <w:t>vt 0.017718 0.378219</w:t>
        <w:br/>
        <w:t>vt 0.017301 0.376140</w:t>
        <w:br/>
        <w:t>vt 0.014137 0.376140</w:t>
        <w:br/>
        <w:t>vt 0.020950 0.385827</w:t>
        <w:br/>
        <w:t>vt 0.022270 0.386471</w:t>
        <w:br/>
        <w:t>vt 0.022270 0.382816</w:t>
        <w:br/>
        <w:t>vt 0.020950 0.383379</w:t>
        <w:br/>
        <w:t>vt 0.016458 0.393472</w:t>
        <w:br/>
        <w:t>vt 0.016864 0.391362</w:t>
        <w:br/>
        <w:t>vt 0.013240 0.391362</w:t>
        <w:br/>
        <w:t>vt 0.013429 0.393472</w:t>
        <w:br/>
        <w:t>vt 0.017051 0.386762</w:t>
        <w:br/>
        <w:t>vt 0.018355 0.386187</w:t>
        <w:br/>
        <w:t>vt 0.018355 0.383721</w:t>
        <w:br/>
        <w:t>vt 0.017051 0.383169</w:t>
        <w:br/>
        <w:t>vt 0.020515 0.376140</w:t>
        <w:br/>
        <w:t>vt 0.020148 0.378219</w:t>
        <w:br/>
        <w:t>vt 0.024042 0.378219</w:t>
        <w:br/>
        <w:t>vt 0.023653 0.376140</w:t>
        <w:br/>
        <w:t>vt 0.028072 0.385882</w:t>
        <w:br/>
        <w:t>vt 0.029378 0.386551</w:t>
        <w:br/>
        <w:t>vt 0.029378 0.382916</w:t>
        <w:br/>
        <w:t>vt 0.028072 0.383447</w:t>
        <w:br/>
        <w:t>vt 0.023263 0.391362</w:t>
        <w:br/>
        <w:t>vt 0.019280 0.391362</w:t>
        <w:br/>
        <w:t>vt 0.019670 0.393472</w:t>
        <w:br/>
        <w:t>vt 0.022876 0.393472</w:t>
        <w:br/>
        <w:t>vt 0.024110 0.382756</w:t>
        <w:br/>
        <w:t>vt 0.024110 0.386411</w:t>
        <w:br/>
        <w:t>vt 0.025422 0.385771</w:t>
        <w:br/>
        <w:t>vt 0.025422 0.383323</w:t>
        <w:br/>
        <w:t>vt 0.026962 0.376140</w:t>
        <w:br/>
        <w:t>vt 0.026536 0.378219</w:t>
        <w:br/>
        <w:t>vt 0.030419 0.378219</w:t>
        <w:br/>
        <w:t>vt 0.030042 0.376140</w:t>
        <w:br/>
        <w:t>vt 0.036431 0.386517</w:t>
        <w:br/>
        <w:t>vt 0.036431 0.382927</w:t>
        <w:br/>
        <w:t>vt 0.035138 0.383501</w:t>
        <w:br/>
        <w:t>vt 0.035138 0.385908</w:t>
        <w:br/>
        <w:t>vt 0.029767 0.391362</w:t>
        <w:br/>
        <w:t>vt 0.025741 0.391362</w:t>
        <w:br/>
        <w:t>vt 0.026192 0.393472</w:t>
        <w:br/>
        <w:t>vt 0.029376 0.393472</w:t>
        <w:br/>
        <w:t>vt 0.032528 0.383462</w:t>
        <w:br/>
        <w:t>vt 0.031216 0.382894</w:t>
        <w:br/>
        <w:t>vt 0.031216 0.386517</w:t>
        <w:br/>
        <w:t>vt 0.032528 0.385886</w:t>
        <w:br/>
        <w:t>vt 0.033414 0.376140</w:t>
        <w:br/>
        <w:t>vt 0.032969 0.378219</w:t>
        <w:br/>
        <w:t>vt 0.036993 0.378219</w:t>
        <w:br/>
        <w:t>vt 0.036627 0.376140</w:t>
        <w:br/>
        <w:t>vt 0.043567 0.386466</w:t>
        <w:br/>
        <w:t>vt 0.043567 0.382886</w:t>
        <w:br/>
        <w:t>vt 0.042272 0.383640</w:t>
        <w:br/>
        <w:t>vt 0.042272 0.386044</w:t>
        <w:br/>
        <w:t>vt 0.036315 0.391362</w:t>
        <w:br/>
        <w:t>vt 0.032292 0.391362</w:t>
        <w:br/>
        <w:t>vt 0.032748 0.393472</w:t>
        <w:br/>
        <w:t>vt 0.035970 0.393472</w:t>
        <w:br/>
        <w:t>vt 0.039592 0.383699</w:t>
        <w:br/>
        <w:t>vt 0.038274 0.383014</w:t>
        <w:br/>
        <w:t>vt 0.038274 0.386613</w:t>
        <w:br/>
        <w:t>vt 0.039592 0.386105</w:t>
        <w:br/>
        <w:t>vt 0.040003 0.376140</w:t>
        <w:br/>
        <w:t>vt 0.039547 0.378219</w:t>
        <w:br/>
        <w:t>vt 0.043605 0.378219</w:t>
        <w:br/>
        <w:t>vt 0.043222 0.376140</w:t>
        <w:br/>
        <w:t>vt 0.050716 0.386395</w:t>
        <w:br/>
        <w:t>vt 0.050716 0.382806</w:t>
        <w:br/>
        <w:t>vt 0.049424 0.383599</w:t>
        <w:br/>
        <w:t>vt 0.049424 0.386004</w:t>
        <w:br/>
        <w:t>vt 0.042953 0.391362</w:t>
        <w:br/>
        <w:t>vt 0.038916 0.391362</w:t>
        <w:br/>
        <w:t>vt 0.039407 0.393472</w:t>
        <w:br/>
        <w:t>vt 0.042630 0.393472</w:t>
        <w:br/>
        <w:t>vt 0.046739 0.383590</w:t>
        <w:br/>
        <w:t>vt 0.045421 0.382942</w:t>
        <w:br/>
        <w:t>vt 0.045421 0.386530</w:t>
        <w:br/>
        <w:t>vt 0.046739 0.385994</w:t>
        <w:br/>
        <w:t>vt 0.046017 0.378219</w:t>
        <w:br/>
        <w:t>vt 0.050157 0.378219</w:t>
        <w:br/>
        <w:t>vt 0.049689 0.376140</w:t>
        <w:br/>
        <w:t>vt 0.046414 0.376140</w:t>
        <w:br/>
        <w:t>vt 0.056536 0.386162</w:t>
        <w:br/>
        <w:t>vt 0.057850 0.386737</w:t>
        <w:br/>
        <w:t>vt 0.057850 0.383122</w:t>
        <w:br/>
        <w:t>vt 0.056536 0.383740</w:t>
        <w:br/>
        <w:t>vt 0.049692 0.391362</w:t>
        <w:br/>
        <w:t>vt 0.045590 0.391362</w:t>
        <w:br/>
        <w:t>vt 0.046023 0.393472</w:t>
        <w:br/>
        <w:t>vt 0.049293 0.393472</w:t>
        <w:br/>
        <w:t>vt 0.052490 0.382750</w:t>
        <w:br/>
        <w:t>vt 0.052490 0.386325</w:t>
        <w:br/>
        <w:t>vt 0.053804 0.385866</w:t>
        <w:br/>
        <w:t>vt 0.053804 0.383472</w:t>
        <w:br/>
        <w:t>vt 0.052879 0.378219</w:t>
        <w:br/>
        <w:t>vt 0.056844 0.378219</w:t>
        <w:br/>
        <w:t>vt 0.056278 0.376140</w:t>
        <w:br/>
        <w:t>vt 0.053276 0.376140</w:t>
        <w:br/>
        <w:t>vt 0.063633 0.385842</w:t>
        <w:br/>
        <w:t>vt 0.064966 0.386688</w:t>
        <w:br/>
        <w:t>vt 0.064966 0.383039</w:t>
        <w:br/>
        <w:t>vt 0.063633 0.383404</w:t>
        <w:br/>
        <w:t>vt 0.056597 0.391362</w:t>
        <w:br/>
        <w:t>vt 0.052344 0.391362</w:t>
        <w:br/>
        <w:t>vt 0.052850 0.393472</w:t>
        <w:br/>
        <w:t>vt 0.056072 0.393472</w:t>
        <w:br/>
        <w:t>vt 0.059759 0.382931</w:t>
        <w:br/>
        <w:t>vt 0.059759 0.386570</w:t>
        <w:br/>
        <w:t>vt 0.061037 0.385482</w:t>
        <w:br/>
        <w:t>vt 0.061037 0.383048</w:t>
        <w:br/>
        <w:t>vt 0.059596 0.378219</w:t>
        <w:br/>
        <w:t>vt 0.063654 0.378219</w:t>
        <w:br/>
        <w:t>vt 0.063133 0.376140</w:t>
        <w:br/>
        <w:t>vt 0.059928 0.376140</w:t>
        <w:br/>
        <w:t>vt 0.070959 0.385743</w:t>
        <w:br/>
        <w:t>vt 0.072297 0.386650</w:t>
        <w:br/>
        <w:t>vt 0.072297 0.382991</w:t>
        <w:br/>
        <w:t>vt 0.070959 0.383284</w:t>
        <w:br/>
        <w:t>vt 0.062993 0.393472</w:t>
        <w:br/>
        <w:t>vt 0.063545 0.391362</w:t>
        <w:br/>
        <w:t>vt 0.059284 0.391362</w:t>
        <w:br/>
        <w:t>vt 0.059625 0.393472</w:t>
        <w:br/>
        <w:t>vt 0.066899 0.383074</w:t>
        <w:br/>
        <w:t>vt 0.066899 0.386721</w:t>
        <w:br/>
        <w:t>vt 0.068201 0.385840</w:t>
        <w:br/>
        <w:t>vt 0.068201 0.383395</w:t>
        <w:br/>
        <w:t>vt 0.066371 0.378219</w:t>
        <w:br/>
        <w:t>vt 0.070511 0.378219</w:t>
        <w:br/>
        <w:t>vt 0.069955 0.376140</w:t>
        <w:br/>
        <w:t>vt 0.066709 0.376140</w:t>
        <w:br/>
        <w:t>vt 0.078224 0.385924</w:t>
        <w:br/>
        <w:t>vt 0.079570 0.386645</w:t>
        <w:br/>
        <w:t>vt 0.079570 0.382964</w:t>
        <w:br/>
        <w:t>vt 0.078224 0.383455</w:t>
        <w:br/>
        <w:t>vt 0.069766 0.393472</w:t>
        <w:br/>
        <w:t>vt 0.070302 0.391362</w:t>
        <w:br/>
        <w:t>vt 0.066189 0.391362</w:t>
        <w:br/>
        <w:t>vt 0.066513 0.393472</w:t>
        <w:br/>
        <w:t>vt 0.074192 0.383010</w:t>
        <w:br/>
        <w:t>vt 0.074192 0.386691</w:t>
        <w:br/>
        <w:t>vt 0.075489 0.385973</w:t>
        <w:br/>
        <w:t>vt 0.075489 0.383488</w:t>
        <w:br/>
        <w:t>vt 0.073124 0.378219</w:t>
        <w:br/>
        <w:t>vt 0.077253 0.378219</w:t>
        <w:br/>
        <w:t>vt 0.076616 0.376140</w:t>
        <w:br/>
        <w:t>vt 0.073390 0.376140</w:t>
        <w:br/>
        <w:t>vt 0.085366 0.386074</w:t>
        <w:br/>
        <w:t>vt 0.086714 0.386684</w:t>
        <w:br/>
        <w:t>vt 0.086714 0.383011</w:t>
        <w:br/>
        <w:t>vt 0.085366 0.383596</w:t>
        <w:br/>
        <w:t>vt 0.076398 0.393472</w:t>
        <w:br/>
        <w:t>vt 0.076968 0.391362</w:t>
        <w:br/>
        <w:t>vt 0.072866 0.391362</w:t>
        <w:br/>
        <w:t>vt 0.073165 0.393472</w:t>
        <w:br/>
        <w:t>vt 0.081335 0.383005</w:t>
        <w:br/>
        <w:t>vt 0.081335 0.386684</w:t>
        <w:br/>
        <w:t>vt 0.082643 0.385867</w:t>
        <w:br/>
        <w:t>vt 0.082643 0.383382</w:t>
        <w:br/>
        <w:t>vt 0.080020 0.378219</w:t>
        <w:br/>
        <w:t>vt 0.083809 0.378219</w:t>
        <w:br/>
        <w:t>vt 0.083067 0.376140</w:t>
        <w:br/>
        <w:t>vt 0.080359 0.376140</w:t>
        <w:br/>
        <w:t>vt 0.092268 0.385653</w:t>
        <w:br/>
        <w:t>vt 0.093641 0.386512</w:t>
        <w:br/>
        <w:t>vt 0.093641 0.382845</w:t>
        <w:br/>
        <w:t>vt 0.092268 0.383198</w:t>
        <w:br/>
        <w:t>vt 0.082998 0.393472</w:t>
        <w:br/>
        <w:t>vt 0.083761 0.391362</w:t>
        <w:br/>
        <w:t>vt 0.079670 0.391362</w:t>
        <w:br/>
        <w:t>vt 0.080064 0.393472</w:t>
        <w:br/>
        <w:t>vt 0.088612 0.383025</w:t>
        <w:br/>
        <w:t>vt 0.088612 0.386703</w:t>
        <w:br/>
        <w:t>vt 0.089885 0.385704</w:t>
        <w:br/>
        <w:t>vt 0.089885 0.383233</w:t>
        <w:br/>
        <w:t>vt 0.171056 0.391362</w:t>
        <w:br/>
        <w:t>vt 0.167111 0.391362</w:t>
        <w:br/>
        <w:t>vt 0.167702 0.393472</w:t>
        <w:br/>
        <w:t>vt 0.171056 0.393472</w:t>
        <w:br/>
        <w:t>vt 0.184583 0.383603</w:t>
        <w:br/>
        <w:t>vt 0.183315 0.382848</w:t>
        <w:br/>
        <w:t>vt 0.183315 0.386466</w:t>
        <w:br/>
        <w:t>vt 0.184583 0.386030</w:t>
        <w:br/>
        <w:t>vt 0.167690 0.376140</w:t>
        <w:br/>
        <w:t>vt 0.167100 0.378219</w:t>
        <w:br/>
        <w:t>vt 0.171043 0.378219</w:t>
        <w:br/>
        <w:t>vt 0.171043 0.376140</w:t>
        <w:br/>
        <w:t>vt 0.188712 0.386520</w:t>
        <w:br/>
        <w:t>vt 0.188712 0.382904</w:t>
        <w:br/>
        <w:t>vt 0.187489 0.383595</w:t>
        <w:br/>
        <w:t>vt 0.187489 0.386023</w:t>
        <w:br/>
        <w:t>vt 0.161406 0.376140</w:t>
        <w:br/>
        <w:t>vt 0.160881 0.378219</w:t>
        <w:br/>
        <w:t>vt 0.164776 0.378219</w:t>
        <w:br/>
        <w:t>vt 0.164563 0.376140</w:t>
        <w:br/>
        <w:t>vt 0.181432 0.386467</w:t>
        <w:br/>
        <w:t>vt 0.181432 0.382848</w:t>
        <w:br/>
        <w:t>vt 0.180181 0.383543</w:t>
        <w:br/>
        <w:t>vt 0.180181 0.385971</w:t>
        <w:br/>
        <w:t>vt 0.164791 0.391362</w:t>
        <w:br/>
        <w:t>vt 0.160883 0.391362</w:t>
        <w:br/>
        <w:t>vt 0.161403 0.393472</w:t>
        <w:br/>
        <w:t>vt 0.164575 0.393472</w:t>
        <w:br/>
        <w:t>vt 0.177448 0.383583</w:t>
        <w:br/>
        <w:t>vt 0.176164 0.382852</w:t>
        <w:br/>
        <w:t>vt 0.176164 0.386473</w:t>
        <w:br/>
        <w:t>vt 0.177448 0.386012</w:t>
        <w:br/>
        <w:t>vt 0.154735 0.376140</w:t>
        <w:br/>
        <w:t>vt 0.154243 0.378219</w:t>
        <w:br/>
        <w:t>vt 0.158349 0.378219</w:t>
        <w:br/>
        <w:t>vt 0.158039 0.376140</w:t>
        <w:br/>
        <w:t>vt 0.174167 0.386515</w:t>
        <w:br/>
        <w:t>vt 0.174167 0.382890</w:t>
        <w:br/>
        <w:t>vt 0.172874 0.383566</w:t>
        <w:br/>
        <w:t>vt 0.172874 0.385996</w:t>
        <w:br/>
        <w:t>vt 0.158358 0.391362</w:t>
        <w:br/>
        <w:t>vt 0.154248 0.391362</w:t>
        <w:br/>
        <w:t>vt 0.154738 0.393472</w:t>
        <w:br/>
        <w:t>vt 0.158049 0.393472</w:t>
        <w:br/>
        <w:t>vt 0.170009 0.383570</w:t>
        <w:br/>
        <w:t>vt 0.168695 0.382846</w:t>
        <w:br/>
        <w:t>vt 0.168695 0.386471</w:t>
        <w:br/>
        <w:t>vt 0.170009 0.386000</w:t>
        <w:br/>
        <w:t>vt 0.148078 0.376140</w:t>
        <w:br/>
        <w:t>vt 0.147571 0.378219</w:t>
        <w:br/>
        <w:t>vt 0.151667 0.378219</w:t>
        <w:br/>
        <w:t>vt 0.151351 0.376140</w:t>
        <w:br/>
        <w:t>vt 0.166696 0.386500</w:t>
        <w:br/>
        <w:t>vt 0.166696 0.382874</w:t>
        <w:br/>
        <w:t>vt 0.165399 0.383546</w:t>
        <w:br/>
        <w:t>vt 0.165399 0.385977</w:t>
        <w:br/>
        <w:t>vt 0.151660 0.391362</w:t>
        <w:br/>
        <w:t>vt 0.147557 0.391362</w:t>
        <w:br/>
        <w:t>vt 0.148061 0.393472</w:t>
        <w:br/>
        <w:t>vt 0.151341 0.393472</w:t>
        <w:br/>
        <w:t>vt 0.162559 0.383596</w:t>
        <w:br/>
        <w:t>vt 0.161235 0.382861</w:t>
        <w:br/>
        <w:t>vt 0.161235 0.386484</w:t>
        <w:br/>
        <w:t>vt 0.162559 0.386026</w:t>
        <w:br/>
        <w:t>vt 0.141445 0.376140</w:t>
        <w:br/>
        <w:t>vt 0.140917 0.378219</w:t>
        <w:br/>
        <w:t>vt 0.144980 0.378219</w:t>
        <w:br/>
        <w:t>vt 0.144653 0.376140</w:t>
        <w:br/>
        <w:t>vt 0.159293 0.386488</w:t>
        <w:br/>
        <w:t>vt 0.159293 0.382865</w:t>
        <w:br/>
        <w:t>vt 0.158002 0.383544</w:t>
        <w:br/>
        <w:t>vt 0.158002 0.385974</w:t>
        <w:br/>
        <w:t>vt 0.144943 0.391362</w:t>
        <w:br/>
        <w:t>vt 0.140879 0.391362</w:t>
        <w:br/>
        <w:t>vt 0.141368 0.393472</w:t>
        <w:br/>
        <w:t>vt 0.144582 0.393472</w:t>
        <w:br/>
        <w:t>vt 0.155219 0.383590</w:t>
        <w:br/>
        <w:t>vt 0.153901 0.382854</w:t>
        <w:br/>
        <w:t>vt 0.153901 0.386477</w:t>
        <w:br/>
        <w:t>vt 0.155219 0.386020</w:t>
        <w:br/>
        <w:t>vt 0.134644 0.376140</w:t>
        <w:br/>
        <w:t>vt 0.134175 0.378219</w:t>
        <w:br/>
        <w:t>vt 0.138252 0.378219</w:t>
        <w:br/>
        <w:t>vt 0.137912 0.376140</w:t>
        <w:br/>
        <w:t>vt 0.151950 0.386520</w:t>
        <w:br/>
        <w:t>vt 0.151950 0.382896</w:t>
        <w:br/>
        <w:t>vt 0.150651 0.383528</w:t>
        <w:br/>
        <w:t>vt 0.150651 0.385959</w:t>
        <w:br/>
        <w:t>vt 0.138228 0.391362</w:t>
        <w:br/>
        <w:t>vt 0.134103 0.391362</w:t>
        <w:br/>
        <w:t>vt 0.134549 0.393472</w:t>
        <w:br/>
        <w:t>vt 0.137858 0.393472</w:t>
        <w:br/>
        <w:t>vt 0.147806 0.383564</w:t>
        <w:br/>
        <w:t>vt 0.146495 0.382864</w:t>
        <w:br/>
        <w:t>vt 0.146495 0.386490</w:t>
        <w:br/>
        <w:t>vt 0.147806 0.385997</w:t>
        <w:br/>
        <w:t>vt 0.127399 0.378219</w:t>
        <w:br/>
        <w:t>vt 0.131483 0.378219</w:t>
        <w:br/>
        <w:t>vt 0.131028 0.376140</w:t>
        <w:br/>
        <w:t>vt 0.127841 0.376140</w:t>
        <w:br/>
        <w:t>vt 0.144561 0.386533</w:t>
        <w:br/>
        <w:t>vt 0.144561 0.382906</w:t>
        <w:br/>
        <w:t>vt 0.143254 0.383590</w:t>
        <w:br/>
        <w:t>vt 0.143254 0.386023</w:t>
        <w:br/>
        <w:t>vt 0.130946 0.393472</w:t>
        <w:br/>
        <w:t>vt 0.131403 0.391362</w:t>
        <w:br/>
        <w:t>vt 0.127350 0.391362</w:t>
        <w:br/>
        <w:t>vt 0.127772 0.393472</w:t>
        <w:br/>
        <w:t>vt 0.140510 0.383567</w:t>
        <w:br/>
        <w:t>vt 0.139213 0.382840</w:t>
        <w:br/>
        <w:t>vt 0.139213 0.386469</w:t>
        <w:br/>
        <w:t>vt 0.140510 0.386001</w:t>
        <w:br/>
        <w:t>vt 0.120571 0.378219</w:t>
        <w:br/>
        <w:t>vt 0.124665 0.378219</w:t>
        <w:br/>
        <w:t>vt 0.124101 0.376140</w:t>
        <w:br/>
        <w:t>vt 0.120908 0.376140</w:t>
        <w:br/>
        <w:t>vt 0.137248 0.386484</w:t>
        <w:br/>
        <w:t>vt 0.137248 0.382851</w:t>
        <w:br/>
        <w:t>vt 0.135923 0.383546</w:t>
        <w:br/>
        <w:t>vt 0.135923 0.385984</w:t>
        <w:br/>
        <w:t>vt 0.124004 0.393472</w:t>
        <w:br/>
        <w:t>vt 0.124547 0.391362</w:t>
        <w:br/>
        <w:t>vt 0.120458 0.391362</w:t>
        <w:br/>
        <w:t>vt 0.120803 0.393472</w:t>
        <w:br/>
        <w:t>vt 0.133171 0.383566</w:t>
        <w:br/>
        <w:t>vt 0.131879 0.382929</w:t>
        <w:br/>
        <w:t>vt 0.131879 0.386570</w:t>
        <w:br/>
        <w:t>vt 0.133171 0.386007</w:t>
        <w:br/>
        <w:t>vt 0.113757 0.378219</w:t>
        <w:br/>
        <w:t>vt 0.117845 0.378219</w:t>
        <w:br/>
        <w:t>vt 0.117328 0.376140</w:t>
        <w:br/>
        <w:t>vt 0.114076 0.376140</w:t>
        <w:br/>
        <w:t>vt 0.129948 0.386541</w:t>
        <w:br/>
        <w:t>vt 0.129948 0.382899</w:t>
        <w:br/>
        <w:t>vt 0.128602 0.383491</w:t>
        <w:br/>
        <w:t>vt 0.128602 0.385932</w:t>
        <w:br/>
        <w:t>vt 0.117247 0.393472</w:t>
        <w:br/>
        <w:t>vt 0.117757 0.391362</w:t>
        <w:br/>
        <w:t>vt 0.113588 0.391362</w:t>
        <w:br/>
        <w:t>vt 0.113928 0.393472</w:t>
        <w:br/>
        <w:t>vt 0.125782 0.383422</w:t>
        <w:br/>
        <w:t>vt 0.124466 0.382858</w:t>
        <w:br/>
        <w:t>vt 0.124466 0.386501</w:t>
        <w:br/>
        <w:t>vt 0.125782 0.385865</w:t>
        <w:br/>
        <w:t>vt 0.106924 0.378219</w:t>
        <w:br/>
        <w:t>vt 0.111019 0.378219</w:t>
        <w:br/>
        <w:t>vt 0.110443 0.376140</w:t>
        <w:br/>
        <w:t>vt 0.107260 0.376140</w:t>
        <w:br/>
        <w:t>vt 0.121199 0.385967</w:t>
        <w:br/>
        <w:t>vt 0.122552 0.386544</w:t>
        <w:br/>
        <w:t>vt 0.122552 0.382900</w:t>
        <w:br/>
        <w:t>vt 0.121199 0.383522</w:t>
        <w:br/>
        <w:t>vt 0.110335 0.393472</w:t>
        <w:br/>
        <w:t>vt 0.110881 0.391362</w:t>
        <w:br/>
        <w:t>vt 0.106800 0.391362</w:t>
        <w:br/>
        <w:t>vt 0.107146 0.393472</w:t>
        <w:br/>
        <w:t>vt 0.117174 0.382966</w:t>
        <w:br/>
        <w:t>vt 0.117174 0.386623</w:t>
        <w:br/>
        <w:t>vt 0.118472 0.385987</w:t>
        <w:br/>
        <w:t>vt 0.118472 0.383541</w:t>
        <w:br/>
        <w:t>vt 0.100097 0.378219</w:t>
        <w:br/>
        <w:t>vt 0.104148 0.378219</w:t>
        <w:br/>
        <w:t>vt 0.103536 0.376140</w:t>
        <w:br/>
        <w:t>vt 0.100353 0.376140</w:t>
        <w:br/>
        <w:t>vt 0.115279 0.386616</w:t>
        <w:br/>
        <w:t>vt 0.115279 0.382967</w:t>
        <w:br/>
        <w:t>vt 0.113950 0.383593</w:t>
        <w:br/>
        <w:t>vt 0.113950 0.386032</w:t>
        <w:br/>
        <w:t>vt 0.103464 0.393472</w:t>
        <w:br/>
        <w:t>vt 0.104062 0.391362</w:t>
        <w:br/>
        <w:t>vt 0.100004 0.391362</w:t>
        <w:br/>
        <w:t>vt 0.100274 0.393472</w:t>
        <w:br/>
        <w:t>vt 0.109897 0.382933</w:t>
        <w:br/>
        <w:t>vt 0.109897 0.386579</w:t>
        <w:br/>
        <w:t>vt 0.111229 0.385938</w:t>
        <w:br/>
        <w:t>vt 0.111229 0.383491</w:t>
        <w:br/>
        <w:t>vt 0.093438 0.378219</w:t>
        <w:br/>
        <w:t>vt 0.097370 0.378219</w:t>
        <w:br/>
        <w:t>vt 0.096750 0.376140</w:t>
        <w:br/>
        <w:t>vt 0.093816 0.376140</w:t>
        <w:br/>
        <w:t>vt 0.106647 0.385867</w:t>
        <w:br/>
        <w:t>vt 0.108008 0.386515</w:t>
        <w:br/>
        <w:t>vt 0.108008 0.382870</w:t>
        <w:br/>
        <w:t>vt 0.106647 0.383419</w:t>
        <w:br/>
        <w:t>vt 0.096649 0.393472</w:t>
        <w:br/>
        <w:t>vt 0.097307 0.391362</w:t>
        <w:br/>
        <w:t>vt 0.093249 0.391362</w:t>
        <w:br/>
        <w:t>vt 0.093612 0.393472</w:t>
        <w:br/>
        <w:t>vt 0.102792 0.382886</w:t>
        <w:br/>
        <w:t>vt 0.102792 0.386537</w:t>
        <w:br/>
        <w:t>vt 0.104108 0.385757</w:t>
        <w:br/>
        <w:t>vt 0.104108 0.383310</w:t>
        <w:br/>
        <w:t>vt 0.006364 0.388374</w:t>
        <w:br/>
        <w:t>vt 0.006384 0.381195</w:t>
        <w:br/>
        <w:t>vt 0.012104 0.388374</w:t>
        <w:br/>
        <w:t>vt 0.012494 0.381195</w:t>
        <w:br/>
        <w:t>vt 0.018076 0.388374</w:t>
        <w:br/>
        <w:t>vt 0.018951 0.381195</w:t>
        <w:br/>
        <w:t>vt 0.024462 0.388374</w:t>
        <w:br/>
        <w:t>vt 0.025250 0.381195</w:t>
        <w:br/>
        <w:t>vt 0.030982 0.388374</w:t>
        <w:br/>
        <w:t>vt 0.031647 0.381195</w:t>
        <w:br/>
        <w:t>vt 0.037529 0.388374</w:t>
        <w:br/>
        <w:t>vt 0.038199 0.381195</w:t>
        <w:br/>
        <w:t>vt 0.044228 0.388374</w:t>
        <w:br/>
        <w:t>vt 0.044788 0.381195</w:t>
        <w:br/>
        <w:t>vt 0.051007 0.388374</w:t>
        <w:br/>
        <w:t>vt 0.051518 0.381195</w:t>
        <w:br/>
        <w:t>vt 0.058068 0.388374</w:t>
        <w:br/>
        <w:t>vt 0.058349 0.381195</w:t>
        <w:br/>
        <w:t>vt 0.064987 0.388374</w:t>
        <w:br/>
        <w:t>vt 0.065134 0.381195</w:t>
        <w:br/>
        <w:t>vt 0.071737 0.388374</w:t>
        <w:br/>
        <w:t>vt 0.071971 0.381195</w:t>
        <w:br/>
        <w:t>vt 0.078471 0.388374</w:t>
        <w:br/>
        <w:t>vt 0.078784 0.381195</w:t>
        <w:br/>
        <w:t>vt 0.085411 0.388374</w:t>
        <w:br/>
        <w:t>vt 0.085480 0.381195</w:t>
        <w:br/>
        <w:t>vt 0.165757 0.381195</w:t>
        <w:br/>
        <w:t>vt 0.165764 0.388374</w:t>
        <w:br/>
        <w:t>vt 0.159499 0.381195</w:t>
        <w:br/>
        <w:t>vt 0.159501 0.388374</w:t>
        <w:br/>
        <w:t>vt 0.152873 0.381195</w:t>
        <w:br/>
        <w:t>vt 0.152864 0.388374</w:t>
        <w:br/>
        <w:t>vt 0.146186 0.381195</w:t>
        <w:br/>
        <w:t>vt 0.146162 0.388374</w:t>
        <w:br/>
        <w:t>vt 0.139486 0.381195</w:t>
        <w:br/>
        <w:t>vt 0.139464 0.388374</w:t>
        <w:br/>
        <w:t>vt 0.132827 0.381195</w:t>
        <w:br/>
        <w:t>vt 0.132754 0.388374</w:t>
        <w:br/>
        <w:t>vt 0.126111 0.381195</w:t>
        <w:br/>
        <w:t>vt 0.126028 0.388374</w:t>
        <w:br/>
        <w:t>vt 0.119335 0.381195</w:t>
        <w:br/>
        <w:t>vt 0.119236 0.388374</w:t>
        <w:br/>
        <w:t>vt 0.112540 0.381195</w:t>
        <w:br/>
        <w:t>vt 0.112388 0.388374</w:t>
        <w:br/>
        <w:t>vt 0.105749 0.381195</w:t>
        <w:br/>
        <w:t>vt 0.105643 0.388374</w:t>
        <w:br/>
        <w:t>vt 0.098969 0.381195</w:t>
        <w:br/>
        <w:t>vt 0.098903 0.388374</w:t>
        <w:br/>
        <w:t>vt 0.092219 0.381195</w:t>
        <w:br/>
        <w:t>vt 0.092073 0.388374</w:t>
        <w:br/>
        <w:t>vt 0.001682 0.381195</w:t>
        <w:br/>
        <w:t>vt 0.001625 0.388374</w:t>
        <w:br/>
        <w:t>vt 0.001151 0.386461</w:t>
        <w:br/>
        <w:t>vt 0.001151 0.382785</w:t>
        <w:br/>
        <w:t>vt 0.171056 0.388374</w:t>
        <w:br/>
        <w:t>vt 0.171043 0.381195</w:t>
        <w:br/>
        <w:t>vt 0.190257 0.386387</w:t>
        <w:br/>
        <w:t>vt 0.190257 0.382774</w:t>
        <w:br/>
        <w:t>vt 0.545765 0.336549</w:t>
        <w:br/>
        <w:t>vt 0.555519 0.334361</w:t>
        <w:br/>
        <w:t>vt 0.546473 0.346436</w:t>
        <w:br/>
        <w:t>vt 0.431129 0.873013</w:t>
        <w:br/>
        <w:t>vt 0.437268 0.865293</w:t>
        <w:br/>
        <w:t>vt 0.441821 0.874018</w:t>
        <w:br/>
        <w:t>vt 0.440669 0.884664</w:t>
        <w:br/>
        <w:t>vt 0.449707 0.880581</w:t>
        <w:br/>
        <w:t>vt 0.537483 0.341376</w:t>
        <w:br/>
        <w:t>vt 0.455014 0.888516</w:t>
        <w:br/>
        <w:t>vt 0.532109 0.350889</w:t>
        <w:br/>
        <w:t>vt 0.527041 0.342463</w:t>
        <w:br/>
        <w:t>vt 0.539462 0.331624</w:t>
        <w:br/>
        <w:t>vt 0.530099 0.334511</w:t>
        <w:br/>
        <w:t>vt 0.532114 0.326655</w:t>
        <w:br/>
        <w:t>vt 0.547755 0.326676</w:t>
        <w:br/>
        <w:t>vt 0.539006 0.321715</w:t>
        <w:br/>
        <w:t>vt 0.545829 0.316773</w:t>
        <w:br/>
        <w:t>vt 0.555331 0.319154</w:t>
        <w:br/>
        <w:t>vt 0.430641 0.858220</w:t>
        <w:br/>
        <w:t>vt 0.441065 0.856073</w:t>
        <w:br/>
        <w:t>vt 0.445583 0.864799</w:t>
        <w:br/>
        <w:t>vt 0.448181 0.849230</w:t>
        <w:br/>
        <w:t>vt 0.450980 0.856706</w:t>
        <w:br/>
        <w:t>vt 0.453920 0.864346</w:t>
        <w:br/>
        <w:t>vt 0.451626 0.872260</w:t>
        <w:br/>
        <w:t>vt 0.459239 0.878558</w:t>
        <w:br/>
        <w:t>vt 0.460639 0.868777</w:t>
        <w:br/>
        <w:t>vt 0.467417 0.873187</w:t>
        <w:br/>
        <w:t>vt 0.518104 0.346150</w:t>
        <w:br/>
        <w:t>vt 0.519833 0.335659</w:t>
        <w:br/>
        <w:t>vt 0.468840 0.882867</w:t>
        <w:br/>
        <w:t>vt 0.476847 0.870586</w:t>
        <w:br/>
        <w:t>vt 0.509022 0.334102</w:t>
        <w:br/>
        <w:t>vt 0.515631 0.326628</w:t>
        <w:br/>
        <w:t>vt 0.523796 0.326675</w:t>
        <w:br/>
        <w:t>vt 0.529569 0.318798</w:t>
        <w:br/>
        <w:t>vt 0.519663 0.317794</w:t>
        <w:br/>
        <w:t>vt 0.527050 0.310820</w:t>
        <w:br/>
        <w:t>vt 0.537119 0.311944</w:t>
        <w:br/>
        <w:t>vt 0.546764 0.306871</w:t>
        <w:br/>
        <w:t>vt 0.532160 0.302217</w:t>
        <w:br/>
        <w:t>vt 0.438695 0.845497</w:t>
        <w:br/>
        <w:t>vt 0.452812 0.840623</w:t>
        <w:br/>
        <w:t>vt 0.466285 0.854417</w:t>
        <w:br/>
        <w:t>vt 0.468630 0.863667</w:t>
        <w:br/>
        <w:t>vt 0.460066 0.859311</w:t>
        <w:br/>
        <w:t>vt 0.475550 0.856008</w:t>
        <w:br/>
        <w:t>vt 0.509277 0.319331</w:t>
        <w:br/>
        <w:t>vt 0.466789 0.844849</w:t>
        <w:br/>
        <w:t>vt 0.517817 0.307108</w:t>
        <w:br/>
        <w:t>vt 0.457822 0.850121</w:t>
        <w:br/>
        <w:t>vt 0.640185 0.153936</w:t>
        <w:br/>
        <w:t>vt 0.640892 0.163823</w:t>
        <w:br/>
        <w:t>vt 0.649938 0.151748</w:t>
        <w:br/>
        <w:t>vt 0.553435 0.136816</w:t>
        <w:br/>
        <w:t>vt 0.564127 0.137820</w:t>
        <w:br/>
        <w:t>vt 0.559574 0.129095</w:t>
        <w:br/>
        <w:t>vt 0.562975 0.148466</w:t>
        <w:br/>
        <w:t>vt 0.572013 0.144383</w:t>
        <w:br/>
        <w:t>vt 0.631902 0.158763</w:t>
        <w:br/>
        <w:t>vt 0.577321 0.152318</w:t>
        <w:br/>
        <w:t>vt 0.626528 0.168277</w:t>
        <w:br/>
        <w:t>vt 0.621461 0.159851</w:t>
        <w:br/>
        <w:t>vt 0.633882 0.149011</w:t>
        <w:br/>
        <w:t>vt 0.624518 0.151898</w:t>
        <w:br/>
        <w:t>vt 0.626533 0.144042</w:t>
        <w:br/>
        <w:t>vt 0.642174 0.144063</w:t>
        <w:br/>
        <w:t>vt 0.633425 0.139102</w:t>
        <w:br/>
        <w:t>vt 0.640248 0.134160</w:t>
        <w:br/>
        <w:t>vt 0.649750 0.136541</w:t>
        <w:br/>
        <w:t>vt 0.552947 0.122022</w:t>
        <w:br/>
        <w:t>vt 0.567889 0.128601</w:t>
        <w:br/>
        <w:t>vt 0.563371 0.119875</w:t>
        <w:br/>
        <w:t>vt 0.573286 0.120509</w:t>
        <w:br/>
        <w:t>vt 0.570487 0.113032</w:t>
        <w:br/>
        <w:t>vt 0.576226 0.128148</w:t>
        <w:br/>
        <w:t>vt 0.581545 0.142360</w:t>
        <w:br/>
        <w:t>vt 0.573932 0.136062</w:t>
        <w:br/>
        <w:t>vt 0.582945 0.132579</w:t>
        <w:br/>
        <w:t>vt 0.589723 0.136989</w:t>
        <w:br/>
        <w:t>vt 0.614253 0.153046</w:t>
        <w:br/>
        <w:t>vt 0.612523 0.163537</w:t>
        <w:br/>
        <w:t>vt 0.591146 0.146670</w:t>
        <w:br/>
        <w:t>vt 0.599153 0.134388</w:t>
        <w:br/>
        <w:t>vt 0.603441 0.151489</w:t>
        <w:br/>
        <w:t>vt 0.610051 0.144015</w:t>
        <w:br/>
        <w:t>vt 0.623988 0.136185</w:t>
        <w:br/>
        <w:t>vt 0.618216 0.144062</w:t>
        <w:br/>
        <w:t>vt 0.614083 0.135181</w:t>
        <w:br/>
        <w:t>vt 0.621470 0.128207</w:t>
        <w:br/>
        <w:t>vt 0.641184 0.124258</w:t>
        <w:br/>
        <w:t>vt 0.631538 0.129331</w:t>
        <w:br/>
        <w:t>vt 0.626579 0.119604</w:t>
        <w:br/>
        <w:t>vt 0.561001 0.109299</w:t>
        <w:br/>
        <w:t>vt 0.575118 0.104425</w:t>
        <w:br/>
        <w:t>vt 0.588591 0.118219</w:t>
        <w:br/>
        <w:t>vt 0.582372 0.123113</w:t>
        <w:br/>
        <w:t>vt 0.590936 0.127470</w:t>
        <w:br/>
        <w:t>vt 0.597856 0.119810</w:t>
        <w:br/>
        <w:t>vt 0.603696 0.136719</w:t>
        <w:br/>
        <w:t>vt 0.589095 0.108651</w:t>
        <w:br/>
        <w:t>vt 0.612236 0.124496</w:t>
        <w:br/>
        <w:t>vt 0.580128 0.113924</w:t>
        <w:br/>
        <w:t>vt 0.545765 0.336549</w:t>
        <w:br/>
        <w:t>vt 0.546473 0.346436</w:t>
        <w:br/>
        <w:t>vt 0.555519 0.334361</w:t>
        <w:br/>
        <w:t>vt 0.431129 0.873013</w:t>
        <w:br/>
        <w:t>vt 0.441821 0.874018</w:t>
        <w:br/>
        <w:t>vt 0.437268 0.865293</w:t>
        <w:br/>
        <w:t>vt 0.440669 0.884664</w:t>
        <w:br/>
        <w:t>vt 0.449707 0.880581</w:t>
        <w:br/>
        <w:t>vt 0.537483 0.341376</w:t>
        <w:br/>
        <w:t>vt 0.455014 0.888516</w:t>
        <w:br/>
        <w:t>vt 0.532109 0.350889</w:t>
        <w:br/>
        <w:t>vt 0.527041 0.342463</w:t>
        <w:br/>
        <w:t>vt 0.539462 0.331624</w:t>
        <w:br/>
        <w:t>vt 0.530099 0.334511</w:t>
        <w:br/>
        <w:t>vt 0.532114 0.326655</w:t>
        <w:br/>
        <w:t>vt 0.547755 0.326676</w:t>
        <w:br/>
        <w:t>vt 0.539006 0.321715</w:t>
        <w:br/>
        <w:t>vt 0.545829 0.316773</w:t>
        <w:br/>
        <w:t>vt 0.555331 0.319154</w:t>
        <w:br/>
        <w:t>vt 0.430641 0.858220</w:t>
        <w:br/>
        <w:t>vt 0.445583 0.864799</w:t>
        <w:br/>
        <w:t>vt 0.441065 0.856073</w:t>
        <w:br/>
        <w:t>vt 0.450980 0.856706</w:t>
        <w:br/>
        <w:t>vt 0.448181 0.849230</w:t>
        <w:br/>
        <w:t>vt 0.453920 0.864346</w:t>
        <w:br/>
        <w:t>vt 0.459239 0.878558</w:t>
        <w:br/>
        <w:t>vt 0.451626 0.872260</w:t>
        <w:br/>
        <w:t>vt 0.460639 0.868777</w:t>
        <w:br/>
        <w:t>vt 0.467417 0.873187</w:t>
        <w:br/>
        <w:t>vt 0.519833 0.335659</w:t>
        <w:br/>
        <w:t>vt 0.518104 0.346150</w:t>
        <w:br/>
        <w:t>vt 0.468840 0.882867</w:t>
        <w:br/>
        <w:t>vt 0.476847 0.870586</w:t>
        <w:br/>
        <w:t>vt 0.509022 0.334102</w:t>
        <w:br/>
        <w:t>vt 0.515631 0.326628</w:t>
        <w:br/>
        <w:t>vt 0.529569 0.318798</w:t>
        <w:br/>
        <w:t>vt 0.523796 0.326675</w:t>
        <w:br/>
        <w:t>vt 0.519663 0.317794</w:t>
        <w:br/>
        <w:t>vt 0.527050 0.310820</w:t>
        <w:br/>
        <w:t>vt 0.546764 0.306871</w:t>
        <w:br/>
        <w:t>vt 0.537119 0.311944</w:t>
        <w:br/>
        <w:t>vt 0.532160 0.302217</w:t>
        <w:br/>
        <w:t>vt 0.438695 0.845497</w:t>
        <w:br/>
        <w:t>vt 0.452812 0.840623</w:t>
        <w:br/>
        <w:t>vt 0.466285 0.854417</w:t>
        <w:br/>
        <w:t>vt 0.460066 0.859311</w:t>
        <w:br/>
        <w:t>vt 0.468630 0.863667</w:t>
        <w:br/>
        <w:t>vt 0.475550 0.856008</w:t>
        <w:br/>
        <w:t>vt 0.509277 0.319331</w:t>
        <w:br/>
        <w:t>vt 0.466789 0.844849</w:t>
        <w:br/>
        <w:t>vt 0.517817 0.307108</w:t>
        <w:br/>
        <w:t>vt 0.457822 0.850121</w:t>
        <w:br/>
        <w:t>vt 0.640185 0.153936</w:t>
        <w:br/>
        <w:t>vt 0.649938 0.151748</w:t>
        <w:br/>
        <w:t>vt 0.640892 0.163823</w:t>
        <w:br/>
        <w:t>vt 0.553435 0.136816</w:t>
        <w:br/>
        <w:t>vt 0.559574 0.129095</w:t>
        <w:br/>
        <w:t>vt 0.564127 0.137820</w:t>
        <w:br/>
        <w:t>vt 0.562975 0.148466</w:t>
        <w:br/>
        <w:t>vt 0.572013 0.144383</w:t>
        <w:br/>
        <w:t>vt 0.631902 0.158763</w:t>
        <w:br/>
        <w:t>vt 0.577321 0.152318</w:t>
        <w:br/>
        <w:t>vt 0.626528 0.168277</w:t>
        <w:br/>
        <w:t>vt 0.621461 0.159851</w:t>
        <w:br/>
        <w:t>vt 0.633882 0.149011</w:t>
        <w:br/>
        <w:t>vt 0.624518 0.151898</w:t>
        <w:br/>
        <w:t>vt 0.626533 0.144042</w:t>
        <w:br/>
        <w:t>vt 0.642174 0.144063</w:t>
        <w:br/>
        <w:t>vt 0.633425 0.139102</w:t>
        <w:br/>
        <w:t>vt 0.640248 0.134160</w:t>
        <w:br/>
        <w:t>vt 0.649750 0.136541</w:t>
        <w:br/>
        <w:t>vt 0.552947 0.122022</w:t>
        <w:br/>
        <w:t>vt 0.563371 0.119875</w:t>
        <w:br/>
        <w:t>vt 0.567889 0.128601</w:t>
        <w:br/>
        <w:t>vt 0.570487 0.113032</w:t>
        <w:br/>
        <w:t>vt 0.573286 0.120509</w:t>
        <w:br/>
        <w:t>vt 0.576226 0.128148</w:t>
        <w:br/>
        <w:t>vt 0.573932 0.136062</w:t>
        <w:br/>
        <w:t>vt 0.581545 0.142360</w:t>
        <w:br/>
        <w:t>vt 0.582945 0.132579</w:t>
        <w:br/>
        <w:t>vt 0.589723 0.136989</w:t>
        <w:br/>
        <w:t>vt 0.612523 0.163537</w:t>
        <w:br/>
        <w:t>vt 0.614253 0.153046</w:t>
        <w:br/>
        <w:t>vt 0.591146 0.146670</w:t>
        <w:br/>
        <w:t>vt 0.599153 0.134388</w:t>
        <w:br/>
        <w:t>vt 0.603441 0.151489</w:t>
        <w:br/>
        <w:t>vt 0.610051 0.144015</w:t>
        <w:br/>
        <w:t>vt 0.618216 0.144062</w:t>
        <w:br/>
        <w:t>vt 0.623988 0.136185</w:t>
        <w:br/>
        <w:t>vt 0.614083 0.135181</w:t>
        <w:br/>
        <w:t>vt 0.621470 0.128207</w:t>
        <w:br/>
        <w:t>vt 0.631538 0.129331</w:t>
        <w:br/>
        <w:t>vt 0.641184 0.124258</w:t>
        <w:br/>
        <w:t>vt 0.626579 0.119604</w:t>
        <w:br/>
        <w:t>vt 0.561001 0.109299</w:t>
        <w:br/>
        <w:t>vt 0.575118 0.104425</w:t>
        <w:br/>
        <w:t>vt 0.588591 0.118219</w:t>
        <w:br/>
        <w:t>vt 0.590936 0.127470</w:t>
        <w:br/>
        <w:t>vt 0.582372 0.123113</w:t>
        <w:br/>
        <w:t>vt 0.597856 0.119810</w:t>
        <w:br/>
        <w:t>vt 0.603696 0.136719</w:t>
        <w:br/>
        <w:t>vt 0.589095 0.108651</w:t>
        <w:br/>
        <w:t>vt 0.612236 0.124496</w:t>
        <w:br/>
        <w:t>vt 0.580128 0.113924</w:t>
        <w:br/>
        <w:t>vt 0.817400 0.715466</w:t>
        <w:br/>
        <w:t>vt 0.821027 0.715272</w:t>
        <w:br/>
        <w:t>vt 0.821416 0.720222</w:t>
        <w:br/>
        <w:t>vt 0.817798 0.720566</w:t>
        <w:br/>
        <w:t>vt 0.822908 0.705180</w:t>
        <w:br/>
        <w:t>vt 0.818985 0.704892</w:t>
        <w:br/>
        <w:t>vt 0.822535 0.693173</w:t>
        <w:br/>
        <w:t>vt 0.825748 0.693846</w:t>
        <w:br/>
        <w:t>vt 0.825361 0.714872</w:t>
        <w:br/>
        <w:t>vt 0.831693 0.719939</w:t>
        <w:br/>
        <w:t>vt 0.826048 0.724148</w:t>
        <w:br/>
        <w:t>vt 0.829227 0.693679</w:t>
        <w:br/>
        <w:t>vt 0.832176 0.693444</w:t>
        <w:br/>
        <w:t>vt 0.830999 0.703940</w:t>
        <w:br/>
        <w:t>vt 0.826699 0.704670</w:t>
        <w:br/>
        <w:t>vt 0.848876 0.717610</w:t>
        <w:br/>
        <w:t>vt 0.844293 0.718554</w:t>
        <w:br/>
        <w:t>vt 0.843772 0.713751</w:t>
        <w:br/>
        <w:t>vt 0.848306 0.711661</w:t>
        <w:br/>
        <w:t>vt 0.838615 0.692829</w:t>
        <w:br/>
        <w:t>vt 0.844118 0.702408</w:t>
        <w:br/>
        <w:t>vt 0.840021 0.704210</w:t>
        <w:br/>
        <w:t>vt 0.835852 0.693330</w:t>
        <w:br/>
        <w:t>vt 0.837387 0.722603</w:t>
        <w:br/>
        <w:t>vt 0.837509 0.714706</w:t>
        <w:br/>
        <w:t>vt 0.833477 0.693575</w:t>
        <w:br/>
        <w:t>vt 0.835843 0.704371</w:t>
        <w:br/>
        <w:t>vt 0.821578 0.745254</w:t>
        <w:br/>
        <w:t>vt 0.818159 0.745776</w:t>
        <w:br/>
        <w:t>vt 0.817079 0.739982</w:t>
        <w:br/>
        <w:t>vt 0.820848 0.739601</w:t>
        <w:br/>
        <w:t>vt 0.821603 0.725262</w:t>
        <w:br/>
        <w:t>vt 0.821188 0.732628</w:t>
        <w:br/>
        <w:t>vt 0.816951 0.732648</w:t>
        <w:br/>
        <w:t>vt 0.817785 0.725521</w:t>
        <w:br/>
        <w:t>vt 0.833684 0.739492</w:t>
        <w:br/>
        <w:t>vt 0.834246 0.743953</w:t>
        <w:br/>
        <w:t>vt 0.826157 0.740435</w:t>
        <w:br/>
        <w:t>vt 0.825883 0.732498</w:t>
        <w:br/>
        <w:t>vt 0.850291 0.744193</w:t>
        <w:br/>
        <w:t>vt 0.846049 0.743907</w:t>
        <w:br/>
        <w:t>vt 0.846300 0.739251</w:t>
        <w:br/>
        <w:t>vt 0.850575 0.738353</w:t>
        <w:br/>
        <w:t>vt 0.843972 0.724227</w:t>
        <w:br/>
        <w:t>vt 0.848469 0.723504</w:t>
        <w:br/>
        <w:t>vt 0.849390 0.730949</w:t>
        <w:br/>
        <w:t>vt 0.844849 0.732160</w:t>
        <w:br/>
        <w:t>vt 0.839007 0.740003</w:t>
        <w:br/>
        <w:t>vt 0.838101 0.731240</w:t>
        <w:br/>
        <w:t>vt 0.819503 0.764932</w:t>
        <w:br/>
        <w:t>vt 0.822847 0.764273</w:t>
        <w:br/>
        <w:t>vt 0.823821 0.769902</w:t>
        <w:br/>
        <w:t>vt 0.821067 0.770567</w:t>
        <w:br/>
        <w:t>vt 0.822476 0.757567</w:t>
        <w:br/>
        <w:t>vt 0.818939 0.758150</w:t>
        <w:br/>
        <w:t>vt 0.818962 0.751482</w:t>
        <w:br/>
        <w:t>vt 0.822374 0.750581</w:t>
        <w:br/>
        <w:t>vt 0.834123 0.769864</w:t>
        <w:br/>
        <w:t>vt 0.829013 0.773898</w:t>
        <w:br/>
        <w:t>vt 0.828383 0.763330</w:t>
        <w:br/>
        <w:t>vt 0.834289 0.763688</w:t>
        <w:br/>
        <w:t>vt 0.828466 0.746726</w:t>
        <w:br/>
        <w:t>vt 0.829000 0.755277</w:t>
        <w:br/>
        <w:t>vt 0.851162 0.763742</w:t>
        <w:br/>
        <w:t>vt 0.850947 0.769767</w:t>
        <w:br/>
        <w:t>vt 0.846482 0.768438</w:t>
        <w:br/>
        <w:t>vt 0.847111 0.763551</w:t>
        <w:br/>
        <w:t>vt 0.849306 0.749934</w:t>
        <w:br/>
        <w:t>vt 0.850131 0.756840</w:t>
        <w:br/>
        <w:t>vt 0.846536 0.757149</w:t>
        <w:br/>
        <w:t>vt 0.845734 0.749567</w:t>
        <w:br/>
        <w:t>vt 0.840288 0.763397</w:t>
        <w:br/>
        <w:t>vt 0.840431 0.772275</w:t>
        <w:br/>
        <w:t>vt 0.839156 0.747407</w:t>
        <w:br/>
        <w:t>vt 0.839623 0.755437</w:t>
        <w:br/>
        <w:t>vt 0.823243 0.790343</w:t>
        <w:br/>
        <w:t>vt 0.823936 0.795421</w:t>
        <w:br/>
        <w:t>vt 0.818245 0.790239</w:t>
        <w:br/>
        <w:t>vt 0.823557 0.782740</w:t>
        <w:br/>
        <w:t>vt 0.819119 0.783012</w:t>
        <w:br/>
        <w:t>vt 0.821349 0.776293</w:t>
        <w:br/>
        <w:t>vt 0.825032 0.775232</w:t>
        <w:br/>
        <w:t>vt 0.836053 0.794973</w:t>
        <w:br/>
        <w:t>vt 0.830045 0.798422</w:t>
        <w:br/>
        <w:t>vt 0.829106 0.789894</w:t>
        <w:br/>
        <w:t>vt 0.835527 0.789659</w:t>
        <w:br/>
        <w:t>vt 0.829013 0.773898</w:t>
        <w:br/>
        <w:t>vt 0.834123 0.769864</w:t>
        <w:br/>
        <w:t>vt 0.829004 0.781798</w:t>
        <w:br/>
        <w:t>vt 0.852979 0.795252</w:t>
        <w:br/>
        <w:t>vt 0.847603 0.794784</w:t>
        <w:br/>
        <w:t>vt 0.853052 0.789168</w:t>
        <w:br/>
        <w:t>vt 0.850183 0.775593</w:t>
        <w:br/>
        <w:t>vt 0.851517 0.782248</w:t>
        <w:br/>
        <w:t>vt 0.847211 0.782233</w:t>
        <w:br/>
        <w:t>vt 0.845840 0.774265</w:t>
        <w:br/>
        <w:t>vt 0.842196 0.789518</w:t>
        <w:br/>
        <w:t>vt 0.841026 0.799728</w:t>
        <w:br/>
        <w:t>vt 0.841498 0.780886</w:t>
        <w:br/>
        <w:t>vt 0.824939 0.820332</w:t>
        <w:br/>
        <w:t>vt 0.820949 0.820943</w:t>
        <w:br/>
        <w:t>vt 0.818933 0.816023</w:t>
        <w:br/>
        <w:t>vt 0.823938 0.815219</w:t>
        <w:br/>
        <w:t>vt 0.823970 0.808195</w:t>
        <w:br/>
        <w:t>vt 0.818805 0.808927</w:t>
        <w:br/>
        <w:t>vt 0.819898 0.802135</w:t>
        <w:br/>
        <w:t>vt 0.824712 0.800944</w:t>
        <w:br/>
        <w:t>vt 0.829487 0.814289</w:t>
        <w:br/>
        <w:t>vt 0.835572 0.820137</w:t>
        <w:br/>
        <w:t>vt 0.830361 0.824485</w:t>
        <w:br/>
        <w:t>vt 0.829790 0.806647</w:t>
        <w:br/>
        <w:t>vt 0.853797 0.820649</w:t>
        <w:br/>
        <w:t>vt 0.848686 0.819908</w:t>
        <w:br/>
        <w:t>vt 0.849080 0.815443</w:t>
        <w:br/>
        <w:t>vt 0.854505 0.814803</w:t>
        <w:br/>
        <w:t>vt 0.852041 0.801275</w:t>
        <w:br/>
        <w:t>vt 0.853157 0.807880</w:t>
        <w:br/>
        <w:t>vt 0.848010 0.808322</w:t>
        <w:br/>
        <w:t>vt 0.846801 0.800963</w:t>
        <w:br/>
        <w:t>vt 0.841687 0.822466</w:t>
        <w:br/>
        <w:t>vt 0.842736 0.814713</w:t>
        <w:br/>
        <w:t>vt 0.841026 0.799728</w:t>
        <w:br/>
        <w:t>vt 0.841960 0.807194</w:t>
        <w:br/>
        <w:t>vt 0.824270 0.844734</w:t>
        <w:br/>
        <w:t>vt 0.820384 0.845724</w:t>
        <w:br/>
        <w:t>vt 0.818958 0.839996</w:t>
        <w:br/>
        <w:t>vt 0.823512 0.839386</w:t>
        <w:br/>
        <w:t>vt 0.824646 0.832741</w:t>
        <w:br/>
        <w:t>vt 0.820174 0.832784</w:t>
        <w:br/>
        <w:t>vt 0.822313 0.825674</w:t>
        <w:br/>
        <w:t>vt 0.826155 0.825315</w:t>
        <w:br/>
        <w:t>vt 0.836353 0.842095</w:t>
        <w:br/>
        <w:t>vt 0.830906 0.846666</w:t>
        <w:br/>
        <w:t>vt 0.829014 0.839620</w:t>
        <w:br/>
        <w:t>vt 0.835705 0.839722</w:t>
        <w:br/>
        <w:t>vt 0.834936 0.829720</w:t>
        <w:br/>
        <w:t>vt 0.829454 0.832158</w:t>
        <w:br/>
        <w:t>vt 0.854947 0.840259</w:t>
        <w:br/>
        <w:t>vt 0.853787 0.846317</w:t>
        <w:br/>
        <w:t>vt 0.848139 0.844852</w:t>
        <w:br/>
        <w:t>vt 0.849454 0.840478</w:t>
        <w:br/>
        <w:t>vt 0.852323 0.826236</w:t>
        <w:br/>
        <w:t>vt 0.853650 0.833382</w:t>
        <w:br/>
        <w:t>vt 0.849046 0.833208</w:t>
        <w:br/>
        <w:t>vt 0.847991 0.825375</w:t>
        <w:br/>
        <w:t>vt 0.842735 0.839569</w:t>
        <w:br/>
        <w:t>vt 0.841799 0.847143</w:t>
        <w:br/>
        <w:t>vt 0.819721 0.865826</w:t>
        <w:br/>
        <w:t>vt 0.824199 0.864945</w:t>
        <w:br/>
        <w:t>vt 0.825493 0.870461</w:t>
        <w:br/>
        <w:t>vt 0.821230 0.870981</w:t>
        <w:br/>
        <w:t>vt 0.824485 0.857416</w:t>
        <w:br/>
        <w:t>vt 0.820031 0.858410</w:t>
        <w:br/>
        <w:t>vt 0.821053 0.851347</w:t>
        <w:br/>
        <w:t>vt 0.825396 0.849775</w:t>
        <w:br/>
        <w:t>vt 0.835747 0.864008</w:t>
        <w:br/>
        <w:t>vt 0.835759 0.871444</w:t>
        <w:br/>
        <w:t>vt 0.829412 0.863825</w:t>
        <w:br/>
        <w:t>vt 0.830396 0.855419</w:t>
        <w:br/>
        <w:t>vt 0.853870 0.865827</w:t>
        <w:br/>
        <w:t>vt 0.853212 0.871529</w:t>
        <w:br/>
        <w:t>vt 0.848524 0.865333</w:t>
        <w:br/>
        <w:t>vt 0.852163 0.851731</w:t>
        <w:br/>
        <w:t>vt 0.852738 0.858522</w:t>
        <w:br/>
        <w:t>vt 0.847618 0.858211</w:t>
        <w:br/>
        <w:t>vt 0.846988 0.849744</w:t>
        <w:br/>
        <w:t>vt 0.841979 0.864235</w:t>
        <w:br/>
        <w:t>vt 0.841530 0.855560</w:t>
        <w:br/>
        <w:t>vt 0.823155 0.896489</w:t>
        <w:br/>
        <w:t>vt 0.818565 0.897332</w:t>
        <w:br/>
        <w:t>vt 0.818119 0.892310</w:t>
        <w:br/>
        <w:t>vt 0.822572 0.892323</w:t>
        <w:br/>
        <w:t>vt 0.824244 0.883864</w:t>
        <w:br/>
        <w:t>vt 0.819770 0.883476</w:t>
        <w:br/>
        <w:t>vt 0.822052 0.876012</w:t>
        <w:br/>
        <w:t>vt 0.826230 0.876105</w:t>
        <w:br/>
        <w:t>vt 0.835376 0.897305</w:t>
        <w:br/>
        <w:t>vt 0.830150 0.900137</w:t>
        <w:br/>
        <w:t>vt 0.829247 0.892234</w:t>
        <w:br/>
        <w:t>vt 0.835156 0.892464</w:t>
        <w:br/>
        <w:t>vt 0.830924 0.874856</w:t>
        <w:br/>
        <w:t>vt 0.830047 0.882879</w:t>
        <w:br/>
        <w:t>vt 0.853266 0.894098</w:t>
        <w:br/>
        <w:t>vt 0.852763 0.899148</w:t>
        <w:br/>
        <w:t>vt 0.847963 0.898009</w:t>
        <w:br/>
        <w:t>vt 0.848629 0.893894</w:t>
        <w:br/>
        <w:t>vt 0.847397 0.876493</w:t>
        <w:br/>
        <w:t>vt 0.851995 0.876763</w:t>
        <w:br/>
        <w:t>vt 0.852190 0.884760</w:t>
        <w:br/>
        <w:t>vt 0.847895 0.885064</w:t>
        <w:br/>
        <w:t>vt 0.841427 0.893109</w:t>
        <w:br/>
        <w:t>vt 0.841086 0.902180</w:t>
        <w:br/>
        <w:t>vt 0.842823 0.874749</w:t>
        <w:br/>
        <w:t>vt 0.842059 0.883168</w:t>
        <w:br/>
        <w:t>vt 0.822002 0.919403</w:t>
        <w:br/>
        <w:t>vt 0.822708 0.924641</w:t>
        <w:br/>
        <w:t>vt 0.819292 0.924840</w:t>
        <w:br/>
        <w:t>vt 0.818180 0.919271</w:t>
        <w:br/>
        <w:t>vt 0.822982 0.911671</w:t>
        <w:br/>
        <w:t>vt 0.818654 0.911551</w:t>
        <w:br/>
        <w:t>vt 0.820484 0.903630</w:t>
        <w:br/>
        <w:t>vt 0.824823 0.902287</w:t>
        <w:br/>
        <w:t>vt 0.825200 0.930396</w:t>
        <w:br/>
        <w:t>vt 0.828201 0.918471</w:t>
        <w:br/>
        <w:t>vt 0.829910 0.927438</w:t>
        <w:br/>
        <w:t>vt 0.829291 0.909463</w:t>
        <w:br/>
        <w:t>vt 0.850648 0.920738</w:t>
        <w:br/>
        <w:t>vt 0.849561 0.926446</w:t>
        <w:br/>
        <w:t>vt 0.845725 0.925296</w:t>
        <w:br/>
        <w:t>vt 0.846763 0.920024</w:t>
        <w:br/>
        <w:t>vt 0.850299 0.905140</w:t>
        <w:br/>
        <w:t>vt 0.850236 0.913051</w:t>
        <w:br/>
        <w:t>vt 0.846360 0.912007</w:t>
        <w:br/>
        <w:t>vt 0.845878 0.903343</w:t>
        <w:br/>
        <w:t>vt 0.837640 0.927375</w:t>
        <w:br/>
        <w:t>vt 0.833341 0.925982</w:t>
        <w:br/>
        <w:t>vt 0.833951 0.919988</w:t>
        <w:br/>
        <w:t>vt 0.840193 0.919472</w:t>
        <w:br/>
        <w:t>vt 0.840456 0.910825</w:t>
        <w:br/>
        <w:t>vt 0.822344 0.952896</w:t>
        <w:br/>
        <w:t>vt 0.819380 0.955062</w:t>
        <w:br/>
        <w:t>vt 0.818084 0.949983</w:t>
        <w:br/>
        <w:t>vt 0.820780 0.948839</w:t>
        <w:br/>
        <w:t>vt 0.821643 0.939600</w:t>
        <w:br/>
        <w:t>vt 0.818107 0.940108</w:t>
        <w:br/>
        <w:t>vt 0.820500 0.930598</w:t>
        <w:br/>
        <w:t>vt 0.825200 0.930396</w:t>
        <w:br/>
        <w:t>vt 0.829910 0.927438</w:t>
        <w:br/>
        <w:t>vt 0.826786 0.939178</w:t>
        <w:br/>
        <w:t>vt 0.826369 0.948182</w:t>
        <w:br/>
        <w:t>vt 0.850708 0.953025</w:t>
        <w:br/>
        <w:t>vt 0.846193 0.953014</w:t>
        <w:br/>
        <w:t>vt 0.846790 0.947914</w:t>
        <w:br/>
        <w:t>vt 0.850439 0.947525</w:t>
        <w:br/>
        <w:t>vt 0.847157 0.931897</w:t>
        <w:br/>
        <w:t>vt 0.848733 0.939584</w:t>
        <w:br/>
        <w:t>vt 0.845526 0.939271</w:t>
        <w:br/>
        <w:t>vt 0.842783 0.930425</w:t>
        <w:br/>
        <w:t>vt 0.838707 0.947856</w:t>
        <w:br/>
        <w:t>vt 0.832999 0.948904</w:t>
        <w:br/>
        <w:t>vt 0.833262 0.938474</w:t>
        <w:br/>
        <w:t>vt 0.837640 0.927375</w:t>
        <w:br/>
        <w:t>vt 0.843772 0.713751</w:t>
        <w:br/>
        <w:t>vt 0.843972 0.724227</w:t>
        <w:br/>
        <w:t>vt 0.844293 0.718554</w:t>
        <w:br/>
        <w:t>vt 0.846300 0.739251</w:t>
        <w:br/>
        <w:t>vt 0.845734 0.749567</w:t>
        <w:br/>
        <w:t>vt 0.846049 0.743907</w:t>
        <w:br/>
        <w:t>vt 0.828383 0.763330</w:t>
        <w:br/>
        <w:t>vt 0.847111 0.763551</w:t>
        <w:br/>
        <w:t>vt 0.845840 0.774265</w:t>
        <w:br/>
        <w:t>vt 0.846482 0.768438</w:t>
        <w:br/>
        <w:t>vt 0.823936 0.795421</w:t>
        <w:br/>
        <w:t>vt 0.823243 0.790343</w:t>
        <w:br/>
        <w:t>vt 0.842196 0.789518</w:t>
        <w:br/>
        <w:t>vt 0.847935 0.790175</w:t>
        <w:br/>
        <w:t>vt 0.846801 0.800963</w:t>
        <w:br/>
        <w:t>vt 0.847603 0.794784</w:t>
        <w:br/>
        <w:t>vt 0.830045 0.798422</w:t>
        <w:br/>
        <w:t>vt 0.848010 0.808322</w:t>
        <w:br/>
        <w:t>vt 0.849080 0.815443</w:t>
        <w:br/>
        <w:t>vt 0.847991 0.825375</w:t>
        <w:br/>
        <w:t>vt 0.848686 0.819908</w:t>
        <w:br/>
        <w:t>vt 0.842735 0.839569</w:t>
        <w:br/>
        <w:t>vt 0.842205 0.831097</w:t>
        <w:br/>
        <w:t>vt 0.849454 0.840478</w:t>
        <w:br/>
        <w:t>vt 0.846988 0.849744</w:t>
        <w:br/>
        <w:t>vt 0.848139 0.844852</w:t>
        <w:br/>
        <w:t>vt 0.847618 0.858211</w:t>
        <w:br/>
        <w:t>vt 0.848524 0.865333</w:t>
        <w:br/>
        <w:t>vt 0.847397 0.876493</w:t>
        <w:br/>
        <w:t>vt 0.847600 0.870870</w:t>
        <w:br/>
        <w:t>vt 0.845878 0.903343</w:t>
        <w:br/>
        <w:t>vt 0.846790 0.947914</w:t>
        <w:br/>
        <w:t>vt 0.837849 0.958155</w:t>
        <w:br/>
        <w:t>vt 0.846193 0.953014</w:t>
        <w:br/>
        <w:t>vt 0.843687 0.958748</w:t>
        <w:br/>
        <w:t>vt 0.826073 0.958503</w:t>
        <w:br/>
        <w:t>vt 0.822145 0.960014</w:t>
        <w:br/>
        <w:t>vt 0.829630 0.957451</w:t>
        <w:br/>
        <w:t>vt 0.849337 0.959171</w:t>
        <w:br/>
        <w:t>vt 0.843687 0.958748</w:t>
        <w:br/>
        <w:t>vt 0.833436 0.956874</w:t>
        <w:br/>
        <w:t>vt 0.825200 0.930396</w:t>
        <w:br/>
        <w:t>vt 0.820500 0.930598</w:t>
        <w:br/>
        <w:t>vt 0.847157 0.931897</w:t>
        <w:br/>
        <w:t>vt 0.842783 0.930425</w:t>
        <w:br/>
        <w:t>vt 0.831136 0.714849</w:t>
        <w:br/>
        <w:t>vt 0.822374 0.750581</w:t>
        <w:br/>
        <w:t>vt 0.818962 0.751482</w:t>
        <w:br/>
        <w:t>vt 0.831983 0.730012</w:t>
        <w:br/>
        <w:t>vt 0.825032 0.775232</w:t>
        <w:br/>
        <w:t>vt 0.821349 0.776293</w:t>
        <w:br/>
        <w:t>vt 0.834544 0.754180</w:t>
        <w:br/>
        <w:t>vt 0.824712 0.800944</w:t>
        <w:br/>
        <w:t>vt 0.819898 0.802135</w:t>
        <w:br/>
        <w:t>vt 0.819352 0.796325</w:t>
        <w:br/>
        <w:t>vt 0.834647 0.779321</w:t>
        <w:br/>
        <w:t>vt 0.826155 0.825315</w:t>
        <w:br/>
        <w:t>vt 0.836231 0.814463</w:t>
        <w:br/>
        <w:t>vt 0.836675 0.804511</w:t>
        <w:br/>
        <w:t>vt 0.825396 0.849775</w:t>
        <w:br/>
        <w:t>vt 0.821053 0.851347</w:t>
        <w:br/>
        <w:t>vt 0.852163 0.851731</w:t>
        <w:br/>
        <w:t>vt 0.846988 0.849744</w:t>
        <w:br/>
        <w:t>vt 0.842205 0.831097</w:t>
        <w:br/>
        <w:t>vt 0.826230 0.876105</w:t>
        <w:br/>
        <w:t>vt 0.836646 0.852779</w:t>
        <w:br/>
        <w:t>vt 0.847600 0.870870</w:t>
        <w:br/>
        <w:t>vt 0.824823 0.902287</w:t>
        <w:br/>
        <w:t>vt 0.820484 0.903630</w:t>
        <w:br/>
        <w:t>vt 0.835392 0.881032</w:t>
        <w:br/>
        <w:t>vt 0.850299 0.905140</w:t>
        <w:br/>
        <w:t>vt 0.828466 0.746726</w:t>
        <w:br/>
        <w:t>vt 0.840431 0.772275</w:t>
        <w:br/>
        <w:t>vt 0.826230 0.876105</w:t>
        <w:br/>
        <w:t>vt 0.834555 0.909976</w:t>
        <w:br/>
        <w:t>vt 0.838330 0.938352</w:t>
        <w:br/>
        <w:t>vt 0.841687 0.822466</w:t>
        <w:br/>
        <w:t>vt 0.829000 0.755277</w:t>
        <w:br/>
        <w:t>vt 0.817400 0.715466</w:t>
        <w:br/>
        <w:t>vt 0.817798 0.720566</w:t>
        <w:br/>
        <w:t>vt 0.821416 0.720222</w:t>
        <w:br/>
        <w:t>vt 0.821027 0.715272</w:t>
        <w:br/>
        <w:t>vt 0.822535 0.693173</w:t>
        <w:br/>
        <w:t>vt 0.818985 0.704892</w:t>
        <w:br/>
        <w:t>vt 0.822908 0.705180</w:t>
        <w:br/>
        <w:t>vt 0.825748 0.693846</w:t>
        <w:br/>
        <w:t>vt 0.825361 0.714872</w:t>
        <w:br/>
        <w:t>vt 0.826048 0.724148</w:t>
        <w:br/>
        <w:t>vt 0.831693 0.719939</w:t>
        <w:br/>
        <w:t>vt 0.829227 0.693679</w:t>
        <w:br/>
        <w:t>vt 0.826699 0.704670</w:t>
        <w:br/>
        <w:t>vt 0.830999 0.703940</w:t>
        <w:br/>
        <w:t>vt 0.832176 0.693444</w:t>
        <w:br/>
        <w:t>vt 0.848876 0.717610</w:t>
        <w:br/>
        <w:t>vt 0.848306 0.711661</w:t>
        <w:br/>
        <w:t>vt 0.843772 0.713751</w:t>
        <w:br/>
        <w:t>vt 0.844293 0.718554</w:t>
        <w:br/>
        <w:t>vt 0.838615 0.692829</w:t>
        <w:br/>
        <w:t>vt 0.835852 0.693330</w:t>
        <w:br/>
        <w:t>vt 0.840021 0.704210</w:t>
        <w:br/>
        <w:t>vt 0.844118 0.702408</w:t>
        <w:br/>
        <w:t>vt 0.837387 0.722603</w:t>
        <w:br/>
        <w:t>vt 0.837509 0.714706</w:t>
        <w:br/>
        <w:t>vt 0.833477 0.693575</w:t>
        <w:br/>
        <w:t>vt 0.835843 0.704371</w:t>
        <w:br/>
        <w:t>vt 0.817079 0.739982</w:t>
        <w:br/>
        <w:t>vt 0.818159 0.745776</w:t>
        <w:br/>
        <w:t>vt 0.821578 0.745254</w:t>
        <w:br/>
        <w:t>vt 0.820848 0.739601</w:t>
        <w:br/>
        <w:t>vt 0.821603 0.725262</w:t>
        <w:br/>
        <w:t>vt 0.817785 0.725521</w:t>
        <w:br/>
        <w:t>vt 0.816951 0.732648</w:t>
        <w:br/>
        <w:t>vt 0.821188 0.732628</w:t>
        <w:br/>
        <w:t>vt 0.833684 0.739492</w:t>
        <w:br/>
        <w:t>vt 0.826157 0.740435</w:t>
        <w:br/>
        <w:t>vt 0.834246 0.743953</w:t>
        <w:br/>
        <w:t>vt 0.825883 0.732498</w:t>
        <w:br/>
        <w:t>vt 0.850291 0.744193</w:t>
        <w:br/>
        <w:t>vt 0.850575 0.738353</w:t>
        <w:br/>
        <w:t>vt 0.846300 0.739251</w:t>
        <w:br/>
        <w:t>vt 0.846049 0.743907</w:t>
        <w:br/>
        <w:t>vt 0.843972 0.724227</w:t>
        <w:br/>
        <w:t>vt 0.844849 0.732160</w:t>
        <w:br/>
        <w:t>vt 0.849390 0.730949</w:t>
        <w:br/>
        <w:t>vt 0.848469 0.723504</w:t>
        <w:br/>
        <w:t>vt 0.839007 0.740003</w:t>
        <w:br/>
        <w:t>vt 0.838101 0.731240</w:t>
        <w:br/>
        <w:t>vt 0.819503 0.764932</w:t>
        <w:br/>
        <w:t>vt 0.821067 0.770567</w:t>
        <w:br/>
        <w:t>vt 0.823821 0.769902</w:t>
        <w:br/>
        <w:t>vt 0.822847 0.764273</w:t>
        <w:br/>
        <w:t>vt 0.818962 0.751482</w:t>
        <w:br/>
        <w:t>vt 0.818939 0.758150</w:t>
        <w:br/>
        <w:t>vt 0.822476 0.757567</w:t>
        <w:br/>
        <w:t>vt 0.822374 0.750581</w:t>
        <w:br/>
        <w:t>vt 0.828383 0.763330</w:t>
        <w:br/>
        <w:t>vt 0.829013 0.773898</w:t>
        <w:br/>
        <w:t>vt 0.834123 0.769864</w:t>
        <w:br/>
        <w:t>vt 0.834289 0.763688</w:t>
        <w:br/>
        <w:t>vt 0.828466 0.746726</w:t>
        <w:br/>
        <w:t>vt 0.829000 0.755277</w:t>
        <w:br/>
        <w:t>vt 0.851162 0.763742</w:t>
        <w:br/>
        <w:t>vt 0.847111 0.763551</w:t>
        <w:br/>
        <w:t>vt 0.846482 0.768438</w:t>
        <w:br/>
        <w:t>vt 0.850947 0.769767</w:t>
        <w:br/>
        <w:t>vt 0.846536 0.757149</w:t>
        <w:br/>
        <w:t>vt 0.850131 0.756840</w:t>
        <w:br/>
        <w:t>vt 0.849306 0.749934</w:t>
        <w:br/>
        <w:t>vt 0.845734 0.749567</w:t>
        <w:br/>
        <w:t>vt 0.840288 0.763397</w:t>
        <w:br/>
        <w:t>vt 0.840431 0.772275</w:t>
        <w:br/>
        <w:t>vt 0.839156 0.747407</w:t>
        <w:br/>
        <w:t>vt 0.839623 0.755437</w:t>
        <w:br/>
        <w:t>vt 0.823243 0.790343</w:t>
        <w:br/>
        <w:t>vt 0.818245 0.790239</w:t>
        <w:br/>
        <w:t>vt 0.823936 0.795421</w:t>
        <w:br/>
        <w:t>vt 0.823557 0.782740</w:t>
        <w:br/>
        <w:t>vt 0.825032 0.775232</w:t>
        <w:br/>
        <w:t>vt 0.821349 0.776293</w:t>
        <w:br/>
        <w:t>vt 0.819119 0.783012</w:t>
        <w:br/>
        <w:t>vt 0.829106 0.789894</w:t>
        <w:br/>
        <w:t>vt 0.830045 0.798422</w:t>
        <w:br/>
        <w:t>vt 0.836053 0.794973</w:t>
        <w:br/>
        <w:t>vt 0.835527 0.789659</w:t>
        <w:br/>
        <w:t>vt 0.829013 0.773898</w:t>
        <w:br/>
        <w:t>vt 0.829004 0.781798</w:t>
        <w:br/>
        <w:t>vt 0.834123 0.769864</w:t>
        <w:br/>
        <w:t>vt 0.852979 0.795252</w:t>
        <w:br/>
        <w:t>vt 0.853052 0.789168</w:t>
        <w:br/>
        <w:t>vt 0.847603 0.794784</w:t>
        <w:br/>
        <w:t>vt 0.850183 0.775593</w:t>
        <w:br/>
        <w:t>vt 0.845840 0.774265</w:t>
        <w:br/>
        <w:t>vt 0.847211 0.782233</w:t>
        <w:br/>
        <w:t>vt 0.851517 0.782248</w:t>
        <w:br/>
        <w:t>vt 0.842196 0.789518</w:t>
        <w:br/>
        <w:t>vt 0.841026 0.799728</w:t>
        <w:br/>
        <w:t>vt 0.841498 0.780886</w:t>
        <w:br/>
        <w:t>vt 0.818933 0.816023</w:t>
        <w:br/>
        <w:t>vt 0.820949 0.820943</w:t>
        <w:br/>
        <w:t>vt 0.824939 0.820332</w:t>
        <w:br/>
        <w:t>vt 0.823938 0.815219</w:t>
        <w:br/>
        <w:t>vt 0.823970 0.808195</w:t>
        <w:br/>
        <w:t>vt 0.824712 0.800944</w:t>
        <w:br/>
        <w:t>vt 0.819898 0.802135</w:t>
        <w:br/>
        <w:t>vt 0.818805 0.808927</w:t>
        <w:br/>
        <w:t>vt 0.829487 0.814289</w:t>
        <w:br/>
        <w:t>vt 0.830361 0.824485</w:t>
        <w:br/>
        <w:t>vt 0.835572 0.820137</w:t>
        <w:br/>
        <w:t>vt 0.829790 0.806647</w:t>
        <w:br/>
        <w:t>vt 0.853797 0.820649</w:t>
        <w:br/>
        <w:t>vt 0.854505 0.814803</w:t>
        <w:br/>
        <w:t>vt 0.849080 0.815443</w:t>
        <w:br/>
        <w:t>vt 0.848686 0.819908</w:t>
        <w:br/>
        <w:t>vt 0.848010 0.808322</w:t>
        <w:br/>
        <w:t>vt 0.853157 0.807880</w:t>
        <w:br/>
        <w:t>vt 0.852041 0.801275</w:t>
        <w:br/>
        <w:t>vt 0.846801 0.800963</w:t>
        <w:br/>
        <w:t>vt 0.841687 0.822466</w:t>
        <w:br/>
        <w:t>vt 0.842736 0.814713</w:t>
        <w:br/>
        <w:t>vt 0.841026 0.799728</w:t>
        <w:br/>
        <w:t>vt 0.841960 0.807194</w:t>
        <w:br/>
        <w:t>vt 0.818958 0.839996</w:t>
        <w:br/>
        <w:t>vt 0.820384 0.845724</w:t>
        <w:br/>
        <w:t>vt 0.824270 0.844734</w:t>
        <w:br/>
        <w:t>vt 0.823512 0.839386</w:t>
        <w:br/>
        <w:t>vt 0.824646 0.832741</w:t>
        <w:br/>
        <w:t>vt 0.826155 0.825315</w:t>
        <w:br/>
        <w:t>vt 0.822313 0.825674</w:t>
        <w:br/>
        <w:t>vt 0.820174 0.832784</w:t>
        <w:br/>
        <w:t>vt 0.829014 0.839620</w:t>
        <w:br/>
        <w:t>vt 0.830906 0.846666</w:t>
        <w:br/>
        <w:t>vt 0.836353 0.842095</w:t>
        <w:br/>
        <w:t>vt 0.835705 0.839722</w:t>
        <w:br/>
        <w:t>vt 0.829454 0.832158</w:t>
        <w:br/>
        <w:t>vt 0.834936 0.829720</w:t>
        <w:br/>
        <w:t>vt 0.854947 0.840259</w:t>
        <w:br/>
        <w:t>vt 0.849454 0.840478</w:t>
        <w:br/>
        <w:t>vt 0.848139 0.844852</w:t>
        <w:br/>
        <w:t>vt 0.853787 0.846317</w:t>
        <w:br/>
        <w:t>vt 0.852323 0.826236</w:t>
        <w:br/>
        <w:t>vt 0.847991 0.825375</w:t>
        <w:br/>
        <w:t>vt 0.849046 0.833208</w:t>
        <w:br/>
        <w:t>vt 0.853650 0.833382</w:t>
        <w:br/>
        <w:t>vt 0.842735 0.839569</w:t>
        <w:br/>
        <w:t>vt 0.841799 0.847143</w:t>
        <w:br/>
        <w:t>vt 0.819721 0.865826</w:t>
        <w:br/>
        <w:t>vt 0.821230 0.870981</w:t>
        <w:br/>
        <w:t>vt 0.825493 0.870461</w:t>
        <w:br/>
        <w:t>vt 0.824199 0.864945</w:t>
        <w:br/>
        <w:t>vt 0.824485 0.857416</w:t>
        <w:br/>
        <w:t>vt 0.825396 0.849775</w:t>
        <w:br/>
        <w:t>vt 0.821053 0.851347</w:t>
        <w:br/>
        <w:t>vt 0.820031 0.858410</w:t>
        <w:br/>
        <w:t>vt 0.835747 0.864008</w:t>
        <w:br/>
        <w:t>vt 0.829412 0.863825</w:t>
        <w:br/>
        <w:t>vt 0.835759 0.871444</w:t>
        <w:br/>
        <w:t>vt 0.830396 0.855419</w:t>
        <w:br/>
        <w:t>vt 0.853870 0.865827</w:t>
        <w:br/>
        <w:t>vt 0.848524 0.865333</w:t>
        <w:br/>
        <w:t>vt 0.853212 0.871529</w:t>
        <w:br/>
        <w:t>vt 0.852163 0.851731</w:t>
        <w:br/>
        <w:t>vt 0.846988 0.849744</w:t>
        <w:br/>
        <w:t>vt 0.847618 0.858211</w:t>
        <w:br/>
        <w:t>vt 0.852738 0.858522</w:t>
        <w:br/>
        <w:t>vt 0.841979 0.864235</w:t>
        <w:br/>
        <w:t>vt 0.841530 0.855560</w:t>
        <w:br/>
        <w:t>vt 0.818119 0.892310</w:t>
        <w:br/>
        <w:t>vt 0.818565 0.897332</w:t>
        <w:br/>
        <w:t>vt 0.823155 0.896489</w:t>
        <w:br/>
        <w:t>vt 0.822572 0.892323</w:t>
        <w:br/>
        <w:t>vt 0.822052 0.876012</w:t>
        <w:br/>
        <w:t>vt 0.819770 0.883476</w:t>
        <w:br/>
        <w:t>vt 0.824244 0.883864</w:t>
        <w:br/>
        <w:t>vt 0.826230 0.876105</w:t>
        <w:br/>
        <w:t>vt 0.829247 0.892234</w:t>
        <w:br/>
        <w:t>vt 0.830150 0.900137</w:t>
        <w:br/>
        <w:t>vt 0.835376 0.897305</w:t>
        <w:br/>
        <w:t>vt 0.835156 0.892464</w:t>
        <w:br/>
        <w:t>vt 0.830924 0.874856</w:t>
        <w:br/>
        <w:t>vt 0.830047 0.882879</w:t>
        <w:br/>
        <w:t>vt 0.853266 0.894098</w:t>
        <w:br/>
        <w:t>vt 0.848629 0.893894</w:t>
        <w:br/>
        <w:t>vt 0.847963 0.898009</w:t>
        <w:br/>
        <w:t>vt 0.852763 0.899148</w:t>
        <w:br/>
        <w:t>vt 0.847397 0.876493</w:t>
        <w:br/>
        <w:t>vt 0.847895 0.885064</w:t>
        <w:br/>
        <w:t>vt 0.852190 0.884760</w:t>
        <w:br/>
        <w:t>vt 0.851995 0.876763</w:t>
        <w:br/>
        <w:t>vt 0.841427 0.893109</w:t>
        <w:br/>
        <w:t>vt 0.841086 0.902180</w:t>
        <w:br/>
        <w:t>vt 0.842823 0.874749</w:t>
        <w:br/>
        <w:t>vt 0.842059 0.883168</w:t>
        <w:br/>
        <w:t>vt 0.822002 0.919403</w:t>
        <w:br/>
        <w:t>vt 0.818180 0.919271</w:t>
        <w:br/>
        <w:t>vt 0.819292 0.924840</w:t>
        <w:br/>
        <w:t>vt 0.822708 0.924641</w:t>
        <w:br/>
        <w:t>vt 0.820484 0.903630</w:t>
        <w:br/>
        <w:t>vt 0.818654 0.911551</w:t>
        <w:br/>
        <w:t>vt 0.822982 0.911671</w:t>
        <w:br/>
        <w:t>vt 0.824823 0.902287</w:t>
        <w:br/>
        <w:t>vt 0.825200 0.930396</w:t>
        <w:br/>
        <w:t>vt 0.829910 0.927438</w:t>
        <w:br/>
        <w:t>vt 0.828201 0.918471</w:t>
        <w:br/>
        <w:t>vt 0.829291 0.909463</w:t>
        <w:br/>
        <w:t>vt 0.850648 0.920738</w:t>
        <w:br/>
        <w:t>vt 0.846763 0.920024</w:t>
        <w:br/>
        <w:t>vt 0.845725 0.925296</w:t>
        <w:br/>
        <w:t>vt 0.849561 0.926446</w:t>
        <w:br/>
        <w:t>vt 0.850299 0.905140</w:t>
        <w:br/>
        <w:t>vt 0.845878 0.903343</w:t>
        <w:br/>
        <w:t>vt 0.846360 0.912007</w:t>
        <w:br/>
        <w:t>vt 0.850236 0.913051</w:t>
        <w:br/>
        <w:t>vt 0.833951 0.919988</w:t>
        <w:br/>
        <w:t>vt 0.833341 0.925982</w:t>
        <w:br/>
        <w:t>vt 0.837640 0.927375</w:t>
        <w:br/>
        <w:t>vt 0.840193 0.919472</w:t>
        <w:br/>
        <w:t>vt 0.840456 0.910825</w:t>
        <w:br/>
        <w:t>vt 0.818084 0.949983</w:t>
        <w:br/>
        <w:t>vt 0.819380 0.955062</w:t>
        <w:br/>
        <w:t>vt 0.822344 0.952896</w:t>
        <w:br/>
        <w:t>vt 0.820780 0.948839</w:t>
        <w:br/>
        <w:t>vt 0.820500 0.930598</w:t>
        <w:br/>
        <w:t>vt 0.818107 0.940108</w:t>
        <w:br/>
        <w:t>vt 0.821643 0.939600</w:t>
        <w:br/>
        <w:t>vt 0.825200 0.930396</w:t>
        <w:br/>
        <w:t>vt 0.826786 0.939178</w:t>
        <w:br/>
        <w:t>vt 0.829910 0.927438</w:t>
        <w:br/>
        <w:t>vt 0.826369 0.948182</w:t>
        <w:br/>
        <w:t>vt 0.846790 0.947914</w:t>
        <w:br/>
        <w:t>vt 0.846193 0.953014</w:t>
        <w:br/>
        <w:t>vt 0.850708 0.953025</w:t>
        <w:br/>
        <w:t>vt 0.850439 0.947525</w:t>
        <w:br/>
        <w:t>vt 0.847157 0.931897</w:t>
        <w:br/>
        <w:t>vt 0.842783 0.930425</w:t>
        <w:br/>
        <w:t>vt 0.845526 0.939271</w:t>
        <w:br/>
        <w:t>vt 0.848733 0.939584</w:t>
        <w:br/>
        <w:t>vt 0.838707 0.947856</w:t>
        <w:br/>
        <w:t>vt 0.833262 0.938474</w:t>
        <w:br/>
        <w:t>vt 0.832999 0.948904</w:t>
        <w:br/>
        <w:t>vt 0.837640 0.927375</w:t>
        <w:br/>
        <w:t>vt 0.843772 0.713751</w:t>
        <w:br/>
        <w:t>vt 0.843972 0.724227</w:t>
        <w:br/>
        <w:t>vt 0.844293 0.718554</w:t>
        <w:br/>
        <w:t>vt 0.846300 0.739251</w:t>
        <w:br/>
        <w:t>vt 0.845734 0.749567</w:t>
        <w:br/>
        <w:t>vt 0.846049 0.743907</w:t>
        <w:br/>
        <w:t>vt 0.828383 0.763330</w:t>
        <w:br/>
        <w:t>vt 0.847111 0.763551</w:t>
        <w:br/>
        <w:t>vt 0.845840 0.774265</w:t>
        <w:br/>
        <w:t>vt 0.846482 0.768438</w:t>
        <w:br/>
        <w:t>vt 0.823243 0.790343</w:t>
        <w:br/>
        <w:t>vt 0.823936 0.795421</w:t>
        <w:br/>
        <w:t>vt 0.842196 0.789518</w:t>
        <w:br/>
        <w:t>vt 0.847935 0.790175</w:t>
        <w:br/>
        <w:t>vt 0.846801 0.800963</w:t>
        <w:br/>
        <w:t>vt 0.847603 0.794784</w:t>
        <w:br/>
        <w:t>vt 0.830045 0.798422</w:t>
        <w:br/>
        <w:t>vt 0.849080 0.815443</w:t>
        <w:br/>
        <w:t>vt 0.848010 0.808322</w:t>
        <w:br/>
        <w:t>vt 0.847991 0.825375</w:t>
        <w:br/>
        <w:t>vt 0.848686 0.819908</w:t>
        <w:br/>
        <w:t>vt 0.842735 0.839569</w:t>
        <w:br/>
        <w:t>vt 0.849454 0.840478</w:t>
        <w:br/>
        <w:t>vt 0.842205 0.831097</w:t>
        <w:br/>
        <w:t>vt 0.846988 0.849744</w:t>
        <w:br/>
        <w:t>vt 0.848139 0.844852</w:t>
        <w:br/>
        <w:t>vt 0.848524 0.865333</w:t>
        <w:br/>
        <w:t>vt 0.847618 0.858211</w:t>
        <w:br/>
        <w:t>vt 0.847397 0.876493</w:t>
        <w:br/>
        <w:t>vt 0.847600 0.870870</w:t>
        <w:br/>
        <w:t>vt 0.845878 0.903343</w:t>
        <w:br/>
        <w:t>vt 0.846790 0.947914</w:t>
        <w:br/>
        <w:t>vt 0.846193 0.953014</w:t>
        <w:br/>
        <w:t>vt 0.837849 0.958155</w:t>
        <w:br/>
        <w:t>vt 0.843687 0.958748</w:t>
        <w:br/>
        <w:t>vt 0.822145 0.960014</w:t>
        <w:br/>
        <w:t>vt 0.826073 0.958503</w:t>
        <w:br/>
        <w:t>vt 0.829630 0.957451</w:t>
        <w:br/>
        <w:t>vt 0.843687 0.958748</w:t>
        <w:br/>
        <w:t>vt 0.849337 0.959171</w:t>
        <w:br/>
        <w:t>vt 0.833436 0.956874</w:t>
        <w:br/>
        <w:t>vt 0.820500 0.930598</w:t>
        <w:br/>
        <w:t>vt 0.825200 0.930396</w:t>
        <w:br/>
        <w:t>vt 0.842783 0.930425</w:t>
        <w:br/>
        <w:t>vt 0.847157 0.931897</w:t>
        <w:br/>
        <w:t>vt 0.831136 0.714849</w:t>
        <w:br/>
        <w:t>vt 0.822374 0.750581</w:t>
        <w:br/>
        <w:t>vt 0.818962 0.751482</w:t>
        <w:br/>
        <w:t>vt 0.831983 0.730012</w:t>
        <w:br/>
        <w:t>vt 0.825032 0.775232</w:t>
        <w:br/>
        <w:t>vt 0.821349 0.776293</w:t>
        <w:br/>
        <w:t>vt 0.834544 0.754180</w:t>
        <w:br/>
        <w:t>vt 0.824712 0.800944</w:t>
        <w:br/>
        <w:t>vt 0.819352 0.796325</w:t>
        <w:br/>
        <w:t>vt 0.819898 0.802135</w:t>
        <w:br/>
        <w:t>vt 0.834647 0.779321</w:t>
        <w:br/>
        <w:t>vt 0.826155 0.825315</w:t>
        <w:br/>
        <w:t>vt 0.836231 0.814463</w:t>
        <w:br/>
        <w:t>vt 0.836675 0.804511</w:t>
        <w:br/>
        <w:t>vt 0.825396 0.849775</w:t>
        <w:br/>
        <w:t>vt 0.821053 0.851347</w:t>
        <w:br/>
        <w:t>vt 0.846988 0.849744</w:t>
        <w:br/>
        <w:t>vt 0.852163 0.851731</w:t>
        <w:br/>
        <w:t>vt 0.842205 0.831097</w:t>
        <w:br/>
        <w:t>vt 0.826230 0.876105</w:t>
        <w:br/>
        <w:t>vt 0.836646 0.852779</w:t>
        <w:br/>
        <w:t>vt 0.847600 0.870870</w:t>
        <w:br/>
        <w:t>vt 0.824823 0.902287</w:t>
        <w:br/>
        <w:t>vt 0.820484 0.903630</w:t>
        <w:br/>
        <w:t>vt 0.835392 0.881032</w:t>
        <w:br/>
        <w:t>vt 0.850299 0.905140</w:t>
        <w:br/>
        <w:t>vt 0.828466 0.746726</w:t>
        <w:br/>
        <w:t>vt 0.840431 0.772275</w:t>
        <w:br/>
        <w:t>vt 0.826230 0.876105</w:t>
        <w:br/>
        <w:t>vt 0.834555 0.909976</w:t>
        <w:br/>
        <w:t>vt 0.838330 0.938352</w:t>
        <w:br/>
        <w:t>vt 0.841687 0.822466</w:t>
        <w:br/>
        <w:t>vt 0.829000 0.755277</w:t>
        <w:br/>
        <w:t>vt 0.851338 0.583052</w:t>
        <w:br/>
        <w:t>vt 0.851849 0.568060</w:t>
        <w:br/>
        <w:t>vt 0.858231 0.573777</w:t>
        <w:br/>
        <w:t>vt 0.857039 0.583113</w:t>
        <w:br/>
        <w:t>vt 0.860407 0.563979</w:t>
        <w:br/>
        <w:t>vt 0.835671 0.543234</w:t>
        <w:br/>
        <w:t>vt 0.838265 0.553135</w:t>
        <w:br/>
        <w:t>vt 0.831931 0.556252</w:t>
        <w:br/>
        <w:t>vt 0.825786 0.547170</w:t>
        <w:br/>
        <w:t>vt 0.837442 0.541214</w:t>
        <w:br/>
        <w:t>vt 0.845585 0.535351</w:t>
        <w:br/>
        <w:t>vt 0.850525 0.548951</w:t>
        <w:br/>
        <w:t>vt 0.860675 0.535618</w:t>
        <w:br/>
        <w:t>vt 0.866719 0.542595</w:t>
        <w:br/>
        <w:t>vt 0.863148 0.543946</w:t>
        <w:br/>
        <w:t>vt 0.863242 0.553805</w:t>
        <w:br/>
        <w:t>vt 0.867191 0.532812</w:t>
        <w:br/>
        <w:t>vt 0.864990 0.522914</w:t>
        <w:br/>
        <w:t>vt 0.857495 0.529733</w:t>
        <w:br/>
        <w:t>vt 0.853396 0.523003</w:t>
        <w:br/>
        <w:t>vt 0.860990 0.514399</w:t>
        <w:br/>
        <w:t>vt 0.848500 0.516418</w:t>
        <w:br/>
        <w:t>vt 0.854947 0.504745</w:t>
        <w:br/>
        <w:t>vt 0.839543 0.570040</w:t>
        <w:br/>
        <w:t>vt 0.834972 0.563486</w:t>
        <w:br/>
        <w:t>vt 0.840090 0.582959</w:t>
        <w:br/>
        <w:t>vt 0.858300 0.592517</w:t>
        <w:br/>
        <w:t>vt 0.851906 0.598106</w:t>
        <w:br/>
        <w:t>vt 0.860413 0.602444</w:t>
        <w:br/>
        <w:t>vt 0.833153 0.620622</w:t>
        <w:br/>
        <w:t>vt 0.824830 0.617655</w:t>
        <w:br/>
        <w:t>vt 0.828984 0.609881</w:t>
        <w:br/>
        <w:t>vt 0.837996 0.612415</w:t>
        <w:br/>
        <w:t>vt 0.836863 0.624076</w:t>
        <w:br/>
        <w:t>vt 0.850204 0.617093</w:t>
        <w:br/>
        <w:t>vt 0.844640 0.630157</w:t>
        <w:br/>
        <w:t>vt 0.859654 0.631152</w:t>
        <w:br/>
        <w:t>vt 0.862569 0.622855</w:t>
        <w:br/>
        <w:t>vt 0.866065 0.624527</w:t>
        <w:br/>
        <w:t>vt 0.863031 0.612888</w:t>
        <w:br/>
        <w:t>vt 0.865942 0.634556</w:t>
        <w:br/>
        <w:t>vt 0.851363 0.643212</w:t>
        <w:br/>
        <w:t>vt 0.856512 0.636680</w:t>
        <w:br/>
        <w:t>vt 0.862919 0.644467</w:t>
        <w:br/>
        <w:t>vt 0.858031 0.652680</w:t>
        <w:br/>
        <w:t>vt 0.845787 0.649133</w:t>
        <w:br/>
        <w:t>vt 0.850838 0.661493</w:t>
        <w:br/>
        <w:t>vt 0.839843 0.595821</w:t>
        <w:br/>
        <w:t>vt 0.834000 0.598838</w:t>
        <w:br/>
        <w:t>vt 0.833167 0.574313</w:t>
        <w:br/>
        <w:t>vt 0.835399 0.568553</w:t>
        <w:br/>
        <w:t>vt 0.835965 0.583181</w:t>
        <w:br/>
        <w:t>vt 0.837145 0.588618</w:t>
        <w:br/>
        <w:t>vt 0.793175 0.956071</w:t>
        <w:br/>
        <w:t>vt 0.803535 0.959741</w:t>
        <w:br/>
        <w:t>vt 0.795331 0.978912</w:t>
        <w:br/>
        <w:t>vt 0.757149 0.976030</w:t>
        <w:br/>
        <w:t>vt 0.776348 0.977657</w:t>
        <w:br/>
        <w:t>vt 0.772610 0.997132</w:t>
        <w:br/>
        <w:t>vt 0.756007 0.996002</w:t>
        <w:br/>
        <w:t>vt 0.771643 0.954536</w:t>
        <w:br/>
        <w:t>vt 0.762279 0.954085</w:t>
        <w:br/>
        <w:t>vt 0.884025 0.689231</w:t>
        <w:br/>
        <w:t>vt 0.884231 0.687448</w:t>
        <w:br/>
        <w:t>vt 0.893646 0.688653</w:t>
        <w:br/>
        <w:t>vt 0.893646 0.690685</w:t>
        <w:br/>
        <w:t>vt 0.880526 0.665839</w:t>
        <w:br/>
        <w:t>vt 0.880790 0.668145</w:t>
        <w:br/>
        <w:t>vt 0.868488 0.668145</w:t>
        <w:br/>
        <w:t>vt 0.867351 0.665839</w:t>
        <w:br/>
        <w:t>vt 0.765529 0.922219</w:t>
        <w:br/>
        <w:t>vt 0.755578 0.922738</w:t>
        <w:br/>
        <w:t>vt 0.755511 0.911830</w:t>
        <w:br/>
        <w:t>vt 0.765575 0.910975</w:t>
        <w:br/>
        <w:t>vt 0.775348 0.921984</w:t>
        <w:br/>
        <w:t>vt 0.775579 0.910576</w:t>
        <w:br/>
        <w:t>vt 0.785004 0.910974</w:t>
        <w:br/>
        <w:t>vt 0.785087 0.922555</w:t>
        <w:br/>
        <w:t>vt 0.774733 0.899456</w:t>
        <w:br/>
        <w:t>vt 0.772868 0.889434</w:t>
        <w:br/>
        <w:t>vt 0.781723 0.889256</w:t>
        <w:br/>
        <w:t>vt 0.783851 0.899653</w:t>
        <w:br/>
        <w:t>vt 0.794037 0.937018</w:t>
        <w:br/>
        <w:t>vt 0.794671 0.922980</w:t>
        <w:br/>
        <w:t>vt 0.808924 0.922406</w:t>
        <w:br/>
        <w:t>vt 0.806696 0.938736</w:t>
        <w:br/>
        <w:t>vt 0.794277 0.911207</w:t>
        <w:br/>
        <w:t>vt 0.806931 0.910187</w:t>
        <w:br/>
        <w:t>vt 0.779435 0.880862</w:t>
        <w:br/>
        <w:t>vt 0.788344 0.880240</w:t>
        <w:br/>
        <w:t>vt 0.790519 0.889161</w:t>
        <w:br/>
        <w:t>vt 0.792834 0.899843</w:t>
        <w:br/>
        <w:t>vt 0.801964 0.888148</w:t>
        <w:br/>
        <w:t>vt 0.804704 0.898738</w:t>
        <w:br/>
        <w:t>vt 0.799252 0.878670</w:t>
        <w:br/>
        <w:t>vt 0.808463 0.877101</w:t>
        <w:br/>
        <w:t>vt 0.811111 0.887638</w:t>
        <w:br/>
        <w:t>vt 0.817544 0.665839</w:t>
        <w:br/>
        <w:t>vt 0.818816 0.668145</w:t>
        <w:br/>
        <w:t>vt 0.810558 0.668145</w:t>
        <w:br/>
        <w:t>vt 0.810274 0.665839</w:t>
        <w:br/>
        <w:t>vt 0.754189 0.891005</w:t>
        <w:br/>
        <w:t>vt 0.753256 0.882440</w:t>
        <w:br/>
        <w:t>vt 0.761877 0.881730</w:t>
        <w:br/>
        <w:t>vt 0.763585 0.889884</w:t>
        <w:br/>
        <w:t>vt 0.764897 0.900061</w:t>
        <w:br/>
        <w:t>vt 0.773944 0.936190</w:t>
        <w:br/>
        <w:t>vt 0.764414 0.936134</w:t>
        <w:br/>
        <w:t>vt 0.784107 0.936482</w:t>
        <w:br/>
        <w:t>vt 0.787961 0.831960</w:t>
        <w:br/>
        <w:t>vt 0.789915 0.845395</w:t>
        <w:br/>
        <w:t>vt 0.779853 0.845963</w:t>
        <w:br/>
        <w:t>vt 0.778202 0.831952</w:t>
        <w:br/>
        <w:t>vt 0.750936 0.846249</w:t>
        <w:br/>
        <w:t>vt 0.756634 0.860338</w:t>
        <w:br/>
        <w:t>vt 0.749129 0.860613</w:t>
        <w:br/>
        <w:t>vt 0.793140 0.857408</w:t>
        <w:br/>
        <w:t>vt 0.782915 0.858788</w:t>
        <w:br/>
        <w:t>vt 0.764149 0.860096</w:t>
        <w:br/>
        <w:t>vt 0.761772 0.846053</w:t>
        <w:br/>
        <w:t>vt 0.770935 0.846039</w:t>
        <w:br/>
        <w:t>vt 0.773621 0.859561</w:t>
        <w:br/>
        <w:t>vt 0.751231 0.871866</w:t>
        <w:br/>
        <w:t>vt 0.759187 0.871453</w:t>
        <w:br/>
        <w:t>vt 0.802173 0.856151</w:t>
        <w:br/>
        <w:t>vt 0.805266 0.866444</w:t>
        <w:br/>
        <w:t>vt 0.796192 0.867997</w:t>
        <w:br/>
        <w:t>vt 0.767097 0.871241</w:t>
        <w:br/>
        <w:t>vt 0.776484 0.870523</w:t>
        <w:br/>
        <w:t>vt 0.826123 0.665839</w:t>
        <w:br/>
        <w:t>vt 0.827971 0.668145</w:t>
        <w:br/>
        <w:t>vt 0.782567 0.955048</w:t>
        <w:br/>
        <w:t>vt 0.842174 0.665839</w:t>
        <w:br/>
        <w:t>vt 0.842873 0.668145</w:t>
        <w:br/>
        <w:t>vt 0.836440 0.668145</w:t>
        <w:br/>
        <w:t>vt 0.835897 0.665839</w:t>
        <w:br/>
        <w:t>vt 0.783018 0.987972</w:t>
        <w:br/>
        <w:t>vt 0.770385 0.881446</w:t>
        <w:br/>
        <w:t>vt 0.769796 0.831946</w:t>
        <w:br/>
        <w:t>vt 0.785670 0.869598</w:t>
        <w:br/>
        <w:t>vt 0.799716 0.845039</w:t>
        <w:br/>
        <w:t>vt 0.754860 0.936045</w:t>
        <w:br/>
        <w:t>vt 0.752894 0.953582</w:t>
        <w:br/>
        <w:t>vt 0.801664 0.685355</w:t>
        <w:br/>
        <w:t>vt 0.813872 0.683445</w:t>
        <w:br/>
        <w:t>vt 0.814108 0.685013</w:t>
        <w:br/>
        <w:t>vt 0.862529 0.685592</w:t>
        <w:br/>
        <w:t>vt 0.862775 0.684672</w:t>
        <w:br/>
        <w:t>vt 0.873997 0.686302</w:t>
        <w:br/>
        <w:t>vt 0.873721 0.687569</w:t>
        <w:br/>
        <w:t>vt 0.854363 0.665839</w:t>
        <w:br/>
        <w:t>vt 0.855486 0.668145</w:t>
        <w:br/>
        <w:t>vt 0.750423 0.831931</w:t>
        <w:br/>
        <w:t>vt 0.760922 0.831939</w:t>
        <w:br/>
        <w:t>vt 0.798604 0.831968</w:t>
        <w:br/>
        <w:t>vt 0.800247 0.831969</w:t>
        <w:br/>
        <w:t>vt 0.801371 0.844914</w:t>
        <w:br/>
        <w:t>vt 0.740939 0.861025</w:t>
        <w:br/>
        <w:t>vt 0.739463 0.846986</w:t>
        <w:br/>
        <w:t>vt 0.744866 0.923730</w:t>
        <w:br/>
        <w:t>vt 0.744452 0.913290</w:t>
        <w:br/>
        <w:t>vt 0.742472 0.872648</w:t>
        <w:br/>
        <w:t>vt 0.743670 0.883620</w:t>
        <w:br/>
        <w:t>vt 0.755018 0.901325</w:t>
        <w:br/>
        <w:t>vt 0.744050 0.903084</w:t>
        <w:br/>
        <w:t>vt 0.743858 0.892636</w:t>
        <w:br/>
        <w:t>vt 0.739825 0.994737</w:t>
        <w:br/>
        <w:t>vt 0.740843 0.974662</w:t>
        <w:br/>
        <w:t>vt 0.742995 0.953110</w:t>
        <w:br/>
        <w:t>vt 0.744864 0.936025</w:t>
        <w:br/>
        <w:t>vt 0.739224 0.831922</w:t>
        <w:br/>
        <w:t>vt 0.722293 0.973229</w:t>
        <w:br/>
        <w:t>vt 0.722293 0.952036</w:t>
        <w:br/>
        <w:t>vt 0.728900 0.952222</w:t>
        <w:br/>
        <w:t>vt 0.728900 0.973956</w:t>
        <w:br/>
        <w:t>vt 0.722293 0.930161</w:t>
        <w:br/>
        <w:t>vt 0.728900 0.929548</w:t>
        <w:br/>
        <w:t>vt 0.722293 0.910881</w:t>
        <w:br/>
        <w:t>vt 0.728900 0.909921</w:t>
        <w:br/>
        <w:t>vt 0.722293 0.894613</w:t>
        <w:br/>
        <w:t>vt 0.728900 0.893746</w:t>
        <w:br/>
        <w:t>vt 0.722293 0.863384</w:t>
        <w:br/>
        <w:t>vt 0.728900 0.862539</w:t>
        <w:br/>
        <w:t>vt 0.728900 0.877845</w:t>
        <w:br/>
        <w:t>vt 0.722293 0.878416</w:t>
        <w:br/>
        <w:t>vt 0.722293 0.849118</w:t>
        <w:br/>
        <w:t>vt 0.728900 0.848070</w:t>
        <w:br/>
        <w:t>vt 0.722293 0.831909</w:t>
        <w:br/>
        <w:t>vt 0.728900 0.831914</w:t>
        <w:br/>
        <w:t>vt 0.722293 0.993743</w:t>
        <w:br/>
        <w:t>vt 0.728900 0.994566</w:t>
        <w:br/>
        <w:t>vt 0.730753 0.973966</w:t>
        <w:br/>
        <w:t>vt 0.730753 0.952764</w:t>
        <w:br/>
        <w:t>vt 0.730753 0.994069</w:t>
        <w:br/>
        <w:t>vt 0.730753 0.847653</w:t>
        <w:br/>
        <w:t>vt 0.730753 0.831916</w:t>
        <w:br/>
        <w:t>vt 0.730753 0.861716</w:t>
        <w:br/>
        <w:t>vt 0.730753 0.877169</w:t>
        <w:br/>
        <w:t>vt 0.730753 0.893407</w:t>
        <w:br/>
        <w:t>vt 0.730753 0.910110</w:t>
        <w:br/>
        <w:t>vt 0.730753 0.930343</w:t>
        <w:br/>
        <w:t>vt 0.720434 0.973063</w:t>
        <w:br/>
        <w:t>vt 0.720434 0.952048</w:t>
        <w:br/>
        <w:t>vt 0.720434 0.929978</w:t>
        <w:br/>
        <w:t>vt 0.720434 0.910729</w:t>
        <w:br/>
        <w:t>vt 0.720434 0.894758</w:t>
        <w:br/>
        <w:t>vt 0.720434 0.878287</w:t>
        <w:br/>
        <w:t>vt 0.720434 0.863216</w:t>
        <w:br/>
        <w:t>vt 0.720434 0.849112</w:t>
        <w:br/>
        <w:t>vt 0.720434 0.831907</w:t>
        <w:br/>
        <w:t>vt 0.720434 0.993528</w:t>
        <w:br/>
        <w:t>vt 0.730753 0.847653</w:t>
        <w:br/>
        <w:t>vt 0.728900 0.929548</w:t>
        <w:br/>
        <w:t>vt 0.806954 0.866165</w:t>
        <w:br/>
        <w:t>vt 0.810179 0.876893</w:t>
        <w:br/>
        <w:t>vt 0.810495 0.909252</w:t>
        <w:br/>
        <w:t>vt 0.811793 0.897203</w:t>
        <w:br/>
        <w:t>vt 0.810495 0.909252</w:t>
        <w:br/>
        <w:t>vt 0.812769 0.887616</w:t>
        <w:br/>
        <w:t>vt 0.882529 0.678494</w:t>
        <w:br/>
        <w:t>vt 0.893646 0.668145</w:t>
        <w:br/>
        <w:t>vt 0.893646 0.679579</w:t>
        <w:br/>
        <w:t>vt 0.871279 0.676873</w:t>
        <w:br/>
        <w:t>vt 0.822968 0.676536</w:t>
        <w:br/>
        <w:t>vt 0.825381 0.683490</w:t>
        <w:br/>
        <w:t>vt 0.812213 0.675456</w:t>
        <w:br/>
        <w:t>vt 0.836688 0.676175</w:t>
        <w:br/>
        <w:t>vt 0.838034 0.683140</w:t>
        <w:br/>
        <w:t>vt 0.846114 0.674454</w:t>
        <w:br/>
        <w:t>vt 0.849851 0.682763</w:t>
        <w:br/>
        <w:t>vt 0.801664 0.676167</w:t>
        <w:br/>
        <w:t>vt 0.801664 0.668145</w:t>
        <w:br/>
        <w:t>vt 0.859355 0.675473</w:t>
        <w:br/>
        <w:t>vt 0.801664 0.685355</w:t>
        <w:br/>
        <w:t>vt 0.825594 0.685129</w:t>
        <w:br/>
        <w:t>vt 0.837676 0.683797</w:t>
        <w:br/>
        <w:t>vt 0.849255 0.683894</w:t>
        <w:br/>
        <w:t>vt 0.893675 0.665839</w:t>
        <w:br/>
        <w:t>vt 0.798700 0.665653</w:t>
        <w:br/>
        <w:t>vt 0.793357 0.707857</w:t>
        <w:br/>
        <w:t>vt 0.795548 0.685018</w:t>
        <w:br/>
        <w:t>vt 0.803723 0.704202</w:t>
        <w:br/>
        <w:t>vt 0.772853 0.666763</w:t>
        <w:br/>
        <w:t>vt 0.776563 0.686244</w:t>
        <w:br/>
        <w:t>vt 0.757360 0.687842</w:t>
        <w:br/>
        <w:t>vt 0.756249 0.667868</w:t>
        <w:br/>
        <w:t>vt 0.771822 0.709358</w:t>
        <w:br/>
        <w:t>vt 0.762458 0.709795</w:t>
        <w:br/>
        <w:t>vt 0.903415 0.691164</w:t>
        <w:br/>
        <w:t>vt 0.903135 0.688771</w:t>
        <w:br/>
        <w:t>vt 0.906796 0.665839</w:t>
        <w:br/>
        <w:t>vt 0.919825 0.665839</w:t>
        <w:br/>
        <w:t>vt 0.919482 0.668145</w:t>
        <w:br/>
        <w:t>vt 0.906970 0.668145</w:t>
        <w:br/>
        <w:t>vt 0.765662 0.741666</w:t>
        <w:br/>
        <w:t>vt 0.765691 0.752909</w:t>
        <w:br/>
        <w:t>vt 0.755628 0.752040</w:t>
        <w:br/>
        <w:t>vt 0.755712 0.741132</w:t>
        <w:br/>
        <w:t>vt 0.775480 0.741916</w:t>
        <w:br/>
        <w:t>vt 0.785220 0.741360</w:t>
        <w:br/>
        <w:t>vt 0.785120 0.752941</w:t>
        <w:br/>
        <w:t>vt 0.775694 0.753325</w:t>
        <w:br/>
        <w:t>vt 0.781808 0.774653</w:t>
        <w:br/>
        <w:t>vt 0.772953 0.774462</w:t>
        <w:br/>
        <w:t>vt 0.774832 0.764443</w:t>
        <w:br/>
        <w:t>vt 0.783951 0.764261</w:t>
        <w:br/>
        <w:t>vt 0.794191 0.726912</w:t>
        <w:br/>
        <w:t>vt 0.806853 0.725211</w:t>
        <w:br/>
        <w:t>vt 0.809057 0.741546</w:t>
        <w:br/>
        <w:t>vt 0.794805 0.740950</w:t>
        <w:br/>
        <w:t>vt 0.807046 0.753763</w:t>
        <w:br/>
        <w:t>vt 0.794393 0.752722</w:t>
        <w:br/>
        <w:t>vt 0.790604 0.774763</w:t>
        <w:br/>
        <w:t>vt 0.788415 0.783680</w:t>
        <w:br/>
        <w:t>vt 0.779506 0.783045</w:t>
        <w:br/>
        <w:t>vt 0.802047 0.775793</w:t>
        <w:br/>
        <w:t>vt 0.792934 0.764085</w:t>
        <w:br/>
        <w:t>vt 0.804802 0.765208</w:t>
        <w:br/>
        <w:t>vt 0.811193 0.776318</w:t>
        <w:br/>
        <w:t>vt 0.808529 0.786851</w:t>
        <w:br/>
        <w:t>vt 0.799321 0.785267</w:t>
        <w:br/>
        <w:t>vt 0.966455 0.665839</w:t>
        <w:br/>
        <w:t>vt 0.978352 0.665839</w:t>
        <w:br/>
        <w:t>vt 0.977538 0.668145</w:t>
        <w:br/>
        <w:t>vt 0.965198 0.668145</w:t>
        <w:br/>
        <w:t>vt 0.754276 0.772863</w:t>
        <w:br/>
        <w:t>vt 0.763670 0.773998</w:t>
        <w:br/>
        <w:t>vt 0.761949 0.782150</w:t>
        <w:br/>
        <w:t>vt 0.753330 0.781426</w:t>
        <w:br/>
        <w:t>vt 0.764997 0.763823</w:t>
        <w:br/>
        <w:t>vt 0.774098 0.727708</w:t>
        <w:br/>
        <w:t>vt 0.764567 0.727749</w:t>
        <w:br/>
        <w:t>vt 0.784261 0.727432</w:t>
        <w:br/>
        <w:t>vt 0.779873 0.817945</w:t>
        <w:br/>
        <w:t>vt 0.789935 0.818528</w:t>
        <w:br/>
        <w:t>vt 0.750957 0.817614</w:t>
        <w:br/>
        <w:t>vt 0.749171 0.803247</w:t>
        <w:br/>
        <w:t>vt 0.756676 0.803533</w:t>
        <w:br/>
        <w:t>vt 0.793177 0.806520</w:t>
        <w:br/>
        <w:t>vt 0.782954 0.805124</w:t>
        <w:br/>
        <w:t>vt 0.770955 0.817854</w:t>
        <w:br/>
        <w:t>vt 0.761793 0.817827</w:t>
        <w:br/>
        <w:t>vt 0.764190 0.803787</w:t>
        <w:br/>
        <w:t>vt 0.773662 0.804337</w:t>
        <w:br/>
        <w:t>vt 0.751290 0.791997</w:t>
        <w:br/>
        <w:t>vt 0.759245 0.792422</w:t>
        <w:br/>
        <w:t>vt 0.805317 0.797503</w:t>
        <w:br/>
        <w:t>vt 0.802208 0.807791</w:t>
        <w:br/>
        <w:t>vt 0.796245 0.795935</w:t>
        <w:br/>
        <w:t>vt 0.767155 0.792646</w:t>
        <w:br/>
        <w:t>vt 0.776541 0.793379</w:t>
        <w:br/>
        <w:t>vt 0.957082 0.665839</w:t>
        <w:br/>
        <w:t>vt 0.956014 0.668145</w:t>
        <w:br/>
        <w:t>vt 0.782748 0.708863</w:t>
        <w:br/>
        <w:t>vt 0.943820 0.665839</w:t>
        <w:br/>
        <w:t>vt 0.949588 0.665839</w:t>
        <w:br/>
        <w:t>vt 0.947741 0.668145</w:t>
        <w:br/>
        <w:t>vt 0.942682 0.668145</w:t>
        <w:br/>
        <w:t>vt 0.783248 0.675940</w:t>
        <w:br/>
        <w:t>vt 0.770458 0.782446</w:t>
        <w:br/>
        <w:t>vt 0.785726 0.794318</w:t>
        <w:br/>
        <w:t>vt 0.799735 0.818899</w:t>
        <w:br/>
        <w:t>vt 0.755013 0.727824</w:t>
        <w:br/>
        <w:t>vt 0.753073 0.710283</w:t>
        <w:br/>
        <w:t>vt 0.991039 0.681391</w:t>
        <w:br/>
        <w:t>vt 0.974861 0.681171</w:t>
        <w:br/>
        <w:t>vt 0.974793 0.680255</w:t>
        <w:br/>
        <w:t>vt 0.926470 0.690165</w:t>
        <w:br/>
        <w:t>vt 0.914459 0.691365</w:t>
        <w:br/>
        <w:t>vt 0.913870 0.689130</w:t>
        <w:br/>
        <w:t>vt 0.925957 0.688586</w:t>
        <w:br/>
        <w:t>vt 0.932422 0.665839</w:t>
        <w:br/>
        <w:t>vt 0.932114 0.668145</w:t>
        <w:br/>
        <w:t>vt 0.801390 0.819026</w:t>
        <w:br/>
        <w:t>vt 0.739485 0.816859</w:t>
        <w:br/>
        <w:t>vt 0.740982 0.802822</w:t>
        <w:br/>
        <w:t>vt 0.744571 0.750563</w:t>
        <w:br/>
        <w:t>vt 0.745001 0.740123</w:t>
        <w:br/>
        <w:t>vt 0.742532 0.791201</w:t>
        <w:br/>
        <w:t>vt 0.743746 0.780231</w:t>
        <w:br/>
        <w:t>vt 0.755120 0.762544</w:t>
        <w:br/>
        <w:t>vt 0.743947 0.771216</w:t>
        <w:br/>
        <w:t>vt 0.744155 0.760768</w:t>
        <w:br/>
        <w:t>vt 0.740065 0.669108</w:t>
        <w:br/>
        <w:t>vt 0.741052 0.689185</w:t>
        <w:br/>
        <w:t>vt 0.745017 0.727828</w:t>
        <w:br/>
        <w:t>vt 0.743173 0.710741</w:t>
        <w:br/>
        <w:t>vt 0.722501 0.690589</w:t>
        <w:br/>
        <w:t>vt 0.729108 0.689872</w:t>
        <w:br/>
        <w:t>vt 0.729076 0.711606</w:t>
        <w:br/>
        <w:t>vt 0.722469 0.711783</w:t>
        <w:br/>
        <w:t>vt 0.722437 0.733658</w:t>
        <w:br/>
        <w:t>vt 0.729043 0.734281</w:t>
        <w:br/>
        <w:t>vt 0.729014 0.753908</w:t>
        <w:br/>
        <w:t>vt 0.722409 0.752937</w:t>
        <w:br/>
        <w:t>vt 0.722385 0.769206</w:t>
        <w:br/>
        <w:t>vt 0.728990 0.770082</w:t>
        <w:br/>
        <w:t>vt 0.722339 0.800434</w:t>
        <w:br/>
        <w:t>vt 0.722361 0.785403</w:t>
        <w:br/>
        <w:t>vt 0.728967 0.785984</w:t>
        <w:br/>
        <w:t>vt 0.728944 0.801290</w:t>
        <w:br/>
        <w:t>vt 0.722318 0.814700</w:t>
        <w:br/>
        <w:t>vt 0.728923 0.815759</w:t>
        <w:br/>
        <w:t>vt 0.722531 0.670075</w:t>
        <w:br/>
        <w:t>vt 0.729138 0.669262</w:t>
        <w:br/>
        <w:t>vt 0.730930 0.711068</w:t>
        <w:br/>
        <w:t>vt 0.730961 0.689865</w:t>
        <w:br/>
        <w:t>vt 0.730991 0.669763</w:t>
        <w:br/>
        <w:t>vt 0.730776 0.816178</w:t>
        <w:br/>
        <w:t>vt 0.730796 0.802116</w:t>
        <w:br/>
        <w:t>vt 0.730819 0.786662</w:t>
        <w:br/>
        <w:t>vt 0.730843 0.770424</w:t>
        <w:br/>
        <w:t>vt 0.730867 0.753722</w:t>
        <w:br/>
        <w:t>vt 0.730897 0.733489</w:t>
        <w:br/>
        <w:t>vt 0.720641 0.690753</w:t>
        <w:br/>
        <w:t>vt 0.720610 0.711767</w:t>
        <w:br/>
        <w:t>vt 0.720578 0.733838</w:t>
        <w:br/>
        <w:t>vt 0.720550 0.753086</w:t>
        <w:br/>
        <w:t>vt 0.720526 0.769058</w:t>
        <w:br/>
        <w:t>vt 0.720502 0.785528</w:t>
        <w:br/>
        <w:t>vt 0.720480 0.800599</w:t>
        <w:br/>
        <w:t>vt 0.720459 0.814703</w:t>
        <w:br/>
        <w:t>vt 0.720671 0.670288</w:t>
        <w:br/>
        <w:t>vt 0.730776 0.816178</w:t>
        <w:br/>
        <w:t>vt 0.729043 0.734281</w:t>
        <w:br/>
        <w:t>vt 0.807004 0.797784</w:t>
        <w:br/>
        <w:t>vt 0.810245 0.787061</w:t>
        <w:br/>
        <w:t>vt 0.810609 0.754702</w:t>
        <w:br/>
        <w:t>vt 0.810609 0.754702</w:t>
        <w:br/>
        <w:t>vt 0.811889 0.766754</w:t>
        <w:br/>
        <w:t>vt 0.905187 0.679571</w:t>
        <w:br/>
        <w:t>vt 0.916786 0.679168</w:t>
        <w:br/>
        <w:t>vt 0.963779 0.674974</w:t>
        <w:br/>
        <w:t>vt 0.976219 0.673488</w:t>
        <w:br/>
        <w:t>vt 0.962533 0.681367</w:t>
        <w:br/>
        <w:t>vt 0.951110 0.675390</w:t>
        <w:br/>
        <w:t>vt 0.950045 0.683424</w:t>
        <w:br/>
        <w:t>vt 0.940169 0.675892</w:t>
        <w:br/>
        <w:t>vt 0.938681 0.685539</w:t>
        <w:br/>
        <w:t>vt 0.991039 0.673147</w:t>
        <w:br/>
        <w:t>vt 0.991039 0.668322</w:t>
        <w:br/>
        <w:t>vt 0.928318 0.678074</w:t>
        <w:br/>
        <w:t>vt 0.991039 0.681391</w:t>
        <w:br/>
        <w:t>vt 0.963120 0.682676</w:t>
        <w:br/>
        <w:t>vt 0.950749 0.684328</w:t>
        <w:br/>
        <w:t>vt 0.939649 0.686991</w:t>
        <w:br/>
        <w:t>vt 0.995963 0.665831</w:t>
        <w:br/>
        <w:t>vt 0.803834 0.855873</w:t>
        <w:br/>
        <w:t>vt 0.812850 0.776341</w:t>
        <w:br/>
        <w:t>vt 0.803869 0.808071</w:t>
        <w:br/>
        <w:t>vt 0.881828 0.077860</w:t>
        <w:br/>
        <w:t>vt 0.869719 0.072461</w:t>
        <w:br/>
        <w:t>vt 0.883240 0.069304</w:t>
        <w:br/>
        <w:t>vt 0.890907 0.080327</w:t>
        <w:br/>
        <w:t>vt 0.895930 0.073747</w:t>
        <w:br/>
        <w:t>vt 0.894275 0.067098</w:t>
        <w:br/>
        <w:t>vt 0.884043 0.065125</w:t>
        <w:br/>
        <w:t>vt 0.893921 0.063013</w:t>
        <w:br/>
        <w:t>vt 0.884510 0.062134</w:t>
        <w:br/>
        <w:t>vt 0.897287 0.080436</w:t>
        <w:br/>
        <w:t>vt 0.884623 0.059282</w:t>
        <w:br/>
        <w:t>vt 0.894100 0.059282</w:t>
        <w:br/>
        <w:t>vt 0.869896 0.059283</w:t>
        <w:br/>
        <w:t>vt 0.869719 0.072461</w:t>
        <w:br/>
        <w:t>vt 0.881828 0.077860</w:t>
        <w:br/>
        <w:t>vt 0.883240 0.069304</w:t>
        <w:br/>
        <w:t>vt 0.890907 0.080327</w:t>
        <w:br/>
        <w:t>vt 0.895930 0.073747</w:t>
        <w:br/>
        <w:t>vt 0.894275 0.067098</w:t>
        <w:br/>
        <w:t>vt 0.884043 0.065125</w:t>
        <w:br/>
        <w:t>vt 0.893921 0.063013</w:t>
        <w:br/>
        <w:t>vt 0.884510 0.062134</w:t>
        <w:br/>
        <w:t>vt 0.897287 0.080436</w:t>
        <w:br/>
        <w:t>vt 0.869897 0.059283</w:t>
        <w:br/>
        <w:t>vt 0.859094 0.984709</w:t>
        <w:br/>
        <w:t>vt 0.853451 0.982441</w:t>
        <w:br/>
        <w:t>vt 0.860539 0.977311</w:t>
        <w:br/>
        <w:t>vt 0.856460 0.969273</w:t>
        <w:br/>
        <w:t>vt 0.856125 0.977051</w:t>
        <w:br/>
        <w:t>vt 0.854433 0.971277</w:t>
        <w:br/>
        <w:t>vt 0.853146 0.980552</w:t>
        <w:br/>
        <w:t>vt 0.861916 0.968754</w:t>
        <w:br/>
        <w:t>vt 0.892032 0.968631</w:t>
        <w:br/>
        <w:t>vt 0.895122 0.979981</w:t>
        <w:br/>
        <w:t>vt 0.887153 0.979513</w:t>
        <w:br/>
        <w:t>vt 0.885717 0.966128</w:t>
        <w:br/>
        <w:t>vt 0.866743 0.977648</w:t>
        <w:br/>
        <w:t>vt 0.865669 0.992803</w:t>
        <w:br/>
        <w:t>vt 0.860451 0.990371</w:t>
        <w:br/>
        <w:t>vt 0.872565 0.978297</w:t>
        <w:br/>
        <w:t>vt 0.871022 0.994388</w:t>
        <w:br/>
        <w:t>vt 0.879716 0.994341</w:t>
        <w:br/>
        <w:t>vt 0.879399 0.978928</w:t>
        <w:br/>
        <w:t>vt 0.889627 0.993151</w:t>
        <w:br/>
        <w:t>vt 0.072029 0.716338</w:t>
        <w:br/>
        <w:t>vt 0.065627 0.711177</w:t>
        <w:br/>
        <w:t>vt 0.070108 0.708693</w:t>
        <w:br/>
        <w:t>vt 0.068930 0.725112</w:t>
        <w:br/>
        <w:t>vt 0.066668 0.722768</w:t>
        <w:br/>
        <w:t>vt 0.067987 0.717049</w:t>
        <w:br/>
        <w:t>vt 0.065189 0.713963</w:t>
        <w:br/>
        <w:t>vt 0.073359 0.725301</w:t>
        <w:br/>
        <w:t>vt 0.076977 0.716022</w:t>
        <w:br/>
        <w:t>vt 0.079509 0.730944</w:t>
        <w:br/>
        <w:t>vt 0.082120 0.715172</w:t>
        <w:br/>
        <w:t>vt 0.083874 0.731004</w:t>
        <w:br/>
        <w:t>vt 0.087668 0.699315</w:t>
        <w:br/>
        <w:t>vt 0.088074 0.714340</w:t>
        <w:br/>
        <w:t>vt 0.080213 0.699286</w:t>
        <w:br/>
        <w:t>vt 0.096572 0.700677</w:t>
        <w:br/>
        <w:t>vt 0.094998 0.713583</w:t>
        <w:br/>
        <w:t>vt 0.075176 0.729673</w:t>
        <w:br/>
        <w:t>vt 0.903841 0.979981</w:t>
        <w:br/>
        <w:t>vt 0.909325 0.991269</w:t>
        <w:br/>
        <w:t>vt 0.899447 0.991269</w:t>
        <w:br/>
        <w:t>vt 0.880114 0.963980</w:t>
        <w:br/>
        <w:t>vt 0.874492 0.962828</w:t>
        <w:br/>
        <w:t>vt 0.982119 0.991269</w:t>
        <w:br/>
        <w:t>vt 0.982119 0.979981</w:t>
        <w:br/>
        <w:t>vt 0.998479 0.979981</w:t>
        <w:br/>
        <w:t>vt 0.998479 0.991269</w:t>
        <w:br/>
        <w:t>vt 0.950796 0.979981</w:t>
        <w:br/>
        <w:t>vt 0.954947 0.991269</w:t>
        <w:br/>
        <w:t>vt 0.941550 0.991269</w:t>
        <w:br/>
        <w:t>vt 0.935548 0.979981</w:t>
        <w:br/>
        <w:t>vt 0.921889 0.979981</w:t>
        <w:br/>
        <w:t>vt 0.930403 0.991269</w:t>
        <w:br/>
        <w:t>vt 0.919030 0.991269</w:t>
        <w:br/>
        <w:t>vt 0.913200 0.979981</w:t>
        <w:br/>
        <w:t>vt 0.948561 0.968631</w:t>
        <w:br/>
        <w:t>vt 0.965239 0.968631</w:t>
        <w:br/>
        <w:t>vt 0.966281 0.979981</w:t>
        <w:br/>
        <w:t>vt 0.106102 0.723537</w:t>
        <w:br/>
        <w:t>vt 0.099080 0.723537</w:t>
        <w:br/>
        <w:t>vt 0.104821 0.702121</w:t>
        <w:br/>
        <w:t>vt 0.113171 0.702121</w:t>
        <w:br/>
        <w:t>vt 0.869175 0.962944</w:t>
        <w:br/>
        <w:t>vt 0.853509 0.989250</w:t>
        <w:br/>
        <w:t>vt 0.849734 0.985498</w:t>
        <w:br/>
        <w:t>vt 0.847901 0.980007</w:t>
        <w:br/>
        <w:t>vt 0.849028 0.975721</w:t>
        <w:br/>
        <w:t>vt 0.849270 0.970068</w:t>
        <w:br/>
        <w:t>vt 0.852525 0.965233</w:t>
        <w:br/>
        <w:t>vt 0.857564 0.963075</w:t>
        <w:br/>
        <w:t>vt 0.862109 0.959373</w:t>
        <w:br/>
        <w:t>vt 0.863756 0.963859</w:t>
        <w:br/>
        <w:t>vt 0.867651 0.957527</w:t>
        <w:br/>
        <w:t>vt 0.873646 0.957468</w:t>
        <w:br/>
        <w:t>vt 0.880451 0.959248</w:t>
        <w:br/>
        <w:t>vt 0.886338 0.961681</w:t>
        <w:br/>
        <w:t>vt 0.891879 0.965090</w:t>
        <w:br/>
        <w:t>vt 0.908741 0.965090</w:t>
        <w:br/>
        <w:t>vt 0.908792 0.968631</w:t>
        <w:br/>
        <w:t>vt 0.900151 0.968631</w:t>
        <w:br/>
        <w:t>vt 0.899959 0.965090</w:t>
        <w:br/>
        <w:t>vt 0.918283 0.965090</w:t>
        <w:br/>
        <w:t>vt 0.934160 0.965090</w:t>
        <w:br/>
        <w:t>vt 0.932768 0.968631</w:t>
        <w:br/>
        <w:t>vt 0.917324 0.968631</w:t>
        <w:br/>
        <w:t>vt 0.950183 0.965090</w:t>
        <w:br/>
        <w:t>vt 0.966391 0.965090</w:t>
        <w:br/>
        <w:t>vt 0.982119 0.965090</w:t>
        <w:br/>
        <w:t>vt 0.998479 0.965090</w:t>
        <w:br/>
        <w:t>vt 0.998479 0.968631</w:t>
        <w:br/>
        <w:t>vt 0.982119 0.968631</w:t>
        <w:br/>
        <w:t>vt 0.998479 0.995589</w:t>
        <w:br/>
        <w:t>vt 0.982119 0.995589</w:t>
        <w:br/>
        <w:t>vt 0.969453 0.995589</w:t>
        <w:br/>
        <w:t>vt 0.968762 0.991269</w:t>
        <w:br/>
        <w:t>vt 0.944764 0.995589</w:t>
        <w:br/>
        <w:t>vt 0.956992 0.995589</w:t>
        <w:br/>
        <w:t>vt 0.921119 0.995589</w:t>
        <w:br/>
        <w:t>vt 0.934097 0.995589</w:t>
        <w:br/>
        <w:t>vt 0.901976 0.995589</w:t>
        <w:br/>
        <w:t>vt 0.911548 0.995589</w:t>
        <w:br/>
        <w:t>vt 0.879810 0.998287</w:t>
        <w:br/>
        <w:t>vt 0.890964 0.996704</w:t>
        <w:br/>
        <w:t>vt 0.869936 0.998919</w:t>
        <w:br/>
        <w:t>vt 0.862469 0.997510</w:t>
        <w:br/>
        <w:t>vt 0.856424 0.993704</w:t>
        <w:br/>
        <w:t>vt 0.066091 0.705962</w:t>
        <w:br/>
        <w:t>vt 0.063011 0.709451</w:t>
        <w:br/>
        <w:t>vt 0.068299 0.701726</w:t>
        <w:br/>
        <w:t>vt 0.070704 0.703671</w:t>
        <w:br/>
        <w:t>vt 0.073266 0.697985</w:t>
        <w:br/>
        <w:t>vt 0.075275 0.700951</w:t>
        <w:br/>
        <w:t>vt 0.079440 0.696571</w:t>
        <w:br/>
        <w:t>vt 0.087554 0.696331</w:t>
        <w:br/>
        <w:t>vt 0.096679 0.697006</w:t>
        <w:br/>
        <w:t>vt 0.105275 0.698708</w:t>
        <w:br/>
        <w:t>vt 0.120419 0.698708</w:t>
        <w:br/>
        <w:t>vt 0.121190 0.702121</w:t>
        <w:br/>
        <w:t>vt 0.112764 0.698708</w:t>
        <w:br/>
        <w:t>vt 0.139551 0.702121</w:t>
        <w:br/>
        <w:t>vt 0.129868 0.702121</w:t>
        <w:br/>
        <w:t>vt 0.131170 0.698708</w:t>
        <w:br/>
        <w:t>vt 0.140026 0.698708</w:t>
        <w:br/>
        <w:t>vt 0.150353 0.698708</w:t>
        <w:br/>
        <w:t>vt 0.161280 0.698708</w:t>
        <w:br/>
        <w:t>vt 0.161336 0.702121</w:t>
        <w:br/>
        <w:t>vt 0.150360 0.702121</w:t>
        <w:br/>
        <w:t>vt 0.172115 0.698708</w:t>
        <w:br/>
        <w:t>vt 0.186152 0.698708</w:t>
        <w:br/>
        <w:t>vt 0.186152 0.702121</w:t>
        <w:br/>
        <w:t>vt 0.172082 0.702121</w:t>
        <w:br/>
        <w:t>vt 0.186152 0.727611</w:t>
        <w:br/>
        <w:t>vt 0.172177 0.727611</w:t>
        <w:br/>
        <w:t>vt 0.172801 0.723537</w:t>
        <w:br/>
        <w:t>vt 0.186152 0.723537</w:t>
        <w:br/>
        <w:t>vt 0.159036 0.727611</w:t>
        <w:br/>
        <w:t>vt 0.159586 0.723537</w:t>
        <w:br/>
        <w:t>vt 0.145347 0.727611</w:t>
        <w:br/>
        <w:t>vt 0.132177 0.727611</w:t>
        <w:br/>
        <w:t>vt 0.133167 0.723537</w:t>
        <w:br/>
        <w:t>vt 0.146339 0.723537</w:t>
        <w:br/>
        <w:t>vt 0.112783 0.723537</w:t>
        <w:br/>
        <w:t>vt 0.120306 0.723537</w:t>
        <w:br/>
        <w:t>vt 0.119311 0.727611</w:t>
        <w:br/>
        <w:t>vt 0.111831 0.727611</w:t>
        <w:br/>
        <w:t>vt 0.104965 0.727611</w:t>
        <w:br/>
        <w:t>vt 0.098621 0.727611</w:t>
        <w:br/>
        <w:t>vt 0.094151 0.730186</w:t>
        <w:br/>
        <w:t>vt 0.089505 0.732664</w:t>
        <w:br/>
        <w:t>vt 0.088903 0.729047</w:t>
        <w:br/>
        <w:t>vt 0.093993 0.726224</w:t>
        <w:br/>
        <w:t>vt 0.083901 0.734545</w:t>
        <w:br/>
        <w:t>vt 0.078849 0.734967</w:t>
        <w:br/>
        <w:t>vt 0.074006 0.733617</w:t>
        <w:br/>
        <w:t>vt 0.069909 0.730541</w:t>
        <w:br/>
        <w:t>vt 0.065818 0.728249</w:t>
        <w:br/>
        <w:t>vt 0.063027 0.723804</w:t>
        <w:br/>
        <w:t>vt 0.062861 0.718600</w:t>
        <w:br/>
        <w:t>vt 0.061938 0.714661</w:t>
        <w:br/>
        <w:t>vt 0.773302 0.113617</w:t>
        <w:br/>
        <w:t>vt 0.763184 0.082466</w:t>
        <w:br/>
        <w:t>vt 0.781582 0.077279</w:t>
        <w:br/>
        <w:t>vt 0.794123 0.102760</w:t>
        <w:br/>
        <w:t>vt 0.750165 0.120234</w:t>
        <w:br/>
        <w:t>vt 0.743011 0.087140</w:t>
        <w:br/>
        <w:t>vt 0.299522 0.026542</w:t>
        <w:br/>
        <w:t>vt 0.298495 0.038862</w:t>
        <w:br/>
        <w:t>vt 0.278732 0.038056</w:t>
        <w:br/>
        <w:t>vt 0.279629 0.025760</w:t>
        <w:br/>
        <w:t>vt 0.760526 0.059116</w:t>
        <w:br/>
        <w:t>vt 0.760575 0.043463</w:t>
        <w:br/>
        <w:t>vt 0.778030 0.056595</w:t>
        <w:br/>
        <w:t>vt 0.741885 0.060332</w:t>
        <w:br/>
        <w:t>vt 0.742697 0.042626</w:t>
        <w:br/>
        <w:t>vt 0.261967 0.057251</w:t>
        <w:br/>
        <w:t>vt 0.262586 0.038130</w:t>
        <w:br/>
        <w:t>vt 0.277683 0.057290</w:t>
        <w:br/>
        <w:t>vt 0.701426 0.088597</w:t>
        <w:br/>
        <w:t>vt 0.701518 0.059647</w:t>
        <w:br/>
        <w:t>vt 0.721641 0.060256</w:t>
        <w:br/>
        <w:t>vt 0.722767 0.088973</w:t>
        <w:br/>
        <w:t>vt 0.797973 0.050721</w:t>
        <w:br/>
        <w:t>vt 0.798943 0.072145</w:t>
        <w:br/>
        <w:t>vt 0.701536 0.002184</w:t>
        <w:br/>
        <w:t>vt 0.723103 0.002184</w:t>
        <w:br/>
        <w:t>vt 0.722746 0.019753</w:t>
        <w:br/>
        <w:t>vt 0.701667 0.019865</w:t>
        <w:br/>
        <w:t>vt 0.743941 0.019275</w:t>
        <w:br/>
        <w:t>vt 0.743875 0.002184</w:t>
        <w:br/>
        <w:t>vt 0.762044 0.021082</w:t>
        <w:br/>
        <w:t>vt 0.762875 0.002184</w:t>
        <w:br/>
        <w:t>vt 0.263077 0.025688</w:t>
        <w:br/>
        <w:t>vt 0.722259 0.041986</w:t>
        <w:br/>
        <w:t>vt 0.245597 0.038357</w:t>
        <w:br/>
        <w:t>vt 0.245349 0.057114</w:t>
        <w:br/>
        <w:t>vt 0.226772 0.055375</w:t>
        <w:br/>
        <w:t>vt 0.226772 0.038230</w:t>
        <w:br/>
        <w:t>vt 0.245451 0.025940</w:t>
        <w:br/>
        <w:t>vt 0.226772 0.025889</w:t>
        <w:br/>
        <w:t>vt 0.261920 0.070121</w:t>
        <w:br/>
        <w:t>vt 0.277148 0.070119</w:t>
        <w:br/>
        <w:t>vt 0.264508 0.002184</w:t>
        <w:br/>
        <w:t>vt 0.263877 0.014473</w:t>
        <w:br/>
        <w:t>vt 0.245924 0.013977</w:t>
        <w:br/>
        <w:t>vt 0.247350 0.002184</w:t>
        <w:br/>
        <w:t>vt 0.319447 0.026740</w:t>
        <w:br/>
        <w:t>vt 0.318421 0.039198</w:t>
        <w:br/>
        <w:t>vt 0.297166 0.058192</w:t>
        <w:br/>
        <w:t>vt 0.301094 0.002184</w:t>
        <w:br/>
        <w:t>vt 0.300614 0.014509</w:t>
        <w:br/>
        <w:t>vt 0.280681 0.014283</w:t>
        <w:br/>
        <w:t>vt 0.281175 0.002184</w:t>
        <w:br/>
        <w:t>vt 0.631613 0.055803</w:t>
        <w:br/>
        <w:t>vt 0.630513 0.080450</w:t>
        <w:br/>
        <w:t>vt 0.605313 0.076929</w:t>
        <w:br/>
        <w:t>vt 0.606749 0.053752</w:t>
        <w:br/>
        <w:t>vt 0.631516 0.002184</w:t>
        <w:br/>
        <w:t>vt 0.631870 0.019203</w:t>
        <w:br/>
        <w:t>vt 0.607617 0.018694</w:t>
        <w:br/>
        <w:t>vt 0.607440 0.002184</w:t>
        <w:br/>
        <w:t>vt 0.607125 0.037978</w:t>
        <w:br/>
        <w:t>vt 0.631700 0.039417</w:t>
        <w:br/>
        <w:t>vt 0.437314 0.042095</w:t>
        <w:br/>
        <w:t>vt 0.436826 0.062505</w:t>
        <w:br/>
        <w:t>vt 0.412786 0.061428</w:t>
        <w:br/>
        <w:t>vt 0.413365 0.041382</w:t>
        <w:br/>
        <w:t>vt 0.436875 0.002184</w:t>
        <w:br/>
        <w:t>vt 0.437468 0.015691</w:t>
        <w:br/>
        <w:t>vt 0.413589 0.015497</w:t>
        <w:br/>
        <w:t>vt 0.412656 0.002184</w:t>
        <w:br/>
        <w:t>vt 0.435779 0.078490</w:t>
        <w:br/>
        <w:t>vt 0.411805 0.077356</w:t>
        <w:br/>
        <w:t>vt 0.533432 0.047493</w:t>
        <w:br/>
        <w:t>vt 0.531721 0.069641</w:t>
        <w:br/>
        <w:t>vt 0.508042 0.068016</w:t>
        <w:br/>
        <w:t>vt 0.509364 0.046367</w:t>
        <w:br/>
        <w:t>vt 0.557575 0.049048</w:t>
        <w:br/>
        <w:t>vt 0.555712 0.071366</w:t>
        <w:br/>
        <w:t>vt 0.581939 0.051270</w:t>
        <w:br/>
        <w:t>vt 0.580109 0.073686</w:t>
        <w:br/>
        <w:t>vt 0.679119 0.087200</w:t>
        <w:br/>
        <w:t>vt 0.679863 0.058598</w:t>
        <w:br/>
        <w:t>vt 0.656209 0.084108</w:t>
        <w:br/>
        <w:t>vt 0.656825 0.057382</w:t>
        <w:br/>
        <w:t>vt 0.534565 0.002184</w:t>
        <w:br/>
        <w:t>vt 0.534721 0.017115</w:t>
        <w:br/>
        <w:t>vt 0.510368 0.016735</w:t>
        <w:br/>
        <w:t>vt 0.510121 0.002184</w:t>
        <w:br/>
        <w:t>vt 0.558771 0.002184</w:t>
        <w:br/>
        <w:t>vt 0.558910 0.017472</w:t>
        <w:br/>
        <w:t>vt 0.583235 0.002184</w:t>
        <w:br/>
        <w:t>vt 0.583309 0.018061</w:t>
        <w:br/>
        <w:t>vt 0.698574 0.118637</w:t>
        <w:br/>
        <w:t>vt 0.674654 0.112599</w:t>
        <w:br/>
        <w:t>vt 0.651942 0.107445</w:t>
        <w:br/>
        <w:t>vt 0.626638 0.102314</w:t>
        <w:br/>
        <w:t>vt 0.701683 0.041852</w:t>
        <w:br/>
        <w:t>vt 0.679552 0.041286</w:t>
        <w:br/>
        <w:t>vt 0.656473 0.040440</w:t>
        <w:br/>
        <w:t>vt 0.534184 0.033400</w:t>
        <w:br/>
        <w:t>vt 0.509928 0.032594</w:t>
        <w:br/>
        <w:t>vt 0.558350 0.034474</w:t>
        <w:br/>
        <w:t>vt 0.582656 0.036079</w:t>
        <w:br/>
        <w:t>vt 0.389789 0.028595</w:t>
        <w:br/>
        <w:t>vt 0.413556 0.028722</w:t>
        <w:br/>
        <w:t>vt 0.389366 0.041384</w:t>
        <w:br/>
        <w:t>vt 0.316994 0.058514</w:t>
        <w:br/>
        <w:t>vt 0.320834 0.002184</w:t>
        <w:br/>
        <w:t>vt 0.320471 0.014600</w:t>
        <w:br/>
        <w:t>vt 0.341178 0.040209</w:t>
        <w:br/>
        <w:t>vt 0.339867 0.059788</w:t>
        <w:br/>
        <w:t>vt 0.365204 0.040656</w:t>
        <w:br/>
        <w:t>vt 0.364255 0.060384</w:t>
        <w:br/>
        <w:t>vt 0.388528 0.061175</w:t>
        <w:br/>
        <w:t>vt 0.484429 0.066269</w:t>
        <w:br/>
        <w:t>vt 0.485369 0.045025</w:t>
        <w:br/>
        <w:t>vt 0.460508 0.064153</w:t>
        <w:br/>
        <w:t>vt 0.461204 0.043193</w:t>
        <w:br/>
        <w:t>vt 0.343005 0.002184</w:t>
        <w:br/>
        <w:t>vt 0.342878 0.014904</w:t>
        <w:br/>
        <w:t>vt 0.365942 0.002184</w:t>
        <w:br/>
        <w:t>vt 0.366226 0.015183</w:t>
        <w:br/>
        <w:t>vt 0.389434 0.002184</w:t>
        <w:br/>
        <w:t>vt 0.390033 0.015425</w:t>
        <w:br/>
        <w:t>vt 0.486043 0.016362</w:t>
        <w:br/>
        <w:t>vt 0.485753 0.002184</w:t>
        <w:br/>
        <w:t>vt 0.338525 0.074403</w:t>
        <w:br/>
        <w:t>vt 0.315591 0.072427</w:t>
        <w:br/>
        <w:t>vt 0.363225 0.075849</w:t>
        <w:br/>
        <w:t>vt 0.387560 0.076450</w:t>
        <w:br/>
        <w:t>vt 0.483245 0.082447</w:t>
        <w:br/>
        <w:t>vt 0.506326 0.084555</w:t>
        <w:br/>
        <w:t>vt 0.459171 0.080212</w:t>
        <w:br/>
        <w:t>vt 0.485721 0.031563</w:t>
        <w:br/>
        <w:t>vt 0.461356 0.030309</w:t>
        <w:br/>
        <w:t>vt 0.437413 0.029329</w:t>
        <w:br/>
        <w:t>vt 0.342051 0.027549</w:t>
        <w:br/>
        <w:t>vt 0.365758 0.028014</w:t>
        <w:br/>
        <w:t>vt 0.778280 0.033552</w:t>
        <w:br/>
        <w:t>vt 0.795267 0.033051</w:t>
        <w:br/>
        <w:t>vt 0.812423 0.064543</w:t>
        <w:br/>
        <w:t>vt 0.810079 0.027878</w:t>
        <w:br/>
        <w:t>vt 0.796475 0.008960</w:t>
        <w:br/>
        <w:t>vt 0.806675 0.009460</w:t>
        <w:br/>
        <w:t>vt 0.815906 0.038399</w:t>
        <w:br/>
        <w:t>vt 0.817773 0.045891</w:t>
        <w:br/>
        <w:t>vt 0.827726 0.059740</w:t>
        <w:br/>
        <w:t>vt 0.820684 0.021183</w:t>
        <w:br/>
        <w:t>vt 0.817475 0.009060</w:t>
        <w:br/>
        <w:t>vt 0.821466 0.070655</w:t>
        <w:br/>
        <w:t>vt 0.830063 0.030596</w:t>
        <w:br/>
        <w:t>vt 0.810079 0.027878</w:t>
        <w:br/>
        <w:t>vt 0.820684 0.021183</w:t>
        <w:br/>
        <w:t>vt 0.832292 0.025092</w:t>
        <w:br/>
        <w:t>vt 0.826675 0.008660</w:t>
        <w:br/>
        <w:t>vt 0.831575 0.008760</w:t>
        <w:br/>
        <w:t>vt 0.827875 0.015560</w:t>
        <w:br/>
        <w:t>vt 0.834775 0.009660</w:t>
        <w:br/>
        <w:t>vt 0.835175 0.013560</w:t>
        <w:br/>
        <w:t>vt 0.827875 0.015560</w:t>
        <w:br/>
        <w:t>vt 0.833489 0.036288</w:t>
        <w:br/>
        <w:t>vt 0.724546 0.122386</w:t>
        <w:br/>
        <w:t>vt 0.722767 0.088973</w:t>
        <w:br/>
        <w:t>vt 0.656121 0.019459</w:t>
        <w:br/>
        <w:t>vt 0.655444 0.002184</w:t>
        <w:br/>
        <w:t>vt 0.678496 0.002184</w:t>
        <w:br/>
        <w:t>vt 0.679135 0.019663</w:t>
        <w:br/>
        <w:t>vt 0.461524 0.016034</w:t>
        <w:br/>
        <w:t>vt 0.461156 0.002184</w:t>
        <w:br/>
        <w:t>vt 0.809032 0.089355</w:t>
        <w:br/>
        <w:t>vt 0.814527 0.079687</w:t>
        <w:br/>
        <w:t>vt 0.525261 0.105384</w:t>
        <w:br/>
        <w:t>vt 0.523364 0.096367</w:t>
        <w:br/>
        <w:t>vt 0.533240 0.094440</w:t>
        <w:br/>
        <w:t>vt 0.536195 0.107943</w:t>
        <w:br/>
        <w:t>vt 0.772414 0.023012</w:t>
        <w:br/>
        <w:t>vt 0.788875 0.010660</w:t>
        <w:br/>
        <w:t>vt 0.784475 0.010460</w:t>
        <w:br/>
        <w:t>vt 0.780575 0.013860</w:t>
        <w:br/>
        <w:t>vt 0.774675 0.002184</w:t>
        <w:br/>
        <w:t>vt 0.784375 0.002184</w:t>
        <w:br/>
        <w:t>vt 0.832060 0.048723</w:t>
        <w:br/>
        <w:t>vt 0.834475 0.019160</w:t>
        <w:br/>
        <w:t>vt 0.518875 0.101846</w:t>
        <w:br/>
        <w:t>vt 0.518018 0.097456</w:t>
        <w:br/>
        <w:t>vt 0.790975 0.006360</w:t>
        <w:br/>
        <w:t>vt 0.791475 0.002184</w:t>
        <w:br/>
        <w:t>vt 0.549080 0.111397</w:t>
        <w:br/>
        <w:t>vt 0.244192 0.071907</w:t>
        <w:br/>
        <w:t>vt 0.296111 0.070948</w:t>
        <w:br/>
        <w:t>vt 0.529587 0.087335</w:t>
        <w:br/>
        <w:t>vt 0.553202 0.090550</w:t>
        <w:br/>
        <w:t>vt 0.577351 0.093606</w:t>
        <w:br/>
        <w:t>vt 0.602070 0.097689</w:t>
        <w:br/>
        <w:t>vt 0.226772 0.012619</w:t>
        <w:br/>
        <w:t>vt 0.226772 0.002184</w:t>
        <w:br/>
        <w:t>vt 0.512672 0.098546</w:t>
        <w:br/>
        <w:t>vt 0.796375 0.002184</w:t>
        <w:br/>
        <w:t>vt 0.226772 0.071460</w:t>
        <w:br/>
        <w:t>vt 0.781582 0.077279</w:t>
        <w:br/>
        <w:t>vt 0.763184 0.082466</w:t>
        <w:br/>
        <w:t>vt 0.743011 0.087140</w:t>
        <w:br/>
        <w:t>vt 0.299522 0.026542</w:t>
        <w:br/>
        <w:t>vt 0.279629 0.025760</w:t>
        <w:br/>
        <w:t>vt 0.278732 0.038056</w:t>
        <w:br/>
        <w:t>vt 0.298495 0.038862</w:t>
        <w:br/>
        <w:t>vt 0.760526 0.059116</w:t>
        <w:br/>
        <w:t>vt 0.778030 0.056595</w:t>
        <w:br/>
        <w:t>vt 0.760575 0.043463</w:t>
        <w:br/>
        <w:t>vt 0.742697 0.042626</w:t>
        <w:br/>
        <w:t>vt 0.741885 0.060332</w:t>
        <w:br/>
        <w:t>vt 0.261967 0.057251</w:t>
        <w:br/>
        <w:t>vt 0.277683 0.057290</w:t>
        <w:br/>
        <w:t>vt 0.262586 0.038130</w:t>
        <w:br/>
        <w:t>vt 0.701426 0.088597</w:t>
        <w:br/>
        <w:t>vt 0.722767 0.088973</w:t>
        <w:br/>
        <w:t>vt 0.721641 0.060256</w:t>
        <w:br/>
        <w:t>vt 0.701518 0.059647</w:t>
        <w:br/>
        <w:t>vt 0.798943 0.072145</w:t>
        <w:br/>
        <w:t>vt 0.797973 0.050721</w:t>
        <w:br/>
        <w:t>vt 0.701667 0.019865</w:t>
        <w:br/>
        <w:t>vt 0.722746 0.019753</w:t>
        <w:br/>
        <w:t>vt 0.743941 0.019275</w:t>
        <w:br/>
        <w:t>vt 0.762044 0.021082</w:t>
        <w:br/>
        <w:t>vt 0.263077 0.025688</w:t>
        <w:br/>
        <w:t>vt 0.722259 0.041986</w:t>
        <w:br/>
        <w:t>vt 0.245597 0.038357</w:t>
        <w:br/>
        <w:t>vt 0.226772 0.038230</w:t>
        <w:br/>
        <w:t>vt 0.226772 0.055375</w:t>
        <w:br/>
        <w:t>vt 0.245349 0.057114</w:t>
        <w:br/>
        <w:t>vt 0.245451 0.025940</w:t>
        <w:br/>
        <w:t>vt 0.226772 0.025889</w:t>
        <w:br/>
        <w:t>vt 0.245924 0.013977</w:t>
        <w:br/>
        <w:t>vt 0.263877 0.014473</w:t>
        <w:br/>
        <w:t>vt 0.318421 0.039198</w:t>
        <w:br/>
        <w:t>vt 0.319447 0.026740</w:t>
        <w:br/>
        <w:t>vt 0.297166 0.058192</w:t>
        <w:br/>
        <w:t>vt 0.280681 0.014283</w:t>
        <w:br/>
        <w:t>vt 0.300614 0.014509</w:t>
        <w:br/>
        <w:t>vt 0.631613 0.055803</w:t>
        <w:br/>
        <w:t>vt 0.606749 0.053752</w:t>
        <w:br/>
        <w:t>vt 0.605313 0.076929</w:t>
        <w:br/>
        <w:t>vt 0.630513 0.080450</w:t>
        <w:br/>
        <w:t>vt 0.607617 0.018694</w:t>
        <w:br/>
        <w:t>vt 0.631870 0.019203</w:t>
        <w:br/>
        <w:t>vt 0.631700 0.039417</w:t>
        <w:br/>
        <w:t>vt 0.607125 0.037978</w:t>
        <w:br/>
        <w:t>vt 0.437314 0.042095</w:t>
        <w:br/>
        <w:t>vt 0.413365 0.041382</w:t>
        <w:br/>
        <w:t>vt 0.412786 0.061428</w:t>
        <w:br/>
        <w:t>vt 0.436826 0.062505</w:t>
        <w:br/>
        <w:t>vt 0.413589 0.015497</w:t>
        <w:br/>
        <w:t>vt 0.437468 0.015691</w:t>
        <w:br/>
        <w:t>vt 0.508042 0.068016</w:t>
        <w:br/>
        <w:t>vt 0.531721 0.069641</w:t>
        <w:br/>
        <w:t>vt 0.533432 0.047493</w:t>
        <w:br/>
        <w:t>vt 0.509364 0.046367</w:t>
        <w:br/>
        <w:t>vt 0.555712 0.071366</w:t>
        <w:br/>
        <w:t>vt 0.557575 0.049048</w:t>
        <w:br/>
        <w:t>vt 0.581939 0.051270</w:t>
        <w:br/>
        <w:t>vt 0.580109 0.073686</w:t>
        <w:br/>
        <w:t>vt 0.679119 0.087200</w:t>
        <w:br/>
        <w:t>vt 0.679863 0.058598</w:t>
        <w:br/>
        <w:t>vt 0.656209 0.084108</w:t>
        <w:br/>
        <w:t>vt 0.656825 0.057382</w:t>
        <w:br/>
        <w:t>vt 0.510368 0.016735</w:t>
        <w:br/>
        <w:t>vt 0.534721 0.017115</w:t>
        <w:br/>
        <w:t>vt 0.558910 0.017472</w:t>
        <w:br/>
        <w:t>vt 0.583309 0.018061</w:t>
        <w:br/>
        <w:t>vt 0.701683 0.041852</w:t>
        <w:br/>
        <w:t>vt 0.679552 0.041286</w:t>
        <w:br/>
        <w:t>vt 0.656473 0.040440</w:t>
        <w:br/>
        <w:t>vt 0.534184 0.033400</w:t>
        <w:br/>
        <w:t>vt 0.509928 0.032594</w:t>
        <w:br/>
        <w:t>vt 0.558350 0.034474</w:t>
        <w:br/>
        <w:t>vt 0.582656 0.036079</w:t>
        <w:br/>
        <w:t>vt 0.413556 0.028722</w:t>
        <w:br/>
        <w:t>vt 0.389789 0.028595</w:t>
        <w:br/>
        <w:t>vt 0.389366 0.041384</w:t>
        <w:br/>
        <w:t>vt 0.316994 0.058514</w:t>
        <w:br/>
        <w:t>vt 0.320471 0.014600</w:t>
        <w:br/>
        <w:t>vt 0.341178 0.040209</w:t>
        <w:br/>
        <w:t>vt 0.339867 0.059788</w:t>
        <w:br/>
        <w:t>vt 0.365204 0.040656</w:t>
        <w:br/>
        <w:t>vt 0.364255 0.060384</w:t>
        <w:br/>
        <w:t>vt 0.388528 0.061175</w:t>
        <w:br/>
        <w:t>vt 0.484429 0.066269</w:t>
        <w:br/>
        <w:t>vt 0.485369 0.045025</w:t>
        <w:br/>
        <w:t>vt 0.460508 0.064153</w:t>
        <w:br/>
        <w:t>vt 0.461204 0.043193</w:t>
        <w:br/>
        <w:t>vt 0.342878 0.014904</w:t>
        <w:br/>
        <w:t>vt 0.366226 0.015183</w:t>
        <w:br/>
        <w:t>vt 0.390033 0.015425</w:t>
        <w:br/>
        <w:t>vt 0.486043 0.016362</w:t>
        <w:br/>
        <w:t>vt 0.485721 0.031563</w:t>
        <w:br/>
        <w:t>vt 0.461356 0.030309</w:t>
        <w:br/>
        <w:t>vt 0.437413 0.029329</w:t>
        <w:br/>
        <w:t>vt 0.342051 0.027549</w:t>
        <w:br/>
        <w:t>vt 0.365758 0.028014</w:t>
        <w:br/>
        <w:t>vt 0.795267 0.033051</w:t>
        <w:br/>
        <w:t>vt 0.778280 0.033552</w:t>
        <w:br/>
        <w:t>vt 0.812423 0.064543</w:t>
        <w:br/>
        <w:t>vt 0.810079 0.027878</w:t>
        <w:br/>
        <w:t>vt 0.806675 0.009460</w:t>
        <w:br/>
        <w:t>vt 0.796475 0.008960</w:t>
        <w:br/>
        <w:t>vt 0.817773 0.045891</w:t>
        <w:br/>
        <w:t>vt 0.815906 0.038399</w:t>
        <w:br/>
        <w:t>vt 0.827726 0.059740</w:t>
        <w:br/>
        <w:t>vt 0.820684 0.021183</w:t>
        <w:br/>
        <w:t>vt 0.817475 0.009060</w:t>
        <w:br/>
        <w:t>vt 0.830063 0.030596</w:t>
        <w:br/>
        <w:t>vt 0.832292 0.025092</w:t>
        <w:br/>
        <w:t>vt 0.820684 0.021183</w:t>
        <w:br/>
        <w:t>vt 0.810079 0.027878</w:t>
        <w:br/>
        <w:t>vt 0.826675 0.008660</w:t>
        <w:br/>
        <w:t>vt 0.827875 0.015560</w:t>
        <w:br/>
        <w:t>vt 0.831575 0.008760</w:t>
        <w:br/>
        <w:t>vt 0.834775 0.009660</w:t>
        <w:br/>
        <w:t>vt 0.827875 0.015560</w:t>
        <w:br/>
        <w:t>vt 0.835175 0.013560</w:t>
        <w:br/>
        <w:t>vt 0.833489 0.036288</w:t>
        <w:br/>
        <w:t>vt 0.722767 0.088973</w:t>
        <w:br/>
        <w:t>vt 0.656121 0.019459</w:t>
        <w:br/>
        <w:t>vt 0.679135 0.019663</w:t>
        <w:br/>
        <w:t>vt 0.461524 0.016034</w:t>
        <w:br/>
        <w:t>vt 0.809032 0.089355</w:t>
        <w:br/>
        <w:t>vt 0.525261 0.105384</w:t>
        <w:br/>
        <w:t>vt 0.536195 0.107943</w:t>
        <w:br/>
        <w:t>vt 0.533240 0.094440</w:t>
        <w:br/>
        <w:t>vt 0.523364 0.096367</w:t>
        <w:br/>
        <w:t>vt 0.772414 0.023012</w:t>
        <w:br/>
        <w:t>vt 0.788875 0.010660</w:t>
        <w:br/>
        <w:t>vt 0.784475 0.010460</w:t>
        <w:br/>
        <w:t>vt 0.774675 0.002184</w:t>
        <w:br/>
        <w:t>vt 0.780575 0.013860</w:t>
        <w:br/>
        <w:t>vt 0.832060 0.048723</w:t>
        <w:br/>
        <w:t>vt 0.834475 0.019160</w:t>
        <w:br/>
        <w:t>vt 0.518018 0.097456</w:t>
        <w:br/>
        <w:t>vt 0.518875 0.101846</w:t>
        <w:br/>
        <w:t>vt 0.790975 0.006360</w:t>
        <w:br/>
        <w:t>vt 0.549080 0.111397</w:t>
        <w:br/>
        <w:t>vt 0.226772 0.012619</w:t>
        <w:br/>
        <w:t>vt 0.512672 0.098546</w:t>
        <w:br/>
        <w:t>vt 0.017416 0.313127</w:t>
        <w:br/>
        <w:t>vt 0.017676 0.323620</w:t>
        <w:br/>
        <w:t>vt 0.001903 0.323620</w:t>
        <w:br/>
        <w:t>vt 0.001903 0.311396</w:t>
        <w:br/>
        <w:t>vt 0.033884 0.323620</w:t>
        <w:br/>
        <w:t>vt 0.206282 0.323620</w:t>
        <w:br/>
        <w:t>vt 0.220211 0.323620</w:t>
        <w:br/>
        <w:t>vt 0.205481 0.313002</w:t>
        <w:br/>
        <w:t>vt 0.191036 0.323620</w:t>
        <w:br/>
        <w:t>vt 0.190215 0.313519</w:t>
        <w:br/>
        <w:t>vt 0.051353 0.313454</w:t>
        <w:br/>
        <w:t>vt 0.051626 0.323620</w:t>
        <w:br/>
        <w:t>vt 0.033363 0.313442</w:t>
        <w:br/>
        <w:t>vt 0.068731 0.323620</w:t>
        <w:br/>
        <w:t>vt 0.100567 0.313804</w:t>
        <w:br/>
        <w:t>vt 0.100867 0.323620</w:t>
        <w:br/>
        <w:t>vt 0.085199 0.323620</w:t>
        <w:br/>
        <w:t>vt 0.084193 0.313760</w:t>
        <w:br/>
        <w:t>vt 0.117729 0.323620</w:t>
        <w:br/>
        <w:t>vt 0.117656 0.313843</w:t>
        <w:br/>
        <w:t>vt 0.137617 0.313816</w:t>
        <w:br/>
        <w:t>vt 0.135330 0.323620</w:t>
        <w:br/>
        <w:t>vt 0.149512 0.323620</w:t>
        <w:br/>
        <w:t>vt 0.160014 0.323620</w:t>
        <w:br/>
        <w:t>vt 0.173039 0.313784</w:t>
        <w:br/>
        <w:t>vt 0.174082 0.323620</w:t>
        <w:br/>
        <w:t>vt 0.156930 0.312924</w:t>
        <w:br/>
        <w:t>vt 0.159901 0.003680</w:t>
        <w:br/>
        <w:t>vt 0.178138 0.003680</w:t>
        <w:br/>
        <w:t>vt 0.176393 0.032968</w:t>
        <w:br/>
        <w:t>vt 0.160991 0.033474</w:t>
        <w:br/>
        <w:t>vt 0.097810 0.003680</w:t>
        <w:br/>
        <w:t>vt 0.097059 0.033599</w:t>
        <w:br/>
        <w:t>vt 0.079847 0.033320</w:t>
        <w:br/>
        <w:t>vt 0.078404 0.003680</w:t>
        <w:br/>
        <w:t>vt 0.062976 0.033109</w:t>
        <w:br/>
        <w:t>vt 0.058235 0.003680</w:t>
        <w:br/>
        <w:t>vt 0.191377 0.032227</w:t>
        <w:br/>
        <w:t>vt 0.205267 0.032010</w:t>
        <w:br/>
        <w:t>vt 0.204415 0.055126</w:t>
        <w:br/>
        <w:t>vt 0.190590 0.056095</w:t>
        <w:br/>
        <w:t>vt 0.197857 0.003680</w:t>
        <w:br/>
        <w:t>vt 0.049045 0.059113</w:t>
        <w:br/>
        <w:t>vt 0.048972 0.033390</w:t>
        <w:br/>
        <w:t>vt 0.064041 0.059224</w:t>
        <w:br/>
        <w:t>vt 0.119049 0.003680</w:t>
        <w:br/>
        <w:t>vt 0.114662 0.033718</w:t>
        <w:br/>
        <w:t>vt 0.145855 0.058467</w:t>
        <w:br/>
        <w:t>vt 0.144776 0.033623</w:t>
        <w:br/>
        <w:t>vt 0.161487 0.058109</w:t>
        <w:br/>
        <w:t>vt 0.034216 0.058766</w:t>
        <w:br/>
        <w:t>vt 0.017601 0.058536</w:t>
        <w:br/>
        <w:t>vt 0.017652 0.033322</w:t>
        <w:br/>
        <w:t>vt 0.034928 0.032902</w:t>
        <w:br/>
        <w:t>vt 0.130846 0.058754</w:t>
        <w:br/>
        <w:t>vt 0.130199 0.034075</w:t>
        <w:br/>
        <w:t>vt 0.001903 0.058323</w:t>
        <w:br/>
        <w:t>vt 0.001903 0.034671</w:t>
        <w:br/>
        <w:t>vt 0.220211 0.311694</w:t>
        <w:br/>
        <w:t>vt 0.067497 0.313629</w:t>
        <w:br/>
        <w:t>vt 0.153768 0.312775</w:t>
        <w:br/>
        <w:t>vt 0.205567 0.237899</w:t>
        <w:br/>
        <w:t>vt 0.220211 0.236922</w:t>
        <w:br/>
        <w:t>vt 0.220211 0.248276</w:t>
        <w:br/>
        <w:t>vt 0.205402 0.250116</w:t>
        <w:br/>
        <w:t>vt 0.187736 0.238891</w:t>
        <w:br/>
        <w:t>vt 0.187913 0.251313</w:t>
        <w:br/>
        <w:t>vt 0.172688 0.252394</w:t>
        <w:br/>
        <w:t>vt 0.172451 0.239764</w:t>
        <w:br/>
        <w:t>vt 0.156154 0.253195</w:t>
        <w:br/>
        <w:t>vt 0.157065 0.240608</w:t>
        <w:br/>
        <w:t>vt 0.141299 0.253476</w:t>
        <w:br/>
        <w:t>vt 0.141774 0.240996</w:t>
        <w:br/>
        <w:t>vt 0.117852 0.252317</w:t>
        <w:br/>
        <w:t>vt 0.118940 0.240066</w:t>
        <w:br/>
        <w:t>vt 0.084461 0.250866</w:t>
        <w:br/>
        <w:t>vt 0.085514 0.238135</w:t>
        <w:br/>
        <w:t>vt 0.103271 0.239572</w:t>
        <w:br/>
        <w:t>vt 0.101612 0.251910</w:t>
        <w:br/>
        <w:t>vt 0.068944 0.238079</w:t>
        <w:br/>
        <w:t>vt 0.068182 0.250834</w:t>
        <w:br/>
        <w:t>vt 0.052882 0.250388</w:t>
        <w:br/>
        <w:t>vt 0.052575 0.238112</w:t>
        <w:br/>
        <w:t>vt 0.001903 0.241715</w:t>
        <w:br/>
        <w:t>vt 0.019619 0.239744</w:t>
        <w:br/>
        <w:t>vt 0.019690 0.251250</w:t>
        <w:br/>
        <w:t>vt 0.001903 0.252368</w:t>
        <w:br/>
        <w:t>vt 0.034318 0.250785</w:t>
        <w:br/>
        <w:t>vt 0.033906 0.238847</w:t>
        <w:br/>
        <w:t>vt 0.172524 0.278676</w:t>
        <w:br/>
        <w:t>vt 0.188348 0.277744</w:t>
        <w:br/>
        <w:t>vt 0.188628 0.293107</w:t>
        <w:br/>
        <w:t>vt 0.172179 0.293943</w:t>
        <w:br/>
        <w:t>vt 0.155946 0.279361</w:t>
        <w:br/>
        <w:t>vt 0.155862 0.293322</w:t>
        <w:br/>
        <w:t>vt 0.140181 0.294546</w:t>
        <w:br/>
        <w:t>vt 0.140663 0.279708</w:t>
        <w:br/>
        <w:t>vt 0.117047 0.294135</w:t>
        <w:br/>
        <w:t>vt 0.116797 0.278779</w:t>
        <w:br/>
        <w:t>vt 0.100001 0.293888</w:t>
        <w:br/>
        <w:t>vt 0.100081 0.278290</w:t>
        <w:br/>
        <w:t>vt 0.082697 0.293842</w:t>
        <w:br/>
        <w:t>vt 0.082647 0.278219</w:t>
        <w:br/>
        <w:t>vt 0.066382 0.293666</w:t>
        <w:br/>
        <w:t>vt 0.066633 0.278129</w:t>
        <w:br/>
        <w:t>vt 0.051907 0.292947</w:t>
        <w:br/>
        <w:t>vt 0.052612 0.277437</w:t>
        <w:br/>
        <w:t>vt 0.033513 0.292506</w:t>
        <w:br/>
        <w:t>vt 0.033991 0.277108</w:t>
        <w:br/>
        <w:t>vt 0.017763 0.291817</w:t>
        <w:br/>
        <w:t>vt 0.018455 0.276855</w:t>
        <w:br/>
        <w:t>vt 0.001903 0.290474</w:t>
        <w:br/>
        <w:t>vt 0.001903 0.276402</w:t>
        <w:br/>
        <w:t>vt 0.204447 0.276629</w:t>
        <w:br/>
        <w:t>vt 0.220211 0.275355</w:t>
        <w:br/>
        <w:t>vt 0.220211 0.290801</w:t>
        <w:br/>
        <w:t>vt 0.204265 0.291921</w:t>
        <w:br/>
        <w:t>vt 0.117055 0.264410</w:t>
        <w:br/>
        <w:t>vt 0.100551 0.263642</w:t>
        <w:br/>
        <w:t>vt 0.083223 0.263475</w:t>
        <w:br/>
        <w:t>vt 0.067349 0.263494</w:t>
        <w:br/>
        <w:t>vt 0.052980 0.262777</w:t>
        <w:br/>
        <w:t>vt 0.034299 0.262838</w:t>
        <w:br/>
        <w:t>vt 0.019202 0.262751</w:t>
        <w:br/>
        <w:t>vt 0.001903 0.263449</w:t>
        <w:br/>
        <w:t>vt 0.205156 0.262551</w:t>
        <w:br/>
        <w:t>vt 0.220211 0.263061</w:t>
        <w:br/>
        <w:t>vt 0.188244 0.263867</w:t>
        <w:br/>
        <w:t>vt 0.172804 0.265021</w:t>
        <w:br/>
        <w:t>vt 0.155866 0.265650</w:t>
        <w:br/>
        <w:t>vt 0.141092 0.265764</w:t>
        <w:br/>
        <w:t>vt 0.139155 0.304630</w:t>
        <w:br/>
        <w:t>vt 0.117443 0.304560</w:t>
        <w:br/>
        <w:t>vt 0.100296 0.304520</w:t>
        <w:br/>
        <w:t>vt 0.083413 0.304502</w:t>
        <w:br/>
        <w:t>vt 0.066758 0.304252</w:t>
        <w:br/>
        <w:t>vt 0.051436 0.303653</w:t>
        <w:br/>
        <w:t>vt 0.033231 0.303336</w:t>
        <w:br/>
        <w:t>vt 0.017437 0.302772</w:t>
        <w:br/>
        <w:t>vt 0.001903 0.300575</w:t>
        <w:br/>
        <w:t>vt 0.204824 0.302709</w:t>
        <w:br/>
        <w:t>vt 0.220211 0.300984</w:t>
        <w:br/>
        <w:t>vt 0.189438 0.303683</w:t>
        <w:br/>
        <w:t>vt 0.172427 0.304339</w:t>
        <w:br/>
        <w:t>vt 0.155658 0.303581</w:t>
        <w:br/>
        <w:t>vt 0.220211 0.204456</w:t>
        <w:br/>
        <w:t>vt 0.208357 0.199261</w:t>
        <w:br/>
        <w:t>vt 0.220211 0.193651</w:t>
        <w:br/>
        <w:t>vt 0.196810 0.194952</w:t>
        <w:br/>
        <w:t>vt 0.198390 0.199924</w:t>
        <w:br/>
        <w:t>vt 0.189439 0.199927</w:t>
        <w:br/>
        <w:t>vt 0.188020 0.194670</w:t>
        <w:br/>
        <w:t>vt 0.149644 0.201507</w:t>
        <w:br/>
        <w:t>vt 0.139491 0.202102</w:t>
        <w:br/>
        <w:t>vt 0.141225 0.197344</w:t>
        <w:br/>
        <w:t>vt 0.151505 0.196522</w:t>
        <w:br/>
        <w:t>vt 0.129525 0.196819</w:t>
        <w:br/>
        <w:t>vt 0.128650 0.208130</w:t>
        <w:br/>
        <w:t>vt 0.115757 0.207256</w:t>
        <w:br/>
        <w:t>vt 0.115322 0.197022</w:t>
        <w:br/>
        <w:t>vt 0.068175 0.197633</w:t>
        <w:br/>
        <w:t>vt 0.082454 0.196811</w:t>
        <w:br/>
        <w:t>vt 0.081274 0.205239</w:t>
        <w:br/>
        <w:t>vt 0.068937 0.205191</w:t>
        <w:br/>
        <w:t>vt 0.057239 0.206036</w:t>
        <w:br/>
        <w:t>vt 0.055572 0.198685</w:t>
        <w:br/>
        <w:t>vt 0.016832 0.203255</w:t>
        <w:br/>
        <w:t>vt 0.030910 0.200546</w:t>
        <w:br/>
        <w:t>vt 0.030607 0.208374</w:t>
        <w:br/>
        <w:t>vt 0.016272 0.211549</w:t>
        <w:br/>
        <w:t>vt 0.018293 0.184224</w:t>
        <w:br/>
        <w:t>vt 0.001903 0.186404</w:t>
        <w:br/>
        <w:t>vt 0.001903 0.171671</w:t>
        <w:br/>
        <w:t>vt 0.017252 0.169868</w:t>
        <w:br/>
        <w:t>vt 0.205674 0.160898</w:t>
        <w:br/>
        <w:t>vt 0.220211 0.159589</w:t>
        <w:br/>
        <w:t>vt 0.220211 0.174012</w:t>
        <w:br/>
        <w:t>vt 0.203658 0.176135</w:t>
        <w:br/>
        <w:t>vt 0.186429 0.177256</w:t>
        <w:br/>
        <w:t>vt 0.175258 0.178707</w:t>
        <w:br/>
        <w:t>vt 0.176928 0.163539</w:t>
        <w:br/>
        <w:t>vt 0.189159 0.162861</w:t>
        <w:br/>
        <w:t>vt 0.164832 0.178846</w:t>
        <w:br/>
        <w:t>vt 0.164967 0.164118</w:t>
        <w:br/>
        <w:t>vt 0.148187 0.180237</w:t>
        <w:br/>
        <w:t>vt 0.148201 0.164529</w:t>
        <w:br/>
        <w:t>vt 0.130143 0.181278</w:t>
        <w:br/>
        <w:t>vt 0.131342 0.165723</w:t>
        <w:br/>
        <w:t>vt 0.114629 0.180735</w:t>
        <w:br/>
        <w:t>vt 0.115484 0.165839</w:t>
        <w:br/>
        <w:t>vt 0.082925 0.163612</w:t>
        <w:br/>
        <w:t>vt 0.082804 0.155494</w:t>
        <w:br/>
        <w:t>vt 0.100116 0.155191</w:t>
        <w:br/>
        <w:t>vt 0.100075 0.163055</w:t>
        <w:br/>
        <w:t>vt 0.066035 0.163394</w:t>
        <w:br/>
        <w:t>vt 0.065402 0.155235</w:t>
        <w:br/>
        <w:t>vt 0.048228 0.164209</w:t>
        <w:br/>
        <w:t>vt 0.048107 0.155675</w:t>
        <w:br/>
        <w:t>vt 0.050705 0.206531</w:t>
        <w:br/>
        <w:t>vt 0.049581 0.199218</w:t>
        <w:br/>
        <w:t>vt 0.032430 0.165082</w:t>
        <w:br/>
        <w:t>vt 0.032613 0.156576</w:t>
        <w:br/>
        <w:t>vt 0.115880 0.153648</w:t>
        <w:br/>
        <w:t>vt 0.177257 0.103789</w:t>
        <w:br/>
        <w:t>vt 0.163473 0.104960</w:t>
        <w:br/>
        <w:t>vt 0.162362 0.082800</w:t>
        <w:br/>
        <w:t>vt 0.176586 0.081821</w:t>
        <w:br/>
        <w:t>vt 0.190918 0.080058</w:t>
        <w:br/>
        <w:t>vt 0.191596 0.101894</w:t>
        <w:br/>
        <w:t>vt 0.204349 0.078778</w:t>
        <w:br/>
        <w:t>vt 0.204718 0.100324</w:t>
        <w:br/>
        <w:t>vt 0.220211 0.076773</w:t>
        <w:br/>
        <w:t>vt 0.220211 0.098096</w:t>
        <w:br/>
        <w:t>vt 0.017164 0.083695</w:t>
        <w:br/>
        <w:t>vt 0.016361 0.106542</w:t>
        <w:br/>
        <w:t>vt 0.001903 0.104671</w:t>
        <w:br/>
        <w:t>vt 0.001903 0.082299</w:t>
        <w:br/>
        <w:t>vt 0.033834 0.084687</w:t>
        <w:br/>
        <w:t>vt 0.033387 0.107507</w:t>
        <w:br/>
        <w:t>vt 0.048723 0.085182</w:t>
        <w:br/>
        <w:t>vt 0.047935 0.107868</w:t>
        <w:br/>
        <w:t>vt 0.064543 0.085343</w:t>
        <w:br/>
        <w:t>vt 0.064703 0.107698</w:t>
        <w:br/>
        <w:t>vt 0.080934 0.085301</w:t>
        <w:br/>
        <w:t>vt 0.081445 0.107622</w:t>
        <w:br/>
        <w:t>vt 0.097368 0.084958</w:t>
        <w:br/>
        <w:t>vt 0.098033 0.107351</w:t>
        <w:br/>
        <w:t>vt 0.114420 0.084469</w:t>
        <w:br/>
        <w:t>vt 0.115330 0.106950</w:t>
        <w:br/>
        <w:t>vt 0.131790 0.083740</w:t>
        <w:br/>
        <w:t>vt 0.132758 0.106342</w:t>
        <w:br/>
        <w:t>vt 0.147263 0.083273</w:t>
        <w:br/>
        <w:t>vt 0.148770 0.105850</w:t>
        <w:br/>
        <w:t>vt 0.177698 0.124285</w:t>
        <w:br/>
        <w:t>vt 0.191246 0.122496</w:t>
        <w:br/>
        <w:t>vt 0.191589 0.135429</w:t>
        <w:br/>
        <w:t>vt 0.177983 0.137214</w:t>
        <w:br/>
        <w:t>vt 0.164297 0.125365</w:t>
        <w:br/>
        <w:t>vt 0.164746 0.138344</w:t>
        <w:br/>
        <w:t>vt 0.149650 0.139211</w:t>
        <w:br/>
        <w:t>vt 0.149427 0.126393</w:t>
        <w:br/>
        <w:t>vt 0.132986 0.127541</w:t>
        <w:br/>
        <w:t>vt 0.132782 0.140393</w:t>
        <w:br/>
        <w:t>vt 0.115768 0.141441</w:t>
        <w:br/>
        <w:t>vt 0.115639 0.128256</w:t>
        <w:br/>
        <w:t>vt 0.099374 0.142726</w:t>
        <w:br/>
        <w:t>vt 0.098563 0.129095</w:t>
        <w:br/>
        <w:t>vt 0.082166 0.143334</w:t>
        <w:br/>
        <w:t>vt 0.081878 0.129457</w:t>
        <w:br/>
        <w:t>vt 0.064882 0.143424</w:t>
        <w:br/>
        <w:t>vt 0.064943 0.129782</w:t>
        <w:br/>
        <w:t>vt 0.047917 0.143186</w:t>
        <w:br/>
        <w:t>vt 0.047588 0.129583</w:t>
        <w:br/>
        <w:t>vt 0.032348 0.142892</w:t>
        <w:br/>
        <w:t>vt 0.032422 0.129299</w:t>
        <w:br/>
        <w:t>vt 0.016077 0.142218</w:t>
        <w:br/>
        <w:t>vt 0.016209 0.128365</w:t>
        <w:br/>
        <w:t>vt 0.001903 0.141436</w:t>
        <w:br/>
        <w:t>vt 0.001903 0.126309</w:t>
        <w:br/>
        <w:t>vt 0.205976 0.133554</w:t>
        <w:br/>
        <w:t>vt 0.205445 0.120646</w:t>
        <w:br/>
        <w:t>vt 0.220211 0.118124</w:t>
        <w:br/>
        <w:t>vt 0.220211 0.131752</w:t>
        <w:br/>
        <w:t>vt 0.177917 0.150362</w:t>
        <w:br/>
        <w:t>vt 0.191162 0.148779</w:t>
        <w:br/>
        <w:t>vt 0.164736 0.151313</w:t>
        <w:br/>
        <w:t>vt 0.148842 0.151845</w:t>
        <w:br/>
        <w:t>vt 0.132311 0.153075</w:t>
        <w:br/>
        <w:t>vt 0.048739 0.171409</w:t>
        <w:br/>
        <w:t>vt 0.066614 0.170562</w:t>
        <w:br/>
        <w:t>vt 0.067123 0.177727</w:t>
        <w:br/>
        <w:t>vt 0.049708 0.178423</w:t>
        <w:br/>
        <w:t>vt 0.099855 0.170395</w:t>
        <w:br/>
        <w:t>vt 0.099194 0.178983</w:t>
        <w:br/>
        <w:t>vt 0.082459 0.178259</w:t>
        <w:br/>
        <w:t>vt 0.082884 0.170636</w:t>
        <w:br/>
        <w:t>vt 0.032664 0.173119</w:t>
        <w:br/>
        <w:t>vt 0.033198 0.180823</w:t>
        <w:br/>
        <w:t>vt 0.016539 0.156090</w:t>
        <w:br/>
        <w:t>vt 0.001903 0.156688</w:t>
        <w:br/>
        <w:t>vt 0.206070 0.147139</w:t>
        <w:br/>
        <w:t>vt 0.220211 0.145652</w:t>
        <w:br/>
        <w:t>vt 0.001903 0.204621</w:t>
        <w:br/>
        <w:t>vt 0.001903 0.195049</w:t>
        <w:br/>
        <w:t>vt 0.018312 0.193906</w:t>
        <w:br/>
        <w:t>vt 0.129832 0.189666</w:t>
        <w:br/>
        <w:t>vt 0.114717 0.189865</w:t>
        <w:br/>
        <w:t>vt 0.067515 0.189454</w:t>
        <w:br/>
        <w:t>vt 0.083810 0.188050</w:t>
        <w:br/>
        <w:t>vt 0.049558 0.190128</w:t>
        <w:br/>
        <w:t>vt 0.044042 0.199847</w:t>
        <w:br/>
        <w:t>vt 0.032914 0.191801</w:t>
        <w:br/>
        <w:t>vt 0.017954 0.225313</w:t>
        <w:br/>
        <w:t>vt 0.001903 0.228637</w:t>
        <w:br/>
        <w:t>vt 0.001903 0.221101</w:t>
        <w:br/>
        <w:t>vt 0.016458 0.217969</w:t>
        <w:br/>
        <w:t>vt 0.190322 0.214660</w:t>
        <w:br/>
        <w:t>vt 0.198407 0.214190</w:t>
        <w:br/>
        <w:t>vt 0.195047 0.224092</w:t>
        <w:br/>
        <w:t>vt 0.181714 0.215341</w:t>
        <w:br/>
        <w:t>vt 0.182537 0.225310</w:t>
        <w:br/>
        <w:t>vt 0.172864 0.225774</w:t>
        <w:br/>
        <w:t>vt 0.173552 0.215628</w:t>
        <w:br/>
        <w:t>vt 0.165362 0.216047</w:t>
        <w:br/>
        <w:t>vt 0.162258 0.225952</w:t>
        <w:br/>
        <w:t>vt 0.156278 0.216016</w:t>
        <w:br/>
        <w:t>vt 0.114597 0.223021</w:t>
        <w:br/>
        <w:t>vt 0.115234 0.214513</w:t>
        <w:br/>
        <w:t>vt 0.127938 0.215365</w:t>
        <w:br/>
        <w:t>vt 0.126934 0.224360</w:t>
        <w:br/>
        <w:t>vt 0.081354 0.213466</w:t>
        <w:br/>
        <w:t>vt 0.081673 0.220981</w:t>
        <w:br/>
        <w:t>vt 0.069699 0.220831</w:t>
        <w:br/>
        <w:t>vt 0.069433 0.213082</w:t>
        <w:br/>
        <w:t>vt 0.057839 0.213861</w:t>
        <w:br/>
        <w:t>vt 0.057485 0.221112</w:t>
        <w:br/>
        <w:t>vt 0.030921 0.215672</w:t>
        <w:br/>
        <w:t>vt 0.031676 0.223685</w:t>
        <w:br/>
        <w:t>vt 0.176167 0.057329</w:t>
        <w:br/>
        <w:t>vt 0.114109 0.059145</w:t>
        <w:br/>
        <w:t>vt 0.097019 0.059313</w:t>
        <w:br/>
        <w:t>vt 0.080460 0.059321</w:t>
        <w:br/>
        <w:t>vt 0.220211 0.053642</w:t>
        <w:br/>
        <w:t>vt 0.001903 0.234240</w:t>
        <w:br/>
        <w:t>vt 0.018854 0.230922</w:t>
        <w:br/>
        <w:t>vt 0.033208 0.229966</w:t>
        <w:br/>
        <w:t>vt 0.158002 0.233142</w:t>
        <w:br/>
        <w:t>vt 0.149546 0.225643</w:t>
        <w:br/>
        <w:t>vt 0.172485 0.232875</w:t>
        <w:br/>
        <w:t>vt 0.137668 0.225017</w:t>
        <w:br/>
        <w:t>vt 0.137607 0.215369</w:t>
        <w:br/>
        <w:t>vt 0.147621 0.216150</w:t>
        <w:br/>
        <w:t>vt 0.207401 0.194875</w:t>
        <w:br/>
        <w:t>vt 0.188142 0.231793</w:t>
        <w:br/>
        <w:t>vt 0.206382 0.230279</w:t>
        <w:br/>
        <w:t>vt 0.142355 0.233412</w:t>
        <w:br/>
        <w:t>vt 0.158768 0.200778</w:t>
        <w:br/>
        <w:t>vt 0.160478 0.195270</w:t>
        <w:br/>
        <w:t>vt 0.205062 0.184630</w:t>
        <w:br/>
        <w:t>vt 0.192039 0.184651</w:t>
        <w:br/>
        <w:t>vt 0.143786 0.188422</w:t>
        <w:br/>
        <w:t>vt 0.208090 0.213296</w:t>
        <w:br/>
        <w:t>vt 0.207362 0.222804</w:t>
        <w:br/>
        <w:t>vt 0.157224 0.186435</w:t>
        <w:br/>
        <w:t>vt 0.119487 0.231030</w:t>
        <w:br/>
        <w:t>vt 0.220211 0.212418</w:t>
        <w:br/>
        <w:t>vt 0.208457 0.208895</w:t>
        <w:br/>
        <w:t>vt 0.220211 0.183114</w:t>
        <w:br/>
        <w:t>vt 0.220211 0.228151</w:t>
        <w:br/>
        <w:t>vt 0.220211 0.221213</w:t>
        <w:br/>
        <w:t>vt 0.001903 0.214294</w:t>
        <w:br/>
        <w:t>vt 0.199131 0.204634</w:t>
        <w:br/>
        <w:t>vt 0.190204 0.204882</w:t>
        <w:br/>
        <w:t>vt 0.208233 0.204433</w:t>
        <w:br/>
        <w:t>vt 0.190598 0.209800</w:t>
        <w:br/>
        <w:t>vt 0.181799 0.209969</w:t>
        <w:br/>
        <w:t>vt 0.181982 0.204905</w:t>
        <w:br/>
        <w:t>vt 0.182033 0.199569</w:t>
        <w:br/>
        <w:t>vt 0.174378 0.205071</w:t>
        <w:br/>
        <w:t>vt 0.174394 0.199381</w:t>
        <w:br/>
        <w:t>vt 0.167034 0.205118</w:t>
        <w:br/>
        <w:t>vt 0.167652 0.199899</w:t>
        <w:br/>
        <w:t>vt 0.157711 0.205215</w:t>
        <w:br/>
        <w:t>vt 0.148581 0.205804</w:t>
        <w:br/>
        <w:t>vt 0.137929 0.210875</w:t>
        <w:br/>
        <w:t>vt 0.138640 0.206929</w:t>
        <w:br/>
        <w:t>vt 0.166095 0.185475</w:t>
        <w:br/>
        <w:t>vt 0.174758 0.185602</w:t>
        <w:br/>
        <w:t>vt 0.183285 0.184229</w:t>
        <w:br/>
        <w:t>vt 0.167247 0.189787</w:t>
        <w:br/>
        <w:t>vt 0.173956 0.210230</w:t>
        <w:br/>
        <w:t>vt 0.174319 0.189084</w:t>
        <w:br/>
        <w:t>vt 0.182061 0.189243</w:t>
        <w:br/>
        <w:t>vt 0.167598 0.194666</w:t>
        <w:br/>
        <w:t>vt 0.174342 0.194525</w:t>
        <w:br/>
        <w:t>vt 0.166250 0.210326</w:t>
        <w:br/>
        <w:t>vt 0.156886 0.210557</w:t>
        <w:br/>
        <w:t>vt 0.181961 0.194291</w:t>
        <w:br/>
        <w:t>vt 0.051083 0.221782</w:t>
        <w:br/>
        <w:t>vt 0.044159 0.222176</w:t>
        <w:br/>
        <w:t>vt 0.044422 0.214521</w:t>
        <w:br/>
        <w:t>vt 0.051073 0.214067</w:t>
        <w:br/>
        <w:t>vt 0.090044 0.212985</w:t>
        <w:br/>
        <w:t>vt 0.090747 0.205121</w:t>
        <w:br/>
        <w:t>vt 0.091588 0.197232</w:t>
        <w:br/>
        <w:t>vt 0.098835 0.188396</w:t>
        <w:br/>
        <w:t>vt 0.098793 0.229283</w:t>
        <w:br/>
        <w:t>vt 0.090484 0.221017</w:t>
        <w:br/>
        <w:t>vt 0.100113 0.221811</w:t>
        <w:br/>
        <w:t>vt 0.100054 0.205461</w:t>
        <w:br/>
        <w:t>vt 0.100232 0.213604</w:t>
        <w:br/>
        <w:t>vt 0.100049 0.196996</w:t>
        <w:br/>
        <w:t>vt 0.052313 0.229116</w:t>
        <w:br/>
        <w:t>vt 0.069412 0.228313</w:t>
        <w:br/>
        <w:t>vt 0.085660 0.228227</w:t>
        <w:br/>
        <w:t>vt 0.044154 0.206921</w:t>
        <w:br/>
        <w:t>vt 0.147883 0.210825</w:t>
        <w:br/>
        <w:t>vt 0.199176 0.209366</w:t>
        <w:br/>
        <w:t>vt 0.140088 0.003680</w:t>
        <w:br/>
        <w:t>vt 0.019072 0.003680</w:t>
        <w:br/>
        <w:t>vt 0.039251 0.003680</w:t>
        <w:br/>
        <w:t>vt 0.001903 0.003680</w:t>
        <w:br/>
        <w:t>vt 0.220211 0.030664</w:t>
        <w:br/>
        <w:t>vt 0.220211 0.003680</w:t>
        <w:br/>
        <w:t>vt 0.001903 0.323620</w:t>
        <w:br/>
        <w:t>vt 0.017676 0.323620</w:t>
        <w:br/>
        <w:t>vt 0.017416 0.313127</w:t>
        <w:br/>
        <w:t>vt 0.001903 0.311396</w:t>
        <w:br/>
        <w:t>vt 0.033884 0.323620</w:t>
        <w:br/>
        <w:t>vt 0.220211 0.323620</w:t>
        <w:br/>
        <w:t>vt 0.206282 0.323620</w:t>
        <w:br/>
        <w:t>vt 0.191036 0.323620</w:t>
        <w:br/>
        <w:t>vt 0.205481 0.313002</w:t>
        <w:br/>
        <w:t>vt 0.190215 0.313519</w:t>
        <w:br/>
        <w:t>vt 0.051353 0.313454</w:t>
        <w:br/>
        <w:t>vt 0.033363 0.313442</w:t>
        <w:br/>
        <w:t>vt 0.051626 0.323620</w:t>
        <w:br/>
        <w:t>vt 0.068731 0.323620</w:t>
        <w:br/>
        <w:t>vt 0.100567 0.313804</w:t>
        <w:br/>
        <w:t>vt 0.084193 0.313760</w:t>
        <w:br/>
        <w:t>vt 0.085199 0.323620</w:t>
        <w:br/>
        <w:t>vt 0.100867 0.323620</w:t>
        <w:br/>
        <w:t>vt 0.117729 0.323620</w:t>
        <w:br/>
        <w:t>vt 0.117656 0.313843</w:t>
        <w:br/>
        <w:t>vt 0.135330 0.323620</w:t>
        <w:br/>
        <w:t>vt 0.137617 0.313816</w:t>
        <w:br/>
        <w:t>vt 0.149512 0.323620</w:t>
        <w:br/>
        <w:t>vt 0.160014 0.323620</w:t>
        <w:br/>
        <w:t>vt 0.174082 0.323620</w:t>
        <w:br/>
        <w:t>vt 0.173039 0.313784</w:t>
        <w:br/>
        <w:t>vt 0.156930 0.312924</w:t>
        <w:br/>
        <w:t>vt 0.159901 0.003680</w:t>
        <w:br/>
        <w:t>vt 0.160991 0.033474</w:t>
        <w:br/>
        <w:t>vt 0.176393 0.032968</w:t>
        <w:br/>
        <w:t>vt 0.178138 0.003680</w:t>
        <w:br/>
        <w:t>vt 0.097810 0.003680</w:t>
        <w:br/>
        <w:t>vt 0.078404 0.003680</w:t>
        <w:br/>
        <w:t>vt 0.079847 0.033320</w:t>
        <w:br/>
        <w:t>vt 0.097059 0.033599</w:t>
        <w:br/>
        <w:t>vt 0.058235 0.003680</w:t>
        <w:br/>
        <w:t>vt 0.062976 0.033109</w:t>
        <w:br/>
        <w:t>vt 0.191377 0.032227</w:t>
        <w:br/>
        <w:t>vt 0.190590 0.056095</w:t>
        <w:br/>
        <w:t>vt 0.204415 0.055126</w:t>
        <w:br/>
        <w:t>vt 0.205267 0.032010</w:t>
        <w:br/>
        <w:t>vt 0.197857 0.003680</w:t>
        <w:br/>
        <w:t>vt 0.049045 0.059113</w:t>
        <w:br/>
        <w:t>vt 0.064041 0.059224</w:t>
        <w:br/>
        <w:t>vt 0.048972 0.033390</w:t>
        <w:br/>
        <w:t>vt 0.114662 0.033718</w:t>
        <w:br/>
        <w:t>vt 0.119049 0.003680</w:t>
        <w:br/>
        <w:t>vt 0.145855 0.058467</w:t>
        <w:br/>
        <w:t>vt 0.161487 0.058109</w:t>
        <w:br/>
        <w:t>vt 0.144776 0.033623</w:t>
        <w:br/>
        <w:t>vt 0.034216 0.058766</w:t>
        <w:br/>
        <w:t>vt 0.034928 0.032902</w:t>
        <w:br/>
        <w:t>vt 0.017652 0.033322</w:t>
        <w:br/>
        <w:t>vt 0.017601 0.058536</w:t>
        <w:br/>
        <w:t>vt 0.130846 0.058754</w:t>
        <w:br/>
        <w:t>vt 0.130199 0.034075</w:t>
        <w:br/>
        <w:t>vt 0.001903 0.034671</w:t>
        <w:br/>
        <w:t>vt 0.001903 0.058323</w:t>
        <w:br/>
        <w:t>vt 0.220211 0.311694</w:t>
        <w:br/>
        <w:t>vt 0.067497 0.313629</w:t>
        <w:br/>
        <w:t>vt 0.153768 0.312775</w:t>
        <w:br/>
        <w:t>vt 0.220211 0.248276</w:t>
        <w:br/>
        <w:t>vt 0.220211 0.236922</w:t>
        <w:br/>
        <w:t>vt 0.205567 0.237899</w:t>
        <w:br/>
        <w:t>vt 0.205402 0.250116</w:t>
        <w:br/>
        <w:t>vt 0.187736 0.238891</w:t>
        <w:br/>
        <w:t>vt 0.187913 0.251313</w:t>
        <w:br/>
        <w:t>vt 0.172451 0.239764</w:t>
        <w:br/>
        <w:t>vt 0.172688 0.252394</w:t>
        <w:br/>
        <w:t>vt 0.157065 0.240608</w:t>
        <w:br/>
        <w:t>vt 0.156154 0.253195</w:t>
        <w:br/>
        <w:t>vt 0.141774 0.240996</w:t>
        <w:br/>
        <w:t>vt 0.141299 0.253476</w:t>
        <w:br/>
        <w:t>vt 0.118940 0.240066</w:t>
        <w:br/>
        <w:t>vt 0.117852 0.252317</w:t>
        <w:br/>
        <w:t>vt 0.103271 0.239572</w:t>
        <w:br/>
        <w:t>vt 0.085514 0.238135</w:t>
        <w:br/>
        <w:t>vt 0.084461 0.250866</w:t>
        <w:br/>
        <w:t>vt 0.101612 0.251910</w:t>
        <w:br/>
        <w:t>vt 0.068944 0.238079</w:t>
        <w:br/>
        <w:t>vt 0.068182 0.250834</w:t>
        <w:br/>
        <w:t>vt 0.052882 0.250388</w:t>
        <w:br/>
        <w:t>vt 0.052575 0.238112</w:t>
        <w:br/>
        <w:t>vt 0.019690 0.251250</w:t>
        <w:br/>
        <w:t>vt 0.019619 0.239744</w:t>
        <w:br/>
        <w:t>vt 0.001903 0.241715</w:t>
        <w:br/>
        <w:t>vt 0.001903 0.252368</w:t>
        <w:br/>
        <w:t>vt 0.033906 0.238847</w:t>
        <w:br/>
        <w:t>vt 0.034318 0.250785</w:t>
        <w:br/>
        <w:t>vt 0.188628 0.293107</w:t>
        <w:br/>
        <w:t>vt 0.188348 0.277744</w:t>
        <w:br/>
        <w:t>vt 0.172524 0.278676</w:t>
        <w:br/>
        <w:t>vt 0.172179 0.293943</w:t>
        <w:br/>
        <w:t>vt 0.155946 0.279361</w:t>
        <w:br/>
        <w:t>vt 0.155862 0.293322</w:t>
        <w:br/>
        <w:t>vt 0.140663 0.279708</w:t>
        <w:br/>
        <w:t>vt 0.140181 0.294546</w:t>
        <w:br/>
        <w:t>vt 0.116797 0.278779</w:t>
        <w:br/>
        <w:t>vt 0.117047 0.294135</w:t>
        <w:br/>
        <w:t>vt 0.100001 0.293888</w:t>
        <w:br/>
        <w:t>vt 0.100081 0.278290</w:t>
        <w:br/>
        <w:t>vt 0.082697 0.293842</w:t>
        <w:br/>
        <w:t>vt 0.082647 0.278219</w:t>
        <w:br/>
        <w:t>vt 0.066633 0.278129</w:t>
        <w:br/>
        <w:t>vt 0.066382 0.293666</w:t>
        <w:br/>
        <w:t>vt 0.051907 0.292947</w:t>
        <w:br/>
        <w:t>vt 0.052612 0.277437</w:t>
        <w:br/>
        <w:t>vt 0.033513 0.292506</w:t>
        <w:br/>
        <w:t>vt 0.033991 0.277108</w:t>
        <w:br/>
        <w:t>vt 0.017763 0.291817</w:t>
        <w:br/>
        <w:t>vt 0.018455 0.276855</w:t>
        <w:br/>
        <w:t>vt 0.001903 0.276402</w:t>
        <w:br/>
        <w:t>vt 0.001903 0.290474</w:t>
        <w:br/>
        <w:t>vt 0.220211 0.290801</w:t>
        <w:br/>
        <w:t>vt 0.220211 0.275355</w:t>
        <w:br/>
        <w:t>vt 0.204447 0.276629</w:t>
        <w:br/>
        <w:t>vt 0.204265 0.291921</w:t>
        <w:br/>
        <w:t>vt 0.117055 0.264410</w:t>
        <w:br/>
        <w:t>vt 0.100551 0.263642</w:t>
        <w:br/>
        <w:t>vt 0.083223 0.263475</w:t>
        <w:br/>
        <w:t>vt 0.067349 0.263494</w:t>
        <w:br/>
        <w:t>vt 0.052980 0.262777</w:t>
        <w:br/>
        <w:t>vt 0.034299 0.262838</w:t>
        <w:br/>
        <w:t>vt 0.019202 0.262751</w:t>
        <w:br/>
        <w:t>vt 0.001903 0.263449</w:t>
        <w:br/>
        <w:t>vt 0.205156 0.262551</w:t>
        <w:br/>
        <w:t>vt 0.220211 0.263061</w:t>
        <w:br/>
        <w:t>vt 0.188244 0.263867</w:t>
        <w:br/>
        <w:t>vt 0.172804 0.265021</w:t>
        <w:br/>
        <w:t>vt 0.155866 0.265650</w:t>
        <w:br/>
        <w:t>vt 0.141092 0.265764</w:t>
        <w:br/>
        <w:t>vt 0.117443 0.304560</w:t>
        <w:br/>
        <w:t>vt 0.139155 0.304630</w:t>
        <w:br/>
        <w:t>vt 0.100296 0.304520</w:t>
        <w:br/>
        <w:t>vt 0.083413 0.304502</w:t>
        <w:br/>
        <w:t>vt 0.066758 0.304252</w:t>
        <w:br/>
        <w:t>vt 0.051436 0.303653</w:t>
        <w:br/>
        <w:t>vt 0.033231 0.303336</w:t>
        <w:br/>
        <w:t>vt 0.017437 0.302772</w:t>
        <w:br/>
        <w:t>vt 0.001903 0.300575</w:t>
        <w:br/>
        <w:t>vt 0.204824 0.302709</w:t>
        <w:br/>
        <w:t>vt 0.220211 0.300984</w:t>
        <w:br/>
        <w:t>vt 0.189438 0.303683</w:t>
        <w:br/>
        <w:t>vt 0.172427 0.304339</w:t>
        <w:br/>
        <w:t>vt 0.155658 0.303581</w:t>
        <w:br/>
        <w:t>vt 0.220211 0.204456</w:t>
        <w:br/>
        <w:t>vt 0.220211 0.193651</w:t>
        <w:br/>
        <w:t>vt 0.208357 0.199261</w:t>
        <w:br/>
        <w:t>vt 0.196810 0.194952</w:t>
        <w:br/>
        <w:t>vt 0.188020 0.194670</w:t>
        <w:br/>
        <w:t>vt 0.189439 0.199927</w:t>
        <w:br/>
        <w:t>vt 0.198390 0.199924</w:t>
        <w:br/>
        <w:t>vt 0.149644 0.201507</w:t>
        <w:br/>
        <w:t>vt 0.151505 0.196522</w:t>
        <w:br/>
        <w:t>vt 0.141225 0.197344</w:t>
        <w:br/>
        <w:t>vt 0.139491 0.202102</w:t>
        <w:br/>
        <w:t>vt 0.115757 0.207256</w:t>
        <w:br/>
        <w:t>vt 0.128650 0.208130</w:t>
        <w:br/>
        <w:t>vt 0.129525 0.196819</w:t>
        <w:br/>
        <w:t>vt 0.115322 0.197022</w:t>
        <w:br/>
        <w:t>vt 0.068175 0.197633</w:t>
        <w:br/>
        <w:t>vt 0.068937 0.205191</w:t>
        <w:br/>
        <w:t>vt 0.081274 0.205239</w:t>
        <w:br/>
        <w:t>vt 0.082454 0.196811</w:t>
        <w:br/>
        <w:t>vt 0.055572 0.198685</w:t>
        <w:br/>
        <w:t>vt 0.057239 0.206036</w:t>
        <w:br/>
        <w:t>vt 0.016832 0.203255</w:t>
        <w:br/>
        <w:t>vt 0.016272 0.211549</w:t>
        <w:br/>
        <w:t>vt 0.030607 0.208374</w:t>
        <w:br/>
        <w:t>vt 0.030910 0.200546</w:t>
        <w:br/>
        <w:t>vt 0.001903 0.171671</w:t>
        <w:br/>
        <w:t>vt 0.001903 0.186404</w:t>
        <w:br/>
        <w:t>vt 0.018293 0.184224</w:t>
        <w:br/>
        <w:t>vt 0.017252 0.169868</w:t>
        <w:br/>
        <w:t>vt 0.205674 0.160898</w:t>
        <w:br/>
        <w:t>vt 0.203658 0.176135</w:t>
        <w:br/>
        <w:t>vt 0.220211 0.174012</w:t>
        <w:br/>
        <w:t>vt 0.220211 0.159589</w:t>
        <w:br/>
        <w:t>vt 0.186429 0.177256</w:t>
        <w:br/>
        <w:t>vt 0.189159 0.162861</w:t>
        <w:br/>
        <w:t>vt 0.176928 0.163539</w:t>
        <w:br/>
        <w:t>vt 0.175258 0.178707</w:t>
        <w:br/>
        <w:t>vt 0.164832 0.178846</w:t>
        <w:br/>
        <w:t>vt 0.164967 0.164118</w:t>
        <w:br/>
        <w:t>vt 0.148201 0.164529</w:t>
        <w:br/>
        <w:t>vt 0.148187 0.180237</w:t>
        <w:br/>
        <w:t>vt 0.131342 0.165723</w:t>
        <w:br/>
        <w:t>vt 0.130143 0.181278</w:t>
        <w:br/>
        <w:t>vt 0.114629 0.180735</w:t>
        <w:br/>
        <w:t>vt 0.115484 0.165839</w:t>
        <w:br/>
        <w:t>vt 0.082925 0.163612</w:t>
        <w:br/>
        <w:t>vt 0.100075 0.163055</w:t>
        <w:br/>
        <w:t>vt 0.100116 0.155191</w:t>
        <w:br/>
        <w:t>vt 0.082804 0.155494</w:t>
        <w:br/>
        <w:t>vt 0.066035 0.163394</w:t>
        <w:br/>
        <w:t>vt 0.065402 0.155235</w:t>
        <w:br/>
        <w:t>vt 0.048107 0.155675</w:t>
        <w:br/>
        <w:t>vt 0.048228 0.164209</w:t>
        <w:br/>
        <w:t>vt 0.050705 0.206531</w:t>
        <w:br/>
        <w:t>vt 0.049581 0.199218</w:t>
        <w:br/>
        <w:t>vt 0.032613 0.156576</w:t>
        <w:br/>
        <w:t>vt 0.032430 0.165082</w:t>
        <w:br/>
        <w:t>vt 0.115880 0.153648</w:t>
        <w:br/>
        <w:t>vt 0.162362 0.082800</w:t>
        <w:br/>
        <w:t>vt 0.163473 0.104960</w:t>
        <w:br/>
        <w:t>vt 0.177257 0.103789</w:t>
        <w:br/>
        <w:t>vt 0.176586 0.081821</w:t>
        <w:br/>
        <w:t>vt 0.191596 0.101894</w:t>
        <w:br/>
        <w:t>vt 0.190918 0.080058</w:t>
        <w:br/>
        <w:t>vt 0.204349 0.078778</w:t>
        <w:br/>
        <w:t>vt 0.204718 0.100324</w:t>
        <w:br/>
        <w:t>vt 0.220211 0.076773</w:t>
        <w:br/>
        <w:t>vt 0.220211 0.098096</w:t>
        <w:br/>
        <w:t>vt 0.017164 0.083695</w:t>
        <w:br/>
        <w:t>vt 0.001903 0.082299</w:t>
        <w:br/>
        <w:t>vt 0.001903 0.104671</w:t>
        <w:br/>
        <w:t>vt 0.016361 0.106542</w:t>
        <w:br/>
        <w:t>vt 0.033834 0.084687</w:t>
        <w:br/>
        <w:t>vt 0.033387 0.107507</w:t>
        <w:br/>
        <w:t>vt 0.047935 0.107868</w:t>
        <w:br/>
        <w:t>vt 0.048723 0.085182</w:t>
        <w:br/>
        <w:t>vt 0.064703 0.107698</w:t>
        <w:br/>
        <w:t>vt 0.064543 0.085343</w:t>
        <w:br/>
        <w:t>vt 0.080934 0.085301</w:t>
        <w:br/>
        <w:t>vt 0.081445 0.107622</w:t>
        <w:br/>
        <w:t>vt 0.098033 0.107351</w:t>
        <w:br/>
        <w:t>vt 0.097368 0.084958</w:t>
        <w:br/>
        <w:t>vt 0.115330 0.106950</w:t>
        <w:br/>
        <w:t>vt 0.114420 0.084469</w:t>
        <w:br/>
        <w:t>vt 0.132758 0.106342</w:t>
        <w:br/>
        <w:t>vt 0.131790 0.083740</w:t>
        <w:br/>
        <w:t>vt 0.147263 0.083273</w:t>
        <w:br/>
        <w:t>vt 0.148770 0.105850</w:t>
        <w:br/>
        <w:t>vt 0.177698 0.124285</w:t>
        <w:br/>
        <w:t>vt 0.177983 0.137214</w:t>
        <w:br/>
        <w:t>vt 0.191589 0.135429</w:t>
        <w:br/>
        <w:t>vt 0.191246 0.122496</w:t>
        <w:br/>
        <w:t>vt 0.164297 0.125365</w:t>
        <w:br/>
        <w:t>vt 0.164746 0.138344</w:t>
        <w:br/>
        <w:t>vt 0.149650 0.139211</w:t>
        <w:br/>
        <w:t>vt 0.149427 0.126393</w:t>
        <w:br/>
        <w:t>vt 0.132986 0.127541</w:t>
        <w:br/>
        <w:t>vt 0.132782 0.140393</w:t>
        <w:br/>
        <w:t>vt 0.115639 0.128256</w:t>
        <w:br/>
        <w:t>vt 0.115768 0.141441</w:t>
        <w:br/>
        <w:t>vt 0.099374 0.142726</w:t>
        <w:br/>
        <w:t>vt 0.098563 0.129095</w:t>
        <w:br/>
        <w:t>vt 0.081878 0.129457</w:t>
        <w:br/>
        <w:t>vt 0.082166 0.143334</w:t>
        <w:br/>
        <w:t>vt 0.064882 0.143424</w:t>
        <w:br/>
        <w:t>vt 0.064943 0.129782</w:t>
        <w:br/>
        <w:t>vt 0.047588 0.129583</w:t>
        <w:br/>
        <w:t>vt 0.047917 0.143186</w:t>
        <w:br/>
        <w:t>vt 0.032348 0.142892</w:t>
        <w:br/>
        <w:t>vt 0.032422 0.129299</w:t>
        <w:br/>
        <w:t>vt 0.016077 0.142218</w:t>
        <w:br/>
        <w:t>vt 0.016209 0.128365</w:t>
        <w:br/>
        <w:t>vt 0.001903 0.126309</w:t>
        <w:br/>
        <w:t>vt 0.001903 0.141436</w:t>
        <w:br/>
        <w:t>vt 0.205976 0.133554</w:t>
        <w:br/>
        <w:t>vt 0.220211 0.131752</w:t>
        <w:br/>
        <w:t>vt 0.220211 0.118124</w:t>
        <w:br/>
        <w:t>vt 0.205445 0.120646</w:t>
        <w:br/>
        <w:t>vt 0.191162 0.148779</w:t>
        <w:br/>
        <w:t>vt 0.177917 0.150362</w:t>
        <w:br/>
        <w:t>vt 0.164736 0.151313</w:t>
        <w:br/>
        <w:t>vt 0.148842 0.151845</w:t>
        <w:br/>
        <w:t>vt 0.132311 0.153075</w:t>
        <w:br/>
        <w:t>vt 0.067123 0.177727</w:t>
        <w:br/>
        <w:t>vt 0.066614 0.170562</w:t>
        <w:br/>
        <w:t>vt 0.048739 0.171409</w:t>
        <w:br/>
        <w:t>vt 0.049708 0.178423</w:t>
        <w:br/>
        <w:t>vt 0.099855 0.170395</w:t>
        <w:br/>
        <w:t>vt 0.099194 0.178983</w:t>
        <w:br/>
        <w:t>vt 0.082459 0.178259</w:t>
        <w:br/>
        <w:t>vt 0.082884 0.170636</w:t>
        <w:br/>
        <w:t>vt 0.032664 0.173119</w:t>
        <w:br/>
        <w:t>vt 0.033198 0.180823</w:t>
        <w:br/>
        <w:t>vt 0.016539 0.156090</w:t>
        <w:br/>
        <w:t>vt 0.001903 0.156688</w:t>
        <w:br/>
        <w:t>vt 0.220211 0.145652</w:t>
        <w:br/>
        <w:t>vt 0.206070 0.147139</w:t>
        <w:br/>
        <w:t>vt 0.001903 0.204621</w:t>
        <w:br/>
        <w:t>vt 0.018312 0.193906</w:t>
        <w:br/>
        <w:t>vt 0.001903 0.195049</w:t>
        <w:br/>
        <w:t>vt 0.129832 0.189666</w:t>
        <w:br/>
        <w:t>vt 0.114717 0.189865</w:t>
        <w:br/>
        <w:t>vt 0.067515 0.189454</w:t>
        <w:br/>
        <w:t>vt 0.083810 0.188050</w:t>
        <w:br/>
        <w:t>vt 0.049558 0.190128</w:t>
        <w:br/>
        <w:t>vt 0.044042 0.199847</w:t>
        <w:br/>
        <w:t>vt 0.032914 0.191801</w:t>
        <w:br/>
        <w:t>vt 0.001903 0.221101</w:t>
        <w:br/>
        <w:t>vt 0.001903 0.228637</w:t>
        <w:br/>
        <w:t>vt 0.017954 0.225313</w:t>
        <w:br/>
        <w:t>vt 0.016458 0.217969</w:t>
        <w:br/>
        <w:t>vt 0.190322 0.214660</w:t>
        <w:br/>
        <w:t>vt 0.195047 0.224092</w:t>
        <w:br/>
        <w:t>vt 0.198407 0.214190</w:t>
        <w:br/>
        <w:t>vt 0.172864 0.225774</w:t>
        <w:br/>
        <w:t>vt 0.182537 0.225310</w:t>
        <w:br/>
        <w:t>vt 0.181714 0.215341</w:t>
        <w:br/>
        <w:t>vt 0.173552 0.215628</w:t>
        <w:br/>
        <w:t>vt 0.165362 0.216047</w:t>
        <w:br/>
        <w:t>vt 0.162258 0.225952</w:t>
        <w:br/>
        <w:t>vt 0.156278 0.216016</w:t>
        <w:br/>
        <w:t>vt 0.127938 0.215365</w:t>
        <w:br/>
        <w:t>vt 0.115234 0.214513</w:t>
        <w:br/>
        <w:t>vt 0.114597 0.223021</w:t>
        <w:br/>
        <w:t>vt 0.126934 0.224360</w:t>
        <w:br/>
        <w:t>vt 0.069699 0.220831</w:t>
        <w:br/>
        <w:t>vt 0.081673 0.220981</w:t>
        <w:br/>
        <w:t>vt 0.081354 0.213466</w:t>
        <w:br/>
        <w:t>vt 0.069433 0.213082</w:t>
        <w:br/>
        <w:t>vt 0.057839 0.213861</w:t>
        <w:br/>
        <w:t>vt 0.057485 0.221112</w:t>
        <w:br/>
        <w:t>vt 0.031676 0.223685</w:t>
        <w:br/>
        <w:t>vt 0.030921 0.215672</w:t>
        <w:br/>
        <w:t>vt 0.176167 0.057329</w:t>
        <w:br/>
        <w:t>vt 0.114109 0.059145</w:t>
        <w:br/>
        <w:t>vt 0.097019 0.059313</w:t>
        <w:br/>
        <w:t>vt 0.080460 0.059321</w:t>
        <w:br/>
        <w:t>vt 0.220211 0.053642</w:t>
        <w:br/>
        <w:t>vt 0.018854 0.230922</w:t>
        <w:br/>
        <w:t>vt 0.001903 0.234240</w:t>
        <w:br/>
        <w:t>vt 0.033208 0.229966</w:t>
        <w:br/>
        <w:t>vt 0.158002 0.233142</w:t>
        <w:br/>
        <w:t>vt 0.149546 0.225643</w:t>
        <w:br/>
        <w:t>vt 0.172485 0.232875</w:t>
        <w:br/>
        <w:t>vt 0.147621 0.216150</w:t>
        <w:br/>
        <w:t>vt 0.137607 0.215369</w:t>
        <w:br/>
        <w:t>vt 0.137668 0.225017</w:t>
        <w:br/>
        <w:t>vt 0.207401 0.194875</w:t>
        <w:br/>
        <w:t>vt 0.206382 0.230279</w:t>
        <w:br/>
        <w:t>vt 0.188142 0.231793</w:t>
        <w:br/>
        <w:t>vt 0.142355 0.233412</w:t>
        <w:br/>
        <w:t>vt 0.158768 0.200778</w:t>
        <w:br/>
        <w:t>vt 0.160478 0.195270</w:t>
        <w:br/>
        <w:t>vt 0.205062 0.184630</w:t>
        <w:br/>
        <w:t>vt 0.192039 0.184651</w:t>
        <w:br/>
        <w:t>vt 0.143786 0.188422</w:t>
        <w:br/>
        <w:t>vt 0.207362 0.222804</w:t>
        <w:br/>
        <w:t>vt 0.208090 0.213296</w:t>
        <w:br/>
        <w:t>vt 0.157224 0.186435</w:t>
        <w:br/>
        <w:t>vt 0.119487 0.231030</w:t>
        <w:br/>
        <w:t>vt 0.208457 0.208895</w:t>
        <w:br/>
        <w:t>vt 0.220211 0.212418</w:t>
        <w:br/>
        <w:t>vt 0.220211 0.183114</w:t>
        <w:br/>
        <w:t>vt 0.220211 0.228151</w:t>
        <w:br/>
        <w:t>vt 0.220211 0.221213</w:t>
        <w:br/>
        <w:t>vt 0.001903 0.214294</w:t>
        <w:br/>
        <w:t>vt 0.190204 0.204882</w:t>
        <w:br/>
        <w:t>vt 0.199131 0.204634</w:t>
        <w:br/>
        <w:t>vt 0.208233 0.204433</w:t>
        <w:br/>
        <w:t>vt 0.190598 0.209800</w:t>
        <w:br/>
        <w:t>vt 0.181799 0.209969</w:t>
        <w:br/>
        <w:t>vt 0.182033 0.199569</w:t>
        <w:br/>
        <w:t>vt 0.181982 0.204905</w:t>
        <w:br/>
        <w:t>vt 0.174378 0.205071</w:t>
        <w:br/>
        <w:t>vt 0.174394 0.199381</w:t>
        <w:br/>
        <w:t>vt 0.167034 0.205118</w:t>
        <w:br/>
        <w:t>vt 0.167652 0.199899</w:t>
        <w:br/>
        <w:t>vt 0.157711 0.205215</w:t>
        <w:br/>
        <w:t>vt 0.148581 0.205804</w:t>
        <w:br/>
        <w:t>vt 0.137929 0.210875</w:t>
        <w:br/>
        <w:t>vt 0.138640 0.206929</w:t>
        <w:br/>
        <w:t>vt 0.166095 0.185475</w:t>
        <w:br/>
        <w:t>vt 0.174758 0.185602</w:t>
        <w:br/>
        <w:t>vt 0.183285 0.184229</w:t>
        <w:br/>
        <w:t>vt 0.167247 0.189787</w:t>
        <w:br/>
        <w:t>vt 0.173956 0.210230</w:t>
        <w:br/>
        <w:t>vt 0.174319 0.189084</w:t>
        <w:br/>
        <w:t>vt 0.182061 0.189243</w:t>
        <w:br/>
        <w:t>vt 0.167598 0.194666</w:t>
        <w:br/>
        <w:t>vt 0.174342 0.194525</w:t>
        <w:br/>
        <w:t>vt 0.166250 0.210326</w:t>
        <w:br/>
        <w:t>vt 0.156886 0.210557</w:t>
        <w:br/>
        <w:t>vt 0.181961 0.194291</w:t>
        <w:br/>
        <w:t>vt 0.051083 0.221782</w:t>
        <w:br/>
        <w:t>vt 0.051073 0.214067</w:t>
        <w:br/>
        <w:t>vt 0.044422 0.214521</w:t>
        <w:br/>
        <w:t>vt 0.044159 0.222176</w:t>
        <w:br/>
        <w:t>vt 0.090044 0.212985</w:t>
        <w:br/>
        <w:t>vt 0.090747 0.205121</w:t>
        <w:br/>
        <w:t>vt 0.091588 0.197232</w:t>
        <w:br/>
        <w:t>vt 0.098835 0.188396</w:t>
        <w:br/>
        <w:t>vt 0.098793 0.229283</w:t>
        <w:br/>
        <w:t>vt 0.100113 0.221811</w:t>
        <w:br/>
        <w:t>vt 0.090484 0.221017</w:t>
        <w:br/>
        <w:t>vt 0.100232 0.213604</w:t>
        <w:br/>
        <w:t>vt 0.100054 0.205461</w:t>
        <w:br/>
        <w:t>vt 0.100049 0.196996</w:t>
        <w:br/>
        <w:t>vt 0.052313 0.229116</w:t>
        <w:br/>
        <w:t>vt 0.085660 0.228227</w:t>
        <w:br/>
        <w:t>vt 0.069412 0.228313</w:t>
        <w:br/>
        <w:t>vt 0.044154 0.206921</w:t>
        <w:br/>
        <w:t>vt 0.147883 0.210825</w:t>
        <w:br/>
        <w:t>vt 0.199176 0.209366</w:t>
        <w:br/>
        <w:t>vt 0.140088 0.003680</w:t>
        <w:br/>
        <w:t>vt 0.019072 0.003680</w:t>
        <w:br/>
        <w:t>vt 0.039251 0.003680</w:t>
        <w:br/>
        <w:t>vt 0.001903 0.003680</w:t>
        <w:br/>
        <w:t>vt 0.220211 0.030664</w:t>
        <w:br/>
        <w:t>vt 0.220211 0.003680</w:t>
        <w:br/>
        <w:t>vt 0.733545 0.167441</w:t>
        <w:br/>
        <w:t>vt 0.739369 0.166973</w:t>
        <w:br/>
        <w:t>vt 0.740160 0.175209</w:t>
        <w:br/>
        <w:t>vt 0.735268 0.175611</w:t>
        <w:br/>
        <w:t>vt 0.748435 0.166339</w:t>
        <w:br/>
        <w:t>vt 0.748977 0.174551</w:t>
        <w:br/>
        <w:t>vt 0.748977 0.174551</w:t>
        <w:br/>
        <w:t>vt 0.748435 0.166339</w:t>
        <w:br/>
        <w:t>vt 0.756069 0.166763</w:t>
        <w:br/>
        <w:t>vt 0.756601 0.175041</w:t>
        <w:br/>
        <w:t>vt 0.761549 0.167984</w:t>
        <w:br/>
        <w:t>vt 0.761357 0.175721</w:t>
        <w:br/>
        <w:t>vt 0.768816 0.175232</w:t>
        <w:br/>
        <w:t>vt 0.715961 0.170442</w:t>
        <w:br/>
        <w:t>vt 0.721382 0.169110</w:t>
        <w:br/>
        <w:t>vt 0.724560 0.176527</w:t>
        <w:br/>
        <w:t>vt 0.718436 0.177563</w:t>
        <w:br/>
        <w:t>vt 0.727465 0.168287</w:t>
        <w:br/>
        <w:t>vt 0.730019 0.176150</w:t>
        <w:br/>
        <w:t>vt 0.732229 0.159586</w:t>
        <w:br/>
        <w:t>vt 0.739336 0.158959</w:t>
        <w:br/>
        <w:t>vt 0.747832 0.158346</w:t>
        <w:br/>
        <w:t>vt 0.755431 0.158106</w:t>
        <w:br/>
        <w:t>vt 0.761600 0.158900</w:t>
        <w:br/>
        <w:t>vt 0.771910 0.153898</w:t>
        <w:br/>
        <w:t>vt 0.714035 0.162233</w:t>
        <w:br/>
        <w:t>vt 0.719125 0.161381</w:t>
        <w:br/>
        <w:t>vt 0.725477 0.160496</w:t>
        <w:br/>
        <w:t>vt 0.731245 0.152092</w:t>
        <w:br/>
        <w:t>vt 0.738599 0.151485</w:t>
        <w:br/>
        <w:t>vt 0.748505 0.150470</w:t>
        <w:br/>
        <w:t>vt 0.755323 0.149604</w:t>
        <w:br/>
        <w:t>vt 0.761982 0.149223</w:t>
        <w:br/>
        <w:t>vt 0.713285 0.154335</w:t>
        <w:br/>
        <w:t>vt 0.718987 0.153401</w:t>
        <w:br/>
        <w:t>vt 0.725228 0.152572</w:t>
        <w:br/>
        <w:t>vt 0.733274 0.144054</w:t>
        <w:br/>
        <w:t>vt 0.742171 0.143162</w:t>
        <w:br/>
        <w:t>vt 0.749465 0.142514</w:t>
        <w:br/>
        <w:t>vt 0.754586 0.142464</w:t>
        <w:br/>
        <w:t>vt 0.762164 0.140616</w:t>
        <w:br/>
        <w:t>vt 0.772328 0.129729</w:t>
        <w:br/>
        <w:t>vt 0.715297 0.145105</w:t>
        <w:br/>
        <w:t>vt 0.710234 0.145960</w:t>
        <w:br/>
        <w:t>vt 0.721823 0.144583</w:t>
        <w:br/>
        <w:t>vt 0.731019 0.136569</w:t>
        <w:br/>
        <w:t>vt 0.740137 0.136436</w:t>
        <w:br/>
        <w:t>vt 0.748718 0.136144</w:t>
        <w:br/>
        <w:t>vt 0.754907 0.136304</w:t>
        <w:br/>
        <w:t>vt 0.762424 0.129729</w:t>
        <w:br/>
        <w:t>vt 0.709025 0.136769</w:t>
        <w:br/>
        <w:t>vt 0.714190 0.136453</w:t>
        <w:br/>
        <w:t>vt 0.721715 0.136661</w:t>
        <w:br/>
        <w:t>vt 0.730784 0.129729</w:t>
        <w:br/>
        <w:t>vt 0.741397 0.129729</w:t>
        <w:br/>
        <w:t>vt 0.749573 0.129729</w:t>
        <w:br/>
        <w:t>vt 0.755614 0.129729</w:t>
        <w:br/>
        <w:t>vt 0.709238 0.129729</w:t>
        <w:br/>
        <w:t>vt 0.715231 0.129729</w:t>
        <w:br/>
        <w:t>vt 0.722929 0.129729</w:t>
        <w:br/>
        <w:t>vt 0.731573 0.314483</w:t>
        <w:br/>
        <w:t>vt 0.742685 0.313955</w:t>
        <w:br/>
        <w:t>vt 0.741397 0.323066</w:t>
        <w:br/>
        <w:t>vt 0.730784 0.323066</w:t>
        <w:br/>
        <w:t>vt 0.749889 0.313413</w:t>
        <w:br/>
        <w:t>vt 0.749573 0.323066</w:t>
        <w:br/>
        <w:t>vt 0.755183 0.313964</w:t>
        <w:br/>
        <w:t>vt 0.755614 0.323066</w:t>
        <w:br/>
        <w:t>vt 0.763466 0.314822</w:t>
        <w:br/>
        <w:t>vt 0.762424 0.323066</w:t>
        <w:br/>
        <w:t>vt 0.773088 0.310568</w:t>
        <w:br/>
        <w:t>vt 0.772328 0.323066</w:t>
        <w:br/>
        <w:t>vt 0.709238 0.323066</w:t>
        <w:br/>
        <w:t>vt 0.705306 0.319358</w:t>
        <w:br/>
        <w:t>vt 0.710618 0.316915</w:t>
        <w:br/>
        <w:t>vt 0.715231 0.323066</w:t>
        <w:br/>
        <w:t>vt 0.719295 0.315088</w:t>
        <w:br/>
        <w:t>vt 0.722929 0.323066</w:t>
        <w:br/>
        <w:t>vt 0.729276 0.305809</w:t>
        <w:br/>
        <w:t>vt 0.740266 0.305482</w:t>
        <w:br/>
        <w:t>vt 0.749271 0.305076</w:t>
        <w:br/>
        <w:t>vt 0.755156 0.305338</w:t>
        <w:br/>
        <w:t>vt 0.762518 0.306034</w:t>
        <w:br/>
        <w:t>vt 0.762518 0.306034</w:t>
        <w:br/>
        <w:t>vt 0.762658 0.297172</w:t>
        <w:br/>
        <w:t>vt 0.778514 0.295901</w:t>
        <w:br/>
        <w:t>vt 0.700953 0.310767</w:t>
        <w:br/>
        <w:t>vt 0.706293 0.308430</w:t>
        <w:br/>
        <w:t>vt 0.706293 0.308430</w:t>
        <w:br/>
        <w:t>vt 0.715462 0.306294</w:t>
        <w:br/>
        <w:t>vt 0.724914 0.297365</w:t>
        <w:br/>
        <w:t>vt 0.736872 0.297236</w:t>
        <w:br/>
        <w:t>vt 0.748795 0.296892</w:t>
        <w:br/>
        <w:t>vt 0.755385 0.296989</w:t>
        <w:br/>
        <w:t>vt 0.762658 0.297172</w:t>
        <w:br/>
        <w:t>vt 0.698187 0.301583</w:t>
        <w:br/>
        <w:t>vt 0.703994 0.298938</w:t>
        <w:br/>
        <w:t>vt 0.713402 0.297538</w:t>
        <w:br/>
        <w:t>vt 0.723413 0.292571</w:t>
        <w:br/>
        <w:t>vt 0.734548 0.292827</w:t>
        <w:br/>
        <w:t>vt 0.744431 0.287724</w:t>
        <w:br/>
        <w:t>vt 0.750327 0.288173</w:t>
        <w:br/>
        <w:t>vt 0.756668 0.288423</w:t>
        <w:br/>
        <w:t>vt 0.763013 0.288200</w:t>
        <w:br/>
        <w:t>vt 0.763013 0.288200</w:t>
        <w:br/>
        <w:t>vt 0.781106 0.283271</w:t>
        <w:br/>
        <w:t>vt 0.694867 0.292076</w:t>
        <w:br/>
        <w:t>vt 0.700573 0.288839</w:t>
        <w:br/>
        <w:t>vt 0.712734 0.293209</w:t>
        <w:br/>
        <w:t>vt 0.732630 0.285488</w:t>
        <w:br/>
        <w:t>vt 0.722515 0.286165</w:t>
        <w:br/>
        <w:t>vt 0.743218 0.282918</w:t>
        <w:br/>
        <w:t>vt 0.750528 0.278699</w:t>
        <w:br/>
        <w:t>vt 0.758035 0.278579</w:t>
        <w:br/>
        <w:t>vt 0.763371 0.278602</w:t>
        <w:br/>
        <w:t>vt 0.763371 0.278602</w:t>
        <w:br/>
        <w:t>vt 0.763313 0.268355</w:t>
        <w:br/>
        <w:t>vt 0.780890 0.268046</w:t>
        <w:br/>
        <w:t>vt 0.692654 0.281697</w:t>
        <w:br/>
        <w:t>vt 0.712148 0.286320</w:t>
        <w:br/>
        <w:t>vt 0.741076 0.183055</w:t>
        <w:br/>
        <w:t>vt 0.736146 0.182861</w:t>
        <w:br/>
        <w:t>vt 0.748966 0.183360</w:t>
        <w:br/>
        <w:t>vt 0.754770 0.183607</w:t>
        <w:br/>
        <w:t>vt 0.760175 0.183898</w:t>
        <w:br/>
        <w:t>vt 0.725513 0.182458</w:t>
        <w:br/>
        <w:t>vt 0.718755 0.181869</w:t>
        <w:br/>
        <w:t>vt 0.730883 0.182655</w:t>
        <w:br/>
        <w:t>vt 0.734475 0.190118</w:t>
        <w:br/>
        <w:t>vt 0.739280 0.190853</w:t>
        <w:br/>
        <w:t>vt 0.737610 0.198975</w:t>
        <w:br/>
        <w:t>vt 0.731898 0.198312</w:t>
        <w:br/>
        <w:t>vt 0.747912 0.192118</w:t>
        <w:br/>
        <w:t>vt 0.746485 0.200070</w:t>
        <w:br/>
        <w:t>vt 0.755577 0.192281</w:t>
        <w:br/>
        <w:t>vt 0.754027 0.200039</w:t>
        <w:br/>
        <w:t>vt 0.760382 0.191993</w:t>
        <w:br/>
        <w:t>vt 0.759873 0.199530</w:t>
        <w:br/>
        <w:t>vt 0.768381 0.193295</w:t>
        <w:br/>
        <w:t>vt 0.723498 0.188339</w:t>
        <w:br/>
        <w:t>vt 0.719309 0.195704</w:t>
        <w:br/>
        <w:t>vt 0.713689 0.193963</w:t>
        <w:br/>
        <w:t>vt 0.717082 0.186257</w:t>
        <w:br/>
        <w:t>vt 0.729204 0.189178</w:t>
        <w:br/>
        <w:t>vt 0.725739 0.197088</w:t>
        <w:br/>
        <w:t>vt 0.736836 0.207053</w:t>
        <w:br/>
        <w:t>vt 0.730115 0.206287</w:t>
        <w:br/>
        <w:t>vt 0.745048 0.207814</w:t>
        <w:br/>
        <w:t>vt 0.752661 0.207967</w:t>
        <w:br/>
        <w:t>vt 0.758975 0.207493</w:t>
        <w:br/>
        <w:t>vt 0.716648 0.203808</w:t>
        <w:br/>
        <w:t>vt 0.711523 0.202781</w:t>
        <w:br/>
        <w:t>vt 0.723306 0.205111</w:t>
        <w:br/>
        <w:t>vt 0.735808 0.214660</w:t>
        <w:br/>
        <w:t>vt 0.728740 0.213832</w:t>
        <w:br/>
        <w:t>vt 0.745533 0.215672</w:t>
        <w:br/>
        <w:t>vt 0.752295 0.215973</w:t>
        <w:br/>
        <w:t>vt 0.758776 0.215075</w:t>
        <w:br/>
        <w:t>vt 0.770479 0.213906</w:t>
        <w:br/>
        <w:t>vt 0.716151 0.211954</w:t>
        <w:br/>
        <w:t>vt 0.710642 0.210889</w:t>
        <w:br/>
        <w:t>vt 0.722719 0.213141</w:t>
        <w:br/>
        <w:t>vt 0.739072 0.223143</w:t>
        <w:br/>
        <w:t>vt 0.730303 0.222211</w:t>
        <w:br/>
        <w:t>vt 0.746606 0.223561</w:t>
        <w:br/>
        <w:t>vt 0.752120 0.223294</w:t>
        <w:br/>
        <w:t>vt 0.759596 0.222272</w:t>
        <w:br/>
        <w:t>vt 0.712158 0.220274</w:t>
        <w:br/>
        <w:t>vt 0.707480 0.219330</w:t>
        <w:br/>
        <w:t>vt 0.718856 0.221266</w:t>
        <w:br/>
        <w:t>vt 0.736631 0.229933</w:t>
        <w:br/>
        <w:t>vt 0.727491 0.230044</w:t>
        <w:br/>
        <w:t>vt 0.745993 0.229899</w:t>
        <w:br/>
        <w:t>vt 0.753420 0.229442</w:t>
        <w:br/>
        <w:t>vt 0.764234 0.232448</w:t>
        <w:br/>
        <w:t>vt 0.710662 0.229161</w:t>
        <w:br/>
        <w:t>vt 0.705925 0.228303</w:t>
        <w:br/>
        <w:t>vt 0.718171 0.229662</w:t>
        <w:br/>
        <w:t>vt 0.737415 0.236888</w:t>
        <w:br/>
        <w:t>vt 0.726635 0.237589</w:t>
        <w:br/>
        <w:t>vt 0.746715 0.235985</w:t>
        <w:br/>
        <w:t>vt 0.754697 0.234802</w:t>
        <w:br/>
        <w:t>vt 0.773013 0.234749</w:t>
        <w:br/>
        <w:t>vt 0.711246 0.236377</w:t>
        <w:br/>
        <w:t>vt 0.705144 0.234970</w:t>
        <w:br/>
        <w:t>vt 0.718811 0.237275</w:t>
        <w:br/>
        <w:t>vt 0.740387 0.244998</w:t>
        <w:br/>
        <w:t>vt 0.728349 0.245441</w:t>
        <w:br/>
        <w:t>vt 0.748281 0.244525</w:t>
        <w:br/>
        <w:t>vt 0.754425 0.242865</w:t>
        <w:br/>
        <w:t>vt 0.763468 0.240541</w:t>
        <w:br/>
        <w:t>vt 0.706248 0.243058</w:t>
        <w:br/>
        <w:t>vt 0.701162 0.240901</w:t>
        <w:br/>
        <w:t>vt 0.715014 0.245211</w:t>
        <w:br/>
        <w:t>vt 0.738123 0.253999</w:t>
        <w:br/>
        <w:t>vt 0.726672 0.254276</w:t>
        <w:br/>
        <w:t>vt 0.748560 0.252705</w:t>
        <w:br/>
        <w:t>vt 0.755040 0.251303</w:t>
        <w:br/>
        <w:t>vt 0.762597 0.249459</w:t>
        <w:br/>
        <w:t>vt 0.763468 0.240541</w:t>
        <w:br/>
        <w:t>vt 0.777406 0.252825</w:t>
        <w:br/>
        <w:t>vt 0.762597 0.249459</w:t>
        <w:br/>
        <w:t>vt 0.702158 0.252212</w:t>
        <w:br/>
        <w:t>vt 0.697424 0.250025</w:t>
        <w:br/>
        <w:t>vt 0.712050 0.254317</w:t>
        <w:br/>
        <w:t>vt 0.735362 0.262620</w:t>
        <w:br/>
        <w:t>vt 0.723014 0.263251</w:t>
        <w:br/>
        <w:t>vt 0.748271 0.261094</w:t>
        <w:br/>
        <w:t>vt 0.755876 0.259782</w:t>
        <w:br/>
        <w:t>vt 0.762773 0.258615</w:t>
        <w:br/>
        <w:t>vt 0.700585 0.262498</w:t>
        <w:br/>
        <w:t>vt 0.695061 0.260102</w:t>
        <w:br/>
        <w:t>vt 0.710833 0.263548</w:t>
        <w:br/>
        <w:t>vt 0.733999 0.266998</w:t>
        <w:br/>
        <w:t>vt 0.722619 0.266604</w:t>
        <w:br/>
        <w:t>vt 0.744427 0.270164</w:t>
        <w:br/>
        <w:t>vt 0.750490 0.269272</w:t>
        <w:br/>
        <w:t>vt 0.757283 0.268537</w:t>
        <w:br/>
        <w:t>vt 0.763313 0.268355</w:t>
        <w:br/>
        <w:t>vt 0.762773 0.258615</w:t>
        <w:br/>
        <w:t>vt 0.699017 0.273055</w:t>
        <w:br/>
        <w:t>vt 0.692954 0.270813</w:t>
        <w:br/>
        <w:t>vt 0.711089 0.267015</w:t>
        <w:br/>
        <w:t>vt 0.732546 0.273869</w:t>
        <w:br/>
        <w:t>vt 0.722245 0.273423</w:t>
        <w:br/>
        <w:t>vt 0.743192 0.274743</w:t>
        <w:br/>
        <w:t>vt 0.711465 0.274215</w:t>
        <w:br/>
        <w:t>vt 0.748966 0.183360</w:t>
        <w:br/>
        <w:t>vt 0.754770 0.183607</w:t>
        <w:br/>
        <w:t>vt 0.760175 0.183898</w:t>
        <w:br/>
        <w:t>vt 0.722227 0.280015</w:t>
        <w:br/>
        <w:t>vt 0.732124 0.279490</w:t>
        <w:br/>
        <w:t>vt 0.742863 0.278775</w:t>
        <w:br/>
        <w:t>vt 0.699939 0.280944</w:t>
        <w:br/>
        <w:t>vt 0.711873 0.280355</w:t>
        <w:br/>
        <w:t>vt 0.699939 0.280944</w:t>
        <w:br/>
        <w:t>vt 0.740160 0.175209</w:t>
        <w:br/>
        <w:t>vt 0.739369 0.166973</w:t>
        <w:br/>
        <w:t>vt 0.733545 0.167441</w:t>
        <w:br/>
        <w:t>vt 0.735268 0.175611</w:t>
        <w:br/>
        <w:t>vt 0.748977 0.174551</w:t>
        <w:br/>
        <w:t>vt 0.748435 0.166339</w:t>
        <w:br/>
        <w:t>vt 0.748977 0.174551</w:t>
        <w:br/>
        <w:t>vt 0.756601 0.175041</w:t>
        <w:br/>
        <w:t>vt 0.756069 0.166763</w:t>
        <w:br/>
        <w:t>vt 0.748435 0.166339</w:t>
        <w:br/>
        <w:t>vt 0.761357 0.175721</w:t>
        <w:br/>
        <w:t>vt 0.761549 0.167984</w:t>
        <w:br/>
        <w:t>vt 0.768816 0.175232</w:t>
        <w:br/>
        <w:t>vt 0.724560 0.176527</w:t>
        <w:br/>
        <w:t>vt 0.721382 0.169110</w:t>
        <w:br/>
        <w:t>vt 0.715961 0.170442</w:t>
        <w:br/>
        <w:t>vt 0.718436 0.177563</w:t>
        <w:br/>
        <w:t>vt 0.730019 0.176150</w:t>
        <w:br/>
        <w:t>vt 0.727465 0.168287</w:t>
        <w:br/>
        <w:t>vt 0.739336 0.158959</w:t>
        <w:br/>
        <w:t>vt 0.732229 0.159586</w:t>
        <w:br/>
        <w:t>vt 0.747832 0.158346</w:t>
        <w:br/>
        <w:t>vt 0.755431 0.158106</w:t>
        <w:br/>
        <w:t>vt 0.761600 0.158900</w:t>
        <w:br/>
        <w:t>vt 0.771910 0.153898</w:t>
        <w:br/>
        <w:t>vt 0.719125 0.161381</w:t>
        <w:br/>
        <w:t>vt 0.714035 0.162233</w:t>
        <w:br/>
        <w:t>vt 0.725477 0.160496</w:t>
        <w:br/>
        <w:t>vt 0.738599 0.151485</w:t>
        <w:br/>
        <w:t>vt 0.731245 0.152092</w:t>
        <w:br/>
        <w:t>vt 0.748505 0.150470</w:t>
        <w:br/>
        <w:t>vt 0.755323 0.149604</w:t>
        <w:br/>
        <w:t>vt 0.761982 0.149223</w:t>
        <w:br/>
        <w:t>vt 0.718987 0.153401</w:t>
        <w:br/>
        <w:t>vt 0.713285 0.154335</w:t>
        <w:br/>
        <w:t>vt 0.725228 0.152572</w:t>
        <w:br/>
        <w:t>vt 0.733274 0.144054</w:t>
        <w:br/>
        <w:t>vt 0.742171 0.143162</w:t>
        <w:br/>
        <w:t>vt 0.749465 0.142514</w:t>
        <w:br/>
        <w:t>vt 0.754586 0.142464</w:t>
        <w:br/>
        <w:t>vt 0.762164 0.140616</w:t>
        <w:br/>
        <w:t>vt 0.772328 0.129729</w:t>
        <w:br/>
        <w:t>vt 0.715297 0.145105</w:t>
        <w:br/>
        <w:t>vt 0.710234 0.145960</w:t>
        <w:br/>
        <w:t>vt 0.721823 0.144583</w:t>
        <w:br/>
        <w:t>vt 0.740137 0.136436</w:t>
        <w:br/>
        <w:t>vt 0.731019 0.136569</w:t>
        <w:br/>
        <w:t>vt 0.748718 0.136144</w:t>
        <w:br/>
        <w:t>vt 0.754907 0.136304</w:t>
        <w:br/>
        <w:t>vt 0.762424 0.129729</w:t>
        <w:br/>
        <w:t>vt 0.714190 0.136453</w:t>
        <w:br/>
        <w:t>vt 0.709025 0.136769</w:t>
        <w:br/>
        <w:t>vt 0.721715 0.136661</w:t>
        <w:br/>
        <w:t>vt 0.741397 0.129729</w:t>
        <w:br/>
        <w:t>vt 0.730784 0.129729</w:t>
        <w:br/>
        <w:t>vt 0.749573 0.129729</w:t>
        <w:br/>
        <w:t>vt 0.755614 0.129729</w:t>
        <w:br/>
        <w:t>vt 0.715231 0.129729</w:t>
        <w:br/>
        <w:t>vt 0.709238 0.129729</w:t>
        <w:br/>
        <w:t>vt 0.722929 0.129729</w:t>
        <w:br/>
        <w:t>vt 0.741397 0.323066</w:t>
        <w:br/>
        <w:t>vt 0.742685 0.313955</w:t>
        <w:br/>
        <w:t>vt 0.731573 0.314483</w:t>
        <w:br/>
        <w:t>vt 0.730784 0.323066</w:t>
        <w:br/>
        <w:t>vt 0.749573 0.323066</w:t>
        <w:br/>
        <w:t>vt 0.749889 0.313413</w:t>
        <w:br/>
        <w:t>vt 0.755614 0.323066</w:t>
        <w:br/>
        <w:t>vt 0.755183 0.313964</w:t>
        <w:br/>
        <w:t>vt 0.762424 0.323066</w:t>
        <w:br/>
        <w:t>vt 0.763466 0.314822</w:t>
        <w:br/>
        <w:t>vt 0.772328 0.323066</w:t>
        <w:br/>
        <w:t>vt 0.773088 0.310568</w:t>
        <w:br/>
        <w:t>vt 0.709238 0.323066</w:t>
        <w:br/>
        <w:t>vt 0.715231 0.323066</w:t>
        <w:br/>
        <w:t>vt 0.710618 0.316915</w:t>
        <w:br/>
        <w:t>vt 0.705306 0.319358</w:t>
        <w:br/>
        <w:t>vt 0.722929 0.323066</w:t>
        <w:br/>
        <w:t>vt 0.719295 0.315088</w:t>
        <w:br/>
        <w:t>vt 0.740266 0.305482</w:t>
        <w:br/>
        <w:t>vt 0.729276 0.305809</w:t>
        <w:br/>
        <w:t>vt 0.749271 0.305076</w:t>
        <w:br/>
        <w:t>vt 0.755156 0.305338</w:t>
        <w:br/>
        <w:t>vt 0.762518 0.306034</w:t>
        <w:br/>
        <w:t>vt 0.778514 0.295901</w:t>
        <w:br/>
        <w:t>vt 0.762658 0.297172</w:t>
        <w:br/>
        <w:t>vt 0.762518 0.306034</w:t>
        <w:br/>
        <w:t>vt 0.706293 0.308430</w:t>
        <w:br/>
        <w:t>vt 0.700953 0.310767</w:t>
        <w:br/>
        <w:t>vt 0.715462 0.306294</w:t>
        <w:br/>
        <w:t>vt 0.706293 0.308430</w:t>
        <w:br/>
        <w:t>vt 0.736872 0.297236</w:t>
        <w:br/>
        <w:t>vt 0.724914 0.297365</w:t>
        <w:br/>
        <w:t>vt 0.748795 0.296892</w:t>
        <w:br/>
        <w:t>vt 0.755385 0.296989</w:t>
        <w:br/>
        <w:t>vt 0.762658 0.297172</w:t>
        <w:br/>
        <w:t>vt 0.703994 0.298938</w:t>
        <w:br/>
        <w:t>vt 0.698187 0.301583</w:t>
        <w:br/>
        <w:t>vt 0.713402 0.297538</w:t>
        <w:br/>
        <w:t>vt 0.734548 0.292827</w:t>
        <w:br/>
        <w:t>vt 0.723413 0.292571</w:t>
        <w:br/>
        <w:t>vt 0.744431 0.287724</w:t>
        <w:br/>
        <w:t>vt 0.750327 0.288173</w:t>
        <w:br/>
        <w:t>vt 0.756668 0.288423</w:t>
        <w:br/>
        <w:t>vt 0.763013 0.288200</w:t>
        <w:br/>
        <w:t>vt 0.763013 0.288200</w:t>
        <w:br/>
        <w:t>vt 0.781106 0.283271</w:t>
        <w:br/>
        <w:t>vt 0.700573 0.288839</w:t>
        <w:br/>
        <w:t>vt 0.694867 0.292076</w:t>
        <w:br/>
        <w:t>vt 0.712734 0.293209</w:t>
        <w:br/>
        <w:t>vt 0.732630 0.285488</w:t>
        <w:br/>
        <w:t>vt 0.722515 0.286165</w:t>
        <w:br/>
        <w:t>vt 0.743218 0.282918</w:t>
        <w:br/>
        <w:t>vt 0.750528 0.278699</w:t>
        <w:br/>
        <w:t>vt 0.758035 0.278579</w:t>
        <w:br/>
        <w:t>vt 0.763371 0.278602</w:t>
        <w:br/>
        <w:t>vt 0.780890 0.268046</w:t>
        <w:br/>
        <w:t>vt 0.763313 0.268355</w:t>
        <w:br/>
        <w:t>vt 0.763371 0.278602</w:t>
        <w:br/>
        <w:t>vt 0.692654 0.281697</w:t>
        <w:br/>
        <w:t>vt 0.712148 0.286320</w:t>
        <w:br/>
        <w:t>vt 0.736146 0.182861</w:t>
        <w:br/>
        <w:t>vt 0.741076 0.183055</w:t>
        <w:br/>
        <w:t>vt 0.748966 0.183360</w:t>
        <w:br/>
        <w:t>vt 0.754770 0.183607</w:t>
        <w:br/>
        <w:t>vt 0.760175 0.183898</w:t>
        <w:br/>
        <w:t>vt 0.725513 0.182458</w:t>
        <w:br/>
        <w:t>vt 0.718755 0.181869</w:t>
        <w:br/>
        <w:t>vt 0.730883 0.182655</w:t>
        <w:br/>
        <w:t>vt 0.734475 0.190118</w:t>
        <w:br/>
        <w:t>vt 0.731898 0.198312</w:t>
        <w:br/>
        <w:t>vt 0.737610 0.198975</w:t>
        <w:br/>
        <w:t>vt 0.739280 0.190853</w:t>
        <w:br/>
        <w:t>vt 0.746485 0.200070</w:t>
        <w:br/>
        <w:t>vt 0.747912 0.192118</w:t>
        <w:br/>
        <w:t>vt 0.754027 0.200039</w:t>
        <w:br/>
        <w:t>vt 0.755577 0.192281</w:t>
        <w:br/>
        <w:t>vt 0.759873 0.199530</w:t>
        <w:br/>
        <w:t>vt 0.760382 0.191993</w:t>
        <w:br/>
        <w:t>vt 0.768381 0.193295</w:t>
        <w:br/>
        <w:t>vt 0.713689 0.193963</w:t>
        <w:br/>
        <w:t>vt 0.719309 0.195704</w:t>
        <w:br/>
        <w:t>vt 0.723498 0.188339</w:t>
        <w:br/>
        <w:t>vt 0.717082 0.186257</w:t>
        <w:br/>
        <w:t>vt 0.725739 0.197088</w:t>
        <w:br/>
        <w:t>vt 0.729204 0.189178</w:t>
        <w:br/>
        <w:t>vt 0.730115 0.206287</w:t>
        <w:br/>
        <w:t>vt 0.736836 0.207053</w:t>
        <w:br/>
        <w:t>vt 0.745048 0.207814</w:t>
        <w:br/>
        <w:t>vt 0.752661 0.207967</w:t>
        <w:br/>
        <w:t>vt 0.758975 0.207493</w:t>
        <w:br/>
        <w:t>vt 0.711523 0.202781</w:t>
        <w:br/>
        <w:t>vt 0.716648 0.203808</w:t>
        <w:br/>
        <w:t>vt 0.723306 0.205111</w:t>
        <w:br/>
        <w:t>vt 0.728740 0.213832</w:t>
        <w:br/>
        <w:t>vt 0.735808 0.214660</w:t>
        <w:br/>
        <w:t>vt 0.745533 0.215672</w:t>
        <w:br/>
        <w:t>vt 0.752295 0.215973</w:t>
        <w:br/>
        <w:t>vt 0.758776 0.215075</w:t>
        <w:br/>
        <w:t>vt 0.770479 0.213906</w:t>
        <w:br/>
        <w:t>vt 0.710642 0.210889</w:t>
        <w:br/>
        <w:t>vt 0.716151 0.211954</w:t>
        <w:br/>
        <w:t>vt 0.722719 0.213141</w:t>
        <w:br/>
        <w:t>vt 0.730303 0.222211</w:t>
        <w:br/>
        <w:t>vt 0.739072 0.223143</w:t>
        <w:br/>
        <w:t>vt 0.746606 0.223561</w:t>
        <w:br/>
        <w:t>vt 0.752120 0.223294</w:t>
        <w:br/>
        <w:t>vt 0.759596 0.222272</w:t>
        <w:br/>
        <w:t>vt 0.707480 0.219330</w:t>
        <w:br/>
        <w:t>vt 0.712158 0.220274</w:t>
        <w:br/>
        <w:t>vt 0.718856 0.221266</w:t>
        <w:br/>
        <w:t>vt 0.727491 0.230044</w:t>
        <w:br/>
        <w:t>vt 0.736631 0.229933</w:t>
        <w:br/>
        <w:t>vt 0.745993 0.229899</w:t>
        <w:br/>
        <w:t>vt 0.753420 0.229442</w:t>
        <w:br/>
        <w:t>vt 0.764234 0.232448</w:t>
        <w:br/>
        <w:t>vt 0.705925 0.228303</w:t>
        <w:br/>
        <w:t>vt 0.710662 0.229161</w:t>
        <w:br/>
        <w:t>vt 0.718171 0.229662</w:t>
        <w:br/>
        <w:t>vt 0.726635 0.237589</w:t>
        <w:br/>
        <w:t>vt 0.737415 0.236888</w:t>
        <w:br/>
        <w:t>vt 0.746715 0.235985</w:t>
        <w:br/>
        <w:t>vt 0.754697 0.234802</w:t>
        <w:br/>
        <w:t>vt 0.773013 0.234749</w:t>
        <w:br/>
        <w:t>vt 0.705144 0.234970</w:t>
        <w:br/>
        <w:t>vt 0.711246 0.236377</w:t>
        <w:br/>
        <w:t>vt 0.718811 0.237275</w:t>
        <w:br/>
        <w:t>vt 0.728349 0.245441</w:t>
        <w:br/>
        <w:t>vt 0.740387 0.244998</w:t>
        <w:br/>
        <w:t>vt 0.748281 0.244525</w:t>
        <w:br/>
        <w:t>vt 0.754425 0.242865</w:t>
        <w:br/>
        <w:t>vt 0.763468 0.240541</w:t>
        <w:br/>
        <w:t>vt 0.701162 0.240901</w:t>
        <w:br/>
        <w:t>vt 0.706248 0.243058</w:t>
        <w:br/>
        <w:t>vt 0.715014 0.245211</w:t>
        <w:br/>
        <w:t>vt 0.726672 0.254276</w:t>
        <w:br/>
        <w:t>vt 0.738123 0.253999</w:t>
        <w:br/>
        <w:t>vt 0.748560 0.252705</w:t>
        <w:br/>
        <w:t>vt 0.755040 0.251303</w:t>
        <w:br/>
        <w:t>vt 0.762597 0.249459</w:t>
        <w:br/>
        <w:t>vt 0.777406 0.252825</w:t>
        <w:br/>
        <w:t>vt 0.763468 0.240541</w:t>
        <w:br/>
        <w:t>vt 0.762597 0.249459</w:t>
        <w:br/>
        <w:t>vt 0.697424 0.250025</w:t>
        <w:br/>
        <w:t>vt 0.702158 0.252212</w:t>
        <w:br/>
        <w:t>vt 0.712050 0.254317</w:t>
        <w:br/>
        <w:t>vt 0.723014 0.263251</w:t>
        <w:br/>
        <w:t>vt 0.735362 0.262620</w:t>
        <w:br/>
        <w:t>vt 0.748271 0.261094</w:t>
        <w:br/>
        <w:t>vt 0.755876 0.259782</w:t>
        <w:br/>
        <w:t>vt 0.762773 0.258615</w:t>
        <w:br/>
        <w:t>vt 0.695061 0.260102</w:t>
        <w:br/>
        <w:t>vt 0.700585 0.262498</w:t>
        <w:br/>
        <w:t>vt 0.710833 0.263548</w:t>
        <w:br/>
        <w:t>vt 0.722619 0.266604</w:t>
        <w:br/>
        <w:t>vt 0.733999 0.266998</w:t>
        <w:br/>
        <w:t>vt 0.744427 0.270164</w:t>
        <w:br/>
        <w:t>vt 0.750490 0.269272</w:t>
        <w:br/>
        <w:t>vt 0.757283 0.268537</w:t>
        <w:br/>
        <w:t>vt 0.763313 0.268355</w:t>
        <w:br/>
        <w:t>vt 0.762773 0.258615</w:t>
        <w:br/>
        <w:t>vt 0.692954 0.270813</w:t>
        <w:br/>
        <w:t>vt 0.699017 0.273055</w:t>
        <w:br/>
        <w:t>vt 0.711089 0.267015</w:t>
        <w:br/>
        <w:t>vt 0.722245 0.273423</w:t>
        <w:br/>
        <w:t>vt 0.732546 0.273869</w:t>
        <w:br/>
        <w:t>vt 0.743192 0.274743</w:t>
        <w:br/>
        <w:t>vt 0.711465 0.274215</w:t>
        <w:br/>
        <w:t>vt 0.748966 0.183360</w:t>
        <w:br/>
        <w:t>vt 0.754770 0.183607</w:t>
        <w:br/>
        <w:t>vt 0.760175 0.183898</w:t>
        <w:br/>
        <w:t>vt 0.722227 0.280015</w:t>
        <w:br/>
        <w:t>vt 0.732124 0.279490</w:t>
        <w:br/>
        <w:t>vt 0.742863 0.278775</w:t>
        <w:br/>
        <w:t>vt 0.699939 0.280944</w:t>
        <w:br/>
        <w:t>vt 0.711873 0.280355</w:t>
        <w:br/>
        <w:t>vt 0.699939 0.280944</w:t>
        <w:br/>
        <w:t>vt 0.712867 0.502449</w:t>
        <w:br/>
        <w:t>vt 0.706801 0.502449</w:t>
        <w:br/>
        <w:t>vt 0.707330 0.500312</w:t>
        <w:br/>
        <w:t>vt 0.712902 0.500312</w:t>
        <w:br/>
        <w:t>vt 0.744586 0.500312</w:t>
        <w:br/>
        <w:t>vt 0.744369 0.502449</w:t>
        <w:br/>
        <w:t>vt 0.734377 0.502449</w:t>
        <w:br/>
        <w:t>vt 0.734322 0.500312</w:t>
        <w:br/>
        <w:t>vt 0.680521 0.500312</w:t>
        <w:br/>
        <w:t>vt 0.690426 0.500312</w:t>
        <w:br/>
        <w:t>vt 0.689861 0.502449</w:t>
        <w:br/>
        <w:t>vt 0.680726 0.502449</w:t>
        <w:br/>
        <w:t>vt 0.719265 0.500312</w:t>
        <w:br/>
        <w:t>vt 0.719440 0.502449</w:t>
        <w:br/>
        <w:t>vt 0.761437 0.500312</w:t>
        <w:br/>
        <w:t>vt 0.761437 0.502449</w:t>
        <w:br/>
        <w:t>vt 0.664129 0.502449</w:t>
        <w:br/>
        <w:t>vt 0.664129 0.500312</w:t>
        <w:br/>
        <w:t>vt 0.699905 0.500312</w:t>
        <w:br/>
        <w:t>vt 0.698933 0.502449</w:t>
        <w:br/>
        <w:t>vt 0.726361 0.502449</w:t>
        <w:br/>
        <w:t>vt 0.725631 0.500312</w:t>
        <w:br/>
        <w:t>vt 0.712898 0.494319</w:t>
        <w:br/>
        <w:t>vt 0.712927 0.496693</w:t>
        <w:br/>
        <w:t>vt 0.707186 0.496693</w:t>
        <w:br/>
        <w:t>vt 0.706384 0.494319</w:t>
        <w:br/>
        <w:t>vt 0.735214 0.494319</w:t>
        <w:br/>
        <w:t>vt 0.745068 0.494319</w:t>
        <w:br/>
        <w:t>vt 0.744797 0.496693</w:t>
        <w:br/>
        <w:t>vt 0.734678 0.496693</w:t>
        <w:br/>
        <w:t>vt 0.680398 0.496693</w:t>
        <w:br/>
        <w:t>vt 0.680438 0.494319</w:t>
        <w:br/>
        <w:t>vt 0.689290 0.494319</w:t>
        <w:br/>
        <w:t>vt 0.690218 0.496693</w:t>
        <w:br/>
        <w:t>vt 0.719904 0.494319</w:t>
        <w:br/>
        <w:t>vt 0.719487 0.496693</w:t>
        <w:br/>
        <w:t>vt 0.761437 0.496693</w:t>
        <w:br/>
        <w:t>vt 0.761437 0.494319</w:t>
        <w:br/>
        <w:t>vt 0.664129 0.496693</w:t>
        <w:br/>
        <w:t>vt 0.664129 0.494319</w:t>
        <w:br/>
        <w:t>vt 0.699663 0.496693</w:t>
        <w:br/>
        <w:t>vt 0.698274 0.494319</w:t>
        <w:br/>
        <w:t>vt 0.727129 0.494319</w:t>
        <w:br/>
        <w:t>vt 0.725966 0.496693</w:t>
        <w:br/>
        <w:t>vt 0.707561 0.498458</w:t>
        <w:br/>
        <w:t>vt 0.712917 0.498458</w:t>
        <w:br/>
        <w:t>vt 0.712829 0.504330</w:t>
        <w:br/>
        <w:t>vt 0.706404 0.504330</w:t>
        <w:br/>
        <w:t>vt 0.744722 0.498458</w:t>
        <w:br/>
        <w:t>vt 0.734378 0.498458</w:t>
        <w:br/>
        <w:t>vt 0.734383 0.504330</w:t>
        <w:br/>
        <w:t>vt 0.744209 0.504330</w:t>
        <w:br/>
        <w:t>vt 0.689558 0.504330</w:t>
        <w:br/>
        <w:t>vt 0.680875 0.504330</w:t>
        <w:br/>
        <w:t>vt 0.680389 0.498458</w:t>
        <w:br/>
        <w:t>vt 0.690683 0.498458</w:t>
        <w:br/>
        <w:t>vt 0.719244 0.498458</w:t>
        <w:br/>
        <w:t>vt 0.719590 0.504330</w:t>
        <w:br/>
        <w:t>vt 0.761437 0.504330</w:t>
        <w:br/>
        <w:t>vt 0.761437 0.498458</w:t>
        <w:br/>
        <w:t>vt 0.664129 0.504330</w:t>
        <w:br/>
        <w:t>vt 0.664129 0.498458</w:t>
        <w:br/>
        <w:t>vt 0.698318 0.504330</w:t>
        <w:br/>
        <w:t>vt 0.700359 0.498458</w:t>
        <w:br/>
        <w:t>vt 0.725342 0.498458</w:t>
        <w:br/>
        <w:t>vt 0.726829 0.504330</w:t>
        <w:br/>
        <w:t>vt 0.707561 0.498458</w:t>
        <w:br/>
        <w:t>vt 0.712917 0.498458</w:t>
        <w:br/>
        <w:t>vt 0.712829 0.504330</w:t>
        <w:br/>
        <w:t>vt 0.712903 0.506070</w:t>
        <w:br/>
        <w:t>vt 0.706993 0.506070</w:t>
        <w:br/>
        <w:t>vt 0.706404 0.504330</w:t>
        <w:br/>
        <w:t>vt 0.744722 0.498458</w:t>
        <w:br/>
        <w:t>vt 0.734378 0.498458</w:t>
        <w:br/>
        <w:t>vt 0.743904 0.506070</w:t>
        <w:br/>
        <w:t>vt 0.733992 0.506070</w:t>
        <w:br/>
        <w:t>vt 0.734383 0.504330</w:t>
        <w:br/>
        <w:t>vt 0.744209 0.504330</w:t>
        <w:br/>
        <w:t>vt 0.689558 0.504330</w:t>
        <w:br/>
        <w:t>vt 0.690121 0.506070</w:t>
        <w:br/>
        <w:t>vt 0.680930 0.506070</w:t>
        <w:br/>
        <w:t>vt 0.680875 0.504330</w:t>
        <w:br/>
        <w:t>vt 0.680389 0.498458</w:t>
        <w:br/>
        <w:t>vt 0.690683 0.498458</w:t>
        <w:br/>
        <w:t>vt 0.719244 0.498458</w:t>
        <w:br/>
        <w:t>vt 0.719281 0.506070</w:t>
        <w:br/>
        <w:t>vt 0.719590 0.504330</w:t>
        <w:br/>
        <w:t>vt 0.761437 0.506070</w:t>
        <w:br/>
        <w:t>vt 0.761437 0.504330</w:t>
        <w:br/>
        <w:t>vt 0.761437 0.498458</w:t>
        <w:br/>
        <w:t>vt 0.664129 0.506070</w:t>
        <w:br/>
        <w:t>vt 0.664129 0.504330</w:t>
        <w:br/>
        <w:t>vt 0.664129 0.498458</w:t>
        <w:br/>
        <w:t>vt 0.699155 0.506070</w:t>
        <w:br/>
        <w:t>vt 0.698318 0.504330</w:t>
        <w:br/>
        <w:t>vt 0.700359 0.498458</w:t>
        <w:br/>
        <w:t>vt 0.725342 0.498458</w:t>
        <w:br/>
        <w:t>vt 0.726128 0.506070</w:t>
        <w:br/>
        <w:t>vt 0.726829 0.504330</w:t>
        <w:br/>
        <w:t>vt 0.670266 0.472410</w:t>
        <w:br/>
        <w:t>vt 0.670240 0.474321</w:t>
        <w:br/>
        <w:t>vt 0.666484 0.474321</w:t>
        <w:br/>
        <w:t>vt 0.666484 0.472410</w:t>
        <w:br/>
        <w:t>vt 0.666484 0.478023</w:t>
        <w:br/>
        <w:t>vt 0.670143 0.478023</w:t>
        <w:br/>
        <w:t>vt 0.670148 0.480917</w:t>
        <w:br/>
        <w:t>vt 0.666484 0.480917</w:t>
        <w:br/>
        <w:t>vt 0.680351 0.474321</w:t>
        <w:br/>
        <w:t>vt 0.680668 0.472410</w:t>
        <w:br/>
        <w:t>vt 0.693191 0.472410</w:t>
        <w:br/>
        <w:t>vt 0.694862 0.474321</w:t>
        <w:br/>
        <w:t>vt 0.680092 0.478023</w:t>
        <w:br/>
        <w:t>vt 0.697652 0.478023</w:t>
        <w:br/>
        <w:t>vt 0.680220 0.480917</w:t>
        <w:br/>
        <w:t>vt 0.698184 0.480917</w:t>
        <w:br/>
        <w:t>vt 0.706803 0.472410</w:t>
        <w:br/>
        <w:t>vt 0.707612 0.474321</w:t>
        <w:br/>
        <w:t>vt 0.710417 0.478023</w:t>
        <w:br/>
        <w:t>vt 0.712158 0.480917</w:t>
        <w:br/>
        <w:t>vt 0.722055 0.474321</w:t>
        <w:br/>
        <w:t>vt 0.722142 0.472410</w:t>
        <w:br/>
        <w:t>vt 0.725112 0.478023</w:t>
        <w:br/>
        <w:t>vt 0.728078 0.480917</w:t>
        <w:br/>
        <w:t>vt 0.674939 0.474321</w:t>
        <w:br/>
        <w:t>vt 0.675125 0.472410</w:t>
        <w:br/>
        <w:t>vt 0.674807 0.478023</w:t>
        <w:br/>
        <w:t>vt 0.674899 0.480917</w:t>
        <w:br/>
        <w:t>vt 0.832815 0.497201</w:t>
        <w:br/>
        <w:t>vt 0.836777 0.497201</w:t>
        <w:br/>
        <w:t>vt 0.836777 0.500175</w:t>
        <w:br/>
        <w:t>vt 0.833117 0.500175</w:t>
        <w:br/>
        <w:t>vt 0.836777 0.503620</w:t>
        <w:br/>
        <w:t>vt 0.833132 0.503620</w:t>
        <w:br/>
        <w:t>vt 0.833086 0.505254</w:t>
        <w:br/>
        <w:t>vt 0.836777 0.505254</w:t>
        <w:br/>
        <w:t>vt 0.810580 0.497201</w:t>
        <w:br/>
        <w:t>vt 0.818624 0.497201</w:t>
        <w:br/>
        <w:t>vt 0.819470 0.500175</w:t>
        <w:br/>
        <w:t>vt 0.808335 0.500175</w:t>
        <w:br/>
        <w:t>vt 0.819390 0.503620</w:t>
        <w:br/>
        <w:t>vt 0.806222 0.503620</w:t>
        <w:br/>
        <w:t>vt 0.818943 0.505254</w:t>
        <w:br/>
        <w:t>vt 0.806047 0.505254</w:t>
        <w:br/>
        <w:t>vt 0.798645 0.497201</w:t>
        <w:br/>
        <w:t>vt 0.796896 0.500175</w:t>
        <w:br/>
        <w:t>vt 0.794114 0.503620</w:t>
        <w:br/>
        <w:t>vt 0.793185 0.505254</w:t>
        <w:br/>
        <w:t>vt 0.783629 0.500175</w:t>
        <w:br/>
        <w:t>vt 0.784094 0.497201</w:t>
        <w:br/>
        <w:t>vt 0.781024 0.503620</w:t>
        <w:br/>
        <w:t>vt 0.779623 0.505254</w:t>
        <w:br/>
        <w:t>vt 0.826502 0.497201</w:t>
        <w:br/>
        <w:t>vt 0.827147 0.500175</w:t>
        <w:br/>
        <w:t>vt 0.827044 0.503620</w:t>
        <w:br/>
        <w:t>vt 0.826786 0.505254</w:t>
        <w:br/>
        <w:t>vt 0.226087 0.289722</w:t>
        <w:br/>
        <w:t>vt 0.226087 0.286192</w:t>
        <w:br/>
        <w:t>vt 0.229244 0.286192</w:t>
        <w:br/>
        <w:t>vt 0.229244 0.289467</w:t>
        <w:br/>
        <w:t>vt 0.232671 0.286192</w:t>
        <w:br/>
        <w:t>vt 0.232671 0.289304</w:t>
        <w:br/>
        <w:t>vt 0.234826 0.289321</w:t>
        <w:br/>
        <w:t>vt 0.234826 0.286192</w:t>
        <w:br/>
        <w:t>vt 0.229244 0.300339</w:t>
        <w:br/>
        <w:t>vt 0.229244 0.314447</w:t>
        <w:br/>
        <w:t>vt 0.226087 0.312191</w:t>
        <w:br/>
        <w:t>vt 0.226087 0.300403</w:t>
        <w:br/>
        <w:t>vt 0.232671 0.300858</w:t>
        <w:br/>
        <w:t>vt 0.232671 0.317181</w:t>
        <w:br/>
        <w:t>vt 0.234826 0.301188</w:t>
        <w:br/>
        <w:t>vt 0.234826 0.317800</w:t>
        <w:br/>
        <w:t>vt 0.070371 0.990953</w:t>
        <w:br/>
        <w:t>vt 0.070371 0.988704</w:t>
        <w:br/>
        <w:t>vt 0.073842 0.988704</w:t>
        <w:br/>
        <w:t>vt 0.073652 0.990953</w:t>
        <w:br/>
        <w:t>vt 0.070371 0.994801</w:t>
        <w:br/>
        <w:t>vt 0.073551 0.994801</w:t>
        <w:br/>
        <w:t>vt 0.073624 0.997585</w:t>
        <w:br/>
        <w:t>vt 0.070371 0.997585</w:t>
        <w:br/>
        <w:t>vt 0.084678 0.990953</w:t>
        <w:br/>
        <w:t>vt 0.084657 0.988704</w:t>
        <w:br/>
        <w:t>vt 0.097469 0.988704</w:t>
        <w:br/>
        <w:t>vt 0.099029 0.990953</w:t>
        <w:br/>
        <w:t>vt 0.084937 0.994801</w:t>
        <w:br/>
        <w:t>vt 0.101162 0.994801</w:t>
        <w:br/>
        <w:t>vt 0.085346 0.997585</w:t>
        <w:br/>
        <w:t>vt 0.101588 0.997585</w:t>
        <w:br/>
        <w:t>vt 0.111953 0.988704</w:t>
        <w:br/>
        <w:t>vt 0.112876 0.990953</w:t>
        <w:br/>
        <w:t>vt 0.114967 0.994801</w:t>
        <w:br/>
        <w:t>vt 0.116083 0.997585</w:t>
        <w:br/>
        <w:t>vt 0.128799 0.988704</w:t>
        <w:br/>
        <w:t>vt 0.128900 0.990953</w:t>
        <w:br/>
        <w:t>vt 0.131220 0.994801</w:t>
        <w:br/>
        <w:t>vt 0.132958 0.997585</w:t>
        <w:br/>
        <w:t>vt 0.234537 0.971944</w:t>
        <w:br/>
        <w:t>vt 0.234537 0.975725</w:t>
        <w:br/>
        <w:t>vt 0.232695 0.975725</w:t>
        <w:br/>
        <w:t>vt 0.232695 0.971944</w:t>
        <w:br/>
        <w:t>vt 0.230056 0.975725</w:t>
        <w:br/>
        <w:t>vt 0.230056 0.971944</w:t>
        <w:br/>
        <w:t>vt 0.227296 0.975725</w:t>
        <w:br/>
        <w:t>vt 0.227296 0.971944</w:t>
        <w:br/>
        <w:t>vt 0.225397 0.975725</w:t>
        <w:br/>
        <w:t>vt 0.225397 0.971944</w:t>
        <w:br/>
        <w:t>vt 0.223702 0.971944</w:t>
        <w:br/>
        <w:t>vt 0.225397 0.971944</w:t>
        <w:br/>
        <w:t>vt 0.225397 0.975725</w:t>
        <w:br/>
        <w:t>vt 0.223702 0.975725</w:t>
        <w:br/>
        <w:t>vt 0.221063 0.971944</w:t>
        <w:br/>
        <w:t>vt 0.221063 0.975725</w:t>
        <w:br/>
        <w:t>vt 0.218401 0.971944</w:t>
        <w:br/>
        <w:t>vt 0.218401 0.975725</w:t>
        <w:br/>
        <w:t>vt 0.236230 0.971944</w:t>
        <w:br/>
        <w:t>vt 0.236230 0.975725</w:t>
        <w:br/>
        <w:t>vt 0.234537 0.975725</w:t>
        <w:br/>
        <w:t>vt 0.234537 0.971944</w:t>
        <w:br/>
        <w:t>vt 0.234536 0.946219</w:t>
        <w:br/>
        <w:t>vt 0.234536 0.954555</w:t>
        <w:br/>
        <w:t>vt 0.232695 0.954555</w:t>
        <w:br/>
        <w:t>vt 0.232695 0.946219</w:t>
        <w:br/>
        <w:t>vt 0.230056 0.954555</w:t>
        <w:br/>
        <w:t>vt 0.230056 0.946219</w:t>
        <w:br/>
        <w:t>vt 0.227296 0.954555</w:t>
        <w:br/>
        <w:t>vt 0.227296 0.946219</w:t>
        <w:br/>
        <w:t>vt 0.225397 0.954555</w:t>
        <w:br/>
        <w:t>vt 0.225397 0.946219</w:t>
        <w:br/>
        <w:t>vt 0.223702 0.946219</w:t>
        <w:br/>
        <w:t>vt 0.225397 0.946219</w:t>
        <w:br/>
        <w:t>vt 0.225397 0.954555</w:t>
        <w:br/>
        <w:t>vt 0.223702 0.954555</w:t>
        <w:br/>
        <w:t>vt 0.221063 0.946219</w:t>
        <w:br/>
        <w:t>vt 0.221063 0.954555</w:t>
        <w:br/>
        <w:t>vt 0.218401 0.946219</w:t>
        <w:br/>
        <w:t>vt 0.218401 0.954555</w:t>
        <w:br/>
        <w:t>vt 0.234536 0.946219</w:t>
        <w:br/>
        <w:t>vt 0.236230 0.946219</w:t>
        <w:br/>
        <w:t>vt 0.236230 0.954555</w:t>
        <w:br/>
        <w:t>vt 0.234536 0.954555</w:t>
        <w:br/>
        <w:t>vt 0.234537 0.964722</w:t>
        <w:br/>
        <w:t>vt 0.232695 0.964722</w:t>
        <w:br/>
        <w:t>vt 0.230056 0.964722</w:t>
        <w:br/>
        <w:t>vt 0.227296 0.964722</w:t>
        <w:br/>
        <w:t>vt 0.225397 0.964722</w:t>
        <w:br/>
        <w:t>vt 0.223702 0.964722</w:t>
        <w:br/>
        <w:t>vt 0.225397 0.964722</w:t>
        <w:br/>
        <w:t>vt 0.221063 0.964722</w:t>
        <w:br/>
        <w:t>vt 0.218401 0.964722</w:t>
        <w:br/>
        <w:t>vt 0.234537 0.964722</w:t>
        <w:br/>
        <w:t>vt 0.236230 0.964722</w:t>
        <w:br/>
        <w:t>vt 0.695292 0.329986</w:t>
        <w:br/>
        <w:t>vt 0.695292 0.331831</w:t>
        <w:br/>
        <w:t>vt 0.691425 0.331831</w:t>
        <w:br/>
        <w:t>vt 0.691425 0.329986</w:t>
        <w:br/>
        <w:t>vt 0.695292 0.334475</w:t>
        <w:br/>
        <w:t>vt 0.691425 0.334475</w:t>
        <w:br/>
        <w:t>vt 0.695292 0.337239</w:t>
        <w:br/>
        <w:t>vt 0.691425 0.337239</w:t>
        <w:br/>
        <w:t>vt 0.691425 0.339142</w:t>
        <w:br/>
        <w:t>vt 0.695292 0.339142</w:t>
        <w:br/>
        <w:t>vt 0.695292 0.340840</w:t>
        <w:br/>
        <w:t>vt 0.691425 0.340840</w:t>
        <w:br/>
        <w:t>vt 0.691425 0.339142</w:t>
        <w:br/>
        <w:t>vt 0.695292 0.339142</w:t>
        <w:br/>
        <w:t>vt 0.695292 0.343484</w:t>
        <w:br/>
        <w:t>vt 0.691425 0.343484</w:t>
        <w:br/>
        <w:t>vt 0.695292 0.346151</w:t>
        <w:br/>
        <w:t>vt 0.691425 0.346151</w:t>
        <w:br/>
        <w:t>vt 0.695292 0.328289</w:t>
        <w:br/>
        <w:t>vt 0.695292 0.329986</w:t>
        <w:br/>
        <w:t>vt 0.691425 0.329986</w:t>
        <w:br/>
        <w:t>vt 0.691425 0.328289</w:t>
        <w:br/>
        <w:t>vt 0.712329 0.331831</w:t>
        <w:br/>
        <w:t>vt 0.712329 0.329986</w:t>
        <w:br/>
        <w:t>vt 0.720676 0.329986</w:t>
        <w:br/>
        <w:t>vt 0.720676 0.331831</w:t>
        <w:br/>
        <w:t>vt 0.712329 0.334475</w:t>
        <w:br/>
        <w:t>vt 0.720676 0.334475</w:t>
        <w:br/>
        <w:t>vt 0.712329 0.337239</w:t>
        <w:br/>
        <w:t>vt 0.720676 0.337239</w:t>
        <w:br/>
        <w:t>vt 0.712329 0.339142</w:t>
        <w:br/>
        <w:t>vt 0.720676 0.339142</w:t>
        <w:br/>
        <w:t>vt 0.720676 0.340840</w:t>
        <w:br/>
        <w:t>vt 0.712329 0.340840</w:t>
        <w:br/>
        <w:t>vt 0.712329 0.339142</w:t>
        <w:br/>
        <w:t>vt 0.720676 0.339142</w:t>
        <w:br/>
        <w:t>vt 0.720676 0.343484</w:t>
        <w:br/>
        <w:t>vt 0.712329 0.343484</w:t>
        <w:br/>
        <w:t>vt 0.720676 0.346151</w:t>
        <w:br/>
        <w:t>vt 0.712329 0.346151</w:t>
        <w:br/>
        <w:t>vt 0.720676 0.329986</w:t>
        <w:br/>
        <w:t>vt 0.712329 0.329986</w:t>
        <w:br/>
        <w:t>vt 0.712329 0.328289</w:t>
        <w:br/>
        <w:t>vt 0.720676 0.328289</w:t>
        <w:br/>
        <w:t>vt 0.702381 0.329986</w:t>
        <w:br/>
        <w:t>vt 0.702381 0.331831</w:t>
        <w:br/>
        <w:t>vt 0.702381 0.334475</w:t>
        <w:br/>
        <w:t>vt 0.702381 0.337239</w:t>
        <w:br/>
        <w:t>vt 0.702381 0.339142</w:t>
        <w:br/>
        <w:t>vt 0.702381 0.339142</w:t>
        <w:br/>
        <w:t>vt 0.702381 0.340840</w:t>
        <w:br/>
        <w:t>vt 0.702381 0.343484</w:t>
        <w:br/>
        <w:t>vt 0.702381 0.346151</w:t>
        <w:br/>
        <w:t>vt 0.702381 0.328289</w:t>
        <w:br/>
        <w:t>vt 0.702381 0.329986</w:t>
        <w:br/>
        <w:t>vt 0.892398 0.531721</w:t>
        <w:br/>
        <w:t>vt 0.892398 0.527785</w:t>
        <w:br/>
        <w:t>vt 0.906147 0.527785</w:t>
        <w:br/>
        <w:t>vt 0.906147 0.531721</w:t>
        <w:br/>
        <w:t>vt 0.892398 0.523823</w:t>
        <w:br/>
        <w:t>vt 0.906147 0.523823</w:t>
        <w:br/>
        <w:t>vt 0.892398 0.519870</w:t>
        <w:br/>
        <w:t>vt 0.906147 0.519870</w:t>
        <w:br/>
        <w:t>vt 0.892398 0.515978</w:t>
        <w:br/>
        <w:t>vt 0.906147 0.515978</w:t>
        <w:br/>
        <w:t>vt 0.892398 0.512176</w:t>
        <w:br/>
        <w:t>vt 0.906147 0.512176</w:t>
        <w:br/>
        <w:t>vt 0.906147 0.543521</w:t>
        <w:br/>
        <w:t>vt 0.892398 0.543521</w:t>
        <w:br/>
        <w:t>vt 0.892398 0.539640</w:t>
        <w:br/>
        <w:t>vt 0.906147 0.539640</w:t>
        <w:br/>
        <w:t>vt 0.892398 0.535674</w:t>
        <w:br/>
        <w:t>vt 0.906147 0.535674</w:t>
        <w:br/>
        <w:t>vt 0.878547 0.531721</w:t>
        <w:br/>
        <w:t>vt 0.878547 0.535674</w:t>
        <w:br/>
        <w:t>vt 0.878547 0.527785</w:t>
        <w:br/>
        <w:t>vt 0.878547 0.523823</w:t>
        <w:br/>
        <w:t>vt 0.878547 0.519870</w:t>
        <w:br/>
        <w:t>vt 0.878547 0.515978</w:t>
        <w:br/>
        <w:t>vt 0.878547 0.512176</w:t>
        <w:br/>
        <w:t>vt 0.878547 0.543521</w:t>
        <w:br/>
        <w:t>vt 0.878547 0.539640</w:t>
        <w:br/>
        <w:t>vt 0.839203 0.441922</w:t>
        <w:br/>
        <w:t>vt 0.836563 0.447426</w:t>
        <w:br/>
        <w:t>vt 0.831785 0.441026</w:t>
        <w:br/>
        <w:t>vt 0.837712 0.436135</w:t>
        <w:br/>
        <w:t>vt 0.832458 0.433276</w:t>
        <w:br/>
        <w:t>vt 0.826638 0.434740</w:t>
        <w:br/>
        <w:t>vt 0.823786 0.440037</w:t>
        <w:br/>
        <w:t>vt 0.825046 0.446042</w:t>
        <w:br/>
        <w:t>vt 0.830530 0.449057</w:t>
        <w:br/>
        <w:t>vt 0.898201 0.500880</w:t>
        <w:br/>
        <w:t>vt 0.891073 0.498970</w:t>
        <w:br/>
        <w:t>vt 0.897798 0.494859</w:t>
        <w:br/>
        <w:t>vt 0.894724 0.505651</w:t>
        <w:br/>
        <w:t>vt 0.888862 0.506345</w:t>
        <w:br/>
        <w:t>vt 0.884061 0.502886</w:t>
        <w:br/>
        <w:t>vt 0.883383 0.496995</w:t>
        <w:br/>
        <w:t>vt 0.886712 0.491939</w:t>
        <w:br/>
        <w:t>vt 0.892846 0.491167</w:t>
        <w:br/>
        <w:t>vt 0.876488 0.534622</w:t>
        <w:br/>
        <w:t>vt 0.876488 0.531200</w:t>
        <w:br/>
        <w:t>vt 0.876488 0.527794</w:t>
        <w:br/>
        <w:t>vt 0.876488 0.524365</w:t>
        <w:br/>
        <w:t>vt 0.876488 0.520943</w:t>
        <w:br/>
        <w:t>vt 0.876488 0.517574</w:t>
        <w:br/>
        <w:t>vt 0.876488 0.514283</w:t>
        <w:br/>
        <w:t>vt 0.876488 0.541413</w:t>
        <w:br/>
        <w:t>vt 0.876488 0.538055</w:t>
        <w:br/>
        <w:t>vt 0.908165 0.531200</w:t>
        <w:br/>
        <w:t>vt 0.908165 0.534622</w:t>
        <w:br/>
        <w:t>vt 0.906147 0.535674</w:t>
        <w:br/>
        <w:t>vt 0.908165 0.527794</w:t>
        <w:br/>
        <w:t>vt 0.908165 0.524365</w:t>
        <w:br/>
        <w:t>vt 0.908165 0.520943</w:t>
        <w:br/>
        <w:t>vt 0.908165 0.517574</w:t>
        <w:br/>
        <w:t>vt 0.908165 0.514283</w:t>
        <w:br/>
        <w:t>vt 0.908165 0.538055</w:t>
        <w:br/>
        <w:t>vt 0.908165 0.541413</w:t>
        <w:br/>
        <w:t>vt 0.975628 0.787267</w:t>
        <w:br/>
        <w:t>vt 0.975628 0.790950</w:t>
        <w:br/>
        <w:t>vt 0.973726 0.790950</w:t>
        <w:br/>
        <w:t>vt 0.973726 0.787267</w:t>
        <w:br/>
        <w:t>vt 0.977535 0.787267</w:t>
        <w:br/>
        <w:t>vt 0.977535 0.790950</w:t>
        <w:br/>
        <w:t>vt 0.979348 0.787267</w:t>
        <w:br/>
        <w:t>vt 0.979348 0.790950</w:t>
        <w:br/>
        <w:t>vt 0.969364 0.787267</w:t>
        <w:br/>
        <w:t>vt 0.971573 0.787267</w:t>
        <w:br/>
        <w:t>vt 0.971573 0.790950</w:t>
        <w:br/>
        <w:t>vt 0.969364 0.790950</w:t>
        <w:br/>
        <w:t>vt 0.975628 0.767321</w:t>
        <w:br/>
        <w:t>vt 0.975628 0.773041</w:t>
        <w:br/>
        <w:t>vt 0.973726 0.773041</w:t>
        <w:br/>
        <w:t>vt 0.973726 0.767321</w:t>
        <w:br/>
        <w:t>vt 0.977535 0.767321</w:t>
        <w:br/>
        <w:t>vt 0.977535 0.773041</w:t>
        <w:br/>
        <w:t>vt 0.979348 0.767321</w:t>
        <w:br/>
        <w:t>vt 0.979348 0.773041</w:t>
        <w:br/>
        <w:t>vt 0.969364 0.773041</w:t>
        <w:br/>
        <w:t>vt 0.969364 0.767321</w:t>
        <w:br/>
        <w:t>vt 0.971573 0.767321</w:t>
        <w:br/>
        <w:t>vt 0.971573 0.773041</w:t>
        <w:br/>
        <w:t>vt 0.975628 0.782835</w:t>
        <w:br/>
        <w:t>vt 0.973726 0.782835</w:t>
        <w:br/>
        <w:t>vt 0.975628 0.794552</w:t>
        <w:br/>
        <w:t>vt 0.973726 0.794552</w:t>
        <w:br/>
        <w:t>vt 0.977535 0.782835</w:t>
        <w:br/>
        <w:t>vt 0.977535 0.794552</w:t>
        <w:br/>
        <w:t>vt 0.979348 0.782835</w:t>
        <w:br/>
        <w:t>vt 0.979348 0.794552</w:t>
        <w:br/>
        <w:t>vt 0.969364 0.782835</w:t>
        <w:br/>
        <w:t>vt 0.971573 0.782835</w:t>
        <w:br/>
        <w:t>vt 0.973726 0.778211</w:t>
        <w:br/>
        <w:t>vt 0.975628 0.778211</w:t>
        <w:br/>
        <w:t>vt 0.977535 0.778211</w:t>
        <w:br/>
        <w:t>vt 0.979348 0.778211</w:t>
        <w:br/>
        <w:t>vt 0.973726 0.797848</w:t>
        <w:br/>
        <w:t>vt 0.975628 0.797848</w:t>
        <w:br/>
        <w:t>vt 0.975628 0.801215</w:t>
        <w:br/>
        <w:t>vt 0.973726 0.801215</w:t>
        <w:br/>
        <w:t>vt 0.977535 0.797848</w:t>
        <w:br/>
        <w:t>vt 0.977535 0.801215</w:t>
        <w:br/>
        <w:t>vt 0.979348 0.797848</w:t>
        <w:br/>
        <w:t>vt 0.979348 0.801215</w:t>
        <w:br/>
        <w:t>vt 0.975628 0.822244</w:t>
        <w:br/>
        <w:t>vt 0.973726 0.822244</w:t>
        <w:br/>
        <w:t>vt 0.973726 0.818666</w:t>
        <w:br/>
        <w:t>vt 0.975628 0.818666</w:t>
        <w:br/>
        <w:t>vt 0.977535 0.818666</w:t>
        <w:br/>
        <w:t>vt 0.977535 0.822244</w:t>
        <w:br/>
        <w:t>vt 0.979348 0.818666</w:t>
        <w:br/>
        <w:t>vt 0.979348 0.822244</w:t>
        <w:br/>
        <w:t>vt 0.975628 0.805502</w:t>
        <w:br/>
        <w:t>vt 0.973726 0.805502</w:t>
        <w:br/>
        <w:t>vt 0.977535 0.805502</w:t>
        <w:br/>
        <w:t>vt 0.979348 0.805502</w:t>
        <w:br/>
        <w:t>vt 0.975628 0.814601</w:t>
        <w:br/>
        <w:t>vt 0.973726 0.814601</w:t>
        <w:br/>
        <w:t>vt 0.973726 0.810071</w:t>
        <w:br/>
        <w:t>vt 0.975628 0.810071</w:t>
        <w:br/>
        <w:t>vt 0.977535 0.814601</w:t>
        <w:br/>
        <w:t>vt 0.977535 0.810071</w:t>
        <w:br/>
        <w:t>vt 0.979348 0.814601</w:t>
        <w:br/>
        <w:t>vt 0.979348 0.810071</w:t>
        <w:br/>
        <w:t>vt 0.973726 0.822244</w:t>
        <w:br/>
        <w:t>vt 0.971573 0.822244</w:t>
        <w:br/>
        <w:t>vt 0.971573 0.818666</w:t>
        <w:br/>
        <w:t>vt 0.973726 0.818666</w:t>
        <w:br/>
        <w:t>vt 0.973726 0.810071</w:t>
        <w:br/>
        <w:t>vt 0.973726 0.814601</w:t>
        <w:br/>
        <w:t>vt 0.971573 0.814601</w:t>
        <w:br/>
        <w:t>vt 0.971573 0.810071</w:t>
        <w:br/>
        <w:t>vt 0.973726 0.801215</w:t>
        <w:br/>
        <w:t>vt 0.973726 0.805502</w:t>
        <w:br/>
        <w:t>vt 0.971573 0.805502</w:t>
        <w:br/>
        <w:t>vt 0.971573 0.801215</w:t>
        <w:br/>
        <w:t>vt 0.973726 0.797848</w:t>
        <w:br/>
        <w:t>vt 0.971573 0.797848</w:t>
        <w:br/>
        <w:t>vt 0.973726 0.794552</w:t>
        <w:br/>
        <w:t>vt 0.971573 0.794552</w:t>
        <w:br/>
        <w:t>vt 0.973726 0.790950</w:t>
        <w:br/>
        <w:t>vt 0.973726 0.787267</w:t>
        <w:br/>
        <w:t>vt 0.973726 0.778211</w:t>
        <w:br/>
        <w:t>vt 0.971573 0.778211</w:t>
        <w:br/>
        <w:t>vt 0.973726 0.767321</w:t>
        <w:br/>
        <w:t>vt 0.973726 0.773041</w:t>
        <w:br/>
        <w:t>vt 0.969364 0.794552</w:t>
        <w:br/>
        <w:t>vt 0.969364 0.778211</w:t>
        <w:br/>
        <w:t>vt 0.969364 0.801215</w:t>
        <w:br/>
        <w:t>vt 0.969364 0.797848</w:t>
        <w:br/>
        <w:t>vt 0.969364 0.822244</w:t>
        <w:br/>
        <w:t>vt 0.969364 0.818666</w:t>
        <w:br/>
        <w:t>vt 0.969364 0.805502</w:t>
        <w:br/>
        <w:t>vt 0.969364 0.814601</w:t>
        <w:br/>
        <w:t>vt 0.969364 0.810071</w:t>
        <w:br/>
        <w:t>vt 0.979348 0.767321</w:t>
        <w:br/>
        <w:t>vt 0.981376 0.767321</w:t>
        <w:br/>
        <w:t>vt 0.981376 0.773041</w:t>
        <w:br/>
        <w:t>vt 0.979348 0.773041</w:t>
        <w:br/>
        <w:t>vt 0.981376 0.778211</w:t>
        <w:br/>
        <w:t>vt 0.979348 0.778211</w:t>
        <w:br/>
        <w:t>vt 0.981376 0.782835</w:t>
        <w:br/>
        <w:t>vt 0.979348 0.782835</w:t>
        <w:br/>
        <w:t>vt 0.981376 0.787267</w:t>
        <w:br/>
        <w:t>vt 0.979348 0.787267</w:t>
        <w:br/>
        <w:t>vt 0.981376 0.790950</w:t>
        <w:br/>
        <w:t>vt 0.979348 0.790950</w:t>
        <w:br/>
        <w:t>vt 0.981376 0.794552</w:t>
        <w:br/>
        <w:t>vt 0.979348 0.794552</w:t>
        <w:br/>
        <w:t>vt 0.981376 0.797848</w:t>
        <w:br/>
        <w:t>vt 0.979348 0.797848</w:t>
        <w:br/>
        <w:t>vt 0.981376 0.801215</w:t>
        <w:br/>
        <w:t>vt 0.981376 0.805502</w:t>
        <w:br/>
        <w:t>vt 0.981376 0.810071</w:t>
        <w:br/>
        <w:t>vt 0.981376 0.814601</w:t>
        <w:br/>
        <w:t>vt 0.981376 0.818666</w:t>
        <w:br/>
        <w:t>vt 0.981376 0.822244</w:t>
        <w:br/>
        <w:t>vt 0.963230 0.930845</w:t>
        <w:br/>
        <w:t>vt 0.965761 0.930845</w:t>
        <w:br/>
        <w:t>vt 0.965761 0.933917</w:t>
        <w:br/>
        <w:t>vt 0.963230 0.933917</w:t>
        <w:br/>
        <w:t>vt 0.953413 0.928601</w:t>
        <w:br/>
        <w:t>vt 0.953413 0.932133</w:t>
        <w:br/>
        <w:t>vt 0.950378 0.932133</w:t>
        <w:br/>
        <w:t>vt 0.950378 0.928601</w:t>
        <w:br/>
        <w:t>vt 0.956456 0.928601</w:t>
        <w:br/>
        <w:t>vt 0.956456 0.932133</w:t>
        <w:br/>
        <w:t>vt 0.959015 0.928601</w:t>
        <w:br/>
        <w:t>vt 0.959015 0.932133</w:t>
        <w:br/>
        <w:t>vt 0.965761 0.918942</w:t>
        <w:br/>
        <w:t>vt 0.963230 0.918942</w:t>
        <w:br/>
        <w:t>vt 0.963230 0.909562</w:t>
        <w:br/>
        <w:t>vt 0.965761 0.909562</w:t>
        <w:br/>
        <w:t>vt 0.968741 0.909562</w:t>
        <w:br/>
        <w:t>vt 0.968741 0.918942</w:t>
        <w:br/>
        <w:t>vt 0.971668 0.909562</w:t>
        <w:br/>
        <w:t>vt 0.971668 0.918942</w:t>
        <w:br/>
        <w:t>vt 0.973969 0.909562</w:t>
        <w:br/>
        <w:t>vt 0.973969 0.918942</w:t>
        <w:br/>
        <w:t>vt 0.950378 0.909083</w:t>
        <w:br/>
        <w:t>vt 0.950378 0.917443</w:t>
        <w:br/>
        <w:t>vt 0.948011 0.917443</w:t>
        <w:br/>
        <w:t>vt 0.948011 0.909083</w:t>
        <w:br/>
        <w:t>vt 0.953413 0.917443</w:t>
        <w:br/>
        <w:t>vt 0.953413 0.909083</w:t>
        <w:br/>
        <w:t>vt 0.956456 0.917443</w:t>
        <w:br/>
        <w:t>vt 0.956456 0.909083</w:t>
        <w:br/>
        <w:t>vt 0.959015 0.917443</w:t>
        <w:br/>
        <w:t>vt 0.959015 0.909083</w:t>
        <w:br/>
        <w:t>vt 0.964673 0.893222</w:t>
        <w:br/>
        <w:t>vt 0.965761 0.894014</w:t>
        <w:br/>
        <w:t>vt 0.963230 0.894014</w:t>
        <w:br/>
        <w:t>vt 0.962088 0.893222</w:t>
        <w:br/>
        <w:t>vt 0.968741 0.893222</w:t>
        <w:br/>
        <w:t>vt 0.968741 0.894014</w:t>
        <w:br/>
        <w:t>vt 0.971668 0.894014</w:t>
        <w:br/>
        <w:t>vt 0.972121 0.893222</w:t>
        <w:br/>
        <w:t>vt 0.973969 0.894014</w:t>
        <w:br/>
        <w:t>vt 0.975214 0.893222</w:t>
        <w:br/>
        <w:t>vt 0.949940 0.894113</w:t>
        <w:br/>
        <w:t>vt 0.950378 0.895354</w:t>
        <w:br/>
        <w:t>vt 0.948011 0.895354</w:t>
        <w:br/>
        <w:t>vt 0.947243 0.894113</w:t>
        <w:br/>
        <w:t>vt 0.953399 0.894113</w:t>
        <w:br/>
        <w:t>vt 0.953413 0.895354</w:t>
        <w:br/>
        <w:t>vt 0.956456 0.895354</w:t>
        <w:br/>
        <w:t>vt 0.956867 0.894113</w:t>
        <w:br/>
        <w:t>vt 0.959015 0.895354</w:t>
        <w:br/>
        <w:t>vt 0.959783 0.894113</w:t>
        <w:br/>
        <w:t>vt 0.962088 0.893222</w:t>
        <w:br/>
        <w:t>vt 0.962088 0.884268</w:t>
        <w:br/>
        <w:t>vt 0.964673 0.884268</w:t>
        <w:br/>
        <w:t>vt 0.968741 0.884268</w:t>
        <w:br/>
        <w:t>vt 0.972121 0.884268</w:t>
        <w:br/>
        <w:t>vt 0.975214 0.884268</w:t>
        <w:br/>
        <w:t>vt 0.975214 0.893222</w:t>
        <w:br/>
        <w:t>vt 0.949940 0.884554</w:t>
        <w:br/>
        <w:t>vt 0.949940 0.894113</w:t>
        <w:br/>
        <w:t>vt 0.947243 0.894113</w:t>
        <w:br/>
        <w:t>vt 0.947243 0.884554</w:t>
        <w:br/>
        <w:t>vt 0.953399 0.884554</w:t>
        <w:br/>
        <w:t>vt 0.953399 0.894113</w:t>
        <w:br/>
        <w:t>vt 0.956867 0.894113</w:t>
        <w:br/>
        <w:t>vt 0.956867 0.884554</w:t>
        <w:br/>
        <w:t>vt 0.959783 0.894113</w:t>
        <w:br/>
        <w:t>vt 0.959783 0.884554</w:t>
        <w:br/>
        <w:t>vt 0.963990 0.882526</w:t>
        <w:br/>
        <w:t>vt 0.965746 0.883078</w:t>
        <w:br/>
        <w:t>vt 0.968585 0.883181</w:t>
        <w:br/>
        <w:t>vt 0.971362 0.883130</w:t>
        <w:br/>
        <w:t>vt 0.973493 0.882290</w:t>
        <w:br/>
        <w:t>vt 0.948964 0.882751</w:t>
        <w:br/>
        <w:t>vt 0.950661 0.883294</w:t>
        <w:br/>
        <w:t>vt 0.953371 0.883447</w:t>
        <w:br/>
        <w:t>vt 0.955996 0.883376</w:t>
        <w:br/>
        <w:t>vt 0.958129 0.882677</w:t>
        <w:br/>
        <w:t>vt 0.968594 0.881385</w:t>
        <w:br/>
        <w:t>vt 0.953574 0.881283</w:t>
        <w:br/>
        <w:t>vt 0.965761 0.926866</w:t>
        <w:br/>
        <w:t>vt 0.968741 0.926866</w:t>
        <w:br/>
        <w:t>vt 0.968741 0.930845</w:t>
        <w:br/>
        <w:t>vt 0.971668 0.926866</w:t>
        <w:br/>
        <w:t>vt 0.971668 0.930845</w:t>
        <w:br/>
        <w:t>vt 0.973969 0.926866</w:t>
        <w:br/>
        <w:t>vt 0.973969 0.930845</w:t>
        <w:br/>
        <w:t>vt 0.948011 0.928601</w:t>
        <w:br/>
        <w:t>vt 0.948011 0.924721</w:t>
        <w:br/>
        <w:t>vt 0.950378 0.924721</w:t>
        <w:br/>
        <w:t>vt 0.963230 0.900321</w:t>
        <w:br/>
        <w:t>vt 0.965761 0.900321</w:t>
        <w:br/>
        <w:t>vt 0.968741 0.900321</w:t>
        <w:br/>
        <w:t>vt 0.971668 0.900321</w:t>
        <w:br/>
        <w:t>vt 0.973969 0.900321</w:t>
        <w:br/>
        <w:t>vt 0.950378 0.900834</w:t>
        <w:br/>
        <w:t>vt 0.948011 0.900834</w:t>
        <w:br/>
        <w:t>vt 0.953413 0.900834</w:t>
        <w:br/>
        <w:t>vt 0.956456 0.900834</w:t>
        <w:br/>
        <w:t>vt 0.959015 0.900834</w:t>
        <w:br/>
        <w:t>vt 0.973969 0.894014</w:t>
        <w:br/>
        <w:t>vt 0.948011 0.895354</w:t>
        <w:br/>
        <w:t>vt 0.950378 0.895354</w:t>
        <w:br/>
        <w:t>vt 0.953413 0.895354</w:t>
        <w:br/>
        <w:t>vt 0.956456 0.895354</w:t>
        <w:br/>
        <w:t>vt 0.959015 0.895354</w:t>
        <w:br/>
        <w:t>vt 0.963230 0.926866</w:t>
        <w:br/>
        <w:t>vt 0.953413 0.924721</w:t>
        <w:br/>
        <w:t>vt 0.956456 0.924721</w:t>
        <w:br/>
        <w:t>vt 0.959015 0.924721</w:t>
        <w:br/>
        <w:t>vt 0.968741 0.933917</w:t>
        <w:br/>
        <w:t>vt 0.971668 0.933917</w:t>
        <w:br/>
        <w:t>vt 0.973969 0.933917</w:t>
        <w:br/>
        <w:t>vt 0.948011 0.932133</w:t>
        <w:br/>
        <w:t>vt 0.955306 0.787864</w:t>
        <w:br/>
        <w:t>vt 0.957298 0.787864</w:t>
        <w:br/>
        <w:t>vt 0.957298 0.791488</w:t>
        <w:br/>
        <w:t>vt 0.955306 0.791488</w:t>
        <w:br/>
        <w:t>vt 0.953332 0.791488</w:t>
        <w:br/>
        <w:t>vt 0.953332 0.787864</w:t>
        <w:br/>
        <w:t>vt 0.951495 0.791488</w:t>
        <w:br/>
        <w:t>vt 0.951495 0.787864</w:t>
        <w:br/>
        <w:t>vt 0.961644 0.787864</w:t>
        <w:br/>
        <w:t>vt 0.961644 0.791488</w:t>
        <w:br/>
        <w:t>vt 0.959478 0.791488</w:t>
        <w:br/>
        <w:t>vt 0.959478 0.787864</w:t>
        <w:br/>
        <w:t>vt 0.955306 0.767298</w:t>
        <w:br/>
        <w:t>vt 0.957298 0.767298</w:t>
        <w:br/>
        <w:t>vt 0.957298 0.773383</w:t>
        <w:br/>
        <w:t>vt 0.955306 0.773383</w:t>
        <w:br/>
        <w:t>vt 0.953332 0.773383</w:t>
        <w:br/>
        <w:t>vt 0.953332 0.767298</w:t>
        <w:br/>
        <w:t>vt 0.951495 0.773383</w:t>
        <w:br/>
        <w:t>vt 0.951495 0.767298</w:t>
        <w:br/>
        <w:t>vt 0.961644 0.773383</w:t>
        <w:br/>
        <w:t>vt 0.959478 0.773383</w:t>
        <w:br/>
        <w:t>vt 0.959478 0.767298</w:t>
        <w:br/>
        <w:t>vt 0.961644 0.767298</w:t>
        <w:br/>
        <w:t>vt 0.955306 0.783374</w:t>
        <w:br/>
        <w:t>vt 0.957298 0.783374</w:t>
        <w:br/>
        <w:t>vt 0.957298 0.795021</w:t>
        <w:br/>
        <w:t>vt 0.955306 0.795021</w:t>
        <w:br/>
        <w:t>vt 0.953332 0.783374</w:t>
        <w:br/>
        <w:t>vt 0.953332 0.795021</w:t>
        <w:br/>
        <w:t>vt 0.951495 0.783374</w:t>
        <w:br/>
        <w:t>vt 0.951495 0.795021</w:t>
        <w:br/>
        <w:t>vt 0.961644 0.783374</w:t>
        <w:br/>
        <w:t>vt 0.959478 0.783374</w:t>
        <w:br/>
        <w:t>vt 0.957298 0.778708</w:t>
        <w:br/>
        <w:t>vt 0.955306 0.778708</w:t>
        <w:br/>
        <w:t>vt 0.953332 0.778708</w:t>
        <w:br/>
        <w:t>vt 0.951495 0.778708</w:t>
        <w:br/>
        <w:t>vt 0.955306 0.801283</w:t>
        <w:br/>
        <w:t>vt 0.955306 0.798143</w:t>
        <w:br/>
        <w:t>vt 0.957298 0.798143</w:t>
        <w:br/>
        <w:t>vt 0.957298 0.801283</w:t>
        <w:br/>
        <w:t>vt 0.953332 0.801283</w:t>
        <w:br/>
        <w:t>vt 0.953332 0.798143</w:t>
        <w:br/>
        <w:t>vt 0.951495 0.801283</w:t>
        <w:br/>
        <w:t>vt 0.951495 0.798143</w:t>
        <w:br/>
        <w:t>vt 0.955306 0.821892</w:t>
        <w:br/>
        <w:t>vt 0.955306 0.818401</w:t>
        <w:br/>
        <w:t>vt 0.957298 0.818401</w:t>
        <w:br/>
        <w:t>vt 0.957298 0.821892</w:t>
        <w:br/>
        <w:t>vt 0.953332 0.821892</w:t>
        <w:br/>
        <w:t>vt 0.953332 0.818401</w:t>
        <w:br/>
        <w:t>vt 0.951495 0.821892</w:t>
        <w:br/>
        <w:t>vt 0.951495 0.818401</w:t>
        <w:br/>
        <w:t>vt 0.957298 0.805411</w:t>
        <w:br/>
        <w:t>vt 0.955306 0.805411</w:t>
        <w:br/>
        <w:t>vt 0.953332 0.805411</w:t>
        <w:br/>
        <w:t>vt 0.951495 0.805411</w:t>
        <w:br/>
        <w:t>vt 0.957298 0.809889</w:t>
        <w:br/>
        <w:t>vt 0.957298 0.814372</w:t>
        <w:br/>
        <w:t>vt 0.955306 0.814372</w:t>
        <w:br/>
        <w:t>vt 0.955306 0.809889</w:t>
        <w:br/>
        <w:t>vt 0.953332 0.814372</w:t>
        <w:br/>
        <w:t>vt 0.953332 0.809889</w:t>
        <w:br/>
        <w:t>vt 0.951495 0.814372</w:t>
        <w:br/>
        <w:t>vt 0.951495 0.809889</w:t>
        <w:br/>
        <w:t>vt 0.957298 0.821892</w:t>
        <w:br/>
        <w:t>vt 0.957298 0.818401</w:t>
        <w:br/>
        <w:t>vt 0.959478 0.818401</w:t>
        <w:br/>
        <w:t>vt 0.959478 0.821892</w:t>
        <w:br/>
        <w:t>vt 0.957298 0.809889</w:t>
        <w:br/>
        <w:t>vt 0.959478 0.809889</w:t>
        <w:br/>
        <w:t>vt 0.959478 0.814372</w:t>
        <w:br/>
        <w:t>vt 0.957298 0.814372</w:t>
        <w:br/>
        <w:t>vt 0.959478 0.805411</w:t>
        <w:br/>
        <w:t>vt 0.957298 0.805411</w:t>
        <w:br/>
        <w:t>vt 0.957298 0.801283</w:t>
        <w:br/>
        <w:t>vt 0.959478 0.801283</w:t>
        <w:br/>
        <w:t>vt 0.957298 0.798143</w:t>
        <w:br/>
        <w:t>vt 0.959478 0.798143</w:t>
        <w:br/>
        <w:t>vt 0.957298 0.795021</w:t>
        <w:br/>
        <w:t>vt 0.959478 0.795021</w:t>
        <w:br/>
        <w:t>vt 0.957298 0.791488</w:t>
        <w:br/>
        <w:t>vt 0.957298 0.787864</w:t>
        <w:br/>
        <w:t>vt 0.957298 0.778708</w:t>
        <w:br/>
        <w:t>vt 0.959478 0.778708</w:t>
        <w:br/>
        <w:t>vt 0.957298 0.773383</w:t>
        <w:br/>
        <w:t>vt 0.957298 0.767298</w:t>
        <w:br/>
        <w:t>vt 0.961644 0.795021</w:t>
        <w:br/>
        <w:t>vt 0.961644 0.778708</w:t>
        <w:br/>
        <w:t>vt 0.961644 0.801283</w:t>
        <w:br/>
        <w:t>vt 0.961644 0.798143</w:t>
        <w:br/>
        <w:t>vt 0.961644 0.818401</w:t>
        <w:br/>
        <w:t>vt 0.961644 0.821892</w:t>
        <w:br/>
        <w:t>vt 0.961644 0.805411</w:t>
        <w:br/>
        <w:t>vt 0.961644 0.809889</w:t>
        <w:br/>
        <w:t>vt 0.961644 0.814372</w:t>
        <w:br/>
        <w:t>vt 0.949561 0.773383</w:t>
        <w:br/>
        <w:t>vt 0.949561 0.767298</w:t>
        <w:br/>
        <w:t>vt 0.951495 0.767298</w:t>
        <w:br/>
        <w:t>vt 0.951495 0.773383</w:t>
        <w:br/>
        <w:t>vt 0.951495 0.778708</w:t>
        <w:br/>
        <w:t>vt 0.949561 0.778708</w:t>
        <w:br/>
        <w:t>vt 0.951495 0.783374</w:t>
        <w:br/>
        <w:t>vt 0.949561 0.783374</w:t>
        <w:br/>
        <w:t>vt 0.949561 0.787864</w:t>
        <w:br/>
        <w:t>vt 0.951495 0.787864</w:t>
        <w:br/>
        <w:t>vt 0.949561 0.791488</w:t>
        <w:br/>
        <w:t>vt 0.951495 0.791488</w:t>
        <w:br/>
        <w:t>vt 0.949561 0.795021</w:t>
        <w:br/>
        <w:t>vt 0.951495 0.795021</w:t>
        <w:br/>
        <w:t>vt 0.951495 0.798143</w:t>
        <w:br/>
        <w:t>vt 0.949561 0.798143</w:t>
        <w:br/>
        <w:t>vt 0.949561 0.801283</w:t>
        <w:br/>
        <w:t>vt 0.949561 0.805411</w:t>
        <w:br/>
        <w:t>vt 0.949561 0.809889</w:t>
        <w:br/>
        <w:t>vt 0.949561 0.814372</w:t>
        <w:br/>
        <w:t>vt 0.949561 0.821892</w:t>
        <w:br/>
        <w:t>vt 0.949561 0.818401</w:t>
        <w:br/>
        <w:t>vt 0.959659 0.873810</w:t>
        <w:br/>
        <w:t>vt 0.959659 0.877414</w:t>
        <w:br/>
        <w:t>vt 0.957179 0.877414</w:t>
        <w:br/>
        <w:t>vt 0.957179 0.873810</w:t>
        <w:br/>
        <w:t>vt 0.969922 0.872879</w:t>
        <w:br/>
        <w:t>vt 0.973061 0.872879</w:t>
        <w:br/>
        <w:t>vt 0.973061 0.876630</w:t>
        <w:br/>
        <w:t>vt 0.969922 0.876630</w:t>
        <w:br/>
        <w:t>vt 0.966840 0.872879</w:t>
        <w:br/>
        <w:t>vt 0.966840 0.876630</w:t>
        <w:br/>
        <w:t>vt 0.964202 0.876630</w:t>
        <w:br/>
        <w:t>vt 0.964202 0.872879</w:t>
        <w:br/>
        <w:t>vt 0.959659 0.853268</w:t>
        <w:br/>
        <w:t>vt 0.959659 0.862281</w:t>
        <w:br/>
        <w:t>vt 0.957179 0.862281</w:t>
        <w:br/>
        <w:t>vt 0.957179 0.853268</w:t>
        <w:br/>
        <w:t>vt 0.953985 0.853268</w:t>
        <w:br/>
        <w:t>vt 0.953985 0.862281</w:t>
        <w:br/>
        <w:t>vt 0.950926 0.853268</w:t>
        <w:br/>
        <w:t>vt 0.950926 0.862281</w:t>
        <w:br/>
        <w:t>vt 0.948409 0.853268</w:t>
        <w:br/>
        <w:t>vt 0.948409 0.862281</w:t>
        <w:br/>
        <w:t>vt 0.973061 0.852838</w:t>
        <w:br/>
        <w:t>vt 0.975464 0.852838</w:t>
        <w:br/>
        <w:t>vt 0.975464 0.861410</w:t>
        <w:br/>
        <w:t>vt 0.973061 0.861410</w:t>
        <w:br/>
        <w:t>vt 0.969922 0.861410</w:t>
        <w:br/>
        <w:t>vt 0.969922 0.852838</w:t>
        <w:br/>
        <w:t>vt 0.966840 0.861410</w:t>
        <w:br/>
        <w:t>vt 0.966840 0.852838</w:t>
        <w:br/>
        <w:t>vt 0.964202 0.861410</w:t>
        <w:br/>
        <w:t>vt 0.964202 0.852838</w:t>
        <w:br/>
        <w:t>vt 0.957811 0.837460</w:t>
        <w:br/>
        <w:t>vt 0.960470 0.837460</w:t>
        <w:br/>
        <w:t>vt 0.959659 0.838229</w:t>
        <w:br/>
        <w:t>vt 0.957179 0.838229</w:t>
        <w:br/>
        <w:t>vt 0.953984 0.837460</w:t>
        <w:br/>
        <w:t>vt 0.953985 0.838229</w:t>
        <w:br/>
        <w:t>vt 0.950926 0.838229</w:t>
        <w:br/>
        <w:t>vt 0.950407 0.837460</w:t>
        <w:br/>
        <w:t>vt 0.948409 0.838229</w:t>
        <w:br/>
        <w:t>vt 0.947241 0.837460</w:t>
        <w:br/>
        <w:t>vt 0.973311 0.837863</w:t>
        <w:br/>
        <w:t>vt 0.975794 0.837863</w:t>
        <w:br/>
        <w:t>vt 0.975464 0.838734</w:t>
        <w:br/>
        <w:t>vt 0.973061 0.838734</w:t>
        <w:br/>
        <w:t>vt 0.969922 0.837863</w:t>
        <w:br/>
        <w:t>vt 0.969922 0.838734</w:t>
        <w:br/>
        <w:t>vt 0.966840 0.838734</w:t>
        <w:br/>
        <w:t>vt 0.966317 0.837863</w:t>
        <w:br/>
        <w:t>vt 0.964202 0.838734</w:t>
        <w:br/>
        <w:t>vt 0.963401 0.837863</w:t>
        <w:br/>
        <w:t>vt 0.960149 0.828843</w:t>
        <w:br/>
        <w:t>vt 0.960470 0.837460</w:t>
        <w:br/>
        <w:t>vt 0.957791 0.828843</w:t>
        <w:br/>
        <w:t>vt 0.954232 0.828843</w:t>
        <w:br/>
        <w:t>vt 0.950805 0.828843</w:t>
        <w:br/>
        <w:t>vt 0.948066 0.828843</w:t>
        <w:br/>
        <w:t>vt 0.947241 0.837460</w:t>
        <w:br/>
        <w:t>vt 0.973311 0.829353</w:t>
        <w:br/>
        <w:t>vt 0.975794 0.829353</w:t>
        <w:br/>
        <w:t>vt 0.975794 0.837863</w:t>
        <w:br/>
        <w:t>vt 0.973311 0.837863</w:t>
        <w:br/>
        <w:t>vt 0.969922 0.829353</w:t>
        <w:br/>
        <w:t>vt 0.969922 0.837863</w:t>
        <w:br/>
        <w:t>vt 0.966317 0.837863</w:t>
        <w:br/>
        <w:t>vt 0.966317 0.829353</w:t>
        <w:br/>
        <w:t>vt 0.963401 0.837863</w:t>
        <w:br/>
        <w:t>vt 0.963401 0.829353</w:t>
        <w:br/>
        <w:t>vt 0.958436 0.827221</w:t>
        <w:br/>
        <w:t>vt 0.956830 0.827729</w:t>
        <w:br/>
        <w:t>vt 0.954214 0.827844</w:t>
        <w:br/>
        <w:t>vt 0.951625 0.827812</w:t>
        <w:br/>
        <w:t>vt 0.949648 0.827020</w:t>
        <w:br/>
        <w:t>vt 0.973986 0.827690</w:t>
        <w:br/>
        <w:t>vt 0.972432 0.828236</w:t>
        <w:br/>
        <w:t>vt 0.969843 0.828388</w:t>
        <w:br/>
        <w:t>vt 0.967289 0.828329</w:t>
        <w:br/>
        <w:t>vt 0.965303 0.827631</w:t>
        <w:br/>
        <w:t>vt 0.954176 0.826186</w:t>
        <w:br/>
        <w:t>vt 0.969628 0.826446</w:t>
        <w:br/>
        <w:t>vt 0.953985 0.873810</w:t>
        <w:br/>
        <w:t>vt 0.953985 0.869843</w:t>
        <w:br/>
        <w:t>vt 0.957179 0.869843</w:t>
        <w:br/>
        <w:t>vt 0.950926 0.873810</w:t>
        <w:br/>
        <w:t>vt 0.950926 0.869843</w:t>
        <w:br/>
        <w:t>vt 0.948409 0.873810</w:t>
        <w:br/>
        <w:t>vt 0.948409 0.869843</w:t>
        <w:br/>
        <w:t>vt 0.975464 0.872879</w:t>
        <w:br/>
        <w:t>vt 0.973061 0.868877</w:t>
        <w:br/>
        <w:t>vt 0.975464 0.868877</w:t>
        <w:br/>
        <w:t>vt 0.959659 0.844327</w:t>
        <w:br/>
        <w:t>vt 0.957179 0.844327</w:t>
        <w:br/>
        <w:t>vt 0.953985 0.844327</w:t>
        <w:br/>
        <w:t>vt 0.950926 0.844327</w:t>
        <w:br/>
        <w:t>vt 0.948409 0.844327</w:t>
        <w:br/>
        <w:t>vt 0.973061 0.844382</w:t>
        <w:br/>
        <w:t>vt 0.975464 0.844382</w:t>
        <w:br/>
        <w:t>vt 0.969922 0.844382</w:t>
        <w:br/>
        <w:t>vt 0.966840 0.844382</w:t>
        <w:br/>
        <w:t>vt 0.964202 0.844382</w:t>
        <w:br/>
        <w:t>vt 0.948409 0.838229</w:t>
        <w:br/>
        <w:t>vt 0.973061 0.838734</w:t>
        <w:br/>
        <w:t>vt 0.975464 0.838734</w:t>
        <w:br/>
        <w:t>vt 0.969922 0.838734</w:t>
        <w:br/>
        <w:t>vt 0.966840 0.838734</w:t>
        <w:br/>
        <w:t>vt 0.964202 0.838734</w:t>
        <w:br/>
        <w:t>vt 0.959659 0.869843</w:t>
        <w:br/>
        <w:t>vt 0.969922 0.868877</w:t>
        <w:br/>
        <w:t>vt 0.966840 0.868877</w:t>
        <w:br/>
        <w:t>vt 0.964202 0.868877</w:t>
        <w:br/>
        <w:t>vt 0.953985 0.877414</w:t>
        <w:br/>
        <w:t>vt 0.950926 0.877414</w:t>
        <w:br/>
        <w:t>vt 0.948409 0.877414</w:t>
        <w:br/>
        <w:t>vt 0.975464 0.876630</w:t>
        <w:br/>
        <w:t>vt 0.226087 0.327005</w:t>
        <w:br/>
        <w:t>vt 0.229244 0.328603</w:t>
        <w:br/>
        <w:t>vt 0.232671 0.330684</w:t>
        <w:br/>
        <w:t>vt 0.234826 0.331761</w:t>
        <w:br/>
        <w:t>vt 0.226087 0.342751</w:t>
        <w:br/>
        <w:t>vt 0.229244 0.343406</w:t>
        <w:br/>
        <w:t>vt 0.232671 0.345339</w:t>
        <w:br/>
        <w:t>vt 0.234826 0.346839</w:t>
        <w:br/>
        <w:t>vt 0.226087 0.360845</w:t>
        <w:br/>
        <w:t>vt 0.229244 0.360845</w:t>
        <w:br/>
        <w:t>vt 0.232671 0.360845</w:t>
        <w:br/>
        <w:t>vt 0.234826 0.360845</w:t>
        <w:br/>
        <w:t>vt 0.148088 0.988704</w:t>
        <w:br/>
        <w:t>vt 0.148088 0.990953</w:t>
        <w:br/>
        <w:t>vt 0.148088 0.994801</w:t>
        <w:br/>
        <w:t>vt 0.148088 0.997585</w:t>
        <w:br/>
        <w:t>vt 0.764630 0.497201</w:t>
        <w:br/>
        <w:t>vt 0.764630 0.500175</w:t>
        <w:br/>
        <w:t>vt 0.764630 0.503620</w:t>
        <w:br/>
        <w:t>vt 0.764630 0.505254</w:t>
        <w:br/>
        <w:t>vt 0.742399 0.474321</w:t>
        <w:br/>
        <w:t>vt 0.742399 0.472410</w:t>
        <w:br/>
        <w:t>vt 0.742399 0.478023</w:t>
        <w:br/>
        <w:t>vt 0.601161 0.264657</w:t>
        <w:br/>
        <w:t>vt 0.582010 0.270213</w:t>
        <w:br/>
        <w:t>vt 0.582256 0.262221</w:t>
        <w:br/>
        <w:t>vt 0.601466 0.255570</w:t>
        <w:br/>
        <w:t>vt 0.622643 0.234427</w:t>
        <w:br/>
        <w:t>vt 0.633878 0.239138</w:t>
        <w:br/>
        <w:t>vt 0.624406 0.250775</w:t>
        <w:br/>
        <w:t>vt 0.680832 0.224177</w:t>
        <w:br/>
        <w:t>vt 0.676539 0.234469</w:t>
        <w:br/>
        <w:t>vt 0.659296 0.227292</w:t>
        <w:br/>
        <w:t>vt 0.671407 0.211923</w:t>
        <w:br/>
        <w:t>vt 0.612430 0.259097</w:t>
        <w:br/>
        <w:t>vt 0.607151 0.251246</w:t>
        <w:br/>
        <w:t>vt 0.641421 0.210591</w:t>
        <w:br/>
        <w:t>vt 0.652944 0.212638</w:t>
        <w:br/>
        <w:t>vt 0.646361 0.225415</w:t>
        <w:br/>
        <w:t>vt 0.585843 0.176017</w:t>
        <w:br/>
        <w:t>vt 0.614052 0.173998</w:t>
        <w:br/>
        <w:t>vt 0.604927 0.212584</w:t>
        <w:br/>
        <w:t>vt 0.584923 0.205927</w:t>
        <w:br/>
        <w:t>vt 0.634709 0.176908</w:t>
        <w:br/>
        <w:t>vt 0.650810 0.179303</w:t>
        <w:br/>
        <w:t>vt 0.627609 0.211570</w:t>
        <w:br/>
        <w:t>vt 0.702046 0.209816</w:t>
        <w:br/>
        <w:t>vt 0.695929 0.212987</w:t>
        <w:br/>
        <w:t>vt 0.683880 0.192967</w:t>
        <w:br/>
        <w:t>vt 0.612842 0.250744</w:t>
        <w:br/>
        <w:t>vt 0.599809 0.252113</w:t>
        <w:br/>
        <w:t>vt 0.582369 0.258543</w:t>
        <w:br/>
        <w:t>vt 0.565654 0.251158</w:t>
        <w:br/>
        <w:t>vt 0.566423 0.215454</w:t>
        <w:br/>
        <w:t>vt 0.584828 0.209017</w:t>
        <w:br/>
        <w:t>vt 0.602947 0.216482</w:t>
        <w:br/>
        <w:t>vt 0.581915 0.273314</w:t>
        <w:br/>
        <w:t>vt 0.601831 0.268624</w:t>
        <w:br/>
        <w:t>vt 0.704631 0.214415</w:t>
        <w:br/>
        <w:t>vt 0.698543 0.218158</w:t>
        <w:br/>
        <w:t>vt 0.683346 0.228622</w:t>
        <w:br/>
        <w:t>vt 0.678812 0.239685</w:t>
        <w:br/>
        <w:t>vt 0.678812 0.239685</w:t>
        <w:br/>
        <w:t>vt 0.658013 0.231296</w:t>
        <w:br/>
        <w:t>vt 0.647620 0.229534</w:t>
        <w:br/>
        <w:t>vt 0.636832 0.241830</w:t>
        <w:br/>
        <w:t>vt 0.626960 0.254265</w:t>
        <w:br/>
        <w:t>vt 0.614065 0.263149</w:t>
        <w:br/>
        <w:t>vt 0.612984 0.246826</w:t>
        <w:br/>
        <w:t>vt 0.609512 0.243712</w:t>
        <w:br/>
        <w:t>vt 0.616037 0.234384</w:t>
        <w:br/>
        <w:t>vt 0.614716 0.218424</w:t>
        <w:br/>
        <w:t>vt 0.610722 0.222535</w:t>
        <w:br/>
        <w:t>vt 0.653028 0.190139</w:t>
        <w:br/>
        <w:t>vt 0.666002 0.183774</w:t>
        <w:br/>
        <w:t>vt 0.622768 0.187218</w:t>
        <w:br/>
        <w:t>vt 0.687039 0.218425</w:t>
        <w:br/>
        <w:t>vt 0.689340 0.222688</w:t>
        <w:br/>
        <w:t>vt 0.986739 0.389181</w:t>
        <w:br/>
        <w:t>vt 0.981172 0.392836</w:t>
        <w:br/>
        <w:t>vt 0.975704 0.389181</w:t>
        <w:br/>
        <w:t>vt 0.993557 0.376390</w:t>
        <w:br/>
        <w:t>vt 0.993248 0.379247</w:t>
        <w:br/>
        <w:t>vt 0.969221 0.379247</w:t>
        <w:br/>
        <w:t>vt 0.968707 0.376390</w:t>
        <w:br/>
        <w:t>vt 0.990516 0.382495</w:t>
        <w:br/>
        <w:t>vt 0.971903 0.382495</w:t>
        <w:br/>
        <w:t>vt 0.969221 0.379247</w:t>
        <w:br/>
        <w:t>vt 0.993248 0.379247</w:t>
        <w:br/>
        <w:t>vt 0.994740 0.372989</w:t>
        <w:br/>
        <w:t>vt 0.967696 0.372989</w:t>
        <w:br/>
        <w:t>vt 0.966063 0.368194</w:t>
        <w:br/>
        <w:t>vt 0.996222 0.368194</w:t>
        <w:br/>
        <w:t>vt 0.993557 0.376390</w:t>
        <w:br/>
        <w:t>vt 0.968707 0.376390</w:t>
        <w:br/>
        <w:t>vt 0.545461 0.232329</w:t>
        <w:br/>
        <w:t>vt 0.533927 0.236195</w:t>
        <w:br/>
        <w:t>vt 0.529569 0.207239</w:t>
        <w:br/>
        <w:t>vt 0.489092 0.217200</w:t>
        <w:br/>
        <w:t>vt 0.499931 0.206214</w:t>
        <w:br/>
        <w:t>vt 0.510233 0.222337</w:t>
        <w:br/>
        <w:t>vt 0.492394 0.227786</w:t>
        <w:br/>
        <w:t>vt 0.558547 0.250000</w:t>
        <w:br/>
        <w:t>vt 0.553055 0.249126</w:t>
        <w:br/>
        <w:t>vt 0.553348 0.245236</w:t>
        <w:br/>
        <w:t>vt 0.523085 0.221497</w:t>
        <w:br/>
        <w:t>vt 0.518074 0.208336</w:t>
        <w:br/>
        <w:t>vt 0.584923 0.205927</w:t>
        <w:br/>
        <w:t>vt 0.564721 0.211672</w:t>
        <w:br/>
        <w:t>vt 0.558994 0.172653</w:t>
        <w:br/>
        <w:t>vt 0.539110 0.174035</w:t>
        <w:br/>
        <w:t>vt 0.542833 0.209182</w:t>
        <w:br/>
        <w:t>vt 0.523351 0.175359</w:t>
        <w:br/>
        <w:t>vt 0.469554 0.200935</w:t>
        <w:br/>
        <w:t>vt 0.489537 0.186269</w:t>
        <w:br/>
        <w:t>vt 0.475316 0.204641</w:t>
        <w:br/>
        <w:t>vt 0.541737 0.248399</w:t>
        <w:br/>
        <w:t>vt 0.963304 0.020682</w:t>
        <w:br/>
        <w:t>vt 0.961857 0.025751</w:t>
        <w:br/>
        <w:t>vt 0.938983 0.025751</w:t>
        <w:br/>
        <w:t>vt 0.936909 0.020682</w:t>
        <w:br/>
        <w:t>vt 0.925830 0.005136</w:t>
        <w:br/>
        <w:t>vt 0.926438 0.010057</w:t>
        <w:br/>
        <w:t>vt 0.885366 0.010057</w:t>
        <w:br/>
        <w:t>vt 0.885735 0.005136</w:t>
        <w:br/>
        <w:t>vt 0.965213 0.004476</w:t>
        <w:br/>
        <w:t>vt 0.965538 0.011810</w:t>
        <w:br/>
        <w:t>vt 0.933866 0.011810</w:t>
        <w:br/>
        <w:t>vt 0.933800 0.004476</w:t>
        <w:br/>
        <w:t>vt 0.557176 0.242267</w:t>
        <w:br/>
        <w:t>vt 0.945240 0.033116</w:t>
        <w:br/>
        <w:t>vt 0.942640 0.029647</w:t>
        <w:br/>
        <w:t>vt 0.958642 0.029647</w:t>
        <w:br/>
        <w:t>vt 0.956395 0.033116</w:t>
        <w:br/>
        <w:t>vt 0.964292 0.015133</w:t>
        <w:br/>
        <w:t>vt 0.935361 0.015133</w:t>
        <w:br/>
        <w:t>vt 0.558363 0.221019</w:t>
        <w:br/>
        <w:t>vt 0.552048 0.232559</w:t>
        <w:br/>
        <w:t>vt 0.964292 0.015133</w:t>
        <w:br/>
        <w:t>vt 0.935361 0.015133</w:t>
        <w:br/>
        <w:t>vt 0.938983 0.025751</w:t>
        <w:br/>
        <w:t>vt 0.472006 0.209397</w:t>
        <w:br/>
        <w:t>vt 0.466371 0.205153</w:t>
        <w:br/>
        <w:t>vt 0.485982 0.221235</w:t>
        <w:br/>
        <w:t>vt 0.489487 0.232591</w:t>
        <w:br/>
        <w:t>vt 0.511014 0.226328</w:t>
        <w:br/>
        <w:t>vt 0.489487 0.232591</w:t>
        <w:br/>
        <w:t>vt 0.521324 0.225352</w:t>
        <w:br/>
        <w:t>vt 0.530593 0.238447</w:t>
        <w:br/>
        <w:t>vt 0.521324 0.225352</w:t>
        <w:br/>
        <w:t>vt 0.541737 0.248399</w:t>
        <w:br/>
        <w:t>vt 0.538789 0.251532</w:t>
        <w:br/>
        <w:t>vt 0.552496 0.257369</w:t>
        <w:br/>
        <w:t>vt 0.550453 0.261178</w:t>
        <w:br/>
        <w:t>vt 0.562050 0.267399</w:t>
        <w:br/>
        <w:t>vt 0.563006 0.263587</w:t>
        <w:br/>
        <w:t>vt 0.554686 0.216858</w:t>
        <w:br/>
        <w:t>vt 0.520147 0.185975</w:t>
        <w:br/>
        <w:t>vt 0.508119 0.178590</w:t>
        <w:br/>
        <w:t>vt 0.549609 0.185245</w:t>
        <w:br/>
        <w:t>vt 0.927372 0.018027</w:t>
        <w:br/>
        <w:t>vt 0.928034 0.020984</w:t>
        <w:br/>
        <w:t>vt 0.884033 0.020984</w:t>
        <w:br/>
        <w:t>vt 0.884597 0.018027</w:t>
        <w:br/>
        <w:t>vt 0.885160 0.013690</w:t>
        <w:br/>
        <w:t>vt 0.926720 0.013690</w:t>
        <w:br/>
        <w:t>vt 0.483530 0.210857</w:t>
        <w:br/>
        <w:t>vt 0.480663 0.214755</w:t>
        <w:br/>
        <w:t>vt 0.988885 0.386284</w:t>
        <w:br/>
        <w:t>vt 0.986739 0.389181</w:t>
        <w:br/>
        <w:t>vt 0.975704 0.389181</w:t>
        <w:br/>
        <w:t>vt 0.973359 0.386284</w:t>
        <w:br/>
        <w:t>vt 0.988885 0.386284</w:t>
        <w:br/>
        <w:t>vt 0.973359 0.386284</w:t>
        <w:br/>
        <w:t>vt 0.990516 0.382495</w:t>
        <w:br/>
        <w:t>vt 0.994756 0.362142</w:t>
        <w:br/>
        <w:t>vt 0.967340 0.362142</w:t>
        <w:br/>
        <w:t>vt 0.993958 0.361078</w:t>
        <w:br/>
        <w:t>vt 0.968105 0.361078</w:t>
        <w:br/>
        <w:t>vt 0.563006 0.263587</w:t>
        <w:br/>
        <w:t>vt 0.563596 0.254607</w:t>
        <w:br/>
        <w:t>vt 0.950863 0.035743</w:t>
        <w:br/>
        <w:t>vt 0.742399 0.480917</w:t>
        <w:br/>
        <w:t>vt 0.926619 0.915366</w:t>
        <w:br/>
        <w:t>vt 0.926619 0.907010</w:t>
        <w:br/>
        <w:t>vt 0.933310 0.907010</w:t>
        <w:br/>
        <w:t>vt 0.933310 0.915366</w:t>
        <w:br/>
        <w:t>vt 0.939799 0.915366</w:t>
        <w:br/>
        <w:t>vt 0.933310 0.915366</w:t>
        <w:br/>
        <w:t>vt 0.933310 0.907010</w:t>
        <w:br/>
        <w:t>vt 0.939799 0.907010</w:t>
        <w:br/>
        <w:t>vt 0.944370 0.915366</w:t>
        <w:br/>
        <w:t>vt 0.944370 0.907010</w:t>
        <w:br/>
        <w:t>vt 0.920318 0.915366</w:t>
        <w:br/>
        <w:t>vt 0.920318 0.907010</w:t>
        <w:br/>
        <w:t>vt 0.926619 0.907010</w:t>
        <w:br/>
        <w:t>vt 0.926619 0.915366</w:t>
        <w:br/>
        <w:t>vt 0.926619 0.923757</w:t>
        <w:br/>
        <w:t>vt 0.933310 0.923757</w:t>
        <w:br/>
        <w:t>vt 0.933310 0.923757</w:t>
        <w:br/>
        <w:t>vt 0.939799 0.923757</w:t>
        <w:br/>
        <w:t>vt 0.944370 0.923757</w:t>
        <w:br/>
        <w:t>vt 0.926619 0.923757</w:t>
        <w:br/>
        <w:t>vt 0.920318 0.923757</w:t>
        <w:br/>
        <w:t>vt 0.933310 0.864867</w:t>
        <w:br/>
        <w:t>vt 0.926619 0.864867</w:t>
        <w:br/>
        <w:t>vt 0.926619 0.856476</w:t>
        <w:br/>
        <w:t>vt 0.933310 0.856476</w:t>
        <w:br/>
        <w:t>vt 0.939799 0.864867</w:t>
        <w:br/>
        <w:t>vt 0.933310 0.864867</w:t>
        <w:br/>
        <w:t>vt 0.933310 0.856476</w:t>
        <w:br/>
        <w:t>vt 0.939799 0.856476</w:t>
        <w:br/>
        <w:t>vt 0.944370 0.864867</w:t>
        <w:br/>
        <w:t>vt 0.944370 0.856476</w:t>
        <w:br/>
        <w:t>vt 0.920318 0.864867</w:t>
        <w:br/>
        <w:t>vt 0.920318 0.856476</w:t>
        <w:br/>
        <w:t>vt 0.926619 0.856476</w:t>
        <w:br/>
        <w:t>vt 0.926619 0.864867</w:t>
        <w:br/>
        <w:t>vt 0.926619 0.873273</w:t>
        <w:br/>
        <w:t>vt 0.933310 0.873273</w:t>
        <w:br/>
        <w:t>vt 0.933310 0.873273</w:t>
        <w:br/>
        <w:t>vt 0.939799 0.873273</w:t>
        <w:br/>
        <w:t>vt 0.944370 0.873273</w:t>
        <w:br/>
        <w:t>vt 0.926619 0.873273</w:t>
        <w:br/>
        <w:t>vt 0.920318 0.873273</w:t>
        <w:br/>
        <w:t>vt 0.933310 0.881655</w:t>
        <w:br/>
        <w:t>vt 0.926619 0.881655</w:t>
        <w:br/>
        <w:t>vt 0.939799 0.881655</w:t>
        <w:br/>
        <w:t>vt 0.933310 0.881655</w:t>
        <w:br/>
        <w:t>vt 0.944370 0.881655</w:t>
        <w:br/>
        <w:t>vt 0.926619 0.881655</w:t>
        <w:br/>
        <w:t>vt 0.920318 0.881655</w:t>
        <w:br/>
        <w:t>vt 0.926619 0.890149</w:t>
        <w:br/>
        <w:t>vt 0.933310 0.890149</w:t>
        <w:br/>
        <w:t>vt 0.933310 0.890149</w:t>
        <w:br/>
        <w:t>vt 0.939799 0.890149</w:t>
        <w:br/>
        <w:t>vt 0.944370 0.890149</w:t>
        <w:br/>
        <w:t>vt 0.926619 0.890149</w:t>
        <w:br/>
        <w:t>vt 0.920318 0.890149</w:t>
        <w:br/>
        <w:t>vt 0.933310 0.898608</w:t>
        <w:br/>
        <w:t>vt 0.926619 0.898608</w:t>
        <w:br/>
        <w:t>vt 0.939799 0.898608</w:t>
        <w:br/>
        <w:t>vt 0.933310 0.898608</w:t>
        <w:br/>
        <w:t>vt 0.944370 0.898608</w:t>
        <w:br/>
        <w:t>vt 0.920318 0.898608</w:t>
        <w:br/>
        <w:t>vt 0.926619 0.898608</w:t>
        <w:br/>
        <w:t>vt 0.926619 0.915366</w:t>
        <w:br/>
        <w:t>vt 0.920318 0.915366</w:t>
        <w:br/>
        <w:t>vt 0.920318 0.907010</w:t>
        <w:br/>
        <w:t>vt 0.926619 0.907010</w:t>
        <w:br/>
        <w:t>vt 0.933310 0.915366</w:t>
        <w:br/>
        <w:t>vt 0.933310 0.907010</w:t>
        <w:br/>
        <w:t>vt 0.939735 0.915366</w:t>
        <w:br/>
        <w:t>vt 0.933310 0.915366</w:t>
        <w:br/>
        <w:t>vt 0.933310 0.907010</w:t>
        <w:br/>
        <w:t>vt 0.939735 0.907010</w:t>
        <w:br/>
        <w:t>vt 0.939735 0.915366</w:t>
        <w:br/>
        <w:t>vt 0.939735 0.907010</w:t>
        <w:br/>
        <w:t>vt 0.944370 0.907010</w:t>
        <w:br/>
        <w:t>vt 0.944370 0.915366</w:t>
        <w:br/>
        <w:t>vt 0.920318 0.923757</w:t>
        <w:br/>
        <w:t>vt 0.926619 0.923757</w:t>
        <w:br/>
        <w:t>vt 0.933310 0.923757</w:t>
        <w:br/>
        <w:t>vt 0.933310 0.923757</w:t>
        <w:br/>
        <w:t>vt 0.939735 0.923757</w:t>
        <w:br/>
        <w:t>vt 0.944370 0.923757</w:t>
        <w:br/>
        <w:t>vt 0.920318 0.864867</w:t>
        <w:br/>
        <w:t>vt 0.920318 0.856476</w:t>
        <w:br/>
        <w:t>vt 0.926619 0.856476</w:t>
        <w:br/>
        <w:t>vt 0.926619 0.864867</w:t>
        <w:br/>
        <w:t>vt 0.933310 0.864867</w:t>
        <w:br/>
        <w:t>vt 0.933310 0.856476</w:t>
        <w:br/>
        <w:t>vt 0.939735 0.864867</w:t>
        <w:br/>
        <w:t>vt 0.933310 0.864867</w:t>
        <w:br/>
        <w:t>vt 0.933310 0.856476</w:t>
        <w:br/>
        <w:t>vt 0.939735 0.856476</w:t>
        <w:br/>
        <w:t>vt 0.944370 0.864867</w:t>
        <w:br/>
        <w:t>vt 0.944370 0.856476</w:t>
        <w:br/>
        <w:t>vt 0.920318 0.873273</w:t>
        <w:br/>
        <w:t>vt 0.926619 0.873273</w:t>
        <w:br/>
        <w:t>vt 0.933310 0.873273</w:t>
        <w:br/>
        <w:t>vt 0.933310 0.873273</w:t>
        <w:br/>
        <w:t>vt 0.939735 0.873273</w:t>
        <w:br/>
        <w:t>vt 0.944370 0.873273</w:t>
        <w:br/>
        <w:t>vt 0.926619 0.881655</w:t>
        <w:br/>
        <w:t>vt 0.920318 0.881655</w:t>
        <w:br/>
        <w:t>vt 0.933310 0.881655</w:t>
        <w:br/>
        <w:t>vt 0.939735 0.881655</w:t>
        <w:br/>
        <w:t>vt 0.933310 0.881655</w:t>
        <w:br/>
        <w:t>vt 0.944370 0.881655</w:t>
        <w:br/>
        <w:t>vt 0.926619 0.890149</w:t>
        <w:br/>
        <w:t>vt 0.920318 0.890149</w:t>
        <w:br/>
        <w:t>vt 0.933310 0.890149</w:t>
        <w:br/>
        <w:t>vt 0.933310 0.890149</w:t>
        <w:br/>
        <w:t>vt 0.939735 0.890149</w:t>
        <w:br/>
        <w:t>vt 0.944370 0.890149</w:t>
        <w:br/>
        <w:t>vt 0.926619 0.898608</w:t>
        <w:br/>
        <w:t>vt 0.920318 0.898608</w:t>
        <w:br/>
        <w:t>vt 0.933310 0.898608</w:t>
        <w:br/>
        <w:t>vt 0.939735 0.898608</w:t>
        <w:br/>
        <w:t>vt 0.933310 0.898608</w:t>
        <w:br/>
        <w:t>vt 0.944370 0.898608</w:t>
        <w:br/>
        <w:t>vt 0.926619 0.923757</w:t>
        <w:br/>
        <w:t>vt 0.920318 0.923757</w:t>
        <w:br/>
        <w:t>vt 0.920318 0.915366</w:t>
        <w:br/>
        <w:t>vt 0.926619 0.915366</w:t>
        <w:br/>
        <w:t>vt 0.933310 0.923757</w:t>
        <w:br/>
        <w:t>vt 0.926619 0.923757</w:t>
        <w:br/>
        <w:t>vt 0.926619 0.915366</w:t>
        <w:br/>
        <w:t>vt 0.933310 0.915366</w:t>
        <w:br/>
        <w:t>vt 0.939735 0.923757</w:t>
        <w:br/>
        <w:t>vt 0.933310 0.923757</w:t>
        <w:br/>
        <w:t>vt 0.933310 0.915366</w:t>
        <w:br/>
        <w:t>vt 0.939735 0.915366</w:t>
        <w:br/>
        <w:t>vt 0.944370 0.915366</w:t>
        <w:br/>
        <w:t>vt 0.944370 0.923757</w:t>
        <w:br/>
        <w:t>vt 0.920318 0.864867</w:t>
        <w:br/>
        <w:t>vt 0.920318 0.856476</w:t>
        <w:br/>
        <w:t>vt 0.926619 0.856476</w:t>
        <w:br/>
        <w:t>vt 0.926619 0.864867</w:t>
        <w:br/>
        <w:t>vt 0.926619 0.864867</w:t>
        <w:br/>
        <w:t>vt 0.926619 0.856476</w:t>
        <w:br/>
        <w:t>vt 0.933310 0.856476</w:t>
        <w:br/>
        <w:t>vt 0.933310 0.864867</w:t>
        <w:br/>
        <w:t>vt 0.933310 0.864867</w:t>
        <w:br/>
        <w:t>vt 0.933310 0.856476</w:t>
        <w:br/>
        <w:t>vt 0.939735 0.856476</w:t>
        <w:br/>
        <w:t>vt 0.939735 0.864867</w:t>
        <w:br/>
        <w:t>vt 0.944370 0.864867</w:t>
        <w:br/>
        <w:t>vt 0.944370 0.856476</w:t>
        <w:br/>
        <w:t>vt 0.926619 0.873273</w:t>
        <w:br/>
        <w:t>vt 0.920318 0.873273</w:t>
        <w:br/>
        <w:t>vt 0.933310 0.873273</w:t>
        <w:br/>
        <w:t>vt 0.926619 0.873273</w:t>
        <w:br/>
        <w:t>vt 0.939735 0.873273</w:t>
        <w:br/>
        <w:t>vt 0.933310 0.873273</w:t>
        <w:br/>
        <w:t>vt 0.944370 0.873273</w:t>
        <w:br/>
        <w:t>vt 0.920318 0.881655</w:t>
        <w:br/>
        <w:t>vt 0.926619 0.881655</w:t>
        <w:br/>
        <w:t>vt 0.926619 0.881655</w:t>
        <w:br/>
        <w:t>vt 0.933310 0.881655</w:t>
        <w:br/>
        <w:t>vt 0.933310 0.881655</w:t>
        <w:br/>
        <w:t>vt 0.939735 0.881655</w:t>
        <w:br/>
        <w:t>vt 0.944370 0.881655</w:t>
        <w:br/>
        <w:t>vt 0.939735 0.881655</w:t>
        <w:br/>
        <w:t>vt 0.926619 0.890149</w:t>
        <w:br/>
        <w:t>vt 0.920318 0.890149</w:t>
        <w:br/>
        <w:t>vt 0.933310 0.890149</w:t>
        <w:br/>
        <w:t>vt 0.926619 0.890149</w:t>
        <w:br/>
        <w:t>vt 0.939735 0.890149</w:t>
        <w:br/>
        <w:t>vt 0.933310 0.890149</w:t>
        <w:br/>
        <w:t>vt 0.944370 0.890149</w:t>
        <w:br/>
        <w:t>vt 0.920318 0.898608</w:t>
        <w:br/>
        <w:t>vt 0.926619 0.898608</w:t>
        <w:br/>
        <w:t>vt 0.926619 0.898608</w:t>
        <w:br/>
        <w:t>vt 0.933310 0.898608</w:t>
        <w:br/>
        <w:t>vt 0.933310 0.898608</w:t>
        <w:br/>
        <w:t>vt 0.939735 0.898608</w:t>
        <w:br/>
        <w:t>vt 0.944370 0.898608</w:t>
        <w:br/>
        <w:t>vt 0.926619 0.907010</w:t>
        <w:br/>
        <w:t>vt 0.920318 0.907010</w:t>
        <w:br/>
        <w:t>vt 0.933310 0.907010</w:t>
        <w:br/>
        <w:t>vt 0.926619 0.907010</w:t>
        <w:br/>
        <w:t>vt 0.939735 0.907010</w:t>
        <w:br/>
        <w:t>vt 0.933310 0.907010</w:t>
        <w:br/>
        <w:t>vt 0.944370 0.907010</w:t>
        <w:br/>
        <w:t>vt 0.933310 0.907010</w:t>
        <w:br/>
        <w:t>vt 0.926619 0.907010</w:t>
        <w:br/>
        <w:t>vt 0.926619 0.915366</w:t>
        <w:br/>
        <w:t>vt 0.933310 0.915366</w:t>
        <w:br/>
        <w:t>vt 0.939799 0.915366</w:t>
        <w:br/>
        <w:t>vt 0.939799 0.907010</w:t>
        <w:br/>
        <w:t>vt 0.933310 0.907010</w:t>
        <w:br/>
        <w:t>vt 0.933310 0.915366</w:t>
        <w:br/>
        <w:t>vt 0.944370 0.915366</w:t>
        <w:br/>
        <w:t>vt 0.944370 0.907010</w:t>
        <w:br/>
        <w:t>vt 0.926619 0.907010</w:t>
        <w:br/>
        <w:t>vt 0.920318 0.907010</w:t>
        <w:br/>
        <w:t>vt 0.920318 0.915366</w:t>
        <w:br/>
        <w:t>vt 0.926619 0.915366</w:t>
        <w:br/>
        <w:t>vt 0.926619 0.923757</w:t>
        <w:br/>
        <w:t>vt 0.933310 0.923757</w:t>
        <w:br/>
        <w:t>vt 0.933310 0.923757</w:t>
        <w:br/>
        <w:t>vt 0.939799 0.923757</w:t>
        <w:br/>
        <w:t>vt 0.944370 0.923757</w:t>
        <w:br/>
        <w:t>vt 0.926619 0.923757</w:t>
        <w:br/>
        <w:t>vt 0.920318 0.923757</w:t>
        <w:br/>
        <w:t>vt 0.933310 0.864867</w:t>
        <w:br/>
        <w:t>vt 0.933310 0.856476</w:t>
        <w:br/>
        <w:t>vt 0.926619 0.856476</w:t>
        <w:br/>
        <w:t>vt 0.926619 0.864867</w:t>
        <w:br/>
        <w:t>vt 0.939799 0.864867</w:t>
        <w:br/>
        <w:t>vt 0.939799 0.856476</w:t>
        <w:br/>
        <w:t>vt 0.933310 0.856476</w:t>
        <w:br/>
        <w:t>vt 0.933310 0.864867</w:t>
        <w:br/>
        <w:t>vt 0.944370 0.864867</w:t>
        <w:br/>
        <w:t>vt 0.944370 0.856476</w:t>
        <w:br/>
        <w:t>vt 0.926619 0.856476</w:t>
        <w:br/>
        <w:t>vt 0.920318 0.856476</w:t>
        <w:br/>
        <w:t>vt 0.920318 0.864867</w:t>
        <w:br/>
        <w:t>vt 0.926619 0.864867</w:t>
        <w:br/>
        <w:t>vt 0.926619 0.873273</w:t>
        <w:br/>
        <w:t>vt 0.933310 0.873273</w:t>
        <w:br/>
        <w:t>vt 0.933310 0.873273</w:t>
        <w:br/>
        <w:t>vt 0.939799 0.873273</w:t>
        <w:br/>
        <w:t>vt 0.944370 0.873273</w:t>
        <w:br/>
        <w:t>vt 0.926619 0.873273</w:t>
        <w:br/>
        <w:t>vt 0.920318 0.873273</w:t>
        <w:br/>
        <w:t>vt 0.933310 0.881655</w:t>
        <w:br/>
        <w:t>vt 0.926619 0.881655</w:t>
        <w:br/>
        <w:t>vt 0.939799 0.881655</w:t>
        <w:br/>
        <w:t>vt 0.933310 0.881655</w:t>
        <w:br/>
        <w:t>vt 0.944370 0.881655</w:t>
        <w:br/>
        <w:t>vt 0.926619 0.881655</w:t>
        <w:br/>
        <w:t>vt 0.920318 0.881655</w:t>
        <w:br/>
        <w:t>vt 0.926619 0.890149</w:t>
        <w:br/>
        <w:t>vt 0.933310 0.890149</w:t>
        <w:br/>
        <w:t>vt 0.933310 0.890149</w:t>
        <w:br/>
        <w:t>vt 0.939799 0.890149</w:t>
        <w:br/>
        <w:t>vt 0.944370 0.890149</w:t>
        <w:br/>
        <w:t>vt 0.926619 0.890149</w:t>
        <w:br/>
        <w:t>vt 0.920318 0.890149</w:t>
        <w:br/>
        <w:t>vt 0.933310 0.898608</w:t>
        <w:br/>
        <w:t>vt 0.926619 0.898608</w:t>
        <w:br/>
        <w:t>vt 0.939799 0.898608</w:t>
        <w:br/>
        <w:t>vt 0.933310 0.898608</w:t>
        <w:br/>
        <w:t>vt 0.944370 0.898608</w:t>
        <w:br/>
        <w:t>vt 0.920318 0.898608</w:t>
        <w:br/>
        <w:t>vt 0.926619 0.898608</w:t>
        <w:br/>
        <w:t>vt 0.926619 0.915366</w:t>
        <w:br/>
        <w:t>vt 0.926619 0.907010</w:t>
        <w:br/>
        <w:t>vt 0.920318 0.907010</w:t>
        <w:br/>
        <w:t>vt 0.920318 0.915366</w:t>
        <w:br/>
        <w:t>vt 0.933310 0.915366</w:t>
        <w:br/>
        <w:t>vt 0.933310 0.907010</w:t>
        <w:br/>
        <w:t>vt 0.939735 0.915366</w:t>
        <w:br/>
        <w:t>vt 0.939735 0.907010</w:t>
        <w:br/>
        <w:t>vt 0.933310 0.907010</w:t>
        <w:br/>
        <w:t>vt 0.933310 0.915366</w:t>
        <w:br/>
        <w:t>vt 0.944370 0.907010</w:t>
        <w:br/>
        <w:t>vt 0.939735 0.907010</w:t>
        <w:br/>
        <w:t>vt 0.939735 0.915366</w:t>
        <w:br/>
        <w:t>vt 0.944370 0.915366</w:t>
        <w:br/>
        <w:t>vt 0.920318 0.923757</w:t>
        <w:br/>
        <w:t>vt 0.926619 0.923757</w:t>
        <w:br/>
        <w:t>vt 0.933310 0.923757</w:t>
        <w:br/>
        <w:t>vt 0.933310 0.923757</w:t>
        <w:br/>
        <w:t>vt 0.939735 0.923757</w:t>
        <w:br/>
        <w:t>vt 0.944370 0.923757</w:t>
        <w:br/>
        <w:t>vt 0.926619 0.856476</w:t>
        <w:br/>
        <w:t>vt 0.920318 0.856476</w:t>
        <w:br/>
        <w:t>vt 0.920318 0.864867</w:t>
        <w:br/>
        <w:t>vt 0.926619 0.864867</w:t>
        <w:br/>
        <w:t>vt 0.933310 0.864867</w:t>
        <w:br/>
        <w:t>vt 0.933310 0.856476</w:t>
        <w:br/>
        <w:t>vt 0.939735 0.864867</w:t>
        <w:br/>
        <w:t>vt 0.939735 0.856476</w:t>
        <w:br/>
        <w:t>vt 0.933310 0.856476</w:t>
        <w:br/>
        <w:t>vt 0.933310 0.864867</w:t>
        <w:br/>
        <w:t>vt 0.944370 0.864867</w:t>
        <w:br/>
        <w:t>vt 0.944370 0.856476</w:t>
        <w:br/>
        <w:t>vt 0.920318 0.873273</w:t>
        <w:br/>
        <w:t>vt 0.926619 0.873273</w:t>
        <w:br/>
        <w:t>vt 0.933310 0.873273</w:t>
        <w:br/>
        <w:t>vt 0.933310 0.873273</w:t>
        <w:br/>
        <w:t>vt 0.939735 0.873273</w:t>
        <w:br/>
        <w:t>vt 0.944370 0.873273</w:t>
        <w:br/>
        <w:t>vt 0.926619 0.881655</w:t>
        <w:br/>
        <w:t>vt 0.920318 0.881655</w:t>
        <w:br/>
        <w:t>vt 0.933310 0.881655</w:t>
        <w:br/>
        <w:t>vt 0.939735 0.881655</w:t>
        <w:br/>
        <w:t>vt 0.933310 0.881655</w:t>
        <w:br/>
        <w:t>vt 0.944370 0.881655</w:t>
        <w:br/>
        <w:t>vt 0.926619 0.890149</w:t>
        <w:br/>
        <w:t>vt 0.920318 0.890149</w:t>
        <w:br/>
        <w:t>vt 0.933310 0.890149</w:t>
        <w:br/>
        <w:t>vt 0.933310 0.890149</w:t>
        <w:br/>
        <w:t>vt 0.939735 0.890149</w:t>
        <w:br/>
        <w:t>vt 0.944370 0.890149</w:t>
        <w:br/>
        <w:t>vt 0.926619 0.898608</w:t>
        <w:br/>
        <w:t>vt 0.920318 0.898608</w:t>
        <w:br/>
        <w:t>vt 0.933310 0.898608</w:t>
        <w:br/>
        <w:t>vt 0.939735 0.898608</w:t>
        <w:br/>
        <w:t>vt 0.933310 0.898608</w:t>
        <w:br/>
        <w:t>vt 0.944370 0.898608</w:t>
        <w:br/>
        <w:t>vt 0.926619 0.923757</w:t>
        <w:br/>
        <w:t>vt 0.926619 0.915366</w:t>
        <w:br/>
        <w:t>vt 0.920318 0.915366</w:t>
        <w:br/>
        <w:t>vt 0.920318 0.923757</w:t>
        <w:br/>
        <w:t>vt 0.933310 0.923757</w:t>
        <w:br/>
        <w:t>vt 0.933310 0.915366</w:t>
        <w:br/>
        <w:t>vt 0.926619 0.915366</w:t>
        <w:br/>
        <w:t>vt 0.926619 0.923757</w:t>
        <w:br/>
        <w:t>vt 0.939735 0.923757</w:t>
        <w:br/>
        <w:t>vt 0.939735 0.915366</w:t>
        <w:br/>
        <w:t>vt 0.933310 0.915366</w:t>
        <w:br/>
        <w:t>vt 0.933310 0.923757</w:t>
        <w:br/>
        <w:t>vt 0.944370 0.915366</w:t>
        <w:br/>
        <w:t>vt 0.944370 0.923757</w:t>
        <w:br/>
        <w:t>vt 0.926619 0.856476</w:t>
        <w:br/>
        <w:t>vt 0.920318 0.856476</w:t>
        <w:br/>
        <w:t>vt 0.920318 0.864867</w:t>
        <w:br/>
        <w:t>vt 0.926619 0.864867</w:t>
        <w:br/>
        <w:t>vt 0.933310 0.856476</w:t>
        <w:br/>
        <w:t>vt 0.926619 0.856476</w:t>
        <w:br/>
        <w:t>vt 0.926619 0.864867</w:t>
        <w:br/>
        <w:t>vt 0.933310 0.864867</w:t>
        <w:br/>
        <w:t>vt 0.939735 0.856476</w:t>
        <w:br/>
        <w:t>vt 0.933310 0.856476</w:t>
        <w:br/>
        <w:t>vt 0.933310 0.864867</w:t>
        <w:br/>
        <w:t>vt 0.939735 0.864867</w:t>
        <w:br/>
        <w:t>vt 0.944370 0.864867</w:t>
        <w:br/>
        <w:t>vt 0.944370 0.856476</w:t>
        <w:br/>
        <w:t>vt 0.926619 0.873273</w:t>
        <w:br/>
        <w:t>vt 0.920318 0.873273</w:t>
        <w:br/>
        <w:t>vt 0.933310 0.873273</w:t>
        <w:br/>
        <w:t>vt 0.926619 0.873273</w:t>
        <w:br/>
        <w:t>vt 0.939735 0.873273</w:t>
        <w:br/>
        <w:t>vt 0.933310 0.873273</w:t>
        <w:br/>
        <w:t>vt 0.944370 0.873273</w:t>
        <w:br/>
        <w:t>vt 0.920318 0.881655</w:t>
        <w:br/>
        <w:t>vt 0.926619 0.881655</w:t>
        <w:br/>
        <w:t>vt 0.926619 0.881655</w:t>
        <w:br/>
        <w:t>vt 0.933310 0.881655</w:t>
        <w:br/>
        <w:t>vt 0.933310 0.881655</w:t>
        <w:br/>
        <w:t>vt 0.939735 0.881655</w:t>
        <w:br/>
        <w:t>vt 0.944370 0.881655</w:t>
        <w:br/>
        <w:t>vt 0.939735 0.881655</w:t>
        <w:br/>
        <w:t>vt 0.926619 0.890149</w:t>
        <w:br/>
        <w:t>vt 0.920318 0.890149</w:t>
        <w:br/>
        <w:t>vt 0.933310 0.890149</w:t>
        <w:br/>
        <w:t>vt 0.926619 0.890149</w:t>
        <w:br/>
        <w:t>vt 0.939735 0.890149</w:t>
        <w:br/>
        <w:t>vt 0.933310 0.890149</w:t>
        <w:br/>
        <w:t>vt 0.944370 0.890149</w:t>
        <w:br/>
        <w:t>vt 0.920318 0.898608</w:t>
        <w:br/>
        <w:t>vt 0.926619 0.898608</w:t>
        <w:br/>
        <w:t>vt 0.926619 0.898608</w:t>
        <w:br/>
        <w:t>vt 0.933310 0.898608</w:t>
        <w:br/>
        <w:t>vt 0.933310 0.898608</w:t>
        <w:br/>
        <w:t>vt 0.939735 0.898608</w:t>
        <w:br/>
        <w:t>vt 0.944370 0.898608</w:t>
        <w:br/>
        <w:t>vt 0.926619 0.907010</w:t>
        <w:br/>
        <w:t>vt 0.920318 0.907010</w:t>
        <w:br/>
        <w:t>vt 0.933310 0.907010</w:t>
        <w:br/>
        <w:t>vt 0.926619 0.907010</w:t>
        <w:br/>
        <w:t>vt 0.939735 0.907010</w:t>
        <w:br/>
        <w:t>vt 0.933310 0.907010</w:t>
        <w:br/>
        <w:t>vt 0.944370 0.907010</w:t>
        <w:br/>
        <w:t>vt 0.712867 0.502449</w:t>
        <w:br/>
        <w:t>vt 0.712902 0.500312</w:t>
        <w:br/>
        <w:t>vt 0.707330 0.500312</w:t>
        <w:br/>
        <w:t>vt 0.706801 0.502449</w:t>
        <w:br/>
        <w:t>vt 0.744586 0.500312</w:t>
        <w:br/>
        <w:t>vt 0.734322 0.500312</w:t>
        <w:br/>
        <w:t>vt 0.734377 0.502449</w:t>
        <w:br/>
        <w:t>vt 0.744369 0.502449</w:t>
        <w:br/>
        <w:t>vt 0.680521 0.500312</w:t>
        <w:br/>
        <w:t>vt 0.680726 0.502449</w:t>
        <w:br/>
        <w:t>vt 0.689861 0.502449</w:t>
        <w:br/>
        <w:t>vt 0.690426 0.500312</w:t>
        <w:br/>
        <w:t>vt 0.719265 0.500312</w:t>
        <w:br/>
        <w:t>vt 0.719440 0.502449</w:t>
        <w:br/>
        <w:t>vt 0.761437 0.502449</w:t>
        <w:br/>
        <w:t>vt 0.761437 0.500312</w:t>
        <w:br/>
        <w:t>vt 0.664129 0.500312</w:t>
        <w:br/>
        <w:t>vt 0.664129 0.502449</w:t>
        <w:br/>
        <w:t>vt 0.699905 0.500312</w:t>
        <w:br/>
        <w:t>vt 0.698933 0.502449</w:t>
        <w:br/>
        <w:t>vt 0.725631 0.500312</w:t>
        <w:br/>
        <w:t>vt 0.726361 0.502449</w:t>
        <w:br/>
        <w:t>vt 0.707186 0.496693</w:t>
        <w:br/>
        <w:t>vt 0.712927 0.496693</w:t>
        <w:br/>
        <w:t>vt 0.712898 0.494319</w:t>
        <w:br/>
        <w:t>vt 0.706384 0.494319</w:t>
        <w:br/>
        <w:t>vt 0.735214 0.494319</w:t>
        <w:br/>
        <w:t>vt 0.734678 0.496693</w:t>
        <w:br/>
        <w:t>vt 0.744797 0.496693</w:t>
        <w:br/>
        <w:t>vt 0.745068 0.494319</w:t>
        <w:br/>
        <w:t>vt 0.689290 0.494319</w:t>
        <w:br/>
        <w:t>vt 0.680438 0.494319</w:t>
        <w:br/>
        <w:t>vt 0.680398 0.496693</w:t>
        <w:br/>
        <w:t>vt 0.690218 0.496693</w:t>
        <w:br/>
        <w:t>vt 0.719487 0.496693</w:t>
        <w:br/>
        <w:t>vt 0.719904 0.494319</w:t>
        <w:br/>
        <w:t>vt 0.761437 0.496693</w:t>
        <w:br/>
        <w:t>vt 0.761437 0.494319</w:t>
        <w:br/>
        <w:t>vt 0.664129 0.494319</w:t>
        <w:br/>
        <w:t>vt 0.664129 0.496693</w:t>
        <w:br/>
        <w:t>vt 0.698274 0.494319</w:t>
        <w:br/>
        <w:t>vt 0.699663 0.496693</w:t>
        <w:br/>
        <w:t>vt 0.727129 0.494319</w:t>
        <w:br/>
        <w:t>vt 0.725966 0.496693</w:t>
        <w:br/>
        <w:t>vt 0.707561 0.498458</w:t>
        <w:br/>
        <w:t>vt 0.712917 0.498458</w:t>
        <w:br/>
        <w:t>vt 0.712829 0.504330</w:t>
        <w:br/>
        <w:t>vt 0.706404 0.504330</w:t>
        <w:br/>
        <w:t>vt 0.744722 0.498458</w:t>
        <w:br/>
        <w:t>vt 0.734378 0.498458</w:t>
        <w:br/>
        <w:t>vt 0.734383 0.504330</w:t>
        <w:br/>
        <w:t>vt 0.744209 0.504330</w:t>
        <w:br/>
        <w:t>vt 0.689558 0.504330</w:t>
        <w:br/>
        <w:t>vt 0.680875 0.504330</w:t>
        <w:br/>
        <w:t>vt 0.680389 0.498458</w:t>
        <w:br/>
        <w:t>vt 0.690683 0.498458</w:t>
        <w:br/>
        <w:t>vt 0.719244 0.498458</w:t>
        <w:br/>
        <w:t>vt 0.719590 0.504330</w:t>
        <w:br/>
        <w:t>vt 0.761437 0.504330</w:t>
        <w:br/>
        <w:t>vt 0.761437 0.498458</w:t>
        <w:br/>
        <w:t>vt 0.664129 0.504330</w:t>
        <w:br/>
        <w:t>vt 0.664129 0.498458</w:t>
        <w:br/>
        <w:t>vt 0.698318 0.504330</w:t>
        <w:br/>
        <w:t>vt 0.700359 0.498458</w:t>
        <w:br/>
        <w:t>vt 0.725342 0.498458</w:t>
        <w:br/>
        <w:t>vt 0.726829 0.504330</w:t>
        <w:br/>
        <w:t>vt 0.707561 0.498458</w:t>
        <w:br/>
        <w:t>vt 0.712917 0.498458</w:t>
        <w:br/>
        <w:t>vt 0.712829 0.504330</w:t>
        <w:br/>
        <w:t>vt 0.706404 0.504330</w:t>
        <w:br/>
        <w:t>vt 0.706993 0.506070</w:t>
        <w:br/>
        <w:t>vt 0.712903 0.506070</w:t>
        <w:br/>
        <w:t>vt 0.744722 0.498458</w:t>
        <w:br/>
        <w:t>vt 0.734378 0.498458</w:t>
        <w:br/>
        <w:t>vt 0.734383 0.504330</w:t>
        <w:br/>
        <w:t>vt 0.733992 0.506070</w:t>
        <w:br/>
        <w:t>vt 0.743904 0.506070</w:t>
        <w:br/>
        <w:t>vt 0.744209 0.504330</w:t>
        <w:br/>
        <w:t>vt 0.689558 0.504330</w:t>
        <w:br/>
        <w:t>vt 0.680875 0.504330</w:t>
        <w:br/>
        <w:t>vt 0.680930 0.506070</w:t>
        <w:br/>
        <w:t>vt 0.690121 0.506070</w:t>
        <w:br/>
        <w:t>vt 0.680389 0.498458</w:t>
        <w:br/>
        <w:t>vt 0.690683 0.498458</w:t>
        <w:br/>
        <w:t>vt 0.719244 0.498458</w:t>
        <w:br/>
        <w:t>vt 0.719281 0.506070</w:t>
        <w:br/>
        <w:t>vt 0.719590 0.504330</w:t>
        <w:br/>
        <w:t>vt 0.761437 0.506070</w:t>
        <w:br/>
        <w:t>vt 0.761437 0.504330</w:t>
        <w:br/>
        <w:t>vt 0.761437 0.498458</w:t>
        <w:br/>
        <w:t>vt 0.664129 0.504330</w:t>
        <w:br/>
        <w:t>vt 0.664129 0.506070</w:t>
        <w:br/>
        <w:t>vt 0.664129 0.498458</w:t>
        <w:br/>
        <w:t>vt 0.698318 0.504330</w:t>
        <w:br/>
        <w:t>vt 0.699155 0.506070</w:t>
        <w:br/>
        <w:t>vt 0.700359 0.498458</w:t>
        <w:br/>
        <w:t>vt 0.725342 0.498458</w:t>
        <w:br/>
        <w:t>vt 0.726829 0.504330</w:t>
        <w:br/>
        <w:t>vt 0.726128 0.506070</w:t>
        <w:br/>
        <w:t>vt 0.670266 0.472410</w:t>
        <w:br/>
        <w:t>vt 0.666484 0.472410</w:t>
        <w:br/>
        <w:t>vt 0.666484 0.474321</w:t>
        <w:br/>
        <w:t>vt 0.670240 0.474321</w:t>
        <w:br/>
        <w:t>vt 0.666484 0.478023</w:t>
        <w:br/>
        <w:t>vt 0.670143 0.478023</w:t>
        <w:br/>
        <w:t>vt 0.670148 0.480917</w:t>
        <w:br/>
        <w:t>vt 0.666484 0.480917</w:t>
        <w:br/>
        <w:t>vt 0.693191 0.472410</w:t>
        <w:br/>
        <w:t>vt 0.680668 0.472410</w:t>
        <w:br/>
        <w:t>vt 0.680351 0.474321</w:t>
        <w:br/>
        <w:t>vt 0.694862 0.474321</w:t>
        <w:br/>
        <w:t>vt 0.680092 0.478023</w:t>
        <w:br/>
        <w:t>vt 0.697652 0.478023</w:t>
        <w:br/>
        <w:t>vt 0.680220 0.480917</w:t>
        <w:br/>
        <w:t>vt 0.698184 0.480917</w:t>
        <w:br/>
        <w:t>vt 0.706803 0.472410</w:t>
        <w:br/>
        <w:t>vt 0.707612 0.474321</w:t>
        <w:br/>
        <w:t>vt 0.710417 0.478023</w:t>
        <w:br/>
        <w:t>vt 0.712158 0.480917</w:t>
        <w:br/>
        <w:t>vt 0.722055 0.474321</w:t>
        <w:br/>
        <w:t>vt 0.722142 0.472410</w:t>
        <w:br/>
        <w:t>vt 0.725112 0.478023</w:t>
        <w:br/>
        <w:t>vt 0.728078 0.480917</w:t>
        <w:br/>
        <w:t>vt 0.675125 0.472410</w:t>
        <w:br/>
        <w:t>vt 0.674939 0.474321</w:t>
        <w:br/>
        <w:t>vt 0.674807 0.478023</w:t>
        <w:br/>
        <w:t>vt 0.674899 0.480917</w:t>
        <w:br/>
        <w:t>vt 0.832815 0.497201</w:t>
        <w:br/>
        <w:t>vt 0.833117 0.500175</w:t>
        <w:br/>
        <w:t>vt 0.836777 0.500175</w:t>
        <w:br/>
        <w:t>vt 0.836777 0.497201</w:t>
        <w:br/>
        <w:t>vt 0.836777 0.503620</w:t>
        <w:br/>
        <w:t>vt 0.833132 0.503620</w:t>
        <w:br/>
        <w:t>vt 0.833086 0.505254</w:t>
        <w:br/>
        <w:t>vt 0.836777 0.505254</w:t>
        <w:br/>
        <w:t>vt 0.819470 0.500175</w:t>
        <w:br/>
        <w:t>vt 0.818624 0.497201</w:t>
        <w:br/>
        <w:t>vt 0.810580 0.497201</w:t>
        <w:br/>
        <w:t>vt 0.808335 0.500175</w:t>
        <w:br/>
        <w:t>vt 0.819390 0.503620</w:t>
        <w:br/>
        <w:t>vt 0.806222 0.503620</w:t>
        <w:br/>
        <w:t>vt 0.818943 0.505254</w:t>
        <w:br/>
        <w:t>vt 0.806047 0.505254</w:t>
        <w:br/>
        <w:t>vt 0.798645 0.497201</w:t>
        <w:br/>
        <w:t>vt 0.796896 0.500175</w:t>
        <w:br/>
        <w:t>vt 0.794114 0.503620</w:t>
        <w:br/>
        <w:t>vt 0.793185 0.505254</w:t>
        <w:br/>
        <w:t>vt 0.784094 0.497201</w:t>
        <w:br/>
        <w:t>vt 0.783629 0.500175</w:t>
        <w:br/>
        <w:t>vt 0.781024 0.503620</w:t>
        <w:br/>
        <w:t>vt 0.779623 0.505254</w:t>
        <w:br/>
        <w:t>vt 0.827147 0.500175</w:t>
        <w:br/>
        <w:t>vt 0.826502 0.497201</w:t>
        <w:br/>
        <w:t>vt 0.827044 0.503620</w:t>
        <w:br/>
        <w:t>vt 0.826786 0.505254</w:t>
        <w:br/>
        <w:t>vt 0.226087 0.289722</w:t>
        <w:br/>
        <w:t>vt 0.229244 0.289467</w:t>
        <w:br/>
        <w:t>vt 0.229244 0.286192</w:t>
        <w:br/>
        <w:t>vt 0.226087 0.286192</w:t>
        <w:br/>
        <w:t>vt 0.232671 0.286192</w:t>
        <w:br/>
        <w:t>vt 0.232671 0.289304</w:t>
        <w:br/>
        <w:t>vt 0.234826 0.289321</w:t>
        <w:br/>
        <w:t>vt 0.234826 0.286192</w:t>
        <w:br/>
        <w:t>vt 0.226087 0.312191</w:t>
        <w:br/>
        <w:t>vt 0.229244 0.314447</w:t>
        <w:br/>
        <w:t>vt 0.229244 0.300339</w:t>
        <w:br/>
        <w:t>vt 0.226087 0.300403</w:t>
        <w:br/>
        <w:t>vt 0.232671 0.317181</w:t>
        <w:br/>
        <w:t>vt 0.232671 0.300858</w:t>
        <w:br/>
        <w:t>vt 0.234826 0.301188</w:t>
        <w:br/>
        <w:t>vt 0.234826 0.317800</w:t>
        <w:br/>
        <w:t>vt 0.073842 0.988704</w:t>
        <w:br/>
        <w:t>vt 0.070371 0.988704</w:t>
        <w:br/>
        <w:t>vt 0.070371 0.990953</w:t>
        <w:br/>
        <w:t>vt 0.073652 0.990953</w:t>
        <w:br/>
        <w:t>vt 0.070371 0.994801</w:t>
        <w:br/>
        <w:t>vt 0.073551 0.994801</w:t>
        <w:br/>
        <w:t>vt 0.073624 0.997585</w:t>
        <w:br/>
        <w:t>vt 0.070371 0.997585</w:t>
        <w:br/>
        <w:t>vt 0.097469 0.988704</w:t>
        <w:br/>
        <w:t>vt 0.084657 0.988704</w:t>
        <w:br/>
        <w:t>vt 0.084678 0.990953</w:t>
        <w:br/>
        <w:t>vt 0.099029 0.990953</w:t>
        <w:br/>
        <w:t>vt 0.084937 0.994801</w:t>
        <w:br/>
        <w:t>vt 0.101162 0.994801</w:t>
        <w:br/>
        <w:t>vt 0.085346 0.997585</w:t>
        <w:br/>
        <w:t>vt 0.101588 0.997585</w:t>
        <w:br/>
        <w:t>vt 0.111953 0.988704</w:t>
        <w:br/>
        <w:t>vt 0.112876 0.990953</w:t>
        <w:br/>
        <w:t>vt 0.114967 0.994801</w:t>
        <w:br/>
        <w:t>vt 0.116083 0.997585</w:t>
        <w:br/>
        <w:t>vt 0.128799 0.988704</w:t>
        <w:br/>
        <w:t>vt 0.128900 0.990953</w:t>
        <w:br/>
        <w:t>vt 0.131220 0.994801</w:t>
        <w:br/>
        <w:t>vt 0.132958 0.997585</w:t>
        <w:br/>
        <w:t>vt 0.234537 0.971944</w:t>
        <w:br/>
        <w:t>vt 0.232695 0.971944</w:t>
        <w:br/>
        <w:t>vt 0.232695 0.975725</w:t>
        <w:br/>
        <w:t>vt 0.234537 0.975725</w:t>
        <w:br/>
        <w:t>vt 0.230056 0.971944</w:t>
        <w:br/>
        <w:t>vt 0.230056 0.975725</w:t>
        <w:br/>
        <w:t>vt 0.227296 0.971944</w:t>
        <w:br/>
        <w:t>vt 0.227296 0.975725</w:t>
        <w:br/>
        <w:t>vt 0.225397 0.975725</w:t>
        <w:br/>
        <w:t>vt 0.225397 0.971944</w:t>
        <w:br/>
        <w:t>vt 0.223702 0.971944</w:t>
        <w:br/>
        <w:t>vt 0.223702 0.975725</w:t>
        <w:br/>
        <w:t>vt 0.225397 0.975725</w:t>
        <w:br/>
        <w:t>vt 0.225397 0.971944</w:t>
        <w:br/>
        <w:t>vt 0.221063 0.971944</w:t>
        <w:br/>
        <w:t>vt 0.221063 0.975725</w:t>
        <w:br/>
        <w:t>vt 0.218401 0.971944</w:t>
        <w:br/>
        <w:t>vt 0.218401 0.975725</w:t>
        <w:br/>
        <w:t>vt 0.236230 0.971944</w:t>
        <w:br/>
        <w:t>vt 0.234537 0.971944</w:t>
        <w:br/>
        <w:t>vt 0.234537 0.975725</w:t>
        <w:br/>
        <w:t>vt 0.236230 0.975725</w:t>
        <w:br/>
        <w:t>vt 0.232695 0.954555</w:t>
        <w:br/>
        <w:t>vt 0.234536 0.954555</w:t>
        <w:br/>
        <w:t>vt 0.234536 0.946219</w:t>
        <w:br/>
        <w:t>vt 0.232695 0.946219</w:t>
        <w:br/>
        <w:t>vt 0.230056 0.954555</w:t>
        <w:br/>
        <w:t>vt 0.230056 0.946219</w:t>
        <w:br/>
        <w:t>vt 0.227296 0.954555</w:t>
        <w:br/>
        <w:t>vt 0.227296 0.946219</w:t>
        <w:br/>
        <w:t>vt 0.225397 0.954555</w:t>
        <w:br/>
        <w:t>vt 0.225397 0.946219</w:t>
        <w:br/>
        <w:t>vt 0.223702 0.946219</w:t>
        <w:br/>
        <w:t>vt 0.223702 0.954555</w:t>
        <w:br/>
        <w:t>vt 0.225397 0.954555</w:t>
        <w:br/>
        <w:t>vt 0.225397 0.946219</w:t>
        <w:br/>
        <w:t>vt 0.221063 0.946219</w:t>
        <w:br/>
        <w:t>vt 0.221063 0.954555</w:t>
        <w:br/>
        <w:t>vt 0.218401 0.946219</w:t>
        <w:br/>
        <w:t>vt 0.218401 0.954555</w:t>
        <w:br/>
        <w:t>vt 0.234536 0.946219</w:t>
        <w:br/>
        <w:t>vt 0.234536 0.954555</w:t>
        <w:br/>
        <w:t>vt 0.236230 0.954555</w:t>
        <w:br/>
        <w:t>vt 0.236230 0.946219</w:t>
        <w:br/>
        <w:t>vt 0.234537 0.964722</w:t>
        <w:br/>
        <w:t>vt 0.232695 0.964722</w:t>
        <w:br/>
        <w:t>vt 0.230056 0.964722</w:t>
        <w:br/>
        <w:t>vt 0.227296 0.964722</w:t>
        <w:br/>
        <w:t>vt 0.225397 0.964722</w:t>
        <w:br/>
        <w:t>vt 0.225397 0.964722</w:t>
        <w:br/>
        <w:t>vt 0.223702 0.964722</w:t>
        <w:br/>
        <w:t>vt 0.221063 0.964722</w:t>
        <w:br/>
        <w:t>vt 0.218401 0.964722</w:t>
        <w:br/>
        <w:t>vt 0.236230 0.964722</w:t>
        <w:br/>
        <w:t>vt 0.234537 0.964722</w:t>
        <w:br/>
        <w:t>vt 0.695292 0.329986</w:t>
        <w:br/>
        <w:t>vt 0.691425 0.329986</w:t>
        <w:br/>
        <w:t>vt 0.691425 0.331831</w:t>
        <w:br/>
        <w:t>vt 0.695292 0.331831</w:t>
        <w:br/>
        <w:t>vt 0.691425 0.334475</w:t>
        <w:br/>
        <w:t>vt 0.695292 0.334475</w:t>
        <w:br/>
        <w:t>vt 0.691425 0.337239</w:t>
        <w:br/>
        <w:t>vt 0.695292 0.337239</w:t>
        <w:br/>
        <w:t>vt 0.691425 0.339142</w:t>
        <w:br/>
        <w:t>vt 0.695292 0.339142</w:t>
        <w:br/>
        <w:t>vt 0.695292 0.340840</w:t>
        <w:br/>
        <w:t>vt 0.695292 0.339142</w:t>
        <w:br/>
        <w:t>vt 0.691425 0.339142</w:t>
        <w:br/>
        <w:t>vt 0.691425 0.340840</w:t>
        <w:br/>
        <w:t>vt 0.695292 0.343484</w:t>
        <w:br/>
        <w:t>vt 0.691425 0.343484</w:t>
        <w:br/>
        <w:t>vt 0.695292 0.346151</w:t>
        <w:br/>
        <w:t>vt 0.691425 0.346151</w:t>
        <w:br/>
        <w:t>vt 0.695292 0.328289</w:t>
        <w:br/>
        <w:t>vt 0.691425 0.328289</w:t>
        <w:br/>
        <w:t>vt 0.691425 0.329986</w:t>
        <w:br/>
        <w:t>vt 0.695292 0.329986</w:t>
        <w:br/>
        <w:t>vt 0.720676 0.329986</w:t>
        <w:br/>
        <w:t>vt 0.712329 0.329986</w:t>
        <w:br/>
        <w:t>vt 0.712329 0.331831</w:t>
        <w:br/>
        <w:t>vt 0.720676 0.331831</w:t>
        <w:br/>
        <w:t>vt 0.712329 0.334475</w:t>
        <w:br/>
        <w:t>vt 0.720676 0.334475</w:t>
        <w:br/>
        <w:t>vt 0.712329 0.337239</w:t>
        <w:br/>
        <w:t>vt 0.720676 0.337239</w:t>
        <w:br/>
        <w:t>vt 0.712329 0.339142</w:t>
        <w:br/>
        <w:t>vt 0.720676 0.339142</w:t>
        <w:br/>
        <w:t>vt 0.720676 0.340840</w:t>
        <w:br/>
        <w:t>vt 0.720676 0.339142</w:t>
        <w:br/>
        <w:t>vt 0.712329 0.339142</w:t>
        <w:br/>
        <w:t>vt 0.712329 0.340840</w:t>
        <w:br/>
        <w:t>vt 0.720676 0.343484</w:t>
        <w:br/>
        <w:t>vt 0.712329 0.343484</w:t>
        <w:br/>
        <w:t>vt 0.720676 0.346151</w:t>
        <w:br/>
        <w:t>vt 0.712329 0.346151</w:t>
        <w:br/>
        <w:t>vt 0.720676 0.329986</w:t>
        <w:br/>
        <w:t>vt 0.720676 0.328289</w:t>
        <w:br/>
        <w:t>vt 0.712329 0.328289</w:t>
        <w:br/>
        <w:t>vt 0.712329 0.329986</w:t>
        <w:br/>
        <w:t>vt 0.702381 0.329986</w:t>
        <w:br/>
        <w:t>vt 0.702381 0.331831</w:t>
        <w:br/>
        <w:t>vt 0.702381 0.334475</w:t>
        <w:br/>
        <w:t>vt 0.702381 0.337239</w:t>
        <w:br/>
        <w:t>vt 0.702381 0.339142</w:t>
        <w:br/>
        <w:t>vt 0.702381 0.340840</w:t>
        <w:br/>
        <w:t>vt 0.702381 0.339142</w:t>
        <w:br/>
        <w:t>vt 0.702381 0.343484</w:t>
        <w:br/>
        <w:t>vt 0.702381 0.346151</w:t>
        <w:br/>
        <w:t>vt 0.702381 0.329986</w:t>
        <w:br/>
        <w:t>vt 0.702381 0.328289</w:t>
        <w:br/>
        <w:t>vt 0.906147 0.527785</w:t>
        <w:br/>
        <w:t>vt 0.892398 0.527785</w:t>
        <w:br/>
        <w:t>vt 0.892398 0.531721</w:t>
        <w:br/>
        <w:t>vt 0.906147 0.531721</w:t>
        <w:br/>
        <w:t>vt 0.906147 0.523823</w:t>
        <w:br/>
        <w:t>vt 0.892398 0.523823</w:t>
        <w:br/>
        <w:t>vt 0.906147 0.519870</w:t>
        <w:br/>
        <w:t>vt 0.892398 0.519870</w:t>
        <w:br/>
        <w:t>vt 0.906147 0.515978</w:t>
        <w:br/>
        <w:t>vt 0.892398 0.515978</w:t>
        <w:br/>
        <w:t>vt 0.906147 0.512176</w:t>
        <w:br/>
        <w:t>vt 0.892398 0.512176</w:t>
        <w:br/>
        <w:t>vt 0.906147 0.543521</w:t>
        <w:br/>
        <w:t>vt 0.906147 0.539640</w:t>
        <w:br/>
        <w:t>vt 0.892398 0.539640</w:t>
        <w:br/>
        <w:t>vt 0.892398 0.543521</w:t>
        <w:br/>
        <w:t>vt 0.906147 0.535674</w:t>
        <w:br/>
        <w:t>vt 0.892398 0.535674</w:t>
        <w:br/>
        <w:t>vt 0.878547 0.531721</w:t>
        <w:br/>
        <w:t>vt 0.878547 0.535674</w:t>
        <w:br/>
        <w:t>vt 0.878547 0.527785</w:t>
        <w:br/>
        <w:t>vt 0.878547 0.523823</w:t>
        <w:br/>
        <w:t>vt 0.878547 0.519870</w:t>
        <w:br/>
        <w:t>vt 0.878547 0.515978</w:t>
        <w:br/>
        <w:t>vt 0.878547 0.512176</w:t>
        <w:br/>
        <w:t>vt 0.878547 0.543521</w:t>
        <w:br/>
        <w:t>vt 0.878547 0.539640</w:t>
        <w:br/>
        <w:t>vt 0.839203 0.441922</w:t>
        <w:br/>
        <w:t>vt 0.831785 0.441026</w:t>
        <w:br/>
        <w:t>vt 0.836563 0.447426</w:t>
        <w:br/>
        <w:t>vt 0.837712 0.436135</w:t>
        <w:br/>
        <w:t>vt 0.832458 0.433276</w:t>
        <w:br/>
        <w:t>vt 0.826638 0.434740</w:t>
        <w:br/>
        <w:t>vt 0.823786 0.440037</w:t>
        <w:br/>
        <w:t>vt 0.825046 0.446042</w:t>
        <w:br/>
        <w:t>vt 0.830530 0.449057</w:t>
        <w:br/>
        <w:t>vt 0.898201 0.500880</w:t>
        <w:br/>
        <w:t>vt 0.897798 0.494859</w:t>
        <w:br/>
        <w:t>vt 0.891073 0.498970</w:t>
        <w:br/>
        <w:t>vt 0.894724 0.505651</w:t>
        <w:br/>
        <w:t>vt 0.888862 0.506345</w:t>
        <w:br/>
        <w:t>vt 0.884061 0.502886</w:t>
        <w:br/>
        <w:t>vt 0.883383 0.496995</w:t>
        <w:br/>
        <w:t>vt 0.886712 0.491939</w:t>
        <w:br/>
        <w:t>vt 0.892846 0.491167</w:t>
        <w:br/>
        <w:t>vt 0.876488 0.531200</w:t>
        <w:br/>
        <w:t>vt 0.876488 0.534622</w:t>
        <w:br/>
        <w:t>vt 0.876488 0.527794</w:t>
        <w:br/>
        <w:t>vt 0.876488 0.524365</w:t>
        <w:br/>
        <w:t>vt 0.876488 0.520943</w:t>
        <w:br/>
        <w:t>vt 0.876488 0.517574</w:t>
        <w:br/>
        <w:t>vt 0.876488 0.514283</w:t>
        <w:br/>
        <w:t>vt 0.876488 0.538055</w:t>
        <w:br/>
        <w:t>vt 0.876488 0.541413</w:t>
        <w:br/>
        <w:t>vt 0.908165 0.534622</w:t>
        <w:br/>
        <w:t>vt 0.908165 0.531200</w:t>
        <w:br/>
        <w:t>vt 0.906147 0.535674</w:t>
        <w:br/>
        <w:t>vt 0.908165 0.527794</w:t>
        <w:br/>
        <w:t>vt 0.908165 0.524365</w:t>
        <w:br/>
        <w:t>vt 0.908165 0.520943</w:t>
        <w:br/>
        <w:t>vt 0.908165 0.517574</w:t>
        <w:br/>
        <w:t>vt 0.908165 0.514283</w:t>
        <w:br/>
        <w:t>vt 0.908165 0.541413</w:t>
        <w:br/>
        <w:t>vt 0.908165 0.538055</w:t>
        <w:br/>
        <w:t>vt 0.975628 0.787267</w:t>
        <w:br/>
        <w:t>vt 0.973726 0.787267</w:t>
        <w:br/>
        <w:t>vt 0.973726 0.790950</w:t>
        <w:br/>
        <w:t>vt 0.975628 0.790950</w:t>
        <w:br/>
        <w:t>vt 0.977535 0.790950</w:t>
        <w:br/>
        <w:t>vt 0.977535 0.787267</w:t>
        <w:br/>
        <w:t>vt 0.979348 0.790950</w:t>
        <w:br/>
        <w:t>vt 0.979348 0.787267</w:t>
        <w:br/>
        <w:t>vt 0.969364 0.787267</w:t>
        <w:br/>
        <w:t>vt 0.969364 0.790950</w:t>
        <w:br/>
        <w:t>vt 0.971573 0.790950</w:t>
        <w:br/>
        <w:t>vt 0.971573 0.787267</w:t>
        <w:br/>
        <w:t>vt 0.975628 0.767321</w:t>
        <w:br/>
        <w:t>vt 0.973726 0.767321</w:t>
        <w:br/>
        <w:t>vt 0.973726 0.773041</w:t>
        <w:br/>
        <w:t>vt 0.975628 0.773041</w:t>
        <w:br/>
        <w:t>vt 0.977535 0.773041</w:t>
        <w:br/>
        <w:t>vt 0.977535 0.767321</w:t>
        <w:br/>
        <w:t>vt 0.979348 0.773041</w:t>
        <w:br/>
        <w:t>vt 0.979348 0.767321</w:t>
        <w:br/>
        <w:t>vt 0.969364 0.773041</w:t>
        <w:br/>
        <w:t>vt 0.971573 0.773041</w:t>
        <w:br/>
        <w:t>vt 0.971573 0.767321</w:t>
        <w:br/>
        <w:t>vt 0.969364 0.767321</w:t>
        <w:br/>
        <w:t>vt 0.975628 0.782835</w:t>
        <w:br/>
        <w:t>vt 0.973726 0.782835</w:t>
        <w:br/>
        <w:t>vt 0.973726 0.794552</w:t>
        <w:br/>
        <w:t>vt 0.975628 0.794552</w:t>
        <w:br/>
        <w:t>vt 0.977535 0.782835</w:t>
        <w:br/>
        <w:t>vt 0.977535 0.794552</w:t>
        <w:br/>
        <w:t>vt 0.979348 0.782835</w:t>
        <w:br/>
        <w:t>vt 0.979348 0.794552</w:t>
        <w:br/>
        <w:t>vt 0.969364 0.782835</w:t>
        <w:br/>
        <w:t>vt 0.971573 0.782835</w:t>
        <w:br/>
        <w:t>vt 0.973726 0.778211</w:t>
        <w:br/>
        <w:t>vt 0.975628 0.778211</w:t>
        <w:br/>
        <w:t>vt 0.977535 0.778211</w:t>
        <w:br/>
        <w:t>vt 0.979348 0.778211</w:t>
        <w:br/>
        <w:t>vt 0.975628 0.801215</w:t>
        <w:br/>
        <w:t>vt 0.975628 0.797848</w:t>
        <w:br/>
        <w:t>vt 0.973726 0.797848</w:t>
        <w:br/>
        <w:t>vt 0.973726 0.801215</w:t>
        <w:br/>
        <w:t>vt 0.977535 0.801215</w:t>
        <w:br/>
        <w:t>vt 0.977535 0.797848</w:t>
        <w:br/>
        <w:t>vt 0.979348 0.801215</w:t>
        <w:br/>
        <w:t>vt 0.979348 0.797848</w:t>
        <w:br/>
        <w:t>vt 0.975628 0.822244</w:t>
        <w:br/>
        <w:t>vt 0.975628 0.818666</w:t>
        <w:br/>
        <w:t>vt 0.973726 0.818666</w:t>
        <w:br/>
        <w:t>vt 0.973726 0.822244</w:t>
        <w:br/>
        <w:t>vt 0.977535 0.822244</w:t>
        <w:br/>
        <w:t>vt 0.977535 0.818666</w:t>
        <w:br/>
        <w:t>vt 0.979348 0.822244</w:t>
        <w:br/>
        <w:t>vt 0.979348 0.818666</w:t>
        <w:br/>
        <w:t>vt 0.973726 0.805502</w:t>
        <w:br/>
        <w:t>vt 0.975628 0.805502</w:t>
        <w:br/>
        <w:t>vt 0.977535 0.805502</w:t>
        <w:br/>
        <w:t>vt 0.979348 0.805502</w:t>
        <w:br/>
        <w:t>vt 0.973726 0.810071</w:t>
        <w:br/>
        <w:t>vt 0.973726 0.814601</w:t>
        <w:br/>
        <w:t>vt 0.975628 0.814601</w:t>
        <w:br/>
        <w:t>vt 0.975628 0.810071</w:t>
        <w:br/>
        <w:t>vt 0.977535 0.814601</w:t>
        <w:br/>
        <w:t>vt 0.977535 0.810071</w:t>
        <w:br/>
        <w:t>vt 0.979348 0.814601</w:t>
        <w:br/>
        <w:t>vt 0.979348 0.810071</w:t>
        <w:br/>
        <w:t>vt 0.973726 0.822244</w:t>
        <w:br/>
        <w:t>vt 0.973726 0.818666</w:t>
        <w:br/>
        <w:t>vt 0.971573 0.818666</w:t>
        <w:br/>
        <w:t>vt 0.971573 0.822244</w:t>
        <w:br/>
        <w:t>vt 0.973726 0.810071</w:t>
        <w:br/>
        <w:t>vt 0.971573 0.810071</w:t>
        <w:br/>
        <w:t>vt 0.971573 0.814601</w:t>
        <w:br/>
        <w:t>vt 0.973726 0.814601</w:t>
        <w:br/>
        <w:t>vt 0.971573 0.805502</w:t>
        <w:br/>
        <w:t>vt 0.973726 0.805502</w:t>
        <w:br/>
        <w:t>vt 0.973726 0.801215</w:t>
        <w:br/>
        <w:t>vt 0.971573 0.801215</w:t>
        <w:br/>
        <w:t>vt 0.973726 0.797848</w:t>
        <w:br/>
        <w:t>vt 0.971573 0.797848</w:t>
        <w:br/>
        <w:t>vt 0.973726 0.794552</w:t>
        <w:br/>
        <w:t>vt 0.971573 0.794552</w:t>
        <w:br/>
        <w:t>vt 0.973726 0.790950</w:t>
        <w:br/>
        <w:t>vt 0.973726 0.787267</w:t>
        <w:br/>
        <w:t>vt 0.973726 0.778211</w:t>
        <w:br/>
        <w:t>vt 0.971573 0.778211</w:t>
        <w:br/>
        <w:t>vt 0.973726 0.773041</w:t>
        <w:br/>
        <w:t>vt 0.973726 0.767321</w:t>
        <w:br/>
        <w:t>vt 0.969364 0.794552</w:t>
        <w:br/>
        <w:t>vt 0.969364 0.778211</w:t>
        <w:br/>
        <w:t>vt 0.969364 0.801215</w:t>
        <w:br/>
        <w:t>vt 0.969364 0.797848</w:t>
        <w:br/>
        <w:t>vt 0.969364 0.818666</w:t>
        <w:br/>
        <w:t>vt 0.969364 0.822244</w:t>
        <w:br/>
        <w:t>vt 0.969364 0.805502</w:t>
        <w:br/>
        <w:t>vt 0.969364 0.810071</w:t>
        <w:br/>
        <w:t>vt 0.969364 0.814601</w:t>
        <w:br/>
        <w:t>vt 0.981376 0.773041</w:t>
        <w:br/>
        <w:t>vt 0.981376 0.767321</w:t>
        <w:br/>
        <w:t>vt 0.979348 0.767321</w:t>
        <w:br/>
        <w:t>vt 0.979348 0.773041</w:t>
        <w:br/>
        <w:t>vt 0.979348 0.778211</w:t>
        <w:br/>
        <w:t>vt 0.981376 0.778211</w:t>
        <w:br/>
        <w:t>vt 0.979348 0.782835</w:t>
        <w:br/>
        <w:t>vt 0.981376 0.782835</w:t>
        <w:br/>
        <w:t>vt 0.981376 0.787267</w:t>
        <w:br/>
        <w:t>vt 0.979348 0.787267</w:t>
        <w:br/>
        <w:t>vt 0.981376 0.790950</w:t>
        <w:br/>
        <w:t>vt 0.979348 0.790950</w:t>
        <w:br/>
        <w:t>vt 0.981376 0.794552</w:t>
        <w:br/>
        <w:t>vt 0.979348 0.794552</w:t>
        <w:br/>
        <w:t>vt 0.979348 0.797848</w:t>
        <w:br/>
        <w:t>vt 0.981376 0.797848</w:t>
        <w:br/>
        <w:t>vt 0.981376 0.801215</w:t>
        <w:br/>
        <w:t>vt 0.981376 0.805502</w:t>
        <w:br/>
        <w:t>vt 0.981376 0.810071</w:t>
        <w:br/>
        <w:t>vt 0.981376 0.814601</w:t>
        <w:br/>
        <w:t>vt 0.981376 0.822244</w:t>
        <w:br/>
        <w:t>vt 0.981376 0.818666</w:t>
        <w:br/>
        <w:t>vt 0.963230 0.930845</w:t>
        <w:br/>
        <w:t>vt 0.963230 0.933917</w:t>
        <w:br/>
        <w:t>vt 0.965761 0.933917</w:t>
        <w:br/>
        <w:t>vt 0.965761 0.930845</w:t>
        <w:br/>
        <w:t>vt 0.953413 0.928601</w:t>
        <w:br/>
        <w:t>vt 0.950378 0.928601</w:t>
        <w:br/>
        <w:t>vt 0.950378 0.932133</w:t>
        <w:br/>
        <w:t>vt 0.953413 0.932133</w:t>
        <w:br/>
        <w:t>vt 0.956456 0.928601</w:t>
        <w:br/>
        <w:t>vt 0.956456 0.932133</w:t>
        <w:br/>
        <w:t>vt 0.959015 0.932133</w:t>
        <w:br/>
        <w:t>vt 0.959015 0.928601</w:t>
        <w:br/>
        <w:t>vt 0.963230 0.909562</w:t>
        <w:br/>
        <w:t>vt 0.963230 0.918942</w:t>
        <w:br/>
        <w:t>vt 0.965761 0.918942</w:t>
        <w:br/>
        <w:t>vt 0.965761 0.909562</w:t>
        <w:br/>
        <w:t>vt 0.968741 0.909562</w:t>
        <w:br/>
        <w:t>vt 0.968741 0.918942</w:t>
        <w:br/>
        <w:t>vt 0.971668 0.909562</w:t>
        <w:br/>
        <w:t>vt 0.971668 0.918942</w:t>
        <w:br/>
        <w:t>vt 0.973969 0.909562</w:t>
        <w:br/>
        <w:t>vt 0.973969 0.918942</w:t>
        <w:br/>
        <w:t>vt 0.950378 0.909083</w:t>
        <w:br/>
        <w:t>vt 0.948011 0.909083</w:t>
        <w:br/>
        <w:t>vt 0.948011 0.917443</w:t>
        <w:br/>
        <w:t>vt 0.950378 0.917443</w:t>
        <w:br/>
        <w:t>vt 0.953413 0.917443</w:t>
        <w:br/>
        <w:t>vt 0.953413 0.909083</w:t>
        <w:br/>
        <w:t>vt 0.956456 0.917443</w:t>
        <w:br/>
        <w:t>vt 0.956456 0.909083</w:t>
        <w:br/>
        <w:t>vt 0.959015 0.917443</w:t>
        <w:br/>
        <w:t>vt 0.959015 0.909083</w:t>
        <w:br/>
        <w:t>vt 0.964673 0.893222</w:t>
        <w:br/>
        <w:t>vt 0.962088 0.893222</w:t>
        <w:br/>
        <w:t>vt 0.963230 0.894014</w:t>
        <w:br/>
        <w:t>vt 0.965761 0.894014</w:t>
        <w:br/>
        <w:t>vt 0.968741 0.893222</w:t>
        <w:br/>
        <w:t>vt 0.968741 0.894014</w:t>
        <w:br/>
        <w:t>vt 0.971668 0.894014</w:t>
        <w:br/>
        <w:t>vt 0.972121 0.893222</w:t>
        <w:br/>
        <w:t>vt 0.973969 0.894014</w:t>
        <w:br/>
        <w:t>vt 0.975214 0.893222</w:t>
        <w:br/>
        <w:t>vt 0.949940 0.894113</w:t>
        <w:br/>
        <w:t>vt 0.947243 0.894113</w:t>
        <w:br/>
        <w:t>vt 0.948011 0.895354</w:t>
        <w:br/>
        <w:t>vt 0.950378 0.895354</w:t>
        <w:br/>
        <w:t>vt 0.953399 0.894113</w:t>
        <w:br/>
        <w:t>vt 0.953413 0.895354</w:t>
        <w:br/>
        <w:t>vt 0.956456 0.895354</w:t>
        <w:br/>
        <w:t>vt 0.956867 0.894113</w:t>
        <w:br/>
        <w:t>vt 0.959015 0.895354</w:t>
        <w:br/>
        <w:t>vt 0.959783 0.894113</w:t>
        <w:br/>
        <w:t>vt 0.962088 0.884268</w:t>
        <w:br/>
        <w:t>vt 0.962088 0.893222</w:t>
        <w:br/>
        <w:t>vt 0.964673 0.884268</w:t>
        <w:br/>
        <w:t>vt 0.968741 0.884268</w:t>
        <w:br/>
        <w:t>vt 0.972121 0.884268</w:t>
        <w:br/>
        <w:t>vt 0.975214 0.884268</w:t>
        <w:br/>
        <w:t>vt 0.975214 0.893222</w:t>
        <w:br/>
        <w:t>vt 0.949940 0.884554</w:t>
        <w:br/>
        <w:t>vt 0.947243 0.884554</w:t>
        <w:br/>
        <w:t>vt 0.947243 0.894113</w:t>
        <w:br/>
        <w:t>vt 0.949940 0.894113</w:t>
        <w:br/>
        <w:t>vt 0.953399 0.884554</w:t>
        <w:br/>
        <w:t>vt 0.953399 0.894113</w:t>
        <w:br/>
        <w:t>vt 0.956867 0.894113</w:t>
        <w:br/>
        <w:t>vt 0.956867 0.884554</w:t>
        <w:br/>
        <w:t>vt 0.959783 0.894113</w:t>
        <w:br/>
        <w:t>vt 0.959783 0.884554</w:t>
        <w:br/>
        <w:t>vt 0.963990 0.882526</w:t>
        <w:br/>
        <w:t>vt 0.965746 0.883078</w:t>
        <w:br/>
        <w:t>vt 0.968585 0.883181</w:t>
        <w:br/>
        <w:t>vt 0.971362 0.883130</w:t>
        <w:br/>
        <w:t>vt 0.973493 0.882290</w:t>
        <w:br/>
        <w:t>vt 0.948964 0.882751</w:t>
        <w:br/>
        <w:t>vt 0.950661 0.883294</w:t>
        <w:br/>
        <w:t>vt 0.953371 0.883447</w:t>
        <w:br/>
        <w:t>vt 0.955996 0.883376</w:t>
        <w:br/>
        <w:t>vt 0.958129 0.882677</w:t>
        <w:br/>
        <w:t>vt 0.968594 0.881385</w:t>
        <w:br/>
        <w:t>vt 0.953574 0.881283</w:t>
        <w:br/>
        <w:t>vt 0.968741 0.930845</w:t>
        <w:br/>
        <w:t>vt 0.968741 0.926866</w:t>
        <w:br/>
        <w:t>vt 0.965761 0.926866</w:t>
        <w:br/>
        <w:t>vt 0.971668 0.930845</w:t>
        <w:br/>
        <w:t>vt 0.971668 0.926866</w:t>
        <w:br/>
        <w:t>vt 0.973969 0.930845</w:t>
        <w:br/>
        <w:t>vt 0.973969 0.926866</w:t>
        <w:br/>
        <w:t>vt 0.948011 0.928601</w:t>
        <w:br/>
        <w:t>vt 0.950378 0.924721</w:t>
        <w:br/>
        <w:t>vt 0.948011 0.924721</w:t>
        <w:br/>
        <w:t>vt 0.963230 0.900321</w:t>
        <w:br/>
        <w:t>vt 0.965761 0.900321</w:t>
        <w:br/>
        <w:t>vt 0.968741 0.900321</w:t>
        <w:br/>
        <w:t>vt 0.971668 0.900321</w:t>
        <w:br/>
        <w:t>vt 0.973969 0.900321</w:t>
        <w:br/>
        <w:t>vt 0.950378 0.900834</w:t>
        <w:br/>
        <w:t>vt 0.948011 0.900834</w:t>
        <w:br/>
        <w:t>vt 0.953413 0.900834</w:t>
        <w:br/>
        <w:t>vt 0.956456 0.900834</w:t>
        <w:br/>
        <w:t>vt 0.959015 0.900834</w:t>
        <w:br/>
        <w:t>vt 0.973969 0.894014</w:t>
        <w:br/>
        <w:t>vt 0.950378 0.895354</w:t>
        <w:br/>
        <w:t>vt 0.948011 0.895354</w:t>
        <w:br/>
        <w:t>vt 0.953413 0.895354</w:t>
        <w:br/>
        <w:t>vt 0.956456 0.895354</w:t>
        <w:br/>
        <w:t>vt 0.959015 0.895354</w:t>
        <w:br/>
        <w:t>vt 0.963230 0.926866</w:t>
        <w:br/>
        <w:t>vt 0.953413 0.924721</w:t>
        <w:br/>
        <w:t>vt 0.956456 0.924721</w:t>
        <w:br/>
        <w:t>vt 0.959015 0.924721</w:t>
        <w:br/>
        <w:t>vt 0.968741 0.933917</w:t>
        <w:br/>
        <w:t>vt 0.971668 0.933917</w:t>
        <w:br/>
        <w:t>vt 0.973969 0.933917</w:t>
        <w:br/>
        <w:t>vt 0.948011 0.932133</w:t>
        <w:br/>
        <w:t>vt 0.955306 0.787864</w:t>
        <w:br/>
        <w:t>vt 0.955306 0.791488</w:t>
        <w:br/>
        <w:t>vt 0.957298 0.791488</w:t>
        <w:br/>
        <w:t>vt 0.957298 0.787864</w:t>
        <w:br/>
        <w:t>vt 0.953332 0.787864</w:t>
        <w:br/>
        <w:t>vt 0.953332 0.791488</w:t>
        <w:br/>
        <w:t>vt 0.951495 0.787864</w:t>
        <w:br/>
        <w:t>vt 0.951495 0.791488</w:t>
        <w:br/>
        <w:t>vt 0.961644 0.787864</w:t>
        <w:br/>
        <w:t>vt 0.959478 0.787864</w:t>
        <w:br/>
        <w:t>vt 0.959478 0.791488</w:t>
        <w:br/>
        <w:t>vt 0.961644 0.791488</w:t>
        <w:br/>
        <w:t>vt 0.955306 0.767298</w:t>
        <w:br/>
        <w:t>vt 0.955306 0.773383</w:t>
        <w:br/>
        <w:t>vt 0.957298 0.773383</w:t>
        <w:br/>
        <w:t>vt 0.957298 0.767298</w:t>
        <w:br/>
        <w:t>vt 0.953332 0.767298</w:t>
        <w:br/>
        <w:t>vt 0.953332 0.773383</w:t>
        <w:br/>
        <w:t>vt 0.951495 0.767298</w:t>
        <w:br/>
        <w:t>vt 0.951495 0.773383</w:t>
        <w:br/>
        <w:t>vt 0.961644 0.773383</w:t>
        <w:br/>
        <w:t>vt 0.961644 0.767298</w:t>
        <w:br/>
        <w:t>vt 0.959478 0.767298</w:t>
        <w:br/>
        <w:t>vt 0.959478 0.773383</w:t>
        <w:br/>
        <w:t>vt 0.955306 0.783374</w:t>
        <w:br/>
        <w:t>vt 0.957298 0.783374</w:t>
        <w:br/>
        <w:t>vt 0.955306 0.795021</w:t>
        <w:br/>
        <w:t>vt 0.957298 0.795021</w:t>
        <w:br/>
        <w:t>vt 0.953332 0.783374</w:t>
        <w:br/>
        <w:t>vt 0.953332 0.795021</w:t>
        <w:br/>
        <w:t>vt 0.951495 0.783374</w:t>
        <w:br/>
        <w:t>vt 0.951495 0.795021</w:t>
        <w:br/>
        <w:t>vt 0.961644 0.783374</w:t>
        <w:br/>
        <w:t>vt 0.959478 0.783374</w:t>
        <w:br/>
        <w:t>vt 0.957298 0.778708</w:t>
        <w:br/>
        <w:t>vt 0.955306 0.778708</w:t>
        <w:br/>
        <w:t>vt 0.953332 0.778708</w:t>
        <w:br/>
        <w:t>vt 0.951495 0.778708</w:t>
        <w:br/>
        <w:t>vt 0.957298 0.798143</w:t>
        <w:br/>
        <w:t>vt 0.955306 0.798143</w:t>
        <w:br/>
        <w:t>vt 0.955306 0.801283</w:t>
        <w:br/>
        <w:t>vt 0.957298 0.801283</w:t>
        <w:br/>
        <w:t>vt 0.953332 0.798143</w:t>
        <w:br/>
        <w:t>vt 0.953332 0.801283</w:t>
        <w:br/>
        <w:t>vt 0.951495 0.798143</w:t>
        <w:br/>
        <w:t>vt 0.951495 0.801283</w:t>
        <w:br/>
        <w:t>vt 0.955306 0.821892</w:t>
        <w:br/>
        <w:t>vt 0.957298 0.821892</w:t>
        <w:br/>
        <w:t>vt 0.957298 0.818401</w:t>
        <w:br/>
        <w:t>vt 0.955306 0.818401</w:t>
        <w:br/>
        <w:t>vt 0.953332 0.818401</w:t>
        <w:br/>
        <w:t>vt 0.953332 0.821892</w:t>
        <w:br/>
        <w:t>vt 0.951495 0.818401</w:t>
        <w:br/>
        <w:t>vt 0.951495 0.821892</w:t>
        <w:br/>
        <w:t>vt 0.955306 0.805411</w:t>
        <w:br/>
        <w:t>vt 0.957298 0.805411</w:t>
        <w:br/>
        <w:t>vt 0.953332 0.805411</w:t>
        <w:br/>
        <w:t>vt 0.951495 0.805411</w:t>
        <w:br/>
        <w:t>vt 0.955306 0.814372</w:t>
        <w:br/>
        <w:t>vt 0.957298 0.814372</w:t>
        <w:br/>
        <w:t>vt 0.957298 0.809889</w:t>
        <w:br/>
        <w:t>vt 0.955306 0.809889</w:t>
        <w:br/>
        <w:t>vt 0.953332 0.814372</w:t>
        <w:br/>
        <w:t>vt 0.953332 0.809889</w:t>
        <w:br/>
        <w:t>vt 0.951495 0.814372</w:t>
        <w:br/>
        <w:t>vt 0.951495 0.809889</w:t>
        <w:br/>
        <w:t>vt 0.957298 0.821892</w:t>
        <w:br/>
        <w:t>vt 0.959478 0.821892</w:t>
        <w:br/>
        <w:t>vt 0.959478 0.818401</w:t>
        <w:br/>
        <w:t>vt 0.957298 0.818401</w:t>
        <w:br/>
        <w:t>vt 0.957298 0.809889</w:t>
        <w:br/>
        <w:t>vt 0.957298 0.814372</w:t>
        <w:br/>
        <w:t>vt 0.959478 0.814372</w:t>
        <w:br/>
        <w:t>vt 0.959478 0.809889</w:t>
        <w:br/>
        <w:t>vt 0.957298 0.801283</w:t>
        <w:br/>
        <w:t>vt 0.957298 0.805411</w:t>
        <w:br/>
        <w:t>vt 0.959478 0.805411</w:t>
        <w:br/>
        <w:t>vt 0.959478 0.801283</w:t>
        <w:br/>
        <w:t>vt 0.957298 0.798143</w:t>
        <w:br/>
        <w:t>vt 0.959478 0.798143</w:t>
        <w:br/>
        <w:t>vt 0.957298 0.795021</w:t>
        <w:br/>
        <w:t>vt 0.959478 0.795021</w:t>
        <w:br/>
        <w:t>vt 0.957298 0.791488</w:t>
        <w:br/>
        <w:t>vt 0.957298 0.787864</w:t>
        <w:br/>
        <w:t>vt 0.957298 0.778708</w:t>
        <w:br/>
        <w:t>vt 0.959478 0.778708</w:t>
        <w:br/>
        <w:t>vt 0.957298 0.767298</w:t>
        <w:br/>
        <w:t>vt 0.957298 0.773383</w:t>
        <w:br/>
        <w:t>vt 0.961644 0.795021</w:t>
        <w:br/>
        <w:t>vt 0.961644 0.778708</w:t>
        <w:br/>
        <w:t>vt 0.961644 0.801283</w:t>
        <w:br/>
        <w:t>vt 0.961644 0.798143</w:t>
        <w:br/>
        <w:t>vt 0.961644 0.821892</w:t>
        <w:br/>
        <w:t>vt 0.961644 0.818401</w:t>
        <w:br/>
        <w:t>vt 0.961644 0.805411</w:t>
        <w:br/>
        <w:t>vt 0.961644 0.814372</w:t>
        <w:br/>
        <w:t>vt 0.961644 0.809889</w:t>
        <w:br/>
        <w:t>vt 0.951495 0.767298</w:t>
        <w:br/>
        <w:t>vt 0.949561 0.767298</w:t>
        <w:br/>
        <w:t>vt 0.949561 0.773383</w:t>
        <w:br/>
        <w:t>vt 0.951495 0.773383</w:t>
        <w:br/>
        <w:t>vt 0.949561 0.778708</w:t>
        <w:br/>
        <w:t>vt 0.951495 0.778708</w:t>
        <w:br/>
        <w:t>vt 0.949561 0.783374</w:t>
        <w:br/>
        <w:t>vt 0.951495 0.783374</w:t>
        <w:br/>
        <w:t>vt 0.949561 0.787864</w:t>
        <w:br/>
        <w:t>vt 0.951495 0.787864</w:t>
        <w:br/>
        <w:t>vt 0.949561 0.791488</w:t>
        <w:br/>
        <w:t>vt 0.951495 0.791488</w:t>
        <w:br/>
        <w:t>vt 0.949561 0.795021</w:t>
        <w:br/>
        <w:t>vt 0.951495 0.795021</w:t>
        <w:br/>
        <w:t>vt 0.949561 0.798143</w:t>
        <w:br/>
        <w:t>vt 0.951495 0.798143</w:t>
        <w:br/>
        <w:t>vt 0.949561 0.801283</w:t>
        <w:br/>
        <w:t>vt 0.949561 0.805411</w:t>
        <w:br/>
        <w:t>vt 0.949561 0.809889</w:t>
        <w:br/>
        <w:t>vt 0.949561 0.814372</w:t>
        <w:br/>
        <w:t>vt 0.949561 0.818401</w:t>
        <w:br/>
        <w:t>vt 0.949561 0.821892</w:t>
        <w:br/>
        <w:t>vt 0.959659 0.873810</w:t>
        <w:br/>
        <w:t>vt 0.957179 0.873810</w:t>
        <w:br/>
        <w:t>vt 0.957179 0.877414</w:t>
        <w:br/>
        <w:t>vt 0.959659 0.877414</w:t>
        <w:br/>
        <w:t>vt 0.969922 0.872879</w:t>
        <w:br/>
        <w:t>vt 0.969922 0.876630</w:t>
        <w:br/>
        <w:t>vt 0.973061 0.876630</w:t>
        <w:br/>
        <w:t>vt 0.973061 0.872879</w:t>
        <w:br/>
        <w:t>vt 0.966840 0.872879</w:t>
        <w:br/>
        <w:t>vt 0.966840 0.876630</w:t>
        <w:br/>
        <w:t>vt 0.964202 0.872879</w:t>
        <w:br/>
        <w:t>vt 0.964202 0.876630</w:t>
        <w:br/>
        <w:t>vt 0.957179 0.862281</w:t>
        <w:br/>
        <w:t>vt 0.959659 0.862281</w:t>
        <w:br/>
        <w:t>vt 0.959659 0.853268</w:t>
        <w:br/>
        <w:t>vt 0.957179 0.853268</w:t>
        <w:br/>
        <w:t>vt 0.953985 0.853268</w:t>
        <w:br/>
        <w:t>vt 0.953985 0.862281</w:t>
        <w:br/>
        <w:t>vt 0.950926 0.853268</w:t>
        <w:br/>
        <w:t>vt 0.950926 0.862281</w:t>
        <w:br/>
        <w:t>vt 0.948409 0.853268</w:t>
        <w:br/>
        <w:t>vt 0.948409 0.862281</w:t>
        <w:br/>
        <w:t>vt 0.973061 0.852838</w:t>
        <w:br/>
        <w:t>vt 0.973061 0.861410</w:t>
        <w:br/>
        <w:t>vt 0.975464 0.861410</w:t>
        <w:br/>
        <w:t>vt 0.975464 0.852838</w:t>
        <w:br/>
        <w:t>vt 0.969922 0.861410</w:t>
        <w:br/>
        <w:t>vt 0.969922 0.852838</w:t>
        <w:br/>
        <w:t>vt 0.966840 0.861410</w:t>
        <w:br/>
        <w:t>vt 0.966840 0.852838</w:t>
        <w:br/>
        <w:t>vt 0.964202 0.861410</w:t>
        <w:br/>
        <w:t>vt 0.964202 0.852838</w:t>
        <w:br/>
        <w:t>vt 0.957811 0.837460</w:t>
        <w:br/>
        <w:t>vt 0.957179 0.838229</w:t>
        <w:br/>
        <w:t>vt 0.959659 0.838229</w:t>
        <w:br/>
        <w:t>vt 0.960470 0.837460</w:t>
        <w:br/>
        <w:t>vt 0.953984 0.837460</w:t>
        <w:br/>
        <w:t>vt 0.953985 0.838229</w:t>
        <w:br/>
        <w:t>vt 0.950926 0.838229</w:t>
        <w:br/>
        <w:t>vt 0.950407 0.837460</w:t>
        <w:br/>
        <w:t>vt 0.948409 0.838229</w:t>
        <w:br/>
        <w:t>vt 0.947241 0.837460</w:t>
        <w:br/>
        <w:t>vt 0.973311 0.837863</w:t>
        <w:br/>
        <w:t>vt 0.973061 0.838734</w:t>
        <w:br/>
        <w:t>vt 0.975464 0.838734</w:t>
        <w:br/>
        <w:t>vt 0.975794 0.837863</w:t>
        <w:br/>
        <w:t>vt 0.969922 0.837863</w:t>
        <w:br/>
        <w:t>vt 0.969922 0.838734</w:t>
        <w:br/>
        <w:t>vt 0.966840 0.838734</w:t>
        <w:br/>
        <w:t>vt 0.966317 0.837863</w:t>
        <w:br/>
        <w:t>vt 0.964202 0.838734</w:t>
        <w:br/>
        <w:t>vt 0.963401 0.837863</w:t>
        <w:br/>
        <w:t>vt 0.960470 0.837460</w:t>
        <w:br/>
        <w:t>vt 0.960149 0.828843</w:t>
        <w:br/>
        <w:t>vt 0.957791 0.828843</w:t>
        <w:br/>
        <w:t>vt 0.954232 0.828843</w:t>
        <w:br/>
        <w:t>vt 0.950805 0.828843</w:t>
        <w:br/>
        <w:t>vt 0.948066 0.828843</w:t>
        <w:br/>
        <w:t>vt 0.947241 0.837460</w:t>
        <w:br/>
        <w:t>vt 0.973311 0.829353</w:t>
        <w:br/>
        <w:t>vt 0.973311 0.837863</w:t>
        <w:br/>
        <w:t>vt 0.975794 0.837863</w:t>
        <w:br/>
        <w:t>vt 0.975794 0.829353</w:t>
        <w:br/>
        <w:t>vt 0.969922 0.829353</w:t>
        <w:br/>
        <w:t>vt 0.969922 0.837863</w:t>
        <w:br/>
        <w:t>vt 0.966317 0.837863</w:t>
        <w:br/>
        <w:t>vt 0.966317 0.829353</w:t>
        <w:br/>
        <w:t>vt 0.963401 0.837863</w:t>
        <w:br/>
        <w:t>vt 0.963401 0.829353</w:t>
        <w:br/>
        <w:t>vt 0.958436 0.827221</w:t>
        <w:br/>
        <w:t>vt 0.956830 0.827729</w:t>
        <w:br/>
        <w:t>vt 0.954214 0.827844</w:t>
        <w:br/>
        <w:t>vt 0.951625 0.827812</w:t>
        <w:br/>
        <w:t>vt 0.949648 0.827020</w:t>
        <w:br/>
        <w:t>vt 0.973986 0.827690</w:t>
        <w:br/>
        <w:t>vt 0.972432 0.828236</w:t>
        <w:br/>
        <w:t>vt 0.969843 0.828388</w:t>
        <w:br/>
        <w:t>vt 0.967289 0.828329</w:t>
        <w:br/>
        <w:t>vt 0.965303 0.827631</w:t>
        <w:br/>
        <w:t>vt 0.954176 0.826186</w:t>
        <w:br/>
        <w:t>vt 0.969628 0.826446</w:t>
        <w:br/>
        <w:t>vt 0.957179 0.869843</w:t>
        <w:br/>
        <w:t>vt 0.953985 0.869843</w:t>
        <w:br/>
        <w:t>vt 0.953985 0.873810</w:t>
        <w:br/>
        <w:t>vt 0.950926 0.869843</w:t>
        <w:br/>
        <w:t>vt 0.950926 0.873810</w:t>
        <w:br/>
        <w:t>vt 0.948409 0.869843</w:t>
        <w:br/>
        <w:t>vt 0.948409 0.873810</w:t>
        <w:br/>
        <w:t>vt 0.975464 0.872879</w:t>
        <w:br/>
        <w:t>vt 0.975464 0.868877</w:t>
        <w:br/>
        <w:t>vt 0.973061 0.868877</w:t>
        <w:br/>
        <w:t>vt 0.959659 0.844327</w:t>
        <w:br/>
        <w:t>vt 0.957179 0.844327</w:t>
        <w:br/>
        <w:t>vt 0.953985 0.844327</w:t>
        <w:br/>
        <w:t>vt 0.950926 0.844327</w:t>
        <w:br/>
        <w:t>vt 0.948409 0.844327</w:t>
        <w:br/>
        <w:t>vt 0.973061 0.844382</w:t>
        <w:br/>
        <w:t>vt 0.975464 0.844382</w:t>
        <w:br/>
        <w:t>vt 0.969922 0.844382</w:t>
        <w:br/>
        <w:t>vt 0.966840 0.844382</w:t>
        <w:br/>
        <w:t>vt 0.964202 0.844382</w:t>
        <w:br/>
        <w:t>vt 0.948409 0.838229</w:t>
        <w:br/>
        <w:t>vt 0.975464 0.838734</w:t>
        <w:br/>
        <w:t>vt 0.973061 0.838734</w:t>
        <w:br/>
        <w:t>vt 0.969922 0.838734</w:t>
        <w:br/>
        <w:t>vt 0.966840 0.838734</w:t>
        <w:br/>
        <w:t>vt 0.964202 0.838734</w:t>
        <w:br/>
        <w:t>vt 0.959659 0.869843</w:t>
        <w:br/>
        <w:t>vt 0.969922 0.868877</w:t>
        <w:br/>
        <w:t>vt 0.966840 0.868877</w:t>
        <w:br/>
        <w:t>vt 0.964202 0.868877</w:t>
        <w:br/>
        <w:t>vt 0.953985 0.877414</w:t>
        <w:br/>
        <w:t>vt 0.950926 0.877414</w:t>
        <w:br/>
        <w:t>vt 0.948409 0.877414</w:t>
        <w:br/>
        <w:t>vt 0.975464 0.876630</w:t>
        <w:br/>
        <w:t>vt 0.226087 0.327005</w:t>
        <w:br/>
        <w:t>vt 0.229244 0.328603</w:t>
        <w:br/>
        <w:t>vt 0.232671 0.330684</w:t>
        <w:br/>
        <w:t>vt 0.234826 0.331761</w:t>
        <w:br/>
        <w:t>vt 0.226087 0.342751</w:t>
        <w:br/>
        <w:t>vt 0.229244 0.343406</w:t>
        <w:br/>
        <w:t>vt 0.232671 0.345339</w:t>
        <w:br/>
        <w:t>vt 0.234826 0.346839</w:t>
        <w:br/>
        <w:t>vt 0.226087 0.360845</w:t>
        <w:br/>
        <w:t>vt 0.229244 0.360845</w:t>
        <w:br/>
        <w:t>vt 0.232671 0.360845</w:t>
        <w:br/>
        <w:t>vt 0.234826 0.360845</w:t>
        <w:br/>
        <w:t>vt 0.148088 0.990953</w:t>
        <w:br/>
        <w:t>vt 0.148088 0.988704</w:t>
        <w:br/>
        <w:t>vt 0.148088 0.994801</w:t>
        <w:br/>
        <w:t>vt 0.148088 0.997585</w:t>
        <w:br/>
        <w:t>vt 0.764630 0.497201</w:t>
        <w:br/>
        <w:t>vt 0.764630 0.500175</w:t>
        <w:br/>
        <w:t>vt 0.764630 0.503620</w:t>
        <w:br/>
        <w:t>vt 0.764630 0.505254</w:t>
        <w:br/>
        <w:t>vt 0.742399 0.474321</w:t>
        <w:br/>
        <w:t>vt 0.742399 0.472410</w:t>
        <w:br/>
        <w:t>vt 0.742399 0.478023</w:t>
        <w:br/>
        <w:t>vt 0.601161 0.264657</w:t>
        <w:br/>
        <w:t>vt 0.601466 0.255570</w:t>
        <w:br/>
        <w:t>vt 0.582256 0.262221</w:t>
        <w:br/>
        <w:t>vt 0.582010 0.270213</w:t>
        <w:br/>
        <w:t>vt 0.622643 0.234427</w:t>
        <w:br/>
        <w:t>vt 0.624406 0.250775</w:t>
        <w:br/>
        <w:t>vt 0.633878 0.239138</w:t>
        <w:br/>
        <w:t>vt 0.680832 0.224177</w:t>
        <w:br/>
        <w:t>vt 0.671407 0.211923</w:t>
        <w:br/>
        <w:t>vt 0.659296 0.227292</w:t>
        <w:br/>
        <w:t>vt 0.676539 0.234469</w:t>
        <w:br/>
        <w:t>vt 0.612430 0.259097</w:t>
        <w:br/>
        <w:t>vt 0.607151 0.251246</w:t>
        <w:br/>
        <w:t>vt 0.641421 0.210591</w:t>
        <w:br/>
        <w:t>vt 0.646361 0.225415</w:t>
        <w:br/>
        <w:t>vt 0.652944 0.212638</w:t>
        <w:br/>
        <w:t>vt 0.585843 0.176017</w:t>
        <w:br/>
        <w:t>vt 0.584923 0.205927</w:t>
        <w:br/>
        <w:t>vt 0.604927 0.212584</w:t>
        <w:br/>
        <w:t>vt 0.614052 0.173998</w:t>
        <w:br/>
        <w:t>vt 0.634709 0.176908</w:t>
        <w:br/>
        <w:t>vt 0.627609 0.211570</w:t>
        <w:br/>
        <w:t>vt 0.650810 0.179303</w:t>
        <w:br/>
        <w:t>vt 0.702046 0.209816</w:t>
        <w:br/>
        <w:t>vt 0.683880 0.192967</w:t>
        <w:br/>
        <w:t>vt 0.695929 0.212987</w:t>
        <w:br/>
        <w:t>vt 0.612842 0.250744</w:t>
        <w:br/>
        <w:t>vt 0.599809 0.252113</w:t>
        <w:br/>
        <w:t>vt 0.565654 0.251158</w:t>
        <w:br/>
        <w:t>vt 0.582369 0.258543</w:t>
        <w:br/>
        <w:t>vt 0.566423 0.215454</w:t>
        <w:br/>
        <w:t>vt 0.602947 0.216482</w:t>
        <w:br/>
        <w:t>vt 0.584828 0.209017</w:t>
        <w:br/>
        <w:t>vt 0.581915 0.273314</w:t>
        <w:br/>
        <w:t>vt 0.601831 0.268624</w:t>
        <w:br/>
        <w:t>vt 0.698543 0.218158</w:t>
        <w:br/>
        <w:t>vt 0.704631 0.214415</w:t>
        <w:br/>
        <w:t>vt 0.683346 0.228622</w:t>
        <w:br/>
        <w:t>vt 0.678812 0.239685</w:t>
        <w:br/>
        <w:t>vt 0.658013 0.231296</w:t>
        <w:br/>
        <w:t>vt 0.678812 0.239685</w:t>
        <w:br/>
        <w:t>vt 0.647620 0.229534</w:t>
        <w:br/>
        <w:t>vt 0.636832 0.241830</w:t>
        <w:br/>
        <w:t>vt 0.626960 0.254265</w:t>
        <w:br/>
        <w:t>vt 0.614065 0.263149</w:t>
        <w:br/>
        <w:t>vt 0.616037 0.234384</w:t>
        <w:br/>
        <w:t>vt 0.609512 0.243712</w:t>
        <w:br/>
        <w:t>vt 0.612984 0.246826</w:t>
        <w:br/>
        <w:t>vt 0.614716 0.218424</w:t>
        <w:br/>
        <w:t>vt 0.610722 0.222535</w:t>
        <w:br/>
        <w:t>vt 0.653028 0.190139</w:t>
        <w:br/>
        <w:t>vt 0.666002 0.183774</w:t>
        <w:br/>
        <w:t>vt 0.622768 0.187218</w:t>
        <w:br/>
        <w:t>vt 0.687039 0.218425</w:t>
        <w:br/>
        <w:t>vt 0.689340 0.222688</w:t>
        <w:br/>
        <w:t>vt 0.986739 0.389181</w:t>
        <w:br/>
        <w:t>vt 0.975704 0.389181</w:t>
        <w:br/>
        <w:t>vt 0.981172 0.392836</w:t>
        <w:br/>
        <w:t>vt 0.993557 0.376390</w:t>
        <w:br/>
        <w:t>vt 0.968707 0.376390</w:t>
        <w:br/>
        <w:t>vt 0.969221 0.379247</w:t>
        <w:br/>
        <w:t>vt 0.993248 0.379247</w:t>
        <w:br/>
        <w:t>vt 0.990516 0.382495</w:t>
        <w:br/>
        <w:t>vt 0.993248 0.379247</w:t>
        <w:br/>
        <w:t>vt 0.969221 0.379247</w:t>
        <w:br/>
        <w:t>vt 0.971903 0.382495</w:t>
        <w:br/>
        <w:t>vt 0.966063 0.368194</w:t>
        <w:br/>
        <w:t>vt 0.967696 0.372989</w:t>
        <w:br/>
        <w:t>vt 0.994740 0.372989</w:t>
        <w:br/>
        <w:t>vt 0.996222 0.368194</w:t>
        <w:br/>
        <w:t>vt 0.993557 0.376390</w:t>
        <w:br/>
        <w:t>vt 0.968707 0.376390</w:t>
        <w:br/>
        <w:t>vt 0.545461 0.232329</w:t>
        <w:br/>
        <w:t>vt 0.529569 0.207239</w:t>
        <w:br/>
        <w:t>vt 0.533927 0.236195</w:t>
        <w:br/>
        <w:t>vt 0.489092 0.217200</w:t>
        <w:br/>
        <w:t>vt 0.492394 0.227786</w:t>
        <w:br/>
        <w:t>vt 0.510233 0.222337</w:t>
        <w:br/>
        <w:t>vt 0.499931 0.206214</w:t>
        <w:br/>
        <w:t>vt 0.558547 0.250000</w:t>
        <w:br/>
        <w:t>vt 0.553348 0.245236</w:t>
        <w:br/>
        <w:t>vt 0.553055 0.249126</w:t>
        <w:br/>
        <w:t>vt 0.518074 0.208336</w:t>
        <w:br/>
        <w:t>vt 0.523085 0.221497</w:t>
        <w:br/>
        <w:t>vt 0.558994 0.172653</w:t>
        <w:br/>
        <w:t>vt 0.564721 0.211672</w:t>
        <w:br/>
        <w:t>vt 0.584923 0.205927</w:t>
        <w:br/>
        <w:t>vt 0.539110 0.174035</w:t>
        <w:br/>
        <w:t>vt 0.523351 0.175359</w:t>
        <w:br/>
        <w:t>vt 0.542833 0.209182</w:t>
        <w:br/>
        <w:t>vt 0.469554 0.200935</w:t>
        <w:br/>
        <w:t>vt 0.475316 0.204641</w:t>
        <w:br/>
        <w:t>vt 0.489537 0.186269</w:t>
        <w:br/>
        <w:t>vt 0.541737 0.248399</w:t>
        <w:br/>
        <w:t>vt 0.963304 0.020682</w:t>
        <w:br/>
        <w:t>vt 0.936909 0.020682</w:t>
        <w:br/>
        <w:t>vt 0.938983 0.025751</w:t>
        <w:br/>
        <w:t>vt 0.961857 0.025751</w:t>
        <w:br/>
        <w:t>vt 0.925830 0.005136</w:t>
        <w:br/>
        <w:t>vt 0.885735 0.005136</w:t>
        <w:br/>
        <w:t>vt 0.885366 0.010057</w:t>
        <w:br/>
        <w:t>vt 0.926438 0.010057</w:t>
        <w:br/>
        <w:t>vt 0.965213 0.004476</w:t>
        <w:br/>
        <w:t>vt 0.933800 0.004476</w:t>
        <w:br/>
        <w:t>vt 0.933866 0.011810</w:t>
        <w:br/>
        <w:t>vt 0.965538 0.011810</w:t>
        <w:br/>
        <w:t>vt 0.557176 0.242267</w:t>
        <w:br/>
        <w:t>vt 0.945240 0.033116</w:t>
        <w:br/>
        <w:t>vt 0.956395 0.033116</w:t>
        <w:br/>
        <w:t>vt 0.958642 0.029647</w:t>
        <w:br/>
        <w:t>vt 0.942640 0.029647</w:t>
        <w:br/>
        <w:t>vt 0.964292 0.015133</w:t>
        <w:br/>
        <w:t>vt 0.935361 0.015133</w:t>
        <w:br/>
        <w:t>vt 0.558363 0.221019</w:t>
        <w:br/>
        <w:t>vt 0.552048 0.232559</w:t>
        <w:br/>
        <w:t>vt 0.935361 0.015133</w:t>
        <w:br/>
        <w:t>vt 0.964292 0.015133</w:t>
        <w:br/>
        <w:t>vt 0.938983 0.025751</w:t>
        <w:br/>
        <w:t>vt 0.466371 0.205153</w:t>
        <w:br/>
        <w:t>vt 0.472006 0.209397</w:t>
        <w:br/>
        <w:t>vt 0.485982 0.221235</w:t>
        <w:br/>
        <w:t>vt 0.489487 0.232591</w:t>
        <w:br/>
        <w:t>vt 0.489487 0.232591</w:t>
        <w:br/>
        <w:t>vt 0.511014 0.226328</w:t>
        <w:br/>
        <w:t>vt 0.521324 0.225352</w:t>
        <w:br/>
        <w:t>vt 0.521324 0.225352</w:t>
        <w:br/>
        <w:t>vt 0.530593 0.238447</w:t>
        <w:br/>
        <w:t>vt 0.541737 0.248399</w:t>
        <w:br/>
        <w:t>vt 0.538789 0.251532</w:t>
        <w:br/>
        <w:t>vt 0.552496 0.257369</w:t>
        <w:br/>
        <w:t>vt 0.550453 0.261178</w:t>
        <w:br/>
        <w:t>vt 0.562050 0.267399</w:t>
        <w:br/>
        <w:t>vt 0.563006 0.263587</w:t>
        <w:br/>
        <w:t>vt 0.554686 0.216858</w:t>
        <w:br/>
        <w:t>vt 0.520147 0.185975</w:t>
        <w:br/>
        <w:t>vt 0.508119 0.178590</w:t>
        <w:br/>
        <w:t>vt 0.549609 0.185245</w:t>
        <w:br/>
        <w:t>vt 0.884033 0.020984</w:t>
        <w:br/>
        <w:t>vt 0.928034 0.020984</w:t>
        <w:br/>
        <w:t>vt 0.927372 0.018027</w:t>
        <w:br/>
        <w:t>vt 0.884597 0.018027</w:t>
        <w:br/>
        <w:t>vt 0.926720 0.013690</w:t>
        <w:br/>
        <w:t>vt 0.885160 0.013690</w:t>
        <w:br/>
        <w:t>vt 0.480663 0.214755</w:t>
        <w:br/>
        <w:t>vt 0.483530 0.210857</w:t>
        <w:br/>
        <w:t>vt 0.988885 0.386284</w:t>
        <w:br/>
        <w:t>vt 0.973359 0.386284</w:t>
        <w:br/>
        <w:t>vt 0.975704 0.389181</w:t>
        <w:br/>
        <w:t>vt 0.986739 0.389181</w:t>
        <w:br/>
        <w:t>vt 0.988885 0.386284</w:t>
        <w:br/>
        <w:t>vt 0.990516 0.382495</w:t>
        <w:br/>
        <w:t>vt 0.973359 0.386284</w:t>
        <w:br/>
        <w:t>vt 0.994756 0.362142</w:t>
        <w:br/>
        <w:t>vt 0.967340 0.362142</w:t>
        <w:br/>
        <w:t>vt 0.993958 0.361078</w:t>
        <w:br/>
        <w:t>vt 0.968105 0.361078</w:t>
        <w:br/>
        <w:t>vt 0.563006 0.263587</w:t>
        <w:br/>
        <w:t>vt 0.563596 0.254607</w:t>
        <w:br/>
        <w:t>vt 0.950863 0.035743</w:t>
        <w:br/>
        <w:t>vt 0.742399 0.480917</w:t>
        <w:br/>
        <w:t>vt 0.933310 0.907010</w:t>
        <w:br/>
        <w:t>vt 0.926619 0.907010</w:t>
        <w:br/>
        <w:t>vt 0.926619 0.915366</w:t>
        <w:br/>
        <w:t>vt 0.933310 0.915366</w:t>
        <w:br/>
        <w:t>vt 0.939799 0.915366</w:t>
        <w:br/>
        <w:t>vt 0.939799 0.907010</w:t>
        <w:br/>
        <w:t>vt 0.933310 0.907010</w:t>
        <w:br/>
        <w:t>vt 0.933310 0.915366</w:t>
        <w:br/>
        <w:t>vt 0.944370 0.915366</w:t>
        <w:br/>
        <w:t>vt 0.944370 0.907010</w:t>
        <w:br/>
        <w:t>vt 0.926619 0.907010</w:t>
        <w:br/>
        <w:t>vt 0.920318 0.907010</w:t>
        <w:br/>
        <w:t>vt 0.920318 0.915366</w:t>
        <w:br/>
        <w:t>vt 0.926619 0.915366</w:t>
        <w:br/>
        <w:t>vt 0.926619 0.923757</w:t>
        <w:br/>
        <w:t>vt 0.933310 0.923757</w:t>
        <w:br/>
        <w:t>vt 0.933310 0.923757</w:t>
        <w:br/>
        <w:t>vt 0.939799 0.923757</w:t>
        <w:br/>
        <w:t>vt 0.944370 0.923757</w:t>
        <w:br/>
        <w:t>vt 0.926619 0.923757</w:t>
        <w:br/>
        <w:t>vt 0.920318 0.923757</w:t>
        <w:br/>
        <w:t>vt 0.933310 0.864867</w:t>
        <w:br/>
        <w:t>vt 0.933310 0.856476</w:t>
        <w:br/>
        <w:t>vt 0.926619 0.856476</w:t>
        <w:br/>
        <w:t>vt 0.926619 0.864867</w:t>
        <w:br/>
        <w:t>vt 0.939799 0.864867</w:t>
        <w:br/>
        <w:t>vt 0.939799 0.856476</w:t>
        <w:br/>
        <w:t>vt 0.933310 0.856476</w:t>
        <w:br/>
        <w:t>vt 0.933310 0.864867</w:t>
        <w:br/>
        <w:t>vt 0.944370 0.864867</w:t>
        <w:br/>
        <w:t>vt 0.944370 0.856476</w:t>
        <w:br/>
        <w:t>vt 0.926619 0.856476</w:t>
        <w:br/>
        <w:t>vt 0.920318 0.856476</w:t>
        <w:br/>
        <w:t>vt 0.920318 0.864867</w:t>
        <w:br/>
        <w:t>vt 0.926619 0.864867</w:t>
        <w:br/>
        <w:t>vt 0.926619 0.873273</w:t>
        <w:br/>
        <w:t>vt 0.933310 0.873273</w:t>
        <w:br/>
        <w:t>vt 0.933310 0.873273</w:t>
        <w:br/>
        <w:t>vt 0.939799 0.873273</w:t>
        <w:br/>
        <w:t>vt 0.944370 0.873273</w:t>
        <w:br/>
        <w:t>vt 0.926619 0.873273</w:t>
        <w:br/>
        <w:t>vt 0.920318 0.873273</w:t>
        <w:br/>
        <w:t>vt 0.933310 0.881655</w:t>
        <w:br/>
        <w:t>vt 0.926619 0.881655</w:t>
        <w:br/>
        <w:t>vt 0.939799 0.881655</w:t>
        <w:br/>
        <w:t>vt 0.933310 0.881655</w:t>
        <w:br/>
        <w:t>vt 0.944370 0.881655</w:t>
        <w:br/>
        <w:t>vt 0.926619 0.881655</w:t>
        <w:br/>
        <w:t>vt 0.920318 0.881655</w:t>
        <w:br/>
        <w:t>vt 0.926619 0.890149</w:t>
        <w:br/>
        <w:t>vt 0.933310 0.890149</w:t>
        <w:br/>
        <w:t>vt 0.933310 0.890149</w:t>
        <w:br/>
        <w:t>vt 0.939799 0.890149</w:t>
        <w:br/>
        <w:t>vt 0.944370 0.890149</w:t>
        <w:br/>
        <w:t>vt 0.926619 0.890149</w:t>
        <w:br/>
        <w:t>vt 0.920318 0.890149</w:t>
        <w:br/>
        <w:t>vt 0.933310 0.898608</w:t>
        <w:br/>
        <w:t>vt 0.926619 0.898608</w:t>
        <w:br/>
        <w:t>vt 0.939799 0.898608</w:t>
        <w:br/>
        <w:t>vt 0.933310 0.898608</w:t>
        <w:br/>
        <w:t>vt 0.944370 0.898608</w:t>
        <w:br/>
        <w:t>vt 0.920318 0.898608</w:t>
        <w:br/>
        <w:t>vt 0.926619 0.898608</w:t>
        <w:br/>
        <w:t>vt 0.926619 0.915366</w:t>
        <w:br/>
        <w:t>vt 0.926619 0.907010</w:t>
        <w:br/>
        <w:t>vt 0.920318 0.907010</w:t>
        <w:br/>
        <w:t>vt 0.920318 0.915366</w:t>
        <w:br/>
        <w:t>vt 0.933310 0.915366</w:t>
        <w:br/>
        <w:t>vt 0.933310 0.907010</w:t>
        <w:br/>
        <w:t>vt 0.939735 0.915366</w:t>
        <w:br/>
        <w:t>vt 0.939735 0.907010</w:t>
        <w:br/>
        <w:t>vt 0.933310 0.907010</w:t>
        <w:br/>
        <w:t>vt 0.933310 0.915366</w:t>
        <w:br/>
        <w:t>vt 0.944370 0.907010</w:t>
        <w:br/>
        <w:t>vt 0.939735 0.907010</w:t>
        <w:br/>
        <w:t>vt 0.939735 0.915366</w:t>
        <w:br/>
        <w:t>vt 0.944370 0.915366</w:t>
        <w:br/>
        <w:t>vt 0.920318 0.923757</w:t>
        <w:br/>
        <w:t>vt 0.926619 0.923757</w:t>
        <w:br/>
        <w:t>vt 0.933310 0.923757</w:t>
        <w:br/>
        <w:t>vt 0.933310 0.923757</w:t>
        <w:br/>
        <w:t>vt 0.939735 0.923757</w:t>
        <w:br/>
        <w:t>vt 0.944370 0.923757</w:t>
        <w:br/>
        <w:t>vt 0.926619 0.856476</w:t>
        <w:br/>
        <w:t>vt 0.920318 0.856476</w:t>
        <w:br/>
        <w:t>vt 0.920318 0.864867</w:t>
        <w:br/>
        <w:t>vt 0.926619 0.864867</w:t>
        <w:br/>
        <w:t>vt 0.933310 0.864867</w:t>
        <w:br/>
        <w:t>vt 0.933310 0.856476</w:t>
        <w:br/>
        <w:t>vt 0.939735 0.864867</w:t>
        <w:br/>
        <w:t>vt 0.939735 0.856476</w:t>
        <w:br/>
        <w:t>vt 0.933310 0.856476</w:t>
        <w:br/>
        <w:t>vt 0.933310 0.864867</w:t>
        <w:br/>
        <w:t>vt 0.944370 0.864867</w:t>
        <w:br/>
        <w:t>vt 0.944370 0.856476</w:t>
        <w:br/>
        <w:t>vt 0.920318 0.873273</w:t>
        <w:br/>
        <w:t>vt 0.926619 0.873273</w:t>
        <w:br/>
        <w:t>vt 0.933310 0.873273</w:t>
        <w:br/>
        <w:t>vt 0.933310 0.873273</w:t>
        <w:br/>
        <w:t>vt 0.939735 0.873273</w:t>
        <w:br/>
        <w:t>vt 0.944370 0.873273</w:t>
        <w:br/>
        <w:t>vt 0.926619 0.881655</w:t>
        <w:br/>
        <w:t>vt 0.920318 0.881655</w:t>
        <w:br/>
        <w:t>vt 0.933310 0.881655</w:t>
        <w:br/>
        <w:t>vt 0.939735 0.881655</w:t>
        <w:br/>
        <w:t>vt 0.933310 0.881655</w:t>
        <w:br/>
        <w:t>vt 0.944370 0.881655</w:t>
        <w:br/>
        <w:t>vt 0.926619 0.890149</w:t>
        <w:br/>
        <w:t>vt 0.920318 0.890149</w:t>
        <w:br/>
        <w:t>vt 0.933310 0.890149</w:t>
        <w:br/>
        <w:t>vt 0.933310 0.890149</w:t>
        <w:br/>
        <w:t>vt 0.939735 0.890149</w:t>
        <w:br/>
        <w:t>vt 0.944370 0.890149</w:t>
        <w:br/>
        <w:t>vt 0.926619 0.898608</w:t>
        <w:br/>
        <w:t>vt 0.920318 0.898608</w:t>
        <w:br/>
        <w:t>vt 0.933310 0.898608</w:t>
        <w:br/>
        <w:t>vt 0.939735 0.898608</w:t>
        <w:br/>
        <w:t>vt 0.933310 0.898608</w:t>
        <w:br/>
        <w:t>vt 0.944370 0.898608</w:t>
        <w:br/>
        <w:t>vt 0.926619 0.923757</w:t>
        <w:br/>
        <w:t>vt 0.926619 0.915366</w:t>
        <w:br/>
        <w:t>vt 0.920318 0.915366</w:t>
        <w:br/>
        <w:t>vt 0.920318 0.923757</w:t>
        <w:br/>
        <w:t>vt 0.933310 0.923757</w:t>
        <w:br/>
        <w:t>vt 0.933310 0.915366</w:t>
        <w:br/>
        <w:t>vt 0.926619 0.915366</w:t>
        <w:br/>
        <w:t>vt 0.926619 0.923757</w:t>
        <w:br/>
        <w:t>vt 0.939735 0.923757</w:t>
        <w:br/>
        <w:t>vt 0.939735 0.915366</w:t>
        <w:br/>
        <w:t>vt 0.933310 0.915366</w:t>
        <w:br/>
        <w:t>vt 0.933310 0.923757</w:t>
        <w:br/>
        <w:t>vt 0.944370 0.915366</w:t>
        <w:br/>
        <w:t>vt 0.944370 0.923757</w:t>
        <w:br/>
        <w:t>vt 0.926619 0.856476</w:t>
        <w:br/>
        <w:t>vt 0.920318 0.856476</w:t>
        <w:br/>
        <w:t>vt 0.920318 0.864867</w:t>
        <w:br/>
        <w:t>vt 0.926619 0.864867</w:t>
        <w:br/>
        <w:t>vt 0.933310 0.856476</w:t>
        <w:br/>
        <w:t>vt 0.926619 0.856476</w:t>
        <w:br/>
        <w:t>vt 0.926619 0.864867</w:t>
        <w:br/>
        <w:t>vt 0.933310 0.864867</w:t>
        <w:br/>
        <w:t>vt 0.939735 0.856476</w:t>
        <w:br/>
        <w:t>vt 0.933310 0.856476</w:t>
        <w:br/>
        <w:t>vt 0.933310 0.864867</w:t>
        <w:br/>
        <w:t>vt 0.939735 0.864867</w:t>
        <w:br/>
        <w:t>vt 0.944370 0.864867</w:t>
        <w:br/>
        <w:t>vt 0.944370 0.856476</w:t>
        <w:br/>
        <w:t>vt 0.926619 0.873273</w:t>
        <w:br/>
        <w:t>vt 0.920318 0.873273</w:t>
        <w:br/>
        <w:t>vt 0.933310 0.873273</w:t>
        <w:br/>
        <w:t>vt 0.926619 0.873273</w:t>
        <w:br/>
        <w:t>vt 0.939735 0.873273</w:t>
        <w:br/>
        <w:t>vt 0.933310 0.873273</w:t>
        <w:br/>
        <w:t>vt 0.944370 0.873273</w:t>
        <w:br/>
        <w:t>vt 0.920318 0.881655</w:t>
        <w:br/>
        <w:t>vt 0.926619 0.881655</w:t>
        <w:br/>
        <w:t>vt 0.926619 0.881655</w:t>
        <w:br/>
        <w:t>vt 0.933310 0.881655</w:t>
        <w:br/>
        <w:t>vt 0.933310 0.881655</w:t>
        <w:br/>
        <w:t>vt 0.939735 0.881655</w:t>
        <w:br/>
        <w:t>vt 0.944370 0.881655</w:t>
        <w:br/>
        <w:t>vt 0.939735 0.881655</w:t>
        <w:br/>
        <w:t>vt 0.926619 0.890149</w:t>
        <w:br/>
        <w:t>vt 0.920318 0.890149</w:t>
        <w:br/>
        <w:t>vt 0.933310 0.890149</w:t>
        <w:br/>
        <w:t>vt 0.926619 0.890149</w:t>
        <w:br/>
        <w:t>vt 0.939735 0.890149</w:t>
        <w:br/>
        <w:t>vt 0.933310 0.890149</w:t>
        <w:br/>
        <w:t>vt 0.944370 0.890149</w:t>
        <w:br/>
        <w:t>vt 0.920318 0.898608</w:t>
        <w:br/>
        <w:t>vt 0.926619 0.898608</w:t>
        <w:br/>
        <w:t>vt 0.926619 0.898608</w:t>
        <w:br/>
        <w:t>vt 0.933310 0.898608</w:t>
        <w:br/>
        <w:t>vt 0.933310 0.898608</w:t>
        <w:br/>
        <w:t>vt 0.939735 0.898608</w:t>
        <w:br/>
        <w:t>vt 0.944370 0.898608</w:t>
        <w:br/>
        <w:t>vt 0.926619 0.907010</w:t>
        <w:br/>
        <w:t>vt 0.920318 0.907010</w:t>
        <w:br/>
        <w:t>vt 0.933310 0.907010</w:t>
        <w:br/>
        <w:t>vt 0.926619 0.907010</w:t>
        <w:br/>
        <w:t>vt 0.939735 0.907010</w:t>
        <w:br/>
        <w:t>vt 0.933310 0.907010</w:t>
        <w:br/>
        <w:t>vt 0.944370 0.907010</w:t>
        <w:br/>
        <w:t>vt 0.926619 0.915366</w:t>
        <w:br/>
        <w:t>vt 0.926619 0.907010</w:t>
        <w:br/>
        <w:t>vt 0.933310 0.907010</w:t>
        <w:br/>
        <w:t>vt 0.933310 0.915366</w:t>
        <w:br/>
        <w:t>vt 0.939799 0.915366</w:t>
        <w:br/>
        <w:t>vt 0.933310 0.915366</w:t>
        <w:br/>
        <w:t>vt 0.933310 0.907010</w:t>
        <w:br/>
        <w:t>vt 0.939799 0.907010</w:t>
        <w:br/>
        <w:t>vt 0.944370 0.915366</w:t>
        <w:br/>
        <w:t>vt 0.944370 0.907010</w:t>
        <w:br/>
        <w:t>vt 0.920318 0.915366</w:t>
        <w:br/>
        <w:t>vt 0.920318 0.907010</w:t>
        <w:br/>
        <w:t>vt 0.926619 0.907010</w:t>
        <w:br/>
        <w:t>vt 0.926619 0.915366</w:t>
        <w:br/>
        <w:t>vt 0.926619 0.923757</w:t>
        <w:br/>
        <w:t>vt 0.933310 0.923757</w:t>
        <w:br/>
        <w:t>vt 0.933310 0.923757</w:t>
        <w:br/>
        <w:t>vt 0.939799 0.923757</w:t>
        <w:br/>
        <w:t>vt 0.944370 0.923757</w:t>
        <w:br/>
        <w:t>vt 0.926619 0.923757</w:t>
        <w:br/>
        <w:t>vt 0.920318 0.923757</w:t>
        <w:br/>
        <w:t>vt 0.933310 0.864867</w:t>
        <w:br/>
        <w:t>vt 0.926619 0.864867</w:t>
        <w:br/>
        <w:t>vt 0.926619 0.856476</w:t>
        <w:br/>
        <w:t>vt 0.933310 0.856476</w:t>
        <w:br/>
        <w:t>vt 0.939799 0.864867</w:t>
        <w:br/>
        <w:t>vt 0.933310 0.864867</w:t>
        <w:br/>
        <w:t>vt 0.933310 0.856476</w:t>
        <w:br/>
        <w:t>vt 0.939799 0.856476</w:t>
        <w:br/>
        <w:t>vt 0.944370 0.864867</w:t>
        <w:br/>
        <w:t>vt 0.944370 0.856476</w:t>
        <w:br/>
        <w:t>vt 0.920318 0.864867</w:t>
        <w:br/>
        <w:t>vt 0.920318 0.856476</w:t>
        <w:br/>
        <w:t>vt 0.926619 0.856476</w:t>
        <w:br/>
        <w:t>vt 0.926619 0.864867</w:t>
        <w:br/>
        <w:t>vt 0.926619 0.873273</w:t>
        <w:br/>
        <w:t>vt 0.933310 0.873273</w:t>
        <w:br/>
        <w:t>vt 0.933310 0.873273</w:t>
        <w:br/>
        <w:t>vt 0.939799 0.873273</w:t>
        <w:br/>
        <w:t>vt 0.944370 0.873273</w:t>
        <w:br/>
        <w:t>vt 0.926619 0.873273</w:t>
        <w:br/>
        <w:t>vt 0.920318 0.873273</w:t>
        <w:br/>
        <w:t>vt 0.933310 0.881655</w:t>
        <w:br/>
        <w:t>vt 0.926619 0.881655</w:t>
        <w:br/>
        <w:t>vt 0.939799 0.881655</w:t>
        <w:br/>
        <w:t>vt 0.933310 0.881655</w:t>
        <w:br/>
        <w:t>vt 0.944370 0.881655</w:t>
        <w:br/>
        <w:t>vt 0.926619 0.881655</w:t>
        <w:br/>
        <w:t>vt 0.920318 0.881655</w:t>
        <w:br/>
        <w:t>vt 0.926619 0.890149</w:t>
        <w:br/>
        <w:t>vt 0.933310 0.890149</w:t>
        <w:br/>
        <w:t>vt 0.933310 0.890149</w:t>
        <w:br/>
        <w:t>vt 0.939799 0.890149</w:t>
        <w:br/>
        <w:t>vt 0.944370 0.890149</w:t>
        <w:br/>
        <w:t>vt 0.926619 0.890149</w:t>
        <w:br/>
        <w:t>vt 0.920318 0.890149</w:t>
        <w:br/>
        <w:t>vt 0.933310 0.898608</w:t>
        <w:br/>
        <w:t>vt 0.926619 0.898608</w:t>
        <w:br/>
        <w:t>vt 0.939799 0.898608</w:t>
        <w:br/>
        <w:t>vt 0.933310 0.898608</w:t>
        <w:br/>
        <w:t>vt 0.944370 0.898608</w:t>
        <w:br/>
        <w:t>vt 0.920318 0.898608</w:t>
        <w:br/>
        <w:t>vt 0.926619 0.898608</w:t>
        <w:br/>
        <w:t>vt 0.926619 0.915366</w:t>
        <w:br/>
        <w:t>vt 0.920318 0.915366</w:t>
        <w:br/>
        <w:t>vt 0.920318 0.907010</w:t>
        <w:br/>
        <w:t>vt 0.926619 0.907010</w:t>
        <w:br/>
        <w:t>vt 0.933310 0.915366</w:t>
        <w:br/>
        <w:t>vt 0.933310 0.907010</w:t>
        <w:br/>
        <w:t>vt 0.939735 0.915366</w:t>
        <w:br/>
        <w:t>vt 0.933310 0.915366</w:t>
        <w:br/>
        <w:t>vt 0.933310 0.907010</w:t>
        <w:br/>
        <w:t>vt 0.939735 0.907010</w:t>
        <w:br/>
        <w:t>vt 0.939735 0.915366</w:t>
        <w:br/>
        <w:t>vt 0.939735 0.907010</w:t>
        <w:br/>
        <w:t>vt 0.944370 0.907010</w:t>
        <w:br/>
        <w:t>vt 0.944370 0.915366</w:t>
        <w:br/>
        <w:t>vt 0.920318 0.923757</w:t>
        <w:br/>
        <w:t>vt 0.926619 0.923757</w:t>
        <w:br/>
        <w:t>vt 0.933310 0.923757</w:t>
        <w:br/>
        <w:t>vt 0.933310 0.923757</w:t>
        <w:br/>
        <w:t>vt 0.939735 0.923757</w:t>
        <w:br/>
        <w:t>vt 0.944370 0.923757</w:t>
        <w:br/>
        <w:t>vt 0.920318 0.864867</w:t>
        <w:br/>
        <w:t>vt 0.920318 0.856476</w:t>
        <w:br/>
        <w:t>vt 0.926619 0.856476</w:t>
        <w:br/>
        <w:t>vt 0.926619 0.864867</w:t>
        <w:br/>
        <w:t>vt 0.933310 0.864867</w:t>
        <w:br/>
        <w:t>vt 0.933310 0.856476</w:t>
        <w:br/>
        <w:t>vt 0.939735 0.864867</w:t>
        <w:br/>
        <w:t>vt 0.933310 0.864867</w:t>
        <w:br/>
        <w:t>vt 0.933310 0.856476</w:t>
        <w:br/>
        <w:t>vt 0.939735 0.856476</w:t>
        <w:br/>
        <w:t>vt 0.944370 0.864867</w:t>
        <w:br/>
        <w:t>vt 0.944370 0.856476</w:t>
        <w:br/>
        <w:t>vt 0.920318 0.873273</w:t>
        <w:br/>
        <w:t>vt 0.926619 0.873273</w:t>
        <w:br/>
        <w:t>vt 0.933310 0.873273</w:t>
        <w:br/>
        <w:t>vt 0.933310 0.873273</w:t>
        <w:br/>
        <w:t>vt 0.939735 0.873273</w:t>
        <w:br/>
        <w:t>vt 0.944370 0.873273</w:t>
        <w:br/>
        <w:t>vt 0.926619 0.881655</w:t>
        <w:br/>
        <w:t>vt 0.920318 0.881655</w:t>
        <w:br/>
        <w:t>vt 0.933310 0.881655</w:t>
        <w:br/>
        <w:t>vt 0.939735 0.881655</w:t>
        <w:br/>
        <w:t>vt 0.933310 0.881655</w:t>
        <w:br/>
        <w:t>vt 0.944370 0.881655</w:t>
        <w:br/>
        <w:t>vt 0.926619 0.890149</w:t>
        <w:br/>
        <w:t>vt 0.920318 0.890149</w:t>
        <w:br/>
        <w:t>vt 0.933310 0.890149</w:t>
        <w:br/>
        <w:t>vt 0.933310 0.890149</w:t>
        <w:br/>
        <w:t>vt 0.939735 0.890149</w:t>
        <w:br/>
        <w:t>vt 0.944370 0.890149</w:t>
        <w:br/>
        <w:t>vt 0.926619 0.898608</w:t>
        <w:br/>
        <w:t>vt 0.920318 0.898608</w:t>
        <w:br/>
        <w:t>vt 0.933310 0.898608</w:t>
        <w:br/>
        <w:t>vt 0.939735 0.898608</w:t>
        <w:br/>
        <w:t>vt 0.933310 0.898608</w:t>
        <w:br/>
        <w:t>vt 0.944370 0.898608</w:t>
        <w:br/>
        <w:t>vt 0.926619 0.923757</w:t>
        <w:br/>
        <w:t>vt 0.920318 0.923757</w:t>
        <w:br/>
        <w:t>vt 0.920318 0.915366</w:t>
        <w:br/>
        <w:t>vt 0.926619 0.915366</w:t>
        <w:br/>
        <w:t>vt 0.933310 0.923757</w:t>
        <w:br/>
        <w:t>vt 0.926619 0.923757</w:t>
        <w:br/>
        <w:t>vt 0.926619 0.915366</w:t>
        <w:br/>
        <w:t>vt 0.933310 0.915366</w:t>
        <w:br/>
        <w:t>vt 0.939735 0.923757</w:t>
        <w:br/>
        <w:t>vt 0.933310 0.923757</w:t>
        <w:br/>
        <w:t>vt 0.933310 0.915366</w:t>
        <w:br/>
        <w:t>vt 0.939735 0.915366</w:t>
        <w:br/>
        <w:t>vt 0.944370 0.915366</w:t>
        <w:br/>
        <w:t>vt 0.944370 0.923757</w:t>
        <w:br/>
        <w:t>vt 0.920318 0.864867</w:t>
        <w:br/>
        <w:t>vt 0.920318 0.856476</w:t>
        <w:br/>
        <w:t>vt 0.926619 0.856476</w:t>
        <w:br/>
        <w:t>vt 0.926619 0.864867</w:t>
        <w:br/>
        <w:t>vt 0.926619 0.864867</w:t>
        <w:br/>
        <w:t>vt 0.926619 0.856476</w:t>
        <w:br/>
        <w:t>vt 0.933310 0.856476</w:t>
        <w:br/>
        <w:t>vt 0.933310 0.864867</w:t>
        <w:br/>
        <w:t>vt 0.933310 0.864867</w:t>
        <w:br/>
        <w:t>vt 0.933310 0.856476</w:t>
        <w:br/>
        <w:t>vt 0.939735 0.856476</w:t>
        <w:br/>
        <w:t>vt 0.939735 0.864867</w:t>
        <w:br/>
        <w:t>vt 0.944370 0.864867</w:t>
        <w:br/>
        <w:t>vt 0.944370 0.856476</w:t>
        <w:br/>
        <w:t>vt 0.926619 0.873273</w:t>
        <w:br/>
        <w:t>vt 0.920318 0.873273</w:t>
        <w:br/>
        <w:t>vt 0.933310 0.873273</w:t>
        <w:br/>
        <w:t>vt 0.926619 0.873273</w:t>
        <w:br/>
        <w:t>vt 0.939735 0.873273</w:t>
        <w:br/>
        <w:t>vt 0.933310 0.873273</w:t>
        <w:br/>
        <w:t>vt 0.944370 0.873273</w:t>
        <w:br/>
        <w:t>vt 0.920318 0.881655</w:t>
        <w:br/>
        <w:t>vt 0.926619 0.881655</w:t>
        <w:br/>
        <w:t>vt 0.926619 0.881655</w:t>
        <w:br/>
        <w:t>vt 0.933310 0.881655</w:t>
        <w:br/>
        <w:t>vt 0.933310 0.881655</w:t>
        <w:br/>
        <w:t>vt 0.939735 0.881655</w:t>
        <w:br/>
        <w:t>vt 0.944370 0.881655</w:t>
        <w:br/>
        <w:t>vt 0.939735 0.881655</w:t>
        <w:br/>
        <w:t>vt 0.926619 0.890149</w:t>
        <w:br/>
        <w:t>vt 0.920318 0.890149</w:t>
        <w:br/>
        <w:t>vt 0.933310 0.890149</w:t>
        <w:br/>
        <w:t>vt 0.926619 0.890149</w:t>
        <w:br/>
        <w:t>vt 0.939735 0.890149</w:t>
        <w:br/>
        <w:t>vt 0.933310 0.890149</w:t>
        <w:br/>
        <w:t>vt 0.944370 0.890149</w:t>
        <w:br/>
        <w:t>vt 0.920318 0.898608</w:t>
        <w:br/>
        <w:t>vt 0.926619 0.898608</w:t>
        <w:br/>
        <w:t>vt 0.926619 0.898608</w:t>
        <w:br/>
        <w:t>vt 0.933310 0.898608</w:t>
        <w:br/>
        <w:t>vt 0.933310 0.898608</w:t>
        <w:br/>
        <w:t>vt 0.939735 0.898608</w:t>
        <w:br/>
        <w:t>vt 0.944370 0.898608</w:t>
        <w:br/>
        <w:t>vt 0.926619 0.907010</w:t>
        <w:br/>
        <w:t>vt 0.920318 0.907010</w:t>
        <w:br/>
        <w:t>vt 0.933310 0.907010</w:t>
        <w:br/>
        <w:t>vt 0.926619 0.907010</w:t>
        <w:br/>
        <w:t>vt 0.939735 0.907010</w:t>
        <w:br/>
        <w:t>vt 0.933310 0.907010</w:t>
        <w:br/>
        <w:t>vt 0.944370 0.907010</w:t>
        <w:br/>
        <w:t>vt 0.520847 0.253393</w:t>
        <w:br/>
        <w:t>vt 0.531887 0.264172</w:t>
        <w:br/>
        <w:t>vt 0.518736 0.264251</w:t>
        <w:br/>
        <w:t>vt 0.502685 0.254879</w:t>
        <w:br/>
        <w:t>vt 0.502658 0.263854</w:t>
        <w:br/>
        <w:t>vt 0.489798 0.261802</w:t>
        <w:br/>
        <w:t>vt 0.464351 0.240593</w:t>
        <w:br/>
        <w:t>vt 0.452532 0.252540</w:t>
        <w:br/>
        <w:t>vt 0.446319 0.244012</w:t>
        <w:br/>
        <w:t>vt 0.459191 0.233542</w:t>
        <w:br/>
        <w:t>vt 0.465287 0.255004</w:t>
        <w:br/>
        <w:t>vt 0.460732 0.264423</w:t>
        <w:br/>
        <w:t>vt 0.410529 0.214230</w:t>
        <w:br/>
        <w:t>vt 0.432426 0.211109</w:t>
        <w:br/>
        <w:t>vt 0.436039 0.223454</w:t>
        <w:br/>
        <w:t>vt 0.414168 0.232456</w:t>
        <w:br/>
        <w:t>vt 0.411076 0.197246</w:t>
        <w:br/>
        <w:t>vt 0.430782 0.198168</w:t>
        <w:br/>
        <w:t>vt 0.522029 0.249302</w:t>
        <w:br/>
        <w:t>vt 0.523735 0.243500</w:t>
        <w:br/>
        <w:t>vt 0.535248 0.262040</w:t>
        <w:br/>
        <w:t>vt 0.484939 0.120981</w:t>
        <w:br/>
        <w:t>vt 0.489709 0.096662</w:t>
        <w:br/>
        <w:t>vt 0.491790 0.097280</w:t>
        <w:br/>
        <w:t>vt 0.487067 0.121360</w:t>
        <w:br/>
        <w:t>vt 0.476600 0.258598</w:t>
        <w:br/>
        <w:t>vt 0.468518 0.252867</w:t>
        <w:br/>
        <w:t>vt 0.474061 0.248603</w:t>
        <w:br/>
        <w:t>vt 0.479165 0.253380</w:t>
        <w:br/>
        <w:t>vt 0.489946 0.258073</w:t>
        <w:br/>
        <w:t>vt 0.489662 0.251425</w:t>
        <w:br/>
        <w:t>vt 0.501520 0.245897</w:t>
        <w:br/>
        <w:t>vt 0.501943 0.251531</w:t>
        <w:br/>
        <w:t>vt 0.472004 0.235043</w:t>
        <w:br/>
        <w:t>vt 0.466291 0.237575</w:t>
        <w:br/>
        <w:t>vt 0.462107 0.230033</w:t>
        <w:br/>
        <w:t>vt 0.466056 0.224688</w:t>
        <w:br/>
        <w:t>vt 0.439906 0.220317</w:t>
        <w:br/>
        <w:t>vt 0.441743 0.216994</w:t>
        <w:br/>
        <w:t>vt 0.457088 0.216781</w:t>
        <w:br/>
        <w:t>vt 0.457006 0.222140</w:t>
        <w:br/>
        <w:t>vt 0.435788 0.209801</w:t>
        <w:br/>
        <w:t>vt 0.438025 0.208796</w:t>
        <w:br/>
        <w:t>vt 0.532084 0.276507</w:t>
        <w:br/>
        <w:t>vt 0.527416 0.276411</w:t>
        <w:br/>
        <w:t>vt 0.454233 0.226064</w:t>
        <w:br/>
        <w:t>vt 0.474501 0.260805</w:t>
        <w:br/>
        <w:t>vt 0.531148 0.286615</w:t>
        <w:br/>
        <w:t>vt 0.525867 0.286554</w:t>
        <w:br/>
        <w:t>vt 0.489875 0.121839</w:t>
        <w:br/>
        <w:t>vt 0.494546 0.098026</w:t>
        <w:br/>
        <w:t>vt 0.498317 0.099680</w:t>
        <w:br/>
        <w:t>vt 0.493930 0.122051</w:t>
        <w:br/>
        <w:t>vt 0.468902 0.271857</w:t>
        <w:br/>
        <w:t>vt 0.481810 0.273896</w:t>
        <w:br/>
        <w:t>vt 0.427665 0.259345</w:t>
        <w:br/>
        <w:t>vt 0.435526 0.269306</w:t>
        <w:br/>
        <w:t>vt 0.503029 0.276527</w:t>
        <w:br/>
        <w:t>vt 0.490733 0.279344</w:t>
        <w:br/>
        <w:t>vt 0.440795 0.234415</w:t>
        <w:br/>
        <w:t>vt 0.420210 0.247206</w:t>
        <w:br/>
        <w:t>vt 0.503605 0.287341</w:t>
        <w:br/>
        <w:t>vt 0.492541 0.287518</w:t>
        <w:br/>
        <w:t>vt 0.504125 0.297116</w:t>
        <w:br/>
        <w:t>vt 0.516185 0.287441</w:t>
        <w:br/>
        <w:t>vt 0.516611 0.296585</w:t>
        <w:br/>
        <w:t>vt 0.526232 0.295163</w:t>
        <w:br/>
        <w:t>vt 0.491661 0.294459</w:t>
        <w:br/>
        <w:t>vt 0.433329 0.198305</w:t>
        <w:br/>
        <w:t>vt 0.980765 0.042440</w:t>
        <w:br/>
        <w:t>vt 0.977258 0.040228</w:t>
        <w:br/>
        <w:t>vt 0.990836 0.040228</w:t>
        <w:br/>
        <w:t>vt 0.987423 0.042440</w:t>
        <w:br/>
        <w:t>vt 0.971808 0.032277</w:t>
        <w:br/>
        <w:t>vt 0.970641 0.027883</w:t>
        <w:br/>
        <w:t>vt 0.997051 0.027883</w:t>
        <w:br/>
        <w:t>vt 0.996034 0.032277</w:t>
        <w:br/>
        <w:t>vt 0.971125 0.015226</w:t>
        <w:br/>
        <w:t>vt 0.970850 0.013427</w:t>
        <w:br/>
        <w:t>vt 0.996810 0.013427</w:t>
        <w:br/>
        <w:t>vt 0.996714 0.015226</w:t>
        <w:br/>
        <w:t>vt 0.996599 0.017312</w:t>
        <w:br/>
        <w:t>vt 0.971409 0.017312</w:t>
        <w:br/>
        <w:t>vt 0.972691 0.004125</w:t>
        <w:br/>
        <w:t>vt 0.995229 0.004125</w:t>
        <w:br/>
        <w:t>vt 0.996065 0.005014</w:t>
        <w:br/>
        <w:t>vt 0.971813 0.005014</w:t>
        <w:br/>
        <w:t>vt 0.997255 0.007138</w:t>
        <w:br/>
        <w:t>vt 0.970532 0.007138</w:t>
        <w:br/>
        <w:t>vt 0.984127 0.043665</w:t>
        <w:br/>
        <w:t>vt 0.435978 0.198489</w:t>
        <w:br/>
        <w:t>vt 0.444376 0.199235</w:t>
        <w:br/>
        <w:t>vt 0.517010 0.277383</w:t>
        <w:br/>
        <w:t>vt 0.457088 0.216781</w:t>
        <w:br/>
        <w:t>vt 0.994892 0.034901</w:t>
        <w:br/>
        <w:t>vt 0.973027 0.034901</w:t>
        <w:br/>
        <w:t>vt 0.526688 0.159898</w:t>
        <w:br/>
        <w:t>vt 0.527024 0.149528</w:t>
        <w:br/>
        <w:t>vt 0.539946 0.152351</w:t>
        <w:br/>
        <w:t>vt 0.509327 0.154718</w:t>
        <w:br/>
        <w:t>vt 0.498150 0.145420</w:t>
        <w:br/>
        <w:t>vt 0.511209 0.146420</w:t>
        <w:br/>
        <w:t>vt 0.470558 0.161934</w:t>
        <w:br/>
        <w:t>vt 0.464521 0.167995</w:t>
        <w:br/>
        <w:t>vt 0.453035 0.156087</w:t>
        <w:br/>
        <w:t>vt 0.460378 0.148667</w:t>
        <w:br/>
        <w:t>vt 0.473198 0.147931</w:t>
        <w:br/>
        <w:t>vt 0.470078 0.138755</w:t>
        <w:br/>
        <w:t>vt 0.439771 0.174374</w:t>
        <w:br/>
        <w:t>vt 0.446229 0.164586</w:t>
        <w:br/>
        <w:t>vt 0.458649 0.174457</w:t>
        <w:br/>
        <w:t>vt 0.434344 0.185770</w:t>
        <w:br/>
        <w:t>vt 0.412874 0.180508</w:t>
        <w:br/>
        <w:t>vt 0.419091 0.163160</w:t>
        <w:br/>
        <w:t>vt 0.526926 0.163872</w:t>
        <w:br/>
        <w:t>vt 0.542811 0.155096</w:t>
        <w:br/>
        <w:t>vt 0.527350 0.169850</w:t>
        <w:br/>
        <w:t>vt 0.484689 0.145519</w:t>
        <w:br/>
        <w:t>vt 0.486273 0.150813</w:t>
        <w:br/>
        <w:t>vt 0.481074 0.154954</w:t>
        <w:br/>
        <w:t>vt 0.475994 0.150299</w:t>
        <w:br/>
        <w:t>vt 0.497532 0.149020</w:t>
        <w:br/>
        <w:t>vt 0.495628 0.155383</w:t>
        <w:br/>
        <w:t>vt 0.506159 0.162924</w:t>
        <w:br/>
        <w:t>vt 0.507892 0.157623</w:t>
        <w:br/>
        <w:t>vt 0.477359 0.167993</w:t>
        <w:br/>
        <w:t>vt 0.470112 0.177476</w:t>
        <w:br/>
        <w:t>vt 0.466871 0.171686</w:t>
        <w:br/>
        <w:t>vt 0.471979 0.164975</w:t>
        <w:br/>
        <w:t>vt 0.459976 0.183847</w:t>
        <w:br/>
        <w:t>vt 0.444361 0.181324</w:t>
        <w:br/>
        <w:t>vt 0.443097 0.177848</w:t>
        <w:br/>
        <w:t>vt 0.460773 0.178567</w:t>
        <w:br/>
        <w:t>vt 0.439499 0.188725</w:t>
        <w:br/>
        <w:t>vt 0.437444 0.187426</w:t>
        <w:br/>
        <w:t>vt 0.538158 0.139663</w:t>
        <w:br/>
        <w:t>vt 0.542821 0.140351</w:t>
        <w:br/>
        <w:t>vt 0.542811 0.155096</w:t>
        <w:br/>
        <w:t>vt 0.483014 0.143336</w:t>
        <w:br/>
        <w:t>vt 0.538821 0.129487</w:t>
        <w:br/>
        <w:t>vt 0.543880 0.130243</w:t>
        <w:br/>
        <w:t>vt 0.479371 0.131938</w:t>
        <w:br/>
        <w:t>vt 0.468433 0.127851</w:t>
        <w:br/>
        <w:t>vt 0.492752 0.132202</w:t>
        <w:br/>
        <w:t>vt 0.436414 0.138717</w:t>
        <w:br/>
        <w:t>vt 0.445675 0.130037</w:t>
        <w:br/>
        <w:t>vt 0.502808 0.128893</w:t>
        <w:br/>
        <w:t>vt 0.514307 0.134433</w:t>
        <w:br/>
        <w:t>vt 0.427242 0.149587</w:t>
        <w:br/>
        <w:t>vt 0.517236 0.124200</w:t>
        <w:br/>
        <w:t>vt 0.506435 0.121356</w:t>
        <w:br/>
        <w:t>vt 0.529571 0.126823</w:t>
        <w:br/>
        <w:t>vt 0.519897 0.114909</w:t>
        <w:br/>
        <w:t>vt 0.531973 0.117955</w:t>
        <w:br/>
        <w:t>vt 0.540985 0.121073</w:t>
        <w:br/>
        <w:t>vt 0.507085 0.114453</w:t>
        <w:br/>
        <w:t>vt 0.974754 0.037639</w:t>
        <w:br/>
        <w:t>vt 0.993241 0.037639</w:t>
        <w:br/>
        <w:t>vt 0.997051 0.027883</w:t>
        <w:br/>
        <w:t>vt 0.970641 0.027883</w:t>
        <w:br/>
        <w:t>vt 0.971027 0.025316</w:t>
        <w:br/>
        <w:t>vt 0.996890 0.025316</w:t>
        <w:br/>
        <w:t>vt 0.971925 0.019791</w:t>
        <w:br/>
        <w:t>vt 0.996180 0.019791</w:t>
        <w:br/>
        <w:t>vt 0.996693 0.022716</w:t>
        <w:br/>
        <w:t>vt 0.971377 0.022716</w:t>
        <w:br/>
        <w:t>vt 0.969814 0.010274</w:t>
        <w:br/>
        <w:t>vt 0.997891 0.010274</w:t>
        <w:br/>
        <w:t>vt 0.996810 0.013427</w:t>
        <w:br/>
        <w:t>vt 0.970850 0.013427</w:t>
        <w:br/>
        <w:t>vt 0.528189 0.136686</w:t>
        <w:br/>
        <w:t>vt 0.459976 0.183847</w:t>
        <w:br/>
        <w:t>vt 0.316921 0.290971</w:t>
        <w:br/>
        <w:t>vt 0.317001 0.277025</w:t>
        <w:br/>
        <w:t>vt 0.334497 0.280086</w:t>
        <w:br/>
        <w:t>vt 0.334063 0.292261</w:t>
        <w:br/>
        <w:t>vt 0.306982 0.258233</w:t>
        <w:br/>
        <w:t>vt 0.319555 0.261531</w:t>
        <w:br/>
        <w:t>vt 0.303131 0.275328</w:t>
        <w:br/>
        <w:t>vt 0.335143 0.234564</w:t>
        <w:br/>
        <w:t>vt 0.337284 0.250766</w:t>
        <w:br/>
        <w:t>vt 0.323388 0.246874</w:t>
        <w:br/>
        <w:t>vt 0.329799 0.230367</w:t>
        <w:br/>
        <w:t>vt 0.289395 0.291394</w:t>
        <w:br/>
        <w:t>vt 0.289961 0.273868</w:t>
        <w:br/>
        <w:t>vt 0.303406 0.290389</w:t>
        <w:br/>
        <w:t>vt 0.290436 0.304197</w:t>
        <w:br/>
        <w:t>vt 0.304480 0.304048</w:t>
        <w:br/>
        <w:t>vt 0.270473 0.239664</w:t>
        <w:br/>
        <w:t>vt 0.290325 0.217830</w:t>
        <w:br/>
        <w:t>vt 0.304715 0.231615</w:t>
        <w:br/>
        <w:t>vt 0.293250 0.256494</w:t>
        <w:br/>
        <w:t>vt 0.270611 0.255590</w:t>
        <w:br/>
        <w:t>vt 0.271309 0.289161</w:t>
        <w:br/>
        <w:t>vt 0.271783 0.272478</w:t>
        <w:br/>
        <w:t>vt 0.314108 0.241989</w:t>
        <w:br/>
        <w:t>vt 0.278253 0.167833</w:t>
        <w:br/>
        <w:t>vt 0.286171 0.184040</w:t>
        <w:br/>
        <w:t>vt 0.270838 0.187916</w:t>
        <w:br/>
        <w:t>vt 0.261773 0.168713</w:t>
        <w:br/>
        <w:t>vt 0.317137 0.215907</w:t>
        <w:br/>
        <w:t>vt 0.307721 0.206453</w:t>
        <w:br/>
        <w:t>vt 0.316539 0.202049</w:t>
        <w:br/>
        <w:t>vt 0.324326 0.212096</w:t>
        <w:br/>
        <w:t>vt 0.325517 0.222669</w:t>
        <w:br/>
        <w:t>vt 0.332771 0.219014</w:t>
        <w:br/>
        <w:t>vt 0.242367 0.228627</w:t>
        <w:br/>
        <w:t>vt 0.239861 0.219798</w:t>
        <w:br/>
        <w:t>vt 0.266487 0.211115</w:t>
        <w:br/>
        <w:t>vt 0.269539 0.226086</w:t>
        <w:br/>
        <w:t>vt 0.232513 0.242036</w:t>
        <w:br/>
        <w:t>vt 0.231371 0.251714</w:t>
        <w:br/>
        <w:t>vt 0.241280 0.270752</w:t>
        <w:br/>
        <w:t>vt 0.243038 0.287488</w:t>
        <w:br/>
        <w:t>vt 0.271169 0.304831</w:t>
        <w:br/>
        <w:t>vt 0.245005 0.306015</w:t>
        <w:br/>
        <w:t>vt 0.310048 0.168547</w:t>
        <w:br/>
        <w:t>vt 0.299950 0.177794</w:t>
        <w:br/>
        <w:t>vt 0.288334 0.157479</w:t>
        <w:br/>
        <w:t>vt 0.297195 0.147904</w:t>
        <w:br/>
        <w:t>vt 0.290195 0.182416</w:t>
        <w:br/>
        <w:t>vt 0.309107 0.192156</w:t>
        <w:br/>
        <w:t>vt 0.299812 0.199343</w:t>
        <w:br/>
        <w:t>vt 0.239676 0.236201</w:t>
        <w:br/>
        <w:t>vt 0.335740 0.266891</w:t>
        <w:br/>
        <w:t>vt 0.263445 0.137627</w:t>
        <w:br/>
        <w:t>vt 0.251998 0.131229</w:t>
        <w:br/>
        <w:t>vt 0.261750 0.117356</w:t>
        <w:br/>
        <w:t>vt 0.271189 0.128581</w:t>
        <w:br/>
        <w:t>vt 0.319832 0.183962</w:t>
        <w:br/>
        <w:t>vt 0.256329 0.192810</w:t>
        <w:br/>
        <w:t>vt 0.234532 0.216599</w:t>
        <w:br/>
        <w:t>vt 0.239778 0.194085</w:t>
        <w:br/>
        <w:t>vt 0.287663 0.132372</w:t>
        <w:br/>
        <w:t>vt 0.278997 0.142832</w:t>
        <w:br/>
        <w:t>vt 0.280609 0.121212</w:t>
        <w:br/>
        <w:t>vt 0.258683 0.147463</w:t>
        <w:br/>
        <w:t>vt 0.273387 0.153651</w:t>
        <w:br/>
        <w:t>vt 0.258042 0.158635</w:t>
        <w:br/>
        <w:t>vt 0.285815 0.153510</w:t>
        <w:br/>
        <w:t>vt 0.296269 0.202264</w:t>
        <w:br/>
        <w:t>vt 0.281357 0.207204</w:t>
        <w:br/>
        <w:t>vt 0.282158 0.167536</w:t>
        <w:br/>
        <w:t>vt 0.272790 0.109173</w:t>
        <w:br/>
        <w:t>vt 0.317791 0.304120</w:t>
        <w:br/>
        <w:t>vt 0.249585 0.108089</w:t>
        <w:br/>
        <w:t>vt 0.241207 0.127585</w:t>
        <w:br/>
        <w:t>vt 0.263165 0.094391</w:t>
        <w:br/>
        <w:t>vt 0.189483 0.428320</w:t>
        <w:br/>
        <w:t>vt 0.184154 0.429174</w:t>
        <w:br/>
        <w:t>vt 0.183454 0.422774</w:t>
        <w:br/>
        <w:t>vt 0.189483 0.421235</w:t>
        <w:br/>
        <w:t>vt 0.182486 0.416658</w:t>
        <w:br/>
        <w:t>vt 0.189483 0.415359</w:t>
        <w:br/>
        <w:t>vt 0.189483 0.435031</w:t>
        <w:br/>
        <w:t>vt 0.184345 0.435471</w:t>
        <w:br/>
        <w:t>vt 0.340237 0.226458</w:t>
        <w:br/>
        <w:t>vt 0.345492 0.227525</w:t>
        <w:br/>
        <w:t>vt 0.179463 0.405210</w:t>
        <w:br/>
        <w:t>vt 0.184595 0.406158</w:t>
        <w:br/>
        <w:t>vt 0.182880 0.410720</w:t>
        <w:br/>
        <w:t>vt 0.177113 0.423922</w:t>
        <w:br/>
        <w:t>vt 0.178412 0.429950</w:t>
        <w:br/>
        <w:t>vt 0.175721 0.417559</w:t>
        <w:br/>
        <w:t>vt 0.172106 0.418163</w:t>
        <w:br/>
        <w:t>vt 0.169295 0.411033</w:t>
        <w:br/>
        <w:t>vt 0.173487 0.410965</w:t>
        <w:br/>
        <w:t>vt 0.167876 0.405701</w:t>
        <w:br/>
        <w:t>vt 0.171356 0.405761</w:t>
        <w:br/>
        <w:t>vt 0.179023 0.435848</w:t>
        <w:br/>
        <w:t>vt 0.865325 0.260730</w:t>
        <w:br/>
        <w:t>vt 0.865325 0.273478</w:t>
        <w:br/>
        <w:t>vt 0.853520 0.272286</w:t>
        <w:br/>
        <w:t>vt 0.854827 0.257960</w:t>
        <w:br/>
        <w:t>vt 0.843188 0.297923</w:t>
        <w:br/>
        <w:t>vt 0.850903 0.285395</w:t>
        <w:br/>
        <w:t>vt 0.854599 0.297207</w:t>
        <w:br/>
        <w:t>vt 0.865325 0.285907</w:t>
        <w:br/>
        <w:t>vt 0.865325 0.228517</w:t>
        <w:br/>
        <w:t>vt 0.865325 0.244525</w:t>
        <w:br/>
        <w:t>vt 0.856014 0.242900</w:t>
        <w:br/>
        <w:t>vt 0.856453 0.228393</w:t>
        <w:br/>
        <w:t>vt 0.828952 0.254341</w:t>
        <w:br/>
        <w:t>vt 0.823577 0.253908</w:t>
        <w:br/>
        <w:t>vt 0.826009 0.240904</w:t>
        <w:br/>
        <w:t>vt 0.831605 0.240971</w:t>
        <w:br/>
        <w:t>vt 0.825002 0.268363</w:t>
        <w:br/>
        <w:t>vt 0.819794 0.267790</w:t>
        <w:br/>
        <w:t>vt 0.812738 0.296529</w:t>
        <w:br/>
        <w:t>vt 0.807690 0.295295</w:t>
        <w:br/>
        <w:t>vt 0.814392 0.281962</w:t>
        <w:br/>
        <w:t>vt 0.819362 0.282759</w:t>
        <w:br/>
        <w:t>vt 0.827136 0.228068</w:t>
        <w:br/>
        <w:t>vt 0.832828 0.227942</w:t>
        <w:br/>
        <w:t>vt 0.804294 0.308393</w:t>
        <w:br/>
        <w:t>vt 0.799920 0.308393</w:t>
        <w:br/>
        <w:t>vt 0.850806 0.308393</w:t>
        <w:br/>
        <w:t>vt 0.839443 0.308393</w:t>
        <w:br/>
        <w:t>vt 0.831605 0.240971</w:t>
        <w:br/>
        <w:t>vt 0.839530 0.241784</w:t>
        <w:br/>
        <w:t>vt 0.837382 0.255710</w:t>
        <w:br/>
        <w:t>vt 0.828952 0.254341</w:t>
        <w:br/>
        <w:t>vt 0.834069 0.270135</w:t>
        <w:br/>
        <w:t>vt 0.825002 0.268363</w:t>
        <w:br/>
        <w:t>vt 0.837228 0.285611</w:t>
        <w:br/>
        <w:t>vt 0.841489 0.270935</w:t>
        <w:br/>
        <w:t>vt 0.827366 0.308393</w:t>
        <w:br/>
        <w:t>vt 0.833293 0.297094</w:t>
        <w:br/>
        <w:t>vt 0.840441 0.228153</w:t>
        <w:br/>
        <w:t>vt 0.832828 0.227942</w:t>
        <w:br/>
        <w:t>vt 0.868813 0.258288</w:t>
        <w:br/>
        <w:t>vt 0.865325 0.260730</w:t>
        <w:br/>
        <w:t>vt 0.865325 0.244525</w:t>
        <w:br/>
        <w:t>vt 0.868813 0.242787</w:t>
        <w:br/>
        <w:t>vt 0.868813 0.273080</w:t>
        <w:br/>
        <w:t>vt 0.865325 0.273478</w:t>
        <w:br/>
        <w:t>vt 0.868813 0.285433</w:t>
        <w:br/>
        <w:t>vt 0.865325 0.285907</w:t>
        <w:br/>
        <w:t>vt 0.865325 0.228517</w:t>
        <w:br/>
        <w:t>vt 0.868813 0.228475</w:t>
        <w:br/>
        <w:t>vt 0.804277 0.310906</w:t>
        <w:br/>
        <w:t>vt 0.798654 0.310906</w:t>
        <w:br/>
        <w:t>vt 0.799920 0.308393</w:t>
        <w:br/>
        <w:t>vt 0.804294 0.308393</w:t>
        <w:br/>
        <w:t>vt 0.850806 0.308393</w:t>
        <w:br/>
        <w:t>vt 0.865325 0.308393</w:t>
        <w:br/>
        <w:t>vt 0.868813 0.310906</w:t>
        <w:br/>
        <w:t>vt 0.847782 0.310906</w:t>
        <w:br/>
        <w:t>vt 0.868813 0.300290</w:t>
        <w:br/>
        <w:t>vt 0.865325 0.300028</w:t>
        <w:br/>
        <w:t>vt 0.817611 0.310906</w:t>
        <w:br/>
        <w:t>vt 0.816940 0.308393</w:t>
        <w:br/>
        <w:t>vt 0.826033 0.310906</w:t>
        <w:br/>
        <w:t>vt 0.247432 0.146579</w:t>
        <w:br/>
        <w:t>vt 0.237808 0.145755</w:t>
        <w:br/>
        <w:t>vt 0.246827 0.169860</w:t>
        <w:br/>
        <w:t>vt 0.235330 0.169316</w:t>
        <w:br/>
        <w:t>vt 0.234779 0.158606</w:t>
        <w:br/>
        <w:t>vt 0.246087 0.157748</w:t>
        <w:br/>
        <w:t>vt 0.323805 0.226466</w:t>
        <w:br/>
        <w:t>vt 0.330175 0.227122</w:t>
        <w:br/>
        <w:t>vt 0.329799 0.230367</w:t>
        <w:br/>
        <w:t>vt 0.314997 0.220204</w:t>
        <w:br/>
        <w:t>vt 0.305260 0.210450</w:t>
        <w:br/>
        <w:t>vt 0.307721 0.206453</w:t>
        <w:br/>
        <w:t>vt 0.290195 0.182416</w:t>
        <w:br/>
        <w:t>vt 0.299812 0.199343</w:t>
        <w:br/>
        <w:t>vt 0.296269 0.202264</w:t>
        <w:br/>
        <w:t>vt 0.286171 0.184040</w:t>
        <w:br/>
        <w:t>vt 0.282158 0.167536</w:t>
        <w:br/>
        <w:t>vt 0.278253 0.167833</w:t>
        <w:br/>
        <w:t>vt 0.288334 0.157479</w:t>
        <w:br/>
        <w:t>vt 0.294744 0.143683</w:t>
        <w:br/>
        <w:t>vt 0.327552 0.196072</w:t>
        <w:br/>
        <w:t>vt 0.333846 0.205704</w:t>
        <w:br/>
        <w:t>vt 0.339935 0.214831</w:t>
        <w:br/>
        <w:t>vt 0.334253 0.232141</w:t>
        <w:br/>
        <w:t>vt 0.345062 0.222576</w:t>
        <w:br/>
        <w:t>vt 0.249340 0.181080</w:t>
        <w:br/>
        <w:t>vt 0.305260 0.210450</w:t>
        <w:br/>
        <w:t>vt 0.314997 0.220204</w:t>
        <w:br/>
        <w:t>vt 0.323805 0.226466</w:t>
        <w:br/>
        <w:t>vt 0.235232 0.182324</w:t>
        <w:br/>
        <w:t>vt 0.305006 0.317452</w:t>
        <w:br/>
        <w:t>vt 0.318734 0.317195</w:t>
        <w:br/>
        <w:t>vt 0.319935 0.331048</w:t>
        <w:br/>
        <w:t>vt 0.305872 0.331856</w:t>
        <w:br/>
        <w:t>vt 0.338769 0.344606</w:t>
        <w:br/>
        <w:t>vt 0.321919 0.346721</w:t>
        <w:br/>
        <w:t>vt 0.337934 0.329424</w:t>
        <w:br/>
        <w:t>vt 0.357457 0.207018</w:t>
        <w:br/>
        <w:t>vt 0.375200 0.204139</w:t>
        <w:br/>
        <w:t>vt 0.377123 0.214755</w:t>
        <w:br/>
        <w:t>vt 0.359207 0.214509</w:t>
        <w:br/>
        <w:t>vt 0.292870 0.333450</w:t>
        <w:br/>
        <w:t>vt 0.290753 0.316733</w:t>
        <w:br/>
        <w:t>vt 0.392460 0.164984</w:t>
        <w:br/>
        <w:t>vt 0.368897 0.191233</w:t>
        <w:br/>
        <w:t>vt 0.363602 0.172594</w:t>
        <w:br/>
        <w:t>vt 0.395394 0.191115</w:t>
        <w:br/>
        <w:t>vt 0.405943 0.173134</w:t>
        <w:br/>
        <w:t>vt 0.275229 0.336495</w:t>
        <w:br/>
        <w:t>vt 0.272988 0.320244</w:t>
        <w:br/>
        <w:t>vt 0.392332 0.202578</w:t>
        <w:br/>
        <w:t>vt 0.309898 0.348038</w:t>
        <w:br/>
        <w:t>vt 0.297360 0.349363</w:t>
        <w:br/>
        <w:t>vt 0.276298 0.353005</w:t>
        <w:br/>
        <w:t>vt 0.323764 0.139820</w:t>
        <w:br/>
        <w:t>vt 0.331575 0.125599</w:t>
        <w:br/>
        <w:t>vt 0.345183 0.142146</w:t>
        <w:br/>
        <w:t>vt 0.334962 0.154020</w:t>
        <w:br/>
        <w:t>vt 0.350257 0.196015</w:t>
        <w:br/>
        <w:t>vt 0.344265 0.200306</w:t>
        <w:br/>
        <w:t>vt 0.337956 0.189172</w:t>
        <w:br/>
        <w:t>vt 0.345693 0.183294</w:t>
        <w:br/>
        <w:t>vt 0.353371 0.206637</w:t>
        <w:br/>
        <w:t>vt 0.347227 0.210949</w:t>
        <w:br/>
        <w:t>vt 0.396194 0.134895</w:t>
        <w:br/>
        <w:t>vt 0.380725 0.157893</w:t>
        <w:br/>
        <w:t>vt 0.368498 0.148319</w:t>
        <w:br/>
        <w:t>vt 0.388811 0.128363</w:t>
        <w:br/>
        <w:t>vt 0.415365 0.133825</w:t>
        <w:br/>
        <w:t>vt 0.425866 0.139200</w:t>
        <w:br/>
        <w:t>vt 0.245628 0.342122</w:t>
        <w:br/>
        <w:t>vt 0.239161 0.364040</w:t>
        <w:br/>
        <w:t>vt 0.245221 0.324662</w:t>
        <w:br/>
        <w:t>vt 0.309765 0.144167</w:t>
        <w:br/>
        <w:t>vt 0.323032 0.163751</w:t>
        <w:br/>
        <w:t>vt 0.331463 0.157129</w:t>
        <w:br/>
        <w:t>vt 0.342707 0.173107</w:t>
        <w:br/>
        <w:t>vt 0.332112 0.178241</w:t>
        <w:br/>
        <w:t>vt 0.355658 0.107554</w:t>
        <w:br/>
        <w:t>vt 0.348360 0.119770</w:t>
        <w:br/>
        <w:t>vt 0.339120 0.112634</w:t>
        <w:br/>
        <w:t>vt 0.343635 0.101873</w:t>
        <w:br/>
        <w:t>vt 0.405164 0.136522</w:t>
        <w:br/>
        <w:t>vt 0.392938 0.214928</w:t>
        <w:br/>
        <w:t>vt 0.291438 0.116068</w:t>
        <w:br/>
        <w:t>vt 0.284965 0.102832</w:t>
        <w:br/>
        <w:t>vt 0.301710 0.100227</w:t>
        <w:br/>
        <w:t>vt 0.302866 0.113248</w:t>
        <w:br/>
        <w:t>vt 0.356135 0.131144</w:t>
        <w:br/>
        <w:t>vt 0.364670 0.116696</w:t>
        <w:br/>
        <w:t>vt 0.387999 0.121884</w:t>
        <w:br/>
        <w:t>vt 0.300961 0.129299</w:t>
        <w:br/>
        <w:t>vt 0.313735 0.113456</w:t>
        <w:br/>
        <w:t>vt 0.324092 0.117864</w:t>
        <w:br/>
        <w:t>vt 0.313149 0.129212</w:t>
        <w:br/>
        <w:t>vt 0.307558 0.140100</w:t>
        <w:br/>
        <w:t>vt 0.358151 0.160000</w:t>
        <w:br/>
        <w:t>vt 0.347048 0.171040</w:t>
        <w:br/>
        <w:t>vt 0.321509 0.143264</w:t>
        <w:br/>
        <w:t>vt 0.334616 0.304108</w:t>
        <w:br/>
        <w:t>vt 0.336122 0.316218</w:t>
        <w:br/>
        <w:t>vt 0.302807 0.088751</w:t>
        <w:br/>
        <w:t>vt 0.281185 0.087857</w:t>
        <w:br/>
        <w:t>vt 0.183464 0.447285</w:t>
        <w:br/>
        <w:t>vt 0.184123 0.441291</w:t>
        <w:br/>
        <w:t>vt 0.189483 0.441448</w:t>
        <w:br/>
        <w:t>vt 0.189483 0.448300</w:t>
        <w:br/>
        <w:t>vt 0.189483 0.454520</w:t>
        <w:br/>
        <w:t>vt 0.182607 0.453286</w:t>
        <w:br/>
        <w:t>vt 0.183760 0.459063</w:t>
        <w:br/>
        <w:t>vt 0.189483 0.459190</w:t>
        <w:br/>
        <w:t>vt 0.350978 0.220843</w:t>
        <w:br/>
        <w:t>vt 0.361381 0.221708</w:t>
        <w:br/>
        <w:t>vt 0.348741 0.225214</w:t>
        <w:br/>
        <w:t>vt 0.184416 0.469805</w:t>
        <w:br/>
        <w:t>vt 0.185195 0.464215</w:t>
        <w:br/>
        <w:t>vt 0.189483 0.464901</w:t>
        <w:br/>
        <w:t>vt 0.189483 0.469805</w:t>
        <w:br/>
        <w:t>vt 0.178463 0.441192</w:t>
        <w:br/>
        <w:t>vt 0.177299 0.446644</w:t>
        <w:br/>
        <w:t>vt 0.175969 0.452767</w:t>
        <w:br/>
        <w:t>vt 0.172442 0.452385</w:t>
        <w:br/>
        <w:t>vt 0.174286 0.459068</w:t>
        <w:br/>
        <w:t>vt 0.170321 0.459012</w:t>
        <w:br/>
        <w:t>vt 0.168817 0.465836</w:t>
        <w:br/>
        <w:t>vt 0.167853 0.465231</w:t>
        <w:br/>
        <w:t>vt 0.865325 0.213341</w:t>
        <w:br/>
        <w:t>vt 0.856227 0.214213</w:t>
        <w:br/>
        <w:t>vt 0.855236 0.199471</w:t>
        <w:br/>
        <w:t>vt 0.865325 0.197658</w:t>
        <w:br/>
        <w:t>vt 0.853942 0.185190</w:t>
        <w:br/>
        <w:t>vt 0.865325 0.183829</w:t>
        <w:br/>
        <w:t>vt 0.851715 0.172274</w:t>
        <w:br/>
        <w:t>vt 0.865325 0.172375</w:t>
        <w:br/>
        <w:t>vt 0.829500 0.201898</w:t>
        <w:br/>
        <w:t>vt 0.831874 0.215024</w:t>
        <w:br/>
        <w:t>vt 0.826202 0.215295</w:t>
        <w:br/>
        <w:t>vt 0.823978 0.202434</w:t>
        <w:br/>
        <w:t>vt 0.825865 0.188185</w:t>
        <w:br/>
        <w:t>vt 0.820471 0.188719</w:t>
        <w:br/>
        <w:t>vt 0.814498 0.160294</w:t>
        <w:br/>
        <w:t>vt 0.820653 0.173992</w:t>
        <w:br/>
        <w:t>vt 0.815441 0.174613</w:t>
        <w:br/>
        <w:t>vt 0.809148 0.161248</w:t>
        <w:br/>
        <w:t>vt 0.801629 0.148593</w:t>
        <w:br/>
        <w:t>vt 0.806298 0.148593</w:t>
        <w:br/>
        <w:t>vt 0.865325 0.159492</w:t>
        <w:br/>
        <w:t>vt 0.855163 0.160636</w:t>
        <w:br/>
        <w:t>vt 0.851412 0.148593</w:t>
        <w:br/>
        <w:t>vt 0.865325 0.148593</w:t>
        <w:br/>
        <w:t>vt 0.837748 0.200950</w:t>
        <w:br/>
        <w:t>vt 0.839712 0.214646</w:t>
        <w:br/>
        <w:t>vt 0.831874 0.215024</w:t>
        <w:br/>
        <w:t>vt 0.829500 0.201898</w:t>
        <w:br/>
        <w:t>vt 0.834630 0.186783</w:t>
        <w:br/>
        <w:t>vt 0.825865 0.188185</w:t>
        <w:br/>
        <w:t>vt 0.843801 0.159689</w:t>
        <w:br/>
        <w:t>vt 0.838162 0.171631</w:t>
        <w:br/>
        <w:t>vt 0.834505 0.160018</w:t>
        <w:br/>
        <w:t>vt 0.841965 0.186234</w:t>
        <w:br/>
        <w:t>vt 0.828977 0.148593</w:t>
        <w:br/>
        <w:t>vt 0.839413 0.148593</w:t>
        <w:br/>
        <w:t>vt 0.442214 0.104655</w:t>
        <w:br/>
        <w:t>vt 0.476889 0.106593</w:t>
        <w:br/>
        <w:t>vt 0.476385 0.111963</w:t>
        <w:br/>
        <w:t>vt 0.441985 0.110040</w:t>
        <w:br/>
        <w:t>vt 0.481703 0.095955</w:t>
        <w:br/>
        <w:t>vt 0.480566 0.101531</w:t>
        <w:br/>
        <w:t>vt 0.439060 0.099212</w:t>
        <w:br/>
        <w:t>vt 0.438489 0.093542</w:t>
        <w:br/>
        <w:t>vt 0.865325 0.213341</w:t>
        <w:br/>
        <w:t>vt 0.865325 0.197658</w:t>
        <w:br/>
        <w:t>vt 0.868813 0.199854</w:t>
        <w:br/>
        <w:t>vt 0.868813 0.214766</w:t>
        <w:br/>
        <w:t>vt 0.865325 0.183829</w:t>
        <w:br/>
        <w:t>vt 0.868813 0.184995</w:t>
        <w:br/>
        <w:t>vt 0.865325 0.172375</w:t>
        <w:br/>
        <w:t>vt 0.868813 0.173351</w:t>
        <w:br/>
        <w:t>vt 0.806228 0.146010</w:t>
        <w:br/>
        <w:t>vt 0.806298 0.148593</w:t>
        <w:br/>
        <w:t>vt 0.801629 0.148593</w:t>
        <w:br/>
        <w:t>vt 0.800378 0.146010</w:t>
        <w:br/>
        <w:t>vt 0.865325 0.148593</w:t>
        <w:br/>
        <w:t>vt 0.851412 0.148593</w:t>
        <w:br/>
        <w:t>vt 0.848599 0.146010</w:t>
        <w:br/>
        <w:t>vt 0.868813 0.146010</w:t>
        <w:br/>
        <w:t>vt 0.865325 0.159492</w:t>
        <w:br/>
        <w:t>vt 0.868813 0.159775</w:t>
        <w:br/>
        <w:t>vt 0.828775 0.146010</w:t>
        <w:br/>
        <w:t>vt 0.838333 0.146010</w:t>
        <w:br/>
        <w:t>vt 0.317609 0.102927</w:t>
        <w:br/>
        <w:t>vt 0.320894 0.093769</w:t>
        <w:br/>
        <w:t>vt 0.328350 0.106643</w:t>
        <w:br/>
        <w:t>vt 0.334018 0.096655</w:t>
        <w:br/>
        <w:t>vt 0.359163 0.219164</w:t>
        <w:br/>
        <w:t>vt 0.355919 0.213073</w:t>
        <w:br/>
        <w:t>vt 0.359207 0.214509</w:t>
        <w:br/>
        <w:t>vt 0.361381 0.221708</w:t>
        <w:br/>
        <w:t>vt 0.354893 0.196025</w:t>
        <w:br/>
        <w:t>vt 0.357457 0.207018</w:t>
        <w:br/>
        <w:t>vt 0.350374 0.182789</w:t>
        <w:br/>
        <w:t>vt 0.345693 0.183294</w:t>
        <w:br/>
        <w:t>vt 0.331463 0.157129</w:t>
        <w:br/>
        <w:t>vt 0.334962 0.154020</w:t>
        <w:br/>
        <w:t>vt 0.347048 0.171040</w:t>
        <w:br/>
        <w:t>vt 0.342707 0.173107</w:t>
        <w:br/>
        <w:t>vt 0.323764 0.139820</w:t>
        <w:br/>
        <w:t>vt 0.321509 0.143264</w:t>
        <w:br/>
        <w:t>vt 0.309765 0.144167</w:t>
        <w:br/>
        <w:t>vt 0.333846 0.205704</w:t>
        <w:br/>
        <w:t>vt 0.327552 0.196072</w:t>
        <w:br/>
        <w:t>vt 0.359163 0.219164</w:t>
        <w:br/>
        <w:t>vt 0.350374 0.182789</w:t>
        <w:br/>
        <w:t>vt 0.354893 0.196025</w:t>
        <w:br/>
        <w:t>vt 0.175437 0.430053</w:t>
        <w:br/>
        <w:t>vt 0.174058 0.424372</w:t>
        <w:br/>
        <w:t>vt 0.175988 0.435461</w:t>
        <w:br/>
        <w:t>vt 0.819362 0.282759</w:t>
        <w:br/>
        <w:t>vt 0.829411 0.284481</w:t>
        <w:br/>
        <w:t>vt 0.824223 0.296587</w:t>
        <w:br/>
        <w:t>vt 0.812738 0.296529</w:t>
        <w:br/>
        <w:t>vt 0.809586 0.308393</w:t>
        <w:br/>
        <w:t>vt 0.804277 0.310906</w:t>
        <w:br/>
        <w:t>vt 0.811024 0.310906</w:t>
        <w:br/>
        <w:t>vt 0.175459 0.440813</w:t>
        <w:br/>
        <w:t>vt 0.174184 0.446356</w:t>
        <w:br/>
        <w:t>vt 0.820653 0.173992</w:t>
        <w:br/>
        <w:t>vt 0.814498 0.160294</w:t>
        <w:br/>
        <w:t>vt 0.825490 0.160300</w:t>
        <w:br/>
        <w:t>vt 0.830131 0.172276</w:t>
        <w:br/>
        <w:t>vt 0.818736 0.148593</w:t>
        <w:br/>
        <w:t>vt 0.811488 0.148593</w:t>
        <w:br/>
        <w:t>vt 0.806228 0.146010</w:t>
        <w:br/>
        <w:t>vt 0.812825 0.146010</w:t>
        <w:br/>
        <w:t>vt 0.176960 0.410301</w:t>
        <w:br/>
        <w:t>vt 0.178554 0.400587</w:t>
        <w:br/>
        <w:t>vt 0.174999 0.405439</w:t>
        <w:br/>
        <w:t>vt 0.173048 0.400587</w:t>
        <w:br/>
        <w:t>vt 0.844278 0.256294</w:t>
        <w:br/>
        <w:t>vt 0.846125 0.241988</w:t>
        <w:br/>
        <w:t>vt 0.846843 0.228247</w:t>
        <w:br/>
        <w:t>vt 0.177951 0.459169</w:t>
        <w:br/>
        <w:t>vt 0.176082 0.465792</w:t>
        <w:br/>
        <w:t>vt 0.172193 0.465786</w:t>
        <w:br/>
        <w:t>vt 0.844587 0.200580</w:t>
        <w:br/>
        <w:t>vt 0.846279 0.214626</w:t>
        <w:br/>
        <w:t>vt 0.493930 0.122051</w:t>
        <w:br/>
        <w:t>vt 0.502889 0.103561</w:t>
        <w:br/>
        <w:t>vt 0.499569 0.120484</w:t>
        <w:br/>
        <w:t>vt 0.804294 0.308393</w:t>
        <w:br/>
        <w:t>vt 0.806298 0.148593</w:t>
        <w:br/>
        <w:t>vt 0.166258 0.404616</w:t>
        <w:br/>
        <w:t>vt 0.837365 0.310906</w:t>
        <w:br/>
        <w:t>vt 0.839443 0.308393</w:t>
        <w:br/>
        <w:t>vt 0.819301 0.146010</w:t>
        <w:br/>
        <w:t>vt 0.180212 0.465585</w:t>
        <w:br/>
        <w:t>vt 0.183946 0.400587</w:t>
        <w:br/>
        <w:t>vt 0.189483 0.400587</w:t>
        <w:br/>
        <w:t>vt 0.189483 0.404405</w:t>
        <w:br/>
        <w:t>vt 0.865325 0.300028</w:t>
        <w:br/>
        <w:t>vt 0.865325 0.308393</w:t>
        <w:br/>
        <w:t>vt 0.179318 0.469805</w:t>
        <w:br/>
        <w:t>vt 0.330175 0.227122</w:t>
        <w:br/>
        <w:t>vt 0.334253 0.232141</w:t>
        <w:br/>
        <w:t>vt 0.335143 0.234564</w:t>
        <w:br/>
        <w:t>vt 0.378344 0.229754</w:t>
        <w:br/>
        <w:t>vt 0.355919 0.213073</w:t>
        <w:br/>
        <w:t>vt 0.395855 0.232217</w:t>
        <w:br/>
        <w:t>vt 0.457673 0.274535</w:t>
        <w:br/>
        <w:t>vt 0.449367 0.280408</w:t>
        <w:br/>
        <w:t>vt 0.475971 0.115739</w:t>
        <w:br/>
        <w:t>vt 0.441844 0.113832</w:t>
        <w:br/>
        <w:t>vt 0.460797 0.121247</w:t>
        <w:br/>
        <w:t>vt 0.530902 0.294199</w:t>
        <w:br/>
        <w:t>vt 0.545344 0.122820</w:t>
        <w:br/>
        <w:t>vt 0.361972 0.224740</w:t>
        <w:br/>
        <w:t>vt 0.337834 0.234686</w:t>
        <w:br/>
        <w:t>vt 0.163443 0.400587</w:t>
        <w:br/>
        <w:t>vt 0.166225 0.400587</w:t>
        <w:br/>
        <w:t>vt 0.167630 0.469805</w:t>
        <w:br/>
        <w:t>vt 0.164951 0.469805</w:t>
        <w:br/>
        <w:t>vt 0.189483 0.410572</w:t>
        <w:br/>
        <w:t>vt 0.868813 0.310906</w:t>
        <w:br/>
        <w:t>vt 0.865325 0.308393</w:t>
        <w:br/>
        <w:t>vt 0.865325 0.148593</w:t>
        <w:br/>
        <w:t>vt 0.868813 0.146010</w:t>
        <w:br/>
        <w:t>vt 0.169137 0.400587</w:t>
        <w:br/>
        <w:t>vt 0.174780 0.469805</w:t>
        <w:br/>
        <w:t>vt 0.170433 0.469805</w:t>
        <w:br/>
        <w:t>vt 0.967634 0.059482</w:t>
        <w:br/>
        <w:t>vt 0.980128 0.050105</w:t>
        <w:br/>
        <w:t>vt 0.980348 0.064288</w:t>
        <w:br/>
        <w:t>vt 0.992774 0.059482</w:t>
        <w:br/>
        <w:t>vt 0.520847 0.253393</w:t>
        <w:br/>
        <w:t>vt 0.518736 0.264251</w:t>
        <w:br/>
        <w:t>vt 0.531887 0.264172</w:t>
        <w:br/>
        <w:t>vt 0.502685 0.254879</w:t>
        <w:br/>
        <w:t>vt 0.489798 0.261802</w:t>
        <w:br/>
        <w:t>vt 0.502658 0.263854</w:t>
        <w:br/>
        <w:t>vt 0.464351 0.240593</w:t>
        <w:br/>
        <w:t>vt 0.459191 0.233542</w:t>
        <w:br/>
        <w:t>vt 0.446319 0.244012</w:t>
        <w:br/>
        <w:t>vt 0.452532 0.252540</w:t>
        <w:br/>
        <w:t>vt 0.465287 0.255004</w:t>
        <w:br/>
        <w:t>vt 0.460732 0.264423</w:t>
        <w:br/>
        <w:t>vt 0.410529 0.214230</w:t>
        <w:br/>
        <w:t>vt 0.414168 0.232456</w:t>
        <w:br/>
        <w:t>vt 0.436039 0.223454</w:t>
        <w:br/>
        <w:t>vt 0.432426 0.211109</w:t>
        <w:br/>
        <w:t>vt 0.411076 0.197246</w:t>
        <w:br/>
        <w:t>vt 0.430782 0.198168</w:t>
        <w:br/>
        <w:t>vt 0.522029 0.249302</w:t>
        <w:br/>
        <w:t>vt 0.535248 0.262040</w:t>
        <w:br/>
        <w:t>vt 0.523735 0.243500</w:t>
        <w:br/>
        <w:t>vt 0.491790 0.097280</w:t>
        <w:br/>
        <w:t>vt 0.489709 0.096662</w:t>
        <w:br/>
        <w:t>vt 0.484939 0.120981</w:t>
        <w:br/>
        <w:t>vt 0.487067 0.121360</w:t>
        <w:br/>
        <w:t>vt 0.476600 0.258598</w:t>
        <w:br/>
        <w:t>vt 0.479165 0.253380</w:t>
        <w:br/>
        <w:t>vt 0.474061 0.248603</w:t>
        <w:br/>
        <w:t>vt 0.468518 0.252867</w:t>
        <w:br/>
        <w:t>vt 0.489946 0.258073</w:t>
        <w:br/>
        <w:t>vt 0.489662 0.251425</w:t>
        <w:br/>
        <w:t>vt 0.501520 0.245897</w:t>
        <w:br/>
        <w:t>vt 0.501943 0.251531</w:t>
        <w:br/>
        <w:t>vt 0.472004 0.235043</w:t>
        <w:br/>
        <w:t>vt 0.466056 0.224688</w:t>
        <w:br/>
        <w:t>vt 0.462107 0.230033</w:t>
        <w:br/>
        <w:t>vt 0.466291 0.237575</w:t>
        <w:br/>
        <w:t>vt 0.457088 0.216781</w:t>
        <w:br/>
        <w:t>vt 0.441743 0.216994</w:t>
        <w:br/>
        <w:t>vt 0.439906 0.220317</w:t>
        <w:br/>
        <w:t>vt 0.457006 0.222140</w:t>
        <w:br/>
        <w:t>vt 0.438025 0.208796</w:t>
        <w:br/>
        <w:t>vt 0.435788 0.209801</w:t>
        <w:br/>
        <w:t>vt 0.527416 0.276411</w:t>
        <w:br/>
        <w:t>vt 0.532084 0.276507</w:t>
        <w:br/>
        <w:t>vt 0.454233 0.226064</w:t>
        <w:br/>
        <w:t>vt 0.474501 0.260805</w:t>
        <w:br/>
        <w:t>vt 0.531148 0.286615</w:t>
        <w:br/>
        <w:t>vt 0.525867 0.286554</w:t>
        <w:br/>
        <w:t>vt 0.498317 0.099680</w:t>
        <w:br/>
        <w:t>vt 0.494546 0.098026</w:t>
        <w:br/>
        <w:t>vt 0.489875 0.121839</w:t>
        <w:br/>
        <w:t>vt 0.493930 0.122051</w:t>
        <w:br/>
        <w:t>vt 0.468902 0.271857</w:t>
        <w:br/>
        <w:t>vt 0.481810 0.273896</w:t>
        <w:br/>
        <w:t>vt 0.427665 0.259345</w:t>
        <w:br/>
        <w:t>vt 0.435526 0.269306</w:t>
        <w:br/>
        <w:t>vt 0.490733 0.279344</w:t>
        <w:br/>
        <w:t>vt 0.503029 0.276527</w:t>
        <w:br/>
        <w:t>vt 0.440795 0.234415</w:t>
        <w:br/>
        <w:t>vt 0.420210 0.247206</w:t>
        <w:br/>
        <w:t>vt 0.492541 0.287518</w:t>
        <w:br/>
        <w:t>vt 0.503605 0.287341</w:t>
        <w:br/>
        <w:t>vt 0.516185 0.287441</w:t>
        <w:br/>
        <w:t>vt 0.504125 0.297116</w:t>
        <w:br/>
        <w:t>vt 0.516611 0.296585</w:t>
        <w:br/>
        <w:t>vt 0.526232 0.295163</w:t>
        <w:br/>
        <w:t>vt 0.491661 0.294459</w:t>
        <w:br/>
        <w:t>vt 0.433329 0.198305</w:t>
        <w:br/>
        <w:t>vt 0.980765 0.042440</w:t>
        <w:br/>
        <w:t>vt 0.987423 0.042440</w:t>
        <w:br/>
        <w:t>vt 0.990836 0.040228</w:t>
        <w:br/>
        <w:t>vt 0.977258 0.040228</w:t>
        <w:br/>
        <w:t>vt 0.971808 0.032277</w:t>
        <w:br/>
        <w:t>vt 0.996034 0.032277</w:t>
        <w:br/>
        <w:t>vt 0.997051 0.027883</w:t>
        <w:br/>
        <w:t>vt 0.970641 0.027883</w:t>
        <w:br/>
        <w:t>vt 0.971125 0.015226</w:t>
        <w:br/>
        <w:t>vt 0.996714 0.015226</w:t>
        <w:br/>
        <w:t>vt 0.996810 0.013427</w:t>
        <w:br/>
        <w:t>vt 0.970850 0.013427</w:t>
        <w:br/>
        <w:t>vt 0.971409 0.017312</w:t>
        <w:br/>
        <w:t>vt 0.996599 0.017312</w:t>
        <w:br/>
        <w:t>vt 0.972691 0.004125</w:t>
        <w:br/>
        <w:t>vt 0.971813 0.005014</w:t>
        <w:br/>
        <w:t>vt 0.996065 0.005014</w:t>
        <w:br/>
        <w:t>vt 0.995229 0.004125</w:t>
        <w:br/>
        <w:t>vt 0.970532 0.007138</w:t>
        <w:br/>
        <w:t>vt 0.997255 0.007138</w:t>
        <w:br/>
        <w:t>vt 0.984127 0.043665</w:t>
        <w:br/>
        <w:t>vt 0.444376 0.199235</w:t>
        <w:br/>
        <w:t>vt 0.435978 0.198489</w:t>
        <w:br/>
        <w:t>vt 0.517010 0.277383</w:t>
        <w:br/>
        <w:t>vt 0.457088 0.216781</w:t>
        <w:br/>
        <w:t>vt 0.973027 0.034901</w:t>
        <w:br/>
        <w:t>vt 0.994892 0.034901</w:t>
        <w:br/>
        <w:t>vt 0.526688 0.159898</w:t>
        <w:br/>
        <w:t>vt 0.539946 0.152351</w:t>
        <w:br/>
        <w:t>vt 0.527024 0.149528</w:t>
        <w:br/>
        <w:t>vt 0.509327 0.154718</w:t>
        <w:br/>
        <w:t>vt 0.511209 0.146420</w:t>
        <w:br/>
        <w:t>vt 0.498150 0.145420</w:t>
        <w:br/>
        <w:t>vt 0.470558 0.161934</w:t>
        <w:br/>
        <w:t>vt 0.460378 0.148667</w:t>
        <w:br/>
        <w:t>vt 0.453035 0.156087</w:t>
        <w:br/>
        <w:t>vt 0.464521 0.167995</w:t>
        <w:br/>
        <w:t>vt 0.473198 0.147931</w:t>
        <w:br/>
        <w:t>vt 0.470078 0.138755</w:t>
        <w:br/>
        <w:t>vt 0.439771 0.174374</w:t>
        <w:br/>
        <w:t>vt 0.458649 0.174457</w:t>
        <w:br/>
        <w:t>vt 0.446229 0.164586</w:t>
        <w:br/>
        <w:t>vt 0.412874 0.180508</w:t>
        <w:br/>
        <w:t>vt 0.434344 0.185770</w:t>
        <w:br/>
        <w:t>vt 0.419091 0.163160</w:t>
        <w:br/>
        <w:t>vt 0.526926 0.163872</w:t>
        <w:br/>
        <w:t>vt 0.527350 0.169850</w:t>
        <w:br/>
        <w:t>vt 0.542811 0.155096</w:t>
        <w:br/>
        <w:t>vt 0.484689 0.145519</w:t>
        <w:br/>
        <w:t>vt 0.475994 0.150299</w:t>
        <w:br/>
        <w:t>vt 0.481074 0.154954</w:t>
        <w:br/>
        <w:t>vt 0.486273 0.150813</w:t>
        <w:br/>
        <w:t>vt 0.497532 0.149020</w:t>
        <w:br/>
        <w:t>vt 0.495628 0.155383</w:t>
        <w:br/>
        <w:t>vt 0.507892 0.157623</w:t>
        <w:br/>
        <w:t>vt 0.506159 0.162924</w:t>
        <w:br/>
        <w:t>vt 0.477359 0.167993</w:t>
        <w:br/>
        <w:t>vt 0.471979 0.164975</w:t>
        <w:br/>
        <w:t>vt 0.466871 0.171686</w:t>
        <w:br/>
        <w:t>vt 0.470112 0.177476</w:t>
        <w:br/>
        <w:t>vt 0.443097 0.177848</w:t>
        <w:br/>
        <w:t>vt 0.444361 0.181324</w:t>
        <w:br/>
        <w:t>vt 0.459976 0.183847</w:t>
        <w:br/>
        <w:t>vt 0.460773 0.178567</w:t>
        <w:br/>
        <w:t>vt 0.437444 0.187426</w:t>
        <w:br/>
        <w:t>vt 0.439499 0.188725</w:t>
        <w:br/>
        <w:t>vt 0.542821 0.140351</w:t>
        <w:br/>
        <w:t>vt 0.538158 0.139663</w:t>
        <w:br/>
        <w:t>vt 0.542811 0.155096</w:t>
        <w:br/>
        <w:t>vt 0.483014 0.143336</w:t>
        <w:br/>
        <w:t>vt 0.543880 0.130243</w:t>
        <w:br/>
        <w:t>vt 0.538821 0.129487</w:t>
        <w:br/>
        <w:t>vt 0.479371 0.131938</w:t>
        <w:br/>
        <w:t>vt 0.468433 0.127851</w:t>
        <w:br/>
        <w:t>vt 0.492752 0.132202</w:t>
        <w:br/>
        <w:t>vt 0.445675 0.130037</w:t>
        <w:br/>
        <w:t>vt 0.436414 0.138717</w:t>
        <w:br/>
        <w:t>vt 0.514307 0.134433</w:t>
        <w:br/>
        <w:t>vt 0.502808 0.128893</w:t>
        <w:br/>
        <w:t>vt 0.427242 0.149587</w:t>
        <w:br/>
        <w:t>vt 0.517236 0.124200</w:t>
        <w:br/>
        <w:t>vt 0.506435 0.121356</w:t>
        <w:br/>
        <w:t>vt 0.519897 0.114909</w:t>
        <w:br/>
        <w:t>vt 0.529571 0.126823</w:t>
        <w:br/>
        <w:t>vt 0.531973 0.117955</w:t>
        <w:br/>
        <w:t>vt 0.540985 0.121073</w:t>
        <w:br/>
        <w:t>vt 0.507085 0.114453</w:t>
        <w:br/>
        <w:t>vt 0.993241 0.037639</w:t>
        <w:br/>
        <w:t>vt 0.974754 0.037639</w:t>
        <w:br/>
        <w:t>vt 0.997051 0.027883</w:t>
        <w:br/>
        <w:t>vt 0.996890 0.025316</w:t>
        <w:br/>
        <w:t>vt 0.971027 0.025316</w:t>
        <w:br/>
        <w:t>vt 0.970641 0.027883</w:t>
        <w:br/>
        <w:t>vt 0.971925 0.019791</w:t>
        <w:br/>
        <w:t>vt 0.971377 0.022716</w:t>
        <w:br/>
        <w:t>vt 0.996693 0.022716</w:t>
        <w:br/>
        <w:t>vt 0.996180 0.019791</w:t>
        <w:br/>
        <w:t>vt 0.996810 0.013427</w:t>
        <w:br/>
        <w:t>vt 0.997891 0.010274</w:t>
        <w:br/>
        <w:t>vt 0.969814 0.010274</w:t>
        <w:br/>
        <w:t>vt 0.970850 0.013427</w:t>
        <w:br/>
        <w:t>vt 0.528189 0.136686</w:t>
        <w:br/>
        <w:t>vt 0.459976 0.183847</w:t>
        <w:br/>
        <w:t>vt 0.316921 0.290971</w:t>
        <w:br/>
        <w:t>vt 0.334063 0.292261</w:t>
        <w:br/>
        <w:t>vt 0.334497 0.280086</w:t>
        <w:br/>
        <w:t>vt 0.317001 0.277025</w:t>
        <w:br/>
        <w:t>vt 0.306982 0.258233</w:t>
        <w:br/>
        <w:t>vt 0.303131 0.275328</w:t>
        <w:br/>
        <w:t>vt 0.319555 0.261531</w:t>
        <w:br/>
        <w:t>vt 0.335143 0.234564</w:t>
        <w:br/>
        <w:t>vt 0.329799 0.230367</w:t>
        <w:br/>
        <w:t>vt 0.323388 0.246874</w:t>
        <w:br/>
        <w:t>vt 0.337284 0.250766</w:t>
        <w:br/>
        <w:t>vt 0.289961 0.273868</w:t>
        <w:br/>
        <w:t>vt 0.289395 0.291394</w:t>
        <w:br/>
        <w:t>vt 0.303406 0.290389</w:t>
        <w:br/>
        <w:t>vt 0.290436 0.304197</w:t>
        <w:br/>
        <w:t>vt 0.304480 0.304048</w:t>
        <w:br/>
        <w:t>vt 0.270473 0.239664</w:t>
        <w:br/>
        <w:t>vt 0.304715 0.231615</w:t>
        <w:br/>
        <w:t>vt 0.290325 0.217830</w:t>
        <w:br/>
        <w:t>vt 0.293250 0.256494</w:t>
        <w:br/>
        <w:t>vt 0.270611 0.255590</w:t>
        <w:br/>
        <w:t>vt 0.271783 0.272478</w:t>
        <w:br/>
        <w:t>vt 0.271309 0.289161</w:t>
        <w:br/>
        <w:t>vt 0.314108 0.241989</w:t>
        <w:br/>
        <w:t>vt 0.278253 0.167833</w:t>
        <w:br/>
        <w:t>vt 0.261773 0.168713</w:t>
        <w:br/>
        <w:t>vt 0.270838 0.187916</w:t>
        <w:br/>
        <w:t>vt 0.286171 0.184040</w:t>
        <w:br/>
        <w:t>vt 0.317137 0.215907</w:t>
        <w:br/>
        <w:t>vt 0.324326 0.212096</w:t>
        <w:br/>
        <w:t>vt 0.316539 0.202049</w:t>
        <w:br/>
        <w:t>vt 0.307721 0.206453</w:t>
        <w:br/>
        <w:t>vt 0.325517 0.222669</w:t>
        <w:br/>
        <w:t>vt 0.332771 0.219014</w:t>
        <w:br/>
        <w:t>vt 0.242367 0.228627</w:t>
        <w:br/>
        <w:t>vt 0.269539 0.226086</w:t>
        <w:br/>
        <w:t>vt 0.266487 0.211115</w:t>
        <w:br/>
        <w:t>vt 0.239861 0.219798</w:t>
        <w:br/>
        <w:t>vt 0.232513 0.242036</w:t>
        <w:br/>
        <w:t>vt 0.231371 0.251714</w:t>
        <w:br/>
        <w:t>vt 0.241280 0.270752</w:t>
        <w:br/>
        <w:t>vt 0.243038 0.287488</w:t>
        <w:br/>
        <w:t>vt 0.245005 0.306015</w:t>
        <w:br/>
        <w:t>vt 0.271169 0.304831</w:t>
        <w:br/>
        <w:t>vt 0.310048 0.168547</w:t>
        <w:br/>
        <w:t>vt 0.297195 0.147904</w:t>
        <w:br/>
        <w:t>vt 0.288334 0.157479</w:t>
        <w:br/>
        <w:t>vt 0.299950 0.177794</w:t>
        <w:br/>
        <w:t>vt 0.290195 0.182416</w:t>
        <w:br/>
        <w:t>vt 0.299812 0.199343</w:t>
        <w:br/>
        <w:t>vt 0.309107 0.192156</w:t>
        <w:br/>
        <w:t>vt 0.239676 0.236201</w:t>
        <w:br/>
        <w:t>vt 0.335740 0.266891</w:t>
        <w:br/>
        <w:t>vt 0.261750 0.117356</w:t>
        <w:br/>
        <w:t>vt 0.251998 0.131229</w:t>
        <w:br/>
        <w:t>vt 0.263445 0.137627</w:t>
        <w:br/>
        <w:t>vt 0.271189 0.128581</w:t>
        <w:br/>
        <w:t>vt 0.319832 0.183962</w:t>
        <w:br/>
        <w:t>vt 0.234532 0.216599</w:t>
        <w:br/>
        <w:t>vt 0.256329 0.192810</w:t>
        <w:br/>
        <w:t>vt 0.239778 0.194085</w:t>
        <w:br/>
        <w:t>vt 0.287663 0.132372</w:t>
        <w:br/>
        <w:t>vt 0.280609 0.121212</w:t>
        <w:br/>
        <w:t>vt 0.278997 0.142832</w:t>
        <w:br/>
        <w:t>vt 0.258683 0.147463</w:t>
        <w:br/>
        <w:t>vt 0.258042 0.158635</w:t>
        <w:br/>
        <w:t>vt 0.273387 0.153651</w:t>
        <w:br/>
        <w:t>vt 0.285815 0.153510</w:t>
        <w:br/>
        <w:t>vt 0.281357 0.207204</w:t>
        <w:br/>
        <w:t>vt 0.296269 0.202264</w:t>
        <w:br/>
        <w:t>vt 0.282158 0.167536</w:t>
        <w:br/>
        <w:t>vt 0.272790 0.109173</w:t>
        <w:br/>
        <w:t>vt 0.317791 0.304120</w:t>
        <w:br/>
        <w:t>vt 0.249585 0.108089</w:t>
        <w:br/>
        <w:t>vt 0.241207 0.127585</w:t>
        <w:br/>
        <w:t>vt 0.263165 0.094391</w:t>
        <w:br/>
        <w:t>vt 0.183454 0.422774</w:t>
        <w:br/>
        <w:t>vt 0.184154 0.429174</w:t>
        <w:br/>
        <w:t>vt 0.189483 0.428320</w:t>
        <w:br/>
        <w:t>vt 0.189483 0.421235</w:t>
        <w:br/>
        <w:t>vt 0.189483 0.415359</w:t>
        <w:br/>
        <w:t>vt 0.182486 0.416658</w:t>
        <w:br/>
        <w:t>vt 0.184345 0.435471</w:t>
        <w:br/>
        <w:t>vt 0.189483 0.435031</w:t>
        <w:br/>
        <w:t>vt 0.340237 0.226458</w:t>
        <w:br/>
        <w:t>vt 0.345492 0.227525</w:t>
        <w:br/>
        <w:t>vt 0.179463 0.405210</w:t>
        <w:br/>
        <w:t>vt 0.182880 0.410720</w:t>
        <w:br/>
        <w:t>vt 0.184595 0.406158</w:t>
        <w:br/>
        <w:t>vt 0.177113 0.423922</w:t>
        <w:br/>
        <w:t>vt 0.178412 0.429950</w:t>
        <w:br/>
        <w:t>vt 0.175721 0.417559</w:t>
        <w:br/>
        <w:t>vt 0.172106 0.418163</w:t>
        <w:br/>
        <w:t>vt 0.173487 0.410965</w:t>
        <w:br/>
        <w:t>vt 0.169295 0.411033</w:t>
        <w:br/>
        <w:t>vt 0.171356 0.405761</w:t>
        <w:br/>
        <w:t>vt 0.167876 0.405701</w:t>
        <w:br/>
        <w:t>vt 0.179023 0.435848</w:t>
        <w:br/>
        <w:t>vt 0.865325 0.260730</w:t>
        <w:br/>
        <w:t>vt 0.854827 0.257960</w:t>
        <w:br/>
        <w:t>vt 0.853520 0.272286</w:t>
        <w:br/>
        <w:t>vt 0.865325 0.273478</w:t>
        <w:br/>
        <w:t>vt 0.843188 0.297923</w:t>
        <w:br/>
        <w:t>vt 0.854599 0.297207</w:t>
        <w:br/>
        <w:t>vt 0.850903 0.285395</w:t>
        <w:br/>
        <w:t>vt 0.865325 0.285907</w:t>
        <w:br/>
        <w:t>vt 0.865325 0.228517</w:t>
        <w:br/>
        <w:t>vt 0.856453 0.228393</w:t>
        <w:br/>
        <w:t>vt 0.856014 0.242900</w:t>
        <w:br/>
        <w:t>vt 0.865325 0.244525</w:t>
        <w:br/>
        <w:t>vt 0.828952 0.254341</w:t>
        <w:br/>
        <w:t>vt 0.831605 0.240971</w:t>
        <w:br/>
        <w:t>vt 0.826009 0.240904</w:t>
        <w:br/>
        <w:t>vt 0.823577 0.253908</w:t>
        <w:br/>
        <w:t>vt 0.825002 0.268363</w:t>
        <w:br/>
        <w:t>vt 0.819794 0.267790</w:t>
        <w:br/>
        <w:t>vt 0.812738 0.296529</w:t>
        <w:br/>
        <w:t>vt 0.819362 0.282759</w:t>
        <w:br/>
        <w:t>vt 0.814392 0.281962</w:t>
        <w:br/>
        <w:t>vt 0.807690 0.295295</w:t>
        <w:br/>
        <w:t>vt 0.832828 0.227942</w:t>
        <w:br/>
        <w:t>vt 0.827136 0.228068</w:t>
        <w:br/>
        <w:t>vt 0.799920 0.308393</w:t>
        <w:br/>
        <w:t>vt 0.804294 0.308393</w:t>
        <w:br/>
        <w:t>vt 0.839443 0.308393</w:t>
        <w:br/>
        <w:t>vt 0.850806 0.308393</w:t>
        <w:br/>
        <w:t>vt 0.831605 0.240971</w:t>
        <w:br/>
        <w:t>vt 0.828952 0.254341</w:t>
        <w:br/>
        <w:t>vt 0.837382 0.255710</w:t>
        <w:br/>
        <w:t>vt 0.839530 0.241784</w:t>
        <w:br/>
        <w:t>vt 0.825002 0.268363</w:t>
        <w:br/>
        <w:t>vt 0.834069 0.270135</w:t>
        <w:br/>
        <w:t>vt 0.837228 0.285611</w:t>
        <w:br/>
        <w:t>vt 0.841489 0.270935</w:t>
        <w:br/>
        <w:t>vt 0.833293 0.297094</w:t>
        <w:br/>
        <w:t>vt 0.827366 0.308393</w:t>
        <w:br/>
        <w:t>vt 0.840441 0.228153</w:t>
        <w:br/>
        <w:t>vt 0.832828 0.227942</w:t>
        <w:br/>
        <w:t>vt 0.865325 0.244525</w:t>
        <w:br/>
        <w:t>vt 0.865325 0.260730</w:t>
        <w:br/>
        <w:t>vt 0.868813 0.258288</w:t>
        <w:br/>
        <w:t>vt 0.868813 0.242787</w:t>
        <w:br/>
        <w:t>vt 0.865325 0.273478</w:t>
        <w:br/>
        <w:t>vt 0.868813 0.273080</w:t>
        <w:br/>
        <w:t>vt 0.865325 0.285907</w:t>
        <w:br/>
        <w:t>vt 0.868813 0.285433</w:t>
        <w:br/>
        <w:t>vt 0.865325 0.228517</w:t>
        <w:br/>
        <w:t>vt 0.868813 0.228475</w:t>
        <w:br/>
        <w:t>vt 0.804277 0.310906</w:t>
        <w:br/>
        <w:t>vt 0.804294 0.308393</w:t>
        <w:br/>
        <w:t>vt 0.799920 0.308393</w:t>
        <w:br/>
        <w:t>vt 0.798654 0.310906</w:t>
        <w:br/>
        <w:t>vt 0.868813 0.310906</w:t>
        <w:br/>
        <w:t>vt 0.865325 0.308393</w:t>
        <w:br/>
        <w:t>vt 0.850806 0.308393</w:t>
        <w:br/>
        <w:t>vt 0.847782 0.310906</w:t>
        <w:br/>
        <w:t>vt 0.865325 0.300028</w:t>
        <w:br/>
        <w:t>vt 0.868813 0.300290</w:t>
        <w:br/>
        <w:t>vt 0.817611 0.310906</w:t>
        <w:br/>
        <w:t>vt 0.826033 0.310906</w:t>
        <w:br/>
        <w:t>vt 0.816940 0.308393</w:t>
        <w:br/>
        <w:t>vt 0.247432 0.146579</w:t>
        <w:br/>
        <w:t>vt 0.237808 0.145755</w:t>
        <w:br/>
        <w:t>vt 0.246827 0.169860</w:t>
        <w:br/>
        <w:t>vt 0.246087 0.157748</w:t>
        <w:br/>
        <w:t>vt 0.234779 0.158606</w:t>
        <w:br/>
        <w:t>vt 0.235330 0.169316</w:t>
        <w:br/>
        <w:t>vt 0.323805 0.226466</w:t>
        <w:br/>
        <w:t>vt 0.329799 0.230367</w:t>
        <w:br/>
        <w:t>vt 0.330175 0.227122</w:t>
        <w:br/>
        <w:t>vt 0.314997 0.220204</w:t>
        <w:br/>
        <w:t>vt 0.305260 0.210450</w:t>
        <w:br/>
        <w:t>vt 0.307721 0.206453</w:t>
        <w:br/>
        <w:t>vt 0.290195 0.182416</w:t>
        <w:br/>
        <w:t>vt 0.286171 0.184040</w:t>
        <w:br/>
        <w:t>vt 0.296269 0.202264</w:t>
        <w:br/>
        <w:t>vt 0.299812 0.199343</w:t>
        <w:br/>
        <w:t>vt 0.282158 0.167536</w:t>
        <w:br/>
        <w:t>vt 0.278253 0.167833</w:t>
        <w:br/>
        <w:t>vt 0.288334 0.157479</w:t>
        <w:br/>
        <w:t>vt 0.294744 0.143683</w:t>
        <w:br/>
        <w:t>vt 0.333846 0.205704</w:t>
        <w:br/>
        <w:t>vt 0.327552 0.196072</w:t>
        <w:br/>
        <w:t>vt 0.339935 0.214831</w:t>
        <w:br/>
        <w:t>vt 0.334253 0.232141</w:t>
        <w:br/>
        <w:t>vt 0.345062 0.222576</w:t>
        <w:br/>
        <w:t>vt 0.249340 0.181080</w:t>
        <w:br/>
        <w:t>vt 0.305260 0.210450</w:t>
        <w:br/>
        <w:t>vt 0.314997 0.220204</w:t>
        <w:br/>
        <w:t>vt 0.323805 0.226466</w:t>
        <w:br/>
        <w:t>vt 0.235232 0.182324</w:t>
        <w:br/>
        <w:t>vt 0.305006 0.317452</w:t>
        <w:br/>
        <w:t>vt 0.305872 0.331856</w:t>
        <w:br/>
        <w:t>vt 0.319935 0.331048</w:t>
        <w:br/>
        <w:t>vt 0.318734 0.317195</w:t>
        <w:br/>
        <w:t>vt 0.321919 0.346721</w:t>
        <w:br/>
        <w:t>vt 0.338769 0.344606</w:t>
        <w:br/>
        <w:t>vt 0.337934 0.329424</w:t>
        <w:br/>
        <w:t>vt 0.357457 0.207018</w:t>
        <w:br/>
        <w:t>vt 0.359207 0.214509</w:t>
        <w:br/>
        <w:t>vt 0.377123 0.214755</w:t>
        <w:br/>
        <w:t>vt 0.375200 0.204139</w:t>
        <w:br/>
        <w:t>vt 0.290753 0.316733</w:t>
        <w:br/>
        <w:t>vt 0.292870 0.333450</w:t>
        <w:br/>
        <w:t>vt 0.392460 0.164984</w:t>
        <w:br/>
        <w:t>vt 0.363602 0.172594</w:t>
        <w:br/>
        <w:t>vt 0.368897 0.191233</w:t>
        <w:br/>
        <w:t>vt 0.395394 0.191115</w:t>
        <w:br/>
        <w:t>vt 0.405943 0.173134</w:t>
        <w:br/>
        <w:t>vt 0.272988 0.320244</w:t>
        <w:br/>
        <w:t>vt 0.275229 0.336495</w:t>
        <w:br/>
        <w:t>vt 0.392332 0.202578</w:t>
        <w:br/>
        <w:t>vt 0.297360 0.349363</w:t>
        <w:br/>
        <w:t>vt 0.309898 0.348038</w:t>
        <w:br/>
        <w:t>vt 0.276298 0.353005</w:t>
        <w:br/>
        <w:t>vt 0.323764 0.139820</w:t>
        <w:br/>
        <w:t>vt 0.334962 0.154020</w:t>
        <w:br/>
        <w:t>vt 0.345183 0.142146</w:t>
        <w:br/>
        <w:t>vt 0.331575 0.125599</w:t>
        <w:br/>
        <w:t>vt 0.350257 0.196015</w:t>
        <w:br/>
        <w:t>vt 0.345693 0.183294</w:t>
        <w:br/>
        <w:t>vt 0.337956 0.189172</w:t>
        <w:br/>
        <w:t>vt 0.344265 0.200306</w:t>
        <w:br/>
        <w:t>vt 0.353371 0.206637</w:t>
        <w:br/>
        <w:t>vt 0.347227 0.210949</w:t>
        <w:br/>
        <w:t>vt 0.396194 0.134895</w:t>
        <w:br/>
        <w:t>vt 0.388811 0.128363</w:t>
        <w:br/>
        <w:t>vt 0.368498 0.148319</w:t>
        <w:br/>
        <w:t>vt 0.380725 0.157893</w:t>
        <w:br/>
        <w:t>vt 0.425866 0.139200</w:t>
        <w:br/>
        <w:t>vt 0.415365 0.133825</w:t>
        <w:br/>
        <w:t>vt 0.245628 0.342122</w:t>
        <w:br/>
        <w:t>vt 0.239161 0.364040</w:t>
        <w:br/>
        <w:t>vt 0.245221 0.324662</w:t>
        <w:br/>
        <w:t>vt 0.323032 0.163751</w:t>
        <w:br/>
        <w:t>vt 0.309765 0.144167</w:t>
        <w:br/>
        <w:t>vt 0.331463 0.157129</w:t>
        <w:br/>
        <w:t>vt 0.332112 0.178241</w:t>
        <w:br/>
        <w:t>vt 0.342707 0.173107</w:t>
        <w:br/>
        <w:t>vt 0.355658 0.107554</w:t>
        <w:br/>
        <w:t>vt 0.343635 0.101873</w:t>
        <w:br/>
        <w:t>vt 0.339120 0.112634</w:t>
        <w:br/>
        <w:t>vt 0.348360 0.119770</w:t>
        <w:br/>
        <w:t>vt 0.405164 0.136522</w:t>
        <w:br/>
        <w:t>vt 0.392938 0.214928</w:t>
        <w:br/>
        <w:t>vt 0.291438 0.116068</w:t>
        <w:br/>
        <w:t>vt 0.302866 0.113248</w:t>
        <w:br/>
        <w:t>vt 0.301710 0.100227</w:t>
        <w:br/>
        <w:t>vt 0.284965 0.102832</w:t>
        <w:br/>
        <w:t>vt 0.387999 0.121884</w:t>
        <w:br/>
        <w:t>vt 0.364670 0.116696</w:t>
        <w:br/>
        <w:t>vt 0.356135 0.131144</w:t>
        <w:br/>
        <w:t>vt 0.300961 0.129299</w:t>
        <w:br/>
        <w:t>vt 0.313735 0.113456</w:t>
        <w:br/>
        <w:t>vt 0.313149 0.129212</w:t>
        <w:br/>
        <w:t>vt 0.324092 0.117864</w:t>
        <w:br/>
        <w:t>vt 0.307558 0.140100</w:t>
        <w:br/>
        <w:t>vt 0.347048 0.171040</w:t>
        <w:br/>
        <w:t>vt 0.358151 0.160000</w:t>
        <w:br/>
        <w:t>vt 0.321509 0.143264</w:t>
        <w:br/>
        <w:t>vt 0.334616 0.304108</w:t>
        <w:br/>
        <w:t>vt 0.336122 0.316218</w:t>
        <w:br/>
        <w:t>vt 0.302807 0.088751</w:t>
        <w:br/>
        <w:t>vt 0.281185 0.087857</w:t>
        <w:br/>
        <w:t>vt 0.183464 0.447285</w:t>
        <w:br/>
        <w:t>vt 0.189483 0.448300</w:t>
        <w:br/>
        <w:t>vt 0.189483 0.441448</w:t>
        <w:br/>
        <w:t>vt 0.184123 0.441291</w:t>
        <w:br/>
        <w:t>vt 0.182607 0.453286</w:t>
        <w:br/>
        <w:t>vt 0.189483 0.454520</w:t>
        <w:br/>
        <w:t>vt 0.183760 0.459063</w:t>
        <w:br/>
        <w:t>vt 0.189483 0.459190</w:t>
        <w:br/>
        <w:t>vt 0.350978 0.220843</w:t>
        <w:br/>
        <w:t>vt 0.348741 0.225214</w:t>
        <w:br/>
        <w:t>vt 0.361381 0.221708</w:t>
        <w:br/>
        <w:t>vt 0.184416 0.469805</w:t>
        <w:br/>
        <w:t>vt 0.189483 0.469805</w:t>
        <w:br/>
        <w:t>vt 0.189483 0.464901</w:t>
        <w:br/>
        <w:t>vt 0.185195 0.464215</w:t>
        <w:br/>
        <w:t>vt 0.178463 0.441192</w:t>
        <w:br/>
        <w:t>vt 0.177299 0.446644</w:t>
        <w:br/>
        <w:t>vt 0.175969 0.452767</w:t>
        <w:br/>
        <w:t>vt 0.172442 0.452385</w:t>
        <w:br/>
        <w:t>vt 0.170321 0.459012</w:t>
        <w:br/>
        <w:t>vt 0.174286 0.459068</w:t>
        <w:br/>
        <w:t>vt 0.167853 0.465231</w:t>
        <w:br/>
        <w:t>vt 0.168817 0.465836</w:t>
        <w:br/>
        <w:t>vt 0.865325 0.213341</w:t>
        <w:br/>
        <w:t>vt 0.865325 0.197658</w:t>
        <w:br/>
        <w:t>vt 0.855236 0.199471</w:t>
        <w:br/>
        <w:t>vt 0.856227 0.214213</w:t>
        <w:br/>
        <w:t>vt 0.865325 0.183829</w:t>
        <w:br/>
        <w:t>vt 0.853942 0.185190</w:t>
        <w:br/>
        <w:t>vt 0.865325 0.172375</w:t>
        <w:br/>
        <w:t>vt 0.851715 0.172274</w:t>
        <w:br/>
        <w:t>vt 0.829500 0.201898</w:t>
        <w:br/>
        <w:t>vt 0.823978 0.202434</w:t>
        <w:br/>
        <w:t>vt 0.826202 0.215295</w:t>
        <w:br/>
        <w:t>vt 0.831874 0.215024</w:t>
        <w:br/>
        <w:t>vt 0.825865 0.188185</w:t>
        <w:br/>
        <w:t>vt 0.820471 0.188719</w:t>
        <w:br/>
        <w:t>vt 0.814498 0.160294</w:t>
        <w:br/>
        <w:t>vt 0.809148 0.161248</w:t>
        <w:br/>
        <w:t>vt 0.815441 0.174613</w:t>
        <w:br/>
        <w:t>vt 0.820653 0.173992</w:t>
        <w:br/>
        <w:t>vt 0.806298 0.148593</w:t>
        <w:br/>
        <w:t>vt 0.801629 0.148593</w:t>
        <w:br/>
        <w:t>vt 0.851412 0.148593</w:t>
        <w:br/>
        <w:t>vt 0.855163 0.160636</w:t>
        <w:br/>
        <w:t>vt 0.865325 0.159492</w:t>
        <w:br/>
        <w:t>vt 0.865325 0.148593</w:t>
        <w:br/>
        <w:t>vt 0.837748 0.200950</w:t>
        <w:br/>
        <w:t>vt 0.829500 0.201898</w:t>
        <w:br/>
        <w:t>vt 0.831874 0.215024</w:t>
        <w:br/>
        <w:t>vt 0.839712 0.214646</w:t>
        <w:br/>
        <w:t>vt 0.834630 0.186783</w:t>
        <w:br/>
        <w:t>vt 0.825865 0.188185</w:t>
        <w:br/>
        <w:t>vt 0.843801 0.159689</w:t>
        <w:br/>
        <w:t>vt 0.834505 0.160018</w:t>
        <w:br/>
        <w:t>vt 0.838162 0.171631</w:t>
        <w:br/>
        <w:t>vt 0.841965 0.186234</w:t>
        <w:br/>
        <w:t>vt 0.839413 0.148593</w:t>
        <w:br/>
        <w:t>vt 0.828977 0.148593</w:t>
        <w:br/>
        <w:t>vt 0.442214 0.104655</w:t>
        <w:br/>
        <w:t>vt 0.441985 0.110040</w:t>
        <w:br/>
        <w:t>vt 0.476385 0.111963</w:t>
        <w:br/>
        <w:t>vt 0.476889 0.106593</w:t>
        <w:br/>
        <w:t>vt 0.439060 0.099212</w:t>
        <w:br/>
        <w:t>vt 0.480566 0.101531</w:t>
        <w:br/>
        <w:t>vt 0.481703 0.095955</w:t>
        <w:br/>
        <w:t>vt 0.438489 0.093542</w:t>
        <w:br/>
        <w:t>vt 0.868813 0.199854</w:t>
        <w:br/>
        <w:t>vt 0.865325 0.197658</w:t>
        <w:br/>
        <w:t>vt 0.865325 0.213341</w:t>
        <w:br/>
        <w:t>vt 0.868813 0.214766</w:t>
        <w:br/>
        <w:t>vt 0.868813 0.184995</w:t>
        <w:br/>
        <w:t>vt 0.865325 0.183829</w:t>
        <w:br/>
        <w:t>vt 0.868813 0.173351</w:t>
        <w:br/>
        <w:t>vt 0.865325 0.172375</w:t>
        <w:br/>
        <w:t>vt 0.806228 0.146010</w:t>
        <w:br/>
        <w:t>vt 0.800378 0.146010</w:t>
        <w:br/>
        <w:t>vt 0.801629 0.148593</w:t>
        <w:br/>
        <w:t>vt 0.806298 0.148593</w:t>
        <w:br/>
        <w:t>vt 0.865325 0.148593</w:t>
        <w:br/>
        <w:t>vt 0.868813 0.146010</w:t>
        <w:br/>
        <w:t>vt 0.848599 0.146010</w:t>
        <w:br/>
        <w:t>vt 0.851412 0.148593</w:t>
        <w:br/>
        <w:t>vt 0.868813 0.159775</w:t>
        <w:br/>
        <w:t>vt 0.865325 0.159492</w:t>
        <w:br/>
        <w:t>vt 0.838333 0.146010</w:t>
        <w:br/>
        <w:t>vt 0.828775 0.146010</w:t>
        <w:br/>
        <w:t>vt 0.317609 0.102927</w:t>
        <w:br/>
        <w:t>vt 0.320894 0.093769</w:t>
        <w:br/>
        <w:t>vt 0.334018 0.096655</w:t>
        <w:br/>
        <w:t>vt 0.328350 0.106643</w:t>
        <w:br/>
        <w:t>vt 0.359163 0.219164</w:t>
        <w:br/>
        <w:t>vt 0.361381 0.221708</w:t>
        <w:br/>
        <w:t>vt 0.359207 0.214509</w:t>
        <w:br/>
        <w:t>vt 0.355919 0.213073</w:t>
        <w:br/>
        <w:t>vt 0.357457 0.207018</w:t>
        <w:br/>
        <w:t>vt 0.354893 0.196025</w:t>
        <w:br/>
        <w:t>vt 0.350374 0.182789</w:t>
        <w:br/>
        <w:t>vt 0.345693 0.183294</w:t>
        <w:br/>
        <w:t>vt 0.331463 0.157129</w:t>
        <w:br/>
        <w:t>vt 0.342707 0.173107</w:t>
        <w:br/>
        <w:t>vt 0.347048 0.171040</w:t>
        <w:br/>
        <w:t>vt 0.334962 0.154020</w:t>
        <w:br/>
        <w:t>vt 0.323764 0.139820</w:t>
        <w:br/>
        <w:t>vt 0.321509 0.143264</w:t>
        <w:br/>
        <w:t>vt 0.309765 0.144167</w:t>
        <w:br/>
        <w:t>vt 0.327552 0.196072</w:t>
        <w:br/>
        <w:t>vt 0.333846 0.205704</w:t>
        <w:br/>
        <w:t>vt 0.359163 0.219164</w:t>
        <w:br/>
        <w:t>vt 0.350374 0.182789</w:t>
        <w:br/>
        <w:t>vt 0.354893 0.196025</w:t>
        <w:br/>
        <w:t>vt 0.175437 0.430053</w:t>
        <w:br/>
        <w:t>vt 0.174058 0.424372</w:t>
        <w:br/>
        <w:t>vt 0.175988 0.435461</w:t>
        <w:br/>
        <w:t>vt 0.819362 0.282759</w:t>
        <w:br/>
        <w:t>vt 0.812738 0.296529</w:t>
        <w:br/>
        <w:t>vt 0.824223 0.296587</w:t>
        <w:br/>
        <w:t>vt 0.829411 0.284481</w:t>
        <w:br/>
        <w:t>vt 0.809586 0.308393</w:t>
        <w:br/>
        <w:t>vt 0.804277 0.310906</w:t>
        <w:br/>
        <w:t>vt 0.811024 0.310906</w:t>
        <w:br/>
        <w:t>vt 0.175459 0.440813</w:t>
        <w:br/>
        <w:t>vt 0.174184 0.446356</w:t>
        <w:br/>
        <w:t>vt 0.820653 0.173992</w:t>
        <w:br/>
        <w:t>vt 0.830131 0.172276</w:t>
        <w:br/>
        <w:t>vt 0.825490 0.160300</w:t>
        <w:br/>
        <w:t>vt 0.814498 0.160294</w:t>
        <w:br/>
        <w:t>vt 0.818736 0.148593</w:t>
        <w:br/>
        <w:t>vt 0.811488 0.148593</w:t>
        <w:br/>
        <w:t>vt 0.812825 0.146010</w:t>
        <w:br/>
        <w:t>vt 0.806228 0.146010</w:t>
        <w:br/>
        <w:t>vt 0.176960 0.410301</w:t>
        <w:br/>
        <w:t>vt 0.178554 0.400587</w:t>
        <w:br/>
        <w:t>vt 0.173048 0.400587</w:t>
        <w:br/>
        <w:t>vt 0.174999 0.405439</w:t>
        <w:br/>
        <w:t>vt 0.846125 0.241988</w:t>
        <w:br/>
        <w:t>vt 0.844278 0.256294</w:t>
        <w:br/>
        <w:t>vt 0.846843 0.228247</w:t>
        <w:br/>
        <w:t>vt 0.177951 0.459169</w:t>
        <w:br/>
        <w:t>vt 0.172193 0.465786</w:t>
        <w:br/>
        <w:t>vt 0.176082 0.465792</w:t>
        <w:br/>
        <w:t>vt 0.844587 0.200580</w:t>
        <w:br/>
        <w:t>vt 0.846279 0.214626</w:t>
        <w:br/>
        <w:t>vt 0.493930 0.122051</w:t>
        <w:br/>
        <w:t>vt 0.499569 0.120484</w:t>
        <w:br/>
        <w:t>vt 0.502889 0.103561</w:t>
        <w:br/>
        <w:t>vt 0.804294 0.308393</w:t>
        <w:br/>
        <w:t>vt 0.806298 0.148593</w:t>
        <w:br/>
        <w:t>vt 0.166258 0.404616</w:t>
        <w:br/>
        <w:t>vt 0.837365 0.310906</w:t>
        <w:br/>
        <w:t>vt 0.839443 0.308393</w:t>
        <w:br/>
        <w:t>vt 0.819301 0.146010</w:t>
        <w:br/>
        <w:t>vt 0.180212 0.465585</w:t>
        <w:br/>
        <w:t>vt 0.183946 0.400587</w:t>
        <w:br/>
        <w:t>vt 0.189483 0.404405</w:t>
        <w:br/>
        <w:t>vt 0.189483 0.400587</w:t>
        <w:br/>
        <w:t>vt 0.865325 0.308393</w:t>
        <w:br/>
        <w:t>vt 0.865325 0.300028</w:t>
        <w:br/>
        <w:t>vt 0.179318 0.469805</w:t>
        <w:br/>
        <w:t>vt 0.330175 0.227122</w:t>
        <w:br/>
        <w:t>vt 0.334253 0.232141</w:t>
        <w:br/>
        <w:t>vt 0.335143 0.234564</w:t>
        <w:br/>
        <w:t>vt 0.378344 0.229754</w:t>
        <w:br/>
        <w:t>vt 0.355919 0.213073</w:t>
        <w:br/>
        <w:t>vt 0.395855 0.232217</w:t>
        <w:br/>
        <w:t>vt 0.457673 0.274535</w:t>
        <w:br/>
        <w:t>vt 0.449367 0.280408</w:t>
        <w:br/>
        <w:t>vt 0.441844 0.113832</w:t>
        <w:br/>
        <w:t>vt 0.475971 0.115739</w:t>
        <w:br/>
        <w:t>vt 0.460797 0.121247</w:t>
        <w:br/>
        <w:t>vt 0.530902 0.294199</w:t>
        <w:br/>
        <w:t>vt 0.545344 0.122820</w:t>
        <w:br/>
        <w:t>vt 0.361972 0.224740</w:t>
        <w:br/>
        <w:t>vt 0.337834 0.234686</w:t>
        <w:br/>
        <w:t>vt 0.166225 0.400587</w:t>
        <w:br/>
        <w:t>vt 0.163443 0.400587</w:t>
        <w:br/>
        <w:t>vt 0.167630 0.469805</w:t>
        <w:br/>
        <w:t>vt 0.164951 0.469805</w:t>
        <w:br/>
        <w:t>vt 0.189483 0.410572</w:t>
        <w:br/>
        <w:t>vt 0.865325 0.308393</w:t>
        <w:br/>
        <w:t>vt 0.868813 0.310906</w:t>
        <w:br/>
        <w:t>vt 0.865325 0.148593</w:t>
        <w:br/>
        <w:t>vt 0.868813 0.146010</w:t>
        <w:br/>
        <w:t>vt 0.169137 0.400587</w:t>
        <w:br/>
        <w:t>vt 0.174780 0.469805</w:t>
        <w:br/>
        <w:t>vt 0.170433 0.469805</w:t>
        <w:br/>
        <w:t>vt 0.967634 0.059482</w:t>
        <w:br/>
        <w:t>vt 0.980348 0.064288</w:t>
        <w:br/>
        <w:t>vt 0.980128 0.050105</w:t>
        <w:br/>
        <w:t>vt 0.992774 0.059482</w:t>
        <w:br/>
        <w:t>vt 0.242955 0.625751</w:t>
        <w:br/>
        <w:t>vt 0.240335 0.645006</w:t>
        <w:br/>
        <w:t>vt 0.222058 0.643176</w:t>
        <w:br/>
        <w:t>vt 0.222058 0.618797</w:t>
        <w:br/>
        <w:t>vt 0.241749 0.696194</w:t>
        <w:br/>
        <w:t>vt 0.233910 0.694935</w:t>
        <w:br/>
        <w:t>vt 0.235454 0.679291</w:t>
        <w:br/>
        <w:t>vt 0.245205 0.680720</w:t>
        <w:br/>
        <w:t>vt 0.257682 0.622195</w:t>
        <w:br/>
        <w:t>vt 0.251680 0.646015</w:t>
        <w:br/>
        <w:t>vt 0.222058 0.710485</w:t>
        <w:br/>
        <w:t>vt 0.231869 0.710463</w:t>
        <w:br/>
        <w:t>vt 0.230976 0.724220</w:t>
        <w:br/>
        <w:t>vt 0.222058 0.723986</w:t>
        <w:br/>
        <w:t>vt 0.237239 0.664284</w:t>
        <w:br/>
        <w:t>vt 0.248127 0.665400</w:t>
        <w:br/>
        <w:t>vt 0.253073 0.554192</w:t>
        <w:br/>
        <w:t>vt 0.267159 0.553018</w:t>
        <w:br/>
        <w:t>vt 0.266151 0.576343</w:t>
        <w:br/>
        <w:t>vt 0.248951 0.576814</w:t>
        <w:br/>
        <w:t>vt 0.253073 0.530082</w:t>
        <w:br/>
        <w:t>vt 0.267130 0.528897</w:t>
        <w:br/>
        <w:t>vt 0.302061 0.525827</w:t>
        <w:br/>
        <w:t>vt 0.287628 0.527132</w:t>
        <w:br/>
        <w:t>vt 0.287970 0.497590</w:t>
        <w:br/>
        <w:t>vt 0.302061 0.497590</w:t>
        <w:br/>
        <w:t>vt 0.267141 0.497590</w:t>
        <w:br/>
        <w:t>vt 0.302061 0.549938</w:t>
        <w:br/>
        <w:t>vt 0.286553 0.551406</w:t>
        <w:br/>
        <w:t>vt 0.285840 0.595477</w:t>
        <w:br/>
        <w:t>vt 0.264477 0.597119</w:t>
        <w:br/>
        <w:t>vt 0.286194 0.574770</w:t>
        <w:br/>
        <w:t>vt 0.302061 0.572975</w:t>
        <w:br/>
        <w:t>vt 0.222058 0.677902</w:t>
        <w:br/>
        <w:t>vt 0.222058 0.662623</w:t>
        <w:br/>
        <w:t>vt 0.244148 0.597229</w:t>
        <w:br/>
        <w:t>vt 0.222058 0.693282</w:t>
        <w:br/>
        <w:t>vt 0.239021 0.606548</w:t>
        <w:br/>
        <w:t>vt 0.231243 0.613970</w:t>
        <w:br/>
        <w:t>vt 0.253073 0.497590</w:t>
        <w:br/>
        <w:t>vt 0.248510 0.530074</w:t>
        <w:br/>
        <w:t>vt 0.250683 0.530019</w:t>
        <w:br/>
        <w:t>vt 0.250683 0.554047</w:t>
        <w:br/>
        <w:t>vt 0.248510 0.554133</w:t>
        <w:br/>
        <w:t>vt 0.242071 0.597077</w:t>
        <w:br/>
        <w:t>vt 0.239762 0.596952</w:t>
        <w:br/>
        <w:t>vt 0.245292 0.576924</w:t>
        <w:br/>
        <w:t>vt 0.247252 0.576878</w:t>
        <w:br/>
        <w:t>vt 0.220064 0.662485</w:t>
        <w:br/>
        <w:t>vt 0.220064 0.677738</w:t>
        <w:br/>
        <w:t>vt 0.218085 0.677516</w:t>
        <w:br/>
        <w:t>vt 0.218085 0.662258</w:t>
        <w:br/>
        <w:t>vt 0.218085 0.642783</w:t>
        <w:br/>
        <w:t>vt 0.218085 0.616686</w:t>
        <w:br/>
        <w:t>vt 0.220064 0.617784</w:t>
        <w:br/>
        <w:t>vt 0.220064 0.643059</w:t>
        <w:br/>
        <w:t>vt 0.220064 0.693182</w:t>
        <w:br/>
        <w:t>vt 0.218085 0.692957</w:t>
        <w:br/>
        <w:t>vt 0.218085 0.722803</w:t>
        <w:br/>
        <w:t>vt 0.218085 0.710753</w:t>
        <w:br/>
        <w:t>vt 0.220064 0.710572</w:t>
        <w:br/>
        <w:t>vt 0.220064 0.722803</w:t>
        <w:br/>
        <w:t>vt 0.228016 0.611539</w:t>
        <w:br/>
        <w:t>vt 0.229925 0.613170</w:t>
        <w:br/>
        <w:t>vt 0.248510 0.497590</w:t>
        <w:br/>
        <w:t>vt 0.250683 0.497590</w:t>
        <w:br/>
        <w:t>vt 0.237211 0.605747</w:t>
        <w:br/>
        <w:t>vt 0.235432 0.604992</w:t>
        <w:br/>
        <w:t>vt 0.244896 0.529867</w:t>
        <w:br/>
        <w:t>vt 0.246735 0.530081</w:t>
        <w:br/>
        <w:t>vt 0.246735 0.554076</w:t>
        <w:br/>
        <w:t>vt 0.244896 0.553938</w:t>
        <w:br/>
        <w:t>vt 0.243338 0.576849</w:t>
        <w:br/>
        <w:t>vt 0.241004 0.576366</w:t>
        <w:br/>
        <w:t>vt 0.302061 0.488456</w:t>
        <w:br/>
        <w:t>vt 0.302061 0.491145</w:t>
        <w:br/>
        <w:t>vt 0.288492 0.488629</w:t>
        <w:br/>
        <w:t>vt 0.289173 0.486595</w:t>
        <w:br/>
        <w:t>vt 0.253073 0.482878</w:t>
        <w:br/>
        <w:t>vt 0.268626 0.483152</w:t>
        <w:br/>
        <w:t>vt 0.268118 0.485026</w:t>
        <w:br/>
        <w:t>vt 0.253073 0.484992</w:t>
        <w:br/>
        <w:t>vt 0.213421 0.662042</w:t>
        <w:br/>
        <w:t>vt 0.215951 0.662068</w:t>
        <w:br/>
        <w:t>vt 0.215951 0.677335</w:t>
        <w:br/>
        <w:t>vt 0.213421 0.677304</w:t>
        <w:br/>
        <w:t>vt 0.215951 0.615672</w:t>
        <w:br/>
        <w:t>vt 0.215951 0.642600</w:t>
        <w:br/>
        <w:t>vt 0.213421 0.642532</w:t>
        <w:br/>
        <w:t>vt 0.213421 0.615356</w:t>
        <w:br/>
        <w:t>vt 0.213421 0.692633</w:t>
        <w:br/>
        <w:t>vt 0.215951 0.692751</w:t>
        <w:br/>
        <w:t>vt 0.215951 0.707382</w:t>
        <w:br/>
        <w:t>vt 0.213421 0.706877</w:t>
        <w:br/>
        <w:t>vt 0.225544 0.608487</w:t>
        <w:br/>
        <w:t>vt 0.226696 0.610244</w:t>
        <w:br/>
        <w:t>vt 0.246735 0.484992</w:t>
        <w:br/>
        <w:t>vt 0.246735 0.497590</w:t>
        <w:br/>
        <w:t>vt 0.244896 0.497590</w:t>
        <w:br/>
        <w:t>vt 0.244896 0.482878</w:t>
        <w:br/>
        <w:t>vt 0.235854 0.595976</w:t>
        <w:br/>
        <w:t>vt 0.238123 0.596808</w:t>
        <w:br/>
        <w:t>vt 0.234037 0.603936</w:t>
        <w:br/>
        <w:t>vt 0.232133 0.602354</w:t>
        <w:br/>
        <w:t>vt 0.244896 0.482878</w:t>
        <w:br/>
        <w:t>vt 0.246735 0.484992</w:t>
        <w:br/>
        <w:t>vt 0.244496 0.711306</w:t>
        <w:br/>
        <w:t>vt 0.244496 0.723249</w:t>
        <w:br/>
        <w:t>vt 0.243369 0.723986</w:t>
        <w:br/>
        <w:t>vt 0.243369 0.711119</w:t>
        <w:br/>
        <w:t>vt 0.215951 0.723986</w:t>
        <w:br/>
        <w:t>vt 0.215951 0.711396</w:t>
        <w:br/>
        <w:t>vt 0.250683 0.485830</w:t>
        <w:br/>
        <w:t>vt 0.248510 0.485830</w:t>
        <w:br/>
        <w:t>vt 0.241359 0.706596</w:t>
        <w:br/>
        <w:t>vt 0.246622 0.712412</w:t>
        <w:br/>
        <w:t>vt 0.246622 0.723249</w:t>
        <w:br/>
        <w:t>vt 0.213449 0.725463</w:t>
        <w:br/>
        <w:t>vt 0.213449 0.711046</w:t>
        <w:br/>
        <w:t>vt 0.248046 0.713655</w:t>
        <w:br/>
        <w:t>vt 0.248046 0.723986</w:t>
        <w:br/>
        <w:t>vt 0.132243 0.470883</w:t>
        <w:br/>
        <w:t>vt 0.146526 0.470883</w:t>
        <w:br/>
        <w:t>vt 0.145692 0.497485</w:t>
        <w:br/>
        <w:t>vt 0.130374 0.497485</w:t>
        <w:br/>
        <w:t>vt 0.205947 0.635042</w:t>
        <w:br/>
        <w:t>vt 0.205947 0.649345</w:t>
        <w:br/>
        <w:t>vt 0.189230 0.649458</w:t>
        <w:br/>
        <w:t>vt 0.190134 0.635085</w:t>
        <w:br/>
        <w:t>vt 0.188057 0.596415</w:t>
        <w:br/>
        <w:t>vt 0.205947 0.593088</w:t>
        <w:br/>
        <w:t>vt 0.205947 0.616007</w:t>
        <w:br/>
        <w:t>vt 0.189177 0.616836</w:t>
        <w:br/>
        <w:t>vt 0.144107 0.680627</w:t>
        <w:br/>
        <w:t>vt 0.143403 0.679119</w:t>
        <w:br/>
        <w:t>vt 0.159971 0.679119</w:t>
        <w:br/>
        <w:t>vt 0.160488 0.680627</w:t>
        <w:br/>
        <w:t>vt 0.108112 0.650179</w:t>
        <w:br/>
        <w:t>vt 0.106667 0.640501</w:t>
        <w:br/>
        <w:t>vt 0.122089 0.636739</w:t>
        <w:br/>
        <w:t>vt 0.186850 0.574995</w:t>
        <w:br/>
        <w:t>vt 0.205014 0.575003</w:t>
        <w:br/>
        <w:t>vt 0.124305 0.648031</w:t>
        <w:br/>
        <w:t>vt 0.138868 0.648031</w:t>
        <w:br/>
        <w:t>vt 0.141709 0.663225</w:t>
        <w:br/>
        <w:t>vt 0.124305 0.663661</w:t>
        <w:br/>
        <w:t>vt 0.150206 0.648031</w:t>
        <w:br/>
        <w:t>vt 0.157487 0.663628</w:t>
        <w:br/>
        <w:t>vt 0.172750 0.663206</w:t>
        <w:br/>
        <w:t>vt 0.160573 0.648031</w:t>
        <w:br/>
        <w:t>vt 0.166409 0.648031</w:t>
        <w:br/>
        <w:t>vt 0.205947 0.664920</w:t>
        <w:br/>
        <w:t>vt 0.189120 0.663937</w:t>
        <w:br/>
        <w:t>vt 0.114788 0.470883</w:t>
        <w:br/>
        <w:t>vt 0.112826 0.497485</w:t>
        <w:br/>
        <w:t>vt 0.225952 0.475474</w:t>
        <w:br/>
        <w:t>vt 0.223881 0.503998</w:t>
        <w:br/>
        <w:t>vt 0.204806 0.503998</w:t>
        <w:br/>
        <w:t>vt 0.206081 0.475474</w:t>
        <w:br/>
        <w:t>vt 0.166409 0.503998</w:t>
        <w:br/>
        <w:t>vt 0.166409 0.475474</w:t>
        <w:br/>
        <w:t>vt 0.184090 0.475474</w:t>
        <w:br/>
        <w:t>vt 0.183672 0.503998</w:t>
        <w:br/>
        <w:t>vt 0.161091 0.620377</w:t>
        <w:br/>
        <w:t>vt 0.146058 0.625389</w:t>
        <w:br/>
        <w:t>vt 0.147406 0.620625</w:t>
        <w:br/>
        <w:t>vt 0.095293 0.656535</w:t>
        <w:br/>
        <w:t>vt 0.089236 0.671529</w:t>
        <w:br/>
        <w:t>vt 0.089066 0.662974</w:t>
        <w:br/>
        <w:t>vt 0.098749 0.661831</w:t>
        <w:br/>
        <w:t>vt 0.166409 0.616007</w:t>
        <w:br/>
        <w:t>vt 0.166409 0.595362</w:t>
        <w:br/>
        <w:t>vt 0.176958 0.680627</w:t>
        <w:br/>
        <w:t>vt 0.175986 0.679119</w:t>
        <w:br/>
        <w:t>vt 0.189087 0.679119</w:t>
        <w:br/>
        <w:t>vt 0.189288 0.680627</w:t>
        <w:br/>
        <w:t>vt 0.166409 0.635042</w:t>
        <w:br/>
        <w:t>vt 0.147000 0.591450</w:t>
        <w:br/>
        <w:t>vt 0.161091 0.590797</w:t>
        <w:br/>
        <w:t>vt 0.126706 0.619492</w:t>
        <w:br/>
        <w:t>vt 0.108664 0.622746</w:t>
        <w:br/>
        <w:t>vt 0.105211 0.608899</w:t>
        <w:br/>
        <w:t>vt 0.129018 0.591183</w:t>
        <w:br/>
        <w:t>vt 0.219691 0.580651</w:t>
        <w:br/>
        <w:t>vt 0.213757 0.586889</w:t>
        <w:br/>
        <w:t>vt 0.215014 0.574709</w:t>
        <w:br/>
        <w:t>vt 0.223041 0.573797</w:t>
        <w:br/>
        <w:t>vt 0.243406 0.475474</w:t>
        <w:br/>
        <w:t>vt 0.237800 0.503998</w:t>
        <w:br/>
        <w:t>vt 0.166409 0.573687</w:t>
        <w:br/>
        <w:t>vt 0.094509 0.470883</w:t>
        <w:br/>
        <w:t>vt 0.093194 0.497485</w:t>
        <w:br/>
        <w:t>vt 0.161091 0.519163</w:t>
        <w:br/>
        <w:t>vt 0.144468 0.519163</w:t>
        <w:br/>
        <w:t>vt 0.161091 0.497485</w:t>
        <w:br/>
        <w:t>vt 0.205566 0.551915</w:t>
        <w:br/>
        <w:t>vt 0.185058 0.551915</w:t>
        <w:br/>
        <w:t>vt 0.129149 0.519163</w:t>
        <w:br/>
        <w:t>vt 0.111074 0.519163</w:t>
        <w:br/>
        <w:t>vt 0.222619 0.528790</w:t>
        <w:br/>
        <w:t>vt 0.205712 0.528790</w:t>
        <w:br/>
        <w:t>vt 0.166409 0.528790</w:t>
        <w:br/>
        <w:t>vt 0.184129 0.528790</w:t>
        <w:br/>
        <w:t>vt 0.110589 0.540997</w:t>
        <w:br/>
        <w:t>vt 0.092026 0.540997</w:t>
        <w:br/>
        <w:t>vt 0.092423 0.519163</w:t>
        <w:br/>
        <w:t>vt 0.143253 0.560651</w:t>
        <w:br/>
        <w:t>vt 0.161091 0.560651</w:t>
        <w:br/>
        <w:t>vt 0.109762 0.560651</w:t>
        <w:br/>
        <w:t>vt 0.128172 0.560651</w:t>
        <w:br/>
        <w:t>vt 0.107999 0.590739</w:t>
        <w:br/>
        <w:t>vt 0.229203 0.551915</w:t>
        <w:br/>
        <w:t>vt 0.219590 0.551915</w:t>
        <w:br/>
        <w:t>vt 0.234314 0.528790</w:t>
        <w:br/>
        <w:t>vt 0.166409 0.551915</w:t>
        <w:br/>
        <w:t>vt 0.053025 0.470883</w:t>
        <w:br/>
        <w:t>vt 0.053387 0.497485</w:t>
        <w:br/>
        <w:t>vt 0.036479 0.497485</w:t>
        <w:br/>
        <w:t>vt 0.037106 0.470883</w:t>
        <w:br/>
        <w:t>vt 0.056942 0.636615</w:t>
        <w:br/>
        <w:t>vt 0.071606 0.641251</w:t>
        <w:br/>
        <w:t>vt 0.070256 0.651648</w:t>
        <w:br/>
        <w:t>vt 0.073987 0.470883</w:t>
        <w:br/>
        <w:t>vt 0.073350 0.497485</w:t>
        <w:br/>
        <w:t>vt 0.035550 0.622044</w:t>
        <w:br/>
        <w:t>vt 0.055624 0.621944</w:t>
        <w:br/>
        <w:t>vt 0.082456 0.657191</w:t>
        <w:br/>
        <w:t>vt 0.079321 0.662699</w:t>
        <w:br/>
        <w:t>vt 0.055484 0.590138</w:t>
        <w:br/>
        <w:t>vt 0.034417 0.590238</w:t>
        <w:br/>
        <w:t>vt 0.077385 0.609440</w:t>
        <w:br/>
        <w:t>vt 0.071948 0.623499</w:t>
        <w:br/>
        <w:t>vt 0.015080 0.578164</w:t>
        <w:br/>
        <w:t>vt 0.020717 0.575912</w:t>
        <w:br/>
        <w:t>vt 0.020717 0.587977</w:t>
        <w:br/>
        <w:t>vt 0.013688 0.587977</w:t>
        <w:br/>
        <w:t>vt 0.054001 0.519163</w:t>
        <w:br/>
        <w:t>vt 0.036596 0.519163</w:t>
        <w:br/>
        <w:t>vt 0.073225 0.519163</w:t>
        <w:br/>
        <w:t>vt 0.074434 0.590718</w:t>
        <w:br/>
        <w:t>vt 0.073282 0.560651</w:t>
        <w:br/>
        <w:t>vt 0.091950 0.560651</w:t>
        <w:br/>
        <w:t>vt 0.091880 0.590717</w:t>
        <w:br/>
        <w:t>vt 0.053498 0.540997</w:t>
        <w:br/>
        <w:t>vt 0.035902 0.540997</w:t>
        <w:br/>
        <w:t>vt 0.073131 0.540997</w:t>
        <w:br/>
        <w:t>vt 0.309961 0.533900</w:t>
        <w:br/>
        <w:t>vt 0.307783 0.533900</w:t>
        <w:br/>
        <w:t>vt 0.307783 0.503608</w:t>
        <w:br/>
        <w:t>vt 0.309961 0.503608</w:t>
        <w:br/>
        <w:t>vt 0.294623 0.613404</w:t>
        <w:br/>
        <w:t>vt 0.293530 0.611983</w:t>
        <w:br/>
        <w:t>vt 0.307783 0.603225</w:t>
        <w:br/>
        <w:t>vt 0.309961 0.604203</w:t>
        <w:br/>
        <w:t>vt 0.307783 0.592573</w:t>
        <w:br/>
        <w:t>vt 0.309961 0.592708</w:t>
        <w:br/>
        <w:t>vt 0.309961 0.558422</w:t>
        <w:br/>
        <w:t>vt 0.307783 0.558422</w:t>
        <w:br/>
        <w:t>vt 0.281896 0.626882</w:t>
        <w:br/>
        <w:t>vt 0.279813 0.627944</w:t>
        <w:br/>
        <w:t>vt 0.282792 0.619755</w:t>
        <w:br/>
        <w:t>vt 0.284538 0.621087</w:t>
        <w:br/>
        <w:t>vt 0.298556 0.617299</w:t>
        <w:br/>
        <w:t>vt 0.284096 0.625665</w:t>
        <w:br/>
        <w:t>vt 0.285901 0.621925</w:t>
        <w:br/>
        <w:t>vt 0.295906 0.614766</w:t>
        <w:br/>
        <w:t>vt 0.298273 0.707647</w:t>
        <w:br/>
        <w:t>vt 0.286156 0.707253</w:t>
        <w:br/>
        <w:t>vt 0.286156 0.691639</w:t>
        <w:br/>
        <w:t>vt 0.297170 0.691766</w:t>
        <w:br/>
        <w:t>vt 0.296477 0.657126</w:t>
        <w:br/>
        <w:t>vt 0.286156 0.656898</w:t>
        <w:br/>
        <w:t>vt 0.286156 0.642074</w:t>
        <w:br/>
        <w:t>vt 0.296255 0.636943</w:t>
        <w:br/>
        <w:t>vt 0.286156 0.715816</w:t>
        <w:br/>
        <w:t>vt 0.286156 0.675944</w:t>
        <w:br/>
        <w:t>vt 0.296652 0.676304</w:t>
        <w:br/>
        <w:t>vt 0.329154 0.720678</w:t>
        <w:br/>
        <w:t>vt 0.327083 0.705478</w:t>
        <w:br/>
        <w:t>vt 0.343862 0.704494</w:t>
        <w:br/>
        <w:t>vt 0.346383 0.720678</w:t>
        <w:br/>
        <w:t>vt 0.327090 0.674246</w:t>
        <w:br/>
        <w:t>vt 0.344099 0.672455</w:t>
        <w:br/>
        <w:t>vt 0.344059 0.688382</w:t>
        <w:br/>
        <w:t>vt 0.326900 0.689801</w:t>
        <w:br/>
        <w:t>vt 0.328262 0.633591</w:t>
        <w:br/>
        <w:t>vt 0.344830 0.630305</w:t>
        <w:br/>
        <w:t>vt 0.344590 0.651938</w:t>
        <w:br/>
        <w:t>vt 0.327067 0.654257</w:t>
        <w:br/>
        <w:t>vt 0.375170 0.720678</w:t>
        <w:br/>
        <w:t>vt 0.375185 0.703172</w:t>
        <w:br/>
        <w:t>vt 0.388393 0.703054</w:t>
        <w:br/>
        <w:t>vt 0.387951 0.720678</w:t>
        <w:br/>
        <w:t>vt 0.360867 0.720678</w:t>
        <w:br/>
        <w:t>vt 0.360006 0.703662</w:t>
        <w:br/>
        <w:t>vt 0.436847 0.604178</w:t>
        <w:br/>
        <w:t>vt 0.460021 0.610792</w:t>
        <w:br/>
        <w:t>vt 0.442316 0.635410</w:t>
        <w:br/>
        <w:t>vt 0.426889 0.629647</w:t>
        <w:br/>
        <w:t>vt 0.422368 0.672720</w:t>
        <w:br/>
        <w:t>vt 0.432209 0.675540</w:t>
        <w:br/>
        <w:t>vt 0.422355 0.689703</w:t>
        <w:br/>
        <w:t>vt 0.415449 0.688639</w:t>
        <w:br/>
        <w:t>vt 0.404212 0.687299</w:t>
        <w:br/>
        <w:t>vt 0.390355 0.686429</w:t>
        <w:br/>
        <w:t>vt 0.393988 0.668967</w:t>
        <w:br/>
        <w:t>vt 0.409380 0.670026</w:t>
        <w:br/>
        <w:t>vt 0.405697 0.625603</w:t>
        <w:br/>
        <w:t>vt 0.417837 0.649376</w:t>
        <w:br/>
        <w:t>vt 0.399862 0.646860</w:t>
        <w:br/>
        <w:t>vt 0.309813 0.691156</w:t>
        <w:br/>
        <w:t>vt 0.310302 0.706773</w:t>
        <w:br/>
        <w:t>vt 0.451260 0.527373</w:t>
        <w:br/>
        <w:t>vt 0.424827 0.524589</w:t>
        <w:br/>
        <w:t>vt 0.425814 0.507224</w:t>
        <w:br/>
        <w:t>vt 0.452043 0.508848</w:t>
        <w:br/>
        <w:t>vt 0.399791 0.502924</w:t>
        <w:br/>
        <w:t>vt 0.397806 0.524586</w:t>
        <w:br/>
        <w:t>vt 0.371432 0.527059</w:t>
        <w:br/>
        <w:t>vt 0.372566 0.497787</w:t>
        <w:br/>
        <w:t>vt 0.310533 0.655701</w:t>
        <w:br/>
        <w:t>vt 0.311093 0.635374</w:t>
        <w:br/>
        <w:t>vt 0.388813 0.599038</w:t>
        <w:br/>
        <w:t>vt 0.412622 0.600302</w:t>
        <w:br/>
        <w:t>vt 0.384843 0.624764</w:t>
        <w:br/>
        <w:t>vt 0.378568 0.669418</w:t>
        <w:br/>
        <w:t>vt 0.376560 0.686486</w:t>
        <w:br/>
        <w:t>vt 0.362169 0.670433</w:t>
        <w:br/>
        <w:t>vt 0.360640 0.687234</w:t>
        <w:br/>
        <w:t>vt 0.367255 0.600626</w:t>
        <w:br/>
        <w:t>vt 0.364560 0.626383</w:t>
        <w:br/>
        <w:t>vt 0.401539 0.703465</w:t>
        <w:br/>
        <w:t>vt 0.310278 0.675552</w:t>
        <w:br/>
        <w:t>vt 0.345125 0.492636</w:t>
        <w:br/>
        <w:t>vt 0.345443 0.501445</w:t>
        <w:br/>
        <w:t>vt 0.400758 0.720678</w:t>
        <w:br/>
        <w:t>vt 0.311356 0.720678</w:t>
        <w:br/>
        <w:t>vt 0.298622 0.720678</w:t>
        <w:br/>
        <w:t>vt 0.461360 0.638715</w:t>
        <w:br/>
        <w:t>vt 0.474480 0.618772</w:t>
        <w:br/>
        <w:t>vt 0.362244 0.649692</w:t>
        <w:br/>
        <w:t>vt 0.416680 0.704374</w:t>
        <w:br/>
        <w:t>vt 0.416876 0.720678</w:t>
        <w:br/>
        <w:t>vt 0.411331 0.720678</w:t>
        <w:br/>
        <w:t>vt 0.411914 0.704119</w:t>
        <w:br/>
        <w:t>vt 0.479835 0.510305</w:t>
        <w:br/>
        <w:t>vt 0.479154 0.532351</w:t>
        <w:br/>
        <w:t>vt 0.345590 0.530750</w:t>
        <w:br/>
        <w:t>vt 0.330612 0.532435</w:t>
        <w:br/>
        <w:t>vt 0.330612 0.503407</w:t>
        <w:br/>
        <w:t>vt 0.498993 0.510550</w:t>
        <w:br/>
        <w:t>vt 0.497421 0.536164</w:t>
        <w:br/>
        <w:t>vt 0.444495 0.578680</w:t>
        <w:br/>
        <w:t>vt 0.470341 0.588456</w:t>
        <w:br/>
        <w:t>vt 0.449075 0.551709</w:t>
        <w:br/>
        <w:t>vt 0.422116 0.549365</w:t>
        <w:br/>
        <w:t>vt 0.395426 0.549234</w:t>
        <w:br/>
        <w:t>vt 0.371096 0.551634</w:t>
        <w:br/>
        <w:t>vt 0.330612 0.595341</w:t>
        <w:br/>
        <w:t>vt 0.330612 0.580052</w:t>
        <w:br/>
        <w:t>vt 0.346335 0.579185</w:t>
        <w:br/>
        <w:t>vt 0.346231 0.604735</w:t>
        <w:br/>
        <w:t>vt 0.346383 0.555192</w:t>
        <w:br/>
        <w:t>vt 0.483162 0.602335</w:t>
        <w:br/>
        <w:t>vt 0.476521 0.556551</w:t>
        <w:br/>
        <w:t>vt 0.418454 0.573820</w:t>
        <w:br/>
        <w:t>vt 0.392617 0.573053</w:t>
        <w:br/>
        <w:t>vt 0.368761 0.575758</w:t>
        <w:br/>
        <w:t>vt 0.330612 0.556833</w:t>
        <w:br/>
        <w:t>vt 0.494460 0.560665</w:t>
        <w:br/>
        <w:t>vt 0.444768 0.660023</w:t>
        <w:br/>
        <w:t>vt 0.431975 0.653977</w:t>
        <w:br/>
        <w:t>vt 0.456831 0.644786</w:t>
        <w:br/>
        <w:t>vt 0.010520 0.475489</w:t>
        <w:br/>
        <w:t>vt 0.010622 0.500738</w:t>
        <w:br/>
        <w:t>vt 0.002199 0.500156</w:t>
        <w:br/>
        <w:t>vt 0.002199 0.475289</w:t>
        <w:br/>
        <w:t>vt 0.002199 0.521787</w:t>
        <w:br/>
        <w:t>vt 0.010722 0.522078</w:t>
        <w:br/>
        <w:t>vt 0.014890 0.542524</w:t>
        <w:br/>
        <w:t>vt 0.012482 0.542460</w:t>
        <w:br/>
        <w:t>vt 0.012574 0.522060</w:t>
        <w:br/>
        <w:t>vt 0.015278 0.522146</w:t>
        <w:br/>
        <w:t>vt 0.470827 0.496515</w:t>
        <w:br/>
        <w:t>vt 0.470628 0.494490</w:t>
        <w:br/>
        <w:t>vt 0.499206 0.496646</w:t>
        <w:br/>
        <w:t>vt 0.499218 0.499800</w:t>
        <w:br/>
        <w:t>vt 0.091531 0.601066</w:t>
        <w:br/>
        <w:t>vt 0.098618 0.601435</w:t>
        <w:br/>
        <w:t>vt 0.084406 0.601593</w:t>
        <w:br/>
        <w:t>vt 0.205947 0.684816</w:t>
        <w:br/>
        <w:t>vt 0.189457 0.684816</w:t>
        <w:br/>
        <w:t>vt 0.189415 0.683194</w:t>
        <w:br/>
        <w:t>vt 0.205947 0.683194</w:t>
        <w:br/>
        <w:t>vt 0.160814 0.684816</w:t>
        <w:br/>
        <w:t>vt 0.144426 0.684816</w:t>
        <w:br/>
        <w:t>vt 0.144422 0.683194</w:t>
        <w:br/>
        <w:t>vt 0.160927 0.683194</w:t>
        <w:br/>
        <w:t>vt 0.177276 0.684816</w:t>
        <w:br/>
        <w:t>vt 0.177257 0.683194</w:t>
        <w:br/>
        <w:t>vt 0.132278 0.466612</w:t>
        <w:br/>
        <w:t>vt 0.114943 0.466612</w:t>
        <w:br/>
        <w:t>vt 0.225422 0.473432</w:t>
        <w:br/>
        <w:t>vt 0.205482 0.473432</w:t>
        <w:br/>
        <w:t>vt 0.166409 0.473432</w:t>
        <w:br/>
        <w:t>vt 0.183527 0.473432</w:t>
        <w:br/>
        <w:t>vt 0.124305 0.684816</w:t>
        <w:br/>
        <w:t>vt 0.124305 0.683194</w:t>
        <w:br/>
        <w:t>vt 0.243406 0.473432</w:t>
        <w:br/>
        <w:t>vt 0.094664 0.466612</w:t>
        <w:br/>
        <w:t>vt 0.037359 0.466612</w:t>
        <w:br/>
        <w:t>vt 0.053055 0.466612</w:t>
        <w:br/>
        <w:t>vt 0.074063 0.466612</w:t>
        <w:br/>
        <w:t>vt 0.306344 0.495453</w:t>
        <w:br/>
        <w:t>vt 0.304585 0.498132</w:t>
        <w:br/>
        <w:t>vt 0.305414 0.493144</w:t>
        <w:br/>
        <w:t>vt 0.311663 0.493144</w:t>
        <w:br/>
        <w:t>vt 0.311533 0.495453</w:t>
        <w:br/>
        <w:t>vt 0.306344 0.495453</w:t>
        <w:br/>
        <w:t>vt 0.305414 0.493144</w:t>
        <w:br/>
        <w:t>vt 0.291849 0.609585</w:t>
        <w:br/>
        <w:t>vt 0.304044 0.601597</w:t>
        <w:br/>
        <w:t>vt 0.306344 0.602567</w:t>
        <w:br/>
        <w:t>vt 0.292653 0.610862</w:t>
        <w:br/>
        <w:t>vt 0.306344 0.581710</w:t>
        <w:br/>
        <w:t>vt 0.304585 0.581710</w:t>
        <w:br/>
        <w:t>vt 0.304585 0.558422</w:t>
        <w:br/>
        <w:t>vt 0.306344 0.558422</w:t>
        <w:br/>
        <w:t>vt 0.304585 0.533900</w:t>
        <w:br/>
        <w:t>vt 0.306344 0.533900</w:t>
        <w:br/>
        <w:t>vt 0.280467 0.617337</w:t>
        <w:br/>
        <w:t>vt 0.281488 0.618388</w:t>
        <w:br/>
        <w:t>vt 0.277569 0.628669</w:t>
        <w:br/>
        <w:t>vt 0.275846 0.628601</w:t>
        <w:br/>
        <w:t>vt 0.280645 0.707253</w:t>
        <w:br/>
        <w:t>vt 0.280645 0.691639</w:t>
        <w:br/>
        <w:t>vt 0.282029 0.691639</w:t>
        <w:br/>
        <w:t>vt 0.282029 0.707253</w:t>
        <w:br/>
        <w:t>vt 0.282029 0.656898</w:t>
        <w:br/>
        <w:t>vt 0.280645 0.656898</w:t>
        <w:br/>
        <w:t>vt 0.280645 0.639585</w:t>
        <w:br/>
        <w:t>vt 0.282029 0.640414</w:t>
        <w:br/>
        <w:t>vt 0.286448 0.631916</w:t>
        <w:br/>
        <w:t>vt 0.288112 0.632811</w:t>
        <w:br/>
        <w:t>vt 0.280645 0.639585</w:t>
        <w:br/>
        <w:t>vt 0.282029 0.718993</w:t>
        <w:br/>
        <w:t>vt 0.280645 0.719736</w:t>
        <w:br/>
        <w:t>vt 0.280645 0.675944</w:t>
        <w:br/>
        <w:t>vt 0.282029 0.675944</w:t>
        <w:br/>
        <w:t>vt 0.438282 0.678143</w:t>
        <w:br/>
        <w:t>vt 0.428003 0.690983</w:t>
        <w:br/>
        <w:t>vt 0.426881 0.690230</w:t>
        <w:br/>
        <w:t>vt 0.437047 0.676378</w:t>
        <w:br/>
        <w:t>vt 0.426131 0.504815</w:t>
        <w:br/>
        <w:t>vt 0.452275 0.506658</w:t>
        <w:br/>
        <w:t>vt 0.399948 0.500477</w:t>
        <w:br/>
        <w:t>vt 0.372258 0.495325</w:t>
        <w:br/>
        <w:t>vt 0.345395 0.490317</w:t>
        <w:br/>
        <w:t>vt 0.422409 0.705008</w:t>
        <w:br/>
        <w:t>vt 0.420709 0.704568</w:t>
        <w:br/>
        <w:t>vt 0.479806 0.508068</w:t>
        <w:br/>
        <w:t>vt 0.326168 0.489496</w:t>
        <w:br/>
        <w:t>vt 0.324852 0.497659</w:t>
        <w:br/>
        <w:t>vt 0.324852 0.487503</w:t>
        <w:br/>
        <w:t>vt 0.330612 0.489905</w:t>
        <w:br/>
        <w:t>vt 0.330612 0.487545</w:t>
        <w:br/>
        <w:t>vt 0.321719 0.606778</w:t>
        <w:br/>
        <w:t>vt 0.323246 0.607420</w:t>
        <w:br/>
        <w:t>vt 0.308576 0.619288</w:t>
        <w:br/>
        <w:t>vt 0.307170 0.618113</w:t>
        <w:br/>
        <w:t>vt 0.503182 0.510402</w:t>
        <w:br/>
        <w:t>vt 0.503979 0.509001</w:t>
        <w:br/>
        <w:t>vt 0.504076 0.537866</w:t>
        <w:br/>
        <w:t>vt 0.501698 0.537471</w:t>
        <w:br/>
        <w:t>vt 0.503182 0.510402</w:t>
        <w:br/>
        <w:t>vt 0.499296 0.508030</w:t>
        <w:br/>
        <w:t>vt 0.503979 0.509001</w:t>
        <w:br/>
        <w:t>vt 0.326168 0.580809</w:t>
        <w:br/>
        <w:t>vt 0.324852 0.581111</w:t>
        <w:br/>
        <w:t>vt 0.324852 0.557944</w:t>
        <w:br/>
        <w:t>vt 0.326168 0.557652</w:t>
        <w:br/>
        <w:t>vt 0.478772 0.621360</w:t>
        <w:br/>
        <w:t>vt 0.487166 0.604279</w:t>
        <w:br/>
        <w:t>vt 0.489036 0.605292</w:t>
        <w:br/>
        <w:t>vt 0.481024 0.622422</w:t>
        <w:br/>
        <w:t>vt 0.324852 0.533591</w:t>
        <w:br/>
        <w:t>vt 0.326168 0.533407</w:t>
        <w:br/>
        <w:t>vt 0.500798 0.562592</w:t>
        <w:br/>
        <w:t>vt 0.498854 0.561925</w:t>
        <w:br/>
        <w:t>vt 0.010470 0.473435</w:t>
        <w:br/>
        <w:t>vt 0.015632 0.473573</w:t>
        <w:br/>
        <w:t>vt 0.015489 0.475228</w:t>
        <w:br/>
        <w:t>vt 0.016898 0.501051</w:t>
        <w:br/>
        <w:t>vt 0.015489 0.475228</w:t>
        <w:br/>
        <w:t>vt 0.018955 0.477962</w:t>
        <w:br/>
        <w:t>vt 0.018955 0.501010</w:t>
        <w:br/>
        <w:t>vt 0.007361 0.574699</w:t>
        <w:br/>
        <w:t>vt 0.009039 0.576058</w:t>
        <w:br/>
        <w:t>vt 0.002199 0.577819</w:t>
        <w:br/>
        <w:t>vt 0.002199 0.575916</w:t>
        <w:br/>
        <w:t>vt 0.504054 0.489602</w:t>
        <w:br/>
        <w:t>vt 0.509961 0.489602</w:t>
        <w:br/>
        <w:t>vt 0.508170 0.492596</w:t>
        <w:br/>
        <w:t>vt 0.503751 0.491528</w:t>
        <w:br/>
        <w:t>vt 0.505679 0.501641</w:t>
        <w:br/>
        <w:t>vt 0.507782 0.498221</w:t>
        <w:br/>
        <w:t>vt 0.507732 0.507191</w:t>
        <w:br/>
        <w:t>vt 0.469946 0.489602</w:t>
        <w:br/>
        <w:t>vt 0.470233 0.491024</w:t>
        <w:br/>
        <w:t>vt 0.446708 0.490949</w:t>
        <w:br/>
        <w:t>vt 0.446421 0.489602</w:t>
        <w:br/>
        <w:t>vt 0.283395 0.691639</w:t>
        <w:br/>
        <w:t>vt 0.285031 0.691639</w:t>
        <w:br/>
        <w:t>vt 0.285031 0.707253</w:t>
        <w:br/>
        <w:t>vt 0.283395 0.707253</w:t>
        <w:br/>
        <w:t>vt 0.283395 0.675944</w:t>
        <w:br/>
        <w:t>vt 0.285031 0.675944</w:t>
        <w:br/>
        <w:t>vt 0.285031 0.641845</w:t>
        <w:br/>
        <w:t>vt 0.285031 0.656898</w:t>
        <w:br/>
        <w:t>vt 0.283395 0.656898</w:t>
        <w:br/>
        <w:t>vt 0.283395 0.641341</w:t>
        <w:br/>
        <w:t>vt 0.289258 0.633979</w:t>
        <w:br/>
        <w:t>vt 0.290123 0.635443</w:t>
        <w:br/>
        <w:t>vt 0.324761 0.608246</w:t>
        <w:br/>
        <w:t>vt 0.325781 0.608568</w:t>
        <w:br/>
        <w:t>vt 0.310428 0.621703</w:t>
        <w:br/>
        <w:t>vt 0.309689 0.620550</w:t>
        <w:br/>
        <w:t>vt 0.327502 0.594856</w:t>
        <w:br/>
        <w:t>vt 0.329048 0.595023</w:t>
        <w:br/>
        <w:t>vt 0.327502 0.533054</w:t>
        <w:br/>
        <w:t>vt 0.329048 0.532697</w:t>
        <w:br/>
        <w:t>vt 0.329048 0.556994</w:t>
        <w:br/>
        <w:t>vt 0.327502 0.557256</w:t>
        <w:br/>
        <w:t>vt 0.327502 0.504137</w:t>
        <w:br/>
        <w:t>vt 0.329048 0.503747</w:t>
        <w:br/>
        <w:t>vt 0.500259 0.537102</w:t>
        <w:br/>
        <w:t>vt 0.497336 0.561452</w:t>
        <w:br/>
        <w:t>vt 0.495976 0.561049</w:t>
        <w:br/>
        <w:t>vt 0.498855 0.536661</w:t>
        <w:br/>
        <w:t>vt 0.475731 0.619332</w:t>
        <w:br/>
        <w:t>vt 0.463407 0.639475</w:t>
        <w:br/>
        <w:t>vt 0.447030 0.660369</w:t>
        <w:br/>
        <w:t>vt 0.458741 0.645577</w:t>
        <w:br/>
        <w:t>vt 0.420785 0.722103</w:t>
        <w:br/>
        <w:t>vt 0.420580 0.724561</w:t>
        <w:br/>
        <w:t>vt 0.418811 0.721892</w:t>
        <w:br/>
        <w:t>vt 0.411569 0.724561</w:t>
        <w:br/>
        <w:t>vt 0.411391 0.721892</w:t>
        <w:br/>
        <w:t>vt 0.400579 0.724561</w:t>
        <w:br/>
        <w:t>vt 0.400692 0.721892</w:t>
        <w:br/>
        <w:t>vt 0.387634 0.724561</w:t>
        <w:br/>
        <w:t>vt 0.387730 0.721892</w:t>
        <w:br/>
        <w:t>vt 0.374743 0.724561</w:t>
        <w:br/>
        <w:t>vt 0.374872 0.721892</w:t>
        <w:br/>
        <w:t>vt 0.360435 0.724561</w:t>
        <w:br/>
        <w:t>vt 0.360559 0.721892</w:t>
        <w:br/>
        <w:t>vt 0.346043 0.724561</w:t>
        <w:br/>
        <w:t>vt 0.346066 0.721892</w:t>
        <w:br/>
        <w:t>vt 0.328939 0.724561</w:t>
        <w:br/>
        <w:t>vt 0.328859 0.721892</w:t>
        <w:br/>
        <w:t>vt 0.311191 0.724561</w:t>
        <w:br/>
        <w:t>vt 0.311118 0.721892</w:t>
        <w:br/>
        <w:t>vt 0.298595 0.724561</w:t>
        <w:br/>
        <w:t>vt 0.298503 0.721892</w:t>
        <w:br/>
        <w:t>vt 0.290229 0.720384</w:t>
        <w:br/>
        <w:t>vt 0.288065 0.723170</w:t>
        <w:br/>
        <w:t>vt 0.285031 0.717175</w:t>
        <w:br/>
        <w:t>vt 0.283395 0.718444</w:t>
        <w:br/>
        <w:t>vt 0.326168 0.489496</w:t>
        <w:br/>
        <w:t>vt 0.324852 0.487503</w:t>
        <w:br/>
        <w:t>vt 0.329048 0.490783</w:t>
        <w:br/>
        <w:t>vt 0.499865 0.511260</w:t>
        <w:br/>
        <w:t>vt 0.501812 0.511386</w:t>
        <w:br/>
        <w:t>vt 0.306344 0.592225</w:t>
        <w:br/>
        <w:t>vt 0.306344 0.503608</w:t>
        <w:br/>
        <w:t>vt 0.309961 0.496621</w:t>
        <w:br/>
        <w:t>vt 0.307783 0.496621</w:t>
        <w:br/>
        <w:t>vt 0.311533 0.533900</w:t>
        <w:br/>
        <w:t>vt 0.311533 0.503608</w:t>
        <w:br/>
        <w:t>vt 0.311533 0.558422</w:t>
        <w:br/>
        <w:t>vt 0.311533 0.581710</w:t>
        <w:br/>
        <w:t>vt 0.309961 0.581710</w:t>
        <w:br/>
        <w:t>vt 0.311533 0.604856</w:t>
        <w:br/>
        <w:t>vt 0.470534 0.493230</w:t>
        <w:br/>
        <w:t>vt 0.498794 0.493099</w:t>
        <w:br/>
        <w:t>vt 0.499027 0.495212</w:t>
        <w:br/>
        <w:t>vt 0.447030 0.492533</w:t>
        <w:br/>
        <w:t>vt 0.447168 0.493692</w:t>
        <w:br/>
        <w:t>vt 0.508170 0.492596</w:t>
        <w:br/>
        <w:t>vt 0.509961 0.489602</w:t>
        <w:br/>
        <w:t>vt 0.509961 0.500304</w:t>
        <w:br/>
        <w:t>vt 0.498663 0.491681</w:t>
        <w:br/>
        <w:t>vt 0.506846 0.496055</w:t>
        <w:br/>
        <w:t>vt 0.507038 0.493817</w:t>
        <w:br/>
        <w:t>vt 0.470628 0.494490</w:t>
        <w:br/>
        <w:t>vt 0.499206 0.496646</w:t>
        <w:br/>
        <w:t>vt 0.498594 0.489602</w:t>
        <w:br/>
        <w:t>vt 0.012667 0.500826</w:t>
        <w:br/>
        <w:t>vt 0.014938 0.500962</w:t>
        <w:br/>
        <w:t>vt 0.007361 0.574699</w:t>
        <w:br/>
        <w:t>vt 0.002199 0.575916</w:t>
        <w:br/>
        <w:t>vt 0.002199 0.559905</w:t>
        <w:br/>
        <w:t>vt 0.009148 0.559552</w:t>
        <w:br/>
        <w:t>vt 0.002199 0.473363</w:t>
        <w:br/>
        <w:t>vt 0.014749 0.572980</w:t>
        <w:br/>
        <w:t>vt 0.018955 0.573377</w:t>
        <w:br/>
        <w:t>vt 0.012322 0.476681</w:t>
        <w:br/>
        <w:t>vt 0.014321 0.476762</w:t>
        <w:br/>
        <w:t>vt 0.205947 0.679119</w:t>
        <w:br/>
        <w:t>vt 0.205947 0.680627</w:t>
        <w:br/>
        <w:t>vt 0.124305 0.679119</w:t>
        <w:br/>
        <w:t>vt 0.124305 0.680627</w:t>
        <w:br/>
        <w:t>vt 0.326168 0.594654</w:t>
        <w:br/>
        <w:t>vt 0.326168 0.504312</w:t>
        <w:br/>
        <w:t>vt 0.327502 0.490380</w:t>
        <w:br/>
        <w:t>vt 0.493781 0.585188</w:t>
        <w:br/>
        <w:t>vt 0.492344 0.584631</w:t>
        <w:br/>
        <w:t>vt 0.465970 0.641561</w:t>
        <w:br/>
        <w:t>vt 0.465062 0.640612</w:t>
        <w:br/>
        <w:t>vt 0.477206 0.620419</w:t>
        <w:br/>
        <w:t>vt 0.449439 0.661841</w:t>
        <w:br/>
        <w:t>vt 0.460797 0.646547</w:t>
        <w:br/>
        <w:t>vt 0.462292 0.647107</w:t>
        <w:br/>
        <w:t>vt 0.450797 0.663479</w:t>
        <w:br/>
        <w:t>vt 0.424720 0.689618</w:t>
        <w:br/>
        <w:t>vt 0.434841 0.675505</w:t>
        <w:br/>
        <w:t>vt 0.418891 0.704302</w:t>
        <w:br/>
        <w:t>vt 0.298595 0.724561</w:t>
        <w:br/>
        <w:t>vt 0.292879 0.725677</w:t>
        <w:br/>
        <w:t>vt 0.289842 0.725170</w:t>
        <w:br/>
        <w:t>vt 0.290503 0.719170</w:t>
        <w:br/>
        <w:t>vt 0.484309 0.602939</w:t>
        <w:br/>
        <w:t>vt 0.329048 0.580158</w:t>
        <w:br/>
        <w:t>vt 0.311107 0.622631</w:t>
        <w:br/>
        <w:t>vt 0.326899 0.609479</w:t>
        <w:br/>
        <w:t>vt 0.294280 0.632028</w:t>
        <w:br/>
        <w:t>vt 0.294631 0.632396</w:t>
        <w:br/>
        <w:t>vt 0.017120 0.522320</w:t>
        <w:br/>
        <w:t>vt 0.017076 0.542864</w:t>
        <w:br/>
        <w:t>vt 0.018955 0.522509</w:t>
        <w:br/>
        <w:t>vt 0.018955 0.543313</w:t>
        <w:br/>
        <w:t>vt 0.009909 0.572211</w:t>
        <w:br/>
        <w:t>vt 0.012252 0.571881</w:t>
        <w:br/>
        <w:t>vt 0.011534 0.559662</w:t>
        <w:br/>
        <w:t>vt 0.009909 0.572211</w:t>
        <w:br/>
        <w:t>vt 0.205947 0.683194</w:t>
        <w:br/>
        <w:t>vt 0.189415 0.683194</w:t>
        <w:br/>
        <w:t>vt 0.177257 0.683194</w:t>
        <w:br/>
        <w:t>vt 0.160927 0.683194</w:t>
        <w:br/>
        <w:t>vt 0.144422 0.683194</w:t>
        <w:br/>
        <w:t>vt 0.204624 0.465994</w:t>
        <w:br/>
        <w:t>vt 0.204214 0.463606</w:t>
        <w:br/>
        <w:t>vt 0.215372 0.463606</w:t>
        <w:br/>
        <w:t>vt 0.215496 0.465994</w:t>
        <w:br/>
        <w:t>vt 0.203394 0.398899</w:t>
        <w:br/>
        <w:t>vt 0.216401 0.399175</w:t>
        <w:br/>
        <w:t>vt 0.216153 0.416102</w:t>
        <w:br/>
        <w:t>vt 0.203703 0.416893</w:t>
        <w:br/>
        <w:t>vt 0.203003 0.382176</w:t>
        <w:br/>
        <w:t>vt 0.216703 0.387820</w:t>
        <w:br/>
        <w:t>vt 0.230354 0.400442</w:t>
        <w:br/>
        <w:t>vt 0.228794 0.416617</w:t>
        <w:br/>
        <w:t>vt 0.193819 0.434580</w:t>
        <w:br/>
        <w:t>vt 0.204081 0.433863</w:t>
        <w:br/>
        <w:t>vt 0.203971 0.448992</w:t>
        <w:br/>
        <w:t>vt 0.193819 0.449709</w:t>
        <w:br/>
        <w:t>vt 0.227969 0.449820</w:t>
        <w:br/>
        <w:t>vt 0.215493 0.449205</w:t>
        <w:br/>
        <w:t>vt 0.215996 0.433496</w:t>
        <w:br/>
        <w:t>vt 0.228402 0.433897</w:t>
        <w:br/>
        <w:t>vt 0.227094 0.465994</w:t>
        <w:br/>
        <w:t>vt 0.227066 0.463606</w:t>
        <w:br/>
        <w:t>vt 0.241030 0.450601</w:t>
        <w:br/>
        <w:t>vt 0.241527 0.434983</w:t>
        <w:br/>
        <w:t>vt 0.254700 0.432898</w:t>
        <w:br/>
        <w:t>vt 0.254700 0.436157</w:t>
        <w:br/>
        <w:t>vt 0.243763 0.418205</w:t>
        <w:br/>
        <w:t>vt 0.240449 0.465994</w:t>
        <w:br/>
        <w:t>vt 0.240293 0.463606</w:t>
        <w:br/>
        <w:t>vt 0.254700 0.463606</w:t>
        <w:br/>
        <w:t>vt 0.254700 0.465994</w:t>
        <w:br/>
        <w:t>vt 0.254700 0.451079</w:t>
        <w:br/>
        <w:t>vt 0.193819 0.418445</w:t>
        <w:br/>
        <w:t>vt 0.254700 0.428409</w:t>
        <w:br/>
        <w:t>vt 0.254700 0.431010</w:t>
        <w:br/>
        <w:t>vt 0.245111 0.417697</w:t>
        <w:br/>
        <w:t>vt 0.247568 0.417158</w:t>
        <w:br/>
        <w:t>vt 0.193819 0.378435</w:t>
        <w:br/>
        <w:t>vt 0.193819 0.374897</w:t>
        <w:br/>
        <w:t>vt 0.203928 0.376531</w:t>
        <w:br/>
        <w:t>vt 0.203345 0.380074</w:t>
        <w:br/>
        <w:t>vt 0.234015 0.398260</w:t>
        <w:br/>
        <w:t>vt 0.232398 0.399379</w:t>
        <w:br/>
        <w:t>vt 0.218023 0.386051</w:t>
        <w:br/>
        <w:t>vt 0.218863 0.382983</w:t>
        <w:br/>
        <w:t>vt 0.238462 0.411272</w:t>
        <w:br/>
        <w:t>vt 0.295854 0.465994</w:t>
        <w:br/>
        <w:t>vt 0.295620 0.463606</w:t>
        <w:br/>
        <w:t>vt 0.307335 0.463606</w:t>
        <w:br/>
        <w:t>vt 0.307634 0.465994</w:t>
        <w:br/>
        <w:t>vt 0.262811 0.416431</w:t>
        <w:br/>
        <w:t>vt 0.261300 0.416254</w:t>
        <w:br/>
        <w:t>vt 0.267706 0.407225</w:t>
        <w:br/>
        <w:t>vt 0.269005 0.408460</w:t>
        <w:br/>
        <w:t>vt 0.305453 0.399041</w:t>
        <w:br/>
        <w:t>vt 0.293017 0.399076</w:t>
        <w:br/>
        <w:t>vt 0.294404 0.386216</w:t>
        <w:br/>
        <w:t>vt 0.305453 0.382175</w:t>
        <w:br/>
        <w:t>vt 0.292631 0.415617</w:t>
        <w:br/>
        <w:t>vt 0.278942 0.415889</w:t>
        <w:br/>
        <w:t>vt 0.278816 0.398652</w:t>
        <w:br/>
        <w:t>vt 0.305453 0.432330</w:t>
        <w:br/>
        <w:t>vt 0.309783 0.432330</w:t>
        <w:br/>
        <w:t>vt 0.307631 0.447964</w:t>
        <w:br/>
        <w:t>vt 0.282419 0.449586</w:t>
        <w:br/>
        <w:t>vt 0.280155 0.433553</w:t>
        <w:br/>
        <w:t>vt 0.293196 0.432961</w:t>
        <w:br/>
        <w:t>vt 0.295239 0.448748</w:t>
        <w:br/>
        <w:t>vt 0.283398 0.465994</w:t>
        <w:br/>
        <w:t>vt 0.283166 0.463606</w:t>
        <w:br/>
        <w:t>vt 0.268806 0.450455</w:t>
        <w:br/>
        <w:t>vt 0.267373 0.434702</w:t>
        <w:br/>
        <w:t>vt 0.264930 0.417447</w:t>
        <w:br/>
        <w:t>vt 0.269122 0.465994</w:t>
        <w:br/>
        <w:t>vt 0.268928 0.463606</w:t>
        <w:br/>
        <w:t>vt 0.320088 0.432330</w:t>
        <w:br/>
        <w:t>vt 0.325090 0.432330</w:t>
        <w:br/>
        <w:t>vt 0.325090 0.446850</w:t>
        <w:br/>
        <w:t>vt 0.319416 0.447071</w:t>
        <w:br/>
        <w:t>vt 0.305453 0.416544</w:t>
        <w:br/>
        <w:t>vt 0.292801 0.382910</w:t>
        <w:br/>
        <w:t>vt 0.293454 0.384575</w:t>
        <w:br/>
        <w:t>vt 0.277662 0.397339</w:t>
        <w:br/>
        <w:t>vt 0.276002 0.395867</w:t>
        <w:br/>
        <w:t>vt 0.270420 0.410011</w:t>
        <w:br/>
        <w:t>vt 0.204765 0.469604</w:t>
        <w:br/>
        <w:t>vt 0.204455 0.467707</w:t>
        <w:br/>
        <w:t>vt 0.215461 0.467707</w:t>
        <w:br/>
        <w:t>vt 0.215635 0.469604</w:t>
        <w:br/>
        <w:t>vt 0.193819 0.469604</w:t>
        <w:br/>
        <w:t>vt 0.193819 0.467707</w:t>
        <w:br/>
        <w:t>vt 0.226992 0.467707</w:t>
        <w:br/>
        <w:t>vt 0.227109 0.469604</w:t>
        <w:br/>
        <w:t>vt 0.240648 0.467707</w:t>
        <w:br/>
        <w:t>vt 0.240635 0.469604</w:t>
        <w:br/>
        <w:t>vt 0.254700 0.467707</w:t>
        <w:br/>
        <w:t>vt 0.254700 0.469604</w:t>
        <w:br/>
        <w:t>vt 0.296105 0.469604</w:t>
        <w:br/>
        <w:t>vt 0.295805 0.467707</w:t>
        <w:br/>
        <w:t>vt 0.307975 0.467707</w:t>
        <w:br/>
        <w:t>vt 0.307916 0.469604</w:t>
        <w:br/>
        <w:t>vt 0.318687 0.469604</w:t>
        <w:br/>
        <w:t>vt 0.318864 0.467707</w:t>
        <w:br/>
        <w:t>vt 0.259719 0.416623</w:t>
        <w:br/>
        <w:t>vt 0.257626 0.416970</w:t>
        <w:br/>
        <w:t>vt 0.263775 0.406141</w:t>
        <w:br/>
        <w:t>vt 0.266087 0.406667</w:t>
        <w:br/>
        <w:t>vt 0.283537 0.469604</w:t>
        <w:br/>
        <w:t>vt 0.283561 0.467707</w:t>
        <w:br/>
        <w:t>vt 0.269346 0.469604</w:t>
        <w:br/>
        <w:t>vt 0.269299 0.467707</w:t>
        <w:br/>
        <w:t>vt 0.333473 0.447130</w:t>
        <w:br/>
        <w:t>vt 0.331072 0.446579</w:t>
        <w:br/>
        <w:t>vt 0.331776 0.432330</w:t>
        <w:br/>
        <w:t>vt 0.333473 0.432330</w:t>
        <w:br/>
        <w:t>vt 0.254700 0.426111</w:t>
        <w:br/>
        <w:t>vt 0.254700 0.423518</w:t>
        <w:br/>
        <w:t>vt 0.274370 0.393665</w:t>
        <w:br/>
        <w:t>vt 0.292254 0.380264</w:t>
        <w:br/>
        <w:t>vt 0.292681 0.381608</w:t>
        <w:br/>
        <w:t>vt 0.275134 0.394418</w:t>
        <w:br/>
        <w:t>vt 0.305453 0.376782</w:t>
        <w:br/>
        <w:t>vt 0.328123 0.463606</w:t>
        <w:br/>
        <w:t>vt 0.325090 0.463606</w:t>
        <w:br/>
        <w:t>vt 0.328298 0.446556</w:t>
        <w:br/>
        <w:t>vt 0.326678 0.432330</w:t>
        <w:br/>
        <w:t>vt 0.329796 0.432330</w:t>
        <w:br/>
        <w:t>vt 0.330787 0.463606</w:t>
        <w:br/>
        <w:t>vt 0.318864 0.467707</w:t>
        <w:br/>
        <w:t>vt 0.318933 0.465994</w:t>
        <w:br/>
        <w:t>vt 0.327280 0.465994</w:t>
        <w:br/>
        <w:t>vt 0.328249 0.467707</w:t>
        <w:br/>
        <w:t>vt 0.193819 0.465994</w:t>
        <w:br/>
        <w:t>vt 0.193819 0.463606</w:t>
        <w:br/>
        <w:t>vt 0.318787 0.463606</w:t>
        <w:br/>
        <w:t>vt 0.215461 0.467707</w:t>
        <w:br/>
        <w:t>vt 0.204455 0.467707</w:t>
        <w:br/>
        <w:t>vt 0.193819 0.467707</w:t>
        <w:br/>
        <w:t>vt 0.307975 0.467707</w:t>
        <w:br/>
        <w:t>vt 0.295805 0.467707</w:t>
        <w:br/>
        <w:t>vt 0.283561 0.467707</w:t>
        <w:br/>
        <w:t>vt 0.269299 0.467707</w:t>
        <w:br/>
        <w:t>vt 0.254700 0.467707</w:t>
        <w:br/>
        <w:t>vt 0.240648 0.467707</w:t>
        <w:br/>
        <w:t>vt 0.226992 0.467707</w:t>
        <w:br/>
        <w:t>vt 0.417728 0.387500</w:t>
        <w:br/>
        <w:t>vt 0.409735 0.362779</w:t>
        <w:br/>
        <w:t>vt 0.426666 0.356702</w:t>
        <w:br/>
        <w:t>vt 0.437886 0.380903</w:t>
        <w:br/>
        <w:t>vt 0.430001 0.312477</w:t>
        <w:br/>
        <w:t>vt 0.419336 0.297151</w:t>
        <w:br/>
        <w:t>vt 0.421489 0.296647</w:t>
        <w:br/>
        <w:t>vt 0.432258 0.311785</w:t>
        <w:br/>
        <w:t>vt 0.442273 0.350093</w:t>
        <w:br/>
        <w:t>vt 0.430391 0.331400</w:t>
        <w:br/>
        <w:t>vt 0.439102 0.326451</w:t>
        <w:br/>
        <w:t>vt 0.453679 0.343337</w:t>
        <w:br/>
        <w:t>vt 0.381351 0.324039</w:t>
        <w:br/>
        <w:t>vt 0.376779 0.307422</w:t>
        <w:br/>
        <w:t>vt 0.393237 0.303600</w:t>
        <w:br/>
        <w:t>vt 0.397522 0.321198</w:t>
        <w:br/>
        <w:t>vt 0.403377 0.342633</w:t>
        <w:br/>
        <w:t>vt 0.390428 0.365660</w:t>
        <w:br/>
        <w:t>vt 0.385288 0.345541</w:t>
        <w:br/>
        <w:t>vt 0.406846 0.479913</w:t>
        <w:br/>
        <w:t>vt 0.405935 0.462613</w:t>
        <w:br/>
        <w:t>vt 0.432676 0.461980</w:t>
        <w:br/>
        <w:t>vt 0.434570 0.479913</w:t>
        <w:br/>
        <w:t>vt 0.384092 0.479913</w:t>
        <w:br/>
        <w:t>vt 0.383898 0.461207</w:t>
        <w:br/>
        <w:t>vt 0.367002 0.479913</w:t>
        <w:br/>
        <w:t>vt 0.367579 0.458867</w:t>
        <w:br/>
        <w:t>vt 0.370262 0.364971</w:t>
        <w:br/>
        <w:t>vt 0.368499 0.345658</w:t>
        <w:br/>
        <w:t>vt 0.367391 0.325603</w:t>
        <w:br/>
        <w:t>vt 0.364143 0.309888</w:t>
        <w:br/>
        <w:t>vt 0.355182 0.327813</w:t>
        <w:br/>
        <w:t>vt 0.353799 0.314913</w:t>
        <w:br/>
        <w:t>vt 0.355145 0.365124</w:t>
        <w:br/>
        <w:t>vt 0.355521 0.346048</w:t>
        <w:br/>
        <w:t>vt 0.479839 0.455773</w:t>
        <w:br/>
        <w:t>vt 0.496286 0.452995</w:t>
        <w:br/>
        <w:t>vt 0.497800 0.479913</w:t>
        <w:br/>
        <w:t>vt 0.480576 0.479913</w:t>
        <w:br/>
        <w:t>vt 0.418717 0.336619</w:t>
        <w:br/>
        <w:t>vt 0.456242 0.371167</w:t>
        <w:br/>
        <w:t>vt 0.412557 0.317604</w:t>
        <w:br/>
        <w:t>vt 0.399938 0.320876</w:t>
        <w:br/>
        <w:t>vt 0.398653 0.302323</w:t>
        <w:br/>
        <w:t>vt 0.406743 0.300155</w:t>
        <w:br/>
        <w:t>vt 0.457011 0.459356</w:t>
        <w:br/>
        <w:t>vt 0.458575 0.479913</w:t>
        <w:br/>
        <w:t>vt 0.395486 0.388969</w:t>
        <w:br/>
        <w:t>vt 0.376078 0.387695</w:t>
        <w:br/>
        <w:t>vt 0.367310 0.387090</w:t>
        <w:br/>
        <w:t>vt 0.347922 0.384536</w:t>
        <w:br/>
        <w:t>vt 0.348055 0.365319</w:t>
        <w:br/>
        <w:t>vt 0.350724 0.365645</w:t>
        <w:br/>
        <w:t>vt 0.350434 0.384780</w:t>
        <w:br/>
        <w:t>vt 0.469512 0.364006</w:t>
        <w:br/>
        <w:t>vt 0.429407 0.438414</w:t>
        <w:br/>
        <w:t>vt 0.424202 0.410972</w:t>
        <w:br/>
        <w:t>vt 0.448777 0.403848</w:t>
        <w:br/>
        <w:t>vt 0.454278 0.435714</w:t>
        <w:br/>
        <w:t>vt 0.403345 0.438671</w:t>
        <w:br/>
        <w:t>vt 0.382732 0.437201</w:t>
        <w:br/>
        <w:t>vt 0.366903 0.434493</w:t>
        <w:br/>
        <w:t>vt 0.347611 0.456135</w:t>
        <w:br/>
        <w:t>vt 0.347829 0.428877</w:t>
        <w:br/>
        <w:t>vt 0.349962 0.429954</w:t>
        <w:br/>
        <w:t>vt 0.349982 0.456135</w:t>
        <w:br/>
        <w:t>vt 0.478160 0.431433</w:t>
        <w:br/>
        <w:t>vt 0.493530 0.428073</w:t>
        <w:br/>
        <w:t>vt 0.467774 0.390566</w:t>
        <w:br/>
        <w:t>vt 0.399975 0.414771</w:t>
        <w:br/>
        <w:t>vt 0.380622 0.414448</w:t>
        <w:br/>
        <w:t>vt 0.366975 0.412172</w:t>
        <w:br/>
        <w:t>vt 0.347959 0.408115</w:t>
        <w:br/>
        <w:t>vt 0.350072 0.409078</w:t>
        <w:br/>
        <w:t>vt 0.481872 0.384948</w:t>
        <w:br/>
        <w:t>vt 0.434110 0.308568</w:t>
        <w:br/>
        <w:t>vt 0.432968 0.310873</w:t>
        <w:br/>
        <w:t>vt 0.421992 0.294633</w:t>
        <w:br/>
        <w:t>vt 0.422296 0.293744</w:t>
        <w:br/>
        <w:t>vt 0.475258 0.360553</w:t>
        <w:br/>
        <w:t>vt 0.474131 0.361444</w:t>
        <w:br/>
        <w:t>vt 0.460340 0.341268</w:t>
        <w:br/>
        <w:t>vt 0.462196 0.340742</w:t>
        <w:br/>
        <w:t>vt 0.407132 0.482478</w:t>
        <w:br/>
        <w:t>vt 0.434478 0.482478</w:t>
        <w:br/>
        <w:t>vt 0.384221 0.482478</w:t>
        <w:br/>
        <w:t>vt 0.366894 0.482478</w:t>
        <w:br/>
        <w:t>vt 0.502362 0.479926</w:t>
        <w:br/>
        <w:t>vt 0.504140 0.479916</w:t>
        <w:br/>
        <w:t>vt 0.502686 0.482466</w:t>
        <w:br/>
        <w:t>vt 0.498172 0.482478</w:t>
        <w:br/>
        <w:t>vt 0.480145 0.482478</w:t>
        <w:br/>
        <w:t>vt 0.458179 0.482478</w:t>
        <w:br/>
        <w:t>vt 0.504496 0.452090</w:t>
        <w:br/>
        <w:t>vt 0.502132 0.452306</w:t>
        <w:br/>
        <w:t>vt 0.498766 0.427169</w:t>
        <w:br/>
        <w:t>vt 0.500925 0.426494</w:t>
        <w:br/>
        <w:t>vt 0.493287 0.403340</w:t>
        <w:br/>
        <w:t>vt 0.495106 0.402319</w:t>
        <w:br/>
        <w:t>vt 0.500925 0.426494</w:t>
        <w:br/>
        <w:t>vt 0.349736 0.478111</w:t>
        <w:br/>
        <w:t>vt 0.348495 0.479913</w:t>
        <w:br/>
        <w:t>vt 0.355047 0.456135</w:t>
        <w:br/>
        <w:t>vt 0.354669 0.479913</w:t>
        <w:br/>
        <w:t>vt 0.348144 0.346744</w:t>
        <w:br/>
        <w:t>vt 0.350796 0.346720</w:t>
        <w:br/>
        <w:t>vt 0.354299 0.384982</w:t>
        <w:br/>
        <w:t>vt 0.354499 0.430030</w:t>
        <w:br/>
        <w:t>vt 0.354290 0.409217</w:t>
        <w:br/>
        <w:t>vt 0.354374 0.482478</w:t>
        <w:br/>
        <w:t>vt 0.417605 0.296108</w:t>
        <w:br/>
        <w:t>vt 0.428200 0.312222</w:t>
        <w:br/>
        <w:t>vt 0.443305 0.325368</w:t>
        <w:br/>
        <w:t>vt 0.457458 0.340652</w:t>
        <w:br/>
        <w:t>vt 0.454965 0.342339</w:t>
        <w:br/>
        <w:t>vt 0.440567 0.326123</w:t>
        <w:br/>
        <w:t>vt 0.501160 0.478692</w:t>
        <w:br/>
        <w:t>vt 0.498949 0.478667</w:t>
        <w:br/>
        <w:t>vt 0.498351 0.452845</w:t>
        <w:br/>
        <w:t>vt 0.500514 0.452538</w:t>
        <w:br/>
        <w:t>vt 0.472102 0.363013</w:t>
        <w:br/>
        <w:t>vt 0.470508 0.363757</w:t>
        <w:br/>
        <w:t>vt 0.495722 0.427838</w:t>
        <w:br/>
        <w:t>vt 0.497476 0.427516</w:t>
        <w:br/>
        <w:t>vt 0.484826 0.384528</w:t>
        <w:br/>
        <w:t>vt 0.483243 0.384909</w:t>
        <w:br/>
        <w:t>vt 0.502686 0.482466</w:t>
        <w:br/>
        <w:t>vt 0.502362 0.479926</w:t>
        <w:br/>
        <w:t>vt 0.486536 0.383704</w:t>
        <w:br/>
        <w:t>vt 0.489155 0.404200</w:t>
        <w:br/>
        <w:t>vt 0.490457 0.404121</w:t>
        <w:br/>
        <w:t>vt 0.421992 0.294633</w:t>
        <w:br/>
        <w:t>vt 0.348977 0.315960</w:t>
        <w:br/>
        <w:t>vt 0.350176 0.328415</w:t>
        <w:br/>
        <w:t>vt 0.348263 0.328246</w:t>
        <w:br/>
        <w:t>vt 0.346850 0.314913</w:t>
        <w:br/>
        <w:t>vt 0.345586 0.456135</w:t>
        <w:br/>
        <w:t>vt 0.345586 0.425057</w:t>
        <w:br/>
        <w:t>vt 0.345586 0.406644</w:t>
        <w:br/>
        <w:t>vt 0.345586 0.385428</w:t>
        <w:br/>
        <w:t>vt 0.345586 0.364865</w:t>
        <w:br/>
        <w:t>vt 0.345586 0.346712</w:t>
        <w:br/>
        <w:t>vt 0.345586 0.329192</w:t>
        <w:br/>
        <w:t>vt 0.345586 0.313037</w:t>
        <w:br/>
        <w:t>vt 0.353245 0.328325</w:t>
        <w:br/>
        <w:t>vt 0.352063 0.315960</w:t>
        <w:br/>
        <w:t>vt 0.353251 0.365559</w:t>
        <w:br/>
        <w:t>vt 0.353543 0.346605</w:t>
        <w:br/>
        <w:t>vt 0.352652 0.384996</w:t>
        <w:br/>
        <w:t>vt 0.352881 0.409384</w:t>
        <w:br/>
        <w:t>vt 0.353079 0.456135</w:t>
        <w:br/>
        <w:t>vt 0.352676 0.430210</w:t>
        <w:br/>
        <w:t>vt 0.353122 0.478111</w:t>
        <w:br/>
        <w:t>vt 0.349736 0.478111</w:t>
        <w:br/>
        <w:t>vt 0.353122 0.478111</w:t>
        <w:br/>
        <w:t>vt 0.348495 0.479913</w:t>
        <w:br/>
        <w:t>vt 0.214264 0.708019</w:t>
        <w:br/>
        <w:t>vt 0.330879 0.465257</w:t>
        <w:br/>
        <w:t>vt 0.305453 0.380145</w:t>
        <w:br/>
        <w:t>vt 0.423828 0.721144</w:t>
        <w:br/>
        <w:t>vt 0.420785 0.722103</w:t>
        <w:br/>
        <w:t>vt 0.464841 0.646449</w:t>
        <w:br/>
        <w:t>vt 0.464019 0.648162</w:t>
        <w:br/>
        <w:t>vt 0.479831 0.624433</w:t>
        <w:br/>
        <w:t>vt 0.020717 0.540997</w:t>
        <w:br/>
        <w:t>vt 0.020717 0.519163</w:t>
        <w:br/>
        <w:t>vt 0.020717 0.497485</w:t>
        <w:br/>
        <w:t>vt 0.020717 0.470883</w:t>
        <w:br/>
        <w:t>vt 0.020717 0.466612</w:t>
        <w:br/>
        <w:t>vt 0.319956 0.533900</w:t>
        <w:br/>
        <w:t>vt 0.319956 0.503608</w:t>
        <w:br/>
        <w:t>vt 0.319956 0.558422</w:t>
        <w:br/>
        <w:t>vt 0.311533 0.592897</w:t>
        <w:br/>
        <w:t>vt 0.319956 0.594782</w:t>
        <w:br/>
        <w:t>vt 0.314790 0.606637</w:t>
        <w:br/>
        <w:t>vt 0.319956 0.495453</w:t>
        <w:br/>
        <w:t>vt 0.319956 0.493144</w:t>
        <w:br/>
        <w:t>vt 0.286618 0.724489</w:t>
        <w:br/>
        <w:t>vt 0.286667 0.725784</w:t>
        <w:br/>
        <w:t>vt 0.285684 0.724908</w:t>
        <w:br/>
        <w:t>vt 0.304585 0.503608</w:t>
        <w:br/>
        <w:t>vt 0.292927 0.627121</w:t>
        <w:br/>
        <w:t>vt 0.292900 0.628682</w:t>
        <w:br/>
        <w:t>vt 0.293383 0.630151</w:t>
        <w:br/>
        <w:t>vt 0.290835 0.636009</w:t>
        <w:br/>
        <w:t>vt 0.288991 0.630756</w:t>
        <w:br/>
        <w:t>vt 0.288991 0.630756</w:t>
        <w:br/>
        <w:t>vt 0.291034 0.629104</w:t>
        <w:br/>
        <w:t>vt 0.298258 0.593263</w:t>
        <w:br/>
        <w:t>vt 0.285052 0.601244</w:t>
        <w:br/>
        <w:t>vt 0.272469 0.608114</w:t>
        <w:br/>
        <w:t>vt 0.266439 0.618951</w:t>
        <w:br/>
        <w:t>vt 0.284694 0.631506</w:t>
        <w:br/>
        <w:t>vt 0.324852 0.504380</w:t>
        <w:br/>
        <w:t>vt 0.314790 0.606637</w:t>
        <w:br/>
        <w:t>vt 0.302061 0.582687</w:t>
        <w:br/>
        <w:t>vt 0.143272 0.540997</w:t>
        <w:br/>
        <w:t>vt 0.128365 0.540997</w:t>
        <w:br/>
        <w:t>vt 0.229203 0.551915</w:t>
        <w:br/>
        <w:t>vt 0.053653 0.560651</w:t>
        <w:br/>
        <w:t>vt 0.034988 0.560651</w:t>
        <w:br/>
        <w:t>vt 0.307783 0.581710</w:t>
        <w:br/>
        <w:t>vt 0.489501 0.584057</w:t>
        <w:br/>
        <w:t>vt 0.014276 0.559930</w:t>
        <w:br/>
        <w:t>vt 0.304585 0.591717</w:t>
        <w:br/>
        <w:t>vt 0.495956 0.586386</w:t>
        <w:br/>
        <w:t>vt 0.327502 0.580421</w:t>
        <w:br/>
        <w:t>vt 0.002199 0.542736</w:t>
        <w:br/>
        <w:t>vt 0.010106 0.542615</w:t>
        <w:br/>
        <w:t>vt 0.486017 0.603806</w:t>
        <w:br/>
        <w:t>vt 0.490975 0.584274</w:t>
        <w:br/>
        <w:t>vt 0.018955 0.559867</w:t>
        <w:br/>
        <w:t>vt 0.016596 0.560038</w:t>
        <w:br/>
        <w:t>vt 0.474017 0.408019</w:t>
        <w:br/>
        <w:t>vt 0.487679 0.382622</w:t>
        <w:br/>
        <w:t>vt 0.492001 0.403816</w:t>
        <w:br/>
        <w:t>vt 0.319956 0.581710</w:t>
        <w:br/>
        <w:t>vt 0.424458 0.491729</w:t>
        <w:br/>
        <w:t>vt 0.411152 0.489602</w:t>
        <w:br/>
        <w:t>vt 0.424104 0.489602</w:t>
        <w:br/>
        <w:t>vt 0.020717 0.560651</w:t>
        <w:br/>
        <w:t>vt 0.381776 0.647381</w:t>
        <w:br/>
        <w:t>vt 0.146780 0.466612</w:t>
        <w:br/>
        <w:t>vt 0.193819 0.399649</w:t>
        <w:br/>
        <w:t>vt 0.205947 0.635042</w:t>
        <w:br/>
        <w:t>vt 0.280645 0.675944</w:t>
        <w:br/>
        <w:t>vt 0.445628 0.322832</w:t>
        <w:br/>
        <w:t>vt 0.444698 0.324545</w:t>
        <w:br/>
        <w:t>vt 0.328860 0.469604</w:t>
        <w:br/>
        <w:t>vt 0.328249 0.467707</w:t>
        <w:br/>
        <w:t>vt 0.205947 0.679119</w:t>
        <w:br/>
        <w:t>vt 0.333473 0.463606</w:t>
        <w:br/>
        <w:t>vt 0.467171 0.643314</w:t>
        <w:br/>
        <w:t>vt 0.014749 0.572980</w:t>
        <w:br/>
        <w:t>vt 0.193819 0.380162</w:t>
        <w:br/>
        <w:t>vt 0.008476 0.587977</w:t>
        <w:br/>
        <w:t>vt 0.008694 0.580127</w:t>
        <w:br/>
        <w:t>vt 0.014749 0.572980</w:t>
        <w:br/>
        <w:t>vt 0.239696 0.410213</w:t>
        <w:br/>
        <w:t>vt 0.241624 0.408727</w:t>
        <w:br/>
        <w:t>vt 0.234550 0.397161</w:t>
        <w:br/>
        <w:t>vt 0.243329 0.408266</w:t>
        <w:br/>
        <w:t>vt 0.161091 0.470883</w:t>
        <w:br/>
        <w:t>vt 0.161091 0.540997</w:t>
        <w:br/>
        <w:t>vt 0.161091 0.468968</w:t>
        <w:br/>
        <w:t>vt 0.460797 0.646547</w:t>
        <w:br/>
        <w:t>vt 0.457581 0.338078</w:t>
        <w:br/>
        <w:t>vt 0.460340 0.341268</w:t>
        <w:br/>
        <w:t>vt 0.457179 0.335928</w:t>
        <w:br/>
        <w:t>vt 0.457581 0.338078</w:t>
        <w:br/>
        <w:t>vt 0.447030 0.492533</w:t>
        <w:br/>
        <w:t>vt 0.249459 0.417542</w:t>
        <w:br/>
        <w:t>vt 0.324852 0.594719</w:t>
        <w:br/>
        <w:t>vt 0.248510 0.485830</w:t>
        <w:br/>
        <w:t>vt 0.253073 0.484992</w:t>
        <w:br/>
        <w:t>vt 0.505679 0.501641</w:t>
        <w:br/>
        <w:t>vt 0.327502 0.490380</w:t>
        <w:br/>
        <w:t>vt 0.020717 0.606270</w:t>
        <w:br/>
        <w:t>vt 0.008755 0.601930</w:t>
        <w:br/>
        <w:t>vt 0.305453 0.375128</w:t>
        <w:br/>
        <w:t>vt 0.305453 0.376782</w:t>
        <w:br/>
        <w:t>vt 0.328832 0.471477</w:t>
        <w:br/>
        <w:t>vt 0.915855 0.734233</w:t>
        <w:br/>
        <w:t>vt 0.912581 0.729930</w:t>
        <w:br/>
        <w:t>vt 0.930357 0.716444</w:t>
        <w:br/>
        <w:t>vt 0.929162 0.739532</w:t>
        <w:br/>
        <w:t>vt 0.923760 0.738726</w:t>
        <w:br/>
        <w:t>vt 0.918772 0.736524</w:t>
        <w:br/>
        <w:t>vt 0.936043 0.738598</w:t>
        <w:br/>
        <w:t>vt 0.996189 0.937938</w:t>
        <w:br/>
        <w:t>vt 0.998812 0.937244</w:t>
        <w:br/>
        <w:t>vt 0.998812 0.941895</w:t>
        <w:br/>
        <w:t>vt 0.995712 0.942666</w:t>
        <w:br/>
        <w:t>vt 0.995507 0.932109</w:t>
        <w:br/>
        <w:t>vt 0.998812 0.931783</w:t>
        <w:br/>
        <w:t>vt 0.995837 0.925842</w:t>
        <w:br/>
        <w:t>vt 0.998812 0.925697</w:t>
        <w:br/>
        <w:t>vt 0.997678 0.902300</w:t>
        <w:br/>
        <w:t>vt 0.998812 0.902077</w:t>
        <w:br/>
        <w:t>vt 0.998812 0.907301</w:t>
        <w:br/>
        <w:t>vt 0.997795 0.907338</w:t>
        <w:br/>
        <w:t>vt 0.998030 0.897667</w:t>
        <w:br/>
        <w:t>vt 0.998812 0.897148</w:t>
        <w:br/>
        <w:t>vt 0.997127 0.912724</w:t>
        <w:br/>
        <w:t>vt 0.998812 0.913018</w:t>
        <w:br/>
        <w:t>vt 0.995475 0.919188</w:t>
        <w:br/>
        <w:t>vt 0.998812 0.919171</w:t>
        <w:br/>
        <w:t>vt 0.910760 0.723796</w:t>
        <w:br/>
        <w:t>vt 0.998812 0.892851</w:t>
        <w:br/>
        <w:t>vt 0.912064 0.705788</w:t>
        <w:br/>
        <w:t>vt 0.915025 0.700460</w:t>
        <w:br/>
        <w:t>vt 0.923757 0.694974</w:t>
        <w:br/>
        <w:t>vt 0.928351 0.694346</w:t>
        <w:br/>
        <w:t>vt 0.918984 0.697290</w:t>
        <w:br/>
        <w:t>vt 0.933061 0.694566</w:t>
        <w:br/>
        <w:t>vt 0.910072 0.715938</w:t>
        <w:br/>
        <w:t>vt 0.910438 0.711950</w:t>
        <w:br/>
        <w:t>vt 0.936994 0.695419</w:t>
        <w:br/>
        <w:t>vt 0.943686 0.699609</w:t>
        <w:br/>
        <w:t>vt 0.944469 0.703561</w:t>
        <w:br/>
        <w:t>vt 0.940406 0.697480</w:t>
        <w:br/>
        <w:t>vt 0.945518 0.707288</w:t>
        <w:br/>
        <w:t>vt 0.946123 0.711663</w:t>
        <w:br/>
        <w:t>vt 0.946143 0.716596</w:t>
        <w:br/>
        <w:t>vt 0.944481 0.731286</w:t>
        <w:br/>
        <w:t>vt 0.942120 0.734756</w:t>
        <w:br/>
        <w:t>vt 0.939074 0.737207</w:t>
        <w:br/>
        <w:t>vt 0.945839 0.726888</w:t>
        <w:br/>
        <w:t>vt 0.946106 0.721878</w:t>
        <w:br/>
        <w:t>vt 0.950674 0.290159</w:t>
        <w:br/>
        <w:t>vt 0.955492 0.287858</w:t>
        <w:br/>
        <w:t>vt 0.955873 0.294065</w:t>
        <w:br/>
        <w:t>vt 0.952231 0.295773</w:t>
        <w:br/>
        <w:t>vt 0.948548 0.280862</w:t>
        <w:br/>
        <w:t>vt 0.955250 0.280827</w:t>
        <w:br/>
        <w:t>vt 0.954348 0.272571</w:t>
        <w:br/>
        <w:t>vt 0.954386 0.276021</w:t>
        <w:br/>
        <w:t>vt 0.947414 0.276097</w:t>
        <w:br/>
        <w:t>vt 0.946895 0.273350</w:t>
        <w:br/>
        <w:t>vt 0.957933 0.334148</w:t>
        <w:br/>
        <w:t>vt 0.960817 0.332225</w:t>
        <w:br/>
        <w:t>vt 0.962498 0.343750</w:t>
        <w:br/>
        <w:t>vt 0.959291 0.344204</w:t>
        <w:br/>
        <w:t>vt 0.480213 0.505831</w:t>
        <w:br/>
        <w:t>vt 0.944571 0.306336</w:t>
        <w:br/>
        <w:t>vt 0.943611 0.304462</w:t>
        <w:br/>
        <w:t>vt 0.949617 0.306390</w:t>
        <w:br/>
        <w:t>vt 0.949770 0.303674</w:t>
        <w:br/>
        <w:t>vt 0.949157 0.301679</w:t>
        <w:br/>
        <w:t>vt 0.951612 0.301778</w:t>
        <w:br/>
        <w:t>vt 0.952551 0.305385</w:t>
        <w:br/>
        <w:t>vt 0.951626 0.295097</w:t>
        <w:br/>
        <w:t>vt 0.951342 0.297989</w:t>
        <w:br/>
        <w:t>vt 0.948693 0.297521</w:t>
        <w:br/>
        <w:t>vt 0.948777 0.294824</w:t>
        <w:br/>
        <w:t>vt 0.960730 0.354299</w:t>
        <w:br/>
        <w:t>vt 0.963407 0.354299</w:t>
        <w:br/>
        <w:t>vt 0.953183 0.323566</w:t>
        <w:br/>
        <w:t>vt 0.956623 0.320812</w:t>
        <w:br/>
        <w:t>vt 0.949165 0.312337</w:t>
        <w:br/>
        <w:t>vt 0.953837 0.312780</w:t>
        <w:br/>
        <w:t>vt 0.956942 0.092634</w:t>
        <w:br/>
        <w:t>vt 0.958673 0.091608</w:t>
        <w:br/>
        <w:t>vt 0.957091 0.096588</w:t>
        <w:br/>
        <w:t>vt 0.499579 0.506244</w:t>
        <w:br/>
        <w:t>vt 0.405843 0.484235</w:t>
        <w:br/>
        <w:t>vt 0.383235 0.484235</w:t>
        <w:br/>
        <w:t>vt 0.497816 0.484235</w:t>
        <w:br/>
        <w:t>vt 0.480555 0.484235</w:t>
        <w:br/>
        <w:t>vt 0.435339 0.484235</w:t>
        <w:br/>
        <w:t>vt 0.366135 0.484235</w:t>
        <w:br/>
        <w:t>vt 0.354594 0.484235</w:t>
        <w:br/>
        <w:t>vt 0.458183 0.484235</w:t>
        <w:br/>
        <w:t>vt 0.348218 0.482478</w:t>
        <w:br/>
        <w:t>vt 0.345586 0.484235</w:t>
        <w:br/>
        <w:t>vt 0.502407 0.484270</w:t>
        <w:br/>
        <w:t>vt 0.948916 0.304029</w:t>
        <w:br/>
        <w:t>vt 0.161091 0.466612</w:t>
        <w:br/>
        <w:t>vt 0.015180 0.466612</w:t>
        <w:br/>
        <w:t>vt 0.014592 0.469777</w:t>
        <w:br/>
        <w:t>vt 0.505596 0.488079</w:t>
        <w:br/>
        <w:t>vt 0.956325 0.300031</w:t>
        <w:br/>
        <w:t>vt 0.956704 0.305386</w:t>
        <w:br/>
        <w:t>vt 0.954816 0.305448</w:t>
        <w:br/>
        <w:t>vt 0.953807 0.300126</w:t>
        <w:br/>
        <w:t>vt 0.345586 0.479913</w:t>
        <w:br/>
        <w:t>vt 0.348218 0.482478</w:t>
        <w:br/>
        <w:t>vt 0.345586 0.484235</w:t>
        <w:br/>
        <w:t>vt 0.509961 0.507586</w:t>
        <w:br/>
        <w:t>vt 0.950852 0.306971</w:t>
        <w:br/>
        <w:t>vt 0.958687 0.320630</w:t>
        <w:br/>
        <w:t>vt 0.956816 0.312985</w:t>
        <w:br/>
        <w:t>vt 0.957730 0.313020</w:t>
        <w:br/>
        <w:t>vt 0.956623 0.320812</w:t>
        <w:br/>
        <w:t>vt 0.509961 0.521242</w:t>
        <w:br/>
        <w:t>vt 0.955333 0.312897</w:t>
        <w:br/>
        <w:t>vt 0.956101 0.251184</w:t>
        <w:br/>
        <w:t>vt 0.957385 0.239272</w:t>
        <w:br/>
        <w:t>vt 0.971543 0.240487</w:t>
        <w:br/>
        <w:t>vt 0.971852 0.252369</w:t>
        <w:br/>
        <w:t>vt 0.955159 0.272515</w:t>
        <w:br/>
        <w:t>vt 0.955692 0.262439</w:t>
        <w:br/>
        <w:t>vt 0.972107 0.263531</w:t>
        <w:br/>
        <w:t>vt 0.972216 0.275371</w:t>
        <w:br/>
        <w:t>vt 0.955135 0.134761</w:t>
        <w:br/>
        <w:t>vt 0.972117 0.134604</w:t>
        <w:br/>
        <w:t>vt 0.972088 0.145067</w:t>
        <w:br/>
        <w:t>vt 0.955503 0.145914</w:t>
        <w:br/>
        <w:t>vt 0.955556 0.123598</w:t>
        <w:br/>
        <w:t>vt 0.972105 0.124402</w:t>
        <w:br/>
        <w:t>vt 0.955911 0.155428</w:t>
        <w:br/>
        <w:t>vt 0.971986 0.154304</w:t>
        <w:br/>
        <w:t>vt 0.971794 0.162096</w:t>
        <w:br/>
        <w:t>vt 0.956437 0.163274</w:t>
        <w:br/>
        <w:t>vt 0.956115 0.112466</w:t>
        <w:br/>
        <w:t>vt 0.957030 0.104481</w:t>
        <w:br/>
        <w:t>vt 0.971899 0.105313</w:t>
        <w:br/>
        <w:t>vt 0.972072 0.113314</w:t>
        <w:br/>
        <w:t>vt 0.957755 0.097426</w:t>
        <w:br/>
        <w:t>vt 0.971822 0.097095</w:t>
        <w:br/>
        <w:t>vt 0.972032 0.283927</w:t>
        <w:br/>
        <w:t>vt 0.971820 0.293621</w:t>
        <w:br/>
        <w:t>vt 0.971602 0.331574</w:t>
        <w:br/>
        <w:t>vt 0.972192 0.342945</w:t>
        <w:br/>
        <w:t>vt 0.962498 0.343750</w:t>
        <w:br/>
        <w:t>vt 0.962130 0.071589</w:t>
        <w:br/>
        <w:t>vt 0.972503 0.071589</w:t>
        <w:br/>
        <w:t>vt 0.971929 0.082914</w:t>
        <w:br/>
        <w:t>vt 0.960214 0.082821</w:t>
        <w:br/>
        <w:t>vt 0.971713 0.299437</w:t>
        <w:br/>
        <w:t>vt 0.971620 0.304883</w:t>
        <w:br/>
        <w:t>vt 0.973401 0.354299</w:t>
        <w:br/>
        <w:t>vt 0.963407 0.354299</w:t>
        <w:br/>
        <w:t>vt 0.958687 0.320630</w:t>
        <w:br/>
        <w:t>vt 0.971477 0.321451</w:t>
        <w:br/>
        <w:t>vt 0.971843 0.091544</w:t>
        <w:br/>
        <w:t>vt 0.961016 0.216868</w:t>
        <w:br/>
        <w:t>vt 0.961548 0.208205</w:t>
        <w:br/>
        <w:t>vt 0.971403 0.208332</w:t>
        <w:br/>
        <w:t>vt 0.971421 0.217479</w:t>
        <w:br/>
        <w:t>vt 0.957495 0.172060</w:t>
        <w:br/>
        <w:t>vt 0.971595 0.170221</w:t>
        <w:br/>
        <w:t>vt 0.971481 0.178375</w:t>
        <w:br/>
        <w:t>vt 0.958295 0.179004</w:t>
        <w:br/>
        <w:t>vt 0.960939 0.196606</w:t>
        <w:br/>
        <w:t>vt 0.971400 0.196413</w:t>
        <w:br/>
        <w:t>vt 0.971445 0.224396</w:t>
        <w:br/>
        <w:t>vt 0.959964 0.223467</w:t>
        <w:br/>
        <w:t>vt 0.959074 0.228363</w:t>
        <w:br/>
        <w:t>vt 0.971471 0.230677</w:t>
        <w:br/>
        <w:t>vt 0.959547 0.187831</w:t>
        <w:br/>
        <w:t>vt 0.971386 0.187319</w:t>
        <w:br/>
        <w:t>vt 0.958704 0.230450</w:t>
        <w:br/>
        <w:t>vt 0.957296 0.170374</w:t>
        <w:br/>
        <w:t>vt 0.958003 0.096056</w:t>
        <w:br/>
        <w:t>vt 0.955457 0.275148</w:t>
        <w:br/>
        <w:t>vt 0.957730 0.313020</w:t>
        <w:br/>
        <w:t>vt 0.971551 0.312384</w:t>
        <w:br/>
        <w:t>vt 0.957094 0.090914</w:t>
        <w:br/>
        <w:t>vt 0.958813 0.082805</w:t>
        <w:br/>
        <w:t>vt 0.962130 0.071589</w:t>
        <w:br/>
        <w:t>vt 0.959821 0.071589</w:t>
        <w:br/>
        <w:t>vt 0.503789 0.506616</w:t>
        <w:br/>
        <w:t>vt 0.960817 0.332225</w:t>
        <w:br/>
        <w:t>vt 0.954015 0.098782</w:t>
        <w:br/>
        <w:t>vt 0.954978 0.096596</w:t>
        <w:br/>
        <w:t>vt 0.956691 0.098876</w:t>
        <w:br/>
        <w:t>vt 0.002936 0.466612</w:t>
        <w:br/>
        <w:t>vt 0.946895 0.273350</w:t>
        <w:br/>
        <w:t>vt 0.954743 0.271714</w:t>
        <w:br/>
        <w:t>vt 0.984386 0.241303</w:t>
        <w:br/>
        <w:t>vt 0.984573 0.253077</w:t>
        <w:br/>
        <w:t>vt 0.984670 0.264109</w:t>
        <w:br/>
        <w:t>vt 0.984815 0.275443</w:t>
        <w:br/>
        <w:t>vt 0.984712 0.134599</w:t>
        <w:br/>
        <w:t>vt 0.984665 0.144451</w:t>
        <w:br/>
        <w:t>vt 0.984672 0.124977</w:t>
        <w:br/>
        <w:t>vt 0.984870 0.153639</w:t>
        <w:br/>
        <w:t>vt 0.984547 0.161552</w:t>
        <w:br/>
        <w:t>vt 0.984579 0.105726</w:t>
        <w:br/>
        <w:t>vt 0.984912 0.114105</w:t>
        <w:br/>
        <w:t>vt 0.984537 0.097613</w:t>
        <w:br/>
        <w:t>vt 0.984659 0.283663</w:t>
        <w:br/>
        <w:t>vt 0.984489 0.292965</w:t>
        <w:br/>
        <w:t>vt 0.984536 0.331055</w:t>
        <w:br/>
        <w:t>vt 0.984890 0.342599</w:t>
        <w:br/>
        <w:t>vt 0.985439 0.071589</w:t>
        <w:br/>
        <w:t>vt 0.984715 0.083228</w:t>
        <w:br/>
        <w:t>vt 0.984461 0.298671</w:t>
        <w:br/>
        <w:t>vt 0.984437 0.304008</w:t>
        <w:br/>
        <w:t>vt 0.985974 0.354299</w:t>
        <w:br/>
        <w:t>vt 0.984455 0.320768</w:t>
        <w:br/>
        <w:t>vt 0.984610 0.091853</w:t>
        <w:br/>
        <w:t>vt 0.984484 0.208318</w:t>
        <w:br/>
        <w:t>vt 0.984451 0.217819</w:t>
        <w:br/>
        <w:t>vt 0.984382 0.169530</w:t>
        <w:br/>
        <w:t>vt 0.984421 0.177855</w:t>
        <w:br/>
        <w:t>vt 0.984439 0.196252</w:t>
        <w:br/>
        <w:t>vt 0.984382 0.225142</w:t>
        <w:br/>
        <w:t>vt 0.984363 0.231587</w:t>
        <w:br/>
        <w:t>vt 0.984347 0.186954</w:t>
        <w:br/>
        <w:t>vt 0.984557 0.311647</w:t>
        <w:br/>
        <w:t>vt 0.996677 0.241695</w:t>
        <w:br/>
        <w:t>vt 0.996677 0.253549</w:t>
        <w:br/>
        <w:t>vt 0.996677 0.264660</w:t>
        <w:br/>
        <w:t>vt 0.996677 0.275586</w:t>
        <w:br/>
        <w:t>vt 0.996677 0.134623</w:t>
        <w:br/>
        <w:t>vt 0.996677 0.143990</w:t>
        <w:br/>
        <w:t>vt 0.996677 0.125314</w:t>
        <w:br/>
        <w:t>vt 0.996677 0.153252</w:t>
        <w:br/>
        <w:t>vt 0.996677 0.161281</w:t>
        <w:br/>
        <w:t>vt 0.996677 0.106109</w:t>
        <w:br/>
        <w:t>vt 0.996677 0.114682</w:t>
        <w:br/>
        <w:t>vt 0.996677 0.098099</w:t>
        <w:br/>
        <w:t>vt 0.996677 0.283556</w:t>
        <w:br/>
        <w:t>vt 0.996677 0.292570</w:t>
        <w:br/>
        <w:t>vt 0.996677 0.330739</w:t>
        <w:br/>
        <w:t>vt 0.996677 0.342450</w:t>
        <w:br/>
        <w:t>vt 0.996677 0.071589</w:t>
        <w:br/>
        <w:t>vt 0.996677 0.083515</w:t>
        <w:br/>
        <w:t>vt 0.996677 0.298118</w:t>
        <w:br/>
        <w:t>vt 0.996677 0.303306</w:t>
        <w:br/>
        <w:t>vt 0.996677 0.354299</w:t>
        <w:br/>
        <w:t>vt 0.996677 0.320265</w:t>
        <w:br/>
        <w:t>vt 0.996677 0.092299</w:t>
        <w:br/>
        <w:t>vt 0.996677 0.208319</w:t>
        <w:br/>
        <w:t>vt 0.996677 0.218065</w:t>
        <w:br/>
        <w:t>vt 0.996677 0.169165</w:t>
        <w:br/>
        <w:t>vt 0.996677 0.177541</w:t>
        <w:br/>
        <w:t>vt 0.996677 0.196081</w:t>
        <w:br/>
        <w:t>vt 0.996677 0.225693</w:t>
        <w:br/>
        <w:t>vt 0.996677 0.232178</w:t>
        <w:br/>
        <w:t>vt 0.996677 0.186678</w:t>
        <w:br/>
        <w:t>vt 0.996677 0.311090</w:t>
        <w:br/>
        <w:t>vt 0.954348 0.272571</w:t>
        <w:br/>
        <w:t>vt 0.955159 0.272515</w:t>
        <w:br/>
        <w:t>vt 0.955457 0.275148</w:t>
        <w:br/>
        <w:t>vt 0.954386 0.276021</w:t>
        <w:br/>
        <w:t>vt 0.250554 0.473432</w:t>
        <w:br/>
        <w:t>vt 0.955250 0.280827</w:t>
        <w:br/>
        <w:t>vt 0.015632 0.473573</w:t>
        <w:br/>
        <w:t>vt 0.996628 0.717614</w:t>
        <w:br/>
        <w:t>vt 0.986588 0.716691</w:t>
        <w:br/>
        <w:t>vt 0.986725 0.693783</w:t>
        <w:br/>
        <w:t>vt 0.996628 0.684966</w:t>
        <w:br/>
        <w:t>vt 0.996628 0.732486</w:t>
        <w:br/>
        <w:t>vt 0.996628 0.753559</w:t>
        <w:br/>
        <w:t>vt 0.987186 0.742648</w:t>
        <w:br/>
        <w:t>vt 0.986781 0.730075</w:t>
        <w:br/>
        <w:t>vt 0.984398 0.715459</w:t>
        <w:br/>
        <w:t>vt 0.984765 0.692416</w:t>
        <w:br/>
        <w:t>vt 0.998642 0.681181</w:t>
        <w:br/>
        <w:t>vt 0.998642 0.757356</w:t>
        <w:br/>
        <w:t>vt 0.985475 0.742582</w:t>
        <w:br/>
        <w:t>vt 0.984508 0.729171</w:t>
        <w:br/>
        <w:t>vt 0.312687 0.488968</w:t>
        <w:br/>
        <w:t>vt 0.161091 0.468968</w:t>
        <w:br/>
        <w:t>vt 0.580857 0.339060</w:t>
        <w:br/>
        <w:t>vt 0.578706 0.337531</w:t>
        <w:br/>
        <w:t>vt 0.585723 0.331376</w:t>
        <w:br/>
        <w:t>vt 0.585717 0.338500</w:t>
        <w:br/>
        <w:t>vt 0.583303 0.338649</w:t>
        <w:br/>
        <w:t>vt 0.583576 0.324134</w:t>
        <w:br/>
        <w:t>vt 0.585689 0.324148</w:t>
        <w:br/>
        <w:t>vt 0.587765 0.323814</w:t>
        <w:br/>
        <w:t>vt 0.580076 0.324440</w:t>
        <w:br/>
        <w:t>vt 0.581595 0.323529</w:t>
        <w:br/>
        <w:t>vt 0.590119 0.323597</w:t>
        <w:br/>
        <w:t>vt 0.591606 0.324729</w:t>
        <w:br/>
        <w:t>vt 0.593127 0.325525</w:t>
        <w:br/>
        <w:t>vt 0.589455 0.338659</w:t>
        <w:br/>
        <w:t>vt 0.587464 0.338652</w:t>
        <w:br/>
        <w:t>vt 0.596669 0.332204</w:t>
        <w:br/>
        <w:t>vt 0.596087 0.334612</w:t>
        <w:br/>
        <w:t>vt 0.595105 0.327724</w:t>
        <w:br/>
        <w:t>vt 0.596436 0.329770</w:t>
        <w:br/>
        <w:t>vt 0.591697 0.338051</w:t>
        <w:br/>
        <w:t>vt 0.590636 0.338416</w:t>
        <w:br/>
        <w:t>vt 0.594907 0.336542</w:t>
        <w:br/>
        <w:t>vt 0.594011 0.326309</w:t>
        <w:br/>
        <w:t>vt 0.575099 0.334081</w:t>
        <w:br/>
        <w:t>vt 0.574635 0.332074</w:t>
        <w:br/>
        <w:t>vt 0.576971 0.326068</w:t>
        <w:br/>
        <w:t>vt 0.578565 0.325253</w:t>
        <w:br/>
        <w:t>vt 0.574948 0.329479</w:t>
        <w:br/>
        <w:t>vt 0.576197 0.335243</w:t>
        <w:br/>
        <w:t>vt 0.577070 0.336272</w:t>
        <w:br/>
        <w:t>vt 0.575945 0.327736</w:t>
        <w:br/>
        <w:t>vt 0.593400 0.337859</w:t>
        <w:br/>
        <w:t>vt 0.873357 0.950699</w:t>
        <w:br/>
        <w:t>vt 0.884865 0.953483</w:t>
        <w:br/>
        <w:t>vt 0.873781 0.953717</w:t>
        <w:br/>
        <w:t>vt 0.939570 0.945077</w:t>
        <w:br/>
        <w:t>vt 0.940448 0.953483</w:t>
        <w:br/>
        <w:t>vt 0.931085 0.953483</w:t>
        <w:br/>
        <w:t>vt 0.930181 0.945146</w:t>
        <w:br/>
        <w:t>vt 0.919443 0.934268</w:t>
        <w:br/>
        <w:t>vt 0.919733 0.944718</w:t>
        <w:br/>
        <w:t>vt 0.907846 0.944212</w:t>
        <w:br/>
        <w:t>vt 0.907727 0.933778</w:t>
        <w:br/>
        <w:t>vt 0.968260 0.944696</w:t>
        <w:br/>
        <w:t>vt 0.969923 0.953483</w:t>
        <w:br/>
        <w:t>vt 0.959830 0.953483</w:t>
        <w:br/>
        <w:t>vt 0.960466 0.945508</w:t>
        <w:br/>
        <w:t>vt 0.941393 0.937092</w:t>
        <w:br/>
        <w:t>vt 0.950367 0.938768</w:t>
        <w:br/>
        <w:t>vt 0.950194 0.945246</w:t>
        <w:br/>
        <w:t>vt 0.960701 0.941577</w:t>
        <w:br/>
        <w:t>vt 0.921425 0.953483</w:t>
        <w:br/>
        <w:t>vt 0.950293 0.953483</w:t>
        <w:br/>
        <w:t>vt 0.883606 0.943720</w:t>
        <w:br/>
        <w:t>vt 0.872658 0.941239</w:t>
        <w:br/>
        <w:t>vt 0.896853 0.953483</w:t>
        <w:br/>
        <w:t>vt 0.895031 0.943692</w:t>
        <w:br/>
        <w:t>vt 0.909659 0.953483</w:t>
        <w:br/>
        <w:t>vt 0.865736 0.947150</w:t>
        <w:br/>
        <w:t>vt 0.864520 0.939970</w:t>
        <w:br/>
        <w:t>vt 0.865953 0.953483</w:t>
        <w:br/>
        <w:t>vt 0.860886 0.944633</w:t>
        <w:br/>
        <w:t>vt 0.858292 0.937885</w:t>
        <w:br/>
        <w:t>vt 0.863736 0.937415</w:t>
        <w:br/>
        <w:t>vt 0.882600 0.938056</w:t>
        <w:br/>
        <w:t>vt 0.894186 0.934950</w:t>
        <w:br/>
        <w:t>vt 0.929304 0.935389</w:t>
        <w:br/>
        <w:t>vt 0.860656 0.953483</w:t>
        <w:br/>
        <w:t>vt 0.897432 0.287267</w:t>
        <w:br/>
        <w:t>vt 0.900592 0.298898</w:t>
        <w:br/>
        <w:t>vt 0.889510 0.296227</w:t>
        <w:br/>
        <w:t>vt 0.886906 0.286007</w:t>
        <w:br/>
        <w:t>vt 0.940420 0.073648</w:t>
        <w:br/>
        <w:t>vt 0.946345 0.062073</w:t>
        <w:br/>
        <w:t>vt 0.945381 0.075685</w:t>
        <w:br/>
        <w:t>vt 0.933283 0.326454</w:t>
        <w:br/>
        <w:t>vt 0.932400 0.328959</w:t>
        <w:br/>
        <w:t>vt 0.919583 0.317936</w:t>
        <w:br/>
        <w:t>vt 0.924040 0.313802</w:t>
        <w:br/>
        <w:t>vt 0.946345 0.043129</w:t>
        <w:br/>
        <w:t>vt 0.948340 0.043129</w:t>
        <w:br/>
        <w:t>vt 0.948340 0.062506</w:t>
        <w:br/>
        <w:t>vt 0.937328 0.076687</w:t>
        <w:br/>
        <w:t>vt 0.939896 0.082193</w:t>
        <w:br/>
        <w:t>vt 0.900845 0.309758</w:t>
        <w:br/>
        <w:t>vt 0.901589 0.318963</w:t>
        <w:br/>
        <w:t>vt 0.893794 0.318328</w:t>
        <w:br/>
        <w:t>vt 0.891267 0.308451</w:t>
        <w:br/>
        <w:t>vt 0.904064 0.084807</w:t>
        <w:br/>
        <w:t>vt 0.913098 0.083947</w:t>
        <w:br/>
        <w:t>vt 0.911457 0.092199</w:t>
        <w:br/>
        <w:t>vt 0.900306 0.093217</w:t>
        <w:br/>
        <w:t>vt 0.943025 0.061824</w:t>
        <w:br/>
        <w:t>vt 0.943025 0.043129</w:t>
        <w:br/>
        <w:t>vt 0.922819 0.082161</w:t>
        <w:br/>
        <w:t>vt 0.922843 0.092250</w:t>
        <w:br/>
        <w:t>vt 0.930265 0.332442</w:t>
        <w:br/>
        <w:t>vt 0.915911 0.323031</w:t>
        <w:br/>
        <w:t>vt 0.914587 0.314746</w:t>
        <w:br/>
        <w:t>vt 0.911889 0.321459</w:t>
        <w:br/>
        <w:t>vt 0.908009 0.320231</w:t>
        <w:br/>
        <w:t>vt 0.908920 0.312095</w:t>
        <w:br/>
        <w:t>vt 0.888192 0.142787</w:t>
        <w:br/>
        <w:t>vt 0.901195 0.143115</w:t>
        <w:br/>
        <w:t>vt 0.898851 0.163229</w:t>
        <w:br/>
        <w:t>vt 0.886595 0.163570</w:t>
        <w:br/>
        <w:t>vt 0.875851 0.164024</w:t>
        <w:br/>
        <w:t>vt 0.885812 0.182482</w:t>
        <w:br/>
        <w:t>vt 0.875851 0.182727</w:t>
        <w:br/>
        <w:t>vt 0.885998 0.197520</w:t>
        <w:br/>
        <w:t>vt 0.875851 0.198676</w:t>
        <w:br/>
        <w:t>vt 0.891200 0.123596</w:t>
        <w:br/>
        <w:t>vt 0.903952 0.123919</w:t>
        <w:br/>
        <w:t>vt 0.898875 0.261604</w:t>
        <w:br/>
        <w:t>vt 0.894968 0.246935</w:t>
        <w:br/>
        <w:t>vt 0.907224 0.246561</w:t>
        <w:br/>
        <w:t>vt 0.909870 0.261607</w:t>
        <w:br/>
        <w:t>vt 0.903520 0.275251</w:t>
        <w:br/>
        <w:t>vt 0.891794 0.274236</w:t>
        <w:br/>
        <w:t>vt 0.887076 0.261458</w:t>
        <w:br/>
        <w:t>vt 0.915654 0.124258</w:t>
        <w:br/>
        <w:t>vt 0.906962 0.107746</w:t>
        <w:br/>
        <w:t>vt 0.919153 0.108209</w:t>
        <w:br/>
        <w:t>vt 0.933283 0.326454</w:t>
        <w:br/>
        <w:t>vt 0.924040 0.313802</w:t>
        <w:br/>
        <w:t>vt 0.930536 0.313396</w:t>
        <w:br/>
        <w:t>vt 0.937173 0.326793</w:t>
        <w:br/>
        <w:t>vt 0.918582 0.308150</w:t>
        <w:br/>
        <w:t>vt 0.913990 0.276430</w:t>
        <w:br/>
        <w:t>vt 0.919938 0.292718</w:t>
        <w:br/>
        <w:t>vt 0.908328 0.289754</w:t>
        <w:br/>
        <w:t>vt 0.895519 0.107181</w:t>
        <w:br/>
        <w:t>vt 0.907140 0.180889</w:t>
        <w:br/>
        <w:t>vt 0.911152 0.195984</w:t>
        <w:br/>
        <w:t>vt 0.897672 0.196456</w:t>
        <w:br/>
        <w:t>vt 0.938313 0.123253</w:t>
        <w:br/>
        <w:t>vt 0.946167 0.120561</w:t>
        <w:br/>
        <w:t>vt 0.944982 0.143446</w:t>
        <w:br/>
        <w:t>vt 0.931620 0.145032</w:t>
        <w:br/>
        <w:t>vt 0.933441 0.093724</w:t>
        <w:br/>
        <w:t>vt 0.928979 0.080235</w:t>
        <w:br/>
        <w:t>vt 0.916276 0.180067</w:t>
        <w:br/>
        <w:t>vt 0.922649 0.163158</w:t>
        <w:br/>
        <w:t>vt 0.933179 0.162619</w:t>
        <w:br/>
        <w:t>vt 0.924485 0.179542</w:t>
        <w:br/>
        <w:t>vt 0.930437 0.108196</w:t>
        <w:br/>
        <w:t>vt 0.927967 0.124405</w:t>
        <w:br/>
        <w:t>vt 0.942406 0.107246</w:t>
        <w:br/>
        <w:t>vt 0.947447 0.106581</w:t>
        <w:br/>
        <w:t>vt 0.922475 0.144326</w:t>
        <w:br/>
        <w:t>vt 0.911342 0.143699</w:t>
        <w:br/>
        <w:t>vt 0.915066 0.163024</w:t>
        <w:br/>
        <w:t>vt 0.908514 0.163114</w:t>
        <w:br/>
        <w:t>vt 0.884194 0.095112</w:t>
        <w:br/>
        <w:t>vt 0.885404 0.086761</w:t>
        <w:br/>
        <w:t>vt 0.875851 0.107288</w:t>
        <w:br/>
        <w:t>vt 0.875851 0.123423</w:t>
        <w:br/>
        <w:t>vt 0.882751 0.247689</w:t>
        <w:br/>
        <w:t>vt 0.881464 0.233206</w:t>
        <w:br/>
        <w:t>vt 0.894125 0.239946</w:t>
        <w:br/>
        <w:t>vt 0.911092 0.303513</w:t>
        <w:br/>
        <w:t>vt 0.933084 0.194955</w:t>
        <w:br/>
        <w:t>vt 0.932971 0.179295</w:t>
        <w:br/>
        <w:t>vt 0.940492 0.179594</w:t>
        <w:br/>
        <w:t>vt 0.940022 0.195022</w:t>
        <w:br/>
        <w:t>vt 0.942176 0.162159</w:t>
        <w:br/>
        <w:t>vt 0.921311 0.195171</w:t>
        <w:br/>
        <w:t>vt 0.925928 0.277295</w:t>
        <w:br/>
        <w:t>vt 0.922514 0.261842</w:t>
        <w:br/>
        <w:t>vt 0.942878 0.263528</w:t>
        <w:br/>
        <w:t>vt 0.942815 0.278202</w:t>
        <w:br/>
        <w:t>vt 0.933679 0.209611</w:t>
        <w:br/>
        <w:t>vt 0.935184 0.226934</w:t>
        <w:br/>
        <w:t>vt 0.921001 0.224708</w:t>
        <w:br/>
        <w:t>vt 0.920836 0.210204</w:t>
        <w:br/>
        <w:t>vt 0.921705 0.254032</w:t>
        <w:br/>
        <w:t>vt 0.906720 0.210827</w:t>
        <w:br/>
        <w:t>vt 0.875851 0.142795</w:t>
        <w:br/>
        <w:t>vt 0.929275 0.294135</w:t>
        <w:br/>
        <w:t>vt 0.939765 0.296739</w:t>
        <w:br/>
        <w:t>vt 0.875851 0.248959</w:t>
        <w:br/>
        <w:t>vt 0.875851 0.232777</w:t>
        <w:br/>
        <w:t>vt 0.940619 0.209560</w:t>
        <w:br/>
        <w:t>vt 0.941694 0.227268</w:t>
        <w:br/>
        <w:t>vt 0.942089 0.234304</w:t>
        <w:br/>
        <w:t>vt 0.936627 0.233233</w:t>
        <w:br/>
        <w:t>vt 0.875851 0.273807</w:t>
        <w:br/>
        <w:t>vt 0.875851 0.262114</w:t>
        <w:br/>
        <w:t>vt 0.881440 0.273828</w:t>
        <w:br/>
        <w:t>vt 0.918582 0.308150</w:t>
        <w:br/>
        <w:t>vt 0.875851 0.285205</w:t>
        <w:br/>
        <w:t>vt 0.937000 0.313128</w:t>
        <w:br/>
        <w:t>vt 0.898427 0.181430</w:t>
        <w:br/>
        <w:t>vt 0.891651 0.210160</w:t>
        <w:br/>
        <w:t>vt 0.875851 0.308536</w:t>
        <w:br/>
        <w:t>vt 0.875851 0.294936</w:t>
        <w:br/>
        <w:t>vt 0.881020 0.218307</w:t>
        <w:br/>
        <w:t>vt 0.875851 0.218160</w:t>
        <w:br/>
        <w:t>vt 0.881444 0.317938</w:t>
        <w:br/>
        <w:t>vt 0.953647 0.064808</w:t>
        <w:br/>
        <w:t>vt 0.953647 0.043129</w:t>
        <w:br/>
        <w:t>vt 0.955167 0.043129</w:t>
        <w:br/>
        <w:t>vt 0.955167 0.065311</w:t>
        <w:br/>
        <w:t>vt 0.941351 0.327367</w:t>
        <w:br/>
        <w:t>vt 0.937000 0.313128</w:t>
        <w:br/>
        <w:t>vt 0.939064 0.313241</w:t>
        <w:br/>
        <w:t>vt 0.943291 0.326870</w:t>
        <w:br/>
        <w:t>vt 0.952791 0.078286</w:t>
        <w:br/>
        <w:t>vt 0.954407 0.079217</w:t>
        <w:br/>
        <w:t>vt 0.950799 0.090857</w:t>
        <w:br/>
        <w:t>vt 0.952483 0.091200</w:t>
        <w:br/>
        <w:t>vt 0.949092 0.106182</w:t>
        <w:br/>
        <w:t>vt 0.952483 0.091200</w:t>
        <w:br/>
        <w:t>vt 0.948046 0.120017</w:t>
        <w:br/>
        <w:t>vt 0.949092 0.106182</w:t>
        <w:br/>
        <w:t>vt 0.942110 0.194975</w:t>
        <w:br/>
        <w:t>vt 0.942736 0.179587</w:t>
        <w:br/>
        <w:t>vt 0.944331 0.162233</w:t>
        <w:br/>
        <w:t>vt 0.944982 0.143446</w:t>
        <w:br/>
        <w:t>vt 0.946709 0.143451</w:t>
        <w:br/>
        <w:t>vt 0.944805 0.278239</w:t>
        <w:br/>
        <w:t>vt 0.942815 0.278202</w:t>
        <w:br/>
        <w:t>vt 0.942878 0.263528</w:t>
        <w:br/>
        <w:t>vt 0.944435 0.262072</w:t>
        <w:br/>
        <w:t>vt 0.941655 0.297098</w:t>
        <w:br/>
        <w:t>vt 0.939765 0.296739</w:t>
        <w:br/>
        <w:t>vt 0.942672 0.209532</w:t>
        <w:br/>
        <w:t>vt 0.943806 0.227454</w:t>
        <w:br/>
        <w:t>vt 0.943806 0.227454</w:t>
        <w:br/>
        <w:t>vt 0.944201 0.237419</w:t>
        <w:br/>
        <w:t>vt 0.948340 0.062506</w:t>
        <w:br/>
        <w:t>vt 0.948340 0.043129</w:t>
        <w:br/>
        <w:t>vt 0.950421 0.043129</w:t>
        <w:br/>
        <w:t>vt 0.950421 0.063761</w:t>
        <w:br/>
        <w:t>vt 0.880945 0.203797</w:t>
        <w:br/>
        <w:t>vt 0.875851 0.164024</w:t>
        <w:br/>
        <w:t>vt 0.875851 0.182727</w:t>
        <w:br/>
        <w:t>vt 0.874142 0.182593</w:t>
        <w:br/>
        <w:t>vt 0.874142 0.164084</w:t>
        <w:br/>
        <w:t>vt 0.875851 0.198676</w:t>
        <w:br/>
        <w:t>vt 0.874142 0.198527</w:t>
        <w:br/>
        <w:t>vt 0.875851 0.218160</w:t>
        <w:br/>
        <w:t>vt 0.874142 0.218240</w:t>
        <w:br/>
        <w:t>vt 0.875851 0.232777</w:t>
        <w:br/>
        <w:t>vt 0.874142 0.233053</w:t>
        <w:br/>
        <w:t>vt 0.874142 0.249003</w:t>
        <w:br/>
        <w:t>vt 0.874142 0.249003</w:t>
        <w:br/>
        <w:t>vt 0.875851 0.262114</w:t>
        <w:br/>
        <w:t>vt 0.874142 0.262065</w:t>
        <w:br/>
        <w:t>vt 0.875851 0.273807</w:t>
        <w:br/>
        <w:t>vt 0.874142 0.273728</w:t>
        <w:br/>
        <w:t>vt 0.875851 0.285205</w:t>
        <w:br/>
        <w:t>vt 0.874142 0.284970</w:t>
        <w:br/>
        <w:t>vt 0.875851 0.294936</w:t>
        <w:br/>
        <w:t>vt 0.874142 0.294719</w:t>
        <w:br/>
        <w:t>vt 0.875851 0.308536</w:t>
        <w:br/>
        <w:t>vt 0.874142 0.308607</w:t>
        <w:br/>
        <w:t>vt 0.881444 0.317938</w:t>
        <w:br/>
        <w:t>vt 0.878785 0.318472</w:t>
        <w:br/>
        <w:t>vt 0.882719 0.094245</w:t>
        <w:br/>
        <w:t>vt 0.884212 0.085926</w:t>
        <w:br/>
        <w:t>vt 0.874142 0.106801</w:t>
        <w:br/>
        <w:t>vt 0.875851 0.123423</w:t>
        <w:br/>
        <w:t>vt 0.874142 0.123468</w:t>
        <w:br/>
        <w:t>vt 0.875851 0.142795</w:t>
        <w:br/>
        <w:t>vt 0.874142 0.142786</w:t>
        <w:br/>
        <w:t>vt 0.944435 0.262072</w:t>
        <w:br/>
        <w:t>vt 0.939194 0.244826</w:t>
        <w:br/>
        <w:t>vt 0.943927 0.245715</w:t>
        <w:br/>
        <w:t>vt 0.906995 0.232699</w:t>
        <w:br/>
        <w:t>vt 0.906786 0.218036</w:t>
        <w:br/>
        <w:t>vt 0.892935 0.225452</w:t>
        <w:br/>
        <w:t>vt 0.945561 0.090740</w:t>
        <w:br/>
        <w:t>vt 0.948764 0.076910</w:t>
        <w:br/>
        <w:t>vt 0.941351 0.327367</w:t>
        <w:br/>
        <w:t>vt 0.953647 0.043129</w:t>
        <w:br/>
        <w:t>vt 0.953647 0.064808</w:t>
        <w:br/>
        <w:t>vt 0.975375 0.948675</w:t>
        <w:br/>
        <w:t>vt 0.982008 0.953483</w:t>
        <w:br/>
        <w:t>vt 0.920879 0.239257</w:t>
        <w:br/>
        <w:t>vt 0.873357 0.950699</w:t>
        <w:br/>
        <w:t>vt 0.873781 0.953717</w:t>
        <w:br/>
        <w:t>vt 0.884865 0.953483</w:t>
        <w:br/>
        <w:t>vt 0.939570 0.945077</w:t>
        <w:br/>
        <w:t>vt 0.930181 0.945146</w:t>
        <w:br/>
        <w:t>vt 0.931085 0.953483</w:t>
        <w:br/>
        <w:t>vt 0.940448 0.953483</w:t>
        <w:br/>
        <w:t>vt 0.907846 0.944212</w:t>
        <w:br/>
        <w:t>vt 0.919733 0.944718</w:t>
        <w:br/>
        <w:t>vt 0.919443 0.934268</w:t>
        <w:br/>
        <w:t>vt 0.907727 0.933778</w:t>
        <w:br/>
        <w:t>vt 0.959830 0.953483</w:t>
        <w:br/>
        <w:t>vt 0.969923 0.953483</w:t>
        <w:br/>
        <w:t>vt 0.968260 0.944696</w:t>
        <w:br/>
        <w:t>vt 0.960466 0.945508</w:t>
        <w:br/>
        <w:t>vt 0.950367 0.938768</w:t>
        <w:br/>
        <w:t>vt 0.941393 0.937092</w:t>
        <w:br/>
        <w:t>vt 0.950194 0.945246</w:t>
        <w:br/>
        <w:t>vt 0.960701 0.941577</w:t>
        <w:br/>
        <w:t>vt 0.921425 0.953483</w:t>
        <w:br/>
        <w:t>vt 0.950293 0.953483</w:t>
        <w:br/>
        <w:t>vt 0.883606 0.943720</w:t>
        <w:br/>
        <w:t>vt 0.872658 0.941239</w:t>
        <w:br/>
        <w:t>vt 0.896853 0.953483</w:t>
        <w:br/>
        <w:t>vt 0.909659 0.953483</w:t>
        <w:br/>
        <w:t>vt 0.895031 0.943692</w:t>
        <w:br/>
        <w:t>vt 0.865736 0.947150</w:t>
        <w:br/>
        <w:t>vt 0.864520 0.939970</w:t>
        <w:br/>
        <w:t>vt 0.865953 0.953483</w:t>
        <w:br/>
        <w:t>vt 0.858292 0.937885</w:t>
        <w:br/>
        <w:t>vt 0.860886 0.944633</w:t>
        <w:br/>
        <w:t>vt 0.863736 0.937415</w:t>
        <w:br/>
        <w:t>vt 0.882600 0.938056</w:t>
        <w:br/>
        <w:t>vt 0.894186 0.934950</w:t>
        <w:br/>
        <w:t>vt 0.929304 0.935389</w:t>
        <w:br/>
        <w:t>vt 0.860656 0.953483</w:t>
        <w:br/>
        <w:t>vt 0.897432 0.287267</w:t>
        <w:br/>
        <w:t>vt 0.886906 0.286007</w:t>
        <w:br/>
        <w:t>vt 0.889510 0.296227</w:t>
        <w:br/>
        <w:t>vt 0.900592 0.298898</w:t>
        <w:br/>
        <w:t>vt 0.945381 0.075685</w:t>
        <w:br/>
        <w:t>vt 0.946345 0.062073</w:t>
        <w:br/>
        <w:t>vt 0.919583 0.317936</w:t>
        <w:br/>
        <w:t>vt 0.932400 0.328959</w:t>
        <w:br/>
        <w:t>vt 0.933283 0.326454</w:t>
        <w:br/>
        <w:t>vt 0.924040 0.313802</w:t>
        <w:br/>
        <w:t>vt 0.948340 0.062506</w:t>
        <w:br/>
        <w:t>vt 0.948340 0.043129</w:t>
        <w:br/>
        <w:t>vt 0.946345 0.043129</w:t>
        <w:br/>
        <w:t>vt 0.937328 0.076687</w:t>
        <w:br/>
        <w:t>vt 0.939896 0.082193</w:t>
        <w:br/>
        <w:t>vt 0.900845 0.309758</w:t>
        <w:br/>
        <w:t>vt 0.891267 0.308451</w:t>
        <w:br/>
        <w:t>vt 0.904064 0.084807</w:t>
        <w:br/>
        <w:t>vt 0.900306 0.093217</w:t>
        <w:br/>
        <w:t>vt 0.911457 0.092199</w:t>
        <w:br/>
        <w:t>vt 0.913098 0.083947</w:t>
        <w:br/>
        <w:t>vt 0.922843 0.092250</w:t>
        <w:br/>
        <w:t>vt 0.922819 0.082161</w:t>
        <w:br/>
        <w:t>vt 0.914587 0.314746</w:t>
        <w:br/>
        <w:t>vt 0.908920 0.312095</w:t>
        <w:br/>
        <w:t>vt 0.888192 0.142787</w:t>
        <w:br/>
        <w:t>vt 0.886595 0.163570</w:t>
        <w:br/>
        <w:t>vt 0.898851 0.163229</w:t>
        <w:br/>
        <w:t>vt 0.901195 0.143115</w:t>
        <w:br/>
        <w:t>vt 0.875851 0.164024</w:t>
        <w:br/>
        <w:t>vt 0.875851 0.182727</w:t>
        <w:br/>
        <w:t>vt 0.885812 0.182482</w:t>
        <w:br/>
        <w:t>vt 0.875851 0.198676</w:t>
        <w:br/>
        <w:t>vt 0.885998 0.197520</w:t>
        <w:br/>
        <w:t>vt 0.903952 0.123919</w:t>
        <w:br/>
        <w:t>vt 0.891200 0.123596</w:t>
        <w:br/>
        <w:t>vt 0.907224 0.246561</w:t>
        <w:br/>
        <w:t>vt 0.894968 0.246935</w:t>
        <w:br/>
        <w:t>vt 0.898875 0.261604</w:t>
        <w:br/>
        <w:t>vt 0.909870 0.261607</w:t>
        <w:br/>
        <w:t>vt 0.887076 0.261458</w:t>
        <w:br/>
        <w:t>vt 0.891794 0.274236</w:t>
        <w:br/>
        <w:t>vt 0.903520 0.275251</w:t>
        <w:br/>
        <w:t>vt 0.915654 0.124258</w:t>
        <w:br/>
        <w:t>vt 0.919153 0.108209</w:t>
        <w:br/>
        <w:t>vt 0.906962 0.107746</w:t>
        <w:br/>
        <w:t>vt 0.933283 0.326454</w:t>
        <w:br/>
        <w:t>vt 0.937173 0.326793</w:t>
        <w:br/>
        <w:t>vt 0.930536 0.313396</w:t>
        <w:br/>
        <w:t>vt 0.924040 0.313802</w:t>
        <w:br/>
        <w:t>vt 0.918582 0.308150</w:t>
        <w:br/>
        <w:t>vt 0.913990 0.276430</w:t>
        <w:br/>
        <w:t>vt 0.908328 0.289754</w:t>
        <w:br/>
        <w:t>vt 0.919938 0.292718</w:t>
        <w:br/>
        <w:t>vt 0.895519 0.107181</w:t>
        <w:br/>
        <w:t>vt 0.907140 0.180889</w:t>
        <w:br/>
        <w:t>vt 0.897672 0.196456</w:t>
        <w:br/>
        <w:t>vt 0.911152 0.195984</w:t>
        <w:br/>
        <w:t>vt 0.944982 0.143446</w:t>
        <w:br/>
        <w:t>vt 0.946167 0.120561</w:t>
        <w:br/>
        <w:t>vt 0.938313 0.123253</w:t>
        <w:br/>
        <w:t>vt 0.931620 0.145032</w:t>
        <w:br/>
        <w:t>vt 0.933441 0.093724</w:t>
        <w:br/>
        <w:t>vt 0.928979 0.080235</w:t>
        <w:br/>
        <w:t>vt 0.916276 0.180067</w:t>
        <w:br/>
        <w:t>vt 0.922649 0.163158</w:t>
        <w:br/>
        <w:t>vt 0.924485 0.179542</w:t>
        <w:br/>
        <w:t>vt 0.933179 0.162619</w:t>
        <w:br/>
        <w:t>vt 0.930437 0.108196</w:t>
        <w:br/>
        <w:t>vt 0.927967 0.124405</w:t>
        <w:br/>
        <w:t>vt 0.942406 0.107246</w:t>
        <w:br/>
        <w:t>vt 0.947447 0.106581</w:t>
        <w:br/>
        <w:t>vt 0.922475 0.144326</w:t>
        <w:br/>
        <w:t>vt 0.911342 0.143699</w:t>
        <w:br/>
        <w:t>vt 0.915066 0.163024</w:t>
        <w:br/>
        <w:t>vt 0.908514 0.163114</w:t>
        <w:br/>
        <w:t>vt 0.885404 0.086761</w:t>
        <w:br/>
        <w:t>vt 0.884194 0.095112</w:t>
        <w:br/>
        <w:t>vt 0.875851 0.107288</w:t>
        <w:br/>
        <w:t>vt 0.875851 0.123423</w:t>
        <w:br/>
        <w:t>vt 0.882751 0.247689</w:t>
        <w:br/>
        <w:t>vt 0.894125 0.239946</w:t>
        <w:br/>
        <w:t>vt 0.881464 0.233206</w:t>
        <w:br/>
        <w:t>vt 0.911092 0.303513</w:t>
        <w:br/>
        <w:t>vt 0.940492 0.179594</w:t>
        <w:br/>
        <w:t>vt 0.932971 0.179295</w:t>
        <w:br/>
        <w:t>vt 0.933084 0.194955</w:t>
        <w:br/>
        <w:t>vt 0.940022 0.195022</w:t>
        <w:br/>
        <w:t>vt 0.942176 0.162159</w:t>
        <w:br/>
        <w:t>vt 0.921311 0.195171</w:t>
        <w:br/>
        <w:t>vt 0.942878 0.263528</w:t>
        <w:br/>
        <w:t>vt 0.922514 0.261842</w:t>
        <w:br/>
        <w:t>vt 0.925928 0.277295</w:t>
        <w:br/>
        <w:t>vt 0.942815 0.278202</w:t>
        <w:br/>
        <w:t>vt 0.933679 0.209611</w:t>
        <w:br/>
        <w:t>vt 0.920836 0.210204</w:t>
        <w:br/>
        <w:t>vt 0.921001 0.224708</w:t>
        <w:br/>
        <w:t>vt 0.935184 0.226934</w:t>
        <w:br/>
        <w:t>vt 0.921705 0.254032</w:t>
        <w:br/>
        <w:t>vt 0.906720 0.210827</w:t>
        <w:br/>
        <w:t>vt 0.875851 0.142795</w:t>
        <w:br/>
        <w:t>vt 0.929275 0.294135</w:t>
        <w:br/>
        <w:t>vt 0.939765 0.296739</w:t>
        <w:br/>
        <w:t>vt 0.875851 0.248959</w:t>
        <w:br/>
        <w:t>vt 0.875851 0.232777</w:t>
        <w:br/>
        <w:t>vt 0.941694 0.227268</w:t>
        <w:br/>
        <w:t>vt 0.940619 0.209560</w:t>
        <w:br/>
        <w:t>vt 0.936627 0.233233</w:t>
        <w:br/>
        <w:t>vt 0.942089 0.234304</w:t>
        <w:br/>
        <w:t>vt 0.875851 0.273807</w:t>
        <w:br/>
        <w:t>vt 0.881440 0.273828</w:t>
        <w:br/>
        <w:t>vt 0.875851 0.262114</w:t>
        <w:br/>
        <w:t>vt 0.918582 0.308150</w:t>
        <w:br/>
        <w:t>vt 0.875851 0.285205</w:t>
        <w:br/>
        <w:t>vt 0.937000 0.313128</w:t>
        <w:br/>
        <w:t>vt 0.898427 0.181430</w:t>
        <w:br/>
        <w:t>vt 0.891651 0.210160</w:t>
        <w:br/>
        <w:t>vt 0.875851 0.308536</w:t>
        <w:br/>
        <w:t>vt 0.875851 0.294936</w:t>
        <w:br/>
        <w:t>vt 0.881020 0.218307</w:t>
        <w:br/>
        <w:t>vt 0.875851 0.218160</w:t>
        <w:br/>
        <w:t>vt 0.955167 0.043129</w:t>
        <w:br/>
        <w:t>vt 0.953647 0.043129</w:t>
        <w:br/>
        <w:t>vt 0.953647 0.064808</w:t>
        <w:br/>
        <w:t>vt 0.955167 0.065311</w:t>
        <w:br/>
        <w:t>vt 0.939064 0.313241</w:t>
        <w:br/>
        <w:t>vt 0.937000 0.313128</w:t>
        <w:br/>
        <w:t>vt 0.941351 0.327367</w:t>
        <w:br/>
        <w:t>vt 0.943291 0.326870</w:t>
        <w:br/>
        <w:t>vt 0.952791 0.078286</w:t>
        <w:br/>
        <w:t>vt 0.954407 0.079217</w:t>
        <w:br/>
        <w:t>vt 0.950799 0.090857</w:t>
        <w:br/>
        <w:t>vt 0.952483 0.091200</w:t>
        <w:br/>
        <w:t>vt 0.949092 0.106182</w:t>
        <w:br/>
        <w:t>vt 0.952483 0.091200</w:t>
        <w:br/>
        <w:t>vt 0.948046 0.120017</w:t>
        <w:br/>
        <w:t>vt 0.949092 0.106182</w:t>
        <w:br/>
        <w:t>vt 0.942110 0.194975</w:t>
        <w:br/>
        <w:t>vt 0.942736 0.179587</w:t>
        <w:br/>
        <w:t>vt 0.944331 0.162233</w:t>
        <w:br/>
        <w:t>vt 0.946709 0.143451</w:t>
        <w:br/>
        <w:t>vt 0.944982 0.143446</w:t>
        <w:br/>
        <w:t>vt 0.944805 0.278239</w:t>
        <w:br/>
        <w:t>vt 0.944435 0.262072</w:t>
        <w:br/>
        <w:t>vt 0.942878 0.263528</w:t>
        <w:br/>
        <w:t>vt 0.942815 0.278202</w:t>
        <w:br/>
        <w:t>vt 0.941655 0.297098</w:t>
        <w:br/>
        <w:t>vt 0.939765 0.296739</w:t>
        <w:br/>
        <w:t>vt 0.942672 0.209532</w:t>
        <w:br/>
        <w:t>vt 0.943806 0.227454</w:t>
        <w:br/>
        <w:t>vt 0.943806 0.227454</w:t>
        <w:br/>
        <w:t>vt 0.944201 0.237419</w:t>
        <w:br/>
        <w:t>vt 0.948340 0.062506</w:t>
        <w:br/>
        <w:t>vt 0.950421 0.063761</w:t>
        <w:br/>
        <w:t>vt 0.950421 0.043129</w:t>
        <w:br/>
        <w:t>vt 0.948340 0.043129</w:t>
        <w:br/>
        <w:t>vt 0.880945 0.203797</w:t>
        <w:br/>
        <w:t>vt 0.874142 0.182593</w:t>
        <w:br/>
        <w:t>vt 0.875851 0.182727</w:t>
        <w:br/>
        <w:t>vt 0.875851 0.164024</w:t>
        <w:br/>
        <w:t>vt 0.874142 0.164084</w:t>
        <w:br/>
        <w:t>vt 0.874142 0.198527</w:t>
        <w:br/>
        <w:t>vt 0.875851 0.198676</w:t>
        <w:br/>
        <w:t>vt 0.875851 0.218160</w:t>
        <w:br/>
        <w:t>vt 0.874142 0.218240</w:t>
        <w:br/>
        <w:t>vt 0.874142 0.233053</w:t>
        <w:br/>
        <w:t>vt 0.875851 0.232777</w:t>
        <w:br/>
        <w:t>vt 0.874142 0.249003</w:t>
        <w:br/>
        <w:t>vt 0.882719 0.094245</w:t>
        <w:br/>
        <w:t>vt 0.884212 0.085926</w:t>
        <w:br/>
        <w:t>vt 0.874142 0.106801</w:t>
        <w:br/>
        <w:t>vt 0.874142 0.123468</w:t>
        <w:br/>
        <w:t>vt 0.875851 0.123423</w:t>
        <w:br/>
        <w:t>vt 0.874142 0.142786</w:t>
        <w:br/>
        <w:t>vt 0.875851 0.142795</w:t>
        <w:br/>
        <w:t>vt 0.944435 0.262072</w:t>
        <w:br/>
        <w:t>vt 0.939194 0.244826</w:t>
        <w:br/>
        <w:t>vt 0.943927 0.245715</w:t>
        <w:br/>
        <w:t>vt 0.906786 0.218036</w:t>
        <w:br/>
        <w:t>vt 0.906995 0.232699</w:t>
        <w:br/>
        <w:t>vt 0.892935 0.225452</w:t>
        <w:br/>
        <w:t>vt 0.945561 0.090740</w:t>
        <w:br/>
        <w:t>vt 0.948764 0.076910</w:t>
        <w:br/>
        <w:t>vt 0.941351 0.327367</w:t>
        <w:br/>
        <w:t>vt 0.953647 0.064808</w:t>
        <w:br/>
        <w:t>vt 0.953647 0.043129</w:t>
        <w:br/>
        <w:t>vt 0.975375 0.948675</w:t>
        <w:br/>
        <w:t>vt 0.982008 0.953483</w:t>
        <w:br/>
        <w:t>vt 0.920879 0.239257</w:t>
        <w:br/>
        <w:t>vt 0.328939 0.724561</w:t>
        <w:br/>
        <w:t>vt 0.346043 0.724561</w:t>
        <w:br/>
        <w:t>vt 0.346131 0.726870</w:t>
        <w:br/>
        <w:t>vt 0.329118 0.726870</w:t>
        <w:br/>
        <w:t>vt 0.374748 0.726870</w:t>
        <w:br/>
        <w:t>vt 0.374743 0.724561</w:t>
        <w:br/>
        <w:t>vt 0.387634 0.724561</w:t>
        <w:br/>
        <w:t>vt 0.387563 0.726870</w:t>
        <w:br/>
        <w:t>vt 0.360449 0.726870</w:t>
        <w:br/>
        <w:t>vt 0.360435 0.724561</w:t>
        <w:br/>
        <w:t>vt 0.400579 0.724561</w:t>
        <w:br/>
        <w:t>vt 0.400414 0.726870</w:t>
        <w:br/>
        <w:t>vt 0.299424 0.726870</w:t>
        <w:br/>
        <w:t>vt 0.311191 0.724561</w:t>
        <w:br/>
        <w:t>vt 0.311354 0.726870</w:t>
        <w:br/>
        <w:t>vt 0.420580 0.724561</w:t>
        <w:br/>
        <w:t>vt 0.421419 0.726870</w:t>
        <w:br/>
        <w:t>vt 0.411444 0.726870</w:t>
        <w:br/>
        <w:t>vt 0.411569 0.724561</w:t>
        <w:br/>
        <w:t>vt 0.251523 0.417725</w:t>
        <w:br/>
        <w:t>vt 0.254700 0.423518</w:t>
        <w:br/>
        <w:t>vt 0.254700 0.426111</w:t>
        <w:br/>
        <w:t>vt 0.204096 0.374967</w:t>
        <w:br/>
        <w:t>vt 0.203928 0.376531</w:t>
        <w:br/>
        <w:t>vt 0.193819 0.374897</w:t>
        <w:br/>
        <w:t>vt 0.193819 0.373022</w:t>
        <w:br/>
        <w:t>vt 0.235596 0.395021</w:t>
        <w:br/>
        <w:t>vt 0.218863 0.382983</w:t>
        <w:br/>
        <w:t>vt 0.219443 0.381640</w:t>
        <w:br/>
        <w:t>vt 0.254700 0.428409</w:t>
        <w:br/>
        <w:t>vt 0.247568 0.417158</w:t>
        <w:br/>
        <w:t>vt 0.294134 0.726870</w:t>
        <w:br/>
        <w:t>vt 0.292879 0.725677</w:t>
        <w:br/>
        <w:t>vt 0.005346 0.587977</w:t>
        <w:br/>
        <w:t>vt 0.005346 0.581201</w:t>
        <w:br/>
        <w:t>vt 0.008694 0.580127</w:t>
        <w:br/>
        <w:t>vt 0.008476 0.587977</w:t>
        <w:br/>
        <w:t>vt 0.245603 0.407964</w:t>
        <w:br/>
        <w:t>vt 0.243329 0.408266</w:t>
        <w:br/>
        <w:t>vt 0.008755 0.601930</w:t>
        <w:br/>
        <w:t>vt 0.005346 0.603850</w:t>
        <w:br/>
        <w:t>vt 0.987844 0.889244</w:t>
        <w:br/>
        <w:t>vt 0.988610 0.888897</w:t>
        <w:br/>
        <w:t>vt 0.988561 0.897342</w:t>
        <w:br/>
        <w:t>vt 0.987844 0.897420</w:t>
        <w:br/>
        <w:t>vt 0.989276 0.905313</w:t>
        <w:br/>
        <w:t>vt 0.995088 0.896323</w:t>
        <w:br/>
        <w:t>vt 0.988561 0.897342</w:t>
        <w:br/>
        <w:t>vt 0.994867 0.890872</w:t>
        <w:br/>
        <w:t>vt 0.995174 0.902840</w:t>
        <w:br/>
        <w:t>vt 0.988610 0.888897</w:t>
        <w:br/>
        <w:t>vt 0.994912 0.904902</w:t>
        <w:br/>
        <w:t>vt 0.989276 0.905313</w:t>
        <w:br/>
        <w:t>vt 0.994285 0.888797</w:t>
        <w:br/>
        <w:t>vt 0.421465 0.730711</w:t>
        <w:br/>
        <w:t>vt 0.987844 0.907570</w:t>
        <w:br/>
        <w:t>vt 0.989584 0.907673</w:t>
        <w:br/>
        <w:t>vt 0.991635 0.921664</w:t>
        <w:br/>
        <w:t>vt 0.992117 0.929723</w:t>
        <w:br/>
        <w:t>vt 0.987844 0.929370</w:t>
        <w:br/>
        <w:t>vt 0.987844 0.921301</w:t>
        <w:br/>
        <w:t>vt 0.992782 0.943294</w:t>
        <w:br/>
        <w:t>vt 0.991817 0.949733</w:t>
        <w:br/>
        <w:t>vt 0.987844 0.949431</w:t>
        <w:br/>
        <w:t>vt 0.987844 0.943246</w:t>
        <w:br/>
        <w:t>vt 0.992619 0.936464</w:t>
        <w:br/>
        <w:t>vt 0.987844 0.936163</w:t>
        <w:br/>
        <w:t>vt 0.991763 0.956124</w:t>
        <w:br/>
        <w:t>vt 0.987844 0.955521</w:t>
        <w:br/>
        <w:t>vt 0.989959 0.913139</w:t>
        <w:br/>
        <w:t>vt 0.987844 0.912953</w:t>
        <w:br/>
        <w:t>vt 0.622015 0.313296</w:t>
        <w:br/>
        <w:t>vt 0.622015 0.315496</w:t>
        <w:br/>
        <w:t>vt 0.595421 0.315496</w:t>
        <w:br/>
        <w:t>vt 0.594297 0.313296</w:t>
        <w:br/>
        <w:t>vt 0.563881 0.315496</w:t>
        <w:br/>
        <w:t>vt 0.563881 0.313296</w:t>
        <w:br/>
        <w:t>vt 0.622015 0.310282</w:t>
        <w:br/>
        <w:t>vt 0.593540 0.310282</w:t>
        <w:br/>
        <w:t>vt 0.563881 0.310282</w:t>
        <w:br/>
        <w:t>vt 0.593749 0.307249</w:t>
        <w:br/>
        <w:t>vt 0.622015 0.307249</w:t>
        <w:br/>
        <w:t>vt 0.563881 0.307249</w:t>
        <w:br/>
        <w:t>vt 0.594587 0.305007</w:t>
        <w:br/>
        <w:t>vt 0.622015 0.305007</w:t>
        <w:br/>
        <w:t>vt 0.563881 0.305007</w:t>
        <w:br/>
        <w:t>vt 0.996628 0.717614</w:t>
        <w:br/>
        <w:t>vt 0.998642 0.716095</w:t>
        <w:br/>
        <w:t>vt 0.998642 0.732263</w:t>
        <w:br/>
        <w:t>vt 0.996628 0.732486</w:t>
        <w:br/>
        <w:t>vt 0.998642 0.757356</w:t>
        <w:br/>
        <w:t>vt 0.996628 0.753559</w:t>
        <w:br/>
        <w:t>vt 0.375869 0.094532</w:t>
        <w:br/>
        <w:t>vt 0.394563 0.094532</w:t>
        <w:br/>
        <w:t>vt 0.395841 0.107787</w:t>
        <w:br/>
        <w:t>vt 0.376352 0.107787</w:t>
        <w:br/>
        <w:t>vt 0.366114 0.094532</w:t>
        <w:br/>
        <w:t>vt 0.375869 0.094532</w:t>
        <w:br/>
        <w:t>vt 0.376352 0.107787</w:t>
        <w:br/>
        <w:t>vt 0.369427 0.107787</w:t>
        <w:br/>
        <w:t>vt 0.411683 0.091200</w:t>
        <w:br/>
        <w:t>vt 0.414790 0.091200</w:t>
        <w:br/>
        <w:t>vt 0.415848 0.094532</w:t>
        <w:br/>
        <w:t>vt 0.413257 0.094532</w:t>
        <w:br/>
        <w:t>vt 0.375331 0.091200</w:t>
        <w:br/>
        <w:t>vt 0.375869 0.094532</w:t>
        <w:br/>
        <w:t>vt 0.366114 0.094532</w:t>
        <w:br/>
        <w:t>vt 0.365171 0.091200</w:t>
        <w:br/>
        <w:t>vt 0.964800 0.747102</w:t>
        <w:br/>
        <w:t>vt 0.965088 0.760680</w:t>
        <w:br/>
        <w:t>vt 0.946853 0.760680</w:t>
        <w:br/>
        <w:t>vt 0.946748 0.747102</w:t>
        <w:br/>
        <w:t>vt 0.971807 0.760680</w:t>
        <w:br/>
        <w:t>vt 0.965088 0.760680</w:t>
        <w:br/>
        <w:t>vt 0.964800 0.747102</w:t>
        <w:br/>
        <w:t>vt 0.971583 0.747102</w:t>
        <w:br/>
        <w:t>vt 0.922432 0.747102</w:t>
        <w:br/>
        <w:t>vt 0.920565 0.744862</w:t>
        <w:br/>
        <w:t>vt 0.928987 0.744862</w:t>
        <w:br/>
        <w:t>vt 0.928697 0.747102</w:t>
        <w:br/>
        <w:t>vt 0.971583 0.747102</w:t>
        <w:br/>
        <w:t>vt 0.964800 0.747102</w:t>
        <w:br/>
        <w:t>vt 0.964876 0.744862</w:t>
        <w:br/>
        <w:t>vt 0.972979 0.744862</w:t>
        <w:br/>
        <w:t>vt 0.394563 0.094532</w:t>
        <w:br/>
        <w:t>vt 0.393507 0.091200</w:t>
        <w:br/>
        <w:t>vt 0.946931 0.744862</w:t>
        <w:br/>
        <w:t>vt 0.946748 0.747102</w:t>
        <w:br/>
        <w:t>vt 0.996628 0.684966</w:t>
        <w:br/>
        <w:t>vt 0.998642 0.681181</w:t>
        <w:br/>
        <w:t>vt 0.928618 0.760680</w:t>
        <w:br/>
        <w:t>vt 0.928697 0.747102</w:t>
        <w:br/>
        <w:t>vt 0.413257 0.094532</w:t>
        <w:br/>
        <w:t>vt 0.415330 0.107787</w:t>
        <w:br/>
        <w:t>vt 0.874142 0.249003</w:t>
        <w:br/>
        <w:t>vt 0.874142 0.262065</w:t>
        <w:br/>
        <w:t>vt 0.875851 0.262114</w:t>
        <w:br/>
        <w:t>vt 0.874142 0.273728</w:t>
        <w:br/>
        <w:t>vt 0.875851 0.273807</w:t>
        <w:br/>
        <w:t>vt 0.874142 0.284970</w:t>
        <w:br/>
        <w:t>vt 0.875851 0.285205</w:t>
        <w:br/>
        <w:t>vt 0.874142 0.294719</w:t>
        <w:br/>
        <w:t>vt 0.875851 0.294936</w:t>
        <w:br/>
        <w:t>vt 0.874142 0.308607</w:t>
        <w:br/>
        <w:t>vt 0.875851 0.308536</w:t>
        <w:br/>
        <w:t>vt 0.878785 0.318472</w:t>
        <w:br/>
        <w:t>vt 0.881444 0.317938</w:t>
        <w:br/>
        <w:t>vt 0.457458 0.340652</w:t>
        <w:br/>
        <w:t>vt 0.622015 0.305007</w:t>
        <w:br/>
        <w:t>vt 0.594587 0.305007</w:t>
        <w:br/>
        <w:t>vt 0.595535 0.302775</w:t>
        <w:br/>
        <w:t>vt 0.622015 0.302775</w:t>
        <w:br/>
        <w:t>vt 0.563881 0.302775</w:t>
        <w:br/>
        <w:t>vt 0.563881 0.305007</w:t>
        <w:br/>
        <w:t>vt 0.596080 0.299760</w:t>
        <w:br/>
        <w:t>vt 0.622015 0.299760</w:t>
        <w:br/>
        <w:t>vt 0.563881 0.299760</w:t>
        <w:br/>
        <w:t>vt 0.596901 0.320698</w:t>
        <w:br/>
        <w:t>vt 0.596436 0.317693</w:t>
        <w:br/>
        <w:t>vt 0.622015 0.317693</w:t>
        <w:br/>
        <w:t>vt 0.622015 0.320698</w:t>
        <w:br/>
        <w:t>vt 0.563881 0.320698</w:t>
        <w:br/>
        <w:t>vt 0.563881 0.317693</w:t>
        <w:br/>
        <w:t>vt 0.622015 0.315496</w:t>
        <w:br/>
        <w:t>vt 0.595421 0.315496</w:t>
        <w:br/>
        <w:t>vt 0.563881 0.315496</w:t>
        <w:br/>
        <w:t>vt 0.162604 0.419866</w:t>
        <w:br/>
        <w:t>vt 0.160362 0.421189</w:t>
        <w:br/>
        <w:t>vt 0.158870 0.417393</w:t>
        <w:br/>
        <w:t>vt 0.159298 0.440420</w:t>
        <w:br/>
        <w:t>vt 0.157039 0.438352</w:t>
        <w:br/>
        <w:t>vt 0.162273 0.436476</w:t>
        <w:br/>
        <w:t>vt 0.157080 0.420257</w:t>
        <w:br/>
        <w:t>vt 0.163420 0.440580</w:t>
        <w:br/>
        <w:t>vt 0.155286 0.417283</w:t>
        <w:br/>
        <w:t>vt 0.166618 0.437974</w:t>
        <w:br/>
        <w:t>vt 0.155623 0.414552</w:t>
        <w:br/>
        <w:t>vt 0.167170 0.434957</w:t>
        <w:br/>
        <w:t>vt 0.157865 0.413245</w:t>
        <w:br/>
        <w:t>vt 0.158870 0.417393</w:t>
        <w:br/>
        <w:t>vt 0.164907 0.432888</w:t>
        <w:br/>
        <w:t>vt 0.162273 0.436476</w:t>
        <w:br/>
        <w:t>vt 0.161240 0.414176</w:t>
        <w:br/>
        <w:t>vt 0.160788 0.432736</w:t>
        <w:br/>
        <w:t>vt 0.163002 0.417131</w:t>
        <w:br/>
        <w:t>vt 0.157601 0.435346</w:t>
        <w:br/>
        <w:t>vt 0.420580 0.724561</w:t>
        <w:br/>
        <w:t>vt 0.423011 0.723657</w:t>
        <w:br/>
        <w:t>vt 0.421419 0.726870</w:t>
        <w:br/>
        <w:t>vt 0.995302 0.960730</w:t>
        <w:br/>
        <w:t>vt 0.995401 0.955830</w:t>
        <w:br/>
        <w:t>vt 0.998812 0.956152</w:t>
        <w:br/>
        <w:t>vt 0.998812 0.961146</w:t>
        <w:br/>
        <w:t>vt 0.995712 0.942666</w:t>
        <w:br/>
        <w:t>vt 0.998812 0.946639</w:t>
        <w:br/>
        <w:t>vt 0.995724 0.947044</w:t>
        <w:br/>
        <w:t>vt 0.998812 0.951291</w:t>
        <w:br/>
        <w:t>vt 0.995380 0.951278</w:t>
        <w:br/>
        <w:t>vt 0.684475 0.319548</w:t>
        <w:br/>
        <w:t>vt 0.678321 0.319548</w:t>
        <w:br/>
        <w:t>vt 0.678321 0.299944</w:t>
        <w:br/>
        <w:t>vt 0.684475 0.299944</w:t>
        <w:br/>
        <w:t>vt 0.635895 0.319548</w:t>
        <w:br/>
        <w:t>vt 0.635895 0.299944</w:t>
        <w:br/>
        <w:t>vt 0.644767 0.299944</w:t>
        <w:br/>
        <w:t>vt 0.644767 0.319548</w:t>
        <w:br/>
        <w:t>vt 0.659929 0.319548</w:t>
        <w:br/>
        <w:t>vt 0.678321 0.319548</w:t>
        <w:br/>
        <w:t>vt 0.674965 0.323554</w:t>
        <w:br/>
        <w:t>vt 0.661074 0.323554</w:t>
        <w:br/>
        <w:t>vt 0.644767 0.295864</w:t>
        <w:br/>
        <w:t>vt 0.661247 0.295864</w:t>
        <w:br/>
        <w:t>vt 0.659929 0.299944</w:t>
        <w:br/>
        <w:t>vt 0.644767 0.299944</w:t>
        <w:br/>
        <w:t>vt 0.684475 0.299944</w:t>
        <w:br/>
        <w:t>vt 0.678321 0.299944</w:t>
        <w:br/>
        <w:t>vt 0.675286 0.295864</w:t>
        <w:br/>
        <w:t>vt 0.684475 0.295864</w:t>
        <w:br/>
        <w:t>vt 0.684475 0.319548</w:t>
        <w:br/>
        <w:t>vt 0.684475 0.323554</w:t>
        <w:br/>
        <w:t>vt 0.635895 0.319548</w:t>
        <w:br/>
        <w:t>vt 0.644767 0.319548</w:t>
        <w:br/>
        <w:t>vt 0.644767 0.323554</w:t>
        <w:br/>
        <w:t>vt 0.635895 0.323554</w:t>
        <w:br/>
        <w:t>vt 0.635895 0.299944</w:t>
        <w:br/>
        <w:t>vt 0.635895 0.295864</w:t>
        <w:br/>
        <w:t>vt 0.659929 0.319548</w:t>
        <w:br/>
        <w:t>vt 0.659929 0.299944</w:t>
        <w:br/>
        <w:t>vt 0.678321 0.299944</w:t>
        <w:br/>
        <w:t>vt 0.678321 0.319548</w:t>
        <w:br/>
        <w:t>vt 0.644767 0.319548</w:t>
        <w:br/>
        <w:t>vt 0.644767 0.299944</w:t>
        <w:br/>
        <w:t>vt 0.249901 0.714732</w:t>
        <w:br/>
        <w:t>vt 0.249901 0.725463</w:t>
        <w:br/>
        <w:t>vt 0.231179 0.725659</w:t>
        <w:br/>
        <w:t>vt 0.230976 0.724220</w:t>
        <w:br/>
        <w:t>vt 0.243369 0.723986</w:t>
        <w:br/>
        <w:t>vt 0.243369 0.725463</w:t>
        <w:br/>
        <w:t>vt 0.248046 0.723986</w:t>
        <w:br/>
        <w:t>vt 0.249901 0.725463</w:t>
        <w:br/>
        <w:t>vt 0.244496 0.723249</w:t>
        <w:br/>
        <w:t>vt 0.246622 0.723249</w:t>
        <w:br/>
        <w:t>vt 0.215951 0.723986</w:t>
        <w:br/>
        <w:t>vt 0.218085 0.722803</w:t>
        <w:br/>
        <w:t>vt 0.220064 0.722803</w:t>
        <w:br/>
        <w:t>vt 0.222058 0.723986</w:t>
        <w:br/>
        <w:t>vt 0.213449 0.725463</w:t>
        <w:br/>
        <w:t>vt 0.222058 0.725463</w:t>
        <w:br/>
        <w:t>vt 0.248046 0.713655</w:t>
        <w:br/>
        <w:t>vt 0.415330 0.107787</w:t>
        <w:br/>
        <w:t>vt 0.413257 0.094532</w:t>
        <w:br/>
        <w:t>vt 0.415848 0.094532</w:t>
        <w:br/>
        <w:t>vt 0.420787 0.107787</w:t>
        <w:br/>
        <w:t>vt 0.414380 0.111460</w:t>
        <w:br/>
        <w:t>vt 0.395436 0.111460</w:t>
        <w:br/>
        <w:t>vt 0.395841 0.107787</w:t>
        <w:br/>
        <w:t>vt 0.415330 0.107787</w:t>
        <w:br/>
        <w:t>vt 0.420787 0.107787</w:t>
        <w:br/>
        <w:t>vt 0.421376 0.111460</w:t>
        <w:br/>
        <w:t>vt 0.376491 0.111460</w:t>
        <w:br/>
        <w:t>vt 0.368602 0.111460</w:t>
        <w:br/>
        <w:t>vt 0.369427 0.107787</w:t>
        <w:br/>
        <w:t>vt 0.376352 0.107787</w:t>
        <w:br/>
        <w:t>vt 0.922439 0.760680</w:t>
        <w:br/>
        <w:t>vt 0.928618 0.760680</w:t>
        <w:br/>
        <w:t>vt 0.928749 0.762999</w:t>
        <w:br/>
        <w:t>vt 0.920522 0.762999</w:t>
        <w:br/>
        <w:t>vt 0.971807 0.760680</w:t>
        <w:br/>
        <w:t>vt 0.973629 0.762999</w:t>
        <w:br/>
        <w:t>vt 0.965093 0.762999</w:t>
        <w:br/>
        <w:t>vt 0.965088 0.760680</w:t>
        <w:br/>
        <w:t>vt 0.946921 0.762999</w:t>
        <w:br/>
        <w:t>vt 0.946853 0.760680</w:t>
        <w:br/>
        <w:t>vt 0.681184 0.159205</w:t>
        <w:br/>
        <w:t>vt 0.689957 0.147817</w:t>
        <w:br/>
        <w:t>vt 0.694489 0.153728</w:t>
        <w:br/>
        <w:t>vt 0.695446 0.161112</w:t>
        <w:br/>
        <w:t>vt 0.692585 0.167986</w:t>
        <w:br/>
        <w:t>vt 0.679286 0.173465</w:t>
        <w:br/>
        <w:t>vt 0.672407 0.170599</w:t>
        <w:br/>
        <w:t>vt 0.686672 0.172509</w:t>
        <w:br/>
        <w:t>vt 0.683071 0.144963</w:t>
        <w:br/>
        <w:t>vt 0.675679 0.145879</w:t>
        <w:br/>
        <w:t>vt 0.669774 0.150410</w:t>
        <w:br/>
        <w:t>vt 0.666918 0.157289</w:t>
        <w:br/>
        <w:t>vt 0.667881 0.164679</w:t>
        <w:br/>
        <w:t>vt 0.922439 0.760680</w:t>
        <w:br/>
        <w:t>vt 0.922432 0.747102</w:t>
        <w:br/>
        <w:t>vt 0.928697 0.747102</w:t>
        <w:br/>
        <w:t>vt 0.928618 0.760680</w:t>
        <w:br/>
        <w:t>vt 0.938461 0.768331</w:t>
        <w:br/>
        <w:t>vt 0.938461 0.771052</w:t>
        <w:br/>
        <w:t>vt 0.920812 0.771052</w:t>
        <w:br/>
        <w:t>vt 0.920812 0.768331</w:t>
        <w:br/>
        <w:t>vt 0.930089 0.777761</w:t>
        <w:br/>
        <w:t>vt 0.940589 0.771431</w:t>
        <w:br/>
        <w:t>vt 0.940589 0.766249</w:t>
        <w:br/>
        <w:t>vt 0.918652 0.771431</w:t>
        <w:br/>
        <w:t>vt 0.918652 0.766249</w:t>
        <w:br/>
        <w:t>vt 0.918652 0.766249</w:t>
        <w:br/>
        <w:t>vt 0.940589 0.766249</w:t>
        <w:br/>
        <w:t>vt 0.930255 0.780006</w:t>
        <w:br/>
        <w:t>vt 0.930089 0.777761</w:t>
        <w:br/>
        <w:t>vt 0.930089 0.777761</w:t>
        <w:br/>
        <w:t>vt 0.930255 0.780006</w:t>
        <w:br/>
        <w:t>vt 0.569237 0.474321</w:t>
        <w:br/>
        <w:t>vt 0.574067 0.474310</w:t>
        <w:br/>
        <w:t>vt 0.573824 0.478894</w:t>
        <w:br/>
        <w:t>vt 0.570217 0.467719</w:t>
        <w:br/>
        <w:t>vt 0.574893 0.468950</w:t>
        <w:br/>
        <w:t>vt 0.576751 0.455193</w:t>
        <w:br/>
        <w:t>vt 0.582483 0.455303</w:t>
        <w:br/>
        <w:t>vt 0.577071 0.463179</w:t>
        <w:br/>
        <w:t>vt 0.572261 0.462140</w:t>
        <w:br/>
        <w:t>vt 0.569627 0.442994</w:t>
        <w:br/>
        <w:t>vt 0.567817 0.446894</w:t>
        <w:br/>
        <w:t>vt 0.556079 0.443927</w:t>
        <w:br/>
        <w:t>vt 0.556086 0.439632</w:t>
        <w:br/>
        <w:t>vt 0.538873 0.474077</w:t>
        <w:br/>
        <w:t>vt 0.537939 0.468794</w:t>
        <w:br/>
        <w:t>vt 0.542577 0.467423</w:t>
        <w:br/>
        <w:t>vt 0.543714 0.474054</w:t>
        <w:br/>
        <w:t>vt 0.535537 0.463141</w:t>
        <w:br/>
        <w:t>vt 0.529808 0.455451</w:t>
        <w:br/>
        <w:t>vt 0.535534 0.455196</w:t>
        <w:br/>
        <w:t>vt 0.540302 0.461914</w:t>
        <w:br/>
        <w:t>vt 0.542524 0.442955</w:t>
        <w:br/>
        <w:t>vt 0.544351 0.446846</w:t>
        <w:br/>
        <w:t>vt 0.453070 0.290833</w:t>
        <w:br/>
        <w:t>vt 0.449029 0.286580</w:t>
        <w:br/>
        <w:t>vt 0.453143 0.286453</w:t>
        <w:br/>
        <w:t>vt 0.459070 0.289977</w:t>
        <w:br/>
        <w:t>vt 0.457963 0.285739</w:t>
        <w:br/>
        <w:t>vt 0.463165 0.283747</w:t>
        <w:br/>
        <w:t>vt 0.470313 0.278826</w:t>
        <w:br/>
        <w:t>vt 0.470360 0.284018</w:t>
        <w:br/>
        <w:t>vt 0.464116 0.288101</w:t>
        <w:br/>
        <w:t>vt 0.481231 0.290702</w:t>
        <w:br/>
        <w:t>vt 0.477663 0.292259</w:t>
        <w:br/>
        <w:t>vt 0.483965 0.303030</w:t>
        <w:br/>
        <w:t>vt 0.480077 0.302950</w:t>
        <w:br/>
        <w:t>vt 0.458554 0.315047</w:t>
        <w:br/>
        <w:t>vt 0.457274 0.319236</w:t>
        <w:br/>
        <w:t>vt 0.452486 0.318324</w:t>
        <w:br/>
        <w:t>vt 0.452594 0.313945</w:t>
        <w:br/>
        <w:t>vt 0.462389 0.321439</w:t>
        <w:br/>
        <w:t>vt 0.463518 0.317128</w:t>
        <w:br/>
        <w:t>vt 0.469589 0.321465</w:t>
        <w:br/>
        <w:t>vt 0.469329 0.326652</w:t>
        <w:br/>
        <w:t>vt 0.477225 0.313533</w:t>
        <w:br/>
        <w:t>vt 0.480725 0.315235</w:t>
        <w:br/>
        <w:t>vt 0.539086 0.478594</w:t>
        <w:br/>
        <w:t>vt 0.448381 0.318028</w:t>
        <w:br/>
        <w:t>vt 0.800517 0.465877</w:t>
        <w:br/>
        <w:t>vt 0.796415 0.469501</w:t>
        <w:br/>
        <w:t>vt 0.796415 0.435211</w:t>
        <w:br/>
        <w:t>vt 0.800517 0.438845</w:t>
        <w:br/>
        <w:t>vt 0.816038 0.435211</w:t>
        <w:br/>
        <w:t>vt 0.811944 0.438845</w:t>
        <w:br/>
        <w:t>vt 0.816038 0.469501</w:t>
        <w:br/>
        <w:t>vt 0.811944 0.465877</w:t>
        <w:br/>
        <w:t>vt 0.790122 0.493111</w:t>
        <w:br/>
        <w:t>vt 0.793434 0.489511</w:t>
        <w:br/>
        <w:t>vt 0.816479 0.489511</w:t>
        <w:br/>
        <w:t>vt 0.819791 0.493111</w:t>
        <w:br/>
        <w:t>vt 0.816479 0.481041</w:t>
        <w:br/>
        <w:t>vt 0.819791 0.477441</w:t>
        <w:br/>
        <w:t>vt 0.790122 0.477441</w:t>
        <w:br/>
        <w:t>vt 0.793434 0.481041</w:t>
        <w:br/>
        <w:t>vt 0.059816 0.437694</w:t>
        <w:br/>
        <w:t>vt 0.030944 0.437694</w:t>
        <w:br/>
        <w:t>vt 0.030944 0.434819</w:t>
        <w:br/>
        <w:t>vt 0.059816 0.434819</w:t>
        <w:br/>
        <w:t>vt 0.034126 0.427291</w:t>
        <w:br/>
        <w:t>vt 0.034945 0.429311</w:t>
        <w:br/>
        <w:t>vt 0.028617 0.434819</w:t>
        <w:br/>
        <w:t>vt 0.026661 0.434819</w:t>
        <w:br/>
        <w:t>vt 0.056218 0.427291</w:t>
        <w:br/>
        <w:t>vt 0.055498 0.429311</w:t>
        <w:br/>
        <w:t>vt 0.062181 0.439695</w:t>
        <w:br/>
        <w:t>vt 0.062181 0.434819</w:t>
        <w:br/>
        <w:t>vt 0.064153 0.434819</w:t>
        <w:br/>
        <w:t>vt 0.064153 0.442032</w:t>
        <w:br/>
        <w:t>vt 0.028617 0.439695</w:t>
        <w:br/>
        <w:t>vt 0.062181 0.439695</w:t>
        <w:br/>
        <w:t>vt 0.064153 0.442032</w:t>
        <w:br/>
        <w:t>vt 0.026661 0.442032</w:t>
        <w:br/>
        <w:t>vt 0.035700 0.431285</w:t>
        <w:br/>
        <w:t>vt 0.054834 0.431285</w:t>
        <w:br/>
        <w:t>vt 0.028617 0.439695</w:t>
        <w:br/>
        <w:t>vt 0.026661 0.442032</w:t>
        <w:br/>
        <w:t>vt 0.055498 0.429311</w:t>
        <w:br/>
        <w:t>vt 0.034945 0.429311</w:t>
        <w:br/>
        <w:t>vt 0.062181 0.439695</w:t>
        <w:br/>
        <w:t>vt 0.028617 0.439695</w:t>
        <w:br/>
        <w:t>vt 0.029229 0.710847</w:t>
        <w:br/>
        <w:t>vt 0.011764 0.710847</w:t>
        <w:br/>
        <w:t>vt 0.011764 0.701542</w:t>
        <w:br/>
        <w:t>vt 0.029229 0.701542</w:t>
        <w:br/>
        <w:t>vt 0.054553 0.710847</w:t>
        <w:br/>
        <w:t>vt 0.037090 0.710847</w:t>
        <w:br/>
        <w:t>vt 0.037090 0.701542</w:t>
        <w:br/>
        <w:t>vt 0.054553 0.701542</w:t>
        <w:br/>
        <w:t>vt 0.032610 0.701542</w:t>
        <w:br/>
        <w:t>vt 0.032610 0.710847</w:t>
        <w:br/>
        <w:t>vt 0.008380 0.701542</w:t>
        <w:br/>
        <w:t>vt 0.008380 0.710847</w:t>
        <w:br/>
        <w:t>vt 0.033708 0.710847</w:t>
        <w:br/>
        <w:t>vt 0.033708 0.701542</w:t>
        <w:br/>
        <w:t>vt 0.153579 0.402228</w:t>
        <w:br/>
        <w:t>vt 0.133862 0.402228</w:t>
        <w:br/>
        <w:t>vt 0.133862 0.400716</w:t>
        <w:br/>
        <w:t>vt 0.153579 0.400716</w:t>
        <w:br/>
        <w:t>vt 0.153579 0.403635</w:t>
        <w:br/>
        <w:t>vt 0.133862 0.403635</w:t>
        <w:br/>
        <w:t>vt 0.153579 0.405020</w:t>
        <w:br/>
        <w:t>vt 0.133862 0.405020</w:t>
        <w:br/>
        <w:t>vt 0.153579 0.406497</w:t>
        <w:br/>
        <w:t>vt 0.133862 0.406497</w:t>
        <w:br/>
        <w:t>vt 0.153579 0.408396</w:t>
        <w:br/>
        <w:t>vt 0.133862 0.408396</w:t>
        <w:br/>
        <w:t>vt 0.153579 0.410086</w:t>
        <w:br/>
        <w:t>vt 0.133862 0.410086</w:t>
        <w:br/>
        <w:t>vt 0.153579 0.397097</w:t>
        <w:br/>
        <w:t>vt 0.153579 0.398766</w:t>
        <w:br/>
        <w:t>vt 0.133862 0.398766</w:t>
        <w:br/>
        <w:t>vt 0.133862 0.397097</w:t>
        <w:br/>
        <w:t>vt 0.123775 0.402228</w:t>
        <w:br/>
        <w:t>vt 0.123775 0.400716</w:t>
        <w:br/>
        <w:t>vt 0.123775 0.403635</w:t>
        <w:br/>
        <w:t>vt 0.123775 0.405020</w:t>
        <w:br/>
        <w:t>vt 0.123775 0.406497</w:t>
        <w:br/>
        <w:t>vt 0.123775 0.408396</w:t>
        <w:br/>
        <w:t>vt 0.123775 0.410086</w:t>
        <w:br/>
        <w:t>vt 0.123775 0.398766</w:t>
        <w:br/>
        <w:t>vt 0.123775 0.397097</w:t>
        <w:br/>
        <w:t>vt 0.108643 0.400716</w:t>
        <w:br/>
        <w:t>vt 0.108643 0.402228</w:t>
        <w:br/>
        <w:t>vt 0.097106 0.402228</w:t>
        <w:br/>
        <w:t>vt 0.097106 0.400716</w:t>
        <w:br/>
        <w:t>vt 0.108643 0.403635</w:t>
        <w:br/>
        <w:t>vt 0.097106 0.403635</w:t>
        <w:br/>
        <w:t>vt 0.108643 0.405020</w:t>
        <w:br/>
        <w:t>vt 0.097106 0.405020</w:t>
        <w:br/>
        <w:t>vt 0.108643 0.406497</w:t>
        <w:br/>
        <w:t>vt 0.097106 0.406497</w:t>
        <w:br/>
        <w:t>vt 0.108643 0.408396</w:t>
        <w:br/>
        <w:t>vt 0.097106 0.408396</w:t>
        <w:br/>
        <w:t>vt 0.108643 0.410086</w:t>
        <w:br/>
        <w:t>vt 0.097106 0.410086</w:t>
        <w:br/>
        <w:t>vt 0.108643 0.397097</w:t>
        <w:br/>
        <w:t>vt 0.108643 0.398766</w:t>
        <w:br/>
        <w:t>vt 0.097106 0.398766</w:t>
        <w:br/>
        <w:t>vt 0.097106 0.397097</w:t>
        <w:br/>
        <w:t>vt 0.839906 0.130201</w:t>
        <w:br/>
        <w:t>vt 0.834713 0.134411</w:t>
        <w:br/>
        <w:t>vt 0.835143 0.124940</w:t>
        <w:br/>
        <w:t>vt 0.840574 0.124394</w:t>
        <w:br/>
        <w:t>vt 0.855157 0.122932</w:t>
        <w:br/>
        <w:t>vt 0.854813 0.121756</w:t>
        <w:br/>
        <w:t>vt 0.860513 0.120961</w:t>
        <w:br/>
        <w:t>vt 0.861358 0.124437</w:t>
        <w:br/>
        <w:t>vt 0.857707 0.129868</w:t>
        <w:br/>
        <w:t>vt 0.863337 0.131477</w:t>
        <w:br/>
        <w:t>vt 0.863084 0.135006</w:t>
        <w:br/>
        <w:t>vt 0.836897 0.118037</w:t>
        <w:br/>
        <w:t>vt 0.841866 0.117892</w:t>
        <w:br/>
        <w:t>vt 0.837674 0.111710</w:t>
        <w:br/>
        <w:t>vt 0.842581 0.112068</w:t>
        <w:br/>
        <w:t>vt 0.836671 0.098401</w:t>
        <w:br/>
        <w:t>vt 0.837823 0.089018</w:t>
        <w:br/>
        <w:t>vt 0.842752 0.093732</w:t>
        <w:br/>
        <w:t>vt 0.842055 0.099581</w:t>
        <w:br/>
        <w:t>vt 0.861717 0.092169</w:t>
        <w:br/>
        <w:t>vt 0.866063 0.091825</w:t>
        <w:br/>
        <w:t>vt 0.861948 0.101895</w:t>
        <w:br/>
        <w:t>vt 0.856489 0.100571</w:t>
        <w:br/>
        <w:t>vt 0.866171 0.088228</w:t>
        <w:br/>
        <w:t>vt 0.842291 0.103577</w:t>
        <w:br/>
        <w:t>vt 0.837102 0.102731</w:t>
        <w:br/>
        <w:t>vt 0.855651 0.111163</w:t>
        <w:br/>
        <w:t>vt 0.861231 0.111428</w:t>
        <w:br/>
        <w:t>vt 0.108643 0.400716</w:t>
        <w:br/>
        <w:t>vt 0.108643 0.402228</w:t>
        <w:br/>
        <w:t>vt 0.108643 0.406497</w:t>
        <w:br/>
        <w:t>vt 0.108643 0.408396</w:t>
        <w:br/>
        <w:t>vt 0.845867 0.100236</w:t>
        <w:br/>
        <w:t>vt 0.843447 0.100131</w:t>
        <w:br/>
        <w:t>vt 0.844055 0.094936</w:t>
        <w:br/>
        <w:t>vt 0.846065 0.097060</w:t>
        <w:br/>
        <w:t>vt 0.843653 0.104476</w:t>
        <w:br/>
        <w:t>vt 0.846041 0.104430</w:t>
        <w:br/>
        <w:t>vt 0.846297 0.112139</w:t>
        <w:br/>
        <w:t>vt 0.843906 0.112018</w:t>
        <w:br/>
        <w:t>vt 0.845641 0.117537</w:t>
        <w:br/>
        <w:t>vt 0.843282 0.117190</w:t>
        <w:br/>
        <w:t>vt 0.844556 0.123741</w:t>
        <w:br/>
        <w:t>vt 0.842154 0.123394</w:t>
        <w:br/>
        <w:t>vt 0.844152 0.126601</w:t>
        <w:br/>
        <w:t>vt 0.841571 0.128551</w:t>
        <w:br/>
        <w:t>vt 0.829394 0.124570</w:t>
        <w:br/>
        <w:t>vt 0.832045 0.124940</w:t>
        <w:br/>
        <w:t>vt 0.831615 0.134411</w:t>
        <w:br/>
        <w:t>vt 0.828823 0.134183</w:t>
        <w:br/>
        <w:t>vt 0.831069 0.117582</w:t>
        <w:br/>
        <w:t>vt 0.833800 0.118037</w:t>
        <w:br/>
        <w:t>vt 0.834576 0.111710</w:t>
        <w:br/>
        <w:t>vt 0.831780 0.111628</w:t>
        <w:br/>
        <w:t>vt 0.831225 0.102897</w:t>
        <w:br/>
        <w:t>vt 0.834004 0.102731</w:t>
        <w:br/>
        <w:t>vt 0.830882 0.098349</w:t>
        <w:br/>
        <w:t>vt 0.833574 0.098401</w:t>
        <w:br/>
        <w:t>vt 0.834726 0.089018</w:t>
        <w:br/>
        <w:t>vt 0.831979 0.088769</w:t>
        <w:br/>
        <w:t>vt 0.866171 0.086237</w:t>
        <w:br/>
        <w:t>vt 0.837823 0.087026</w:t>
        <w:br/>
        <w:t>vt 0.838294 0.084313</w:t>
        <w:br/>
        <w:t>vt 0.865142 0.083529</w:t>
        <w:br/>
        <w:t>vt 0.872261 0.092431</w:t>
        <w:br/>
        <w:t>vt 0.869722 0.091825</w:t>
        <w:br/>
        <w:t>vt 0.869830 0.088228</w:t>
        <w:br/>
        <w:t>vt 0.872720 0.088643</w:t>
        <w:br/>
        <w:t>vt 0.865608 0.101895</w:t>
        <w:br/>
        <w:t>vt 0.868314 0.102602</w:t>
        <w:br/>
        <w:t>vt 0.867640 0.111690</w:t>
        <w:br/>
        <w:t>vt 0.864890 0.111428</w:t>
        <w:br/>
        <w:t>vt 0.867688 0.123871</w:t>
        <w:br/>
        <w:t>vt 0.865017 0.124437</w:t>
        <w:br/>
        <w:t>vt 0.864172 0.120961</w:t>
        <w:br/>
        <w:t>vt 0.866966 0.120779</w:t>
        <w:br/>
        <w:t>vt 0.869606 0.131155</w:t>
        <w:br/>
        <w:t>vt 0.866996 0.131477</w:t>
        <w:br/>
        <w:t>vt 0.869630 0.134953</w:t>
        <w:br/>
        <w:t>vt 0.866744 0.135006</w:t>
        <w:br/>
        <w:t>vt 0.835211 0.139447</w:t>
        <w:br/>
        <w:t>vt 0.834713 0.136735</w:t>
        <w:br/>
        <w:t>vt 0.863084 0.137330</w:t>
        <w:br/>
        <w:t>vt 0.862066 0.140039</w:t>
        <w:br/>
        <w:t>vt 0.979256 0.898307</w:t>
        <w:br/>
        <w:t>vt 0.981915 0.898307</w:t>
        <w:br/>
        <w:t>vt 0.981915 0.911461</w:t>
        <w:br/>
        <w:t>vt 0.979256 0.911461</w:t>
        <w:br/>
        <w:t>vt 0.979256 0.887713</w:t>
        <w:br/>
        <w:t>vt 0.981915 0.887713</w:t>
        <w:br/>
        <w:t>vt 0.979256 0.877120</w:t>
        <w:br/>
        <w:t>vt 0.981915 0.877120</w:t>
        <w:br/>
        <w:t>vt 0.979256 0.863969</w:t>
        <w:br/>
        <w:t>vt 0.981915 0.863969</w:t>
        <w:br/>
        <w:t>vt 0.472771 0.787902</w:t>
        <w:br/>
        <w:t>vt 0.467334 0.787902</w:t>
        <w:br/>
        <w:t>vt 0.467334 0.780708</w:t>
        <w:br/>
        <w:t>vt 0.472771 0.780708</w:t>
        <w:br/>
        <w:t>vt 0.472771 0.793728</w:t>
        <w:br/>
        <w:t>vt 0.467334 0.793728</w:t>
        <w:br/>
        <w:t>vt 0.472771 0.800002</w:t>
        <w:br/>
        <w:t>vt 0.467334 0.800002</w:t>
        <w:br/>
        <w:t>vt 0.816038 0.433925</w:t>
        <w:br/>
        <w:t>vt 0.796415 0.433925</w:t>
        <w:br/>
        <w:t>vt 0.794255 0.431612</w:t>
        <w:br/>
        <w:t>vt 0.818149 0.431612</w:t>
        <w:br/>
        <w:t>vt 0.819499 0.471810</w:t>
        <w:br/>
        <w:t>vt 0.817388 0.469501</w:t>
        <w:br/>
        <w:t>vt 0.817388 0.435211</w:t>
        <w:br/>
        <w:t>vt 0.819499 0.432898</w:t>
        <w:br/>
        <w:t>vt 0.794255 0.473096</w:t>
        <w:br/>
        <w:t>vt 0.796415 0.470787</w:t>
        <w:br/>
        <w:t>vt 0.816038 0.470787</w:t>
        <w:br/>
        <w:t>vt 0.818149 0.473096</w:t>
        <w:br/>
        <w:t>vt 0.802757 0.441887</w:t>
        <w:br/>
        <w:t>vt 0.801405 0.440516</w:t>
        <w:br/>
        <w:t>vt 0.810946 0.440516</w:t>
        <w:br/>
        <w:t>vt 0.809600 0.441887</w:t>
        <w:br/>
        <w:t>vt 0.810946 0.464204</w:t>
        <w:br/>
        <w:t>vt 0.801405 0.464204</w:t>
        <w:br/>
        <w:t>vt 0.802757 0.462834</w:t>
        <w:br/>
        <w:t>vt 0.809600 0.462834</w:t>
        <w:br/>
        <w:t>vt 0.094677 0.744273</w:t>
        <w:br/>
        <w:t>vt 0.094677 0.750403</w:t>
        <w:br/>
        <w:t>vt 0.088984 0.757001</w:t>
        <w:br/>
        <w:t>vt 0.088984 0.736486</w:t>
        <w:br/>
        <w:t>vt 0.130848 0.757166</w:t>
        <w:br/>
        <w:t>vt 0.124792 0.750403</w:t>
        <w:br/>
        <w:t>vt 0.124792 0.744273</w:t>
        <w:br/>
        <w:t>vt 0.130848 0.736486</w:t>
        <w:br/>
        <w:t>vt 0.098647 0.758120</w:t>
        <w:br/>
        <w:t>vt 0.498202 0.666705</w:t>
        <w:br/>
        <w:t>vt 0.498202 0.636591</w:t>
        <w:br/>
        <w:t>vt 0.505981 0.630542</w:t>
        <w:br/>
        <w:t>vt 0.505981 0.672412</w:t>
        <w:br/>
        <w:t>vt 0.492080 0.636591</w:t>
        <w:br/>
        <w:t>vt 0.485305 0.630542</w:t>
        <w:br/>
        <w:t>vt 0.484360 0.640124</w:t>
        <w:br/>
        <w:t>vt 0.205787 0.716236</w:t>
        <w:br/>
        <w:t>vt 0.205787 0.719682</w:t>
        <w:br/>
        <w:t>vt 0.185814 0.719682</w:t>
        <w:br/>
        <w:t>vt 0.185814 0.716236</w:t>
        <w:br/>
        <w:t>vt 0.156662 0.704737</w:t>
        <w:br/>
        <w:t>vt 0.156662 0.708190</w:t>
        <w:br/>
        <w:t>vt 0.116305 0.708190</w:t>
        <w:br/>
        <w:t>vt 0.116305 0.704737</w:t>
        <w:br/>
        <w:t>vt 0.130851 0.719682</w:t>
        <w:br/>
        <w:t>vt 0.111226 0.719682</w:t>
        <w:br/>
        <w:t>vt 0.111226 0.716236</w:t>
        <w:br/>
        <w:t>vt 0.130851 0.716236</w:t>
        <w:br/>
        <w:t>vt 0.196825 0.710411</w:t>
        <w:br/>
        <w:t>vt 0.196825 0.712279</w:t>
        <w:br/>
        <w:t>vt 0.189550 0.712279</w:t>
        <w:br/>
        <w:t>vt 0.189550 0.710411</w:t>
        <w:br/>
        <w:t>vt 0.135018 0.719682</w:t>
        <w:br/>
        <w:t>vt 0.135018 0.716236</w:t>
        <w:br/>
        <w:t>vt 0.180889 0.719682</w:t>
        <w:br/>
        <w:t>vt 0.180889 0.716236</w:t>
        <w:br/>
        <w:t>vt 0.114597 0.712570</w:t>
        <w:br/>
        <w:t>vt 0.114597 0.710342</w:t>
        <w:br/>
        <w:t>vt 0.144568 0.710342</w:t>
        <w:br/>
        <w:t>vt 0.144568 0.712570</w:t>
        <w:br/>
        <w:t>vt 0.139767 0.719682</w:t>
        <w:br/>
        <w:t>vt 0.139767 0.716236</w:t>
        <w:br/>
        <w:t>vt 0.144030 0.716236</w:t>
        <w:br/>
        <w:t>vt 0.144030 0.719682</w:t>
        <w:br/>
        <w:t>vt 0.157681 0.719682</w:t>
        <w:br/>
        <w:t>vt 0.157681 0.716236</w:t>
        <w:br/>
        <w:t>vt 0.165871 0.716236</w:t>
        <w:br/>
        <w:t>vt 0.165871 0.719682</w:t>
        <w:br/>
        <w:t>vt 0.149714 0.719682</w:t>
        <w:br/>
        <w:t>vt 0.149714 0.716236</w:t>
        <w:br/>
        <w:t>vt 0.171755 0.716236</w:t>
        <w:br/>
        <w:t>vt 0.171755 0.719682</w:t>
        <w:br/>
        <w:t>vt 0.144030 0.719682</w:t>
        <w:br/>
        <w:t>vt 0.144030 0.716236</w:t>
        <w:br/>
        <w:t>vt 0.176172 0.719682</w:t>
        <w:br/>
        <w:t>vt 0.171755 0.719682</w:t>
        <w:br/>
        <w:t>vt 0.171755 0.716236</w:t>
        <w:br/>
        <w:t>vt 0.176172 0.716236</w:t>
        <w:br/>
        <w:t>vt 0.178510 0.719682</w:t>
        <w:br/>
        <w:t>vt 0.178510 0.716236</w:t>
        <w:br/>
        <w:t>vt 0.137384 0.719682</w:t>
        <w:br/>
        <w:t>vt 0.137384 0.716236</w:t>
        <w:br/>
        <w:t>vt 0.121263 0.758109</w:t>
        <w:br/>
        <w:t>vt 0.485458 0.672412</w:t>
        <w:br/>
        <w:t>vt 0.492080 0.666705</w:t>
        <w:br/>
        <w:t>vt 0.484357 0.662737</w:t>
        <w:br/>
        <w:t>vt 0.117660 0.762718</w:t>
        <w:br/>
        <w:t>vt 0.102578 0.762722</w:t>
        <w:br/>
        <w:t>vt 0.479756 0.658806</w:t>
        <w:br/>
        <w:t>vt 0.479753 0.643733</w:t>
        <w:br/>
        <w:t>vt 0.110246 0.766223</w:t>
        <w:br/>
        <w:t>vt 0.476253 0.651144</w:t>
        <w:br/>
        <w:t>vt 0.091433 0.761491</w:t>
        <w:br/>
        <w:t>vt 0.096057 0.761884</w:t>
        <w:br/>
        <w:t>vt 0.481035 0.637249</w:t>
        <w:br/>
        <w:t>vt 0.481516 0.632556</w:t>
        <w:br/>
        <w:t>vt 0.124131 0.761432</w:t>
        <w:br/>
        <w:t>vt 0.128828 0.760961</w:t>
        <w:br/>
        <w:t>vt 0.480972 0.669940</w:t>
        <w:br/>
        <w:t>vt 0.480594 0.665318</w:t>
        <w:br/>
        <w:t>vt 0.093705 0.762391</w:t>
        <w:br/>
        <w:t>vt 0.480602 0.634828</w:t>
        <w:br/>
        <w:t>vt 0.126550 0.761871</w:t>
        <w:br/>
        <w:t>vt 0.480079 0.667665</w:t>
        <w:br/>
        <w:t>vt 0.326277 0.845759</w:t>
        <w:br/>
        <w:t>vt 0.326277 0.833653</w:t>
        <w:br/>
        <w:t>vt 0.329463 0.833653</w:t>
        <w:br/>
        <w:t>vt 0.329463 0.845759</w:t>
        <w:br/>
        <w:t>vt 0.323092 0.845759</w:t>
        <w:br/>
        <w:t>vt 0.323092 0.833653</w:t>
        <w:br/>
        <w:t>vt 0.319907 0.845759</w:t>
        <w:br/>
        <w:t>vt 0.319907 0.833653</w:t>
        <w:br/>
        <w:t>vt 0.316721 0.845759</w:t>
        <w:br/>
        <w:t>vt 0.316721 0.833653</w:t>
        <w:br/>
        <w:t>vt 0.316721 0.845759</w:t>
        <w:br/>
        <w:t>vt 0.313536 0.845759</w:t>
        <w:br/>
        <w:t>vt 0.313536 0.833653</w:t>
        <w:br/>
        <w:t>vt 0.316721 0.833653</w:t>
        <w:br/>
        <w:t>vt 0.310351 0.845759</w:t>
        <w:br/>
        <w:t>vt 0.310351 0.833653</w:t>
        <w:br/>
        <w:t>vt 0.307165 0.845759</w:t>
        <w:br/>
        <w:t>vt 0.307165 0.833653</w:t>
        <w:br/>
        <w:t>vt 0.303980 0.845759</w:t>
        <w:br/>
        <w:t>vt 0.303980 0.833653</w:t>
        <w:br/>
        <w:t>vt 0.326277 0.821546</w:t>
        <w:br/>
        <w:t>vt 0.329463 0.821546</w:t>
        <w:br/>
        <w:t>vt 0.323092 0.821546</w:t>
        <w:br/>
        <w:t>vt 0.319907 0.821546</w:t>
        <w:br/>
        <w:t>vt 0.316721 0.821546</w:t>
        <w:br/>
        <w:t>vt 0.313536 0.821546</w:t>
        <w:br/>
        <w:t>vt 0.316721 0.821546</w:t>
        <w:br/>
        <w:t>vt 0.310351 0.821546</w:t>
        <w:br/>
        <w:t>vt 0.307165 0.821546</w:t>
        <w:br/>
        <w:t>vt 0.303980 0.821546</w:t>
        <w:br/>
        <w:t>vt 0.326277 0.809440</w:t>
        <w:br/>
        <w:t>vt 0.329463 0.809440</w:t>
        <w:br/>
        <w:t>vt 0.323092 0.809440</w:t>
        <w:br/>
        <w:t>vt 0.319907 0.809440</w:t>
        <w:br/>
        <w:t>vt 0.316721 0.809440</w:t>
        <w:br/>
        <w:t>vt 0.313536 0.809440</w:t>
        <w:br/>
        <w:t>vt 0.316721 0.809440</w:t>
        <w:br/>
        <w:t>vt 0.310351 0.809440</w:t>
        <w:br/>
        <w:t>vt 0.307165 0.809440</w:t>
        <w:br/>
        <w:t>vt 0.303980 0.809440</w:t>
        <w:br/>
        <w:t>vt 0.326277 0.797333</w:t>
        <w:br/>
        <w:t>vt 0.329463 0.797333</w:t>
        <w:br/>
        <w:t>vt 0.323092 0.797333</w:t>
        <w:br/>
        <w:t>vt 0.319907 0.797333</w:t>
        <w:br/>
        <w:t>vt 0.316721 0.797333</w:t>
        <w:br/>
        <w:t>vt 0.313536 0.797333</w:t>
        <w:br/>
        <w:t>vt 0.316721 0.797333</w:t>
        <w:br/>
        <w:t>vt 0.310351 0.797333</w:t>
        <w:br/>
        <w:t>vt 0.307165 0.797333</w:t>
        <w:br/>
        <w:t>vt 0.303980 0.797333</w:t>
        <w:br/>
        <w:t>vt 0.329463 0.833653</w:t>
        <w:br/>
        <w:t>vt 0.326277 0.833653</w:t>
        <w:br/>
        <w:t>vt 0.326277 0.845759</w:t>
        <w:br/>
        <w:t>vt 0.329463 0.845759</w:t>
        <w:br/>
        <w:t>vt 0.323092 0.833653</w:t>
        <w:br/>
        <w:t>vt 0.323092 0.845759</w:t>
        <w:br/>
        <w:t>vt 0.319907 0.833653</w:t>
        <w:br/>
        <w:t>vt 0.319907 0.845759</w:t>
        <w:br/>
        <w:t>vt 0.316721 0.833653</w:t>
        <w:br/>
        <w:t>vt 0.316721 0.845759</w:t>
        <w:br/>
        <w:t>vt 0.316721 0.845759</w:t>
        <w:br/>
        <w:t>vt 0.316721 0.833653</w:t>
        <w:br/>
        <w:t>vt 0.313536 0.833653</w:t>
        <w:br/>
        <w:t>vt 0.313536 0.845759</w:t>
        <w:br/>
        <w:t>vt 0.310351 0.833653</w:t>
        <w:br/>
        <w:t>vt 0.310351 0.845759</w:t>
        <w:br/>
        <w:t>vt 0.307165 0.833653</w:t>
        <w:br/>
        <w:t>vt 0.307165 0.845759</w:t>
        <w:br/>
        <w:t>vt 0.303980 0.833653</w:t>
        <w:br/>
        <w:t>vt 0.303980 0.845759</w:t>
        <w:br/>
        <w:t>vt 0.329463 0.821546</w:t>
        <w:br/>
        <w:t>vt 0.326277 0.821546</w:t>
        <w:br/>
        <w:t>vt 0.323092 0.821546</w:t>
        <w:br/>
        <w:t>vt 0.319907 0.821546</w:t>
        <w:br/>
        <w:t>vt 0.316721 0.821546</w:t>
        <w:br/>
        <w:t>vt 0.316721 0.821546</w:t>
        <w:br/>
        <w:t>vt 0.313536 0.821546</w:t>
        <w:br/>
        <w:t>vt 0.310351 0.821546</w:t>
        <w:br/>
        <w:t>vt 0.307165 0.821546</w:t>
        <w:br/>
        <w:t>vt 0.303980 0.821546</w:t>
        <w:br/>
        <w:t>vt 0.329463 0.809440</w:t>
        <w:br/>
        <w:t>vt 0.326277 0.809440</w:t>
        <w:br/>
        <w:t>vt 0.323092 0.809440</w:t>
        <w:br/>
        <w:t>vt 0.319907 0.809440</w:t>
        <w:br/>
        <w:t>vt 0.316721 0.809440</w:t>
        <w:br/>
        <w:t>vt 0.316721 0.809440</w:t>
        <w:br/>
        <w:t>vt 0.313536 0.809440</w:t>
        <w:br/>
        <w:t>vt 0.310351 0.809440</w:t>
        <w:br/>
        <w:t>vt 0.307165 0.809440</w:t>
        <w:br/>
        <w:t>vt 0.303980 0.809440</w:t>
        <w:br/>
        <w:t>vt 0.105235 0.946779</w:t>
        <w:br/>
        <w:t>vt 0.103859 0.950140</w:t>
        <w:br/>
        <w:t>vt 0.096763 0.944682</w:t>
        <w:br/>
        <w:t>vt 0.099677 0.942427</w:t>
        <w:br/>
        <w:t>vt 0.093335 0.936429</w:t>
        <w:br/>
        <w:t>vt 0.096969 0.935932</w:t>
        <w:br/>
        <w:t>vt 0.094480 0.927559</w:t>
        <w:br/>
        <w:t>vt 0.097868 0.928945</w:t>
        <w:br/>
        <w:t>vt 0.110444 0.934102</w:t>
        <w:br/>
        <w:t>vt 0.112743 0.951234</w:t>
        <w:br/>
        <w:t>vt 0.112249 0.947583</w:t>
        <w:br/>
        <w:t>vt 0.120978 0.947745</w:t>
        <w:br/>
        <w:t>vt 0.118746 0.944850</w:t>
        <w:br/>
        <w:t>vt 0.123029 0.939249</w:t>
        <w:br/>
        <w:t>vt 0.126441 0.940654</w:t>
        <w:br/>
        <w:t>vt 0.124096 0.923519</w:t>
        <w:br/>
        <w:t>vt 0.127556 0.931772</w:t>
        <w:br/>
        <w:t>vt 0.123916 0.932258</w:t>
        <w:br/>
        <w:t>vt 0.121195 0.925759</w:t>
        <w:br/>
        <w:t>vt 0.115594 0.921496</w:t>
        <w:br/>
        <w:t>vt 0.108616 0.920609</w:t>
        <w:br/>
        <w:t>vt 0.116983 0.918110</w:t>
        <w:br/>
        <w:t>vt 0.108126 0.916984</w:t>
        <w:br/>
        <w:t>vt 0.102130 0.923336</w:t>
        <w:br/>
        <w:t>vt 0.099891 0.920442</w:t>
        <w:br/>
        <w:t>vt 0.105235 0.946779</w:t>
        <w:br/>
        <w:t>vt 0.099677 0.942427</w:t>
        <w:br/>
        <w:t>vt 0.096763 0.944682</w:t>
        <w:br/>
        <w:t>vt 0.103859 0.950140</w:t>
        <w:br/>
        <w:t>vt 0.096969 0.935932</w:t>
        <w:br/>
        <w:t>vt 0.093335 0.936429</w:t>
        <w:br/>
        <w:t>vt 0.097868 0.928945</w:t>
        <w:br/>
        <w:t>vt 0.094480 0.927559</w:t>
        <w:br/>
        <w:t>vt 0.110444 0.934102</w:t>
        <w:br/>
        <w:t>vt 0.112743 0.951234</w:t>
        <w:br/>
        <w:t>vt 0.112249 0.947583</w:t>
        <w:br/>
        <w:t>vt 0.120978 0.947745</w:t>
        <w:br/>
        <w:t>vt 0.118746 0.944850</w:t>
        <w:br/>
        <w:t>vt 0.126441 0.940654</w:t>
        <w:br/>
        <w:t>vt 0.123029 0.939249</w:t>
        <w:br/>
        <w:t>vt 0.124096 0.923519</w:t>
        <w:br/>
        <w:t>vt 0.121195 0.925759</w:t>
        <w:br/>
        <w:t>vt 0.123916 0.932258</w:t>
        <w:br/>
        <w:t>vt 0.127556 0.931772</w:t>
        <w:br/>
        <w:t>vt 0.115594 0.921496</w:t>
        <w:br/>
        <w:t>vt 0.108616 0.920609</w:t>
        <w:br/>
        <w:t>vt 0.116983 0.918110</w:t>
        <w:br/>
        <w:t>vt 0.108126 0.916984</w:t>
        <w:br/>
        <w:t>vt 0.102130 0.923336</w:t>
        <w:br/>
        <w:t>vt 0.099891 0.920442</w:t>
        <w:br/>
        <w:t>vt 0.756522 0.590770</w:t>
        <w:br/>
        <w:t>vt 0.756522 0.581602</w:t>
        <w:br/>
        <w:t>vt 0.775506 0.581602</w:t>
        <w:br/>
        <w:t>vt 0.775506 0.590770</w:t>
        <w:br/>
        <w:t>vt 0.806793 0.590770</w:t>
        <w:br/>
        <w:t>vt 0.792843 0.590770</w:t>
        <w:br/>
        <w:t>vt 0.792843 0.581602</w:t>
        <w:br/>
        <w:t>vt 0.806793 0.581602</w:t>
        <w:br/>
        <w:t>vt 0.748926 0.590770</w:t>
        <w:br/>
        <w:t>vt 0.748926 0.581602</w:t>
        <w:br/>
        <w:t>vt 0.827673 0.581602</w:t>
        <w:br/>
        <w:t>vt 0.827673 0.590770</w:t>
        <w:br/>
        <w:t>vt 0.818302 0.590770</w:t>
        <w:br/>
        <w:t>vt 0.818302 0.581602</w:t>
        <w:br/>
        <w:t>vt 0.775506 0.574636</w:t>
        <w:br/>
        <w:t>vt 0.775506 0.581602</w:t>
        <w:br/>
        <w:t>vt 0.756522 0.581602</w:t>
        <w:br/>
        <w:t>vt 0.756522 0.574636</w:t>
        <w:br/>
        <w:t>vt 0.792843 0.574636</w:t>
        <w:br/>
        <w:t>vt 0.792843 0.581602</w:t>
        <w:br/>
        <w:t>vt 0.827673 0.574636</w:t>
        <w:br/>
        <w:t>vt 0.827673 0.581602</w:t>
        <w:br/>
        <w:t>vt 0.818302 0.581602</w:t>
        <w:br/>
        <w:t>vt 0.818302 0.574636</w:t>
        <w:br/>
        <w:t>vt 0.775506 0.597544</w:t>
        <w:br/>
        <w:t>vt 0.756522 0.597544</w:t>
        <w:br/>
        <w:t>vt 0.756522 0.590770</w:t>
        <w:br/>
        <w:t>vt 0.775506 0.590770</w:t>
        <w:br/>
        <w:t>vt 0.748926 0.590770</w:t>
        <w:br/>
        <w:t>vt 0.748926 0.597544</w:t>
        <w:br/>
        <w:t>vt 0.806793 0.597544</w:t>
        <w:br/>
        <w:t>vt 0.792843 0.597544</w:t>
        <w:br/>
        <w:t>vt 0.792843 0.590770</w:t>
        <w:br/>
        <w:t>vt 0.806793 0.590770</w:t>
        <w:br/>
        <w:t>vt 0.748926 0.581602</w:t>
        <w:br/>
        <w:t>vt 0.748926 0.574636</w:t>
        <w:br/>
        <w:t>vt 0.827673 0.597544</w:t>
        <w:br/>
        <w:t>vt 0.818302 0.597544</w:t>
        <w:br/>
        <w:t>vt 0.818302 0.590770</w:t>
        <w:br/>
        <w:t>vt 0.827673 0.590770</w:t>
        <w:br/>
        <w:t>vt 0.806793 0.581602</w:t>
        <w:br/>
        <w:t>vt 0.806793 0.574636</w:t>
        <w:br/>
        <w:t>vt 0.775506 0.581602</w:t>
        <w:br/>
        <w:t>vt 0.756522 0.581602</w:t>
        <w:br/>
        <w:t>vt 0.756522 0.590770</w:t>
        <w:br/>
        <w:t>vt 0.775506 0.590770</w:t>
        <w:br/>
        <w:t>vt 0.806793 0.590770</w:t>
        <w:br/>
        <w:t>vt 0.806793 0.581602</w:t>
        <w:br/>
        <w:t>vt 0.792843 0.581602</w:t>
        <w:br/>
        <w:t>vt 0.792843 0.590770</w:t>
        <w:br/>
        <w:t>vt 0.818302 0.581602</w:t>
        <w:br/>
        <w:t>vt 0.818302 0.590770</w:t>
        <w:br/>
        <w:t>vt 0.756522 0.581602</w:t>
        <w:br/>
        <w:t>vt 0.775506 0.581602</w:t>
        <w:br/>
        <w:t>vt 0.775506 0.574636</w:t>
        <w:br/>
        <w:t>vt 0.756522 0.574636</w:t>
        <w:br/>
        <w:t>vt 0.792843 0.574636</w:t>
        <w:br/>
        <w:t>vt 0.792843 0.581602</w:t>
        <w:br/>
        <w:t>vt 0.818302 0.574636</w:t>
        <w:br/>
        <w:t>vt 0.818302 0.581602</w:t>
        <w:br/>
        <w:t>vt 0.775506 0.597544</w:t>
        <w:br/>
        <w:t>vt 0.775506 0.590770</w:t>
        <w:br/>
        <w:t>vt 0.756522 0.590770</w:t>
        <w:br/>
        <w:t>vt 0.756522 0.597544</w:t>
        <w:br/>
        <w:t>vt 0.806793 0.597544</w:t>
        <w:br/>
        <w:t>vt 0.806793 0.590770</w:t>
        <w:br/>
        <w:t>vt 0.792843 0.590770</w:t>
        <w:br/>
        <w:t>vt 0.792843 0.597544</w:t>
        <w:br/>
        <w:t>vt 0.818302 0.590770</w:t>
        <w:br/>
        <w:t>vt 0.818302 0.597544</w:t>
        <w:br/>
        <w:t>vt 0.806793 0.581602</w:t>
        <w:br/>
        <w:t>vt 0.806793 0.574636</w:t>
        <w:br/>
        <w:t>vt 0.698521 0.161519</w:t>
        <w:br/>
        <w:t>vt 0.697360 0.152543</w:t>
        <w:br/>
        <w:t>vt 0.700921 0.151094</w:t>
        <w:br/>
        <w:t>vt 0.702341 0.162037</w:t>
        <w:br/>
        <w:t>vt 0.678381 0.180347</w:t>
        <w:br/>
        <w:t>vt 0.678874 0.176535</w:t>
        <w:br/>
        <w:t>vt 0.687853 0.175376</w:t>
        <w:br/>
        <w:t>vt 0.689331 0.178933</w:t>
        <w:br/>
        <w:t>vt 0.695046 0.169877</w:t>
        <w:br/>
        <w:t>vt 0.698101 0.172229</w:t>
        <w:br/>
        <w:t>vt 0.703124 0.176096</w:t>
        <w:br/>
        <w:t>vt 0.698101 0.172229</w:t>
        <w:br/>
        <w:t>vt 0.702341 0.162037</w:t>
        <w:br/>
        <w:t>vt 0.708625 0.162874</w:t>
        <w:br/>
        <w:t>vt 0.700921 0.151094</w:t>
        <w:br/>
        <w:t>vt 0.706780 0.148675</w:t>
        <w:br/>
        <w:t>vt 0.698068 0.137323</w:t>
        <w:br/>
        <w:t>vt 0.694202 0.142345</w:t>
        <w:br/>
        <w:t>vt 0.683988 0.138151</w:t>
        <w:br/>
        <w:t>vt 0.694202 0.142345</w:t>
        <w:br/>
        <w:t>vt 0.691844 0.145365</w:t>
        <w:br/>
        <w:t>vt 0.683468 0.141910</w:t>
        <w:br/>
        <w:t>vt 0.673018 0.139400</w:t>
        <w:br/>
        <w:t>vt 0.674476 0.142976</w:t>
        <w:br/>
        <w:t>vt 0.664278 0.146149</w:t>
        <w:br/>
        <w:t>vt 0.667305 0.148497</w:t>
        <w:br/>
        <w:t>vt 0.663838 0.156866</w:t>
        <w:br/>
        <w:t>vt 0.660047 0.156362</w:t>
        <w:br/>
        <w:t>vt 0.665010 0.165851</w:t>
        <w:br/>
        <w:t>vt 0.661478 0.167319</w:t>
        <w:br/>
        <w:t>vt 0.655616 0.169735</w:t>
        <w:br/>
        <w:t>vt 0.653760 0.155525</w:t>
        <w:br/>
        <w:t>vt 0.660047 0.156362</w:t>
        <w:br/>
        <w:t>vt 0.661478 0.167319</w:t>
        <w:br/>
        <w:t>vt 0.659249 0.142277</w:t>
        <w:br/>
        <w:t>vt 0.664278 0.146149</w:t>
        <w:br/>
        <w:t>vt 0.673018 0.139400</w:t>
        <w:br/>
        <w:t>vt 0.670656 0.133508</w:t>
        <w:br/>
        <w:t>vt 0.683988 0.138151</w:t>
        <w:br/>
        <w:t>vt 0.684886 0.131880</w:t>
        <w:br/>
        <w:t>vt 0.668188 0.176094</w:t>
        <w:br/>
        <w:t>vt 0.664318 0.181116</w:t>
        <w:br/>
        <w:t>vt 0.670515 0.173047</w:t>
        <w:br/>
        <w:t>vt 0.668188 0.176094</w:t>
        <w:br/>
        <w:t>vt 0.678381 0.180347</w:t>
        <w:br/>
        <w:t>vt 0.677538 0.186631</w:t>
        <w:br/>
        <w:t>vt 0.691744 0.184795</w:t>
        <w:br/>
        <w:t>vt 0.689331 0.178933</w:t>
        <w:br/>
        <w:t>vt 0.695661 0.153240</w:t>
        <w:br/>
        <w:t>vt 0.690729 0.146808</w:t>
        <w:br/>
        <w:t>vt 0.696702 0.161276</w:t>
        <w:br/>
        <w:t>vt 0.693589 0.168756</w:t>
        <w:br/>
        <w:t>vt 0.687155 0.173678</w:t>
        <w:br/>
        <w:t>vt 0.679118 0.174718</w:t>
        <w:br/>
        <w:t>vt 0.671633 0.171599</w:t>
        <w:br/>
        <w:t>vt 0.666708 0.165157</w:t>
        <w:br/>
        <w:t>vt 0.665659 0.157115</w:t>
        <w:br/>
        <w:t>vt 0.668767 0.149630</w:t>
        <w:br/>
        <w:t>vt 0.675193 0.144700</w:t>
        <w:br/>
        <w:t>vt 0.683236 0.143703</w:t>
        <w:br/>
        <w:t>vt 0.841656 0.517472</w:t>
        <w:br/>
        <w:t>vt 0.840349 0.519777</w:t>
        <w:br/>
        <w:t>vt 0.836705 0.516183</w:t>
        <w:br/>
        <w:t>vt 0.838062 0.521120</w:t>
        <w:br/>
        <w:t>vt 0.835416 0.521143</w:t>
        <w:br/>
        <w:t>vt 0.833123 0.519818</w:t>
        <w:br/>
        <w:t>vt 0.831776 0.517538</w:t>
        <w:br/>
        <w:t>vt 0.831746 0.514894</w:t>
        <w:br/>
        <w:t>vt 0.833049 0.512594</w:t>
        <w:br/>
        <w:t>vt 0.835331 0.511252</w:t>
        <w:br/>
        <w:t>vt 0.837980 0.511231</w:t>
        <w:br/>
        <w:t>vt 0.840285 0.512537</w:t>
        <w:br/>
        <w:t>vt 0.841631 0.514822</w:t>
        <w:br/>
        <w:t>vt 0.563774 0.281196</w:t>
        <w:br/>
        <w:t>vt 0.611287 0.281196</w:t>
        <w:br/>
        <w:t>vt 0.611287 0.287955</w:t>
        <w:br/>
        <w:t>vt 0.563774 0.287955</w:t>
        <w:br/>
        <w:t>vt 0.645161 0.287955</w:t>
        <w:br/>
        <w:t>vt 0.645161 0.281196</w:t>
        <w:br/>
        <w:t>vt 0.682757 0.281196</w:t>
        <w:br/>
        <w:t>vt 0.682757 0.287955</w:t>
        <w:br/>
        <w:t>vt 0.614022 0.287955</w:t>
        <w:br/>
        <w:t>vt 0.614022 0.281196</w:t>
        <w:br/>
        <w:t>vt 0.631301 0.281196</w:t>
        <w:br/>
        <w:t>vt 0.631301 0.287955</w:t>
        <w:br/>
        <w:t>vt 0.558304 0.287955</w:t>
        <w:br/>
        <w:t>vt 0.541317 0.287955</w:t>
        <w:br/>
        <w:t>vt 0.541317 0.281196</w:t>
        <w:br/>
        <w:t>vt 0.558304 0.281196</w:t>
        <w:br/>
        <w:t>vt 0.819316 0.206890</w:t>
        <w:br/>
        <w:t>vt 0.819316 0.252632</w:t>
        <w:br/>
        <w:t>vt 0.814010 0.248955</w:t>
        <w:br/>
        <w:t>vt 0.814010 0.210560</w:t>
        <w:br/>
        <w:t>vt 0.808369 0.210560</w:t>
        <w:br/>
        <w:t>vt 0.808369 0.213996</w:t>
        <w:br/>
        <w:t>vt 0.803412 0.213107</w:t>
        <w:br/>
        <w:t>vt 0.803412 0.206890</w:t>
        <w:br/>
        <w:t>vt 0.803412 0.252632</w:t>
        <w:br/>
        <w:t>vt 0.808369 0.248955</w:t>
        <w:br/>
        <w:t>vt 0.563774 0.291149</w:t>
        <w:br/>
        <w:t>vt 0.611287 0.291149</w:t>
        <w:br/>
        <w:t>vt 0.563774 0.278054</w:t>
        <w:br/>
        <w:t>vt 0.611287 0.278054</w:t>
        <w:br/>
        <w:t>vt 0.635746 0.278054</w:t>
        <w:br/>
        <w:t>vt 0.645161 0.278054</w:t>
        <w:br/>
        <w:t>vt 0.635746 0.281196</w:t>
        <w:br/>
        <w:t>vt 0.682757 0.291149</w:t>
        <w:br/>
        <w:t>vt 0.645161 0.291149</w:t>
        <w:br/>
        <w:t>vt 0.614022 0.278054</w:t>
        <w:br/>
        <w:t>vt 0.631301 0.278054</w:t>
        <w:br/>
        <w:t>vt 0.614022 0.291149</w:t>
        <w:br/>
        <w:t>vt 0.631301 0.291149</w:t>
        <w:br/>
        <w:t>vt 0.558304 0.291149</w:t>
        <w:br/>
        <w:t>vt 0.541317 0.291149</w:t>
        <w:br/>
        <w:t>vt 0.558304 0.278054</w:t>
        <w:br/>
        <w:t>vt 0.541317 0.278054</w:t>
        <w:br/>
        <w:t>vt 0.635746 0.287955</w:t>
        <w:br/>
        <w:t>vt 0.682757 0.278054</w:t>
        <w:br/>
        <w:t>vt 0.635746 0.291149</w:t>
        <w:br/>
        <w:t>vt 0.844152 0.126601</w:t>
        <w:br/>
        <w:t>vt 0.853336 0.127018</w:t>
        <w:br/>
        <w:t>vt 0.855932 0.128256</w:t>
        <w:br/>
        <w:t>vt 0.841571 0.128551</w:t>
        <w:br/>
        <w:t>vt 0.851366 0.122681</w:t>
        <w:br/>
        <w:t>vt 0.853707 0.122095</w:t>
        <w:br/>
        <w:t>vt 0.855932 0.128256</w:t>
        <w:br/>
        <w:t>vt 0.853336 0.127018</w:t>
        <w:br/>
        <w:t>vt 0.851073 0.120751</w:t>
        <w:br/>
        <w:t>vt 0.853407 0.120622</w:t>
        <w:br/>
        <w:t>vt 0.854869 0.101010</w:t>
        <w:br/>
        <w:t>vt 0.854138 0.110816</w:t>
        <w:br/>
        <w:t>vt 0.851869 0.110525</w:t>
        <w:br/>
        <w:t>vt 0.852666 0.100299</w:t>
        <w:br/>
        <w:t>vt 0.859432 0.093548</w:t>
        <w:br/>
        <w:t>vt 0.854867 0.096056</w:t>
        <w:br/>
        <w:t>vt 0.846065 0.097060</w:t>
        <w:br/>
        <w:t>vt 0.844055 0.094936</w:t>
        <w:br/>
        <w:t>vt 0.859432 0.093548</w:t>
        <w:br/>
        <w:t>vt 0.854867 0.096056</w:t>
        <w:br/>
        <w:t>vt 0.630277 0.298395</w:t>
        <w:br/>
        <w:t>vt 0.630277 0.323736</w:t>
        <w:br/>
        <w:t>vt 0.627429 0.323736</w:t>
        <w:br/>
        <w:t>vt 0.627429 0.298395</w:t>
        <w:br/>
        <w:t>vt 0.979256 0.929531</w:t>
        <w:br/>
        <w:t>vt 0.981915 0.929531</w:t>
        <w:br/>
        <w:t>vt 0.981915 0.933906</w:t>
        <w:br/>
        <w:t>vt 0.979256 0.933906</w:t>
        <w:br/>
        <w:t>vt 0.979256 0.924603</w:t>
        <w:br/>
        <w:t>vt 0.981915 0.924603</w:t>
        <w:br/>
        <w:t>vt 0.979256 0.919167</w:t>
        <w:br/>
        <w:t>vt 0.981915 0.919167</w:t>
        <w:br/>
        <w:t>vt 0.979256 0.911461</w:t>
        <w:br/>
        <w:t>vt 0.981915 0.911461</w:t>
        <w:br/>
        <w:t>vt 0.979256 0.856268</w:t>
        <w:br/>
        <w:t>vt 0.981915 0.856268</w:t>
        <w:br/>
        <w:t>vt 0.981915 0.863969</w:t>
        <w:br/>
        <w:t>vt 0.979256 0.863969</w:t>
        <w:br/>
        <w:t>vt 0.979256 0.850838</w:t>
        <w:br/>
        <w:t>vt 0.981915 0.850838</w:t>
        <w:br/>
        <w:t>vt 0.979256 0.845916</w:t>
        <w:br/>
        <w:t>vt 0.981915 0.845916</w:t>
        <w:br/>
        <w:t>vt 0.979256 0.841549</w:t>
        <w:br/>
        <w:t>vt 0.981915 0.841549</w:t>
        <w:br/>
        <w:t>vt 0.472771 0.729587</w:t>
        <w:br/>
        <w:t>vt 0.467334 0.729587</w:t>
        <w:br/>
        <w:t>vt 0.467334 0.723313</w:t>
        <w:br/>
        <w:t>vt 0.472771 0.723313</w:t>
        <w:br/>
        <w:t>vt 0.472771 0.735424</w:t>
        <w:br/>
        <w:t>vt 0.467334 0.735424</w:t>
        <w:br/>
        <w:t>vt 0.472771 0.742628</w:t>
        <w:br/>
        <w:t>vt 0.467334 0.742628</w:t>
        <w:br/>
        <w:t>vt 0.472771 0.752168</w:t>
        <w:br/>
        <w:t>vt 0.467334 0.752168</w:t>
        <w:br/>
        <w:t>vt 0.467334 0.742628</w:t>
        <w:br/>
        <w:t>vt 0.472771 0.742628</w:t>
        <w:br/>
        <w:t>vt 0.472771 0.761672</w:t>
        <w:br/>
        <w:t>vt 0.467334 0.761672</w:t>
        <w:br/>
        <w:t>vt 0.472771 0.771175</w:t>
        <w:br/>
        <w:t>vt 0.467334 0.771175</w:t>
        <w:br/>
        <w:t>vt 0.472771 0.780708</w:t>
        <w:br/>
        <w:t>vt 0.467334 0.780708</w:t>
        <w:br/>
        <w:t>vt 0.794727 0.435211</w:t>
        <w:br/>
        <w:t>vt 0.794727 0.469501</w:t>
        <w:br/>
        <w:t>vt 0.792568 0.471810</w:t>
        <w:br/>
        <w:t>vt 0.792568 0.432898</w:t>
        <w:br/>
        <w:t>vt 0.180784 0.710284</w:t>
        <w:br/>
        <w:t>vt 0.188062 0.710284</w:t>
        <w:br/>
        <w:t>vt 0.188062 0.712153</w:t>
        <w:br/>
        <w:t>vt 0.180784 0.712153</w:t>
        <w:br/>
        <w:t>vt 0.174555 0.992047</w:t>
        <w:br/>
        <w:t>vt 0.176456 0.985298</w:t>
        <w:br/>
        <w:t>vt 0.179652 0.984990</w:t>
        <w:br/>
        <w:t>vt 0.176898 0.994124</w:t>
        <w:br/>
        <w:t>vt 0.168001 0.995178</w:t>
        <w:br/>
        <w:t>vt 0.168204 0.998444</w:t>
        <w:br/>
        <w:t>vt 0.161122 0.993257</w:t>
        <w:br/>
        <w:t>vt 0.159098 0.995627</w:t>
        <w:br/>
        <w:t>vt 0.158128 0.986862</w:t>
        <w:br/>
        <w:t>vt 0.154913 0.987119</w:t>
        <w:br/>
        <w:t>vt 0.157693 0.978061</w:t>
        <w:br/>
        <w:t>vt 0.160071 0.980075</w:t>
        <w:br/>
        <w:t>vt 0.166161 0.973823</w:t>
        <w:br/>
        <w:t>vt 0.166452 0.977051</w:t>
        <w:br/>
        <w:t>vt 0.175302 0.976511</w:t>
        <w:br/>
        <w:t>vt 0.173326 0.978964</w:t>
        <w:br/>
        <w:t>vt 0.174734 0.985458</w:t>
        <w:br/>
        <w:t>vt 0.173243 0.990950</w:t>
        <w:br/>
        <w:t>vt 0.167206 0.986117</w:t>
        <w:br/>
        <w:t>vt 0.167882 0.993403</w:t>
        <w:br/>
        <w:t>vt 0.162252 0.991931</w:t>
        <w:br/>
        <w:t>vt 0.159875 0.986721</w:t>
        <w:br/>
        <w:t>vt 0.161393 0.981199</w:t>
        <w:br/>
        <w:t>vt 0.166600 0.978816</w:t>
        <w:br/>
        <w:t>vt 0.172203 0.980313</w:t>
        <w:br/>
        <w:t>vt 0.174555 0.992047</w:t>
        <w:br/>
        <w:t>vt 0.176898 0.994124</w:t>
        <w:br/>
        <w:t>vt 0.179652 0.984990</w:t>
        <w:br/>
        <w:t>vt 0.176456 0.985298</w:t>
        <w:br/>
        <w:t>vt 0.168001 0.995178</w:t>
        <w:br/>
        <w:t>vt 0.168204 0.998444</w:t>
        <w:br/>
        <w:t>vt 0.161122 0.993257</w:t>
        <w:br/>
        <w:t>vt 0.159098 0.995627</w:t>
        <w:br/>
        <w:t>vt 0.158128 0.986862</w:t>
        <w:br/>
        <w:t>vt 0.154913 0.987119</w:t>
        <w:br/>
        <w:t>vt 0.157693 0.978061</w:t>
        <w:br/>
        <w:t>vt 0.160071 0.980075</w:t>
        <w:br/>
        <w:t>vt 0.166161 0.973823</w:t>
        <w:br/>
        <w:t>vt 0.166452 0.977051</w:t>
        <w:br/>
        <w:t>vt 0.175302 0.976511</w:t>
        <w:br/>
        <w:t>vt 0.173326 0.978964</w:t>
        <w:br/>
        <w:t>vt 0.174734 0.985458</w:t>
        <w:br/>
        <w:t>vt 0.167206 0.986117</w:t>
        <w:br/>
        <w:t>vt 0.173243 0.990950</w:t>
        <w:br/>
        <w:t>vt 0.167882 0.993403</w:t>
        <w:br/>
        <w:t>vt 0.162252 0.991931</w:t>
        <w:br/>
        <w:t>vt 0.159875 0.986721</w:t>
        <w:br/>
        <w:t>vt 0.161393 0.981199</w:t>
        <w:br/>
        <w:t>vt 0.166600 0.978816</w:t>
        <w:br/>
        <w:t>vt 0.172203 0.980313</w:t>
        <w:br/>
        <w:t>vt 0.120436 0.434267</w:t>
        <w:br/>
        <w:t>vt 0.124164 0.439494</w:t>
        <w:br/>
        <w:t>vt 0.077961 0.439494</w:t>
        <w:br/>
        <w:t>vt 0.081662 0.434267</w:t>
        <w:br/>
        <w:t>vt 0.120436 0.428588</w:t>
        <w:br/>
        <w:t>vt 0.089356 0.428588</w:t>
        <w:br/>
        <w:t>vt 0.088477 0.423676</w:t>
        <w:br/>
        <w:t>vt 0.124164 0.423676</w:t>
        <w:br/>
        <w:t>vt 0.077961 0.423676</w:t>
        <w:br/>
        <w:t>vt 0.081662 0.428588</w:t>
        <w:br/>
        <w:t>vt 0.460884 0.825270</w:t>
        <w:br/>
        <w:t>vt 0.462183 0.822775</w:t>
        <w:br/>
        <w:t>vt 0.457326 0.821703</w:t>
        <w:br/>
        <w:t>vt 0.458388 0.826566</w:t>
        <w:br/>
        <w:t>vt 0.455702 0.826213</w:t>
        <w:br/>
        <w:t>vt 0.453810 0.824555</w:t>
        <w:br/>
        <w:t>vt 0.453137 0.822392</w:t>
        <w:br/>
        <w:t>vt 0.453512 0.820412</w:t>
        <w:br/>
        <w:t>vt 0.454573 0.818892</w:t>
        <w:br/>
        <w:t>vt 0.456120 0.817876</w:t>
        <w:br/>
        <w:t>vt 0.458088 0.817536</w:t>
        <w:br/>
        <w:t>vt 0.460216 0.818221</w:t>
        <w:br/>
        <w:t>vt 0.461843 0.820103</w:t>
        <w:br/>
        <w:t>vt 0.840349 0.519777</w:t>
        <w:br/>
        <w:t>vt 0.841656 0.517472</w:t>
        <w:br/>
        <w:t>vt 0.843210 0.517874</w:t>
        <w:br/>
        <w:t>vt 0.841489 0.520902</w:t>
        <w:br/>
        <w:t>vt 0.838484 0.522666</w:t>
        <w:br/>
        <w:t>vt 0.838062 0.521120</w:t>
        <w:br/>
        <w:t>vt 0.834995 0.522694</w:t>
        <w:br/>
        <w:t>vt 0.835416 0.521143</w:t>
        <w:br/>
        <w:t>vt 0.833123 0.519818</w:t>
        <w:br/>
        <w:t>vt 0.831995 0.520947</w:t>
        <w:br/>
        <w:t>vt 0.831776 0.517538</w:t>
        <w:br/>
        <w:t>vt 0.830235 0.517966</w:t>
        <w:br/>
        <w:t>vt 0.831746 0.514894</w:t>
        <w:br/>
        <w:t>vt 0.830192 0.514493</w:t>
        <w:br/>
        <w:t>vt 0.833049 0.512594</w:t>
        <w:br/>
        <w:t>vt 0.831906 0.511468</w:t>
        <w:br/>
        <w:t>vt 0.835331 0.511252</w:t>
        <w:br/>
        <w:t>vt 0.834907 0.509706</w:t>
        <w:br/>
        <w:t>vt 0.838386 0.509681</w:t>
        <w:br/>
        <w:t>vt 0.837980 0.511231</w:t>
        <w:br/>
        <w:t>vt 0.840285 0.512537</w:t>
        <w:br/>
        <w:t>vt 0.841408 0.511396</w:t>
        <w:br/>
        <w:t>vt 0.841631 0.514822</w:t>
        <w:br/>
        <w:t>vt 0.843172 0.514394</w:t>
        <w:br/>
        <w:t>vt 0.376492 0.305919</w:t>
        <w:br/>
        <w:t>vt 0.391710 0.301391</w:t>
        <w:br/>
        <w:t>vt 0.393237 0.303600</w:t>
        <w:br/>
        <w:t>vt 0.376779 0.307422</w:t>
        <w:br/>
        <w:t>vt 0.364143 0.309888</w:t>
        <w:br/>
        <w:t>vt 0.363850 0.308139</w:t>
        <w:br/>
        <w:t>vt 0.417605 0.296108</w:t>
        <w:br/>
        <w:t>vt 0.406743 0.300155</w:t>
        <w:br/>
        <w:t>vt 0.406556 0.298792</w:t>
        <w:br/>
        <w:t>vt 0.416969 0.294922</w:t>
        <w:br/>
        <w:t>vt 0.353296 0.313037</w:t>
        <w:br/>
        <w:t>vt 0.353799 0.314913</w:t>
        <w:br/>
        <w:t>vt 0.398818 0.301263</w:t>
        <w:br/>
        <w:t>vt 0.399678 0.300470</w:t>
        <w:br/>
        <w:t>vt 0.391710 0.301391</w:t>
        <w:br/>
        <w:t>vt 0.393348 0.302230</w:t>
        <w:br/>
        <w:t>vt 0.395472 0.302542</w:t>
        <w:br/>
        <w:t>vt 0.398653 0.302323</w:t>
        <w:br/>
        <w:t>vt 0.421992 0.294633</w:t>
        <w:br/>
        <w:t>vt 0.422296 0.293744</w:t>
        <w:br/>
        <w:t>vt 0.346850 0.314913</w:t>
        <w:br/>
        <w:t>vt 0.345586 0.313037</w:t>
        <w:br/>
        <w:t>vt 0.352063 0.315960</w:t>
        <w:br/>
        <w:t>vt 0.348977 0.315960</w:t>
        <w:br/>
        <w:t>vt 0.677726 0.469128</w:t>
        <w:br/>
        <w:t>vt 0.673766 0.469128</w:t>
        <w:br/>
        <w:t>vt 0.673766 0.445347</w:t>
        <w:br/>
        <w:t>vt 0.677726 0.445347</w:t>
        <w:br/>
        <w:t>vt 0.681705 0.445347</w:t>
        <w:br/>
        <w:t>vt 0.681705 0.469128</w:t>
        <w:br/>
        <w:t>vt 0.685688 0.469128</w:t>
        <w:br/>
        <w:t>vt 0.685688 0.445347</w:t>
        <w:br/>
        <w:t>vt 0.657868 0.469128</w:t>
        <w:br/>
        <w:t>vt 0.653884 0.469128</w:t>
        <w:br/>
        <w:t>vt 0.653884 0.445347</w:t>
        <w:br/>
        <w:t>vt 0.657868 0.445347</w:t>
        <w:br/>
        <w:t>vt 0.661848 0.445347</w:t>
        <w:br/>
        <w:t>vt 0.661848 0.469128</w:t>
        <w:br/>
        <w:t>vt 0.665824 0.445347</w:t>
        <w:br/>
        <w:t>vt 0.665824 0.469128</w:t>
        <w:br/>
        <w:t>vt 0.669797 0.469128</w:t>
        <w:br/>
        <w:t>vt 0.669797 0.445347</w:t>
        <w:br/>
        <w:t>vt 0.790045 0.428524</w:t>
        <w:br/>
        <w:t>vt 0.790045 0.432891</w:t>
        <w:br/>
        <w:t>vt 0.763888 0.432891</w:t>
        <w:br/>
        <w:t>vt 0.763888 0.428524</w:t>
        <w:br/>
        <w:t>vt 0.790045 0.424138</w:t>
        <w:br/>
        <w:t>vt 0.763888 0.424138</w:t>
        <w:br/>
        <w:t>vt 0.790045 0.454665</w:t>
        <w:br/>
        <w:t>vt 0.790045 0.459055</w:t>
        <w:br/>
        <w:t>vt 0.763888 0.459055</w:t>
        <w:br/>
        <w:t>vt 0.763888 0.454665</w:t>
        <w:br/>
        <w:t>vt 0.790045 0.450285</w:t>
        <w:br/>
        <w:t>vt 0.763888 0.450285</w:t>
        <w:br/>
        <w:t>vt 0.763888 0.445918</w:t>
        <w:br/>
        <w:t>vt 0.790045 0.445918</w:t>
        <w:br/>
        <w:t>vt 0.763888 0.441584</w:t>
        <w:br/>
        <w:t>vt 0.790045 0.441584</w:t>
        <w:br/>
        <w:t>vt 0.763888 0.437243</w:t>
        <w:br/>
        <w:t>vt 0.790045 0.437243</w:t>
        <w:br/>
        <w:t>vt 0.852860 0.460144</w:t>
        <w:br/>
        <w:t>vt 0.852860 0.464802</w:t>
        <w:br/>
        <w:t>vt 0.825026 0.464802</w:t>
        <w:br/>
        <w:t>vt 0.825026 0.460144</w:t>
        <w:br/>
        <w:t>vt 0.825026 0.454162</w:t>
        <w:br/>
        <w:t>vt 0.852860 0.454162</w:t>
        <w:br/>
        <w:t>vt 0.852860 0.491234</w:t>
        <w:br/>
        <w:t>vt 0.825026 0.491234</w:t>
        <w:br/>
        <w:t>vt 0.825026 0.486570</w:t>
        <w:br/>
        <w:t>vt 0.852860 0.486570</w:t>
        <w:br/>
        <w:t>vt 0.825026 0.483370</w:t>
        <w:br/>
        <w:t>vt 0.852860 0.483370</w:t>
        <w:br/>
        <w:t>vt 0.852860 0.478715</w:t>
        <w:br/>
        <w:t>vt 0.825026 0.478715</w:t>
        <w:br/>
        <w:t>vt 0.825026 0.474086</w:t>
        <w:br/>
        <w:t>vt 0.852860 0.474086</w:t>
        <w:br/>
        <w:t>vt 0.825026 0.469458</w:t>
        <w:br/>
        <w:t>vt 0.852860 0.469458</w:t>
        <w:br/>
        <w:t>vt 0.608461 0.503925</w:t>
        <w:br/>
        <w:t>vt 0.591160 0.503925</w:t>
        <w:br/>
        <w:t>vt 0.591160 0.502639</w:t>
        <w:br/>
        <w:t>vt 0.608461 0.502639</w:t>
        <w:br/>
        <w:t>vt 0.628317 0.488773</w:t>
        <w:br/>
        <w:t>vt 0.608461 0.488773</w:t>
        <w:br/>
        <w:t>vt 0.608461 0.487302</w:t>
        <w:br/>
        <w:t>vt 0.628317 0.487302</w:t>
        <w:br/>
        <w:t>vt 0.628317 0.502639</w:t>
        <w:br/>
        <w:t>vt 0.647708 0.502639</w:t>
        <w:br/>
        <w:t>vt 0.647708 0.503925</w:t>
        <w:br/>
        <w:t>vt 0.628317 0.503925</w:t>
        <w:br/>
        <w:t>vt 0.608461 0.507213</w:t>
        <w:br/>
        <w:t>vt 0.591160 0.507213</w:t>
        <w:br/>
        <w:t>vt 0.591160 0.504815</w:t>
        <w:br/>
        <w:t>vt 0.608461 0.504815</w:t>
        <w:br/>
        <w:t>vt 0.628317 0.507213</w:t>
        <w:br/>
        <w:t>vt 0.628317 0.504815</w:t>
        <w:br/>
        <w:t>vt 0.608461 0.486449</w:t>
        <w:br/>
        <w:t>vt 0.608461 0.484047</w:t>
        <w:br/>
        <w:t>vt 0.628317 0.484047</w:t>
        <w:br/>
        <w:t>vt 0.628317 0.486449</w:t>
        <w:br/>
        <w:t>vt 0.647708 0.484047</w:t>
        <w:br/>
        <w:t>vt 0.647708 0.486449</w:t>
        <w:br/>
        <w:t>vt 0.647708 0.504815</w:t>
        <w:br/>
        <w:t>vt 0.647708 0.507213</w:t>
        <w:br/>
        <w:t>vt 0.657330 0.504815</w:t>
        <w:br/>
        <w:t>vt 0.657330 0.507213</w:t>
        <w:br/>
        <w:t>vt 0.654004 0.504689</w:t>
        <w:br/>
        <w:t>vt 0.654004 0.502812</w:t>
        <w:br/>
        <w:t>vt 0.654004 0.502115</w:t>
        <w:br/>
        <w:t>vt 0.650963 0.502115</w:t>
        <w:br/>
        <w:t>vt 0.650963 0.501109</w:t>
        <w:br/>
        <w:t>vt 0.654004 0.501109</w:t>
        <w:br/>
        <w:t>vt 0.650963 0.504689</w:t>
        <w:br/>
        <w:t>vt 0.650963 0.502812</w:t>
        <w:br/>
        <w:t>vt 0.654004 0.488438</w:t>
        <w:br/>
        <w:t>vt 0.650963 0.488438</w:t>
        <w:br/>
        <w:t>vt 0.650963 0.486558</w:t>
        <w:br/>
        <w:t>vt 0.654004 0.486558</w:t>
        <w:br/>
        <w:t>vt 0.770664 0.481849</w:t>
        <w:br/>
        <w:t>vt 0.770664 0.477001</w:t>
        <w:br/>
        <w:t>vt 0.772340 0.477062</w:t>
        <w:br/>
        <w:t>vt 0.772340 0.481913</w:t>
        <w:br/>
        <w:t>vt 0.591160 0.486449</w:t>
        <w:br/>
        <w:t>vt 0.591160 0.484047</w:t>
        <w:br/>
        <w:t>vt 0.591160 0.488773</w:t>
        <w:br/>
        <w:t>vt 0.591160 0.487302</w:t>
        <w:br/>
        <w:t>vt 0.608461 0.489564</w:t>
        <w:br/>
        <w:t>vt 0.628317 0.489564</w:t>
        <w:br/>
        <w:t>vt 0.628317 0.501848</w:t>
        <w:br/>
        <w:t>vt 0.608461 0.501848</w:t>
        <w:br/>
        <w:t>vt 0.647708 0.488773</w:t>
        <w:br/>
        <w:t>vt 0.647708 0.487302</w:t>
        <w:br/>
        <w:t>vt 0.654004 0.490257</w:t>
        <w:br/>
        <w:t>vt 0.650963 0.490257</w:t>
        <w:br/>
        <w:t>vt 0.650963 0.489106</w:t>
        <w:br/>
        <w:t>vt 0.654004 0.489106</w:t>
        <w:br/>
        <w:t>vt 0.750097 0.476866</w:t>
        <w:br/>
        <w:t>vt 0.750097 0.481726</w:t>
        <w:br/>
        <w:t>vt 0.748080 0.481719</w:t>
        <w:br/>
        <w:t>vt 0.748080 0.476870</w:t>
        <w:br/>
        <w:t>vt 0.591160 0.501848</w:t>
        <w:br/>
        <w:t>vt 0.591160 0.489564</w:t>
        <w:br/>
        <w:t>vt 0.647708 0.501848</w:t>
        <w:br/>
        <w:t>vt 0.647708 0.489564</w:t>
        <w:br/>
        <w:t>vt 0.654004 0.500490</w:t>
        <w:br/>
        <w:t>vt 0.650963 0.500490</w:t>
        <w:br/>
        <w:t>vt 0.650963 0.490876</w:t>
        <w:br/>
        <w:t>vt 0.654004 0.490876</w:t>
        <w:br/>
        <w:t>vt 0.769727 0.477490</w:t>
        <w:br/>
        <w:t>vt 0.769727 0.481185</w:t>
        <w:br/>
        <w:t>vt 0.751068 0.481185</w:t>
        <w:br/>
        <w:t>vt 0.751068 0.477490</w:t>
        <w:br/>
        <w:t>vt 0.608461 0.507991</w:t>
        <w:br/>
        <w:t>vt 0.591160 0.507991</w:t>
        <w:br/>
        <w:t>vt 0.628317 0.507991</w:t>
        <w:br/>
        <w:t>vt 0.647708 0.507991</w:t>
        <w:br/>
        <w:t>vt 0.650963 0.505298</w:t>
        <w:br/>
        <w:t>vt 0.654004 0.505298</w:t>
        <w:br/>
        <w:t>vt 0.773311 0.477664</w:t>
        <w:br/>
        <w:t>vt 0.773311 0.481349</w:t>
        <w:br/>
        <w:t>vt 0.657330 0.503925</w:t>
        <w:br/>
        <w:t>vt 0.661524 0.503925</w:t>
        <w:br/>
        <w:t>vt 0.661524 0.504815</w:t>
        <w:br/>
        <w:t>vt 0.657330 0.504815</w:t>
        <w:br/>
        <w:t>vt 0.654004 0.502115</w:t>
        <w:br/>
        <w:t>vt 0.650963 0.502115</w:t>
        <w:br/>
        <w:t>vt 0.654004 0.489106</w:t>
        <w:br/>
        <w:t>vt 0.650963 0.489106</w:t>
        <w:br/>
        <w:t>vt 0.747142 0.481172</w:t>
        <w:br/>
        <w:t>vt 0.747142 0.477482</w:t>
        <w:br/>
        <w:t>vt 0.657330 0.483208</w:t>
        <w:br/>
        <w:t>vt 0.661524 0.483208</w:t>
        <w:br/>
        <w:t>vt 0.661524 0.484047</w:t>
        <w:br/>
        <w:t>vt 0.657330 0.484047</w:t>
        <w:br/>
        <w:t>vt 0.654004 0.486558</w:t>
        <w:br/>
        <w:t>vt 0.654004 0.485902</w:t>
        <w:br/>
        <w:t>vt 0.650963 0.485902</w:t>
        <w:br/>
        <w:t>vt 0.647708 0.483208</w:t>
        <w:br/>
        <w:t>vt 0.628317 0.483208</w:t>
        <w:br/>
        <w:t>vt 0.608461 0.483208</w:t>
        <w:br/>
        <w:t>vt 0.591160 0.483208</w:t>
        <w:br/>
        <w:t>vt 0.657330 0.488773</w:t>
        <w:br/>
        <w:t>vt 0.661524 0.488773</w:t>
        <w:br/>
        <w:t>vt 0.661524 0.489564</w:t>
        <w:br/>
        <w:t>vt 0.657330 0.489564</w:t>
        <w:br/>
        <w:t>vt 0.657330 0.487302</w:t>
        <w:br/>
        <w:t>vt 0.661524 0.487302</w:t>
        <w:br/>
        <w:t>vt 0.647708 0.484047</w:t>
        <w:br/>
        <w:t>vt 0.661524 0.507213</w:t>
        <w:br/>
        <w:t>vt 0.661524 0.486449</w:t>
        <w:br/>
        <w:t>vt 0.657330 0.486449</w:t>
        <w:br/>
        <w:t>vt 0.661524 0.484047</w:t>
        <w:br/>
        <w:t>vt 0.661524 0.501848</w:t>
        <w:br/>
        <w:t>vt 0.657330 0.501848</w:t>
        <w:br/>
        <w:t>vt 0.657330 0.502639</w:t>
        <w:br/>
        <w:t>vt 0.661524 0.502639</w:t>
        <w:br/>
        <w:t>vt 0.657330 0.507991</w:t>
        <w:br/>
        <w:t>vt 0.661524 0.507991</w:t>
        <w:br/>
        <w:t>vt 0.657330 0.487302</w:t>
        <w:br/>
        <w:t>vt 0.572012 0.503925</w:t>
        <w:br/>
        <w:t>vt 0.572012 0.502639</w:t>
        <w:br/>
        <w:t>vt 0.553008 0.488773</w:t>
        <w:br/>
        <w:t>vt 0.553008 0.487302</w:t>
        <w:br/>
        <w:t>vt 0.572012 0.487302</w:t>
        <w:br/>
        <w:t>vt 0.572012 0.488773</w:t>
        <w:br/>
        <w:t>vt 0.529998 0.503925</w:t>
        <w:br/>
        <w:t>vt 0.529998 0.502639</w:t>
        <w:br/>
        <w:t>vt 0.553008 0.502639</w:t>
        <w:br/>
        <w:t>vt 0.553008 0.503925</w:t>
        <w:br/>
        <w:t>vt 0.572012 0.507213</w:t>
        <w:br/>
        <w:t>vt 0.572012 0.504815</w:t>
        <w:br/>
        <w:t>vt 0.553008 0.507213</w:t>
        <w:br/>
        <w:t>vt 0.553008 0.504815</w:t>
        <w:br/>
        <w:t>vt 0.572012 0.486449</w:t>
        <w:br/>
        <w:t>vt 0.553008 0.486449</w:t>
        <w:br/>
        <w:t>vt 0.553008 0.484047</w:t>
        <w:br/>
        <w:t>vt 0.572012 0.484047</w:t>
        <w:br/>
        <w:t>vt 0.529998 0.486449</w:t>
        <w:br/>
        <w:t>vt 0.529998 0.484047</w:t>
        <w:br/>
        <w:t>vt 0.529998 0.504815</w:t>
        <w:br/>
        <w:t>vt 0.529998 0.507213</w:t>
        <w:br/>
        <w:t>vt 0.523407 0.502812</w:t>
        <w:br/>
        <w:t>vt 0.523407 0.504689</w:t>
        <w:br/>
        <w:t>vt 0.520526 0.507213</w:t>
        <w:br/>
        <w:t>vt 0.520526 0.504815</w:t>
        <w:br/>
        <w:t>vt 0.523407 0.502115</w:t>
        <w:br/>
        <w:t>vt 0.523407 0.501109</w:t>
        <w:br/>
        <w:t>vt 0.526356 0.501109</w:t>
        <w:br/>
        <w:t>vt 0.526356 0.502115</w:t>
        <w:br/>
        <w:t>vt 0.526356 0.504689</w:t>
        <w:br/>
        <w:t>vt 0.526356 0.502812</w:t>
        <w:br/>
        <w:t>vt 0.526356 0.486558</w:t>
        <w:br/>
        <w:t>vt 0.526356 0.488438</w:t>
        <w:br/>
        <w:t>vt 0.523407 0.488438</w:t>
        <w:br/>
        <w:t>vt 0.523407 0.486558</w:t>
        <w:br/>
        <w:t>vt 0.774312 0.469249</w:t>
        <w:br/>
        <w:t>vt 0.774312 0.474298</w:t>
        <w:br/>
        <w:t>vt 0.772665 0.474298</w:t>
        <w:br/>
        <w:t>vt 0.772665 0.469249</w:t>
        <w:br/>
        <w:t>vt 0.553008 0.501848</w:t>
        <w:br/>
        <w:t>vt 0.553008 0.489564</w:t>
        <w:br/>
        <w:t>vt 0.572012 0.489564</w:t>
        <w:br/>
        <w:t>vt 0.572012 0.501848</w:t>
        <w:br/>
        <w:t>vt 0.529998 0.488773</w:t>
        <w:br/>
        <w:t>vt 0.529998 0.487302</w:t>
        <w:br/>
        <w:t>vt 0.523407 0.490257</w:t>
        <w:br/>
        <w:t>vt 0.523407 0.489106</w:t>
        <w:br/>
        <w:t>vt 0.526356 0.489106</w:t>
        <w:br/>
        <w:t>vt 0.526356 0.490257</w:t>
        <w:br/>
        <w:t>vt 0.750936 0.474357</w:t>
        <w:br/>
        <w:t>vt 0.750936 0.469166</w:t>
        <w:br/>
        <w:t>vt 0.752871 0.469166</w:t>
        <w:br/>
        <w:t>vt 0.752871 0.474357</w:t>
        <w:br/>
        <w:t>vt 0.529998 0.501848</w:t>
        <w:br/>
        <w:t>vt 0.529998 0.489564</w:t>
        <w:br/>
        <w:t>vt 0.526356 0.490876</w:t>
        <w:br/>
        <w:t>vt 0.526356 0.500490</w:t>
        <w:br/>
        <w:t>vt 0.523407 0.500490</w:t>
        <w:br/>
        <w:t>vt 0.523407 0.490876</w:t>
        <w:br/>
        <w:t>vt 0.753814 0.473652</w:t>
        <w:br/>
        <w:t>vt 0.753814 0.469750</w:t>
        <w:br/>
        <w:t>vt 0.771742 0.469750</w:t>
        <w:br/>
        <w:t>vt 0.771742 0.473652</w:t>
        <w:br/>
        <w:t>vt 0.572012 0.507991</w:t>
        <w:br/>
        <w:t>vt 0.553008 0.507991</w:t>
        <w:br/>
        <w:t>vt 0.529998 0.507991</w:t>
        <w:br/>
        <w:t>vt 0.526356 0.505298</w:t>
        <w:br/>
        <w:t>vt 0.523407 0.505298</w:t>
        <w:br/>
        <w:t>vt 0.775280 0.469811</w:t>
        <w:br/>
        <w:t>vt 0.775280 0.473665</w:t>
        <w:br/>
        <w:t>vt 0.520526 0.503925</w:t>
        <w:br/>
        <w:t>vt 0.520526 0.504815</w:t>
        <w:br/>
        <w:t>vt 0.515263 0.504815</w:t>
        <w:br/>
        <w:t>vt 0.515263 0.503925</w:t>
        <w:br/>
        <w:t>vt 0.523407 0.502115</w:t>
        <w:br/>
        <w:t>vt 0.526356 0.502115</w:t>
        <w:br/>
        <w:t>vt 0.529998 0.503925</w:t>
        <w:br/>
        <w:t>vt 0.529998 0.487302</w:t>
        <w:br/>
        <w:t>vt 0.523407 0.489106</w:t>
        <w:br/>
        <w:t>vt 0.526356 0.489106</w:t>
        <w:br/>
        <w:t>vt 0.750019 0.473661</w:t>
        <w:br/>
        <w:t>vt 0.750019 0.469680</w:t>
        <w:br/>
        <w:t>vt 0.520526 0.483208</w:t>
        <w:br/>
        <w:t>vt 0.520526 0.484047</w:t>
        <w:br/>
        <w:t>vt 0.515263 0.484047</w:t>
        <w:br/>
        <w:t>vt 0.515263 0.483208</w:t>
        <w:br/>
        <w:t>vt 0.526356 0.485902</w:t>
        <w:br/>
        <w:t>vt 0.523407 0.485902</w:t>
        <w:br/>
        <w:t>vt 0.529998 0.483208</w:t>
        <w:br/>
        <w:t>vt 0.553008 0.483208</w:t>
        <w:br/>
        <w:t>vt 0.572012 0.483208</w:t>
        <w:br/>
        <w:t>vt 0.520526 0.488773</w:t>
        <w:br/>
        <w:t>vt 0.520526 0.489564</w:t>
        <w:br/>
        <w:t>vt 0.515263 0.489564</w:t>
        <w:br/>
        <w:t>vt 0.515263 0.488773</w:t>
        <w:br/>
        <w:t>vt 0.515263 0.487302</w:t>
        <w:br/>
        <w:t>vt 0.520526 0.487302</w:t>
        <w:br/>
        <w:t>vt 0.515263 0.507213</w:t>
        <w:br/>
        <w:t>vt 0.515263 0.504815</w:t>
        <w:br/>
        <w:t>vt 0.515263 0.486449</w:t>
        <w:br/>
        <w:t>vt 0.515263 0.484047</w:t>
        <w:br/>
        <w:t>vt 0.520526 0.486449</w:t>
        <w:br/>
        <w:t>vt 0.520526 0.501848</w:t>
        <w:br/>
        <w:t>vt 0.515263 0.501848</w:t>
        <w:br/>
        <w:t>vt 0.515263 0.502639</w:t>
        <w:br/>
        <w:t>vt 0.520526 0.502639</w:t>
        <w:br/>
        <w:t>vt 0.520526 0.507991</w:t>
        <w:br/>
        <w:t>vt 0.515263 0.507991</w:t>
        <w:br/>
        <w:t>vt 0.520526 0.487302</w:t>
        <w:br/>
        <w:t>vt 0.699932 0.705034</w:t>
        <w:br/>
        <w:t>vt 0.698369 0.684235</w:t>
        <w:br/>
        <w:t>vt 0.704457 0.686963</w:t>
        <w:br/>
        <w:t>vt 0.705274 0.702254</w:t>
        <w:br/>
        <w:t>vt 0.689158 0.684235</w:t>
        <w:br/>
        <w:t>vt 0.691128 0.705034</w:t>
        <w:br/>
        <w:t>vt 0.686019 0.705034</w:t>
        <w:br/>
        <w:t>vt 0.686019 0.684235</w:t>
        <w:br/>
        <w:t>vt 0.708052 0.683649</w:t>
        <w:br/>
        <w:t>vt 0.709613 0.682370</w:t>
        <w:br/>
        <w:t>vt 0.713731 0.694567</w:t>
        <w:br/>
        <w:t>vt 0.711677 0.694567</w:t>
        <w:br/>
        <w:t>vt 0.699591 0.679819</w:t>
        <w:br/>
        <w:t>vt 0.700284 0.676678</w:t>
        <w:br/>
        <w:t>vt 0.686019 0.709068</w:t>
        <w:br/>
        <w:t>vt 0.691501 0.709068</w:t>
        <w:br/>
        <w:t>vt 0.691688 0.712037</w:t>
        <w:br/>
        <w:t>vt 0.686019 0.712037</w:t>
        <w:br/>
        <w:t>vt 0.709826 0.706478</w:t>
        <w:br/>
        <w:t>vt 0.708248 0.705180</w:t>
        <w:br/>
        <w:t>vt 0.701949 0.712037</w:t>
        <w:br/>
        <w:t>vt 0.701227 0.709068</w:t>
        <w:br/>
        <w:t>vt 0.686019 0.679819</w:t>
        <w:br/>
        <w:t>vt 0.686019 0.676678</w:t>
        <w:br/>
        <w:t>vt 0.689644 0.676678</w:t>
        <w:br/>
        <w:t>vt 0.689451 0.679819</w:t>
        <w:br/>
        <w:t>vt 0.708638 0.694567</w:t>
        <w:br/>
        <w:t>vt 0.705302 0.686099</w:t>
        <w:br/>
        <w:t>vt 0.706989 0.684390</w:t>
        <w:br/>
        <w:t>vt 0.710253 0.694567</w:t>
        <w:br/>
        <w:t>vt 0.707568 0.704442</w:t>
        <w:br/>
        <w:t>vt 0.705914 0.703168</w:t>
        <w:br/>
        <w:t>vt 0.700937 0.708070</w:t>
        <w:br/>
        <w:t>vt 0.700184 0.706088</w:t>
        <w:br/>
        <w:t>vt 0.691355 0.708070</w:t>
        <w:br/>
        <w:t>vt 0.691223 0.706088</w:t>
        <w:br/>
        <w:t>vt 0.686019 0.706088</w:t>
        <w:br/>
        <w:t>vt 0.686019 0.708070</w:t>
        <w:br/>
        <w:t>vt 0.698627 0.683111</w:t>
        <w:br/>
        <w:t>vt 0.689245 0.683111</w:t>
        <w:br/>
        <w:t>vt 0.689308 0.680887</w:t>
        <w:br/>
        <w:t>vt 0.699296 0.680887</w:t>
        <w:br/>
        <w:t>vt 0.686019 0.683111</w:t>
        <w:br/>
        <w:t>vt 0.686019 0.680887</w:t>
        <w:br/>
        <w:t>vt 0.707583 0.694567</w:t>
        <w:br/>
        <w:t>vt 0.711997 0.460754</w:t>
        <w:br/>
        <w:t>vt 0.711249 0.431438</w:t>
        <w:br/>
        <w:t>vt 0.730681 0.431438</w:t>
        <w:br/>
        <w:t>vt 0.730681 0.460754</w:t>
        <w:br/>
        <w:t>vt 0.800128 0.114525</w:t>
        <w:br/>
        <w:t>vt 0.811363 0.114525</w:t>
        <w:br/>
        <w:t>vt 0.811363 0.131976</w:t>
        <w:br/>
        <w:t>vt 0.800128 0.131976</w:t>
        <w:br/>
        <w:t>vt 0.712086 0.463127</w:t>
        <w:br/>
        <w:t>vt 0.730681 0.463127</w:t>
        <w:br/>
        <w:t>vt 0.730681 0.465016</w:t>
        <w:br/>
        <w:t>vt 0.712137 0.465016</w:t>
        <w:br/>
        <w:t>vt 0.692796 0.426741</w:t>
        <w:br/>
        <w:t>vt 0.711687 0.426741</w:t>
        <w:br/>
        <w:t>vt 0.711365 0.429283</w:t>
        <w:br/>
        <w:t>vt 0.692796 0.429283</w:t>
        <w:br/>
        <w:t>vt 0.692796 0.431438</w:t>
        <w:br/>
        <w:t>vt 0.822598 0.133385</w:t>
        <w:br/>
        <w:t>vt 0.811363 0.133385</w:t>
        <w:br/>
        <w:t>vt 0.822598 0.131976</w:t>
        <w:br/>
        <w:t>vt 0.800128 0.113256</w:t>
        <w:br/>
        <w:t>vt 0.811363 0.113256</w:t>
        <w:br/>
        <w:t>vt 0.727055 0.612945</w:t>
        <w:br/>
        <w:t>vt 0.715752 0.612945</w:t>
        <w:br/>
        <w:t>vt 0.715752 0.611620</w:t>
        <w:br/>
        <w:t>vt 0.727381 0.611620</w:t>
        <w:br/>
        <w:t>vt 0.803635 0.628509</w:t>
        <w:br/>
        <w:t>vt 0.821893 0.628509</w:t>
        <w:br/>
        <w:t>vt 0.821893 0.629914</w:t>
        <w:br/>
        <w:t>vt 0.802972 0.629914</w:t>
        <w:br/>
        <w:t>vt 0.778816 0.611620</w:t>
        <w:br/>
        <w:t>vt 0.789632 0.611620</w:t>
        <w:br/>
        <w:t>vt 0.789132 0.612945</w:t>
        <w:br/>
        <w:t>vt 0.778509 0.612945</w:t>
        <w:br/>
        <w:t>vt 0.741442 0.629914</w:t>
        <w:br/>
        <w:t>vt 0.741823 0.628509</w:t>
        <w:br/>
        <w:t>vt 0.753054 0.628509</w:t>
        <w:br/>
        <w:t>vt 0.758857 0.629914</w:t>
        <w:br/>
        <w:t>vt 0.711507 0.627773</w:t>
        <w:br/>
        <w:t>vt 0.711507 0.626845</w:t>
        <w:br/>
        <w:t>vt 0.715752 0.628509</w:t>
        <w:br/>
        <w:t>vt 0.715752 0.629914</w:t>
        <w:br/>
        <w:t>vt 0.679716 0.261576</w:t>
        <w:br/>
        <w:t>vt 0.675865 0.261576</w:t>
        <w:br/>
        <w:t>vt 0.679102 0.258762</w:t>
        <w:br/>
        <w:t>vt 0.642838 0.260011</w:t>
        <w:br/>
        <w:t>vt 0.642838 0.252551</w:t>
        <w:br/>
        <w:t>vt 0.645446 0.252551</w:t>
        <w:br/>
        <w:t>vt 0.645446 0.260011</w:t>
        <w:br/>
        <w:t>vt 0.767696 0.610985</w:t>
        <w:br/>
        <w:t>vt 0.767553 0.609621</w:t>
        <w:br/>
        <w:t>vt 0.778215 0.609621</w:t>
        <w:br/>
        <w:t>vt 0.778608 0.610985</w:t>
        <w:br/>
        <w:t>vt 0.770975 0.631891</w:t>
        <w:br/>
        <w:t>vt 0.758620 0.631891</w:t>
        <w:br/>
        <w:t>vt 0.758538 0.630556</w:t>
        <w:br/>
        <w:t>vt 0.771308 0.630556</w:t>
        <w:br/>
        <w:t>vt 0.722336 0.631891</w:t>
        <w:br/>
        <w:t>vt 0.715752 0.631891</w:t>
        <w:br/>
        <w:t>vt 0.715752 0.630556</w:t>
        <w:br/>
        <w:t>vt 0.722193 0.630556</w:t>
        <w:br/>
        <w:t>vt 0.715752 0.610985</w:t>
        <w:br/>
        <w:t>vt 0.715752 0.609621</w:t>
        <w:br/>
        <w:t>vt 0.727610 0.609621</w:t>
        <w:br/>
        <w:t>vt 0.727523 0.610985</w:t>
        <w:br/>
        <w:t>vt 0.802656 0.630556</w:t>
        <w:br/>
        <w:t>vt 0.821893 0.630556</w:t>
        <w:br/>
        <w:t>vt 0.821893 0.631891</w:t>
        <w:br/>
        <w:t>vt 0.802189 0.631891</w:t>
        <w:br/>
        <w:t>vt 0.797373 0.631891</w:t>
        <w:br/>
        <w:t>vt 0.796250 0.630556</w:t>
        <w:br/>
        <w:t>vt 0.788148 0.609621</w:t>
        <w:br/>
        <w:t>vt 0.789297 0.610985</w:t>
        <w:br/>
        <w:t>vt 0.741053 0.631891</w:t>
        <w:br/>
        <w:t>vt 0.741208 0.630556</w:t>
        <w:br/>
        <w:t>vt 0.696091 0.611921</w:t>
        <w:br/>
        <w:t>vt 0.696091 0.612904</w:t>
        <w:br/>
        <w:t>vt 0.689875 0.612904</w:t>
        <w:br/>
        <w:t>vt 0.689875 0.611921</w:t>
        <w:br/>
        <w:t>vt 0.711507 0.629211</w:t>
        <w:br/>
        <w:t>vt 0.711507 0.628253</w:t>
        <w:br/>
        <w:t>vt 0.704775 0.613351</w:t>
        <w:br/>
        <w:t>vt 0.711507 0.613351</w:t>
        <w:br/>
        <w:t>vt 0.711507 0.614188</w:t>
        <w:br/>
        <w:t>vt 0.704775 0.614188</w:t>
        <w:br/>
        <w:t>vt 0.653452 0.259840</w:t>
        <w:br/>
        <w:t>vt 0.652405 0.260011</w:t>
        <w:br/>
        <w:t>vt 0.652405 0.252551</w:t>
        <w:br/>
        <w:t>vt 0.653452 0.251040</w:t>
        <w:br/>
        <w:t>vt 0.711507 0.612904</w:t>
        <w:br/>
        <w:t>vt 0.711507 0.611921</w:t>
        <w:br/>
        <w:t>vt 0.704775 0.628253</w:t>
        <w:br/>
        <w:t>vt 0.704775 0.629211</w:t>
        <w:br/>
        <w:t>vt 0.649491 0.260011</w:t>
        <w:br/>
        <w:t>vt 0.649491 0.252551</w:t>
        <w:br/>
        <w:t>vt 0.704775 0.612904</w:t>
        <w:br/>
        <w:t>vt 0.704775 0.611921</w:t>
        <w:br/>
        <w:t>vt 0.696091 0.614188</w:t>
        <w:br/>
        <w:t>vt 0.696091 0.613351</w:t>
        <w:br/>
        <w:t>vt 0.696091 0.629211</w:t>
        <w:br/>
        <w:t>vt 0.696091 0.628253</w:t>
        <w:br/>
        <w:t>vt 0.767676 0.611620</w:t>
        <w:br/>
        <w:t>vt 0.766566 0.612945</w:t>
        <w:br/>
        <w:t>vt 0.715752 0.627882</w:t>
        <w:br/>
        <w:t>vt 0.715752 0.613582</w:t>
        <w:br/>
        <w:t>vt 0.725718 0.617337</w:t>
        <w:br/>
        <w:t>vt 0.722780 0.627882</w:t>
        <w:br/>
        <w:t>vt 0.785554 0.623596</w:t>
        <w:br/>
        <w:t>vt 0.776522 0.617773</w:t>
        <w:br/>
        <w:t>vt 0.778798 0.613582</w:t>
        <w:br/>
        <w:t>vt 0.788918 0.613582</w:t>
        <w:br/>
        <w:t>vt 0.664804 0.254481</w:t>
        <w:br/>
        <w:t>vt 0.667111 0.261576</w:t>
        <w:br/>
        <w:t>vt 0.658540 0.261576</w:t>
        <w:br/>
        <w:t>vt 0.657430 0.258277</w:t>
        <w:br/>
        <w:t>vt 0.683170 0.256064</w:t>
        <w:br/>
        <w:t>vt 0.683170 0.261576</w:t>
        <w:br/>
        <w:t>vt 0.711507 0.626377</w:t>
        <w:br/>
        <w:t>vt 0.704775 0.626377</w:t>
        <w:br/>
        <w:t>vt 0.704775 0.614568</w:t>
        <w:br/>
        <w:t>vt 0.711507 0.614568</w:t>
        <w:br/>
        <w:t>vt 0.696091 0.626377</w:t>
        <w:br/>
        <w:t>vt 0.689875 0.626377</w:t>
        <w:br/>
        <w:t>vt 0.689875 0.614568</w:t>
        <w:br/>
        <w:t>vt 0.696091 0.614568</w:t>
        <w:br/>
        <w:t>vt 0.767079 0.613582</w:t>
        <w:br/>
        <w:t>vt 0.752318 0.627882</w:t>
        <w:br/>
        <w:t>vt 0.741796 0.627882</w:t>
        <w:br/>
        <w:t>vt 0.743090 0.624287</w:t>
        <w:br/>
        <w:t>vt 0.722690 0.628509</w:t>
        <w:br/>
        <w:t>vt 0.722246 0.629914</w:t>
        <w:br/>
        <w:t>vt 0.677199 0.251040</w:t>
        <w:br/>
        <w:t>vt 0.671441 0.251040</w:t>
        <w:br/>
        <w:t>vt 0.663403 0.251040</w:t>
        <w:br/>
        <w:t>vt 0.704775 0.627773</w:t>
        <w:br/>
        <w:t>vt 0.704775 0.626845</w:t>
        <w:br/>
        <w:t>vt 0.696091 0.627773</w:t>
        <w:br/>
        <w:t>vt 0.689875 0.627773</w:t>
        <w:br/>
        <w:t>vt 0.689875 0.626845</w:t>
        <w:br/>
        <w:t>vt 0.696091 0.626845</w:t>
        <w:br/>
        <w:t>vt 0.784195 0.630556</w:t>
        <w:br/>
        <w:t>vt 0.784526 0.629914</w:t>
        <w:br/>
        <w:t>vt 0.795228 0.629914</w:t>
        <w:br/>
        <w:t>vt 0.803057 0.627882</w:t>
        <w:br/>
        <w:t>vt 0.821893 0.627882</w:t>
        <w:br/>
        <w:t>vt 0.792781 0.628509</w:t>
        <w:br/>
        <w:t>vt 0.791922 0.627882</w:t>
        <w:br/>
        <w:t>vt 0.689875 0.628253</w:t>
        <w:br/>
        <w:t>vt 0.747292 0.611620</w:t>
        <w:br/>
        <w:t>vt 0.747238 0.610985</w:t>
        <w:br/>
        <w:t>vt 0.689875 0.614188</w:t>
        <w:br/>
        <w:t>vt 0.726977 0.613582</w:t>
        <w:br/>
        <w:t>vt 0.788918 0.613582</w:t>
        <w:br/>
        <w:t>vt 0.800234 0.612945</w:t>
        <w:br/>
        <w:t>vt 0.801750 0.613582</w:t>
        <w:br/>
        <w:t>vt 0.689875 0.613351</w:t>
        <w:br/>
        <w:t>vt 0.689875 0.629211</w:t>
        <w:br/>
        <w:t>vt 0.741442 0.629914</w:t>
        <w:br/>
        <w:t>vt 0.758857 0.629914</w:t>
        <w:br/>
        <w:t>vt 0.801750 0.613582</w:t>
        <w:br/>
        <w:t>vt 0.808799 0.618856</w:t>
        <w:br/>
        <w:t>vt 0.311738 0.388861</w:t>
        <w:br/>
        <w:t>vt 0.309431 0.388861</w:t>
        <w:br/>
        <w:t>vt 0.309431 0.383620</w:t>
        <w:br/>
        <w:t>vt 0.311738 0.383620</w:t>
        <w:br/>
        <w:t>vt 0.311738 0.425518</w:t>
        <w:br/>
        <w:t>vt 0.309431 0.425518</w:t>
        <w:br/>
        <w:t>vt 0.309431 0.420219</w:t>
        <w:br/>
        <w:t>vt 0.311738 0.420219</w:t>
        <w:br/>
        <w:t>vt 0.309431 0.414997</w:t>
        <w:br/>
        <w:t>vt 0.311738 0.414997</w:t>
        <w:br/>
        <w:t>vt 0.309431 0.409772</w:t>
        <w:br/>
        <w:t>vt 0.311738 0.409772</w:t>
        <w:br/>
        <w:t>vt 0.309431 0.404541</w:t>
        <w:br/>
        <w:t>vt 0.311738 0.404541</w:t>
        <w:br/>
        <w:t>vt 0.309431 0.399324</w:t>
        <w:br/>
        <w:t>vt 0.311738 0.399324</w:t>
        <w:br/>
        <w:t>vt 0.309431 0.394121</w:t>
        <w:br/>
        <w:t>vt 0.311738 0.394121</w:t>
        <w:br/>
        <w:t>vt 0.337848 0.388861</w:t>
        <w:br/>
        <w:t>vt 0.337848 0.383620</w:t>
        <w:br/>
        <w:t>vt 0.340179 0.383620</w:t>
        <w:br/>
        <w:t>vt 0.340179 0.388861</w:t>
        <w:br/>
        <w:t>vt 0.337848 0.425518</w:t>
        <w:br/>
        <w:t>vt 0.337848 0.420219</w:t>
        <w:br/>
        <w:t>vt 0.340179 0.420219</w:t>
        <w:br/>
        <w:t>vt 0.340179 0.425518</w:t>
        <w:br/>
        <w:t>vt 0.337848 0.414997</w:t>
        <w:br/>
        <w:t>vt 0.340179 0.414997</w:t>
        <w:br/>
        <w:t>vt 0.337848 0.409772</w:t>
        <w:br/>
        <w:t>vt 0.340179 0.409772</w:t>
        <w:br/>
        <w:t>vt 0.337848 0.404541</w:t>
        <w:br/>
        <w:t>vt 0.340179 0.404541</w:t>
        <w:br/>
        <w:t>vt 0.337848 0.399324</w:t>
        <w:br/>
        <w:t>vt 0.340179 0.399324</w:t>
        <w:br/>
        <w:t>vt 0.337848 0.394121</w:t>
        <w:br/>
        <w:t>vt 0.340179 0.394121</w:t>
        <w:br/>
        <w:t>vt 0.336852 0.388861</w:t>
        <w:br/>
        <w:t>vt 0.312723 0.388861</w:t>
        <w:br/>
        <w:t>vt 0.312723 0.383620</w:t>
        <w:br/>
        <w:t>vt 0.336852 0.383620</w:t>
        <w:br/>
        <w:t>vt 0.336852 0.420219</w:t>
        <w:br/>
        <w:t>vt 0.336852 0.425518</w:t>
        <w:br/>
        <w:t>vt 0.312723 0.425518</w:t>
        <w:br/>
        <w:t>vt 0.312723 0.420219</w:t>
        <w:br/>
        <w:t>vt 0.312723 0.414997</w:t>
        <w:br/>
        <w:t>vt 0.336852 0.414997</w:t>
        <w:br/>
        <w:t>vt 0.312723 0.409772</w:t>
        <w:br/>
        <w:t>vt 0.336852 0.409772</w:t>
        <w:br/>
        <w:t>vt 0.336852 0.404541</w:t>
        <w:br/>
        <w:t>vt 0.312723 0.404541</w:t>
        <w:br/>
        <w:t>vt 0.312723 0.399324</w:t>
        <w:br/>
        <w:t>vt 0.336852 0.399324</w:t>
        <w:br/>
        <w:t>vt 0.312723 0.394121</w:t>
        <w:br/>
        <w:t>vt 0.336852 0.394121</w:t>
        <w:br/>
        <w:t>vt 0.308440 0.388861</w:t>
        <w:br/>
        <w:t>vt 0.308440 0.383620</w:t>
        <w:br/>
        <w:t>vt 0.308440 0.425518</w:t>
        <w:br/>
        <w:t>vt 0.308440 0.420219</w:t>
        <w:br/>
        <w:t>vt 0.308440 0.414997</w:t>
        <w:br/>
        <w:t>vt 0.308440 0.409772</w:t>
        <w:br/>
        <w:t>vt 0.308440 0.404541</w:t>
        <w:br/>
        <w:t>vt 0.308440 0.399324</w:t>
        <w:br/>
        <w:t>vt 0.308440 0.394121</w:t>
        <w:br/>
        <w:t>vt 0.341180 0.383620</w:t>
        <w:br/>
        <w:t>vt 0.341180 0.388861</w:t>
        <w:br/>
        <w:t>vt 0.341180 0.394121</w:t>
        <w:br/>
        <w:t>vt 0.341180 0.399324</w:t>
        <w:br/>
        <w:t>vt 0.341180 0.404541</w:t>
        <w:br/>
        <w:t>vt 0.341180 0.409772</w:t>
        <w:br/>
        <w:t>vt 0.341180 0.414997</w:t>
        <w:br/>
        <w:t>vt 0.341180 0.420219</w:t>
        <w:br/>
        <w:t>vt 0.341180 0.425518</w:t>
        <w:br/>
        <w:t>vt 0.072451 0.397297</w:t>
        <w:br/>
        <w:t>vt 0.094134 0.397297</w:t>
        <w:br/>
        <w:t>vt 0.094134 0.399412</w:t>
        <w:br/>
        <w:t>vt 0.072451 0.399412</w:t>
        <w:br/>
        <w:t>vt 0.072451 0.407870</w:t>
        <w:br/>
        <w:t>vt 0.094134 0.407870</w:t>
        <w:br/>
        <w:t>vt 0.094134 0.409985</w:t>
        <w:br/>
        <w:t>vt 0.072451 0.409985</w:t>
        <w:br/>
        <w:t>vt 0.072451 0.405756</w:t>
        <w:br/>
        <w:t>vt 0.094134 0.405756</w:t>
        <w:br/>
        <w:t>vt 0.072451 0.403641</w:t>
        <w:br/>
        <w:t>vt 0.094134 0.403641</w:t>
        <w:br/>
        <w:t>vt 0.072451 0.401527</w:t>
        <w:br/>
        <w:t>vt 0.094134 0.401527</w:t>
        <w:br/>
        <w:t>vt 0.294688 0.976842</w:t>
        <w:br/>
        <w:t>vt 0.294688 0.960135</w:t>
        <w:br/>
        <w:t>vt 0.305965 0.960135</w:t>
        <w:br/>
        <w:t>vt 0.305965 0.976842</w:t>
        <w:br/>
        <w:t>vt 0.293568 0.976842</w:t>
        <w:br/>
        <w:t>vt 0.293568 0.960135</w:t>
        <w:br/>
        <w:t>vt 0.294688 0.960135</w:t>
        <w:br/>
        <w:t>vt 0.294688 0.976842</w:t>
        <w:br/>
        <w:t>vt 0.323963 0.976842</w:t>
        <w:br/>
        <w:t>vt 0.323963 0.960135</w:t>
        <w:br/>
        <w:t>vt 0.325083 0.960135</w:t>
        <w:br/>
        <w:t>vt 0.325083 0.976842</w:t>
        <w:br/>
        <w:t>vt 0.323963 0.976842</w:t>
        <w:br/>
        <w:t>vt 0.312688 0.976842</w:t>
        <w:br/>
        <w:t>vt 0.312688 0.960135</w:t>
        <w:br/>
        <w:t>vt 0.323963 0.960135</w:t>
        <w:br/>
        <w:t>vt 0.311568 0.976842</w:t>
        <w:br/>
        <w:t>vt 0.311568 0.960135</w:t>
        <w:br/>
        <w:t>vt 0.310447 0.976842</w:t>
        <w:br/>
        <w:t>vt 0.310447 0.960135</w:t>
        <w:br/>
        <w:t>vt 0.309327 0.976842</w:t>
        <w:br/>
        <w:t>vt 0.309327 0.960135</w:t>
        <w:br/>
        <w:t>vt 0.308207 0.976842</w:t>
        <w:br/>
        <w:t>vt 0.308207 0.960135</w:t>
        <w:br/>
        <w:t>vt 0.307086 0.976842</w:t>
        <w:br/>
        <w:t>vt 0.307086 0.960135</w:t>
        <w:br/>
        <w:t>vt 0.363531 0.756837</w:t>
        <w:br/>
        <w:t>vt 0.362398 0.756837</w:t>
        <w:br/>
        <w:t>vt 0.362398 0.737430</w:t>
        <w:br/>
        <w:t>vt 0.363531 0.737430</w:t>
        <w:br/>
        <w:t>vt 0.357864 0.737430</w:t>
        <w:br/>
        <w:t>vt 0.357864 0.756837</w:t>
        <w:br/>
        <w:t>vt 0.356731 0.756837</w:t>
        <w:br/>
        <w:t>vt 0.356731 0.737430</w:t>
        <w:br/>
        <w:t>vt 0.358998 0.756837</w:t>
        <w:br/>
        <w:t>vt 0.358998 0.737430</w:t>
        <w:br/>
        <w:t>vt 0.360131 0.756837</w:t>
        <w:br/>
        <w:t>vt 0.360131 0.737430</w:t>
        <w:br/>
        <w:t>vt 0.361265 0.756837</w:t>
        <w:br/>
        <w:t>vt 0.361265 0.737430</w:t>
        <w:br/>
        <w:t>vt 0.316565 0.996938</w:t>
        <w:br/>
        <w:t>vt 0.307242 0.996938</w:t>
        <w:br/>
        <w:t>vt 0.307242 0.982279</w:t>
        <w:br/>
        <w:t>vt 0.316565 0.982279</w:t>
        <w:br/>
        <w:t>vt 0.316931 0.982279</w:t>
        <w:br/>
        <w:t>vt 0.316931 0.996938</w:t>
        <w:br/>
        <w:t>vt 0.316565 0.996938</w:t>
        <w:br/>
        <w:t>vt 0.316565 0.982279</w:t>
        <w:br/>
        <w:t>vt 0.294260 0.996938</w:t>
        <w:br/>
        <w:t>vt 0.293894 0.996938</w:t>
        <w:br/>
        <w:t>vt 0.293894 0.982279</w:t>
        <w:br/>
        <w:t>vt 0.294260 0.982279</w:t>
        <w:br/>
        <w:t>vt 0.303585 0.982279</w:t>
        <w:br/>
        <w:t>vt 0.303585 0.996938</w:t>
        <w:br/>
        <w:t>vt 0.294260 0.996938</w:t>
        <w:br/>
        <w:t>vt 0.294260 0.982279</w:t>
        <w:br/>
        <w:t>vt 0.304237 0.996938</w:t>
        <w:br/>
        <w:t>vt 0.304237 0.982279</w:t>
        <w:br/>
        <w:t>vt 0.304826 0.982279</w:t>
        <w:br/>
        <w:t>vt 0.304826 0.996938</w:t>
        <w:br/>
        <w:t>vt 0.305414 0.996938</w:t>
        <w:br/>
        <w:t>vt 0.305414 0.982279</w:t>
        <w:br/>
        <w:t>vt 0.306002 0.982279</w:t>
        <w:br/>
        <w:t>vt 0.306002 0.996938</w:t>
        <w:br/>
        <w:t>vt 0.306590 0.982279</w:t>
        <w:br/>
        <w:t>vt 0.306590 0.996938</w:t>
        <w:br/>
        <w:t>vt 0.192480 0.706549</w:t>
        <w:br/>
        <w:t>vt 0.192480 0.704131</w:t>
        <w:br/>
        <w:t>vt 0.194855 0.704131</w:t>
        <w:br/>
        <w:t>vt 0.194855 0.706549</w:t>
        <w:br/>
        <w:t>vt 0.163544 0.707458</w:t>
        <w:br/>
        <w:t>vt 0.161177 0.707458</w:t>
        <w:br/>
        <w:t>vt 0.161177 0.705039</w:t>
        <w:br/>
        <w:t>vt 0.163544 0.705039</w:t>
        <w:br/>
        <w:t>vt 0.183098 0.706549</w:t>
        <w:br/>
        <w:t>vt 0.180732 0.706549</w:t>
        <w:br/>
        <w:t>vt 0.180732 0.704131</w:t>
        <w:br/>
        <w:t>vt 0.183098 0.704131</w:t>
        <w:br/>
        <w:t>vt 0.172921 0.707458</w:t>
        <w:br/>
        <w:t>vt 0.172921 0.705039</w:t>
        <w:br/>
        <w:t>vt 0.175298 0.705039</w:t>
        <w:br/>
        <w:t>vt 0.175298 0.707458</w:t>
        <w:br/>
        <w:t>vt 0.185471 0.704131</w:t>
        <w:br/>
        <w:t>vt 0.185471 0.706549</w:t>
        <w:br/>
        <w:t>vt 0.170595 0.707458</w:t>
        <w:br/>
        <w:t>vt 0.170595 0.705039</w:t>
        <w:br/>
        <w:t>vt 0.187808 0.706549</w:t>
        <w:br/>
        <w:t>vt 0.187808 0.704131</w:t>
        <w:br/>
        <w:t>vt 0.168252 0.707458</w:t>
        <w:br/>
        <w:t>vt 0.168252 0.705039</w:t>
        <w:br/>
        <w:t>vt 0.190151 0.704131</w:t>
        <w:br/>
        <w:t>vt 0.190151 0.706549</w:t>
        <w:br/>
        <w:t>vt 0.165915 0.707458</w:t>
        <w:br/>
        <w:t>vt 0.165915 0.705039</w:t>
        <w:br/>
        <w:t>vt 0.050026 0.969751</w:t>
        <w:br/>
        <w:t>vt 0.050069 0.968741</w:t>
        <w:br/>
        <w:t>vt 0.062330 0.967152</w:t>
        <w:br/>
        <w:t>vt 0.063015 0.967896</w:t>
        <w:br/>
        <w:t>vt 0.162215 0.956775</w:t>
        <w:br/>
        <w:t>vt 0.160212 0.969740</w:t>
        <w:br/>
        <w:t>vt 0.159479 0.969045</w:t>
        <w:br/>
        <w:t>vt 0.161204 0.956801</w:t>
        <w:br/>
        <w:t>vt 0.063296 0.966623</w:t>
        <w:br/>
        <w:t>vt 0.062286 0.966668</w:t>
        <w:br/>
        <w:t>vt 0.158934 0.969998</w:t>
        <w:br/>
        <w:t>vt 0.158998 0.968989</w:t>
        <w:br/>
        <w:t>vt 0.062288 0.966182</w:t>
        <w:br/>
        <w:t>vt 0.062902 0.965381</w:t>
        <w:br/>
        <w:t>vt 0.157699 0.969582</w:t>
        <w:br/>
        <w:t>vt 0.158511 0.968980</w:t>
        <w:br/>
        <w:t>vt 0.049801 0.964722</w:t>
        <w:br/>
        <w:t>vt 0.049933 0.965724</w:t>
        <w:br/>
        <w:t>vt 0.157207 0.956471</w:t>
        <w:br/>
        <w:t>vt 0.158208 0.956617</w:t>
        <w:br/>
        <w:t>vt 0.049102 0.965965</w:t>
        <w:br/>
        <w:t>vt 0.048559 0.965113</w:t>
        <w:br/>
        <w:t>vt 0.157619 0.955234</w:t>
        <w:br/>
        <w:t>vt 0.158463 0.955790</w:t>
        <w:br/>
        <w:t>vt 0.048576 0.966540</w:t>
        <w:br/>
        <w:t>vt 0.047679 0.966074</w:t>
        <w:br/>
        <w:t>vt 0.158593 0.954368</w:t>
        <w:br/>
        <w:t>vt 0.159047 0.955271</w:t>
        <w:br/>
        <w:t>vt 0.047398 0.967347</w:t>
        <w:br/>
        <w:t>vt 0.048408 0.967300</w:t>
        <w:br/>
        <w:t>vt 0.159870 0.954104</w:t>
        <w:br/>
        <w:t>vt 0.159809 0.955113</w:t>
        <w:br/>
        <w:t>vt 0.047792 0.968589</w:t>
        <w:br/>
        <w:t>vt 0.048644 0.968044</w:t>
        <w:br/>
        <w:t>vt 0.161105 0.954520</w:t>
        <w:br/>
        <w:t>vt 0.160543 0.955361</w:t>
        <w:br/>
        <w:t>vt 0.048753 0.969469</w:t>
        <w:br/>
        <w:t>vt 0.049220 0.968572</w:t>
        <w:br/>
        <w:t>vt 0.161960 0.955500</w:t>
        <w:br/>
        <w:t>vt 0.161054 0.955948</w:t>
        <w:br/>
        <w:t>vt 0.692796 0.460754</w:t>
        <w:br/>
        <w:t>vt 0.822598 0.114525</w:t>
        <w:br/>
        <w:t>vt 0.692796 0.463127</w:t>
        <w:br/>
        <w:t>vt 0.692796 0.465016</w:t>
        <w:br/>
        <w:t>vt 0.730681 0.426741</w:t>
        <w:br/>
        <w:t>vt 0.730681 0.429283</w:t>
        <w:br/>
        <w:t>vt 0.800128 0.133385</w:t>
        <w:br/>
        <w:t>vt 0.822598 0.113256</w:t>
        <w:br/>
        <w:t>vt 0.004757 0.880363</w:t>
        <w:br/>
        <w:t>vt 0.014542 0.880363</w:t>
        <w:br/>
        <w:t>vt 0.014542 0.891268</w:t>
        <w:br/>
        <w:t>vt 0.004757 0.891268</w:t>
        <w:br/>
        <w:t>vt 0.136112 0.733120</w:t>
        <w:br/>
        <w:t>vt 0.135567 0.731688</w:t>
        <w:br/>
        <w:t>vt 0.196593 0.731688</w:t>
        <w:br/>
        <w:t>vt 0.198132 0.733120</w:t>
        <w:br/>
        <w:t>vt 0.209684 0.731688</w:t>
        <w:br/>
        <w:t>vt 0.217837 0.731688</w:t>
        <w:br/>
        <w:t>vt 0.217837 0.733120</w:t>
        <w:br/>
        <w:t>vt 0.208247 0.733120</w:t>
        <w:br/>
        <w:t>vt 0.228220 0.733120</w:t>
        <w:br/>
        <w:t>vt 0.228220 0.731688</w:t>
        <w:br/>
        <w:t>vt 0.217837 0.782972</w:t>
        <w:br/>
        <w:t>vt 0.217837 0.781543</w:t>
        <w:br/>
        <w:t>vt 0.228220 0.781543</w:t>
        <w:br/>
        <w:t>vt 0.228220 0.782972</w:t>
        <w:br/>
        <w:t>vt 0.210834 0.782972</w:t>
        <w:br/>
        <w:t>vt 0.209324 0.781543</w:t>
        <w:br/>
        <w:t>vt 0.137228 0.781543</w:t>
        <w:br/>
        <w:t>vt 0.199224 0.781543</w:t>
        <w:br/>
        <w:t>vt 0.197716 0.782972</w:t>
        <w:br/>
        <w:t>vt 0.136647 0.782972</w:t>
        <w:br/>
        <w:t>vt 0.134660 0.737151</w:t>
        <w:br/>
        <w:t>vt 0.134660 0.779225</w:t>
        <w:br/>
        <w:t>vt 0.133491 0.779681</w:t>
        <w:br/>
        <w:t>vt 0.133491 0.736786</w:t>
        <w:br/>
        <w:t>vt 0.289305 0.994744</w:t>
        <w:br/>
        <w:t>vt 0.289305 0.986007</w:t>
        <w:br/>
        <w:t>vt 0.289713 0.986452</w:t>
        <w:br/>
        <w:t>vt 0.289713 0.994151</w:t>
        <w:br/>
        <w:t>vt 0.003867 0.903900</w:t>
        <w:br/>
        <w:t>vt 0.013703 0.903900</w:t>
        <w:br/>
        <w:t>vt 0.013703 0.916483</w:t>
        <w:br/>
        <w:t>vt 0.003867 0.916483</w:t>
        <w:br/>
        <w:t>vt 0.520922 0.434875</w:t>
        <w:br/>
        <w:t>vt 0.521178 0.410305</w:t>
        <w:br/>
        <w:t>vt 0.521723 0.410939</w:t>
        <w:br/>
        <w:t>vt 0.521483 0.434264</w:t>
        <w:br/>
        <w:t>vt 0.003058 0.891268</w:t>
        <w:br/>
        <w:t>vt 0.003058 0.880363</w:t>
        <w:br/>
        <w:t>vt 0.002195 0.916483</w:t>
        <w:br/>
        <w:t>vt 0.002195 0.903900</w:t>
        <w:br/>
        <w:t>vt 0.508879 0.410176</w:t>
        <w:br/>
        <w:t>vt 0.515568 0.410246</w:t>
        <w:br/>
        <w:t>vt 0.515311 0.434817</w:t>
        <w:br/>
        <w:t>vt 0.508617 0.434746</w:t>
        <w:br/>
        <w:t>vt 0.516106 0.434825</w:t>
        <w:br/>
        <w:t>vt 0.516362 0.410255</w:t>
        <w:br/>
        <w:t>vt 0.394286 0.281809</w:t>
        <w:br/>
        <w:t>vt 0.394285 0.252199</w:t>
        <w:br/>
        <w:t>vt 0.395993 0.254162</w:t>
        <w:br/>
        <w:t>vt 0.395993 0.279854</w:t>
        <w:br/>
        <w:t>vt 0.217837 0.734338</w:t>
        <w:br/>
        <w:t>vt 0.228220 0.734338</w:t>
        <w:br/>
        <w:t>vt 0.228220 0.780329</w:t>
        <w:br/>
        <w:t>vt 0.217837 0.780329</w:t>
        <w:br/>
        <w:t>vt 0.217837 0.734338</w:t>
        <w:br/>
        <w:t>vt 0.217837 0.780329</w:t>
        <w:br/>
        <w:t>vt 0.208305 0.780329</w:t>
        <w:br/>
        <w:t>vt 0.207282 0.734338</w:t>
        <w:br/>
        <w:t>vt 0.275120 0.994744</w:t>
        <w:br/>
        <w:t>vt 0.275120 0.986007</w:t>
        <w:br/>
        <w:t>vt 0.276325 0.986007</w:t>
        <w:br/>
        <w:t>vt 0.276325 0.994744</w:t>
        <w:br/>
        <w:t>vt 0.273480 0.994744</w:t>
        <w:br/>
        <w:t>vt 0.273480 0.986007</w:t>
        <w:br/>
        <w:t>vt 0.275120 0.986007</w:t>
        <w:br/>
        <w:t>vt 0.275120 0.994744</w:t>
        <w:br/>
        <w:t>vt 0.233491 0.780477</w:t>
        <w:br/>
        <w:t>vt 0.232647 0.781417</w:t>
        <w:br/>
        <w:t>vt 0.232647 0.731668</w:t>
        <w:br/>
        <w:t>vt 0.233491 0.732643</w:t>
        <w:br/>
        <w:t>vt 0.346365 0.289331</w:t>
        <w:br/>
        <w:t>vt 0.346365 0.283655</w:t>
        <w:br/>
        <w:t>vt 0.395657 0.283655</w:t>
        <w:br/>
        <w:t>vt 0.402458 0.289331</w:t>
        <w:br/>
        <w:t>vt 0.395245 0.249640</w:t>
        <w:br/>
        <w:t>vt 0.346365 0.249640</w:t>
        <w:br/>
        <w:t>vt 0.346365 0.243107</w:t>
        <w:br/>
        <w:t>vt 0.401207 0.243107</w:t>
        <w:br/>
        <w:t>vt 0.405261 0.247899</w:t>
        <w:br/>
        <w:t>vt 0.405262 0.283335</w:t>
        <w:br/>
        <w:t>vt 0.398098 0.281237</w:t>
        <w:br/>
        <w:t>vt 0.398098 0.251579</w:t>
        <w:br/>
        <w:t>vt 0.015634 0.894721</w:t>
        <w:br/>
        <w:t>vt 0.004757 0.894721</w:t>
        <w:br/>
        <w:t>vt 0.004757 0.876766</w:t>
        <w:br/>
        <w:t>vt 0.015090 0.876766</w:t>
        <w:br/>
        <w:t>vt 0.407796 0.246756</w:t>
        <w:br/>
        <w:t>vt 0.407796 0.284340</w:t>
        <w:br/>
        <w:t>vt 0.346365 0.281809</w:t>
        <w:br/>
        <w:t>vt 0.404396 0.291987</w:t>
        <w:br/>
        <w:t>vt 0.346365 0.291987</w:t>
        <w:br/>
        <w:t>vt 0.003867 0.903900</w:t>
        <w:br/>
        <w:t>vt 0.003867 0.900858</w:t>
        <w:br/>
        <w:t>vt 0.014306 0.900858</w:t>
        <w:br/>
        <w:t>vt 0.014844 0.919370</w:t>
        <w:br/>
        <w:t>vt 0.003867 0.919370</w:t>
        <w:br/>
        <w:t>vt 0.003867 0.916483</w:t>
        <w:br/>
        <w:t>vt 0.403099 0.240444</w:t>
        <w:br/>
        <w:t>vt 0.346365 0.240444</w:t>
        <w:br/>
        <w:t>vt 0.346365 0.252199</w:t>
        <w:br/>
        <w:t>vt 0.002195 0.920337</w:t>
        <w:br/>
        <w:t>vt 0.002195 0.900331</w:t>
        <w:br/>
        <w:t>vt 0.003058 0.895541</w:t>
        <w:br/>
        <w:t>vt 0.003058 0.876367</w:t>
        <w:br/>
        <w:t>vt 0.135624 0.737699</w:t>
        <w:br/>
        <w:t>vt 0.135624 0.778584</w:t>
        <w:br/>
        <w:t>vt 0.198676 0.734338</w:t>
        <w:br/>
        <w:t>vt 0.137145 0.734338</w:t>
        <w:br/>
        <w:t>vt 0.137145 0.780329</w:t>
        <w:br/>
        <w:t>vt 0.199719 0.780329</w:t>
        <w:br/>
        <w:t>vt 0.323052 0.739237</w:t>
        <w:br/>
        <w:t>vt 0.323052 0.778203</w:t>
        <w:br/>
        <w:t>vt 0.317756 0.778203</w:t>
        <w:br/>
        <w:t>vt 0.318431 0.739237</w:t>
        <w:br/>
        <w:t>vt 0.314397 0.769773</w:t>
        <w:br/>
        <w:t>vt 0.314397 0.746625</w:t>
        <w:br/>
        <w:t>vt 0.296092 0.769773</w:t>
        <w:br/>
        <w:t>vt 0.296092 0.746625</w:t>
        <w:br/>
        <w:t>vt 0.347531 0.739237</w:t>
        <w:br/>
        <w:t>vt 0.347531 0.778203</w:t>
        <w:br/>
        <w:t>vt 0.336559 0.778203</w:t>
        <w:br/>
        <w:t>vt 0.336559 0.739237</w:t>
        <w:br/>
        <w:t>vt 0.292194 0.776822</w:t>
        <w:br/>
        <w:t>vt 0.292656 0.737824</w:t>
        <w:br/>
        <w:t>vt 0.247470 0.779571</w:t>
        <w:br/>
        <w:t>vt 0.242827 0.774449</w:t>
        <w:br/>
        <w:t>vt 0.245428 0.773997</w:t>
        <w:br/>
        <w:t>vt 0.247982 0.777839</w:t>
        <w:br/>
        <w:t>vt 0.247754 0.768598</w:t>
        <w:br/>
        <w:t>vt 0.249564 0.769148</w:t>
        <w:br/>
        <w:t>vt 0.247754 0.744601</w:t>
        <w:br/>
        <w:t>vt 0.249564 0.744093</w:t>
        <w:br/>
        <w:t>vt 0.243257 0.738628</w:t>
        <w:br/>
        <w:t>vt 0.245845 0.739149</w:t>
        <w:br/>
        <w:t>vt 0.248022 0.735080</w:t>
        <w:br/>
        <w:t>vt 0.248486 0.736808</w:t>
        <w:br/>
        <w:t>vt 0.294255 0.735080</w:t>
        <w:br/>
        <w:t>vt 0.293231 0.736808</w:t>
        <w:br/>
        <w:t>vt 0.297909 0.743767</w:t>
        <w:br/>
        <w:t>vt 0.296848 0.745563</w:t>
        <w:br/>
        <w:t>vt 0.313950 0.745563</w:t>
        <w:br/>
        <w:t>vt 0.312941 0.743767</w:t>
        <w:br/>
        <w:t>vt 0.316882 0.736414</w:t>
        <w:br/>
        <w:t>vt 0.317878 0.738165</w:t>
        <w:br/>
        <w:t>vt 0.323052 0.736414</w:t>
        <w:br/>
        <w:t>vt 0.323052 0.738165</w:t>
        <w:br/>
        <w:t>vt 0.348435 0.738165</w:t>
        <w:br/>
        <w:t>vt 0.336559 0.738165</w:t>
        <w:br/>
        <w:t>vt 0.336559 0.736414</w:t>
        <w:br/>
        <w:t>vt 0.350128 0.736414</w:t>
        <w:br/>
        <w:t>vt 0.350128 0.781033</w:t>
        <w:br/>
        <w:t>vt 0.348435 0.779279</w:t>
        <w:br/>
        <w:t>vt 0.336559 0.781033</w:t>
        <w:br/>
        <w:t>vt 0.336559 0.779279</w:t>
        <w:br/>
        <w:t>vt 0.317118 0.779279</w:t>
        <w:br/>
        <w:t>vt 0.323052 0.779279</w:t>
        <w:br/>
        <w:t>vt 0.323052 0.781033</w:t>
        <w:br/>
        <w:t>vt 0.316027 0.781033</w:t>
        <w:br/>
        <w:t>vt 0.312575 0.772589</w:t>
        <w:br/>
        <w:t>vt 0.313645 0.770813</w:t>
        <w:br/>
        <w:t>vt 0.297550 0.772589</w:t>
        <w:br/>
        <w:t>vt 0.296532 0.770813</w:t>
        <w:br/>
        <w:t>vt 0.293699 0.779571</w:t>
        <w:br/>
        <w:t>vt 0.292728 0.777839</w:t>
        <w:br/>
        <w:t>vt 0.248832 0.737824</w:t>
        <w:br/>
        <w:t>vt 0.247196 0.739350</w:t>
        <w:br/>
        <w:t>vt 0.250695 0.743766</w:t>
        <w:br/>
        <w:t>vt 0.250695 0.769497</w:t>
        <w:br/>
        <w:t>vt 0.246785 0.773830</w:t>
        <w:br/>
        <w:t>vt 0.248366 0.776822</w:t>
        <w:br/>
        <w:t>vt 0.247130 0.780587</w:t>
        <w:br/>
        <w:t>vt 0.241557 0.774728</w:t>
        <w:br/>
        <w:t>vt 0.241557 0.774728</w:t>
        <w:br/>
        <w:t>vt 0.246607 0.768300</w:t>
        <w:br/>
        <w:t>vt 0.246607 0.744871</w:t>
        <w:br/>
        <w:t>vt 0.241997 0.738313</w:t>
        <w:br/>
        <w:t>vt 0.241997 0.738313</w:t>
        <w:br/>
        <w:t>vt 0.247720 0.734067</w:t>
        <w:br/>
        <w:t>vt 0.294755 0.734067</w:t>
        <w:br/>
        <w:t>vt 0.298442 0.742718</w:t>
        <w:br/>
        <w:t>vt 0.312437 0.742718</w:t>
        <w:br/>
        <w:t>vt 0.316394 0.735356</w:t>
        <w:br/>
        <w:t>vt 0.323052 0.735356</w:t>
        <w:br/>
        <w:t>vt 0.336559 0.735356</w:t>
        <w:br/>
        <w:t>vt 0.350940 0.735356</w:t>
        <w:br/>
        <w:t>vt 0.350940 0.735356</w:t>
        <w:br/>
        <w:t>vt 0.350940 0.782093</w:t>
        <w:br/>
        <w:t>vt 0.350940 0.782093</w:t>
        <w:br/>
        <w:t>vt 0.336559 0.782093</w:t>
        <w:br/>
        <w:t>vt 0.323052 0.782093</w:t>
        <w:br/>
        <w:t>vt 0.315482 0.782093</w:t>
        <w:br/>
        <w:t>vt 0.312039 0.773625</w:t>
        <w:br/>
        <w:t>vt 0.298054 0.773625</w:t>
        <w:br/>
        <w:t>vt 0.294159 0.780587</w:t>
        <w:br/>
        <w:t>vt 0.015162 0.904141</w:t>
        <w:br/>
        <w:t>vt 0.016326 0.902590</w:t>
        <w:br/>
        <w:t>vt 0.016326 0.917204</w:t>
        <w:br/>
        <w:t>vt 0.015162 0.915722</w:t>
        <w:br/>
        <w:t>vt 0.016061 0.890609</w:t>
        <w:br/>
        <w:t>vt 0.016061 0.880502</w:t>
        <w:br/>
        <w:t>vt 0.017167 0.878341</w:t>
        <w:br/>
        <w:t>vt 0.017167 0.892731</w:t>
        <w:br/>
        <w:t>vt 0.199285 0.731688</w:t>
        <w:br/>
        <w:t>vt 0.200391 0.733120</w:t>
        <w:br/>
        <w:t>vt 0.207965 0.782972</w:t>
        <w:br/>
        <w:t>vt 0.207198 0.781543</w:t>
        <w:br/>
        <w:t>vt 0.277867 0.986007</w:t>
        <w:br/>
        <w:t>vt 0.278278 0.986007</w:t>
        <w:br/>
        <w:t>vt 0.278278 0.994744</w:t>
        <w:br/>
        <w:t>vt 0.277867 0.994744</w:t>
        <w:br/>
        <w:t>vt 0.206500 0.780329</w:t>
        <w:br/>
        <w:t>vt 0.205476 0.734338</w:t>
        <w:br/>
        <w:t>vt 0.200675 0.734338</w:t>
        <w:br/>
        <w:t>vt 0.326067 0.778203</w:t>
        <w:br/>
        <w:t>vt 0.326067 0.739237</w:t>
        <w:br/>
        <w:t>vt 0.326067 0.738165</w:t>
        <w:br/>
        <w:t>vt 0.326067 0.736414</w:t>
        <w:br/>
        <w:t>vt 0.333543 0.779279</w:t>
        <w:br/>
        <w:t>vt 0.333543 0.781033</w:t>
        <w:br/>
        <w:t>vt 0.326067 0.779279</w:t>
        <w:br/>
        <w:t>vt 0.333543 0.739237</w:t>
        <w:br/>
        <w:t>vt 0.333543 0.738165</w:t>
        <w:br/>
        <w:t>vt 0.326067 0.735356</w:t>
        <w:br/>
        <w:t>vt 0.333543 0.782093</w:t>
        <w:br/>
        <w:t>vt 0.201889 0.731688</w:t>
        <w:br/>
        <w:t>vt 0.202300 0.733120</w:t>
        <w:br/>
        <w:t>vt 0.204201 0.731688</w:t>
        <w:br/>
        <w:t>vt 0.204075 0.733120</w:t>
        <w:br/>
        <w:t>vt 0.206121 0.733120</w:t>
        <w:br/>
        <w:t>vt 0.206826 0.731688</w:t>
        <w:br/>
        <w:t>vt 0.205328 0.782972</w:t>
        <w:br/>
        <w:t>vt 0.205153 0.781543</w:t>
        <w:br/>
        <w:t>vt 0.203382 0.781543</w:t>
        <w:br/>
        <w:t>vt 0.203017 0.782972</w:t>
        <w:br/>
        <w:t>vt 0.201477 0.781543</w:t>
        <w:br/>
        <w:t>vt 0.200418 0.782972</w:t>
        <w:br/>
        <w:t>vt 0.277470 0.986007</w:t>
        <w:br/>
        <w:t>vt 0.277470 0.994744</w:t>
        <w:br/>
        <w:t>vt 0.277145 0.986007</w:t>
        <w:br/>
        <w:t>vt 0.277145 0.994744</w:t>
        <w:br/>
        <w:t>vt 0.276755 0.986007</w:t>
        <w:br/>
        <w:t>vt 0.276755 0.994744</w:t>
        <w:br/>
        <w:t>vt 0.204770 0.780329</w:t>
        <w:br/>
        <w:t>vt 0.203744 0.734338</w:t>
        <w:br/>
        <w:t>vt 0.203316 0.780329</w:t>
        <w:br/>
        <w:t>vt 0.202287 0.734338</w:t>
        <w:br/>
        <w:t>vt 0.201710 0.780329</w:t>
        <w:br/>
        <w:t>vt 0.328617 0.739237</w:t>
        <w:br/>
        <w:t>vt 0.328617 0.778203</w:t>
        <w:br/>
        <w:t>vt 0.330993 0.778203</w:t>
        <w:br/>
        <w:t>vt 0.330993 0.739237</w:t>
        <w:br/>
        <w:t>vt 0.333543 0.778203</w:t>
        <w:br/>
        <w:t>vt 0.328617 0.738165</w:t>
        <w:br/>
        <w:t>vt 0.328617 0.736414</w:t>
        <w:br/>
        <w:t>vt 0.330993 0.736414</w:t>
        <w:br/>
        <w:t>vt 0.330993 0.738165</w:t>
        <w:br/>
        <w:t>vt 0.333543 0.736414</w:t>
        <w:br/>
        <w:t>vt 0.330993 0.779279</w:t>
        <w:br/>
        <w:t>vt 0.330993 0.781033</w:t>
        <w:br/>
        <w:t>vt 0.328617 0.779279</w:t>
        <w:br/>
        <w:t>vt 0.328617 0.781033</w:t>
        <w:br/>
        <w:t>vt 0.326067 0.781033</w:t>
        <w:br/>
        <w:t>vt 0.328617 0.735356</w:t>
        <w:br/>
        <w:t>vt 0.330993 0.735356</w:t>
        <w:br/>
        <w:t>vt 0.333543 0.735356</w:t>
        <w:br/>
        <w:t>vt 0.330993 0.782093</w:t>
        <w:br/>
        <w:t>vt 0.328617 0.782093</w:t>
        <w:br/>
        <w:t>vt 0.326067 0.782093</w:t>
        <w:br/>
        <w:t>vt 0.231189 0.731652</w:t>
        <w:br/>
        <w:t>vt 0.231189 0.781399</w:t>
        <w:br/>
        <w:t>vt 0.998026 0.816980</w:t>
        <w:br/>
        <w:t>vt 0.986929 0.816980</w:t>
        <w:br/>
        <w:t>vt 0.986929 0.789664</w:t>
        <w:br/>
        <w:t>vt 0.998026 0.789664</w:t>
        <w:br/>
        <w:t>vt 0.998026 0.862761</w:t>
        <w:br/>
        <w:t>vt 0.998026 0.886812</w:t>
        <w:br/>
        <w:t>vt 0.986929 0.886812</w:t>
        <w:br/>
        <w:t>vt 0.986929 0.862761</w:t>
        <w:br/>
        <w:t>vt 0.998026 0.829099</w:t>
        <w:br/>
        <w:t>vt 0.986929 0.829099</w:t>
        <w:br/>
        <w:t>vt 0.986929 0.827241</w:t>
        <w:br/>
        <w:t>vt 0.998026 0.827241</w:t>
        <w:br/>
        <w:t>vt 0.998513 0.761880</w:t>
        <w:br/>
        <w:t>vt 0.998513 0.763398</w:t>
        <w:br/>
        <w:t>vt 0.986993 0.763398</w:t>
        <w:br/>
        <w:t>vt 0.986993 0.761880</w:t>
        <w:br/>
        <w:t>vt 0.986929 0.765509</w:t>
        <w:br/>
        <w:t>vt 0.998026 0.765509</w:t>
        <w:br/>
        <w:t>vt 0.998026 0.821219</w:t>
        <w:br/>
        <w:t>vt 0.986929 0.821219</w:t>
        <w:br/>
        <w:t>vt 0.998026 0.831163</w:t>
        <w:br/>
        <w:t>vt 0.998026 0.835419</w:t>
        <w:br/>
        <w:t>vt 0.986929 0.835419</w:t>
        <w:br/>
        <w:t>vt 0.986929 0.831163</w:t>
        <w:br/>
        <w:t>vt 0.986929 0.825105</w:t>
        <w:br/>
        <w:t>vt 0.986929 0.823251</w:t>
        <w:br/>
        <w:t>vt 0.998026 0.823251</w:t>
        <w:br/>
        <w:t>vt 0.998026 0.825105</w:t>
        <w:br/>
        <w:t>vt 0.088959 0.443042</w:t>
        <w:br/>
        <w:t>vt 0.099710 0.443042</w:t>
        <w:br/>
        <w:t>vt 0.099710 0.451589</w:t>
        <w:br/>
        <w:t>vt 0.088959 0.451589</w:t>
        <w:br/>
        <w:t>vt 0.125382 0.443042</w:t>
        <w:br/>
        <w:t>vt 0.125382 0.451589</w:t>
        <w:br/>
        <w:t>vt 0.116242 0.451589</w:t>
        <w:br/>
        <w:t>vt 0.116242 0.443042</w:t>
        <w:br/>
        <w:t>vt 0.103395 0.451589</w:t>
        <w:br/>
        <w:t>vt 0.102904 0.451589</w:t>
        <w:br/>
        <w:t>vt 0.102904 0.443042</w:t>
        <w:br/>
        <w:t>vt 0.103395 0.443042</w:t>
        <w:br/>
        <w:t>vt 0.079737 0.443042</w:t>
        <w:br/>
        <w:t>vt 0.079737 0.451589</w:t>
        <w:br/>
        <w:t>vt 0.101262 0.451589</w:t>
        <w:br/>
        <w:t>vt 0.101262 0.443042</w:t>
        <w:br/>
        <w:t>vt 0.105522 0.443042</w:t>
        <w:br/>
        <w:t>vt 0.105522 0.451589</w:t>
        <w:br/>
        <w:t>vt 0.103953 0.451589</w:t>
        <w:br/>
        <w:t>vt 0.103953 0.443042</w:t>
        <w:br/>
        <w:t>vt 0.102290 0.443042</w:t>
        <w:br/>
        <w:t>vt 0.102290 0.451589</w:t>
        <w:br/>
        <w:t>vt 0.101803 0.451589</w:t>
        <w:br/>
        <w:t>vt 0.101803 0.443042</w:t>
        <w:br/>
        <w:t>vt 0.104053 0.956034</w:t>
        <w:br/>
        <w:t>vt 0.142391 0.959266</w:t>
        <w:br/>
        <w:t>vt 0.142233 0.960790</w:t>
        <w:br/>
        <w:t>vt 0.103927 0.957612</w:t>
        <w:br/>
        <w:t>vt 0.077314 0.970059</w:t>
        <w:br/>
        <w:t>vt 0.115731 0.967828</w:t>
        <w:br/>
        <w:t>vt 0.115837 0.969407</w:t>
        <w:br/>
        <w:t>vt 0.077379 0.971590</w:t>
        <w:br/>
        <w:t>vt 0.116000 0.965294</w:t>
        <w:br/>
        <w:t>vt 0.149842 0.965588</w:t>
        <w:br/>
        <w:t>vt 0.148710 0.966787</w:t>
        <w:br/>
        <w:t>vt 0.115930 0.966875</w:t>
        <w:br/>
        <w:t>vt 0.103787 0.953508</w:t>
        <w:br/>
        <w:t>vt 0.103857 0.955089</w:t>
        <w:br/>
        <w:t>vt 0.071075 0.954995</w:t>
        <w:br/>
        <w:t>vt 0.069941 0.953798</w:t>
        <w:br/>
        <w:t>vt 0.070090 0.964563</w:t>
        <w:br/>
        <w:t>vt 0.069189 0.966015</w:t>
        <w:br/>
        <w:t>vt 0.067669 0.965576</w:t>
        <w:br/>
        <w:t>vt 0.069072 0.963352</w:t>
        <w:br/>
        <w:t>vt 0.149633 0.953643</w:t>
        <w:br/>
        <w:t>vt 0.150744 0.952515</w:t>
        <w:br/>
        <w:t>vt 0.152010 0.954787</w:t>
        <w:br/>
        <w:t>vt 0.150478 0.955185</w:t>
        <w:br/>
        <w:t>vt 0.149838 0.967961</w:t>
        <w:br/>
        <w:t>vt 0.069941 0.956167</w:t>
        <w:br/>
        <w:t>vt 0.071771 0.970595</w:t>
        <w:br/>
        <w:t>vt 0.071486 0.972151</w:t>
        <w:br/>
        <w:t>vt 0.147922 0.959801</w:t>
        <w:br/>
        <w:t>vt 0.148205 0.961358</w:t>
        <w:br/>
        <w:t>vt 0.071920 0.963831</w:t>
        <w:br/>
        <w:t>vt 0.071758 0.962256</w:t>
        <w:br/>
        <w:t>vt 0.077600 0.963292</w:t>
        <w:br/>
        <w:t>vt 0.077585 0.964831</w:t>
        <w:br/>
        <w:t>vt 0.147871 0.952695</w:t>
        <w:br/>
        <w:t>vt 0.142340 0.953043</w:t>
        <w:br/>
        <w:t>vt 0.142233 0.951513</w:t>
        <w:br/>
        <w:t>vt 0.148199 0.951146</w:t>
        <w:br/>
        <w:t>vt 0.149644 0.958916</w:t>
        <w:br/>
        <w:t>vt 0.150478 0.957384</w:t>
        <w:br/>
        <w:t>vt 0.152010 0.957783</w:t>
        <w:br/>
        <w:t>vt 0.150744 0.960055</w:t>
        <w:br/>
        <w:t>vt 0.070041 0.969713</w:t>
        <w:br/>
        <w:t>vt 0.068940 0.970851</w:t>
        <w:br/>
        <w:t>vt 0.067669 0.968584</w:t>
        <w:br/>
        <w:t>vt 0.069200 0.968187</w:t>
        <w:br/>
        <w:t>vt 0.809448 0.990495</w:t>
        <w:br/>
        <w:t>vt 0.838553 0.990495</w:t>
        <w:br/>
        <w:t>vt 0.838600 0.992454</w:t>
        <w:br/>
        <w:t>vt 0.809495 0.992454</w:t>
        <w:br/>
        <w:t>vt 0.836339 0.969106</w:t>
        <w:br/>
        <w:t>vt 0.816010 0.969106</w:t>
        <w:br/>
        <w:t>vt 0.813004 0.968140</w:t>
        <w:br/>
        <w:t>vt 0.839324 0.968140</w:t>
        <w:br/>
        <w:t>vt 0.008380 0.701542</w:t>
        <w:br/>
        <w:t>vt 0.008380 0.710847</w:t>
        <w:br/>
        <w:t>vt 0.007282 0.710847</w:t>
        <w:br/>
        <w:t>vt 0.007282 0.701542</w:t>
        <w:br/>
        <w:t>vt 0.033708 0.701542</w:t>
        <w:br/>
        <w:t>vt 0.033708 0.710847</w:t>
        <w:br/>
        <w:t>vt 0.032610 0.710847</w:t>
        <w:br/>
        <w:t>vt 0.032610 0.701542</w:t>
        <w:br/>
        <w:t>vt 0.810770 0.985116</w:t>
        <w:br/>
        <w:t>vt 0.810666 0.975258</w:t>
        <w:br/>
        <w:t>vt 0.824456 0.975258</w:t>
        <w:br/>
        <w:t>vt 0.824404 0.985116</w:t>
        <w:br/>
        <w:t>vt 0.807071 0.985116</w:t>
        <w:br/>
        <w:t>vt 0.807026 0.975258</w:t>
        <w:br/>
        <w:t>vt 0.808247 0.975258</w:t>
        <w:br/>
        <w:t>vt 0.808383 0.985116</w:t>
        <w:br/>
        <w:t>vt 0.844120 0.985116</w:t>
        <w:br/>
        <w:t>vt 0.830393 0.985116</w:t>
        <w:br/>
        <w:t>vt 0.830418 0.975258</w:t>
        <w:br/>
        <w:t>vt 0.844120 0.975258</w:t>
        <w:br/>
        <w:t>vt 0.826866 0.975258</w:t>
        <w:br/>
        <w:t>vt 0.828031 0.975258</w:t>
        <w:br/>
        <w:t>vt 0.827995 0.985116</w:t>
        <w:br/>
        <w:t>vt 0.826755 0.985116</w:t>
        <w:br/>
        <w:t>vt 0.007282 0.701542</w:t>
        <w:br/>
        <w:t>vt 0.007282 0.710847</w:t>
        <w:br/>
        <w:t>vt 0.003899 0.710847</w:t>
        <w:br/>
        <w:t>vt 0.003899 0.701542</w:t>
        <w:br/>
        <w:t>vt 0.808383 0.985116</w:t>
        <w:br/>
        <w:t>vt 0.808247 0.975258</w:t>
        <w:br/>
        <w:t>vt 0.807071 0.985116</w:t>
        <w:br/>
        <w:t>vt 0.804667 0.985116</w:t>
        <w:br/>
        <w:t>vt 0.804667 0.975258</w:t>
        <w:br/>
        <w:t>vt 0.807026 0.975258</w:t>
        <w:br/>
        <w:t>vt 0.826866 0.975258</w:t>
        <w:br/>
        <w:t>vt 0.826755 0.985116</w:t>
        <w:br/>
        <w:t>vt 0.828031 0.975258</w:t>
        <w:br/>
        <w:t>vt 0.827995 0.985116</w:t>
        <w:br/>
        <w:t>vt 0.834647 0.994307</w:t>
        <w:br/>
        <w:t>vt 0.813535 0.994307</w:t>
        <w:br/>
        <w:t>vt 0.812980 0.966128</w:t>
        <w:br/>
        <w:t>vt 0.815964 0.965162</w:t>
        <w:br/>
        <w:t>vt 0.836293 0.965162</w:t>
        <w:br/>
        <w:t>vt 0.839300 0.966128</w:t>
        <w:br/>
        <w:t>vt 0.813402 0.988642</w:t>
        <w:br/>
        <w:t>vt 0.834512 0.988642</w:t>
        <w:br/>
        <w:t>vt 0.810957 0.973433</w:t>
        <w:br/>
        <w:t>vt 0.824234 0.973433</w:t>
        <w:br/>
        <w:t>vt 0.830632 0.973433</w:t>
        <w:br/>
        <w:t>vt 0.844120 0.973433</w:t>
        <w:br/>
        <w:t>vt 0.806744 0.973433</w:t>
        <w:br/>
        <w:t>vt 0.808857 0.973433</w:t>
        <w:br/>
        <w:t>vt 0.826377 0.973433</w:t>
        <w:br/>
        <w:t>vt 0.828508 0.973433</w:t>
        <w:br/>
        <w:t>vt 0.826377 0.973433</w:t>
        <w:br/>
        <w:t>vt 0.828508 0.973433</w:t>
        <w:br/>
        <w:t>vt 0.808857 0.973433</w:t>
        <w:br/>
        <w:t>vt 0.806744 0.973433</w:t>
        <w:br/>
        <w:t>vt 0.804667 0.973433</w:t>
        <w:br/>
        <w:t>vt 0.263333 0.380014</w:t>
        <w:br/>
        <w:t>vt 0.260274 0.380014</w:t>
        <w:br/>
        <w:t>vt 0.260274 0.377229</w:t>
        <w:br/>
        <w:t>vt 0.263333 0.377229</w:t>
        <w:br/>
        <w:t>vt 0.260274 0.374619</w:t>
        <w:br/>
        <w:t>vt 0.263333 0.374619</w:t>
        <w:br/>
        <w:t>vt 0.260274 0.372104</w:t>
        <w:br/>
        <w:t>vt 0.263333 0.372104</w:t>
        <w:br/>
        <w:t>vt 0.260274 0.369516</w:t>
        <w:br/>
        <w:t>vt 0.263333 0.369516</w:t>
        <w:br/>
        <w:t>vt 0.263333 0.387907</w:t>
        <w:br/>
        <w:t>vt 0.263333 0.390490</w:t>
        <w:br/>
        <w:t>vt 0.260274 0.390490</w:t>
        <w:br/>
        <w:t>vt 0.260274 0.387907</w:t>
        <w:br/>
        <w:t>vt 0.263333 0.385401</w:t>
        <w:br/>
        <w:t>vt 0.260274 0.385401</w:t>
        <w:br/>
        <w:t>vt 0.263333 0.382797</w:t>
        <w:br/>
        <w:t>vt 0.260274 0.382797</w:t>
        <w:br/>
        <w:t>vt 0.266361 0.380014</w:t>
        <w:br/>
        <w:t>vt 0.266361 0.377229</w:t>
        <w:br/>
        <w:t>vt 0.266361 0.374619</w:t>
        <w:br/>
        <w:t>vt 0.266361 0.372104</w:t>
        <w:br/>
        <w:t>vt 0.266361 0.369516</w:t>
        <w:br/>
        <w:t>vt 0.266361 0.387907</w:t>
        <w:br/>
        <w:t>vt 0.266361 0.390490</w:t>
        <w:br/>
        <w:t>vt 0.266361 0.385401</w:t>
        <w:br/>
        <w:t>vt 0.266361 0.382797</w:t>
        <w:br/>
        <w:t>vt 0.269319 0.377229</w:t>
        <w:br/>
        <w:t>vt 0.269319 0.380014</w:t>
        <w:br/>
        <w:t>vt 0.269319 0.374619</w:t>
        <w:br/>
        <w:t>vt 0.269319 0.372104</w:t>
        <w:br/>
        <w:t>vt 0.269319 0.369516</w:t>
        <w:br/>
        <w:t>vt 0.269319 0.390490</w:t>
        <w:br/>
        <w:t>vt 0.269319 0.387907</w:t>
        <w:br/>
        <w:t>vt 0.269319 0.385401</w:t>
        <w:br/>
        <w:t>vt 0.269319 0.382797</w:t>
        <w:br/>
        <w:t>vt 0.272041 0.380014</w:t>
        <w:br/>
        <w:t>vt 0.272041 0.377229</w:t>
        <w:br/>
        <w:t>vt 0.272041 0.374619</w:t>
        <w:br/>
        <w:t>vt 0.272041 0.372104</w:t>
        <w:br/>
        <w:t>vt 0.272041 0.369516</w:t>
        <w:br/>
        <w:t>vt 0.272041 0.390490</w:t>
        <w:br/>
        <w:t>vt 0.272041 0.387907</w:t>
        <w:br/>
        <w:t>vt 0.272041 0.385401</w:t>
        <w:br/>
        <w:t>vt 0.272041 0.382797</w:t>
        <w:br/>
        <w:t>vt 0.238928 0.380014</w:t>
        <w:br/>
        <w:t>vt 0.236208 0.380014</w:t>
        <w:br/>
        <w:t>vt 0.236208 0.377229</w:t>
        <w:br/>
        <w:t>vt 0.238928 0.377229</w:t>
        <w:br/>
        <w:t>vt 0.238928 0.374619</w:t>
        <w:br/>
        <w:t>vt 0.236208 0.374619</w:t>
        <w:br/>
        <w:t>vt 0.236208 0.372104</w:t>
        <w:br/>
        <w:t>vt 0.238928 0.372104</w:t>
        <w:br/>
        <w:t>vt 0.238928 0.369516</w:t>
        <w:br/>
        <w:t>vt 0.236208 0.369516</w:t>
        <w:br/>
        <w:t>vt 0.238928 0.390490</w:t>
        <w:br/>
        <w:t>vt 0.236208 0.390490</w:t>
        <w:br/>
        <w:t>vt 0.236208 0.387907</w:t>
        <w:br/>
        <w:t>vt 0.238928 0.387907</w:t>
        <w:br/>
        <w:t>vt 0.238928 0.385401</w:t>
        <w:br/>
        <w:t>vt 0.236208 0.385401</w:t>
        <w:br/>
        <w:t>vt 0.236208 0.382797</w:t>
        <w:br/>
        <w:t>vt 0.238928 0.382797</w:t>
        <w:br/>
        <w:t>vt 0.241886 0.380014</w:t>
        <w:br/>
        <w:t>vt 0.241886 0.377229</w:t>
        <w:br/>
        <w:t>vt 0.241886 0.374619</w:t>
        <w:br/>
        <w:t>vt 0.241886 0.372104</w:t>
        <w:br/>
        <w:t>vt 0.241886 0.369516</w:t>
        <w:br/>
        <w:t>vt 0.241886 0.387907</w:t>
        <w:br/>
        <w:t>vt 0.241886 0.390490</w:t>
        <w:br/>
        <w:t>vt 0.241886 0.385401</w:t>
        <w:br/>
        <w:t>vt 0.241886 0.382797</w:t>
        <w:br/>
        <w:t>vt 0.244915 0.377229</w:t>
        <w:br/>
        <w:t>vt 0.244915 0.380014</w:t>
        <w:br/>
        <w:t>vt 0.244915 0.374619</w:t>
        <w:br/>
        <w:t>vt 0.244915 0.372104</w:t>
        <w:br/>
        <w:t>vt 0.244915 0.369516</w:t>
        <w:br/>
        <w:t>vt 0.244915 0.390490</w:t>
        <w:br/>
        <w:t>vt 0.244915 0.387907</w:t>
        <w:br/>
        <w:t>vt 0.244915 0.385401</w:t>
        <w:br/>
        <w:t>vt 0.244915 0.382797</w:t>
        <w:br/>
        <w:t>vt 0.247973 0.377229</w:t>
        <w:br/>
        <w:t>vt 0.247973 0.380014</w:t>
        <w:br/>
        <w:t>vt 0.247973 0.374619</w:t>
        <w:br/>
        <w:t>vt 0.247973 0.372104</w:t>
        <w:br/>
        <w:t>vt 0.247973 0.369516</w:t>
        <w:br/>
        <w:t>vt 0.247973 0.387907</w:t>
        <w:br/>
        <w:t>vt 0.247973 0.390490</w:t>
        <w:br/>
        <w:t>vt 0.247973 0.385401</w:t>
        <w:br/>
        <w:t>vt 0.247973 0.382797</w:t>
        <w:br/>
        <w:t>vt 0.251045 0.377229</w:t>
        <w:br/>
        <w:t>vt 0.251045 0.380014</w:t>
        <w:br/>
        <w:t>vt 0.251045 0.374619</w:t>
        <w:br/>
        <w:t>vt 0.251045 0.372104</w:t>
        <w:br/>
        <w:t>vt 0.251045 0.369516</w:t>
        <w:br/>
        <w:t>vt 0.251045 0.387907</w:t>
        <w:br/>
        <w:t>vt 0.251045 0.390490</w:t>
        <w:br/>
        <w:t>vt 0.251045 0.385401</w:t>
        <w:br/>
        <w:t>vt 0.251045 0.382797</w:t>
        <w:br/>
        <w:t>vt 0.254123 0.380014</w:t>
        <w:br/>
        <w:t>vt 0.254123 0.377229</w:t>
        <w:br/>
        <w:t>vt 0.254123 0.374619</w:t>
        <w:br/>
        <w:t>vt 0.254123 0.372104</w:t>
        <w:br/>
        <w:t>vt 0.254123 0.369516</w:t>
        <w:br/>
        <w:t>vt 0.254123 0.387907</w:t>
        <w:br/>
        <w:t>vt 0.254123 0.390490</w:t>
        <w:br/>
        <w:t>vt 0.254123 0.385401</w:t>
        <w:br/>
        <w:t>vt 0.254123 0.382797</w:t>
        <w:br/>
        <w:t>vt 0.257202 0.377229</w:t>
        <w:br/>
        <w:t>vt 0.257202 0.380014</w:t>
        <w:br/>
        <w:t>vt 0.257202 0.374619</w:t>
        <w:br/>
        <w:t>vt 0.257202 0.372104</w:t>
        <w:br/>
        <w:t>vt 0.257202 0.369516</w:t>
        <w:br/>
        <w:t>vt 0.257202 0.390490</w:t>
        <w:br/>
        <w:t>vt 0.257202 0.387907</w:t>
        <w:br/>
        <w:t>vt 0.257202 0.385401</w:t>
        <w:br/>
        <w:t>vt 0.257202 0.382797</w:t>
        <w:br/>
        <w:t>vt 0.129893 0.421331</w:t>
        <w:br/>
        <w:t>vt 0.145596 0.421331</w:t>
        <w:br/>
        <w:t>vt 0.145596 0.448693</w:t>
        <w:br/>
        <w:t>vt 0.129893 0.448693</w:t>
        <w:br/>
        <w:t>vt 0.147843 0.419743</w:t>
        <w:br/>
        <w:t>vt 0.076423 0.419743</w:t>
        <w:br/>
        <w:t>vt 0.078151 0.417791</w:t>
        <w:br/>
        <w:t>vt 0.145793 0.417791</w:t>
        <w:br/>
        <w:t>vt 0.102267 0.796546</w:t>
        <w:br/>
        <w:t>vt 0.118302 0.796546</w:t>
        <w:br/>
        <w:t>vt 0.118302 0.805388</w:t>
        <w:br/>
        <w:t>vt 0.102267 0.805388</w:t>
        <w:br/>
        <w:t>vt 0.102998 0.795757</w:t>
        <w:br/>
        <w:t>vt 0.117601 0.795757</w:t>
        <w:br/>
        <w:t>vt 0.150223 0.460309</w:t>
        <w:br/>
        <w:t>vt 0.150223 0.419182</w:t>
        <w:br/>
        <w:t>vt 0.151796 0.418395</w:t>
        <w:br/>
        <w:t>vt 0.151796 0.460302</w:t>
        <w:br/>
        <w:t>vt 0.074431 0.419138</w:t>
        <w:br/>
        <w:t>vt 0.072885 0.418447</w:t>
        <w:br/>
        <w:t>vt 0.076760 0.414307</w:t>
        <w:br/>
        <w:t>vt 0.077362 0.415810</w:t>
        <w:br/>
        <w:t>vt 0.146215 0.415810</w:t>
        <w:br/>
        <w:t>vt 0.146800 0.414307</w:t>
        <w:br/>
        <w:t>vt 0.074431 0.460958</w:t>
        <w:br/>
        <w:t>vt 0.072885 0.461031</w:t>
        <w:br/>
        <w:t>vt 0.076423 0.460732</w:t>
        <w:br/>
        <w:t>vt 0.074431 0.419138</w:t>
        <w:br/>
        <w:t>vt 0.077362 0.415810</w:t>
        <w:br/>
        <w:t>vt 0.147843 0.460732</w:t>
        <w:br/>
        <w:t>vt 0.150223 0.419182</w:t>
        <w:br/>
        <w:t>vt 0.150223 0.460309</w:t>
        <w:br/>
        <w:t>vt 0.146215 0.415810</w:t>
        <w:br/>
        <w:t>vt 0.144974 0.457834</w:t>
        <w:br/>
        <w:t>vt 0.143303 0.458948</w:t>
        <w:br/>
        <w:t>vt 0.079453 0.458948</w:t>
        <w:br/>
        <w:t>vt 0.077785 0.457834</w:t>
        <w:br/>
        <w:t>vt 0.144983 0.455994</w:t>
        <w:br/>
        <w:t>vt 0.077795 0.455994</w:t>
        <w:br/>
        <w:t>vt 0.743686 0.446240</w:t>
        <w:br/>
        <w:t>vt 0.743686 0.443106</w:t>
        <w:br/>
        <w:t>vt 0.747428 0.443106</w:t>
        <w:br/>
        <w:t>vt 0.747428 0.446240</w:t>
        <w:br/>
        <w:t>vt 0.740205 0.446240</w:t>
        <w:br/>
        <w:t>vt 0.740205 0.443106</w:t>
        <w:br/>
        <w:t>vt 0.743686 0.443106</w:t>
        <w:br/>
        <w:t>vt 0.743686 0.446240</w:t>
        <w:br/>
        <w:t>vt 0.736664 0.446240</w:t>
        <w:br/>
        <w:t>vt 0.736664 0.443106</w:t>
        <w:br/>
        <w:t>vt 0.740205 0.443106</w:t>
        <w:br/>
        <w:t>vt 0.740205 0.446240</w:t>
        <w:br/>
        <w:t>vt 0.758208 0.446240</w:t>
        <w:br/>
        <w:t>vt 0.754661 0.446240</w:t>
        <w:br/>
        <w:t>vt 0.754661 0.443106</w:t>
        <w:br/>
        <w:t>vt 0.758208 0.443106</w:t>
        <w:br/>
        <w:t>vt 0.754661 0.446240</w:t>
        <w:br/>
        <w:t>vt 0.751172 0.446240</w:t>
        <w:br/>
        <w:t>vt 0.751172 0.443106</w:t>
        <w:br/>
        <w:t>vt 0.754661 0.443106</w:t>
        <w:br/>
        <w:t>vt 0.751172 0.446240</w:t>
        <w:br/>
        <w:t>vt 0.751172 0.443106</w:t>
        <w:br/>
        <w:t>vt 0.743686 0.439979</w:t>
        <w:br/>
        <w:t>vt 0.747428 0.439979</w:t>
        <w:br/>
        <w:t>vt 0.740205 0.439979</w:t>
        <w:br/>
        <w:t>vt 0.743686 0.439979</w:t>
        <w:br/>
        <w:t>vt 0.736664 0.439979</w:t>
        <w:br/>
        <w:t>vt 0.740205 0.439979</w:t>
        <w:br/>
        <w:t>vt 0.754661 0.439979</w:t>
        <w:br/>
        <w:t>vt 0.758208 0.439979</w:t>
        <w:br/>
        <w:t>vt 0.751172 0.439979</w:t>
        <w:br/>
        <w:t>vt 0.754661 0.439979</w:t>
        <w:br/>
        <w:t>vt 0.751172 0.439979</w:t>
        <w:br/>
        <w:t>vt 0.743686 0.436868</w:t>
        <w:br/>
        <w:t>vt 0.747428 0.436868</w:t>
        <w:br/>
        <w:t>vt 0.740205 0.436868</w:t>
        <w:br/>
        <w:t>vt 0.743686 0.436868</w:t>
        <w:br/>
        <w:t>vt 0.736664 0.436868</w:t>
        <w:br/>
        <w:t>vt 0.740205 0.436868</w:t>
        <w:br/>
        <w:t>vt 0.754661 0.436868</w:t>
        <w:br/>
        <w:t>vt 0.758208 0.436868</w:t>
        <w:br/>
        <w:t>vt 0.751172 0.436868</w:t>
        <w:br/>
        <w:t>vt 0.754661 0.436868</w:t>
        <w:br/>
        <w:t>vt 0.751172 0.436868</w:t>
        <w:br/>
        <w:t>vt 0.743686 0.433794</w:t>
        <w:br/>
        <w:t>vt 0.747428 0.433794</w:t>
        <w:br/>
        <w:t>vt 0.740205 0.433794</w:t>
        <w:br/>
        <w:t>vt 0.743686 0.433794</w:t>
        <w:br/>
        <w:t>vt 0.736664 0.433794</w:t>
        <w:br/>
        <w:t>vt 0.740205 0.433794</w:t>
        <w:br/>
        <w:t>vt 0.754661 0.433794</w:t>
        <w:br/>
        <w:t>vt 0.758208 0.433794</w:t>
        <w:br/>
        <w:t>vt 0.751172 0.433794</w:t>
        <w:br/>
        <w:t>vt 0.754661 0.433794</w:t>
        <w:br/>
        <w:t>vt 0.751172 0.433794</w:t>
        <w:br/>
        <w:t>vt 0.743686 0.430803</w:t>
        <w:br/>
        <w:t>vt 0.747428 0.430803</w:t>
        <w:br/>
        <w:t>vt 0.740205 0.430803</w:t>
        <w:br/>
        <w:t>vt 0.743686 0.430803</w:t>
        <w:br/>
        <w:t>vt 0.736664 0.430803</w:t>
        <w:br/>
        <w:t>vt 0.740205 0.430803</w:t>
        <w:br/>
        <w:t>vt 0.754661 0.430803</w:t>
        <w:br/>
        <w:t>vt 0.758208 0.430803</w:t>
        <w:br/>
        <w:t>vt 0.751172 0.430803</w:t>
        <w:br/>
        <w:t>vt 0.754661 0.430803</w:t>
        <w:br/>
        <w:t>vt 0.751172 0.430803</w:t>
        <w:br/>
        <w:t>vt 0.743686 0.428033</w:t>
        <w:br/>
        <w:t>vt 0.747428 0.428033</w:t>
        <w:br/>
        <w:t>vt 0.740205 0.428033</w:t>
        <w:br/>
        <w:t>vt 0.743686 0.428033</w:t>
        <w:br/>
        <w:t>vt 0.736664 0.428033</w:t>
        <w:br/>
        <w:t>vt 0.740205 0.428033</w:t>
        <w:br/>
        <w:t>vt 0.754661 0.428033</w:t>
        <w:br/>
        <w:t>vt 0.758208 0.428033</w:t>
        <w:br/>
        <w:t>vt 0.751172 0.428033</w:t>
        <w:br/>
        <w:t>vt 0.754661 0.428033</w:t>
        <w:br/>
        <w:t>vt 0.751172 0.428033</w:t>
        <w:br/>
        <w:t>vt 0.747428 0.464457</w:t>
        <w:br/>
        <w:t>vt 0.743686 0.464457</w:t>
        <w:br/>
        <w:t>vt 0.743686 0.461685</w:t>
        <w:br/>
        <w:t>vt 0.747428 0.461685</w:t>
        <w:br/>
        <w:t>vt 0.740205 0.464457</w:t>
        <w:br/>
        <w:t>vt 0.740205 0.461685</w:t>
        <w:br/>
        <w:t>vt 0.743686 0.461685</w:t>
        <w:br/>
        <w:t>vt 0.743686 0.464457</w:t>
        <w:br/>
        <w:t>vt 0.740205 0.464457</w:t>
        <w:br/>
        <w:t>vt 0.736664 0.464457</w:t>
        <w:br/>
        <w:t>vt 0.736664 0.461685</w:t>
        <w:br/>
        <w:t>vt 0.740205 0.461685</w:t>
        <w:br/>
        <w:t>vt 0.754661 0.464457</w:t>
        <w:br/>
        <w:t>vt 0.754661 0.461685</w:t>
        <w:br/>
        <w:t>vt 0.758208 0.461685</w:t>
        <w:br/>
        <w:t>vt 0.758208 0.464457</w:t>
        <w:br/>
        <w:t>vt 0.751172 0.464457</w:t>
        <w:br/>
        <w:t>vt 0.751172 0.461685</w:t>
        <w:br/>
        <w:t>vt 0.754661 0.461685</w:t>
        <w:br/>
        <w:t>vt 0.754661 0.464457</w:t>
        <w:br/>
        <w:t>vt 0.751172 0.461685</w:t>
        <w:br/>
        <w:t>vt 0.751172 0.464457</w:t>
        <w:br/>
        <w:t>vt 0.743686 0.458692</w:t>
        <w:br/>
        <w:t>vt 0.747428 0.458692</w:t>
        <w:br/>
        <w:t>vt 0.740205 0.458692</w:t>
        <w:br/>
        <w:t>vt 0.743686 0.458692</w:t>
        <w:br/>
        <w:t>vt 0.736664 0.458692</w:t>
        <w:br/>
        <w:t>vt 0.740205 0.458692</w:t>
        <w:br/>
        <w:t>vt 0.754661 0.458692</w:t>
        <w:br/>
        <w:t>vt 0.758208 0.458692</w:t>
        <w:br/>
        <w:t>vt 0.751172 0.458692</w:t>
        <w:br/>
        <w:t>vt 0.754661 0.458692</w:t>
        <w:br/>
        <w:t>vt 0.751172 0.458692</w:t>
        <w:br/>
        <w:t>vt 0.743686 0.455616</w:t>
        <w:br/>
        <w:t>vt 0.747428 0.455616</w:t>
        <w:br/>
        <w:t>vt 0.740205 0.455616</w:t>
        <w:br/>
        <w:t>vt 0.743686 0.455616</w:t>
        <w:br/>
        <w:t>vt 0.736664 0.455616</w:t>
        <w:br/>
        <w:t>vt 0.740205 0.455616</w:t>
        <w:br/>
        <w:t>vt 0.754661 0.455616</w:t>
        <w:br/>
        <w:t>vt 0.758208 0.455616</w:t>
        <w:br/>
        <w:t>vt 0.751172 0.455616</w:t>
        <w:br/>
        <w:t>vt 0.754661 0.455616</w:t>
        <w:br/>
        <w:t>vt 0.751172 0.455616</w:t>
        <w:br/>
        <w:t>vt 0.743686 0.452504</w:t>
        <w:br/>
        <w:t>vt 0.747428 0.452504</w:t>
        <w:br/>
        <w:t>vt 0.740205 0.452504</w:t>
        <w:br/>
        <w:t>vt 0.743686 0.452504</w:t>
        <w:br/>
        <w:t>vt 0.736664 0.452504</w:t>
        <w:br/>
        <w:t>vt 0.740205 0.452504</w:t>
        <w:br/>
        <w:t>vt 0.754661 0.452504</w:t>
        <w:br/>
        <w:t>vt 0.758208 0.452504</w:t>
        <w:br/>
        <w:t>vt 0.751172 0.452504</w:t>
        <w:br/>
        <w:t>vt 0.754661 0.452504</w:t>
        <w:br/>
        <w:t>vt 0.751172 0.452504</w:t>
        <w:br/>
        <w:t>vt 0.743686 0.449375</w:t>
        <w:br/>
        <w:t>vt 0.747428 0.449375</w:t>
        <w:br/>
        <w:t>vt 0.740205 0.449375</w:t>
        <w:br/>
        <w:t>vt 0.743686 0.449375</w:t>
        <w:br/>
        <w:t>vt 0.736664 0.449375</w:t>
        <w:br/>
        <w:t>vt 0.740205 0.449375</w:t>
        <w:br/>
        <w:t>vt 0.754661 0.449375</w:t>
        <w:br/>
        <w:t>vt 0.758208 0.449375</w:t>
        <w:br/>
        <w:t>vt 0.751172 0.449375</w:t>
        <w:br/>
        <w:t>vt 0.754661 0.449375</w:t>
        <w:br/>
        <w:t>vt 0.751172 0.449375</w:t>
        <w:br/>
        <w:t>vt 0.323052 0.782671</w:t>
        <w:br/>
        <w:t>vt 0.315234 0.782671</w:t>
        <w:br/>
        <w:t>vt 0.326067 0.782671</w:t>
        <w:br/>
        <w:t>vt 0.328617 0.782671</w:t>
        <w:br/>
        <w:t>vt 0.330993 0.782671</w:t>
        <w:br/>
        <w:t>vt 0.333543 0.782671</w:t>
        <w:br/>
        <w:t>vt 0.336559 0.782671</w:t>
        <w:br/>
        <w:t>vt 0.351213 0.782671</w:t>
        <w:br/>
        <w:t>vt 0.351213 0.734778</w:t>
        <w:br/>
        <w:t>vt 0.351213 0.782671</w:t>
        <w:br/>
        <w:t>vt 0.336559 0.734778</w:t>
        <w:br/>
        <w:t>vt 0.351213 0.734778</w:t>
        <w:br/>
        <w:t>vt 0.333543 0.734778</w:t>
        <w:br/>
        <w:t>vt 0.330993 0.734778</w:t>
        <w:br/>
        <w:t>vt 0.328617 0.734778</w:t>
        <w:br/>
        <w:t>vt 0.326067 0.734778</w:t>
        <w:br/>
        <w:t>vt 0.323052 0.734778</w:t>
        <w:br/>
        <w:t>vt 0.316172 0.734778</w:t>
        <w:br/>
        <w:t>vt 0.312225 0.742228</w:t>
        <w:br/>
        <w:t>vt 0.316172 0.734778</w:t>
        <w:br/>
        <w:t>vt 0.298666 0.742228</w:t>
        <w:br/>
        <w:t>vt 0.312225 0.742228</w:t>
        <w:br/>
        <w:t>vt 0.294973 0.733563</w:t>
        <w:br/>
        <w:t>vt 0.298666 0.742228</w:t>
        <w:br/>
        <w:t>vt 0.247529 0.733563</w:t>
        <w:br/>
        <w:t>vt 0.294973 0.733563</w:t>
        <w:br/>
        <w:t>vt 0.241579 0.738195</w:t>
        <w:br/>
        <w:t>vt 0.245978 0.745005</w:t>
        <w:br/>
        <w:t>vt 0.241579 0.738195</w:t>
        <w:br/>
        <w:t>vt 0.245978 0.768150</w:t>
        <w:br/>
        <w:t>vt 0.241135 0.774833</w:t>
        <w:br/>
        <w:t>vt 0.246910 0.781091</w:t>
        <w:br/>
        <w:t>vt 0.241135 0.774833</w:t>
        <w:br/>
        <w:t>vt 0.294353 0.781091</w:t>
        <w:br/>
        <w:t>vt 0.298262 0.774106</w:t>
        <w:br/>
        <w:t>vt 0.294353 0.781091</w:t>
        <w:br/>
        <w:t>vt 0.311814 0.774106</w:t>
        <w:br/>
        <w:t>vt 0.298262 0.774106</w:t>
        <w:br/>
        <w:t>vt 0.315234 0.782671</w:t>
        <w:br/>
        <w:t>vt 0.311814 0.774106</w:t>
        <w:br/>
        <w:t>vt 0.797820 0.610985</w:t>
        <w:br/>
        <w:t>vt 0.798285 0.611620</w:t>
        <w:br/>
        <w:t>vt 0.783327 0.631891</w:t>
        <w:br/>
        <w:t>vt 0.784989 0.628509</w:t>
        <w:br/>
        <w:t>vt 0.784989 0.628509</w:t>
        <w:br/>
        <w:t>vt 0.784484 0.627882</w:t>
        <w:br/>
        <w:t>vt 0.746795 0.612945</w:t>
        <w:br/>
        <w:t>vt 0.746726 0.613582</w:t>
        <w:br/>
        <w:t>vt 0.683170 0.251040</w:t>
        <w:br/>
        <w:t>vt 0.655268 0.251040</w:t>
        <w:br/>
        <w:t>vt 0.473143 0.311485</w:t>
        <w:br/>
        <w:t>vt 0.474408 0.305785</w:t>
        <w:br/>
        <w:t>vt 0.466349 0.306124</w:t>
        <w:br/>
        <w:t>vt 0.564143 0.461484</w:t>
        <w:br/>
        <w:t>vt 0.562879 0.467184</w:t>
        <w:br/>
        <w:t>vt 0.555943 0.460936</w:t>
        <w:br/>
        <w:t>vt 0.467481 0.313221</w:t>
        <w:br/>
        <w:t>vt 0.557216 0.468920</w:t>
        <w:br/>
        <w:t>vt 0.461137 0.310675</w:t>
        <w:br/>
        <w:t>vt 0.550872 0.466374</w:t>
        <w:br/>
        <w:t>vt 0.458008 0.304679</w:t>
        <w:br/>
        <w:t>vt 0.547743 0.460378</w:t>
        <w:br/>
        <w:t>vt 0.459273 0.298979</w:t>
        <w:br/>
        <w:t>vt 0.549009 0.454678</w:t>
        <w:br/>
        <w:t>vt 0.464930 0.297284</w:t>
        <w:br/>
        <w:t>vt 0.554666 0.452982</w:t>
        <w:br/>
        <w:t>vt 0.471279 0.299788</w:t>
        <w:br/>
        <w:t>vt 0.561014 0.455487</w:t>
        <w:br/>
        <w:t>vt 0.798405 0.609621</w:t>
        <w:br/>
        <w:t>vt 0.771829 0.629914</w:t>
        <w:br/>
        <w:t>vt 0.778798 0.613582</w:t>
        <w:br/>
        <w:t>vt 0.771742 0.628509</w:t>
        <w:br/>
        <w:t>vt 0.771891 0.627882</w:t>
        <w:br/>
        <w:t>vt 0.747130 0.609621</w:t>
        <w:br/>
        <w:t>vt 0.653452 0.261576</w:t>
        <w:br/>
        <w:t>vt 0.746795 0.612945</w:t>
        <w:br/>
        <w:t>vt 0.759775 0.627882</w:t>
        <w:br/>
        <w:t>vt 0.759692 0.628509</w:t>
        <w:br/>
        <w:t>vt 0.471803 0.825915</w:t>
        <w:br/>
        <w:t>vt 0.466849 0.825915</w:t>
        <w:br/>
        <w:t>vt 0.466849 0.806438</w:t>
        <w:br/>
        <w:t>vt 0.471803 0.806438</w:t>
        <w:br/>
        <w:t>vt 0.801405 0.464204</w:t>
        <w:br/>
        <w:t>vt 0.801405 0.440516</w:t>
        <w:br/>
        <w:t>vt 0.802757 0.441887</w:t>
        <w:br/>
        <w:t>vt 0.802757 0.462834</w:t>
        <w:br/>
        <w:t>vt 0.809600 0.441887</w:t>
        <w:br/>
        <w:t>vt 0.810946 0.440516</w:t>
        <w:br/>
        <w:t>vt 0.810946 0.464204</w:t>
        <w:br/>
        <w:t>vt 0.809600 0.462834</w:t>
        <w:br/>
        <w:t>vt 0.950266 0.350039</w:t>
        <w:br/>
        <w:t>vt 0.944782 0.350047</w:t>
        <w:br/>
        <w:t>vt 0.947198 0.343442</w:t>
        <w:br/>
        <w:t>vt 0.953802 0.345842</w:t>
        <w:br/>
        <w:t>vt 0.953785 0.340357</w:t>
        <w:br/>
        <w:t>vt 0.949587 0.336831</w:t>
        <w:br/>
        <w:t>vt 0.944109 0.336847</w:t>
        <w:br/>
        <w:t>vt 0.940624 0.341040</w:t>
        <w:br/>
        <w:t>vt 0.940592 0.346514</w:t>
        <w:br/>
        <w:t>vt 0.888851 0.473282</w:t>
        <w:br/>
        <w:t>vt 0.890332 0.478562</w:t>
        <w:br/>
        <w:t>vt 0.882723 0.477542</w:t>
        <w:br/>
        <w:t>vt 0.882444 0.470394</w:t>
        <w:br/>
        <w:t>vt 0.877517 0.472778</w:t>
        <w:br/>
        <w:t>vt 0.875967 0.476208</w:t>
        <w:br/>
        <w:t>vt 0.877431 0.481487</w:t>
        <w:br/>
        <w:t>vt 0.881976 0.484499</w:t>
        <w:br/>
        <w:t>vt 0.887251 0.483099</w:t>
        <w:br/>
        <w:t>vt 0.623513 0.343631</w:t>
        <w:br/>
        <w:t>vt 0.618134 0.342702</w:t>
        <w:br/>
        <w:t>vt 0.621579 0.336610</w:t>
        <w:br/>
        <w:t>vt 0.627689 0.340085</w:t>
        <w:br/>
        <w:t>vt 0.628592 0.334679</w:t>
        <w:br/>
        <w:t>vt 0.625046 0.330499</w:t>
        <w:br/>
        <w:t>vt 0.619638 0.329597</w:t>
        <w:br/>
        <w:t>vt 0.615459 0.333144</w:t>
        <w:br/>
        <w:t>vt 0.614561 0.338550</w:t>
        <w:br/>
        <w:t>vt 0.874179 0.495974</w:t>
        <w:br/>
        <w:t>vt 0.874209 0.501454</w:t>
        <w:br/>
        <w:t>vt 0.867589 0.498429</w:t>
        <w:br/>
        <w:t>vt 0.870042 0.505013</w:t>
        <w:br/>
        <w:t>vt 0.864561 0.505042</w:t>
        <w:br/>
        <w:t>vt 0.860998 0.500875</w:t>
        <w:br/>
        <w:t>vt 0.860969 0.495395</w:t>
        <w:br/>
        <w:t>vt 0.865139 0.491872</w:t>
        <w:br/>
        <w:t>vt 0.870617 0.491807</w:t>
        <w:br/>
        <w:t>vt 0.694569 0.393951</w:t>
        <w:br/>
        <w:t>vt 0.692788 0.399139</w:t>
        <w:br/>
        <w:t>vt 0.686915 0.394532</w:t>
        <w:br/>
        <w:t>vt 0.686216 0.401649</w:t>
        <w:br/>
        <w:t>vt 0.681431 0.398975</w:t>
        <w:br/>
        <w:t>vt 0.680087 0.395458</w:t>
        <w:br/>
        <w:t>vt 0.681867 0.390279</w:t>
        <w:br/>
        <w:t>vt 0.686576 0.387543</w:t>
        <w:br/>
        <w:t>vt 0.691752 0.389245</w:t>
        <w:br/>
        <w:t>vt 0.869249 0.460843</w:t>
        <w:br/>
        <w:t>vt 0.871921 0.465604</w:t>
        <w:br/>
        <w:t>vt 0.864656 0.466124</w:t>
        <w:br/>
        <w:t>vt 0.869974 0.470724</w:t>
        <w:br/>
        <w:t>vt 0.865179 0.473379</w:t>
        <w:br/>
        <w:t>vt 0.860052 0.471431</w:t>
        <w:br/>
        <w:t>vt 0.857397 0.466637</w:t>
        <w:br/>
        <w:t>vt 0.859344 0.461516</w:t>
        <w:br/>
        <w:t>vt 0.864139 0.458862</w:t>
        <w:br/>
        <w:t>vt 0.148249 0.710458</w:t>
        <w:br/>
        <w:t>vt 0.178217 0.710458</w:t>
        <w:br/>
        <w:t>vt 0.178217 0.712687</w:t>
        <w:br/>
        <w:t>vt 0.148249 0.712687</w:t>
        <w:br/>
        <w:t>vt 0.559684 0.532580</w:t>
        <w:br/>
        <w:t>vt 0.559684 0.534502</w:t>
        <w:br/>
        <w:t>vt 0.520649 0.534502</w:t>
        <w:br/>
        <w:t>vt 0.520649 0.532580</w:t>
        <w:br/>
        <w:t>vt 0.736136 0.534502</w:t>
        <w:br/>
        <w:t>vt 0.711966 0.534502</w:t>
        <w:br/>
        <w:t>vt 0.711966 0.532580</w:t>
        <w:br/>
        <w:t>vt 0.736136 0.532580</w:t>
        <w:br/>
        <w:t>vt 0.790187 0.532580</w:t>
        <w:br/>
        <w:t>vt 0.790187 0.534502</w:t>
        <w:br/>
        <w:t>vt 0.765552 0.534502</w:t>
        <w:br/>
        <w:t>vt 0.765552 0.532580</w:t>
        <w:br/>
        <w:t>vt 0.640079 0.532580</w:t>
        <w:br/>
        <w:t>vt 0.686697 0.532580</w:t>
        <w:br/>
        <w:t>vt 0.686697 0.534502</w:t>
        <w:br/>
        <w:t>vt 0.640079 0.534502</w:t>
        <w:br/>
        <w:t>vt 0.810853 0.563198</w:t>
        <w:br/>
        <w:t>vt 0.783090 0.563198</w:t>
        <w:br/>
        <w:t>vt 0.783090 0.561469</w:t>
        <w:br/>
        <w:t>vt 0.810853 0.561469</w:t>
        <w:br/>
        <w:t>vt 0.592223 0.563198</w:t>
        <w:br/>
        <w:t>vt 0.551907 0.563198</w:t>
        <w:br/>
        <w:t>vt 0.551907 0.561469</w:t>
        <w:br/>
        <w:t>vt 0.592223 0.561469</w:t>
        <w:br/>
        <w:t>vt 0.632532 0.561469</w:t>
        <w:br/>
        <w:t>vt 0.632532 0.563198</w:t>
        <w:br/>
        <w:t>vt 0.704583 0.563198</w:t>
        <w:br/>
        <w:t>vt 0.704583 0.561469</w:t>
        <w:br/>
        <w:t>vt 0.728753 0.561469</w:t>
        <w:br/>
        <w:t>vt 0.728753 0.563198</w:t>
        <w:br/>
        <w:t>vt 0.758719 0.563198</w:t>
        <w:br/>
        <w:t>vt 0.758719 0.561469</w:t>
        <w:br/>
        <w:t>vt 0.679124 0.561469</w:t>
        <w:br/>
        <w:t>vt 0.679124 0.563198</w:t>
        <w:br/>
        <w:t>vt 0.790187 0.535539</w:t>
        <w:br/>
        <w:t>vt 0.817912 0.535539</w:t>
        <w:br/>
        <w:t>vt 0.817912 0.537157</w:t>
        <w:br/>
        <w:t>vt 0.790187 0.537157</w:t>
        <w:br/>
        <w:t>vt 0.788850 0.463102</w:t>
        <w:br/>
        <w:t>vt 0.788850 0.468478</w:t>
        <w:br/>
        <w:t>vt 0.786303 0.468478</w:t>
        <w:br/>
        <w:t>vt 0.786303 0.463102</w:t>
        <w:br/>
        <w:t>vt 0.599879 0.513595</w:t>
        <w:br/>
        <w:t>vt 0.559684 0.513595</w:t>
        <w:br/>
        <w:t>vt 0.559684 0.511931</w:t>
        <w:br/>
        <w:t>vt 0.599879 0.511931</w:t>
        <w:br/>
        <w:t>vt 0.559684 0.535539</w:t>
        <w:br/>
        <w:t>vt 0.559684 0.537157</w:t>
        <w:br/>
        <w:t>vt 0.520649 0.537157</w:t>
        <w:br/>
        <w:t>vt 0.520649 0.535539</w:t>
        <w:br/>
        <w:t>vt 0.640079 0.513595</w:t>
        <w:br/>
        <w:t>vt 0.640079 0.511931</w:t>
        <w:br/>
        <w:t>vt 0.736136 0.537157</w:t>
        <w:br/>
        <w:t>vt 0.711966 0.537157</w:t>
        <w:br/>
        <w:t>vt 0.711966 0.535539</w:t>
        <w:br/>
        <w:t>vt 0.736136 0.535539</w:t>
        <w:br/>
        <w:t>vt 0.711966 0.513595</w:t>
        <w:br/>
        <w:t>vt 0.711966 0.511931</w:t>
        <w:br/>
        <w:t>vt 0.736136 0.511931</w:t>
        <w:br/>
        <w:t>vt 0.736136 0.513595</w:t>
        <w:br/>
        <w:t>vt 0.765552 0.535539</w:t>
        <w:br/>
        <w:t>vt 0.765552 0.537157</w:t>
        <w:br/>
        <w:t>vt 0.790187 0.511930</w:t>
        <w:br/>
        <w:t>vt 0.790187 0.513595</w:t>
        <w:br/>
        <w:t>vt 0.765552 0.513595</w:t>
        <w:br/>
        <w:t>vt 0.765552 0.511931</w:t>
        <w:br/>
        <w:t>vt 0.686697 0.537157</w:t>
        <w:br/>
        <w:t>vt 0.640079 0.537157</w:t>
        <w:br/>
        <w:t>vt 0.640079 0.535539</w:t>
        <w:br/>
        <w:t>vt 0.686697 0.535539</w:t>
        <w:br/>
        <w:t>vt 0.686697 0.513595</w:t>
        <w:br/>
        <w:t>vt 0.686697 0.511931</w:t>
        <w:br/>
        <w:t>vt 0.827859 0.532580</w:t>
        <w:br/>
        <w:t>vt 0.828605 0.534502</w:t>
        <w:br/>
        <w:t>vt 0.817912 0.534502</w:t>
        <w:br/>
        <w:t>vt 0.817912 0.532580</w:t>
        <w:br/>
        <w:t>vt 0.822600 0.511930</w:t>
        <w:br/>
        <w:t>vt 0.822174 0.513595</w:t>
        <w:br/>
        <w:t>vt 0.817912 0.513595</w:t>
        <w:br/>
        <w:t>vt 0.817912 0.511930</w:t>
        <w:br/>
        <w:t>vt 0.599879 0.516311</w:t>
        <w:br/>
        <w:t>vt 0.599879 0.514565</w:t>
        <w:br/>
        <w:t>vt 0.640079 0.514565</w:t>
        <w:br/>
        <w:t>vt 0.640079 0.516311</w:t>
        <w:br/>
        <w:t>vt 0.632532 0.545119</w:t>
        <w:br/>
        <w:t>vt 0.632532 0.543210</w:t>
        <w:br/>
        <w:t>vt 0.679124 0.543210</w:t>
        <w:br/>
        <w:t>vt 0.679124 0.545119</w:t>
        <w:br/>
        <w:t>vt 0.599879 0.537157</w:t>
        <w:br/>
        <w:t>vt 0.599879 0.535539</w:t>
        <w:br/>
        <w:t>vt 0.559684 0.517239</w:t>
        <w:br/>
        <w:t>vt 0.559684 0.531655</w:t>
        <w:br/>
        <w:t>vt 0.520649 0.531655</w:t>
        <w:br/>
        <w:t>vt 0.520649 0.517239</w:t>
        <w:br/>
        <w:t>vt 0.736136 0.531655</w:t>
        <w:br/>
        <w:t>vt 0.711966 0.531655</w:t>
        <w:br/>
        <w:t>vt 0.711966 0.517239</w:t>
        <w:br/>
        <w:t>vt 0.736136 0.517239</w:t>
        <w:br/>
        <w:t>vt 0.765552 0.517239</w:t>
        <w:br/>
        <w:t>vt 0.765552 0.531655</w:t>
        <w:br/>
        <w:t>vt 0.640079 0.517239</w:t>
        <w:br/>
        <w:t>vt 0.686697 0.517239</w:t>
        <w:br/>
        <w:t>vt 0.686697 0.531655</w:t>
        <w:br/>
        <w:t>vt 0.640079 0.531655</w:t>
        <w:br/>
        <w:t>vt 0.810853 0.545119</w:t>
        <w:br/>
        <w:t>vt 0.783090 0.545119</w:t>
        <w:br/>
        <w:t>vt 0.783090 0.543210</w:t>
        <w:br/>
        <w:t>vt 0.810853 0.543210</w:t>
        <w:br/>
        <w:t>vt 0.512475 0.543210</w:t>
        <w:br/>
        <w:t>vt 0.551907 0.543210</w:t>
        <w:br/>
        <w:t>vt 0.551907 0.545119</w:t>
        <w:br/>
        <w:t>vt 0.512475 0.545119</w:t>
        <w:br/>
        <w:t>vt 0.592223 0.545119</w:t>
        <w:br/>
        <w:t>vt 0.592223 0.543210</w:t>
        <w:br/>
        <w:t>vt 0.704583 0.545119</w:t>
        <w:br/>
        <w:t>vt 0.704583 0.543210</w:t>
        <w:br/>
        <w:t>vt 0.728753 0.543210</w:t>
        <w:br/>
        <w:t>vt 0.728753 0.545119</w:t>
        <w:br/>
        <w:t>vt 0.758719 0.545119</w:t>
        <w:br/>
        <w:t>vt 0.758719 0.543210</w:t>
        <w:br/>
        <w:t>vt 0.764626 0.463102</w:t>
        <w:br/>
        <w:t>vt 0.764626 0.468478</w:t>
        <w:br/>
        <w:t>vt 0.762035 0.468478</w:t>
        <w:br/>
        <w:t>vt 0.762035 0.463102</w:t>
        <w:br/>
        <w:t>vt 0.817912 0.517239</w:t>
        <w:br/>
        <w:t>vt 0.817912 0.531655</w:t>
        <w:br/>
        <w:t>vt 0.790187 0.531655</w:t>
        <w:br/>
        <w:t>vt 0.790187 0.517239</w:t>
        <w:br/>
        <w:t>vt 0.599879 0.534502</w:t>
        <w:br/>
        <w:t>vt 0.599879 0.532580</w:t>
        <w:br/>
        <w:t>vt 0.679124 0.560525</w:t>
        <w:br/>
        <w:t>vt 0.679124 0.546097</w:t>
        <w:br/>
        <w:t>vt 0.704583 0.546097</w:t>
        <w:br/>
        <w:t>vt 0.704583 0.560525</w:t>
        <w:br/>
        <w:t>vt 0.810853 0.560525</w:t>
        <w:br/>
        <w:t>vt 0.783090 0.560525</w:t>
        <w:br/>
        <w:t>vt 0.783090 0.546097</w:t>
        <w:br/>
        <w:t>vt 0.810853 0.546097</w:t>
        <w:br/>
        <w:t>vt 0.512475 0.546097</w:t>
        <w:br/>
        <w:t>vt 0.551907 0.546097</w:t>
        <w:br/>
        <w:t>vt 0.551907 0.560525</w:t>
        <w:br/>
        <w:t>vt 0.512475 0.560525</w:t>
        <w:br/>
        <w:t>vt 0.592223 0.560525</w:t>
        <w:br/>
        <w:t>vt 0.592223 0.546097</w:t>
        <w:br/>
        <w:t>vt 0.632532 0.546097</w:t>
        <w:br/>
        <w:t>vt 0.632532 0.560525</w:t>
        <w:br/>
        <w:t>vt 0.728753 0.546097</w:t>
        <w:br/>
        <w:t>vt 0.728753 0.560525</w:t>
        <w:br/>
        <w:t>vt 0.758719 0.560525</w:t>
        <w:br/>
        <w:t>vt 0.758719 0.546097</w:t>
        <w:br/>
        <w:t>vt 0.785264 0.463901</w:t>
        <w:br/>
        <w:t>vt 0.785264 0.467735</w:t>
        <w:br/>
        <w:t>vt 0.765668 0.467735</w:t>
        <w:br/>
        <w:t>vt 0.765668 0.463901</w:t>
        <w:br/>
        <w:t>vt 0.599879 0.517239</w:t>
        <w:br/>
        <w:t>vt 0.599879 0.531655</w:t>
        <w:br/>
        <w:t>vt 0.559684 0.514565</w:t>
        <w:br/>
        <w:t>vt 0.559684 0.516311</w:t>
        <w:br/>
        <w:t>vt 0.520649 0.516311</w:t>
        <w:br/>
        <w:t>vt 0.520649 0.514565</w:t>
        <w:br/>
        <w:t>vt 0.736136 0.516311</w:t>
        <w:br/>
        <w:t>vt 0.711966 0.516311</w:t>
        <w:br/>
        <w:t>vt 0.711966 0.514565</w:t>
        <w:br/>
        <w:t>vt 0.736136 0.514565</w:t>
        <w:br/>
        <w:t>vt 0.765552 0.514565</w:t>
        <w:br/>
        <w:t>vt 0.765552 0.516311</w:t>
        <w:br/>
        <w:t>vt 0.686697 0.514565</w:t>
        <w:br/>
        <w:t>vt 0.686697 0.516311</w:t>
        <w:br/>
        <w:t>vt 0.817912 0.514565</w:t>
        <w:br/>
        <w:t>vt 0.817912 0.516311</w:t>
        <w:br/>
        <w:t>vt 0.790187 0.516311</w:t>
        <w:br/>
        <w:t>vt 0.790187 0.514565</w:t>
        <w:br/>
        <w:t>vt 0.828619 0.535539</w:t>
        <w:br/>
        <w:t>vt 0.559684 0.534502</w:t>
        <w:br/>
        <w:t>vt 0.760859 0.467131</w:t>
        <w:br/>
        <w:t>vt 0.760859 0.464510</w:t>
        <w:br/>
        <w:t>vt 0.512475 0.542198</w:t>
        <w:br/>
        <w:t>vt 0.551907 0.542198</w:t>
        <w:br/>
        <w:t>vt 0.551907 0.543210</w:t>
        <w:br/>
        <w:t>vt 0.512475 0.543210</w:t>
        <w:br/>
        <w:t>vt 0.592223 0.542198</w:t>
        <w:br/>
        <w:t>vt 0.632532 0.542198</w:t>
        <w:br/>
        <w:t>vt 0.632532 0.543210</w:t>
        <w:br/>
        <w:t>vt 0.592223 0.543210</w:t>
        <w:br/>
        <w:t>vt 0.679124 0.542198</w:t>
        <w:br/>
        <w:t>vt 0.704583 0.542198</w:t>
        <w:br/>
        <w:t>vt 0.728753 0.542198</w:t>
        <w:br/>
        <w:t>vt 0.758719 0.542198</w:t>
        <w:br/>
        <w:t>vt 0.783090 0.542198</w:t>
        <w:br/>
        <w:t>vt 0.810853 0.542198</w:t>
        <w:br/>
        <w:t>vt 0.822293 0.545119</w:t>
        <w:br/>
        <w:t>vt 0.822233 0.546097</w:t>
        <w:br/>
        <w:t>vt 0.632532 0.546097</w:t>
        <w:br/>
        <w:t>vt 0.592223 0.546097</w:t>
        <w:br/>
        <w:t>vt 0.592223 0.545119</w:t>
        <w:br/>
        <w:t>vt 0.551907 0.546097</w:t>
        <w:br/>
        <w:t>vt 0.551907 0.545119</w:t>
        <w:br/>
        <w:t>vt 0.640079 0.532580</w:t>
        <w:br/>
        <w:t>vt 0.790187 0.531655</w:t>
        <w:br/>
        <w:t>vt 0.817912 0.531655</w:t>
        <w:br/>
        <w:t>vt 0.790187 0.514565</w:t>
        <w:br/>
        <w:t>vt 0.817912 0.514565</w:t>
        <w:br/>
        <w:t>vt 0.810853 0.564200</w:t>
        <w:br/>
        <w:t>vt 0.815455 0.563198</w:t>
        <w:br/>
        <w:t>vt 0.815351 0.564200</w:t>
        <w:br/>
        <w:t>vt 0.783090 0.564200</w:t>
        <w:br/>
        <w:t>vt 0.758719 0.564200</w:t>
        <w:br/>
        <w:t>vt 0.758719 0.563198</w:t>
        <w:br/>
        <w:t>vt 0.728753 0.563198</w:t>
        <w:br/>
        <w:t>vt 0.728753 0.564200</w:t>
        <w:br/>
        <w:t>vt 0.704583 0.564200</w:t>
        <w:br/>
        <w:t>vt 0.704583 0.563198</w:t>
        <w:br/>
        <w:t>vt 0.632532 0.564200</w:t>
        <w:br/>
        <w:t>vt 0.632532 0.563198</w:t>
        <w:br/>
        <w:t>vt 0.679124 0.563198</w:t>
        <w:br/>
        <w:t>vt 0.679124 0.564200</w:t>
        <w:br/>
        <w:t>vt 0.592223 0.564200</w:t>
        <w:br/>
        <w:t>vt 0.592223 0.563198</w:t>
        <w:br/>
        <w:t>vt 0.551907 0.564200</w:t>
        <w:br/>
        <w:t>vt 0.551907 0.563198</w:t>
        <w:br/>
        <w:t>vt 0.789868 0.464510</w:t>
        <w:br/>
        <w:t>vt 0.789868 0.467131</w:t>
        <w:br/>
        <w:t>vt 0.520649 0.513595</w:t>
        <w:br/>
        <w:t>vt 0.559684 0.514565</w:t>
        <w:br/>
        <w:t>vt 0.520649 0.514565</w:t>
        <w:br/>
        <w:t>vt 0.640079 0.514565</w:t>
        <w:br/>
        <w:t>vt 0.599879 0.514565</w:t>
        <w:br/>
        <w:t>vt 0.810853 0.561469</w:t>
        <w:br/>
        <w:t>vt 0.783090 0.561469</w:t>
        <w:br/>
        <w:t>vt 0.783090 0.560525</w:t>
        <w:br/>
        <w:t>vt 0.810853 0.560525</w:t>
        <w:br/>
        <w:t>vt 0.822946 0.517239</w:t>
        <w:br/>
        <w:t>vt 0.822973 0.516311</w:t>
        <w:br/>
        <w:t>vt 0.790187 0.517239</w:t>
        <w:br/>
        <w:t>vt 0.765552 0.517239</w:t>
        <w:br/>
        <w:t>vt 0.765552 0.516311</w:t>
        <w:br/>
        <w:t>vt 0.736136 0.517239</w:t>
        <w:br/>
        <w:t>vt 0.711966 0.517239</w:t>
        <w:br/>
        <w:t>vt 0.711966 0.516311</w:t>
        <w:br/>
        <w:t>vt 0.736136 0.516311</w:t>
        <w:br/>
        <w:t>vt 0.640079 0.516311</w:t>
        <w:br/>
        <w:t>vt 0.686697 0.516311</w:t>
        <w:br/>
        <w:t>vt 0.686697 0.517239</w:t>
        <w:br/>
        <w:t>vt 0.640079 0.517239</w:t>
        <w:br/>
        <w:t>vt 0.599879 0.517239</w:t>
        <w:br/>
        <w:t>vt 0.599879 0.516311</w:t>
        <w:br/>
        <w:t>vt 0.559684 0.517239</w:t>
        <w:br/>
        <w:t>vt 0.559684 0.516311</w:t>
        <w:br/>
        <w:t>vt 0.512475 0.561469</w:t>
        <w:br/>
        <w:t>vt 0.592223 0.560525</w:t>
        <w:br/>
        <w:t>vt 0.632532 0.560525</w:t>
        <w:br/>
        <w:t>vt 0.632532 0.561469</w:t>
        <w:br/>
        <w:t>vt 0.679124 0.560525</w:t>
        <w:br/>
        <w:t>vt 0.758719 0.560525</w:t>
        <w:br/>
        <w:t>vt 0.512475 0.563198</w:t>
        <w:br/>
        <w:t>vt 0.520649 0.511931</w:t>
        <w:br/>
        <w:t>vt 0.512475 0.564200</w:t>
        <w:br/>
        <w:t>vt 0.512475 0.563198</w:t>
        <w:br/>
        <w:t>vt 0.816344 0.561469</w:t>
        <w:br/>
        <w:t>vt 0.828919 0.537157</w:t>
        <w:br/>
        <w:t>vt 0.823133 0.543210</w:t>
        <w:br/>
        <w:t>vt 0.827716 0.531655</w:t>
        <w:br/>
        <w:t>vt 0.816561 0.560525</w:t>
        <w:br/>
        <w:t>vt 0.822273 0.514565</w:t>
        <w:br/>
        <w:t>vt 0.823375 0.542198</w:t>
        <w:br/>
        <w:t>vt 0.827716 0.531655</w:t>
        <w:br/>
        <w:t>vt 0.822273 0.514565</w:t>
        <w:br/>
        <w:t>vt 0.816344 0.561469</w:t>
        <w:br/>
        <w:t>vt 0.816561 0.560525</w:t>
        <w:br/>
        <w:t>vt 0.433174 0.719583</w:t>
        <w:br/>
        <w:t>vt 0.433174 0.700973</w:t>
        <w:br/>
        <w:t>vt 0.448287 0.698954</w:t>
        <w:br/>
        <w:t>vt 0.448287 0.722279</w:t>
        <w:br/>
        <w:t>vt 0.448287 0.729781</w:t>
        <w:br/>
        <w:t>vt 0.433174 0.729781</w:t>
        <w:br/>
        <w:t>vt 0.439163 0.691359</w:t>
        <w:br/>
        <w:t>vt 0.439163 0.690325</w:t>
        <w:br/>
        <w:t>vt 0.447056 0.692982</w:t>
        <w:br/>
        <w:t>vt 0.446584 0.693825</w:t>
        <w:br/>
        <w:t>vt 0.452250 0.697216</w:t>
        <w:br/>
        <w:t>vt 0.452250 0.721919</w:t>
        <w:br/>
        <w:t>vt 0.451117 0.721985</w:t>
        <w:br/>
        <w:t>vt 0.451117 0.697715</w:t>
        <w:br/>
        <w:t>vt 0.429077 0.699952</w:t>
        <w:br/>
        <w:t>vt 0.430233 0.700262</w:t>
        <w:br/>
        <w:t>vt 0.430233 0.719453</w:t>
        <w:br/>
        <w:t>vt 0.429077 0.719403</w:t>
        <w:br/>
        <w:t>vt 0.430233 0.729781</w:t>
        <w:br/>
        <w:t>vt 0.429077 0.729781</w:t>
        <w:br/>
        <w:t>vt 0.452250 0.729781</w:t>
        <w:br/>
        <w:t>vt 0.451117 0.729781</w:t>
        <w:br/>
        <w:t>vt 0.432184 0.695772</w:t>
        <w:br/>
        <w:t>vt 0.431493 0.694995</w:t>
        <w:br/>
        <w:t>vt 0.434252 0.697669</w:t>
        <w:br/>
        <w:t>vt 0.444918 0.696231</w:t>
        <w:br/>
        <w:t>vt 0.439163 0.693501</w:t>
        <w:br/>
        <w:t>vt 0.433615 0.697223</w:t>
        <w:br/>
        <w:t>vt 0.432661 0.696258</w:t>
        <w:br/>
        <w:t>vt 0.439163 0.692108</w:t>
        <w:br/>
        <w:t>vt 0.446229 0.694450</w:t>
        <w:br/>
        <w:t>vt 0.445537 0.695603</w:t>
        <w:br/>
        <w:t>vt 0.450510 0.698050</w:t>
        <w:br/>
        <w:t>vt 0.449204 0.698661</w:t>
        <w:br/>
        <w:t>vt 0.450510 0.722090</w:t>
        <w:br/>
        <w:t>vt 0.449204 0.722197</w:t>
        <w:br/>
        <w:t>vt 0.449204 0.729781</w:t>
        <w:br/>
        <w:t>vt 0.450510 0.729781</w:t>
        <w:br/>
        <w:t>vt 0.432254 0.729781</w:t>
        <w:br/>
        <w:t>vt 0.430884 0.729781</w:t>
        <w:br/>
        <w:t>vt 0.430884 0.719518</w:t>
        <w:br/>
        <w:t>vt 0.432254 0.719552</w:t>
        <w:br/>
        <w:t>vt 0.430884 0.700503</w:t>
        <w:br/>
        <w:t>vt 0.432254 0.700823</w:t>
        <w:br/>
        <w:t>vt 0.439216 0.694427</w:t>
        <w:br/>
        <w:t>vt 0.040531 0.976459</w:t>
        <w:br/>
        <w:t>vt 0.062250 0.976459</w:t>
        <w:br/>
        <w:t>vt 0.062250 0.984028</w:t>
        <w:br/>
        <w:t>vt 0.040531 0.984028</w:t>
        <w:br/>
        <w:t>vt 0.068604 0.976488</w:t>
        <w:br/>
        <w:t>vt 0.094293 0.976488</w:t>
        <w:br/>
        <w:t>vt 0.094293 0.983999</w:t>
        <w:br/>
        <w:t>vt 0.068604 0.983999</w:t>
        <w:br/>
        <w:t>vt 0.877640 0.006141</w:t>
        <w:br/>
        <w:t>vt 0.877640 0.022791</w:t>
        <w:br/>
        <w:t>vt 0.852981 0.022791</w:t>
        <w:br/>
        <w:t>vt 0.852981 0.006141</w:t>
        <w:br/>
        <w:t>vt 0.119738 0.976452</w:t>
        <w:br/>
        <w:t>vt 0.119738 0.984035</w:t>
        <w:br/>
        <w:t>vt 0.098064 0.984035</w:t>
        <w:br/>
        <w:t>vt 0.098064 0.976452</w:t>
        <w:br/>
        <w:t>vt 0.844566 0.052193</w:t>
        <w:br/>
        <w:t>vt 0.844566 0.076820</w:t>
        <w:br/>
        <w:t>vt 0.862360 0.076820</w:t>
        <w:br/>
        <w:t>vt 0.862360 0.052193</w:t>
        <w:br/>
        <w:t>vt 0.124217 0.984043</w:t>
        <w:br/>
        <w:t>vt 0.124217 0.976444</w:t>
        <w:br/>
        <w:t>vt 0.149716 0.976444</w:t>
        <w:br/>
        <w:t>vt 0.149716 0.984043</w:t>
        <w:br/>
        <w:t>vt 0.653299 0.571207</w:t>
        <w:br/>
        <w:t>vt 0.669671 0.571207</w:t>
        <w:br/>
        <w:t>vt 0.669671 0.573066</w:t>
        <w:br/>
        <w:t>vt 0.653299 0.573066</w:t>
        <w:br/>
        <w:t>vt 0.643827 0.599006</w:t>
        <w:br/>
        <w:t>vt 0.653299 0.599006</w:t>
        <w:br/>
        <w:t>vt 0.653299 0.601164</w:t>
        <w:br/>
        <w:t>vt 0.643827 0.601164</w:t>
        <w:br/>
        <w:t>vt 0.553936 0.573066</w:t>
        <w:br/>
        <w:t>vt 0.553936 0.571207</w:t>
        <w:br/>
        <w:t>vt 0.565608 0.571207</w:t>
        <w:br/>
        <w:t>vt 0.565608 0.573066</w:t>
        <w:br/>
        <w:t>vt 0.592151 0.599006</w:t>
        <w:br/>
        <w:t>vt 0.592151 0.601164</w:t>
        <w:br/>
        <w:t>vt 0.579648 0.601164</w:t>
        <w:br/>
        <w:t>vt 0.579648 0.599006</w:t>
        <w:br/>
        <w:t>vt 0.604382 0.599006</w:t>
        <w:br/>
        <w:t>vt 0.604382 0.601164</w:t>
        <w:br/>
        <w:t>vt 0.617794 0.571207</w:t>
        <w:br/>
        <w:t>vt 0.617794 0.573066</w:t>
        <w:br/>
        <w:t>vt 0.604383 0.573066</w:t>
        <w:br/>
        <w:t>vt 0.604383 0.571207</w:t>
        <w:br/>
        <w:t>vt 0.643827 0.573066</w:t>
        <w:br/>
        <w:t>vt 0.631557 0.573066</w:t>
        <w:br/>
        <w:t>vt 0.631557 0.571207</w:t>
        <w:br/>
        <w:t>vt 0.643827 0.571207</w:t>
        <w:br/>
        <w:t>vt 0.542894 0.571207</w:t>
        <w:br/>
        <w:t>vt 0.542894 0.573066</w:t>
        <w:br/>
        <w:t>vt 0.532421 0.573066</w:t>
        <w:br/>
        <w:t>vt 0.532421 0.571207</w:t>
        <w:br/>
        <w:t>vt 0.553936 0.599006</w:t>
        <w:br/>
        <w:t>vt 0.553936 0.601164</w:t>
        <w:br/>
        <w:t>vt 0.542894 0.601164</w:t>
        <w:br/>
        <w:t>vt 0.542894 0.599006</w:t>
        <w:br/>
        <w:t>vt 0.532421 0.599006</w:t>
        <w:br/>
        <w:t>vt 0.532421 0.601164</w:t>
        <w:br/>
        <w:t>vt 0.522185 0.601164</w:t>
        <w:br/>
        <w:t>vt 0.522185 0.599006</w:t>
        <w:br/>
        <w:t>vt 0.511972 0.601164</w:t>
        <w:br/>
        <w:t>vt 0.511972 0.599006</w:t>
        <w:br/>
        <w:t>vt 0.579648 0.571207</w:t>
        <w:br/>
        <w:t>vt 0.579648 0.573066</w:t>
        <w:br/>
        <w:t>vt 0.683719 0.571207</w:t>
        <w:br/>
        <w:t>vt 0.683719 0.573066</w:t>
        <w:br/>
        <w:t>vt 0.696425 0.599006</w:t>
        <w:br/>
        <w:t>vt 0.696425 0.601164</w:t>
        <w:br/>
        <w:t>vt 0.683719 0.601164</w:t>
        <w:br/>
        <w:t>vt 0.683719 0.599006</w:t>
        <w:br/>
        <w:t>vt 0.744682 0.601164</w:t>
        <w:br/>
        <w:t>vt 0.735671 0.601164</w:t>
        <w:br/>
        <w:t>vt 0.735671 0.599006</w:t>
        <w:br/>
        <w:t>vt 0.744682 0.599006</w:t>
        <w:br/>
        <w:t>vt 0.723053 0.573066</w:t>
        <w:br/>
        <w:t>vt 0.723053 0.571207</w:t>
        <w:br/>
        <w:t>vt 0.735671 0.571207</w:t>
        <w:br/>
        <w:t>vt 0.735671 0.573066</w:t>
        <w:br/>
        <w:t>vt 0.696425 0.573066</w:t>
        <w:br/>
        <w:t>vt 0.696425 0.571207</w:t>
        <w:br/>
        <w:t>vt 0.709775 0.571207</w:t>
        <w:br/>
        <w:t>vt 0.709775 0.573066</w:t>
        <w:br/>
        <w:t>vt 0.653299 0.602510</w:t>
        <w:br/>
        <w:t>vt 0.669671 0.602510</w:t>
        <w:br/>
        <w:t>vt 0.669671 0.603868</w:t>
        <w:br/>
        <w:t>vt 0.653299 0.603868</w:t>
        <w:br/>
        <w:t>vt 0.653299 0.569890</w:t>
        <w:br/>
        <w:t>vt 0.653299 0.568514</w:t>
        <w:br/>
        <w:t>vt 0.669671 0.568514</w:t>
        <w:br/>
        <w:t>vt 0.669671 0.569890</w:t>
        <w:br/>
        <w:t>vt 0.643827 0.602510</w:t>
        <w:br/>
        <w:t>vt 0.643827 0.603868</w:t>
        <w:br/>
        <w:t>vt 0.643827 0.569890</w:t>
        <w:br/>
        <w:t>vt 0.643827 0.568514</w:t>
        <w:br/>
        <w:t>vt 0.565608 0.569890</w:t>
        <w:br/>
        <w:t>vt 0.553936 0.569890</w:t>
        <w:br/>
        <w:t>vt 0.553936 0.568514</w:t>
        <w:br/>
        <w:t>vt 0.565608 0.568514</w:t>
        <w:br/>
        <w:t>vt 0.553936 0.602510</w:t>
        <w:br/>
        <w:t>vt 0.565608 0.602510</w:t>
        <w:br/>
        <w:t>vt 0.565608 0.603868</w:t>
        <w:br/>
        <w:t>vt 0.553936 0.603868</w:t>
        <w:br/>
        <w:t>vt 0.592151 0.602510</w:t>
        <w:br/>
        <w:t>vt 0.592151 0.603868</w:t>
        <w:br/>
        <w:t>vt 0.579648 0.603868</w:t>
        <w:br/>
        <w:t>vt 0.579648 0.602510</w:t>
        <w:br/>
        <w:t>vt 0.592151 0.569890</w:t>
        <w:br/>
        <w:t>vt 0.579648 0.569890</w:t>
        <w:br/>
        <w:t>vt 0.579648 0.568514</w:t>
        <w:br/>
        <w:t>vt 0.592151 0.568514</w:t>
        <w:br/>
        <w:t>vt 0.604383 0.568514</w:t>
        <w:br/>
        <w:t>vt 0.604383 0.569890</w:t>
        <w:br/>
        <w:t>vt 0.604382 0.602510</w:t>
        <w:br/>
        <w:t>vt 0.604382 0.603868</w:t>
        <w:br/>
        <w:t>vt 0.617794 0.602510</w:t>
        <w:br/>
        <w:t>vt 0.617794 0.603868</w:t>
        <w:br/>
        <w:t>vt 0.617794 0.569890</w:t>
        <w:br/>
        <w:t>vt 0.617794 0.568514</w:t>
        <w:br/>
        <w:t>vt 0.631557 0.569890</w:t>
        <w:br/>
        <w:t>vt 0.631557 0.568514</w:t>
        <w:br/>
        <w:t>vt 0.631557 0.603868</w:t>
        <w:br/>
        <w:t>vt 0.631557 0.602510</w:t>
        <w:br/>
        <w:t>vt 0.542894 0.569890</w:t>
        <w:br/>
        <w:t>vt 0.532421 0.569890</w:t>
        <w:br/>
        <w:t>vt 0.532421 0.568514</w:t>
        <w:br/>
        <w:t>vt 0.542894 0.568514</w:t>
        <w:br/>
        <w:t>vt 0.542894 0.602510</w:t>
        <w:br/>
        <w:t>vt 0.522185 0.569890</w:t>
        <w:br/>
        <w:t>vt 0.522185 0.568514</w:t>
        <w:br/>
        <w:t>vt 0.511972 0.569890</w:t>
        <w:br/>
        <w:t>vt 0.511972 0.568514</w:t>
        <w:br/>
        <w:t>vt 0.683719 0.568514</w:t>
        <w:br/>
        <w:t>vt 0.683719 0.569890</w:t>
        <w:br/>
        <w:t>vt 0.683719 0.602510</w:t>
        <w:br/>
        <w:t>vt 0.683719 0.603868</w:t>
        <w:br/>
        <w:t>vt 0.696425 0.569890</w:t>
        <w:br/>
        <w:t>vt 0.696425 0.568514</w:t>
        <w:br/>
        <w:t>vt 0.696425 0.602510</w:t>
        <w:br/>
        <w:t>vt 0.696425 0.603868</w:t>
        <w:br/>
        <w:t>vt 0.782718 0.602510</w:t>
        <w:br/>
        <w:t>vt 0.782718 0.603868</w:t>
        <w:br/>
        <w:t>vt 0.771499 0.603868</w:t>
        <w:br/>
        <w:t>vt 0.771499 0.602510</w:t>
        <w:br/>
        <w:t>vt 0.771499 0.569890</w:t>
        <w:br/>
        <w:t>vt 0.771499 0.568514</w:t>
        <w:br/>
        <w:t>vt 0.782718 0.568514</w:t>
        <w:br/>
        <w:t>vt 0.782718 0.569890</w:t>
        <w:br/>
        <w:t>vt 0.744682 0.569890</w:t>
        <w:br/>
        <w:t>vt 0.744682 0.568514</w:t>
        <w:br/>
        <w:t>vt 0.760144 0.568514</w:t>
        <w:br/>
        <w:t>vt 0.760144 0.569890</w:t>
        <w:br/>
        <w:t>vt 0.744682 0.602510</w:t>
        <w:br/>
        <w:t>vt 0.760144 0.602510</w:t>
        <w:br/>
        <w:t>vt 0.760144 0.603868</w:t>
        <w:br/>
        <w:t>vt 0.744682 0.603868</w:t>
        <w:br/>
        <w:t>vt 0.735671 0.603868</w:t>
        <w:br/>
        <w:t>vt 0.735671 0.602510</w:t>
        <w:br/>
        <w:t>vt 0.735671 0.569890</w:t>
        <w:br/>
        <w:t>vt 0.735671 0.568514</w:t>
        <w:br/>
        <w:t>vt 0.723053 0.569890</w:t>
        <w:br/>
        <w:t>vt 0.723053 0.568514</w:t>
        <w:br/>
        <w:t>vt 0.723053 0.603868</w:t>
        <w:br/>
        <w:t>vt 0.723053 0.602510</w:t>
        <w:br/>
        <w:t>vt 0.709775 0.602510</w:t>
        <w:br/>
        <w:t>vt 0.709775 0.603868</w:t>
        <w:br/>
        <w:t>vt 0.709775 0.569890</w:t>
        <w:br/>
        <w:t>vt 0.709775 0.568514</w:t>
        <w:br/>
        <w:t>vt 0.794217 0.569890</w:t>
        <w:br/>
        <w:t>vt 0.794217 0.568514</w:t>
        <w:br/>
        <w:t>vt 0.804818 0.568514</w:t>
        <w:br/>
        <w:t>vt 0.804818 0.569890</w:t>
        <w:br/>
        <w:t>vt 0.804818 0.602510</w:t>
        <w:br/>
        <w:t>vt 0.804818 0.603868</w:t>
        <w:br/>
        <w:t>vt 0.794217 0.603868</w:t>
        <w:br/>
        <w:t>vt 0.794217 0.602510</w:t>
        <w:br/>
        <w:t>vt 0.815531 0.569890</w:t>
        <w:br/>
        <w:t>vt 0.815531 0.568514</w:t>
        <w:br/>
        <w:t>vt 0.815531 0.602510</w:t>
        <w:br/>
        <w:t>vt 0.815531 0.603868</w:t>
        <w:br/>
        <w:t>vt 0.826333 0.602510</w:t>
        <w:br/>
        <w:t>vt 0.826333 0.603868</w:t>
        <w:br/>
        <w:t>vt 0.826333 0.569890</w:t>
        <w:br/>
        <w:t>vt 0.826333 0.568514</w:t>
        <w:br/>
        <w:t>vt 0.653299 0.601164</w:t>
        <w:br/>
        <w:t>vt 0.669671 0.601164</w:t>
        <w:br/>
        <w:t>vt 0.669671 0.571207</w:t>
        <w:br/>
        <w:t>vt 0.653299 0.571207</w:t>
        <w:br/>
        <w:t>vt 0.643827 0.601164</w:t>
        <w:br/>
        <w:t>vt 0.643827 0.571207</w:t>
        <w:br/>
        <w:t>vt 0.565608 0.571207</w:t>
        <w:br/>
        <w:t>vt 0.553936 0.571207</w:t>
        <w:br/>
        <w:t>vt 0.565608 0.601164</w:t>
        <w:br/>
        <w:t>vt 0.592151 0.601164</w:t>
        <w:br/>
        <w:t>vt 0.592151 0.571207</w:t>
        <w:br/>
        <w:t>vt 0.579648 0.571207</w:t>
        <w:br/>
        <w:t>vt 0.604383 0.571207</w:t>
        <w:br/>
        <w:t>vt 0.604382 0.601164</w:t>
        <w:br/>
        <w:t>vt 0.617794 0.601164</w:t>
        <w:br/>
        <w:t>vt 0.617794 0.571207</w:t>
        <w:br/>
        <w:t>vt 0.631557 0.571207</w:t>
        <w:br/>
        <w:t>vt 0.631557 0.601164</w:t>
        <w:br/>
        <w:t>vt 0.532421 0.602510</w:t>
        <w:br/>
        <w:t>vt 0.542894 0.601164</w:t>
        <w:br/>
        <w:t>vt 0.542894 0.571207</w:t>
        <w:br/>
        <w:t>vt 0.532421 0.571207</w:t>
        <w:br/>
        <w:t>vt 0.522185 0.602510</w:t>
        <w:br/>
        <w:t>vt 0.522185 0.571207</w:t>
        <w:br/>
        <w:t>vt 0.511972 0.571207</w:t>
        <w:br/>
        <w:t>vt 0.511972 0.602510</w:t>
        <w:br/>
        <w:t>vt 0.683719 0.571207</w:t>
        <w:br/>
        <w:t>vt 0.683719 0.601164</w:t>
        <w:br/>
        <w:t>vt 0.696425 0.571207</w:t>
        <w:br/>
        <w:t>vt 0.696425 0.601164</w:t>
        <w:br/>
        <w:t>vt 0.771499 0.601164</w:t>
        <w:br/>
        <w:t>vt 0.782718 0.601164</w:t>
        <w:br/>
        <w:t>vt 0.760144 0.601164</w:t>
        <w:br/>
        <w:t>vt 0.735671 0.571207</w:t>
        <w:br/>
        <w:t>vt 0.744682 0.571207</w:t>
        <w:br/>
        <w:t>vt 0.723053 0.571207</w:t>
        <w:br/>
        <w:t>vt 0.723053 0.601164</w:t>
        <w:br/>
        <w:t>vt 0.709775 0.601164</w:t>
        <w:br/>
        <w:t>vt 0.709775 0.571207</w:t>
        <w:br/>
        <w:t>vt 0.804818 0.571207</w:t>
        <w:br/>
        <w:t>vt 0.794217 0.571207</w:t>
        <w:br/>
        <w:t>vt 0.794217 0.601164</w:t>
        <w:br/>
        <w:t>vt 0.804818 0.601164</w:t>
        <w:br/>
        <w:t>vt 0.782718 0.571207</w:t>
        <w:br/>
        <w:t>vt 0.815531 0.571207</w:t>
        <w:br/>
        <w:t>vt 0.815531 0.601164</w:t>
        <w:br/>
        <w:t>vt 0.826333 0.601164</w:t>
        <w:br/>
        <w:t>vt 0.826333 0.571207</w:t>
        <w:br/>
        <w:t>vt 0.669671 0.599006</w:t>
        <w:br/>
        <w:t>vt 0.669671 0.601164</w:t>
        <w:br/>
        <w:t>vt 0.565608 0.599006</w:t>
        <w:br/>
        <w:t>vt 0.565608 0.601164</w:t>
        <w:br/>
        <w:t>vt 0.592151 0.571207</w:t>
        <w:br/>
        <w:t>vt 0.592151 0.573066</w:t>
        <w:br/>
        <w:t>vt 0.617794 0.599006</w:t>
        <w:br/>
        <w:t>vt 0.631557 0.599006</w:t>
        <w:br/>
        <w:t>vt 0.631557 0.601164</w:t>
        <w:br/>
        <w:t>vt 0.522185 0.573066</w:t>
        <w:br/>
        <w:t>vt 0.511972 0.573066</w:t>
        <w:br/>
        <w:t>vt 0.744682 0.573066</w:t>
        <w:br/>
        <w:t>vt 0.744682 0.571207</w:t>
        <w:br/>
        <w:t>vt 0.723053 0.599006</w:t>
        <w:br/>
        <w:t>vt 0.709775 0.599006</w:t>
        <w:br/>
        <w:t>vt 0.709775 0.601164</w:t>
        <w:br/>
        <w:t>vt 0.669671 0.597057</w:t>
        <w:br/>
        <w:t>vt 0.653299 0.597057</w:t>
        <w:br/>
        <w:t>vt 0.653299 0.585623</w:t>
        <w:br/>
        <w:t>vt 0.669671 0.585623</w:t>
        <w:br/>
        <w:t>vt 0.643827 0.574190</w:t>
        <w:br/>
        <w:t>vt 0.653299 0.574190</w:t>
        <w:br/>
        <w:t>vt 0.643827 0.585623</w:t>
        <w:br/>
        <w:t>vt 0.565608 0.574190</w:t>
        <w:br/>
        <w:t>vt 0.565608 0.585623</w:t>
        <w:br/>
        <w:t>vt 0.553936 0.585623</w:t>
        <w:br/>
        <w:t>vt 0.553936 0.574190</w:t>
        <w:br/>
        <w:t>vt 0.579648 0.597057</w:t>
        <w:br/>
        <w:t>vt 0.579648 0.585623</w:t>
        <w:br/>
        <w:t>vt 0.592151 0.585623</w:t>
        <w:br/>
        <w:t>vt 0.592151 0.597057</w:t>
        <w:br/>
        <w:t>vt 0.604383 0.585623</w:t>
        <w:br/>
        <w:t>vt 0.604382 0.597057</w:t>
        <w:br/>
        <w:t>vt 0.617794 0.585623</w:t>
        <w:br/>
        <w:t>vt 0.617794 0.597057</w:t>
        <w:br/>
        <w:t>vt 0.643827 0.597057</w:t>
        <w:br/>
        <w:t>vt 0.631557 0.597057</w:t>
        <w:br/>
        <w:t>vt 0.631557 0.585623</w:t>
        <w:br/>
        <w:t>vt 0.542894 0.574190</w:t>
        <w:br/>
        <w:t>vt 0.542894 0.585623</w:t>
        <w:br/>
        <w:t>vt 0.532421 0.585623</w:t>
        <w:br/>
        <w:t>vt 0.532421 0.574190</w:t>
        <w:br/>
        <w:t>vt 0.522185 0.597057</w:t>
        <w:br/>
        <w:t>vt 0.522185 0.585623</w:t>
        <w:br/>
        <w:t>vt 0.532421 0.597057</w:t>
        <w:br/>
        <w:t>vt 0.511972 0.597057</w:t>
        <w:br/>
        <w:t>vt 0.511972 0.585623</w:t>
        <w:br/>
        <w:t>vt 0.579648 0.574190</w:t>
        <w:br/>
        <w:t>vt 0.683719 0.574190</w:t>
        <w:br/>
        <w:t>vt 0.683719 0.585623</w:t>
        <w:br/>
        <w:t>vt 0.669671 0.574190</w:t>
        <w:br/>
        <w:t>vt 0.683719 0.597057</w:t>
        <w:br/>
        <w:t>vt 0.696425 0.585623</w:t>
        <w:br/>
        <w:t>vt 0.696425 0.597057</w:t>
        <w:br/>
        <w:t>vt 0.735671 0.574190</w:t>
        <w:br/>
        <w:t>vt 0.744682 0.574190</w:t>
        <w:br/>
        <w:t>vt 0.744682 0.585623</w:t>
        <w:br/>
        <w:t>vt 0.735671 0.585623</w:t>
        <w:br/>
        <w:t>vt 0.735671 0.597057</w:t>
        <w:br/>
        <w:t>vt 0.723053 0.597057</w:t>
        <w:br/>
        <w:t>vt 0.723053 0.585623</w:t>
        <w:br/>
        <w:t>vt 0.709775 0.574190</w:t>
        <w:br/>
        <w:t>vt 0.709775 0.585623</w:t>
        <w:br/>
        <w:t>vt 0.696425 0.574190</w:t>
        <w:br/>
        <w:t>vt 0.723053 0.574190</w:t>
        <w:br/>
        <w:t>vt 0.522185 0.574190</w:t>
        <w:br/>
        <w:t>vt 0.511972 0.574190</w:t>
        <w:br/>
        <w:t>vt 0.592151 0.574190</w:t>
        <w:br/>
        <w:t>vt 0.604383 0.574190</w:t>
        <w:br/>
        <w:t>vt 0.617794 0.574190</w:t>
        <w:br/>
        <w:t>vt 0.631557 0.574190</w:t>
        <w:br/>
        <w:t>vt 0.565608 0.597057</w:t>
        <w:br/>
        <w:t>vt 0.553936 0.597057</w:t>
        <w:br/>
        <w:t>vt 0.542894 0.597057</w:t>
        <w:br/>
        <w:t>vt 0.744682 0.597057</w:t>
        <w:br/>
        <w:t>vt 0.709775 0.597057</w:t>
        <w:br/>
        <w:t>vt 0.716670 0.664060</w:t>
        <w:br/>
        <w:t>vt 0.716670 0.665741</w:t>
        <w:br/>
        <w:t>vt 0.707710 0.665741</w:t>
        <w:br/>
        <w:t>vt 0.707558 0.664060</w:t>
        <w:br/>
        <w:t>vt 0.692771 0.665741</w:t>
        <w:br/>
        <w:t>vt 0.692463 0.664060</w:t>
        <w:br/>
        <w:t>vt 0.672269 0.642948</w:t>
        <w:br/>
        <w:t>vt 0.671832 0.641376</w:t>
        <w:br/>
        <w:t>vt 0.687789 0.641376</w:t>
        <w:br/>
        <w:t>vt 0.688286 0.642948</w:t>
        <w:br/>
        <w:t>vt 0.579013 0.665741</w:t>
        <w:br/>
        <w:t>vt 0.563344 0.665741</w:t>
        <w:br/>
        <w:t>vt 0.563456 0.664060</w:t>
        <w:br/>
        <w:t>vt 0.579063 0.664060</w:t>
        <w:br/>
        <w:t>vt 0.591051 0.641376</w:t>
        <w:br/>
        <w:t>vt 0.605771 0.641376</w:t>
        <w:br/>
        <w:t>vt 0.606029 0.642948</w:t>
        <w:br/>
        <w:t>vt 0.591159 0.642948</w:t>
        <w:br/>
        <w:t>vt 0.620491 0.641376</w:t>
        <w:br/>
        <w:t>vt 0.620834 0.642948</w:t>
        <w:br/>
        <w:t>vt 0.641664 0.664060</w:t>
        <w:br/>
        <w:t>vt 0.642052 0.665741</w:t>
        <w:br/>
        <w:t>vt 0.623706 0.665741</w:t>
        <w:br/>
        <w:t>vt 0.623369 0.664060</w:t>
        <w:br/>
        <w:t>vt 0.669732 0.664060</w:t>
        <w:br/>
        <w:t>vt 0.675552 0.664060</w:t>
        <w:br/>
        <w:t>vt 0.675892 0.665741</w:t>
        <w:br/>
        <w:t>vt 0.666420 0.665741</w:t>
        <w:br/>
        <w:t>vt 0.537515 0.664060</w:t>
        <w:br/>
        <w:t>vt 0.550304 0.664060</w:t>
        <w:br/>
        <w:t>vt 0.550191 0.665741</w:t>
        <w:br/>
        <w:t>vt 0.537408 0.665741</w:t>
        <w:br/>
        <w:t>vt 0.551081 0.641376</w:t>
        <w:br/>
        <w:t>vt 0.563752 0.641376</w:t>
        <w:br/>
        <w:t>vt 0.563620 0.642948</w:t>
        <w:br/>
        <w:t>vt 0.550931 0.642948</w:t>
        <w:br/>
        <w:t>vt 0.525752 0.641376</w:t>
        <w:br/>
        <w:t>vt 0.538435 0.641376</w:t>
        <w:br/>
        <w:t>vt 0.538305 0.642948</w:t>
        <w:br/>
        <w:t>vt 0.525692 0.642948</w:t>
        <w:br/>
        <w:t>vt 0.513479 0.642948</w:t>
        <w:br/>
        <w:t>vt 0.513479 0.641376</w:t>
        <w:br/>
        <w:t>vt 0.659186 0.664060</w:t>
        <w:br/>
        <w:t>vt 0.659620 0.665741</w:t>
        <w:br/>
        <w:t>vt 0.593228 0.665741</w:t>
        <w:br/>
        <w:t>vt 0.593112 0.664060</w:t>
        <w:br/>
        <w:t>vt 0.716670 0.640411</w:t>
        <w:br/>
        <w:t>vt 0.706324 0.640411</w:t>
        <w:br/>
        <w:t>vt 0.706201 0.638372</w:t>
        <w:br/>
        <w:t>vt 0.716670 0.638372</w:t>
        <w:br/>
        <w:t>vt 0.716670 0.666821</w:t>
        <w:br/>
        <w:t>vt 0.716670 0.669048</w:t>
        <w:br/>
        <w:t>vt 0.707306 0.669048</w:t>
        <w:br/>
        <w:t>vt 0.707520 0.666821</w:t>
        <w:br/>
        <w:t>vt 0.692735 0.666821</w:t>
        <w:br/>
        <w:t>vt 0.692554 0.669048</w:t>
        <w:br/>
        <w:t>vt 0.696884 0.640411</w:t>
        <w:br/>
        <w:t>vt 0.687445 0.640411</w:t>
        <w:br/>
        <w:t>vt 0.687275 0.638372</w:t>
        <w:br/>
        <w:t>vt 0.696738 0.638372</w:t>
        <w:br/>
        <w:t>vt 0.675839 0.666821</w:t>
        <w:br/>
        <w:t>vt 0.675876 0.669048</w:t>
        <w:br/>
        <w:t>vt 0.671710 0.640411</w:t>
        <w:br/>
        <w:t>vt 0.671684 0.638372</w:t>
        <w:br/>
        <w:t>vt 0.563637 0.640411</w:t>
        <w:br/>
        <w:t>vt 0.563528 0.638372</w:t>
        <w:br/>
        <w:t>vt 0.578301 0.638372</w:t>
        <w:br/>
        <w:t>vt 0.578448 0.640411</w:t>
        <w:br/>
        <w:t>vt 0.579158 0.666821</w:t>
        <w:br/>
        <w:t>vt 0.579244 0.669048</w:t>
        <w:br/>
        <w:t>vt 0.563591 0.669048</w:t>
        <w:br/>
        <w:t>vt 0.563484 0.666821</w:t>
        <w:br/>
        <w:t>vt 0.608926 0.666821</w:t>
        <w:br/>
        <w:t>vt 0.608993 0.669048</w:t>
        <w:br/>
        <w:t>vt 0.593574 0.669048</w:t>
        <w:br/>
        <w:t>vt 0.593382 0.666821</w:t>
        <w:br/>
        <w:t>vt 0.590901 0.640411</w:t>
        <w:br/>
        <w:t>vt 0.590835 0.638372</w:t>
        <w:br/>
        <w:t>vt 0.605620 0.638372</w:t>
        <w:br/>
        <w:t>vt 0.605690 0.640411</w:t>
        <w:br/>
        <w:t>vt 0.620475 0.638372</w:t>
        <w:br/>
        <w:t>vt 0.620467 0.640411</w:t>
        <w:br/>
        <w:t>vt 0.623778 0.666821</w:t>
        <w:br/>
        <w:t>vt 0.623801 0.669048</w:t>
        <w:br/>
        <w:t>vt 0.641958 0.666821</w:t>
        <w:br/>
        <w:t>vt 0.641909 0.669048</w:t>
        <w:br/>
        <w:t>vt 0.639025 0.640411</w:t>
        <w:br/>
        <w:t>vt 0.639072 0.638372</w:t>
        <w:br/>
        <w:t>vt 0.656016 0.640411</w:t>
        <w:br/>
        <w:t>vt 0.656038 0.638372</w:t>
        <w:br/>
        <w:t>vt 0.659456 0.666821</w:t>
        <w:br/>
        <w:t>vt 0.664412 0.666821</w:t>
        <w:br/>
        <w:t>vt 0.663989 0.669048</w:t>
        <w:br/>
        <w:t>vt 0.659317 0.669048</w:t>
        <w:br/>
        <w:t>vt 0.550332 0.666821</w:t>
        <w:br/>
        <w:t>vt 0.550445 0.669048</w:t>
        <w:br/>
        <w:t>vt 0.537553 0.669048</w:t>
        <w:br/>
        <w:t>vt 0.537540 0.666821</w:t>
        <w:br/>
        <w:t>vt 0.551021 0.640411</w:t>
        <w:br/>
        <w:t>vt 0.538396 0.640411</w:t>
        <w:br/>
        <w:t>vt 0.538390 0.638372</w:t>
        <w:br/>
        <w:t>vt 0.551003 0.638372</w:t>
        <w:br/>
        <w:t>vt 0.525321 0.666821</w:t>
        <w:br/>
        <w:t>vt 0.525383 0.669048</w:t>
        <w:br/>
        <w:t>vt 0.525847 0.640411</w:t>
        <w:br/>
        <w:t>vt 0.525919 0.638372</w:t>
        <w:br/>
        <w:t>vt 0.513479 0.640411</w:t>
        <w:br/>
        <w:t>vt 0.513479 0.638372</w:t>
        <w:br/>
        <w:t>vt 0.513479 0.666821</w:t>
        <w:br/>
        <w:t>vt 0.513479 0.669048</w:t>
        <w:br/>
        <w:t>vt 0.716670 0.641376</w:t>
        <w:br/>
        <w:t>vt 0.716670 0.642948</w:t>
        <w:br/>
        <w:t>vt 0.716670 0.642948</w:t>
        <w:br/>
        <w:t>vt 0.697294 0.641376</w:t>
        <w:br/>
        <w:t>vt 0.697855 0.642948</w:t>
        <w:br/>
        <w:t>vt 0.578555 0.642948</w:t>
        <w:br/>
        <w:t>vt 0.578621 0.641376</w:t>
        <w:br/>
        <w:t>vt 0.608567 0.664060</w:t>
        <w:br/>
        <w:t>vt 0.608822 0.665741</w:t>
        <w:br/>
        <w:t>vt 0.639037 0.641376</w:t>
        <w:br/>
        <w:t>vt 0.639376 0.642948</w:t>
        <w:br/>
        <w:t>vt 0.656492 0.642948</w:t>
        <w:br/>
        <w:t>vt 0.656045 0.641376</w:t>
        <w:br/>
        <w:t>vt 0.525182 0.664060</w:t>
        <w:br/>
        <w:t>vt 0.525131 0.665741</w:t>
        <w:br/>
        <w:t>vt 0.513479 0.664060</w:t>
        <w:br/>
        <w:t>vt 0.513479 0.665741</w:t>
        <w:br/>
        <w:t>vt 0.706750 0.646627</w:t>
        <w:br/>
        <w:t>vt 0.716670 0.643921</w:t>
        <w:br/>
        <w:t>vt 0.716670 0.663021</w:t>
        <w:br/>
        <w:t>vt 0.707535 0.663021</w:t>
        <w:br/>
        <w:t>vt 0.690602 0.653156</w:t>
        <w:br/>
        <w:t>vt 0.692458 0.663021</w:t>
        <w:br/>
        <w:t>vt 0.675657 0.663021</w:t>
        <w:br/>
        <w:t>vt 0.675401 0.660783</w:t>
        <w:br/>
        <w:t>vt 0.563879 0.643921</w:t>
        <w:br/>
        <w:t>vt 0.578809 0.643921</w:t>
        <w:br/>
        <w:t>vt 0.578820 0.653471</w:t>
        <w:br/>
        <w:t>vt 0.563548 0.653471</w:t>
        <w:br/>
        <w:t>vt 0.608273 0.663021</w:t>
        <w:br/>
        <w:t>vt 0.592837 0.663021</w:t>
        <w:br/>
        <w:t>vt 0.592135 0.653471</w:t>
        <w:br/>
        <w:t>vt 0.607258 0.653471</w:t>
        <w:br/>
        <w:t>vt 0.621931 0.651948</w:t>
        <w:br/>
        <w:t>vt 0.623259 0.663021</w:t>
        <w:br/>
        <w:t>vt 0.641334 0.660299</w:t>
        <w:br/>
        <w:t>vt 0.641643 0.663021</w:t>
        <w:br/>
        <w:t>vt 0.671131 0.663021</w:t>
        <w:br/>
        <w:t>vt 0.538583 0.643921</w:t>
        <w:br/>
        <w:t>vt 0.551277 0.643921</w:t>
        <w:br/>
        <w:t>vt 0.550678 0.653471</w:t>
        <w:br/>
        <w:t>vt 0.537950 0.653471</w:t>
        <w:br/>
        <w:t>vt 0.563217 0.663021</w:t>
        <w:br/>
        <w:t>vt 0.550079 0.663021</w:t>
        <w:br/>
        <w:t>vt 0.537318 0.663021</w:t>
        <w:br/>
        <w:t>vt 0.525137 0.663021</w:t>
        <w:br/>
        <w:t>vt 0.525553 0.653471</w:t>
        <w:br/>
        <w:t>vt 0.513479 0.663021</w:t>
        <w:br/>
        <w:t>vt 0.513479 0.653471</w:t>
        <w:br/>
        <w:t>vt 0.658295 0.656520</w:t>
        <w:br/>
        <w:t>vt 0.659189 0.663021</w:t>
        <w:br/>
        <w:t>vt 0.578832 0.663021</w:t>
        <w:br/>
        <w:t>vt 0.706799 0.641376</w:t>
        <w:br/>
        <w:t>vt 0.713460 0.643921</w:t>
        <w:br/>
        <w:t>vt 0.707211 0.643921</w:t>
        <w:br/>
        <w:t>vt 0.696021 0.643921</w:t>
        <w:br/>
        <w:t>vt 0.707425 0.642948</w:t>
        <w:br/>
        <w:t>vt 0.688199 0.643921</w:t>
        <w:br/>
        <w:t>vt 0.672202 0.643921</w:t>
        <w:br/>
        <w:t>vt 0.656480 0.643921</w:t>
        <w:br/>
        <w:t>vt 0.639449 0.643921</w:t>
        <w:br/>
        <w:t>vt 0.620948 0.643921</w:t>
        <w:br/>
        <w:t>vt 0.606242 0.643921</w:t>
        <w:br/>
        <w:t>vt 0.591434 0.643921</w:t>
        <w:br/>
        <w:t>vt 0.525968 0.643921</w:t>
        <w:br/>
        <w:t>vt 0.513479 0.643921</w:t>
        <w:br/>
        <w:t>vt 0.791455 0.293305</w:t>
        <w:br/>
        <w:t>vt 0.791455 0.281947</w:t>
        <w:br/>
        <w:t>vt 0.794476 0.282368</w:t>
        <w:br/>
        <w:t>vt 0.793894 0.224001</w:t>
        <w:br/>
        <w:t>vt 0.791455 0.224016</w:t>
        <w:br/>
        <w:t>vt 0.791455 0.210639</w:t>
        <w:br/>
        <w:t>vt 0.793894 0.210392</w:t>
        <w:br/>
        <w:t>vt 0.791455 0.238388</w:t>
        <w:br/>
        <w:t>vt 0.793894 0.238452</w:t>
        <w:br/>
        <w:t>vt 0.798516 0.238521</w:t>
        <w:br/>
        <w:t>vt 0.797340 0.253565</w:t>
        <w:br/>
        <w:t>vt 0.795058 0.253396</w:t>
        <w:br/>
        <w:t>vt 0.795058 0.238441</w:t>
        <w:br/>
        <w:t>vt 0.793894 0.183222</w:t>
        <w:br/>
        <w:t>vt 0.791455 0.183789</w:t>
        <w:br/>
        <w:t>vt 0.791455 0.170619</w:t>
        <w:br/>
        <w:t>vt 0.793894 0.169929</w:t>
        <w:br/>
        <w:t>vt 0.791455 0.144891</w:t>
        <w:br/>
        <w:t>vt 0.793894 0.157195</w:t>
        <w:br/>
        <w:t>vt 0.791455 0.157824</w:t>
        <w:br/>
        <w:t>vt 0.790340 0.293446</w:t>
        <w:br/>
        <w:t>vt 0.791455 0.313455</w:t>
        <w:br/>
        <w:t>vt 0.787674 0.313455</w:t>
        <w:br/>
        <w:t>vt 0.787674 0.293581</w:t>
        <w:br/>
        <w:t>vt 0.787674 0.282230</w:t>
        <w:br/>
        <w:t>vt 0.790340 0.282074</w:t>
        <w:br/>
        <w:t>vt 0.790340 0.183744</w:t>
        <w:br/>
        <w:t>vt 0.790340 0.197232</w:t>
        <w:br/>
        <w:t>vt 0.787674 0.197102</w:t>
        <w:br/>
        <w:t>vt 0.787674 0.183650</w:t>
        <w:br/>
        <w:t>vt 0.790340 0.210579</w:t>
        <w:br/>
        <w:t>vt 0.790340 0.223966</w:t>
        <w:br/>
        <w:t>vt 0.787674 0.223878</w:t>
        <w:br/>
        <w:t>vt 0.787674 0.210468</w:t>
        <w:br/>
        <w:t>vt 0.790340 0.238391</w:t>
        <w:br/>
        <w:t>vt 0.787674 0.238391</w:t>
        <w:br/>
        <w:t>vt 0.790340 0.253269</w:t>
        <w:br/>
        <w:t>vt 0.787674 0.253234</w:t>
        <w:br/>
        <w:t>vt 0.787674 0.267829</w:t>
        <w:br/>
        <w:t>vt 0.790340 0.267830</w:t>
        <w:br/>
        <w:t>vt 0.790340 0.157857</w:t>
        <w:br/>
        <w:t>vt 0.790340 0.170585</w:t>
        <w:br/>
        <w:t>vt 0.787674 0.170483</w:t>
        <w:br/>
        <w:t>vt 0.787674 0.157822</w:t>
        <w:br/>
        <w:t>vt 0.787674 0.145015</w:t>
        <w:br/>
        <w:t>vt 0.790340 0.144951</w:t>
        <w:br/>
        <w:t>vt 0.790340 0.131243</w:t>
        <w:br/>
        <w:t>vt 0.787674 0.131243</w:t>
        <w:br/>
        <w:t>vt 0.793894 0.196845</w:t>
        <w:br/>
        <w:t>vt 0.791455 0.197280</w:t>
        <w:br/>
        <w:t>vt 0.793894 0.253465</w:t>
        <w:br/>
        <w:t>vt 0.791455 0.253246</w:t>
        <w:br/>
        <w:t>vt 0.793894 0.268214</w:t>
        <w:br/>
        <w:t>vt 0.791455 0.267799</w:t>
        <w:br/>
        <w:t>vt 0.791455 0.293305</w:t>
        <w:br/>
        <w:t>vt 0.791455 0.131243</w:t>
        <w:br/>
        <w:t>vt 0.786561 0.131243</w:t>
        <w:br/>
        <w:t>vt 0.786561 0.145055</w:t>
        <w:br/>
        <w:t>vt 0.786561 0.157833</w:t>
        <w:br/>
        <w:t>vt 0.786561 0.170460</w:t>
        <w:br/>
        <w:t>vt 0.786561 0.183603</w:t>
        <w:br/>
        <w:t>vt 0.786561 0.197024</w:t>
        <w:br/>
        <w:t>vt 0.786561 0.210411</w:t>
        <w:br/>
        <w:t>vt 0.786561 0.223861</w:t>
        <w:br/>
        <w:t>vt 0.786561 0.238424</w:t>
        <w:br/>
        <w:t>vt 0.786561 0.253242</w:t>
        <w:br/>
        <w:t>vt 0.786561 0.267837</w:t>
        <w:br/>
        <w:t>vt 0.786561 0.282273</w:t>
        <w:br/>
        <w:t>vt 0.786561 0.293619</w:t>
        <w:br/>
        <w:t>vt 0.786561 0.313455</w:t>
        <w:br/>
        <w:t>vt 0.795058 0.170050</w:t>
        <w:br/>
        <w:t>vt 0.795058 0.183333</w:t>
        <w:br/>
        <w:t>vt 0.795058 0.196935</w:t>
        <w:br/>
        <w:t>vt 0.795058 0.210439</w:t>
        <w:br/>
        <w:t>vt 0.795058 0.223996</w:t>
        <w:br/>
        <w:t>vt 0.795058 0.268088</w:t>
        <w:br/>
        <w:t>vt 0.673800 0.652005</w:t>
        <w:br/>
        <w:t>vt 0.688887 0.646513</w:t>
        <w:br/>
        <w:t>vt 0.797661 0.196544</w:t>
        <w:br/>
        <w:t>vt 0.796350 0.183093</w:t>
        <w:br/>
        <w:t>vt 0.795853 0.268214</w:t>
        <w:br/>
        <w:t>vt 0.798708 0.210133</w:t>
        <w:br/>
        <w:t>vt 0.798939 0.223970</w:t>
        <w:br/>
        <w:t>vt 0.640047 0.649401</w:t>
        <w:br/>
        <w:t>vt 0.793894 0.157195</w:t>
        <w:br/>
        <w:t>vt 0.491811 0.701370</w:t>
        <w:br/>
        <w:t>vt 0.492059 0.688042</w:t>
        <w:br/>
        <w:t>vt 0.515604 0.688042</w:t>
        <w:br/>
        <w:t>vt 0.515604 0.701370</w:t>
        <w:br/>
        <w:t>vt 0.475517 0.701370</w:t>
        <w:br/>
        <w:t>vt 0.477325 0.688042</w:t>
        <w:br/>
        <w:t>vt 0.463373 0.688042</w:t>
        <w:br/>
        <w:t>vt 0.463678 0.701370</w:t>
        <w:br/>
        <w:t>vt 0.460504 0.698636</w:t>
        <w:br/>
        <w:t>vt 0.460412 0.690213</w:t>
        <w:br/>
        <w:t>vt 0.515604 0.684501</w:t>
        <w:br/>
        <w:t>vt 0.491864 0.684501</w:t>
        <w:br/>
        <w:t>vt 0.491837 0.682364</w:t>
        <w:br/>
        <w:t>vt 0.515604 0.682364</w:t>
        <w:br/>
        <w:t>vt 0.474819 0.705055</w:t>
        <w:br/>
        <w:t>vt 0.474630 0.707289</w:t>
        <w:br/>
        <w:t>vt 0.461870 0.707289</w:t>
        <w:br/>
        <w:t>vt 0.462565 0.705055</w:t>
        <w:br/>
        <w:t>vt 0.457862 0.699942</w:t>
        <w:br/>
        <w:t>vt 0.456352 0.700870</w:t>
        <w:br/>
        <w:t>vt 0.454361 0.694525</w:t>
        <w:br/>
        <w:t>vt 0.456129 0.694529</w:t>
        <w:br/>
        <w:t>vt 0.515604 0.705055</w:t>
        <w:br/>
        <w:t>vt 0.515604 0.707289</w:t>
        <w:br/>
        <w:t>vt 0.491516 0.707289</w:t>
        <w:br/>
        <w:t>vt 0.491558 0.705055</w:t>
        <w:br/>
        <w:t>vt 0.461552 0.682364</w:t>
        <w:br/>
        <w:t>vt 0.476543 0.682364</w:t>
        <w:br/>
        <w:t>vt 0.476920 0.684501</w:t>
        <w:br/>
        <w:t>vt 0.462272 0.684501</w:t>
        <w:br/>
        <w:t>vt 0.457766 0.689104</w:t>
        <w:br/>
        <w:t>vt 0.456270 0.688215</w:t>
        <w:br/>
        <w:t>vt 0.491948 0.685350</w:t>
        <w:br/>
        <w:t>vt 0.515604 0.685350</w:t>
        <w:br/>
        <w:t>vt 0.515604 0.687153</w:t>
        <w:br/>
        <w:t>vt 0.492018 0.687153</w:t>
        <w:br/>
        <w:t>vt 0.477386 0.687153</w:t>
        <w:br/>
        <w:t>vt 0.477104 0.685350</w:t>
        <w:br/>
        <w:t>vt 0.458302 0.689425</w:t>
        <w:br/>
        <w:t>vt 0.462554 0.685350</w:t>
        <w:br/>
        <w:t>vt 0.463045 0.687153</w:t>
        <w:br/>
        <w:t>vt 0.459760 0.689920</w:t>
        <w:br/>
        <w:t>vt 0.458405 0.694438</w:t>
        <w:br/>
        <w:t>vt 0.456762 0.694530</w:t>
        <w:br/>
        <w:t>vt 0.458402 0.699609</w:t>
        <w:br/>
        <w:t>vt 0.459858 0.698943</w:t>
        <w:br/>
        <w:t>vt 0.463345 0.702317</w:t>
        <w:br/>
        <w:t>vt 0.462839 0.704159</w:t>
        <w:br/>
        <w:t>vt 0.491651 0.704159</w:t>
        <w:br/>
        <w:t>vt 0.475030 0.704159</w:t>
        <w:br/>
        <w:t>vt 0.475370 0.702317</w:t>
        <w:br/>
        <w:t>vt 0.491759 0.702317</w:t>
        <w:br/>
        <w:t>vt 0.515604 0.702317</w:t>
        <w:br/>
        <w:t>vt 0.515604 0.704159</w:t>
        <w:br/>
        <w:t>vt 0.459135 0.694431</w:t>
        <w:br/>
        <w:t>vt 0.564316 0.629822</w:t>
        <w:br/>
        <w:t>vt 0.568639 0.629822</w:t>
        <w:br/>
        <w:t>vt 0.568311 0.631312</w:t>
        <w:br/>
        <w:t>vt 0.561956 0.631312</w:t>
        <w:br/>
        <w:t>vt 0.600679 0.611309</w:t>
        <w:br/>
        <w:t>vt 0.613287 0.611309</w:t>
        <w:br/>
        <w:t>vt 0.613171 0.612807</w:t>
        <w:br/>
        <w:t>vt 0.600319 0.612807</w:t>
        <w:br/>
        <w:t>vt 0.626123 0.612807</w:t>
        <w:br/>
        <w:t>vt 0.626069 0.611309</w:t>
        <w:br/>
        <w:t>vt 0.659739 0.631312</w:t>
        <w:br/>
        <w:t>vt 0.659588 0.629822</w:t>
        <w:br/>
        <w:t>vt 0.672695 0.629034</w:t>
        <w:br/>
        <w:t>vt 0.528427 0.629822</w:t>
        <w:br/>
        <w:t>vt 0.528700 0.631312</w:t>
        <w:br/>
        <w:t>vt 0.511934 0.631312</w:t>
        <w:br/>
        <w:t>vt 0.511934 0.629822</w:t>
        <w:br/>
        <w:t>vt 0.552326 0.611309</w:t>
        <w:br/>
        <w:t>vt 0.552259 0.612807</w:t>
        <w:br/>
        <w:t>vt 0.539099 0.612807</w:t>
        <w:br/>
        <w:t>vt 0.538880 0.611309</w:t>
        <w:br/>
        <w:t>vt 0.642236 0.631312</w:t>
        <w:br/>
        <w:t>vt 0.642147 0.629822</w:t>
        <w:br/>
        <w:t>vt 0.583713 0.631312</w:t>
        <w:br/>
        <w:t>vt 0.584115 0.629822</w:t>
        <w:br/>
        <w:t>vt 0.810190 0.642402</w:t>
        <w:br/>
        <w:t>vt 0.810230 0.644415</w:t>
        <w:br/>
        <w:t>vt 0.807315 0.642402</w:t>
        <w:br/>
        <w:t>vt 0.778783 0.657164</w:t>
        <w:br/>
        <w:t>vt 0.787304 0.647531</w:t>
        <w:br/>
        <w:t>vt 0.788093 0.657164</w:t>
        <w:br/>
        <w:t>vt 0.761842 0.657164</w:t>
        <w:br/>
        <w:t>vt 0.752857 0.657164</w:t>
        <w:br/>
        <w:t>vt 0.753198 0.648598</w:t>
        <w:br/>
        <w:t>vt 0.759722 0.642402</w:t>
        <w:br/>
        <w:t>vt 0.735556 0.642402</w:t>
        <w:br/>
        <w:t>vt 0.734543 0.657164</w:t>
        <w:br/>
        <w:t>vt 0.726588 0.657164</w:t>
        <w:br/>
        <w:t>vt 0.728025 0.642402</w:t>
        <w:br/>
        <w:t>vt 0.816957 0.648381</w:t>
        <w:br/>
        <w:t>vt 0.824018 0.652289</w:t>
        <w:br/>
        <w:t>vt 0.823438 0.657164</w:t>
        <w:br/>
        <w:t>vt 0.815961 0.657164</w:t>
        <w:br/>
        <w:t>vt 0.743087 0.642402</w:t>
        <w:br/>
        <w:t>vt 0.753305 0.642402</w:t>
        <w:br/>
        <w:t>vt 0.742497 0.657164</w:t>
        <w:br/>
        <w:t>vt 0.798144 0.642402</w:t>
        <w:br/>
        <w:t>vt 0.798503 0.653598</w:t>
        <w:br/>
        <w:t>vt 0.787472 0.642402</w:t>
        <w:br/>
        <w:t>vt 0.707486 0.632503</w:t>
        <w:br/>
        <w:t>vt 0.707486 0.634690</w:t>
        <w:br/>
        <w:t>vt 0.686119 0.634690</w:t>
        <w:br/>
        <w:t>vt 0.685951 0.632503</w:t>
        <w:br/>
        <w:t>vt 0.707486 0.610500</w:t>
        <w:br/>
        <w:t>vt 0.684121 0.610500</w:t>
        <w:br/>
        <w:t>vt 0.683918 0.608143</w:t>
        <w:br/>
        <w:t>vt 0.707486 0.608143</w:t>
        <w:br/>
        <w:t>vt 0.556621 0.608143</w:t>
        <w:br/>
        <w:t>vt 0.558050 0.610500</w:t>
        <w:br/>
        <w:t>vt 0.552295 0.610500</w:t>
        <w:br/>
        <w:t>vt 0.552329 0.608143</w:t>
        <w:br/>
        <w:t>vt 0.567814 0.634690</w:t>
        <w:br/>
        <w:t>vt 0.558424 0.634690</w:t>
        <w:br/>
        <w:t>vt 0.560355 0.632503</w:t>
        <w:br/>
        <w:t>vt 0.568161 0.632503</w:t>
        <w:br/>
        <w:t>vt 0.583516 0.632503</w:t>
        <w:br/>
        <w:t>vt 0.596493 0.632503</w:t>
        <w:br/>
        <w:t>vt 0.595968 0.634690</w:t>
        <w:br/>
        <w:t>vt 0.583043 0.634690</w:t>
        <w:br/>
        <w:t>vt 0.613283 0.608143</w:t>
        <w:br/>
        <w:t>vt 0.613364 0.610500</w:t>
        <w:br/>
        <w:t>vt 0.600793 0.610500</w:t>
        <w:br/>
        <w:t>vt 0.600621 0.608143</w:t>
        <w:br/>
        <w:t>vt 0.630192 0.610500</w:t>
        <w:br/>
        <w:t>vt 0.626075 0.610500</w:t>
        <w:br/>
        <w:t>vt 0.626065 0.608143</w:t>
        <w:br/>
        <w:t>vt 0.630001 0.608143</w:t>
        <w:br/>
        <w:t>vt 0.612355 0.634690</w:t>
        <w:br/>
        <w:t>vt 0.612375 0.632503</w:t>
        <w:br/>
        <w:t>vt 0.626893 0.632503</w:t>
        <w:br/>
        <w:t>vt 0.627244 0.634690</w:t>
        <w:br/>
        <w:t>vt 0.671176 0.610500</w:t>
        <w:br/>
        <w:t>vt 0.670973 0.608143</w:t>
        <w:br/>
        <w:t>vt 0.673050 0.634690</w:t>
        <w:br/>
        <w:t>vt 0.672695 0.629034</w:t>
        <w:br/>
        <w:t>vt 0.526153 0.610500</w:t>
        <w:br/>
        <w:t>vt 0.511934 0.610500</w:t>
        <w:br/>
        <w:t>vt 0.511934 0.608143</w:t>
        <w:br/>
        <w:t>vt 0.527070 0.608143</w:t>
        <w:br/>
        <w:t>vt 0.528976 0.634690</w:t>
        <w:br/>
        <w:t>vt 0.528902 0.632503</w:t>
        <w:br/>
        <w:t>vt 0.541459 0.632503</w:t>
        <w:br/>
        <w:t>vt 0.541710 0.634690</w:t>
        <w:br/>
        <w:t>vt 0.551695 0.632503</w:t>
        <w:br/>
        <w:t>vt 0.551231 0.634690</w:t>
        <w:br/>
        <w:t>vt 0.658230 0.610500</w:t>
        <w:br/>
        <w:t>vt 0.640567 0.610500</w:t>
        <w:br/>
        <w:t>vt 0.640608 0.608143</w:t>
        <w:br/>
        <w:t>vt 0.658028 0.608143</w:t>
        <w:br/>
        <w:t>vt 0.659750 0.632503</w:t>
        <w:br/>
        <w:t>vt 0.659980 0.634690</w:t>
        <w:br/>
        <w:t>vt 0.642660 0.634690</w:t>
        <w:br/>
        <w:t>vt 0.642259 0.632503</w:t>
        <w:br/>
        <w:t>vt 0.570639 0.610500</w:t>
        <w:br/>
        <w:t>vt 0.570684 0.608143</w:t>
        <w:br/>
        <w:t>vt 0.586700 0.608143</w:t>
        <w:br/>
        <w:t>vt 0.586846 0.610500</w:t>
        <w:br/>
        <w:t>vt 0.558313 0.611309</w:t>
        <w:br/>
        <w:t>vt 0.570600 0.611309</w:t>
        <w:br/>
        <w:t>vt 0.570216 0.612807</w:t>
        <w:br/>
        <w:t>vt 0.556396 0.612807</w:t>
        <w:br/>
        <w:t>vt 0.596992 0.629822</w:t>
        <w:br/>
        <w:t>vt 0.612525 0.629822</w:t>
        <w:br/>
        <w:t>vt 0.612432 0.631312</w:t>
        <w:br/>
        <w:t>vt 0.596662 0.631312</w:t>
        <w:br/>
        <w:t>vt 0.626898 0.631312</w:t>
        <w:br/>
        <w:t>vt 0.626877 0.629822</w:t>
        <w:br/>
        <w:t>vt 0.526064 0.611309</w:t>
        <w:br/>
        <w:t>vt 0.526311 0.612807</w:t>
        <w:br/>
        <w:t>vt 0.511934 0.612807</w:t>
        <w:br/>
        <w:t>vt 0.511934 0.611309</w:t>
        <w:br/>
        <w:t>vt 0.551754 0.629822</w:t>
        <w:br/>
        <w:t>vt 0.551716 0.631312</w:t>
        <w:br/>
        <w:t>vt 0.541204 0.631312</w:t>
        <w:br/>
        <w:t>vt 0.540958 0.629822</w:t>
        <w:br/>
        <w:t>vt 0.658523 0.612807</w:t>
        <w:br/>
        <w:t>vt 0.640680 0.612807</w:t>
        <w:br/>
        <w:t>vt 0.640553 0.611309</w:t>
        <w:br/>
        <w:t>vt 0.658330 0.611309</w:t>
        <w:br/>
        <w:t>vt 0.586382 0.612807</w:t>
        <w:br/>
        <w:t>vt 0.586781 0.611309</w:t>
        <w:br/>
        <w:t>vt 0.798832 0.657164</w:t>
        <w:br/>
        <w:t>vt 0.805311 0.657164</w:t>
        <w:br/>
        <w:t>vt 0.770611 0.642402</w:t>
        <w:br/>
        <w:t>vt 0.769887 0.657164</w:t>
        <w:br/>
        <w:t>vt 0.762672 0.642402</w:t>
        <w:br/>
        <w:t>vt 0.825790 0.642402</w:t>
        <w:br/>
        <w:t>vt 0.834361 0.642402</w:t>
        <w:br/>
        <w:t>vt 0.834595 0.657164</w:t>
        <w:br/>
        <w:t>vt 0.817681 0.642402</w:t>
        <w:br/>
        <w:t>vt 0.555295 0.613630</w:t>
        <w:br/>
        <w:t>vt 0.551621 0.629034</w:t>
        <w:br/>
        <w:t>vt 0.552155 0.615096</w:t>
        <w:br/>
        <w:t>vt 0.613057 0.613630</w:t>
        <w:br/>
        <w:t>vt 0.597121 0.629034</w:t>
        <w:br/>
        <w:t>vt 0.600017 0.613630</w:t>
        <w:br/>
        <w:t>vt 0.642211 0.629034</w:t>
        <w:br/>
        <w:t>vt 0.627014 0.629034</w:t>
        <w:br/>
        <w:t>vt 0.634153 0.613630</w:t>
        <w:br/>
        <w:t>vt 0.641236 0.618124</w:t>
        <w:br/>
        <w:t>vt 0.526528 0.613630</w:t>
        <w:br/>
        <w:t>vt 0.528473 0.629034</w:t>
        <w:br/>
        <w:t>vt 0.511934 0.629034</w:t>
        <w:br/>
        <w:t>vt 0.511934 0.613630</w:t>
        <w:br/>
        <w:t>vt 0.541035 0.629034</w:t>
        <w:br/>
        <w:t>vt 0.540569 0.623525</w:t>
        <w:br/>
        <w:t>vt 0.658611 0.613630</w:t>
        <w:br/>
        <w:t>vt 0.659579 0.629034</w:t>
        <w:br/>
        <w:t>vt 0.640853 0.613630</w:t>
        <w:br/>
        <w:t>vt 0.569804 0.613630</w:t>
        <w:br/>
        <w:t>vt 0.585872 0.613630</w:t>
        <w:br/>
        <w:t>vt 0.569129 0.625901</w:t>
        <w:br/>
        <w:t>vt 0.600679 0.611309</w:t>
        <w:br/>
        <w:t>vt 0.633377 0.612807</w:t>
        <w:br/>
        <w:t>vt 0.539355 0.613630</w:t>
        <w:br/>
        <w:t>vt 0.552221 0.613630</w:t>
        <w:br/>
        <w:t>vt 0.568819 0.629034</w:t>
        <w:br/>
        <w:t>vt 0.564842 0.629034</w:t>
        <w:br/>
        <w:t>vt 0.584383 0.629034</w:t>
        <w:br/>
        <w:t>vt 0.596992 0.629822</w:t>
        <w:br/>
        <w:t>vt 0.612627 0.629034</w:t>
        <w:br/>
        <w:t>vt 0.631232 0.611309</w:t>
        <w:br/>
        <w:t>vt 0.626203 0.613630</w:t>
        <w:br/>
        <w:t>vt 0.810393 0.657164</w:t>
        <w:br/>
        <w:t>vt 0.778726 0.642402</w:t>
        <w:br/>
        <w:t>vt 0.539022 0.610500</w:t>
        <w:br/>
        <w:t>vt 0.540039 0.608143</w:t>
        <w:br/>
        <w:t>vt 0.533453 0.629034</w:t>
        <w:br/>
        <w:t>vt 0.530341 0.631312</w:t>
        <w:br/>
        <w:t>vt 0.533115 0.629822</w:t>
        <w:br/>
        <w:t>vt 0.511934 0.634690</w:t>
        <w:br/>
        <w:t>vt 0.511934 0.632503</w:t>
        <w:br/>
        <w:t>vt 0.671417 0.612582</w:t>
        <w:br/>
        <w:t>vt 0.658280 0.610904</w:t>
        <w:br/>
        <w:t>vt 0.099721 0.377296</w:t>
        <w:br/>
        <w:t>vt 0.087717 0.367352</w:t>
        <w:br/>
        <w:t>vt 0.108581 0.360394</w:t>
        <w:br/>
        <w:t>vt 0.119946 0.374996</w:t>
        <w:br/>
        <w:t>vt 0.093999 0.397400</w:t>
        <w:br/>
        <w:t>vt 0.117384 0.400235</w:t>
        <w:br/>
        <w:t>vt 0.114210 0.429920</w:t>
        <w:br/>
        <w:t>vt 0.086780 0.423647</w:t>
        <w:br/>
        <w:t>vt 0.074266 0.397460</w:t>
        <w:br/>
        <w:t>vt 0.063807 0.384633</w:t>
        <w:br/>
        <w:t>vt 0.074266 0.397460</w:t>
        <w:br/>
        <w:t>vt 0.052624 0.416085</w:t>
        <w:br/>
        <w:t>vt 0.109680 0.471995</w:t>
        <w:br/>
        <w:t>vt 0.074387 0.459828</w:t>
        <w:br/>
        <w:t>vt 0.052624 0.416085</w:t>
        <w:br/>
        <w:t>vt 0.041562 0.407750</w:t>
        <w:br/>
        <w:t>vt 0.031958 0.446002</w:t>
        <w:br/>
        <w:t>vt 0.022033 0.437527</w:t>
        <w:br/>
        <w:t>vt 0.031958 0.446002</w:t>
        <w:br/>
        <w:t>vt 0.004136 0.475362</w:t>
        <w:br/>
        <w:t>vt 0.015935 0.481307</w:t>
        <w:br/>
        <w:t>vt 0.076534 0.519697</w:t>
        <w:br/>
        <w:t>vt 0.050839 0.501970</w:t>
        <w:br/>
        <w:t>vt 0.010683 0.516048</w:t>
        <w:br/>
        <w:t>vt 0.000103 0.514717</w:t>
        <w:br/>
        <w:t>vt 0.010683 0.516048</w:t>
        <w:br/>
        <w:t>vt 0.022382 0.539314</w:t>
        <w:br/>
        <w:t>vt 0.012763 0.543461</w:t>
        <w:br/>
        <w:t>vt 0.022382 0.539314</w:t>
        <w:br/>
        <w:t>vt 0.037262 0.552009</w:t>
        <w:br/>
        <w:t>vt 0.031175 0.560743</w:t>
        <w:br/>
        <w:t>vt 0.044229 0.565347</w:t>
        <w:br/>
        <w:t>vt 0.050415 0.552795</w:t>
        <w:br/>
        <w:t>vt 0.050415 0.552795</w:t>
        <w:br/>
        <w:t>vt 0.096514 0.539036</w:t>
        <w:br/>
        <w:t>vt 0.062686 0.549951</w:t>
        <w:br/>
        <w:t>vt 0.060897 0.555852</w:t>
        <w:br/>
        <w:t>vt 0.096514 0.539036</w:t>
        <w:br/>
        <w:t>vt 0.077483 0.562021</w:t>
        <w:br/>
        <w:t>vt 0.062686 0.549951</w:t>
        <w:br/>
        <w:t>vt 0.099721 0.377296</w:t>
        <w:br/>
        <w:t>vt 0.466525 0.300023</w:t>
        <w:br/>
        <w:t>vt 0.464914 0.300844</w:t>
        <w:br/>
        <w:t>vt 0.465408 0.299898</w:t>
        <w:br/>
        <w:t>vt 0.466525 0.299890</w:t>
        <w:br/>
        <w:t>vt 0.500000 0.762755</w:t>
        <w:br/>
        <w:t>vt 0.464860 0.765649</w:t>
        <w:br/>
        <w:t>vt 0.465194 0.690674</w:t>
        <w:br/>
        <w:t>vt 0.500000 0.689131</w:t>
        <w:br/>
        <w:t>vt 0.466492 0.634152</w:t>
        <w:br/>
        <w:t>vt 0.500000 0.633804</w:t>
        <w:br/>
        <w:t>vt 0.467872 0.584932</w:t>
        <w:br/>
        <w:t>vt 0.500000 0.583808</w:t>
        <w:br/>
        <w:t>vt 0.469503 0.562174</w:t>
        <w:br/>
        <w:t>vt 0.500000 0.563692</w:t>
        <w:br/>
        <w:t>vt 0.437251 0.585205</w:t>
        <w:br/>
        <w:t>vt 0.435830 0.634475</w:t>
        <w:br/>
        <w:t>vt 0.442573 0.560434</w:t>
        <w:br/>
        <w:t>vt 0.473629 0.541835</w:t>
        <w:br/>
        <w:t>vt 0.500000 0.542017</w:t>
        <w:br/>
        <w:t>vt 0.433954 0.693609</w:t>
        <w:br/>
        <w:t>vt 0.475429 0.519127</w:t>
        <w:br/>
        <w:t>vt 0.500000 0.520235</w:t>
        <w:br/>
        <w:t>vt 0.478948 0.497046</w:t>
        <w:br/>
        <w:t>vt 0.500000 0.497813</w:t>
        <w:br/>
        <w:t>vt 0.481040 0.477539</w:t>
        <w:br/>
        <w:t>vt 0.500000 0.477983</w:t>
        <w:br/>
        <w:t>vt 0.458686 0.515181</w:t>
        <w:br/>
        <w:t>vt 0.463806 0.494128</w:t>
        <w:br/>
        <w:t>vt 0.451826 0.538622</w:t>
        <w:br/>
        <w:t>vt 0.466026 0.475189</w:t>
        <w:br/>
        <w:t>vt 0.429412 0.532249</w:t>
        <w:br/>
        <w:t>vt 0.443695 0.512403</w:t>
        <w:br/>
        <w:t>vt 0.447086 0.492357</w:t>
        <w:br/>
        <w:t>vt 0.404995 0.551059</w:t>
        <w:br/>
        <w:t>vt 0.448631 0.470425</w:t>
        <w:br/>
        <w:t>vt 0.418427 0.527340</w:t>
        <w:br/>
        <w:t>vt 0.432668 0.511939</w:t>
        <w:br/>
        <w:t>vt 0.404680 0.585305</w:t>
        <w:br/>
        <w:t>vt 0.401027 0.537867</w:t>
        <w:br/>
        <w:t>vt 0.435087 0.482349</w:t>
        <w:br/>
        <w:t>vt 0.403855 0.635151</w:t>
        <w:br/>
        <w:t>vt 0.426303 0.510251</w:t>
        <w:br/>
        <w:t>vt 0.413300 0.520284</w:t>
        <w:br/>
        <w:t>vt 0.403574 0.697523</w:t>
        <w:br/>
        <w:t>vt 0.398589 0.531192</w:t>
        <w:br/>
        <w:t>vt 0.434431 0.767163</w:t>
        <w:br/>
        <w:t>vt 0.500000 0.830251</w:t>
        <w:br/>
        <w:t>vt 0.465486 0.831383</w:t>
        <w:br/>
        <w:t>vt 0.500000 0.893837</w:t>
        <w:br/>
        <w:t>vt 0.464429 0.893476</w:t>
        <w:br/>
        <w:t>vt 0.425688 0.891300</w:t>
        <w:br/>
        <w:t>vt 0.427218 0.828979</w:t>
        <w:br/>
        <w:t>vt 0.382162 0.889051</w:t>
        <w:br/>
        <w:t>vt 0.384307 0.827353</w:t>
        <w:br/>
        <w:t>vt 0.405266 0.769065</w:t>
        <w:br/>
        <w:t>vt 0.348511 0.824501</w:t>
        <w:br/>
        <w:t>vt 0.348710 0.884068</w:t>
        <w:br/>
        <w:t>vt 0.375865 0.701493</w:t>
        <w:br/>
        <w:t>vt 0.378225 0.769528</w:t>
        <w:br/>
        <w:t>vt 0.348621 0.767242</w:t>
        <w:br/>
        <w:t>vt 0.320235 0.878478</w:t>
        <w:br/>
        <w:t>vt 0.323933 0.816061</w:t>
        <w:br/>
        <w:t>vt 0.323723 0.758425</w:t>
        <w:br/>
        <w:t>vt 0.350904 0.705023</w:t>
        <w:br/>
        <w:t>vt 0.327949 0.703518</w:t>
        <w:br/>
        <w:t>vt 0.283659 0.802867</w:t>
        <w:br/>
        <w:t>vt 0.273329 0.862931</w:t>
        <w:br/>
        <w:t>vt 0.293314 0.746763</w:t>
        <w:br/>
        <w:t>vt 0.187258 0.827362</w:t>
        <w:br/>
        <w:t>vt 0.216870 0.772716</w:t>
        <w:br/>
        <w:t>vt 0.244983 0.724636</w:t>
        <w:br/>
        <w:t>vt 0.161780 0.724003</w:t>
        <w:br/>
        <w:t>vt 0.117815 0.756389</w:t>
        <w:br/>
        <w:t>vt 0.198119 0.682455</w:t>
        <w:br/>
        <w:t>vt 0.083296 0.675756</w:t>
        <w:br/>
        <w:t>vt 0.129958 0.659293</w:t>
        <w:br/>
        <w:t>vt 0.179335 0.631037</w:t>
        <w:br/>
        <w:t>vt 0.113559 0.598042</w:t>
        <w:br/>
        <w:t>vt 0.071530 0.611102</w:t>
        <w:br/>
        <w:t>vt 0.139172 0.588317</w:t>
        <w:br/>
        <w:t>vt 0.180524 0.573329</w:t>
        <w:br/>
        <w:t>vt 0.142673 0.532828</w:t>
        <w:br/>
        <w:t>vt 0.185422 0.524976</w:t>
        <w:br/>
        <w:t>vt 0.223611 0.603356</w:t>
        <w:br/>
        <w:t>vt 0.240656 0.639351</w:t>
        <w:br/>
        <w:t>vt 0.154688 0.479579</w:t>
        <w:br/>
        <w:t>vt 0.192441 0.486474</w:t>
        <w:br/>
        <w:t>vt 0.230611 0.551410</w:t>
        <w:br/>
        <w:t>vt 0.272068 0.675735</w:t>
        <w:br/>
        <w:t>vt 0.258081 0.573961</w:t>
        <w:br/>
        <w:t>vt 0.271512 0.601059</w:t>
        <w:br/>
        <w:t>vt 0.301254 0.695041</w:t>
        <w:br/>
        <w:t>vt 0.292532 0.621629</w:t>
        <w:br/>
        <w:t>vt 0.313834 0.633618</w:t>
        <w:br/>
        <w:t>vt 0.334133 0.638709</w:t>
        <w:br/>
        <w:t>vt 0.351114 0.640450</w:t>
        <w:br/>
        <w:t>vt 0.377429 0.637367</w:t>
        <w:br/>
        <w:t>vt 0.319973 0.594934</w:t>
        <w:br/>
        <w:t>vt 0.337191 0.600134</w:t>
        <w:br/>
        <w:t>vt 0.353592 0.600358</w:t>
        <w:br/>
        <w:t>vt 0.304719 0.582101</w:t>
        <w:br/>
        <w:t>vt 0.292143 0.563570</w:t>
        <w:br/>
        <w:t>vt 0.377866 0.594246</w:t>
        <w:br/>
        <w:t>vt 0.340802 0.571800</w:t>
        <w:br/>
        <w:t>vt 0.356704 0.571886</w:t>
        <w:br/>
        <w:t>vt 0.380243 0.562141</w:t>
        <w:br/>
        <w:t>vt 0.381098 0.547480</w:t>
        <w:br/>
        <w:t>vt 0.359507 0.551158</w:t>
        <w:br/>
        <w:t>vt 0.344842 0.551233</w:t>
        <w:br/>
        <w:t>vt 0.328112 0.564339</w:t>
        <w:br/>
        <w:t>vt 0.332790 0.549269</w:t>
        <w:br/>
        <w:t>vt 0.313739 0.557129</w:t>
        <w:br/>
        <w:t>vt 0.320843 0.543590</w:t>
        <w:br/>
        <w:t>vt 0.334885 0.543994</w:t>
        <w:br/>
        <w:t>vt 0.345646 0.544316</w:t>
        <w:br/>
        <w:t>vt 0.303402 0.546192</w:t>
        <w:br/>
        <w:t>vt 0.323689 0.539028</w:t>
        <w:br/>
        <w:t>vt 0.360157 0.543050</w:t>
        <w:br/>
        <w:t>vt 0.380153 0.540430</w:t>
        <w:br/>
        <w:t>vt 0.397314 0.522034</w:t>
        <w:br/>
        <w:t>vt 0.412268 0.515658</w:t>
        <w:br/>
        <w:t>vt 0.424165 0.506897</w:t>
        <w:br/>
        <w:t>vt 0.424878 0.490322</w:t>
        <w:br/>
        <w:t>vt 0.422125 0.490852</w:t>
        <w:br/>
        <w:t>vt 0.414155 0.467506</w:t>
        <w:br/>
        <w:t>vt 0.417080 0.466628</w:t>
        <w:br/>
        <w:t>vt 0.425418 0.464546</w:t>
        <w:br/>
        <w:t>vt 0.406492 0.455317</w:t>
        <w:br/>
        <w:t>vt 0.403293 0.456776</w:t>
        <w:br/>
        <w:t>vt 0.407917 0.447660</w:t>
        <w:br/>
        <w:t>vt 0.384123 0.449480</w:t>
        <w:br/>
        <w:t>vt 0.385301 0.447137</w:t>
        <w:br/>
        <w:t>vt 0.371716 0.446001</w:t>
        <w:br/>
        <w:t>vt 0.372057 0.443597</w:t>
        <w:br/>
        <w:t>vt 0.361161 0.445864</w:t>
        <w:br/>
        <w:t>vt 0.360708 0.442627</w:t>
        <w:br/>
        <w:t>vt 0.373842 0.436225</w:t>
        <w:br/>
        <w:t>vt 0.388061 0.439948</w:t>
        <w:br/>
        <w:t>vt 0.361593 0.434728</w:t>
        <w:br/>
        <w:t>vt 0.350792 0.446986</w:t>
        <w:br/>
        <w:t>vt 0.349718 0.441103</w:t>
        <w:br/>
        <w:t>vt 0.337343 0.449652</w:t>
        <w:br/>
        <w:t>vt 0.336628 0.444441</w:t>
        <w:br/>
        <w:t>vt 0.349530 0.434023</w:t>
        <w:br/>
        <w:t>vt 0.349718 0.441103</w:t>
        <w:br/>
        <w:t>vt 0.327965 0.453635</w:t>
        <w:br/>
        <w:t>vt 0.325673 0.450418</w:t>
        <w:br/>
        <w:t>vt 0.335641 0.436573</w:t>
        <w:br/>
        <w:t>vt 0.336628 0.444441</w:t>
        <w:br/>
        <w:t>vt 0.323650 0.444102</w:t>
        <w:br/>
        <w:t>vt 0.325673 0.450418</w:t>
        <w:br/>
        <w:t>vt 0.312848 0.454831</w:t>
        <w:br/>
        <w:t>vt 0.315737 0.460573</w:t>
        <w:br/>
        <w:t>vt 0.305784 0.464411</w:t>
        <w:br/>
        <w:t>vt 0.308469 0.469092</w:t>
        <w:br/>
        <w:t>vt 0.300374 0.474448</w:t>
        <w:br/>
        <w:t>vt 0.303372 0.478285</w:t>
        <w:br/>
        <w:t>vt 0.295129 0.507014</w:t>
        <w:br/>
        <w:t>vt 0.292443 0.512224</w:t>
        <w:br/>
        <w:t>vt 0.294410 0.498603</w:t>
        <w:br/>
        <w:t>vt 0.300077 0.491409</w:t>
        <w:br/>
        <w:t>vt 0.296568 0.489417</w:t>
        <w:br/>
        <w:t>vt 0.302404 0.524710</w:t>
        <w:br/>
        <w:t>vt 0.306699 0.520712</w:t>
        <w:br/>
        <w:t>vt 0.286829 0.487706</w:t>
        <w:br/>
        <w:t>vt 0.284849 0.501906</w:t>
        <w:br/>
        <w:t>vt 0.290354 0.469552</w:t>
        <w:br/>
        <w:t>vt 0.294948 0.455415</w:t>
        <w:br/>
        <w:t>vt 0.314318 0.531713</w:t>
        <w:br/>
        <w:t>vt 0.311246 0.535692</w:t>
        <w:br/>
        <w:t>vt 0.293236 0.532699</w:t>
        <w:br/>
        <w:t>vt 0.282972 0.518951</w:t>
        <w:br/>
        <w:t>vt 0.284428 0.545766</w:t>
        <w:br/>
        <w:t>vt 0.263967 0.532923</w:t>
        <w:br/>
        <w:t>vt 0.236342 0.518321</w:t>
        <w:br/>
        <w:t>vt 0.267530 0.508126</w:t>
        <w:br/>
        <w:t>vt 0.272090 0.486244</w:t>
        <w:br/>
        <w:t>vt 0.275944 0.465233</w:t>
        <w:br/>
        <w:t>vt 0.241059 0.488714</w:t>
        <w:br/>
        <w:t>vt 0.160585 0.439481</w:t>
        <w:br/>
        <w:t>vt 0.201701 0.448756</w:t>
        <w:br/>
        <w:t>vt 0.247305 0.460005</w:t>
        <w:br/>
        <w:t>vt 0.280212 0.447341</w:t>
        <w:br/>
        <w:t>vt 0.307425 0.434568</w:t>
        <w:br/>
        <w:t>vt 0.253131 0.436855</w:t>
        <w:br/>
        <w:t>vt 0.289287 0.424921</w:t>
        <w:br/>
        <w:t>vt 0.320326 0.428834</w:t>
        <w:br/>
        <w:t>vt 0.209654 0.419959</w:t>
        <w:br/>
        <w:t>vt 0.260029 0.411258</w:t>
        <w:br/>
        <w:t>vt 0.338472 0.422065</w:t>
        <w:br/>
        <w:t>vt 0.164901 0.408578</w:t>
        <w:br/>
        <w:t>vt 0.353720 0.420176</w:t>
        <w:br/>
        <w:t>vt 0.323874 0.411305</w:t>
        <w:br/>
        <w:t>vt 0.301703 0.398961</w:t>
        <w:br/>
        <w:t>vt 0.364507 0.419591</w:t>
        <w:br/>
        <w:t>vt 0.342867 0.399427</w:t>
        <w:br/>
        <w:t>vt 0.331453 0.389695</w:t>
        <w:br/>
        <w:t>vt 0.359061 0.399923</w:t>
        <w:br/>
        <w:t>vt 0.378508 0.423327</w:t>
        <w:br/>
        <w:t>vt 0.370789 0.402241</w:t>
        <w:br/>
        <w:t>vt 0.393462 0.428991</w:t>
        <w:br/>
        <w:t>vt 0.385657 0.406250</w:t>
        <w:br/>
        <w:t>vt 0.350281 0.373553</w:t>
        <w:br/>
        <w:t>vt 0.366532 0.377084</w:t>
        <w:br/>
        <w:t>vt 0.380211 0.381881</w:t>
        <w:br/>
        <w:t>vt 0.337333 0.371206</w:t>
        <w:br/>
        <w:t>vt 0.402047 0.411739</w:t>
        <w:br/>
        <w:t>vt 0.312833 0.374533</w:t>
        <w:br/>
        <w:t>vt 0.408574 0.436241</w:t>
        <w:br/>
        <w:t>vt 0.269593 0.383707</w:t>
        <w:br/>
        <w:t>vt 0.217551 0.393320</w:t>
        <w:br/>
        <w:t>vt 0.429833 0.446096</w:t>
        <w:br/>
        <w:t>vt 0.170702 0.377748</w:t>
        <w:br/>
        <w:t>vt 0.450142 0.452759</w:t>
        <w:br/>
        <w:t>vt 0.225745 0.368056</w:t>
        <w:br/>
        <w:t>vt 0.177485 0.353503</w:t>
        <w:br/>
        <w:t>vt 0.285815 0.344561</w:t>
        <w:br/>
        <w:t>vt 0.240754 0.331982</w:t>
        <w:br/>
        <w:t>vt 0.193980 0.319333</w:t>
        <w:br/>
        <w:t>vt 0.323199 0.348577</w:t>
        <w:br/>
        <w:t>vt 0.345224 0.349177</w:t>
        <w:br/>
        <w:t>vt 0.357417 0.350619</w:t>
        <w:br/>
        <w:t>vt 0.376163 0.354592</w:t>
        <w:br/>
        <w:t>vt 0.332801 0.326197</w:t>
        <w:br/>
        <w:t>vt 0.353198 0.325460</w:t>
        <w:br/>
        <w:t>vt 0.368216 0.326018</w:t>
        <w:br/>
        <w:t>vt 0.297538 0.324307</w:t>
        <w:br/>
        <w:t>vt 0.254355 0.312643</w:t>
        <w:br/>
        <w:t>vt 0.314010 0.301251</w:t>
        <w:br/>
        <w:t>vt 0.344125 0.305142</w:t>
        <w:br/>
        <w:t>vt 0.208525 0.300890</w:t>
        <w:br/>
        <w:t>vt 0.269782 0.292665</w:t>
        <w:br/>
        <w:t>vt 0.137285 0.302138</w:t>
        <w:br/>
        <w:t>vt 0.180490 0.269000</w:t>
        <w:br/>
        <w:t>vt 0.147776 0.309494</w:t>
        <w:br/>
        <w:t>vt 0.130310 0.339699</w:t>
        <w:br/>
        <w:t>vt 0.098943 0.305651</w:t>
        <w:br/>
        <w:t>vt 0.118742 0.331912</w:t>
        <w:br/>
        <w:t>vt 0.126352 0.272076</w:t>
        <w:br/>
        <w:t>vt 0.166541 0.232814</w:t>
        <w:br/>
        <w:t>vt 0.171327 0.266634</w:t>
        <w:br/>
        <w:t>vt 0.226461 0.280848</w:t>
        <w:br/>
        <w:t>vt 0.207819 0.201063</w:t>
        <w:br/>
        <w:t>vt 0.208356 0.230278</w:t>
        <w:br/>
        <w:t>vt 0.212466 0.242850</w:t>
        <w:br/>
        <w:t>vt 0.249742 0.174398</w:t>
        <w:br/>
        <w:t>vt 0.250820 0.201552</w:t>
        <w:br/>
        <w:t>vt 0.260294 0.211966</w:t>
        <w:br/>
        <w:t>vt 0.286718 0.153195</w:t>
        <w:br/>
        <w:t>vt 0.288518 0.174839</w:t>
        <w:br/>
        <w:t>vt 0.308788 0.187311</w:t>
        <w:br/>
        <w:t>vt 0.253339 0.254921</w:t>
        <w:br/>
        <w:t>vt 0.326700 0.126291</w:t>
        <w:br/>
        <w:t>vt 0.328226 0.157374</w:t>
        <w:br/>
        <w:t>vt 0.294568 0.266118</w:t>
        <w:br/>
        <w:t>vt 0.330908 0.277218</w:t>
        <w:br/>
        <w:t>vt 0.290272 0.226403</w:t>
        <w:br/>
        <w:t>vt 0.325317 0.239133</w:t>
        <w:br/>
        <w:t>vt 0.331525 0.202223</w:t>
        <w:br/>
        <w:t>vt 0.361639 0.214174</w:t>
        <w:br/>
        <w:t>vt 0.365174 0.188451</w:t>
        <w:br/>
        <w:t>vt 0.391818 0.199084</w:t>
        <w:br/>
        <w:t>vt 0.356794 0.168710</w:t>
        <w:br/>
        <w:t>vt 0.348384 0.135331</w:t>
        <w:br/>
        <w:t>vt 0.348809 0.101384</w:t>
        <w:br/>
        <w:t>vt 0.379079 0.145053</w:t>
        <w:br/>
        <w:t>vt 0.398790 0.174526</w:t>
        <w:br/>
        <w:t>vt 0.365540 0.108396</w:t>
        <w:br/>
        <w:t>vt 0.395983 0.118962</w:t>
        <w:br/>
        <w:t>vt 0.428970 0.165596</w:t>
        <w:br/>
        <w:t>vt 0.425920 0.184134</w:t>
        <w:br/>
        <w:t>vt 0.455334 0.174858</w:t>
        <w:br/>
        <w:t>vt 0.453707 0.158607</w:t>
        <w:br/>
        <w:t>vt 0.476823 0.171520</w:t>
        <w:br/>
        <w:t>vt 0.469927 0.184147</w:t>
        <w:br/>
        <w:t>vt 0.446925 0.192962</w:t>
        <w:br/>
        <w:t>vt 0.420020 0.206068</w:t>
        <w:br/>
        <w:t>vt 0.396013 0.222133</w:t>
        <w:br/>
        <w:t>vt 0.360272 0.249755</w:t>
        <w:br/>
        <w:t>vt 0.411774 0.236132</w:t>
        <w:br/>
        <w:t>vt 0.432025 0.222136</w:t>
        <w:br/>
        <w:t>vt 0.384660 0.257565</w:t>
        <w:br/>
        <w:t>vt 0.359433 0.282508</w:t>
        <w:br/>
        <w:t>vt 0.363789 0.303310</w:t>
        <w:br/>
        <w:t>vt 0.398064 0.264169</w:t>
        <w:br/>
        <w:t>vt 0.378599 0.284028</w:t>
        <w:br/>
        <w:t>vt 0.383934 0.304123</w:t>
        <w:br/>
        <w:t>vt 0.420868 0.244886</w:t>
        <w:br/>
        <w:t>vt 0.391542 0.327610</w:t>
        <w:br/>
        <w:t>vt 0.402760 0.286071</w:t>
        <w:br/>
        <w:t>vt 0.420861 0.272125</w:t>
        <w:br/>
        <w:t>vt 0.411364 0.304384</w:t>
        <w:br/>
        <w:t>vt 0.391245 0.360570</w:t>
        <w:br/>
        <w:t>vt 0.394884 0.387593</w:t>
        <w:br/>
        <w:t>vt 0.409110 0.343477</w:t>
        <w:br/>
        <w:t>vt 0.407524 0.367274</w:t>
        <w:br/>
        <w:t>vt 0.411398 0.394853</w:t>
        <w:br/>
        <w:t>vt 0.416919 0.418381</w:t>
        <w:br/>
        <w:t>vt 0.424578 0.374807</w:t>
        <w:br/>
        <w:t>vt 0.426768 0.401690</w:t>
        <w:br/>
        <w:t>vt 0.436636 0.426179</w:t>
        <w:br/>
        <w:t>vt 0.444370 0.409044</w:t>
        <w:br/>
        <w:t>vt 0.438170 0.381868</w:t>
        <w:br/>
        <w:t>vt 0.423846 0.352038</w:t>
        <w:br/>
        <w:t>vt 0.439250 0.359434</w:t>
        <w:br/>
        <w:t>vt 0.419154 0.319326</w:t>
        <w:br/>
        <w:t>vt 0.430598 0.331229</w:t>
        <w:br/>
        <w:t>vt 0.441673 0.339604</w:t>
        <w:br/>
        <w:t>vt 0.440871 0.315180</w:t>
        <w:br/>
        <w:t>vt 0.448151 0.323178</w:t>
        <w:br/>
        <w:t>vt 0.438065 0.305877</w:t>
        <w:br/>
        <w:t>vt 0.424668 0.290981</w:t>
        <w:br/>
        <w:t>vt 0.456950 0.330101</w:t>
        <w:br/>
        <w:t>vt 0.454639 0.346806</w:t>
        <w:br/>
        <w:t>vt 0.437409 0.296150</w:t>
        <w:br/>
        <w:t>vt 0.451519 0.366117</w:t>
        <w:br/>
        <w:t>vt 0.453679 0.389401</w:t>
        <w:br/>
        <w:t>vt 0.463907 0.374198</w:t>
        <w:br/>
        <w:t>vt 0.464534 0.354380</w:t>
        <w:br/>
        <w:t>vt 0.455806 0.434156</w:t>
        <w:br/>
        <w:t>vt 0.462384 0.416868</w:t>
        <w:br/>
        <w:t>vt 0.467013 0.336980</w:t>
        <w:br/>
        <w:t>vt 0.469068 0.398306</w:t>
        <w:br/>
        <w:t>vt 0.472429 0.443286</w:t>
        <w:br/>
        <w:t>vt 0.476982 0.425516</w:t>
        <w:br/>
        <w:t>vt 0.481528 0.410296</w:t>
        <w:br/>
        <w:t>vt 0.468254 0.461288</w:t>
        <w:br/>
        <w:t>vt 0.485714 0.448559</w:t>
        <w:br/>
        <w:t>vt 0.488174 0.431843</w:t>
        <w:br/>
        <w:t>vt 0.482841 0.465645</w:t>
        <w:br/>
        <w:t>vt 0.500000 0.466847</w:t>
        <w:br/>
        <w:t>vt 0.490496 0.418820</w:t>
        <w:br/>
        <w:t>vt 0.500000 0.449898</w:t>
        <w:br/>
        <w:t>vt 0.500000 0.433725</w:t>
        <w:br/>
        <w:t>vt 0.500000 0.421130</w:t>
        <w:br/>
        <w:t>vt 0.492529 0.409405</w:t>
        <w:br/>
        <w:t>vt 0.500000 0.411449</w:t>
        <w:br/>
        <w:t>vt 0.484592 0.399355</w:t>
        <w:br/>
        <w:t>vt 0.475291 0.385636</w:t>
        <w:br/>
        <w:t>vt 0.487161 0.392485</w:t>
        <w:br/>
        <w:t>vt 0.494299 0.403513</w:t>
        <w:br/>
        <w:t>vt 0.479709 0.378701</w:t>
        <w:br/>
        <w:t>vt 0.472436 0.366358</w:t>
        <w:br/>
        <w:t>vt 0.479116 0.346905</w:t>
        <w:br/>
        <w:t>vt 0.482968 0.360562</w:t>
        <w:br/>
        <w:t>vt 0.486820 0.371748</w:t>
        <w:br/>
        <w:t>vt 0.477008 0.324268</w:t>
        <w:br/>
        <w:t>vt 0.484116 0.327141</w:t>
        <w:br/>
        <w:t>vt 0.490680 0.344575</w:t>
        <w:br/>
        <w:t>vt 0.490897 0.356839</w:t>
        <w:br/>
        <w:t>vt 0.492427 0.328742</w:t>
        <w:br/>
        <w:t>vt 0.468712 0.320259</w:t>
        <w:br/>
        <w:t>vt 0.493148 0.367689</w:t>
        <w:br/>
        <w:t>vt 0.491212 0.384931</w:t>
        <w:br/>
        <w:t>vt 0.495225 0.380069</w:t>
        <w:br/>
        <w:t>vt 0.496321 0.398253</w:t>
        <w:br/>
        <w:t>vt 0.500000 0.355259</w:t>
        <w:br/>
        <w:t>vt 0.500000 0.365566</w:t>
        <w:br/>
        <w:t>vt 0.500000 0.343257</w:t>
        <w:br/>
        <w:t>vt 0.496861 0.392233</w:t>
        <w:br/>
        <w:t>vt 0.500000 0.404613</w:t>
        <w:br/>
        <w:t>vt 0.500000 0.398999</w:t>
        <w:br/>
        <w:t>vt 0.500000 0.391379</w:t>
        <w:br/>
        <w:t>vt 0.500000 0.378348</w:t>
        <w:br/>
        <w:t>vt 0.500000 0.329273</w:t>
        <w:br/>
        <w:t>vt 0.486558 0.314869</w:t>
        <w:br/>
        <w:t>vt 0.493354 0.315736</w:t>
        <w:br/>
        <w:t>vt 0.480395 0.313394</w:t>
        <w:br/>
        <w:t>vt 0.500000 0.316204</w:t>
        <w:br/>
        <w:t>vt 0.500000 0.300023</w:t>
        <w:br/>
        <w:t>vt 0.500000 0.302047</w:t>
        <w:br/>
        <w:t>vt 0.495399 0.301922</w:t>
        <w:br/>
        <w:t>vt 0.495623 0.300023</w:t>
        <w:br/>
        <w:t>vt 0.490017 0.301874</w:t>
        <w:br/>
        <w:t>vt 0.490432 0.300023</w:t>
        <w:br/>
        <w:t>vt 0.477809 0.302307</w:t>
        <w:br/>
        <w:t>vt 0.478632 0.300023</w:t>
        <w:br/>
        <w:t>vt 0.484420 0.300023</w:t>
        <w:br/>
        <w:t>vt 0.484229 0.302141</w:t>
        <w:br/>
        <w:t>vt 0.472107 0.302008</w:t>
        <w:br/>
        <w:t>vt 0.472823 0.300023</w:t>
        <w:br/>
        <w:t>vt 0.467555 0.301072</w:t>
        <w:br/>
        <w:t>vt 0.467996 0.300023</w:t>
        <w:br/>
        <w:t>vt 0.473104 0.311254</w:t>
        <w:br/>
        <w:t>vt 0.461852 0.316047</w:t>
        <w:br/>
        <w:t>vt 0.467339 0.309215</w:t>
        <w:br/>
        <w:t>vt 0.455277 0.311648</w:t>
        <w:br/>
        <w:t>vt 0.450142 0.305666</w:t>
        <w:br/>
        <w:t>vt 0.460862 0.306776</w:t>
        <w:br/>
        <w:t>vt 0.456200 0.305010</w:t>
        <w:br/>
        <w:t>vt 0.448582 0.298551</w:t>
        <w:br/>
        <w:t>vt 0.455135 0.299990</w:t>
        <w:br/>
        <w:t>vt 0.453180 0.290284</w:t>
        <w:br/>
        <w:t>vt 0.459346 0.292814</w:t>
        <w:br/>
        <w:t>vt 0.444955 0.285371</w:t>
        <w:br/>
        <w:t>vt 0.435826 0.280085</w:t>
        <w:br/>
        <w:t>vt 0.435635 0.259430</w:t>
        <w:br/>
        <w:t>vt 0.447967 0.269418</w:t>
        <w:br/>
        <w:t>vt 0.450664 0.248402</w:t>
        <w:br/>
        <w:t>vt 0.458750 0.261710</w:t>
        <w:br/>
        <w:t>vt 0.439479 0.231524</w:t>
        <w:br/>
        <w:t>vt 0.454372 0.209165</w:t>
        <w:br/>
        <w:t>vt 0.458454 0.219993</w:t>
        <w:br/>
        <w:t>vt 0.473198 0.201188</w:t>
        <w:br/>
        <w:t>vt 0.486260 0.181676</w:t>
        <w:br/>
        <w:t>vt 0.475084 0.211371</w:t>
        <w:br/>
        <w:t>vt 0.487544 0.194987</w:t>
        <w:br/>
        <w:t>vt 0.464421 0.239090</w:t>
        <w:br/>
        <w:t>vt 0.477950 0.232867</w:t>
        <w:br/>
        <w:t>vt 0.470673 0.255106</w:t>
        <w:br/>
        <w:t>vt 0.481749 0.251014</w:t>
        <w:br/>
        <w:t>vt 0.488696 0.208352</w:t>
        <w:br/>
        <w:t>vt 0.490278 0.229376</w:t>
        <w:br/>
        <w:t>vt 0.474623 0.265221</w:t>
        <w:br/>
        <w:t>vt 0.464376 0.270363</w:t>
        <w:br/>
        <w:t>vt 0.483887 0.262456</w:t>
        <w:br/>
        <w:t>vt 0.478160 0.273709</w:t>
        <w:br/>
        <w:t>vt 0.469927 0.278211</w:t>
        <w:br/>
        <w:t>vt 0.479439 0.278543</w:t>
        <w:br/>
        <w:t>vt 0.472789 0.282390</w:t>
        <w:br/>
        <w:t>vt 0.467208 0.298916</w:t>
        <w:br/>
        <w:t>vt 0.472496 0.297838</w:t>
        <w:br/>
        <w:t>vt 0.478344 0.296930</w:t>
        <w:br/>
        <w:t>vt 0.478696 0.299890</w:t>
        <w:br/>
        <w:t>vt 0.473010 0.299890</w:t>
        <w:br/>
        <w:t>vt 0.484382 0.299890</w:t>
        <w:br/>
        <w:t>vt 0.482931 0.296047</w:t>
        <w:br/>
        <w:t>vt 0.489412 0.295421</w:t>
        <w:br/>
        <w:t>vt 0.490398 0.299890</w:t>
        <w:br/>
        <w:t>vt 0.495705 0.299890</w:t>
        <w:br/>
        <w:t>vt 0.495481 0.295147</w:t>
        <w:br/>
        <w:t>vt 0.500000 0.299890</w:t>
        <w:br/>
        <w:t>vt 0.500000 0.295002</w:t>
        <w:br/>
        <w:t>vt 0.485669 0.271391</w:t>
        <w:br/>
        <w:t>vt 0.486366 0.276146</w:t>
        <w:br/>
        <w:t>vt 0.493170 0.269861</w:t>
        <w:br/>
        <w:t>vt 0.493695 0.274678</w:t>
        <w:br/>
        <w:t>vt 0.492345 0.260906</w:t>
        <w:br/>
        <w:t>vt 0.491486 0.248352</w:t>
        <w:br/>
        <w:t>vt 0.500000 0.269463</w:t>
        <w:br/>
        <w:t>vt 0.500000 0.274343</w:t>
        <w:br/>
        <w:t>vt 0.500000 0.260379</w:t>
        <w:br/>
        <w:t>vt 0.500000 0.247594</w:t>
        <w:br/>
        <w:t>vt 0.500000 0.228722</w:t>
        <w:br/>
        <w:t>vt 0.490422 0.169955</w:t>
        <w:br/>
        <w:t>vt 0.500000 0.183033</w:t>
        <w:br/>
        <w:t>vt 0.500000 0.193915</w:t>
        <w:br/>
        <w:t>vt 0.500000 0.207523</w:t>
        <w:br/>
        <w:t>vt 0.468535 0.152129</w:t>
        <w:br/>
        <w:t>vt 0.455765 0.276092</w:t>
        <w:br/>
        <w:t>vt 0.461451 0.283116</w:t>
        <w:br/>
        <w:t>vt 0.465584 0.287548</w:t>
        <w:br/>
        <w:t>vt 0.468071 0.299890</w:t>
        <w:br/>
        <w:t>vt 0.315737 0.460573</w:t>
        <w:br/>
        <w:t>vt 0.077483 0.562021</w:t>
        <w:br/>
        <w:t>vt 0.055183 0.557128</w:t>
        <w:br/>
        <w:t>vt 0.073451 0.320758</w:t>
        <w:br/>
        <w:t>vt 0.463719 0.301360</w:t>
        <w:br/>
        <w:t>vt 0.461428 0.302651</w:t>
        <w:br/>
        <w:t>vt 0.461211 0.299849</w:t>
        <w:br/>
        <w:t>vt 0.463517 0.300263</w:t>
        <w:br/>
        <w:t>vt 0.466450 0.303564</w:t>
        <w:br/>
        <w:t>vt 0.464292 0.304913</w:t>
        <w:br/>
        <w:t>vt 0.471918 0.303234</w:t>
        <w:br/>
        <w:t>vt 0.470038 0.305505</w:t>
        <w:br/>
        <w:t>vt 0.500000 0.303137</w:t>
        <w:br/>
        <w:t>vt 0.500000 0.308029</w:t>
        <w:br/>
        <w:t>vt 0.494400 0.307656</w:t>
        <w:br/>
        <w:t>vt 0.495122 0.302892</w:t>
        <w:br/>
        <w:t>vt 0.488433 0.307245</w:t>
        <w:br/>
        <w:t>vt 0.489589 0.302922</w:t>
        <w:br/>
        <w:t>vt 0.482173 0.306557</w:t>
        <w:br/>
        <w:t>vt 0.483757 0.303091</w:t>
        <w:br/>
        <w:t>vt 0.475478 0.305773</w:t>
        <w:br/>
        <w:t>vt 0.477299 0.303491</w:t>
        <w:br/>
        <w:t>vt 0.464196 0.295267</w:t>
        <w:br/>
        <w:t>vt 0.466435 0.297569</w:t>
        <w:br/>
        <w:t>vt 0.470400 0.294562</w:t>
        <w:br/>
        <w:t>vt 0.468026 0.290105</w:t>
        <w:br/>
        <w:t>vt 0.475718 0.286076</w:t>
        <w:br/>
        <w:t>vt 0.477507 0.291312</w:t>
        <w:br/>
        <w:t>vt 0.481093 0.283285</w:t>
        <w:br/>
        <w:t>vt 0.482488 0.290027</w:t>
        <w:br/>
        <w:t>vt 0.487953 0.280902</w:t>
        <w:br/>
        <w:t>vt 0.489101 0.289094</w:t>
        <w:br/>
        <w:t>vt 0.494742 0.279997</w:t>
        <w:br/>
        <w:t>vt 0.495188 0.288705</w:t>
        <w:br/>
        <w:t>vt 0.500000 0.279874</w:t>
        <w:br/>
        <w:t>vt 0.500000 0.288539</w:t>
        <w:br/>
        <w:t>vt 0.465408 0.299898</w:t>
        <w:br/>
        <w:t>vt 0.463517 0.300263</w:t>
        <w:br/>
        <w:t>vt 0.131485 0.863949</w:t>
        <w:br/>
        <w:t>vt 0.162344 0.882408</w:t>
        <w:br/>
        <w:t>vt 0.134320 0.873227</w:t>
        <w:br/>
        <w:t>vt 0.101295 0.862177</w:t>
        <w:br/>
        <w:t>vt 0.095780 0.830761</w:t>
        <w:br/>
        <w:t>vt 0.073982 0.844096</w:t>
        <w:br/>
        <w:t>vt 0.047336 0.770826</w:t>
        <w:br/>
        <w:t>vt 0.021765 0.724966</w:t>
        <w:br/>
        <w:t>vt 0.074343 0.703295</w:t>
        <w:br/>
        <w:t>vt 0.099674 0.741314</w:t>
        <w:br/>
        <w:t>vt 0.044460 0.814801</w:t>
        <w:br/>
        <w:t>vt 0.020631 0.774523</w:t>
        <w:br/>
        <w:t>vt 0.006086 0.730873</w:t>
        <w:br/>
        <w:t>vt 0.026209 0.700905</w:t>
        <w:br/>
        <w:t>vt 0.009166 0.697685</w:t>
        <w:br/>
        <w:t>vt 0.024652 0.674493</w:t>
        <w:br/>
        <w:t>vt 0.037568 0.681080</w:t>
        <w:br/>
        <w:t>vt 0.042528 0.669752</w:t>
        <w:br/>
        <w:t>vt 0.075443 0.678791</w:t>
        <w:br/>
        <w:t>vt 0.143320 0.799182</w:t>
        <w:br/>
        <w:t>vt 0.174225 0.830436</w:t>
        <w:br/>
        <w:t>vt 0.196681 0.845846</w:t>
        <w:br/>
        <w:t>vt 0.162344 0.882408</w:t>
        <w:br/>
        <w:t>vt 0.900279 0.377296</w:t>
        <w:br/>
        <w:t>vt 0.880054 0.374996</w:t>
        <w:br/>
        <w:t>vt 0.891419 0.360394</w:t>
        <w:br/>
        <w:t>vt 0.912283 0.367352</w:t>
        <w:br/>
        <w:t>vt 0.906001 0.397400</w:t>
        <w:br/>
        <w:t>vt 0.913220 0.423647</w:t>
        <w:br/>
        <w:t>vt 0.885790 0.429920</w:t>
        <w:br/>
        <w:t>vt 0.882616 0.400235</w:t>
        <w:br/>
        <w:t>vt 0.936193 0.384633</w:t>
        <w:br/>
        <w:t>vt 0.925734 0.397460</w:t>
        <w:br/>
        <w:t>vt 0.925734 0.397460</w:t>
        <w:br/>
        <w:t>vt 0.947376 0.416085</w:t>
        <w:br/>
        <w:t>vt 0.925613 0.459828</w:t>
        <w:br/>
        <w:t>vt 0.890320 0.471995</w:t>
        <w:br/>
        <w:t>vt 0.958438 0.407750</w:t>
        <w:br/>
        <w:t>vt 0.947376 0.416085</w:t>
        <w:br/>
        <w:t>vt 0.968042 0.446002</w:t>
        <w:br/>
        <w:t>vt 0.977967 0.437527</w:t>
        <w:br/>
        <w:t>vt 0.968042 0.446002</w:t>
        <w:br/>
        <w:t>vt 0.993643 0.475525</w:t>
        <w:br/>
        <w:t>vt 0.981397 0.480419</w:t>
        <w:br/>
        <w:t>vt 0.919433 0.516324</w:t>
        <w:br/>
        <w:t>vt 0.945536 0.498865</w:t>
        <w:br/>
        <w:t>vt 0.994436 0.513073</w:t>
        <w:br/>
        <w:t>vt 0.983826 0.513363</w:t>
        <w:br/>
        <w:t>vt 0.983826 0.513363</w:t>
        <w:br/>
        <w:t>vt 0.979023 0.539022</w:t>
        <w:br/>
        <w:t>vt 0.969896 0.533902</w:t>
        <w:br/>
        <w:t>vt 0.969896 0.533902</w:t>
        <w:br/>
        <w:t>vt 0.958161 0.552749</w:t>
        <w:br/>
        <w:t>vt 0.953402 0.543850</w:t>
        <w:br/>
        <w:t>vt 0.941972 0.553741</w:t>
        <w:br/>
        <w:t>vt 0.940834 0.544439</w:t>
        <w:br/>
        <w:t>vt 0.940834 0.544439</w:t>
        <w:br/>
        <w:t>vt 0.901068 0.537499</w:t>
        <w:br/>
        <w:t>vt 0.930264 0.542914</w:t>
        <w:br/>
        <w:t>vt 0.931959 0.547930</w:t>
        <w:br/>
        <w:t>vt 0.921515 0.557048</w:t>
        <w:br/>
        <w:t>vt 0.901068 0.537499</w:t>
        <w:br/>
        <w:t>vt 0.930264 0.542914</w:t>
        <w:br/>
        <w:t>vt 0.900279 0.377296</w:t>
        <w:br/>
        <w:t>vt 0.533475 0.300023</w:t>
        <w:br/>
        <w:t>vt 0.533475 0.299890</w:t>
        <w:br/>
        <w:t>vt 0.534592 0.299898</w:t>
        <w:br/>
        <w:t>vt 0.535086 0.300844</w:t>
        <w:br/>
        <w:t>vt 0.534806 0.690674</w:t>
        <w:br/>
        <w:t>vt 0.535140 0.765649</w:t>
        <w:br/>
        <w:t>vt 0.533508 0.634152</w:t>
        <w:br/>
        <w:t>vt 0.532128 0.584932</w:t>
        <w:br/>
        <w:t>vt 0.530497 0.562174</w:t>
        <w:br/>
        <w:t>vt 0.562749 0.585205</w:t>
        <w:br/>
        <w:t>vt 0.564170 0.634475</w:t>
        <w:br/>
        <w:t>vt 0.557427 0.560434</w:t>
        <w:br/>
        <w:t>vt 0.526371 0.541835</w:t>
        <w:br/>
        <w:t>vt 0.566046 0.693609</w:t>
        <w:br/>
        <w:t>vt 0.524571 0.519127</w:t>
        <w:br/>
        <w:t>vt 0.521052 0.497046</w:t>
        <w:br/>
        <w:t>vt 0.518960 0.477539</w:t>
        <w:br/>
        <w:t>vt 0.536194 0.494128</w:t>
        <w:br/>
        <w:t>vt 0.541314 0.515181</w:t>
        <w:br/>
        <w:t>vt 0.548174 0.538622</w:t>
        <w:br/>
        <w:t>vt 0.533974 0.475189</w:t>
        <w:br/>
        <w:t>vt 0.556305 0.512403</w:t>
        <w:br/>
        <w:t>vt 0.570588 0.532249</w:t>
        <w:br/>
        <w:t>vt 0.552914 0.492357</w:t>
        <w:br/>
        <w:t>vt 0.595005 0.551059</w:t>
        <w:br/>
        <w:t>vt 0.551369 0.470425</w:t>
        <w:br/>
        <w:t>vt 0.567332 0.511939</w:t>
        <w:br/>
        <w:t>vt 0.581573 0.527340</w:t>
        <w:br/>
        <w:t>vt 0.595320 0.585305</w:t>
        <w:br/>
        <w:t>vt 0.598973 0.537867</w:t>
        <w:br/>
        <w:t>vt 0.564913 0.482349</w:t>
        <w:br/>
        <w:t>vt 0.596145 0.635151</w:t>
        <w:br/>
        <w:t>vt 0.573697 0.510251</w:t>
        <w:br/>
        <w:t>vt 0.586700 0.520284</w:t>
        <w:br/>
        <w:t>vt 0.596426 0.697523</w:t>
        <w:br/>
        <w:t>vt 0.601411 0.531192</w:t>
        <w:br/>
        <w:t>vt 0.565569 0.767163</w:t>
        <w:br/>
        <w:t>vt 0.534514 0.831383</w:t>
        <w:br/>
        <w:t>vt 0.535571 0.893476</w:t>
        <w:br/>
        <w:t>vt 0.572782 0.828979</w:t>
        <w:br/>
        <w:t>vt 0.574312 0.891300</w:t>
        <w:br/>
        <w:t>vt 0.615693 0.827353</w:t>
        <w:br/>
        <w:t>vt 0.617838 0.889051</w:t>
        <w:br/>
        <w:t>vt 0.594734 0.769065</w:t>
        <w:br/>
        <w:t>vt 0.651489 0.824501</w:t>
        <w:br/>
        <w:t>vt 0.651290 0.884068</w:t>
        <w:br/>
        <w:t>vt 0.624135 0.701493</w:t>
        <w:br/>
        <w:t>vt 0.621775 0.769528</w:t>
        <w:br/>
        <w:t>vt 0.651379 0.767242</w:t>
        <w:br/>
        <w:t>vt 0.676067 0.816061</w:t>
        <w:br/>
        <w:t>vt 0.679765 0.878478</w:t>
        <w:br/>
        <w:t>vt 0.676277 0.758425</w:t>
        <w:br/>
        <w:t>vt 0.649096 0.705023</w:t>
        <w:br/>
        <w:t>vt 0.672051 0.703518</w:t>
        <w:br/>
        <w:t>vt 0.716341 0.802867</w:t>
        <w:br/>
        <w:t>vt 0.726671 0.862931</w:t>
        <w:br/>
        <w:t>vt 0.706686 0.746763</w:t>
        <w:br/>
        <w:t>vt 0.782853 0.772327</w:t>
        <w:br/>
        <w:t>vt 0.810837 0.827345</w:t>
        <w:br/>
        <w:t>vt 0.755093 0.724606</w:t>
        <w:br/>
        <w:t>vt 0.838798 0.724187</w:t>
        <w:br/>
        <w:t>vt 0.880922 0.758980</w:t>
        <w:br/>
        <w:t>vt 0.801881 0.682455</w:t>
        <w:br/>
        <w:t>vt 0.874031 0.659903</w:t>
        <w:br/>
        <w:t>vt 0.921813 0.679475</w:t>
        <w:br/>
        <w:t>vt 0.820665 0.631037</w:t>
        <w:br/>
        <w:t>vt 0.894451 0.598696</w:t>
        <w:br/>
        <w:t>vt 0.944858 0.610021</w:t>
        <w:br/>
        <w:t>vt 0.819476 0.573329</w:t>
        <w:br/>
        <w:t>vt 0.864954 0.589398</w:t>
        <w:br/>
        <w:t>vt 0.857076 0.533189</w:t>
        <w:br/>
        <w:t>vt 0.814578 0.524976</w:t>
        <w:br/>
        <w:t>vt 0.776389 0.603356</w:t>
        <w:br/>
        <w:t>vt 0.759344 0.639351</w:t>
        <w:br/>
        <w:t>vt 0.845312 0.479579</w:t>
        <w:br/>
        <w:t>vt 0.807559 0.486474</w:t>
        <w:br/>
        <w:t>vt 0.769389 0.551410</w:t>
        <w:br/>
        <w:t>vt 0.727910 0.675652</w:t>
        <w:br/>
        <w:t>vt 0.741919 0.573961</w:t>
        <w:br/>
        <w:t>vt 0.728488 0.601059</w:t>
        <w:br/>
        <w:t>vt 0.698746 0.695041</w:t>
        <w:br/>
        <w:t>vt 0.707501 0.621074</w:t>
        <w:br/>
        <w:t>vt 0.686166 0.631822</w:t>
        <w:br/>
        <w:t>vt 0.665867 0.638709</w:t>
        <w:br/>
        <w:t>vt 0.648886 0.640450</w:t>
        <w:br/>
        <w:t>vt 0.622571 0.637367</w:t>
        <w:br/>
        <w:t>vt 0.662809 0.600134</w:t>
        <w:br/>
        <w:t>vt 0.680027 0.594934</w:t>
        <w:br/>
        <w:t>vt 0.646408 0.600358</w:t>
        <w:br/>
        <w:t>vt 0.695281 0.582101</w:t>
        <w:br/>
        <w:t>vt 0.707857 0.563570</w:t>
        <w:br/>
        <w:t>vt 0.622134 0.594246</w:t>
        <w:br/>
        <w:t>vt 0.643296 0.571886</w:t>
        <w:br/>
        <w:t>vt 0.659198 0.571800</w:t>
        <w:br/>
        <w:t>vt 0.619757 0.562141</w:t>
        <w:br/>
        <w:t>vt 0.618902 0.547480</w:t>
        <w:br/>
        <w:t>vt 0.640493 0.551158</w:t>
        <w:br/>
        <w:t>vt 0.655158 0.551233</w:t>
        <w:br/>
        <w:t>vt 0.671888 0.564339</w:t>
        <w:br/>
        <w:t>vt 0.667210 0.549269</w:t>
        <w:br/>
        <w:t>vt 0.686261 0.557129</w:t>
        <w:br/>
        <w:t>vt 0.679157 0.543590</w:t>
        <w:br/>
        <w:t>vt 0.654354 0.544316</w:t>
        <w:br/>
        <w:t>vt 0.665115 0.543994</w:t>
        <w:br/>
        <w:t>vt 0.696598 0.546192</w:t>
        <w:br/>
        <w:t>vt 0.676311 0.539028</w:t>
        <w:br/>
        <w:t>vt 0.639843 0.543050</w:t>
        <w:br/>
        <w:t>vt 0.619847 0.540430</w:t>
        <w:br/>
        <w:t>vt 0.602686 0.522034</w:t>
        <w:br/>
        <w:t>vt 0.587732 0.515658</w:t>
        <w:br/>
        <w:t>vt 0.575835 0.506897</w:t>
        <w:br/>
        <w:t>vt 0.575122 0.490322</w:t>
        <w:br/>
        <w:t>vt 0.577875 0.490852</w:t>
        <w:br/>
        <w:t>vt 0.582920 0.466628</w:t>
        <w:br/>
        <w:t>vt 0.585845 0.467506</w:t>
        <w:br/>
        <w:t>vt 0.574582 0.464546</w:t>
        <w:br/>
        <w:t>vt 0.593508 0.455317</w:t>
        <w:br/>
        <w:t>vt 0.596707 0.456776</w:t>
        <w:br/>
        <w:t>vt 0.592083 0.447660</w:t>
        <w:br/>
        <w:t>vt 0.614699 0.447137</w:t>
        <w:br/>
        <w:t>vt 0.615877 0.449480</w:t>
        <w:br/>
        <w:t>vt 0.627943 0.443597</w:t>
        <w:br/>
        <w:t>vt 0.628284 0.446001</w:t>
        <w:br/>
        <w:t>vt 0.639292 0.442627</w:t>
        <w:br/>
        <w:t>vt 0.638839 0.445864</w:t>
        <w:br/>
        <w:t>vt 0.626158 0.436225</w:t>
        <w:br/>
        <w:t>vt 0.611939 0.439948</w:t>
        <w:br/>
        <w:t>vt 0.638407 0.434728</w:t>
        <w:br/>
        <w:t>vt 0.650282 0.441103</w:t>
        <w:br/>
        <w:t>vt 0.649208 0.446986</w:t>
        <w:br/>
        <w:t>vt 0.663372 0.444441</w:t>
        <w:br/>
        <w:t>vt 0.662657 0.449652</w:t>
        <w:br/>
        <w:t>vt 0.650470 0.434023</w:t>
        <w:br/>
        <w:t>vt 0.650282 0.441103</w:t>
        <w:br/>
        <w:t>vt 0.672035 0.453635</w:t>
        <w:br/>
        <w:t>vt 0.674327 0.450418</w:t>
        <w:br/>
        <w:t>vt 0.664359 0.436573</w:t>
        <w:br/>
        <w:t>vt 0.663372 0.444441</w:t>
        <w:br/>
        <w:t>vt 0.676350 0.444102</w:t>
        <w:br/>
        <w:t>vt 0.674327 0.450418</w:t>
        <w:br/>
        <w:t>vt 0.687152 0.454831</w:t>
        <w:br/>
        <w:t>vt 0.684263 0.460573</w:t>
        <w:br/>
        <w:t>vt 0.694216 0.464411</w:t>
        <w:br/>
        <w:t>vt 0.691531 0.469092</w:t>
        <w:br/>
        <w:t>vt 0.699626 0.474448</w:t>
        <w:br/>
        <w:t>vt 0.696628 0.478285</w:t>
        <w:br/>
        <w:t>vt 0.704871 0.507014</w:t>
        <w:br/>
        <w:t>vt 0.705590 0.498603</w:t>
        <w:br/>
        <w:t>vt 0.707557 0.512224</w:t>
        <w:br/>
        <w:t>vt 0.703432 0.489417</w:t>
        <w:br/>
        <w:t>vt 0.699923 0.491409</w:t>
        <w:br/>
        <w:t>vt 0.697596 0.524710</w:t>
        <w:br/>
        <w:t>vt 0.693301 0.520712</w:t>
        <w:br/>
        <w:t>vt 0.713171 0.487706</w:t>
        <w:br/>
        <w:t>vt 0.715151 0.501906</w:t>
        <w:br/>
        <w:t>vt 0.709646 0.469552</w:t>
        <w:br/>
        <w:t>vt 0.705052 0.455415</w:t>
        <w:br/>
        <w:t>vt 0.685682 0.531713</w:t>
        <w:br/>
        <w:t>vt 0.688754 0.535692</w:t>
        <w:br/>
        <w:t>vt 0.706764 0.532699</w:t>
        <w:br/>
        <w:t>vt 0.717028 0.518951</w:t>
        <w:br/>
        <w:t>vt 0.715572 0.545766</w:t>
        <w:br/>
        <w:t>vt 0.736033 0.532923</w:t>
        <w:br/>
        <w:t>vt 0.732470 0.508126</w:t>
        <w:br/>
        <w:t>vt 0.763658 0.518321</w:t>
        <w:br/>
        <w:t>vt 0.727910 0.486244</w:t>
        <w:br/>
        <w:t>vt 0.724056 0.465233</w:t>
        <w:br/>
        <w:t>vt 0.758941 0.488714</w:t>
        <w:br/>
        <w:t>vt 0.839415 0.439481</w:t>
        <w:br/>
        <w:t>vt 0.798299 0.448756</w:t>
        <w:br/>
        <w:t>vt 0.752695 0.460005</w:t>
        <w:br/>
        <w:t>vt 0.719788 0.447341</w:t>
        <w:br/>
        <w:t>vt 0.692575 0.434568</w:t>
        <w:br/>
        <w:t>vt 0.746869 0.436855</w:t>
        <w:br/>
        <w:t>vt 0.710713 0.424921</w:t>
        <w:br/>
        <w:t>vt 0.679674 0.428834</w:t>
        <w:br/>
        <w:t>vt 0.790346 0.419959</w:t>
        <w:br/>
        <w:t>vt 0.739971 0.411258</w:t>
        <w:br/>
        <w:t>vt 0.661528 0.422065</w:t>
        <w:br/>
        <w:t>vt 0.835099 0.408578</w:t>
        <w:br/>
        <w:t>vt 0.646280 0.420176</w:t>
        <w:br/>
        <w:t>vt 0.676126 0.411305</w:t>
        <w:br/>
        <w:t>vt 0.698297 0.398961</w:t>
        <w:br/>
        <w:t>vt 0.635493 0.419591</w:t>
        <w:br/>
        <w:t>vt 0.657133 0.399427</w:t>
        <w:br/>
        <w:t>vt 0.668547 0.389695</w:t>
        <w:br/>
        <w:t>vt 0.640939 0.399923</w:t>
        <w:br/>
        <w:t>vt 0.621492 0.423327</w:t>
        <w:br/>
        <w:t>vt 0.629211 0.402241</w:t>
        <w:br/>
        <w:t>vt 0.606538 0.428991</w:t>
        <w:br/>
        <w:t>vt 0.614343 0.406250</w:t>
        <w:br/>
        <w:t>vt 0.633468 0.377084</w:t>
        <w:br/>
        <w:t>vt 0.649719 0.373553</w:t>
        <w:br/>
        <w:t>vt 0.619789 0.381881</w:t>
        <w:br/>
        <w:t>vt 0.662667 0.371206</w:t>
        <w:br/>
        <w:t>vt 0.597953 0.411739</w:t>
        <w:br/>
        <w:t>vt 0.687167 0.374533</w:t>
        <w:br/>
        <w:t>vt 0.591426 0.436241</w:t>
        <w:br/>
        <w:t>vt 0.730407 0.383707</w:t>
        <w:br/>
        <w:t>vt 0.782449 0.393320</w:t>
        <w:br/>
        <w:t>vt 0.570167 0.446096</w:t>
        <w:br/>
        <w:t>vt 0.829298 0.377748</w:t>
        <w:br/>
        <w:t>vt 0.549858 0.452759</w:t>
        <w:br/>
        <w:t>vt 0.774255 0.368056</w:t>
        <w:br/>
        <w:t>vt 0.822515 0.353503</w:t>
        <w:br/>
        <w:t>vt 0.714185 0.344561</w:t>
        <w:br/>
        <w:t>vt 0.759246 0.331982</w:t>
        <w:br/>
        <w:t>vt 0.806020 0.319333</w:t>
        <w:br/>
        <w:t>vt 0.676801 0.348577</w:t>
        <w:br/>
        <w:t>vt 0.654776 0.349177</w:t>
        <w:br/>
        <w:t>vt 0.642583 0.350619</w:t>
        <w:br/>
        <w:t>vt 0.623837 0.354592</w:t>
        <w:br/>
        <w:t>vt 0.646802 0.325460</w:t>
        <w:br/>
        <w:t>vt 0.667199 0.326197</w:t>
        <w:br/>
        <w:t>vt 0.631784 0.326018</w:t>
        <w:br/>
        <w:t>vt 0.702462 0.324307</w:t>
        <w:br/>
        <w:t>vt 0.745645 0.312643</w:t>
        <w:br/>
        <w:t>vt 0.685990 0.301251</w:t>
        <w:br/>
        <w:t>vt 0.655875 0.305142</w:t>
        <w:br/>
        <w:t>vt 0.791475 0.300890</w:t>
        <w:br/>
        <w:t>vt 0.730218 0.292665</w:t>
        <w:br/>
        <w:t>vt 0.862715 0.302138</w:t>
        <w:br/>
        <w:t>vt 0.852224 0.309494</w:t>
        <w:br/>
        <w:t>vt 0.819510 0.269000</w:t>
        <w:br/>
        <w:t>vt 0.869690 0.339699</w:t>
        <w:br/>
        <w:t>vt 0.901057 0.305651</w:t>
        <w:br/>
        <w:t>vt 0.881258 0.331912</w:t>
        <w:br/>
        <w:t>vt 0.873648 0.272076</w:t>
        <w:br/>
        <w:t>vt 0.828673 0.266634</w:t>
        <w:br/>
        <w:t>vt 0.833459 0.232814</w:t>
        <w:br/>
        <w:t>vt 0.773539 0.280848</w:t>
        <w:br/>
        <w:t>vt 0.791644 0.230278</w:t>
        <w:br/>
        <w:t>vt 0.792181 0.201063</w:t>
        <w:br/>
        <w:t>vt 0.787534 0.242850</w:t>
        <w:br/>
        <w:t>vt 0.749180 0.201552</w:t>
        <w:br/>
        <w:t>vt 0.750258 0.174398</w:t>
        <w:br/>
        <w:t>vt 0.739706 0.211966</w:t>
        <w:br/>
        <w:t>vt 0.711482 0.174839</w:t>
        <w:br/>
        <w:t>vt 0.713282 0.153195</w:t>
        <w:br/>
        <w:t>vt 0.691212 0.187311</w:t>
        <w:br/>
        <w:t>vt 0.746661 0.254921</w:t>
        <w:br/>
        <w:t>vt 0.671774 0.157374</w:t>
        <w:br/>
        <w:t>vt 0.673300 0.126291</w:t>
        <w:br/>
        <w:t>vt 0.669092 0.277218</w:t>
        <w:br/>
        <w:t>vt 0.705432 0.266118</w:t>
        <w:br/>
        <w:t>vt 0.709728 0.226403</w:t>
        <w:br/>
        <w:t>vt 0.674683 0.239133</w:t>
        <w:br/>
        <w:t>vt 0.668475 0.202223</w:t>
        <w:br/>
        <w:t>vt 0.638361 0.214174</w:t>
        <w:br/>
        <w:t>vt 0.634826 0.188451</w:t>
        <w:br/>
        <w:t>vt 0.608182 0.199084</w:t>
        <w:br/>
        <w:t>vt 0.643206 0.168710</w:t>
        <w:br/>
        <w:t>vt 0.651616 0.135331</w:t>
        <w:br/>
        <w:t>vt 0.651191 0.101384</w:t>
        <w:br/>
        <w:t>vt 0.620921 0.145053</w:t>
        <w:br/>
        <w:t>vt 0.601210 0.174526</w:t>
        <w:br/>
        <w:t>vt 0.604017 0.118962</w:t>
        <w:br/>
        <w:t>vt 0.634460 0.108396</w:t>
        <w:br/>
        <w:t>vt 0.571030 0.165596</w:t>
        <w:br/>
        <w:t>vt 0.574080 0.184134</w:t>
        <w:br/>
        <w:t>vt 0.544666 0.174858</w:t>
        <w:br/>
        <w:t>vt 0.546293 0.158607</w:t>
        <w:br/>
        <w:t>vt 0.523177 0.171520</w:t>
        <w:br/>
        <w:t>vt 0.553075 0.192962</w:t>
        <w:br/>
        <w:t>vt 0.530073 0.184147</w:t>
        <w:br/>
        <w:t>vt 0.603987 0.222133</w:t>
        <w:br/>
        <w:t>vt 0.579980 0.206068</w:t>
        <w:br/>
        <w:t>vt 0.639728 0.249755</w:t>
        <w:br/>
        <w:t>vt 0.588226 0.236132</w:t>
        <w:br/>
        <w:t>vt 0.567975 0.222136</w:t>
        <w:br/>
        <w:t>vt 0.615340 0.257565</w:t>
        <w:br/>
        <w:t>vt 0.640567 0.282508</w:t>
        <w:br/>
        <w:t>vt 0.636211 0.303310</w:t>
        <w:br/>
        <w:t>vt 0.621401 0.284028</w:t>
        <w:br/>
        <w:t>vt 0.601936 0.264169</w:t>
        <w:br/>
        <w:t>vt 0.616066 0.304123</w:t>
        <w:br/>
        <w:t>vt 0.579132 0.244886</w:t>
        <w:br/>
        <w:t>vt 0.608458 0.327610</w:t>
        <w:br/>
        <w:t>vt 0.597240 0.286071</w:t>
        <w:br/>
        <w:t>vt 0.579139 0.272125</w:t>
        <w:br/>
        <w:t>vt 0.588636 0.304384</w:t>
        <w:br/>
        <w:t>vt 0.608755 0.360570</w:t>
        <w:br/>
        <w:t>vt 0.605116 0.387593</w:t>
        <w:br/>
        <w:t>vt 0.590890 0.343477</w:t>
        <w:br/>
        <w:t>vt 0.592476 0.367274</w:t>
        <w:br/>
        <w:t>vt 0.588602 0.394853</w:t>
        <w:br/>
        <w:t>vt 0.583081 0.418381</w:t>
        <w:br/>
        <w:t>vt 0.575422 0.374807</w:t>
        <w:br/>
        <w:t>vt 0.573232 0.401690</w:t>
        <w:br/>
        <w:t>vt 0.563364 0.426179</w:t>
        <w:br/>
        <w:t>vt 0.555630 0.409044</w:t>
        <w:br/>
        <w:t>vt 0.561830 0.381868</w:t>
        <w:br/>
        <w:t>vt 0.576154 0.352038</w:t>
        <w:br/>
        <w:t>vt 0.560750 0.359434</w:t>
        <w:br/>
        <w:t>vt 0.580846 0.319326</w:t>
        <w:br/>
        <w:t>vt 0.569402 0.331229</w:t>
        <w:br/>
        <w:t>vt 0.558327 0.339604</w:t>
        <w:br/>
        <w:t>vt 0.559129 0.315180</w:t>
        <w:br/>
        <w:t>vt 0.551849 0.323178</w:t>
        <w:br/>
        <w:t>vt 0.561935 0.305877</w:t>
        <w:br/>
        <w:t>vt 0.575332 0.290981</w:t>
        <w:br/>
        <w:t>vt 0.543050 0.330101</w:t>
        <w:br/>
        <w:t>vt 0.545361 0.346806</w:t>
        <w:br/>
        <w:t>vt 0.562591 0.296150</w:t>
        <w:br/>
        <w:t>vt 0.548481 0.366117</w:t>
        <w:br/>
        <w:t>vt 0.546321 0.389401</w:t>
        <w:br/>
        <w:t>vt 0.536093 0.374198</w:t>
        <w:br/>
        <w:t>vt 0.535466 0.354380</w:t>
        <w:br/>
        <w:t>vt 0.544194 0.434156</w:t>
        <w:br/>
        <w:t>vt 0.537616 0.416868</w:t>
        <w:br/>
        <w:t>vt 0.532987 0.336980</w:t>
        <w:br/>
        <w:t>vt 0.530932 0.398306</w:t>
        <w:br/>
        <w:t>vt 0.527571 0.443286</w:t>
        <w:br/>
        <w:t>vt 0.523018 0.425516</w:t>
        <w:br/>
        <w:t>vt 0.518472 0.410296</w:t>
        <w:br/>
        <w:t>vt 0.531746 0.461288</w:t>
        <w:br/>
        <w:t>vt 0.514286 0.448559</w:t>
        <w:br/>
        <w:t>vt 0.511826 0.431843</w:t>
        <w:br/>
        <w:t>vt 0.517159 0.465645</w:t>
        <w:br/>
        <w:t>vt 0.509504 0.418820</w:t>
        <w:br/>
        <w:t>vt 0.507471 0.409405</w:t>
        <w:br/>
        <w:t>vt 0.515408 0.399355</w:t>
        <w:br/>
        <w:t>vt 0.524709 0.385636</w:t>
        <w:br/>
        <w:t>vt 0.505701 0.403513</w:t>
        <w:br/>
        <w:t>vt 0.512839 0.392485</w:t>
        <w:br/>
        <w:t>vt 0.520291 0.378701</w:t>
        <w:br/>
        <w:t>vt 0.527564 0.366358</w:t>
        <w:br/>
        <w:t>vt 0.520884 0.346905</w:t>
        <w:br/>
        <w:t>vt 0.517032 0.360562</w:t>
        <w:br/>
        <w:t>vt 0.513180 0.371748</w:t>
        <w:br/>
        <w:t>vt 0.515884 0.327141</w:t>
        <w:br/>
        <w:t>vt 0.522992 0.324268</w:t>
        <w:br/>
        <w:t>vt 0.509103 0.356839</w:t>
        <w:br/>
        <w:t>vt 0.509320 0.344575</w:t>
        <w:br/>
        <w:t>vt 0.507573 0.328742</w:t>
        <w:br/>
        <w:t>vt 0.531288 0.320259</w:t>
        <w:br/>
        <w:t>vt 0.506852 0.367689</w:t>
        <w:br/>
        <w:t>vt 0.508788 0.384931</w:t>
        <w:br/>
        <w:t>vt 0.504775 0.380069</w:t>
        <w:br/>
        <w:t>vt 0.503679 0.398253</w:t>
        <w:br/>
        <w:t>vt 0.503139 0.392233</w:t>
        <w:br/>
        <w:t>vt 0.500000 0.378348</w:t>
        <w:br/>
        <w:t>vt 0.513442 0.314869</w:t>
        <w:br/>
        <w:t>vt 0.506646 0.315736</w:t>
        <w:br/>
        <w:t>vt 0.519605 0.313394</w:t>
        <w:br/>
        <w:t>vt 0.504377 0.300023</w:t>
        <w:br/>
        <w:t>vt 0.504601 0.301922</w:t>
        <w:br/>
        <w:t>vt 0.509983 0.301874</w:t>
        <w:br/>
        <w:t>vt 0.509568 0.300023</w:t>
        <w:br/>
        <w:t>vt 0.522191 0.302307</w:t>
        <w:br/>
        <w:t>vt 0.515771 0.302141</w:t>
        <w:br/>
        <w:t>vt 0.515580 0.300023</w:t>
        <w:br/>
        <w:t>vt 0.521368 0.300023</w:t>
        <w:br/>
        <w:t>vt 0.527893 0.302008</w:t>
        <w:br/>
        <w:t>vt 0.527177 0.300023</w:t>
        <w:br/>
        <w:t>vt 0.532445 0.301072</w:t>
        <w:br/>
        <w:t>vt 0.532004 0.300023</w:t>
        <w:br/>
        <w:t>vt 0.526896 0.311254</w:t>
        <w:br/>
        <w:t>vt 0.532661 0.309215</w:t>
        <w:br/>
        <w:t>vt 0.538148 0.316047</w:t>
        <w:br/>
        <w:t>vt 0.544723 0.311648</w:t>
        <w:br/>
        <w:t>vt 0.549858 0.305666</w:t>
        <w:br/>
        <w:t>vt 0.539138 0.306776</w:t>
        <w:br/>
        <w:t>vt 0.543800 0.305010</w:t>
        <w:br/>
        <w:t>vt 0.544865 0.299990</w:t>
        <w:br/>
        <w:t>vt 0.551418 0.298551</w:t>
        <w:br/>
        <w:t>vt 0.546820 0.290284</w:t>
        <w:br/>
        <w:t>vt 0.540654 0.292814</w:t>
        <w:br/>
        <w:t>vt 0.555045 0.285371</w:t>
        <w:br/>
        <w:t>vt 0.564174 0.280085</w:t>
        <w:br/>
        <w:t>vt 0.564365 0.259430</w:t>
        <w:br/>
        <w:t>vt 0.552033 0.269418</w:t>
        <w:br/>
        <w:t>vt 0.549336 0.248402</w:t>
        <w:br/>
        <w:t>vt 0.541250 0.261710</w:t>
        <w:br/>
        <w:t>vt 0.560521 0.231524</w:t>
        <w:br/>
        <w:t>vt 0.545628 0.209165</w:t>
        <w:br/>
        <w:t>vt 0.541546 0.219993</w:t>
        <w:br/>
        <w:t>vt 0.526802 0.201188</w:t>
        <w:br/>
        <w:t>vt 0.513740 0.181676</w:t>
        <w:br/>
        <w:t>vt 0.524916 0.211371</w:t>
        <w:br/>
        <w:t>vt 0.512456 0.194987</w:t>
        <w:br/>
        <w:t>vt 0.535579 0.239090</w:t>
        <w:br/>
        <w:t>vt 0.522050 0.232867</w:t>
        <w:br/>
        <w:t>vt 0.529327 0.255106</w:t>
        <w:br/>
        <w:t>vt 0.518251 0.251014</w:t>
        <w:br/>
        <w:t>vt 0.509722 0.229376</w:t>
        <w:br/>
        <w:t>vt 0.511304 0.208352</w:t>
        <w:br/>
        <w:t>vt 0.535624 0.270363</w:t>
        <w:br/>
        <w:t>vt 0.525377 0.265221</w:t>
        <w:br/>
        <w:t>vt 0.516113 0.262456</w:t>
        <w:br/>
        <w:t>vt 0.530073 0.278211</w:t>
        <w:br/>
        <w:t>vt 0.521840 0.273709</w:t>
        <w:br/>
        <w:t>vt 0.527211 0.282390</w:t>
        <w:br/>
        <w:t>vt 0.520561 0.278543</w:t>
        <w:br/>
        <w:t>vt 0.532792 0.298916</w:t>
        <w:br/>
        <w:t>vt 0.527504 0.297838</w:t>
        <w:br/>
        <w:t>vt 0.526990 0.299890</w:t>
        <w:br/>
        <w:t>vt 0.521304 0.299890</w:t>
        <w:br/>
        <w:t>vt 0.521656 0.296930</w:t>
        <w:br/>
        <w:t>vt 0.515618 0.299890</w:t>
        <w:br/>
        <w:t>vt 0.517069 0.296047</w:t>
        <w:br/>
        <w:t>vt 0.510588 0.295421</w:t>
        <w:br/>
        <w:t>vt 0.509602 0.299890</w:t>
        <w:br/>
        <w:t>vt 0.504295 0.299890</w:t>
        <w:br/>
        <w:t>vt 0.504519 0.295147</w:t>
        <w:br/>
        <w:t>vt 0.514331 0.271391</w:t>
        <w:br/>
        <w:t>vt 0.513634 0.276146</w:t>
        <w:br/>
        <w:t>vt 0.506305 0.274678</w:t>
        <w:br/>
        <w:t>vt 0.506830 0.269861</w:t>
        <w:br/>
        <w:t>vt 0.507655 0.260906</w:t>
        <w:br/>
        <w:t>vt 0.508514 0.248352</w:t>
        <w:br/>
        <w:t>vt 0.509578 0.169955</w:t>
        <w:br/>
        <w:t>vt 0.531465 0.152129</w:t>
        <w:br/>
        <w:t>vt 0.544235 0.276092</w:t>
        <w:br/>
        <w:t>vt 0.538549 0.283116</w:t>
        <w:br/>
        <w:t>vt 0.534416 0.287548</w:t>
        <w:br/>
        <w:t>vt 0.531929 0.299890</w:t>
        <w:br/>
        <w:t>vt 0.684263 0.460573</w:t>
        <w:br/>
        <w:t>vt 0.921515 0.557048</w:t>
        <w:br/>
        <w:t>vt 0.943088 0.541208</w:t>
        <w:br/>
        <w:t>vt 0.926549 0.320758</w:t>
        <w:br/>
        <w:t>vt 0.536281 0.301360</w:t>
        <w:br/>
        <w:t>vt 0.536483 0.300263</w:t>
        <w:br/>
        <w:t>vt 0.538789 0.299849</w:t>
        <w:br/>
        <w:t>vt 0.538572 0.302651</w:t>
        <w:br/>
        <w:t>vt 0.535708 0.304913</w:t>
        <w:br/>
        <w:t>vt 0.533550 0.303564</w:t>
        <w:br/>
        <w:t>vt 0.529962 0.305505</w:t>
        <w:br/>
        <w:t>vt 0.528082 0.303234</w:t>
        <w:br/>
        <w:t>vt 0.504878 0.302892</w:t>
        <w:br/>
        <w:t>vt 0.505600 0.307656</w:t>
        <w:br/>
        <w:t>vt 0.510411 0.302922</w:t>
        <w:br/>
        <w:t>vt 0.511567 0.307245</w:t>
        <w:br/>
        <w:t>vt 0.516243 0.303091</w:t>
        <w:br/>
        <w:t>vt 0.517827 0.306557</w:t>
        <w:br/>
        <w:t>vt 0.522701 0.303491</w:t>
        <w:br/>
        <w:t>vt 0.524522 0.305773</w:t>
        <w:br/>
        <w:t>vt 0.533565 0.297569</w:t>
        <w:br/>
        <w:t>vt 0.535804 0.295267</w:t>
        <w:br/>
        <w:t>vt 0.529600 0.294562</w:t>
        <w:br/>
        <w:t>vt 0.531974 0.290105</w:t>
        <w:br/>
        <w:t>vt 0.522493 0.291312</w:t>
        <w:br/>
        <w:t>vt 0.524282 0.286076</w:t>
        <w:br/>
        <w:t>vt 0.517512 0.290027</w:t>
        <w:br/>
        <w:t>vt 0.518907 0.283285</w:t>
        <w:br/>
        <w:t>vt 0.510899 0.289094</w:t>
        <w:br/>
        <w:t>vt 0.512047 0.280902</w:t>
        <w:br/>
        <w:t>vt 0.504812 0.288705</w:t>
        <w:br/>
        <w:t>vt 0.505258 0.279997</w:t>
        <w:br/>
        <w:t>vt 0.534592 0.299898</w:t>
        <w:br/>
        <w:t>vt 0.536483 0.300263</w:t>
        <w:br/>
        <w:t>vt 0.851951 0.892004</w:t>
        <w:br/>
        <w:t>vt 0.848506 0.901074</w:t>
        <w:br/>
        <w:t>vt 0.819934 0.908373</w:t>
        <w:br/>
        <w:t>vt 0.882191 0.892242</w:t>
        <w:br/>
        <w:t>vt 0.889781 0.861261</w:t>
        <w:br/>
        <w:t>vt 0.910645 0.876015</w:t>
        <w:br/>
        <w:t>vt 0.942099 0.804676</w:t>
        <w:br/>
        <w:t>vt 0.891837 0.771753</w:t>
        <w:br/>
        <w:t>vt 0.919636 0.735500</w:t>
        <w:br/>
        <w:t>vt 0.970659 0.760616</w:t>
        <w:br/>
        <w:t>vt 0.942048 0.848745</w:t>
        <w:br/>
        <w:t>vt 0.968500 0.810138</w:t>
        <w:br/>
        <w:t>vt 0.985911 0.767550</w:t>
        <w:br/>
        <w:t>vt 0.967823 0.736312</w:t>
        <w:br/>
        <w:t>vt 0.985042 0.734231</w:t>
        <w:br/>
        <w:t>vt 0.957806 0.715777</w:t>
        <w:br/>
        <w:t>vt 0.971130 0.710062</w:t>
        <w:br/>
        <w:t>vt 0.953609 0.704145</w:t>
        <w:br/>
        <w:t>vt 0.920166 0.710977</w:t>
        <w:br/>
        <w:t>vt 0.844443 0.826594</w:t>
        <w:br/>
        <w:t>vt 0.811531 0.855727</w:t>
        <w:br/>
        <w:t>vt 0.819934 0.908373</w:t>
        <w:br/>
        <w:t>vt 0.788101 0.869612</w:t>
        <w:br/>
        <w:t>vt 0.624176 0.535010</w:t>
        <w:br/>
        <w:t>vt 0.637910 0.538591</w:t>
        <w:br/>
        <w:t>vt 0.649068 0.537911</w:t>
        <w:br/>
        <w:t>vt 0.660093 0.535037</w:t>
        <w:br/>
        <w:t>vt 0.668981 0.529494</w:t>
        <w:br/>
        <w:t>vt 0.675565 0.521571</w:t>
        <w:br/>
        <w:t>vt 0.681290 0.508844</w:t>
        <w:br/>
        <w:t>vt 0.683681 0.494133</w:t>
        <w:br/>
        <w:t>vt 0.683551 0.484565</w:t>
        <w:br/>
        <w:t>vt 0.682132 0.476033</w:t>
        <w:br/>
        <w:t>vt 0.678482 0.467611</w:t>
        <w:br/>
        <w:t>vt 0.673674 0.461529</w:t>
        <w:br/>
        <w:t>vt 0.665860 0.455715</w:t>
        <w:br/>
        <w:t>vt 0.066907 0.968098</w:t>
        <w:br/>
        <w:t>vt 0.065944 0.953668</w:t>
        <w:br/>
        <w:t>vt 0.026151 0.968098</w:t>
        <w:br/>
        <w:t>vt 0.121564 0.968098</w:t>
        <w:br/>
        <w:t>vt 0.066907 0.968098</w:t>
        <w:br/>
        <w:t>vt 0.066333 0.978692</w:t>
        <w:br/>
        <w:t>vt 0.124516 0.985819</w:t>
        <w:br/>
        <w:t>vt 0.121564 0.968098</w:t>
        <w:br/>
        <w:t>vt 0.123628 0.941803</w:t>
        <w:br/>
        <w:t>vt 0.200261 0.992719</w:t>
        <w:br/>
        <w:t>vt 0.196781 0.968098</w:t>
        <w:br/>
        <w:t>vt 0.196781 0.968098</w:t>
        <w:br/>
        <w:t>vt 0.203789 0.936998</w:t>
        <w:br/>
        <w:t>vt 0.287692 0.992418</w:t>
        <w:br/>
        <w:t>vt 0.283411 0.968098</w:t>
        <w:br/>
        <w:t>vt 0.283411 0.968098</w:t>
        <w:br/>
        <w:t>vt 0.293637 0.941243</w:t>
        <w:br/>
        <w:t>vt 0.384239 0.989544</w:t>
        <w:br/>
        <w:t>vt 0.379424 0.968098</w:t>
        <w:br/>
        <w:t>vt 0.379424 0.968098</w:t>
        <w:br/>
        <w:t>vt 0.388337 0.947223</w:t>
        <w:br/>
        <w:t>vt 0.477383 0.986093</w:t>
        <w:br/>
        <w:t>vt 0.470524 0.968098</w:t>
        <w:br/>
        <w:t>vt 0.587324 0.983380</w:t>
        <w:br/>
        <w:t>vt 0.575278 0.968098</w:t>
        <w:br/>
        <w:t>vt 0.586788 0.956707</w:t>
        <w:br/>
        <w:t>vt 0.575278 0.968098</w:t>
        <w:br/>
        <w:t>vt 0.686811 0.968098</w:t>
        <w:br/>
        <w:t>vt 0.693271 0.961277</w:t>
        <w:br/>
        <w:t>vt 0.697723 0.976759</w:t>
        <w:br/>
        <w:t>vt 0.686811 0.968098</w:t>
        <w:br/>
        <w:t>vt 0.780136 0.968098</w:t>
        <w:br/>
        <w:t>vt 0.780136 0.968098</w:t>
        <w:br/>
        <w:t>vt 0.470524 0.968098</w:t>
        <w:br/>
        <w:t>vt 0.481366 0.951828</w:t>
        <w:br/>
        <w:t>vt 0.026151 0.968098</w:t>
        <w:br/>
        <w:t>vt 0.066907 0.968098</w:t>
        <w:br/>
        <w:t>vt 0.026151 0.968098</w:t>
        <w:br/>
        <w:t>vt 0.065944 0.953668</w:t>
        <w:br/>
        <w:t>vt 0.121564 0.968098</w:t>
        <w:br/>
        <w:t>vt 0.124516 0.985819</w:t>
        <w:br/>
        <w:t>vt 0.066333 0.978692</w:t>
        <w:br/>
        <w:t>vt 0.066907 0.968098</w:t>
        <w:br/>
        <w:t>vt 0.123628 0.941803</w:t>
        <w:br/>
        <w:t>vt 0.121564 0.968098</w:t>
        <w:br/>
        <w:t>vt 0.196781 0.968098</w:t>
        <w:br/>
        <w:t>vt 0.200261 0.992719</w:t>
        <w:br/>
        <w:t>vt 0.196781 0.968098</w:t>
        <w:br/>
        <w:t>vt 0.203789 0.936998</w:t>
        <w:br/>
        <w:t>vt 0.283411 0.968098</w:t>
        <w:br/>
        <w:t>vt 0.287692 0.992418</w:t>
        <w:br/>
        <w:t>vt 0.283411 0.968098</w:t>
        <w:br/>
        <w:t>vt 0.293637 0.941243</w:t>
        <w:br/>
        <w:t>vt 0.379424 0.968098</w:t>
        <w:br/>
        <w:t>vt 0.384239 0.989544</w:t>
        <w:br/>
        <w:t>vt 0.388337 0.947223</w:t>
        <w:br/>
        <w:t>vt 0.379424 0.968098</w:t>
        <w:br/>
        <w:t>vt 0.470524 0.968098</w:t>
        <w:br/>
        <w:t>vt 0.477383 0.986093</w:t>
        <w:br/>
        <w:t>vt 0.575278 0.968098</w:t>
        <w:br/>
        <w:t>vt 0.587324 0.983380</w:t>
        <w:br/>
        <w:t>vt 0.586788 0.956707</w:t>
        <w:br/>
        <w:t>vt 0.693271 0.961277</w:t>
        <w:br/>
        <w:t>vt 0.686811 0.968098</w:t>
        <w:br/>
        <w:t>vt 0.575278 0.968098</w:t>
        <w:br/>
        <w:t>vt 0.686811 0.968098</w:t>
        <w:br/>
        <w:t>vt 0.697723 0.976759</w:t>
        <w:br/>
        <w:t>vt 0.780136 0.968098</w:t>
        <w:br/>
        <w:t>vt 0.780136 0.968098</w:t>
        <w:br/>
        <w:t>vt 0.470524 0.968098</w:t>
        <w:br/>
        <w:t>vt 0.481366 0.951828</w:t>
        <w:br/>
        <w:t>vt 0.026151 0.968098</w:t>
        <w:br/>
        <w:t>vt 0.241962 0.503437</w:t>
        <w:br/>
        <w:t>vt 0.228706 0.505985</w:t>
        <w:br/>
        <w:t>vt 0.241962 0.451935</w:t>
        <w:br/>
        <w:t>vt 0.241962 0.543667</w:t>
        <w:br/>
        <w:t>vt 0.227681 0.545704</w:t>
        <w:br/>
        <w:t>vt 0.241962 0.586716</w:t>
        <w:br/>
        <w:t>vt 0.227187 0.590609</w:t>
        <w:br/>
        <w:t>vt 0.241962 0.632582</w:t>
        <w:br/>
        <w:t>vt 0.224118 0.634977</w:t>
        <w:br/>
        <w:t>vt 0.241962 0.674847</w:t>
        <w:br/>
        <w:t>vt 0.222384 0.681817</w:t>
        <w:br/>
        <w:t>vt 0.241962 0.712417</w:t>
        <w:br/>
        <w:t>vt 0.221043 0.717367</w:t>
        <w:br/>
        <w:t>vt 0.241962 0.749047</w:t>
        <w:br/>
        <w:t>vt 0.216645 0.745815</w:t>
        <w:br/>
        <w:t>vt 0.241962 0.791547</w:t>
        <w:br/>
        <w:t>vt 0.207203 0.783358</w:t>
        <w:br/>
        <w:t>vt 0.241962 0.503437</w:t>
        <w:br/>
        <w:t>vt 0.241962 0.451935</w:t>
        <w:br/>
        <w:t>vt 0.228706 0.505985</w:t>
        <w:br/>
        <w:t>vt 0.227681 0.545704</w:t>
        <w:br/>
        <w:t>vt 0.241962 0.543667</w:t>
        <w:br/>
        <w:t>vt 0.241962 0.586716</w:t>
        <w:br/>
        <w:t>vt 0.227187 0.590609</w:t>
        <w:br/>
        <w:t>vt 0.224118 0.634977</w:t>
        <w:br/>
        <w:t>vt 0.241962 0.632582</w:t>
        <w:br/>
        <w:t>vt 0.241962 0.674847</w:t>
        <w:br/>
        <w:t>vt 0.222384 0.681817</w:t>
        <w:br/>
        <w:t>vt 0.221043 0.717367</w:t>
        <w:br/>
        <w:t>vt 0.241962 0.712417</w:t>
        <w:br/>
        <w:t>vt 0.241962 0.749047</w:t>
        <w:br/>
        <w:t>vt 0.216645 0.745815</w:t>
        <w:br/>
        <w:t>vt 0.241962 0.791547</w:t>
        <w:br/>
        <w:t>vt 0.207203 0.783358</w:t>
        <w:br/>
        <w:t>vt 0.040708 0.638942</w:t>
        <w:br/>
        <w:t>vt 0.038189 0.650995</w:t>
        <w:br/>
        <w:t>vt 0.062977 0.640853</w:t>
        <w:br/>
        <w:t>vt 0.063156 0.622424</w:t>
        <w:br/>
        <w:t>vt 0.059922 0.602717</w:t>
        <w:br/>
        <w:t>vt 0.044019 0.605107</w:t>
        <w:br/>
        <w:t>vt 0.041742 0.625035</w:t>
        <w:br/>
        <w:t>vt 0.033992 0.607321</w:t>
        <w:br/>
        <w:t>vt 0.025520 0.629552</w:t>
        <w:br/>
        <w:t>vt 0.045386 0.572437</w:t>
        <w:br/>
        <w:t>vt 0.016307 0.646794</w:t>
        <w:br/>
        <w:t>vt 0.003929 0.665012</w:t>
        <w:br/>
        <w:t>vt 0.003929 0.665012</w:t>
        <w:br/>
        <w:t>vt 0.188741 0.912311</w:t>
        <w:br/>
        <w:t>vt 0.141057 0.917217</w:t>
        <w:br/>
        <w:t>vt 0.142652 0.923054</w:t>
        <w:br/>
        <w:t>vt 0.212380 0.923003</w:t>
        <w:br/>
        <w:t>vt 0.212380 0.923003</w:t>
        <w:br/>
        <w:t>vt 0.142652 0.923054</w:t>
        <w:br/>
        <w:t>vt 0.144509 0.929890</w:t>
        <w:br/>
        <w:t>vt 0.213294 0.929890</w:t>
        <w:br/>
        <w:t>vt 0.034085 0.929890</w:t>
        <w:br/>
        <w:t>vt 0.034085 0.929890</w:t>
        <w:br/>
        <w:t>vt 0.219328 0.885794</w:t>
        <w:br/>
        <w:t>vt 0.207922 0.899887</w:t>
        <w:br/>
        <w:t>vt 0.220904 0.905113</w:t>
        <w:br/>
        <w:t>vt 0.227381 0.888031</w:t>
        <w:br/>
        <w:t>vt 0.067186 0.867401</w:t>
        <w:br/>
        <w:t>vt 0.055995 0.868010</w:t>
        <w:br/>
        <w:t>vt 0.066711 0.891493</w:t>
        <w:br/>
        <w:t>vt 0.083946 0.886112</w:t>
        <w:br/>
        <w:t>vt 0.045586 0.865661</w:t>
        <w:br/>
        <w:t>vt 0.048794 0.887880</w:t>
        <w:br/>
        <w:t>vt 0.232846 0.900330</w:t>
        <w:br/>
        <w:t>vt 0.233642 0.884148</w:t>
        <w:br/>
        <w:t>vt 0.044768 0.835414</w:t>
        <w:br/>
        <w:t>vt 0.235443 0.862719</w:t>
        <w:br/>
        <w:t>vt 0.078354 0.906829</w:t>
        <w:br/>
        <w:t>vt 0.110679 0.906829</w:t>
        <w:br/>
        <w:t>vt 0.051040 0.906829</w:t>
        <w:br/>
        <w:t>vt 0.232674 0.913935</w:t>
        <w:br/>
        <w:t>vt 0.316849 0.929890</w:t>
        <w:br/>
        <w:t>vt 0.283510 0.925457</w:t>
        <w:br/>
        <w:t>vt 0.281872 0.929890</w:t>
        <w:br/>
        <w:t>vt 0.316849 0.929890</w:t>
        <w:br/>
        <w:t>vt 0.283317 0.919506</w:t>
        <w:br/>
        <w:t>vt 0.283510 0.925457</w:t>
        <w:br/>
        <w:t>vt 0.040708 0.638942</w:t>
        <w:br/>
        <w:t>vt 0.062977 0.640853</w:t>
        <w:br/>
        <w:t>vt 0.038189 0.650995</w:t>
        <w:br/>
        <w:t>vt 0.063156 0.622424</w:t>
        <w:br/>
        <w:t>vt 0.041742 0.625035</w:t>
        <w:br/>
        <w:t>vt 0.044019 0.605107</w:t>
        <w:br/>
        <w:t>vt 0.059922 0.602717</w:t>
        <w:br/>
        <w:t>vt 0.025520 0.629552</w:t>
        <w:br/>
        <w:t>vt 0.033992 0.607321</w:t>
        <w:br/>
        <w:t>vt 0.045386 0.572437</w:t>
        <w:br/>
        <w:t>vt 0.016307 0.646794</w:t>
        <w:br/>
        <w:t>vt 0.003929 0.665012</w:t>
        <w:br/>
        <w:t>vt 0.003929 0.665012</w:t>
        <w:br/>
        <w:t>vt 0.188741 0.912311</w:t>
        <w:br/>
        <w:t>vt 0.212380 0.923003</w:t>
        <w:br/>
        <w:t>vt 0.142652 0.923054</w:t>
        <w:br/>
        <w:t>vt 0.141057 0.917217</w:t>
        <w:br/>
        <w:t>vt 0.212380 0.923003</w:t>
        <w:br/>
        <w:t>vt 0.213294 0.929890</w:t>
        <w:br/>
        <w:t>vt 0.144509 0.929890</w:t>
        <w:br/>
        <w:t>vt 0.142652 0.923054</w:t>
        <w:br/>
        <w:t>vt 0.034085 0.929890</w:t>
        <w:br/>
        <w:t>vt 0.034085 0.929890</w:t>
        <w:br/>
        <w:t>vt 0.219328 0.885794</w:t>
        <w:br/>
        <w:t>vt 0.227381 0.888031</w:t>
        <w:br/>
        <w:t>vt 0.220903 0.905113</w:t>
        <w:br/>
        <w:t>vt 0.207922 0.899887</w:t>
        <w:br/>
        <w:t>vt 0.067186 0.867401</w:t>
        <w:br/>
        <w:t>vt 0.083946 0.886112</w:t>
        <w:br/>
        <w:t>vt 0.066711 0.891493</w:t>
        <w:br/>
        <w:t>vt 0.055995 0.868010</w:t>
        <w:br/>
        <w:t>vt 0.048794 0.887880</w:t>
        <w:br/>
        <w:t>vt 0.045586 0.865661</w:t>
        <w:br/>
        <w:t>vt 0.232846 0.900330</w:t>
        <w:br/>
        <w:t>vt 0.233642 0.884148</w:t>
        <w:br/>
        <w:t>vt 0.044768 0.835414</w:t>
        <w:br/>
        <w:t>vt 0.235443 0.862719</w:t>
        <w:br/>
        <w:t>vt 0.078354 0.906829</w:t>
        <w:br/>
        <w:t>vt 0.110679 0.906829</w:t>
        <w:br/>
        <w:t>vt 0.051040 0.906829</w:t>
        <w:br/>
        <w:t>vt 0.232674 0.913935</w:t>
        <w:br/>
        <w:t>vt 0.316849 0.929890</w:t>
        <w:br/>
        <w:t>vt 0.281872 0.929890</w:t>
        <w:br/>
        <w:t>vt 0.283510 0.925457</w:t>
        <w:br/>
        <w:t>vt 0.316849 0.929890</w:t>
        <w:br/>
        <w:t>vt 0.283510 0.925457</w:t>
        <w:br/>
        <w:t>vt 0.283317 0.919506</w:t>
        <w:br/>
        <w:t>vt 0.640630 0.920373</w:t>
        <w:br/>
        <w:t>vt 0.738503 0.930590</w:t>
        <w:br/>
        <w:t>vt 0.640437 0.930590</w:t>
        <w:br/>
        <w:t>vt 0.562961 0.930590</w:t>
        <w:br/>
        <w:t>vt 0.562761 0.913453</w:t>
        <w:br/>
        <w:t>vt 0.490232 0.930590</w:t>
        <w:br/>
        <w:t>vt 0.490934 0.909395</w:t>
        <w:br/>
        <w:t>vt 0.417896 0.908948</w:t>
        <w:br/>
        <w:t>vt 0.416011 0.930590</w:t>
        <w:br/>
        <w:t>vt 0.343435 0.930590</w:t>
        <w:br/>
        <w:t>vt 0.640630 0.920373</w:t>
        <w:br/>
        <w:t>vt 0.640437 0.930590</w:t>
        <w:br/>
        <w:t>vt 0.738503 0.930590</w:t>
        <w:br/>
        <w:t>vt 0.562961 0.930590</w:t>
        <w:br/>
        <w:t>vt 0.562761 0.913453</w:t>
        <w:br/>
        <w:t>vt 0.490934 0.909395</w:t>
        <w:br/>
        <w:t>vt 0.490232 0.930590</w:t>
        <w:br/>
        <w:t>vt 0.417896 0.908948</w:t>
        <w:br/>
        <w:t>vt 0.416011 0.930590</w:t>
        <w:br/>
        <w:t>vt 0.343435 0.930590</w:t>
        <w:br/>
        <w:t>vt 0.696628 0.478285</w:t>
        <w:br/>
        <w:t>vt 0.699923 0.491409</w:t>
        <w:br/>
        <w:t>vt 0.624176 0.535010</w:t>
        <w:br/>
        <w:t>vt 0.602686 0.522034</w:t>
        <w:br/>
        <w:t>vt 0.601411 0.531192</w:t>
        <w:br/>
        <w:t>vt 0.619847 0.540430</w:t>
        <w:br/>
        <w:t>vt 0.586700 0.520284</w:t>
        <w:br/>
        <w:t>vt 0.639843 0.543050</w:t>
        <w:br/>
        <w:t>vt 0.637910 0.538591</w:t>
        <w:br/>
        <w:t>vt 0.654354 0.544316</w:t>
        <w:br/>
        <w:t>vt 0.649068 0.537911</w:t>
        <w:br/>
        <w:t>vt 0.665115 0.543994</w:t>
        <w:br/>
        <w:t>vt 0.660093 0.535037</w:t>
        <w:br/>
        <w:t>vt 0.676311 0.539028</w:t>
        <w:br/>
        <w:t>vt 0.668981 0.529494</w:t>
        <w:br/>
        <w:t>vt 0.685682 0.531713</w:t>
        <w:br/>
        <w:t>vt 0.675565 0.521571</w:t>
        <w:br/>
        <w:t>vt 0.693301 0.520712</w:t>
        <w:br/>
        <w:t>vt 0.681290 0.508844</w:t>
        <w:br/>
        <w:t>vt 0.704871 0.507014</w:t>
        <w:br/>
        <w:t>vt 0.683681 0.494133</w:t>
        <w:br/>
        <w:t>vt 0.699923 0.491409</w:t>
        <w:br/>
        <w:t>vt 0.683551 0.484565</w:t>
        <w:br/>
        <w:t>vt 0.699923 0.491409</w:t>
        <w:br/>
        <w:t>vt 0.696628 0.478285</w:t>
        <w:br/>
        <w:t>vt 0.682132 0.476033</w:t>
        <w:br/>
        <w:t>vt 0.696628 0.478285</w:t>
        <w:br/>
        <w:t>vt 0.691531 0.469092</w:t>
        <w:br/>
        <w:t>vt 0.678482 0.467611</w:t>
        <w:br/>
        <w:t>vt 0.684263 0.460573</w:t>
        <w:br/>
        <w:t>vt 0.673674 0.461529</w:t>
        <w:br/>
        <w:t>vt 0.665860 0.455715</w:t>
        <w:br/>
        <w:t>vt 0.872155 0.161922</w:t>
        <w:br/>
        <w:t>vt 0.868784 0.132476</w:t>
        <w:br/>
        <w:t>vt 0.846692 0.137831</w:t>
        <w:br/>
        <w:t>vt 0.850456 0.167926</w:t>
        <w:br/>
        <w:t>vt 0.826563 0.139649</w:t>
        <w:br/>
        <w:t>vt 0.822676 0.172877</w:t>
        <w:br/>
        <w:t>vt 0.891178 0.149733</w:t>
        <w:br/>
        <w:t>vt 0.888572 0.120777</w:t>
        <w:br/>
        <w:t>vt 0.803994 0.137113</w:t>
        <w:br/>
        <w:t>vt 0.795632 0.172296</w:t>
        <w:br/>
        <w:t>vt 0.776661 0.128162</w:t>
        <w:br/>
        <w:t>vt 0.765332 0.159961</w:t>
        <w:br/>
        <w:t>vt 0.746950 0.113945</w:t>
        <w:br/>
        <w:t>vt 0.742998 0.124940</w:t>
        <w:br/>
        <w:t>vt 0.913754 0.134309</w:t>
        <w:br/>
        <w:t>vt 0.912616 0.102148</w:t>
        <w:br/>
        <w:t>vt 0.721632 0.110046</w:t>
        <w:br/>
        <w:t>vt 0.872155 0.161922</w:t>
        <w:br/>
        <w:t>vt 0.855991 0.185302</w:t>
        <w:br/>
        <w:t>vt 0.881928 0.176912</w:t>
        <w:br/>
        <w:t>vt 0.693328 0.107511</w:t>
        <w:br/>
        <w:t>vt 0.714290 0.123536</w:t>
        <w:br/>
        <w:t>vt 0.735493 0.142156</w:t>
        <w:br/>
        <w:t>vt 0.762197 0.175815</w:t>
        <w:br/>
        <w:t>vt 0.793999 0.189649</w:t>
        <w:br/>
        <w:t>vt 0.891178 0.149733</w:t>
        <w:br/>
        <w:t>vt 0.906061 0.162530</w:t>
        <w:br/>
        <w:t>vt 0.932166 0.138783</w:t>
        <w:br/>
        <w:t>vt 0.947972 0.097916</w:t>
        <w:br/>
        <w:t>vt 0.936276 0.115827</w:t>
        <w:br/>
        <w:t>vt 0.961307 0.104239</w:t>
        <w:br/>
        <w:t>vt 0.967176 0.086971</w:t>
        <w:br/>
        <w:t>vt 0.953858 0.078267</w:t>
        <w:br/>
        <w:t>vt 0.967066 0.076180</w:t>
        <w:br/>
        <w:t>vt 0.957632 0.060007</w:t>
        <w:br/>
        <w:t>vt 0.969187 0.060189</w:t>
        <w:br/>
        <w:t>vt 0.969534 0.045173</w:t>
        <w:br/>
        <w:t>vt 0.961870 0.041450</w:t>
        <w:br/>
        <w:t>vt 0.969721 0.027104</w:t>
        <w:br/>
        <w:t>vt 0.965041 0.024499</w:t>
        <w:br/>
        <w:t>vt 0.913754 0.134309</w:t>
        <w:br/>
        <w:t>vt 0.948781 0.124617</w:t>
        <w:br/>
        <w:t>vt 0.965041 0.024499</w:t>
        <w:br/>
        <w:t>vt 0.967224 0.002915</w:t>
        <w:br/>
        <w:t>vt 0.959515 0.023480</w:t>
        <w:br/>
        <w:t>vt 0.748919 0.921948</w:t>
        <w:br/>
        <w:t>vt 0.762061 0.933376</w:t>
        <w:br/>
        <w:t>vt 0.763815 0.929244</w:t>
        <w:br/>
        <w:t>vt 0.776730 0.935983</w:t>
        <w:br/>
        <w:t>vt 0.773224 0.942687</w:t>
        <w:br/>
        <w:t>vt 0.786184 0.952076</w:t>
        <w:br/>
        <w:t>vt 0.794512 0.943963</w:t>
        <w:br/>
        <w:t>vt 0.815685 0.974772</w:t>
        <w:br/>
        <w:t>vt 0.831860 0.971671</w:t>
        <w:br/>
        <w:t>vt 0.794788 0.958837</w:t>
        <w:br/>
        <w:t>vt 0.933251 0.076638</w:t>
        <w:br/>
        <w:t>vt 0.936276 0.115827</w:t>
        <w:br/>
        <w:t>vt 0.939835 0.066312</w:t>
        <w:br/>
        <w:t>vt 0.953858 0.078267</w:t>
        <w:br/>
        <w:t>vt 0.957632 0.060007</w:t>
        <w:br/>
        <w:t>vt 0.945431 0.052539</w:t>
        <w:br/>
        <w:t>vt 0.961870 0.041450</w:t>
        <w:br/>
        <w:t>vt 0.951648 0.037526</w:t>
        <w:br/>
        <w:t>vt 0.823239 0.194284</w:t>
        <w:br/>
        <w:t>vt 0.822676 0.172877</w:t>
        <w:br/>
        <w:t>vt 0.962546 0.115333</w:t>
        <w:br/>
        <w:t>vt 0.967224 0.002915</w:t>
        <w:br/>
        <w:t>vt 0.947972 0.097916</w:t>
        <w:br/>
        <w:t>vt 0.711489 0.128066</w:t>
        <w:br/>
        <w:t>vt 0.731828 0.151238</w:t>
        <w:br/>
        <w:t>vt 0.837861 0.188591</w:t>
        <w:br/>
        <w:t>vt 0.831860 0.971671</w:t>
        <w:br/>
        <w:t>vt 0.815316 0.952223</w:t>
        <w:br/>
        <w:t>vt 0.794788 0.958837</w:t>
        <w:br/>
        <w:t>vt 0.990198 0.799359</w:t>
        <w:br/>
        <w:t>vt 0.975875 0.821965</w:t>
        <w:br/>
        <w:t>vt 0.990047 0.823554</w:t>
        <w:br/>
        <w:t>vt 0.996513 0.854555</w:t>
        <w:br/>
        <w:t>vt 0.974290 0.848878</w:t>
        <w:br/>
        <w:t>vt 0.968868 0.882724</w:t>
        <w:br/>
        <w:t>vt 0.992722 0.890912</w:t>
        <w:br/>
        <w:t>vt 0.853559 0.973525</w:t>
        <w:br/>
        <w:t>vt 0.852766 0.957802</w:t>
        <w:br/>
        <w:t>vt 0.887298 0.972736</w:t>
        <w:br/>
        <w:t>vt 0.877971 0.958526</w:t>
        <w:br/>
        <w:t>vt 0.913101 0.967488</w:t>
        <w:br/>
        <w:t>vt 0.938021 0.959635</w:t>
        <w:br/>
        <w:t>vt 0.921683 0.947180</w:t>
        <w:br/>
        <w:t>vt 0.901767 0.955323</w:t>
        <w:br/>
        <w:t>vt 0.962666 0.941730</w:t>
        <w:br/>
        <w:t>vt 0.980198 0.920635</w:t>
        <w:br/>
        <w:t>vt 0.958205 0.914125</w:t>
        <w:br/>
        <w:t>vt 0.940330 0.933897</w:t>
        <w:br/>
        <w:t>vt 0.815316 0.952223</w:t>
        <w:br/>
        <w:t>vt 0.942731 0.967353</w:t>
        <w:br/>
        <w:t>vt 0.947377 0.972881</w:t>
        <w:br/>
        <w:t>vt 0.955037 0.968123</w:t>
        <w:br/>
        <w:t>vt 0.957702 0.957704</w:t>
        <w:br/>
        <w:t>vt 0.853495 0.203726</w:t>
        <w:br/>
        <w:t>vt 0.860157 0.202129</w:t>
        <w:br/>
        <w:t>vt 0.858690 0.194582</w:t>
        <w:br/>
        <w:t>vt 0.847467 0.197937</w:t>
        <w:br/>
        <w:t>vt 0.849992 0.206592</w:t>
        <w:br/>
        <w:t>vt 0.839483 0.201878</w:t>
        <w:br/>
        <w:t>vt 0.860201 0.211516</w:t>
        <w:br/>
        <w:t>vt 0.860201 0.211516</w:t>
        <w:br/>
        <w:t>vt 0.954000 0.978690</w:t>
        <w:br/>
        <w:t>vt 0.983283 0.103095</w:t>
        <w:br/>
        <w:t>vt 0.970752 0.103613</w:t>
        <w:br/>
        <w:t>vt 0.973624 0.111030</w:t>
        <w:br/>
        <w:t>vt 0.985731 0.107041</w:t>
        <w:br/>
        <w:t>vt 0.979093 0.091376</w:t>
        <w:br/>
        <w:t>vt 0.987087 0.095979</w:t>
        <w:br/>
        <w:t>vt 0.789358 0.969553</w:t>
        <w:br/>
        <w:t>vt 0.786442 0.977743</w:t>
        <w:br/>
        <w:t>vt 0.794108 0.984323</w:t>
        <w:br/>
        <w:t>vt 0.804981 0.979306</w:t>
        <w:br/>
        <w:t>vt 0.997750 0.103751</w:t>
        <w:br/>
        <w:t>vt 0.783740 0.989866</w:t>
        <w:br/>
        <w:t>vt 0.706085 0.129699</w:t>
        <w:br/>
        <w:t>vt 0.731828 0.151238</w:t>
        <w:br/>
        <w:t>vt 0.711489 0.128066</w:t>
        <w:br/>
        <w:t>vt 0.693328 0.107511</w:t>
        <w:br/>
        <w:t>vt 0.872155 0.161922</w:t>
        <w:br/>
        <w:t>vt 0.850456 0.167926</w:t>
        <w:br/>
        <w:t>vt 0.846692 0.137831</w:t>
        <w:br/>
        <w:t>vt 0.868784 0.132476</w:t>
        <w:br/>
        <w:t>vt 0.822676 0.172877</w:t>
        <w:br/>
        <w:t>vt 0.826563 0.139649</w:t>
        <w:br/>
        <w:t>vt 0.891178 0.149733</w:t>
        <w:br/>
        <w:t>vt 0.888572 0.120777</w:t>
        <w:br/>
        <w:t>vt 0.803994 0.137113</w:t>
        <w:br/>
        <w:t>vt 0.795632 0.172296</w:t>
        <w:br/>
        <w:t>vt 0.765332 0.159961</w:t>
        <w:br/>
        <w:t>vt 0.776661 0.128162</w:t>
        <w:br/>
        <w:t>vt 0.742998 0.124940</w:t>
        <w:br/>
        <w:t>vt 0.746950 0.113945</w:t>
        <w:br/>
        <w:t>vt 0.913754 0.134309</w:t>
        <w:br/>
        <w:t>vt 0.912616 0.102148</w:t>
        <w:br/>
        <w:t>vt 0.721632 0.110046</w:t>
        <w:br/>
        <w:t>vt 0.872155 0.161922</w:t>
        <w:br/>
        <w:t>vt 0.881928 0.176912</w:t>
        <w:br/>
        <w:t>vt 0.855991 0.185302</w:t>
        <w:br/>
        <w:t>vt 0.714290 0.123536</w:t>
        <w:br/>
        <w:t>vt 0.693328 0.107511</w:t>
        <w:br/>
        <w:t>vt 0.735493 0.142156</w:t>
        <w:br/>
        <w:t>vt 0.762197 0.175815</w:t>
        <w:br/>
        <w:t>vt 0.793999 0.189649</w:t>
        <w:br/>
        <w:t>vt 0.891178 0.149733</w:t>
        <w:br/>
        <w:t>vt 0.932166 0.138783</w:t>
        <w:br/>
        <w:t>vt 0.906061 0.162530</w:t>
        <w:br/>
        <w:t>vt 0.947972 0.097916</w:t>
        <w:br/>
        <w:t>vt 0.961307 0.104239</w:t>
        <w:br/>
        <w:t>vt 0.936276 0.115827</w:t>
        <w:br/>
        <w:t>vt 0.967176 0.086971</w:t>
        <w:br/>
        <w:t>vt 0.953858 0.078267</w:t>
        <w:br/>
        <w:t>vt 0.967066 0.076180</w:t>
        <w:br/>
        <w:t>vt 0.957632 0.060007</w:t>
        <w:br/>
        <w:t>vt 0.969187 0.060189</w:t>
        <w:br/>
        <w:t>vt 0.961870 0.041450</w:t>
        <w:br/>
        <w:t>vt 0.969534 0.045173</w:t>
        <w:br/>
        <w:t>vt 0.965041 0.024499</w:t>
        <w:br/>
        <w:t>vt 0.969721 0.027104</w:t>
        <w:br/>
        <w:t>vt 0.948781 0.124617</w:t>
        <w:br/>
        <w:t>vt 0.913754 0.134309</w:t>
        <w:br/>
        <w:t>vt 0.965041 0.024499</w:t>
        <w:br/>
        <w:t>vt 0.959515 0.023480</w:t>
        <w:br/>
        <w:t>vt 0.967224 0.002915</w:t>
        <w:br/>
        <w:t>vt 0.748919 0.921948</w:t>
        <w:br/>
        <w:t>vt 0.763815 0.929244</w:t>
        <w:br/>
        <w:t>vt 0.762061 0.933376</w:t>
        <w:br/>
        <w:t>vt 0.776730 0.935983</w:t>
        <w:br/>
        <w:t>vt 0.773224 0.942687</w:t>
        <w:br/>
        <w:t>vt 0.794512 0.943963</w:t>
        <w:br/>
        <w:t>vt 0.786184 0.952076</w:t>
        <w:br/>
        <w:t>vt 0.815685 0.974772</w:t>
        <w:br/>
        <w:t>vt 0.794788 0.958837</w:t>
        <w:br/>
        <w:t>vt 0.831860 0.971671</w:t>
        <w:br/>
        <w:t>vt 0.936276 0.115827</w:t>
        <w:br/>
        <w:t>vt 0.933251 0.076638</w:t>
        <w:br/>
        <w:t>vt 0.939835 0.066312</w:t>
        <w:br/>
        <w:t>vt 0.945431 0.052539</w:t>
        <w:br/>
        <w:t>vt 0.957632 0.060007</w:t>
        <w:br/>
        <w:t>vt 0.953858 0.078267</w:t>
        <w:br/>
        <w:t>vt 0.961870 0.041450</w:t>
        <w:br/>
        <w:t>vt 0.951648 0.037526</w:t>
        <w:br/>
        <w:t>vt 0.823239 0.194284</w:t>
        <w:br/>
        <w:t>vt 0.822676 0.172877</w:t>
        <w:br/>
        <w:t>vt 0.962546 0.115333</w:t>
        <w:br/>
        <w:t>vt 0.967224 0.002915</w:t>
        <w:br/>
        <w:t>vt 0.947972 0.097916</w:t>
        <w:br/>
        <w:t>vt 0.731828 0.151238</w:t>
        <w:br/>
        <w:t>vt 0.711489 0.128066</w:t>
        <w:br/>
        <w:t>vt 0.837861 0.188591</w:t>
        <w:br/>
        <w:t>vt 0.831860 0.971671</w:t>
        <w:br/>
        <w:t>vt 0.794788 0.958837</w:t>
        <w:br/>
        <w:t>vt 0.815316 0.952223</w:t>
        <w:br/>
        <w:t>vt 0.990198 0.799359</w:t>
        <w:br/>
        <w:t>vt 0.990047 0.823554</w:t>
        <w:br/>
        <w:t>vt 0.975875 0.821965</w:t>
        <w:br/>
        <w:t>vt 0.996513 0.854555</w:t>
        <w:br/>
        <w:t>vt 0.992722 0.890912</w:t>
        <w:br/>
        <w:t>vt 0.968868 0.882724</w:t>
        <w:br/>
        <w:t>vt 0.974290 0.848878</w:t>
        <w:br/>
        <w:t>vt 0.852766 0.957802</w:t>
        <w:br/>
        <w:t>vt 0.853559 0.973525</w:t>
        <w:br/>
        <w:t>vt 0.877971 0.958526</w:t>
        <w:br/>
        <w:t>vt 0.887298 0.972736</w:t>
        <w:br/>
        <w:t>vt 0.913101 0.967488</w:t>
        <w:br/>
        <w:t>vt 0.901767 0.955323</w:t>
        <w:br/>
        <w:t>vt 0.921683 0.947180</w:t>
        <w:br/>
        <w:t>vt 0.938021 0.959635</w:t>
        <w:br/>
        <w:t>vt 0.962666 0.941730</w:t>
        <w:br/>
        <w:t>vt 0.958205 0.914125</w:t>
        <w:br/>
        <w:t>vt 0.980198 0.920635</w:t>
        <w:br/>
        <w:t>vt 0.940330 0.933897</w:t>
        <w:br/>
        <w:t>vt 0.815316 0.952223</w:t>
        <w:br/>
        <w:t>vt 0.942731 0.967353</w:t>
        <w:br/>
        <w:t>vt 0.957702 0.957704</w:t>
        <w:br/>
        <w:t>vt 0.955037 0.968123</w:t>
        <w:br/>
        <w:t>vt 0.947377 0.972881</w:t>
        <w:br/>
        <w:t>vt 0.853495 0.203726</w:t>
        <w:br/>
        <w:t>vt 0.847467 0.197937</w:t>
        <w:br/>
        <w:t>vt 0.858690 0.194582</w:t>
        <w:br/>
        <w:t>vt 0.860157 0.202129</w:t>
        <w:br/>
        <w:t>vt 0.849992 0.206592</w:t>
        <w:br/>
        <w:t>vt 0.839483 0.201878</w:t>
        <w:br/>
        <w:t>vt 0.860201 0.211516</w:t>
        <w:br/>
        <w:t>vt 0.860201 0.211516</w:t>
        <w:br/>
        <w:t>vt 0.954000 0.978690</w:t>
        <w:br/>
        <w:t>vt 0.983283 0.103095</w:t>
        <w:br/>
        <w:t>vt 0.985731 0.107041</w:t>
        <w:br/>
        <w:t>vt 0.973624 0.111030</w:t>
        <w:br/>
        <w:t>vt 0.970752 0.103613</w:t>
        <w:br/>
        <w:t>vt 0.979093 0.091376</w:t>
        <w:br/>
        <w:t>vt 0.987087 0.095979</w:t>
        <w:br/>
        <w:t>vt 0.789358 0.969553</w:t>
        <w:br/>
        <w:t>vt 0.804981 0.979306</w:t>
        <w:br/>
        <w:t>vt 0.794108 0.984323</w:t>
        <w:br/>
        <w:t>vt 0.786442 0.977743</w:t>
        <w:br/>
        <w:t>vt 0.997750 0.103751</w:t>
        <w:br/>
        <w:t>vt 0.783740 0.989866</w:t>
        <w:br/>
        <w:t>vt 0.706085 0.129699</w:t>
        <w:br/>
        <w:t>vt 0.711489 0.128066</w:t>
        <w:br/>
        <w:t>vt 0.731828 0.151238</w:t>
        <w:br/>
        <w:t>vt 0.693328 0.107511</w:t>
        <w:br/>
        <w:t>vt 0.917499 0.904237</w:t>
        <w:br/>
        <w:t>vt 0.924374 0.906846</w:t>
        <w:br/>
        <w:t>vt 0.923522 0.894185</w:t>
        <w:br/>
        <w:t>vt 0.918047 0.892819</w:t>
        <w:br/>
        <w:t>vt 0.914878 0.913791</w:t>
        <w:br/>
        <w:t>vt 0.922703 0.919007</w:t>
        <w:br/>
        <w:t>vt 0.921320 0.884452</w:t>
        <w:br/>
        <w:t>vt 0.910907 0.920556</w:t>
        <w:br/>
        <w:t>vt 0.917771 0.927552</w:t>
        <w:br/>
        <w:t>vt 0.905624 0.938464</w:t>
        <w:br/>
        <w:t>vt 0.912116 0.933866</w:t>
        <w:br/>
        <w:t>vt 0.900088 0.931851</w:t>
        <w:br/>
        <w:t>vt 0.893768 0.935328</w:t>
        <w:br/>
        <w:t>vt 0.897338 0.941687</w:t>
        <w:br/>
        <w:t>vt 0.884379 0.937971</w:t>
        <w:br/>
        <w:t>vt 0.888254 0.943798</w:t>
        <w:br/>
        <w:t>vt 0.869137 0.937297</w:t>
        <w:br/>
        <w:t>vt 0.865297 0.933671</w:t>
        <w:br/>
        <w:t>vt 0.863198 0.935936</w:t>
        <w:br/>
        <w:t>vt 0.868409 0.940931</w:t>
        <w:br/>
        <w:t>vt 0.861477 0.929350</w:t>
        <w:br/>
        <w:t>vt 0.859479 0.932052</w:t>
        <w:br/>
        <w:t>vt 0.857254 0.925493</w:t>
        <w:br/>
        <w:t>vt 0.855365 0.927519</w:t>
        <w:br/>
        <w:t>vt 0.852253 0.919577</w:t>
        <w:br/>
        <w:t>vt 0.873091 0.939254</w:t>
        <w:br/>
        <w:t>vt 0.874517 0.946520</w:t>
        <w:br/>
        <w:t>vt 0.923522 0.894185</w:t>
        <w:br/>
        <w:t>vt 0.924374 0.906846</w:t>
        <w:br/>
        <w:t>vt 0.917499 0.904237</w:t>
        <w:br/>
        <w:t>vt 0.918047 0.892819</w:t>
        <w:br/>
        <w:t>vt 0.922703 0.919007</w:t>
        <w:br/>
        <w:t>vt 0.914878 0.913791</w:t>
        <w:br/>
        <w:t>vt 0.921320 0.884452</w:t>
        <w:br/>
        <w:t>vt 0.917771 0.927552</w:t>
        <w:br/>
        <w:t>vt 0.910907 0.920556</w:t>
        <w:br/>
        <w:t>vt 0.905697 0.927038</w:t>
        <w:br/>
        <w:t>vt 0.897338 0.941687</w:t>
        <w:br/>
        <w:t>vt 0.893768 0.935328</w:t>
        <w:br/>
        <w:t>vt 0.900088 0.931851</w:t>
        <w:br/>
        <w:t>vt 0.905624 0.938464</w:t>
        <w:br/>
        <w:t>vt 0.888254 0.943798</w:t>
        <w:br/>
        <w:t>vt 0.884379 0.937971</w:t>
        <w:br/>
        <w:t>vt 0.863198 0.935936</w:t>
        <w:br/>
        <w:t>vt 0.865297 0.933671</w:t>
        <w:br/>
        <w:t>vt 0.869137 0.937297</w:t>
        <w:br/>
        <w:t>vt 0.868409 0.940931</w:t>
        <w:br/>
        <w:t>vt 0.859479 0.932052</w:t>
        <w:br/>
        <w:t>vt 0.861477 0.929350</w:t>
        <w:br/>
        <w:t>vt 0.855365 0.927519</w:t>
        <w:br/>
        <w:t>vt 0.857254 0.925493</w:t>
        <w:br/>
        <w:t>vt 0.852253 0.919577</w:t>
        <w:br/>
        <w:t>vt 0.873091 0.939254</w:t>
        <w:br/>
        <w:t>vt 0.874517 0.946520</w:t>
        <w:br/>
        <w:t>vt 0.905697 0.927038</w:t>
        <w:br/>
        <w:t>vt 0.912116 0.933866</w:t>
        <w:br/>
        <w:t>vt 0.004093 0.277201</w:t>
        <w:br/>
        <w:t>vt 0.027233 0.280545</w:t>
        <w:br/>
        <w:t>vt 0.005996 0.291520</w:t>
        <w:br/>
        <w:t>vt 0.007115 0.263116</w:t>
        <w:br/>
        <w:t>vt 0.012591 0.304319</w:t>
        <w:br/>
        <w:t>vt 0.030677 0.269450</w:t>
        <w:br/>
        <w:t>vt 0.014906 0.250958</w:t>
        <w:br/>
        <w:t>vt 0.026323 0.242079</w:t>
        <w:br/>
        <w:t>vt 0.031096 0.291546</w:t>
        <w:br/>
        <w:t>vt 0.023247 0.314142</w:t>
        <w:br/>
        <w:t>vt 0.039986 0.262533</w:t>
        <w:br/>
        <w:t>vt 0.040141 0.237736</w:t>
        <w:br/>
        <w:t>vt 0.046699 0.280726</w:t>
        <w:br/>
        <w:t>vt 0.051562 0.262374</w:t>
        <w:br/>
        <w:t>vt 0.054603 0.238441</w:t>
        <w:br/>
        <w:t>vt 0.040574 0.298188</w:t>
        <w:br/>
        <w:t>vt 0.036689 0.319627</w:t>
        <w:br/>
        <w:t>vt 0.061055 0.269017</w:t>
        <w:br/>
        <w:t>vt 0.067852 0.244012</w:t>
        <w:br/>
        <w:t>vt 0.078486 0.253723</w:t>
        <w:br/>
        <w:t>vt 0.052136 0.298016</w:t>
        <w:br/>
        <w:t>vt 0.051132 0.320135</w:t>
        <w:br/>
        <w:t>vt 0.064914 0.315777</w:t>
        <w:br/>
        <w:t>vt 0.064808 0.279998</w:t>
        <w:br/>
        <w:t>vt 0.085067 0.266439</w:t>
        <w:br/>
        <w:t>vt 0.087029 0.280712</w:t>
        <w:br/>
        <w:t>vt 0.061421 0.291084</w:t>
        <w:br/>
        <w:t>vt 0.076271 0.306879</w:t>
        <w:br/>
        <w:t>vt 0.083936 0.294706</w:t>
        <w:br/>
        <w:t>vt 0.004093 0.277201</w:t>
        <w:br/>
        <w:t>vt 0.027233 0.280546</w:t>
        <w:br/>
        <w:t>vt 0.005996 0.291520</w:t>
        <w:br/>
        <w:t>vt 0.007115 0.263116</w:t>
        <w:br/>
        <w:t>vt 0.012591 0.304319</w:t>
        <w:br/>
        <w:t>vt 0.030677 0.269450</w:t>
        <w:br/>
        <w:t>vt 0.014906 0.250958</w:t>
        <w:br/>
        <w:t>vt 0.026323 0.242079</w:t>
        <w:br/>
        <w:t>vt 0.031096 0.291546</w:t>
        <w:br/>
        <w:t>vt 0.023247 0.314142</w:t>
        <w:br/>
        <w:t>vt 0.039986 0.262533</w:t>
        <w:br/>
        <w:t>vt 0.040141 0.237736</w:t>
        <w:br/>
        <w:t>vt 0.046699 0.280726</w:t>
        <w:br/>
        <w:t>vt 0.051562 0.262374</w:t>
        <w:br/>
        <w:t>vt 0.054603 0.238441</w:t>
        <w:br/>
        <w:t>vt 0.040574 0.298188</w:t>
        <w:br/>
        <w:t>vt 0.036690 0.319627</w:t>
        <w:br/>
        <w:t>vt 0.061055 0.269017</w:t>
        <w:br/>
        <w:t>vt 0.067852 0.244012</w:t>
        <w:br/>
        <w:t>vt 0.078486 0.253723</w:t>
        <w:br/>
        <w:t>vt 0.052136 0.298016</w:t>
        <w:br/>
        <w:t>vt 0.051132 0.320135</w:t>
        <w:br/>
        <w:t>vt 0.064914 0.315777</w:t>
        <w:br/>
        <w:t>vt 0.064808 0.279998</w:t>
        <w:br/>
        <w:t>vt 0.085067 0.266439</w:t>
        <w:br/>
        <w:t>vt 0.087030 0.280712</w:t>
        <w:br/>
        <w:t>vt 0.061421 0.291084</w:t>
        <w:br/>
        <w:t>vt 0.076271 0.306879</w:t>
        <w:br/>
        <w:t>vt 0.083936 0.294706</w:t>
        <w:br/>
        <w:t>vt 0.047138 0.224825</w:t>
        <w:br/>
        <w:t>vt 0.055075 0.217375</w:t>
        <w:br/>
        <w:t>vt 0.034697 0.192952</w:t>
        <w:br/>
        <w:t>vt 0.024578 0.196904</w:t>
        <w:br/>
        <w:t>vt 0.080858 0.232649</w:t>
        <w:br/>
        <w:t>vt 0.076783 0.242385</w:t>
        <w:br/>
        <w:t>vt 0.108489 0.248033</w:t>
        <w:br/>
        <w:t>vt 0.108618 0.237633</w:t>
        <w:br/>
        <w:t>vt 0.022501 0.163005</w:t>
        <w:br/>
        <w:t>vt 0.012407 0.164111</w:t>
        <w:br/>
        <w:t>vt 0.055075 0.217375</w:t>
        <w:br/>
        <w:t>vt 0.080858 0.232649</w:t>
        <w:br/>
        <w:t>vt 0.101036 0.154987</w:t>
        <w:br/>
        <w:t>vt 0.093655 0.150837</w:t>
        <w:br/>
        <w:t>vt 0.034697 0.192952</w:t>
        <w:br/>
        <w:t>vt 0.087584 0.144070</w:t>
        <w:br/>
        <w:t>vt 0.108927 0.156313</w:t>
        <w:br/>
        <w:t>vt 0.108618 0.237633</w:t>
        <w:br/>
        <w:t>vt 0.138998 0.241951</w:t>
        <w:br/>
        <w:t>vt 0.135443 0.232192</w:t>
        <w:br/>
        <w:t>vt 0.022501 0.163005</w:t>
        <w:br/>
        <w:t>vt 0.083399 0.135429</w:t>
        <w:br/>
        <w:t>vt 0.164719 0.224760</w:t>
        <w:br/>
        <w:t>vt 0.158793 0.216852</w:t>
        <w:br/>
        <w:t>vt 0.135443 0.232192</w:t>
        <w:br/>
        <w:t>vt 0.116626 0.154593</w:t>
        <w:br/>
        <w:t>vt 0.158793 0.216852</w:t>
        <w:br/>
        <w:t>vt 0.123378 0.149981</w:t>
        <w:br/>
        <w:t>vt 0.185879 0.199007</w:t>
        <w:br/>
        <w:t>vt 0.177720 0.193290</w:t>
        <w:br/>
        <w:t>vt 0.177720 0.193290</w:t>
        <w:br/>
        <w:t>vt 0.128572 0.142976</w:t>
        <w:br/>
        <w:t>vt 0.199575 0.166158</w:t>
        <w:br/>
        <w:t>vt 0.190137 0.163300</w:t>
        <w:br/>
        <w:t>vt 0.190137 0.163300</w:t>
        <w:br/>
        <w:t>vt 0.131704 0.134176</w:t>
        <w:br/>
        <w:t>vt 0.017385 0.128748</w:t>
        <w:br/>
        <w:t>vt 0.081410 0.125839</w:t>
        <w:br/>
        <w:t>vt 0.107793 0.126047</w:t>
        <w:br/>
        <w:t>vt 0.132302 0.124420</w:t>
        <w:br/>
        <w:t>vt 0.017385 0.128748</w:t>
        <w:br/>
        <w:t>vt 0.006928 0.126225</w:t>
        <w:br/>
        <w:t>vt 0.020402 0.093916</w:t>
        <w:br/>
        <w:t>vt 0.010553 0.087809</w:t>
        <w:br/>
        <w:t>vt 0.081898 0.115982</w:t>
        <w:br/>
        <w:t>vt 0.020402 0.093916</w:t>
        <w:br/>
        <w:t>vt 0.031822 0.062156</w:t>
        <w:br/>
        <w:t>vt 0.023142 0.053090</w:t>
        <w:br/>
        <w:t>vt 0.052123 0.035717</w:t>
        <w:br/>
        <w:t>vt 0.047686 0.022806</w:t>
        <w:br/>
        <w:t>vt 0.077414 0.020467</w:t>
        <w:br/>
        <w:t>vt 0.076313 0.007976</w:t>
        <w:br/>
        <w:t>vt 0.084812 0.106981</w:t>
        <w:br/>
        <w:t>vt 0.031822 0.062156</w:t>
        <w:br/>
        <w:t>vt 0.089975 0.099735</w:t>
        <w:br/>
        <w:t>vt 0.052123 0.035717</w:t>
        <w:br/>
        <w:t>vt 0.096807 0.094984</w:t>
        <w:br/>
        <w:t>vt 0.077414 0.020467</w:t>
        <w:br/>
        <w:t>vt 0.112773 0.094512</w:t>
        <w:br/>
        <w:t>vt 0.120278 0.098882</w:t>
        <w:br/>
        <w:t>vt 0.160150 0.039486</w:t>
        <w:br/>
        <w:t>vt 0.133889 0.021965</w:t>
        <w:br/>
        <w:t>vt 0.130502 0.114791</w:t>
        <w:br/>
        <w:t>vt 0.104678 0.093104</w:t>
        <w:br/>
        <w:t>vt 0.126380 0.105890</w:t>
        <w:br/>
        <w:t>vt 0.105569 0.015614</w:t>
        <w:br/>
        <w:t>vt 0.178789 0.063898</w:t>
        <w:br/>
        <w:t>vt 0.191631 0.097417</w:t>
        <w:br/>
        <w:t>vt 0.195155 0.129781</w:t>
        <w:br/>
        <w:t>vt 0.191631 0.097417</w:t>
        <w:br/>
        <w:t>vt 0.202225 0.096454</w:t>
        <w:br/>
        <w:t>vt 0.187789 0.057215</w:t>
        <w:br/>
        <w:t>vt 0.178789 0.063898</w:t>
        <w:br/>
        <w:t>vt 0.169778 0.032426</w:t>
        <w:br/>
        <w:t>vt 0.160150 0.039486</w:t>
        <w:br/>
        <w:t>vt 0.105569 0.015614</w:t>
        <w:br/>
        <w:t>vt 0.108353 0.003305</w:t>
        <w:br/>
        <w:t>vt 0.195155 0.129781</w:t>
        <w:br/>
        <w:t>vt 0.205449 0.129498</w:t>
        <w:br/>
        <w:t>vt 0.133889 0.021965</w:t>
        <w:br/>
        <w:t>vt 0.139536 0.010914</w:t>
        <w:br/>
        <w:t>vt 0.203726 0.069610</w:t>
        <w:br/>
        <w:t>vt 0.241897 0.075118</w:t>
        <w:br/>
        <w:t>vt 0.206857 0.093190</w:t>
        <w:br/>
        <w:t>vt 0.208739 0.046379</w:t>
        <w:br/>
        <w:t>vt 0.217742 0.114311</w:t>
        <w:br/>
        <w:t>vt 0.247588 0.056802</w:t>
        <w:br/>
        <w:t>vt 0.221587 0.026319</w:t>
        <w:br/>
        <w:t>vt 0.240403 0.011723</w:t>
        <w:br/>
        <w:t>vt 0.248248 0.093213</w:t>
        <w:br/>
        <w:t>vt 0.235302 0.130489</w:t>
        <w:br/>
        <w:t>vt 0.262952 0.045400</w:t>
        <w:br/>
        <w:t>vt 0.263176 0.004556</w:t>
        <w:br/>
        <w:t>vt 0.273960 0.075407</w:t>
        <w:br/>
        <w:t>vt 0.282012 0.045171</w:t>
        <w:br/>
        <w:t>vt 0.286998 0.005714</w:t>
        <w:br/>
        <w:t>vt 0.263829 0.104170</w:t>
        <w:br/>
        <w:t>vt 0.257453 0.139544</w:t>
        <w:br/>
        <w:t>vt 0.297622 0.056128</w:t>
        <w:br/>
        <w:t>vt 0.308824 0.014906</w:t>
        <w:br/>
        <w:t>vt 0.326364 0.030903</w:t>
        <w:br/>
        <w:t>vt 0.282930 0.103946</w:t>
        <w:br/>
        <w:t>vt 0.281270 0.140398</w:t>
        <w:br/>
        <w:t>vt 0.304001 0.133190</w:t>
        <w:br/>
        <w:t>vt 0.303841 0.074231</w:t>
        <w:br/>
        <w:t>vt 0.337240 0.051894</w:t>
        <w:br/>
        <w:t>vt 0.340441 0.075365</w:t>
        <w:br/>
        <w:t>vt 0.298239 0.092526</w:t>
        <w:br/>
        <w:t>vt 0.322701 0.118556</w:t>
        <w:br/>
        <w:t>vt 0.335338 0.098480</w:t>
        <w:br/>
        <w:t>vt 0.047138 0.224825</w:t>
        <w:br/>
        <w:t>vt 0.024578 0.196904</w:t>
        <w:br/>
        <w:t>vt 0.034697 0.192952</w:t>
        <w:br/>
        <w:t>vt 0.055075 0.217375</w:t>
        <w:br/>
        <w:t>vt 0.080858 0.232649</w:t>
        <w:br/>
        <w:t>vt 0.108618 0.237633</w:t>
        <w:br/>
        <w:t>vt 0.108489 0.248033</w:t>
        <w:br/>
        <w:t>vt 0.076783 0.242385</w:t>
        <w:br/>
        <w:t>vt 0.012407 0.164111</w:t>
        <w:br/>
        <w:t>vt 0.022501 0.163005</w:t>
        <w:br/>
        <w:t>vt 0.055075 0.217375</w:t>
        <w:br/>
        <w:t>vt 0.093655 0.150837</w:t>
        <w:br/>
        <w:t>vt 0.101036 0.154987</w:t>
        <w:br/>
        <w:t>vt 0.080858 0.232649</w:t>
        <w:br/>
        <w:t>vt 0.034697 0.192952</w:t>
        <w:br/>
        <w:t>vt 0.087584 0.144070</w:t>
        <w:br/>
        <w:t>vt 0.108927 0.156313</w:t>
        <w:br/>
        <w:t>vt 0.108618 0.237633</w:t>
        <w:br/>
        <w:t>vt 0.135443 0.232192</w:t>
        <w:br/>
        <w:t>vt 0.138998 0.241951</w:t>
        <w:br/>
        <w:t>vt 0.022501 0.163005</w:t>
        <w:br/>
        <w:t>vt 0.083399 0.135429</w:t>
        <w:br/>
        <w:t>vt 0.158793 0.216852</w:t>
        <w:br/>
        <w:t>vt 0.164719 0.224760</w:t>
        <w:br/>
        <w:t>vt 0.135443 0.232192</w:t>
        <w:br/>
        <w:t>vt 0.116626 0.154593</w:t>
        <w:br/>
        <w:t>vt 0.158793 0.216852</w:t>
        <w:br/>
        <w:t>vt 0.123378 0.149981</w:t>
        <w:br/>
        <w:t>vt 0.185879 0.199007</w:t>
        <w:br/>
        <w:t>vt 0.177720 0.193290</w:t>
        <w:br/>
        <w:t>vt 0.177720 0.193290</w:t>
        <w:br/>
        <w:t>vt 0.128572 0.142976</w:t>
        <w:br/>
        <w:t>vt 0.190137 0.163300</w:t>
        <w:br/>
        <w:t>vt 0.199575 0.166158</w:t>
        <w:br/>
        <w:t>vt 0.190137 0.163300</w:t>
        <w:br/>
        <w:t>vt 0.131704 0.134176</w:t>
        <w:br/>
        <w:t>vt 0.017385 0.128748</w:t>
        <w:br/>
        <w:t>vt 0.081410 0.125839</w:t>
        <w:br/>
        <w:t>vt 0.107793 0.126047</w:t>
        <w:br/>
        <w:t>vt 0.132302 0.124420</w:t>
        <w:br/>
        <w:t>vt 0.006928 0.126225</w:t>
        <w:br/>
        <w:t>vt 0.017385 0.128748</w:t>
        <w:br/>
        <w:t>vt 0.010553 0.087809</w:t>
        <w:br/>
        <w:t>vt 0.020402 0.093916</w:t>
        <w:br/>
        <w:t>vt 0.020402 0.093916</w:t>
        <w:br/>
        <w:t>vt 0.081898 0.115982</w:t>
        <w:br/>
        <w:t>vt 0.031822 0.062156</w:t>
        <w:br/>
        <w:t>vt 0.023142 0.053090</w:t>
        <w:br/>
        <w:t>vt 0.052123 0.035717</w:t>
        <w:br/>
        <w:t>vt 0.047686 0.022806</w:t>
        <w:br/>
        <w:t>vt 0.077414 0.020467</w:t>
        <w:br/>
        <w:t>vt 0.076313 0.007976</w:t>
        <w:br/>
        <w:t>vt 0.031822 0.062156</w:t>
        <w:br/>
        <w:t>vt 0.084812 0.106981</w:t>
        <w:br/>
        <w:t>vt 0.052123 0.035717</w:t>
        <w:br/>
        <w:t>vt 0.089975 0.099735</w:t>
        <w:br/>
        <w:t>vt 0.077414 0.020467</w:t>
        <w:br/>
        <w:t>vt 0.096807 0.094984</w:t>
        <w:br/>
        <w:t>vt 0.112773 0.094512</w:t>
        <w:br/>
        <w:t>vt 0.133889 0.021965</w:t>
        <w:br/>
        <w:t>vt 0.160150 0.039486</w:t>
        <w:br/>
        <w:t>vt 0.120278 0.098882</w:t>
        <w:br/>
        <w:t>vt 0.130502 0.114791</w:t>
        <w:br/>
        <w:t>vt 0.104678 0.093104</w:t>
        <w:br/>
        <w:t>vt 0.126380 0.105890</w:t>
        <w:br/>
        <w:t>vt 0.105569 0.015614</w:t>
        <w:br/>
        <w:t>vt 0.178789 0.063898</w:t>
        <w:br/>
        <w:t>vt 0.191631 0.097417</w:t>
        <w:br/>
        <w:t>vt 0.195155 0.129781</w:t>
        <w:br/>
        <w:t>vt 0.191631 0.097417</w:t>
        <w:br/>
        <w:t>vt 0.178789 0.063898</w:t>
        <w:br/>
        <w:t>vt 0.187789 0.057215</w:t>
        <w:br/>
        <w:t>vt 0.202225 0.096454</w:t>
        <w:br/>
        <w:t>vt 0.160150 0.039486</w:t>
        <w:br/>
        <w:t>vt 0.169778 0.032426</w:t>
        <w:br/>
        <w:t>vt 0.105569 0.015614</w:t>
        <w:br/>
        <w:t>vt 0.108353 0.003305</w:t>
        <w:br/>
        <w:t>vt 0.205449 0.129498</w:t>
        <w:br/>
        <w:t>vt 0.195155 0.129781</w:t>
        <w:br/>
        <w:t>vt 0.133889 0.021965</w:t>
        <w:br/>
        <w:t>vt 0.139536 0.010914</w:t>
        <w:br/>
        <w:t>vt 0.203726 0.069610</w:t>
        <w:br/>
        <w:t>vt 0.241897 0.075118</w:t>
        <w:br/>
        <w:t>vt 0.206857 0.093190</w:t>
        <w:br/>
        <w:t>vt 0.208739 0.046379</w:t>
        <w:br/>
        <w:t>vt 0.217742 0.114311</w:t>
        <w:br/>
        <w:t>vt 0.247588 0.056802</w:t>
        <w:br/>
        <w:t>vt 0.221587 0.026319</w:t>
        <w:br/>
        <w:t>vt 0.240403 0.011723</w:t>
        <w:br/>
        <w:t>vt 0.248248 0.093213</w:t>
        <w:br/>
        <w:t>vt 0.235302 0.130489</w:t>
        <w:br/>
        <w:t>vt 0.262952 0.045400</w:t>
        <w:br/>
        <w:t>vt 0.263176 0.004556</w:t>
        <w:br/>
        <w:t>vt 0.273960 0.075407</w:t>
        <w:br/>
        <w:t>vt 0.282012 0.045171</w:t>
        <w:br/>
        <w:t>vt 0.286998 0.005713</w:t>
        <w:br/>
        <w:t>vt 0.263829 0.104170</w:t>
        <w:br/>
        <w:t>vt 0.257453 0.139544</w:t>
        <w:br/>
        <w:t>vt 0.297622 0.056128</w:t>
        <w:br/>
        <w:t>vt 0.308824 0.014906</w:t>
        <w:br/>
        <w:t>vt 0.326364 0.030903</w:t>
        <w:br/>
        <w:t>vt 0.282930 0.103946</w:t>
        <w:br/>
        <w:t>vt 0.281270 0.140398</w:t>
        <w:br/>
        <w:t>vt 0.304001 0.133190</w:t>
        <w:br/>
        <w:t>vt 0.303841 0.074230</w:t>
        <w:br/>
        <w:t>vt 0.337240 0.051894</w:t>
        <w:br/>
        <w:t>vt 0.340441 0.075365</w:t>
        <w:br/>
        <w:t>vt 0.298239 0.092526</w:t>
        <w:br/>
        <w:t>vt 0.322701 0.118556</w:t>
        <w:br/>
        <w:t>vt 0.335338 0.098480</w:t>
        <w:br/>
        <w:t>vt 0.811321 0.062479</w:t>
        <w:br/>
        <w:t>vt 0.814286 0.055269</w:t>
        <w:br/>
        <w:t>vt 0.814041 0.051610</w:t>
        <w:br/>
        <w:t>vt 0.811776 0.055352</w:t>
        <w:br/>
        <w:t>vt 0.887732 0.063998</w:t>
        <w:br/>
        <w:t>vt 0.907762 0.065877</w:t>
        <w:br/>
        <w:t>vt 0.893790 0.029126</w:t>
        <w:br/>
        <w:t>vt 0.877226 0.042254</w:t>
        <w:br/>
        <w:t>vt 0.865525 0.052425</w:t>
        <w:br/>
        <w:t>vt 0.873148 0.064071</w:t>
        <w:br/>
        <w:t>vt 0.857795 0.056902</w:t>
        <w:br/>
        <w:t>vt 0.864302 0.064976</w:t>
        <w:br/>
        <w:t>vt 0.862827 0.071634</w:t>
        <w:br/>
        <w:t>vt 0.872890 0.074126</w:t>
        <w:br/>
        <w:t>vt 0.851266 0.067462</w:t>
        <w:br/>
        <w:t>vt 0.862864 0.078926</w:t>
        <w:br/>
        <w:t>vt 0.863192 0.085096</w:t>
        <w:br/>
        <w:t>vt 0.849963 0.075862</w:t>
        <w:br/>
        <w:t>vt 0.851079 0.086587</w:t>
        <w:br/>
        <w:t>vt 0.851942 0.096934</w:t>
        <w:br/>
        <w:t>vt 0.867756 0.093696</w:t>
        <w:br/>
        <w:t>vt 0.860735 0.123910</w:t>
        <w:br/>
        <w:t>vt 0.878554 0.114318</w:t>
        <w:br/>
        <w:t>vt 0.805166 0.007816</w:t>
        <w:br/>
        <w:t>vt 0.800321 0.008084</w:t>
        <w:br/>
        <w:t>vt 0.801686 0.013676</w:t>
        <w:br/>
        <w:t>vt 0.805964 0.012965</w:t>
        <w:br/>
        <w:t>vt 0.813985 0.014519</w:t>
        <w:br/>
        <w:t>vt 0.815400 0.006536</w:t>
        <w:br/>
        <w:t>vt 0.804386 0.026953</w:t>
        <w:br/>
        <w:t>vt 0.812248 0.025719</w:t>
        <w:br/>
        <w:t>vt 0.808904 0.018874</w:t>
        <w:br/>
        <w:t>vt 0.803313 0.020239</w:t>
        <w:br/>
        <w:t>vt 0.829815 0.015747</w:t>
        <w:br/>
        <w:t>vt 0.830629 0.005542</w:t>
        <w:br/>
        <w:t>vt 0.810141 0.059222</w:t>
        <w:br/>
        <w:t>vt 0.812633 0.049159</w:t>
        <w:br/>
        <w:t>vt 0.808482 0.049240</w:t>
        <w:br/>
        <w:t>vt 0.816103 0.028400</w:t>
        <w:br/>
        <w:t>vt 0.846082 0.019688</w:t>
        <w:br/>
        <w:t>vt 0.847142 0.005990</w:t>
        <w:br/>
        <w:t>vt 0.863170 0.029965</w:t>
        <w:br/>
        <w:t>vt 0.869914 0.012492</w:t>
        <w:br/>
        <w:t>vt 0.831055 0.027482</w:t>
        <w:br/>
        <w:t>vt 0.817158 0.037801</w:t>
        <w:br/>
        <w:t>vt 0.857175 0.044701</w:t>
        <w:br/>
        <w:t>vt 0.841976 0.036447</w:t>
        <w:br/>
        <w:t>vt 0.851383 0.051932</w:t>
        <w:br/>
        <w:t>vt 0.838006 0.047655</w:t>
        <w:br/>
        <w:t>vt 0.830391 0.038242</w:t>
        <w:br/>
        <w:t>vt 0.828218 0.046729</w:t>
        <w:br/>
        <w:t>vt 0.843237 0.063675</w:t>
        <w:br/>
        <w:t>vt 0.824130 0.053647</w:t>
        <w:br/>
        <w:t>vt 0.835292 0.055245</w:t>
        <w:br/>
        <w:t>vt 0.817229 0.046872</w:t>
        <w:br/>
        <w:t>vt 0.839577 0.071073</w:t>
        <w:br/>
        <w:t>vt 0.829558 0.065440</w:t>
        <w:br/>
        <w:t>vt 0.836888 0.085362</w:t>
        <w:br/>
        <w:t>vt 0.827924 0.081977</w:t>
        <w:br/>
        <w:t>vt 0.838567 0.098170</w:t>
        <w:br/>
        <w:t>vt 0.830055 0.096451</w:t>
        <w:br/>
        <w:t>vt 0.841045 0.128794</w:t>
        <w:br/>
        <w:t>vt 0.827494 0.129929</w:t>
        <w:br/>
        <w:t>vt 0.821927 0.091200</w:t>
        <w:br/>
        <w:t>vt 0.821481 0.100560</w:t>
        <w:br/>
        <w:t>vt 0.816505 0.130072</w:t>
        <w:br/>
        <w:t>vt 0.813911 0.073700</w:t>
        <w:br/>
        <w:t>vt 0.813467 0.088573</w:t>
        <w:br/>
        <w:t>vt 0.814933 0.093988</w:t>
        <w:br/>
        <w:t>vt 0.811943 0.087346</w:t>
        <w:br/>
        <w:t>vt 0.809813 0.092691</w:t>
        <w:br/>
        <w:t>vt 0.803811 0.117861</w:t>
        <w:br/>
        <w:t>vt 0.814244 0.098049</w:t>
        <w:br/>
        <w:t>vt 0.799627 0.109010</w:t>
        <w:br/>
        <w:t>vt 0.796328 0.118844</w:t>
        <w:br/>
        <w:t>vt 0.800333 0.129234</w:t>
        <w:br/>
        <w:t>vt 0.794343 0.128025</w:t>
        <w:br/>
        <w:t>vt 0.804348 0.100579</w:t>
        <w:br/>
        <w:t>vt 0.814690 0.095842</w:t>
        <w:br/>
        <w:t>vt 0.883498 0.081387</w:t>
        <w:br/>
        <w:t>vt 0.900320 0.092331</w:t>
        <w:br/>
        <w:t>vt 0.806602 0.042298</w:t>
        <w:br/>
        <w:t>vt 0.812495 0.042044</w:t>
        <w:br/>
        <w:t>vt 0.811816 0.034032</w:t>
        <w:br/>
        <w:t>vt 0.806352 0.034766</w:t>
        <w:br/>
        <w:t>vt 0.820195 0.059481</w:t>
        <w:br/>
        <w:t>vt 0.817517 0.088669</w:t>
        <w:br/>
        <w:t>vt 0.816755 0.097965</w:t>
        <w:br/>
        <w:t>vt 0.808091 0.129817</w:t>
        <w:br/>
        <w:t>vt 0.811440 0.079435</w:t>
        <w:br/>
        <w:t>vt 0.810874 0.071839</w:t>
        <w:br/>
        <w:t>vt 0.822877 0.082598</w:t>
        <w:br/>
        <w:t>vt 0.813776 0.064944</w:t>
        <w:br/>
        <w:t>vt 0.810232 0.071119</w:t>
        <w:br/>
        <w:t>vt 0.811321 0.062479</w:t>
        <w:br/>
        <w:t>vt 0.811776 0.055352</w:t>
        <w:br/>
        <w:t>vt 0.814041 0.051610</w:t>
        <w:br/>
        <w:t>vt 0.814286 0.055269</w:t>
        <w:br/>
        <w:t>vt 0.887732 0.063998</w:t>
        <w:br/>
        <w:t>vt 0.877226 0.042254</w:t>
        <w:br/>
        <w:t>vt 0.873148 0.064071</w:t>
        <w:br/>
        <w:t>vt 0.865525 0.052425</w:t>
        <w:br/>
        <w:t>vt 0.857795 0.056902</w:t>
        <w:br/>
        <w:t>vt 0.864302 0.064976</w:t>
        <w:br/>
        <w:t>vt 0.872890 0.074126</w:t>
        <w:br/>
        <w:t>vt 0.862827 0.071634</w:t>
        <w:br/>
        <w:t>vt 0.851266 0.067462</w:t>
        <w:br/>
        <w:t>vt 0.862864 0.078926</w:t>
        <w:br/>
        <w:t>vt 0.863192 0.085096</w:t>
        <w:br/>
        <w:t>vt 0.849963 0.075862</w:t>
        <w:br/>
        <w:t>vt 0.851079 0.086587</w:t>
        <w:br/>
        <w:t>vt 0.867756 0.093696</w:t>
        <w:br/>
        <w:t>vt 0.851942 0.096934</w:t>
        <w:br/>
        <w:t>vt 0.805964 0.012965</w:t>
        <w:br/>
        <w:t>vt 0.801686 0.013676</w:t>
        <w:br/>
        <w:t>vt 0.813985 0.014519</w:t>
        <w:br/>
        <w:t>vt 0.804386 0.026953</w:t>
        <w:br/>
        <w:t>vt 0.803313 0.020239</w:t>
        <w:br/>
        <w:t>vt 0.808904 0.018874</w:t>
        <w:br/>
        <w:t>vt 0.812248 0.025719</w:t>
        <w:br/>
        <w:t>vt 0.829815 0.015747</w:t>
        <w:br/>
        <w:t>vt 0.810141 0.059222</w:t>
        <w:br/>
        <w:t>vt 0.808482 0.049240</w:t>
        <w:br/>
        <w:t>vt 0.812633 0.049159</w:t>
        <w:br/>
        <w:t>vt 0.816103 0.028400</w:t>
        <w:br/>
        <w:t>vt 0.846082 0.019688</w:t>
        <w:br/>
        <w:t>vt 0.863170 0.029965</w:t>
        <w:br/>
        <w:t>vt 0.831055 0.027482</w:t>
        <w:br/>
        <w:t>vt 0.817158 0.037801</w:t>
        <w:br/>
        <w:t>vt 0.857175 0.044701</w:t>
        <w:br/>
        <w:t>vt 0.841976 0.036447</w:t>
        <w:br/>
        <w:t>vt 0.851383 0.051932</w:t>
        <w:br/>
        <w:t>vt 0.838006 0.047655</w:t>
        <w:br/>
        <w:t>vt 0.828218 0.046729</w:t>
        <w:br/>
        <w:t>vt 0.830391 0.038242</w:t>
        <w:br/>
        <w:t>vt 0.843237 0.063675</w:t>
        <w:br/>
        <w:t>vt 0.824130 0.053647</w:t>
        <w:br/>
        <w:t>vt 0.835292 0.055245</w:t>
        <w:br/>
        <w:t>vt 0.817229 0.046872</w:t>
        <w:br/>
        <w:t>vt 0.839577 0.071073</w:t>
        <w:br/>
        <w:t>vt 0.829558 0.065440</w:t>
        <w:br/>
        <w:t>vt 0.836888 0.085362</w:t>
        <w:br/>
        <w:t>vt 0.827924 0.081977</w:t>
        <w:br/>
        <w:t>vt 0.838567 0.098170</w:t>
        <w:br/>
        <w:t>vt 0.830055 0.096451</w:t>
        <w:br/>
        <w:t>vt 0.821927 0.091200</w:t>
        <w:br/>
        <w:t>vt 0.821481 0.100560</w:t>
        <w:br/>
        <w:t>vt 0.813911 0.073700</w:t>
        <w:br/>
        <w:t>vt 0.814933 0.093988</w:t>
        <w:br/>
        <w:t>vt 0.813467 0.088573</w:t>
        <w:br/>
        <w:t>vt 0.811943 0.087346</w:t>
        <w:br/>
        <w:t>vt 0.809813 0.092691</w:t>
        <w:br/>
        <w:t>vt 0.803811 0.117861</w:t>
        <w:br/>
        <w:t>vt 0.796328 0.118844</w:t>
        <w:br/>
        <w:t>vt 0.799627 0.109010</w:t>
        <w:br/>
        <w:t>vt 0.814244 0.098049</w:t>
        <w:br/>
        <w:t>vt 0.804348 0.100579</w:t>
        <w:br/>
        <w:t>vt 0.814690 0.095842</w:t>
        <w:br/>
        <w:t>vt 0.883498 0.081387</w:t>
        <w:br/>
        <w:t>vt 0.806602 0.042298</w:t>
        <w:br/>
        <w:t>vt 0.806352 0.034766</w:t>
        <w:br/>
        <w:t>vt 0.811816 0.034032</w:t>
        <w:br/>
        <w:t>vt 0.812495 0.042044</w:t>
        <w:br/>
        <w:t>vt 0.820195 0.059481</w:t>
        <w:br/>
        <w:t>vt 0.817517 0.088669</w:t>
        <w:br/>
        <w:t>vt 0.816755 0.097965</w:t>
        <w:br/>
        <w:t>vt 0.811440 0.079435</w:t>
        <w:br/>
        <w:t>vt 0.810874 0.071839</w:t>
        <w:br/>
        <w:t>vt 0.822877 0.082598</w:t>
        <w:br/>
        <w:t>vt 0.813776 0.064944</w:t>
        <w:br/>
        <w:t>vt 0.810232 0.071119</w:t>
        <w:br/>
        <w:t>vt 0.508404 0.025231</w:t>
        <w:br/>
        <w:t>vt 0.508404 0.004272</w:t>
        <w:br/>
        <w:t>vt 0.490747 0.004272</w:t>
        <w:br/>
        <w:t>vt 0.495197 0.024083</w:t>
        <w:br/>
        <w:t>vt 0.497063 0.037720</w:t>
        <w:br/>
        <w:t>vt 0.509409 0.038295</w:t>
        <w:br/>
        <w:t>vt 0.509122 0.050497</w:t>
        <w:br/>
        <w:t>vt 0.497207 0.050210</w:t>
        <w:br/>
        <w:t>vt 0.496776 0.060259</w:t>
        <w:br/>
        <w:t>vt 0.508260 0.060115</w:t>
        <w:br/>
        <w:t>vt 0.495915 0.072892</w:t>
        <w:br/>
        <w:t>vt 0.506394 0.072317</w:t>
        <w:br/>
        <w:t>vt 0.503666 0.083802</w:t>
        <w:br/>
        <w:t>vt 0.495340 0.084950</w:t>
        <w:br/>
        <w:t>vt 0.501226 0.092559</w:t>
        <w:br/>
        <w:t>vt 0.494766 0.093994</w:t>
        <w:br/>
        <w:t>vt 0.499360 0.099306</w:t>
        <w:br/>
        <w:t>vt 0.493618 0.101459</w:t>
        <w:br/>
        <w:t>vt 0.492039 0.109642</w:t>
        <w:br/>
        <w:t>vt 0.497924 0.107919</w:t>
        <w:br/>
        <w:t>vt 0.497924 0.117107</w:t>
        <w:br/>
        <w:t>vt 0.490172 0.120552</w:t>
        <w:br/>
        <w:t>vt 0.498929 0.138927</w:t>
        <w:br/>
        <w:t>vt 0.481272 0.150412</w:t>
        <w:br/>
        <w:t>vt 0.497350 0.154288</w:t>
        <w:br/>
        <w:t>vt 0.508691 0.136343</w:t>
        <w:br/>
        <w:t>vt 0.498929 0.138927</w:t>
        <w:br/>
        <w:t>vt 0.497350 0.154288</w:t>
        <w:br/>
        <w:t>vt 0.508691 0.153857</w:t>
        <w:br/>
        <w:t>vt 0.526061 0.148546</w:t>
        <w:br/>
        <w:t>vt 0.520893 0.130458</w:t>
        <w:br/>
        <w:t>vt 0.507543 0.107632</w:t>
        <w:br/>
        <w:t>vt 0.501800 0.113662</w:t>
        <w:br/>
        <w:t>vt 0.539986 0.140650</w:t>
        <w:br/>
        <w:t>vt 0.531373 0.123711</w:t>
        <w:br/>
        <w:t>vt 0.484143 0.111795</w:t>
        <w:br/>
        <w:t>vt 0.464189 0.141081</w:t>
        <w:br/>
        <w:t>vt 0.471510 0.145675</w:t>
        <w:br/>
        <w:t>vt 0.487158 0.117107</w:t>
        <w:br/>
        <w:t>vt 0.497924 0.107919</w:t>
        <w:br/>
        <w:t>vt 0.497924 0.117107</w:t>
        <w:br/>
        <w:t>vt 0.555490 0.126582</w:t>
        <w:br/>
        <w:t>vt 0.543001 0.111221</w:t>
        <w:br/>
        <w:t>vt 0.499360 0.099306</w:t>
        <w:br/>
        <w:t>vt 0.513716 0.101890</w:t>
        <w:br/>
        <w:t>vt 0.568554 0.107919</w:t>
        <w:br/>
        <w:t>vt 0.552906 0.095286</w:t>
        <w:br/>
        <w:t>vt 0.501226 0.092559</w:t>
        <w:br/>
        <w:t>vt 0.521324 0.092990</w:t>
        <w:br/>
        <w:t>vt 0.503666 0.083802</w:t>
        <w:br/>
        <w:t>vt 0.529363 0.081218</w:t>
        <w:br/>
        <w:t>vt 0.578029 0.085955</w:t>
        <w:br/>
        <w:t>vt 0.560658 0.077486</w:t>
        <w:br/>
        <w:t>vt 0.506394 0.072317</w:t>
        <w:br/>
        <w:t>vt 0.535536 0.067867</w:t>
        <w:br/>
        <w:t>vt 0.508260 0.060115</w:t>
        <w:br/>
        <w:t>vt 0.583053 0.066719</w:t>
        <w:br/>
        <w:t>vt 0.565252 0.062412</w:t>
        <w:br/>
        <w:t>vt 0.539699 0.056670</w:t>
        <w:br/>
        <w:t>vt 0.509122 0.050497</w:t>
        <w:br/>
        <w:t>vt 0.509409 0.038295</w:t>
        <w:br/>
        <w:t>vt 0.543001 0.040879</w:t>
        <w:br/>
        <w:t>vt 0.569272 0.043176</w:t>
        <w:br/>
        <w:t>vt 0.543862 0.025231</w:t>
        <w:br/>
        <w:t>vt 0.508404 0.025231</w:t>
        <w:br/>
        <w:t>vt 0.586068 0.043176</w:t>
        <w:br/>
        <w:t>vt 0.571999 0.025231</w:t>
        <w:br/>
        <w:t>vt 0.542857 0.004272</w:t>
        <w:br/>
        <w:t>vt 0.587647 0.023365</w:t>
        <w:br/>
        <w:t>vt 0.575014 0.004272</w:t>
        <w:br/>
        <w:t>vt 0.408920 0.028533</w:t>
        <w:br/>
        <w:t>vt 0.460456 0.023221</w:t>
        <w:br/>
        <w:t>vt 0.453853 0.004272</w:t>
        <w:br/>
        <w:t>vt 0.400737 0.004272</w:t>
        <w:br/>
        <w:t>vt 0.495197 0.024083</w:t>
        <w:br/>
        <w:t>vt 0.464906 0.038725</w:t>
        <w:br/>
        <w:t>vt 0.497063 0.037720</w:t>
        <w:br/>
        <w:t>vt 0.415093 0.046334</w:t>
        <w:br/>
        <w:t>vt 0.421122 0.065714</w:t>
        <w:br/>
        <w:t>vt 0.469787 0.055521</w:t>
        <w:br/>
        <w:t>vt 0.497207 0.050210</w:t>
        <w:br/>
        <w:t>vt 0.472659 0.066145</w:t>
        <w:br/>
        <w:t>vt 0.496776 0.060259</w:t>
        <w:br/>
        <w:t>vt 0.426864 0.082797</w:t>
        <w:br/>
        <w:t>vt 0.475099 0.079639</w:t>
        <w:br/>
        <w:t>vt 0.495915 0.072892</w:t>
        <w:br/>
        <w:t>vt 0.434473 0.101603</w:t>
        <w:br/>
        <w:t>vt 0.477827 0.092702</w:t>
        <w:br/>
        <w:t>vt 0.495340 0.084950</w:t>
        <w:br/>
        <w:t>vt 0.442942 0.117251</w:t>
        <w:br/>
        <w:t>vt 0.493618 0.101459</w:t>
        <w:br/>
        <w:t>vt 0.494766 0.093994</w:t>
        <w:br/>
        <w:t>vt 0.480985 0.104043</w:t>
        <w:br/>
        <w:t>vt 0.492039 0.109642</w:t>
        <w:br/>
        <w:t>vt 0.490172 0.120552</w:t>
        <w:br/>
        <w:t>vt 0.490747 0.004272</w:t>
        <w:br/>
        <w:t>vt 0.481272 0.150412</w:t>
        <w:br/>
        <w:t>vt 0.454427 0.132037</w:t>
        <w:br/>
        <w:t>vt 0.508404 0.025231</w:t>
        <w:br/>
        <w:t>vt 0.495197 0.024083</w:t>
        <w:br/>
        <w:t>vt 0.490746 0.004272</w:t>
        <w:br/>
        <w:t>vt 0.508404 0.004272</w:t>
        <w:br/>
        <w:t>vt 0.509409 0.038295</w:t>
        <w:br/>
        <w:t>vt 0.497063 0.037720</w:t>
        <w:br/>
        <w:t>vt 0.509122 0.050497</w:t>
        <w:br/>
        <w:t>vt 0.497207 0.050210</w:t>
        <w:br/>
        <w:t>vt 0.508260 0.060115</w:t>
        <w:br/>
        <w:t>vt 0.496776 0.060259</w:t>
        <w:br/>
        <w:t>vt 0.506394 0.072317</w:t>
        <w:br/>
        <w:t>vt 0.495915 0.072892</w:t>
        <w:br/>
        <w:t>vt 0.503666 0.083802</w:t>
        <w:br/>
        <w:t>vt 0.495340 0.084950</w:t>
        <w:br/>
        <w:t>vt 0.501226 0.092559</w:t>
        <w:br/>
        <w:t>vt 0.494766 0.093994</w:t>
        <w:br/>
        <w:t>vt 0.499360 0.099306</w:t>
        <w:br/>
        <w:t>vt 0.493618 0.101459</w:t>
        <w:br/>
        <w:t>vt 0.497924 0.107919</w:t>
        <w:br/>
        <w:t>vt 0.492039 0.109642</w:t>
        <w:br/>
        <w:t>vt 0.497924 0.117107</w:t>
        <w:br/>
        <w:t>vt 0.490172 0.120552</w:t>
        <w:br/>
        <w:t>vt 0.498929 0.138927</w:t>
        <w:br/>
        <w:t>vt 0.498929 0.138927</w:t>
        <w:br/>
        <w:t>vt 0.508691 0.136343</w:t>
        <w:br/>
        <w:t>vt 0.520893 0.130458</w:t>
        <w:br/>
        <w:t>vt 0.507542 0.107632</w:t>
        <w:br/>
        <w:t>vt 0.501800 0.113662</w:t>
        <w:br/>
        <w:t>vt 0.531373 0.123711</w:t>
        <w:br/>
        <w:t>vt 0.484143 0.111795</w:t>
        <w:br/>
        <w:t>vt 0.487158 0.117107</w:t>
        <w:br/>
        <w:t>vt 0.497924 0.107919</w:t>
        <w:br/>
        <w:t>vt 0.497924 0.117107</w:t>
        <w:br/>
        <w:t>vt 0.543001 0.111221</w:t>
        <w:br/>
        <w:t>vt 0.499360 0.099306</w:t>
        <w:br/>
        <w:t>vt 0.513716 0.101890</w:t>
        <w:br/>
        <w:t>vt 0.552906 0.095286</w:t>
        <w:br/>
        <w:t>vt 0.501226 0.092559</w:t>
        <w:br/>
        <w:t>vt 0.521324 0.092990</w:t>
        <w:br/>
        <w:t>vt 0.503666 0.083802</w:t>
        <w:br/>
        <w:t>vt 0.529363 0.081218</w:t>
        <w:br/>
        <w:t>vt 0.560658 0.077486</w:t>
        <w:br/>
        <w:t>vt 0.506394 0.072317</w:t>
        <w:br/>
        <w:t>vt 0.535536 0.067867</w:t>
        <w:br/>
        <w:t>vt 0.508260 0.060115</w:t>
        <w:br/>
        <w:t>vt 0.565252 0.062412</w:t>
        <w:br/>
        <w:t>vt 0.539699 0.056670</w:t>
        <w:br/>
        <w:t>vt 0.509122 0.050497</w:t>
        <w:br/>
        <w:t>vt 0.509409 0.038295</w:t>
        <w:br/>
        <w:t>vt 0.543001 0.040879</w:t>
        <w:br/>
        <w:t>vt 0.569272 0.043176</w:t>
        <w:br/>
        <w:t>vt 0.508404 0.025231</w:t>
        <w:br/>
        <w:t>vt 0.543862 0.025231</w:t>
        <w:br/>
        <w:t>vt 0.571999 0.025231</w:t>
        <w:br/>
        <w:t>vt 0.542857 0.004272</w:t>
        <w:br/>
        <w:t>vt 0.453853 0.004272</w:t>
        <w:br/>
        <w:t>vt 0.460456 0.023221</w:t>
        <w:br/>
        <w:t>vt 0.495197 0.024083</w:t>
        <w:br/>
        <w:t>vt 0.497063 0.037720</w:t>
        <w:br/>
        <w:t>vt 0.464906 0.038725</w:t>
        <w:br/>
        <w:t>vt 0.469787 0.055521</w:t>
        <w:br/>
        <w:t>vt 0.497207 0.050210</w:t>
        <w:br/>
        <w:t>vt 0.472659 0.066145</w:t>
        <w:br/>
        <w:t>vt 0.496776 0.060259</w:t>
        <w:br/>
        <w:t>vt 0.495915 0.072892</w:t>
        <w:br/>
        <w:t>vt 0.475099 0.079639</w:t>
        <w:br/>
        <w:t>vt 0.495340 0.084950</w:t>
        <w:br/>
        <w:t>vt 0.477827 0.092702</w:t>
        <w:br/>
        <w:t>vt 0.493618 0.101459</w:t>
        <w:br/>
        <w:t>vt 0.480985 0.104043</w:t>
        <w:br/>
        <w:t>vt 0.494766 0.093994</w:t>
        <w:br/>
        <w:t>vt 0.492039 0.109642</w:t>
        <w:br/>
        <w:t>vt 0.490172 0.120552</w:t>
        <w:br/>
        <w:t>vt 0.490746 0.004272</w:t>
        <w:br/>
        <w:t>vt 0.651143 0.094649</w:t>
        <w:br/>
        <w:t>vt 0.613172 0.094649</w:t>
        <w:br/>
        <w:t>vt 0.613172 0.063147</w:t>
        <w:br/>
        <w:t>vt 0.653253 0.062304</w:t>
        <w:br/>
        <w:t>vt 0.673082 0.062725</w:t>
        <w:br/>
        <w:t>vt 0.673223 0.094649</w:t>
        <w:br/>
        <w:t>vt 0.685458 0.062304</w:t>
        <w:br/>
        <w:t>vt 0.689536 0.094649</w:t>
        <w:br/>
        <w:t>vt 0.699943 0.061600</w:t>
        <w:br/>
        <w:t>vt 0.705991 0.094649</w:t>
        <w:br/>
        <w:t>vt 0.720335 0.060335</w:t>
        <w:br/>
        <w:t>vt 0.726945 0.094649</w:t>
        <w:br/>
        <w:t>vt 0.767026 0.054709</w:t>
        <w:br/>
        <w:t>vt 0.767026 0.094649</w:t>
        <w:br/>
        <w:t>vt 0.746915 0.094649</w:t>
        <w:br/>
        <w:t>vt 0.748462 0.057663</w:t>
        <w:br/>
        <w:t>vt 0.767026 0.054709</w:t>
        <w:br/>
        <w:t>vt 0.748462 0.057663</w:t>
        <w:br/>
        <w:t>vt 0.745087 0.037271</w:t>
        <w:br/>
        <w:t>vt 0.767026 0.034599</w:t>
        <w:br/>
        <w:t>vt 0.720335 0.060335</w:t>
        <w:br/>
        <w:t>vt 0.721179 0.040787</w:t>
        <w:br/>
        <w:t>vt 0.700647 0.044162</w:t>
        <w:br/>
        <w:t>vt 0.699943 0.061600</w:t>
        <w:br/>
        <w:t>vt 0.685599 0.045990</w:t>
        <w:br/>
        <w:t>vt 0.685458 0.062304</w:t>
        <w:br/>
        <w:t>vt 0.671254 0.045427</w:t>
        <w:br/>
        <w:t>vt 0.673082 0.062725</w:t>
        <w:br/>
        <w:t>vt 0.653253 0.062304</w:t>
        <w:br/>
        <w:t>vt 0.652409 0.044443</w:t>
        <w:br/>
        <w:t>vt 0.613172 0.063147</w:t>
        <w:br/>
        <w:t>vt 0.613172 0.042052</w:t>
        <w:br/>
        <w:t>vt 0.652409 0.044443</w:t>
        <w:br/>
        <w:t>vt 0.613172 0.042052</w:t>
        <w:br/>
        <w:t>vt 0.613172 0.003940</w:t>
        <w:br/>
        <w:t>vt 0.650159 0.003940</w:t>
        <w:br/>
        <w:t>vt 0.671254 0.045427</w:t>
        <w:br/>
        <w:t>vt 0.669426 0.003940</w:t>
        <w:br/>
        <w:t>vt 0.685317 0.003940</w:t>
        <w:br/>
        <w:t>vt 0.685599 0.045990</w:t>
        <w:br/>
        <w:t>vt 0.699943 0.003940</w:t>
        <w:br/>
        <w:t>vt 0.700647 0.044162</w:t>
        <w:br/>
        <w:t>vt 0.718929 0.003940</w:t>
        <w:br/>
        <w:t>vt 0.721179 0.040787</w:t>
        <w:br/>
        <w:t>vt 0.742977 0.003940</w:t>
        <w:br/>
        <w:t>vt 0.767026 0.003940</w:t>
        <w:br/>
        <w:t>vt 0.767026 0.034599</w:t>
        <w:br/>
        <w:t>vt 0.745087 0.037271</w:t>
        <w:br/>
        <w:t>vt 0.613172 0.063147</w:t>
        <w:br/>
        <w:t>vt 0.613172 0.094649</w:t>
        <w:br/>
        <w:t>vt 0.651143 0.094649</w:t>
        <w:br/>
        <w:t>vt 0.653253 0.062304</w:t>
        <w:br/>
        <w:t>vt 0.673082 0.062725</w:t>
        <w:br/>
        <w:t>vt 0.673223 0.094649</w:t>
        <w:br/>
        <w:t>vt 0.685458 0.062304</w:t>
        <w:br/>
        <w:t>vt 0.689537 0.094649</w:t>
        <w:br/>
        <w:t>vt 0.699943 0.061600</w:t>
        <w:br/>
        <w:t>vt 0.705991 0.094649</w:t>
        <w:br/>
        <w:t>vt 0.720335 0.060335</w:t>
        <w:br/>
        <w:t>vt 0.726945 0.094649</w:t>
        <w:br/>
        <w:t>vt 0.748462 0.057663</w:t>
        <w:br/>
        <w:t>vt 0.746915 0.094649</w:t>
        <w:br/>
        <w:t>vt 0.745087 0.037271</w:t>
        <w:br/>
        <w:t>vt 0.748462 0.057663</w:t>
        <w:br/>
        <w:t>vt 0.721179 0.040787</w:t>
        <w:br/>
        <w:t>vt 0.720335 0.060335</w:t>
        <w:br/>
        <w:t>vt 0.700647 0.044162</w:t>
        <w:br/>
        <w:t>vt 0.699943 0.061600</w:t>
        <w:br/>
        <w:t>vt 0.671254 0.045427</w:t>
        <w:br/>
        <w:t>vt 0.673082 0.062725</w:t>
        <w:br/>
        <w:t>vt 0.685458 0.062304</w:t>
        <w:br/>
        <w:t>vt 0.685599 0.045990</w:t>
        <w:br/>
        <w:t>vt 0.652409 0.044443</w:t>
        <w:br/>
        <w:t>vt 0.653253 0.062304</w:t>
        <w:br/>
        <w:t>vt 0.613172 0.042052</w:t>
        <w:br/>
        <w:t>vt 0.613172 0.063147</w:t>
        <w:br/>
        <w:t>vt 0.613172 0.003940</w:t>
        <w:br/>
        <w:t>vt 0.613172 0.042052</w:t>
        <w:br/>
        <w:t>vt 0.652409 0.044443</w:t>
        <w:br/>
        <w:t>vt 0.650159 0.003940</w:t>
        <w:br/>
        <w:t>vt 0.671254 0.045427</w:t>
        <w:br/>
        <w:t>vt 0.669426 0.003940</w:t>
        <w:br/>
        <w:t>vt 0.685599 0.045990</w:t>
        <w:br/>
        <w:t>vt 0.685317 0.003940</w:t>
        <w:br/>
        <w:t>vt 0.700647 0.044162</w:t>
        <w:br/>
        <w:t>vt 0.699943 0.003940</w:t>
        <w:br/>
        <w:t>vt 0.721179 0.040787</w:t>
        <w:br/>
        <w:t>vt 0.718929 0.003940</w:t>
        <w:br/>
        <w:t>vt 0.742977 0.003940</w:t>
        <w:br/>
        <w:t>vt 0.745087 0.037271</w:t>
        <w:br/>
        <w:t>vt 0.685599 0.045990</w:t>
        <w:br/>
        <w:t>vt 0.685458 0.062304</w:t>
        <w:br/>
        <w:t>vt 0.692912 0.053444</w:t>
        <w:br/>
        <w:t>vt 0.692912 0.053444</w:t>
        <w:br/>
        <w:t>vt 0.699943 0.061600</w:t>
        <w:br/>
        <w:t>vt 0.700647 0.044162</w:t>
        <w:br/>
        <w:t>vt 0.692912 0.053444</w:t>
        <w:br/>
        <w:t>vt 0.937683 0.318385</w:t>
        <w:br/>
        <w:t>vt 0.907111 0.296789</w:t>
        <w:br/>
        <w:t>vt 0.907111 0.286642</w:t>
        <w:br/>
        <w:t>vt 0.940545 0.302513</w:t>
        <w:br/>
        <w:t>vt 0.994535 0.205722</w:t>
        <w:br/>
        <w:t>vt 0.959539 0.208975</w:t>
        <w:br/>
        <w:t>vt 0.957197 0.174239</w:t>
        <w:br/>
        <w:t>vt 0.994535 0.174239</w:t>
        <w:br/>
        <w:t>vt 0.994535 0.228489</w:t>
        <w:br/>
        <w:t>vt 0.961881 0.227969</w:t>
        <w:br/>
        <w:t>vt 0.994535 0.245792</w:t>
        <w:br/>
        <w:t>vt 0.963182 0.241889</w:t>
        <w:br/>
        <w:t>vt 0.994535 0.264525</w:t>
        <w:br/>
        <w:t>vt 0.962401 0.258411</w:t>
        <w:br/>
        <w:t>vt 0.960189 0.279356</w:t>
        <w:br/>
        <w:t>vt 0.994535 0.285341</w:t>
        <w:br/>
        <w:t>vt 0.956417 0.318385</w:t>
        <w:br/>
        <w:t>vt 0.958498 0.304985</w:t>
        <w:br/>
        <w:t>vt 0.994535 0.301863</w:t>
        <w:br/>
        <w:t>vt 0.994535 0.318385</w:t>
        <w:br/>
        <w:t>vt 0.907111 0.214309</w:t>
        <w:br/>
        <w:t>vt 0.907111 0.174239</w:t>
        <w:br/>
        <w:t>vt 0.938073 0.174239</w:t>
        <w:br/>
        <w:t>vt 0.941196 0.208975</w:t>
        <w:br/>
        <w:t>vt 0.942366 0.227838</w:t>
        <w:br/>
        <w:t>vt 0.907111 0.231611</w:t>
        <w:br/>
        <w:t>vt 0.943017 0.242279</w:t>
        <w:br/>
        <w:t>vt 0.907111 0.244881</w:t>
        <w:br/>
        <w:t>vt 0.942106 0.258931</w:t>
        <w:br/>
        <w:t>vt 0.907111 0.259061</w:t>
        <w:br/>
        <w:t>vt 0.941716 0.279746</w:t>
        <w:br/>
        <w:t>vt 0.907111 0.276494</w:t>
        <w:br/>
        <w:t>vt 0.941196 0.208975</w:t>
        <w:br/>
        <w:t>vt 0.938073 0.174239</w:t>
        <w:br/>
        <w:t>vt 0.957197 0.174239</w:t>
        <w:br/>
        <w:t>vt 0.959539 0.208975</w:t>
        <w:br/>
        <w:t>vt 0.942366 0.227838</w:t>
        <w:br/>
        <w:t>vt 0.961881 0.227969</w:t>
        <w:br/>
        <w:t>vt 0.963182 0.241889</w:t>
        <w:br/>
        <w:t>vt 0.943017 0.242279</w:t>
        <w:br/>
        <w:t>vt 0.962401 0.258411</w:t>
        <w:br/>
        <w:t>vt 0.942106 0.258931</w:t>
        <w:br/>
        <w:t>vt 0.960189 0.279356</w:t>
        <w:br/>
        <w:t>vt 0.941716 0.279746</w:t>
        <w:br/>
        <w:t>vt 0.958498 0.304985</w:t>
        <w:br/>
        <w:t>vt 0.940545 0.302513</w:t>
        <w:br/>
        <w:t>vt 0.956417 0.318385</w:t>
        <w:br/>
        <w:t>vt 0.937683 0.318385</w:t>
        <w:br/>
        <w:t>vt 0.940545 0.302513</w:t>
        <w:br/>
        <w:t>vt 0.907111 0.286642</w:t>
        <w:br/>
        <w:t>vt 0.957197 0.174239</w:t>
        <w:br/>
        <w:t>vt 0.959539 0.208975</w:t>
        <w:br/>
        <w:t>vt 0.994535 0.205722</w:t>
        <w:br/>
        <w:t>vt 0.994535 0.174239</w:t>
        <w:br/>
        <w:t>vt 0.994535 0.228489</w:t>
        <w:br/>
        <w:t>vt 0.961881 0.227969</w:t>
        <w:br/>
        <w:t>vt 0.994535 0.245792</w:t>
        <w:br/>
        <w:t>vt 0.963182 0.241889</w:t>
        <w:br/>
        <w:t>vt 0.994535 0.264525</w:t>
        <w:br/>
        <w:t>vt 0.962401 0.258411</w:t>
        <w:br/>
        <w:t>vt 0.960189 0.279356</w:t>
        <w:br/>
        <w:t>vt 0.994535 0.285340</w:t>
        <w:br/>
        <w:t>vt 0.994535 0.301863</w:t>
        <w:br/>
        <w:t>vt 0.958498 0.304985</w:t>
        <w:br/>
        <w:t>vt 0.938073 0.174239</w:t>
        <w:br/>
        <w:t>vt 0.907111 0.174239</w:t>
        <w:br/>
        <w:t>vt 0.907111 0.214309</w:t>
        <w:br/>
        <w:t>vt 0.941196 0.208975</w:t>
        <w:br/>
        <w:t>vt 0.907111 0.231611</w:t>
        <w:br/>
        <w:t>vt 0.942366 0.227838</w:t>
        <w:br/>
        <w:t>vt 0.907111 0.244881</w:t>
        <w:br/>
        <w:t>vt 0.943017 0.242279</w:t>
        <w:br/>
        <w:t>vt 0.907111 0.259061</w:t>
        <w:br/>
        <w:t>vt 0.942106 0.258931</w:t>
        <w:br/>
        <w:t>vt 0.907111 0.276494</w:t>
        <w:br/>
        <w:t>vt 0.941716 0.279746</w:t>
        <w:br/>
        <w:t>vt 0.941196 0.208975</w:t>
        <w:br/>
        <w:t>vt 0.959539 0.208975</w:t>
        <w:br/>
        <w:t>vt 0.957197 0.174239</w:t>
        <w:br/>
        <w:t>vt 0.938073 0.174239</w:t>
        <w:br/>
        <w:t>vt 0.942366 0.227838</w:t>
        <w:br/>
        <w:t>vt 0.961881 0.227969</w:t>
        <w:br/>
        <w:t>vt 0.963182 0.241889</w:t>
        <w:br/>
        <w:t>vt 0.943017 0.242279</w:t>
        <w:br/>
        <w:t>vt 0.942106 0.258931</w:t>
        <w:br/>
        <w:t>vt 0.962401 0.258411</w:t>
        <w:br/>
        <w:t>vt 0.941716 0.279746</w:t>
        <w:br/>
        <w:t>vt 0.960189 0.279356</w:t>
        <w:br/>
        <w:t>vt 0.940545 0.302513</w:t>
        <w:br/>
        <w:t>vt 0.958498 0.304985</w:t>
        <w:br/>
        <w:t>vt 0.389564 0.525736</w:t>
        <w:br/>
        <w:t>vt 0.384464 0.520712</w:t>
        <w:br/>
        <w:t>vt 0.392594 0.512306</w:t>
        <w:br/>
        <w:t>vt 0.367161 0.461048</w:t>
        <w:br/>
        <w:t>vt 0.364540 0.452824</w:t>
        <w:br/>
        <w:t>vt 0.372103 0.455006</w:t>
        <w:br/>
        <w:t>vt 0.349759 0.459216</w:t>
        <w:br/>
        <w:t>vt 0.358475 0.451852</w:t>
        <w:br/>
        <w:t>vt 0.383374 0.460686</w:t>
        <w:br/>
        <w:t>vt 0.382857 0.468305</w:t>
        <w:br/>
        <w:t>vt 0.340837 0.453135</w:t>
        <w:br/>
        <w:t>vt 0.350492 0.451809</w:t>
        <w:br/>
        <w:t>vt 0.391131 0.467847</w:t>
        <w:br/>
        <w:t>vt 0.398985 0.484448</w:t>
        <w:br/>
        <w:t>vt 0.392271 0.478390</w:t>
        <w:br/>
        <w:t>vt 0.367133 0.472739</w:t>
        <w:br/>
        <w:t>vt 0.350091 0.469874</w:t>
        <w:br/>
        <w:t>vt 0.382857 0.468305</w:t>
        <w:br/>
        <w:t>vt 0.383723 0.479700</w:t>
        <w:br/>
        <w:t>vt 0.394035 0.493500</w:t>
        <w:br/>
        <w:t>vt 0.398911 0.498682</w:t>
        <w:br/>
        <w:t>vt 0.392271 0.478390</w:t>
        <w:br/>
        <w:t>vt 0.394035 0.493500</w:t>
        <w:br/>
        <w:t>vt 0.383595 0.502224</w:t>
        <w:br/>
        <w:t>vt 0.396185 0.513375</w:t>
        <w:br/>
        <w:t>vt 0.330015 0.509618</w:t>
        <w:br/>
        <w:t>vt 0.322501 0.498288</w:t>
        <w:br/>
        <w:t>vt 0.331345 0.497914</w:t>
        <w:br/>
        <w:t>vt 0.367457 0.505599</w:t>
        <w:br/>
        <w:t>vt 0.375824 0.535010</w:t>
        <w:br/>
        <w:t>vt 0.376628 0.525881</w:t>
        <w:br/>
        <w:t>vt 0.376628 0.525881</w:t>
        <w:br/>
        <w:t>vt 0.385452 0.514208</w:t>
        <w:br/>
        <w:t>vt 0.384464 0.520712</w:t>
        <w:br/>
        <w:t>vt 0.367490 0.520176</w:t>
        <w:br/>
        <w:t>vt 0.385452 0.514208</w:t>
        <w:br/>
        <w:t>vt 0.362090 0.538591</w:t>
        <w:br/>
        <w:t>vt 0.366110 0.529289</w:t>
        <w:br/>
        <w:t>vt 0.366110 0.529289</w:t>
        <w:br/>
        <w:t>vt 0.329905 0.518531</w:t>
        <w:br/>
        <w:t>vt 0.340909 0.525713</w:t>
        <w:br/>
        <w:t>vt 0.331019 0.529494</w:t>
        <w:br/>
        <w:t>vt 0.324435 0.521571</w:t>
        <w:br/>
        <w:t>vt 0.353687 0.529869</w:t>
        <w:br/>
        <w:t>vt 0.349865 0.519164</w:t>
        <w:br/>
        <w:t>vt 0.349952 0.504479</w:t>
        <w:br/>
        <w:t>vt 0.340909 0.525713</w:t>
        <w:br/>
        <w:t>vt 0.350932 0.537911</w:t>
        <w:br/>
        <w:t>vt 0.353687 0.529869</w:t>
        <w:br/>
        <w:t>vt 0.339907 0.535037</w:t>
        <w:br/>
        <w:t>vt 0.329905 0.518531</w:t>
        <w:br/>
        <w:t>vt 0.318710 0.508844</w:t>
        <w:br/>
        <w:t>vt 0.316319 0.494133</w:t>
        <w:br/>
        <w:t>vt 0.320068 0.486141</w:t>
        <w:br/>
        <w:t>vt 0.317868 0.476033</w:t>
        <w:br/>
        <w:t>vt 0.324290 0.470883</w:t>
        <w:br/>
        <w:t>vt 0.320068 0.486141</w:t>
        <w:br/>
        <w:t>vt 0.333515 0.469342</w:t>
        <w:br/>
        <w:t>vt 0.324290 0.470883</w:t>
        <w:br/>
        <w:t>vt 0.321518 0.467611</w:t>
        <w:br/>
        <w:t>vt 0.326326 0.461529</w:t>
        <w:br/>
        <w:t>vt 0.334541 0.462131</w:t>
        <w:br/>
        <w:t>vt 0.334541 0.462131</w:t>
        <w:br/>
        <w:t>vt 0.334140 0.455715</w:t>
        <w:br/>
        <w:t>vt 0.391313 0.506402</w:t>
        <w:br/>
        <w:t>vt 0.322501 0.498288</w:t>
        <w:br/>
        <w:t>vt 0.316449 0.484565</w:t>
        <w:br/>
        <w:t>vt 0.610436 0.525736</w:t>
        <w:br/>
        <w:t>vt 0.607406 0.512306</w:t>
        <w:br/>
        <w:t>vt 0.615536 0.520712</w:t>
        <w:br/>
        <w:t>vt 0.632839 0.461048</w:t>
        <w:br/>
        <w:t>vt 0.627897 0.455006</w:t>
        <w:br/>
        <w:t>vt 0.635460 0.452824</w:t>
        <w:br/>
        <w:t>vt 0.641525 0.451852</w:t>
        <w:br/>
        <w:t>vt 0.650241 0.459216</w:t>
        <w:br/>
        <w:t>vt 0.616626 0.460686</w:t>
        <w:br/>
        <w:t>vt 0.617143 0.468305</w:t>
        <w:br/>
        <w:t>vt 0.649508 0.451809</w:t>
        <w:br/>
        <w:t>vt 0.659163 0.453135</w:t>
        <w:br/>
        <w:t>vt 0.608869 0.467847</w:t>
        <w:br/>
        <w:t>vt 0.607729 0.478390</w:t>
        <w:br/>
        <w:t>vt 0.601015 0.484448</w:t>
        <w:br/>
        <w:t>vt 0.649909 0.469874</w:t>
        <w:br/>
        <w:t>vt 0.632867 0.472739</w:t>
        <w:br/>
        <w:t>vt 0.617143 0.468305</w:t>
        <w:br/>
        <w:t>vt 0.616277 0.479700</w:t>
        <w:br/>
        <w:t>vt 0.605965 0.493500</w:t>
        <w:br/>
        <w:t>vt 0.601089 0.498682</w:t>
        <w:br/>
        <w:t>vt 0.607729 0.478390</w:t>
        <w:br/>
        <w:t>vt 0.616405 0.502224</w:t>
        <w:br/>
        <w:t>vt 0.605965 0.493500</w:t>
        <w:br/>
        <w:t>vt 0.603815 0.513375</w:t>
        <w:br/>
        <w:t>vt 0.669985 0.509618</w:t>
        <w:br/>
        <w:t>vt 0.668655 0.497914</w:t>
        <w:br/>
        <w:t>vt 0.677499 0.498288</w:t>
        <w:br/>
        <w:t>vt 0.632543 0.505599</w:t>
        <w:br/>
        <w:t>vt 0.623372 0.525881</w:t>
        <w:br/>
        <w:t>vt 0.624176 0.535010</w:t>
        <w:br/>
        <w:t>vt 0.623372 0.525881</w:t>
        <w:br/>
        <w:t>vt 0.615536 0.520712</w:t>
        <w:br/>
        <w:t>vt 0.614548 0.514208</w:t>
        <w:br/>
        <w:t>vt 0.632510 0.520176</w:t>
        <w:br/>
        <w:t>vt 0.614548 0.514208</w:t>
        <w:br/>
        <w:t>vt 0.633890 0.529289</w:t>
        <w:br/>
        <w:t>vt 0.637910 0.538591</w:t>
        <w:br/>
        <w:t>vt 0.633890 0.529289</w:t>
        <w:br/>
        <w:t>vt 0.670095 0.518531</w:t>
        <w:br/>
        <w:t>vt 0.675565 0.521571</w:t>
        <w:br/>
        <w:t>vt 0.668981 0.529494</w:t>
        <w:br/>
        <w:t>vt 0.659091 0.525713</w:t>
        <w:br/>
        <w:t>vt 0.650135 0.519164</w:t>
        <w:br/>
        <w:t>vt 0.646313 0.529869</w:t>
        <w:br/>
        <w:t>vt 0.650048 0.504479</w:t>
        <w:br/>
        <w:t>vt 0.659091 0.525713</w:t>
        <w:br/>
        <w:t>vt 0.646313 0.529869</w:t>
        <w:br/>
        <w:t>vt 0.649068 0.537911</w:t>
        <w:br/>
        <w:t>vt 0.660093 0.535037</w:t>
        <w:br/>
        <w:t>vt 0.670095 0.518531</w:t>
        <w:br/>
        <w:t>vt 0.681290 0.508844</w:t>
        <w:br/>
        <w:t>vt 0.683681 0.494133</w:t>
        <w:br/>
        <w:t>vt 0.679932 0.486141</w:t>
        <w:br/>
        <w:t>vt 0.682132 0.476033</w:t>
        <w:br/>
        <w:t>vt 0.679932 0.486141</w:t>
        <w:br/>
        <w:t>vt 0.675710 0.470883</w:t>
        <w:br/>
        <w:t>vt 0.666485 0.469342</w:t>
        <w:br/>
        <w:t>vt 0.675710 0.470883</w:t>
        <w:br/>
        <w:t>vt 0.678482 0.467611</w:t>
        <w:br/>
        <w:t>vt 0.673674 0.461529</w:t>
        <w:br/>
        <w:t>vt 0.665459 0.462131</w:t>
        <w:br/>
        <w:t>vt 0.665459 0.462131</w:t>
        <w:br/>
        <w:t>vt 0.665860 0.455715</w:t>
        <w:br/>
        <w:t>vt 0.608687 0.506402</w:t>
        <w:br/>
        <w:t>vt 0.677499 0.498288</w:t>
        <w:br/>
        <w:t>vt 0.683551 0.484565</w:t>
        <w:br/>
        <w:t>vt 0.335183 0.298268</w:t>
        <w:br/>
        <w:t>vt 0.339416 0.296490</w:t>
        <w:br/>
        <w:t>vt 0.340866 0.299574</w:t>
        <w:br/>
        <w:t>vt 0.336371 0.301463</w:t>
        <w:br/>
        <w:t>vt 0.343401 0.294409</w:t>
        <w:br/>
        <w:t>vt 0.345109 0.297358</w:t>
        <w:br/>
        <w:t>vt 0.347066 0.292068</w:t>
        <w:br/>
        <w:t>vt 0.349034 0.294850</w:t>
        <w:br/>
        <w:t>vt 0.350338 0.289514</w:t>
        <w:br/>
        <w:t>vt 0.352575 0.292086</w:t>
        <w:br/>
        <w:t>vt 0.353146 0.286798</w:t>
        <w:br/>
        <w:t>vt 0.355663 0.289096</w:t>
        <w:br/>
        <w:t>vt 0.355422 0.283973</w:t>
        <w:br/>
        <w:t>vt 0.358228 0.285908</w:t>
        <w:br/>
        <w:t>vt 0.357107 0.281097</w:t>
        <w:br/>
        <w:t>vt 0.360192 0.282544</w:t>
        <w:br/>
        <w:t>vt 0.358152 0.278224</w:t>
        <w:br/>
        <w:t>vt 0.361463 0.279032</w:t>
        <w:br/>
        <w:t>vt 0.358526 0.275393</w:t>
        <w:br/>
        <w:t>vt 0.361934 0.275413</w:t>
        <w:br/>
        <w:t>vt 0.358196 0.272605</w:t>
        <w:br/>
        <w:t>vt 0.361500 0.271768</w:t>
        <w:br/>
        <w:t>vt 0.357137 0.269906</w:t>
        <w:br/>
        <w:t>vt 0.360047 0.268131</w:t>
        <w:br/>
        <w:t>vt 0.355102 0.267033</w:t>
        <w:br/>
        <w:t>vt 0.352612 0.264742</w:t>
        <w:br/>
        <w:t>vt 0.354877 0.262195</w:t>
        <w:br/>
        <w:t>vt 0.357689 0.264872</w:t>
        <w:br/>
        <w:t>vt 0.347616 0.261318</w:t>
        <w:br/>
        <w:t>vt 0.349164 0.258282</w:t>
        <w:br/>
        <w:t>vt 0.342279 0.259421</w:t>
        <w:br/>
        <w:t>vt 0.343044 0.256100</w:t>
        <w:br/>
        <w:t>vt 0.336664 0.258801</w:t>
        <w:br/>
        <w:t>vt 0.336723 0.255393</w:t>
        <w:br/>
        <w:t>vt 0.330870 0.259244</w:t>
        <w:br/>
        <w:t>vt 0.330373 0.255872</w:t>
        <w:br/>
        <w:t>vt 0.325031 0.260532</w:t>
        <w:br/>
        <w:t>vt 0.324126 0.257246</w:t>
        <w:br/>
        <w:t>vt 0.319295 0.262436</w:t>
        <w:br/>
        <w:t>vt 0.318104 0.259243</w:t>
        <w:br/>
        <w:t>vt 0.313810 0.264713</w:t>
        <w:br/>
        <w:t>vt 0.312429 0.261597</w:t>
        <w:br/>
        <w:t>vt 0.308716 0.267116</w:t>
        <w:br/>
        <w:t>vt 0.307227 0.264051</w:t>
        <w:br/>
        <w:t>vt 0.304146 0.269400</w:t>
        <w:br/>
        <w:t>vt 0.302636 0.266345</w:t>
        <w:br/>
        <w:t>vt 0.300211 0.271323</w:t>
        <w:br/>
        <w:t>vt 0.298814 0.268215</w:t>
        <w:br/>
        <w:t>vt 0.298246 0.272019</w:t>
        <w:br/>
        <w:t>vt 0.297736 0.268771</w:t>
        <w:br/>
        <w:t>vt 0.296280 0.272714</w:t>
        <w:br/>
        <w:t>vt 0.292423 0.270256</w:t>
        <w:br/>
        <w:t>vt 0.294327 0.267429</w:t>
        <w:br/>
        <w:t>vt 0.296659 0.269327</w:t>
        <w:br/>
        <w:t>vt 0.289050 0.268083</w:t>
        <w:br/>
        <w:t>vt 0.290833 0.265179</w:t>
        <w:br/>
        <w:t>vt 0.285417 0.265960</w:t>
        <w:br/>
        <w:t>vt 0.287066 0.262977</w:t>
        <w:br/>
        <w:t>vt 0.281599 0.263968</w:t>
        <w:br/>
        <w:t>vt 0.283090 0.260903</w:t>
        <w:br/>
        <w:t>vt 0.277670 0.262190</w:t>
        <w:br/>
        <w:t>vt 0.278970 0.259040</w:t>
        <w:br/>
        <w:t>vt 0.273709 0.260708</w:t>
        <w:br/>
        <w:t>vt 0.274771 0.257470</w:t>
        <w:br/>
        <w:t>vt 0.269796 0.259601</w:t>
        <w:br/>
        <w:t>vt 0.270553 0.256278</w:t>
        <w:br/>
        <w:t>vt 0.266013 0.258942</w:t>
        <w:br/>
        <w:t>vt 0.266373 0.255553</w:t>
        <w:br/>
        <w:t>vt 0.262444 0.258798</w:t>
        <w:br/>
        <w:t>vt 0.262291 0.255393</w:t>
        <w:br/>
        <w:t>vt 0.259165 0.259223</w:t>
        <w:br/>
        <w:t>vt 0.258369 0.255909</w:t>
        <w:br/>
        <w:t>vt 0.256227 0.260263</w:t>
        <w:br/>
        <w:t>vt 0.254699 0.257217</w:t>
        <w:br/>
        <w:t>vt 0.253713 0.261922</w:t>
        <w:br/>
        <w:t>vt 0.251337 0.259479</w:t>
        <w:br/>
        <w:t>vt 0.252915 0.263095</w:t>
        <w:br/>
        <w:t>vt 0.250038 0.261267</w:t>
        <w:br/>
        <w:t>vt 0.252138 0.264464</w:t>
        <w:br/>
        <w:t>vt 0.249084 0.262950</w:t>
        <w:br/>
        <w:t>vt 0.251542 0.265854</w:t>
        <w:br/>
        <w:t>vt 0.248333 0.264708</w:t>
        <w:br/>
        <w:t>vt 0.251131 0.267272</w:t>
        <w:br/>
        <w:t>vt 0.247803 0.266537</w:t>
        <w:br/>
        <w:t>vt 0.250907 0.268726</w:t>
        <w:br/>
        <w:t>vt 0.247512 0.268432</w:t>
        <w:br/>
        <w:t>vt 0.250877 0.270230</w:t>
        <w:br/>
        <w:t>vt 0.247473 0.270385</w:t>
        <w:br/>
        <w:t>vt 0.251052 0.271797</w:t>
        <w:br/>
        <w:t>vt 0.247695 0.272385</w:t>
        <w:br/>
        <w:t>vt 0.251448 0.273439</w:t>
        <w:br/>
        <w:t>vt 0.248185 0.274425</w:t>
        <w:br/>
        <w:t>vt 0.252080 0.275163</w:t>
        <w:br/>
        <w:t>vt 0.248945 0.276501</w:t>
        <w:br/>
        <w:t>vt 0.252967 0.276973</w:t>
        <w:br/>
        <w:t>vt 0.249979 0.278612</w:t>
        <w:br/>
        <w:t>vt 0.254125 0.278871</w:t>
        <w:br/>
        <w:t>vt 0.251290 0.280762</w:t>
        <w:br/>
        <w:t>vt 0.252885 0.282957</w:t>
        <w:br/>
        <w:t>vt 0.253591 0.282403</w:t>
        <w:br/>
        <w:t>vt 0.255567 0.280853</w:t>
        <w:br/>
        <w:t>vt 0.254205 0.281922</w:t>
        <w:br/>
        <w:t>vt 0.254931 0.281352</w:t>
        <w:br/>
        <w:t>vt 0.330775 0.299701</w:t>
        <w:br/>
        <w:t>vt 0.331221 0.301302</w:t>
        <w:br/>
        <w:t>vt 0.331054 0.300702</w:t>
        <w:br/>
        <w:t>vt 0.331399 0.301940</w:t>
        <w:br/>
        <w:t>vt 0.331690 0.302984</w:t>
        <w:br/>
        <w:t>vt 0.297263 0.272366</w:t>
        <w:br/>
        <w:t>vt 0.297198 0.269049</w:t>
        <w:br/>
        <w:t>vt 0.756809 0.919083</w:t>
        <w:br/>
        <w:t>vt 0.754244 0.886710</w:t>
        <w:br/>
        <w:t>vt 0.770998 0.883925</w:t>
        <w:br/>
        <w:t>vt 0.780230 0.914309</w:t>
        <w:br/>
        <w:t>vt 0.786729 0.877705</w:t>
        <w:br/>
        <w:t>vt 0.801720 0.905161</w:t>
        <w:br/>
        <w:t>vt 0.800810 0.868475</w:t>
        <w:br/>
        <w:t>vt 0.820727 0.892165</w:t>
        <w:br/>
        <w:t>vt 0.812733 0.856700</w:t>
        <w:br/>
        <w:t>vt 0.836683 0.875880</w:t>
        <w:br/>
        <w:t>vt 0.822093 0.842892</w:t>
        <w:br/>
        <w:t>vt 0.849069 0.856966</w:t>
        <w:br/>
        <w:t>vt 0.828597 0.827611</w:t>
        <w:br/>
        <w:t>vt 0.857478 0.836198</w:t>
        <w:br/>
        <w:t>vt 0.832087 0.811451</w:t>
        <w:br/>
        <w:t>vt 0.861677 0.814458</w:t>
        <w:br/>
        <w:t>vt 0.832555 0.794994</w:t>
        <w:br/>
        <w:t>vt 0.861677 0.792695</w:t>
        <w:br/>
        <w:t>vt 0.829501 0.778814</w:t>
        <w:br/>
        <w:t>vt 0.858258 0.771199</w:t>
        <w:br/>
        <w:t>vt 0.823508 0.763402</w:t>
        <w:br/>
        <w:t>vt 0.850693 0.750381</w:t>
        <w:br/>
        <w:t>vt 0.814672 0.749335</w:t>
        <w:br/>
        <w:t>vt 0.839117 0.731177</w:t>
        <w:br/>
        <w:t>vt 0.803239 0.737175</w:t>
        <w:br/>
        <w:t>vt 0.823891 0.714420</w:t>
        <w:br/>
        <w:t>vt 0.789586 0.727442</w:t>
        <w:br/>
        <w:t>vt 0.805521 0.700816</w:t>
        <w:br/>
        <w:t>vt 0.774194 0.720596</w:t>
        <w:br/>
        <w:t>vt 0.784596 0.690947</w:t>
        <w:br/>
        <w:t>vt 0.757655 0.717048</w:t>
        <w:br/>
        <w:t>vt 0.761720 0.685321</w:t>
        <w:br/>
        <w:t>vt 0.740740 0.716281</w:t>
        <w:br/>
        <w:t>vt 0.738281 0.685248</w:t>
        <w:br/>
        <w:t>vt 0.724157 0.719702</w:t>
        <w:br/>
        <w:t>vt 0.715145 0.689011</w:t>
        <w:br/>
        <w:t>vt 0.708384 0.725811</w:t>
        <w:br/>
        <w:t>vt 0.693441 0.698169</w:t>
        <w:br/>
        <w:t>vt 0.694262 0.734995</w:t>
        <w:br/>
        <w:t>vt 0.674331 0.711210</w:t>
        <w:br/>
        <w:t>vt 0.682312 0.746757</w:t>
        <w:br/>
        <w:t>vt 0.658333 0.727538</w:t>
        <w:br/>
        <w:t>vt 0.672937 0.760565</w:t>
        <w:br/>
        <w:t>vt 0.645936 0.746484</w:t>
        <w:br/>
        <w:t>vt 0.666426 0.775849</w:t>
        <w:br/>
        <w:t>vt 0.637529 0.767271</w:t>
        <w:br/>
        <w:t>vt 0.662935 0.792012</w:t>
        <w:br/>
        <w:t>vt 0.633337 0.789021</w:t>
        <w:br/>
        <w:t>vt 0.662467 0.808470</w:t>
        <w:br/>
        <w:t>vt 0.633346 0.810787</w:t>
        <w:br/>
        <w:t>vt 0.665521 0.824649</w:t>
        <w:br/>
        <w:t>vt 0.636773 0.832278</w:t>
        <w:br/>
        <w:t>vt 0.671512 0.840058</w:t>
        <w:br/>
        <w:t>vt 0.644344 0.853086</w:t>
        <w:br/>
        <w:t>vt 0.680342 0.854124</w:t>
        <w:br/>
        <w:t>vt 0.655918 0.872270</w:t>
        <w:br/>
        <w:t>vt 0.691759 0.866286</w:t>
        <w:br/>
        <w:t>vt 0.671128 0.888999</w:t>
        <w:br/>
        <w:t>vt 0.705388 0.876037</w:t>
        <w:br/>
        <w:t>vt 0.689450 0.902567</w:t>
        <w:br/>
        <w:t>vt 0.720747 0.882933</w:t>
        <w:br/>
        <w:t>vt 0.710266 0.912407</w:t>
        <w:br/>
        <w:t>vt 0.747511 0.801731</w:t>
        <w:br/>
        <w:t>vt 0.737261 0.886598</w:t>
        <w:br/>
        <w:t>vt 0.732929 0.918057</w:t>
        <w:br/>
        <w:t>vt 0.756809 0.919083</w:t>
        <w:br/>
        <w:t>vt 0.780230 0.914309</w:t>
        <w:br/>
        <w:t>vt 0.770998 0.883925</w:t>
        <w:br/>
        <w:t>vt 0.754244 0.886710</w:t>
        <w:br/>
        <w:t>vt 0.801720 0.905161</w:t>
        <w:br/>
        <w:t>vt 0.786729 0.877705</w:t>
        <w:br/>
        <w:t>vt 0.820727 0.892165</w:t>
        <w:br/>
        <w:t>vt 0.800810 0.868475</w:t>
        <w:br/>
        <w:t>vt 0.836683 0.875880</w:t>
        <w:br/>
        <w:t>vt 0.812733 0.856700</w:t>
        <w:br/>
        <w:t>vt 0.849069 0.856966</w:t>
        <w:br/>
        <w:t>vt 0.822093 0.842892</w:t>
        <w:br/>
        <w:t>vt 0.857478 0.836198</w:t>
        <w:br/>
        <w:t>vt 0.828597 0.827611</w:t>
        <w:br/>
        <w:t>vt 0.861677 0.814458</w:t>
        <w:br/>
        <w:t>vt 0.832087 0.811451</w:t>
        <w:br/>
        <w:t>vt 0.861677 0.792695</w:t>
        <w:br/>
        <w:t>vt 0.832555 0.794994</w:t>
        <w:br/>
        <w:t>vt 0.858258 0.771199</w:t>
        <w:br/>
        <w:t>vt 0.829501 0.778814</w:t>
        <w:br/>
        <w:t>vt 0.850693 0.750381</w:t>
        <w:br/>
        <w:t>vt 0.823508 0.763402</w:t>
        <w:br/>
        <w:t>vt 0.839117 0.731177</w:t>
        <w:br/>
        <w:t>vt 0.814672 0.749335</w:t>
        <w:br/>
        <w:t>vt 0.823891 0.714420</w:t>
        <w:br/>
        <w:t>vt 0.803239 0.737175</w:t>
        <w:br/>
        <w:t>vt 0.805521 0.700816</w:t>
        <w:br/>
        <w:t>vt 0.789586 0.727442</w:t>
        <w:br/>
        <w:t>vt 0.784596 0.690947</w:t>
        <w:br/>
        <w:t>vt 0.774194 0.720596</w:t>
        <w:br/>
        <w:t>vt 0.761720 0.685321</w:t>
        <w:br/>
        <w:t>vt 0.757655 0.717048</w:t>
        <w:br/>
        <w:t>vt 0.738281 0.685248</w:t>
        <w:br/>
        <w:t>vt 0.740740 0.716281</w:t>
        <w:br/>
        <w:t>vt 0.715145 0.689011</w:t>
        <w:br/>
        <w:t>vt 0.724157 0.719702</w:t>
        <w:br/>
        <w:t>vt 0.693441 0.698169</w:t>
        <w:br/>
        <w:t>vt 0.708384 0.725811</w:t>
        <w:br/>
        <w:t>vt 0.674331 0.711210</w:t>
        <w:br/>
        <w:t>vt 0.694262 0.734995</w:t>
        <w:br/>
        <w:t>vt 0.658333 0.727538</w:t>
        <w:br/>
        <w:t>vt 0.682312 0.746757</w:t>
        <w:br/>
        <w:t>vt 0.645936 0.746484</w:t>
        <w:br/>
        <w:t>vt 0.672937 0.760565</w:t>
        <w:br/>
        <w:t>vt 0.637529 0.767271</w:t>
        <w:br/>
        <w:t>vt 0.666426 0.775849</w:t>
        <w:br/>
        <w:t>vt 0.633337 0.789021</w:t>
        <w:br/>
        <w:t>vt 0.662935 0.792012</w:t>
        <w:br/>
        <w:t>vt 0.633346 0.810787</w:t>
        <w:br/>
        <w:t>vt 0.662467 0.808470</w:t>
        <w:br/>
        <w:t>vt 0.636773 0.832278</w:t>
        <w:br/>
        <w:t>vt 0.665521 0.824649</w:t>
        <w:br/>
        <w:t>vt 0.644344 0.853086</w:t>
        <w:br/>
        <w:t>vt 0.671512 0.840058</w:t>
        <w:br/>
        <w:t>vt 0.655918 0.872270</w:t>
        <w:br/>
        <w:t>vt 0.680342 0.854124</w:t>
        <w:br/>
        <w:t>vt 0.671128 0.888999</w:t>
        <w:br/>
        <w:t>vt 0.691759 0.866286</w:t>
        <w:br/>
        <w:t>vt 0.689450 0.902567</w:t>
        <w:br/>
        <w:t>vt 0.705388 0.876037</w:t>
        <w:br/>
        <w:t>vt 0.710266 0.912407</w:t>
        <w:br/>
        <w:t>vt 0.720747 0.882933</w:t>
        <w:br/>
        <w:t>vt 0.747511 0.801731</w:t>
        <w:br/>
        <w:t>vt 0.732929 0.918057</w:t>
        <w:br/>
        <w:t>vt 0.737261 0.886598</w:t>
        <w:br/>
        <w:t>vn -0.8378 0.4229 -0.3454</w:t>
        <w:br/>
        <w:t>vn -0.8381 0.4246 -0.3425</w:t>
        <w:br/>
        <w:t>vn -0.8397 0.4224 -0.3414</w:t>
        <w:br/>
        <w:t>vn -0.8378 0.4270 -0.3404</w:t>
        <w:br/>
        <w:t>vn -0.8379 0.4272 -0.3398</w:t>
        <w:br/>
        <w:t>vn -0.8414 0.4220 -0.3377</w:t>
        <w:br/>
        <w:t>vn -0.8410 0.4208 -0.3400</w:t>
        <w:br/>
        <w:t>vn -0.8394 0.4247 -0.3392</w:t>
        <w:br/>
        <w:t>vn -0.8412 0.4225 -0.3375</w:t>
        <w:br/>
        <w:t>vn -0.8381 0.4222 -0.3455</w:t>
        <w:br/>
        <w:t>vn -0.8401 0.4198 -0.3434</w:t>
        <w:br/>
        <w:t>vn -0.8416 0.4175 -0.3427</w:t>
        <w:br/>
        <w:t>vn -0.8415 0.4180 -0.3422</w:t>
        <w:br/>
        <w:t>vn -0.3247 -0.9458 0.0046</w:t>
        <w:br/>
        <w:t>vn -0.4361 -0.7745 0.4582</w:t>
        <w:br/>
        <w:t>vn -0.4363 -0.7745 0.4580</w:t>
        <w:br/>
        <w:t>vn -0.3247 -0.9458 0.0045</w:t>
        <w:br/>
        <w:t>vn -0.4362 -0.3739 0.8185</w:t>
        <w:br/>
        <w:t>vn -0.4360 -0.3738 0.8186</w:t>
        <w:br/>
        <w:t>vn -0.3005 0.1687 0.9387</w:t>
        <w:br/>
        <w:t>vn -0.3005 0.1687 0.9388</w:t>
        <w:br/>
        <w:t>vn -0.0787 0.6423 0.7624</w:t>
        <w:br/>
        <w:t>vn -0.0786 0.6422 0.7625</w:t>
        <w:br/>
        <w:t>vn 0.1378 0.9017 0.4099</w:t>
        <w:br/>
        <w:t>vn 0.1377 0.9018 0.4097</w:t>
        <w:br/>
        <w:t>vn 0.3090 0.9510 -0.0067</w:t>
        <w:br/>
        <w:t>vn 0.3090 0.9510 -0.0068</w:t>
        <w:br/>
        <w:t>vn 0.4212 0.7860 -0.4525</w:t>
        <w:br/>
        <w:t>vn 0.4211 0.7860 -0.4527</w:t>
        <w:br/>
        <w:t>vn 0.4238 0.3684 -0.8274</w:t>
        <w:br/>
        <w:t>vn 0.4237 0.3684 -0.8275</w:t>
        <w:br/>
        <w:t>vn 0.2839 -0.1836 -0.9411</w:t>
        <w:br/>
        <w:t>vn 0.2838 -0.1836 -0.9411</w:t>
        <w:br/>
        <w:t>vn 0.0698 -0.6344 -0.7699</w:t>
        <w:br/>
        <w:t>vn 0.0698 -0.6343 -0.7699</w:t>
        <w:br/>
        <w:t>vn -0.1444 -0.8917 -0.4289</w:t>
        <w:br/>
        <w:t>vn -0.1443 -0.8918 -0.4288</w:t>
        <w:br/>
        <w:t>vn -0.3247 -0.9458 0.0044</w:t>
        <w:br/>
        <w:t>vn -0.3246 -0.9459 0.0046</w:t>
        <w:br/>
        <w:t>vn -0.3673 -0.5257 -0.7672</w:t>
        <w:br/>
        <w:t>vn -0.3673 -0.5258 -0.7672</w:t>
        <w:br/>
        <w:t>vn 0.0211 -0.2753 -0.9611</w:t>
        <w:br/>
        <w:t>vn -0.6609 -0.6420 -0.3886</w:t>
        <w:br/>
        <w:t>vn -0.6609 -0.6420 -0.3885</w:t>
        <w:br/>
        <w:t>vn -0.7943 -0.6005 0.0920</w:t>
        <w:br/>
        <w:t>vn -0.7205 -0.3978 0.5681</w:t>
        <w:br/>
        <w:t>vn -0.4340 -0.0710 0.8981</w:t>
        <w:br/>
        <w:t>vn -0.0234 0.2757 0.9610</w:t>
        <w:br/>
        <w:t>vn -0.0233 0.2757 0.9610</w:t>
        <w:br/>
        <w:t>vn 0.3703 0.5317 0.7617</w:t>
        <w:br/>
        <w:t>vn 0.3703 0.5318 0.7616</w:t>
        <w:br/>
        <w:t>vn 0.6572 0.6484 0.3843</w:t>
        <w:br/>
        <w:t>vn 0.6572 0.6485 0.3842</w:t>
        <w:br/>
        <w:t>vn 0.7882 0.6080 -0.0953</w:t>
        <w:br/>
        <w:t>vn 0.7882 0.6080 -0.0954</w:t>
        <w:br/>
        <w:t>vn 0.7107 0.3973 -0.5805</w:t>
        <w:br/>
        <w:t>vn 0.7108 0.3973 -0.5805</w:t>
        <w:br/>
        <w:t>vn 0.4202 0.0631 -0.9053</w:t>
        <w:br/>
        <w:t>vn 0.4202 0.0631 -0.9052</w:t>
        <w:br/>
        <w:t>vn -0.4122 0.8961 -0.1647</w:t>
        <w:br/>
        <w:t>vn -0.4153 0.8947 -0.1643</w:t>
        <w:br/>
        <w:t>vn -0.4128 0.8952 -0.1681</w:t>
        <w:br/>
        <w:t>vn -0.4153 0.8946 -0.1650</w:t>
        <w:br/>
        <w:t>vn -0.4148 0.8945 -0.1670</w:t>
        <w:br/>
        <w:t>vn -0.4153 0.8939 -0.1685</w:t>
        <w:br/>
        <w:t>vn -0.4169 0.8930 -0.1699</w:t>
        <w:br/>
        <w:t>vn -0.4158 0.8933 -0.1706</w:t>
        <w:br/>
        <w:t>vn -0.4114 0.8950 -0.1722</w:t>
        <w:br/>
        <w:t>vn -0.4098 0.8956 -0.1730</w:t>
        <w:br/>
        <w:t>vn -0.4098 0.8961 -0.1703</w:t>
        <w:br/>
        <w:t>vn -0.4088 0.8974 -0.1661</w:t>
        <w:br/>
        <w:t>vn -0.4085 0.8978 -0.1646</w:t>
        <w:br/>
        <w:t>vn -0.2141 0.2934 -0.9317</w:t>
        <w:br/>
        <w:t>vn -0.2668 0.2388 -0.9337</w:t>
        <w:br/>
        <w:t>vn -0.2141 0.2935 -0.9317</w:t>
        <w:br/>
        <w:t>vn 0.0000 0.3899 -0.9208</w:t>
        <w:br/>
        <w:t>vn 0.0000 0.3899 -0.9209</w:t>
        <w:br/>
        <w:t>vn -0.0414 0.3852 -0.9219</w:t>
        <w:br/>
        <w:t>vn -0.0913 0.3686 -0.9251</w:t>
        <w:br/>
        <w:t>vn -0.2998 0.1753 -0.9378</w:t>
        <w:br/>
        <w:t>vn -0.3085 0.1416 -0.9406</w:t>
        <w:br/>
        <w:t>vn -0.1537 0.3374 -0.9287</w:t>
        <w:br/>
        <w:t>vn -0.1537 0.3375 -0.9287</w:t>
        <w:br/>
        <w:t>vn -0.1967 -0.0025 0.9805</w:t>
        <w:br/>
        <w:t>vn -0.2398 -0.0549 0.9693</w:t>
        <w:br/>
        <w:t>vn -0.0301 0.0852 0.9959</w:t>
        <w:br/>
        <w:t>vn -0.0000 0.0897 0.9960</w:t>
        <w:br/>
        <w:t>vn 0.0000 0.0896 0.9960</w:t>
        <w:br/>
        <w:t>vn -0.9333 0.3502 0.0798</w:t>
        <w:br/>
        <w:t>vn -0.8343 0.2496 0.4916</w:t>
        <w:br/>
        <w:t>vn -0.7205 0.4552 0.5231</w:t>
        <w:br/>
        <w:t>vn -0.8064 0.5803 0.1142</w:t>
        <w:br/>
        <w:t>vn -0.1553 0.9727 0.1722</w:t>
        <w:br/>
        <w:t>vn -0.1343 0.7970 0.5889</w:t>
        <w:br/>
        <w:t>vn -0.0000 0.7971 0.6039</w:t>
        <w:br/>
        <w:t>vn 0.0000 0.9848 0.1739</w:t>
        <w:br/>
        <w:t>vn -0.3750 0.9125 0.1634</w:t>
        <w:br/>
        <w:t>vn -0.1552 0.9728 0.1721</w:t>
        <w:br/>
        <w:t>vn -0.1425 0.9511 -0.2741</w:t>
        <w:br/>
        <w:t>vn -0.3438 0.8989 -0.2717</w:t>
        <w:br/>
        <w:t>vn -0.9926 0.1129 0.0447</w:t>
        <w:br/>
        <w:t>vn -0.9335 0.3496 0.0796</w:t>
        <w:br/>
        <w:t>vn -0.8562 0.3824 -0.3473</w:t>
        <w:br/>
        <w:t>vn -0.9100 0.1664 -0.3798</w:t>
        <w:br/>
        <w:t>vn -0.9996 -0.0051 0.0273</w:t>
        <w:br/>
        <w:t>vn -0.9171 0.0587 -0.3942</w:t>
        <w:br/>
        <w:t>vn -0.6114 0.7782 0.1436</w:t>
        <w:br/>
        <w:t>vn -0.5606 0.7755 -0.2904</w:t>
        <w:br/>
        <w:t>vn -0.1432 0.0400 0.9889</w:t>
        <w:br/>
        <w:t>vn -0.0852 0.0696 0.9939</w:t>
        <w:br/>
        <w:t>vn -0.0851 0.0696 0.9939</w:t>
        <w:br/>
        <w:t>vn -0.1431 0.0401 0.9889</w:t>
        <w:br/>
        <w:t>vn -0.2635 -0.1148 0.9578</w:t>
        <w:br/>
        <w:t>vn -0.2686 -0.1466 0.9520</w:t>
        <w:br/>
        <w:t>vn -0.2687 -0.1465 0.9520</w:t>
        <w:br/>
        <w:t>vn -0.7400 0.5934 -0.3167</w:t>
        <w:br/>
        <w:t>vn -0.8066 0.5799 0.1140</w:t>
        <w:br/>
        <w:t>vn -0.0000 0.9591 -0.2832</w:t>
        <w:br/>
        <w:t>vn -0.3350 0.7523 0.5672</w:t>
        <w:br/>
        <w:t>vn -0.3755 0.9123 0.1632</w:t>
        <w:br/>
        <w:t>vn -0.9926 0.1128 0.0448</w:t>
        <w:br/>
        <w:t>vn -0.8868 0.0371 0.4607</w:t>
        <w:br/>
        <w:t>vn -0.8937 -0.0687 0.4434</w:t>
        <w:br/>
        <w:t>vn -0.5457 0.6321 0.5501</w:t>
        <w:br/>
        <w:t>vn -0.6112 0.7783 0.1437</w:t>
        <w:br/>
        <w:t>vn -0.7401 0.5932 -0.3167</w:t>
        <w:br/>
        <w:t>vn -0.7207 0.4549 0.5230</w:t>
        <w:br/>
        <w:t>vn -0.8344 0.2492 0.4916</w:t>
        <w:br/>
        <w:t>vn -0.8564 0.3821 -0.3473</w:t>
        <w:br/>
        <w:t>vn 0.0000 0.9575 -0.2884</w:t>
        <w:br/>
        <w:t>vn 0.0000 0.8003 0.5996</w:t>
        <w:br/>
        <w:t>vn -0.1343 0.7986 0.5867</w:t>
        <w:br/>
        <w:t>vn -0.1422 0.9504 -0.2766</w:t>
        <w:br/>
        <w:t>vn -0.3439 0.8988 -0.2717</w:t>
        <w:br/>
        <w:t>vn -0.9100 0.1661 -0.3798</w:t>
        <w:br/>
        <w:t>vn -0.8868 0.0368 0.4607</w:t>
        <w:br/>
        <w:t>vn -0.8936 -0.0690 0.4435</w:t>
        <w:br/>
        <w:t>vn -0.9172 0.0584 -0.3942</w:t>
        <w:br/>
        <w:t>vn -0.5608 0.7754 -0.2904</w:t>
        <w:br/>
        <w:t>vn -0.5460 0.6320 0.5500</w:t>
        <w:br/>
        <w:t>vn -0.5256 0.8429 0.1154</w:t>
        <w:br/>
        <w:t>vn -0.4917 0.6833 0.5397</w:t>
        <w:br/>
        <w:t>vn -0.3906 0.7370 0.5515</w:t>
        <w:br/>
        <w:t>vn -0.4104 0.9032 0.1253</w:t>
        <w:br/>
        <w:t>vn -0.7022 0.5404 0.4635</w:t>
        <w:br/>
        <w:t>vn -0.7155 0.6934 0.0854</w:t>
        <w:br/>
        <w:t>vn -0.8569 0.5121 0.0587</w:t>
        <w:br/>
        <w:t>vn -0.0457 -0.0710 0.9964</w:t>
        <w:br/>
        <w:t>vn -0.2124 0.2758 0.9374</w:t>
        <w:br/>
        <w:t>vn -0.3466 0.2277 0.9100</w:t>
        <w:br/>
        <w:t>vn -0.1985 -0.1091 0.9740</w:t>
        <w:br/>
        <w:t>vn -0.5109 -0.1747 0.8417</w:t>
        <w:br/>
        <w:t>vn -0.6297 0.1158 0.7681</w:t>
        <w:br/>
        <w:t>vn -0.7614 0.0530 0.6461</w:t>
        <w:br/>
        <w:t>vn -0.6574 -0.1985 0.7269</w:t>
        <w:br/>
        <w:t>vn -0.4682 -0.0569 -0.8818</w:t>
        <w:br/>
        <w:t>vn -0.6353 -0.0988 -0.7659</w:t>
        <w:br/>
        <w:t>vn -0.7629 0.1564 -0.6273</w:t>
        <w:br/>
        <w:t>vn -0.6234 0.2357 -0.7455</w:t>
        <w:br/>
        <w:t>vn 0.0420 0.0700 -0.9967</w:t>
        <w:br/>
        <w:t>vn -0.1212 0.0292 -0.9922</w:t>
        <w:br/>
        <w:t>vn -0.3018 0.3757 -0.8762</w:t>
        <w:br/>
        <w:t>vn -0.1375 0.4338 -0.8905</w:t>
        <w:br/>
        <w:t>vn -0.3576 0.8556 -0.3744</w:t>
        <w:br/>
        <w:t>vn -0.4940 0.7851 -0.3736</w:t>
        <w:br/>
        <w:t>vn -0.7210 0.6106 -0.3275</w:t>
        <w:br/>
        <w:t>vn -0.9315 0.0687 0.3571</w:t>
        <w:br/>
        <w:t>vn -0.9396 0.3353 0.0684</w:t>
        <w:br/>
        <w:t>vn -0.9468 0.1607 -0.2788</w:t>
        <w:br/>
        <w:t>vn -0.4184 -0.1375 0.8978</w:t>
        <w:br/>
        <w:t>vn -0.0482 -0.1509 0.9874</w:t>
        <w:br/>
        <w:t>vn -0.0497 0.2064 0.9772</w:t>
        <w:br/>
        <w:t>vn -0.4360 0.1843 0.8809</w:t>
        <w:br/>
        <w:t>vn -0.4383 0.6769 -0.5913</w:t>
        <w:br/>
        <w:t>vn -0.0778 0.7471 -0.6602</w:t>
        <w:br/>
        <w:t>vn -0.0907 0.4728 -0.8765</w:t>
        <w:br/>
        <w:t>vn -0.4743 0.4228 -0.7722</w:t>
        <w:br/>
        <w:t>vn -0.9434 0.0462 -0.3284</w:t>
        <w:br/>
        <w:t>vn -0.9250 -0.0581 0.3754</w:t>
        <w:br/>
        <w:t>vn -0.4083 0.4860 0.7727</w:t>
        <w:br/>
        <w:t>vn -0.0448 0.5374 0.8421</w:t>
        <w:br/>
        <w:t>vn -0.4634 0.1252 -0.8773</w:t>
        <w:br/>
        <w:t>vn -0.0923 0.1410 -0.9857</w:t>
        <w:br/>
        <w:t>vn -0.9671 0.0155 -0.2541</w:t>
        <w:br/>
        <w:t>vn -0.9240 -0.2140 -0.3170</w:t>
        <w:br/>
        <w:t>vn -0.9717 -0.2362 -0.0086</w:t>
        <w:br/>
        <w:t>vn -0.9999 -0.0162 -0.0044</w:t>
        <w:br/>
        <w:t>vn -0.9749 -0.0136 0.2221</w:t>
        <w:br/>
        <w:t>vn -0.9099 0.3834 0.1582</w:t>
        <w:br/>
        <w:t>vn -0.9340 0.3569 0.0192</w:t>
        <w:br/>
        <w:t>vn -0.8951 0.1992 0.3990</w:t>
        <w:br/>
        <w:t>vn -0.8444 -0.0673 0.5315</w:t>
        <w:br/>
        <w:t>vn -0.9436 -0.2028 0.2616</w:t>
        <w:br/>
        <w:t>vn -0.8670 -0.4493 0.2155</w:t>
        <w:br/>
        <w:t>vn -0.7413 -0.3513 0.5719</w:t>
        <w:br/>
        <w:t>vn -0.7795 -0.1805 0.5998</w:t>
        <w:br/>
        <w:t>vn -0.8905 -0.4550 -0.0039</w:t>
        <w:br/>
        <w:t>vn -0.8522 -0.4480 -0.2702</w:t>
        <w:br/>
        <w:t>vn -0.6484 -0.7340 -0.2018</w:t>
        <w:br/>
        <w:t>vn -0.6507 -0.7593 0.0041</w:t>
        <w:br/>
        <w:t>vn -0.6195 -0.6485 -0.4423</w:t>
        <w:br/>
        <w:t>vn -0.6854 -0.4495 -0.5729</w:t>
        <w:br/>
        <w:t>vn -0.7108 -0.2924 -0.6397</w:t>
        <w:br/>
        <w:t>vn -0.7449 -0.1341 -0.6535</w:t>
        <w:br/>
        <w:t>vn -0.5610 0.8207 0.1082</w:t>
        <w:br/>
        <w:t>vn -0.5575 0.8277 0.0640</w:t>
        <w:br/>
        <w:t>vn -0.5833 0.6720 0.4562</w:t>
        <w:br/>
        <w:t>vn -0.5958 0.7736 0.2158</w:t>
        <w:br/>
        <w:t>vn -0.3098 -0.0747 0.9478</w:t>
        <w:br/>
        <w:t>vn -0.2597 -0.3335 0.9063</w:t>
        <w:br/>
        <w:t>vn -0.6696 -0.5391 0.5108</w:t>
        <w:br/>
        <w:t>vn -0.2273 -0.6507 0.7245</w:t>
        <w:br/>
        <w:t>vn -0.2366 -0.4805 0.8445</w:t>
        <w:br/>
        <w:t>vn -0.6400 -0.6999 0.3172</w:t>
        <w:br/>
        <w:t>vn -0.1881 -0.8616 0.4715</w:t>
        <w:br/>
        <w:t>vn -0.2094 -0.7752 0.5960</w:t>
        <w:br/>
        <w:t>vn -0.0931 -0.9548 -0.2823</w:t>
        <w:br/>
        <w:t>vn -0.1472 -0.9891 0.0008</w:t>
        <w:br/>
        <w:t>vn -0.1962 -0.8326 -0.5180</w:t>
        <w:br/>
        <w:t>vn -0.2116 -0.4041 -0.8899</w:t>
        <w:br/>
        <w:t>vn -0.2323 -0.6575 -0.7168</w:t>
        <w:br/>
        <w:t>vn -0.2747 -0.2437 -0.9301</w:t>
        <w:br/>
        <w:t>vn -0.2987 -0.1534 -0.9419</w:t>
        <w:br/>
        <w:t>vn -0.2814 -0.0050 -0.9596</w:t>
        <w:br/>
        <w:t>vn -0.8033 0.0593 -0.5926</w:t>
        <w:br/>
        <w:t>vn -0.4199 0.3492 -0.8377</w:t>
        <w:br/>
        <w:t>vn -0.3694 0.2194 -0.9030</w:t>
        <w:br/>
        <w:t>vn -0.8366 0.2745 -0.4741</w:t>
        <w:br/>
        <w:t>vn -0.5172 0.6443 -0.5634</w:t>
        <w:br/>
        <w:t>vn -0.4913 0.5324 -0.6893</w:t>
        <w:br/>
        <w:t>vn 0.1617 0.9856 0.0485</w:t>
        <w:br/>
        <w:t>vn 0.2529 0.9643 0.0791</w:t>
        <w:br/>
        <w:t>vn 0.1930 0.9565 0.2187</w:t>
        <w:br/>
        <w:t>vn 0.2918 0.8426 0.4526</w:t>
        <w:br/>
        <w:t>vn -0.4543 0.4220 0.7846</w:t>
        <w:br/>
        <w:t>vn 0.4188 0.4406 0.7940</w:t>
        <w:br/>
        <w:t>vn 0.2350 0.6956 0.6789</w:t>
        <w:br/>
        <w:t>vn 0.3609 -0.1658 0.9178</w:t>
        <w:br/>
        <w:t>vn 0.3504 0.0555 0.9350</w:t>
        <w:br/>
        <w:t>vn 0.3777 -0.3085 0.8730</w:t>
        <w:br/>
        <w:t>vn 0.4301 -0.4736 0.7685</w:t>
        <w:br/>
        <w:t>vn 0.4170 -0.6890 0.5928</w:t>
        <w:br/>
        <w:t>vn -0.0956 -0.9716 0.2167</w:t>
        <w:br/>
        <w:t>vn 0.5999 -0.7893 0.1305</w:t>
        <w:br/>
        <w:t>vn 0.5214 -0.7897 0.3233</w:t>
        <w:br/>
        <w:t>vn 0.6242 -0.7632 -0.1670</w:t>
        <w:br/>
        <w:t>vn 0.5395 -0.8419 -0.0126</w:t>
        <w:br/>
        <w:t>vn 0.5598 -0.6378 -0.5290</w:t>
        <w:br/>
        <w:t>vn 0.5155 -0.7727 -0.3704</w:t>
        <w:br/>
        <w:t>vn 0.4441 -0.2604 -0.8573</w:t>
        <w:br/>
        <w:t>vn 0.4303 -0.4877 -0.7596</w:t>
        <w:br/>
        <w:t>vn 0.3207 -0.0567 -0.9455</w:t>
        <w:br/>
        <w:t>vn 0.2899 -0.2059 -0.9346</w:t>
        <w:br/>
        <w:t>vn 0.2216 0.0522 -0.9737</w:t>
        <w:br/>
        <w:t>vn 0.2228 -0.0216 -0.9746</w:t>
        <w:br/>
        <w:t>vn 0.2512 0.5007 -0.8284</w:t>
        <w:br/>
        <w:t>vn 0.1778 0.3614 -0.9153</w:t>
        <w:br/>
        <w:t>vn 0.2330 0.8234 -0.5174</w:t>
        <w:br/>
        <w:t>vn 0.1569 0.6987 -0.6980</w:t>
        <w:br/>
        <w:t>vn -0.4787 0.7980 -0.3661</w:t>
        <w:br/>
        <w:t>vn 0.2768 0.9402 -0.1982</w:t>
        <w:br/>
        <w:t>vn 0.1669 0.8719 -0.4604</w:t>
        <w:br/>
        <w:t>vn 0.3866 0.6837 0.6189</w:t>
        <w:br/>
        <w:t>vn 0.3567 0.2746 0.8929</w:t>
        <w:br/>
        <w:t>vn 0.4691 0.3397 0.8152</w:t>
        <w:br/>
        <w:t>vn 0.3638 0.0957 0.9266</w:t>
        <w:br/>
        <w:t>vn 0.4326 0.2233 0.8735</w:t>
        <w:br/>
        <w:t>vn 0.3887 -0.2153 0.8959</w:t>
        <w:br/>
        <w:t>vn 0.5081 -0.5264 0.6817</w:t>
        <w:br/>
        <w:t>vn 0.5960 -0.7472 0.2941</w:t>
        <w:br/>
        <w:t>vn 0.6554 -0.7548 -0.0267</w:t>
        <w:br/>
        <w:t>vn 0.6356 -0.6910 -0.3443</w:t>
        <w:br/>
        <w:t>vn 0.5707 -0.4518 -0.6856</w:t>
        <w:br/>
        <w:t>vn 0.4223 -0.1627 -0.8917</w:t>
        <w:br/>
        <w:t>vn 0.3463 0.0765 -0.9350</w:t>
        <w:br/>
        <w:t>vn 0.2565 0.3542 -0.8993</w:t>
        <w:br/>
        <w:t>vn 0.2825 0.2263 -0.9322</w:t>
        <w:br/>
        <w:t>vn 0.2173 0.6834 -0.6970</w:t>
        <w:br/>
        <w:t>vn 0.5394 0.7875 -0.2982</w:t>
        <w:br/>
        <w:t>vn 0.5520 0.8338 -0.0075</w:t>
        <w:br/>
        <w:t>vn -0.4414 0.8424 0.3090</w:t>
        <w:br/>
        <w:t>vn -0.0384 0.9483 0.3150</w:t>
        <w:br/>
        <w:t>vn -0.1012 0.9945 -0.0259</w:t>
        <w:br/>
        <w:t>vn -0.5359 0.8437 -0.0298</w:t>
        <w:br/>
        <w:t>vn 0.0800 0.7012 0.7085</w:t>
        <w:br/>
        <w:t>vn 0.1665 0.3078 0.9368</w:t>
        <w:br/>
        <w:t>vn 0.4690 0.3397 0.8152</w:t>
        <w:br/>
        <w:t>vn 0.2229 0.0590 0.9731</w:t>
        <w:br/>
        <w:t>vn 0.3638 0.0956 0.9266</w:t>
        <w:br/>
        <w:t>vn 0.3241 -0.2287 0.9179</w:t>
        <w:br/>
        <w:t>vn 0.5081 -0.5263 0.6817</w:t>
        <w:br/>
        <w:t>vn 0.4422 -0.5656 0.6961</w:t>
        <w:br/>
        <w:t>vn 0.5140 -0.7863 0.3429</w:t>
        <w:br/>
        <w:t>vn 0.5960 -0.7472 0.2940</w:t>
        <w:br/>
        <w:t>vn 0.5258 -0.8503 -0.0243</w:t>
        <w:br/>
        <w:t>vn 0.6357 -0.6910 -0.3442</w:t>
        <w:br/>
        <w:t>vn 0.5250 -0.7641 -0.3750</w:t>
        <w:br/>
        <w:t>vn 0.5708 -0.4518 -0.6856</w:t>
        <w:br/>
        <w:t>vn 0.4786 -0.5075 -0.7165</w:t>
        <w:br/>
        <w:t>vn 0.3884 -0.1941 -0.9008</w:t>
        <w:br/>
        <w:t>vn 0.2812 0.0466 -0.9585</w:t>
        <w:br/>
        <w:t>vn 0.3462 0.0765 -0.9350</w:t>
        <w:br/>
        <w:t>vn 0.2566 0.3542 -0.8993</w:t>
        <w:br/>
        <w:t>vn 0.1267 0.3165 -0.9401</w:t>
        <w:br/>
        <w:t>vn 0.2172 0.6834 -0.6970</w:t>
        <w:br/>
        <w:t>vn -0.0175 0.6657 -0.7460</w:t>
        <w:br/>
        <w:t>vn -0.0906 0.9149 -0.3934</w:t>
        <w:br/>
        <w:t>vn -0.5398 0.7510 -0.3802</w:t>
        <w:br/>
        <w:t>vn 0.7222 0.6736 0.1571</w:t>
        <w:br/>
        <w:t>vn 0.7146 0.6995 -0.0076</w:t>
        <w:br/>
        <w:t>vn 0.7660 0.5455 0.3402</w:t>
        <w:br/>
        <w:t>vn 0.8089 0.3607 0.4644</w:t>
        <w:br/>
        <w:t>vn 0.8401 0.2428 0.4850</w:t>
        <w:br/>
        <w:t>vn 0.8898 0.1075 0.4434</w:t>
        <w:br/>
        <w:t>vn 0.9430 -0.0528 0.3287</w:t>
        <w:br/>
        <w:t>vn 0.9747 -0.1559 0.1604</w:t>
        <w:br/>
        <w:t>vn 0.9849 -0.1718 -0.0235</w:t>
        <w:br/>
        <w:t>vn 0.9794 -0.1042 -0.1731</w:t>
        <w:br/>
        <w:t>vn 0.9520 0.0037 -0.3060</w:t>
        <w:br/>
        <w:t>vn 0.9036 0.1234 -0.4102</w:t>
        <w:br/>
        <w:t>vn 0.8616 0.2157 -0.4594</w:t>
        <w:br/>
        <w:t>vn 0.8185 0.3516 -0.4544</w:t>
        <w:br/>
        <w:t>vn 0.7651 0.5375 -0.3546</w:t>
        <w:br/>
        <w:t>vn 0.7281 0.6597 -0.1863</w:t>
        <w:br/>
        <w:t>vn 0.9619 0.2732 -0.0069</w:t>
        <w:br/>
        <w:t>vn -0.6549 -0.7415 0.1455</w:t>
        <w:br/>
        <w:t>vn 0.5992 0.7821 0.1714</w:t>
        <w:br/>
        <w:t>vn -0.9138 0.3239 -0.2453</w:t>
        <w:br/>
        <w:t>vn -0.3303 0.0954 0.9390</w:t>
        <w:br/>
        <w:t>vn 0.2141 0.2934 -0.9317</w:t>
        <w:br/>
        <w:t>vn 0.2141 0.2935 -0.9317</w:t>
        <w:br/>
        <w:t>vn 0.2668 0.2388 -0.9337</w:t>
        <w:br/>
        <w:t>vn 0.2669 0.2388 -0.9337</w:t>
        <w:br/>
        <w:t>vn 0.0414 0.3852 -0.9219</w:t>
        <w:br/>
        <w:t>vn 0.0414 0.3851 -0.9219</w:t>
        <w:br/>
        <w:t>vn 0.0913 0.3686 -0.9251</w:t>
        <w:br/>
        <w:t>vn 0.2998 0.1753 -0.9378</w:t>
        <w:br/>
        <w:t>vn 0.3084 0.1415 -0.9407</w:t>
        <w:br/>
        <w:t>vn 0.3085 0.1416 -0.9406</w:t>
        <w:br/>
        <w:t>vn 0.1537 0.3374 -0.9287</w:t>
        <w:br/>
        <w:t>vn 0.1967 -0.0026 0.9805</w:t>
        <w:br/>
        <w:t>vn 0.2399 -0.0549 0.9692</w:t>
        <w:br/>
        <w:t>vn 0.2398 -0.0549 0.9693</w:t>
        <w:br/>
        <w:t>vn 0.1967 -0.0025 0.9805</w:t>
        <w:br/>
        <w:t>vn 0.0301 0.0852 0.9959</w:t>
        <w:br/>
        <w:t>vn 0.0301 0.0851 0.9959</w:t>
        <w:br/>
        <w:t>vn 0.7205 0.4552 0.5231</w:t>
        <w:br/>
        <w:t>vn 0.8343 0.2496 0.4916</w:t>
        <w:br/>
        <w:t>vn 0.9333 0.3502 0.0798</w:t>
        <w:br/>
        <w:t>vn 0.8066 0.5800 0.1141</w:t>
        <w:br/>
        <w:t>vn 0.1343 0.7970 0.5889</w:t>
        <w:br/>
        <w:t>vn 0.1553 0.9727 0.1722</w:t>
        <w:br/>
        <w:t>vn 0.3750 0.9125 0.1634</w:t>
        <w:br/>
        <w:t>vn 0.3438 0.8989 -0.2717</w:t>
        <w:br/>
        <w:t>vn 0.1425 0.9511 -0.2741</w:t>
        <w:br/>
        <w:t>vn 0.1547 0.9728 0.1721</w:t>
        <w:br/>
        <w:t>vn 0.9926 0.1126 0.0447</w:t>
        <w:br/>
        <w:t>vn 0.9100 0.1664 -0.3798</w:t>
        <w:br/>
        <w:t>vn 0.8562 0.3824 -0.3473</w:t>
        <w:br/>
        <w:t>vn 0.9336 0.3494 0.0796</w:t>
        <w:br/>
        <w:t>vn 0.9996 -0.0051 0.0273</w:t>
        <w:br/>
        <w:t>vn 0.9171 0.0587 -0.3942</w:t>
        <w:br/>
        <w:t>vn 0.6114 0.7782 0.1436</w:t>
        <w:br/>
        <w:t>vn 0.5606 0.7755 -0.2903</w:t>
        <w:br/>
        <w:t>vn 0.0851 0.0696 0.9939</w:t>
        <w:br/>
        <w:t>vn 0.0852 0.0696 0.9939</w:t>
        <w:br/>
        <w:t>vn 0.1432 0.0402 0.9889</w:t>
        <w:br/>
        <w:t>vn 0.1431 0.0401 0.9889</w:t>
        <w:br/>
        <w:t>vn 0.2636 -0.1148 0.9578</w:t>
        <w:br/>
        <w:t>vn 0.2635 -0.1148 0.9578</w:t>
        <w:br/>
        <w:t>vn 0.2687 -0.1465 0.9520</w:t>
        <w:br/>
        <w:t>vn 0.2686 -0.1466 0.9520</w:t>
        <w:br/>
        <w:t>vn 0.7400 0.5934 -0.3167</w:t>
        <w:br/>
        <w:t>vn 0.8066 0.5799 0.1140</w:t>
        <w:br/>
        <w:t>vn 0.3350 0.7523 0.5672</w:t>
        <w:br/>
        <w:t>vn 0.3755 0.9123 0.1632</w:t>
        <w:br/>
        <w:t>vn 0.9926 0.1128 0.0448</w:t>
        <w:br/>
        <w:t>vn 0.8868 0.0371 0.4607</w:t>
        <w:br/>
        <w:t>vn 0.8937 -0.0687 0.4434</w:t>
        <w:br/>
        <w:t>vn 0.5457 0.6321 0.5501</w:t>
        <w:br/>
        <w:t>vn 0.6112 0.7784 0.1437</w:t>
        <w:br/>
        <w:t>vn 0.7401 0.5932 -0.3167</w:t>
        <w:br/>
        <w:t>vn 0.8564 0.3821 -0.3473</w:t>
        <w:br/>
        <w:t>vn 0.8344 0.2492 0.4916</w:t>
        <w:br/>
        <w:t>vn 0.7207 0.4550 0.5230</w:t>
        <w:br/>
        <w:t>vn 0.1343 0.7986 0.5867</w:t>
        <w:br/>
        <w:t>vn 0.1422 0.9504 -0.2766</w:t>
        <w:br/>
        <w:t>vn 0.3439 0.8988 -0.2717</w:t>
        <w:br/>
        <w:t>vn 0.9100 0.1661 -0.3798</w:t>
        <w:br/>
        <w:t>vn 0.8868 0.0368 0.4607</w:t>
        <w:br/>
        <w:t>vn 0.9172 0.0584 -0.3942</w:t>
        <w:br/>
        <w:t>vn 0.8936 -0.0690 0.4435</w:t>
        <w:br/>
        <w:t>vn 0.5608 0.7754 -0.2904</w:t>
        <w:br/>
        <w:t>vn 0.5460 0.6320 0.5500</w:t>
        <w:br/>
        <w:t>vn 0.5255 0.8429 0.1155</w:t>
        <w:br/>
        <w:t>vn 0.4104 0.9032 0.1253</w:t>
        <w:br/>
        <w:t>vn 0.3906 0.7370 0.5515</w:t>
        <w:br/>
        <w:t>vn 0.4917 0.6833 0.5397</w:t>
        <w:br/>
        <w:t>vn 0.7022 0.5404 0.4635</w:t>
        <w:br/>
        <w:t>vn 0.8569 0.5121 0.0587</w:t>
        <w:br/>
        <w:t>vn 0.7155 0.6934 0.0854</w:t>
        <w:br/>
        <w:t>vn 0.0456 -0.0707 0.9965</w:t>
        <w:br/>
        <w:t>vn 0.1985 -0.1091 0.9740</w:t>
        <w:br/>
        <w:t>vn 0.3466 0.2277 0.9100</w:t>
        <w:br/>
        <w:t>vn 0.2124 0.2758 0.9374</w:t>
        <w:br/>
        <w:t>vn 0.5109 -0.1747 0.8417</w:t>
        <w:br/>
        <w:t>vn 0.6574 -0.1985 0.7269</w:t>
        <w:br/>
        <w:t>vn 0.7614 0.0530 0.6461</w:t>
        <w:br/>
        <w:t>vn 0.6297 0.1158 0.7681</w:t>
        <w:br/>
        <w:t>vn 0.4682 -0.0569 -0.8818</w:t>
        <w:br/>
        <w:t>vn 0.6234 0.2357 -0.7455</w:t>
        <w:br/>
        <w:t>vn 0.7629 0.1564 -0.6273</w:t>
        <w:br/>
        <w:t>vn 0.6354 -0.0988 -0.7659</w:t>
        <w:br/>
        <w:t>vn -0.0420 0.0700 -0.9967</w:t>
        <w:br/>
        <w:t>vn 0.1375 0.4338 -0.8905</w:t>
        <w:br/>
        <w:t>vn 0.3018 0.3757 -0.8762</w:t>
        <w:br/>
        <w:t>vn 0.1211 0.0292 -0.9922</w:t>
        <w:br/>
        <w:t>vn 0.3576 0.8556 -0.3744</w:t>
        <w:br/>
        <w:t>vn 0.4940 0.7851 -0.3736</w:t>
        <w:br/>
        <w:t>vn 0.7210 0.6106 -0.3275</w:t>
        <w:br/>
        <w:t>vn 0.9315 0.0687 0.3571</w:t>
        <w:br/>
        <w:t>vn 0.9468 0.1607 -0.2788</w:t>
        <w:br/>
        <w:t>vn 0.9396 0.3353 0.0684</w:t>
        <w:br/>
        <w:t>vn 0.0497 0.2064 0.9772</w:t>
        <w:br/>
        <w:t>vn 0.0482 -0.1509 0.9874</w:t>
        <w:br/>
        <w:t>vn 0.4183 -0.1375 0.8978</w:t>
        <w:br/>
        <w:t>vn 0.4360 0.1843 0.8809</w:t>
        <w:br/>
        <w:t>vn 0.0907 0.4728 -0.8765</w:t>
        <w:br/>
        <w:t>vn 0.0782 0.7469 -0.6603</w:t>
        <w:br/>
        <w:t>vn 0.4383 0.6769 -0.5914</w:t>
        <w:br/>
        <w:t>vn 0.4743 0.4228 -0.7722</w:t>
        <w:br/>
        <w:t>vn 0.9250 -0.0581 0.3754</w:t>
        <w:br/>
        <w:t>vn 0.9434 0.0462 -0.3284</w:t>
        <w:br/>
        <w:t>vn 0.4083 0.4859 0.7727</w:t>
        <w:br/>
        <w:t>vn 0.0453 0.5373 0.8422</w:t>
        <w:br/>
        <w:t>vn 0.4634 0.1252 -0.8773</w:t>
        <w:br/>
        <w:t>vn 0.0918 0.1409 -0.9858</w:t>
        <w:br/>
        <w:t>vn 0.9672 0.0153 -0.2534</w:t>
        <w:br/>
        <w:t>vn 0.9999 -0.0164 -0.0044</w:t>
        <w:br/>
        <w:t>vn 0.9717 -0.2360 -0.0085</w:t>
        <w:br/>
        <w:t>vn 0.9243 -0.2138 -0.3161</w:t>
        <w:br/>
        <w:t>vn 0.9345 0.3553 0.0193</w:t>
        <w:br/>
        <w:t>vn 0.9106 0.3818 0.1579</w:t>
        <w:br/>
        <w:t>vn 0.9750 -0.0137 0.2217</w:t>
        <w:br/>
        <w:t>vn 0.8959 0.1982 0.3977</w:t>
        <w:br/>
        <w:t>vn 0.8453 -0.0677 0.5301</w:t>
        <w:br/>
        <w:t>vn 0.9438 -0.2027 0.2611</w:t>
        <w:br/>
        <w:t>vn 0.7808 -0.1807 0.5980</w:t>
        <w:br/>
        <w:t>vn 0.7429 -0.3508 0.5701</w:t>
        <w:br/>
        <w:t>vn 0.8674 -0.4488 0.2150</w:t>
        <w:br/>
        <w:t>vn 0.8908 -0.4545 -0.0038</w:t>
        <w:br/>
        <w:t>vn 0.6525 -0.7577 0.0043</w:t>
        <w:br/>
        <w:t>vn 0.6502 -0.7327 -0.2012</w:t>
        <w:br/>
        <w:t>vn 0.8528 -0.4474 -0.2694</w:t>
        <w:br/>
        <w:t>vn 0.6214 -0.6476 -0.4410</w:t>
        <w:br/>
        <w:t>vn 0.6871 -0.4490 -0.5713</w:t>
        <w:br/>
        <w:t>vn 0.7125 -0.2924 -0.6378</w:t>
        <w:br/>
        <w:t>vn 0.7465 -0.1343 -0.6517</w:t>
        <w:br/>
        <w:t>vn 0.5601 0.8260 0.0641</w:t>
        <w:br/>
        <w:t>vn 0.5636 0.8189 0.1079</w:t>
        <w:br/>
        <w:t>vn 0.5989 0.7715 0.2150</w:t>
        <w:br/>
        <w:t>vn 0.5866 0.6700 0.4551</w:t>
        <w:br/>
        <w:t>vn 0.3139 -0.0754 0.9465</w:t>
        <w:br/>
        <w:t>vn 0.2638 -0.3339 0.9050</w:t>
        <w:br/>
        <w:t>vn 0.6717 -0.5384 0.5089</w:t>
        <w:br/>
        <w:t>vn 0.2405 -0.4808 0.8432</w:t>
        <w:br/>
        <w:t>vn 0.2314 -0.6507 0.7232</w:t>
        <w:br/>
        <w:t>vn 0.6421 -0.6986 0.3157</w:t>
        <w:br/>
        <w:t>vn 0.2136 -0.7750 0.5947</w:t>
        <w:br/>
        <w:t>vn 0.1925 -0.8612 0.4704</w:t>
        <w:br/>
        <w:t>vn 0.1511 -0.9885 0.0010</w:t>
        <w:br/>
        <w:t>vn 0.0973 -0.9544 -0.2822</w:t>
        <w:br/>
        <w:t>vn 0.1998 -0.8321 -0.5173</w:t>
        <w:br/>
        <w:t>vn 0.2358 -0.6573 -0.7158</w:t>
        <w:br/>
        <w:t>vn 0.2149 -0.4042 -0.8891</w:t>
        <w:br/>
        <w:t>vn 0.2780 -0.2443 -0.9290</w:t>
        <w:br/>
        <w:t>vn 0.3020 -0.1540 -0.9408</w:t>
        <w:br/>
        <w:t>vn 0.2847 -0.0056 -0.9586</w:t>
        <w:br/>
        <w:t>vn 0.8046 0.0586 -0.5909</w:t>
        <w:br/>
        <w:t>vn 0.3725 0.2185 -0.9019</w:t>
        <w:br/>
        <w:t>vn 0.4230 0.3480 -0.8366</w:t>
        <w:br/>
        <w:t>vn 0.8379 0.2732 -0.4726</w:t>
        <w:br/>
        <w:t>vn 0.4945 0.5311 -0.6881</w:t>
        <w:br/>
        <w:t>vn 0.5201 0.6428 -0.5624</w:t>
        <w:br/>
        <w:t>vn -0.1601 0.9859 0.0486</w:t>
        <w:br/>
        <w:t>vn -0.2522 0.9645 0.0785</w:t>
        <w:br/>
        <w:t>vn -0.1920 0.9570 0.2173</w:t>
        <w:br/>
        <w:t>vn -0.2889 0.8436 0.4526</w:t>
        <w:br/>
        <w:t>vn 0.4580 0.4205 0.7832</w:t>
        <w:br/>
        <w:t>vn -0.2297 0.6953 0.6811</w:t>
        <w:br/>
        <w:t>vn -0.4193 0.4402 0.7940</w:t>
        <w:br/>
        <w:t>vn -0.3649 -0.1643 0.9164</w:t>
        <w:br/>
        <w:t>vn -0.3547 0.0571 0.9332</w:t>
        <w:br/>
        <w:t>vn -0.3810 -0.3066 0.8723</w:t>
        <w:br/>
        <w:t>vn -0.4326 -0.4718 0.7683</w:t>
        <w:br/>
        <w:t>vn -0.4179 -0.6886 0.5926</w:t>
        <w:br/>
        <w:t>vn 0.0998 -0.9712 0.2162</w:t>
        <w:br/>
        <w:t>vn -0.5245 -0.7880 0.3224</w:t>
        <w:br/>
        <w:t>vn -0.6000 -0.7892 0.1312</w:t>
        <w:br/>
        <w:t>vn -0.5343 -0.8452 -0.0123</w:t>
        <w:br/>
        <w:t>vn -0.6198 -0.7667 -0.1675</w:t>
        <w:br/>
        <w:t>vn -0.5108 -0.7753 -0.3715</w:t>
        <w:br/>
        <w:t>vn -0.5568 -0.6392 -0.5305</w:t>
        <w:br/>
        <w:t>vn -0.4283 -0.4881 -0.7605</w:t>
        <w:br/>
        <w:t>vn -0.4454 -0.2579 -0.8574</w:t>
        <w:br/>
        <w:t>vn -0.2937 -0.2035 -0.9340</w:t>
        <w:br/>
        <w:t>vn -0.3216 -0.0572 -0.9451</w:t>
        <w:br/>
        <w:t>vn -0.2181 -0.0230 -0.9757</w:t>
        <w:br/>
        <w:t>vn -0.2170 0.0508 -0.9749</w:t>
        <w:br/>
        <w:t>vn -0.1775 0.3619 -0.9152</w:t>
        <w:br/>
        <w:t>vn -0.2511 0.5008 -0.8283</w:t>
        <w:br/>
        <w:t>vn -0.1562 0.6990 -0.6979</w:t>
        <w:br/>
        <w:t>vn -0.2323 0.8239 -0.5170</w:t>
        <w:br/>
        <w:t>vn 0.4816 0.7965 -0.3657</w:t>
        <w:br/>
        <w:t>vn -0.1654 0.8722 -0.4604</w:t>
        <w:br/>
        <w:t>vn -0.2757 0.9406 -0.1982</w:t>
        <w:br/>
        <w:t>vn -0.3862 0.6831 0.6199</w:t>
        <w:br/>
        <w:t>vn -0.3621 0.2769 0.8901</w:t>
        <w:br/>
        <w:t>vn -0.4752 0.3401 0.8115</w:t>
        <w:br/>
        <w:t>vn -0.4392 0.2259 0.8695</w:t>
        <w:br/>
        <w:t>vn -0.3677 0.0973 0.9248</w:t>
        <w:br/>
        <w:t>vn -0.3913 -0.2140 0.8951</w:t>
        <w:br/>
        <w:t>vn -0.5094 -0.5248 0.6819</w:t>
        <w:br/>
        <w:t>vn -0.5980 -0.7451 0.2954</w:t>
        <w:br/>
        <w:t>vn -0.6538 -0.7562 -0.0252</w:t>
        <w:br/>
        <w:t>vn -0.6340 -0.6919 -0.3454</w:t>
        <w:br/>
        <w:t>vn -0.5703 -0.4503 -0.6870</w:t>
        <w:br/>
        <w:t>vn -0.4262 -0.1606 -0.8903</w:t>
        <w:br/>
        <w:t>vn -0.3448 0.0757 -0.9356</w:t>
        <w:br/>
        <w:t>vn -0.2804 0.2266 -0.9328</w:t>
        <w:br/>
        <w:t>vn -0.2583 0.3555 -0.8983</w:t>
        <w:br/>
        <w:t>vn -0.2185 0.6835 -0.6965</w:t>
        <w:br/>
        <w:t>vn -0.5397 0.7875 -0.2978</w:t>
        <w:br/>
        <w:t>vn -0.5521 0.8337 -0.0075</w:t>
        <w:br/>
        <w:t>vn 0.4383 0.8442 0.3086</w:t>
        <w:br/>
        <w:t>vn 0.5359 0.8438 -0.0298</w:t>
        <w:br/>
        <w:t>vn 0.1012 0.9945 -0.0259</w:t>
        <w:br/>
        <w:t>vn 0.0368 0.9485 0.3146</w:t>
        <w:br/>
        <w:t>vn -0.0824 0.7010 0.7084</w:t>
        <w:br/>
        <w:t>vn -0.1649 0.3071 0.9373</w:t>
        <w:br/>
        <w:t>vn -0.4753 0.3401 0.8114</w:t>
        <w:br/>
        <w:t>vn -0.2188 0.0582 0.9740</w:t>
        <w:br/>
        <w:t>vn -0.3678 0.0973 0.9248</w:t>
        <w:br/>
        <w:t>vn -0.3913 -0.2140 0.8950</w:t>
        <w:br/>
        <w:t>vn -0.3209 -0.2294 0.9189</w:t>
        <w:br/>
        <w:t>vn -0.5094 -0.5249 0.6819</w:t>
        <w:br/>
        <w:t>vn -0.4399 -0.5664 0.6969</w:t>
        <w:br/>
        <w:t>vn -0.5142 -0.7859 0.3435</w:t>
        <w:br/>
        <w:t>vn -0.5283 -0.8487 -0.0232</w:t>
        <w:br/>
        <w:t>vn -0.6341 -0.6918 -0.3454</w:t>
        <w:br/>
        <w:t>vn -0.5247 -0.7643 -0.3750</w:t>
        <w:br/>
        <w:t>vn -0.4726 -0.5096 -0.7190</w:t>
        <w:br/>
        <w:t>vn -0.3807 -0.1966 -0.9036</w:t>
        <w:br/>
        <w:t>vn -0.4262 -0.1605 -0.8903</w:t>
        <w:br/>
        <w:t>vn -0.2767 0.0460 -0.9598</w:t>
        <w:br/>
        <w:t>vn -0.3448 0.0756 -0.9356</w:t>
        <w:br/>
        <w:t>vn -0.2582 0.3555 -0.8983</w:t>
        <w:br/>
        <w:t>vn -0.1259 0.3173 -0.9399</w:t>
        <w:br/>
        <w:t>vn 0.0173 0.6657 -0.7460</w:t>
        <w:br/>
        <w:t>vn 0.0905 0.9149 -0.3934</w:t>
        <w:br/>
        <w:t>vn 0.5397 0.7512 -0.3802</w:t>
        <w:br/>
        <w:t>vn -0.7146 0.6995 -0.0076</w:t>
        <w:br/>
        <w:t>vn -0.7222 0.6736 0.1571</w:t>
        <w:br/>
        <w:t>vn -0.7660 0.5455 0.3401</w:t>
        <w:br/>
        <w:t>vn -0.8092 0.3608 0.4636</w:t>
        <w:br/>
        <w:t>vn -0.8409 0.2432 0.4835</w:t>
        <w:br/>
        <w:t>vn -0.8908 0.1088 0.4413</w:t>
        <w:br/>
        <w:t>vn -0.9439 -0.0501 0.3266</w:t>
        <w:br/>
        <w:t>vn -0.9755 -0.1522 0.1591</w:t>
        <w:br/>
        <w:t>vn -0.9852 -0.1703 -0.0215</w:t>
        <w:br/>
        <w:t>vn -0.9793 -0.1065 -0.1721</w:t>
        <w:br/>
        <w:t>vn -0.9509 0.0009 -0.3094</w:t>
        <w:br/>
        <w:t>vn -0.9016 0.1217 -0.4152</w:t>
        <w:br/>
        <w:t>vn -0.8591 0.2170 -0.4635</w:t>
        <w:br/>
        <w:t>vn -0.8170 0.3536 -0.4555</w:t>
        <w:br/>
        <w:t>vn -0.7651 0.5375 -0.3546</w:t>
        <w:br/>
        <w:t>vn -0.7281 0.6597 -0.1863</w:t>
        <w:br/>
        <w:t>vn -0.9618 0.2736 -0.0055</w:t>
        <w:br/>
        <w:t>vn 0.6567 -0.7400 0.1452</w:t>
        <w:br/>
        <w:t>vn -0.5998 0.7820 0.1695</w:t>
        <w:br/>
        <w:t>vn 0.9145 0.3223 -0.2445</w:t>
        <w:br/>
        <w:t>vn 0.3341 0.0946 0.9378</w:t>
        <w:br/>
        <w:t>vn -0.3096 0.9509 -0.0071</w:t>
        <w:br/>
        <w:t>vn -0.4216 0.7858 -0.4524</w:t>
        <w:br/>
        <w:t>vn -0.4218 0.7859 -0.4523</w:t>
        <w:br/>
        <w:t>vn -0.3097 0.9508 -0.0067</w:t>
        <w:br/>
        <w:t>vn -0.1385 0.9017 0.4096</w:t>
        <w:br/>
        <w:t>vn -0.1384 0.9017 0.4095</w:t>
        <w:br/>
        <w:t>vn 0.0781 0.6419 0.7628</w:t>
        <w:br/>
        <w:t>vn 0.0782 0.6419 0.7628</w:t>
        <w:br/>
        <w:t>vn 0.3001 0.1677 0.9390</w:t>
        <w:br/>
        <w:t>vn 0.3002 0.1677 0.9390</w:t>
        <w:br/>
        <w:t>vn 0.4356 -0.3746 0.8185</w:t>
        <w:br/>
        <w:t>vn 0.4357 -0.3747 0.8184</w:t>
        <w:br/>
        <w:t>vn 0.4357 -0.7747 0.4582</w:t>
        <w:br/>
        <w:t>vn 0.4357 -0.7747 0.4581</w:t>
        <w:br/>
        <w:t>vn 0.3244 -0.9459 0.0052</w:t>
        <w:br/>
        <w:t>vn 0.3245 -0.9459 0.0052</w:t>
        <w:br/>
        <w:t>vn 0.1441 -0.8922 -0.4280</w:t>
        <w:br/>
        <w:t>vn 0.3244 -0.9459 0.0054</w:t>
        <w:br/>
        <w:t>vn -0.0704 -0.6345 -0.7697</w:t>
        <w:br/>
        <w:t>vn -0.0704 -0.6344 -0.7698</w:t>
        <w:br/>
        <w:t>vn -0.2847 -0.1832 -0.9410</w:t>
        <w:br/>
        <w:t>vn -0.2846 -0.1833 -0.9410</w:t>
        <w:br/>
        <w:t>vn -0.4244 0.3687 -0.8270</w:t>
        <w:br/>
        <w:t>vn -0.3570 -0.8780 -0.3188</w:t>
        <w:br/>
        <w:t>vn -0.2501 -0.9545 0.1626</w:t>
        <w:br/>
        <w:t>vn -0.2501 -0.9544 0.1628</w:t>
        <w:br/>
        <w:t>vn -0.3571 -0.8780 -0.3188</w:t>
        <w:br/>
        <w:t>vn -0.3762 -0.5912 -0.7134</w:t>
        <w:br/>
        <w:t>vn -0.3761 -0.5911 -0.7135</w:t>
        <w:br/>
        <w:t>vn -0.3001 -0.1420 -0.9433</w:t>
        <w:br/>
        <w:t>vn -0.3000 -0.1419 -0.9433</w:t>
        <w:br/>
        <w:t>vn -0.1328 0.3720 -0.9187</w:t>
        <w:br/>
        <w:t>vn -0.1327 0.3720 -0.9187</w:t>
        <w:br/>
        <w:t>vn 0.0768 0.7793 -0.6219</w:t>
        <w:br/>
        <w:t>vn 0.0768 0.7793 -0.6220</w:t>
        <w:br/>
        <w:t>vn 0.2561 0.9528 -0.1628</w:t>
        <w:br/>
        <w:t>vn 0.2562 0.9528 -0.1630</w:t>
        <w:br/>
        <w:t>vn 0.3611 0.8759 0.3201</w:t>
        <w:br/>
        <w:t>vn 0.3612 0.8759 0.3200</w:t>
        <w:br/>
        <w:t>vn 0.3757 0.5857 0.7182</w:t>
        <w:br/>
        <w:t>vn 0.3757 0.5858 0.7181</w:t>
        <w:br/>
        <w:t>vn 0.2984 0.1449 0.9434</w:t>
        <w:br/>
        <w:t>vn 0.2982 0.1449 0.9434</w:t>
        <w:br/>
        <w:t>vn 0.1388 -0.3561 0.9241</w:t>
        <w:br/>
        <w:t>vn 0.1388 -0.3562 0.9240</w:t>
        <w:br/>
        <w:t>vn -0.0676 -0.7726 0.6313</w:t>
        <w:br/>
        <w:t>vn -0.0678 -0.7724 0.6315</w:t>
        <w:br/>
        <w:t>vn -0.2501 -0.9545 0.1627</w:t>
        <w:br/>
        <w:t>vn -0.2502 -0.9544 0.1629</w:t>
        <w:br/>
        <w:t>vn 0.8413 0.4203 -0.3400</w:t>
        <w:br/>
        <w:t>vn 0.8415 0.4220 -0.3374</w:t>
        <w:br/>
        <w:t>vn 0.8397 0.4224 -0.3413</w:t>
        <w:br/>
        <w:t>vn 0.8413 0.4224 -0.3374</w:t>
        <w:br/>
        <w:t>vn 0.8394 0.4248 -0.3390</w:t>
        <w:br/>
        <w:t>vn 0.8378 0.4275 -0.3397</w:t>
        <w:br/>
        <w:t>vn 0.8376 0.4273 -0.3403</w:t>
        <w:br/>
        <w:t>vn 0.8380 0.4247 -0.3426</w:t>
        <w:br/>
        <w:t>vn 0.8377 0.4229 -0.3456</w:t>
        <w:br/>
        <w:t>vn 0.8380 0.4222 -0.3457</w:t>
        <w:br/>
        <w:t>vn 0.8401 0.4197 -0.3437</w:t>
        <w:br/>
        <w:t>vn 0.8417 0.4172 -0.3427</w:t>
        <w:br/>
        <w:t>vn 0.8417 0.4177 -0.3421</w:t>
        <w:br/>
        <w:t>vn 0.8148 -0.5083 -0.2789</w:t>
        <w:br/>
        <w:t>vn 0.8158 -0.5081 -0.2762</w:t>
        <w:br/>
        <w:t>vn 0.8155 -0.5057 -0.2816</w:t>
        <w:br/>
        <w:t>vn 0.8164 -0.5064 -0.2776</w:t>
        <w:br/>
        <w:t>vn 0.8181 -0.5025 -0.2797</w:t>
        <w:br/>
        <w:t>vn 0.8184 -0.5016 -0.2805</w:t>
        <w:br/>
        <w:t>vn 0.8169 -0.5032 -0.2817</w:t>
        <w:br/>
        <w:t>vn 0.8159 -0.5040 -0.2833</w:t>
        <w:br/>
        <w:t>vn 0.8156 -0.5037 -0.2849</w:t>
        <w:br/>
        <w:t>vn 0.8154 -0.5037 -0.2854</w:t>
        <w:br/>
        <w:t>vn 0.8139 -0.5067 -0.2844</w:t>
        <w:br/>
        <w:t>vn 0.8119 -0.5101 -0.2841</w:t>
        <w:br/>
        <w:t>vn 0.8125 -0.5097 -0.2828</w:t>
        <w:br/>
        <w:t>vn 0.4425 -0.1056 -0.8905</w:t>
        <w:br/>
        <w:t>vn 0.4568 -0.2331 -0.8585</w:t>
        <w:br/>
        <w:t>vn 0.1373 -0.3926 0.9094</w:t>
        <w:br/>
        <w:t>vn 0.0370 -0.6050 0.7954</w:t>
        <w:br/>
        <w:t>vn 0.3037 -0.6455 0.7008</w:t>
        <w:br/>
        <w:t>vn 0.4443 -0.3816 0.8105</w:t>
        <w:br/>
        <w:t>vn 0.3938 0.0491 -0.9179</w:t>
        <w:br/>
        <w:t>vn -0.2273 0.0838 -0.9702</w:t>
        <w:br/>
        <w:t>vn 0.6627 -0.2209 0.7156</w:t>
        <w:br/>
        <w:t>vn 0.2177 -0.2582 0.9412</w:t>
        <w:br/>
        <w:t>vn 0.4286 -0.6881 0.5855</w:t>
        <w:br/>
        <w:t>vn -0.9669 0.2046 -0.1522</w:t>
        <w:br/>
        <w:t>vn -0.9825 0.1367 -0.1266</w:t>
        <w:br/>
        <w:t>vn -0.9624 0.2217 -0.1568</w:t>
        <w:br/>
        <w:t>vn 0.9418 -0.1284 0.3108</w:t>
        <w:br/>
        <w:t>vn 0.9417 -0.1282 0.3109</w:t>
        <w:br/>
        <w:t>vn 0.9255 -0.1824 0.3319</w:t>
        <w:br/>
        <w:t>vn 0.4443 -0.3817 0.8105</w:t>
        <w:br/>
        <w:t>vn 0.9059 -0.2358 0.3517</w:t>
        <w:br/>
        <w:t>vn 0.8451 -0.4053 0.3487</w:t>
        <w:br/>
        <w:t>vn -0.4425 -0.1411 -0.8856</w:t>
        <w:br/>
        <w:t>vn -0.4512 -0.3013 -0.8400</w:t>
        <w:br/>
        <w:t>vn -0.2852 -0.6688 0.6866</w:t>
        <w:br/>
        <w:t>vn -0.0352 -0.6051 0.7954</w:t>
        <w:br/>
        <w:t>vn -0.1283 -0.3944 0.9099</w:t>
        <w:br/>
        <w:t>vn -0.4412 -0.3859 0.8102</w:t>
        <w:br/>
        <w:t>vn -0.3944 0.0486 -0.9177</w:t>
        <w:br/>
        <w:t>vn -0.3943 0.0486 -0.9177</w:t>
        <w:br/>
        <w:t>vn 0.2316 0.0820 -0.9693</w:t>
        <w:br/>
        <w:t>vn -0.2030 -0.2620 0.9435</w:t>
        <w:br/>
        <w:t>vn -0.4009 -0.7219 0.5640</w:t>
        <w:br/>
        <w:t>vn 0.9825 0.1408 -0.1218</w:t>
        <w:br/>
        <w:t>vn 0.9509 0.2718 -0.1483</w:t>
        <w:br/>
        <w:t>vn 0.9234 0.3534 -0.1498</w:t>
        <w:br/>
        <w:t>vn -0.9471 -0.1356 0.2909</w:t>
        <w:br/>
        <w:t>vn -0.9471 -0.1356 0.2910</w:t>
        <w:br/>
        <w:t>vn -0.9302 -0.1874 0.3156</w:t>
        <w:br/>
        <w:t>vn -0.8320 -0.4466 0.3292</w:t>
        <w:br/>
        <w:t>vn -0.9100 -0.2386 0.3391</w:t>
        <w:br/>
        <w:t>vn -0.4411 -0.3859 0.8102</w:t>
        <w:br/>
        <w:t>vn -0.8320 -0.4466 0.3291</w:t>
        <w:br/>
        <w:t>vn 0.8008 -0.0282 -0.5983</w:t>
        <w:br/>
        <w:t>vn 0.9491 -0.0350 -0.3131</w:t>
        <w:br/>
        <w:t>vn 0.7706 -0.2280 -0.5951</w:t>
        <w:br/>
        <w:t>vn 0.8241 -0.2684 0.4989</w:t>
        <w:br/>
        <w:t>vn 0.8461 -0.1957 0.4958</w:t>
        <w:br/>
        <w:t>vn 0.9354 -0.1281 0.3296</w:t>
        <w:br/>
        <w:t>vn 0.8240 -0.2684 0.4989</w:t>
        <w:br/>
        <w:t>vn 0.7067 0.2827 -0.6485</w:t>
        <w:br/>
        <w:t>vn 0.8812 0.2299 -0.4130</w:t>
        <w:br/>
        <w:t>vn 0.9912 0.0517 -0.1220</w:t>
        <w:br/>
        <w:t>vn 0.7807 0.1462 -0.6076</w:t>
        <w:br/>
        <w:t>vn 0.7610 -0.0432 0.6473</w:t>
        <w:br/>
        <w:t>vn 0.9457 -0.0311 0.3235</w:t>
        <w:br/>
        <w:t>vn 0.8982 0.0456 0.4373</w:t>
        <w:br/>
        <w:t>vn 0.8865 -0.0332 0.4615</w:t>
        <w:br/>
        <w:t>vn 0.7541 0.2269 0.6163</w:t>
        <w:br/>
        <w:t>vn 0.7645 0.2079 0.6102</w:t>
        <w:br/>
        <w:t>vn 0.7554 0.0261 0.6547</w:t>
        <w:br/>
        <w:t>vn -0.0199 0.8568 -0.5153</w:t>
        <w:br/>
        <w:t>vn -0.0136 0.8124 -0.5829</w:t>
        <w:br/>
        <w:t>vn -0.2490 0.0302 0.9680</w:t>
        <w:br/>
        <w:t>vn -0.3056 0.1178 0.9448</w:t>
        <w:br/>
        <w:t>vn -0.0333 -0.0180 0.9993</w:t>
        <w:br/>
        <w:t>vn 0.2304 -0.1514 0.9612</w:t>
        <w:br/>
        <w:t>vn -0.3531 0.2225 0.9088</w:t>
        <w:br/>
        <w:t>vn 0.0680 -0.0305 0.9972</w:t>
        <w:br/>
        <w:t>vn 0.6580 -0.6919 -0.2972</w:t>
        <w:br/>
        <w:t>vn 0.5579 -0.7695 -0.3108</w:t>
        <w:br/>
        <w:t>vn 0.3077 -0.1952 0.9313</w:t>
        <w:br/>
        <w:t>vn 0.3786 -0.2386 0.8943</w:t>
        <w:br/>
        <w:t>vn 0.1453 -0.0743 0.9866</w:t>
        <w:br/>
        <w:t>vn 0.8542 -0.4152 -0.3131</w:t>
        <w:br/>
        <w:t>vn 0.8184 -0.4815 -0.3137</w:t>
        <w:br/>
        <w:t>vn 0.7612 -0.5759 -0.2980</w:t>
        <w:br/>
        <w:t>vn 0.7612 -0.5759 -0.2981</w:t>
        <w:br/>
        <w:t>vn 0.7026 -0.4425 -0.5573</w:t>
        <w:br/>
        <w:t>vn 0.7610 -0.6066 -0.2301</w:t>
        <w:br/>
        <w:t>vn 0.6465 -0.5483 -0.5305</w:t>
        <w:br/>
        <w:t>vn 0.6983 -0.3645 0.6160</w:t>
        <w:br/>
        <w:t>vn 0.6337 -0.3987 0.6630</w:t>
        <w:br/>
        <w:t>vn 0.7587 -0.4557 0.4656</w:t>
        <w:br/>
        <w:t>vn 0.7795 -0.3984 0.4834</w:t>
        <w:br/>
        <w:t>vn -0.4473 0.0991 0.8889</w:t>
        <w:br/>
        <w:t>vn -0.2475 0.1137 0.9622</w:t>
        <w:br/>
        <w:t>vn 0.1302 -0.0954 0.9869</w:t>
        <w:br/>
        <w:t>vn -0.1524 -0.0282 0.9879</w:t>
        <w:br/>
        <w:t>vn 0.4096 -0.8920 -0.1912</w:t>
        <w:br/>
        <w:t>vn 0.3635 -0.9158 -0.1711</w:t>
        <w:br/>
        <w:t>vn 0.2698 -0.0389 0.9621</w:t>
        <w:br/>
        <w:t>vn 0.4625 -0.3567 0.8117</w:t>
        <w:br/>
        <w:t>vn 0.2515 -0.0800 0.9645</w:t>
        <w:br/>
        <w:t>vn -0.4954 0.0776 -0.8652</w:t>
        <w:br/>
        <w:t>vn -0.4865 0.1678 -0.8574</w:t>
        <w:br/>
        <w:t>vn -0.7982 0.1013 -0.5938</w:t>
        <w:br/>
        <w:t>vn -0.2273 0.0837 -0.9702</w:t>
        <w:br/>
        <w:t>vn -0.3601 0.1094 -0.9265</w:t>
        <w:br/>
        <w:t>vn -0.3821 0.0795 -0.9207</w:t>
        <w:br/>
        <w:t>vn -0.7206 0.4705 -0.5093</w:t>
        <w:br/>
        <w:t>vn -0.7472 0.4708 -0.4691</w:t>
        <w:br/>
        <w:t>vn -0.7143 0.2892 -0.6373</w:t>
        <w:br/>
        <w:t>vn -0.6284 0.1846 -0.7557</w:t>
        <w:br/>
        <w:t>vn -0.4472 -0.0024 -0.8944</w:t>
        <w:br/>
        <w:t>vn -0.4852 -0.0899 -0.8698</w:t>
        <w:br/>
        <w:t>vn -0.7065 0.2203 -0.6726</w:t>
        <w:br/>
        <w:t>vn -0.1234 0.1593 0.9795</w:t>
        <w:br/>
        <w:t>vn -0.0694 0.1790 0.9814</w:t>
        <w:br/>
        <w:t>vn 0.2136 -0.1383 0.9671</w:t>
        <w:br/>
        <w:t>vn 0.1826 -0.1418 0.9729</w:t>
        <w:br/>
        <w:t>vn 0.5698 -0.7559 0.3223</w:t>
        <w:br/>
        <w:t>vn 0.6240 -0.7814 0.0108</w:t>
        <w:br/>
        <w:t>vn 0.5694 -0.5744 0.5881</w:t>
        <w:br/>
        <w:t>vn 0.5333 -0.7817 -0.3234</w:t>
        <w:br/>
        <w:t>vn 0.4814 -0.8445 -0.2345</w:t>
        <w:br/>
        <w:t>vn -0.7795 0.1071 -0.6172</w:t>
        <w:br/>
        <w:t>vn -0.7644 0.1523 -0.6265</w:t>
        <w:br/>
        <w:t>vn -0.9736 0.0937 -0.2082</w:t>
        <w:br/>
        <w:t>vn -0.9167 0.0864 -0.3901</w:t>
        <w:br/>
        <w:t>vn -0.8872 0.4501 -0.1013</w:t>
        <w:br/>
        <w:t>vn -0.8470 0.5247 -0.0855</w:t>
        <w:br/>
        <w:t>vn -0.9605 -0.0386 -0.2754</w:t>
        <w:br/>
        <w:t>vn -0.9224 0.0557 -0.3822</w:t>
        <w:br/>
        <w:t>vn -0.7582 0.0927 -0.6454</w:t>
        <w:br/>
        <w:t>vn -0.8382 0.5314 -0.1223</w:t>
        <w:br/>
        <w:t>vn -0.7274 0.3410 -0.5955</w:t>
        <w:br/>
        <w:t>vn -0.8333 0.5317 -0.1513</w:t>
        <w:br/>
        <w:t>vn -0.8272 0.5206 -0.2116</w:t>
        <w:br/>
        <w:t>vn -0.8272 0.5205 -0.2116</w:t>
        <w:br/>
        <w:t>vn -0.7978 0.4904 -0.3507</w:t>
        <w:br/>
        <w:t>vn 0.9886 0.0116 -0.1498</w:t>
        <w:br/>
        <w:t>vn 0.8090 0.0586 -0.5849</w:t>
        <w:br/>
        <w:t>vn 0.9629 -0.0691 0.2608</w:t>
        <w:br/>
        <w:t>vn 0.8752 -0.0880 0.4757</w:t>
        <w:br/>
        <w:t>vn 0.9294 -0.0824 0.3599</w:t>
        <w:br/>
        <w:t>vn -0.4290 0.1203 -0.8953</w:t>
        <w:br/>
        <w:t>vn 0.8916 -0.3928 0.2252</w:t>
        <w:br/>
        <w:t>vn 0.8863 -0.3959 -0.2404</w:t>
        <w:br/>
        <w:t>vn 0.8407 -0.3817 -0.3840</w:t>
        <w:br/>
        <w:t>vn 0.8608 -0.3844 0.3335</w:t>
        <w:br/>
        <w:t>vn 0.5931 -0.6656 -0.4530</w:t>
        <w:br/>
        <w:t>vn 0.7224 -0.6911 -0.0228</w:t>
        <w:br/>
        <w:t>vn 0.6093 -0.4748 0.6351</w:t>
        <w:br/>
        <w:t>vn 0.1617 -0.1207 0.9794</w:t>
        <w:br/>
        <w:t>vn -0.1746 0.1187 0.9775</w:t>
        <w:br/>
        <w:t>vn -0.4185 0.0577 -0.9064</w:t>
        <w:br/>
        <w:t>vn -0.3930 0.0826 -0.9158</w:t>
        <w:br/>
        <w:t>vn -0.2949 -0.0140 0.9554</w:t>
        <w:br/>
        <w:t>vn -0.2523 -0.0200 0.9674</w:t>
        <w:br/>
        <w:t>vn -0.2949 -0.0141 0.9554</w:t>
        <w:br/>
        <w:t>vn -0.0197 0.7014 -0.7125</w:t>
        <w:br/>
        <w:t>vn -0.0196 0.7015 -0.7124</w:t>
        <w:br/>
        <w:t>vn 0.7632 0.1934 0.6165</w:t>
        <w:br/>
        <w:t>vn 0.7206 -0.0875 0.6878</w:t>
        <w:br/>
        <w:t>vn 0.6160 -0.3612 0.7000</w:t>
        <w:br/>
        <w:t>vn 0.8283 -0.4672 0.3092</w:t>
        <w:br/>
        <w:t>vn 0.7439 -0.2852 0.6044</w:t>
        <w:br/>
        <w:t>vn 0.7055 -0.2556 0.6610</w:t>
        <w:br/>
        <w:t>vn 0.7431 -0.6137 0.2669</w:t>
        <w:br/>
        <w:t>vn -0.9503 0.3008 0.0808</w:t>
        <w:br/>
        <w:t>vn -0.8413 0.2892 -0.4567</w:t>
        <w:br/>
        <w:t>vn -0.3582 0.1302 -0.9245</w:t>
        <w:br/>
        <w:t>vn -0.3698 0.1238 -0.9208</w:t>
        <w:br/>
        <w:t>vn 0.9469 -0.2424 0.2111</w:t>
        <w:br/>
        <w:t>vn 0.8795 -0.2418 0.4098</w:t>
        <w:br/>
        <w:t>vn 0.8723 -0.3135 0.3752</w:t>
        <w:br/>
        <w:t>vn 0.9289 -0.3515 0.1166</w:t>
        <w:br/>
        <w:t>vn 0.8226 -0.2454 0.5130</w:t>
        <w:br/>
        <w:t>vn 0.8102 -0.2635 0.5236</w:t>
        <w:br/>
        <w:t>vn 0.4428 -0.1939 -0.8754</w:t>
        <w:br/>
        <w:t>vn 0.1667 -0.0756 -0.9831</w:t>
        <w:br/>
        <w:t>vn 0.4942 -0.1277 -0.8599</w:t>
        <w:br/>
        <w:t>vn -0.9123 0.4095 0.0072</w:t>
        <w:br/>
        <w:t>vn -0.9348 0.3545 0.0220</w:t>
        <w:br/>
        <w:t>vn -0.8352 0.4155 -0.3603</w:t>
        <w:br/>
        <w:t>vn -0.8771 0.4782 -0.0441</w:t>
        <w:br/>
        <w:t>vn -0.8068 0.5824 -0.0993</w:t>
        <w:br/>
        <w:t>vn -0.7328 0.4428 -0.5167</w:t>
        <w:br/>
        <w:t>vn -0.7011 0.5417 -0.4636</w:t>
        <w:br/>
        <w:t>vn -0.7376 0.6643 -0.1209</w:t>
        <w:br/>
        <w:t>vn -0.9775 0.1084 -0.1810</w:t>
        <w:br/>
        <w:t>vn -0.8773 0.1476 -0.4568</w:t>
        <w:br/>
        <w:t>vn -0.8003 0.2312 -0.5533</w:t>
        <w:br/>
        <w:t>vn -0.9702 0.2329 -0.0671</w:t>
        <w:br/>
        <w:t>vn -0.4458 0.0948 -0.8901</w:t>
        <w:br/>
        <w:t>vn -0.4459 0.0948 -0.8901</w:t>
        <w:br/>
        <w:t>vn -0.4619 0.1294 -0.8774</w:t>
        <w:br/>
        <w:t>vn -0.4536 0.1085 -0.8846</w:t>
        <w:br/>
        <w:t>vn -0.4267 0.0903 -0.8999</w:t>
        <w:br/>
        <w:t>vn -0.4069 0.1255 -0.9048</w:t>
        <w:br/>
        <w:t>vn -0.4189 0.1684 -0.8923</w:t>
        <w:br/>
        <w:t>vn -0.5703 0.3460 -0.7450</w:t>
        <w:br/>
        <w:t>vn -0.5123 0.2147 -0.8315</w:t>
        <w:br/>
        <w:t>vn 0.2699 -0.0389 0.9621</w:t>
        <w:br/>
        <w:t>vn 0.2516 -0.0800 0.9645</w:t>
        <w:br/>
        <w:t>vn 0.0043 0.2083 0.9781</w:t>
        <w:br/>
        <w:t>vn 0.9189 -0.1508 0.3646</w:t>
        <w:br/>
        <w:t>vn 0.9629 -0.0690 0.2608</w:t>
        <w:br/>
        <w:t>vn 0.5186 -0.0876 -0.8505</w:t>
        <w:br/>
        <w:t>vn 0.8218 -0.3502 0.4495</w:t>
        <w:br/>
        <w:t>vn 0.7540 -0.2857 0.5915</w:t>
        <w:br/>
        <w:t>vn 0.7861 -0.5163 0.3397</w:t>
        <w:br/>
        <w:t>vn 0.7041 -0.3048 0.6413</w:t>
        <w:br/>
        <w:t>vn 0.5669 -0.2868 0.7722</w:t>
        <w:br/>
        <w:t>vn 0.6494 -0.2933 0.7016</w:t>
        <w:br/>
        <w:t>vn 0.2304 -0.1514 0.9613</w:t>
        <w:br/>
        <w:t>vn 0.6120 -0.2891 0.7361</w:t>
        <w:br/>
        <w:t>vn 0.4722 -0.2758 0.8372</w:t>
        <w:br/>
        <w:t>vn 0.5670 -0.2868 0.7722</w:t>
        <w:br/>
        <w:t>vn 0.1667 -0.0757 -0.9831</w:t>
        <w:br/>
        <w:t>vn -0.5418 -0.0130 -0.8404</w:t>
        <w:br/>
        <w:t>vn -0.1658 -0.1902 -0.9676</w:t>
        <w:br/>
        <w:t>vn -0.3727 -0.3295 -0.8674</w:t>
        <w:br/>
        <w:t>vn -0.6485 -0.1009 -0.7545</w:t>
        <w:br/>
        <w:t>vn 0.8338 -0.1418 0.5336</w:t>
        <w:br/>
        <w:t>vn 0.7987 -0.2236 0.5586</w:t>
        <w:br/>
        <w:t>vn 0.8514 -0.1802 0.4925</w:t>
        <w:br/>
        <w:t>vn -0.9603 0.2790 0.0093</w:t>
        <w:br/>
        <w:t>vn -0.0795 -0.0261 -0.9965</w:t>
        <w:br/>
        <w:t>vn -0.5080 0.0586 -0.8594</w:t>
        <w:br/>
        <w:t>vn -0.9022 0.1396 0.4082</w:t>
        <w:br/>
        <w:t>vn -0.5922 0.0659 0.8031</w:t>
        <w:br/>
        <w:t>vn -0.9423 -0.0403 -0.3323</w:t>
        <w:br/>
        <w:t>vn -0.9737 -0.0127 -0.2277</w:t>
        <w:br/>
        <w:t>vn -0.8772 0.1476 -0.4568</w:t>
        <w:br/>
        <w:t>vn -0.1693 0.0954 -0.9809</w:t>
        <w:br/>
        <w:t>vn -0.5628 0.1245 -0.8172</w:t>
        <w:br/>
        <w:t>vn -0.7866 0.1189 -0.6059</w:t>
        <w:br/>
        <w:t>vn -0.9142 0.0112 -0.4050</w:t>
        <w:br/>
        <w:t>vn -0.8594 0.0890 -0.5034</w:t>
        <w:br/>
        <w:t>vn -0.9411 0.0980 -0.3235</w:t>
        <w:br/>
        <w:t>vn -0.9478 0.0308 -0.3174</w:t>
        <w:br/>
        <w:t>vn -0.7776 0.0413 -0.6275</w:t>
        <w:br/>
        <w:t>vn -0.8233 0.1487 -0.5478</w:t>
        <w:br/>
        <w:t>vn -0.9217 0.1472 -0.3589</w:t>
        <w:br/>
        <w:t>vn -0.2950 -0.0140 0.9554</w:t>
        <w:br/>
        <w:t>vn -0.3164 0.0065 0.9486</w:t>
        <w:br/>
        <w:t>vn -0.2950 -0.0141 0.9554</w:t>
        <w:br/>
        <w:t>vn -0.5556 -0.6345 -0.5373</w:t>
        <w:br/>
        <w:t>vn -0.5052 -0.6687 -0.5456</w:t>
        <w:br/>
        <w:t>vn -0.3641 -0.8798 -0.3054</w:t>
        <w:br/>
        <w:t>vn -0.4305 -0.8549 -0.2895</w:t>
        <w:br/>
        <w:t>vn -0.3634 -0.8787 -0.3095</w:t>
        <w:br/>
        <w:t>vn -0.7571 -0.4139 -0.5054</w:t>
        <w:br/>
        <w:t>vn -0.6496 -0.5402 -0.5350</w:t>
        <w:br/>
        <w:t>vn -0.5730 -0.7693 -0.2825</w:t>
        <w:br/>
        <w:t>vn -0.7492 -0.6069 -0.2653</w:t>
        <w:br/>
        <w:t>vn 0.5352 -0.4098 0.7387</w:t>
        <w:br/>
        <w:t>vn 0.6874 -0.1108 0.7178</w:t>
        <w:br/>
        <w:t>vn 0.6648 -0.0941 0.7410</w:t>
        <w:br/>
        <w:t>vn 0.4652 -0.3753 0.8017</w:t>
        <w:br/>
        <w:t>vn 0.7619 0.2004 0.6160</w:t>
        <w:br/>
        <w:t>vn 0.7826 0.1978 0.5903</w:t>
        <w:br/>
        <w:t>vn 0.0039 0.5684 -0.8228</w:t>
        <w:br/>
        <w:t>vn 0.0728 0.4657 -0.8819</w:t>
        <w:br/>
        <w:t>vn 0.0727 0.4657 -0.8819</w:t>
        <w:br/>
        <w:t>vn 0.0039 0.5683 -0.8228</w:t>
        <w:br/>
        <w:t>vn -0.4260 -0.9047 0.0053</w:t>
        <w:br/>
        <w:t>vn -0.6686 -0.7437 0.0035</w:t>
        <w:br/>
        <w:t>vn -0.2509 -0.9680 -0.0047</w:t>
        <w:br/>
        <w:t>vn -0.1786 -0.9835 -0.0279</w:t>
        <w:br/>
        <w:t>vn 0.5267 -0.7878 -0.3193</w:t>
        <w:br/>
        <w:t>vn 0.2821 -0.1809 0.9422</w:t>
        <w:br/>
        <w:t>vn -0.6867 0.5829 -0.4344</w:t>
        <w:br/>
        <w:t>vn -0.8914 0.1424 -0.4303</w:t>
        <w:br/>
        <w:t>vn -0.0000 0.0063 -1.0000</w:t>
        <w:br/>
        <w:t>vn -0.0176 -0.0062 -0.9998</w:t>
        <w:br/>
        <w:t>vn -0.0274 0.0083 -0.9996</w:t>
        <w:br/>
        <w:t>vn -0.0295 0.0460 -0.9985</w:t>
        <w:br/>
        <w:t>vn -0.0357 0.0093 -0.9993</w:t>
        <w:br/>
        <w:t>vn 0.0212 0.1291 -0.9914</w:t>
        <w:br/>
        <w:t>vn -0.0048 0.1243 -0.9922</w:t>
        <w:br/>
        <w:t>vn -0.0048 0.1244 -0.9922</w:t>
        <w:br/>
        <w:t>vn 0.2870 0.8610 0.4199</w:t>
        <w:br/>
        <w:t>vn 0.0353 0.9404 0.3383</w:t>
        <w:br/>
        <w:t>vn 0.1803 0.8878 0.4235</w:t>
        <w:br/>
        <w:t>vn 0.3032 0.8421 0.4460</w:t>
        <w:br/>
        <w:t>vn 0.8614 0.2569 0.4381</w:t>
        <w:br/>
        <w:t>vn 0.8488 0.1967 0.4908</w:t>
        <w:br/>
        <w:t>vn 0.8889 0.1214 0.4417</w:t>
        <w:br/>
        <w:t>vn 0.7961 0.1112 0.5948</w:t>
        <w:br/>
        <w:t>vn 0.0019 0.9473 0.3204</w:t>
        <w:br/>
        <w:t>vn 0.1900 0.7111 0.6770</w:t>
        <w:br/>
        <w:t>vn -0.0000 0.9882 -0.1535</w:t>
        <w:br/>
        <w:t>vn 0.0558 0.9908 -0.1232</w:t>
        <w:br/>
        <w:t>vn 0.3542 0.9351 -0.0126</w:t>
        <w:br/>
        <w:t>vn 0.4368 0.8254 0.3578</w:t>
        <w:br/>
        <w:t>vn 0.5034 0.8592 0.0920</w:t>
        <w:br/>
        <w:t>vn 0.8622 0.1334 0.4888</w:t>
        <w:br/>
        <w:t>vn 0.8327 0.2344 0.5016</w:t>
        <w:br/>
        <w:t>vn 0.1318 0.3090 -0.9419</w:t>
        <w:br/>
        <w:t>vn 0.1834 0.3454 -0.9203</w:t>
        <w:br/>
        <w:t>vn 0.1834 0.3454 -0.9204</w:t>
        <w:br/>
        <w:t>vn -0.0378 0.2088 -0.9772</w:t>
        <w:br/>
        <w:t>vn 0.8520 0.2093 0.4799</w:t>
        <w:br/>
        <w:t>vn 0.6267 0.0126 0.7791</w:t>
        <w:br/>
        <w:t>vn 0.8260 0.2086 0.5237</w:t>
        <w:br/>
        <w:t>vn 0.1905 0.3855 -0.9028</w:t>
        <w:br/>
        <w:t>vn 0.1905 0.3856 -0.9028</w:t>
        <w:br/>
        <w:t>vn -0.1523 0.1473 -0.9773</w:t>
        <w:br/>
        <w:t>vn 0.0662 0.2057 -0.9764</w:t>
        <w:br/>
        <w:t>vn 0.6210 0.6993 0.3540</w:t>
        <w:br/>
        <w:t>vn 0.6737 0.7145 0.1889</w:t>
        <w:br/>
        <w:t>vn 0.5672 0.8125 0.1351</w:t>
        <w:br/>
        <w:t>vn 0.4983 0.7951 0.3457</w:t>
        <w:br/>
        <w:t>vn 0.5737 0.6871 0.4459</w:t>
        <w:br/>
        <w:t>vn 0.6989 0.4976 0.5138</w:t>
        <w:br/>
        <w:t>vn 0.7586 0.5265 0.3839</w:t>
        <w:br/>
        <w:t>vn -0.0138 0.0865 -0.9962</w:t>
        <w:br/>
        <w:t>vn 0.8238 0.3638 0.4347</w:t>
        <w:br/>
        <w:t>vn 0.7759 0.3524 0.5233</w:t>
        <w:br/>
        <w:t>vn 0.8586 0.4052 0.3140</w:t>
        <w:br/>
        <w:t>vn 0.8672 0.0187 0.4975</w:t>
        <w:br/>
        <w:t>vn 0.7967 0.5445 0.2623</w:t>
        <w:br/>
        <w:t>vn 0.4353 0.8082 0.3966</w:t>
        <w:br/>
        <w:t>vn 0.3612 0.9265 0.1054</w:t>
        <w:br/>
        <w:t>vn 0.4405 0.8524 0.2815</w:t>
        <w:br/>
        <w:t>vn 0.8568 -0.0626 0.5118</w:t>
        <w:br/>
        <w:t>vn 0.8458 0.2487 0.4720</w:t>
        <w:br/>
        <w:t>vn 0.8674 0.1346 0.4791</w:t>
        <w:br/>
        <w:t>vn 0.8033 0.3752 0.4625</w:t>
        <w:br/>
        <w:t>vn 0.7326 0.5163 0.4434</w:t>
        <w:br/>
        <w:t>vn 0.5997 0.7105 0.3682</w:t>
        <w:br/>
        <w:t>vn 0.6841 -0.3339 0.6485</w:t>
        <w:br/>
        <w:t>vn 0.6181 -0.1642 0.7687</w:t>
        <w:br/>
        <w:t>vn -0.7709 -0.2237 -0.5964</w:t>
        <w:br/>
        <w:t>vn -0.9456 0.0286 -0.3240</w:t>
        <w:br/>
        <w:t>vn -0.7891 0.0197 -0.6140</w:t>
        <w:br/>
        <w:t>vn -0.9446 -0.0847 0.3171</w:t>
        <w:br/>
        <w:t>vn -0.8689 -0.1809 0.4608</w:t>
        <w:br/>
        <w:t>vn -0.8364 -0.2612 0.4820</w:t>
        <w:br/>
        <w:t>vn -0.8364 -0.2612 0.4819</w:t>
        <w:br/>
        <w:t>vn -0.9905 0.0804 -0.1119</w:t>
        <w:br/>
        <w:t>vn -0.8748 0.2338 -0.4243</w:t>
        <w:br/>
        <w:t>vn -0.6925 0.2869 -0.6619</w:t>
        <w:br/>
        <w:t>vn -0.7662 0.1459 -0.6259</w:t>
        <w:br/>
        <w:t>vn -0.9452 -0.0272 0.3255</w:t>
        <w:br/>
        <w:t>vn -0.7845 -0.0568 0.6175</w:t>
        <w:br/>
        <w:t>vn -0.8771 -0.0740 0.4745</w:t>
        <w:br/>
        <w:t>vn -0.8971 0.0268 0.4410</w:t>
        <w:br/>
        <w:t>vn -0.8437 -0.1426 0.5175</w:t>
        <w:br/>
        <w:t>vn -0.9061 -0.1234 0.4047</w:t>
        <w:br/>
        <w:t>vn -0.8892 -0.2314 0.3947</w:t>
        <w:br/>
        <w:t>vn -0.8084 -0.2221 0.5451</w:t>
        <w:br/>
        <w:t>vn -0.7529 0.2230 0.6192</w:t>
        <w:br/>
        <w:t>vn -0.7553 0.0208 0.6550</w:t>
        <w:br/>
        <w:t>vn -0.7632 0.2036 0.6133</w:t>
        <w:br/>
        <w:t>vn 0.0241 0.8583 -0.5126</w:t>
        <w:br/>
        <w:t>vn 0.0208 0.8158 -0.5779</w:t>
        <w:br/>
        <w:t>vn 0.0207 0.8158 -0.5779</w:t>
        <w:br/>
        <w:t>vn 0.0176 -0.0062 -0.9998</w:t>
        <w:br/>
        <w:t>vn 0.0274 0.0083 -0.9996</w:t>
        <w:br/>
        <w:t>vn 0.0357 0.0093 -0.9993</w:t>
        <w:br/>
        <w:t>vn 0.0048 0.1244 -0.9922</w:t>
        <w:br/>
        <w:t>vn 0.0048 0.1243 -0.9922</w:t>
        <w:br/>
        <w:t>vn -0.0212 0.1291 -0.9914</w:t>
        <w:br/>
        <w:t>vn -0.2867 0.8670 0.4076</w:t>
        <w:br/>
        <w:t>vn -0.1508 0.8776 0.4551</w:t>
        <w:br/>
        <w:t>vn -0.0342 0.9380 0.3450</w:t>
        <w:br/>
        <w:t>vn -0.3280 0.8768 0.3516</w:t>
        <w:br/>
        <w:t>vn -0.8844 0.1475 0.4428</w:t>
        <w:br/>
        <w:t>vn -0.8431 0.2182 0.4915</w:t>
        <w:br/>
        <w:t>vn -0.8702 0.2658 0.4148</w:t>
        <w:br/>
        <w:t>vn -0.8147 0.1301 0.5651</w:t>
        <w:br/>
        <w:t>vn -0.0579 0.9911 -0.1201</w:t>
        <w:br/>
        <w:t>vn -0.3583 0.9336 -0.0023</w:t>
        <w:br/>
        <w:t>vn -0.4385 0.8412 0.3163</w:t>
        <w:br/>
        <w:t>vn -0.5008 0.8596 0.1014</w:t>
        <w:br/>
        <w:t>vn -0.8338 0.1267 0.5373</w:t>
        <w:br/>
        <w:t>vn -0.8124 0.2374 0.5327</w:t>
        <w:br/>
        <w:t>vn -0.8158 -0.1141 0.5670</w:t>
        <w:br/>
        <w:t>vn -0.7916 -0.1753 0.5853</w:t>
        <w:br/>
        <w:t>vn -0.8588 -0.1572 0.4876</w:t>
        <w:br/>
        <w:t>vn -0.9166 -0.0940 0.3885</w:t>
        <w:br/>
        <w:t>vn -0.6342 -0.7393 0.2261</w:t>
        <w:br/>
        <w:t>vn -0.7453 -0.3631 0.5592</w:t>
        <w:br/>
        <w:t>vn -0.7108 -0.3008 0.6359</w:t>
        <w:br/>
        <w:t>vn -0.7023 -0.6824 0.2025</w:t>
        <w:br/>
        <w:t>vn -0.5137 -0.8309 0.2139</w:t>
        <w:br/>
        <w:t>vn -0.4414 -0.8778 0.1861</w:t>
        <w:br/>
        <w:t>vn -0.6815 -0.6131 0.3996</w:t>
        <w:br/>
        <w:t>vn -0.1290 0.3175 -0.9394</w:t>
        <w:br/>
        <w:t>vn 0.0433 0.2112 -0.9765</w:t>
        <w:br/>
        <w:t>vn -0.1751 0.3609 -0.9160</w:t>
        <w:br/>
        <w:t>vn -0.8495 0.2255 0.4770</w:t>
        <w:br/>
        <w:t>vn -0.8254 0.2107 0.5237</w:t>
        <w:br/>
        <w:t>vn -0.6315 0.0010 0.7754</w:t>
        <w:br/>
        <w:t>vn 0.2490 0.0302 0.9680</w:t>
        <w:br/>
        <w:t>vn -0.2304 -0.1514 0.9612</w:t>
        <w:br/>
        <w:t>vn 0.0334 -0.0180 0.9993</w:t>
        <w:br/>
        <w:t>vn 0.3056 0.1178 0.9448</w:t>
        <w:br/>
        <w:t>vn 0.3531 0.2225 0.9088</w:t>
        <w:br/>
        <w:t>vn -0.0680 -0.0305 0.9972</w:t>
        <w:br/>
        <w:t>vn -0.5579 -0.7695 -0.3107</w:t>
        <w:br/>
        <w:t>vn -0.6580 -0.6919 -0.2973</w:t>
        <w:br/>
        <w:t>vn -0.3077 -0.1952 0.9313</w:t>
        <w:br/>
        <w:t>vn -0.1453 -0.0743 0.9866</w:t>
        <w:br/>
        <w:t>vn -0.3786 -0.2386 0.8943</w:t>
        <w:br/>
        <w:t>vn -0.8542 -0.4152 -0.3131</w:t>
        <w:br/>
        <w:t>vn -0.8184 -0.4815 -0.3137</w:t>
        <w:br/>
        <w:t>vn -0.7612 -0.5759 -0.2981</w:t>
        <w:br/>
        <w:t>vn -0.7612 -0.5759 -0.2980</w:t>
        <w:br/>
        <w:t>vn -0.7026 -0.4425 -0.5573</w:t>
        <w:br/>
        <w:t>vn -0.6465 -0.5483 -0.5305</w:t>
        <w:br/>
        <w:t>vn -0.7610 -0.6066 -0.2301</w:t>
        <w:br/>
        <w:t>vn -0.7026 -0.4424 -0.5573</w:t>
        <w:br/>
        <w:t>vn -0.6983 -0.3645 0.6160</w:t>
        <w:br/>
        <w:t>vn -0.7795 -0.3984 0.4834</w:t>
        <w:br/>
        <w:t>vn -0.7587 -0.4557 0.4656</w:t>
        <w:br/>
        <w:t>vn -0.6337 -0.3987 0.6630</w:t>
        <w:br/>
        <w:t>vn 0.4473 0.0991 0.8889</w:t>
        <w:br/>
        <w:t>vn 0.1524 -0.0282 0.9879</w:t>
        <w:br/>
        <w:t>vn -0.1302 -0.0954 0.9869</w:t>
        <w:br/>
        <w:t>vn 0.2475 0.1137 0.9622</w:t>
        <w:br/>
        <w:t>vn -0.4096 -0.8920 -0.1912</w:t>
        <w:br/>
        <w:t>vn -0.3635 -0.9158 -0.1710</w:t>
        <w:br/>
        <w:t>vn -0.2699 -0.0389 0.9621</w:t>
        <w:br/>
        <w:t>vn -0.2516 -0.0800 0.9645</w:t>
        <w:br/>
        <w:t>vn -0.4625 -0.3567 0.8117</w:t>
        <w:br/>
        <w:t>vn -0.1782 0.4005 -0.8988</w:t>
        <w:br/>
        <w:t>vn -0.0664 0.2057 -0.9764</w:t>
        <w:br/>
        <w:t>vn 0.1521 0.1473 -0.9773</w:t>
        <w:br/>
        <w:t>vn -0.8912 0.1416 0.4309</w:t>
        <w:br/>
        <w:t>vn -0.8628 0.2554 0.4363</w:t>
        <w:br/>
        <w:t>vn -0.6392 0.6697 0.3779</w:t>
        <w:br/>
        <w:t>vn -0.5081 0.7980 0.3241</w:t>
        <w:br/>
        <w:t>vn -0.5619 0.8164 0.1330</w:t>
        <w:br/>
        <w:t>vn -0.6824 0.7055 0.1912</w:t>
        <w:br/>
        <w:t>vn -0.7448 0.5228 0.4147</w:t>
        <w:br/>
        <w:t>vn -0.6826 0.4939 0.5386</w:t>
        <w:br/>
        <w:t>vn -0.5965 0.6345 0.4916</w:t>
        <w:br/>
        <w:t>vn 0.5009 0.0751 -0.8622</w:t>
        <w:br/>
        <w:t>vn 0.8028 0.0840 -0.5903</w:t>
        <w:br/>
        <w:t>vn 0.4925 0.1302 -0.8605</w:t>
        <w:br/>
        <w:t>vn 0.3601 0.1094 -0.9265</w:t>
        <w:br/>
        <w:t>vn 0.3821 0.0795 -0.9207</w:t>
        <w:br/>
        <w:t>vn 0.7206 0.4705 -0.5093</w:t>
        <w:br/>
        <w:t>vn 0.7143 0.2892 -0.6373</w:t>
        <w:br/>
        <w:t>vn 0.7472 0.4708 -0.4691</w:t>
        <w:br/>
        <w:t>vn 0.6284 0.1846 -0.7557</w:t>
        <w:br/>
        <w:t>vn 0.7065 0.2203 -0.6726</w:t>
        <w:br/>
        <w:t>vn 0.4852 -0.0899 -0.8698</w:t>
        <w:br/>
        <w:t>vn 0.4473 -0.0024 -0.8944</w:t>
        <w:br/>
        <w:t>vn 0.1234 0.1594 0.9795</w:t>
        <w:br/>
        <w:t>vn -0.1826 -0.1418 0.9729</w:t>
        <w:br/>
        <w:t>vn -0.2136 -0.1383 0.9671</w:t>
        <w:br/>
        <w:t>vn 0.0694 0.1790 0.9814</w:t>
        <w:br/>
        <w:t>vn -0.5699 -0.7559 0.3223</w:t>
        <w:br/>
        <w:t>vn -0.5694 -0.5744 0.5880</w:t>
        <w:br/>
        <w:t>vn -0.6240 -0.7814 0.0108</w:t>
        <w:br/>
        <w:t>vn -0.5333 -0.7817 -0.3234</w:t>
        <w:br/>
        <w:t>vn -0.4814 -0.8445 -0.2346</w:t>
        <w:br/>
        <w:t>vn -0.6131 0.3250 -0.7200</w:t>
        <w:br/>
        <w:t>vn 0.4754 0.0225 -0.8795</w:t>
        <w:br/>
        <w:t>vn 0.9652 0.2461 0.0884</w:t>
        <w:br/>
        <w:t>vn 0.7447 0.2457 -0.6205</w:t>
        <w:br/>
        <w:t>vn 0.7675 0.1502 -0.6232</w:t>
        <w:br/>
        <w:t>vn 0.9760 0.0840 -0.2010</w:t>
        <w:br/>
        <w:t>vn 0.8872 0.4501 -0.1013</w:t>
        <w:br/>
        <w:t>vn 0.8470 0.5247 -0.0855</w:t>
        <w:br/>
        <w:t>vn 0.9297 0.0520 -0.3645</w:t>
        <w:br/>
        <w:t>vn 0.9673 -0.0509 -0.2486</w:t>
        <w:br/>
        <w:t>vn 0.8382 0.5314 -0.1223</w:t>
        <w:br/>
        <w:t>vn 0.8272 0.5206 -0.2116</w:t>
        <w:br/>
        <w:t>vn 0.8334 0.5316 -0.1513</w:t>
        <w:br/>
        <w:t>vn 0.7274 0.3410 -0.5954</w:t>
        <w:br/>
        <w:t>vn 0.8272 0.5205 -0.2116</w:t>
        <w:br/>
        <w:t>vn 0.7978 0.4904 -0.3507</w:t>
        <w:br/>
        <w:t>vn 0.0138 0.0865 -0.9962</w:t>
        <w:br/>
        <w:t>vn 0.0295 0.0460 -0.9985</w:t>
        <w:br/>
        <w:t>vn -0.7575 0.3618 0.5435</w:t>
        <w:br/>
        <w:t>vn -0.8136 0.3930 0.4284</w:t>
        <w:br/>
        <w:t>vn -0.8209 0.3597 0.4436</w:t>
        <w:br/>
        <w:t>vn -0.8616 0.4032 0.3082</w:t>
        <w:br/>
        <w:t>vn -0.8813 0.2891 0.3737</w:t>
        <w:br/>
        <w:t>vn -0.8329 -0.0139 0.5533</w:t>
        <w:br/>
        <w:t>vn -0.9105 0.0047 0.4135</w:t>
        <w:br/>
        <w:t>vn 0.4216 0.1184 -0.8990</w:t>
        <w:br/>
        <w:t>vn -0.6791 -0.2518 0.6895</w:t>
        <w:br/>
        <w:t>vn -0.2658 -0.0258 0.9637</w:t>
        <w:br/>
        <w:t>vn -0.7208 -0.2818 0.6333</w:t>
        <w:br/>
        <w:t>vn -0.3507 0.0927 0.9319</w:t>
        <w:br/>
        <w:t>vn -0.8916 -0.3928 0.2252</w:t>
        <w:br/>
        <w:t>vn -0.8821 -0.3765 0.2831</w:t>
        <w:br/>
        <w:t>vn -0.8408 -0.3817 -0.3840</w:t>
        <w:br/>
        <w:t>vn -0.8863 -0.3959 -0.2404</w:t>
        <w:br/>
        <w:t>vn -0.7224 -0.6911 -0.0228</w:t>
        <w:br/>
        <w:t>vn -0.5931 -0.6656 -0.4530</w:t>
        <w:br/>
        <w:t>vn -0.6093 -0.4748 0.6351</w:t>
        <w:br/>
        <w:t>vn 0.1746 0.1187 0.9775</w:t>
        <w:br/>
        <w:t>vn -0.1617 -0.1207 0.9794</w:t>
        <w:br/>
        <w:t>vn 0.4185 0.0577 -0.9064</w:t>
        <w:br/>
        <w:t>vn 0.7274 0.3410 -0.5955</w:t>
        <w:br/>
        <w:t>vn 0.3728 0.1218 -0.9199</w:t>
        <w:br/>
        <w:t>vn 0.2523 -0.0200 0.9674</w:t>
        <w:br/>
        <w:t>vn 0.2948 -0.0108 0.9555</w:t>
        <w:br/>
        <w:t>vn 0.2949 -0.0108 0.9555</w:t>
        <w:br/>
        <w:t>vn -0.7923 0.5499 0.2644</w:t>
        <w:br/>
        <w:t>vn -0.5024 0.7912 0.3487</w:t>
        <w:br/>
        <w:t>vn 0.8886 0.2761 0.3662</w:t>
        <w:br/>
        <w:t>vn 0.0311 0.7087 -0.7048</w:t>
        <w:br/>
        <w:t>vn -0.7219 -0.0932 0.6857</w:t>
        <w:br/>
        <w:t>vn -0.7610 0.1898 0.6203</w:t>
        <w:br/>
        <w:t>vn -0.6206 -0.3684 0.6921</w:t>
        <w:br/>
        <w:t>vn 0.0479 0.3562 0.9332</w:t>
        <w:br/>
        <w:t>vn -0.4961 0.2416 0.8340</w:t>
        <w:br/>
        <w:t>vn -0.1429 0.5458 0.8257</w:t>
        <w:br/>
        <w:t>vn -0.2283 -0.0670 0.9713</w:t>
        <w:br/>
        <w:t>vn 0.2225 0.0722 0.9722</w:t>
        <w:br/>
        <w:t>vn 0.3848 -0.1174 0.9155</w:t>
        <w:br/>
        <w:t>vn -0.1675 -0.2035 0.9646</w:t>
        <w:br/>
        <w:t>vn 0.2164 -0.1844 0.9587</w:t>
        <w:br/>
        <w:t>vn 0.5991 -0.1148 0.7924</w:t>
        <w:br/>
        <w:t>vn -0.7652 -0.4612 0.4491</w:t>
        <w:br/>
        <w:t>vn 0.1566 0.1619 0.9743</w:t>
        <w:br/>
        <w:t>vn 0.8616 -0.2220 -0.4565</w:t>
        <w:br/>
        <w:t>vn 0.8463 -0.2694 -0.4596</w:t>
        <w:br/>
        <w:t>vn 0.8579 -0.2274 -0.4607</w:t>
        <w:br/>
        <w:t>vn 0.8451 -0.2780 -0.4567</w:t>
        <w:br/>
        <w:t>vn 0.8414 -0.2162 -0.4953</w:t>
        <w:br/>
        <w:t>vn 0.7904 -0.1783 -0.5861</w:t>
        <w:br/>
        <w:t>vn 0.7944 -0.0855 -0.6014</w:t>
        <w:br/>
        <w:t>vn 0.7710 -0.1604 -0.6163</w:t>
        <w:br/>
        <w:t>vn 0.4998 -0.7427 0.4457</w:t>
        <w:br/>
        <w:t>vn 0.4468 -0.7828 0.4331</w:t>
        <w:br/>
        <w:t>vn 0.6761 -0.7009 0.2273</w:t>
        <w:br/>
        <w:t>vn 0.7093 -0.6546 0.2616</w:t>
        <w:br/>
        <w:t>vn 0.5644 -0.6695 0.4830</w:t>
        <w:br/>
        <w:t>vn -0.0436 -0.3662 0.9295</w:t>
        <w:br/>
        <w:t>vn -0.0270 -0.2514 0.9675</w:t>
        <w:br/>
        <w:t>vn -0.3276 -0.1701 0.9294</w:t>
        <w:br/>
        <w:t>vn -0.6833 -0.1708 0.7099</w:t>
        <w:br/>
        <w:t>vn 0.5694 -0.5360 0.6233</w:t>
        <w:br/>
        <w:t>vn 0.7457 -0.5721 0.3416</w:t>
        <w:br/>
        <w:t>vn 0.8437 -0.4440 0.3018</w:t>
        <w:br/>
        <w:t>vn 0.6171 -0.4144 0.6689</w:t>
        <w:br/>
        <w:t>vn 0.7117 -0.6302 0.3102</w:t>
        <w:br/>
        <w:t>vn 0.5705 -0.6119 0.5478</w:t>
        <w:br/>
        <w:t>vn -0.8363 -0.1470 0.5282</w:t>
        <w:br/>
        <w:t>vn -0.8640 -0.1400 0.4836</w:t>
        <w:br/>
        <w:t>vn -0.2935 -0.5065 0.8107</w:t>
        <w:br/>
        <w:t>vn -0.0643 -0.4735 0.8784</w:t>
        <w:br/>
        <w:t>vn -0.8886 -0.1654 0.4279</w:t>
        <w:br/>
        <w:t>vn -0.1630 -0.6393 0.7515</w:t>
        <w:br/>
        <w:t>vn -0.8826 -0.1504 0.4453</w:t>
        <w:br/>
        <w:t>vn -0.0019 -0.1278 0.9918</w:t>
        <w:br/>
        <w:t>vn -0.4295 -0.1454 0.8913</w:t>
        <w:br/>
        <w:t>vn 0.9173 -0.3533 0.1839</w:t>
        <w:br/>
        <w:t>vn 0.7784 0.3842 0.4964</w:t>
        <w:br/>
        <w:t>vn 0.7326 0.5163 0.4435</w:t>
        <w:br/>
        <w:t>vn 0.6934 0.5553 0.4592</w:t>
        <w:br/>
        <w:t>vn -0.4631 0.1622 0.8713</w:t>
        <w:br/>
        <w:t>vn -0.3008 0.2874 0.9093</w:t>
        <w:br/>
        <w:t>vn -0.4351 -0.2037 0.8770</w:t>
        <w:br/>
        <w:t>vn -0.5773 -0.0053 0.8165</w:t>
        <w:br/>
        <w:t>vn 0.3879 0.7473 0.5395</w:t>
        <w:br/>
        <w:t>vn 0.2194 0.7348 0.6418</w:t>
        <w:br/>
        <w:t>vn 0.3388 0.5746 0.7450</w:t>
        <w:br/>
        <w:t>vn 0.4950 0.5830 0.6443</w:t>
        <w:br/>
        <w:t>vn 0.4389 0.3588 0.8238</w:t>
        <w:br/>
        <w:t>vn 0.5889 0.3677 0.7197</w:t>
        <w:br/>
        <w:t>vn 0.0895 -0.7376 0.6693</w:t>
        <w:br/>
        <w:t>vn -0.2444 -0.8555 0.4565</w:t>
        <w:br/>
        <w:t>vn -0.2182 -0.8678 0.4464</w:t>
        <w:br/>
        <w:t>vn 0.3148 0.9459 0.0780</w:t>
        <w:br/>
        <w:t>vn 0.1638 0.9342 0.3168</w:t>
        <w:br/>
        <w:t>vn 0.1611 0.9116 0.3781</w:t>
        <w:br/>
        <w:t>vn 0.2644 0.9147 0.3055</w:t>
        <w:br/>
        <w:t>vn -0.6391 0.7001 -0.3184</w:t>
        <w:br/>
        <w:t>vn -0.6673 0.7436 -0.0424</w:t>
        <w:br/>
        <w:t>vn -0.3127 0.8862 0.3418</w:t>
        <w:br/>
        <w:t>vn 0.4421 0.1008 0.8913</w:t>
        <w:br/>
        <w:t>vn 0.3866 0.3658 0.8466</w:t>
        <w:br/>
        <w:t>vn 0.2866 0.4027 0.8693</w:t>
        <w:br/>
        <w:t>vn 0.3482 0.1658 0.9226</w:t>
        <w:br/>
        <w:t>vn 0.7661 -0.4616 0.4473</w:t>
        <w:br/>
        <w:t>vn 0.8445 -0.4632 0.2687</w:t>
        <w:br/>
        <w:t>vn 0.8734 -0.3669 0.3203</w:t>
        <w:br/>
        <w:t>vn 0.5520 -0.3279 0.7667</w:t>
        <w:br/>
        <w:t>vn -0.2461 -0.2808 0.9277</w:t>
        <w:br/>
        <w:t>vn -0.2262 -0.2535 0.9405</w:t>
        <w:br/>
        <w:t>vn -0.1419 -0.2276 0.9633</w:t>
        <w:br/>
        <w:t>vn -0.2479 -0.3716 0.8947</w:t>
        <w:br/>
        <w:t>vn -0.2479 -0.3717 0.8947</w:t>
        <w:br/>
        <w:t>vn 0.7346 -0.5681 0.3711</w:t>
        <w:br/>
        <w:t>vn 0.7960 -0.5673 0.2111</w:t>
        <w:br/>
        <w:t>vn -0.9586 0.2032 0.1993</w:t>
        <w:br/>
        <w:t>vn -0.9569 0.2071 0.2038</w:t>
        <w:br/>
        <w:t>vn 0.7496 -0.6453 0.1475</w:t>
        <w:br/>
        <w:t>vn 0.6897 -0.6571 0.3041</w:t>
        <w:br/>
        <w:t>vn 0.7290 -0.6740 0.1195</w:t>
        <w:br/>
        <w:t>vn 0.8774 -0.1573 0.4533</w:t>
        <w:br/>
        <w:t>vn 0.3513 -0.0495 0.9350</w:t>
        <w:br/>
        <w:t>vn 0.2358 0.6092 0.7572</w:t>
        <w:br/>
        <w:t>vn 0.9785 -0.1486 0.1431</w:t>
        <w:br/>
        <w:t>vn 0.9788 -0.1529 0.1365</w:t>
        <w:br/>
        <w:t>vn -0.2827 0.1609 0.9456</w:t>
        <w:br/>
        <w:t>vn -0.3587 -0.0008 0.9334</w:t>
        <w:br/>
        <w:t>vn 0.0496 -0.0003 0.9988</w:t>
        <w:br/>
        <w:t>vn 0.0360 0.1965 0.9799</w:t>
        <w:br/>
        <w:t>vn 0.0701 0.4130 0.9080</w:t>
        <w:br/>
        <w:t>vn -0.2115 0.4003 0.8916</w:t>
        <w:br/>
        <w:t>vn -0.4989 0.1101 0.8596</w:t>
        <w:br/>
        <w:t>vn -0.6765 -0.0816 0.7319</w:t>
        <w:br/>
        <w:t>vn -0.4313 0.3817 0.8175</w:t>
        <w:br/>
        <w:t>vn -0.1478 0.6276 0.7644</w:t>
        <w:br/>
        <w:t>vn 0.0844 0.6229 0.7778</w:t>
        <w:br/>
        <w:t>vn -0.8689 -0.1836 0.4598</w:t>
        <w:br/>
        <w:t>vn -0.6600 -0.2521 0.7077</w:t>
        <w:br/>
        <w:t>vn -0.9055 -0.1505 0.3968</w:t>
        <w:br/>
        <w:t>vn 0.0185 0.9317 0.3628</w:t>
        <w:br/>
        <w:t>vn -0.1675 0.9265 -0.3370</w:t>
        <w:br/>
        <w:t>vn -0.3069 0.9437 0.1235</w:t>
        <w:br/>
        <w:t>vn -0.6757 -0.2643 0.6882</w:t>
        <w:br/>
        <w:t>vn -0.7313 -0.2865 0.6190</w:t>
        <w:br/>
        <w:t>vn -0.6146 -0.1657 0.7713</w:t>
        <w:br/>
        <w:t>vn -0.6639 -0.0307 0.7472</w:t>
        <w:br/>
        <w:t>vn -0.8783 0.1030 0.4668</w:t>
        <w:br/>
        <w:t>vn -0.8927 -0.0370 0.4491</w:t>
        <w:br/>
        <w:t>vn -0.5377 -0.2016 0.8187</w:t>
        <w:br/>
        <w:t>vn -0.5512 -0.2205 0.8047</w:t>
        <w:br/>
        <w:t>vn 0.2728 -0.8394 0.4701</w:t>
        <w:br/>
        <w:t>vn 0.2134 -0.8775 0.4295</w:t>
        <w:br/>
        <w:t>vn 0.2135 -0.8775 0.4295</w:t>
        <w:br/>
        <w:t>vn 0.8298 -0.4209 0.3665</w:t>
        <w:br/>
        <w:t>vn 0.7760 -0.4819 0.4069</w:t>
        <w:br/>
        <w:t>vn -0.3326 0.6088 0.7202</w:t>
        <w:br/>
        <w:t>vn -0.1117 0.8752 0.4707</w:t>
        <w:br/>
        <w:t>vn -0.2154 0.7597 0.6136</w:t>
        <w:br/>
        <w:t>vn -0.1066 0.7761 0.6216</w:t>
        <w:br/>
        <w:t>vn -0.0987 0.8739 0.4760</w:t>
        <w:br/>
        <w:t>vn -0.3462 0.7256 0.5947</w:t>
        <w:br/>
        <w:t>vn -0.1824 0.8663 0.4650</w:t>
        <w:br/>
        <w:t>vn -0.3973 0.8637 0.3101</w:t>
        <w:br/>
        <w:t>vn -0.5779 0.7040 0.4128</w:t>
        <w:br/>
        <w:t>vn -0.1023 0.9498 0.2957</w:t>
        <w:br/>
        <w:t>vn 0.0223 -0.1457 0.9891</w:t>
        <w:br/>
        <w:t>vn -0.1419 -0.2277 0.9633</w:t>
        <w:br/>
        <w:t>vn 0.4008 -0.1936 0.8955</w:t>
        <w:br/>
        <w:t>vn 0.8809 -0.2737 0.3862</w:t>
        <w:br/>
        <w:t>vn 0.0304 0.8588 0.5114</w:t>
        <w:br/>
        <w:t>vn 0.0693 0.7643 0.6411</w:t>
        <w:br/>
        <w:t>vn 0.1670 0.8475 0.5038</w:t>
        <w:br/>
        <w:t>vn -0.7717 -0.3165 0.5516</w:t>
        <w:br/>
        <w:t>vn -0.5605 -0.2486 0.7900</w:t>
        <w:br/>
        <w:t>vn -0.1804 0.6792 -0.7114</w:t>
        <w:br/>
        <w:t>vn 0.9021 0.4147 0.1197</w:t>
        <w:br/>
        <w:t>vn 0.8931 0.4249 0.1476</w:t>
        <w:br/>
        <w:t>vn 0.8974 0.2257 0.3792</w:t>
        <w:br/>
        <w:t>vn 0.3862 0.7921 0.4727</w:t>
        <w:br/>
        <w:t>vn -0.9412 -0.1170 0.3171</w:t>
        <w:br/>
        <w:t>vn 0.1822 -0.8878 0.4227</w:t>
        <w:br/>
        <w:t>vn -0.0310 0.7077 -0.7058</w:t>
        <w:br/>
        <w:t>vn 0.1900 0.7110 0.6770</w:t>
        <w:br/>
        <w:t>vn 0.4955 0.6478 0.5787</w:t>
        <w:br/>
        <w:t>vn -0.8621 -0.1947 0.4678</w:t>
        <w:br/>
        <w:t>vn -0.9911 -0.1129 0.0698</w:t>
        <w:br/>
        <w:t>vn -0.9839 -0.1587 0.0823</w:t>
        <w:br/>
        <w:t>vn -0.9631 -0.2489 0.1019</w:t>
        <w:br/>
        <w:t>vn -0.8363 -0.3297 0.4381</w:t>
        <w:br/>
        <w:t>vn -0.1100 0.7074 -0.6982</w:t>
        <w:br/>
        <w:t>vn 0.1322 0.9349 0.3292</w:t>
        <w:br/>
        <w:t>vn 0.0202 0.6206 -0.7838</w:t>
        <w:br/>
        <w:t>vn 0.0541 0.5666 -0.8222</w:t>
        <w:br/>
        <w:t>vn 0.8796 0.4273 0.2092</w:t>
        <w:br/>
        <w:t>vn 0.8527 0.1820 0.4897</w:t>
        <w:br/>
        <w:t>vn 0.0482 -0.6193 0.7837</w:t>
        <w:br/>
        <w:t>vn -0.3029 -0.7755 0.5539</w:t>
        <w:br/>
        <w:t>vn -0.2807 -0.8296 0.4826</w:t>
        <w:br/>
        <w:t>vn 0.0451 -0.7099 0.7029</w:t>
        <w:br/>
        <w:t>vn 0.1701 -0.0911 0.9812</w:t>
        <w:br/>
        <w:t>vn -0.4916 0.5783 0.6511</w:t>
        <w:br/>
        <w:t>vn -0.7077 0.5542 0.4382</w:t>
        <w:br/>
        <w:t>vn 0.5148 -0.6334 0.5778</w:t>
        <w:br/>
        <w:t>vn 0.3666 -0.7421 0.5611</w:t>
        <w:br/>
        <w:t>vn -0.5745 -0.2657 0.7742</w:t>
        <w:br/>
        <w:t>vn -0.6635 0.1347 0.7359</w:t>
        <w:br/>
        <w:t>vn -0.8608 0.2276 0.4551</w:t>
        <w:br/>
        <w:t>vn -0.6048 0.3829 0.6983</w:t>
        <w:br/>
        <w:t>vn -0.8025 0.4025 0.4405</w:t>
        <w:br/>
        <w:t>vn 0.5368 0.7503 0.3860</w:t>
        <w:br/>
        <w:t>vn 0.5997 0.7105 0.3683</w:t>
        <w:br/>
        <w:t>vn 0.3333 0.8566 0.3939</w:t>
        <w:br/>
        <w:t>vn 0.4406 0.8524 0.2815</w:t>
        <w:br/>
        <w:t>vn -0.7502 0.5258 0.4009</w:t>
        <w:br/>
        <w:t>vn -0.5024 0.7912 0.3486</w:t>
        <w:br/>
        <w:t>vn -0.6553 0.6729 0.3432</w:t>
        <w:br/>
        <w:t>vn -0.2167 -0.5107 0.8320</w:t>
        <w:br/>
        <w:t>vn 0.8286 0.5535 -0.0846</w:t>
        <w:br/>
        <w:t>vn 0.8901 0.3800 0.2515</w:t>
        <w:br/>
        <w:t>vn 0.7841 0.6126 -0.1000</w:t>
        <w:br/>
        <w:t>vn 0.4663 0.1236 0.8759</w:t>
        <w:br/>
        <w:t>vn 0.3017 -0.1272 0.9449</w:t>
        <w:br/>
        <w:t>vn 0.4645 -0.0445 0.8845</w:t>
        <w:br/>
        <w:t>vn 0.1803 0.8877 0.4235</w:t>
        <w:br/>
        <w:t>vn 0.7546 0.1844 0.6298</w:t>
        <w:br/>
        <w:t>vn 0.8174 0.2182 0.5331</w:t>
        <w:br/>
        <w:t>vn 0.7159 0.0271 0.6976</w:t>
        <w:br/>
        <w:t>vn 0.8265 0.0849 0.5564</w:t>
        <w:br/>
        <w:t>vn 0.7614 -0.2712 0.5888</w:t>
        <w:br/>
        <w:t>vn 0.8211 -0.2125 0.5298</w:t>
        <w:br/>
        <w:t>vn 0.4881 -0.4669 0.7374</w:t>
        <w:br/>
        <w:t>vn 0.7085 -0.2954 0.6409</w:t>
        <w:br/>
        <w:t>vn 0.7274 -0.3767 0.5736</w:t>
        <w:br/>
        <w:t>vn -0.8095 -0.2813 0.5154</w:t>
        <w:br/>
        <w:t>vn -0.5770 0.3731 0.7266</w:t>
        <w:br/>
        <w:t>vn -0.2315 0.6625 0.7124</w:t>
        <w:br/>
        <w:t>vn -0.1975 0.4781 0.8558</w:t>
        <w:br/>
        <w:t>vn -0.1377 0.6292 0.7649</w:t>
        <w:br/>
        <w:t>vn -0.1975 0.4782 0.8558</w:t>
        <w:br/>
        <w:t>vn -0.0995 0.7102 0.6970</w:t>
        <w:br/>
        <w:t>vn 0.7955 -0.4272 0.4297</w:t>
        <w:br/>
        <w:t>vn -0.0878 0.7359 0.6714</w:t>
        <w:br/>
        <w:t>vn 0.7159 -0.6950 0.0676</w:t>
        <w:br/>
        <w:t>vn 0.7157 -0.6973 0.0393</w:t>
        <w:br/>
        <w:t>vn 0.8018 -0.5502 0.2332</w:t>
        <w:br/>
        <w:t>vn 0.8223 -0.4820 0.3024</w:t>
        <w:br/>
        <w:t>vn 0.7239 -0.6892 -0.0305</w:t>
        <w:br/>
        <w:t>vn -0.8773 -0.3250 0.3531</w:t>
        <w:br/>
        <w:t>vn -0.9432 -0.2447 0.2247</w:t>
        <w:br/>
        <w:t>vn -0.9289 -0.3515 0.1166</w:t>
        <w:br/>
        <w:t>vn -0.7797 -0.2890 0.5555</w:t>
        <w:br/>
        <w:t>vn 0.7492 -0.1660 -0.6411</w:t>
        <w:br/>
        <w:t>vn 0.7493 -0.1660 -0.6411</w:t>
        <w:br/>
        <w:t>vn 0.7235 -0.1305 -0.6779</w:t>
        <w:br/>
        <w:t>vn 0.6322 -0.2101 -0.7458</w:t>
        <w:br/>
        <w:t>vn 0.6709 -0.1167 -0.7323</w:t>
        <w:br/>
        <w:t>vn 0.6883 -0.1138 -0.7164</w:t>
        <w:br/>
        <w:t>vn -0.4539 0.1508 -0.8782</w:t>
        <w:br/>
        <w:t>vn -0.4897 0.3050 -0.8168</w:t>
        <w:br/>
        <w:t>vn -0.4551 0.3439 -0.8213</w:t>
        <w:br/>
        <w:t>vn -0.4552 0.3439 -0.8213</w:t>
        <w:br/>
        <w:t>vn -0.4417 0.4008 -0.8027</w:t>
        <w:br/>
        <w:t>vn -0.4418 0.4844 -0.7551</w:t>
        <w:br/>
        <w:t>vn -0.4372 0.5296 -0.7269</w:t>
        <w:br/>
        <w:t>vn 0.7540 -0.1929 -0.6279</w:t>
        <w:br/>
        <w:t>vn 0.5701 -0.2285 -0.7892</w:t>
        <w:br/>
        <w:t>vn 0.5700 -0.2285 -0.7892</w:t>
        <w:br/>
        <w:t>vn -0.5957 -0.3657 0.7151</w:t>
        <w:br/>
        <w:t>vn -0.9997 0.0107 0.0226</w:t>
        <w:br/>
        <w:t>vn -1.0000 0.0043 -0.0043</w:t>
        <w:br/>
        <w:t>vn -0.9510 0.1738 -0.2557</w:t>
        <w:br/>
        <w:t>vn -0.9986 0.0171 0.0495</w:t>
        <w:br/>
        <w:t>vn -0.9962 0.0186 0.0851</w:t>
        <w:br/>
        <w:t>vn -0.9914 0.0315 0.1271</w:t>
        <w:br/>
        <w:t>vn -0.9902 0.0800 0.1142</w:t>
        <w:br/>
        <w:t>vn -0.8659 0.3585 -0.3489</w:t>
        <w:br/>
        <w:t>vn -0.8885 -0.1654 0.4279</w:t>
        <w:br/>
        <w:t>vn 0.9289 -0.3511 0.1176</w:t>
        <w:br/>
        <w:t>vn 0.2410 -0.1615 0.9570</w:t>
        <w:br/>
        <w:t>vn 0.4094 -0.5899 0.6960</w:t>
        <w:br/>
        <w:t>vn -0.9863 0.0445 0.1586</w:t>
        <w:br/>
        <w:t>vn -0.9739 0.1299 0.1861</w:t>
        <w:br/>
        <w:t>vn -0.9646 0.1762 0.1962</w:t>
        <w:br/>
        <w:t>vn -0.9612 0.1965 0.1937</w:t>
        <w:br/>
        <w:t>vn -0.9894 -0.0120 0.1444</w:t>
        <w:br/>
        <w:t>vn -0.2028 -0.5838 0.7861</w:t>
        <w:br/>
        <w:t>vn 0.8908 -0.4472 0.0801</w:t>
        <w:br/>
        <w:t>vn 0.9247 -0.3717 0.0828</w:t>
        <w:br/>
        <w:t>vn 0.8341 -0.5498 0.0447</w:t>
        <w:br/>
        <w:t>vn 0.9761 -0.2118 0.0495</w:t>
        <w:br/>
        <w:t>vn 0.9865 -0.1581 0.0427</w:t>
        <w:br/>
        <w:t>vn 0.9494 -0.3064 0.0690</w:t>
        <w:br/>
        <w:t>vn 0.7883 -0.6151 -0.0131</w:t>
        <w:br/>
        <w:t>vn -0.5923 -0.7766 0.2146</w:t>
        <w:br/>
        <w:t>vn -0.5588 -0.8093 0.1810</w:t>
        <w:br/>
        <w:t>vn -0.2806 -0.8297 0.4826</w:t>
        <w:br/>
        <w:t>vn -0.3028 -0.7755 0.5539</w:t>
        <w:br/>
        <w:t>vn -0.2443 -0.8554 0.4567</w:t>
        <w:br/>
        <w:t>vn -0.5363 -0.8275 0.1661</w:t>
        <w:br/>
        <w:t>vn -0.8120 -0.5027 0.2967</w:t>
        <w:br/>
        <w:t>vn -0.8367 -0.4562 0.3032</w:t>
        <w:br/>
        <w:t>vn -0.4628 -0.8381 -0.2888</w:t>
        <w:br/>
        <w:t>vn -0.8092 -0.5875 -0.0093</w:t>
        <w:br/>
        <w:t>vn -0.2178 -0.8678 0.4466</w:t>
        <w:br/>
        <w:t>vn -0.4351 -0.2036 0.8771</w:t>
        <w:br/>
        <w:t>vn -0.0855 -0.5923 0.8012</w:t>
        <w:br/>
        <w:t>vn 0.3483 -0.4681 0.8121</w:t>
        <w:br/>
        <w:t>vn -0.1051 -0.6128 0.7832</w:t>
        <w:br/>
        <w:t>vn -0.9737 -0.2275 0.0142</w:t>
        <w:br/>
        <w:t>vn -0.9610 -0.2596 -0.0955</w:t>
        <w:br/>
        <w:t>vn -0.9541 -0.2806 -0.1048</w:t>
        <w:br/>
        <w:t>vn 0.8458 0.2487 0.4719</w:t>
        <w:br/>
        <w:t>vn 0.8012 -0.0642 0.5949</w:t>
        <w:br/>
        <w:t>vn 0.8721 0.0028 0.4894</w:t>
        <w:br/>
        <w:t>vn 0.8273 -0.1763 0.5333</w:t>
        <w:br/>
        <w:t>vn 0.8633 -0.0819 0.4980</w:t>
        <w:br/>
        <w:t>vn -0.9871 -0.1035 -0.1224</w:t>
        <w:br/>
        <w:t>vn 0.8720 0.0028 0.4894</w:t>
        <w:br/>
        <w:t>vn 0.8922 0.1565 0.4237</w:t>
        <w:br/>
        <w:t>vn 0.8214 0.1515 0.5499</w:t>
        <w:br/>
        <w:t>vn 0.8057 0.5843 -0.0976</w:t>
        <w:br/>
        <w:t>vn 0.9706 0.2373 -0.0398</w:t>
        <w:br/>
        <w:t>vn -0.4572 -0.3270 0.8271</w:t>
        <w:br/>
        <w:t>vn -0.5933 -0.3045 0.7452</w:t>
        <w:br/>
        <w:t>vn 0.6065 0.3154 -0.7298</w:t>
        <w:br/>
        <w:t>vn 0.6720 0.1112 -0.7322</w:t>
        <w:br/>
        <w:t>vn 0.1324 -0.3334 -0.9334</w:t>
        <w:br/>
        <w:t>vn -0.1510 -0.2534 -0.9555</w:t>
        <w:br/>
        <w:t>vn 0.2447 -0.5047 -0.8279</w:t>
        <w:br/>
        <w:t>vn 0.6923 0.1149 -0.7124</w:t>
        <w:br/>
        <w:t>vn 0.6049 0.1635 -0.7793</w:t>
        <w:br/>
        <w:t>vn 0.0980 -0.6996 -0.7078</w:t>
        <w:br/>
        <w:t>vn 0.1073 -0.4867 -0.8670</w:t>
        <w:br/>
        <w:t>vn 0.0734 -0.6377 -0.7668</w:t>
        <w:br/>
        <w:t>vn 0.2989 -0.8060 -0.5109</w:t>
        <w:br/>
        <w:t>vn 0.0463 -0.8012 -0.5967</w:t>
        <w:br/>
        <w:t>vn -0.4635 0.1597 -0.8716</w:t>
        <w:br/>
        <w:t>vn -0.4092 0.0474 -0.9112</w:t>
        <w:br/>
        <w:t>vn -0.4472 0.2577 -0.8565</w:t>
        <w:br/>
        <w:t>vn -0.4858 0.2804 -0.8279</w:t>
        <w:br/>
        <w:t>vn -0.8771 -0.3006 -0.3747</w:t>
        <w:br/>
        <w:t>vn -0.7137 -0.3047 -0.6308</w:t>
        <w:br/>
        <w:t>vn -0.4893 -0.7394 -0.4625</w:t>
        <w:br/>
        <w:t>vn -0.7531 -0.5182 -0.4054</w:t>
        <w:br/>
        <w:t>vn -0.4428 -0.1938 -0.8754</w:t>
        <w:br/>
        <w:t>vn -0.4942 -0.1277 -0.8599</w:t>
        <w:br/>
        <w:t>vn -0.1667 -0.0756 -0.9831</w:t>
        <w:br/>
        <w:t>vn 0.9123 0.4095 0.0072</w:t>
        <w:br/>
        <w:t>vn 0.9348 0.3545 0.0220</w:t>
        <w:br/>
        <w:t>vn 0.8771 0.4782 -0.0441</w:t>
        <w:br/>
        <w:t>vn 0.8352 0.4155 -0.3602</w:t>
        <w:br/>
        <w:t>vn 0.7011 0.5417 -0.4637</w:t>
        <w:br/>
        <w:t>vn 0.7328 0.4428 -0.5167</w:t>
        <w:br/>
        <w:t>vn 0.8068 0.5824 -0.0992</w:t>
        <w:br/>
        <w:t>vn 0.7376 0.6643 -0.1208</w:t>
        <w:br/>
        <w:t>vn 0.8019 0.2342 -0.5497</w:t>
        <w:br/>
        <w:t>vn 0.8864 0.1591 -0.4347</w:t>
        <w:br/>
        <w:t>vn 0.9815 0.1225 -0.1470</w:t>
        <w:br/>
        <w:t>vn 0.9697 0.2371 -0.0588</w:t>
        <w:br/>
        <w:t>vn 0.4460 0.0948 -0.8900</w:t>
        <w:br/>
        <w:t>vn 0.4536 0.1085 -0.8846</w:t>
        <w:br/>
        <w:t>vn 0.4619 0.1294 -0.8774</w:t>
        <w:br/>
        <w:t>vn 0.4459 0.0948 -0.8901</w:t>
        <w:br/>
        <w:t>vn 0.4267 0.0903 -0.8999</w:t>
        <w:br/>
        <w:t>vn 0.4069 0.1255 -0.9048</w:t>
        <w:br/>
        <w:t>vn 0.4189 0.1683 -0.8923</w:t>
        <w:br/>
        <w:t>vn 0.5703 0.3460 -0.7450</w:t>
        <w:br/>
        <w:t>vn 0.5123 0.2147 -0.8315</w:t>
        <w:br/>
        <w:t>vn -0.0043 0.2083 0.9781</w:t>
        <w:br/>
        <w:t>vn -0.2516 -0.0799 0.9645</w:t>
        <w:br/>
        <w:t>vn -0.5186 -0.0876 -0.8505</w:t>
        <w:br/>
        <w:t>vn -0.5317 -0.8295 -0.1710</w:t>
        <w:br/>
        <w:t>vn -0.4639 -0.8822 -0.0810</w:t>
        <w:br/>
        <w:t>vn -0.3789 -0.9254 0.0119</w:t>
        <w:br/>
        <w:t>vn -0.7042 -0.3048 0.6413</w:t>
        <w:br/>
        <w:t>vn -0.2304 -0.1514 0.9613</w:t>
        <w:br/>
        <w:t>vn -0.6494 -0.2933 0.7016</w:t>
        <w:br/>
        <w:t>vn -0.5669 -0.2868 0.7722</w:t>
        <w:br/>
        <w:t>vn -0.6120 -0.2892 0.7361</w:t>
        <w:br/>
        <w:t>vn -0.4722 -0.2758 0.8372</w:t>
        <w:br/>
        <w:t>vn -0.0680 -0.0304 0.9972</w:t>
        <w:br/>
        <w:t>vn -0.8407 -0.3817 -0.3840</w:t>
        <w:br/>
        <w:t>vn -0.1667 -0.0757 -0.9831</w:t>
        <w:br/>
        <w:t>vn 0.3747 -0.0759 -0.9240</w:t>
        <w:br/>
        <w:t>vn 0.2734 -0.0587 -0.9601</w:t>
        <w:br/>
        <w:t>vn 0.5642 0.0731 -0.8224</w:t>
        <w:br/>
        <w:t>vn 0.6273 0.1170 -0.7699</w:t>
        <w:br/>
        <w:t>vn 0.6804 0.7224 0.1234</w:t>
        <w:br/>
        <w:t>vn 0.8105 0.5160 -0.2772</w:t>
        <w:br/>
        <w:t>vn 0.8484 0.4957 -0.1858</w:t>
        <w:br/>
        <w:t>vn 0.7219 0.1289 -0.6798</w:t>
        <w:br/>
        <w:t>vn 0.6105 -0.3268 -0.7215</w:t>
        <w:br/>
        <w:t>vn 0.5040 -0.1700 -0.8468</w:t>
        <w:br/>
        <w:t>vn 0.8480 0.3076 -0.4315</w:t>
        <w:br/>
        <w:t>vn 0.6370 -0.3978 -0.6603</w:t>
        <w:br/>
        <w:t>vn 0.8439 0.1535 -0.5140</w:t>
        <w:br/>
        <w:t>vn 0.8659 0.2069 -0.4554</w:t>
        <w:br/>
        <w:t>vn 0.8253 0.2251 -0.5179</w:t>
        <w:br/>
        <w:t>vn 0.8952 0.2440 -0.3728</w:t>
        <w:br/>
        <w:t>vn 0.8179 0.1397 -0.5581</w:t>
        <w:br/>
        <w:t>vn 0.8474 0.1382 -0.5127</w:t>
        <w:br/>
        <w:t>vn 0.9603 0.2789 0.0094</w:t>
        <w:br/>
        <w:t>vn 0.9603 0.2790 0.0093</w:t>
        <w:br/>
        <w:t>vn 0.6482 0.2747 -0.7102</w:t>
        <w:br/>
        <w:t>vn 0.7287 -0.2217 -0.6479</w:t>
        <w:br/>
        <w:t>vn 0.5509 -0.5918 -0.5885</w:t>
        <w:br/>
        <w:t>vn 0.6924 0.1149 -0.7123</w:t>
        <w:br/>
        <w:t>vn 0.2225 -0.0243 -0.9746</w:t>
        <w:br/>
        <w:t>vn 0.5432 0.0395 -0.8387</w:t>
        <w:br/>
        <w:t>vn 0.5922 0.0659 0.8031</w:t>
        <w:br/>
        <w:t>vn 0.8899 0.0810 0.4489</w:t>
        <w:br/>
        <w:t>vn 0.9842 0.0070 -0.1771</w:t>
        <w:br/>
        <w:t>vn 0.9523 -0.0245 -0.3042</w:t>
        <w:br/>
        <w:t>vn 0.2243 0.0710 -0.9719</w:t>
        <w:br/>
        <w:t>vn 0.5539 0.0699 -0.8296</w:t>
        <w:br/>
        <w:t>vn 0.8482 0.0990 -0.5204</w:t>
        <w:br/>
        <w:t>vn 0.8791 0.1376 -0.4564</w:t>
        <w:br/>
        <w:t>vn 0.8819 -0.0262 -0.4706</w:t>
        <w:br/>
        <w:t>vn 0.8863 -0.0363 -0.4616</w:t>
        <w:br/>
        <w:t>vn 0.8466 -0.2263 -0.4818</w:t>
        <w:br/>
        <w:t>vn 0.7842 -0.3933 -0.4799</w:t>
        <w:br/>
        <w:t>vn 0.8317 -0.2382 -0.5015</w:t>
        <w:br/>
        <w:t>vn 0.7973 0.1260 -0.5904</w:t>
        <w:br/>
        <w:t>vn 0.7375 0.0867 -0.6698</w:t>
        <w:br/>
        <w:t>vn 0.9151 -0.0157 -0.4029</w:t>
        <w:br/>
        <w:t>vn 0.8549 0.1450 -0.4981</w:t>
        <w:br/>
        <w:t>vn 0.8955 0.1570 -0.4165</w:t>
        <w:br/>
        <w:t>vn 0.3161 0.0129 0.9486</w:t>
        <w:br/>
        <w:t>vn 0.9599 -0.1925 -0.2039</w:t>
        <w:br/>
        <w:t>vn 0.5457 -0.6347 -0.5472</w:t>
        <w:br/>
        <w:t>vn 0.4166 -0.8571 -0.3029</w:t>
        <w:br/>
        <w:t>vn 0.3564 -0.8803 -0.3133</w:t>
        <w:br/>
        <w:t>vn 0.4992 -0.6682 -0.5517</w:t>
        <w:br/>
        <w:t>vn 0.3593 -0.8788 -0.3141</w:t>
        <w:br/>
        <w:t>vn 0.5559 -0.7756 -0.2991</w:t>
        <w:br/>
        <w:t>vn 0.6378 -0.5429 -0.5463</w:t>
        <w:br/>
        <w:t>vn 0.7465 -0.4206 -0.5156</w:t>
        <w:br/>
        <w:t>vn 0.7342 -0.6181 -0.2808</w:t>
        <w:br/>
        <w:t>vn -0.5447 -0.4180 0.7271</w:t>
        <w:br/>
        <w:t>vn -0.4774 -0.3836 0.7906</w:t>
        <w:br/>
        <w:t>vn -0.6688 -0.0969 0.7371</w:t>
        <w:br/>
        <w:t>vn -0.6906 -0.1154 0.7140</w:t>
        <w:br/>
        <w:t>vn -0.7786 0.2004 0.5947</w:t>
        <w:br/>
        <w:t>vn -0.7584 0.2000 0.6204</w:t>
        <w:br/>
        <w:t>vn -0.0595 0.4783 -0.8762</w:t>
        <w:br/>
        <w:t>vn 0.0093 0.5786 -0.8156</w:t>
        <w:br/>
        <w:t>vn 0.4057 -0.9139 -0.0145</w:t>
        <w:br/>
        <w:t>vn 0.6511 -0.7589 -0.0159</w:t>
        <w:br/>
        <w:t>vn 0.2348 -0.9718 -0.0201</w:t>
        <w:br/>
        <w:t>vn 0.1700 -0.9848 -0.0365</w:t>
        <w:br/>
        <w:t>vn 0.8776 -0.4622 0.1272</w:t>
        <w:br/>
        <w:t>vn 0.9144 -0.3853 -0.1244</w:t>
        <w:br/>
        <w:t>vn 0.9005 -0.4149 -0.1302</w:t>
        <w:br/>
        <w:t>vn 0.0433 0.2111 -0.9765</w:t>
        <w:br/>
        <w:t>vn 0.5227 0.0202 -0.8522</w:t>
        <w:br/>
        <w:t>vn 0.9423 -0.2578 -0.2135</w:t>
        <w:br/>
        <w:t>vn 0.7843 -0.3933 -0.4799</w:t>
        <w:br/>
        <w:t>vn 0.8573 -0.4496 0.2508</w:t>
        <w:br/>
        <w:t>vn -0.5268 -0.7878 -0.3192</w:t>
        <w:br/>
        <w:t>vn -0.2821 -0.1809 0.9422</w:t>
        <w:br/>
        <w:t>vn 0.6867 0.5829 -0.4344</w:t>
        <w:br/>
        <w:t>vn -0.8320 0.1406 -0.5367</w:t>
        <w:br/>
        <w:t>vn -0.5883 0.2682 0.7628</w:t>
        <w:br/>
        <w:t>vn -0.6335 0.3103 0.7088</w:t>
        <w:br/>
        <w:t>vn -0.6005 0.2806 0.7488</w:t>
        <w:br/>
        <w:t>vn -0.8332 0.0697 -0.5486</w:t>
        <w:br/>
        <w:t>vn -0.8431 0.1140 -0.5255</w:t>
        <w:br/>
        <w:t>vn -0.8660 0.0841 -0.4929</w:t>
        <w:br/>
        <w:t>vn 0.7158 -0.6950 0.0676</w:t>
        <w:br/>
        <w:t>vn 0.5814 -0.7982 -0.1579</w:t>
        <w:br/>
        <w:t>vn -0.8562 0.1745 -0.4862</w:t>
        <w:br/>
        <w:t>vn -0.8563 0.1745 -0.4862</w:t>
        <w:br/>
        <w:t>vn -0.8914 0.1424 -0.4302</w:t>
        <w:br/>
        <w:t>vn -0.9235 0.1529 -0.3518</w:t>
        <w:br/>
        <w:t>vn -0.9530 0.1868 -0.2385</w:t>
        <w:br/>
        <w:t>vn -0.9761 0.1138 -0.1851</w:t>
        <w:br/>
        <w:t>vn 0.4643 -0.5878 -0.6625</w:t>
        <w:br/>
        <w:t>vn 0.4613 -0.6753 -0.5755</w:t>
        <w:br/>
        <w:t>vn 0.7239 -0.6892 -0.0304</w:t>
        <w:br/>
        <w:t>vn 0.5053 -0.7841 -0.3604</w:t>
        <w:br/>
        <w:t>vn -0.8636 0.1932 -0.4657</w:t>
        <w:br/>
        <w:t>vn -0.5729 0.2962 0.7642</w:t>
        <w:br/>
        <w:t>vn -0.6223 0.3332 0.7083</w:t>
        <w:br/>
        <w:t>vn -0.5708 0.3090 0.7607</w:t>
        <w:br/>
        <w:t>vn -0.9477 -0.0458 -0.3159</w:t>
        <w:br/>
        <w:t>vn -0.9639 -0.1268 -0.2342</w:t>
        <w:br/>
        <w:t>vn -0.9477 -0.0457 -0.3159</w:t>
        <w:br/>
        <w:t>vn 0.6351 0.3183 -0.7038</w:t>
        <w:br/>
        <w:t>vn -0.4740 0.0221 -0.8803</w:t>
        <w:br/>
        <w:t>vn -0.9495 -0.0898 -0.3006</w:t>
        <w:br/>
        <w:t>vn -0.9150 -0.2010 -0.3499</w:t>
        <w:br/>
        <w:t>vn -0.8635 -0.3498 -0.3632</w:t>
        <w:br/>
        <w:t>vn -0.9660 -0.1715 -0.1937</w:t>
        <w:br/>
        <w:t>vn -0.9210 -0.3727 -0.1132</w:t>
        <w:br/>
        <w:t>vn -0.8831 -0.4469 0.1430</w:t>
        <w:br/>
        <w:t>vn -0.9083 -0.4018 -0.1165</w:t>
        <w:br/>
        <w:t>vn -0.0378 0.2087 -0.9772</w:t>
        <w:br/>
        <w:t>vn -0.5228 0.0202 -0.8522</w:t>
        <w:br/>
        <w:t>vn -0.9520 -0.2392 -0.1909</w:t>
        <w:br/>
        <w:t>vn -0.8604 -0.4347 0.2659</w:t>
        <w:br/>
        <w:t>vn 0.0981 -0.6996 -0.7078</w:t>
        <w:br/>
        <w:t>vn -0.1073 -0.9338 -0.3413</w:t>
        <w:br/>
        <w:t>vn 0.7644 0.0542 -0.6425</w:t>
        <w:br/>
        <w:t>vn -0.5258 0.4499 -0.7218</w:t>
        <w:br/>
        <w:t>vn -0.5369 0.4831 -0.6916</w:t>
        <w:br/>
        <w:t>vn -0.5258 0.4499 -0.7219</w:t>
        <w:br/>
        <w:t>vn -0.5169 0.3832 -0.7655</w:t>
        <w:br/>
        <w:t>vn -0.4959 0.2563 -0.8297</w:t>
        <w:br/>
        <w:t>vn -0.4746 0.1700 -0.8636</w:t>
        <w:br/>
        <w:t>vn -0.5081 0.3091 -0.8039</w:t>
        <w:br/>
        <w:t>vn -0.6468 0.2434 -0.7227</w:t>
        <w:br/>
        <w:t>vn -0.5082 0.3091 -0.8039</w:t>
        <w:br/>
        <w:t>vn -0.7301 0.0332 -0.6825</w:t>
        <w:br/>
        <w:t>vn -0.9142 0.0113 -0.4050</w:t>
        <w:br/>
        <w:t>vn -0.9955 -0.0295 -0.0903</w:t>
        <w:br/>
        <w:t>vn 0.9962 -0.0289 -0.0818</w:t>
        <w:br/>
        <w:t>vn 0.9827 -0.1723 -0.0678</w:t>
        <w:br/>
        <w:t>vn 0.9784 -0.1942 -0.0709</w:t>
        <w:br/>
        <w:t>vn -0.9828 -0.1689 -0.0752</w:t>
        <w:br/>
        <w:t>vn -0.9781 -0.1935 -0.0764</w:t>
        <w:br/>
        <w:t>vn -0.5423 0.4920 -0.6811</w:t>
        <w:br/>
        <w:t>vn 0.4926 -0.1408 0.8588</w:t>
        <w:br/>
        <w:t>vn 0.2500 -0.2734 0.9289</w:t>
        <w:br/>
        <w:t>vn 0.1476 -0.4419 0.8849</w:t>
        <w:br/>
        <w:t>vn 0.5201 -0.1935 0.8319</w:t>
        <w:br/>
        <w:t>vn 0.9107 0.2911 0.2931</w:t>
        <w:br/>
        <w:t>vn 0.9098 0.1925 0.3678</w:t>
        <w:br/>
        <w:t>vn -0.6706 -0.6977 0.2521</w:t>
        <w:br/>
        <w:t>vn -0.7528 -0.5966 0.2780</w:t>
        <w:br/>
        <w:t>vn -0.0718 -0.5409 0.8380</w:t>
        <w:br/>
        <w:t>vn 0.3492 -0.3738 0.8593</w:t>
        <w:br/>
        <w:t>vn 0.2968 -0.2842 0.9117</w:t>
        <w:br/>
        <w:t>vn -0.1739 -0.4148 0.8931</w:t>
        <w:br/>
        <w:t>vn -0.9581 -0.1821 -0.2212</w:t>
        <w:br/>
        <w:t>vn -0.9497 -0.1115 -0.2925</w:t>
        <w:br/>
        <w:t>vn -0.9495 -0.0898 -0.3005</w:t>
        <w:br/>
        <w:t>vn -0.3678 0.1889 -0.9105</w:t>
        <w:br/>
        <w:t>vn -0.4179 0.1985 -0.8865</w:t>
        <w:br/>
        <w:t>vn 0.9380 0.3419 -0.0574</w:t>
        <w:br/>
        <w:t>vn 0.8931 0.4442 -0.0710</w:t>
        <w:br/>
        <w:t>vn -0.3317 0.2045 -0.9210</w:t>
        <w:br/>
        <w:t>vn 0.4714 0.4492 -0.7589</w:t>
        <w:br/>
        <w:t>vn 0.5361 0.3968 -0.7451</w:t>
        <w:br/>
        <w:t>vn 0.9557 -0.2101 0.2062</w:t>
        <w:br/>
        <w:t>vn 0.9719 -0.1666 0.1662</w:t>
        <w:br/>
        <w:t>vn 0.9719 -0.1665 0.1662</w:t>
        <w:br/>
        <w:t>vn 0.9556 -0.2102 0.2063</w:t>
        <w:br/>
        <w:t>vn -0.5060 -0.5774 0.6408</w:t>
        <w:br/>
        <w:t>vn -0.5535 -0.4920 0.6720</w:t>
        <w:br/>
        <w:t>vn -0.7939 -0.4360 0.4238</w:t>
        <w:br/>
        <w:t>vn -0.7505 -0.5074 0.4234</w:t>
        <w:br/>
        <w:t>vn -0.9368 -0.3269 0.1245</w:t>
        <w:br/>
        <w:t>vn -0.9110 -0.3806 0.1586</w:t>
        <w:br/>
        <w:t>vn 0.9453 -0.2313 0.2298</w:t>
        <w:br/>
        <w:t>vn -0.7336 -0.5268 0.4293</w:t>
        <w:br/>
        <w:t>vn 0.4397 0.4597 -0.7716</w:t>
        <w:br/>
        <w:t>vn 0.5837 -0.8016 0.1294</w:t>
        <w:br/>
        <w:t>vn 0.7384 -0.2667 0.6193</w:t>
        <w:br/>
        <w:t>vn 0.7330 -0.2732 0.6230</w:t>
        <w:br/>
        <w:t>vn -0.8460 -0.0354 -0.5320</w:t>
        <w:br/>
        <w:t>vn -0.8549 -0.0148 -0.5186</w:t>
        <w:br/>
        <w:t>vn -0.8718 0.0525 -0.4871</w:t>
        <w:br/>
        <w:t>vn -0.8114 -0.1230 -0.5714</w:t>
        <w:br/>
        <w:t>vn 0.6516 -0.0508 0.7569</w:t>
        <w:br/>
        <w:t>vn -0.6460 0.5862 0.4889</w:t>
        <w:br/>
        <w:t>vn -0.6406 0.6126 0.4631</w:t>
        <w:br/>
        <w:t>vn 0.2191 -0.9546 -0.2017</w:t>
        <w:br/>
        <w:t>vn 0.2534 -0.9444 -0.2094</w:t>
        <w:br/>
        <w:t>vn 0.6014 -0.7977 -0.0439</w:t>
        <w:br/>
        <w:t>vn 0.4813 0.7546 0.4461</w:t>
        <w:br/>
        <w:t>vn -0.6553 0.6729 0.3431</w:t>
        <w:br/>
        <w:t>vn 0.3232 -0.9282 0.1843</w:t>
        <w:br/>
        <w:t>vn 0.3203 -0.9455 0.0592</w:t>
        <w:br/>
        <w:t>vn -0.8310 -0.1939 0.5213</w:t>
        <w:br/>
        <w:t>vn -0.7578 -0.4946 0.4255</w:t>
        <w:br/>
        <w:t>vn -0.7353 -0.4519 0.5051</w:t>
        <w:br/>
        <w:t>vn -0.8111 -0.1291 0.5706</w:t>
        <w:br/>
        <w:t>vn -0.5861 0.4812 0.6518</w:t>
        <w:br/>
        <w:t>vn -0.6038 0.5199 0.6043</w:t>
        <w:br/>
        <w:t>vn -0.3318 0.7619 0.5563</w:t>
        <w:br/>
        <w:t>vn -0.2452 0.7457 0.6195</w:t>
        <w:br/>
        <w:t>vn 0.9325 0.2224 -0.2847</w:t>
        <w:br/>
        <w:t>vn 0.9209 0.2319 -0.3133</w:t>
        <w:br/>
        <w:t>vn -0.7313 0.2095 0.6491</w:t>
        <w:br/>
        <w:t>vn 0.9350 0.2213 -0.2771</w:t>
        <w:br/>
        <w:t>vn 0.3357 -0.9084 0.2493</w:t>
        <w:br/>
        <w:t>vn 0.3303 -0.9439 -0.0003</w:t>
        <w:br/>
        <w:t>vn 0.0850 0.3473 -0.9339</w:t>
        <w:br/>
        <w:t>vn -0.2616 -0.1071 0.9592</w:t>
        <w:br/>
        <w:t>vn 0.6513 -0.0730 0.7553</w:t>
        <w:br/>
        <w:t>vn 0.6599 -0.0777 0.7473</w:t>
        <w:br/>
        <w:t>vn 0.7421 -0.2567 0.6192</w:t>
        <w:br/>
        <w:t>vn 0.7309 -0.2351 0.6407</w:t>
        <w:br/>
        <w:t>vn 0.6411 -0.7538 0.1443</w:t>
        <w:br/>
        <w:t>vn 0.6944 -0.6949 0.1869</w:t>
        <w:br/>
        <w:t>vn 0.3518 -0.9140 -0.2020</w:t>
        <w:br/>
        <w:t>vn 0.4736 -0.8659 -0.1609</w:t>
        <w:br/>
        <w:t>vn -0.7274 -0.2339 -0.6451</w:t>
        <w:br/>
        <w:t>vn -0.8116 -0.0914 -0.5771</w:t>
        <w:br/>
        <w:t>vn -0.7425 -0.1388 -0.6553</w:t>
        <w:br/>
        <w:t>vn -0.5628 -0.3448 -0.7512</w:t>
        <w:br/>
        <w:t>vn -0.8593 0.0773 -0.5056</w:t>
        <w:br/>
        <w:t>vn -0.8695 0.0531 -0.4911</w:t>
        <w:br/>
        <w:t>vn -0.6490 0.5262 0.5495</w:t>
        <w:br/>
        <w:t>vn -0.6427 0.4522 0.6184</w:t>
        <w:br/>
        <w:t>vn -0.6427 0.4523 0.6184</w:t>
        <w:br/>
        <w:t>vn 0.7636 -0.0887 -0.6396</w:t>
        <w:br/>
        <w:t>vn 0.6582 -0.5693 0.4926</w:t>
        <w:br/>
        <w:t>vn -0.5419 -0.1628 0.8245</w:t>
        <w:br/>
        <w:t>vn -0.8665 -0.4439 -0.2283</w:t>
        <w:br/>
        <w:t>vn -0.9107 -0.3648 -0.1938</w:t>
        <w:br/>
        <w:t>vn -0.8886 -0.3428 -0.3047</w:t>
        <w:br/>
        <w:t>vn -0.8412 -0.3447 -0.4166</w:t>
        <w:br/>
        <w:t>vn 0.1300 0.4284 -0.8942</w:t>
        <w:br/>
        <w:t>vn 0.1680 0.4195 -0.8921</w:t>
        <w:br/>
        <w:t>vn 0.6450 -0.0529 0.7624</w:t>
        <w:br/>
        <w:t>vn 0.8040 0.1896 0.5635</w:t>
        <w:br/>
        <w:t>vn 0.8236 0.1881 0.5351</w:t>
        <w:br/>
        <w:t>vn 0.6369 -0.0438 0.7697</w:t>
        <w:br/>
        <w:t>vn 0.4060 -0.2890 0.8670</w:t>
        <w:br/>
        <w:t>vn 0.3586 -0.2694 0.8938</w:t>
        <w:br/>
        <w:t>vn -0.8519 -0.5230 -0.0289</w:t>
        <w:br/>
        <w:t>vn -0.9226 -0.3735 -0.0961</w:t>
        <w:br/>
        <w:t>vn 0.8565 -0.4567 -0.2405</w:t>
        <w:br/>
        <w:t>vn 0.8328 -0.3538 -0.4258</w:t>
        <w:br/>
        <w:t>vn 0.8809 -0.3532 -0.3150</w:t>
        <w:br/>
        <w:t>vn 0.9036 -0.3767 -0.2041</w:t>
        <w:br/>
        <w:t>vn -0.1540 0.4350 -0.8872</w:t>
        <w:br/>
        <w:t>vn -0.1165 0.4427 -0.8891</w:t>
        <w:br/>
        <w:t>vn -0.6482 -0.0550 0.7595</w:t>
        <w:br/>
        <w:t>vn -0.6398 -0.0460 0.7671</w:t>
        <w:br/>
        <w:t>vn -0.8194 0.1926 0.5399</w:t>
        <w:br/>
        <w:t>vn -0.7998 0.1936 0.5681</w:t>
        <w:br/>
        <w:t>vn -0.4176 -0.2970 0.8587</w:t>
        <w:br/>
        <w:t>vn -0.3701 -0.2782 0.8864</w:t>
        <w:br/>
        <w:t>vn 0.9162 -0.3864 -0.1058</w:t>
        <w:br/>
        <w:t>vn 0.8411 -0.5392 -0.0434</w:t>
        <w:br/>
        <w:t>vn -0.9256 -0.3564 -0.1277</w:t>
        <w:br/>
        <w:t>vn 0.9196 -0.3684 -0.1362</w:t>
        <w:br/>
        <w:t>vn -0.8083 -0.3465 -0.4760</w:t>
        <w:br/>
        <w:t>vn -0.7355 -0.4217 -0.5303</w:t>
        <w:br/>
        <w:t>vn 0.0828 0.4797 -0.8735</w:t>
        <w:br/>
        <w:t>vn 0.1494 0.3115 -0.9384</w:t>
        <w:br/>
        <w:t>vn -0.4332 -0.7478 0.5031</w:t>
        <w:br/>
        <w:t>vn -0.5779 -0.6175 0.5336</w:t>
        <w:br/>
        <w:t>vn -0.5779 -0.6176 0.5336</w:t>
        <w:br/>
        <w:t>vn -0.2069 -0.0641 -0.9763</w:t>
        <w:br/>
        <w:t>vn 0.0054 0.0871 -0.9962</w:t>
        <w:br/>
        <w:t>vn -0.9613 -0.1157 -0.2500</w:t>
        <w:br/>
        <w:t>vn -0.9613 -0.1156 -0.2501</w:t>
        <w:br/>
        <w:t>vn -0.9601 0.0693 -0.2711</w:t>
        <w:br/>
        <w:t>vn -0.0445 -0.1293 0.9906</w:t>
        <w:br/>
        <w:t>vn -0.1118 -0.2751 0.9549</w:t>
        <w:br/>
        <w:t>vn -0.0445 -0.1292 0.9906</w:t>
        <w:br/>
        <w:t>vn -0.7224 0.0494 -0.6897</w:t>
        <w:br/>
        <w:t>vn -0.0392 -0.1180 0.9922</w:t>
        <w:br/>
        <w:t>vn 0.7521 0.3192 0.5766</w:t>
        <w:br/>
        <w:t>vn 0.7521 0.3192 0.5765</w:t>
        <w:br/>
        <w:t>vn 0.8113 0.2726 0.5172</w:t>
        <w:br/>
        <w:t>vn 0.9993 -0.0154 0.0352</w:t>
        <w:br/>
        <w:t>vn 0.9695 -0.2407 -0.0471</w:t>
        <w:br/>
        <w:t>vn 0.9433 -0.3267 -0.0589</w:t>
        <w:br/>
        <w:t>vn 0.0808 0.3765 -0.9229</w:t>
        <w:br/>
        <w:t>vn 0.0807 0.3765 -0.9229</w:t>
        <w:br/>
        <w:t>vn 0.0411 0.5614 -0.8265</w:t>
        <w:br/>
        <w:t>vn 0.0411 0.5613 -0.8266</w:t>
        <w:br/>
        <w:t>vn -0.8812 -0.3095 -0.3574</w:t>
        <w:br/>
        <w:t>vn -0.9169 -0.2967 -0.2668</w:t>
        <w:br/>
        <w:t>vn -0.3001 -0.7741 0.5574</w:t>
        <w:br/>
        <w:t>vn -0.2524 -0.5561 0.7919</w:t>
        <w:br/>
        <w:t>vn 0.8958 0.2253 0.3832</w:t>
        <w:br/>
        <w:t>vn 0.9620 0.1754 0.2092</w:t>
        <w:br/>
        <w:t>vn 0.7355 -0.4217 -0.5302</w:t>
        <w:br/>
        <w:t>vn 0.8083 -0.3465 -0.4760</w:t>
        <w:br/>
        <w:t>vn 0.7355 -0.4217 -0.5303</w:t>
        <w:br/>
        <w:t>vn -0.0828 0.4797 -0.8735</w:t>
        <w:br/>
        <w:t>vn -0.1494 0.3115 -0.9384</w:t>
        <w:br/>
        <w:t>vn 0.4332 -0.7478 0.5031</w:t>
        <w:br/>
        <w:t>vn 0.5779 -0.6175 0.5335</w:t>
        <w:br/>
        <w:t>vn 0.5779 -0.6175 0.5336</w:t>
        <w:br/>
        <w:t>vn 0.4332 -0.7478 0.5032</w:t>
        <w:br/>
        <w:t>vn 0.2069 -0.0641 -0.9763</w:t>
        <w:br/>
        <w:t>vn -0.0054 0.0871 -0.9962</w:t>
        <w:br/>
        <w:t>vn 0.9613 -0.1157 -0.2500</w:t>
        <w:br/>
        <w:t>vn 0.9601 0.0693 -0.2711</w:t>
        <w:br/>
        <w:t>vn 0.9613 -0.1156 -0.2500</w:t>
        <w:br/>
        <w:t>vn 0.0445 -0.1293 0.9906</w:t>
        <w:br/>
        <w:t>vn 0.0445 -0.1292 0.9906</w:t>
        <w:br/>
        <w:t>vn 0.1118 -0.2751 0.9549</w:t>
        <w:br/>
        <w:t>vn 0.7224 0.0494 -0.6897</w:t>
        <w:br/>
        <w:t>vn 0.0392 -0.1180 0.9922</w:t>
        <w:br/>
        <w:t>vn -0.7521 0.3192 0.5766</w:t>
        <w:br/>
        <w:t>vn -0.8113 0.2726 0.5172</w:t>
        <w:br/>
        <w:t>vn -0.9993 -0.0154 0.0352</w:t>
        <w:br/>
        <w:t>vn -0.9695 -0.2407 -0.0471</w:t>
        <w:br/>
        <w:t>vn -0.9433 -0.3267 -0.0589</w:t>
        <w:br/>
        <w:t>vn -0.0808 0.3765 -0.9229</w:t>
        <w:br/>
        <w:t>vn -0.0411 0.5613 -0.8266</w:t>
        <w:br/>
        <w:t>vn -0.0411 0.5614 -0.8265</w:t>
        <w:br/>
        <w:t>vn 0.9169 -0.2967 -0.2668</w:t>
        <w:br/>
        <w:t>vn 0.8812 -0.3094 -0.3574</w:t>
        <w:br/>
        <w:t>vn 0.8812 -0.3095 -0.3574</w:t>
        <w:br/>
        <w:t>vn 0.2524 -0.5561 0.7919</w:t>
        <w:br/>
        <w:t>vn 0.3001 -0.7741 0.5574</w:t>
        <w:br/>
        <w:t>vn -0.8958 0.2253 0.3832</w:t>
        <w:br/>
        <w:t>vn -0.9620 0.1754 0.2093</w:t>
        <w:br/>
        <w:t>vn -0.4551 -0.4868 -0.7456</w:t>
        <w:br/>
        <w:t>vn -0.4175 -0.7793 -0.4672</w:t>
        <w:br/>
        <w:t>vn -0.5584 -0.7146 -0.4213</w:t>
        <w:br/>
        <w:t>vn -0.6553 -0.4956 -0.5701</w:t>
        <w:br/>
        <w:t>vn -0.5084 -0.1608 -0.8460</w:t>
        <w:br/>
        <w:t>vn -0.7465 -0.1637 -0.6450</w:t>
        <w:br/>
        <w:t>vn -0.5266 0.1631 -0.8343</w:t>
        <w:br/>
        <w:t>vn -0.7517 0.1975 -0.6292</w:t>
        <w:br/>
        <w:t>vn -0.2837 -0.5359 -0.7952</w:t>
        <w:br/>
        <w:t>vn -0.2578 -0.8375 -0.4818</w:t>
        <w:br/>
        <w:t>vn -0.3207 -0.1914 -0.9277</w:t>
        <w:br/>
        <w:t>vn -0.3517 0.1329 -0.9266</w:t>
        <w:br/>
        <w:t>vn -0.1233 -0.5629 -0.8173</w:t>
        <w:br/>
        <w:t>vn -0.1048 -0.8651 -0.4906</w:t>
        <w:br/>
        <w:t>vn -0.1442 -0.2177 -0.9653</w:t>
        <w:br/>
        <w:t>vn -0.1670 0.1015 -0.9807</w:t>
        <w:br/>
        <w:t>vn -0.0000 -0.8711 -0.4912</w:t>
        <w:br/>
        <w:t>vn 0.0000 -0.5712 -0.8208</w:t>
        <w:br/>
        <w:t>vn 0.0000 -0.2274 -0.9738</w:t>
        <w:br/>
        <w:t>vn 0.0000 0.0884 -0.9961</w:t>
        <w:br/>
        <w:t>vn -0.4944 0.6258 -0.6033</w:t>
        <w:br/>
        <w:t>vn -0.5102 0.5373 -0.6716</w:t>
        <w:br/>
        <w:t>vn -0.6118 0.5896 -0.5274</w:t>
        <w:br/>
        <w:t>vn -0.6875 0.5098 -0.5171</w:t>
        <w:br/>
        <w:t>vn -0.3081 0.7370 -0.6016</w:t>
        <w:br/>
        <w:t>vn -0.3527 0.5727 -0.7400</w:t>
        <w:br/>
        <w:t>vn -0.1577 0.8349 -0.5274</w:t>
        <w:br/>
        <w:t>vn -0.1740 0.6087 -0.7741</w:t>
        <w:br/>
        <w:t>vn 0.0000 0.8409 -0.5411</w:t>
        <w:br/>
        <w:t>vn 0.0000 0.6198 -0.7848</w:t>
        <w:br/>
        <w:t>vn -0.5164 0.3968 -0.7589</w:t>
        <w:br/>
        <w:t>vn -0.6958 0.3962 -0.5991</w:t>
        <w:br/>
        <w:t>vn -0.3670 0.3826 -0.8479</w:t>
        <w:br/>
        <w:t>vn -0.1821 0.3744 -0.9092</w:t>
        <w:br/>
        <w:t>vn 0.0000 0.3702 -0.9290</w:t>
        <w:br/>
        <w:t>vn -0.5485 -0.4544 0.7018</w:t>
        <w:br/>
        <w:t>vn -0.7023 -0.4421 0.5580</w:t>
        <w:br/>
        <w:t>vn -0.6440 -0.6045 0.4689</w:t>
        <w:br/>
        <w:t>vn -0.5269 -0.6840 0.5046</w:t>
        <w:br/>
        <w:t>vn -0.3749 -0.5069 0.7762</w:t>
        <w:br/>
        <w:t>vn -0.3546 -0.7744 0.5239</w:t>
        <w:br/>
        <w:t>vn -0.1922 -0.5654 0.8021</w:t>
        <w:br/>
        <w:t>vn -0.1604 -0.8367 0.5236</w:t>
        <w:br/>
        <w:t>vn -0.0000 -0.8568 0.5157</w:t>
        <w:br/>
        <w:t>vn 0.0000 -0.5951 0.8036</w:t>
        <w:br/>
        <w:t>vn -0.5664 -0.1902 0.8019</w:t>
        <w:br/>
        <w:t>vn -0.7522 -0.2065 0.6258</w:t>
        <w:br/>
        <w:t>vn -0.3538 -0.2015 0.9134</w:t>
        <w:br/>
        <w:t>vn -0.1936 -0.3106 0.9306</w:t>
        <w:br/>
        <w:t>vn 0.0000 -0.3222 0.9467</w:t>
        <w:br/>
        <w:t>vn -0.2353 -0.0679 0.9696</w:t>
        <w:br/>
        <w:t>vn -0.1271 -0.1575 0.9793</w:t>
        <w:br/>
        <w:t>vn -0.5385 0.1789 0.8234</w:t>
        <w:br/>
        <w:t>vn -0.7484 0.1084 0.6543</w:t>
        <w:br/>
        <w:t>vn -0.3337 0.1809 0.9252</w:t>
        <w:br/>
        <w:t>vn -0.1237 0.0949 0.9878</w:t>
        <w:br/>
        <w:t>vn -0.5475 0.6214 0.5605</w:t>
        <w:br/>
        <w:t>vn -0.6743 0.4579 0.5793</w:t>
        <w:br/>
        <w:t>vn -0.4893 0.4128 0.7682</w:t>
        <w:br/>
        <w:t>vn -0.5421 0.3017 0.7842</w:t>
        <w:br/>
        <w:t>vn -0.3377 0.2359 0.9112</w:t>
        <w:br/>
        <w:t>vn -0.4890 0.2181 0.8446</w:t>
        <w:br/>
        <w:t>vn -0.3110 0.2327 0.9215</w:t>
        <w:br/>
        <w:t>vn -0.4759 0.4022 0.7821</w:t>
        <w:br/>
        <w:t>vn -0.6789 0.3822 0.6270</w:t>
        <w:br/>
        <w:t>vn -0.6871 0.3471 0.6383</w:t>
        <w:br/>
        <w:t>vn -0.3285 0.4547 0.8278</w:t>
        <w:br/>
        <w:t>vn -0.3652 0.7024 0.6109</w:t>
        <w:br/>
        <w:t>vn -0.3030 0.3436 0.8889</w:t>
        <w:br/>
        <w:t>vn -0.3091 0.4525 0.8365</w:t>
        <w:br/>
        <w:t>vn -0.2661 0.4593 0.8475</w:t>
        <w:br/>
        <w:t>vn -0.1839 0.4894 0.8524</w:t>
        <w:br/>
        <w:t>vn -0.1661 0.7472 0.6435</w:t>
        <w:br/>
        <w:t>vn -0.0000 0.5362 0.8441</w:t>
        <w:br/>
        <w:t>vn -0.0000 0.7621 0.6475</w:t>
        <w:br/>
        <w:t>vn -0.1982 0.2411 0.9500</w:t>
        <w:br/>
        <w:t>vn 0.0000 0.2892 0.9573</w:t>
        <w:br/>
        <w:t>vn 0.0000 0.4312 0.9023</w:t>
        <w:br/>
        <w:t>vn -0.2002 0.4120 0.8889</w:t>
        <w:br/>
        <w:t>vn -0.1520 0.5846 0.7970</w:t>
        <w:br/>
        <w:t>vn 0.0000 0.5952 0.8035</w:t>
        <w:br/>
        <w:t>vn -0.4298 -0.8937 -0.1285</w:t>
        <w:br/>
        <w:t>vn -0.6346 -0.7652 -0.1084</w:t>
        <w:br/>
        <w:t>vn -0.2574 -0.9543 -0.1515</w:t>
        <w:br/>
        <w:t>vn -0.1002 -0.9814 -0.1639</w:t>
        <w:br/>
        <w:t>vn -0.0000 -0.9858 -0.1678</w:t>
        <w:br/>
        <w:t>vn -0.4899 -0.8524 0.1828</w:t>
        <w:br/>
        <w:t>vn -0.6757 -0.6924 0.2530</w:t>
        <w:br/>
        <w:t>vn -0.3037 -0.9407 0.1509</w:t>
        <w:br/>
        <w:t>vn -0.1217 -0.9835 0.1342</w:t>
        <w:br/>
        <w:t>vn 0.0000 -0.9917 0.1289</w:t>
        <w:br/>
        <w:t>vn -0.6813 0.3617 -0.6363</w:t>
        <w:br/>
        <w:t>vn -0.3592 0.6420 -0.6773</w:t>
        <w:br/>
        <w:t>vn -0.6249 0.2908 -0.7245</w:t>
        <w:br/>
        <w:t>vn -0.2661 0.6251 -0.7338</w:t>
        <w:br/>
        <w:t>vn -0.7316 0.3851 -0.5625</w:t>
        <w:br/>
        <w:t>vn -0.2859 0.7765 -0.5615</w:t>
        <w:br/>
        <w:t>vn -0.1719 0.8757 -0.4512</w:t>
        <w:br/>
        <w:t>vn 0.0105 0.8396 -0.5431</w:t>
        <w:br/>
        <w:t>vn 0.1083 0.9539 -0.2798</w:t>
        <w:br/>
        <w:t>vn -0.1255 0.9624 -0.2408</w:t>
        <w:br/>
        <w:t>vn -0.1343 0.9909 -0.0121</w:t>
        <w:br/>
        <w:t>vn 0.2203 0.9734 -0.0635</w:t>
        <w:br/>
        <w:t>vn 0.0000 0.9675 -0.2530</w:t>
        <w:br/>
        <w:t>vn -0.0000 0.9995 -0.0315</w:t>
        <w:br/>
        <w:t>vn -0.4045 0.8265 0.3915</w:t>
        <w:br/>
        <w:t>vn -0.6055 0.7188 0.3418</w:t>
        <w:br/>
        <w:t>vn -0.1681 0.8900 0.4238</w:t>
        <w:br/>
        <w:t>vn -0.0000 0.9019 0.4320</w:t>
        <w:br/>
        <w:t>vn -0.3289 0.6721 0.6634</w:t>
        <w:br/>
        <w:t>vn -0.5503 0.5198 0.6534</w:t>
        <w:br/>
        <w:t>vn -0.1839 0.9506 0.2499</w:t>
        <w:br/>
        <w:t>vn -0.0000 0.9826 0.1858</w:t>
        <w:br/>
        <w:t>vn -0.2108 0.2041 0.9560</w:t>
        <w:br/>
        <w:t>vn -0.4351 0.0610 0.8983</w:t>
        <w:br/>
        <w:t>vn -0.3605 -0.1201 0.9250</w:t>
        <w:br/>
        <w:t>vn -0.2729 -0.0480 0.9608</w:t>
        <w:br/>
        <w:t>vn 0.0813 0.9682 0.2364</w:t>
        <w:br/>
        <w:t>vn -0.1839 0.9507 0.2499</w:t>
        <w:br/>
        <w:t>vn 0.0000 0.9826 0.1857</w:t>
        <w:br/>
        <w:t>vn -0.7998 0.3658 -0.4760</w:t>
        <w:br/>
        <w:t>vn -0.5725 0.7499 -0.3315</w:t>
        <w:br/>
        <w:t>vn -0.7662 0.4899 -0.4159</w:t>
        <w:br/>
        <w:t>vn -0.8106 0.4284 -0.3993</w:t>
        <w:br/>
        <w:t>vn -0.8583 0.2783 -0.4311</w:t>
        <w:br/>
        <w:t>vn -0.7188 0.5669 -0.4024</w:t>
        <w:br/>
        <w:t>vn -0.9719 0.2345 -0.0200</w:t>
        <w:br/>
        <w:t>vn -0.9404 0.3400 -0.0067</w:t>
        <w:br/>
        <w:t>vn -0.9127 0.4086 -0.0050</w:t>
        <w:br/>
        <w:t>vn -0.9788 0.2046 -0.0052</w:t>
        <w:br/>
        <w:t>vn -0.9774 0.2113 -0.0091</w:t>
        <w:br/>
        <w:t>vn -0.7954 -0.5511 -0.2523</w:t>
        <w:br/>
        <w:t>vn -0.8184 -0.5741 0.0258</w:t>
        <w:br/>
        <w:t>vn -0.8943 -0.2965 -0.3350</w:t>
        <w:br/>
        <w:t>vn -0.9404 -0.3389 0.0283</w:t>
        <w:br/>
        <w:t>vn -0.8905 -0.0243 -0.4544</w:t>
        <w:br/>
        <w:t>vn -0.8648 0.2458 -0.4378</w:t>
        <w:br/>
        <w:t>vn -0.1174 0.9359 -0.3320</w:t>
        <w:br/>
        <w:t>vn -0.1274 0.9897 -0.0655</w:t>
        <w:br/>
        <w:t>vn -0.1275 0.9897 -0.0656</w:t>
        <w:br/>
        <w:t>vn -0.7897 -0.4659 0.3992</w:t>
        <w:br/>
        <w:t>vn -0.8600 -0.2334 0.4538</w:t>
        <w:br/>
        <w:t>vn -0.8688 0.0517 0.4924</w:t>
        <w:br/>
        <w:t>vn -0.8150 -0.5290 0.2365</w:t>
        <w:br/>
        <w:t>vn -0.9072 -0.2961 0.2989</w:t>
        <w:br/>
        <w:t>vn -0.9077 0.1107 0.4048</w:t>
        <w:br/>
        <w:t>vn -0.9928 0.1176 0.0233</w:t>
        <w:br/>
        <w:t>vn -0.9763 -0.2154 0.0205</w:t>
        <w:br/>
        <w:t>vn -0.6940 0.5511 0.4633</w:t>
        <w:br/>
        <w:t>vn -0.3296 0.8683 0.3708</w:t>
        <w:br/>
        <w:t>vn -0.5335 0.7653 0.3600</w:t>
        <w:br/>
        <w:t>vn -0.2118 0.9369 0.2780</w:t>
        <w:br/>
        <w:t>vn -0.8049 0.3465 0.4818</w:t>
        <w:br/>
        <w:t>vn -0.7087 0.3457 0.6150</w:t>
        <w:br/>
        <w:t>vn -0.8869 0.2139 0.4094</w:t>
        <w:br/>
        <w:t>vn -0.8511 0.3895 0.3520</w:t>
        <w:br/>
        <w:t>vn -0.7806 0.4184 0.4643</w:t>
        <w:br/>
        <w:t>vn -0.7565 0.5326 0.3795</w:t>
        <w:br/>
        <w:t>vn -0.7564 0.5327 0.3795</w:t>
        <w:br/>
        <w:t>vn -0.0172 0.9999 0.0016</w:t>
        <w:br/>
        <w:t>vn -0.8459 0.3004 0.4407</w:t>
        <w:br/>
        <w:t>vn -0.9050 0.2536 0.3415</w:t>
        <w:br/>
        <w:t>vn -0.7667 0.5350 0.3550</w:t>
        <w:br/>
        <w:t>vn -0.9660 0.2586 0.0009</w:t>
        <w:br/>
        <w:t>vn 0.2131 0.8434 -0.4932</w:t>
        <w:br/>
        <w:t>vn -0.6199 -0.0444 0.7834</w:t>
        <w:br/>
        <w:t>vn -0.4339 -0.1478 0.8887</w:t>
        <w:br/>
        <w:t>vn -0.8724 0.3300 -0.3605</w:t>
        <w:br/>
        <w:t>vn -0.9339 -0.1634 -0.3179</w:t>
        <w:br/>
        <w:t>vn -0.9067 -0.0184 -0.4213</w:t>
        <w:br/>
        <w:t>vn -0.8433 0.0232 -0.5370</w:t>
        <w:br/>
        <w:t>vn 0.4715 0.8660 -0.1666</w:t>
        <w:br/>
        <w:t>vn 0.1584 0.9413 -0.2981</w:t>
        <w:br/>
        <w:t>vn -0.7060 -0.0212 0.7079</w:t>
        <w:br/>
        <w:t>vn -0.6173 0.3377 0.7105</w:t>
        <w:br/>
        <w:t>vn -0.4723 0.0023 0.8815</w:t>
        <w:br/>
        <w:t>vn -0.6815 -0.0303 0.7312</w:t>
        <w:br/>
        <w:t>vn -0.2989 -0.1663 0.9397</w:t>
        <w:br/>
        <w:t>vn -0.1784 0.1167 0.9770</w:t>
        <w:br/>
        <w:t>vn 0.1385 0.4009 0.9056</w:t>
        <w:br/>
        <w:t>vn 0.0778 0.3684 0.9264</w:t>
        <w:br/>
        <w:t>vn 0.0813 0.9683 0.2364</w:t>
        <w:br/>
        <w:t>vn -0.7345 0.5455 -0.4037</w:t>
        <w:br/>
        <w:t>vn -0.8604 0.2568 -0.4401</w:t>
        <w:br/>
        <w:t>vn 0.1403 0.9790 -0.1481</w:t>
        <w:br/>
        <w:t>vn 0.3894 0.9159 -0.0971</w:t>
        <w:br/>
        <w:t>vn -0.2186 0.0082 0.9758</w:t>
        <w:br/>
        <w:t>vn -0.6573 -0.0557 0.7515</w:t>
        <w:br/>
        <w:t>vn -0.4363 -0.0980 0.8945</w:t>
        <w:br/>
        <w:t>vn -0.0636 0.3031 0.9508</w:t>
        <w:br/>
        <w:t>vn 0.5873 0.8093 0.0004</w:t>
        <w:br/>
        <w:t>vn -0.2366 0.9117 -0.3359</w:t>
        <w:br/>
        <w:t>vn 0.1369 0.9906 -0.0050</w:t>
        <w:br/>
        <w:t>vn 0.1525 0.9760 -0.1553</w:t>
        <w:br/>
        <w:t>vn 0.0771 0.9171 -0.3912</w:t>
        <w:br/>
        <w:t>vn -0.8859 0.3186 0.3372</w:t>
        <w:br/>
        <w:t>vn -0.7668 0.5349 0.3549</w:t>
        <w:br/>
        <w:t>vn -0.3438 0.1307 0.9299</w:t>
        <w:br/>
        <w:t>vn -0.3251 0.1950 0.9254</w:t>
        <w:br/>
        <w:t>vn -0.3701 0.0973 0.9239</w:t>
        <w:br/>
        <w:t>vn -0.4455 0.0942 0.8903</w:t>
        <w:br/>
        <w:t>vn -0.4120 0.3060 0.8583</w:t>
        <w:br/>
        <w:t>vn -0.2481 0.5101 0.8236</w:t>
        <w:br/>
        <w:t>vn -0.2853 0.5004 0.8174</w:t>
        <w:br/>
        <w:t>vn -0.2493 0.5104 0.8230</w:t>
        <w:br/>
        <w:t>vn -0.2553 0.2178 0.9420</w:t>
        <w:br/>
        <w:t>vn -0.4379 0.3368 0.8336</w:t>
        <w:br/>
        <w:t>vn -0.4052 0.4251 0.8094</w:t>
        <w:br/>
        <w:t>vn -0.2886 0.2518 0.9238</w:t>
        <w:br/>
        <w:t>vn -0.4744 0.1239 0.8715</w:t>
        <w:br/>
        <w:t>vn -0.1128 0.4358 0.8929</w:t>
        <w:br/>
        <w:t>vn -0.2442 0.4611 0.8531</w:t>
        <w:br/>
        <w:t>vn -0.2569 0.4766 0.8407</w:t>
        <w:br/>
        <w:t>vn -0.2259 0.5420 0.8095</w:t>
        <w:br/>
        <w:t>vn -0.3298 0.5344 0.7782</w:t>
        <w:br/>
        <w:t>vn -0.5564 0.3166 0.7682</w:t>
        <w:br/>
        <w:t>vn -0.6120 0.0442 0.7896</w:t>
        <w:br/>
        <w:t>vn -0.5086 -0.0455 0.8598</w:t>
        <w:br/>
        <w:t>vn -0.4185 -0.0443 0.9071</w:t>
        <w:br/>
        <w:t>vn -0.3515 0.1275 0.9275</w:t>
        <w:br/>
        <w:t>vn -0.3469 -0.0660 0.9356</w:t>
        <w:br/>
        <w:t>vn -0.2711 -0.0705 0.9600</w:t>
        <w:br/>
        <w:t>vn -0.5123 0.3106 0.8007</w:t>
        <w:br/>
        <w:t>vn -0.2303 0.1986 0.9526</w:t>
        <w:br/>
        <w:t>vn -0.4426 0.4790 0.7580</w:t>
        <w:br/>
        <w:t>vn -0.5322 0.0797 0.8429</w:t>
        <w:br/>
        <w:t>vn -0.4590 -0.1590 0.8741</w:t>
        <w:br/>
        <w:t>vn -0.3540 -0.3183 0.8794</w:t>
        <w:br/>
        <w:t>vn -0.3084 -0.3439 0.8869</w:t>
        <w:br/>
        <w:t>vn -0.2018 -0.2851 0.9370</w:t>
        <w:br/>
        <w:t>vn -0.0012 -0.1366 0.9906</w:t>
        <w:br/>
        <w:t>vn 0.1491 0.0644 0.9867</w:t>
        <w:br/>
        <w:t>vn 0.1804 0.2490 0.9516</w:t>
        <w:br/>
        <w:t>vn 0.1095 0.4302 0.8961</w:t>
        <w:br/>
        <w:t>vn -0.0413 0.5769 0.8158</w:t>
        <w:br/>
        <w:t>vn -0.2094 0.6107 0.7636</w:t>
        <w:br/>
        <w:t>vn -0.3457 0.5636 0.7502</w:t>
        <w:br/>
        <w:t>vn -0.6816 0.4077 0.6076</w:t>
        <w:br/>
        <w:t>vn -0.5310 0.6619 0.5291</w:t>
        <w:br/>
        <w:t>vn -0.4051 0.4252 0.8094</w:t>
        <w:br/>
        <w:t>vn -0.4379 0.3367 0.8336</w:t>
        <w:br/>
        <w:t>vn -0.4745 0.1240 0.8715</w:t>
        <w:br/>
        <w:t>vn -0.7439 -0.0421 0.6670</w:t>
        <w:br/>
        <w:t>vn -0.5849 -0.6302 0.5106</w:t>
        <w:br/>
        <w:t>vn -0.5667 -0.5044 0.6515</w:t>
        <w:br/>
        <w:t>vn -0.2813 -0.8499 0.4455</w:t>
        <w:br/>
        <w:t>vn -0.3202 -0.7331 0.6000</w:t>
        <w:br/>
        <w:t>vn -0.2968 -0.8110 0.5041</w:t>
        <w:br/>
        <w:t>vn -0.3007 -0.7208 0.6245</w:t>
        <w:br/>
        <w:t>vn -0.2244 -0.6936 0.6845</w:t>
        <w:br/>
        <w:t>vn -0.2030 -0.6133 0.7633</w:t>
        <w:br/>
        <w:t>vn 0.1814 -0.4936 0.8506</w:t>
        <w:br/>
        <w:t>vn 0.1430 -0.4106 0.9006</w:t>
        <w:br/>
        <w:t>vn 0.5150 -0.1373 0.8461</w:t>
        <w:br/>
        <w:t>vn 0.4209 -0.0913 0.9025</w:t>
        <w:br/>
        <w:t>vn 0.5941 0.2363 0.7689</w:t>
        <w:br/>
        <w:t>vn 0.4831 0.2398 0.8421</w:t>
        <w:br/>
        <w:t>vn 0.3414 0.5649 0.7512</w:t>
        <w:br/>
        <w:t>vn 0.4174 0.6096 0.6739</w:t>
        <w:br/>
        <w:t>vn 0.0789 0.7863 0.6127</w:t>
        <w:br/>
        <w:t>vn 0.1166 0.8396 0.5306</w:t>
        <w:br/>
        <w:t>vn -0.1734 0.8329 0.5255</w:t>
        <w:br/>
        <w:t>vn -0.1518 0.8862 0.4378</w:t>
        <w:br/>
        <w:t>vn -0.3757 0.7752 0.5078</w:t>
        <w:br/>
        <w:t>vn -0.3748 0.8284 0.4163</w:t>
        <w:br/>
        <w:t>vn -0.2586 0.3058 0.9163</w:t>
        <w:br/>
        <w:t>vn -0.0933 0.2651 0.9597</w:t>
        <w:br/>
        <w:t>vn 0.0000 0.1328 0.9911</w:t>
        <w:br/>
        <w:t>vn -0.0308 0.0710 0.9970</w:t>
        <w:br/>
        <w:t>vn -0.0000 0.1183 0.9930</w:t>
        <w:br/>
        <w:t>vn -0.1970 0.0940 0.9759</w:t>
        <w:br/>
        <w:t>vn -0.0000 -0.1323 0.9912</w:t>
        <w:br/>
        <w:t>vn -0.0000 0.1332 0.9911</w:t>
        <w:br/>
        <w:t>vn 0.4551 -0.4868 -0.7456</w:t>
        <w:br/>
        <w:t>vn 0.6553 -0.4956 -0.5701</w:t>
        <w:br/>
        <w:t>vn 0.5584 -0.7146 -0.4213</w:t>
        <w:br/>
        <w:t>vn 0.4175 -0.7793 -0.4672</w:t>
        <w:br/>
        <w:t>vn 0.5084 -0.1607 -0.8460</w:t>
        <w:br/>
        <w:t>vn 0.7465 -0.1637 -0.6450</w:t>
        <w:br/>
        <w:t>vn 0.5266 0.1631 -0.8343</w:t>
        <w:br/>
        <w:t>vn 0.7517 0.1975 -0.6292</w:t>
        <w:br/>
        <w:t>vn 0.2837 -0.5360 -0.7951</w:t>
        <w:br/>
        <w:t>vn 0.2578 -0.8375 -0.4818</w:t>
        <w:br/>
        <w:t>vn 0.3208 -0.1914 -0.9276</w:t>
        <w:br/>
        <w:t>vn 0.3517 0.1329 -0.9266</w:t>
        <w:br/>
        <w:t>vn 0.1233 -0.5629 -0.8173</w:t>
        <w:br/>
        <w:t>vn 0.1048 -0.8651 -0.4906</w:t>
        <w:br/>
        <w:t>vn 0.1442 -0.2177 -0.9653</w:t>
        <w:br/>
        <w:t>vn 0.1670 0.1015 -0.9807</w:t>
        <w:br/>
        <w:t>vn 0.4944 0.6258 -0.6032</w:t>
        <w:br/>
        <w:t>vn 0.6875 0.5098 -0.5171</w:t>
        <w:br/>
        <w:t>vn 0.6118 0.5896 -0.5273</w:t>
        <w:br/>
        <w:t>vn 0.5102 0.5373 -0.6716</w:t>
        <w:br/>
        <w:t>vn 0.3081 0.7370 -0.6016</w:t>
        <w:br/>
        <w:t>vn 0.3527 0.5727 -0.7400</w:t>
        <w:br/>
        <w:t>vn 0.1577 0.8349 -0.5273</w:t>
        <w:br/>
        <w:t>vn 0.1740 0.6087 -0.7741</w:t>
        <w:br/>
        <w:t>vn 0.6958 0.3962 -0.5991</w:t>
        <w:br/>
        <w:t>vn 0.5164 0.3968 -0.7589</w:t>
        <w:br/>
        <w:t>vn 0.3670 0.3826 -0.8479</w:t>
        <w:br/>
        <w:t>vn 0.1821 0.3744 -0.9092</w:t>
        <w:br/>
        <w:t>vn 0.5486 -0.4544 0.7018</w:t>
        <w:br/>
        <w:t>vn 0.5269 -0.6840 0.5045</w:t>
        <w:br/>
        <w:t>vn 0.6440 -0.6045 0.4689</w:t>
        <w:br/>
        <w:t>vn 0.7023 -0.4421 0.5580</w:t>
        <w:br/>
        <w:t>vn 0.3749 -0.5069 0.7762</w:t>
        <w:br/>
        <w:t>vn 0.3546 -0.7744 0.5239</w:t>
        <w:br/>
        <w:t>vn 0.1922 -0.5654 0.8021</w:t>
        <w:br/>
        <w:t>vn 0.1604 -0.8367 0.5236</w:t>
        <w:br/>
        <w:t>vn 0.5664 -0.1902 0.8019</w:t>
        <w:br/>
        <w:t>vn 0.7522 -0.2066 0.6258</w:t>
        <w:br/>
        <w:t>vn 0.3537 -0.2015 0.9134</w:t>
        <w:br/>
        <w:t>vn 0.1936 -0.3106 0.9306</w:t>
        <w:br/>
        <w:t>vn 0.2353 -0.0679 0.9696</w:t>
        <w:br/>
        <w:t>vn 0.1271 -0.1575 0.9793</w:t>
        <w:br/>
        <w:t>vn 0.7484 0.1084 0.6543</w:t>
        <w:br/>
        <w:t>vn 0.5385 0.1789 0.8234</w:t>
        <w:br/>
        <w:t>vn 0.3337 0.1809 0.9252</w:t>
        <w:br/>
        <w:t>vn 0.1237 0.0948 0.9878</w:t>
        <w:br/>
        <w:t>vn 0.5475 0.6214 0.5605</w:t>
        <w:br/>
        <w:t>vn 0.4895 0.4132 0.7679</w:t>
        <w:br/>
        <w:t>vn 0.6743 0.4579 0.5793</w:t>
        <w:br/>
        <w:t>vn 0.3384 0.2361 0.9109</w:t>
        <w:br/>
        <w:t>vn 0.5425 0.3014 0.7841</w:t>
        <w:br/>
        <w:t>vn 0.4887 0.2190 0.8445</w:t>
        <w:br/>
        <w:t>vn 0.3119 0.2320 0.9213</w:t>
        <w:br/>
        <w:t>vn 0.6789 0.3822 0.6270</w:t>
        <w:br/>
        <w:t>vn 0.4759 0.4023 0.7821</w:t>
        <w:br/>
        <w:t>vn 0.6871 0.3471 0.6383</w:t>
        <w:br/>
        <w:t>vn 0.3652 0.7024 0.6109</w:t>
        <w:br/>
        <w:t>vn 0.3280 0.4552 0.8278</w:t>
        <w:br/>
        <w:t>vn 0.3035 0.3452 0.8881</w:t>
        <w:br/>
        <w:t>vn 0.2677 0.4595 0.8469</w:t>
        <w:br/>
        <w:t>vn 0.3096 0.4523 0.8364</w:t>
        <w:br/>
        <w:t>vn 0.1660 0.7472 0.6435</w:t>
        <w:br/>
        <w:t>vn 0.1840 0.4893 0.8525</w:t>
        <w:br/>
        <w:t>vn 0.1983 0.2411 0.9500</w:t>
        <w:br/>
        <w:t>vn 0.1520 0.5846 0.7969</w:t>
        <w:br/>
        <w:t>vn 0.2002 0.4120 0.8889</w:t>
        <w:br/>
        <w:t>vn 0.4298 -0.8937 -0.1285</w:t>
        <w:br/>
        <w:t>vn 0.6346 -0.7652 -0.1084</w:t>
        <w:br/>
        <w:t>vn 0.2574 -0.9543 -0.1515</w:t>
        <w:br/>
        <w:t>vn 0.1002 -0.9814 -0.1639</w:t>
        <w:br/>
        <w:t>vn 0.4899 -0.8524 0.1828</w:t>
        <w:br/>
        <w:t>vn 0.6757 -0.6924 0.2530</w:t>
        <w:br/>
        <w:t>vn 0.3037 -0.9407 0.1509</w:t>
        <w:br/>
        <w:t>vn 0.1217 -0.9835 0.1342</w:t>
        <w:br/>
        <w:t>vn 0.3592 0.6420 -0.6773</w:t>
        <w:br/>
        <w:t>vn 0.6814 0.3618 -0.6363</w:t>
        <w:br/>
        <w:t>vn 0.2661 0.6251 -0.7338</w:t>
        <w:br/>
        <w:t>vn 0.6249 0.2908 -0.7245</w:t>
        <w:br/>
        <w:t>vn 0.2859 0.7765 -0.5615</w:t>
        <w:br/>
        <w:t>vn 0.7316 0.3851 -0.5625</w:t>
        <w:br/>
        <w:t>vn 0.1719 0.8757 -0.4512</w:t>
        <w:br/>
        <w:t>vn -0.1083 0.9539 -0.2798</w:t>
        <w:br/>
        <w:t>vn -0.0105 0.8396 -0.5431</w:t>
        <w:br/>
        <w:t>vn 0.1255 0.9624 -0.2408</w:t>
        <w:br/>
        <w:t>vn 0.1342 0.9909 -0.0121</w:t>
        <w:br/>
        <w:t>vn -0.2203 0.9734 -0.0635</w:t>
        <w:br/>
        <w:t>vn 0.4045 0.8265 0.3915</w:t>
        <w:br/>
        <w:t>vn 0.6055 0.7188 0.3417</w:t>
        <w:br/>
        <w:t>vn 0.1681 0.8900 0.4238</w:t>
        <w:br/>
        <w:t>vn 0.3289 0.6721 0.6634</w:t>
        <w:br/>
        <w:t>vn 0.5504 0.5198 0.6534</w:t>
        <w:br/>
        <w:t>vn 0.1839 0.9506 0.2500</w:t>
        <w:br/>
        <w:t>vn 0.2107 0.2042 0.9560</w:t>
        <w:br/>
        <w:t>vn 0.2729 -0.0480 0.9608</w:t>
        <w:br/>
        <w:t>vn 0.3605 -0.1201 0.9250</w:t>
        <w:br/>
        <w:t>vn 0.4350 0.0610 0.8983</w:t>
        <w:br/>
        <w:t>vn 0.1839 0.9507 0.2499</w:t>
        <w:br/>
        <w:t>vn -0.0812 0.9682 0.2365</w:t>
        <w:br/>
        <w:t>vn 0.7998 0.3657 -0.4760</w:t>
        <w:br/>
        <w:t>vn 0.5725 0.7499 -0.3315</w:t>
        <w:br/>
        <w:t>vn 0.8106 0.4284 -0.3993</w:t>
        <w:br/>
        <w:t>vn 0.7662 0.4899 -0.4159</w:t>
        <w:br/>
        <w:t>vn 0.8583 0.2783 -0.4311</w:t>
        <w:br/>
        <w:t>vn 0.7188 0.5669 -0.4025</w:t>
        <w:br/>
        <w:t>vn 0.9404 0.3400 -0.0067</w:t>
        <w:br/>
        <w:t>vn 0.9719 0.2345 -0.0200</w:t>
        <w:br/>
        <w:t>vn 0.9127 0.4086 -0.0050</w:t>
        <w:br/>
        <w:t>vn 0.9774 0.2113 -0.0091</w:t>
        <w:br/>
        <w:t>vn 0.9788 0.2046 -0.0052</w:t>
        <w:br/>
        <w:t>vn 0.7954 -0.5511 -0.2523</w:t>
        <w:br/>
        <w:t>vn 0.8184 -0.5741 0.0258</w:t>
        <w:br/>
        <w:t>vn 0.8943 -0.2965 -0.3350</w:t>
        <w:br/>
        <w:t>vn 0.9404 -0.3389 0.0283</w:t>
        <w:br/>
        <w:t>vn 0.8648 0.2458 -0.4378</w:t>
        <w:br/>
        <w:t>vn 0.8905 -0.0243 -0.4544</w:t>
        <w:br/>
        <w:t>vn 0.1174 0.9359 -0.3321</w:t>
        <w:br/>
        <w:t>vn 0.1275 0.9897 -0.0656</w:t>
        <w:br/>
        <w:t>vn 0.1274 0.9897 -0.0655</w:t>
        <w:br/>
        <w:t>vn 0.7897 -0.4659 0.3992</w:t>
        <w:br/>
        <w:t>vn 0.8600 -0.2334 0.4538</w:t>
        <w:br/>
        <w:t>vn 0.8688 0.0516 0.4924</w:t>
        <w:br/>
        <w:t>vn 0.8150 -0.5290 0.2365</w:t>
        <w:br/>
        <w:t>vn 0.9072 -0.2961 0.2989</w:t>
        <w:br/>
        <w:t>vn 0.9076 0.1107 0.4050</w:t>
        <w:br/>
        <w:t>vn 0.9763 -0.2154 0.0205</w:t>
        <w:br/>
        <w:t>vn 0.9928 0.1176 0.0233</w:t>
        <w:br/>
        <w:t>vn 0.6940 0.5511 0.4632</w:t>
        <w:br/>
        <w:t>vn 0.3296 0.8683 0.3708</w:t>
        <w:br/>
        <w:t>vn 0.2118 0.9369 0.2780</w:t>
        <w:br/>
        <w:t>vn 0.5335 0.7653 0.3600</w:t>
        <w:br/>
        <w:t>vn 0.7087 0.3456 0.6150</w:t>
        <w:br/>
        <w:t>vn 0.8049 0.3465 0.4818</w:t>
        <w:br/>
        <w:t>vn 0.8869 0.2139 0.4094</w:t>
        <w:br/>
        <w:t>vn 0.8511 0.3895 0.3520</w:t>
        <w:br/>
        <w:t>vn 0.7806 0.4184 0.4643</w:t>
        <w:br/>
        <w:t>vn 0.7565 0.5326 0.3795</w:t>
        <w:br/>
        <w:t>vn 0.7564 0.5327 0.3795</w:t>
        <w:br/>
        <w:t>vn 0.0172 0.9999 0.0016</w:t>
        <w:br/>
        <w:t>vn 0.8459 0.3003 0.4407</w:t>
        <w:br/>
        <w:t>vn 0.7667 0.5350 0.3550</w:t>
        <w:br/>
        <w:t>vn 0.9050 0.2536 0.3415</w:t>
        <w:br/>
        <w:t>vn 0.9660 0.2586 0.0009</w:t>
        <w:br/>
        <w:t>vn -0.2131 0.8434 -0.4932</w:t>
        <w:br/>
        <w:t>vn 0.4339 -0.1478 0.8888</w:t>
        <w:br/>
        <w:t>vn 0.6199 -0.0443 0.7834</w:t>
        <w:br/>
        <w:t>vn 0.9067 -0.0184 -0.4213</w:t>
        <w:br/>
        <w:t>vn 0.9339 -0.1634 -0.3179</w:t>
        <w:br/>
        <w:t>vn 0.8724 0.3300 -0.3605</w:t>
        <w:br/>
        <w:t>vn 0.8433 0.0232 -0.5370</w:t>
        <w:br/>
        <w:t>vn -0.4715 0.8660 -0.1666</w:t>
        <w:br/>
        <w:t>vn -0.1584 0.9413 -0.2981</w:t>
        <w:br/>
        <w:t>vn 0.4723 0.0023 0.8815</w:t>
        <w:br/>
        <w:t>vn 0.6174 0.3377 0.7105</w:t>
        <w:br/>
        <w:t>vn 0.7060 -0.0212 0.7079</w:t>
        <w:br/>
        <w:t>vn 0.6815 -0.0303 0.7312</w:t>
        <w:br/>
        <w:t>vn 0.2989 -0.1663 0.9397</w:t>
        <w:br/>
        <w:t>vn 0.1784 0.1167 0.9770</w:t>
        <w:br/>
        <w:t>vn -0.0778 0.3684 0.9264</w:t>
        <w:br/>
        <w:t>vn -0.1385 0.4009 0.9056</w:t>
        <w:br/>
        <w:t>vn -0.0813 0.9683 0.2364</w:t>
        <w:br/>
        <w:t>vn 0.7345 0.5455 -0.4037</w:t>
        <w:br/>
        <w:t>vn 0.8604 0.2568 -0.4401</w:t>
        <w:br/>
        <w:t>vn -0.1403 0.9790 -0.1481</w:t>
        <w:br/>
        <w:t>vn -0.3894 0.9159 -0.0971</w:t>
        <w:br/>
        <w:t>vn 0.2186 0.0082 0.9758</w:t>
        <w:br/>
        <w:t>vn 0.6574 -0.0557 0.7515</w:t>
        <w:br/>
        <w:t>vn 0.4363 -0.0980 0.8945</w:t>
        <w:br/>
        <w:t>vn 0.0636 0.3031 0.9508</w:t>
        <w:br/>
        <w:t>vn -0.5873 0.8093 0.0004</w:t>
        <w:br/>
        <w:t>vn 0.2366 0.9117 -0.3359</w:t>
        <w:br/>
        <w:t>vn -0.1369 0.9906 -0.0049</w:t>
        <w:br/>
        <w:t>vn -0.1525 0.9760 -0.1553</w:t>
        <w:br/>
        <w:t>vn -0.0771 0.9171 -0.3912</w:t>
        <w:br/>
        <w:t>vn 0.8859 0.3186 0.3372</w:t>
        <w:br/>
        <w:t>vn 0.7668 0.5349 0.3549</w:t>
        <w:br/>
        <w:t>vn 0.3440 0.1311 0.9298</w:t>
        <w:br/>
        <w:t>vn 0.3694 0.0978 0.9241</w:t>
        <w:br/>
        <w:t>vn 0.3247 0.1956 0.9254</w:t>
        <w:br/>
        <w:t>vn 0.4093 0.3057 0.8597</w:t>
        <w:br/>
        <w:t>vn 0.4438 0.0939 0.8912</w:t>
        <w:br/>
        <w:t>vn 0.2497 0.5087 0.8239</w:t>
        <w:br/>
        <w:t>vn 0.2841 0.4995 0.8184</w:t>
        <w:br/>
        <w:t>vn 0.2480 0.5100 0.8237</w:t>
        <w:br/>
        <w:t>vn 0.2552 0.2187 0.9418</w:t>
        <w:br/>
        <w:t>vn 0.4037 0.4263 0.8095</w:t>
        <w:br/>
        <w:t>vn 0.4390 0.3375 0.8327</w:t>
        <w:br/>
        <w:t>vn 0.2899 0.2509 0.9236</w:t>
        <w:br/>
        <w:t>vn 0.4640 0.1245 0.8770</w:t>
        <w:br/>
        <w:t>vn 0.1124 0.4348 0.8935</w:t>
        <w:br/>
        <w:t>vn 0.2440 0.4632 0.8520</w:t>
        <w:br/>
        <w:t>vn 0.2586 0.4772 0.8399</w:t>
        <w:br/>
        <w:t>vn 0.2266 0.5394 0.8110</w:t>
        <w:br/>
        <w:t>vn 0.3277 0.5328 0.7802</w:t>
        <w:br/>
        <w:t>vn 0.5518 0.3160 0.7718</w:t>
        <w:br/>
        <w:t>vn 0.6089 0.0437 0.7921</w:t>
        <w:br/>
        <w:t>vn 0.5076 -0.0445 0.8604</w:t>
        <w:br/>
        <w:t>vn 0.4188 -0.0437 0.9070</w:t>
        <w:br/>
        <w:t>vn 0.3513 0.1282 0.9274</w:t>
        <w:br/>
        <w:t>vn 0.3473 -0.0661 0.9354</w:t>
        <w:br/>
        <w:t>vn 0.2716 -0.0707 0.9598</w:t>
        <w:br/>
        <w:t>vn 0.5102 0.3135 0.8009</w:t>
        <w:br/>
        <w:t>vn 0.4406 0.4808 0.7581</w:t>
        <w:br/>
        <w:t>vn 0.2311 0.1986 0.9524</w:t>
        <w:br/>
        <w:t>vn 0.5347 0.0693 0.8422</w:t>
        <w:br/>
        <w:t>vn 0.4616 -0.1767 0.8693</w:t>
        <w:br/>
        <w:t>vn 0.3577 -0.3252 0.8754</w:t>
        <w:br/>
        <w:t>vn 0.3133 -0.3446 0.8850</w:t>
        <w:br/>
        <w:t>vn 0.2040 -0.2850 0.9366</w:t>
        <w:br/>
        <w:t>vn 0.0027 -0.1371 0.9906</w:t>
        <w:br/>
        <w:t>vn -0.1477 0.0639 0.9870</w:t>
        <w:br/>
        <w:t>vn -0.1792 0.2491 0.9517</w:t>
        <w:br/>
        <w:t>vn -0.1089 0.4305 0.8960</w:t>
        <w:br/>
        <w:t>vn 0.0412 0.5770 0.8157</w:t>
        <w:br/>
        <w:t>vn 0.2100 0.6102 0.7639</w:t>
        <w:br/>
        <w:t>vn 0.3464 0.5630 0.7503</w:t>
        <w:br/>
        <w:t>vn 0.5279 0.6638 0.5298</w:t>
        <w:br/>
        <w:t>vn 0.6807 0.4099 0.6072</w:t>
        <w:br/>
        <w:t>vn 0.7370 -0.0508 0.6740</w:t>
        <w:br/>
        <w:t>vn 0.5744 -0.6014 0.5554</w:t>
        <w:br/>
        <w:t>vn 0.5579 -0.5025 0.6605</w:t>
        <w:br/>
        <w:t>vn 0.3028 -0.8114 0.5000</w:t>
        <w:br/>
        <w:t>vn 0.3311 -0.7135 0.6175</w:t>
        <w:br/>
        <w:t>vn 0.3084 -0.7839 0.5388</w:t>
        <w:br/>
        <w:t>vn 0.3091 -0.7055 0.6377</w:t>
        <w:br/>
        <w:t>vn 0.2244 -0.6875 0.6906</w:t>
        <w:br/>
        <w:t>vn 0.2040 -0.6099 0.7658</w:t>
        <w:br/>
        <w:t>vn -0.1785 -0.4926 0.8518</w:t>
        <w:br/>
        <w:t>vn -0.1409 -0.4107 0.9008</w:t>
        <w:br/>
        <w:t>vn -0.5094 -0.1359 0.8497</w:t>
        <w:br/>
        <w:t>vn -0.4172 -0.0911 0.9042</w:t>
        <w:br/>
        <w:t>vn -0.5911 0.2375 0.7709</w:t>
        <w:br/>
        <w:t>vn -0.4811 0.2405 0.8430</w:t>
        <w:br/>
        <w:t>vn -0.3415 0.5653 0.7509</w:t>
        <w:br/>
        <w:t>vn -0.4175 0.6099 0.6736</w:t>
        <w:br/>
        <w:t>vn -0.0809 0.7867 0.6120</w:t>
        <w:br/>
        <w:t>vn -0.1191 0.8401 0.5292</w:t>
        <w:br/>
        <w:t>vn 0.1731 0.8326 0.5262</w:t>
        <w:br/>
        <w:t>vn 0.1510 0.8859 0.4387</w:t>
        <w:br/>
        <w:t>vn 0.3750 0.7751 0.5085</w:t>
        <w:br/>
        <w:t>vn 0.3734 0.8288 0.4167</w:t>
        <w:br/>
        <w:t>vn 0.2587 0.3058 0.9163</w:t>
        <w:br/>
        <w:t>vn 0.0933 0.2651 0.9597</w:t>
        <w:br/>
        <w:t>vn 0.0308 0.0710 0.9970</w:t>
        <w:br/>
        <w:t>vn 0.1970 0.0940 0.9759</w:t>
        <w:br/>
        <w:t>vn -0.5294 0.4985 -0.6865</w:t>
        <w:br/>
        <w:t>vn -0.4067 0.8511 -0.3319</w:t>
        <w:br/>
        <w:t>vn -0.4067 0.8511 -0.3320</w:t>
        <w:br/>
        <w:t>vn -0.5294 0.4986 -0.6864</w:t>
        <w:br/>
        <w:t>vn -0.9958 -0.0283 0.0869</w:t>
        <w:br/>
        <w:t>vn -0.9398 0.1623 0.3008</w:t>
        <w:br/>
        <w:t>vn -0.9958 -0.0283 0.0868</w:t>
        <w:br/>
        <w:t>vn 0.9956 0.0235 -0.0902</w:t>
        <w:br/>
        <w:t>vn 0.8458 0.2842 -0.4514</w:t>
        <w:br/>
        <w:t>vn 0.8277 0.2521 -0.5013</w:t>
        <w:br/>
        <w:t>vn 0.9382 -0.1647 -0.3042</w:t>
        <w:br/>
        <w:t>vn 0.5124 0.4810 -0.7114</w:t>
        <w:br/>
        <w:t>vn 0.5336 0.6103 -0.5855</w:t>
        <w:br/>
        <w:t>vn -0.1482 0.9849 0.0892</w:t>
        <w:br/>
        <w:t>vn 0.2690 0.9434 -0.1940</w:t>
        <w:br/>
        <w:t>vn -0.8036 0.2375 0.5458</w:t>
        <w:br/>
        <w:t>vn -0.8036 0.2375 0.5457</w:t>
        <w:br/>
        <w:t>vn 0.7986 0.2475 -0.5487</w:t>
        <w:br/>
        <w:t>vn 0.8023 -0.2378 -0.5476</w:t>
        <w:br/>
        <w:t>vn 0.1763 0.8687 0.4630</w:t>
        <w:br/>
        <w:t>vn 0.5144 0.8510 0.1061</w:t>
        <w:br/>
        <w:t>vn -0.6220 0.1751 0.7632</w:t>
        <w:br/>
        <w:t>vn 0.7665 0.2642 -0.5853</w:t>
        <w:br/>
        <w:t>vn 0.6215 -0.1748 -0.7637</w:t>
        <w:br/>
        <w:t>vn 0.4833 0.5370 0.6914</w:t>
        <w:br/>
        <w:t>vn 0.7548 0.5901 0.2866</w:t>
        <w:br/>
        <w:t>vn -0.4460 -0.0146 0.8949</w:t>
        <w:br/>
        <w:t>vn -0.4460 -0.0147 0.8949</w:t>
        <w:br/>
        <w:t>vn 0.7366 0.2972 -0.6076</w:t>
        <w:br/>
        <w:t>vn 0.4461 0.0142 -0.8949</w:t>
        <w:br/>
        <w:t>vn 0.6940 0.0757 0.7160</w:t>
        <w:br/>
        <w:t>vn 0.9260 0.2306 0.2990</w:t>
        <w:br/>
        <w:t>vn -0.3260 -0.2787 0.9033</w:t>
        <w:br/>
        <w:t>vn 0.7127 0.3419 -0.6125</w:t>
        <w:br/>
        <w:t>vn 0.3263 0.2769 -0.9038</w:t>
        <w:br/>
        <w:t>vn 0.7505 -0.3964 0.5287</w:t>
        <w:br/>
        <w:t>vn 0.9810 -0.1323 0.1416</w:t>
        <w:br/>
        <w:t>vn -0.2898 -0.5426 0.7885</w:t>
        <w:br/>
        <w:t>vn 0.6991 0.3926 -0.5975</w:t>
        <w:br/>
        <w:t>vn 0.2893 0.5394 -0.7908</w:t>
        <w:br/>
        <w:t>vn 0.6332 -0.7534 0.1775</w:t>
        <w:br/>
        <w:t>vn -0.3407 -0.7397 0.5802</w:t>
        <w:br/>
        <w:t>vn -0.3407 -0.7398 0.5801</w:t>
        <w:br/>
        <w:t>vn 0.7020 0.4397 -0.5602</w:t>
        <w:br/>
        <w:t>vn 0.3387 0.7371 -0.5848</w:t>
        <w:br/>
        <w:t>vn 0.9096 0.0485 -0.4127</w:t>
        <w:br/>
        <w:t>vn 0.3717 -0.8959 -0.2433</w:t>
        <w:br/>
        <w:t>vn -0.4684 -0.8207 0.3272</w:t>
        <w:br/>
        <w:t>vn 0.7267 0.4671 -0.5037</w:t>
        <w:br/>
        <w:t>vn 0.4653 0.8207 -0.3316</w:t>
        <w:br/>
        <w:t>vn 0.8260 0.0133 -0.5635</w:t>
        <w:br/>
        <w:t>vn 0.3718 -0.8959 -0.2433</w:t>
        <w:br/>
        <w:t>vn 0.3718 -0.8958 -0.2434</w:t>
        <w:br/>
        <w:t>vn -0.3538 -0.8870 -0.2968</w:t>
        <w:br/>
        <w:t>vn 0.0389 -0.7840 -0.6196</w:t>
        <w:br/>
        <w:t>vn -0.6459 -0.7573 0.0960</w:t>
        <w:br/>
        <w:t>vn 0.4653 0.8207 -0.3317</w:t>
        <w:br/>
        <w:t>vn 0.7267 0.4670 -0.5037</w:t>
        <w:br/>
        <w:t>vn 0.7691 0.4575 -0.4462</w:t>
        <w:br/>
        <w:t>vn 0.6443 0.7585 -0.0978</w:t>
        <w:br/>
        <w:t>vn 0.7202 0.0564 -0.6915</w:t>
        <w:br/>
        <w:t>vn -0.6359 -0.5810 -0.5080</w:t>
        <w:br/>
        <w:t>vn -0.2734 -0.4481 -0.8512</w:t>
        <w:br/>
        <w:t>vn -0.8266 -0.5613 -0.0416</w:t>
        <w:br/>
        <w:t>vn 0.8141 0.4094 -0.4117</w:t>
        <w:br/>
        <w:t>vn 0.8276 0.5599 0.0415</w:t>
        <w:br/>
        <w:t>vn 0.6175 0.1681 -0.7684</w:t>
        <w:br/>
        <w:t>vn -0.8354 -0.1583 -0.5264</w:t>
        <w:br/>
        <w:t>vn -0.4811 0.0218 -0.8764</w:t>
        <w:br/>
        <w:t>vn -0.9556 -0.2915 -0.0419</w:t>
        <w:br/>
        <w:t>vn 0.8427 0.3424 -0.4154</w:t>
        <w:br/>
        <w:t>vn 0.9571 0.2869 0.0407</w:t>
        <w:br/>
        <w:t>vn 0.5428 0.3217 -0.7759</w:t>
        <w:br/>
        <w:t>vn -0.5043 0.1022 -0.8575</w:t>
        <w:br/>
        <w:t>vn -0.8673 -0.1850 -0.4622</w:t>
        <w:br/>
        <w:t>vn -0.8673 -0.1850 -0.4621</w:t>
        <w:br/>
        <w:t>vn -0.5042 0.1022 -0.8575</w:t>
        <w:br/>
        <w:t>vn 0.1569 -0.9565 -0.2458</w:t>
        <w:br/>
        <w:t>vn 0.4350 -0.7316 -0.5250</w:t>
        <w:br/>
        <w:t>vn -0.0171 -0.7337 -0.6793</w:t>
        <w:br/>
        <w:t>vn -0.0916 -0.7912 -0.6047</w:t>
        <w:br/>
        <w:t>vn 0.5052 -0.6695 0.5446</w:t>
        <w:br/>
        <w:t>vn 0.9553 -0.2905 0.0553</w:t>
        <w:br/>
        <w:t>vn 0.5052 -0.6696 0.5445</w:t>
        <w:br/>
        <w:t>vn 0.4350 0.1720 0.8838</w:t>
        <w:br/>
        <w:t>vn 0.7098 0.3833 0.5910</w:t>
        <w:br/>
        <w:t>vn 0.9553 -0.2906 0.0552</w:t>
        <w:br/>
        <w:t>vn 0.2474 0.5847 0.7726</w:t>
        <w:br/>
        <w:t>vn 0.3217 0.6410 0.6969</w:t>
        <w:br/>
        <w:t>vn -0.2940 0.9558 -0.0029</w:t>
        <w:br/>
        <w:t>vn -0.2939 0.9558 -0.0028</w:t>
        <w:br/>
        <w:t>vn -0.6616 0.6500 0.3738</w:t>
        <w:br/>
        <w:t>vn -0.6615 0.6501 0.3739</w:t>
        <w:br/>
        <w:t>vn -0.7734 -0.6312 -0.0586</w:t>
        <w:br/>
        <w:t>vn -0.7735 -0.6311 -0.0586</w:t>
        <w:br/>
        <w:t>vn 0.3565 -0.4127 -0.8382</w:t>
        <w:br/>
        <w:t>vn -0.0390 -0.6480 -0.7606</w:t>
        <w:br/>
        <w:t>vn 0.8458 0.2587 -0.4666</w:t>
        <w:br/>
        <w:t>vn 0.6345 0.7158 0.2916</w:t>
        <w:br/>
        <w:t>vn 0.8458 0.2587 -0.4665</w:t>
        <w:br/>
        <w:t>vn 0.2998 0.7278 0.6168</w:t>
        <w:br/>
        <w:t>vn -0.5631 0.2225 0.7959</w:t>
        <w:br/>
        <w:t>vn -0.5631 0.2224 0.7959</w:t>
        <w:br/>
        <w:t>vn -0.2956 -0.9428 0.1542</w:t>
        <w:br/>
        <w:t>vn 0.0070 -0.1642 -0.9864</w:t>
        <w:br/>
        <w:t>vn -0.1309 -0.5827 -0.8021</w:t>
        <w:br/>
        <w:t>vn 0.2409 0.6564 -0.7149</w:t>
        <w:br/>
        <w:t>vn 0.2817 0.9507 0.1296</w:t>
        <w:br/>
        <w:t>vn 0.2409 0.6563 -0.7150</w:t>
        <w:br/>
        <w:t>vn 0.2078 0.7921 0.5740</w:t>
        <w:br/>
        <w:t>vn -0.0899 -0.1077 0.9901</w:t>
        <w:br/>
        <w:t>vn 0.2939 -0.9558 0.0029</w:t>
        <w:br/>
        <w:t>vn -0.4350 -0.1721 -0.8839</w:t>
        <w:br/>
        <w:t>vn -0.2474 -0.5847 -0.7726</w:t>
        <w:br/>
        <w:t>vn -0.5051 0.6696 -0.5446</w:t>
        <w:br/>
        <w:t>vn -0.1568 0.9565 0.2459</w:t>
        <w:br/>
        <w:t>vn -0.5051 0.6696 -0.5445</w:t>
        <w:br/>
        <w:t>vn 0.0917 0.7912 0.6047</w:t>
        <w:br/>
        <w:t>vn 0.5043 -0.1022 0.8575</w:t>
        <w:br/>
        <w:t>vn 0.2939 -0.9558 0.0030</w:t>
        <w:br/>
        <w:t>vn 0.6613 -0.6502 -0.3741</w:t>
        <w:br/>
        <w:t>vn 0.6616 -0.6500 -0.3738</w:t>
        <w:br/>
        <w:t>vn -0.4349 -0.1721 -0.8839</w:t>
        <w:br/>
        <w:t>vn -0.7097 -0.3833 -0.5910</w:t>
        <w:br/>
        <w:t>vn -0.3218 -0.6410 -0.6968</w:t>
        <w:br/>
        <w:t>vn -0.2472 -0.5848 -0.7726</w:t>
        <w:br/>
        <w:t>vn -0.9553 0.2906 -0.0551</w:t>
        <w:br/>
        <w:t>vn -0.5051 0.6695 -0.5446</w:t>
        <w:br/>
        <w:t>vn -0.4350 0.7315 0.5251</w:t>
        <w:br/>
        <w:t>vn -0.9553 0.2905 -0.0552</w:t>
        <w:br/>
        <w:t>vn 0.0918 0.7912 0.6046</w:t>
        <w:br/>
        <w:t>vn 0.0171 0.7336 0.6794</w:t>
        <w:br/>
        <w:t>vn 0.8673 0.1850 0.4621</w:t>
        <w:br/>
        <w:t>vn 0.5631 -0.2224 -0.7959</w:t>
        <w:br/>
        <w:t>vn 0.5631 -0.2225 -0.7958</w:t>
        <w:br/>
        <w:t>vn -0.6346 -0.7158 -0.2915</w:t>
        <w:br/>
        <w:t>vn -0.2998 -0.7278 -0.6167</w:t>
        <w:br/>
        <w:t>vn -0.8458 -0.2586 0.4666</w:t>
        <w:br/>
        <w:t>vn -0.3564 0.4127 0.8382</w:t>
        <w:br/>
        <w:t>vn 0.0391 0.6481 0.7606</w:t>
        <w:br/>
        <w:t>vn 0.7735 0.6311 0.0585</w:t>
        <w:br/>
        <w:t>vn 0.0899 0.1077 -0.9901</w:t>
        <w:br/>
        <w:t>vn -0.2816 -0.9507 -0.1296</w:t>
        <w:br/>
        <w:t>vn -0.2078 -0.7921 -0.5740</w:t>
        <w:br/>
        <w:t>vn -0.2409 -0.6564 0.7149</w:t>
        <w:br/>
        <w:t>vn -0.0070 0.1643 0.9864</w:t>
        <w:br/>
        <w:t>vn -0.2409 -0.6563 0.7150</w:t>
        <w:br/>
        <w:t>vn 0.1310 0.5828 0.8020</w:t>
        <w:br/>
        <w:t>vn 0.2957 0.9428 -0.1542</w:t>
        <w:br/>
        <w:t>vn 0.2956 0.9428 -0.1543</w:t>
        <w:br/>
        <w:t>vn -0.5517 0.4598 -0.6958</w:t>
        <w:br/>
        <w:t>vn -0.9289 0.1357 -0.3446</w:t>
        <w:br/>
        <w:t>vn -0.9289 0.1356 -0.3446</w:t>
        <w:br/>
        <w:t>vn -0.0918 -0.8418 -0.5320</w:t>
        <w:br/>
        <w:t>vn 0.2007 -0.5963 -0.7772</w:t>
        <w:br/>
        <w:t>vn -0.2532 -0.4652 -0.8482</w:t>
        <w:br/>
        <w:t>vn -0.3310 -0.5283 -0.7819</w:t>
        <w:br/>
        <w:t>vn 0.3911 -0.8891 0.2380</w:t>
        <w:br/>
        <w:t>vn 0.8640 -0.4662 -0.1902</w:t>
        <w:br/>
        <w:t>vn 0.3911 -0.8891 0.2379</w:t>
        <w:br/>
        <w:t>vn 0.5500 -0.2000 0.8109</w:t>
        <w:br/>
        <w:t>vn 0.8348 0.0377 0.5492</w:t>
        <w:br/>
        <w:t>vn 0.8640 -0.4661 -0.1903</w:t>
        <w:br/>
        <w:t>vn 0.4516 0.2541 0.8553</w:t>
        <w:br/>
        <w:t>vn 0.5287 0.3166 0.7875</w:t>
        <w:br/>
        <w:t>vn -0.0663 0.9452 0.3198</w:t>
        <w:br/>
        <w:t>vn -0.4540 0.6105 0.6490</w:t>
        <w:br/>
        <w:t>vn -0.4540 0.6106 0.6489</w:t>
        <w:br/>
        <w:t>vn -0.8992 -0.4243 -0.1073</w:t>
        <w:br/>
        <w:t>vn 0.1658 -0.1863 -0.9684</w:t>
        <w:br/>
        <w:t>vn -0.2632 -0.3558 -0.8967</w:t>
        <w:br/>
        <w:t>vn 0.8308 0.2297 -0.5069</w:t>
        <w:br/>
        <w:t>vn 0.8077 0.4555 0.3744</w:t>
        <w:br/>
        <w:t>vn 0.5194 0.4267 0.7404</w:t>
        <w:br/>
        <w:t>vn -0.4137 0.0612 0.9084</w:t>
        <w:br/>
        <w:t>vn -0.4863 -0.8706 -0.0751</w:t>
        <w:br/>
        <w:t>vn -0.4863 -0.8706 -0.0752</w:t>
        <w:br/>
        <w:t>vn -0.1307 0.1570 -0.9789</w:t>
        <w:br/>
        <w:t>vn -0.3413 -0.2647 -0.9019</w:t>
        <w:br/>
        <w:t>vn 0.3109 0.7911 -0.5268</w:t>
        <w:br/>
        <w:t>vn 0.5033 0.7910 0.3477</w:t>
        <w:br/>
        <w:t>vn 0.3110 0.7912 -0.5266</w:t>
        <w:br/>
        <w:t>vn 0.4406 0.5171 0.7338</w:t>
        <w:br/>
        <w:t>vn -0.0113 -0.3957 0.9183</w:t>
        <w:br/>
        <w:t>vn 0.0662 -0.9452 -0.3197</w:t>
        <w:br/>
        <w:t>vn 0.0662 -0.9452 -0.3196</w:t>
        <w:br/>
        <w:t>vn -0.5501 0.2000 -0.8108</w:t>
        <w:br/>
        <w:t>vn -0.4516 -0.2542 -0.8553</w:t>
        <w:br/>
        <w:t>vn -0.3911 0.8891 -0.2379</w:t>
        <w:br/>
        <w:t>vn 0.0917 0.8418 0.5320</w:t>
        <w:br/>
        <w:t>vn -0.3912 0.8890 -0.2379</w:t>
        <w:br/>
        <w:t>vn 0.3309 0.5283 0.7819</w:t>
        <w:br/>
        <w:t>vn 0.5518 -0.4597 0.6958</w:t>
        <w:br/>
        <w:t>vn 0.5518 -0.4598 0.6958</w:t>
        <w:br/>
        <w:t>vn 0.0662 -0.9452 -0.3198</w:t>
        <w:br/>
        <w:t>vn 0.4538 -0.6105 -0.6491</w:t>
        <w:br/>
        <w:t>vn -0.5500 0.2000 -0.8108</w:t>
        <w:br/>
        <w:t>vn -0.8347 -0.0377 -0.5494</w:t>
        <w:br/>
        <w:t>vn -0.5287 -0.3166 -0.7876</w:t>
        <w:br/>
        <w:t>vn -0.3910 0.8891 -0.2380</w:t>
        <w:br/>
        <w:t>vn -0.8640 0.4662 0.1902</w:t>
        <w:br/>
        <w:t>vn -0.3911 0.8891 -0.2380</w:t>
        <w:br/>
        <w:t>vn 0.0918 0.8417 0.5320</w:t>
        <w:br/>
        <w:t>vn -0.2006 0.5964 0.7773</w:t>
        <w:br/>
        <w:t>vn -0.8640 0.4662 0.1901</w:t>
        <w:br/>
        <w:t>vn 0.2532 0.4652 0.8482</w:t>
        <w:br/>
        <w:t>vn 0.9289 -0.1356 0.3447</w:t>
        <w:br/>
        <w:t>vn 0.4136 -0.0612 -0.9084</w:t>
        <w:br/>
        <w:t>vn -0.8077 -0.4555 -0.3744</w:t>
        <w:br/>
        <w:t>vn -0.5193 -0.4266 -0.7405</w:t>
        <w:br/>
        <w:t>vn -0.8308 -0.2297 0.5070</w:t>
        <w:br/>
        <w:t>vn -0.1658 0.1863 0.9684</w:t>
        <w:br/>
        <w:t>vn 0.2632 0.3558 0.8967</w:t>
        <w:br/>
        <w:t>vn 0.8991 0.4243 0.1074</w:t>
        <w:br/>
        <w:t>vn 0.8992 0.4242 0.1074</w:t>
        <w:br/>
        <w:t>vn 0.0114 0.3956 -0.9183</w:t>
        <w:br/>
        <w:t>vn 0.0113 0.3956 -0.9183</w:t>
        <w:br/>
        <w:t>vn -0.5034 -0.7911 -0.3476</w:t>
        <w:br/>
        <w:t>vn -0.4406 -0.5171 -0.7339</w:t>
        <w:br/>
        <w:t>vn -0.3109 -0.7911 0.5268</w:t>
        <w:br/>
        <w:t>vn 0.1307 -0.1570 0.9789</w:t>
        <w:br/>
        <w:t>vn -0.3110 -0.7911 0.5268</w:t>
        <w:br/>
        <w:t>vn 0.3414 0.2647 0.9019</w:t>
        <w:br/>
        <w:t>vn 0.4863 0.8705 0.0753</w:t>
        <w:br/>
        <w:t>vn 0.4863 0.8706 0.0752</w:t>
        <w:br/>
        <w:t>vn 0.4067 0.8511 -0.3320</w:t>
        <w:br/>
        <w:t>vn 0.4067 0.8511 -0.3319</w:t>
        <w:br/>
        <w:t>vn 0.5294 0.4985 -0.6865</w:t>
        <w:br/>
        <w:t>vn 0.5293 0.4986 -0.6865</w:t>
        <w:br/>
        <w:t>vn 0.9398 0.1623 0.3008</w:t>
        <w:br/>
        <w:t>vn 0.9958 -0.0283 0.0868</w:t>
        <w:br/>
        <w:t>vn 0.9958 -0.0283 0.0869</w:t>
        <w:br/>
        <w:t>vn -0.9956 0.0235 -0.0902</w:t>
        <w:br/>
        <w:t>vn -0.9382 -0.1647 -0.3042</w:t>
        <w:br/>
        <w:t>vn -0.8277 0.2521 -0.5013</w:t>
        <w:br/>
        <w:t>vn -0.8458 0.2842 -0.4514</w:t>
        <w:br/>
        <w:t>vn -0.5338 0.6102 -0.5854</w:t>
        <w:br/>
        <w:t>vn -0.5124 0.4810 -0.7114</w:t>
        <w:br/>
        <w:t>vn -0.2690 0.9434 -0.1940</w:t>
        <w:br/>
        <w:t>vn 0.1482 0.9849 0.0892</w:t>
        <w:br/>
        <w:t>vn 0.8036 0.2375 0.5457</w:t>
        <w:br/>
        <w:t>vn 0.8036 0.2375 0.5458</w:t>
        <w:br/>
        <w:t>vn -0.8022 -0.2378 -0.5476</w:t>
        <w:br/>
        <w:t>vn -0.7986 0.2474 -0.5487</w:t>
        <w:br/>
        <w:t>vn -0.5144 0.8509 0.1061</w:t>
        <w:br/>
        <w:t>vn -0.1763 0.8687 0.4629</w:t>
        <w:br/>
        <w:t>vn 0.6220 0.1751 0.7632</w:t>
        <w:br/>
        <w:t>vn -0.6215 -0.1749 -0.7636</w:t>
        <w:br/>
        <w:t>vn -0.7665 0.2642 -0.5854</w:t>
        <w:br/>
        <w:t>vn -0.7548 0.5901 0.2866</w:t>
        <w:br/>
        <w:t>vn -0.4833 0.5370 0.6914</w:t>
        <w:br/>
        <w:t>vn 0.4460 -0.0146 0.8949</w:t>
        <w:br/>
        <w:t>vn -0.4462 0.0142 -0.8948</w:t>
        <w:br/>
        <w:t>vn -0.7366 0.2972 -0.6075</w:t>
        <w:br/>
        <w:t>vn -0.9260 0.2306 0.2990</w:t>
        <w:br/>
        <w:t>vn -0.6940 0.0757 0.7160</w:t>
        <w:br/>
        <w:t>vn 0.3260 -0.2787 0.9033</w:t>
        <w:br/>
        <w:t>vn -0.3263 0.2769 -0.9038</w:t>
        <w:br/>
        <w:t>vn -0.7127 0.3419 -0.6125</w:t>
        <w:br/>
        <w:t>vn -0.9810 -0.1323 0.1416</w:t>
        <w:br/>
        <w:t>vn -0.7505 -0.3965 0.5287</w:t>
        <w:br/>
        <w:t>vn 0.2898 -0.5425 0.7885</w:t>
        <w:br/>
        <w:t>vn -0.2893 0.5393 -0.7908</w:t>
        <w:br/>
        <w:t>vn -0.6991 0.3926 -0.5975</w:t>
        <w:br/>
        <w:t>vn -0.6332 -0.7534 0.1775</w:t>
        <w:br/>
        <w:t>vn 0.3407 -0.7398 0.5802</w:t>
        <w:br/>
        <w:t>vn 0.3407 -0.7397 0.5802</w:t>
        <w:br/>
        <w:t>vn -0.3387 0.7371 -0.5848</w:t>
        <w:br/>
        <w:t>vn -0.7022 0.4399 -0.5599</w:t>
        <w:br/>
        <w:t>vn -0.9096 0.0484 -0.4127</w:t>
        <w:br/>
        <w:t>vn -0.3718 -0.8959 -0.2433</w:t>
        <w:br/>
        <w:t>vn 0.4683 -0.8207 0.3273</w:t>
        <w:br/>
        <w:t>vn 0.4684 -0.8207 0.3272</w:t>
        <w:br/>
        <w:t>vn -0.4653 0.8207 -0.3316</w:t>
        <w:br/>
        <w:t>vn -0.7267 0.4671 -0.5037</w:t>
        <w:br/>
        <w:t>vn -0.8260 0.0133 -0.5635</w:t>
        <w:br/>
        <w:t>vn -0.0388 -0.7840 -0.6196</w:t>
        <w:br/>
        <w:t>vn 0.3538 -0.8870 -0.2968</w:t>
        <w:br/>
        <w:t>vn 0.6459 -0.7573 0.0960</w:t>
        <w:br/>
        <w:t>vn -0.6443 0.7585 -0.0978</w:t>
        <w:br/>
        <w:t>vn -0.7691 0.4575 -0.4462</w:t>
        <w:br/>
        <w:t>vn -0.7267 0.4670 -0.5037</w:t>
        <w:br/>
        <w:t>vn -0.7202 0.0564 -0.6915</w:t>
        <w:br/>
        <w:t>vn 0.2734 -0.4481 -0.8512</w:t>
        <w:br/>
        <w:t>vn 0.6359 -0.5810 -0.5081</w:t>
        <w:br/>
        <w:t>vn 0.8266 -0.5612 -0.0415</w:t>
        <w:br/>
        <w:t>vn -0.8276 0.5598 0.0414</w:t>
        <w:br/>
        <w:t>vn -0.8142 0.4094 -0.4117</w:t>
        <w:br/>
        <w:t>vn -0.6175 0.1681 -0.7684</w:t>
        <w:br/>
        <w:t>vn 0.4811 0.0218 -0.8764</w:t>
        <w:br/>
        <w:t>vn 0.8354 -0.1583 -0.5264</w:t>
        <w:br/>
        <w:t>vn 0.9556 -0.2915 -0.0418</w:t>
        <w:br/>
        <w:t>vn -0.9571 0.2869 0.0407</w:t>
        <w:br/>
        <w:t>vn -0.8427 0.3424 -0.4154</w:t>
        <w:br/>
        <w:t>vn -0.5428 0.3217 -0.7758</w:t>
        <w:br/>
        <w:t>vn 0.8673 -0.1850 -0.4621</w:t>
        <w:br/>
        <w:t>vn 0.8673 -0.1850 -0.4622</w:t>
        <w:br/>
        <w:t>vn 0.5043 0.1022 -0.8575</w:t>
        <w:br/>
        <w:t>vn 0.5042 0.1022 -0.8575</w:t>
        <w:br/>
        <w:t>vn 0.0171 -0.7337 -0.6793</w:t>
        <w:br/>
        <w:t>vn -0.4351 -0.7315 -0.5249</w:t>
        <w:br/>
        <w:t>vn -0.1569 -0.9565 -0.2458</w:t>
        <w:br/>
        <w:t>vn 0.0916 -0.7912 -0.6047</w:t>
        <w:br/>
        <w:t>vn -0.9553 -0.2905 0.0552</w:t>
        <w:br/>
        <w:t>vn -0.5052 -0.6695 0.5446</w:t>
        <w:br/>
        <w:t>vn -0.5052 -0.6696 0.5445</w:t>
        <w:br/>
        <w:t>vn -0.9553 -0.2906 0.0551</w:t>
        <w:br/>
        <w:t>vn -0.7098 0.3833 0.5910</w:t>
        <w:br/>
        <w:t>vn -0.4350 0.1720 0.8838</w:t>
        <w:br/>
        <w:t>vn -0.3217 0.6410 0.6969</w:t>
        <w:br/>
        <w:t>vn -0.2474 0.5847 0.7726</w:t>
        <w:br/>
        <w:t>vn 0.2940 0.9558 -0.0029</w:t>
        <w:br/>
        <w:t>vn 0.6617 0.6500 0.3737</w:t>
        <w:br/>
        <w:t>vn 0.6616 0.6500 0.3738</w:t>
        <w:br/>
        <w:t>vn 0.2939 0.9558 -0.0028</w:t>
        <w:br/>
        <w:t>vn 0.7735 -0.6311 -0.0586</w:t>
        <w:br/>
        <w:t>vn 0.7734 -0.6312 -0.0586</w:t>
        <w:br/>
        <w:t>vn 0.0390 -0.6480 -0.7606</w:t>
        <w:br/>
        <w:t>vn -0.3565 -0.4127 -0.8382</w:t>
        <w:br/>
        <w:t>vn -0.8458 0.2587 -0.4666</w:t>
        <w:br/>
        <w:t>vn -0.8458 0.2587 -0.4665</w:t>
        <w:br/>
        <w:t>vn -0.6345 0.7158 0.2916</w:t>
        <w:br/>
        <w:t>vn -0.2998 0.7278 0.6168</w:t>
        <w:br/>
        <w:t>vn 0.5631 0.2224 0.7959</w:t>
        <w:br/>
        <w:t>vn 0.5631 0.2225 0.7959</w:t>
        <w:br/>
        <w:t>vn 0.2956 -0.9428 0.1542</w:t>
        <w:br/>
        <w:t>vn 0.1309 -0.5827 -0.8021</w:t>
        <w:br/>
        <w:t>vn -0.0070 -0.1642 -0.9864</w:t>
        <w:br/>
        <w:t>vn -0.2409 0.6564 -0.7149</w:t>
        <w:br/>
        <w:t>vn -0.2410 0.6563 -0.7150</w:t>
        <w:br/>
        <w:t>vn -0.2817 0.9507 0.1297</w:t>
        <w:br/>
        <w:t>vn -0.2078 0.7921 0.5740</w:t>
        <w:br/>
        <w:t>vn 0.0899 -0.1077 0.9901</w:t>
        <w:br/>
        <w:t>vn -0.2939 -0.9558 0.0030</w:t>
        <w:br/>
        <w:t>vn 0.2474 -0.5847 -0.7726</w:t>
        <w:br/>
        <w:t>vn 0.4350 -0.1721 -0.8839</w:t>
        <w:br/>
        <w:t>vn 0.5052 0.6695 -0.5446</w:t>
        <w:br/>
        <w:t>vn 0.5051 0.6696 -0.5446</w:t>
        <w:br/>
        <w:t>vn 0.1568 0.9566 0.2458</w:t>
        <w:br/>
        <w:t>vn -0.0917 0.7912 0.6047</w:t>
        <w:br/>
        <w:t>vn -0.5043 -0.1022 0.8575</w:t>
        <w:br/>
        <w:t>vn -0.6616 -0.6500 -0.3738</w:t>
        <w:br/>
        <w:t>vn 0.3218 -0.6410 -0.6969</w:t>
        <w:br/>
        <w:t>vn 0.7097 -0.3833 -0.5910</w:t>
        <w:br/>
        <w:t>vn 0.4349 -0.1721 -0.8839</w:t>
        <w:br/>
        <w:t>vn 0.2472 -0.5848 -0.7726</w:t>
        <w:br/>
        <w:t>vn 0.9553 0.2905 -0.0552</w:t>
        <w:br/>
        <w:t>vn 0.5051 0.6695 -0.5446</w:t>
        <w:br/>
        <w:t>vn 0.4350 0.7315 0.5250</w:t>
        <w:br/>
        <w:t>vn 0.1568 0.9565 0.2459</w:t>
        <w:br/>
        <w:t>vn -0.0171 0.7336 0.6793</w:t>
        <w:br/>
        <w:t>vn -0.0917 0.7912 0.6046</w:t>
        <w:br/>
        <w:t>vn -0.5042 -0.1022 0.8575</w:t>
        <w:br/>
        <w:t>vn -0.8673 0.1850 0.4621</w:t>
        <w:br/>
        <w:t>vn -0.5632 -0.2225 -0.7958</w:t>
        <w:br/>
        <w:t>vn -0.5631 -0.2224 -0.7959</w:t>
        <w:br/>
        <w:t>vn 0.3001 -0.7278 -0.6166</w:t>
        <w:br/>
        <w:t>vn 0.6346 -0.7158 -0.2915</w:t>
        <w:br/>
        <w:t>vn 0.8458 -0.2586 0.4666</w:t>
        <w:br/>
        <w:t>vn 0.3565 0.4128 0.8382</w:t>
        <w:br/>
        <w:t>vn -0.0391 0.6481 0.7606</w:t>
        <w:br/>
        <w:t>vn -0.7735 0.6311 0.0585</w:t>
        <w:br/>
        <w:t>vn -0.0899 0.1077 -0.9901</w:t>
        <w:br/>
        <w:t>vn 0.2078 -0.7921 -0.5740</w:t>
        <w:br/>
        <w:t>vn 0.2816 -0.9507 -0.1296</w:t>
        <w:br/>
        <w:t>vn 0.2409 -0.6563 0.7150</w:t>
        <w:br/>
        <w:t>vn 0.0070 0.1643 0.9864</w:t>
        <w:br/>
        <w:t>vn -0.1310 0.5828 0.8020</w:t>
        <w:br/>
        <w:t>vn -0.2956 0.9428 -0.1542</w:t>
        <w:br/>
        <w:t>vn -0.2957 0.9428 -0.1542</w:t>
        <w:br/>
        <w:t>vn 0.9289 0.1356 -0.3446</w:t>
        <w:br/>
        <w:t>vn 0.9289 0.1357 -0.3446</w:t>
        <w:br/>
        <w:t>vn 0.5517 0.4598 -0.6959</w:t>
        <w:br/>
        <w:t>vn 0.5517 0.4598 -0.6958</w:t>
        <w:br/>
        <w:t>vn 0.2532 -0.4652 -0.8482</w:t>
        <w:br/>
        <w:t>vn -0.2007 -0.5963 -0.7772</w:t>
        <w:br/>
        <w:t>vn 0.0918 -0.8418 -0.5320</w:t>
        <w:br/>
        <w:t>vn 0.3310 -0.5283 -0.7819</w:t>
        <w:br/>
        <w:t>vn -0.8640 -0.4662 -0.1902</w:t>
        <w:br/>
        <w:t>vn -0.3911 -0.8891 0.2379</w:t>
        <w:br/>
        <w:t>vn -0.3910 -0.8891 0.2380</w:t>
        <w:br/>
        <w:t>vn -0.8348 0.0377 0.5493</w:t>
        <w:br/>
        <w:t>vn -0.5501 -0.2000 0.8108</w:t>
        <w:br/>
        <w:t>vn -0.5287 0.3165 0.7875</w:t>
        <w:br/>
        <w:t>vn -0.4516 0.2542 0.8553</w:t>
        <w:br/>
        <w:t>vn 0.0663 0.9452 0.3197</w:t>
        <w:br/>
        <w:t>vn 0.4540 0.6106 0.6489</w:t>
        <w:br/>
        <w:t>vn 0.4540 0.6105 0.6490</w:t>
        <w:br/>
        <w:t>vn 0.8992 -0.4243 -0.1073</w:t>
        <w:br/>
        <w:t>vn 0.2632 -0.3558 -0.8967</w:t>
        <w:br/>
        <w:t>vn -0.1658 -0.1863 -0.9684</w:t>
        <w:br/>
        <w:t>vn -0.8308 0.2297 -0.5069</w:t>
        <w:br/>
        <w:t>vn -0.8077 0.4555 0.3744</w:t>
        <w:br/>
        <w:t>vn -0.5194 0.4267 0.7404</w:t>
        <w:br/>
        <w:t>vn 0.4137 0.0612 0.9084</w:t>
        <w:br/>
        <w:t>vn 0.4863 -0.8706 -0.0752</w:t>
        <w:br/>
        <w:t>vn 0.4863 -0.8706 -0.0751</w:t>
        <w:br/>
        <w:t>vn 0.3414 -0.2647 -0.9019</w:t>
        <w:br/>
        <w:t>vn 0.1307 0.1570 -0.9789</w:t>
        <w:br/>
        <w:t>vn -0.3109 0.7911 -0.5268</w:t>
        <w:br/>
        <w:t>vn -0.3110 0.7912 -0.5266</w:t>
        <w:br/>
        <w:t>vn -0.5033 0.7910 0.3477</w:t>
        <w:br/>
        <w:t>vn -0.4406 0.5171 0.7338</w:t>
        <w:br/>
        <w:t>vn 0.0113 -0.3957 0.9183</w:t>
        <w:br/>
        <w:t>vn -0.0663 -0.9452 -0.3197</w:t>
        <w:br/>
        <w:t>vn -0.0662 -0.9452 -0.3197</w:t>
        <w:br/>
        <w:t>vn 0.4516 -0.2542 -0.8553</w:t>
        <w:br/>
        <w:t>vn 0.5500 0.2000 -0.8108</w:t>
        <w:br/>
        <w:t>vn 0.3911 0.8891 -0.2379</w:t>
        <w:br/>
        <w:t>vn 0.3912 0.8890 -0.2379</w:t>
        <w:br/>
        <w:t>vn -0.0917 0.8418 0.5320</w:t>
        <w:br/>
        <w:t>vn -0.3310 0.5283 0.7819</w:t>
        <w:br/>
        <w:t>vn -0.5518 -0.4597 0.6958</w:t>
        <w:br/>
        <w:t>vn -0.4538 -0.6106 -0.6491</w:t>
        <w:br/>
        <w:t>vn -0.4538 -0.6105 -0.6491</w:t>
        <w:br/>
        <w:t>vn -0.0662 -0.9452 -0.3198</w:t>
        <w:br/>
        <w:t>vn 0.5287 -0.3166 -0.7876</w:t>
        <w:br/>
        <w:t>vn 0.8347 -0.0377 -0.5494</w:t>
        <w:br/>
        <w:t>vn 0.8640 0.4662 0.1902</w:t>
        <w:br/>
        <w:t>vn 0.3910 0.8891 -0.2380</w:t>
        <w:br/>
        <w:t>vn 0.3910 0.8891 -0.2379</w:t>
        <w:br/>
        <w:t>vn 0.8640 0.4662 0.1901</w:t>
        <w:br/>
        <w:t>vn 0.2006 0.5964 0.7773</w:t>
        <w:br/>
        <w:t>vn -0.0918 0.8417 0.5320</w:t>
        <w:br/>
        <w:t>vn -0.2532 0.4652 0.8482</w:t>
        <w:br/>
        <w:t>vn -0.3309 0.5283 0.7819</w:t>
        <w:br/>
        <w:t>vn -0.5518 -0.4598 0.6958</w:t>
        <w:br/>
        <w:t>vn -0.9289 -0.1356 0.3446</w:t>
        <w:br/>
        <w:t>vn -0.4136 -0.0612 -0.9084</w:t>
        <w:br/>
        <w:t>vn 0.5193 -0.4266 -0.7405</w:t>
        <w:br/>
        <w:t>vn 0.8077 -0.4555 -0.3744</w:t>
        <w:br/>
        <w:t>vn 0.8308 -0.2297 0.5070</w:t>
        <w:br/>
        <w:t>vn 0.1658 0.1863 0.9684</w:t>
        <w:br/>
        <w:t>vn -0.2632 0.3558 0.8967</w:t>
        <w:br/>
        <w:t>vn -0.8992 0.4242 0.1074</w:t>
        <w:br/>
        <w:t>vn -0.8991 0.4243 0.1074</w:t>
        <w:br/>
        <w:t>vn -0.0114 0.3956 -0.9183</w:t>
        <w:br/>
        <w:t>vn 0.4406 -0.5171 -0.7339</w:t>
        <w:br/>
        <w:t>vn 0.5034 -0.7911 -0.3476</w:t>
        <w:br/>
        <w:t>vn 0.3109 -0.7910 0.5269</w:t>
        <w:br/>
        <w:t>vn 0.3110 -0.7911 0.5268</w:t>
        <w:br/>
        <w:t>vn -0.1307 -0.1570 0.9789</w:t>
        <w:br/>
        <w:t>vn -0.3414 0.2647 0.9019</w:t>
        <w:br/>
        <w:t>vn -0.4863 0.8706 0.0753</w:t>
        <w:br/>
        <w:t>vn -0.4863 0.8705 0.0753</w:t>
        <w:br/>
        <w:t>vn -0.1819 0.5000 -0.8467</w:t>
        <w:br/>
        <w:t>vn -0.4035 0.4615 -0.7901</w:t>
        <w:br/>
        <w:t>vn -0.4407 0.5861 -0.6799</w:t>
        <w:br/>
        <w:t>vn -0.2309 0.6528 -0.7215</w:t>
        <w:br/>
        <w:t>vn -0.0000 0.4913 -0.8710</w:t>
        <w:br/>
        <w:t>vn 0.0426 0.5032 -0.8631</w:t>
        <w:br/>
        <w:t>vn -0.0025 0.6548 -0.7558</w:t>
        <w:br/>
        <w:t>vn -0.0000 0.6356 -0.7720</w:t>
        <w:br/>
        <w:t>vn -0.0000 0.9201 -0.3917</w:t>
        <w:br/>
        <w:t>vn -0.0397 0.9781 -0.2042</w:t>
        <w:br/>
        <w:t>vn 0.0000 0.9771 -0.2130</w:t>
        <w:br/>
        <w:t>vn -0.2449 0.9342 -0.2595</w:t>
        <w:br/>
        <w:t>vn -0.1150 0.9012 -0.4179</w:t>
        <w:br/>
        <w:t>vn -0.3554 0.7887 -0.5016</w:t>
        <w:br/>
        <w:t>vn -0.4165 0.8332 -0.3637</w:t>
        <w:br/>
        <w:t>vn -0.3270 0.7448 -0.5816</w:t>
        <w:br/>
        <w:t>vn -0.4957 0.6280 -0.5999</w:t>
        <w:br/>
        <w:t>vn -0.5199 0.6461 -0.5588</w:t>
        <w:br/>
        <w:t>vn -0.0959 0.8274 -0.5533</w:t>
        <w:br/>
        <w:t>vn 0.0000 0.8476 -0.5307</w:t>
        <w:br/>
        <w:t>vn 0.2928 -0.3800 -0.8774</w:t>
        <w:br/>
        <w:t>vn -0.3035 -0.6068 -0.7346</w:t>
        <w:br/>
        <w:t>vn 0.0000 -0.5296 -0.8482</w:t>
        <w:br/>
        <w:t>vn -0.2627 -0.8154 -0.5159</w:t>
        <w:br/>
        <w:t>vn -0.2397 -0.8498 -0.4694</w:t>
        <w:br/>
        <w:t>vn 0.0000 -0.8779 -0.4789</w:t>
        <w:br/>
        <w:t>vn 0.0000 -0.8207 -0.5713</w:t>
        <w:br/>
        <w:t>vn -0.1928 -0.4601 -0.8667</w:t>
        <w:br/>
        <w:t>vn -0.0950 -0.2471 -0.9643</w:t>
        <w:br/>
        <w:t>vn 0.0000 -0.2524 -0.9676</w:t>
        <w:br/>
        <w:t>vn 0.0000 -0.4463 -0.8949</w:t>
        <w:br/>
        <w:t>vn 0.0000 -0.6683 -0.7439</w:t>
        <w:br/>
        <w:t>vn -0.3474 -0.5433 -0.7643</w:t>
        <w:br/>
        <w:t>vn -0.4443 -0.6281 -0.6388</w:t>
        <w:br/>
        <w:t>vn 0.1162 -0.3187 -0.9407</w:t>
        <w:br/>
        <w:t>vn -0.9382 -0.3014 -0.1700</w:t>
        <w:br/>
        <w:t>vn -0.8046 -0.5380 0.2513</w:t>
        <w:br/>
        <w:t>vn -0.7772 -0.5246 -0.3477</w:t>
        <w:br/>
        <w:t>vn 0.2445 -0.9625 -0.1179</w:t>
        <w:br/>
        <w:t>vn -0.6618 -0.6780 -0.3197</w:t>
        <w:br/>
        <w:t>vn -0.7131 -0.6011 -0.3608</w:t>
        <w:br/>
        <w:t>vn -0.8408 -0.5350 -0.0821</w:t>
        <w:br/>
        <w:t>vn -0.7907 -0.6121 -0.0111</w:t>
        <w:br/>
        <w:t>vn -0.4366 0.2070 -0.8755</w:t>
        <w:br/>
        <w:t>vn -0.2024 0.0997 -0.9742</w:t>
        <w:br/>
        <w:t>vn -0.3644 0.0074 -0.9312</w:t>
        <w:br/>
        <w:t>vn -0.5276 0.1216 -0.8408</w:t>
        <w:br/>
        <w:t>vn -0.8132 -0.5366 0.2252</w:t>
        <w:br/>
        <w:t>vn -0.7631 -0.5077 0.4000</w:t>
        <w:br/>
        <w:t>vn -0.7831 -0.5522 0.2862</w:t>
        <w:br/>
        <w:t>vn -0.8451 -0.4593 0.2737</w:t>
        <w:br/>
        <w:t>vn -0.8915 -0.4386 0.1134</w:t>
        <w:br/>
        <w:t>vn -0.8598 -0.5085 -0.0462</w:t>
        <w:br/>
        <w:t>vn -0.8255 -0.5576 0.0875</w:t>
        <w:br/>
        <w:t>vn -0.9090 -0.1949 0.3683</w:t>
        <w:br/>
        <w:t>vn -0.9599 -0.0824 0.2680</w:t>
        <w:br/>
        <w:t>vn -0.9606 -0.2605 0.0964</w:t>
        <w:br/>
        <w:t>vn -0.8886 -0.3456 0.3017</w:t>
        <w:br/>
        <w:t>vn -0.8825 0.0937 0.4609</w:t>
        <w:br/>
        <w:t>vn -0.9081 0.1011 0.4065</w:t>
        <w:br/>
        <w:t>vn -0.8102 0.2607 0.5249</w:t>
        <w:br/>
        <w:t>vn -0.8317 0.2600 0.4907</w:t>
        <w:br/>
        <w:t>vn -0.9273 0.1097 0.3580</w:t>
        <w:br/>
        <w:t>vn -0.8779 0.2917 0.3798</w:t>
        <w:br/>
        <w:t>vn 0.0000 0.9732 0.2299</w:t>
        <w:br/>
        <w:t>vn 0.0000 0.9935 0.1140</w:t>
        <w:br/>
        <w:t>vn -0.0557 0.9917 0.1159</w:t>
        <w:br/>
        <w:t>vn -0.0867 0.9593 0.2688</w:t>
        <w:br/>
        <w:t>vn -0.6628 0.4537 0.5957</w:t>
        <w:br/>
        <w:t>vn -0.7084 0.4346 0.5561</w:t>
        <w:br/>
        <w:t>vn -0.1545 0.9854 0.0712</w:t>
        <w:br/>
        <w:t>vn -0.1994 0.9294 0.3105</w:t>
        <w:br/>
        <w:t>vn -0.7455 0.5366 0.3953</w:t>
        <w:br/>
        <w:t>vn -0.3384 0.9405 -0.0312</w:t>
        <w:br/>
        <w:t>vn -0.3933 0.8774 0.2746</w:t>
        <w:br/>
        <w:t>vn -0.5279 0.8386 -0.1345</w:t>
        <w:br/>
        <w:t>vn -0.5850 0.8091 -0.0560</w:t>
        <w:br/>
        <w:t>vn -0.1197 0.9435 0.3090</w:t>
        <w:br/>
        <w:t>vn -0.0000 0.9624 0.2717</w:t>
        <w:br/>
        <w:t>vn 0.0000 0.9403 0.3403</w:t>
        <w:br/>
        <w:t>vn -0.1264 0.9377 0.3237</w:t>
        <w:br/>
        <w:t>vn -0.6257 0.6848 0.3735</w:t>
        <w:br/>
        <w:t>vn -0.5056 0.6278 0.5918</w:t>
        <w:br/>
        <w:t>vn -0.5393 0.6889 0.4843</w:t>
        <w:br/>
        <w:t>vn -0.2669 0.8846 0.3824</w:t>
        <w:br/>
        <w:t>vn -0.4209 0.7695 0.4802</w:t>
        <w:br/>
        <w:t>vn -0.5129 0.7897 0.3366</w:t>
        <w:br/>
        <w:t>vn -0.3153 0.8943 0.3175</w:t>
        <w:br/>
        <w:t>vn 0.0000 0.2433 -0.9700</w:t>
        <w:br/>
        <w:t>vn 0.0000 0.0227 -0.9997</w:t>
        <w:br/>
        <w:t>vn 0.0354 0.0412 -0.9985</w:t>
        <w:br/>
        <w:t>vn 0.0556 0.2621 -0.9634</w:t>
        <w:br/>
        <w:t>vn -0.1773 0.2975 -0.9381</w:t>
        <w:br/>
        <w:t>vn -0.3955 0.3041 -0.8666</w:t>
        <w:br/>
        <w:t>vn 0.0000 -0.6970 -0.7171</w:t>
        <w:br/>
        <w:t>vn -0.2060 -0.6841 -0.6997</w:t>
        <w:br/>
        <w:t>vn 0.0000 -0.8468 -0.5319</w:t>
        <w:br/>
        <w:t>vn -0.2397 -0.8171 -0.5243</w:t>
        <w:br/>
        <w:t>vn -0.0000 -0.1204 -0.9927</w:t>
        <w:br/>
        <w:t>vn -0.0555 -0.1337 -0.9895</w:t>
        <w:br/>
        <w:t>vn -0.6406 -0.1608 -0.7508</w:t>
        <w:br/>
        <w:t>vn -0.7468 0.0610 -0.6622</w:t>
        <w:br/>
        <w:t>vn -0.6385 0.0607 -0.7672</w:t>
        <w:br/>
        <w:t>vn -0.4977 -0.0821 -0.8635</w:t>
        <w:br/>
        <w:t>vn -0.2925 0.7072 -0.6437</w:t>
        <w:br/>
        <w:t>vn -0.0569 0.7372 -0.6733</w:t>
        <w:br/>
        <w:t>vn 0.0000 0.7334 -0.6797</w:t>
        <w:br/>
        <w:t>vn -0.4760 0.6292 -0.6145</w:t>
        <w:br/>
        <w:t>vn -0.0303 0.9992 -0.0254</w:t>
        <w:br/>
        <w:t>vn -0.1295 0.9906 -0.0438</w:t>
        <w:br/>
        <w:t>vn -0.4632 0.8483 -0.2566</w:t>
        <w:br/>
        <w:t>vn -0.3007 0.9437 -0.1378</w:t>
        <w:br/>
        <w:t>vn -0.5632 0.6820 -0.4665</w:t>
        <w:br/>
        <w:t>vn -0.6113 0.6913 -0.3852</w:t>
        <w:br/>
        <w:t>vn -0.6727 0.6779 -0.2966</w:t>
        <w:br/>
        <w:t>vn -0.7307 0.6377 -0.2437</w:t>
        <w:br/>
        <w:t>vn -0.7020 -0.4107 -0.5818</w:t>
        <w:br/>
        <w:t>vn -0.9799 0.1661 0.1101</w:t>
        <w:br/>
        <w:t>vn -0.9169 0.3483 0.1950</w:t>
        <w:br/>
        <w:t>vn -0.9595 0.1953 -0.2028</w:t>
        <w:br/>
        <w:t>vn -0.9587 0.1115 -0.2617</w:t>
        <w:br/>
        <w:t>vn -0.9979 0.0442 -0.0480</w:t>
        <w:br/>
        <w:t>vn -0.9797 -0.0754 -0.1856</w:t>
        <w:br/>
        <w:t>vn -0.9161 -0.2771 -0.2898</w:t>
        <w:br/>
        <w:t>vn -0.9611 -0.1567 -0.2274</w:t>
        <w:br/>
        <w:t>vn -0.9446 -0.0488 -0.3246</w:t>
        <w:br/>
        <w:t>vn -0.8781 0.0224 -0.4779</w:t>
        <w:br/>
        <w:t>vn -0.7871 -0.5457 -0.2875</w:t>
        <w:br/>
        <w:t>vn -0.7829 -0.2386 -0.5746</w:t>
        <w:br/>
        <w:t>vn -0.6428 -0.4752 -0.6009</w:t>
        <w:br/>
        <w:t>vn -0.9484 0.0251 -0.3162</w:t>
        <w:br/>
        <w:t>vn -0.7183 -0.6485 -0.2519</w:t>
        <w:br/>
        <w:t>vn -0.8892 -0.4514 -0.0743</w:t>
        <w:br/>
        <w:t>vn -0.4890 -0.7932 -0.3629</w:t>
        <w:br/>
        <w:t>vn -0.5558 -0.7731 -0.3057</w:t>
        <w:br/>
        <w:t>vn -0.6998 0.7144 0.0065</w:t>
        <w:br/>
        <w:t>vn -0.8313 0.5339 0.1544</w:t>
        <w:br/>
        <w:t>vn -0.5017 -0.5686 -0.6519</w:t>
        <w:br/>
        <w:t>vn -0.4793 -0.3425 -0.8081</w:t>
        <w:br/>
        <w:t>vn -0.3740 -0.3949 -0.8391</w:t>
        <w:br/>
        <w:t>vn -0.5961 -0.6688 -0.4444</w:t>
        <w:br/>
        <w:t>vn -0.9277 -0.3723 -0.0273</w:t>
        <w:br/>
        <w:t>vn -0.9764 -0.1300 0.1723</w:t>
        <w:br/>
        <w:t>vn -0.9000 -0.4223 0.1082</w:t>
        <w:br/>
        <w:t>vn -0.8856 -0.4138 -0.2109</w:t>
        <w:br/>
        <w:t>vn -0.8035 -0.4740 0.3600</w:t>
        <w:br/>
        <w:t>vn -0.8492 -0.3976 0.3476</w:t>
        <w:br/>
        <w:t>vn -0.8747 -0.4845 -0.0092</w:t>
        <w:br/>
        <w:t>vn -0.3182 -0.2250 -0.9209</w:t>
        <w:br/>
        <w:t>vn -0.2478 -0.2390 -0.9389</w:t>
        <w:br/>
        <w:t>vn -0.3612 -0.6399 -0.6783</w:t>
        <w:br/>
        <w:t>vn -0.4263 -0.7547 -0.4987</w:t>
        <w:br/>
        <w:t>vn -0.1789 -0.1196 -0.9766</w:t>
        <w:br/>
        <w:t>vn -0.7144 -0.6833 -0.1510</w:t>
        <w:br/>
        <w:t>vn -0.8020 0.5646 -0.1950</w:t>
        <w:br/>
        <w:t>vn -0.4615 -0.7826 -0.4178</w:t>
        <w:br/>
        <w:t>vn -0.7204 -0.6935 -0.0093</w:t>
        <w:br/>
        <w:t>vn 0.0000 0.9994 -0.0346</w:t>
        <w:br/>
        <w:t>vn -0.9040 0.3951 -0.1634</w:t>
        <w:br/>
        <w:t>vn 0.4407 0.5861 -0.6799</w:t>
        <w:br/>
        <w:t>vn 0.4035 0.4615 -0.7901</w:t>
        <w:br/>
        <w:t>vn 0.1819 0.5000 -0.8467</w:t>
        <w:br/>
        <w:t>vn 0.2309 0.6528 -0.7215</w:t>
        <w:br/>
        <w:t>vn 0.0025 0.6548 -0.7558</w:t>
        <w:br/>
        <w:t>vn -0.0426 0.5032 -0.8631</w:t>
        <w:br/>
        <w:t>vn 0.0397 0.9781 -0.2042</w:t>
        <w:br/>
        <w:t>vn 0.2385 0.9344 -0.2646</w:t>
        <w:br/>
        <w:t>vn 0.4107 0.8313 -0.3745</w:t>
        <w:br/>
        <w:t>vn 0.3554 0.7887 -0.5016</w:t>
        <w:br/>
        <w:t>vn 0.1150 0.9012 -0.4179</w:t>
        <w:br/>
        <w:t>vn 0.5199 0.6461 -0.5588</w:t>
        <w:br/>
        <w:t>vn 0.4957 0.6280 -0.5999</w:t>
        <w:br/>
        <w:t>vn 0.3270 0.7448 -0.5816</w:t>
        <w:br/>
        <w:t>vn 0.0959 0.8274 -0.5533</w:t>
        <w:br/>
        <w:t>vn -0.2928 -0.3800 -0.8774</w:t>
        <w:br/>
        <w:t>vn 0.3035 -0.6068 -0.7346</w:t>
        <w:br/>
        <w:t>vn 0.2627 -0.8154 -0.5159</w:t>
        <w:br/>
        <w:t>vn 0.2397 -0.8498 -0.4694</w:t>
        <w:br/>
        <w:t>vn 0.1928 -0.4601 -0.8667</w:t>
        <w:br/>
        <w:t>vn 0.0950 -0.2471 -0.9643</w:t>
        <w:br/>
        <w:t>vn 0.3475 -0.5433 -0.7643</w:t>
        <w:br/>
        <w:t>vn 0.4443 -0.6281 -0.6388</w:t>
        <w:br/>
        <w:t>vn -0.1162 -0.3187 -0.9407</w:t>
        <w:br/>
        <w:t>vn 0.6618 -0.6780 -0.3198</w:t>
        <w:br/>
        <w:t>vn 0.7907 -0.6121 -0.0111</w:t>
        <w:br/>
        <w:t>vn 0.8408 -0.5350 -0.0822</w:t>
        <w:br/>
        <w:t>vn 0.7131 -0.6011 -0.3608</w:t>
        <w:br/>
        <w:t>vn 0.4362 0.2027 -0.8767</w:t>
        <w:br/>
        <w:t>vn 0.5268 0.1173 -0.8419</w:t>
        <w:br/>
        <w:t>vn 0.3696 0.0021 -0.9292</w:t>
        <w:br/>
        <w:t>vn 0.2072 0.0970 -0.9735</w:t>
        <w:br/>
        <w:t>vn 0.8133 -0.5366 0.2252</w:t>
        <w:br/>
        <w:t>vn 0.7830 -0.5523 0.2863</w:t>
        <w:br/>
        <w:t>vn 0.7631 -0.5077 0.4000</w:t>
        <w:br/>
        <w:t>vn 0.8599 -0.5084 -0.0464</w:t>
        <w:br/>
        <w:t>vn 0.8916 -0.4385 0.1132</w:t>
        <w:br/>
        <w:t>vn 0.8451 -0.4593 0.2738</w:t>
        <w:br/>
        <w:t>vn 0.8255 -0.5577 0.0873</w:t>
        <w:br/>
        <w:t>vn 0.9607 -0.2605 0.0964</w:t>
        <w:br/>
        <w:t>vn 0.9599 -0.0824 0.2680</w:t>
        <w:br/>
        <w:t>vn 0.9090 -0.1949 0.3683</w:t>
        <w:br/>
        <w:t>vn 0.8886 -0.3454 0.3017</w:t>
        <w:br/>
        <w:t>vn 0.8825 0.0937 0.4609</w:t>
        <w:br/>
        <w:t>vn 0.9081 0.1011 0.4065</w:t>
        <w:br/>
        <w:t>vn 0.8317 0.2600 0.4906</w:t>
        <w:br/>
        <w:t>vn 0.8102 0.2606 0.5250</w:t>
        <w:br/>
        <w:t>vn 0.8779 0.2917 0.3798</w:t>
        <w:br/>
        <w:t>vn 0.9273 0.1097 0.3579</w:t>
        <w:br/>
        <w:t>vn 0.0867 0.9593 0.2689</w:t>
        <w:br/>
        <w:t>vn 0.0557 0.9917 0.1159</w:t>
        <w:br/>
        <w:t>vn 0.6628 0.4536 0.5958</w:t>
        <w:br/>
        <w:t>vn 0.7084 0.4347 0.5561</w:t>
        <w:br/>
        <w:t>vn 0.1994 0.9294 0.3105</w:t>
        <w:br/>
        <w:t>vn 0.1546 0.9854 0.0712</w:t>
        <w:br/>
        <w:t>vn 0.7455 0.5366 0.3953</w:t>
        <w:br/>
        <w:t>vn 0.3231 0.9461 -0.0233</w:t>
        <w:br/>
        <w:t>vn 0.3897 0.8737 0.2912</w:t>
        <w:br/>
        <w:t>vn 0.5915 0.8043 -0.0570</w:t>
        <w:br/>
        <w:t>vn 0.5105 0.8472 -0.1472</w:t>
        <w:br/>
        <w:t>vn 0.1197 0.9435 0.3090</w:t>
        <w:br/>
        <w:t>vn 0.1264 0.9377 0.3237</w:t>
        <w:br/>
        <w:t>vn 0.5056 0.6278 0.5918</w:t>
        <w:br/>
        <w:t>vn 0.6257 0.6848 0.3735</w:t>
        <w:br/>
        <w:t>vn 0.5405 0.6761 0.5007</w:t>
        <w:br/>
        <w:t>vn 0.2669 0.8846 0.3824</w:t>
        <w:br/>
        <w:t>vn 0.4209 0.7695 0.4802</w:t>
        <w:br/>
        <w:t>vn 0.5129 0.7897 0.3366</w:t>
        <w:br/>
        <w:t>vn 0.3153 0.8943 0.3175</w:t>
        <w:br/>
        <w:t>vn -0.0556 0.2621 -0.9634</w:t>
        <w:br/>
        <w:t>vn -0.0354 0.0412 -0.9985</w:t>
        <w:br/>
        <w:t>vn 0.1773 0.2975 -0.9381</w:t>
        <w:br/>
        <w:t>vn 0.3955 0.3041 -0.8666</w:t>
        <w:br/>
        <w:t>vn 0.2060 -0.6841 -0.6997</w:t>
        <w:br/>
        <w:t>vn 0.2397 -0.8171 -0.5243</w:t>
        <w:br/>
        <w:t>vn 0.0555 -0.1337 -0.9895</w:t>
        <w:br/>
        <w:t>vn 0.6406 -0.1608 -0.7508</w:t>
        <w:br/>
        <w:t>vn 0.4975 -0.0840 -0.8634</w:t>
        <w:br/>
        <w:t>vn 0.6383 0.0607 -0.7674</w:t>
        <w:br/>
        <w:t>vn 0.7468 0.0610 -0.6622</w:t>
        <w:br/>
        <w:t>vn 0.2925 0.7072 -0.6437</w:t>
        <w:br/>
        <w:t>vn 0.0569 0.7372 -0.6733</w:t>
        <w:br/>
        <w:t>vn 0.4760 0.6292 -0.6145</w:t>
        <w:br/>
        <w:t>vn 0.1295 0.9906 -0.0438</w:t>
        <w:br/>
        <w:t>vn 0.0303 0.9992 -0.0254</w:t>
        <w:br/>
        <w:t>vn 0.4570 0.8525 -0.2539</w:t>
        <w:br/>
        <w:t>vn 0.2893 0.9475 -0.1359</w:t>
        <w:br/>
        <w:t>vn 0.6151 0.6888 -0.3837</w:t>
        <w:br/>
        <w:t>vn 0.5631 0.6785 -0.4718</w:t>
        <w:br/>
        <w:t>vn 0.7335 0.6259 -0.2651</w:t>
        <w:br/>
        <w:t>vn 0.6665 0.6753 -0.3157</w:t>
        <w:br/>
        <w:t>vn 0.7020 -0.4107 -0.5818</w:t>
        <w:br/>
        <w:t>vn 0.9799 0.1661 0.1100</w:t>
        <w:br/>
        <w:t>vn 0.9169 0.3484 0.1950</w:t>
        <w:br/>
        <w:t>vn 0.9595 0.1953 -0.2028</w:t>
        <w:br/>
        <w:t>vn 0.9979 0.0442 -0.0480</w:t>
        <w:br/>
        <w:t>vn 0.9587 0.1115 -0.2617</w:t>
        <w:br/>
        <w:t>vn 0.9797 -0.0754 -0.1856</w:t>
        <w:br/>
        <w:t>vn 0.9161 -0.2771 -0.2898</w:t>
        <w:br/>
        <w:t>vn 0.8781 0.0224 -0.4779</w:t>
        <w:br/>
        <w:t>vn 0.9446 -0.0488 -0.3246</w:t>
        <w:br/>
        <w:t>vn 0.9611 -0.1568 -0.2274</w:t>
        <w:br/>
        <w:t>vn 0.7871 -0.5457 -0.2875</w:t>
        <w:br/>
        <w:t>vn 0.6428 -0.4752 -0.6009</w:t>
        <w:br/>
        <w:t>vn 0.7829 -0.2386 -0.5746</w:t>
        <w:br/>
        <w:t>vn 0.9484 0.0251 -0.3162</w:t>
        <w:br/>
        <w:t>vn 0.7183 -0.6485 -0.2519</w:t>
        <w:br/>
        <w:t>vn 0.8892 -0.4514 -0.0743</w:t>
        <w:br/>
        <w:t>vn 0.4890 -0.7932 -0.3629</w:t>
        <w:br/>
        <w:t>vn 0.5558 -0.7731 -0.3056</w:t>
        <w:br/>
        <w:t>vn 0.7163 0.6970 0.0337</w:t>
        <w:br/>
        <w:t>vn 0.8313 0.5339 0.1544</w:t>
        <w:br/>
        <w:t>vn 0.5017 -0.5685 -0.6520</w:t>
        <w:br/>
        <w:t>vn 0.3740 -0.3949 -0.8391</w:t>
        <w:br/>
        <w:t>vn 0.4793 -0.3425 -0.8081</w:t>
        <w:br/>
        <w:t>vn 0.5961 -0.6688 -0.4444</w:t>
        <w:br/>
        <w:t>vn 0.9277 -0.3723 -0.0273</w:t>
        <w:br/>
        <w:t>vn 0.9764 -0.1300 0.1723</w:t>
        <w:br/>
        <w:t>vn 0.8856 -0.4138 -0.2109</w:t>
        <w:br/>
        <w:t>vn 0.9000 -0.4222 0.1085</w:t>
        <w:br/>
        <w:t>vn 0.8033 -0.4741 0.3604</w:t>
        <w:br/>
        <w:t>vn 0.8492 -0.3973 0.3479</w:t>
        <w:br/>
        <w:t>vn 0.8747 -0.4845 -0.0093</w:t>
        <w:br/>
        <w:t>vn 0.3180 -0.2268 -0.9205</w:t>
        <w:br/>
        <w:t>vn 0.2477 -0.2390 -0.9389</w:t>
        <w:br/>
        <w:t>vn 0.3612 -0.6399 -0.6783</w:t>
        <w:br/>
        <w:t>vn 0.4263 -0.7547 -0.4987</w:t>
        <w:br/>
        <w:t>vn 0.1855 -0.1205 -0.9752</w:t>
        <w:br/>
        <w:t>vn 0.7143 -0.6833 -0.1511</w:t>
        <w:br/>
        <w:t>vn 0.8096 0.5553 -0.1902</w:t>
        <w:br/>
        <w:t>vn 0.4615 -0.7826 -0.4178</w:t>
        <w:br/>
        <w:t>vn 0.7204 -0.6935 -0.0093</w:t>
        <w:br/>
        <w:t>vn 0.8360 0.0110 -0.5486</w:t>
        <w:br/>
        <w:t>vn 0.7010 -0.4750 -0.5320</w:t>
        <w:br/>
        <w:t>vn 0.9040 0.3950 -0.1634</w:t>
        <w:br/>
        <w:t>vn -0.9343 0.1256 0.3337</w:t>
        <w:br/>
        <w:t>vn -0.9895 -0.1287 0.0664</w:t>
        <w:br/>
        <w:t>vn -0.8883 -0.4282 -0.1659</w:t>
        <w:br/>
        <w:t>vn -0.9408 0.0921 0.3263</w:t>
        <w:br/>
        <w:t>vn -0.9045 0.2911 0.3117</w:t>
        <w:br/>
        <w:t>vn -0.7727 0.5454 0.3249</w:t>
        <w:br/>
        <w:t>vn -0.6581 0.6832 0.3164</w:t>
        <w:br/>
        <w:t>vn -0.5306 0.7856 0.3184</w:t>
        <w:br/>
        <w:t>vn -0.3298 0.8832 0.3333</w:t>
        <w:br/>
        <w:t>vn -0.1194 0.9299 0.3480</w:t>
        <w:br/>
        <w:t>vn -0.0000 0.9327 0.3608</w:t>
        <w:br/>
        <w:t>vn 0.9343 0.1255 0.3337</w:t>
        <w:br/>
        <w:t>vn 0.9895 -0.1287 0.0664</w:t>
        <w:br/>
        <w:t>vn 0.8883 -0.4282 -0.1659</w:t>
        <w:br/>
        <w:t>vn 0.9408 0.0921 0.3262</w:t>
        <w:br/>
        <w:t>vn 0.9045 0.2911 0.3117</w:t>
        <w:br/>
        <w:t>vn 0.7727 0.5454 0.3249</w:t>
        <w:br/>
        <w:t>vn 0.6581 0.6832 0.3164</w:t>
        <w:br/>
        <w:t>vn 0.5306 0.7856 0.3184</w:t>
        <w:br/>
        <w:t>vn 0.3298 0.8832 0.3334</w:t>
        <w:br/>
        <w:t>vn 0.1194 0.9299 0.3480</w:t>
        <w:br/>
        <w:t>vn 0.5678 0.4221 -0.7067</w:t>
        <w:br/>
        <w:t>vn 0.5845 0.3041 -0.7522</w:t>
        <w:br/>
        <w:t>vn 0.7099 0.4282 -0.5592</w:t>
        <w:br/>
        <w:t>vn 0.7546 0.2166 -0.6194</w:t>
        <w:br/>
        <w:t>vn 0.6884 0.4803 -0.5435</w:t>
        <w:br/>
        <w:t>vn 0.6319 0.5258 -0.5694</w:t>
        <w:br/>
        <w:t>vn 0.6441 0.3960 -0.6544</w:t>
        <w:br/>
        <w:t>vn 0.7115 0.3087 -0.6312</w:t>
        <w:br/>
        <w:t>vn 0.9151 0.1736 -0.3638</w:t>
        <w:br/>
        <w:t>vn 0.8010 0.3116 -0.5112</w:t>
        <w:br/>
        <w:t>vn 0.7551 0.2802 -0.5927</w:t>
        <w:br/>
        <w:t>vn 0.8550 0.2370 -0.4612</w:t>
        <w:br/>
        <w:t>vn 0.7028 0.2694 -0.6584</w:t>
        <w:br/>
        <w:t>vn 0.7719 0.3158 -0.5518</w:t>
        <w:br/>
        <w:t>vn 0.5975 0.2061 -0.7749</w:t>
        <w:br/>
        <w:t>vn 0.7464 0.3595 -0.5600</w:t>
        <w:br/>
        <w:t>vn 0.8978 0.1673 -0.4073</w:t>
        <w:br/>
        <w:t>vn 0.8943 0.0847 -0.4395</w:t>
        <w:br/>
        <w:t>vn 0.6397 0.5845 -0.4991</w:t>
        <w:br/>
        <w:t>vn -0.1522 0.9812 -0.1187</w:t>
        <w:br/>
        <w:t>vn 0.2344 0.9346 -0.2676</w:t>
        <w:br/>
        <w:t>vn 0.7535 0.3242 -0.5720</w:t>
        <w:br/>
        <w:t>vn 0.7599 0.3963 -0.5153</w:t>
        <w:br/>
        <w:t>vn 0.7231 0.5855 -0.3663</w:t>
        <w:br/>
        <w:t>vn 0.5937 0.5435 -0.5934</w:t>
        <w:br/>
        <w:t>vn 0.5811 0.5176 -0.6280</w:t>
        <w:br/>
        <w:t>vn 0.6316 0.4933 -0.5981</w:t>
        <w:br/>
        <w:t>vn 0.6291 0.5107 -0.5861</w:t>
        <w:br/>
        <w:t>vn 0.7370 0.3452 -0.5811</w:t>
        <w:br/>
        <w:t>vn 0.6102 0.0734 -0.7888</w:t>
        <w:br/>
        <w:t>vn 0.8170 0.1539 -0.5557</w:t>
        <w:br/>
        <w:t>vn 0.6633 0.2467 -0.7065</w:t>
        <w:br/>
        <w:t>vn 0.6240 0.2611 -0.7365</w:t>
        <w:br/>
        <w:t>vn 0.6397 0.5846 -0.4990</w:t>
        <w:br/>
        <w:t>vn 0.2343 0.9346 -0.2675</w:t>
        <w:br/>
        <w:t>vn 0.7542 0.4018 -0.5194</w:t>
        <w:br/>
        <w:t>vn -0.8397 0.5430 -0.0076</w:t>
        <w:br/>
        <w:t>vn -0.7251 0.6788 0.1163</w:t>
        <w:br/>
        <w:t>vn -0.7350 0.5846 -0.3435</w:t>
        <w:br/>
        <w:t>vn -0.2296 0.8631 0.4498</w:t>
        <w:br/>
        <w:t>vn -0.6732 0.6861 0.2757</w:t>
        <w:br/>
        <w:t>vn 0.2033 0.7371 0.6445</w:t>
        <w:br/>
        <w:t>vn 0.5411 0.4021 0.7386</w:t>
        <w:br/>
        <w:t>vn 0.7433 -0.0605 0.6662</w:t>
        <w:br/>
        <w:t>vn 0.7613 -0.5278 0.3767</w:t>
        <w:br/>
        <w:t>vn 0.1328 -0.8552 -0.5010</w:t>
        <w:br/>
        <w:t>vn 0.5527 -0.8326 -0.0358</w:t>
        <w:br/>
        <w:t>vn -0.2364 -0.5923 -0.7703</w:t>
        <w:br/>
        <w:t>vn -0.5270 -0.1033 -0.8436</w:t>
        <w:br/>
        <w:t>vn -0.5269 -0.1032 -0.8436</w:t>
        <w:br/>
        <w:t>vn -0.6737 0.3928 -0.6260</w:t>
        <w:br/>
        <w:t>vn -0.5845 0.3041 -0.7522</w:t>
        <w:br/>
        <w:t>vn -0.5678 0.4221 -0.7067</w:t>
        <w:br/>
        <w:t>vn -0.7099 0.4282 -0.5592</w:t>
        <w:br/>
        <w:t>vn -0.6319 0.5254 -0.5698</w:t>
        <w:br/>
        <w:t>vn -0.6884 0.4803 -0.5435</w:t>
        <w:br/>
        <w:t>vn -0.7546 0.2166 -0.6194</w:t>
        <w:br/>
        <w:t>vn -0.6441 0.3960 -0.6544</w:t>
        <w:br/>
        <w:t>vn -0.7115 0.3087 -0.6312</w:t>
        <w:br/>
        <w:t>vn -0.9152 0.1736 -0.3638</w:t>
        <w:br/>
        <w:t>vn -0.8550 0.2370 -0.4612</w:t>
        <w:br/>
        <w:t>vn -0.7551 0.2802 -0.5927</w:t>
        <w:br/>
        <w:t>vn -0.8010 0.3116 -0.5112</w:t>
        <w:br/>
        <w:t>vn -0.7028 0.2694 -0.6584</w:t>
        <w:br/>
        <w:t>vn -0.5976 0.2061 -0.7749</w:t>
        <w:br/>
        <w:t>vn -0.7719 0.3158 -0.5518</w:t>
        <w:br/>
        <w:t>vn -0.7464 0.3595 -0.5600</w:t>
        <w:br/>
        <w:t>vn -0.6397 0.5845 -0.4991</w:t>
        <w:br/>
        <w:t>vn -0.8943 0.0847 -0.4394</w:t>
        <w:br/>
        <w:t>vn -0.8978 0.1673 -0.4073</w:t>
        <w:br/>
        <w:t>vn 0.1522 0.9812 -0.1186</w:t>
        <w:br/>
        <w:t>vn -0.2343 0.9346 -0.2675</w:t>
        <w:br/>
        <w:t>vn -0.7535 0.3242 -0.5720</w:t>
        <w:br/>
        <w:t>vn -0.7232 0.5856 -0.3663</w:t>
        <w:br/>
        <w:t>vn -0.7599 0.3963 -0.5153</w:t>
        <w:br/>
        <w:t>vn -0.5810 0.5177 -0.6280</w:t>
        <w:br/>
        <w:t>vn -0.5937 0.5435 -0.5934</w:t>
        <w:br/>
        <w:t>vn -0.6316 0.4933 -0.5981</w:t>
        <w:br/>
        <w:t>vn -0.6291 0.5107 -0.5861</w:t>
        <w:br/>
        <w:t>vn -0.7370 0.3452 -0.5811</w:t>
        <w:br/>
        <w:t>vn -0.6102 0.0734 -0.7888</w:t>
        <w:br/>
        <w:t>vn -0.8170 0.1539 -0.5557</w:t>
        <w:br/>
        <w:t>vn -0.6240 0.2611 -0.7365</w:t>
        <w:br/>
        <w:t>vn -0.6633 0.2467 -0.7065</w:t>
        <w:br/>
        <w:t>vn -0.7542 0.4018 -0.5194</w:t>
        <w:br/>
        <w:t>vn -0.6397 0.5846 -0.4990</w:t>
        <w:br/>
        <w:t>vn 0.8397 0.5430 -0.0076</w:t>
        <w:br/>
        <w:t>vn 0.7350 0.5846 -0.3435</w:t>
        <w:br/>
        <w:t>vn 0.7350 0.5847 -0.3435</w:t>
        <w:br/>
        <w:t>vn 0.7251 0.6788 0.1163</w:t>
        <w:br/>
        <w:t>vn 0.2296 0.8631 0.4498</w:t>
        <w:br/>
        <w:t>vn 0.6732 0.6861 0.2757</w:t>
        <w:br/>
        <w:t>vn -0.2033 0.7371 0.6445</w:t>
        <w:br/>
        <w:t>vn -0.5411 0.4021 0.7386</w:t>
        <w:br/>
        <w:t>vn -0.7433 -0.0605 0.6662</w:t>
        <w:br/>
        <w:t>vn -0.7613 -0.5278 0.3767</w:t>
        <w:br/>
        <w:t>vn -0.1328 -0.8552 -0.5010</w:t>
        <w:br/>
        <w:t>vn -0.5527 -0.8326 -0.0358</w:t>
        <w:br/>
        <w:t>vn 0.2364 -0.5923 -0.7703</w:t>
        <w:br/>
        <w:t>vn 0.5270 -0.1033 -0.8436</w:t>
        <w:br/>
        <w:t>vn 0.5269 -0.1032 -0.8436</w:t>
        <w:br/>
        <w:t>vn 0.6737 0.3928 -0.6260</w:t>
        <w:br/>
        <w:t>vn -0.2446 -0.9688 0.0392</w:t>
        <w:br/>
        <w:t>vn 0.0676 -0.8924 0.4461</w:t>
        <w:br/>
        <w:t>vn -0.1195 -0.9896 -0.0797</w:t>
        <w:br/>
        <w:t>vn 0.2656 -0.6130 0.7441</w:t>
        <w:br/>
        <w:t>vn -0.0000 -0.8083 0.5888</w:t>
        <w:br/>
        <w:t>vn 0.0000 -0.6401 0.7683</w:t>
        <w:br/>
        <w:t>vn 0.1455 -0.5844 0.7983</w:t>
        <w:br/>
        <w:t>vn -0.0114 -0.9452 0.3264</w:t>
        <w:br/>
        <w:t>vn -0.0000 -0.6099 0.7925</w:t>
        <w:br/>
        <w:t>vn 0.0520 -0.6179 0.7845</w:t>
        <w:br/>
        <w:t>vn 0.1201 -0.5342 0.8368</w:t>
        <w:br/>
        <w:t>vn 0.2534 -0.4816 0.8389</w:t>
        <w:br/>
        <w:t>vn 0.2200 -0.5283 0.8201</w:t>
        <w:br/>
        <w:t>vn 0.3059 -0.4188 0.8550</w:t>
        <w:br/>
        <w:t>vn 0.3131 -0.4232 0.8502</w:t>
        <w:br/>
        <w:t>vn 0.2350 -0.4176 0.8777</w:t>
        <w:br/>
        <w:t>vn 0.2048 -0.4324 0.8781</w:t>
        <w:br/>
        <w:t>vn -0.2296 -0.9278 0.2942</w:t>
        <w:br/>
        <w:t>vn 0.2446 -0.9688 0.0392</w:t>
        <w:br/>
        <w:t>vn 0.1195 -0.9896 -0.0796</w:t>
        <w:br/>
        <w:t>vn -0.0676 -0.8924 0.4461</w:t>
        <w:br/>
        <w:t>vn -0.2656 -0.6130 0.7441</w:t>
        <w:br/>
        <w:t>vn -0.1455 -0.5844 0.7983</w:t>
        <w:br/>
        <w:t>vn 0.0114 -0.9452 0.3264</w:t>
        <w:br/>
        <w:t>vn 0.8046 -0.5380 0.2513</w:t>
        <w:br/>
        <w:t>vn 0.0890 -0.5992 0.7957</w:t>
        <w:br/>
        <w:t>vn -0.0520 -0.6179 0.7845</w:t>
        <w:br/>
        <w:t>vn 0.0890 -0.5992 0.7956</w:t>
        <w:br/>
        <w:t>vn -0.2445 -0.9625 -0.1179</w:t>
        <w:br/>
        <w:t>vn -0.2534 -0.4816 0.8389</w:t>
        <w:br/>
        <w:t>vn -0.2200 -0.5283 0.8201</w:t>
        <w:br/>
        <w:t>vn -0.3059 -0.4188 0.8550</w:t>
        <w:br/>
        <w:t>vn -0.2350 -0.4176 0.8777</w:t>
        <w:br/>
        <w:t>vn -0.3131 -0.4232 0.8502</w:t>
        <w:br/>
        <w:t>vn -0.2048 -0.4325 0.8781</w:t>
        <w:br/>
        <w:t>vn 0.2296 -0.9278 0.2942</w:t>
        <w:br/>
        <w:t>vn 0.9276 0.2074 0.3108</w:t>
        <w:br/>
        <w:t>vn 0.5853 0.0094 0.8107</w:t>
        <w:br/>
        <w:t>vn 0.4625 -0.0494 0.8852</w:t>
        <w:br/>
        <w:t>vn 0.9136 0.2365 0.3308</w:t>
        <w:br/>
        <w:t>vn -0.5856 -0.3437 0.7341</w:t>
        <w:br/>
        <w:t>vn -0.5055 -0.4313 0.7473</w:t>
        <w:br/>
        <w:t>vn -0.7680 -0.4725 0.4324</w:t>
        <w:br/>
        <w:t>vn -0.8939 -0.4082 0.1854</w:t>
        <w:br/>
        <w:t>vn 0.6349 0.0486 0.7710</w:t>
        <w:br/>
        <w:t>vn 0.6814 -0.0004 0.7319</w:t>
        <w:br/>
        <w:t>vn 0.4828 -0.1421 0.8641</w:t>
        <w:br/>
        <w:t>vn 0.4091 -0.0760 0.9093</w:t>
        <w:br/>
        <w:t>vn 0.9724 0.1523 0.1769</w:t>
        <w:br/>
        <w:t>vn 0.6139 0.0106 0.7893</w:t>
        <w:br/>
        <w:t>vn 0.6068 0.0184 0.7947</w:t>
        <w:br/>
        <w:t>vn 0.9601 0.1722 0.2205</w:t>
        <w:br/>
        <w:t>vn 0.5988 0.0199 0.8007</w:t>
        <w:br/>
        <w:t>vn 0.9410 0.2021 0.2715</w:t>
        <w:br/>
        <w:t>vn 0.4095 -0.0359 0.9116</w:t>
        <w:br/>
        <w:t>vn 0.4182 -0.0302 0.9078</w:t>
        <w:br/>
        <w:t>vn 0.6246 0.0020 0.7809</w:t>
        <w:br/>
        <w:t>vn 0.6567 -0.0008 0.7542</w:t>
        <w:br/>
        <w:t>vn 0.1465 -0.2739 0.9505</w:t>
        <w:br/>
        <w:t>vn 0.4069 -0.0534 0.9119</w:t>
        <w:br/>
        <w:t>vn 0.4184 -0.0403 0.9074</w:t>
        <w:br/>
        <w:t>vn -0.1686 0.3222 0.9315</w:t>
        <w:br/>
        <w:t>vn -0.1467 0.3019 0.9420</w:t>
        <w:br/>
        <w:t>vn 0.3223 0.3267 0.8885</w:t>
        <w:br/>
        <w:t>vn -0.6839 0.5538 0.4749</w:t>
        <w:br/>
        <w:t>vn -0.7891 0.3174 0.5259</w:t>
        <w:br/>
        <w:t>vn -0.6972 0.1118 0.7081</w:t>
        <w:br/>
        <w:t>vn -0.9901 -0.1171 -0.0769</w:t>
        <w:br/>
        <w:t>vn -0.9596 -0.2802 -0.0241</w:t>
        <w:br/>
        <w:t>vn -0.6934 -0.1435 0.7061</w:t>
        <w:br/>
        <w:t>vn 0.2892 0.5787 0.7625</w:t>
        <w:br/>
        <w:t>vn 0.2892 0.5787 0.7626</w:t>
        <w:br/>
        <w:t>vn 0.3088 0.5305 0.7895</w:t>
        <w:br/>
        <w:t>vn 0.3326 0.4607 0.8228</w:t>
        <w:br/>
        <w:t>vn 0.3331 0.4024 0.8527</w:t>
        <w:br/>
        <w:t>vn 0.3326 0.4608 0.8228</w:t>
        <w:br/>
        <w:t>vn 0.4112 0.3327 0.8487</w:t>
        <w:br/>
        <w:t>vn 0.8471 0.2736 0.4555</w:t>
        <w:br/>
        <w:t>vn 0.0529 0.2528 0.9661</w:t>
        <w:br/>
        <w:t>vn -0.0686 0.3011 0.9511</w:t>
        <w:br/>
        <w:t>vn 0.5695 0.2478 0.7838</w:t>
        <w:br/>
        <w:t>vn 0.8680 0.3245 0.3759</w:t>
        <w:br/>
        <w:t>vn 0.8784 0.3714 0.3009</w:t>
        <w:br/>
        <w:t>vn 0.6434 0.2181 0.7338</w:t>
        <w:br/>
        <w:t>vn 0.8882 0.3765 0.2632</w:t>
        <w:br/>
        <w:t>vn 0.3183 -0.0808 0.9445</w:t>
        <w:br/>
        <w:t>vn -0.7302 -0.1360 -0.6696</w:t>
        <w:br/>
        <w:t>vn -0.7679 -0.1403 -0.6251</w:t>
        <w:br/>
        <w:t>vn 0.5604 0.4565 -0.6910</w:t>
        <w:br/>
        <w:t>vn 0.7361 0.4863 -0.4708</w:t>
        <w:br/>
        <w:t>vn 0.7259 0.4768 -0.4957</w:t>
        <w:br/>
        <w:t>vn 0.5429 0.4331 -0.7196</w:t>
        <w:br/>
        <w:t>vn -0.4182 -0.0273 -0.9079</w:t>
        <w:br/>
        <w:t>vn -0.4185 -0.1458 -0.8964</w:t>
        <w:br/>
        <w:t>vn -0.5568 -0.2148 -0.8024</w:t>
        <w:br/>
        <w:t>vn -0.1038 0.1752 -0.9790</w:t>
        <w:br/>
        <w:t>vn -0.6577 -0.2950 -0.6931</w:t>
        <w:br/>
        <w:t>vn -0.5568 -0.2147 -0.8024</w:t>
        <w:br/>
        <w:t>vn -0.3788 -0.2465 -0.8921</w:t>
        <w:br/>
        <w:t>vn -0.3537 -0.3645 -0.8614</w:t>
        <w:br/>
        <w:t>vn -0.6012 -0.3212 -0.7317</w:t>
        <w:br/>
        <w:t>vn -0.2763 -0.5126 -0.8130</w:t>
        <w:br/>
        <w:t>vn -0.5176 -0.3555 -0.7783</w:t>
        <w:br/>
        <w:t>vn 0.9051 -0.3989 0.1470</w:t>
        <w:br/>
        <w:t>vn 0.7400 -0.6476 -0.1816</w:t>
        <w:br/>
        <w:t>vn 0.8014 -0.5030 -0.3236</w:t>
        <w:br/>
        <w:t>vn 0.9583 -0.2846 0.0279</w:t>
        <w:br/>
        <w:t>vn 0.6455 -0.7631 0.0309</w:t>
        <w:br/>
        <w:t>vn 0.6540 -0.7143 0.2491</w:t>
        <w:br/>
        <w:t>vn 0.5215 -0.8530 0.0202</w:t>
        <w:br/>
        <w:t>vn -0.9596 -0.2802 -0.0242</w:t>
        <w:br/>
        <w:t>vn 0.8158 -0.4872 0.3116</w:t>
        <w:br/>
        <w:t>vn -0.8313 -0.0945 -0.5477</w:t>
        <w:br/>
        <w:t>vn 0.0940 0.3446 0.9340</w:t>
        <w:br/>
        <w:t>vn 0.3528 0.3559 0.8654</w:t>
        <w:br/>
        <w:t>vn 0.8578 -0.3635 -0.3633</w:t>
        <w:br/>
        <w:t>vn 0.9065 -0.1775 -0.3830</w:t>
        <w:br/>
        <w:t>vn 0.9994 0.0241 0.0228</w:t>
        <w:br/>
        <w:t>vn 0.9886 -0.1498 0.0160</w:t>
        <w:br/>
        <w:t>vn 0.5994 0.4538 -0.6593</w:t>
        <w:br/>
        <w:t>vn 0.7627 0.4735 -0.4405</w:t>
        <w:br/>
        <w:t>vn -0.7134 -0.2327 -0.6610</w:t>
        <w:br/>
        <w:t>vn -0.4030 -0.3926 -0.8267</w:t>
        <w:br/>
        <w:t>vn -0.6476 -0.1879 -0.7385</w:t>
        <w:br/>
        <w:t>vn 0.7756 0.3235 -0.5421</w:t>
        <w:br/>
        <w:t>vn 0.8005 0.3547 -0.4831</w:t>
        <w:br/>
        <w:t>vn 0.1102 0.2447 -0.9633</w:t>
        <w:br/>
        <w:t>vn 0.1303 0.2200 -0.9668</w:t>
        <w:br/>
        <w:t>vn -0.1040 0.2173 -0.9706</w:t>
        <w:br/>
        <w:t>vn -0.1337 0.2342 -0.9629</w:t>
        <w:br/>
        <w:t>vn -0.4590 0.0442 -0.8873</w:t>
        <w:br/>
        <w:t>vn -0.4116 0.0423 -0.9104</w:t>
        <w:br/>
        <w:t>vn 0.2895 0.0677 0.9548</w:t>
        <w:br/>
        <w:t>vn 0.2895 0.0676 0.9548</w:t>
        <w:br/>
        <w:t>vn 0.1978 0.1922 0.9612</w:t>
        <w:br/>
        <w:t>vn 0.0998 0.3688 0.9241</w:t>
        <w:br/>
        <w:t>vn 0.1414 0.3060 0.9415</w:t>
        <w:br/>
        <w:t>vn -0.2887 0.4982 0.8176</w:t>
        <w:br/>
        <w:t>vn -0.2367 0.5955 0.7677</w:t>
        <w:br/>
        <w:t>vn -0.1034 0.9476 0.3022</w:t>
        <w:br/>
        <w:t>vn 0.0996 0.7769 0.6217</w:t>
        <w:br/>
        <w:t>vn -0.1336 0.9181 0.3732</w:t>
        <w:br/>
        <w:t>vn -0.3485 0.9344 0.0740</w:t>
        <w:br/>
        <w:t>vn 0.1111 0.6581 0.7447</w:t>
        <w:br/>
        <w:t>vn 0.1043 0.5015 0.8588</w:t>
        <w:br/>
        <w:t>vn -0.1460 0.6068 0.7814</w:t>
        <w:br/>
        <w:t>vn -0.2258 0.7418 0.6314</w:t>
        <w:br/>
        <w:t>vn -0.0947 0.3763 0.9217</w:t>
        <w:br/>
        <w:t>vn 0.3056 0.0631 0.9501</w:t>
        <w:br/>
        <w:t>vn -0.4302 0.8065 0.4056</w:t>
        <w:br/>
        <w:t>vn -0.8100 -0.2202 0.5436</w:t>
        <w:br/>
        <w:t>vn -0.7747 -0.3255 0.5422</w:t>
        <w:br/>
        <w:t>vn -0.9503 -0.2347 0.2046</w:t>
        <w:br/>
        <w:t>vn -0.9778 -0.1311 0.1635</w:t>
        <w:br/>
        <w:t>vn -0.7780 -0.3794 0.5008</w:t>
        <w:br/>
        <w:t>vn -0.7999 -0.3778 0.4663</w:t>
        <w:br/>
        <w:t>vn -0.8946 -0.3555 0.2708</w:t>
        <w:br/>
        <w:t>vn -0.9046 -0.3389 0.2585</w:t>
        <w:br/>
        <w:t>vn -0.7626 -0.3699 0.5307</w:t>
        <w:br/>
        <w:t>vn -0.9218 -0.3063 0.2375</w:t>
        <w:br/>
        <w:t>vn -0.7782 -0.2877 0.5583</w:t>
        <w:br/>
        <w:t>vn -0.7795 -0.2450 0.5765</w:t>
        <w:br/>
        <w:t>vn -0.5745 -0.2515 0.7790</w:t>
        <w:br/>
        <w:t>vn -0.7018 -0.3081 0.6423</w:t>
        <w:br/>
        <w:t>vn -0.7975 -0.3266 0.5073</w:t>
        <w:br/>
        <w:t>vn -0.8767 -0.3354 0.3448</w:t>
        <w:br/>
        <w:t>vn -0.7792 -0.2231 0.5857</w:t>
        <w:br/>
        <w:t>vn -0.7599 -0.2124 0.6143</w:t>
        <w:br/>
        <w:t>vn -0.5107 -0.1728 0.8422</w:t>
        <w:br/>
        <w:t>vn -0.4150 -0.1768 0.8925</w:t>
        <w:br/>
        <w:t>vn -0.5006 -0.5065 0.7020</w:t>
        <w:br/>
        <w:t>vn -0.6088 -0.2024 0.7671</w:t>
        <w:br/>
        <w:t>vn -0.7283 -0.1788 0.6615</w:t>
        <w:br/>
        <w:t>vn -0.4869 -0.4367 0.7565</w:t>
        <w:br/>
        <w:t>vn 0.7586 -0.1141 0.6415</w:t>
        <w:br/>
        <w:t>vn 0.7642 -0.5207 0.3806</w:t>
        <w:br/>
        <w:t>vn 0.5866 -0.5986 0.5455</w:t>
        <w:br/>
        <w:t>vn 0.5712 -0.2617 0.7779</w:t>
        <w:br/>
        <w:t>vn -0.3908 0.8401 0.3761</w:t>
        <w:br/>
        <w:t>vn -0.3046 0.9270 0.2188</w:t>
        <w:br/>
        <w:t>vn -0.3209 0.9104 0.2611</w:t>
        <w:br/>
        <w:t>vn -0.6514 0.5722 0.4982</w:t>
        <w:br/>
        <w:t>vn -0.5295 0.7098 0.4646</w:t>
        <w:br/>
        <w:t>vn -0.7191 -0.5850 -0.3750</w:t>
        <w:br/>
        <w:t>vn -0.4973 -0.8671 0.0294</w:t>
        <w:br/>
        <w:t>vn -0.1547 -0.9489 -0.2752</w:t>
        <w:br/>
        <w:t>vn -0.3512 -0.6632 -0.6610</w:t>
        <w:br/>
        <w:t>vn -0.8417 0.4250 -0.3332</w:t>
        <w:br/>
        <w:t>vn -0.7078 0.5535 -0.4390</w:t>
        <w:br/>
        <w:t>vn -0.8386 0.5395 0.0748</w:t>
        <w:br/>
        <w:t>vn -0.8422 0.5309 0.0943</w:t>
        <w:br/>
        <w:t>vn 0.7207 0.2160 -0.6587</w:t>
        <w:br/>
        <w:t>vn 0.7461 0.2625 -0.6119</w:t>
        <w:br/>
        <w:t>vn 0.1337 0.1698 -0.9764</w:t>
        <w:br/>
        <w:t>vn 0.1088 0.1099 -0.9880</w:t>
        <w:br/>
        <w:t>vn -0.3784 0.4206 -0.8246</w:t>
        <w:br/>
        <w:t>vn -0.6758 0.4282 -0.5999</w:t>
        <w:br/>
        <w:t>vn -0.4621 0.7373 -0.4928</w:t>
        <w:br/>
        <w:t>vn -0.0305 0.7088 -0.7048</w:t>
        <w:br/>
        <w:t>vn -0.8474 -0.0397 0.5295</w:t>
        <w:br/>
        <w:t>vn -0.9946 0.0179 0.1026</w:t>
        <w:br/>
        <w:t>vn -0.8326 0.1709 0.5268</w:t>
        <w:br/>
        <w:t>vn -0.9836 0.1770 0.0348</w:t>
        <w:br/>
        <w:t>vn -0.7571 0.3864 0.5268</w:t>
        <w:br/>
        <w:t>vn -0.9925 -0.1061 -0.0604</w:t>
        <w:br/>
        <w:t>vn -0.7357 -0.1633 0.6573</w:t>
        <w:br/>
        <w:t>vn -0.7769 -0.4134 0.4749</w:t>
        <w:br/>
        <w:t>vn -0.9644 -0.2151 -0.1540</w:t>
        <w:br/>
        <w:t>vn -0.4220 0.5843 0.6932</w:t>
        <w:br/>
        <w:t>vn -0.4592 0.4952 0.7375</w:t>
        <w:br/>
        <w:t>vn 0.9772 0.1565 0.1433</w:t>
        <w:br/>
        <w:t>vn 0.9757 0.1928 0.1043</w:t>
        <w:br/>
        <w:t>vn -0.2771 0.5383 0.7959</w:t>
        <w:br/>
        <w:t>vn -0.4593 0.4952 0.7374</w:t>
        <w:br/>
        <w:t>vn -0.2273 0.4268 0.8753</w:t>
        <w:br/>
        <w:t>vn -0.1081 0.4634 0.8795</w:t>
        <w:br/>
        <w:t>vn 0.2544 0.2070 0.9447</w:t>
        <w:br/>
        <w:t>vn 0.2874 0.2321 0.9293</w:t>
        <w:br/>
        <w:t>vn -0.4221 0.7537 0.5037</w:t>
        <w:br/>
        <w:t>vn -0.6299 0.7764 -0.0203</w:t>
        <w:br/>
        <w:t>vn 0.0171 0.3833 0.9235</w:t>
        <w:br/>
        <w:t>vn 0.1624 0.2463 0.9555</w:t>
        <w:br/>
        <w:t>vn 0.3029 -0.2250 0.9261</w:t>
        <w:br/>
        <w:t>vn 0.1495 -0.5803 0.8006</w:t>
        <w:br/>
        <w:t>vn -0.6058 0.6676 -0.4328</w:t>
        <w:br/>
        <w:t>vn -0.5393 0.7203 -0.4362</w:t>
        <w:br/>
        <w:t>vn -0.2795 0.6179 0.7349</w:t>
        <w:br/>
        <w:t>vn -0.3386 0.5296 0.7777</w:t>
        <w:br/>
        <w:t>vn 0.0003 0.2874 0.9578</w:t>
        <w:br/>
        <w:t>vn 0.3115 -0.1032 0.9446</w:t>
        <w:br/>
        <w:t>vn 0.1944 0.0714 0.9783</w:t>
        <w:br/>
        <w:t>vn 0.4807 -0.1081 0.8702</w:t>
        <w:br/>
        <w:t>vn 0.9415 0.3259 -0.0864</w:t>
        <w:br/>
        <w:t>vn 0.2361 -0.1225 0.9640</w:t>
        <w:br/>
        <w:t>vn 0.2533 0.5257 -0.8121</w:t>
        <w:br/>
        <w:t>vn 0.4723 0.4248 -0.7723</w:t>
        <w:br/>
        <w:t>vn 0.0120 0.3005 -0.9537</w:t>
        <w:br/>
        <w:t>vn 0.1313 0.1932 -0.9723</w:t>
        <w:br/>
        <w:t>vn 0.7030 0.3660 -0.6098</w:t>
        <w:br/>
        <w:t>vn 0.9724 0.1523 0.1770</w:t>
        <w:br/>
        <w:t>vn 0.7024 0.2076 -0.6808</w:t>
        <w:br/>
        <w:t>vn 0.9772 0.1564 0.1433</w:t>
        <w:br/>
        <w:t>vn -0.8360 0.3419 -0.4291</w:t>
        <w:br/>
        <w:t>vn 0.5138 -0.1309 0.8479</w:t>
        <w:br/>
        <w:t>vn 0.4537 -0.0969 0.8859</w:t>
        <w:br/>
        <w:t>vn 0.4552 -0.1208 0.8821</w:t>
        <w:br/>
        <w:t>vn 0.2560 -0.2103 0.9435</w:t>
        <w:br/>
        <w:t>vn 0.2677 -0.1841 0.9457</w:t>
        <w:br/>
        <w:t>vn 0.4885 -0.1427 0.8608</w:t>
        <w:br/>
        <w:t>vn 0.2375 -0.2357 0.9423</w:t>
        <w:br/>
        <w:t>vn 0.4102 -0.0553 0.9103</w:t>
        <w:br/>
        <w:t>vn 0.6784 0.2372 -0.6954</w:t>
        <w:br/>
        <w:t>vn 0.9415 0.3258 -0.0863</w:t>
        <w:br/>
        <w:t>vn 0.3965 -0.0931 0.9133</w:t>
        <w:br/>
        <w:t>vn 0.8997 0.3531 0.2567</w:t>
        <w:br/>
        <w:t>vn 0.9067 0.3290 0.2640</w:t>
        <w:br/>
        <w:t>vn 0.4361 -0.0899 0.8954</w:t>
        <w:br/>
        <w:t>vn 0.9076 0.3170 0.2753</w:t>
        <w:br/>
        <w:t>vn 0.4456 -0.0770 0.8919</w:t>
        <w:br/>
        <w:t>vn 0.1005 -0.8838 0.4570</w:t>
        <w:br/>
        <w:t>vn -0.0083 0.7272 0.6863</w:t>
        <w:br/>
        <w:t>vn -0.1802 0.8549 0.4865</w:t>
        <w:br/>
        <w:t>vn 0.5283 0.8333 0.1629</w:t>
        <w:br/>
        <w:t>vn 0.5163 0.7370 0.4361</w:t>
        <w:br/>
        <w:t>vn 0.7125 0.6463 0.2732</w:t>
        <w:br/>
        <w:t>vn -0.6542 0.7373 0.1685</w:t>
        <w:br/>
        <w:t>vn -0.7506 0.5852 0.3070</w:t>
        <w:br/>
        <w:t>vn -0.7506 0.5851 0.3070</w:t>
        <w:br/>
        <w:t>vn -0.6541 0.7374 0.1685</w:t>
        <w:br/>
        <w:t>vn -0.5804 0.8062 0.1149</w:t>
        <w:br/>
        <w:t>vn -0.8843 0.3286 0.3318</w:t>
        <w:br/>
        <w:t>vn -0.7280 0.4146 0.5460</w:t>
        <w:br/>
        <w:t>vn -0.9028 -0.1285 -0.4104</w:t>
        <w:br/>
        <w:t>vn -0.8401 -0.1878 -0.5089</w:t>
        <w:br/>
        <w:t>vn 0.0408 -0.6258 -0.7789</w:t>
        <w:br/>
        <w:t>vn -0.6498 0.3306 0.6844</w:t>
        <w:br/>
        <w:t>vn -0.8529 -0.2010 -0.4818</w:t>
        <w:br/>
        <w:t>vn -0.6653 -0.3238 -0.6727</w:t>
        <w:br/>
        <w:t>vn 0.8991 0.0373 -0.4362</w:t>
        <w:br/>
        <w:t>vn 0.8406 0.2415 -0.4849</w:t>
        <w:br/>
        <w:t>vn 0.7652 0.4012 -0.5036</w:t>
        <w:br/>
        <w:t>vn 0.8882 0.3765 0.2633</w:t>
        <w:br/>
        <w:t>vn 0.9067 0.3289 0.2640</w:t>
        <w:br/>
        <w:t>vn 0.7814 0.4612 -0.4203</w:t>
        <w:br/>
        <w:t>vn 0.9076 0.3170 0.2754</w:t>
        <w:br/>
        <w:t>vn 0.8059 0.3886 -0.4466</w:t>
        <w:br/>
        <w:t>vn 0.1769 0.1506 -0.9726</w:t>
        <w:br/>
        <w:t>vn 0.1822 0.1272 -0.9750</w:t>
        <w:br/>
        <w:t>vn 0.5503 -0.5020 -0.6672</w:t>
        <w:br/>
        <w:t>vn 0.6184 -0.3415 -0.7078</w:t>
        <w:br/>
        <w:t>vn 0.4867 -0.6231 -0.6123</w:t>
        <w:br/>
        <w:t>vn 0.4291 -0.7686 -0.4744</w:t>
        <w:br/>
        <w:t>vn 0.3723 -0.8634 -0.3406</w:t>
        <w:br/>
        <w:t>vn -0.3725 -0.0382 0.9272</w:t>
        <w:br/>
        <w:t>vn -0.2815 -0.2279 0.9321</w:t>
        <w:br/>
        <w:t>vn 0.6406 -0.1141 -0.7593</w:t>
        <w:br/>
        <w:t>vn 0.6231 0.1324 -0.7708</w:t>
        <w:br/>
        <w:t>vn 0.5749 0.3368 -0.7457</w:t>
        <w:br/>
        <w:t>vn -0.8168 0.3759 -0.4377</w:t>
        <w:br/>
        <w:t>vn -0.1758 0.2153 -0.9606</w:t>
        <w:br/>
        <w:t>vn -0.5008 0.0236 -0.8652</w:t>
        <w:br/>
        <w:t>vn -0.2136 0.1448 -0.9661</w:t>
        <w:br/>
        <w:t>vn -0.1841 0.1360 -0.9734</w:t>
        <w:br/>
        <w:t>vn 0.0920 0.2639 -0.9602</w:t>
        <w:br/>
        <w:t>vn 0.1006 -0.8838 0.4570</w:t>
        <w:br/>
        <w:t>vn 0.3714 -0.9166 0.1482</w:t>
        <w:br/>
        <w:t>vn -0.6157 -0.1315 0.7769</w:t>
        <w:br/>
        <w:t>vn -0.5107 -0.1729 0.8422</w:t>
        <w:br/>
        <w:t>vn -0.7675 -0.4951 0.4072</w:t>
        <w:br/>
        <w:t>vn 0.1919 -0.6771 -0.7104</w:t>
        <w:br/>
        <w:t>vn -0.9824 0.0816 -0.1681</w:t>
        <w:br/>
        <w:t>vn 0.6251 0.4450 -0.6413</w:t>
        <w:br/>
        <w:t>vn 0.4354 -0.0710 0.8974</w:t>
        <w:br/>
        <w:t>vn 0.2467 -0.2715 0.9303</w:t>
        <w:br/>
        <w:t>vn -0.1455 -0.3041 0.9415</w:t>
        <w:br/>
        <w:t>vn -0.0958 -0.4175 0.9036</w:t>
        <w:br/>
        <w:t>vn 0.4707 -0.2599 0.8431</w:t>
        <w:br/>
        <w:t>vn -0.1610 0.1224 -0.9793</w:t>
        <w:br/>
        <w:t>vn -0.1182 0.0814 -0.9897</w:t>
        <w:br/>
        <w:t>vn 0.8462 0.4516 0.2828</w:t>
        <w:br/>
        <w:t>vn 0.6820 0.6038 0.4127</w:t>
        <w:br/>
        <w:t>vn 0.1171 -0.9931 0.0033</w:t>
        <w:br/>
        <w:t>vn 0.0691 -0.9965 0.0473</w:t>
        <w:br/>
        <w:t>vn 0.5761 0.6679 0.4712</w:t>
        <w:br/>
        <w:t>vn -0.9071 -0.1146 -0.4049</w:t>
        <w:br/>
        <w:t>vn -0.9914 -0.1305 0.0085</w:t>
        <w:br/>
        <w:t>vn -0.9272 -0.0910 -0.3632</w:t>
        <w:br/>
        <w:t>vn -0.9019 -0.1122 -0.4172</w:t>
        <w:br/>
        <w:t>vn -0.9760 -0.1694 -0.1366</w:t>
        <w:br/>
        <w:t>vn -0.5638 0.0190 -0.8257</w:t>
        <w:br/>
        <w:t>vn -0.9196 -0.1071 -0.3780</w:t>
        <w:br/>
        <w:t>vn -0.9349 -0.1111 -0.3370</w:t>
        <w:br/>
        <w:t>vn -0.9349 -0.1111 -0.3371</w:t>
        <w:br/>
        <w:t>vn -0.5369 0.3966 -0.7446</w:t>
        <w:br/>
        <w:t>vn -0.4617 0.4073 -0.7880</w:t>
        <w:br/>
        <w:t>vn -0.9534 -0.1014 -0.2841</w:t>
        <w:br/>
        <w:t>vn -0.8701 0.0291 -0.4920</w:t>
        <w:br/>
        <w:t>vn -0.9686 -0.1139 -0.2208</w:t>
        <w:br/>
        <w:t>vn -0.8333 0.1003 -0.5437</w:t>
        <w:br/>
        <w:t>vn -0.9790 -0.1141 -0.1688</w:t>
        <w:br/>
        <w:t>vn -0.8749 0.1031 -0.4732</w:t>
        <w:br/>
        <w:t>vn -0.9834 -0.1062 -0.1469</w:t>
        <w:br/>
        <w:t>vn -0.8987 0.0779 -0.4316</w:t>
        <w:br/>
        <w:t>vn -0.9808 -0.1112 -0.1605</w:t>
        <w:br/>
        <w:t>vn -0.9063 0.0337 -0.4213</w:t>
        <w:br/>
        <w:t>vn -0.9755 -0.1019 -0.1949</w:t>
        <w:br/>
        <w:t>vn -0.9097 0.0075 -0.4151</w:t>
        <w:br/>
        <w:t>vn -0.9034 -0.0100 -0.4287</w:t>
        <w:br/>
        <w:t>vn -0.9676 -0.0918 -0.2352</w:t>
        <w:br/>
        <w:t>vn -0.8474 0.0115 -0.5308</w:t>
        <w:br/>
        <w:t>vn -0.9534 -0.0692 -0.2937</w:t>
        <w:br/>
        <w:t>vn -0.8045 0.0390 -0.5927</w:t>
        <w:br/>
        <w:t>vn -0.9071 -0.0290 -0.4200</w:t>
        <w:br/>
        <w:t>vn -0.8334 0.0625 -0.5491</w:t>
        <w:br/>
        <w:t>vn -0.7819 0.0684 -0.6197</w:t>
        <w:br/>
        <w:t>vn -0.7792 0.2170 -0.5880</w:t>
        <w:br/>
        <w:t>vn -0.6855 0.3448 -0.6412</w:t>
        <w:br/>
        <w:t>vn -0.5793 -0.2559 0.7739</w:t>
        <w:br/>
        <w:t>vn -0.7395 -0.2898 0.6076</w:t>
        <w:br/>
        <w:t>vn -0.6882 -0.3294 0.6464</w:t>
        <w:br/>
        <w:t>vn -0.5973 -0.3925 0.6994</w:t>
        <w:br/>
        <w:t>vn -0.6883 -0.3294 0.6464</w:t>
        <w:br/>
        <w:t>vn -0.2254 -0.4597 0.8590</w:t>
        <w:br/>
        <w:t>vn 0.3365 -0.3377 0.8790</w:t>
        <w:br/>
        <w:t>vn -0.0961 -0.4210 0.9020</w:t>
        <w:br/>
        <w:t>vn 0.2498 -0.3281 0.9110</w:t>
        <w:br/>
        <w:t>vn -0.1523 -0.4663 0.8714</w:t>
        <w:br/>
        <w:t>vn 0.2670 -0.3576 0.8949</w:t>
        <w:br/>
        <w:t>vn -0.1341 -0.4827 0.8655</w:t>
        <w:br/>
        <w:t>vn 0.3145 -0.3679 0.8751</w:t>
        <w:br/>
        <w:t>vn -0.0546 -0.4638 0.8843</w:t>
        <w:br/>
        <w:t>vn 0.3624 -0.3581 0.8605</w:t>
        <w:br/>
        <w:t>vn 0.0299 -0.4285 0.9030</w:t>
        <w:br/>
        <w:t>vn 0.4092 -0.3259 0.8523</w:t>
        <w:br/>
        <w:t>vn 0.0721 -0.3913 0.9174</w:t>
        <w:br/>
        <w:t>vn 0.4271 -0.2941 0.8551</w:t>
        <w:br/>
        <w:t>vn 0.0515 -0.3672 0.9287</w:t>
        <w:br/>
        <w:t>vn 0.3755 -0.2820 0.8829</w:t>
        <w:br/>
        <w:t>vn -0.0775 -0.3889 0.9180</w:t>
        <w:br/>
        <w:t>vn 0.3723 -0.3039 0.8769</w:t>
        <w:br/>
        <w:t>vn -0.1196 -0.9353 0.3330</w:t>
        <w:br/>
        <w:t>vn -0.4516 -0.4237 0.7852</w:t>
        <w:br/>
        <w:t>vn -0.2641 -0.7811 0.5658</w:t>
        <w:br/>
        <w:t>vn -0.0241 -0.9854 0.1685</w:t>
        <w:br/>
        <w:t>vn -0.9358 -0.0853 -0.3422</w:t>
        <w:br/>
        <w:t>vn -0.8838 -0.1331 -0.4485</w:t>
        <w:br/>
        <w:t>vn -0.0337 0.1584 -0.9868</w:t>
        <w:br/>
        <w:t>vn -0.0134 0.1170 -0.9930</w:t>
        <w:br/>
        <w:t>vn -0.0260 0.0828 -0.9962</w:t>
        <w:br/>
        <w:t>vn -0.4779 -0.1540 0.8648</w:t>
        <w:br/>
        <w:t>vn -0.9860 -0.1654 0.0209</w:t>
        <w:br/>
        <w:t>vn -0.9860 -0.1653 0.0209</w:t>
        <w:br/>
        <w:t>vn -0.5632 -0.0237 -0.8260</w:t>
        <w:br/>
        <w:t>vn -0.5544 -0.1758 -0.8135</w:t>
        <w:br/>
        <w:t>vn -0.6721 0.4101 -0.6165</w:t>
        <w:br/>
        <w:t>vn -0.7274 0.4538 -0.5147</w:t>
        <w:br/>
        <w:t>vn -0.7670 -0.1673 -0.6194</w:t>
        <w:br/>
        <w:t>vn -0.6687 0.4281 -0.6079</w:t>
        <w:br/>
        <w:t>vn -0.5182 0.0922 -0.8503</w:t>
        <w:br/>
        <w:t>vn 0.8732 0.4725 -0.1190</w:t>
        <w:br/>
        <w:t>vn 0.9410 0.2451 0.2335</w:t>
        <w:br/>
        <w:t>vn -0.5573 0.2976 -0.7751</w:t>
        <w:br/>
        <w:t>vn -0.6386 0.3050 -0.7065</w:t>
        <w:br/>
        <w:t>vn -0.7461 0.1754 -0.6423</w:t>
        <w:br/>
        <w:t>vn -0.7849 0.1165 -0.6086</w:t>
        <w:br/>
        <w:t>vn -0.7956 0.0724 -0.6015</w:t>
        <w:br/>
        <w:t>vn -0.6079 0.0052 -0.7940</w:t>
        <w:br/>
        <w:t>vn -0.6765 0.0099 -0.7364</w:t>
        <w:br/>
        <w:t>vn -0.4502 -0.0957 -0.8878</w:t>
        <w:br/>
        <w:t>vn -0.7775 0.2072 0.5937</w:t>
        <w:br/>
        <w:t>vn -0.7775 0.2071 0.5937</w:t>
        <w:br/>
        <w:t>vn -0.8373 0.0917 0.5390</w:t>
        <w:br/>
        <w:t>vn -0.8373 0.0916 0.5390</w:t>
        <w:br/>
        <w:t>vn -0.8538 -0.0911 0.5126</w:t>
        <w:br/>
        <w:t>vn -0.8005 -0.2533 0.5432</w:t>
        <w:br/>
        <w:t>vn -0.8005 -0.2532 0.5432</w:t>
        <w:br/>
        <w:t>vn 0.8217 0.2646 0.5047</w:t>
        <w:br/>
        <w:t>vn 0.9995 -0.0174 -0.0255</w:t>
        <w:br/>
        <w:t>vn 0.9006 0.1332 0.4137</w:t>
        <w:br/>
        <w:t>vn 0.6795 0.4671 0.5658</w:t>
        <w:br/>
        <w:t>vn 0.4690 0.6646 0.5817</w:t>
        <w:br/>
        <w:t>vn -0.1061 0.8741 0.4740</w:t>
        <w:br/>
        <w:t>vn 0.1737 0.8228 0.5412</w:t>
        <w:br/>
        <w:t>vn -0.1060 0.8741 0.4740</w:t>
        <w:br/>
        <w:t>vn -0.5432 0.0178 0.8394</w:t>
        <w:br/>
        <w:t>vn -0.3536 -0.0973 0.9303</w:t>
        <w:br/>
        <w:t>vn -0.6429 0.1395 0.7531</w:t>
        <w:br/>
        <w:t>vn -0.7159 0.2263 0.6606</w:t>
        <w:br/>
        <w:t>vn -0.7159 0.2263 0.6605</w:t>
        <w:br/>
        <w:t>vn -0.6695 0.2042 0.7142</w:t>
        <w:br/>
        <w:t>vn -0.6411 -0.1929 -0.7428</w:t>
        <w:br/>
        <w:t>vn -0.5000 -0.1828 -0.8465</w:t>
        <w:br/>
        <w:t>vn -0.5364 -0.2789 -0.7966</w:t>
        <w:br/>
        <w:t>vn -0.7393 -0.2712 -0.6164</w:t>
        <w:br/>
        <w:t>vn 0.5964 -0.7046 -0.3846</w:t>
        <w:br/>
        <w:t>vn 0.7013 -0.5818 -0.4119</w:t>
        <w:br/>
        <w:t>vn 0.8375 -0.3269 -0.4378</w:t>
        <w:br/>
        <w:t>vn -0.7450 -0.3428 0.5722</w:t>
        <w:br/>
        <w:t>vn 0.9964 0.0260 -0.0808</w:t>
        <w:br/>
        <w:t>vn 0.9904 0.0933 -0.1016</w:t>
        <w:br/>
        <w:t>vn 0.9535 0.1419 0.2658</w:t>
        <w:br/>
        <w:t>vn 0.9317 0.1385 0.3358</w:t>
        <w:br/>
        <w:t>vn 0.9794 0.1692 -0.1102</w:t>
        <w:br/>
        <w:t>vn 0.9692 0.1474 0.1971</w:t>
        <w:br/>
        <w:t>vn 0.9590 0.2332 -0.1609</w:t>
        <w:br/>
        <w:t>vn 0.8702 -0.0429 0.4908</w:t>
        <w:br/>
        <w:t>vn 0.9198 0.3147 -0.2345</w:t>
        <w:br/>
        <w:t>vn 0.9196 0.0291 0.3918</w:t>
        <w:br/>
        <w:t>vn 0.8683 0.4056 -0.2854</w:t>
        <w:br/>
        <w:t>vn 0.9473 0.0930 0.3065</w:t>
        <w:br/>
        <w:t>vn 0.7507 0.5083 -0.4221</w:t>
        <w:br/>
        <w:t>vn 0.8361 0.4548 -0.3068</w:t>
        <w:br/>
        <w:t>vn 0.7697 0.4779 -0.4233</w:t>
        <w:br/>
        <w:t>vn 0.7432 0.5143 -0.4281</w:t>
        <w:br/>
        <w:t>vn 0.8283 0.4626 -0.3162</w:t>
        <w:br/>
        <w:t>vn -0.2695 -0.5296 0.8043</w:t>
        <w:br/>
        <w:t>vn -0.7040 0.2527 -0.6638</w:t>
        <w:br/>
        <w:t>vn 0.6871 -0.2901 0.6662</w:t>
        <w:br/>
        <w:t>vn 0.8702 -0.0429 0.4907</w:t>
        <w:br/>
        <w:t>vn 0.7240 -0.1723 0.6680</w:t>
        <w:br/>
        <w:t>vn -0.7043 -0.3639 -0.6095</w:t>
        <w:br/>
        <w:t>vn -0.1941 -0.8624 -0.4676</w:t>
        <w:br/>
        <w:t>vn 0.0060 -0.9122 -0.4097</w:t>
        <w:br/>
        <w:t>vn 0.1257 -0.9343 -0.3337</w:t>
        <w:br/>
        <w:t>vn -0.5167 -0.7021 -0.4900</w:t>
        <w:br/>
        <w:t>vn -0.6869 -0.5460 -0.4796</w:t>
        <w:br/>
        <w:t>vn -0.7447 -0.4314 -0.5093</w:t>
        <w:br/>
        <w:t>vn -0.7764 -0.3639 -0.5146</w:t>
        <w:br/>
        <w:t>vn -0.8338 -0.2846 -0.4730</w:t>
        <w:br/>
        <w:t>vn 0.1258 -0.9343 -0.3336</w:t>
        <w:br/>
        <w:t>vn 0.8175 0.3974 -0.4168</w:t>
        <w:br/>
        <w:t>vn 0.8697 0.2892 -0.3999</w:t>
        <w:br/>
        <w:t>vn 0.8963 0.1750 -0.4075</w:t>
        <w:br/>
        <w:t>vn 0.8895 0.0316 -0.4559</w:t>
        <w:br/>
        <w:t>vn 0.8713 -0.0915 -0.4821</w:t>
        <w:br/>
        <w:t>vn 0.8732 -0.1641 -0.4588</w:t>
        <w:br/>
        <w:t>vn 0.8855 -0.1903 -0.4239</w:t>
        <w:br/>
        <w:t>vn 0.8923 -0.1899 -0.4097</w:t>
        <w:br/>
        <w:t>vn 0.8923 -0.1899 -0.4096</w:t>
        <w:br/>
        <w:t>vn 0.8748 -0.1993 -0.4417</w:t>
        <w:br/>
        <w:t>vn 0.8748 -0.1992 -0.4417</w:t>
        <w:br/>
        <w:t>vn 0.8511 -0.2642 -0.4537</w:t>
        <w:br/>
        <w:t>vn -0.2397 0.8694 0.4321</w:t>
        <w:br/>
        <w:t>vn -0.2599 -0.1166 0.9586</w:t>
        <w:br/>
        <w:t>vn 0.7535 0.3654 -0.5466</w:t>
        <w:br/>
        <w:t>vn 0.5048 0.4118 -0.7587</w:t>
        <w:br/>
        <w:t>vn -0.8652 -0.2126 -0.4541</w:t>
        <w:br/>
        <w:t>vn 0.7521 -0.2810 0.5962</w:t>
        <w:br/>
        <w:t>vn 0.8503 -0.1139 0.5138</w:t>
        <w:br/>
        <w:t>vn 0.5039 0.0433 -0.8627</w:t>
        <w:br/>
        <w:t>vn 0.8701 0.1825 0.4579</w:t>
        <w:br/>
        <w:t>vn 0.9019 0.3907 -0.1842</w:t>
        <w:br/>
        <w:t>vn -0.0592 0.0493 -0.9970</w:t>
        <w:br/>
        <w:t>vn -0.0001 0.2163 -0.9763</w:t>
        <w:br/>
        <w:t>vn 0.2809 0.3394 -0.8977</w:t>
        <w:br/>
        <w:t>vn 0.2361 0.3815 -0.8937</w:t>
        <w:br/>
        <w:t>vn 0.0363 0.2501 -0.9675</w:t>
        <w:br/>
        <w:t>vn -0.0868 0.1489 -0.9850</w:t>
        <w:br/>
        <w:t>vn -0.8168 0.3760 -0.4377</w:t>
        <w:br/>
        <w:t>vn 0.1109 -0.0716 0.9912</w:t>
        <w:br/>
        <w:t>vn 0.1110 -0.0718 0.9912</w:t>
        <w:br/>
        <w:t>vn -0.5744 -0.2514 0.7790</w:t>
        <w:br/>
        <w:t>vn 0.6445 0.4407 -0.6248</w:t>
        <w:br/>
        <w:t>vn 0.3782 0.4649 -0.8005</w:t>
        <w:br/>
        <w:t>vn 0.7118 -0.1862 0.6773</w:t>
        <w:br/>
        <w:t>vn 0.6962 0.4878 -0.5267</w:t>
        <w:br/>
        <w:t>vn 0.9105 0.3703 -0.1838</w:t>
        <w:br/>
        <w:t>vn 0.8575 0.4011 -0.3221</w:t>
        <w:br/>
        <w:t>vn 0.8763 0.4163 -0.2425</w:t>
        <w:br/>
        <w:t>vn 0.7564 0.5099 -0.4097</w:t>
        <w:br/>
        <w:t>vn 0.8928 0.4003 -0.2065</w:t>
        <w:br/>
        <w:t>vn 0.8098 0.4760 -0.3431</w:t>
        <w:br/>
        <w:t>vn 0.8949 0.4005 -0.1972</w:t>
        <w:br/>
        <w:t>vn 0.4812 0.5378 -0.6923</w:t>
        <w:br/>
        <w:t>vn 0.5612 -0.2153 0.7992</w:t>
        <w:br/>
        <w:t>vn 0.5634 -0.1932 0.8033</w:t>
        <w:br/>
        <w:t>vn 0.6367 -0.1812 0.7495</w:t>
        <w:br/>
        <w:t>vn 0.7012 0.5369 -0.4691</w:t>
        <w:br/>
        <w:t>vn 0.5973 0.5775 -0.5565</w:t>
        <w:br/>
        <w:t>vn 0.6955 -0.1742 0.6971</w:t>
        <w:br/>
        <w:t>vn -0.4556 0.8825 0.1164</w:t>
        <w:br/>
        <w:t>vn -0.5224 0.8460 0.1070</w:t>
        <w:br/>
        <w:t>vn 0.3495 0.4791 0.8052</w:t>
        <w:br/>
        <w:t>vn 0.3195 0.5529 0.7695</w:t>
        <w:br/>
        <w:t>vn 0.3195 0.5529 0.7696</w:t>
        <w:br/>
        <w:t>vn 0.5517 -0.8219 0.1418</w:t>
        <w:br/>
        <w:t>vn 0.4818 -0.8622 0.1561</w:t>
        <w:br/>
        <w:t>vn 0.4818 -0.8623 0.1561</w:t>
        <w:br/>
        <w:t>vn -0.7475 -0.0350 -0.6633</w:t>
        <w:br/>
        <w:t>vn -0.7311 -0.0897 -0.6763</w:t>
        <w:br/>
        <w:t>vn 0.3507 0.4395 0.8269</w:t>
        <w:br/>
        <w:t>vn -0.4303 0.8930 0.1317</w:t>
        <w:br/>
        <w:t>vn 0.4437 -0.8782 0.1785</w:t>
        <w:br/>
        <w:t>vn -0.7518 -0.0137 -0.6592</w:t>
        <w:br/>
        <w:t>vn 0.4629 -0.0529 0.8848</w:t>
        <w:br/>
        <w:t>vn 0.2430 -0.1478 0.9587</w:t>
        <w:br/>
        <w:t>vn 0.2021 -0.1600 0.9662</w:t>
        <w:br/>
        <w:t>vn 0.4729 -0.0573 0.8792</w:t>
        <w:br/>
        <w:t>vn 0.3467 -0.0673 0.9355</w:t>
        <w:br/>
        <w:t>vn 0.4048 -0.0523 0.9129</w:t>
        <w:br/>
        <w:t>vn 0.9009 0.2885 0.3243</w:t>
        <w:br/>
        <w:t>vn 0.9030 0.3104 0.2972</w:t>
        <w:br/>
        <w:t>vn 0.6235 0.4299 -0.6530</w:t>
        <w:br/>
        <w:t>vn 0.5972 0.4167 -0.6853</w:t>
        <w:br/>
        <w:t>vn 0.7990 0.4263 -0.4242</w:t>
        <w:br/>
        <w:t>vn 0.7941 0.4430 -0.4160</w:t>
        <w:br/>
        <w:t>vn 0.9009 0.2884 0.3243</w:t>
        <w:br/>
        <w:t>vn -0.8125 -0.3552 0.4623</w:t>
        <w:br/>
        <w:t>vn -0.8844 -0.3534 0.3049</w:t>
        <w:br/>
        <w:t>vn -0.8879 -0.3617 0.2842</w:t>
        <w:br/>
        <w:t>vn -0.8105 -0.3724 0.4521</w:t>
        <w:br/>
        <w:t>vn -0.4598 0.0304 -0.8875</w:t>
        <w:br/>
        <w:t>vn -0.4946 0.0161 -0.8690</w:t>
        <w:br/>
        <w:t>vn -0.2130 0.1715 -0.9619</w:t>
        <w:br/>
        <w:t>vn -0.2276 0.1459 -0.9628</w:t>
        <w:br/>
        <w:t>vn 0.9164 0.3166 0.2448</w:t>
        <w:br/>
        <w:t>vn 0.9106 0.3703 -0.1838</w:t>
        <w:br/>
        <w:t>vn -0.7444 -0.1196 0.6570</w:t>
        <w:br/>
        <w:t>vn 0.3714 -0.9166 0.1483</w:t>
        <w:br/>
        <w:t>vn 0.3998 0.3617 0.8422</w:t>
        <w:br/>
        <w:t>vn 0.3700 0.4579 0.8083</w:t>
        <w:br/>
        <w:t>vn 0.3701 0.4579 0.8083</w:t>
        <w:br/>
        <w:t>vn -0.6670 0.1651 -0.7265</w:t>
        <w:br/>
        <w:t>vn -0.5594 0.6557 -0.5071</w:t>
        <w:br/>
        <w:t>vn -0.6788 0.2410 -0.6937</w:t>
        <w:br/>
        <w:t>vn -0.5673 0.8232 -0.0203</w:t>
        <w:br/>
        <w:t>vn -0.5777 0.7989 -0.1675</w:t>
        <w:br/>
        <w:t>vn -0.6086 0.7492 0.2613</w:t>
        <w:br/>
        <w:t>vn -0.6403 0.6826 0.3522</w:t>
        <w:br/>
        <w:t>vn -0.6403 0.6826 0.3523</w:t>
        <w:br/>
        <w:t>vn -0.6193 -0.1650 -0.7676</w:t>
        <w:br/>
        <w:t>vn -0.3204 -0.4455 -0.8360</w:t>
        <w:br/>
        <w:t>vn -0.4226 -0.3711 -0.8268</w:t>
        <w:br/>
        <w:t>vn -0.6165 -0.1594 -0.7711</w:t>
        <w:br/>
        <w:t>vn -0.6625 -0.0716 -0.7456</w:t>
        <w:br/>
        <w:t>vn -0.6626 -0.0716 -0.7455</w:t>
        <w:br/>
        <w:t>vn -0.6638 -0.0776 -0.7439</w:t>
        <w:br/>
        <w:t>vn -0.6483 -0.2259 -0.7271</w:t>
        <w:br/>
        <w:t>vn 0.2732 -0.9619 -0.0138</w:t>
        <w:br/>
        <w:t>vn 0.4286 -0.8652 0.2601</w:t>
        <w:br/>
        <w:t>vn 0.3799 -0.8211 0.4261</w:t>
        <w:br/>
        <w:t>vn -0.7045 0.3599 -0.6117</w:t>
        <w:br/>
        <w:t>vn -0.6456 -0.1095 -0.7557</w:t>
        <w:br/>
        <w:t>vn -0.5901 0.7428 -0.3163</w:t>
        <w:br/>
        <w:t>vn -0.5786 0.8025 0.1459</w:t>
        <w:br/>
        <w:t>vn -0.6361 -0.1152 -0.7629</w:t>
        <w:br/>
        <w:t>vn 0.4259 0.3235 0.8450</w:t>
        <w:br/>
        <w:t>vn 0.4366 0.3001 0.8481</w:t>
        <w:br/>
        <w:t>vn 0.4366 0.3001 0.8482</w:t>
        <w:br/>
        <w:t>vn 0.3610 0.5236 0.7717</w:t>
        <w:br/>
        <w:t>vn 0.4415 -0.8691 -0.2229</w:t>
        <w:br/>
        <w:t>vn 0.1800 -0.8380 -0.5152</w:t>
        <w:br/>
        <w:t>vn 0.1695 -0.8003 -0.5751</w:t>
        <w:br/>
        <w:t>vn 0.4828 -0.8035 -0.3482</w:t>
        <w:br/>
        <w:t>vn 0.4266 -0.9008 -0.0807</w:t>
        <w:br/>
        <w:t>vn 0.1782 -0.9010 -0.3955</w:t>
        <w:br/>
        <w:t>vn 0.4417 -0.8941 0.0742</w:t>
        <w:br/>
        <w:t>vn 0.2157 -0.9418 -0.2580</w:t>
        <w:br/>
        <w:t>vn 0.4142 0.4920 0.7658</w:t>
        <w:br/>
        <w:t>vn 0.4142 0.4919 0.7658</w:t>
        <w:br/>
        <w:t>vn 0.4594 0.4636 0.7577</w:t>
        <w:br/>
        <w:t>vn 0.0888 -0.6622 -0.7440</w:t>
        <w:br/>
        <w:t>vn 0.4037 0.2774 0.8718</w:t>
        <w:br/>
        <w:t>vn 0.3193 0.1067 0.9416</w:t>
        <w:br/>
        <w:t>vn -0.2543 0.9671 0.0038</w:t>
        <w:br/>
        <w:t>vn -0.2520 0.9574 -0.1411</w:t>
        <w:br/>
        <w:t>vn -0.2521 0.9573 -0.1413</w:t>
        <w:br/>
        <w:t>vn 0.4054 -0.1123 0.9072</w:t>
        <w:br/>
        <w:t>vn 0.4053 -0.1124 0.9072</w:t>
        <w:br/>
        <w:t>vn 0.3844 0.0072 0.9231</w:t>
        <w:br/>
        <w:t>vn 0.3844 0.0072 0.9232</w:t>
        <w:br/>
        <w:t>vn -0.2396 0.9512 -0.1943</w:t>
        <w:br/>
        <w:t>vn 0.4155 -0.1448 0.8980</w:t>
        <w:br/>
        <w:t>vn 0.8110 0.5029 -0.2989</w:t>
        <w:br/>
        <w:t>vn -0.0089 0.7576 0.6527</w:t>
        <w:br/>
        <w:t>vn -0.4433 0.8893 0.1127</w:t>
        <w:br/>
        <w:t>vn -0.5643 0.7367 -0.3727</w:t>
        <w:br/>
        <w:t>vn -0.2801 0.9599 -0.0099</w:t>
        <w:br/>
        <w:t>vn -0.3367 0.7323 0.5919</w:t>
        <w:br/>
        <w:t>vn -0.2801 0.9499 0.1386</w:t>
        <w:br/>
        <w:t>vn 0.2423 0.9539 -0.1771</w:t>
        <w:br/>
        <w:t>vn 0.2071 0.9202 -0.3321</w:t>
        <w:br/>
        <w:t>vn 0.6342 0.7240 -0.2714</w:t>
        <w:br/>
        <w:t>vn 0.6020 0.6852 -0.4100</w:t>
        <w:br/>
        <w:t>vn 0.6042 0.6685 -0.4336</w:t>
        <w:br/>
        <w:t>vn -0.4030 0.7567 -0.5148</w:t>
        <w:br/>
        <w:t>vn 0.0165 0.6917 -0.7220</w:t>
        <w:br/>
        <w:t>vn -0.2480 0.7425 -0.6222</w:t>
        <w:br/>
        <w:t>vn 0.4040 0.5485 -0.7321</w:t>
        <w:br/>
        <w:t>vn 0.5371 0.7866 -0.3046</w:t>
        <w:br/>
        <w:t>vn 0.6628 0.6680 0.3383</w:t>
        <w:br/>
        <w:t>vn 0.4444 0.8049 0.3932</w:t>
        <w:br/>
        <w:t>vn -0.2554 0.4608 0.8499</w:t>
        <w:br/>
        <w:t>vn -0.3936 0.4336 0.8106</w:t>
        <w:br/>
        <w:t>vn 0.7688 0.5458 -0.3332</w:t>
        <w:br/>
        <w:t>vn -0.4219 0.5843 0.6932</w:t>
        <w:br/>
        <w:t>vn -0.5320 0.8156 -0.2277</w:t>
        <w:br/>
        <w:t>vn -0.5447 0.8153 -0.1963</w:t>
        <w:br/>
        <w:t>vn -0.7324 -0.5202 0.4393</w:t>
        <w:br/>
        <w:t>vn -0.7576 -0.4924 0.4284</w:t>
        <w:br/>
        <w:t>vn -0.4595 -0.4484 0.7667</w:t>
        <w:br/>
        <w:t>vn -0.2228 -0.4084 0.8852</w:t>
        <w:br/>
        <w:t>vn 0.0522 -0.1861 0.9811</w:t>
        <w:br/>
        <w:t>vn 0.0631 -0.1981 0.9781</w:t>
        <w:br/>
        <w:t>vn 0.4629 -0.0546 0.8847</w:t>
        <w:br/>
        <w:t>vn 0.4862 0.0151 0.8737</w:t>
        <w:br/>
        <w:t>vn -0.7587 -0.2643 -0.5954</w:t>
        <w:br/>
        <w:t>vn -0.9233 -0.2779 -0.2651</w:t>
        <w:br/>
        <w:t>vn -0.9221 -0.3677 -0.1209</w:t>
        <w:br/>
        <w:t>vn -0.7919 -0.3129 -0.5245</w:t>
        <w:br/>
        <w:t>vn -0.3948 -0.3427 0.8525</w:t>
        <w:br/>
        <w:t>vn -0.3484 -0.3041 0.8866</w:t>
        <w:br/>
        <w:t>vn 0.0129 -0.1838 0.9829</w:t>
        <w:br/>
        <w:t>vn 0.4251 -0.0905 0.9006</w:t>
        <w:br/>
        <w:t>vn -0.7442 -0.3599 -0.5627</w:t>
        <w:br/>
        <w:t>vn -0.7434 -0.2916 -0.6020</w:t>
        <w:br/>
        <w:t>vn -0.6796 -0.1984 -0.7062</w:t>
        <w:br/>
        <w:t>vn -0.9079 -0.1703 -0.3830</w:t>
        <w:br/>
        <w:t>vn -0.4025 -0.2432 0.8825</w:t>
        <w:br/>
        <w:t>vn -0.0897 -0.1034 0.9906</w:t>
        <w:br/>
        <w:t>vn 0.3623 -0.0708 0.9294</w:t>
        <w:br/>
        <w:t>vn -0.5914 -0.1633 -0.7897</w:t>
        <w:br/>
        <w:t>vn -0.8783 -0.1036 -0.4668</w:t>
        <w:br/>
        <w:t>vn -0.5250 -0.1144 0.8434</w:t>
        <w:br/>
        <w:t>vn -0.1955 0.0506 0.9794</w:t>
        <w:br/>
        <w:t>vn 0.3083 0.0148 0.9512</w:t>
        <w:br/>
        <w:t>vn -0.5313 -0.2112 -0.8204</w:t>
        <w:br/>
        <w:t>vn -0.8518 -0.0799 -0.5177</w:t>
        <w:br/>
        <w:t>vn -0.6523 0.0736 0.7544</w:t>
        <w:br/>
        <w:t>vn 0.3244 0.1772 0.9292</w:t>
        <w:br/>
        <w:t>vn -0.5541 -0.3250 -0.7664</w:t>
        <w:br/>
        <w:t>vn -0.8715 -0.0922 -0.4817</w:t>
        <w:br/>
        <w:t>vn -0.7563 0.2757 0.5932</w:t>
        <w:br/>
        <w:t>vn -0.7564 0.2757 0.5932</w:t>
        <w:br/>
        <w:t>vn 0.3949 0.3057 0.8664</w:t>
        <w:br/>
        <w:t>vn 0.6291 0.0948 0.7715</w:t>
        <w:br/>
        <w:t>vn -0.6352 -0.3839 -0.6702</w:t>
        <w:br/>
        <w:t>vn -0.9727 0.1654 -0.1627</w:t>
        <w:br/>
        <w:t>vn -0.7929 0.3682 0.4855</w:t>
        <w:br/>
        <w:t>vn -0.7791 0.4621 0.4237</w:t>
        <w:br/>
        <w:t>vn 0.7519 -0.0156 0.6591</w:t>
        <w:br/>
        <w:t>vn -0.1865 -0.6115 -0.7689</w:t>
        <w:br/>
        <w:t>vn -0.2341 -0.6399 -0.7319</w:t>
        <w:br/>
        <w:t>vn -0.9517 0.3069 -0.0011</w:t>
        <w:br/>
        <w:t>vn -0.9727 0.1653 -0.1627</w:t>
        <w:br/>
        <w:t>vn -0.9517 0.3069 -0.0010</w:t>
        <w:br/>
        <w:t>vn -0.7791 0.4620 0.4237</w:t>
        <w:br/>
        <w:t>vn 0.7263 0.6340 -0.2655</w:t>
        <w:br/>
        <w:t>vn 0.7542 0.6489 -0.1001</w:t>
        <w:br/>
        <w:t>vn 0.6341 0.7617 -0.1331</w:t>
        <w:br/>
        <w:t>vn 0.5865 0.7576 -0.2864</w:t>
        <w:br/>
        <w:t>vn -0.7992 -0.3277 -0.5039</w:t>
        <w:br/>
        <w:t>vn -0.4810 -0.1716 -0.8598</w:t>
        <w:br/>
        <w:t>vn -0.5176 -0.2011 -0.8317</w:t>
        <w:br/>
        <w:t>vn -0.6537 -0.2477 -0.7151</w:t>
        <w:br/>
        <w:t>vn -0.6804 -0.2355 -0.6940</w:t>
        <w:br/>
        <w:t>vn 0.9509 0.2505 -0.1815</w:t>
        <w:br/>
        <w:t>vn 0.9585 0.2746 0.0764</w:t>
        <w:br/>
        <w:t>vn 0.8767 0.4808 -0.0159</w:t>
        <w:br/>
        <w:t>vn 0.8484 0.4712 -0.2413</w:t>
        <w:br/>
        <w:t>vn 0.9992 -0.0394 0.0008</w:t>
        <w:br/>
        <w:t>vn 0.9917 0.0833 -0.0980</w:t>
        <w:br/>
        <w:t>vn 0.9917 0.0832 -0.0980</w:t>
        <w:br/>
        <w:t>vn 0.9731 -0.2105 0.0934</w:t>
        <w:br/>
        <w:t>vn 0.9359 -0.3028 0.1799</w:t>
        <w:br/>
        <w:t>vn 0.9017 -0.3356 0.2724</w:t>
        <w:br/>
        <w:t>vn 0.9222 -0.3112 0.2294</w:t>
        <w:br/>
        <w:t>vn 0.5243 0.8460 -0.0969</w:t>
        <w:br/>
        <w:t>vn 0.4404 0.8477 -0.2958</w:t>
        <w:br/>
        <w:t>vn 0.9018 -0.3356 0.2724</w:t>
        <w:br/>
        <w:t>vn 0.3816 -0.7835 -0.4904</w:t>
        <w:br/>
        <w:t>vn 0.4549 -0.6855 -0.5684</w:t>
        <w:br/>
        <w:t>vn 0.4549 -0.6855 -0.5685</w:t>
        <w:br/>
        <w:t>vn 0.5003 0.1012 0.8599</w:t>
        <w:br/>
        <w:t>vn -0.7819 -0.4511 0.4304</w:t>
        <w:br/>
        <w:t>vn -0.4723 -0.3998 0.7856</w:t>
        <w:br/>
        <w:t>vn 0.4608 0.7112 -0.5309</w:t>
        <w:br/>
        <w:t>vn 0.6483 0.7204 -0.2462</w:t>
        <w:br/>
        <w:t>vn 0.7808 0.5932 -0.1962</w:t>
        <w:br/>
        <w:t>vn 0.5569 0.6093 -0.5645</w:t>
        <w:br/>
        <w:t>vn -0.5125 -0.1092 -0.8517</w:t>
        <w:br/>
        <w:t>vn 0.4896 0.8033 -0.3391</w:t>
        <w:br/>
        <w:t>vn 0.5370 0.7867 -0.3046</w:t>
        <w:br/>
        <w:t>vn 0.3613 0.7803 -0.5106</w:t>
        <w:br/>
        <w:t>vn -0.5439 -0.0718 -0.8361</w:t>
        <w:br/>
        <w:t>vn 0.7542 0.6489 -0.1000</w:t>
        <w:br/>
        <w:t>vn 0.5283 0.8333 0.1628</w:t>
        <w:br/>
        <w:t>vn 0.2995 0.9175 -0.2616</w:t>
        <w:br/>
        <w:t>vn 0.2002 0.0569 0.9781</w:t>
        <w:br/>
        <w:t>vn 0.4298 0.2694 0.8618</w:t>
        <w:br/>
        <w:t>vn 0.3067 0.3188 0.8968</w:t>
        <w:br/>
        <w:t>vn 0.0740 0.1396 0.9874</w:t>
        <w:br/>
        <w:t>vn 0.4990 0.1838 0.8469</w:t>
        <w:br/>
        <w:t>vn -0.2770 0.5383 0.7959</w:t>
        <w:br/>
        <w:t>vn -0.1082 0.4634 0.8795</w:t>
        <w:br/>
        <w:t>vn -0.1804 0.4317 0.8838</w:t>
        <w:br/>
        <w:t>vn 0.9333 0.0567 0.3546</w:t>
        <w:br/>
        <w:t>vn 0.9333 0.0568 0.3546</w:t>
        <w:br/>
        <w:t>vn 0.9236 0.1497 0.3529</w:t>
        <w:br/>
        <w:t>vn 0.9236 0.1496 0.3530</w:t>
        <w:br/>
        <w:t>vn -0.6949 -0.4308 0.5758</w:t>
        <w:br/>
        <w:t>vn -0.6955 -0.3631 0.6200</w:t>
        <w:br/>
        <w:t>vn -0.6955 -0.3632 0.6200</w:t>
        <w:br/>
        <w:t>vn -0.6949 -0.4307 0.5759</w:t>
        <w:br/>
        <w:t>vn 0.6355 0.4867 -0.5993</w:t>
        <w:br/>
        <w:t>vn 0.8838 0.4410 -0.1565</w:t>
        <w:br/>
        <w:t>vn 0.6981 0.3681 -0.6142</w:t>
        <w:br/>
        <w:t>vn 0.7322 0.2452 -0.6354</w:t>
        <w:br/>
        <w:t>vn 0.9103 -0.0375 0.4122</w:t>
        <w:br/>
        <w:t>vn -0.7068 -0.2476 0.6627</w:t>
        <w:br/>
        <w:t>vn 0.5519 -0.4650 -0.6922</w:t>
        <w:br/>
        <w:t>vn 0.7392 0.1038 0.6654</w:t>
        <w:br/>
        <w:t>vn 0.7343 0.1709 0.6570</w:t>
        <w:br/>
        <w:t>vn -0.4593 0.5572 0.6918</w:t>
        <w:br/>
        <w:t>vn -0.3449 0.6668 0.6606</w:t>
        <w:br/>
        <w:t>vn 0.8502 -0.1116 0.5145</w:t>
        <w:br/>
        <w:t>vn -0.7227 -0.0716 0.6875</w:t>
        <w:br/>
        <w:t>vn -0.7227 -0.0715 0.6875</w:t>
        <w:br/>
        <w:t>vn 0.7230 0.0960 -0.6841</w:t>
        <w:br/>
        <w:t>vn 0.6722 -0.0759 -0.7365</w:t>
        <w:br/>
        <w:t>vn 0.7852 -0.0861 0.6133</w:t>
        <w:br/>
        <w:t>vn -0.6972 0.1131 0.7079</w:t>
        <w:br/>
        <w:t>vn -0.9041 -0.2368 -0.3557</w:t>
        <w:br/>
        <w:t>vn -0.9158 -0.1494 -0.3729</w:t>
        <w:br/>
        <w:t>vn -0.8460 -0.0000 -0.5332</w:t>
        <w:br/>
        <w:t>vn -0.7859 -0.0520 -0.6161</w:t>
        <w:br/>
        <w:t>vn -0.7859 -0.0521 -0.6161</w:t>
        <w:br/>
        <w:t>vn -0.8968 -0.0529 -0.4393</w:t>
        <w:br/>
        <w:t>vn -0.1914 -0.1919 -0.9626</w:t>
        <w:br/>
        <w:t>vn -0.0964 -0.2980 -0.9497</w:t>
        <w:br/>
        <w:t>vn -0.1027 -0.4818 -0.8702</w:t>
        <w:br/>
        <w:t>vn 0.6082 -0.2544 -0.7520</w:t>
        <w:br/>
        <w:t>vn 0.7496 -0.0055 0.6618</w:t>
        <w:br/>
        <w:t>vn 0.7496 -0.0054 0.6618</w:t>
        <w:br/>
        <w:t>vn -0.6205 0.3203 0.7158</w:t>
        <w:br/>
        <w:t>vn -0.7483 -0.1632 -0.6430</w:t>
        <w:br/>
        <w:t>vn -0.6881 -0.4635 0.5583</w:t>
        <w:br/>
        <w:t>vn 0.2271 0.9451 -0.2348</w:t>
        <w:br/>
        <w:t>vn -0.1171 0.9766 -0.1804</w:t>
        <w:br/>
        <w:t>vn 0.0322 0.2953 0.9549</w:t>
        <w:br/>
        <w:t>vn -0.1387 0.2323 0.9627</w:t>
        <w:br/>
        <w:t>vn -0.2602 0.3362 0.9052</w:t>
        <w:br/>
        <w:t>vn -0.3302 0.4659 0.8209</w:t>
        <w:br/>
        <w:t>vn 0.0171 0.3832 0.9235</w:t>
        <w:br/>
        <w:t>vn -0.5032 0.8536 -0.1345</w:t>
        <w:br/>
        <w:t>vn -0.1171 0.9766 -0.1803</w:t>
        <w:br/>
        <w:t>vn -0.5032 0.8536 -0.1346</w:t>
        <w:br/>
        <w:t>vn -0.9002 -0.4355 0.0026</w:t>
        <w:br/>
        <w:t>vn -0.7576 -0.4924 0.4285</w:t>
        <w:br/>
        <w:t>vn 0.6821 -0.2388 -0.6912</w:t>
        <w:br/>
        <w:t>vn 0.7465 0.0698 -0.6617</w:t>
        <w:br/>
        <w:t>vn 0.9453 0.0365 -0.3241</w:t>
        <w:br/>
        <w:t>vn 0.8625 -0.2321 -0.4497</w:t>
        <w:br/>
        <w:t>vn 0.7321 -0.4800 -0.4834</w:t>
        <w:br/>
        <w:t>vn 0.5986 -0.4776 -0.6431</w:t>
        <w:br/>
        <w:t>vn 0.5319 -0.6259 -0.5704</w:t>
        <w:br/>
        <w:t>vn 0.6542 -0.6255 -0.4252</w:t>
        <w:br/>
        <w:t>vn 0.5626 -0.7639 -0.3161</w:t>
        <w:br/>
        <w:t>vn 0.4259 -0.7645 -0.4839</w:t>
        <w:br/>
        <w:t>vn -0.0382 -0.9779 -0.2056</w:t>
        <w:br/>
        <w:t>vn -0.1679 -0.8897 -0.4245</w:t>
        <w:br/>
        <w:t>vn 0.0151 -0.9689 -0.2469</w:t>
        <w:br/>
        <w:t>vn 0.1976 -0.9790 -0.0511</w:t>
        <w:br/>
        <w:t>vn 0.2138 -0.8627 -0.4583</w:t>
        <w:br/>
        <w:t>vn 0.4368 -0.8692 -0.2317</w:t>
        <w:br/>
        <w:t>vn 0.3292 -0.9310 -0.1575</w:t>
        <w:br/>
        <w:t>vn 0.1166 -0.9149 -0.3865</w:t>
        <w:br/>
        <w:t>vn 0.0282 -0.8927 -0.4498</w:t>
        <w:br/>
        <w:t>vn -0.0778 -0.7883 -0.6104</w:t>
        <w:br/>
        <w:t>vn -0.0274 -0.7377 -0.6746</w:t>
        <w:br/>
        <w:t>vn -0.0219 -0.5993 -0.8002</w:t>
        <w:br/>
        <w:t>vn 0.0136 -0.5148 -0.8572</w:t>
        <w:br/>
        <w:t>vn 0.0185 -0.3830 -0.9236</w:t>
        <w:br/>
        <w:t>vn 0.0080 -0.1697 -0.9855</w:t>
        <w:br/>
        <w:t>vn -0.0399 0.0514 -0.9979</w:t>
        <w:br/>
        <w:t>vn 0.9128 0.2920 -0.2857</w:t>
        <w:br/>
        <w:t>vn 0.7009 0.4584 -0.5464</w:t>
        <w:br/>
        <w:t>vn 0.5446 0.3066 -0.7806</w:t>
        <w:br/>
        <w:t>vn -0.2343 0.2675 -0.9346</w:t>
        <w:br/>
        <w:t>vn -0.1037 0.1752 -0.9790</w:t>
        <w:br/>
        <w:t>vn -0.1400 0.2182 -0.9658</w:t>
        <w:br/>
        <w:t>vn 0.2111 0.3896 -0.8965</w:t>
        <w:br/>
        <w:t>vn 0.1762 0.3745 -0.9104</w:t>
        <w:br/>
        <w:t>vn -0.1758 0.2152 -0.9606</w:t>
        <w:br/>
        <w:t>vn -0.1337 0.2342 -0.9630</w:t>
        <w:br/>
        <w:t>vn -0.9276 -0.1715 -0.3320</w:t>
        <w:br/>
        <w:t>vn -0.9365 -0.2245 -0.2694</w:t>
        <w:br/>
        <w:t>vn -0.8154 -0.1062 -0.5691</w:t>
        <w:br/>
        <w:t>vn -0.7824 -0.0501 -0.6208</w:t>
        <w:br/>
        <w:t>vn -0.7213 0.0299 -0.6920</w:t>
        <w:br/>
        <w:t>vn -0.9053 -0.0947 -0.4141</w:t>
        <w:br/>
        <w:t>vn -0.8701 0.0085 -0.4929</w:t>
        <w:br/>
        <w:t>vn -0.8072 0.0695 -0.5861</w:t>
        <w:br/>
        <w:t>vn -0.7395 0.0746 -0.6690</w:t>
        <w:br/>
        <w:t>vn -0.6497 -0.0377 -0.7593</w:t>
        <w:br/>
        <w:t>vn -0.5454 -0.1743 -0.8199</w:t>
        <w:br/>
        <w:t>vn -0.3084 -0.3925 -0.8665</w:t>
        <w:br/>
        <w:t>vn -0.2554 -0.4487 -0.8564</w:t>
        <w:br/>
        <w:t>vn -0.2922 -0.4943 -0.8187</w:t>
        <w:br/>
        <w:t>vn -0.6888 0.0292 -0.7244</w:t>
        <w:br/>
        <w:t>vn 0.2170 0.3643 -0.9057</w:t>
        <w:br/>
        <w:t>vn -0.8946 -0.3555 0.2707</w:t>
        <w:br/>
        <w:t>vn -0.8205 0.1626 -0.5480</w:t>
        <w:br/>
        <w:t>vn -0.7018 -0.3082 0.6423</w:t>
        <w:br/>
        <w:t>vn -0.9603 -0.2659 -0.0848</w:t>
        <w:br/>
        <w:t>vn 0.6350 0.0486 0.7710</w:t>
        <w:br/>
        <w:t>vn 0.9128 0.2919 -0.2857</w:t>
        <w:br/>
        <w:t>vn -0.9394 -0.2564 -0.2275</w:t>
        <w:br/>
        <w:t>vn -0.8844 -0.3534 0.3050</w:t>
        <w:br/>
        <w:t>vn -0.9542 -0.2416 -0.1763</w:t>
        <w:br/>
        <w:t>vn -0.9019 -0.1713 -0.3966</w:t>
        <w:br/>
        <w:t>vn -0.8327 -0.1439 -0.5347</w:t>
        <w:br/>
        <w:t>vn 0.0931 0.3080 -0.9468</w:t>
        <w:br/>
        <w:t>vn 0.0211 0.2507 -0.9678</w:t>
        <w:br/>
        <w:t>vn -0.1182 0.0814 -0.9896</w:t>
        <w:br/>
        <w:t>vn -0.9317 -0.2779 -0.2338</w:t>
        <w:br/>
        <w:t>vn -0.5349 -0.4284 -0.7283</w:t>
        <w:br/>
        <w:t>vn -0.4133 -0.4741 -0.7774</w:t>
        <w:br/>
        <w:t>vn -0.2543 -0.7202 -0.6455</w:t>
        <w:br/>
        <w:t>vn 0.0643 -0.9889 0.1336</w:t>
        <w:br/>
        <w:t>vn 0.0643 -0.9889 0.1337</w:t>
        <w:br/>
        <w:t>vn 0.1011 -0.9934 0.0539</w:t>
        <w:br/>
        <w:t>vn 0.1245 -0.9905 -0.0588</w:t>
        <w:br/>
        <w:t>vn -0.5883 -0.4119 -0.6959</w:t>
        <w:br/>
        <w:t>vn 0.0270 -0.9768 0.2124</w:t>
        <w:br/>
        <w:t>vn -0.9276 0.2074 0.3108</w:t>
        <w:br/>
        <w:t>vn -0.9136 0.2365 0.3308</w:t>
        <w:br/>
        <w:t>vn -0.4625 -0.0494 0.8852</w:t>
        <w:br/>
        <w:t>vn -0.5853 0.0094 0.8107</w:t>
        <w:br/>
        <w:t>vn 0.5856 -0.3437 0.7341</w:t>
        <w:br/>
        <w:t>vn 0.8939 -0.4082 0.1854</w:t>
        <w:br/>
        <w:t>vn 0.7680 -0.4725 0.4324</w:t>
        <w:br/>
        <w:t>vn 0.5055 -0.4313 0.7473</w:t>
        <w:br/>
        <w:t>vn -0.4828 -0.1421 0.8641</w:t>
        <w:br/>
        <w:t>vn -0.6814 -0.0004 0.7319</w:t>
        <w:br/>
        <w:t>vn -0.6349 0.0486 0.7710</w:t>
        <w:br/>
        <w:t>vn -0.4091 -0.0760 0.9093</w:t>
        <w:br/>
        <w:t>vn -0.9724 0.1523 0.1769</w:t>
        <w:br/>
        <w:t>vn -0.9601 0.1722 0.2205</w:t>
        <w:br/>
        <w:t>vn -0.6068 0.0184 0.7946</w:t>
        <w:br/>
        <w:t>vn -0.6139 0.0106 0.7893</w:t>
        <w:br/>
        <w:t>vn -0.9410 0.2021 0.2715</w:t>
        <w:br/>
        <w:t>vn -0.5987 0.0199 0.8007</w:t>
        <w:br/>
        <w:t>vn -0.4094 -0.0360 0.9117</w:t>
        <w:br/>
        <w:t>vn -0.4182 -0.0302 0.9078</w:t>
        <w:br/>
        <w:t>vn -0.6246 0.0020 0.7809</w:t>
        <w:br/>
        <w:t>vn -0.4069 -0.0534 0.9119</w:t>
        <w:br/>
        <w:t>vn -0.1465 -0.2739 0.9505</w:t>
        <w:br/>
        <w:t>vn -0.6567 -0.0007 0.7541</w:t>
        <w:br/>
        <w:t>vn -0.4184 -0.0403 0.9074</w:t>
        <w:br/>
        <w:t>vn 0.1686 0.3222 0.9315</w:t>
        <w:br/>
        <w:t>vn -0.3223 0.3267 0.8885</w:t>
        <w:br/>
        <w:t>vn 0.1467 0.3019 0.9420</w:t>
        <w:br/>
        <w:t>vn 0.6839 0.5538 0.4749</w:t>
        <w:br/>
        <w:t>vn 0.7891 0.3174 0.5259</w:t>
        <w:br/>
        <w:t>vn 0.9901 -0.1171 -0.0769</w:t>
        <w:br/>
        <w:t>vn 0.6972 0.1118 0.7081</w:t>
        <w:br/>
        <w:t>vn 0.9596 -0.2802 -0.0241</w:t>
        <w:br/>
        <w:t>vn 0.6934 -0.1435 0.7061</w:t>
        <w:br/>
        <w:t>vn -0.2892 0.5787 0.7625</w:t>
        <w:br/>
        <w:t>vn -0.3088 0.5305 0.7894</w:t>
        <w:br/>
        <w:t>vn -0.3088 0.5305 0.7895</w:t>
        <w:br/>
        <w:t>vn -0.2892 0.5787 0.7626</w:t>
        <w:br/>
        <w:t>vn -0.3326 0.4608 0.8228</w:t>
        <w:br/>
        <w:t>vn -0.3331 0.4024 0.8527</w:t>
        <w:br/>
        <w:t>vn -0.4112 0.3327 0.8487</w:t>
        <w:br/>
        <w:t>vn 0.0686 0.3011 0.9511</w:t>
        <w:br/>
        <w:t>vn -0.0529 0.2528 0.9661</w:t>
        <w:br/>
        <w:t>vn -0.8471 0.2736 0.4555</w:t>
        <w:br/>
        <w:t>vn -0.5695 0.2478 0.7838</w:t>
        <w:br/>
        <w:t>vn -0.8680 0.3245 0.3759</w:t>
        <w:br/>
        <w:t>vn -0.6434 0.2181 0.7338</w:t>
        <w:br/>
        <w:t>vn -0.8784 0.3714 0.3009</w:t>
        <w:br/>
        <w:t>vn -0.3183 -0.0808 0.9445</w:t>
        <w:br/>
        <w:t>vn -0.8882 0.3765 0.2632</w:t>
        <w:br/>
        <w:t>vn 0.7302 -0.1360 -0.6696</w:t>
        <w:br/>
        <w:t>vn 0.7679 -0.1403 -0.6251</w:t>
        <w:br/>
        <w:t>vn -0.5603 0.4566 -0.6911</w:t>
        <w:br/>
        <w:t>vn -0.5429 0.4331 -0.7195</w:t>
        <w:br/>
        <w:t>vn -0.7259 0.4768 -0.4957</w:t>
        <w:br/>
        <w:t>vn -0.7361 0.4863 -0.4708</w:t>
        <w:br/>
        <w:t>vn 0.4182 -0.0273 -0.9079</w:t>
        <w:br/>
        <w:t>vn 0.1038 0.1752 -0.9790</w:t>
        <w:br/>
        <w:t>vn 0.5568 -0.2148 -0.8024</w:t>
        <w:br/>
        <w:t>vn 0.4185 -0.1458 -0.8964</w:t>
        <w:br/>
        <w:t>vn 0.6577 -0.2950 -0.6931</w:t>
        <w:br/>
        <w:t>vn 0.3788 -0.2465 -0.8921</w:t>
        <w:br/>
        <w:t>vn 0.6012 -0.3212 -0.7317</w:t>
        <w:br/>
        <w:t>vn 0.3537 -0.3645 -0.8614</w:t>
        <w:br/>
        <w:t>vn 0.2763 -0.5126 -0.8130</w:t>
        <w:br/>
        <w:t>vn 0.5176 -0.3555 -0.7783</w:t>
        <w:br/>
        <w:t>vn -0.9051 -0.3989 0.1470</w:t>
        <w:br/>
        <w:t>vn -0.9583 -0.2846 0.0279</w:t>
        <w:br/>
        <w:t>vn -0.8014 -0.5030 -0.3236</w:t>
        <w:br/>
        <w:t>vn -0.7400 -0.6476 -0.1816</w:t>
        <w:br/>
        <w:t>vn -0.6455 -0.7631 0.0309</w:t>
        <w:br/>
        <w:t>vn -0.5214 -0.8530 0.0202</w:t>
        <w:br/>
        <w:t>vn -0.6540 -0.7143 0.2491</w:t>
        <w:br/>
        <w:t>vn 0.9596 -0.2802 -0.0242</w:t>
        <w:br/>
        <w:t>vn -0.8158 -0.4872 0.3116</w:t>
        <w:br/>
        <w:t>vn 0.8313 -0.0945 -0.5477</w:t>
        <w:br/>
        <w:t>vn -0.3528 0.3559 0.8654</w:t>
        <w:br/>
        <w:t>vn -0.0940 0.3446 0.9340</w:t>
        <w:br/>
        <w:t>vn -0.8578 -0.3635 -0.3633</w:t>
        <w:br/>
        <w:t>vn -0.9886 -0.1498 0.0160</w:t>
        <w:br/>
        <w:t>vn -0.9994 0.0241 0.0228</w:t>
        <w:br/>
        <w:t>vn -0.9066 -0.1774 -0.3830</w:t>
        <w:br/>
        <w:t>vn -0.5994 0.4538 -0.6593</w:t>
        <w:br/>
        <w:t>vn -0.7627 0.4735 -0.4405</w:t>
        <w:br/>
        <w:t>vn 0.7134 -0.2327 -0.6610</w:t>
        <w:br/>
        <w:t>vn 0.6476 -0.1879 -0.7385</w:t>
        <w:br/>
        <w:t>vn 0.4030 -0.3926 -0.8267</w:t>
        <w:br/>
        <w:t>vn -0.7756 0.3235 -0.5421</w:t>
        <w:br/>
        <w:t>vn -0.1304 0.2200 -0.9667</w:t>
        <w:br/>
        <w:t>vn -0.1103 0.2447 -0.9633</w:t>
        <w:br/>
        <w:t>vn -0.8005 0.3547 -0.4831</w:t>
        <w:br/>
        <w:t>vn 0.1040 0.2173 -0.9706</w:t>
        <w:br/>
        <w:t>vn 0.4116 0.0423 -0.9104</w:t>
        <w:br/>
        <w:t>vn 0.4590 0.0442 -0.8873</w:t>
        <w:br/>
        <w:t>vn 0.1337 0.2342 -0.9629</w:t>
        <w:br/>
        <w:t>vn -0.2895 0.0676 0.9548</w:t>
        <w:br/>
        <w:t>vn -0.1978 0.1922 0.9612</w:t>
        <w:br/>
        <w:t>vn -0.0998 0.3688 0.9241</w:t>
        <w:br/>
        <w:t>vn 0.2367 0.5955 0.7677</w:t>
        <w:br/>
        <w:t>vn 0.2887 0.4982 0.8176</w:t>
        <w:br/>
        <w:t>vn -0.1414 0.3060 0.9415</w:t>
        <w:br/>
        <w:t>vn 0.1034 0.9476 0.3023</w:t>
        <w:br/>
        <w:t>vn 0.1336 0.9181 0.3732</w:t>
        <w:br/>
        <w:t>vn -0.0996 0.7769 0.6217</w:t>
        <w:br/>
        <w:t>vn 0.3485 0.9344 0.0740</w:t>
        <w:br/>
        <w:t>vn -0.1111 0.6581 0.7447</w:t>
        <w:br/>
        <w:t>vn 0.2259 0.7418 0.6314</w:t>
        <w:br/>
        <w:t>vn 0.1460 0.6068 0.7814</w:t>
        <w:br/>
        <w:t>vn -0.1043 0.5015 0.8588</w:t>
        <w:br/>
        <w:t>vn 0.0947 0.3763 0.9217</w:t>
        <w:br/>
        <w:t>vn -0.3056 0.0631 0.9501</w:t>
        <w:br/>
        <w:t>vn 0.4302 0.8065 0.4057</w:t>
        <w:br/>
        <w:t>vn 0.8100 -0.2202 0.5436</w:t>
        <w:br/>
        <w:t>vn 0.9778 -0.1311 0.1635</w:t>
        <w:br/>
        <w:t>vn 0.9503 -0.2347 0.2046</w:t>
        <w:br/>
        <w:t>vn 0.7747 -0.3255 0.5422</w:t>
        <w:br/>
        <w:t>vn 0.7780 -0.3794 0.5008</w:t>
        <w:br/>
        <w:t>vn 0.9046 -0.3389 0.2585</w:t>
        <w:br/>
        <w:t>vn 0.8946 -0.3555 0.2708</w:t>
        <w:br/>
        <w:t>vn 0.7999 -0.3778 0.4663</w:t>
        <w:br/>
        <w:t>vn 0.7626 -0.3699 0.5307</w:t>
        <w:br/>
        <w:t>vn 0.9218 -0.3063 0.2375</w:t>
        <w:br/>
        <w:t>vn 0.7782 -0.2877 0.5583</w:t>
        <w:br/>
        <w:t>vn 0.7018 -0.3081 0.6423</w:t>
        <w:br/>
        <w:t>vn 0.5745 -0.2515 0.7790</w:t>
        <w:br/>
        <w:t>vn 0.7795 -0.2450 0.5765</w:t>
        <w:br/>
        <w:t>vn 0.7975 -0.3266 0.5073</w:t>
        <w:br/>
        <w:t>vn 0.8767 -0.3354 0.3448</w:t>
        <w:br/>
        <w:t>vn 0.7792 -0.2231 0.5858</w:t>
        <w:br/>
        <w:t>vn 0.4150 -0.1768 0.8925</w:t>
        <w:br/>
        <w:t>vn 0.5107 -0.1728 0.8422</w:t>
        <w:br/>
        <w:t>vn 0.7599 -0.2124 0.6143</w:t>
        <w:br/>
        <w:t>vn 0.7283 -0.1788 0.6615</w:t>
        <w:br/>
        <w:t>vn 0.6088 -0.2024 0.7671</w:t>
        <w:br/>
        <w:t>vn 0.5006 -0.5065 0.7020</w:t>
        <w:br/>
        <w:t>vn 0.4869 -0.4367 0.7565</w:t>
        <w:br/>
        <w:t>vn -0.5866 -0.5986 0.5455</w:t>
        <w:br/>
        <w:t>vn -0.7642 -0.5207 0.3806</w:t>
        <w:br/>
        <w:t>vn -0.7586 -0.1141 0.6415</w:t>
        <w:br/>
        <w:t>vn -0.5712 -0.2617 0.7779</w:t>
        <w:br/>
        <w:t>vn 0.3908 0.8401 0.3761</w:t>
        <w:br/>
        <w:t>vn 0.3209 0.9104 0.2611</w:t>
        <w:br/>
        <w:t>vn 0.3046 0.9270 0.2188</w:t>
        <w:br/>
        <w:t>vn 0.5295 0.7098 0.4646</w:t>
        <w:br/>
        <w:t>vn 0.6514 0.5722 0.4982</w:t>
        <w:br/>
        <w:t>vn 0.7191 -0.5850 -0.3750</w:t>
        <w:br/>
        <w:t>vn 0.3512 -0.6632 -0.6610</w:t>
        <w:br/>
        <w:t>vn 0.1547 -0.9489 -0.2752</w:t>
        <w:br/>
        <w:t>vn 0.4973 -0.8671 0.0294</w:t>
        <w:br/>
        <w:t>vn 0.8417 0.4250 -0.3332</w:t>
        <w:br/>
        <w:t>vn 0.8422 0.5309 0.0943</w:t>
        <w:br/>
        <w:t>vn 0.8386 0.5395 0.0748</w:t>
        <w:br/>
        <w:t>vn 0.7078 0.5535 -0.4390</w:t>
        <w:br/>
        <w:t>vn -0.7207 0.2160 -0.6587</w:t>
        <w:br/>
        <w:t>vn -0.1088 0.1099 -0.9880</w:t>
        <w:br/>
        <w:t>vn -0.1337 0.1698 -0.9764</w:t>
        <w:br/>
        <w:t>vn -0.7461 0.2624 -0.6119</w:t>
        <w:br/>
        <w:t>vn 0.3784 0.4206 -0.8246</w:t>
        <w:br/>
        <w:t>vn 0.0305 0.7088 -0.7048</w:t>
        <w:br/>
        <w:t>vn 0.4621 0.7373 -0.4928</w:t>
        <w:br/>
        <w:t>vn 0.6758 0.4282 -0.5999</w:t>
        <w:br/>
        <w:t>vn 0.8474 -0.0397 0.5295</w:t>
        <w:br/>
        <w:t>vn 0.9946 0.0179 0.1026</w:t>
        <w:br/>
        <w:t>vn 0.8326 0.1709 0.5268</w:t>
        <w:br/>
        <w:t>vn 0.9836 0.1770 0.0348</w:t>
        <w:br/>
        <w:t>vn 0.7571 0.3864 0.5268</w:t>
        <w:br/>
        <w:t>vn 0.9925 -0.1061 -0.0604</w:t>
        <w:br/>
        <w:t>vn 0.9644 -0.2151 -0.1541</w:t>
        <w:br/>
        <w:t>vn 0.7769 -0.4134 0.4749</w:t>
        <w:br/>
        <w:t>vn 0.7357 -0.1633 0.6573</w:t>
        <w:br/>
        <w:t>vn 0.4220 0.5843 0.6932</w:t>
        <w:br/>
        <w:t>vn 0.4592 0.4952 0.7375</w:t>
        <w:br/>
        <w:t>vn -0.9757 0.1928 0.1043</w:t>
        <w:br/>
        <w:t>vn -0.9772 0.1565 0.1433</w:t>
        <w:br/>
        <w:t>vn 0.2273 0.4268 0.8753</w:t>
        <w:br/>
        <w:t>vn 0.4593 0.4952 0.7375</w:t>
        <w:br/>
        <w:t>vn 0.2770 0.5383 0.7959</w:t>
        <w:br/>
        <w:t>vn 0.1081 0.4634 0.8795</w:t>
        <w:br/>
        <w:t>vn -0.2874 0.2321 0.9293</w:t>
        <w:br/>
        <w:t>vn -0.2544 0.2070 0.9447</w:t>
        <w:br/>
        <w:t>vn 0.6299 0.7764 -0.0203</w:t>
        <w:br/>
        <w:t>vn 0.4221 0.7537 0.5037</w:t>
        <w:br/>
        <w:t>vn -0.0171 0.3833 0.9235</w:t>
        <w:br/>
        <w:t>vn -0.1624 0.2463 0.9555</w:t>
        <w:br/>
        <w:t>vn -0.3029 -0.2250 0.9261</w:t>
        <w:br/>
        <w:t>vn -0.1495 -0.5803 0.8005</w:t>
        <w:br/>
        <w:t>vn 0.6058 0.6676 -0.4328</w:t>
        <w:br/>
        <w:t>vn 0.5393 0.7203 -0.4362</w:t>
        <w:br/>
        <w:t>vn 0.2795 0.6179 0.7349</w:t>
        <w:br/>
        <w:t>vn 0.3386 0.5296 0.7778</w:t>
        <w:br/>
        <w:t>vn -0.0003 0.2874 0.9578</w:t>
        <w:br/>
        <w:t>vn -0.1944 0.0714 0.9783</w:t>
        <w:br/>
        <w:t>vn -0.3115 -0.1032 0.9446</w:t>
        <w:br/>
        <w:t>vn -0.4807 -0.1081 0.8702</w:t>
        <w:br/>
        <w:t>vn -0.9415 0.3259 -0.0864</w:t>
        <w:br/>
        <w:t>vn -0.2361 -0.1225 0.9640</w:t>
        <w:br/>
        <w:t>vn -0.2532 0.5257 -0.8121</w:t>
        <w:br/>
        <w:t>vn -0.0120 0.3005 -0.9537</w:t>
        <w:br/>
        <w:t>vn -0.4723 0.4248 -0.7723</w:t>
        <w:br/>
        <w:t>vn -0.1313 0.1932 -0.9723</w:t>
        <w:br/>
        <w:t>vn -0.7030 0.3660 -0.6098</w:t>
        <w:br/>
        <w:t>vn -0.9724 0.1523 0.1770</w:t>
        <w:br/>
        <w:t>vn -0.9772 0.1564 0.1433</w:t>
        <w:br/>
        <w:t>vn -0.7024 0.2076 -0.6808</w:t>
        <w:br/>
        <w:t>vn 0.8360 0.3419 -0.4291</w:t>
        <w:br/>
        <w:t>vn -0.5138 -0.1309 0.8479</w:t>
        <w:br/>
        <w:t>vn -0.4537 -0.0969 0.8859</w:t>
        <w:br/>
        <w:t>vn -0.2677 -0.1841 0.9457</w:t>
        <w:br/>
        <w:t>vn -0.2560 -0.2103 0.9435</w:t>
        <w:br/>
        <w:t>vn -0.4552 -0.1208 0.8821</w:t>
        <w:br/>
        <w:t>vn -0.2375 -0.2357 0.9423</w:t>
        <w:br/>
        <w:t>vn -0.4885 -0.1427 0.8608</w:t>
        <w:br/>
        <w:t>vn -0.4102 -0.0553 0.9103</w:t>
        <w:br/>
        <w:t>vn -0.9415 0.3259 -0.0863</w:t>
        <w:br/>
        <w:t>vn -0.6784 0.2372 -0.6954</w:t>
        <w:br/>
        <w:t>vn -0.3965 -0.0931 0.9133</w:t>
        <w:br/>
        <w:t>vn -0.4361 -0.0899 0.8954</w:t>
        <w:br/>
        <w:t>vn -0.9067 0.3289 0.2640</w:t>
        <w:br/>
        <w:t>vn -0.8997 0.3531 0.2567</w:t>
        <w:br/>
        <w:t>vn -0.4456 -0.0770 0.8919</w:t>
        <w:br/>
        <w:t>vn -0.9076 0.3170 0.2753</w:t>
        <w:br/>
        <w:t>vn -0.1005 -0.8838 0.4570</w:t>
        <w:br/>
        <w:t>vn 0.0082 0.7273 0.6863</w:t>
        <w:br/>
        <w:t>vn -0.5163 0.7370 0.4361</w:t>
        <w:br/>
        <w:t>vn -0.5283 0.8333 0.1629</w:t>
        <w:br/>
        <w:t>vn 0.1802 0.8549 0.4865</w:t>
        <w:br/>
        <w:t>vn -0.7125 0.6463 0.2732</w:t>
        <w:br/>
        <w:t>vn 0.6542 0.7373 0.1685</w:t>
        <w:br/>
        <w:t>vn 0.6541 0.7374 0.1685</w:t>
        <w:br/>
        <w:t>vn 0.7506 0.5851 0.3070</w:t>
        <w:br/>
        <w:t>vn 0.7506 0.5852 0.3070</w:t>
        <w:br/>
        <w:t>vn 0.5804 0.8062 0.1149</w:t>
        <w:br/>
        <w:t>vn 0.8843 0.3286 0.3318</w:t>
        <w:br/>
        <w:t>vn 0.7280 0.4146 0.5460</w:t>
        <w:br/>
        <w:t>vn 0.8401 -0.1878 -0.5089</w:t>
        <w:br/>
        <w:t>vn 0.9028 -0.1285 -0.4104</w:t>
        <w:br/>
        <w:t>vn -0.0408 -0.6258 -0.7789</w:t>
        <w:br/>
        <w:t>vn 0.6498 0.3306 0.6844</w:t>
        <w:br/>
        <w:t>vn 0.8529 -0.2010 -0.4818</w:t>
        <w:br/>
        <w:t>vn 0.6653 -0.3238 -0.6727</w:t>
        <w:br/>
        <w:t>vn -0.8990 0.0373 -0.4363</w:t>
        <w:br/>
        <w:t>vn -0.8406 0.2414 -0.4849</w:t>
        <w:br/>
        <w:t>vn -0.7652 0.4012 -0.5036</w:t>
        <w:br/>
        <w:t>vn -0.8882 0.3765 0.2633</w:t>
        <w:br/>
        <w:t>vn -0.7815 0.4612 -0.4202</w:t>
        <w:br/>
        <w:t>vn -0.9076 0.3170 0.2754</w:t>
        <w:br/>
        <w:t>vn -0.8059 0.3886 -0.4466</w:t>
        <w:br/>
        <w:t>vn -0.1769 0.1506 -0.9726</w:t>
        <w:br/>
        <w:t>vn -0.1822 0.1272 -0.9750</w:t>
        <w:br/>
        <w:t>vn -0.6184 -0.3415 -0.7078</w:t>
        <w:br/>
        <w:t>vn -0.5503 -0.5020 -0.6672</w:t>
        <w:br/>
        <w:t>vn -0.4867 -0.6231 -0.6123</w:t>
        <w:br/>
        <w:t>vn -0.4291 -0.7686 -0.4744</w:t>
        <w:br/>
        <w:t>vn -0.3723 -0.8634 -0.3406</w:t>
        <w:br/>
        <w:t>vn 0.2815 -0.2280 0.9321</w:t>
        <w:br/>
        <w:t>vn 0.3725 -0.0382 0.9272</w:t>
        <w:br/>
        <w:t>vn -0.6406 -0.1141 -0.7593</w:t>
        <w:br/>
        <w:t>vn -0.6231 0.1324 -0.7708</w:t>
        <w:br/>
        <w:t>vn -0.5749 0.3368 -0.7457</w:t>
        <w:br/>
        <w:t>vn 0.8168 0.3759 -0.4377</w:t>
        <w:br/>
        <w:t>vn 0.5008 0.0236 -0.8652</w:t>
        <w:br/>
        <w:t>vn 0.1758 0.2152 -0.9606</w:t>
        <w:br/>
        <w:t>vn 0.2136 0.1448 -0.9661</w:t>
        <w:br/>
        <w:t>vn -0.0920 0.2639 -0.9602</w:t>
        <w:br/>
        <w:t>vn 0.1841 0.1360 -0.9734</w:t>
        <w:br/>
        <w:t>vn -0.3715 -0.9165 0.1482</w:t>
        <w:br/>
        <w:t>vn -0.1006 -0.8838 0.4570</w:t>
        <w:br/>
        <w:t>vn 0.6157 -0.1315 0.7769</w:t>
        <w:br/>
        <w:t>vn 0.7675 -0.4951 0.4072</w:t>
        <w:br/>
        <w:t>vn -0.1919 -0.6771 -0.7104</w:t>
        <w:br/>
        <w:t>vn 0.9824 0.0816 -0.1681</w:t>
        <w:br/>
        <w:t>vn -0.6251 0.4450 -0.6413</w:t>
        <w:br/>
        <w:t>vn -0.4354 -0.0710 0.8974</w:t>
        <w:br/>
        <w:t>vn -0.2467 -0.2715 0.9303</w:t>
        <w:br/>
        <w:t>vn -0.4707 -0.2599 0.8431</w:t>
        <w:br/>
        <w:t>vn 0.0958 -0.4175 0.9036</w:t>
        <w:br/>
        <w:t>vn 0.1455 -0.3041 0.9415</w:t>
        <w:br/>
        <w:t>vn 0.1610 0.1224 -0.9793</w:t>
        <w:br/>
        <w:t>vn 0.1182 0.0814 -0.9897</w:t>
        <w:br/>
        <w:t>vn -0.8462 0.4516 0.2828</w:t>
        <w:br/>
        <w:t>vn -0.6820 0.6038 0.4127</w:t>
        <w:br/>
        <w:t>vn -0.1171 -0.9931 0.0033</w:t>
        <w:br/>
        <w:t>vn -0.0691 -0.9965 0.0473</w:t>
        <w:br/>
        <w:t>vn -0.5761 0.6679 0.4712</w:t>
        <w:br/>
        <w:t>vn 0.9071 -0.1146 -0.4049</w:t>
        <w:br/>
        <w:t>vn 0.9272 -0.0910 -0.3632</w:t>
        <w:br/>
        <w:t>vn 0.9914 -0.1305 0.0085</w:t>
        <w:br/>
        <w:t>vn 0.9019 -0.1122 -0.4172</w:t>
        <w:br/>
        <w:t>vn 0.5638 0.0190 -0.8257</w:t>
        <w:br/>
        <w:t>vn 0.9760 -0.1694 -0.1366</w:t>
        <w:br/>
        <w:t>vn 0.9196 -0.1071 -0.3780</w:t>
        <w:br/>
        <w:t>vn 0.9196 -0.1071 -0.3779</w:t>
        <w:br/>
        <w:t>vn 0.9349 -0.1111 -0.3370</w:t>
        <w:br/>
        <w:t>vn 0.9349 -0.1111 -0.3371</w:t>
        <w:br/>
        <w:t>vn 0.5369 0.3968 -0.7445</w:t>
        <w:br/>
        <w:t>vn 0.4617 0.4073 -0.7880</w:t>
        <w:br/>
        <w:t>vn 0.5369 0.3966 -0.7446</w:t>
        <w:br/>
        <w:t>vn 0.9534 -0.1014 -0.2841</w:t>
        <w:br/>
        <w:t>vn 0.8701 0.0291 -0.4920</w:t>
        <w:br/>
        <w:t>vn 0.9686 -0.1139 -0.2209</w:t>
        <w:br/>
        <w:t>vn 0.8333 0.1003 -0.5437</w:t>
        <w:br/>
        <w:t>vn 0.9790 -0.1141 -0.1688</w:t>
        <w:br/>
        <w:t>vn 0.8749 0.1031 -0.4732</w:t>
        <w:br/>
        <w:t>vn 0.9834 -0.1062 -0.1469</w:t>
        <w:br/>
        <w:t>vn 0.8987 0.0779 -0.4316</w:t>
        <w:br/>
        <w:t>vn 0.9808 -0.1112 -0.1605</w:t>
        <w:br/>
        <w:t>vn 0.9063 0.0336 -0.4212</w:t>
        <w:br/>
        <w:t>vn 0.9755 -0.1019 -0.1948</w:t>
        <w:br/>
        <w:t>vn 0.9097 0.0075 -0.4151</w:t>
        <w:br/>
        <w:t>vn 0.9034 -0.0100 -0.4287</w:t>
        <w:br/>
        <w:t>vn 0.9676 -0.0918 -0.2352</w:t>
        <w:br/>
        <w:t>vn 0.8474 0.0115 -0.5308</w:t>
        <w:br/>
        <w:t>vn 0.9534 -0.0692 -0.2937</w:t>
        <w:br/>
        <w:t>vn 0.8045 0.0390 -0.5927</w:t>
        <w:br/>
        <w:t>vn 0.9071 -0.0290 -0.4200</w:t>
        <w:br/>
        <w:t>vn 0.8334 0.0625 -0.5491</w:t>
        <w:br/>
        <w:t>vn 0.7819 0.0684 -0.6197</w:t>
        <w:br/>
        <w:t>vn 0.7792 0.2170 -0.5880</w:t>
        <w:br/>
        <w:t>vn 0.6855 0.3448 -0.6412</w:t>
        <w:br/>
        <w:t>vn 0.5793 -0.2559 0.7739</w:t>
        <w:br/>
        <w:t>vn 0.7395 -0.2898 0.6076</w:t>
        <w:br/>
        <w:t>vn 0.6882 -0.3294 0.6464</w:t>
        <w:br/>
        <w:t>vn 0.5973 -0.3925 0.6994</w:t>
        <w:br/>
        <w:t>vn 0.6883 -0.3294 0.6464</w:t>
        <w:br/>
        <w:t>vn 0.2254 -0.4597 0.8590</w:t>
        <w:br/>
        <w:t>vn -0.3365 -0.3377 0.8790</w:t>
        <w:br/>
        <w:t>vn -0.2498 -0.3281 0.9110</w:t>
        <w:br/>
        <w:t>vn 0.0961 -0.4210 0.9020</w:t>
        <w:br/>
        <w:t>vn -0.2670 -0.3576 0.8949</w:t>
        <w:br/>
        <w:t>vn 0.1523 -0.4663 0.8714</w:t>
        <w:br/>
        <w:t>vn 0.1341 -0.4827 0.8655</w:t>
        <w:br/>
        <w:t>vn -0.3145 -0.3679 0.8751</w:t>
        <w:br/>
        <w:t>vn 0.0546 -0.4638 0.8843</w:t>
        <w:br/>
        <w:t>vn -0.3624 -0.3581 0.8605</w:t>
        <w:br/>
        <w:t>vn -0.0299 -0.4285 0.9031</w:t>
        <w:br/>
        <w:t>vn -0.4092 -0.3259 0.8523</w:t>
        <w:br/>
        <w:t>vn -0.0721 -0.3913 0.9174</w:t>
        <w:br/>
        <w:t>vn -0.4271 -0.2941 0.8551</w:t>
        <w:br/>
        <w:t>vn -0.0515 -0.3672 0.9287</w:t>
        <w:br/>
        <w:t>vn -0.3755 -0.2820 0.8829</w:t>
        <w:br/>
        <w:t>vn 0.0775 -0.3889 0.9180</w:t>
        <w:br/>
        <w:t>vn -0.3723 -0.3039 0.8769</w:t>
        <w:br/>
        <w:t>vn 0.1196 -0.9353 0.3330</w:t>
        <w:br/>
        <w:t>vn 0.2641 -0.7811 0.5658</w:t>
        <w:br/>
        <w:t>vn 0.4516 -0.4237 0.7852</w:t>
        <w:br/>
        <w:t>vn 0.0241 -0.9854 0.1685</w:t>
        <w:br/>
        <w:t>vn 0.9357 -0.0853 -0.3423</w:t>
        <w:br/>
        <w:t>vn 0.8838 -0.1331 -0.4485</w:t>
        <w:br/>
        <w:t>vn 0.9644 -0.2151 -0.1540</w:t>
        <w:br/>
        <w:t>vn 0.0337 0.1584 -0.9868</w:t>
        <w:br/>
        <w:t>vn 0.0134 0.1170 -0.9930</w:t>
        <w:br/>
        <w:t>vn 0.0260 0.0828 -0.9962</w:t>
        <w:br/>
        <w:t>vn 0.4779 -0.1540 0.8648</w:t>
        <w:br/>
        <w:t>vn 0.9860 -0.1654 0.0209</w:t>
        <w:br/>
        <w:t>vn 0.5632 -0.0237 -0.8260</w:t>
        <w:br/>
        <w:t>vn 0.9860 -0.1653 0.0209</w:t>
        <w:br/>
        <w:t>vn 0.5544 -0.1758 -0.8135</w:t>
        <w:br/>
        <w:t>vn 0.7670 -0.1673 -0.6194</w:t>
        <w:br/>
        <w:t>vn 0.7274 0.4538 -0.5147</w:t>
        <w:br/>
        <w:t>vn 0.6721 0.4101 -0.6165</w:t>
        <w:br/>
        <w:t>vn 0.6687 0.4281 -0.6079</w:t>
        <w:br/>
        <w:t>vn 0.5182 0.0922 -0.8503</w:t>
        <w:br/>
        <w:t>vn -0.8732 0.4725 -0.1190</w:t>
        <w:br/>
        <w:t>vn -0.9410 0.2451 0.2335</w:t>
        <w:br/>
        <w:t>vn 0.5573 0.2976 -0.7751</w:t>
        <w:br/>
        <w:t>vn 0.6386 0.3050 -0.7065</w:t>
        <w:br/>
        <w:t>vn 0.7849 0.1165 -0.6086</w:t>
        <w:br/>
        <w:t>vn 0.7461 0.1754 -0.6423</w:t>
        <w:br/>
        <w:t>vn 0.7956 0.0724 -0.6014</w:t>
        <w:br/>
        <w:t>vn 0.6079 0.0052 -0.7940</w:t>
        <w:br/>
        <w:t>vn 0.4502 -0.0957 -0.8878</w:t>
        <w:br/>
        <w:t>vn 0.6765 0.0099 -0.7364</w:t>
        <w:br/>
        <w:t>vn 0.7775 0.2071 0.5938</w:t>
        <w:br/>
        <w:t>vn 0.8373 0.0916 0.5389</w:t>
        <w:br/>
        <w:t>vn 0.8373 0.0917 0.5390</w:t>
        <w:br/>
        <w:t>vn 0.7775 0.2071 0.5937</w:t>
        <w:br/>
        <w:t>vn 0.8538 -0.0911 0.5126</w:t>
        <w:br/>
        <w:t>vn 0.8005 -0.2533 0.5432</w:t>
        <w:br/>
        <w:t>vn -0.8217 0.2646 0.5047</w:t>
        <w:br/>
        <w:t>vn -0.9006 0.1332 0.4137</w:t>
        <w:br/>
        <w:t>vn -0.9995 -0.0174 -0.0255</w:t>
        <w:br/>
        <w:t>vn -0.6795 0.4671 0.5658</w:t>
        <w:br/>
        <w:t>vn -0.4690 0.6646 0.5817</w:t>
        <w:br/>
        <w:t>vn 0.1061 0.8741 0.4740</w:t>
        <w:br/>
        <w:t>vn 0.1060 0.8741 0.4740</w:t>
        <w:br/>
        <w:t>vn -0.1737 0.8228 0.5412</w:t>
        <w:br/>
        <w:t>vn 0.5432 0.0178 0.8394</w:t>
        <w:br/>
        <w:t>vn 0.3536 -0.0973 0.9303</w:t>
        <w:br/>
        <w:t>vn 0.6429 0.1395 0.7531</w:t>
        <w:br/>
        <w:t>vn 0.7159 0.2263 0.6606</w:t>
        <w:br/>
        <w:t>vn 0.6695 0.2042 0.7142</w:t>
        <w:br/>
        <w:t>vn 0.6411 -0.1929 -0.7428</w:t>
        <w:br/>
        <w:t>vn 0.7393 -0.2712 -0.6164</w:t>
        <w:br/>
        <w:t>vn 0.5364 -0.2789 -0.7966</w:t>
        <w:br/>
        <w:t>vn 0.5000 -0.1828 -0.8465</w:t>
        <w:br/>
        <w:t>vn -0.5964 -0.7046 -0.3846</w:t>
        <w:br/>
        <w:t>vn -0.8375 -0.3269 -0.4378</w:t>
        <w:br/>
        <w:t>vn -0.7013 -0.5818 -0.4119</w:t>
        <w:br/>
        <w:t>vn 0.7450 -0.3428 0.5722</w:t>
        <w:br/>
        <w:t>vn -0.9964 0.0260 -0.0808</w:t>
        <w:br/>
        <w:t>vn -0.9317 0.1385 0.3358</w:t>
        <w:br/>
        <w:t>vn -0.9535 0.1419 0.2658</w:t>
        <w:br/>
        <w:t>vn -0.9904 0.0933 -0.1016</w:t>
        <w:br/>
        <w:t>vn -0.9692 0.1474 0.1971</w:t>
        <w:br/>
        <w:t>vn -0.9794 0.1692 -0.1102</w:t>
        <w:br/>
        <w:t>vn -0.8702 -0.0429 0.4908</w:t>
        <w:br/>
        <w:t>vn -0.9590 0.2333 -0.1609</w:t>
        <w:br/>
        <w:t>vn -0.9196 0.0291 0.3918</w:t>
        <w:br/>
        <w:t>vn -0.9198 0.3147 -0.2345</w:t>
        <w:br/>
        <w:t>vn -0.9473 0.0930 0.3065</w:t>
        <w:br/>
        <w:t>vn -0.8683 0.4056 -0.2854</w:t>
        <w:br/>
        <w:t>vn -0.7507 0.5083 -0.4221</w:t>
        <w:br/>
        <w:t>vn -0.7697 0.4778 -0.4233</w:t>
        <w:br/>
        <w:t>vn -0.8361 0.4548 -0.3068</w:t>
        <w:br/>
        <w:t>vn -0.8283 0.4626 -0.3162</w:t>
        <w:br/>
        <w:t>vn -0.7432 0.5143 -0.4281</w:t>
        <w:br/>
        <w:t>vn 0.2695 -0.5296 0.8043</w:t>
        <w:br/>
        <w:t>vn 0.7040 0.2527 -0.6638</w:t>
        <w:br/>
        <w:t>vn -0.6871 -0.2901 0.6662</w:t>
        <w:br/>
        <w:t>vn -0.8702 -0.0429 0.4907</w:t>
        <w:br/>
        <w:t>vn -0.7240 -0.1723 0.6680</w:t>
        <w:br/>
        <w:t>vn 0.7043 -0.3639 -0.6095</w:t>
        <w:br/>
        <w:t>vn 0.1941 -0.8624 -0.4676</w:t>
        <w:br/>
        <w:t>vn -0.1257 -0.9343 -0.3337</w:t>
        <w:br/>
        <w:t>vn -0.0060 -0.9122 -0.4097</w:t>
        <w:br/>
        <w:t>vn 0.5167 -0.7021 -0.4900</w:t>
        <w:br/>
        <w:t>vn 0.6869 -0.5460 -0.4796</w:t>
        <w:br/>
        <w:t>vn 0.6870 -0.5460 -0.4796</w:t>
        <w:br/>
        <w:t>vn 0.7447 -0.4314 -0.5093</w:t>
        <w:br/>
        <w:t>vn 0.7764 -0.3639 -0.5146</w:t>
        <w:br/>
        <w:t>vn 0.8338 -0.2846 -0.4730</w:t>
        <w:br/>
        <w:t>vn -0.1258 -0.9343 -0.3336</w:t>
        <w:br/>
        <w:t>vn -0.8175 0.3974 -0.4168</w:t>
        <w:br/>
        <w:t>vn -0.8697 0.2892 -0.3999</w:t>
        <w:br/>
        <w:t>vn -0.8963 0.1750 -0.4075</w:t>
        <w:br/>
        <w:t>vn -0.8895 0.0316 -0.4559</w:t>
        <w:br/>
        <w:t>vn -0.8713 -0.0915 -0.4821</w:t>
        <w:br/>
        <w:t>vn -0.8732 -0.1641 -0.4588</w:t>
        <w:br/>
        <w:t>vn -0.8855 -0.1903 -0.4239</w:t>
        <w:br/>
        <w:t>vn -0.8923 -0.1899 -0.4097</w:t>
        <w:br/>
        <w:t>vn -0.8922 -0.1899 -0.4097</w:t>
        <w:br/>
        <w:t>vn -0.8748 -0.1993 -0.4417</w:t>
        <w:br/>
        <w:t>vn -0.8748 -0.1992 -0.4417</w:t>
        <w:br/>
        <w:t>vn -0.8511 -0.2642 -0.4537</w:t>
        <w:br/>
        <w:t>vn 0.2397 0.8694 0.4321</w:t>
        <w:br/>
        <w:t>vn 0.2599 -0.1166 0.9586</w:t>
        <w:br/>
        <w:t>vn -0.7535 0.3654 -0.5466</w:t>
        <w:br/>
        <w:t>vn -0.5048 0.4118 -0.7587</w:t>
        <w:br/>
        <w:t>vn 0.8652 -0.2125 -0.4541</w:t>
        <w:br/>
        <w:t>vn -0.7521 -0.2810 0.5962</w:t>
        <w:br/>
        <w:t>vn -0.8503 -0.1139 0.5138</w:t>
        <w:br/>
        <w:t>vn -0.5039 0.0433 -0.8627</w:t>
        <w:br/>
        <w:t>vn -0.8701 0.1825 0.4579</w:t>
        <w:br/>
        <w:t>vn -0.9019 0.3907 -0.1842</w:t>
        <w:br/>
        <w:t>vn 0.0592 0.0493 -0.9970</w:t>
        <w:br/>
        <w:t>vn 0.0001 0.2163 -0.9763</w:t>
        <w:br/>
        <w:t>vn -0.0363 0.2501 -0.9675</w:t>
        <w:br/>
        <w:t>vn -0.2361 0.3815 -0.8937</w:t>
        <w:br/>
        <w:t>vn -0.2809 0.3394 -0.8977</w:t>
        <w:br/>
        <w:t>vn 0.0868 0.1489 -0.9850</w:t>
        <w:br/>
        <w:t>vn 0.8167 0.3760 -0.4377</w:t>
        <w:br/>
        <w:t>vn -0.1110 -0.0718 0.9912</w:t>
        <w:br/>
        <w:t>vn -0.1109 -0.0718 0.9912</w:t>
        <w:br/>
        <w:t>vn 0.5744 -0.2514 0.7790</w:t>
        <w:br/>
        <w:t>vn -0.3782 0.4649 -0.8005</w:t>
        <w:br/>
        <w:t>vn -0.6445 0.4407 -0.6248</w:t>
        <w:br/>
        <w:t>vn -0.7118 -0.1862 0.6773</w:t>
        <w:br/>
        <w:t>vn -0.6962 0.4878 -0.5267</w:t>
        <w:br/>
        <w:t>vn -0.8576 0.4011 -0.3221</w:t>
        <w:br/>
        <w:t>vn -0.9105 0.3703 -0.1838</w:t>
        <w:br/>
        <w:t>vn -0.8763 0.4163 -0.2424</w:t>
        <w:br/>
        <w:t>vn -0.7564 0.5099 -0.4097</w:t>
        <w:br/>
        <w:t>vn -0.8928 0.4003 -0.2065</w:t>
        <w:br/>
        <w:t>vn -0.8098 0.4760 -0.3431</w:t>
        <w:br/>
        <w:t>vn -0.8949 0.4005 -0.1972</w:t>
        <w:br/>
        <w:t>vn -0.4812 0.5378 -0.6923</w:t>
        <w:br/>
        <w:t>vn -0.5612 -0.2153 0.7992</w:t>
        <w:br/>
        <w:t>vn -0.5634 -0.1932 0.8033</w:t>
        <w:br/>
        <w:t>vn -0.6367 -0.1812 0.7495</w:t>
        <w:br/>
        <w:t>vn -0.7012 0.5369 -0.4691</w:t>
        <w:br/>
        <w:t>vn -0.5973 0.5775 -0.5565</w:t>
        <w:br/>
        <w:t>vn -0.6955 -0.1742 0.6971</w:t>
        <w:br/>
        <w:t>vn 0.4556 0.8825 0.1164</w:t>
        <w:br/>
        <w:t>vn 0.5224 0.8460 0.1070</w:t>
        <w:br/>
        <w:t>vn -0.3495 0.4791 0.8052</w:t>
        <w:br/>
        <w:t>vn -0.3195 0.5529 0.7695</w:t>
        <w:br/>
        <w:t>vn -0.5517 -0.8219 0.1418</w:t>
        <w:br/>
        <w:t>vn -0.4818 -0.8623 0.1561</w:t>
        <w:br/>
        <w:t>vn -0.4818 -0.8622 0.1561</w:t>
        <w:br/>
        <w:t>vn 0.7475 -0.0350 -0.6633</w:t>
        <w:br/>
        <w:t>vn 0.7311 -0.0897 -0.6763</w:t>
        <w:br/>
        <w:t>vn 0.7311 -0.0896 -0.6763</w:t>
        <w:br/>
        <w:t>vn -0.3507 0.4395 0.8269</w:t>
        <w:br/>
        <w:t>vn 0.4303 0.8930 0.1317</w:t>
        <w:br/>
        <w:t>vn -0.4437 -0.8782 0.1785</w:t>
        <w:br/>
        <w:t>vn 0.7518 -0.0137 -0.6592</w:t>
        <w:br/>
        <w:t>vn -0.4629 -0.0530 0.8848</w:t>
        <w:br/>
        <w:t>vn -0.4729 -0.0573 0.8792</w:t>
        <w:br/>
        <w:t>vn -0.2021 -0.1600 0.9662</w:t>
        <w:br/>
        <w:t>vn -0.2430 -0.1477 0.9587</w:t>
        <w:br/>
        <w:t>vn -0.3467 -0.0673 0.9355</w:t>
        <w:br/>
        <w:t>vn -0.4048 -0.0523 0.9129</w:t>
        <w:br/>
        <w:t>vn -0.9009 0.2885 0.3243</w:t>
        <w:br/>
        <w:t>vn -0.9030 0.3104 0.2972</w:t>
        <w:br/>
        <w:t>vn -0.6235 0.4299 -0.6530</w:t>
        <w:br/>
        <w:t>vn -0.7941 0.4430 -0.4160</w:t>
        <w:br/>
        <w:t>vn -0.7990 0.4262 -0.4242</w:t>
        <w:br/>
        <w:t>vn -0.5972 0.4167 -0.6853</w:t>
        <w:br/>
        <w:t>vn -0.9009 0.2884 0.3243</w:t>
        <w:br/>
        <w:t>vn 0.8879 -0.3617 0.2842</w:t>
        <w:br/>
        <w:t>vn 0.8844 -0.3534 0.3050</w:t>
        <w:br/>
        <w:t>vn 0.8125 -0.3553 0.4623</w:t>
        <w:br/>
        <w:t>vn 0.8105 -0.3725 0.4521</w:t>
        <w:br/>
        <w:t>vn 0.4598 0.0304 -0.8875</w:t>
        <w:br/>
        <w:t>vn 0.2276 0.1459 -0.9628</w:t>
        <w:br/>
        <w:t>vn 0.2130 0.1715 -0.9619</w:t>
        <w:br/>
        <w:t>vn 0.4946 0.0161 -0.8690</w:t>
        <w:br/>
        <w:t>vn -0.9164 0.3166 0.2448</w:t>
        <w:br/>
        <w:t>vn -0.9106 0.3703 -0.1838</w:t>
        <w:br/>
        <w:t>vn 0.7444 -0.1196 0.6570</w:t>
        <w:br/>
        <w:t>vn -0.3714 -0.9166 0.1483</w:t>
        <w:br/>
        <w:t>vn -0.3998 0.3617 0.8422</w:t>
        <w:br/>
        <w:t>vn -0.3701 0.4579 0.8083</w:t>
        <w:br/>
        <w:t>vn 0.6670 0.1651 -0.7265</w:t>
        <w:br/>
        <w:t>vn 0.6788 0.2410 -0.6937</w:t>
        <w:br/>
        <w:t>vn 0.5594 0.6557 -0.5071</w:t>
        <w:br/>
        <w:t>vn 0.5673 0.8232 -0.0203</w:t>
        <w:br/>
        <w:t>vn 0.5777 0.7989 -0.1675</w:t>
        <w:br/>
        <w:t>vn 0.6086 0.7492 0.2613</w:t>
        <w:br/>
        <w:t>vn 0.6403 0.6826 0.3523</w:t>
        <w:br/>
        <w:t>vn 0.6403 0.6826 0.3522</w:t>
        <w:br/>
        <w:t>vn 0.6193 -0.1650 -0.7676</w:t>
        <w:br/>
        <w:t>vn 0.6165 -0.1594 -0.7711</w:t>
        <w:br/>
        <w:t>vn 0.4226 -0.3711 -0.8268</w:t>
        <w:br/>
        <w:t>vn 0.3204 -0.4455 -0.8360</w:t>
        <w:br/>
        <w:t>vn 0.6626 -0.0716 -0.7456</w:t>
        <w:br/>
        <w:t>vn 0.6638 -0.0776 -0.7439</w:t>
        <w:br/>
        <w:t>vn 0.6626 -0.0716 -0.7455</w:t>
        <w:br/>
        <w:t>vn 0.6483 -0.2259 -0.7271</w:t>
        <w:br/>
        <w:t>vn 0.6670 0.1651 -0.7266</w:t>
        <w:br/>
        <w:t>vn -0.2732 -0.9619 -0.0138</w:t>
        <w:br/>
        <w:t>vn -0.3799 -0.8211 0.4261</w:t>
        <w:br/>
        <w:t>vn -0.4286 -0.8652 0.2601</w:t>
        <w:br/>
        <w:t>vn 0.7045 0.3599 -0.6117</w:t>
        <w:br/>
        <w:t>vn 0.6456 -0.1095 -0.7557</w:t>
        <w:br/>
        <w:t>vn 0.5901 0.7428 -0.3163</w:t>
        <w:br/>
        <w:t>vn 0.5786 0.8025 0.1459</w:t>
        <w:br/>
        <w:t>vn 0.6361 -0.1152 -0.7629</w:t>
        <w:br/>
        <w:t>vn 0.6361 -0.1152 -0.7630</w:t>
        <w:br/>
        <w:t>vn -0.4259 0.3235 0.8450</w:t>
        <w:br/>
        <w:t>vn -0.4366 0.3000 0.8482</w:t>
        <w:br/>
        <w:t>vn -0.4366 0.3001 0.8481</w:t>
        <w:br/>
        <w:t>vn -0.3610 0.5236 0.7717</w:t>
        <w:br/>
        <w:t>vn -0.4415 -0.8691 -0.2229</w:t>
        <w:br/>
        <w:t>vn -0.4828 -0.8035 -0.3482</w:t>
        <w:br/>
        <w:t>vn -0.1695 -0.8004 -0.5750</w:t>
        <w:br/>
        <w:t>vn -0.1800 -0.8380 -0.5152</w:t>
        <w:br/>
        <w:t>vn -0.1782 -0.9010 -0.3955</w:t>
        <w:br/>
        <w:t>vn -0.4266 -0.9008 -0.0807</w:t>
        <w:br/>
        <w:t>vn -0.4417 -0.8941 0.0742</w:t>
        <w:br/>
        <w:t>vn -0.2157 -0.9418 -0.2580</w:t>
        <w:br/>
        <w:t>vn -0.4142 0.4919 0.7658</w:t>
        <w:br/>
        <w:t>vn -0.4142 0.4920 0.7658</w:t>
        <w:br/>
        <w:t>vn -0.4594 0.4636 0.7577</w:t>
        <w:br/>
        <w:t>vn -0.0888 -0.6622 -0.7440</w:t>
        <w:br/>
        <w:t>vn -0.4037 0.2774 0.8718</w:t>
        <w:br/>
        <w:t>vn -0.3193 0.1067 0.9416</w:t>
        <w:br/>
        <w:t>vn 0.2543 0.9671 0.0038</w:t>
        <w:br/>
        <w:t>vn 0.2521 0.9574 -0.1411</w:t>
        <w:br/>
        <w:t>vn 0.2520 0.9574 -0.1411</w:t>
        <w:br/>
        <w:t>vn -0.4054 -0.1123 0.9072</w:t>
        <w:br/>
        <w:t>vn -0.3843 0.0072 0.9232</w:t>
        <w:br/>
        <w:t>vn -0.3844 0.0072 0.9231</w:t>
        <w:br/>
        <w:t>vn -0.4053 -0.1124 0.9072</w:t>
        <w:br/>
        <w:t>vn 0.2396 0.9512 -0.1943</w:t>
        <w:br/>
        <w:t>vn -0.4155 -0.1448 0.8980</w:t>
        <w:br/>
        <w:t>vn -0.8110 0.5029 -0.2989</w:t>
        <w:br/>
        <w:t>vn 0.0089 0.7576 0.6527</w:t>
        <w:br/>
        <w:t>vn 0.4433 0.8893 0.1127</w:t>
        <w:br/>
        <w:t>vn 0.5643 0.7367 -0.3727</w:t>
        <w:br/>
        <w:t>vn 0.3367 0.7323 0.5919</w:t>
        <w:br/>
        <w:t>vn 0.2801 0.9599 -0.0099</w:t>
        <w:br/>
        <w:t>vn 0.2801 0.9499 0.1386</w:t>
        <w:br/>
        <w:t>vn -0.2423 0.9539 -0.1771</w:t>
        <w:br/>
        <w:t>vn -0.2071 0.9202 -0.3320</w:t>
        <w:br/>
        <w:t>vn -0.6342 0.7240 -0.2714</w:t>
        <w:br/>
        <w:t>vn -0.6020 0.6852 -0.4100</w:t>
        <w:br/>
        <w:t>vn -0.6042 0.6685 -0.4336</w:t>
        <w:br/>
        <w:t>vn 0.4030 0.7567 -0.5148</w:t>
        <w:br/>
        <w:t>vn 0.2480 0.7425 -0.6223</w:t>
        <w:br/>
        <w:t>vn -0.0165 0.6917 -0.7220</w:t>
        <w:br/>
        <w:t>vn -0.4040 0.5485 -0.7321</w:t>
        <w:br/>
        <w:t>vn -0.5371 0.7866 -0.3046</w:t>
        <w:br/>
        <w:t>vn -0.6628 0.6680 0.3383</w:t>
        <w:br/>
        <w:t>vn -0.4445 0.8049 0.3931</w:t>
        <w:br/>
        <w:t>vn 0.3936 0.4336 0.8106</w:t>
        <w:br/>
        <w:t>vn 0.2554 0.4608 0.8499</w:t>
        <w:br/>
        <w:t>vn -0.7688 0.5458 -0.3332</w:t>
        <w:br/>
        <w:t>vn 0.4219 0.5843 0.6932</w:t>
        <w:br/>
        <w:t>vn 0.5320 0.8155 -0.2277</w:t>
        <w:br/>
        <w:t>vn 0.5447 0.8153 -0.1963</w:t>
        <w:br/>
        <w:t>vn 0.7324 -0.5202 0.4393</w:t>
        <w:br/>
        <w:t>vn 0.2228 -0.4084 0.8852</w:t>
        <w:br/>
        <w:t>vn 0.4595 -0.4484 0.7667</w:t>
        <w:br/>
        <w:t>vn 0.7576 -0.4924 0.4284</w:t>
        <w:br/>
        <w:t>vn -0.0522 -0.1861 0.9811</w:t>
        <w:br/>
        <w:t>vn -0.4862 0.0151 0.8737</w:t>
        <w:br/>
        <w:t>vn -0.4629 -0.0546 0.8847</w:t>
        <w:br/>
        <w:t>vn -0.0631 -0.1981 0.9781</w:t>
        <w:br/>
        <w:t>vn 0.7587 -0.2643 -0.5954</w:t>
        <w:br/>
        <w:t>vn 0.7919 -0.3129 -0.5245</w:t>
        <w:br/>
        <w:t>vn 0.9221 -0.3677 -0.1209</w:t>
        <w:br/>
        <w:t>vn 0.9233 -0.2780 -0.2651</w:t>
        <w:br/>
        <w:t>vn 0.3948 -0.3427 0.8525</w:t>
        <w:br/>
        <w:t>vn 0.3484 -0.3041 0.8866</w:t>
        <w:br/>
        <w:t>vn -0.4251 -0.0905 0.9006</w:t>
        <w:br/>
        <w:t>vn -0.0129 -0.1838 0.9829</w:t>
        <w:br/>
        <w:t>vn 0.7442 -0.3599 -0.5627</w:t>
        <w:br/>
        <w:t>vn 0.7434 -0.2916 -0.6020</w:t>
        <w:br/>
        <w:t>vn 0.6796 -0.1984 -0.7062</w:t>
        <w:br/>
        <w:t>vn 0.9079 -0.1703 -0.3830</w:t>
        <w:br/>
        <w:t>vn 0.4025 -0.2432 0.8825</w:t>
        <w:br/>
        <w:t>vn -0.3623 -0.0708 0.9294</w:t>
        <w:br/>
        <w:t>vn 0.0897 -0.1034 0.9906</w:t>
        <w:br/>
        <w:t>vn 0.5914 -0.1633 -0.7897</w:t>
        <w:br/>
        <w:t>vn 0.8783 -0.1036 -0.4668</w:t>
        <w:br/>
        <w:t>vn 0.5250 -0.1144 0.8434</w:t>
        <w:br/>
        <w:t>vn -0.3083 0.0148 0.9512</w:t>
        <w:br/>
        <w:t>vn 0.1955 0.0506 0.9794</w:t>
        <w:br/>
        <w:t>vn 0.5313 -0.2112 -0.8204</w:t>
        <w:br/>
        <w:t>vn 0.8518 -0.0799 -0.5177</w:t>
        <w:br/>
        <w:t>vn 0.6523 0.0736 0.7544</w:t>
        <w:br/>
        <w:t>vn -0.3244 0.1772 0.9292</w:t>
        <w:br/>
        <w:t>vn 0.5541 -0.3250 -0.7664</w:t>
        <w:br/>
        <w:t>vn 0.8715 -0.0922 -0.4817</w:t>
        <w:br/>
        <w:t>vn 0.7563 0.2757 0.5932</w:t>
        <w:br/>
        <w:t>vn 0.7564 0.2758 0.5932</w:t>
        <w:br/>
        <w:t>vn -0.6291 0.0948 0.7715</w:t>
        <w:br/>
        <w:t>vn -0.3949 0.3057 0.8664</w:t>
        <w:br/>
        <w:t>vn 0.9727 0.1654 -0.1627</w:t>
        <w:br/>
        <w:t>vn 0.6352 -0.3839 -0.6702</w:t>
        <w:br/>
        <w:t>vn 0.7929 0.3682 0.4855</w:t>
        <w:br/>
        <w:t>vn 0.7791 0.4621 0.4237</w:t>
        <w:br/>
        <w:t>vn -0.7519 -0.0156 0.6591</w:t>
        <w:br/>
        <w:t>vn 0.1865 -0.6115 -0.7689</w:t>
        <w:br/>
        <w:t>vn 0.2341 -0.6399 -0.7319</w:t>
        <w:br/>
        <w:t>vn 0.9518 0.3069 -0.0012</w:t>
        <w:br/>
        <w:t>vn 0.9727 0.1653 -0.1627</w:t>
        <w:br/>
        <w:t>vn 0.9517 0.3069 -0.0010</w:t>
        <w:br/>
        <w:t>vn -0.7263 0.6340 -0.2655</w:t>
        <w:br/>
        <w:t>vn -0.5865 0.7576 -0.2864</w:t>
        <w:br/>
        <w:t>vn -0.6341 0.7617 -0.1332</w:t>
        <w:br/>
        <w:t>vn -0.7542 0.6489 -0.1000</w:t>
        <w:br/>
        <w:t>vn 0.5176 -0.2011 -0.8317</w:t>
        <w:br/>
        <w:t>vn 0.4810 -0.1716 -0.8598</w:t>
        <w:br/>
        <w:t>vn 0.7992 -0.3277 -0.5039</w:t>
        <w:br/>
        <w:t>vn 0.6537 -0.2477 -0.7151</w:t>
        <w:br/>
        <w:t>vn 0.6804 -0.2355 -0.6940</w:t>
        <w:br/>
        <w:t>vn -0.9509 0.2505 -0.1815</w:t>
        <w:br/>
        <w:t>vn -0.8484 0.4712 -0.2413</w:t>
        <w:br/>
        <w:t>vn -0.8767 0.4808 -0.0159</w:t>
        <w:br/>
        <w:t>vn -0.9585 0.2746 0.0764</w:t>
        <w:br/>
        <w:t>vn -0.9992 -0.0394 0.0008</w:t>
        <w:br/>
        <w:t>vn -0.9917 0.0833 -0.0980</w:t>
        <w:br/>
        <w:t>vn -0.9731 -0.2105 0.0934</w:t>
        <w:br/>
        <w:t>vn -0.9359 -0.3028 0.1799</w:t>
        <w:br/>
        <w:t>vn -0.9017 -0.3356 0.2724</w:t>
        <w:br/>
        <w:t>vn -0.9222 -0.3112 0.2294</w:t>
        <w:br/>
        <w:t>vn -0.4404 0.8477 -0.2957</w:t>
        <w:br/>
        <w:t>vn -0.5243 0.8460 -0.0969</w:t>
        <w:br/>
        <w:t>vn -0.3813 -0.7836 -0.4905</w:t>
        <w:br/>
        <w:t>vn -0.4549 -0.6855 -0.5684</w:t>
        <w:br/>
        <w:t>vn -0.5003 0.1012 0.8599</w:t>
        <w:br/>
        <w:t>vn 0.7819 -0.4511 0.4304</w:t>
        <w:br/>
        <w:t>vn 0.4723 -0.3998 0.7856</w:t>
        <w:br/>
        <w:t>vn -0.4608 0.7112 -0.5309</w:t>
        <w:br/>
        <w:t>vn -0.5568 0.6094 -0.5645</w:t>
        <w:br/>
        <w:t>vn -0.7808 0.5932 -0.1963</w:t>
        <w:br/>
        <w:t>vn -0.6483 0.7204 -0.2462</w:t>
        <w:br/>
        <w:t>vn 0.5125 -0.1092 -0.8517</w:t>
        <w:br/>
        <w:t>vn -0.4896 0.8033 -0.3391</w:t>
        <w:br/>
        <w:t>vn -0.5370 0.7867 -0.3046</w:t>
        <w:br/>
        <w:t>vn -0.6042 0.6685 -0.4335</w:t>
        <w:br/>
        <w:t>vn -0.3613 0.7803 -0.5106</w:t>
        <w:br/>
        <w:t>vn 0.5439 -0.0718 -0.8361</w:t>
        <w:br/>
        <w:t>vn -0.6341 0.7617 -0.1331</w:t>
        <w:br/>
        <w:t>vn -0.5283 0.8333 0.1628</w:t>
        <w:br/>
        <w:t>vn -0.2995 0.9175 -0.2616</w:t>
        <w:br/>
        <w:t>vn -0.4298 0.2694 0.8618</w:t>
        <w:br/>
        <w:t>vn -0.4296 0.2692 0.8620</w:t>
        <w:br/>
        <w:t>vn -0.2002 0.0569 0.9781</w:t>
        <w:br/>
        <w:t>vn -0.3067 0.3188 0.8968</w:t>
        <w:br/>
        <w:t>vn -0.0740 0.1396 0.9874</w:t>
        <w:br/>
        <w:t>vn -0.4990 0.1838 0.8469</w:t>
        <w:br/>
        <w:t>vn 0.1804 0.4317 0.8838</w:t>
        <w:br/>
        <w:t>vn 0.1082 0.4634 0.8795</w:t>
        <w:br/>
        <w:t>vn -0.9236 0.1497 0.3529</w:t>
        <w:br/>
        <w:t>vn -0.9333 0.0568 0.3546</w:t>
        <w:br/>
        <w:t>vn -0.9333 0.0567 0.3546</w:t>
        <w:br/>
        <w:t>vn -0.9236 0.1496 0.3530</w:t>
        <w:br/>
        <w:t>vn 0.6955 -0.3632 0.6200</w:t>
        <w:br/>
        <w:t>vn 0.6955 -0.3631 0.6200</w:t>
        <w:br/>
        <w:t>vn 0.6949 -0.4307 0.5759</w:t>
        <w:br/>
        <w:t>vn -0.6355 0.4868 -0.5993</w:t>
        <w:br/>
        <w:t>vn -0.6981 0.3681 -0.6142</w:t>
        <w:br/>
        <w:t>vn -0.8838 0.4410 -0.1565</w:t>
        <w:br/>
        <w:t>vn -0.7322 0.2452 -0.6354</w:t>
        <w:br/>
        <w:t>vn -0.9103 -0.0375 0.4122</w:t>
        <w:br/>
        <w:t>vn 0.7068 -0.2476 0.6627</w:t>
        <w:br/>
        <w:t>vn -0.5519 -0.4650 -0.6922</w:t>
        <w:br/>
        <w:t>vn -0.7393 0.1038 0.6654</w:t>
        <w:br/>
        <w:t>vn -0.7392 0.1038 0.6654</w:t>
        <w:br/>
        <w:t>vn -0.7343 0.1709 0.6569</w:t>
        <w:br/>
        <w:t>vn 0.4593 0.5572 0.6918</w:t>
        <w:br/>
        <w:t>vn 0.3449 0.6668 0.6606</w:t>
        <w:br/>
        <w:t>vn -0.8502 -0.1116 0.5145</w:t>
        <w:br/>
        <w:t>vn 0.7227 -0.0716 0.6875</w:t>
        <w:br/>
        <w:t>vn 0.7227 -0.0715 0.6875</w:t>
        <w:br/>
        <w:t>vn -0.7230 0.0960 -0.6841</w:t>
        <w:br/>
        <w:t>vn -0.6722 -0.0759 -0.7364</w:t>
        <w:br/>
        <w:t>vn -0.6722 -0.0759 -0.7365</w:t>
        <w:br/>
        <w:t>vn -0.7852 -0.0861 0.6133</w:t>
        <w:br/>
        <w:t>vn 0.6972 0.1131 0.7079</w:t>
        <w:br/>
        <w:t>vn 0.9041 -0.2368 -0.3557</w:t>
        <w:br/>
        <w:t>vn 0.9158 -0.1494 -0.3729</w:t>
        <w:br/>
        <w:t>vn 0.8460 -0.0000 -0.5332</w:t>
        <w:br/>
        <w:t>vn 0.7859 -0.0521 -0.6161</w:t>
        <w:br/>
        <w:t>vn 0.7859 -0.0520 -0.6161</w:t>
        <w:br/>
        <w:t>vn 0.8968 -0.0529 -0.4393</w:t>
        <w:br/>
        <w:t>vn 0.6537 -0.2477 -0.7150</w:t>
        <w:br/>
        <w:t>vn 0.0964 -0.2980 -0.9497</w:t>
        <w:br/>
        <w:t>vn 0.1914 -0.1919 -0.9626</w:t>
        <w:br/>
        <w:t>vn 0.1027 -0.4818 -0.8702</w:t>
        <w:br/>
        <w:t>vn -0.6082 -0.2544 -0.7520</w:t>
        <w:br/>
        <w:t>vn -0.7496 -0.0055 0.6618</w:t>
        <w:br/>
        <w:t>vn 0.6205 0.3203 0.7158</w:t>
        <w:br/>
        <w:t>vn 0.7483 -0.1632 -0.6430</w:t>
        <w:br/>
        <w:t>vn 0.6881 -0.4635 0.5583</w:t>
        <w:br/>
        <w:t>vn -0.2271 0.9451 -0.2348</w:t>
        <w:br/>
        <w:t>vn 0.1171 0.9766 -0.1803</w:t>
        <w:br/>
        <w:t>vn -0.0322 0.2953 0.9549</w:t>
        <w:br/>
        <w:t>vn 0.3302 0.4659 0.8209</w:t>
        <w:br/>
        <w:t>vn 0.2602 0.3362 0.9052</w:t>
        <w:br/>
        <w:t>vn 0.1387 0.2323 0.9627</w:t>
        <w:br/>
        <w:t>vn -0.0171 0.3832 0.9235</w:t>
        <w:br/>
        <w:t>vn 0.5032 0.8536 -0.1345</w:t>
        <w:br/>
        <w:t>vn 0.7576 -0.4924 0.4285</w:t>
        <w:br/>
        <w:t>vn 0.9002 -0.4355 0.0026</w:t>
        <w:br/>
        <w:t>vn -0.6821 -0.2388 -0.6912</w:t>
        <w:br/>
        <w:t>vn -0.8625 -0.2321 -0.4497</w:t>
        <w:br/>
        <w:t>vn -0.9453 0.0365 -0.3241</w:t>
        <w:br/>
        <w:t>vn -0.7465 0.0698 -0.6617</w:t>
        <w:br/>
        <w:t>vn -0.7321 -0.4799 -0.4834</w:t>
        <w:br/>
        <w:t>vn -0.5986 -0.4776 -0.6431</w:t>
        <w:br/>
        <w:t>vn -0.5319 -0.6259 -0.5704</w:t>
        <w:br/>
        <w:t>vn -0.4259 -0.7645 -0.4839</w:t>
        <w:br/>
        <w:t>vn -0.5626 -0.7639 -0.3161</w:t>
        <w:br/>
        <w:t>vn -0.6542 -0.6255 -0.4252</w:t>
        <w:br/>
        <w:t>vn 0.0383 -0.9779 -0.2057</w:t>
        <w:br/>
        <w:t>vn -0.0151 -0.9689 -0.2468</w:t>
        <w:br/>
        <w:t>vn 0.1679 -0.8897 -0.4245</w:t>
        <w:br/>
        <w:t>vn -0.1976 -0.9790 -0.0511</w:t>
        <w:br/>
        <w:t>vn -0.2138 -0.8627 -0.4583</w:t>
        <w:br/>
        <w:t>vn -0.1166 -0.9149 -0.3865</w:t>
        <w:br/>
        <w:t>vn -0.3292 -0.9310 -0.1575</w:t>
        <w:br/>
        <w:t>vn -0.4368 -0.8692 -0.2317</w:t>
        <w:br/>
        <w:t>vn -0.0282 -0.8927 -0.4498</w:t>
        <w:br/>
        <w:t>vn 0.0274 -0.7377 -0.6746</w:t>
        <w:br/>
        <w:t>vn 0.0778 -0.7883 -0.6104</w:t>
        <w:br/>
        <w:t>vn -0.0136 -0.5148 -0.8572</w:t>
        <w:br/>
        <w:t>vn 0.0219 -0.5993 -0.8002</w:t>
        <w:br/>
        <w:t>vn -0.0185 -0.3830 -0.9236</w:t>
        <w:br/>
        <w:t>vn -0.0080 -0.1697 -0.9855</w:t>
        <w:br/>
        <w:t>vn 0.0399 0.0514 -0.9979</w:t>
        <w:br/>
        <w:t>vn -0.9128 0.2920 -0.2857</w:t>
        <w:br/>
        <w:t>vn -0.7009 0.4584 -0.5464</w:t>
        <w:br/>
        <w:t>vn -0.5446 0.3066 -0.7806</w:t>
        <w:br/>
        <w:t>vn 0.2344 0.2675 -0.9346</w:t>
        <w:br/>
        <w:t>vn 0.1400 0.2182 -0.9658</w:t>
        <w:br/>
        <w:t>vn 0.1037 0.1752 -0.9790</w:t>
        <w:br/>
        <w:t>vn -0.2111 0.3896 -0.8965</w:t>
        <w:br/>
        <w:t>vn 0.1337 0.2342 -0.9630</w:t>
        <w:br/>
        <w:t>vn -0.1762 0.3745 -0.9104</w:t>
        <w:br/>
        <w:t>vn 0.9276 -0.1715 -0.3320</w:t>
        <w:br/>
        <w:t>vn 0.7824 -0.0501 -0.6208</w:t>
        <w:br/>
        <w:t>vn 0.8154 -0.1062 -0.5691</w:t>
        <w:br/>
        <w:t>vn 0.9365 -0.2245 -0.2694</w:t>
        <w:br/>
        <w:t>vn 0.9053 -0.0947 -0.4141</w:t>
        <w:br/>
        <w:t>vn 0.7213 0.0299 -0.6920</w:t>
        <w:br/>
        <w:t>vn 0.8701 0.0085 -0.4929</w:t>
        <w:br/>
        <w:t>vn 0.8072 0.0695 -0.5861</w:t>
        <w:br/>
        <w:t>vn 0.7395 0.0746 -0.6690</w:t>
        <w:br/>
        <w:t>vn 0.6497 -0.0377 -0.7593</w:t>
        <w:br/>
        <w:t>vn 0.5454 -0.1743 -0.8199</w:t>
        <w:br/>
        <w:t>vn 0.3084 -0.3925 -0.8665</w:t>
        <w:br/>
        <w:t>vn 0.2554 -0.4487 -0.8564</w:t>
        <w:br/>
        <w:t>vn 0.2922 -0.4943 -0.8187</w:t>
        <w:br/>
        <w:t>vn 0.6888 0.0292 -0.7244</w:t>
        <w:br/>
        <w:t>vn -0.2170 0.3643 -0.9057</w:t>
        <w:br/>
        <w:t>vn 0.8205 0.1626 -0.5480</w:t>
        <w:br/>
        <w:t>vn 0.7018 -0.3082 0.6423</w:t>
        <w:br/>
        <w:t>vn 0.8767 -0.3354 0.3449</w:t>
        <w:br/>
        <w:t>vn 0.9603 -0.2659 -0.0848</w:t>
        <w:br/>
        <w:t>vn -0.6350 0.0486 0.7710</w:t>
        <w:br/>
        <w:t>vn -0.9128 0.2919 -0.2857</w:t>
        <w:br/>
        <w:t>vn 0.9394 -0.2564 -0.2275</w:t>
        <w:br/>
        <w:t>vn 0.9542 -0.2416 -0.1763</w:t>
        <w:br/>
        <w:t>vn 0.8327 -0.1439 -0.5347</w:t>
        <w:br/>
        <w:t>vn 0.9019 -0.1713 -0.3966</w:t>
        <w:br/>
        <w:t>vn -0.0211 0.2507 -0.9678</w:t>
        <w:br/>
        <w:t>vn -0.0931 0.3080 -0.9468</w:t>
        <w:br/>
        <w:t>vn 0.1182 0.0814 -0.9896</w:t>
        <w:br/>
        <w:t>vn 0.9317 -0.2779 -0.2338</w:t>
        <w:br/>
        <w:t>vn 0.5349 -0.4284 -0.7283</w:t>
        <w:br/>
        <w:t>vn 0.2543 -0.7201 -0.6456</w:t>
        <w:br/>
        <w:t>vn 0.4133 -0.4741 -0.7774</w:t>
        <w:br/>
        <w:t>vn -0.0643 -0.9889 0.1336</w:t>
        <w:br/>
        <w:t>vn -0.1245 -0.9905 -0.0588</w:t>
        <w:br/>
        <w:t>vn -0.1011 -0.9934 0.0539</w:t>
        <w:br/>
        <w:t>vn -0.0643 -0.9889 0.1337</w:t>
        <w:br/>
        <w:t>vn 0.5883 -0.4119 -0.6959</w:t>
        <w:br/>
        <w:t>vn -0.0270 -0.9768 0.2124</w:t>
        <w:br/>
        <w:t>vn -0.5375 -0.0882 0.8386</w:t>
        <w:br/>
        <w:t>vn -0.3352 -0.1082 0.9359</w:t>
        <w:br/>
        <w:t>vn -0.3331 -0.1176 0.9355</w:t>
        <w:br/>
        <w:t>vn -0.5448 -0.1160 0.8305</w:t>
        <w:br/>
        <w:t>vn -0.7402 -0.0918 0.6661</w:t>
        <w:br/>
        <w:t>vn -0.9008 -0.0647 0.4294</w:t>
        <w:br/>
        <w:t>vn -0.8980 -0.0341 0.4387</w:t>
        <w:br/>
        <w:t>vn -0.7263 -0.0615 0.6847</w:t>
        <w:br/>
        <w:t>vn -0.8204 -0.3455 -0.4555</w:t>
        <w:br/>
        <w:t>vn -0.5632 -0.4121 -0.7162</w:t>
        <w:br/>
        <w:t>vn -0.5849 -0.3597 -0.7270</w:t>
        <w:br/>
        <w:t>vn -0.8378 -0.2777 -0.4702</w:t>
        <w:br/>
        <w:t>vn -0.2659 -0.3739 -0.8885</w:t>
        <w:br/>
        <w:t>vn -0.2360 -0.4160 -0.8782</w:t>
        <w:br/>
        <w:t>vn -0.2933 -0.2690 -0.9174</w:t>
        <w:br/>
        <w:t>vn -0.3017 -0.2005 -0.9321</w:t>
        <w:br/>
        <w:t>vn -0.6024 -0.1801 -0.7776</w:t>
        <w:br/>
        <w:t>vn -0.5996 -0.2512 -0.7599</w:t>
        <w:br/>
        <w:t>vn -0.0829 -0.2504 -0.9646</w:t>
        <w:br/>
        <w:t>vn -0.0942 -0.1942 -0.9764</w:t>
        <w:br/>
        <w:t>vn -0.9791 -0.0237 0.2021</w:t>
        <w:br/>
        <w:t>vn -0.9780 -0.0597 0.1997</w:t>
        <w:br/>
        <w:t>vn -0.8465 -0.1845 -0.4994</w:t>
        <w:br/>
        <w:t>vn -0.8474 -0.1256 -0.5159</w:t>
        <w:br/>
        <w:t>vn -0.9993 -0.0337 0.0189</w:t>
        <w:br/>
        <w:t>vn -0.9971 -0.0724 0.0225</w:t>
        <w:br/>
        <w:t>vn -0.9727 -0.1135 -0.2024</w:t>
        <w:br/>
        <w:t>vn -0.9904 -0.1358 0.0272</w:t>
        <w:br/>
        <w:t>vn -0.9651 -0.1864 -0.1838</w:t>
        <w:br/>
        <w:t>vn -0.8954 -0.1636 0.4142</w:t>
        <w:br/>
        <w:t>vn -0.9008 -0.1214 0.4170</w:t>
        <w:br/>
        <w:t>vn -0.7581 -0.1307 0.6389</w:t>
        <w:br/>
        <w:t>vn -0.7668 -0.1768 0.6170</w:t>
        <w:br/>
        <w:t>vn -0.9676 -0.1653 0.1907</w:t>
        <w:br/>
        <w:t>vn -0.9809 -0.1926 0.0276</w:t>
        <w:br/>
        <w:t>vn -0.9731 -0.1236 0.1944</w:t>
        <w:br/>
        <w:t>vn -0.9518 -0.2524 -0.1742</w:t>
        <w:br/>
        <w:t>vn -0.1405 -0.0005 0.9901</w:t>
        <w:br/>
        <w:t>vn -0.0543 -0.4289 0.9017</w:t>
        <w:br/>
        <w:t>vn -0.0257 -0.4705 0.8820</w:t>
        <w:br/>
        <w:t>vn -0.2752 -0.0578 0.9597</w:t>
        <w:br/>
        <w:t>vn -0.1436 -0.0757 0.9867</w:t>
        <w:br/>
        <w:t>vn 0.0000 -0.0764 0.9971</w:t>
        <w:br/>
        <w:t>vn -0.0000 0.0070 1.0000</w:t>
        <w:br/>
        <w:t>vn -0.3190 -0.0930 0.9432</w:t>
        <w:br/>
        <w:t>vn -0.3140 -0.4930 0.8114</w:t>
        <w:br/>
        <w:t>vn -0.5486 -0.1400 0.8243</w:t>
        <w:br/>
        <w:t>vn -0.5478 -0.1250 0.8272</w:t>
        <w:br/>
        <w:t>vn -0.1342 -0.1148 0.9843</w:t>
        <w:br/>
        <w:t>vn -0.1294 -0.1188 0.9844</w:t>
        <w:br/>
        <w:t>vn -0.9747 -0.0678 -0.2129</w:t>
        <w:br/>
        <w:t>vn -0.0188 -0.3866 -0.9220</w:t>
        <w:br/>
        <w:t>vn -0.0510 -0.3378 -0.9398</w:t>
        <w:br/>
        <w:t>vn -0.7098 -0.5516 0.4381</w:t>
        <w:br/>
        <w:t>vn 0.0066 -0.6900 -0.7238</w:t>
        <w:br/>
        <w:t>vn -0.0000 -0.6889 -0.7248</w:t>
        <w:br/>
        <w:t>vn -0.0000 -0.3739 -0.9275</w:t>
        <w:br/>
        <w:t>vn -0.7233 -0.1665 0.6701</w:t>
        <w:br/>
        <w:t>vn -0.0000 -0.1181 0.9930</w:t>
        <w:br/>
        <w:t>vn -0.1414 -0.7028 -0.6972</w:t>
        <w:br/>
        <w:t>vn -0.7940 -0.6070 0.0327</w:t>
        <w:br/>
        <w:t>vn -0.7463 -0.6491 -0.1474</w:t>
        <w:br/>
        <w:t>vn 0.0000 -0.1231 0.9924</w:t>
        <w:br/>
        <w:t>vn -0.7745 -0.6042 0.1875</w:t>
        <w:br/>
        <w:t>vn -0.6029 -0.6970 -0.3883</w:t>
        <w:br/>
        <w:t>vn -0.3791 -0.7136 -0.5891</w:t>
        <w:br/>
        <w:t>vn -0.0000 -0.4288 0.9034</w:t>
        <w:br/>
        <w:t>vn -0.1098 -0.5382 0.8356</w:t>
        <w:br/>
        <w:t>vn -0.7233 -0.1665 0.6702</w:t>
        <w:br/>
        <w:t>vn 0.0000 -0.3179 -0.9481</w:t>
        <w:br/>
        <w:t>vn -0.0000 -0.2388 -0.9711</w:t>
        <w:br/>
        <w:t>vn -0.0000 -0.1879 -0.9822</w:t>
        <w:br/>
        <w:t>vn -0.3150 -0.7684 0.5570</w:t>
        <w:br/>
        <w:t>vn -0.6955 0.4595 0.5523</w:t>
        <w:br/>
        <w:t>vn -0.5278 0.3553 0.7715</w:t>
        <w:br/>
        <w:t>vn -0.5589 0.2865 0.7782</w:t>
        <w:br/>
        <w:t>vn -0.7574 0.3794 0.5315</w:t>
        <w:br/>
        <w:t>vn -0.7675 0.5683 0.2965</w:t>
        <w:br/>
        <w:t>vn -0.8415 0.4615 0.2810</w:t>
        <w:br/>
        <w:t>vn -0.8036 0.5908 -0.0716</w:t>
        <w:br/>
        <w:t>vn -0.8830 0.4655 -0.0601</w:t>
        <w:br/>
        <w:t>vn -0.7885 0.3899 -0.4756</w:t>
        <w:br/>
        <w:t>vn -0.7120 0.5089 -0.4838</w:t>
        <w:br/>
        <w:t>vn -0.2900 0.2540 -0.9227</w:t>
        <w:br/>
        <w:t>vn -0.2591 0.3309 -0.9074</w:t>
        <w:br/>
        <w:t>vn -0.5050 0.4070 -0.7612</w:t>
        <w:br/>
        <w:t>vn -0.5596 0.3093 -0.7689</w:t>
        <w:br/>
        <w:t>vn -0.0000 0.2329 -0.9725</w:t>
        <w:br/>
        <w:t>vn -0.0000 0.3018 -0.9534</w:t>
        <w:br/>
        <w:t>vn -0.9387 0.2357 0.2515</w:t>
        <w:br/>
        <w:t>vn -0.9739 0.2206 -0.0528</w:t>
        <w:br/>
        <w:t>vn -0.8434 0.2175 0.4913</w:t>
        <w:br/>
        <w:t>vn -0.6055 0.1599 0.7796</w:t>
        <w:br/>
        <w:t>vn -0.8652 0.1941 -0.4624</w:t>
        <w:br/>
        <w:t>vn -0.3309 0.1416 -0.9330</w:t>
        <w:br/>
        <w:t>vn -0.6197 0.1685 -0.7665</w:t>
        <w:br/>
        <w:t>vn 0.0000 0.1274 -0.9919</w:t>
        <w:br/>
        <w:t>vn -0.6382 0.0583 -0.7676</w:t>
        <w:br/>
        <w:t>vn -0.3523 0.0495 -0.9346</w:t>
        <w:br/>
        <w:t>vn 0.0000 0.0408 -0.9992</w:t>
        <w:br/>
        <w:t>vn -0.6352 -0.0674 -0.7694</w:t>
        <w:br/>
        <w:t>vn -0.6140 -0.1910 -0.7659</w:t>
        <w:br/>
        <w:t>vn -0.3579 -0.1846 -0.9153</w:t>
        <w:br/>
        <w:t>vn -0.3620 -0.0605 -0.9302</w:t>
        <w:br/>
        <w:t>vn -0.0000 -0.1847 -0.9828</w:t>
        <w:br/>
        <w:t>vn -0.0000 -0.0612 -0.9981</w:t>
        <w:br/>
        <w:t>vn -0.9242 -0.2374 -0.2990</w:t>
        <w:br/>
        <w:t>vn -0.9763 -0.1646 -0.1405</w:t>
        <w:br/>
        <w:t>vn -0.8830 -0.4498 -0.1338</w:t>
        <w:br/>
        <w:t>vn -0.9744 0.0079 0.2248</w:t>
        <w:br/>
        <w:t>vn -0.9964 0.0112 -0.0841</w:t>
        <w:br/>
        <w:t>vn -0.7747 -0.4353 -0.4586</w:t>
        <w:br/>
        <w:t>vn -0.6863 -0.6142 -0.3896</w:t>
        <w:br/>
        <w:t>vn -0.6605 -0.4989 -0.5610</w:t>
        <w:br/>
        <w:t>vn -0.9601 -0.2263 0.1645</w:t>
        <w:br/>
        <w:t>vn -0.8931 -0.4269 0.1418</w:t>
        <w:br/>
        <w:t>vn -0.7674 -0.6407 -0.0255</w:t>
        <w:br/>
        <w:t>vn -0.7028 -0.6880 -0.1808</w:t>
        <w:br/>
        <w:t>vn -0.8663 -0.2283 0.4443</w:t>
        <w:br/>
        <w:t>vn -0.8044 -0.4537 0.3836</w:t>
        <w:br/>
        <w:t>vn 0.0000 -0.1759 0.9844</w:t>
        <w:br/>
        <w:t>vn -0.3008 -0.1439 0.9428</w:t>
        <w:br/>
        <w:t>vn -0.3498 -0.1166 0.9295</w:t>
        <w:br/>
        <w:t>vn -0.0000 -0.1162 0.9932</w:t>
        <w:br/>
        <w:t>vn -0.2994 0.1291 0.9454</w:t>
        <w:br/>
        <w:t>vn -0.3025 0.0108 0.9531</w:t>
        <w:br/>
        <w:t>vn -0.6385 0.0252 0.7692</w:t>
        <w:br/>
        <w:t>vn -0.8844 0.0315 0.4656</w:t>
        <w:br/>
        <w:t>vn -0.6819 -0.3523 -0.6410</w:t>
        <w:br/>
        <w:t>vn -0.6202 -0.2160 0.7541</w:t>
        <w:br/>
        <w:t>vn -0.6629 -0.1265 0.7379</w:t>
        <w:br/>
        <w:t>vn -0.8730 0.0444 -0.4857</w:t>
        <w:br/>
        <w:t>vn -0.8454 -0.0929 -0.5260</w:t>
        <w:br/>
        <w:t>vn -0.7957 -0.2144 -0.5665</w:t>
        <w:br/>
        <w:t>vn 0.0000 0.1431 0.9897</w:t>
        <w:br/>
        <w:t>vn 0.0000 0.0106 0.9999</w:t>
        <w:br/>
        <w:t>vn -0.5986 -0.2595 -0.7579</w:t>
        <w:br/>
        <w:t>vn -0.3518 -0.2565 -0.9003</w:t>
        <w:br/>
        <w:t>vn -0.0000 -0.2568 -0.9665</w:t>
        <w:br/>
        <w:t>vn -0.7632 -0.2779 -0.5834</w:t>
        <w:br/>
        <w:t>vn -0.2970 0.2491 0.9218</w:t>
        <w:br/>
        <w:t>vn -0.1170 0.2359 0.9647</w:t>
        <w:br/>
        <w:t>vn 0.0000 0.2265 0.9740</w:t>
        <w:br/>
        <w:t>vn -0.1170 0.2967 0.9478</w:t>
        <w:br/>
        <w:t>vn 0.0000 0.2888 0.9574</w:t>
        <w:br/>
        <w:t>vn -0.2909 0.3142 0.9037</w:t>
        <w:br/>
        <w:t>vn 0.5265 -0.0544 0.8485</w:t>
        <w:br/>
        <w:t>vn 0.5363 -0.1041 0.8376</w:t>
        <w:br/>
        <w:t>vn 0.3308 -0.1173 0.9364</w:t>
        <w:br/>
        <w:t>vn 0.3279 -0.0894 0.9405</w:t>
        <w:br/>
        <w:t>vn 0.7439 -0.0837 0.6631</w:t>
        <w:br/>
        <w:t>vn 0.7349 -0.0458 0.6766</w:t>
        <w:br/>
        <w:t>vn 0.8980 -0.0341 0.4387</w:t>
        <w:br/>
        <w:t>vn 0.9008 -0.0647 0.4294</w:t>
        <w:br/>
        <w:t>vn 0.8198 -0.3472 -0.4554</w:t>
        <w:br/>
        <w:t>vn 0.8378 -0.2777 -0.4701</w:t>
        <w:br/>
        <w:t>vn 0.5849 -0.3597 -0.7270</w:t>
        <w:br/>
        <w:t>vn 0.5627 -0.4131 -0.7160</w:t>
        <w:br/>
        <w:t>vn 0.2659 -0.3739 -0.8885</w:t>
        <w:br/>
        <w:t>vn 0.2359 -0.4163 -0.8781</w:t>
        <w:br/>
        <w:t>vn 0.2933 -0.2690 -0.9174</w:t>
        <w:br/>
        <w:t>vn 0.5996 -0.2512 -0.7599</w:t>
        <w:br/>
        <w:t>vn 0.6024 -0.1801 -0.7776</w:t>
        <w:br/>
        <w:t>vn 0.3017 -0.2005 -0.9321</w:t>
        <w:br/>
        <w:t>vn 0.0829 -0.2505 -0.9646</w:t>
        <w:br/>
        <w:t>vn 0.0942 -0.1942 -0.9764</w:t>
        <w:br/>
        <w:t>vn 0.9791 -0.0237 0.2021</w:t>
        <w:br/>
        <w:t>vn 0.9780 -0.0597 0.1997</w:t>
        <w:br/>
        <w:t>vn 0.8465 -0.1845 -0.4994</w:t>
        <w:br/>
        <w:t>vn 0.8474 -0.1256 -0.5159</w:t>
        <w:br/>
        <w:t>vn 0.9993 -0.0336 0.0189</w:t>
        <w:br/>
        <w:t>vn 0.9971 -0.0724 0.0225</w:t>
        <w:br/>
        <w:t>vn 0.9727 -0.1135 -0.2024</w:t>
        <w:br/>
        <w:t>vn 0.9651 -0.1864 -0.1838</w:t>
        <w:br/>
        <w:t>vn 0.9904 -0.1358 0.0273</w:t>
        <w:br/>
        <w:t>vn 0.8950 -0.1653 0.4142</w:t>
        <w:br/>
        <w:t>vn 0.7664 -0.1785 0.6171</w:t>
        <w:br/>
        <w:t>vn 0.7575 -0.1304 0.6397</w:t>
        <w:br/>
        <w:t>vn 0.9007 -0.1214 0.4170</w:t>
        <w:br/>
        <w:t>vn 0.9673 -0.1673 0.1907</w:t>
        <w:br/>
        <w:t>vn 0.9731 -0.1236 0.1945</w:t>
        <w:br/>
        <w:t>vn 0.9805 -0.1947 0.0276</w:t>
        <w:br/>
        <w:t>vn 0.9513 -0.2545 -0.1741</w:t>
        <w:br/>
        <w:t>vn 0.1405 -0.0007 0.9901</w:t>
        <w:br/>
        <w:t>vn 0.2751 -0.0584 0.9596</w:t>
        <w:br/>
        <w:t>vn 0.0260 -0.4694 0.8826</w:t>
        <w:br/>
        <w:t>vn 0.0543 -0.4286 0.9018</w:t>
        <w:br/>
        <w:t>vn 0.1481 -0.0794 0.9858</w:t>
        <w:br/>
        <w:t>vn 0.3204 -0.1022 0.9417</w:t>
        <w:br/>
        <w:t>vn 0.5484 -0.1411 0.8243</w:t>
        <w:br/>
        <w:t>vn 0.3135 -0.4939 0.8110</w:t>
        <w:br/>
        <w:t>vn 0.5445 -0.1299 0.8286</w:t>
        <w:br/>
        <w:t>vn 0.1472 -0.1192 0.9819</w:t>
        <w:br/>
        <w:t>vn 0.1470 -0.1194 0.9819</w:t>
        <w:br/>
        <w:t>vn 0.9747 -0.0678 -0.2130</w:t>
        <w:br/>
        <w:t>vn 0.0511 -0.3378 -0.9398</w:t>
        <w:br/>
        <w:t>vn 0.0188 -0.3866 -0.9220</w:t>
        <w:br/>
        <w:t>vn 0.7070 -0.5555 0.4377</w:t>
        <w:br/>
        <w:t>vn -0.0066 -0.6898 -0.7240</w:t>
        <w:br/>
        <w:t>vn 0.7226 -0.1690 0.6703</w:t>
        <w:br/>
        <w:t>vn 0.1409 -0.7035 -0.6966</w:t>
        <w:br/>
        <w:t>vn 0.7409 -0.6554 -0.1466</w:t>
        <w:br/>
        <w:t>vn 0.7886 -0.6140 0.0328</w:t>
        <w:br/>
        <w:t>vn 0.7697 -0.6104 0.1871</w:t>
        <w:br/>
        <w:t>vn 0.3771 -0.7158 -0.5877</w:t>
        <w:br/>
        <w:t>vn 0.5989 -0.7012 -0.3869</w:t>
        <w:br/>
        <w:t>vn 0.1099 -0.5379 0.8358</w:t>
        <w:br/>
        <w:t>vn 0.7226 -0.1689 0.6703</w:t>
        <w:br/>
        <w:t>vn 0.3131 -0.7700 0.5560</w:t>
        <w:br/>
        <w:t>vn 0.6955 0.4596 0.5523</w:t>
        <w:br/>
        <w:t>vn 0.7574 0.3794 0.5314</w:t>
        <w:br/>
        <w:t>vn 0.5589 0.2865 0.7782</w:t>
        <w:br/>
        <w:t>vn 0.5278 0.3553 0.7715</w:t>
        <w:br/>
        <w:t>vn 0.7675 0.5683 0.2965</w:t>
        <w:br/>
        <w:t>vn 0.8415 0.4615 0.2810</w:t>
        <w:br/>
        <w:t>vn 0.8036 0.5908 -0.0716</w:t>
        <w:br/>
        <w:t>vn 0.8830 0.4655 -0.0601</w:t>
        <w:br/>
        <w:t>vn 0.7885 0.3899 -0.4756</w:t>
        <w:br/>
        <w:t>vn 0.7120 0.5090 -0.4838</w:t>
        <w:br/>
        <w:t>vn 0.2900 0.2541 -0.9227</w:t>
        <w:br/>
        <w:t>vn 0.5596 0.3094 -0.7689</w:t>
        <w:br/>
        <w:t>vn 0.5049 0.4071 -0.7612</w:t>
        <w:br/>
        <w:t>vn 0.2591 0.3309 -0.9074</w:t>
        <w:br/>
        <w:t>vn 0.9739 0.2206 -0.0528</w:t>
        <w:br/>
        <w:t>vn 0.9387 0.2357 0.2515</w:t>
        <w:br/>
        <w:t>vn 0.8434 0.2175 0.4913</w:t>
        <w:br/>
        <w:t>vn 0.6055 0.1599 0.7796</w:t>
        <w:br/>
        <w:t>vn 0.8652 0.1941 -0.4624</w:t>
        <w:br/>
        <w:t>vn 0.3309 0.1416 -0.9330</w:t>
        <w:br/>
        <w:t>vn 0.6197 0.1685 -0.7665</w:t>
        <w:br/>
        <w:t>vn 0.3524 0.0495 -0.9346</w:t>
        <w:br/>
        <w:t>vn 0.6382 0.0583 -0.7676</w:t>
        <w:br/>
        <w:t>vn 0.6352 -0.0674 -0.7694</w:t>
        <w:br/>
        <w:t>vn 0.3621 -0.0605 -0.9302</w:t>
        <w:br/>
        <w:t>vn 0.3579 -0.1846 -0.9153</w:t>
        <w:br/>
        <w:t>vn 0.6140 -0.1910 -0.7659</w:t>
        <w:br/>
        <w:t>vn 0.9242 -0.2374 -0.2990</w:t>
        <w:br/>
        <w:t>vn 0.8830 -0.4498 -0.1338</w:t>
        <w:br/>
        <w:t>vn 0.9763 -0.1646 -0.1405</w:t>
        <w:br/>
        <w:t>vn 0.9744 0.0079 0.2248</w:t>
        <w:br/>
        <w:t>vn 0.9964 0.0113 -0.0841</w:t>
        <w:br/>
        <w:t>vn 0.7747 -0.4353 -0.4586</w:t>
        <w:br/>
        <w:t>vn 0.6863 -0.6142 -0.3896</w:t>
        <w:br/>
        <w:t>vn 0.6605 -0.4990 -0.5610</w:t>
        <w:br/>
        <w:t>vn 0.8931 -0.4269 0.1418</w:t>
        <w:br/>
        <w:t>vn 0.9601 -0.2263 0.1644</w:t>
        <w:br/>
        <w:t>vn 0.7028 -0.6880 -0.1809</w:t>
        <w:br/>
        <w:t>vn 0.7674 -0.6407 -0.0255</w:t>
        <w:br/>
        <w:t>vn 0.8663 -0.2283 0.4443</w:t>
        <w:br/>
        <w:t>vn 0.8044 -0.4537 0.3836</w:t>
        <w:br/>
        <w:t>vn 0.3498 -0.1166 0.9295</w:t>
        <w:br/>
        <w:t>vn 0.3008 -0.1439 0.9428</w:t>
        <w:br/>
        <w:t>vn 0.6385 0.0253 0.7692</w:t>
        <w:br/>
        <w:t>vn 0.3025 0.0108 0.9531</w:t>
        <w:br/>
        <w:t>vn 0.2994 0.1291 0.9454</w:t>
        <w:br/>
        <w:t>vn 0.8844 0.0315 0.4656</w:t>
        <w:br/>
        <w:t>vn 0.6819 -0.3523 -0.6410</w:t>
        <w:br/>
        <w:t>vn 0.6202 -0.2160 0.7541</w:t>
        <w:br/>
        <w:t>vn 0.6629 -0.1265 0.7379</w:t>
        <w:br/>
        <w:t>vn 0.8730 0.0444 -0.4857</w:t>
        <w:br/>
        <w:t>vn 0.8454 -0.0929 -0.5260</w:t>
        <w:br/>
        <w:t>vn 0.7957 -0.2144 -0.5665</w:t>
        <w:br/>
        <w:t>vn 0.5986 -0.2595 -0.7579</w:t>
        <w:br/>
        <w:t>vn 0.3518 -0.2565 -0.9002</w:t>
        <w:br/>
        <w:t>vn 0.7632 -0.2779 -0.5834</w:t>
        <w:br/>
        <w:t>vn 0.2970 0.2491 0.9218</w:t>
        <w:br/>
        <w:t>vn 0.1170 0.2359 0.9647</w:t>
        <w:br/>
        <w:t>vn 0.1170 0.2967 0.9478</w:t>
        <w:br/>
        <w:t>vn 0.2909 0.3142 0.9037</w:t>
        <w:br/>
        <w:t>vn -0.4275 0.5747 0.6978</w:t>
        <w:br/>
        <w:t>vn -0.1564 0.1980 0.9676</w:t>
        <w:br/>
        <w:t>vn -0.1834 0.1582 0.9702</w:t>
        <w:br/>
        <w:t>vn -0.4532 0.5517 0.7001</w:t>
        <w:br/>
        <w:t>vn 0.3126 -0.4594 0.8314</w:t>
        <w:br/>
        <w:t>vn 0.4951 -0.7211 0.4847</w:t>
        <w:br/>
        <w:t>vn 0.4532 -0.7875 0.4176</w:t>
        <w:br/>
        <w:t>vn 0.2792 -0.5266 0.8029</w:t>
        <w:br/>
        <w:t>vn 0.5647 -0.8214 0.0804</w:t>
        <w:br/>
        <w:t>vn 0.4978 -0.8669 0.0258</w:t>
        <w:br/>
        <w:t>vn 0.4533 -0.7875 0.4176</w:t>
        <w:br/>
        <w:t>vn 0.4873 -0.7648 -0.4214</w:t>
        <w:br/>
        <w:t>vn 0.4471 -0.8104 -0.3785</w:t>
        <w:br/>
        <w:t>vn 0.2975 -0.5221 -0.7993</w:t>
        <w:br/>
        <w:t>vn 0.2797 -0.5722 -0.7709</w:t>
        <w:br/>
        <w:t>vn -0.2916 0.3421 -0.8933</w:t>
        <w:br/>
        <w:t>vn -0.3005 0.3008 -0.9051</w:t>
        <w:br/>
        <w:t>vn 0.0089 -0.1647 -0.9863</w:t>
        <w:br/>
        <w:t>vn 0.0228 -0.1183 -0.9927</w:t>
        <w:br/>
        <w:t>vn 0.4136 -0.2759 0.8677</w:t>
        <w:br/>
        <w:t>vn 0.5879 -0.5513 0.5920</w:t>
        <w:br/>
        <w:t>vn 0.5100 -0.6201 -0.5962</w:t>
        <w:br/>
        <w:t>vn 0.6010 -0.7270 -0.3320</w:t>
        <w:br/>
        <w:t>vn 0.3557 -0.3858 -0.8512</w:t>
        <w:br/>
        <w:t>vn -0.3544 0.6527 0.6696</w:t>
        <w:br/>
        <w:t>vn -0.0690 0.3278 0.9422</w:t>
        <w:br/>
        <w:t>vn 0.0797 0.0078 -0.9968</w:t>
        <w:br/>
        <w:t>vn -0.2463 0.4449 -0.8611</w:t>
        <w:br/>
        <w:t>vn 0.6490 -0.7050 0.2860</w:t>
        <w:br/>
        <w:t>vn 0.6519 -0.7581 -0.0187</w:t>
        <w:br/>
        <w:t>vn -0.5869 0.7904 0.1754</w:t>
        <w:br/>
        <w:t>vn -0.5289 0.8309 0.1726</w:t>
        <w:br/>
        <w:t>vn -0.6072 0.7766 0.1679</w:t>
        <w:br/>
        <w:t>vn 0.7775 -0.6269 0.0490</w:t>
        <w:br/>
        <w:t>vn 0.8234 -0.1717 0.5409</w:t>
        <w:br/>
        <w:t>vn 0.8280 -0.2509 0.5015</w:t>
        <w:br/>
        <w:t>vn 0.7233 -0.6900 -0.0288</w:t>
        <w:br/>
        <w:t>vn 0.8007 -0.3332 0.4978</w:t>
        <w:br/>
        <w:t>vn 0.6574 -0.7503 -0.0702</w:t>
        <w:br/>
        <w:t>vn 0.1597 0.1417 -0.9769</w:t>
        <w:br/>
        <w:t>vn 0.2004 0.2013 -0.9588</w:t>
        <w:br/>
        <w:t>vn -0.1529 0.6012 -0.7843</w:t>
        <w:br/>
        <w:t>vn -0.1856 0.5464 -0.8167</w:t>
        <w:br/>
        <w:t>vn -0.2019 -0.1058 0.9737</w:t>
        <w:br/>
        <w:t>vn -0.5432 -0.3298 0.7721</w:t>
        <w:br/>
        <w:t>vn -0.7143 0.4332 0.5496</w:t>
        <w:br/>
        <w:t>vn -0.4101 0.4664 0.7838</w:t>
        <w:br/>
        <w:t>vn -0.1793 -0.8404 0.5115</w:t>
        <w:br/>
        <w:t>vn 0.0394 -0.7423 0.6689</w:t>
        <w:br/>
        <w:t>vn 0.1582 -0.9831 -0.0919</w:t>
        <w:br/>
        <w:t>vn 0.0727 -0.9957 -0.0572</w:t>
        <w:br/>
        <w:t>vn -0.5431 -0.3298 0.7722</w:t>
        <w:br/>
        <w:t>vn -0.9890 -0.1477 0.0022</w:t>
        <w:br/>
        <w:t>vn -0.9182 0.3923 0.0551</w:t>
        <w:br/>
        <w:t>vn -0.6401 0.7621 0.0977</w:t>
        <w:br/>
        <w:t>vn -0.6679 0.5255 -0.5270</w:t>
        <w:br/>
        <w:t>vn -0.4445 0.6074 -0.6584</w:t>
        <w:br/>
        <w:t>vn -0.5754 0.8087 0.1221</w:t>
        <w:br/>
        <w:t>vn -0.9988 -0.0409 -0.0276</w:t>
        <w:br/>
        <w:t>vn -0.5346 -0.2704 -0.8007</w:t>
        <w:br/>
        <w:t>vn -0.8903 0.4506 -0.0659</w:t>
        <w:br/>
        <w:t>vn -0.3597 -0.5850 -0.7269</w:t>
        <w:br/>
        <w:t>vn -0.1518 -0.7537 -0.6394</w:t>
        <w:br/>
        <w:t>vn 0.2080 -0.9567 0.2039</w:t>
        <w:br/>
        <w:t>vn 0.1417 -0.7640 0.6295</w:t>
        <w:br/>
        <w:t>vn 0.1381 -0.6616 0.7370</w:t>
        <w:br/>
        <w:t>vn 0.1620 -0.9763 0.1437</w:t>
        <w:br/>
        <w:t>vn 0.2260 -0.6432 0.7316</w:t>
        <w:br/>
        <w:t>vn 0.3297 -0.9440 -0.0091</w:t>
        <w:br/>
        <w:t>vn -0.5938 -0.0436 -0.8034</w:t>
        <w:br/>
        <w:t>vn -0.7820 0.5029 -0.3683</w:t>
        <w:br/>
        <w:t>vn -0.3944 -0.7640 -0.5106</w:t>
        <w:br/>
        <w:t>vn -0.1597 -0.1729 -0.9719</w:t>
        <w:br/>
        <w:t>vn -0.1611 -0.1728 -0.9717</w:t>
        <w:br/>
        <w:t>vn -0.1730 -0.9739 -0.1467</w:t>
        <w:br/>
        <w:t>vn -0.3943 -0.7641 -0.5105</w:t>
        <w:br/>
        <w:t>vn 0.0609 -0.9919 0.1112</w:t>
        <w:br/>
        <w:t>vn -0.4562 0.7549 0.4713</w:t>
        <w:br/>
        <w:t>vn -0.6483 0.7433 0.1648</w:t>
        <w:br/>
        <w:t>vn -0.5223 0.7634 0.3801</w:t>
        <w:br/>
        <w:t>vn -0.7336 0.6741 -0.0859</w:t>
        <w:br/>
        <w:t>vn -0.6236 0.7553 0.2017</w:t>
        <w:br/>
        <w:t>vn -0.6201 0.7192 0.3132</w:t>
        <w:br/>
        <w:t>vn -0.3199 0.1318 0.9382</w:t>
        <w:br/>
        <w:t>vn -0.2247 0.1590 0.9614</w:t>
        <w:br/>
        <w:t>vn 0.1284 -0.4742 0.8710</w:t>
        <w:br/>
        <w:t>vn -0.1090 -0.5351 0.8377</w:t>
        <w:br/>
        <w:t>vn -0.5092 0.6643 0.5472</w:t>
        <w:br/>
        <w:t>vn -0.5660 0.6430 0.5159</w:t>
        <w:br/>
        <w:t>vn 0.3949 -0.9037 0.1656</w:t>
        <w:br/>
        <w:t>vn 0.2355 -0.9633 0.1289</w:t>
        <w:br/>
        <w:t>vn -0.5528 0.8026 -0.2242</w:t>
        <w:br/>
        <w:t>vn -0.5821 0.7713 -0.2576</w:t>
        <w:br/>
        <w:t>vn -0.5647 -0.3459 0.7493</w:t>
        <w:br/>
        <w:t>vn -0.5705 -0.1261 0.8115</w:t>
        <w:br/>
        <w:t>vn -0.4119 -0.5182 0.7495</w:t>
        <w:br/>
        <w:t>vn -0.1437 -0.8320 0.5359</w:t>
        <w:br/>
        <w:t>vn -0.7740 0.5421 0.3271</w:t>
        <w:br/>
        <w:t>vn -0.6122 0.7800 -0.1298</w:t>
        <w:br/>
        <w:t>vn -0.4684 0.8064 -0.3611</w:t>
        <w:br/>
        <w:t>vn -0.5441 0.7757 -0.3196</w:t>
        <w:br/>
        <w:t>vn 0.3474 -0.6825 -0.6430</w:t>
        <w:br/>
        <w:t>vn 0.0962 -0.1373 -0.9858</w:t>
        <w:br/>
        <w:t>vn 0.0067 -0.1896 -0.9818</w:t>
        <w:br/>
        <w:t>vn 0.2303 -0.7463 -0.6245</w:t>
        <w:br/>
        <w:t>vn -0.2758 0.4411 -0.8540</w:t>
        <w:br/>
        <w:t>vn -0.3124 0.3925 -0.8650</w:t>
        <w:br/>
        <w:t>vn 0.0962 -0.1374 -0.9858</w:t>
        <w:br/>
        <w:t>vn -0.6882 0.3412 -0.6403</w:t>
        <w:br/>
        <w:t>vn -0.9125 0.3290 -0.2432</w:t>
        <w:br/>
        <w:t>vn -0.8557 -0.3261 -0.4018</w:t>
        <w:br/>
        <w:t>vn -0.4889 -0.4056 -0.7723</w:t>
        <w:br/>
        <w:t>vn -0.3438 -0.8063 -0.4812</w:t>
        <w:br/>
        <w:t>vn 0.0265 -0.8619 -0.5064</w:t>
        <w:br/>
        <w:t>vn -0.5742 0.6495 0.4984</w:t>
        <w:br/>
        <w:t>vn -0.3087 0.1296 0.9423</w:t>
        <w:br/>
        <w:t>vn -0.3545 0.0685 0.9325</w:t>
        <w:br/>
        <w:t>vn -0.6129 0.6197 0.4902</w:t>
        <w:br/>
        <w:t>vn -0.3545 0.0686 0.9325</w:t>
        <w:br/>
        <w:t>vn 0.1171 -0.5156 0.8488</w:t>
        <w:br/>
        <w:t>vn 0.0392 -0.6146 0.7879</w:t>
        <w:br/>
        <w:t>vn 0.4661 -0.8627 0.1962</w:t>
        <w:br/>
        <w:t>vn 0.4140 -0.9058 0.0901</w:t>
        <w:br/>
        <w:t>vn -0.5476 0.8015 -0.2401</w:t>
        <w:br/>
        <w:t>vn -0.5585 0.7903 -0.2520</w:t>
        <w:br/>
        <w:t>vn -0.5905 -0.5573 0.5837</w:t>
        <w:br/>
        <w:t>vn -0.6677 -0.1874 0.7205</w:t>
        <w:br/>
        <w:t>vn -0.5869 -0.5575 0.5872</w:t>
        <w:br/>
        <w:t>vn -0.8319 0.5025 0.2354</w:t>
        <w:br/>
        <w:t>vn -0.6677 -0.1874 0.7204</w:t>
        <w:br/>
        <w:t>vn -0.0724 -0.9936 -0.0871</w:t>
        <w:br/>
        <w:t>vn 0.1626 -0.9682 -0.1902</w:t>
        <w:br/>
        <w:t>vn -0.4711 0.7027 -0.5332</w:t>
        <w:br/>
        <w:t>vn -0.6064 0.6713 -0.4261</w:t>
        <w:br/>
        <w:t>vn -0.7568 0.6312 -0.1701</w:t>
        <w:br/>
        <w:t>vn -0.6030 0.6679 -0.4362</w:t>
        <w:br/>
        <w:t>vn -0.2437 0.5083 -0.8260</w:t>
        <w:br/>
        <w:t>vn -0.2504 0.5206 -0.8163</w:t>
        <w:br/>
        <w:t>vn 0.1765 -0.0887 -0.9803</w:t>
        <w:br/>
        <w:t>vn 0.1832 -0.1067 -0.9773</w:t>
        <w:br/>
        <w:t>vn 0.4677 -0.6649 -0.5824</w:t>
        <w:br/>
        <w:t>vn 0.4905 -0.6818 -0.5428</w:t>
        <w:br/>
        <w:t>vn 0.4260 -0.6082 -0.6698</w:t>
        <w:br/>
        <w:t>vn 0.3093 -0.9433 -0.1206</w:t>
        <w:br/>
        <w:t>vn 0.3328 -0.9154 -0.2265</w:t>
        <w:br/>
        <w:t>vn 0.4255 -0.6509 -0.6287</w:t>
        <w:br/>
        <w:t>vn 0.5191 -0.7144 -0.4692</w:t>
        <w:br/>
        <w:t>vn 0.4168 -0.9020 -0.1126</w:t>
        <w:br/>
        <w:t>vn 0.7268 -0.4986 0.4724</w:t>
        <w:br/>
        <w:t>vn 0.5363 -0.8223 -0.1902</w:t>
        <w:br/>
        <w:t>vn 0.5989 -0.7922 -0.1173</w:t>
        <w:br/>
        <w:t>vn 0.7661 -0.4134 0.4921</w:t>
        <w:br/>
        <w:t>vn -0.0174 -0.8144 -0.5800</w:t>
        <w:br/>
        <w:t>vn 0.1347 -0.9067 -0.3996</w:t>
        <w:br/>
        <w:t>vn -0.0932 0.3998 0.9118</w:t>
        <w:br/>
        <w:t>vn 0.4205 0.0464 0.9061</w:t>
        <w:br/>
        <w:t>vn 0.4345 0.1278 0.8916</w:t>
        <w:br/>
        <w:t>vn -0.0522 0.4302 0.9012</w:t>
        <w:br/>
        <w:t>vn -0.7066 -0.2617 -0.6574</w:t>
        <w:br/>
        <w:t>vn -0.9528 0.3001 -0.0455</w:t>
        <w:br/>
        <w:t>vn -0.9981 -0.0310 -0.0541</w:t>
        <w:br/>
        <w:t>vn -0.4732 -0.8445 -0.2508</w:t>
        <w:br/>
        <w:t>vn -0.5841 0.4468 0.6776</w:t>
        <w:br/>
        <w:t>vn -0.6478 0.2406 0.7228</w:t>
        <w:br/>
        <w:t>vn -0.7045 0.1832 0.6856</w:t>
        <w:br/>
        <w:t>vn -0.9981 -0.0310 -0.0542</w:t>
        <w:br/>
        <w:t>vn -0.4185 0.4719 0.7760</w:t>
        <w:br/>
        <w:t>vn 0.3202 -0.9473 0.0117</w:t>
        <w:br/>
        <w:t>vn 0.2768 -0.9537 0.1177</w:t>
        <w:br/>
        <w:t>vn 0.2236 -0.9747 -0.0041</w:t>
        <w:br/>
        <w:t>vn -0.2522 0.0247 0.9674</w:t>
        <w:br/>
        <w:t>vn -0.3733 0.0348 0.9271</w:t>
        <w:br/>
        <w:t>vn -0.3788 0.4833 0.7893</w:t>
        <w:br/>
        <w:t>vn -0.3512 0.4583 0.8165</w:t>
        <w:br/>
        <w:t>vn -0.0945 -0.4622 0.8817</w:t>
        <w:br/>
        <w:t>vn -0.3098 -0.5332 0.7872</w:t>
        <w:br/>
        <w:t>vn 0.1016 -0.8499 0.5171</w:t>
        <w:br/>
        <w:t>vn -0.1738 -0.9162 0.3612</w:t>
        <w:br/>
        <w:t>vn 0.2456 -0.9693 0.0111</w:t>
        <w:br/>
        <w:t>vn 0.5469 -0.8030 -0.2368</w:t>
        <w:br/>
        <w:t>vn 0.6147 -0.7387 -0.2764</w:t>
        <w:br/>
        <w:t>vn 0.6489 -0.7490 -0.1341</w:t>
        <w:br/>
        <w:t>vn 0.5046 -0.8456 -0.1739</w:t>
        <w:br/>
        <w:t>vn 0.5768 -0.6338 -0.5154</w:t>
        <w:br/>
        <w:t>vn 0.6002 -0.5748 -0.5562</w:t>
        <w:br/>
        <w:t>vn 0.4783 -0.2447 -0.8434</w:t>
        <w:br/>
        <w:t>vn 0.4730 -0.2913 -0.8315</w:t>
        <w:br/>
        <w:t>vn 0.5494 -0.6888 -0.4730</w:t>
        <w:br/>
        <w:t>vn 0.4704 -0.3422 -0.8134</w:t>
        <w:br/>
        <w:t>vn 0.1958 0.1403 -0.9706</w:t>
        <w:br/>
        <w:t>vn -0.1830 0.5848 -0.7903</w:t>
        <w:br/>
        <w:t>vn -0.1608 0.5965 -0.7864</w:t>
        <w:br/>
        <w:t>vn 0.1968 0.1685 -0.9659</w:t>
        <w:br/>
        <w:t>vn 0.4772 -0.8616 -0.1729</w:t>
        <w:br/>
        <w:t>vn 0.3138 -0.9219 -0.2272</w:t>
        <w:br/>
        <w:t>vn 0.0769 -0.9958 -0.0502</w:t>
        <w:br/>
        <w:t>vn 0.4592 0.2328 0.8573</w:t>
        <w:br/>
        <w:t>vn 0.0078 0.5329 0.8462</w:t>
        <w:br/>
        <w:t>vn -0.3155 0.5870 0.7456</w:t>
        <w:br/>
        <w:t>vn -0.2736 0.7416 0.6125</w:t>
        <w:br/>
        <w:t>vn -0.3632 0.7514 0.5509</w:t>
        <w:br/>
        <w:t>vn -0.3946 0.5296 0.7509</w:t>
        <w:br/>
        <w:t>vn 0.1399 -0.9767 -0.1631</w:t>
        <w:br/>
        <w:t>vn -0.6515 0.6952 0.3037</w:t>
        <w:br/>
        <w:t>vn -0.7334 0.6791 0.0308</w:t>
        <w:br/>
        <w:t>vn -0.6192 0.5556 -0.5549</w:t>
        <w:br/>
        <w:t>vn -0.4537 -0.5436 0.7062</w:t>
        <w:br/>
        <w:t>vn -0.1526 -0.1772 0.9723</w:t>
        <w:br/>
        <w:t>vn -0.0327 0.7114 0.7020</w:t>
        <w:br/>
        <w:t>vn -0.2590 0.7245 0.6387</w:t>
        <w:br/>
        <w:t>vn -0.3551 0.8291 0.4318</w:t>
        <w:br/>
        <w:t>vn -0.0611 0.4541 0.8889</w:t>
        <w:br/>
        <w:t>vn -0.3216 0.7125 0.6236</w:t>
        <w:br/>
        <w:t>vn 0.4674 0.3344 0.8184</w:t>
        <w:br/>
        <w:t>vn 0.0231 0.6430 0.7655</w:t>
        <w:br/>
        <w:t>vn -0.3960 0.4979 0.7715</w:t>
        <w:br/>
        <w:t>vn -0.0586 -0.1739 0.9830</w:t>
        <w:br/>
        <w:t>vn -0.1203 -0.1151 0.9860</w:t>
        <w:br/>
        <w:t>vn -0.4154 0.4630 0.7830</w:t>
        <w:br/>
        <w:t>vn -0.3963 0.5006 0.7697</w:t>
        <w:br/>
        <w:t>vn -0.2731 0.5029 -0.8201</w:t>
        <w:br/>
        <w:t>vn -0.2849 0.4733 -0.8335</w:t>
        <w:br/>
        <w:t>vn 0.1652 -0.0630 -0.9842</w:t>
        <w:br/>
        <w:t>vn 0.1591 -0.0710 -0.9847</w:t>
        <w:br/>
        <w:t>vn 0.2238 -0.0639 -0.9725</w:t>
        <w:br/>
        <w:t>vn 0.4400 -0.3853 -0.8111</w:t>
        <w:br/>
        <w:t>vn 0.7203 -0.5788 0.3822</w:t>
        <w:br/>
        <w:t>vn 0.7369 -0.4964 0.4588</w:t>
        <w:br/>
        <w:t>vn 0.4693 -0.7974 -0.3793</w:t>
        <w:br/>
        <w:t>vn 0.4671 -0.8090 -0.3568</w:t>
        <w:br/>
        <w:t>vn 0.4527 -0.8085 -0.3761</w:t>
        <w:br/>
        <w:t>vn 0.7426 -0.5807 0.3337</w:t>
        <w:br/>
        <w:t>vn 0.7078 -0.6312 0.3171</w:t>
        <w:br/>
        <w:t>vn 0.3588 -0.8723 -0.3323</w:t>
        <w:br/>
        <w:t>vn 0.5018 0.0401 0.8641</w:t>
        <w:br/>
        <w:t>vn 0.6410 -0.1828 0.7455</w:t>
        <w:br/>
        <w:t>vn 0.4967 0.0213 0.8677</w:t>
        <w:br/>
        <w:t>vn -0.1097 -0.5511 -0.8272</w:t>
        <w:br/>
        <w:t>vn -0.1063 -0.5644 -0.8186</w:t>
        <w:br/>
        <w:t>vn -0.2220 -0.6493 -0.7274</w:t>
        <w:br/>
        <w:t>vn -0.1303 -0.5672 -0.8132</w:t>
        <w:br/>
        <w:t>vn -0.5733 -0.8176 -0.0541</w:t>
        <w:br/>
        <w:t>vn -0.3841 -0.7658 -0.5158</w:t>
        <w:br/>
        <w:t>vn 0.1780 -0.9621 -0.2068</w:t>
        <w:br/>
        <w:t>vn 0.0296 -0.9883 0.1494</w:t>
        <w:br/>
        <w:t>vn -0.2014 -0.9792 0.0239</w:t>
        <w:br/>
        <w:t>vn -0.5428 -0.8327 0.1095</w:t>
        <w:br/>
        <w:t>vn -0.5541 -0.8309 0.0519</w:t>
        <w:br/>
        <w:t>vn 0.4407 -0.0015 0.8977</w:t>
        <w:br/>
        <w:t>vn -0.0626 0.4362 0.8977</w:t>
        <w:br/>
        <w:t>vn -0.0055 0.4597 0.8881</w:t>
        <w:br/>
        <w:t>vn 0.4782 -0.0070 0.8782</w:t>
        <w:br/>
        <w:t>vn 0.0022 0.4697 0.8828</w:t>
        <w:br/>
        <w:t>vn 0.3336 0.1505 0.9306</w:t>
        <w:br/>
        <w:t>vn 0.5129 -0.0557 0.8566</w:t>
        <w:br/>
        <w:t>vn -0.8349 0.5023 -0.2251</w:t>
        <w:br/>
        <w:t>vn -0.6310 -0.0284 -0.7753</w:t>
        <w:br/>
        <w:t>vn -0.6467 -0.0013 -0.7627</w:t>
        <w:br/>
        <w:t>vn -0.7810 0.6222 -0.0549</w:t>
        <w:br/>
        <w:t>vn -0.4563 0.7374 0.4980</w:t>
        <w:br/>
        <w:t>vn -0.4735 0.7308 0.4916</w:t>
        <w:br/>
        <w:t>vn -0.9345 -0.2852 -0.2130</w:t>
        <w:br/>
        <w:t>vn -0.7984 -0.2368 -0.5535</w:t>
        <w:br/>
        <w:t>vn -0.5765 0.6240 0.5275</w:t>
        <w:br/>
        <w:t>vn -0.5233 0.6920 0.4973</w:t>
        <w:br/>
        <w:t>vn -0.4250 0.5989 0.6787</w:t>
        <w:br/>
        <w:t>vn -0.0878 0.4798 0.8730</w:t>
        <w:br/>
        <w:t>vn -0.6995 -0.0903 -0.7089</w:t>
        <w:br/>
        <w:t>vn -0.6542 -0.0110 -0.7562</w:t>
        <w:br/>
        <w:t>vn -0.9528 0.3002 -0.0455</w:t>
        <w:br/>
        <w:t>vn -0.0892 -0.6860 -0.7222</w:t>
        <w:br/>
        <w:t>vn 0.4917 -0.8212 -0.2895</w:t>
        <w:br/>
        <w:t>vn 0.7106 -0.5615 0.4240</w:t>
        <w:br/>
        <w:t>vn 0.5381 -0.7584 0.3678</w:t>
        <w:br/>
        <w:t>vn -0.8374 0.4923 -0.2377</w:t>
        <w:br/>
        <w:t>vn -0.8165 0.5289 -0.2315</w:t>
        <w:br/>
        <w:t>vn 0.0508 0.4805 0.8755</w:t>
        <w:br/>
        <w:t>vn 0.0493 0.4925 0.8689</w:t>
        <w:br/>
        <w:t>vn 0.5124 0.0160 0.8586</w:t>
        <w:br/>
        <w:t>vn -0.9371 0.3131 -0.1546</w:t>
        <w:br/>
        <w:t>vn -0.5469 0.6572 0.5186</w:t>
        <w:br/>
        <w:t>vn -0.4412 0.7691 0.4624</w:t>
        <w:br/>
        <w:t>vn -0.7619 -0.6367 -0.1193</w:t>
        <w:br/>
        <w:t>vn -0.9927 0.0386 0.1140</w:t>
        <w:br/>
        <w:t>vn -0.5541 -0.8308 0.0520</w:t>
        <w:br/>
        <w:t>vn 0.5825 0.0386 0.8119</w:t>
        <w:br/>
        <w:t>vn -0.9345 -0.2852 -0.2131</w:t>
        <w:br/>
        <w:t>vn -0.9927 0.0386 0.1139</w:t>
        <w:br/>
        <w:t>vn 0.1631 -0.9110 0.3788</w:t>
        <w:br/>
        <w:t>vn 0.0296 -0.9883 0.1495</w:t>
        <w:br/>
        <w:t>vn -0.0291 -0.0762 0.9967</w:t>
        <w:br/>
        <w:t>vn -0.3461 0.5259 0.7769</w:t>
        <w:br/>
        <w:t>vn -0.0292 -0.0762 0.9967</w:t>
        <w:br/>
        <w:t>vn 0.0597 -0.0564 0.9966</w:t>
        <w:br/>
        <w:t>vn -0.3156 0.5384 0.7813</w:t>
        <w:br/>
        <w:t>vn -0.3147 0.5594 0.7669</w:t>
        <w:br/>
        <w:t>vn -0.0092 0.0931 0.9956</w:t>
        <w:br/>
        <w:t>vn 0.3643 -0.6609 0.6561</w:t>
        <w:br/>
        <w:t>vn 0.0286 -0.0629 0.9976</w:t>
        <w:br/>
        <w:t>vn 0.0597 -0.0565 0.9966</w:t>
        <w:br/>
        <w:t>vn 0.3745 -0.6732 0.6375</w:t>
        <w:br/>
        <w:t>vn 0.0824 -0.0654 0.9944</w:t>
        <w:br/>
        <w:t>vn 0.0854 -0.0734 0.9936</w:t>
        <w:br/>
        <w:t>vn 0.3970 -0.6997 0.5939</w:t>
        <w:br/>
        <w:t>vn 0.4116 -0.6784 0.6086</w:t>
        <w:br/>
        <w:t>vn -0.0003 0.0760 0.9971</w:t>
        <w:br/>
        <w:t>vn 0.3637 -0.7259 0.5838</w:t>
        <w:br/>
        <w:t>vn -0.3165 0.5363 0.7824</w:t>
        <w:br/>
        <w:t>vn -0.2972 0.5509 0.7799</w:t>
        <w:br/>
        <w:t>vn 0.0824 -0.0654 0.9945</w:t>
        <w:br/>
        <w:t>vn 0.4369 -0.8937 -0.1017</w:t>
        <w:br/>
        <w:t>vn 0.4242 -0.8945 -0.1411</w:t>
        <w:br/>
        <w:t>vn 0.4241 -0.8888 -0.1740</w:t>
        <w:br/>
        <w:t>vn 0.4336 -0.8851 -0.1691</w:t>
        <w:br/>
        <w:t>vn 0.3695 -0.9120 -0.1779</w:t>
        <w:br/>
        <w:t>vn -0.3927 -0.9165 -0.0758</w:t>
        <w:br/>
        <w:t>vn 0.0054 -0.9877 -0.1563</w:t>
        <w:br/>
        <w:t>vn 0.0882 -0.8387 0.5374</w:t>
        <w:br/>
        <w:t>vn -0.3308 -0.7365 0.5900</w:t>
        <w:br/>
        <w:t>vn -0.3429 -0.4737 0.8112</w:t>
        <w:br/>
        <w:t>vn -0.5885 -0.8082 -0.0236</w:t>
        <w:br/>
        <w:t>vn -0.3307 -0.7365 0.5900</w:t>
        <w:br/>
        <w:t>vn -0.5434 0.8213 0.1735</w:t>
        <w:br/>
        <w:t>vn -0.5284 0.8295 0.1808</w:t>
        <w:br/>
        <w:t>vn -0.5695 0.8100 0.1401</w:t>
        <w:br/>
        <w:t>vn -0.2527 0.6058 0.7544</w:t>
        <w:br/>
        <w:t>vn -0.2940 0.5780 0.7612</w:t>
        <w:br/>
        <w:t>vn -0.5049 0.8435 0.1831</w:t>
        <w:br/>
        <w:t>vn -0.4239 0.8896 0.1699</w:t>
        <w:br/>
        <w:t>vn -0.2355 0.0466 -0.9708</w:t>
        <w:br/>
        <w:t>vn -0.5101 0.6078 -0.6086</w:t>
        <w:br/>
        <w:t>vn -0.2166 0.1218 -0.9686</w:t>
        <w:br/>
        <w:t>vn -0.2936 0.2491 -0.9229</w:t>
        <w:br/>
        <w:t>vn -0.5105 0.6714 -0.5371</w:t>
        <w:br/>
        <w:t>vn -0.4948 0.6561 -0.5699</w:t>
        <w:br/>
        <w:t>vn 0.1504 -0.5287 -0.8354</w:t>
        <w:br/>
        <w:t>vn 0.1521 -0.5179 -0.8418</w:t>
        <w:br/>
        <w:t>vn -0.2935 0.2491 -0.9229</w:t>
        <w:br/>
        <w:t>vn -0.2040 0.1026 -0.9736</w:t>
        <w:br/>
        <w:t>vn 0.1724 -0.5484 -0.8182</w:t>
        <w:br/>
        <w:t>vn -0.4875 0.6355 -0.5987</w:t>
        <w:br/>
        <w:t>vn -0.2172 0.1189 -0.9689</w:t>
        <w:br/>
        <w:t>vn 0.1695 -0.5215 -0.8363</w:t>
        <w:br/>
        <w:t>vn 0.1572 -0.5354 -0.8298</w:t>
        <w:br/>
        <w:t>vn -0.2213 0.1201 -0.9678</w:t>
        <w:br/>
        <w:t>vn -0.5131 0.6604 -0.5482</w:t>
        <w:br/>
        <w:t>vn -0.2212 0.1200 -0.9678</w:t>
        <w:br/>
        <w:t>vn -0.5012 0.6788 -0.5367</w:t>
        <w:br/>
        <w:t>vn 0.1002 -0.6473 -0.7556</w:t>
        <w:br/>
        <w:t>vn 0.4218 -0.8924 -0.1601</w:t>
        <w:br/>
        <w:t>vn 0.1140 -0.5467 -0.8296</w:t>
        <w:br/>
        <w:t>vn -0.5348 -0.5453 -0.6455</w:t>
        <w:br/>
        <w:t>vn -0.1557 -0.6246 -0.7653</w:t>
        <w:br/>
        <w:t>vn -0.5106 0.7073 -0.4888</w:t>
        <w:br/>
        <w:t>vn -0.4640 0.7375 -0.4906</w:t>
        <w:br/>
        <w:t>vn 0.2868 -0.7794 0.5570</w:t>
        <w:br/>
        <w:t>vn 0.0581 -0.1287 0.9900</w:t>
        <w:br/>
        <w:t>vn 0.2552 -0.9497 -0.1814</w:t>
        <w:br/>
        <w:t>vn 0.0297 -0.5778 -0.8157</w:t>
        <w:br/>
        <w:t>vn -0.0792 -0.2290 0.9702</w:t>
        <w:br/>
        <w:t>vn -0.4026 0.0433 -0.9144</w:t>
        <w:br/>
        <w:t>vn -0.3240 0.2691 -0.9070</w:t>
        <w:br/>
        <w:t>vn -0.2859 0.1265 -0.9499</w:t>
        <w:br/>
        <w:t>vn 0.3918 -0.6735 0.6268</w:t>
        <w:br/>
        <w:t>vn -0.5238 0.7025 -0.4817</w:t>
        <w:br/>
        <w:t>vn -0.2911 0.5740 0.7654</w:t>
        <w:br/>
        <w:t>vn -0.5119 0.8386 0.1861</w:t>
        <w:br/>
        <w:t>vn -0.5127 0.6957 -0.5031</w:t>
        <w:br/>
        <w:t>vn -0.5487 0.7113 -0.4392</w:t>
        <w:br/>
        <w:t>vn -0.3483 0.5645 0.7484</w:t>
        <w:br/>
        <w:t>vn -0.6423 0.7345 0.2190</w:t>
        <w:br/>
        <w:t>vn -0.5129 0.5930 0.6207</w:t>
        <w:br/>
        <w:t>vn -0.4930 0.8494 0.1882</w:t>
        <w:br/>
        <w:t>vn -0.6500 -0.7599 0.0100</w:t>
        <w:br/>
        <w:t>vn -0.4847 -0.7369 -0.4712</w:t>
        <w:br/>
        <w:t>vn -0.5885 -0.8081 -0.0236</w:t>
        <w:br/>
        <w:t>vn -0.5861 -0.2494 -0.7709</w:t>
        <w:br/>
        <w:t>vn -0.0385 -0.0453 0.9982</w:t>
        <w:br/>
        <w:t>vn -0.3245 0.5380 0.7780</w:t>
        <w:br/>
        <w:t>vn -0.3416 0.5593 0.7553</w:t>
        <w:br/>
        <w:t>vn -0.0987 0.0841 0.9916</w:t>
        <w:br/>
        <w:t>vn 0.2372 -0.6774 0.6963</w:t>
        <w:br/>
        <w:t>vn 0.1834 -0.6899 0.7003</w:t>
        <w:br/>
        <w:t>vn -0.0744 -0.0639 0.9952</w:t>
        <w:br/>
        <w:t>vn 0.3192 -0.6930 0.6465</w:t>
        <w:br/>
        <w:t>vn -0.0125 -0.0679 0.9976</w:t>
        <w:br/>
        <w:t>vn -0.0947 0.0702 0.9930</w:t>
        <w:br/>
        <w:t>vn 0.2806 -0.7235 0.6307</w:t>
        <w:br/>
        <w:t>vn -0.0396 -0.1172 0.9923</w:t>
        <w:br/>
        <w:t>vn -0.3487 0.5828 0.7340</w:t>
        <w:br/>
        <w:t>vn -0.3179 0.6144 0.7221</w:t>
        <w:br/>
        <w:t>vn -0.3621 0.5461 0.7554</w:t>
        <w:br/>
        <w:t>vn -0.3541 0.5681 0.7429</w:t>
        <w:br/>
        <w:t>vn 0.3671 -0.9246 -0.1019</w:t>
        <w:br/>
        <w:t>vn 0.3050 -0.9466 -0.1046</w:t>
        <w:br/>
        <w:t>vn 0.3651 -0.9250 -0.1051</w:t>
        <w:br/>
        <w:t>vn 0.4233 -0.8992 -0.1103</w:t>
        <w:br/>
        <w:t>vn -0.4683 -0.8811 -0.0657</w:t>
        <w:br/>
        <w:t>vn 0.0141 -0.9964 -0.0835</w:t>
        <w:br/>
        <w:t>vn 0.0104 -0.8065 0.5911</w:t>
        <w:br/>
        <w:t>vn -0.4569 -0.6293 0.6287</w:t>
        <w:br/>
        <w:t>vn -0.9792 -0.2026 -0.0119</w:t>
        <w:br/>
        <w:t>vn -0.8835 -0.4681 -0.0202</w:t>
        <w:br/>
        <w:t>vn -0.7659 -0.0679 0.6394</w:t>
        <w:br/>
        <w:t>vn -0.4350 0.8972 0.0759</w:t>
        <w:br/>
        <w:t>vn -0.5041 0.8572 0.1052</w:t>
        <w:br/>
        <w:t>vn -0.5397 0.8340 0.1147</w:t>
        <w:br/>
        <w:t>vn -0.5128 0.8498 0.1220</w:t>
        <w:br/>
        <w:t>vn -0.3443 0.5044 0.7918</w:t>
        <w:br/>
        <w:t>vn -0.5251 0.8415 0.1266</w:t>
        <w:br/>
        <w:t>vn -0.5090 0.8533 0.1128</w:t>
        <w:br/>
        <w:t>vn -0.4113 0.6652 -0.6232</w:t>
        <w:br/>
        <w:t>vn -0.3924 0.6612 -0.6394</w:t>
        <w:br/>
        <w:t>vn -0.0930 0.1133 -0.9892</w:t>
        <w:br/>
        <w:t>vn -0.1797 0.2338 -0.9555</w:t>
        <w:br/>
        <w:t>vn 0.2134 -0.5354 -0.8172</w:t>
        <w:br/>
        <w:t>vn 0.2457 -0.5265 -0.8139</w:t>
        <w:br/>
        <w:t>vn -0.0991 0.0853 -0.9914</w:t>
        <w:br/>
        <w:t>vn 0.1786 -0.5532 -0.8137</w:t>
        <w:br/>
        <w:t>vn -0.4044 0.6432 -0.6502</w:t>
        <w:br/>
        <w:t>vn -0.1421 0.0645 -0.9878</w:t>
        <w:br/>
        <w:t>vn -0.3776 0.7125 -0.5913</w:t>
        <w:br/>
        <w:t>vn -0.4315 0.6896 -0.5816</w:t>
        <w:br/>
        <w:t>vn -0.2047 0.2525 -0.9457</w:t>
        <w:br/>
        <w:t>vn 0.1449 -0.6314 -0.7618</w:t>
        <w:br/>
        <w:t>vn -0.1420 0.0645 -0.9878</w:t>
        <w:br/>
        <w:t>vn 0.1982 -0.5745 -0.7941</w:t>
        <w:br/>
        <w:t>vn -0.1257 0.1258 -0.9841</w:t>
        <w:br/>
        <w:t>vn 0.2336 -0.5417 -0.8075</w:t>
        <w:br/>
        <w:t>vn -0.4287 0.6964 -0.5755</w:t>
        <w:br/>
        <w:t>vn -0.4368 0.6705 -0.5997</w:t>
        <w:br/>
        <w:t>vn 0.4242 -0.9004 -0.0970</w:t>
        <w:br/>
        <w:t>vn -0.4912 -0.5171 -0.7010</w:t>
        <w:br/>
        <w:t>vn -0.0610 -0.6830 -0.7279</w:t>
        <w:br/>
        <w:t>vn -0.4646 0.6341 -0.6180</w:t>
        <w:br/>
        <w:t>vn -0.1192 0.1146 -0.9862</w:t>
        <w:br/>
        <w:t>vn -0.4531 0.6425 -0.6179</w:t>
        <w:br/>
        <w:t>vn 0.2595 -0.5260 -0.8099</w:t>
        <w:br/>
        <w:t>vn -0.5637 0.8195 0.1030</w:t>
        <w:br/>
        <w:t>vn -0.5828 0.8071 0.0945</w:t>
        <w:br/>
        <w:t>vn 0.2943 -0.6617 0.6896</w:t>
        <w:br/>
        <w:t>vn 0.3344 -0.6628 0.6700</w:t>
        <w:br/>
        <w:t>vn 0.4503 -0.8871 -0.1015</w:t>
        <w:br/>
        <w:t>vn 0.2207 -0.7597 0.6116</w:t>
        <w:br/>
        <w:t>vn 0.2806 -0.9556 -0.0897</w:t>
        <w:br/>
        <w:t>vn -0.1870 -0.1764 0.9664</w:t>
        <w:br/>
        <w:t>vn -0.2448 -0.0110 -0.9695</w:t>
        <w:br/>
        <w:t>vn -0.0987 0.0840 0.9916</w:t>
        <w:br/>
        <w:t>vn -0.5204 0.8482 0.0986</w:t>
        <w:br/>
        <w:t>vn -0.4083 0.8180 0.4052</w:t>
        <w:br/>
        <w:t>vn -0.4513 0.8901 0.0636</w:t>
        <w:br/>
        <w:t>vn -0.4266 0.8649 -0.2645</w:t>
        <w:br/>
        <w:t>vn -0.3712 0.5541 0.7451</w:t>
        <w:br/>
        <w:t>vn -0.5542 -0.0816 0.8284</w:t>
        <w:br/>
        <w:t>vn -0.3967 0.6724 -0.6249</w:t>
        <w:br/>
        <w:t>vn -0.4532 0.8879 0.0793</w:t>
        <w:br/>
        <w:t>vn -0.4186 0.8243 0.3812</w:t>
        <w:br/>
        <w:t>vn -0.4713 0.8773 0.0910</w:t>
        <w:br/>
        <w:t>vn -0.4324 0.8203 -0.3744</w:t>
        <w:br/>
        <w:t>vn -0.0187 -0.0573 0.9982</w:t>
        <w:br/>
        <w:t>vn -0.9792 -0.2025 -0.0119</w:t>
        <w:br/>
        <w:t>vn -0.8478 -0.2393 -0.4733</w:t>
        <w:br/>
        <w:t>vn -0.8835 -0.4681 -0.0203</w:t>
        <w:br/>
        <w:t>vn -0.4911 -0.5171 -0.7010</w:t>
        <w:br/>
        <w:t>vn -0.5895 0.0550 -0.8059</w:t>
        <w:br/>
        <w:t>vn -0.1965 0.1643 0.9667</w:t>
        <w:br/>
        <w:t>vn -0.4727 0.6928 0.5445</w:t>
        <w:br/>
        <w:t>vn -0.4728 0.7127 0.5182</w:t>
        <w:br/>
        <w:t>vn -0.2624 0.2896 0.9205</w:t>
        <w:br/>
        <w:t>vn 0.1411 -0.4830 0.8642</w:t>
        <w:br/>
        <w:t>vn 0.1646 -0.4806 0.8613</w:t>
        <w:br/>
        <w:t>vn -0.1876 0.1530 0.9703</w:t>
        <w:br/>
        <w:t>vn 0.1914 -0.4928 0.8489</w:t>
        <w:br/>
        <w:t>vn -0.1948 0.1530 0.9688</w:t>
        <w:br/>
        <w:t>vn -0.2953 0.3039 0.9058</w:t>
        <w:br/>
        <w:t>vn 0.1445 -0.5475 0.8242</w:t>
        <w:br/>
        <w:t>vn 0.1767 -0.5230 0.8338</w:t>
        <w:br/>
        <w:t>vn -0.4845 0.7074 0.5146</w:t>
        <w:br/>
        <w:t>vn -0.4902 0.7244 0.4848</w:t>
        <w:br/>
        <w:t>vn -0.5011 0.6972 0.5126</w:t>
        <w:br/>
        <w:t>vn -0.4960 0.6914 0.5253</w:t>
        <w:br/>
        <w:t>vn 0.4046 -0.8977 0.1741</w:t>
        <w:br/>
        <w:t>vn 0.4300 -0.8813 0.1959</w:t>
        <w:br/>
        <w:t>vn 0.4223 -0.8863 0.1902</w:t>
        <w:br/>
        <w:t>vn 0.3668 -0.9085 0.2001</w:t>
        <w:br/>
        <w:t>vn 0.4113 -0.8901 0.1962</w:t>
        <w:br/>
        <w:t>vn 0.0144 -0.9838 0.1787</w:t>
        <w:br/>
        <w:t>vn -0.1079 -0.6660 0.7381</w:t>
        <w:br/>
        <w:t>vn -0.4694 -0.5152 0.7171</w:t>
        <w:br/>
        <w:t>vn -0.5323 -0.8435 0.0714</w:t>
        <w:br/>
        <w:t>vn -0.9632 -0.2414 -0.1184</w:t>
        <w:br/>
        <w:t>vn -0.8746 -0.4805 -0.0640</w:t>
        <w:br/>
        <w:t>vn -0.8396 0.4037 0.3634</w:t>
        <w:br/>
        <w:t>vn -0.5191 0.8305 -0.2019</w:t>
        <w:br/>
        <w:t>vn -0.5030 0.8406 -0.2010</w:t>
        <w:br/>
        <w:t>vn -0.5360 0.8167 -0.2139</w:t>
        <w:br/>
        <w:t>vn -0.5280 0.8236 -0.2073</w:t>
        <w:br/>
        <w:t>vn -0.5200 0.8268 -0.2144</w:t>
        <w:br/>
        <w:t>vn -0.5052 0.8359 -0.2147</w:t>
        <w:br/>
        <w:t>vn -0.4210 0.8794 -0.2224</w:t>
        <w:br/>
        <w:t>vn -0.4544 0.7539 0.4746</w:t>
        <w:br/>
        <w:t>vn -0.4836 0.7366 0.4729</w:t>
        <w:br/>
        <w:t>vn -0.4949 0.8422 -0.2137</w:t>
        <w:br/>
        <w:t>vn -0.2726 0.5107 -0.8154</w:t>
        <w:br/>
        <w:t>vn -0.2609 0.4835 -0.8355</w:t>
        <w:br/>
        <w:t>vn 0.1023 -0.1133 -0.9883</w:t>
        <w:br/>
        <w:t>vn 0.0135 0.0216 -0.9997</w:t>
        <w:br/>
        <w:t>vn 0.3693 -0.6828 -0.6303</w:t>
        <w:br/>
        <w:t>vn 0.3829 -0.6874 -0.6171</w:t>
        <w:br/>
        <w:t>vn -0.2822 0.5298 -0.7998</w:t>
        <w:br/>
        <w:t>vn -0.2834 0.5095 -0.8125</w:t>
        <w:br/>
        <w:t>vn 0.0878 -0.1257 -0.9882</w:t>
        <w:br/>
        <w:t>vn 0.0079 -0.0021 -1.0000</w:t>
        <w:br/>
        <w:t>vn 0.3785 -0.7247 -0.5758</w:t>
        <w:br/>
        <w:t>vn 0.3534 -0.7545 -0.5530</w:t>
        <w:br/>
        <w:t>vn 0.0862 -0.1180 -0.9893</w:t>
        <w:br/>
        <w:t>vn 0.3898 -0.7015 -0.5967</w:t>
        <w:br/>
        <w:t>vn -0.3016 0.4995 -0.8121</w:t>
        <w:br/>
        <w:t>vn -0.2906 0.4963 -0.8181</w:t>
        <w:br/>
        <w:t>vn -0.2663 -0.7386 -0.6194</w:t>
        <w:br/>
        <w:t>vn 0.1102 -0.8736 -0.4740</w:t>
        <w:br/>
        <w:t>vn -0.2873 0.5146 -0.8079</w:t>
        <w:br/>
        <w:t>vn -0.2469 0.5245 -0.8149</w:t>
        <w:br/>
        <w:t>vn -0.2495 0.1144 0.9616</w:t>
        <w:br/>
        <w:t>vn 0.0815 -0.5989 0.7967</w:t>
        <w:br/>
        <w:t>vn 0.2766 -0.9400 0.1998</w:t>
        <w:br/>
        <w:t>vn 0.2953 -0.8077 -0.5103</w:t>
        <w:br/>
        <w:t>vn -0.3796 0.0349 0.9245</w:t>
        <w:br/>
        <w:t>vn -0.0587 -0.2747 -0.9597</w:t>
        <w:br/>
        <w:t>vn 0.0681 -0.2117 -0.9750</w:t>
        <w:br/>
        <w:t>vn 0.0682 -0.2117 -0.9750</w:t>
        <w:br/>
        <w:t>vn -0.3771 0.7451 -0.5502</w:t>
        <w:br/>
        <w:t>vn -0.5369 0.6546 0.5322</w:t>
        <w:br/>
        <w:t>vn -0.3092 0.4264 -0.8500</w:t>
        <w:br/>
        <w:t>vn -0.7249 -0.1245 0.6775</w:t>
        <w:br/>
        <w:t>vn -0.6681 0.2578 -0.6980</w:t>
        <w:br/>
        <w:t>vn -0.5247 0.8267 -0.2032</w:t>
        <w:br/>
        <w:t>vn -0.5004 0.8375 -0.2194</w:t>
        <w:br/>
        <w:t>vn -0.2663 -0.7385 -0.6194</w:t>
        <w:br/>
        <w:t>vn -0.5090 -0.3378 -0.7917</w:t>
        <w:br/>
        <w:t>vn -0.5716 0.6747 0.4670</w:t>
        <w:br/>
        <w:t>vn -0.3908 0.2799 0.8769</w:t>
        <w:br/>
        <w:t>vn -0.3191 0.1813 0.9302</w:t>
        <w:br/>
        <w:t>vn -0.3947 0.3133 0.8637</w:t>
        <w:br/>
        <w:t>vn 0.0832 -0.5065 0.8582</w:t>
        <w:br/>
        <w:t>vn 0.1156 -0.4812 0.8690</w:t>
        <w:br/>
        <w:t>vn -0.5935 0.6799 0.4307</w:t>
        <w:br/>
        <w:t>vn -0.5719 0.7122 0.4071</w:t>
        <w:br/>
        <w:t>vn -0.3947 0.3133 0.8638</w:t>
        <w:br/>
        <w:t>vn 0.4849 -0.8372 0.2528</w:t>
        <w:br/>
        <w:t>vn 0.1314 -0.4737 0.8708</w:t>
        <w:br/>
        <w:t>vn 0.1360 -0.4610 0.8769</w:t>
        <w:br/>
        <w:t>vn 0.4801 -0.8340 0.2718</w:t>
        <w:br/>
        <w:t>vn 0.3902 -0.8803 0.2698</w:t>
        <w:br/>
        <w:t>vn 0.4420 -0.8551 0.2710</w:t>
        <w:br/>
        <w:t>vn 0.0107 -0.9744 0.2245</w:t>
        <w:br/>
        <w:t>vn -0.1780 -0.6338 0.7527</w:t>
        <w:br/>
        <w:t>vn -0.5285 -0.5328 0.6609</w:t>
        <w:br/>
        <w:t>vn -0.5022 -0.8622 0.0657</w:t>
        <w:br/>
        <w:t>vn -0.8864 -0.4375 -0.1510</w:t>
        <w:br/>
        <w:t>vn -0.7715 -0.6329 -0.0648</w:t>
        <w:br/>
        <w:t>vn -0.8670 -0.4454 0.2232</w:t>
        <w:br/>
        <w:t>vn -0.5688 0.7663 -0.2987</w:t>
        <w:br/>
        <w:t>vn -0.5328 0.7918 -0.2988</w:t>
        <w:br/>
        <w:t>vn -0.4031 0.8615 -0.3088</w:t>
        <w:br/>
        <w:t>vn -0.5146 0.7511 0.4136</w:t>
        <w:br/>
        <w:t>vn -0.5571 0.7257 0.4038</w:t>
        <w:br/>
        <w:t>vn -0.4973 0.8113 -0.3072</w:t>
        <w:br/>
        <w:t>vn -0.2337 0.5000 -0.8339</w:t>
        <w:br/>
        <w:t>vn 0.1131 -0.0061 -0.9936</w:t>
        <w:br/>
        <w:t>vn 0.5157 -0.6922 -0.5049</w:t>
        <w:br/>
        <w:t>vn -0.2479 0.4554 -0.8551</w:t>
        <w:br/>
        <w:t>vn -0.2489 0.4290 -0.8683</w:t>
        <w:br/>
        <w:t>vn 0.1875 -0.1931 -0.9631</w:t>
        <w:br/>
        <w:t>vn 0.0891 -0.0630 -0.9940</w:t>
        <w:br/>
        <w:t>vn 0.4753 -0.7387 -0.4780</w:t>
        <w:br/>
        <w:t>vn 0.4325 -0.7675 -0.4731</w:t>
        <w:br/>
        <w:t>vn 0.2023 -0.1775 -0.9631</w:t>
        <w:br/>
        <w:t>vn 0.5173 -0.7053 -0.4847</w:t>
        <w:br/>
        <w:t>vn -0.2636 0.4421 -0.8574</w:t>
        <w:br/>
        <w:t>vn -0.2569 0.4182 -0.8713</w:t>
        <w:br/>
        <w:t>vn -0.1747 -0.7894 -0.5885</w:t>
        <w:br/>
        <w:t>vn 0.1631 -0.8819 -0.4424</w:t>
        <w:br/>
        <w:t>vn -0.5886 0.7570 -0.2838</w:t>
        <w:br/>
        <w:t>vn -0.5860 0.7555 -0.2931</w:t>
        <w:br/>
        <w:t>vn -0.2256 0.4600 -0.8588</w:t>
        <w:br/>
        <w:t>vn -0.1600 0.4706 -0.8677</w:t>
        <w:br/>
        <w:t>vn 0.0149 -0.5561 0.8310</w:t>
        <w:br/>
        <w:t>vn -0.3461 0.1375 0.9281</w:t>
        <w:br/>
        <w:t>vn 0.2871 -0.9191 0.2698</w:t>
        <w:br/>
        <w:t>vn 0.3683 -0.8135 -0.4502</w:t>
        <w:br/>
        <w:t>vn -0.6113 0.6537 0.4461</w:t>
        <w:br/>
        <w:t>vn -0.6125 0.6526 0.4460</w:t>
        <w:br/>
        <w:t>vn -0.3197 0.1744 0.9313</w:t>
        <w:br/>
        <w:t>vn -0.4769 0.0264 0.8785</w:t>
        <w:br/>
        <w:t>vn 0.0501 -0.3266 -0.9438</w:t>
        <w:br/>
        <w:t>vn 0.1661 -0.2452 -0.9552</w:t>
        <w:br/>
        <w:t>vn -0.3462 0.1376 0.9280</w:t>
        <w:br/>
        <w:t>vn -0.5152 0.8558 0.0470</w:t>
        <w:br/>
        <w:t>vn -0.3143 0.6995 -0.6418</w:t>
        <w:br/>
        <w:t>vn -0.2002 0.3420 -0.9181</w:t>
        <w:br/>
        <w:t>vn -0.4981 0.8035 -0.3260</w:t>
        <w:br/>
        <w:t>vn -0.6118 0.6438 0.4596</w:t>
        <w:br/>
        <w:t>vn -0.7244 0.0629 0.6865</w:t>
        <w:br/>
        <w:t>vn -0.4769 0.0263 0.8785</w:t>
        <w:br/>
        <w:t>vn -0.6311 0.7422 0.2256</w:t>
        <w:br/>
        <w:t>vn -0.6118 0.6439 0.4596</w:t>
        <w:br/>
        <w:t>vn -0.3185 0.5221 -0.7912</w:t>
        <w:br/>
        <w:t>vn -0.5291 0.7857 -0.3207</w:t>
        <w:br/>
        <w:t>vn -0.3670 -0.4935 -0.7885</w:t>
        <w:br/>
        <w:t>vn 0.4310 0.4187 0.7993</w:t>
        <w:br/>
        <w:t>vn 0.3521 -0.9314 -0.0923</w:t>
        <w:br/>
        <w:t>vn 0.4807 -0.2131 -0.8506</w:t>
        <w:br/>
        <w:t>vn 0.6124 -0.5234 -0.5925</w:t>
        <w:br/>
        <w:t>vn -0.4699 0.8762 0.1074</w:t>
        <w:br/>
        <w:t>vn -0.4624 0.8848 0.0578</w:t>
        <w:br/>
        <w:t>vn -0.5092 0.8557 -0.0921</w:t>
        <w:br/>
        <w:t>vn -0.5314 0.8239 0.1971</w:t>
        <w:br/>
        <w:t>vn -0.4617 0.8570 0.2289</w:t>
        <w:br/>
        <w:t>vn -0.5084 0.8593 -0.0563</w:t>
        <w:br/>
        <w:t>vn -0.6553 0.6945 -0.2972</w:t>
        <w:br/>
        <w:t>vn 0.7106 -0.5614 0.4241</w:t>
        <w:br/>
        <w:t>vn -0.5543 0.8207 0.1386</w:t>
        <w:br/>
        <w:t>vn -0.5511 0.8189 0.1604</w:t>
        <w:br/>
        <w:t>vn -0.3336 0.5262 0.7822</w:t>
        <w:br/>
        <w:t>vn -0.3844 0.5267 0.7582</w:t>
        <w:br/>
        <w:t>vn -0.3981 0.5300 0.7487</w:t>
        <w:br/>
        <w:t>vn -0.1902 0.5173 -0.8344</w:t>
        <w:br/>
        <w:t>vn -0.5440 0.8211 0.1730</w:t>
        <w:br/>
        <w:t>vn -0.5336 0.8076 -0.2513</w:t>
        <w:br/>
        <w:t>vn 0.0346 0.4816 0.8757</w:t>
        <w:br/>
        <w:t>vn -0.4822 0.7220 0.4961</w:t>
        <w:br/>
        <w:t>vn -0.5966 0.7988 0.0772</w:t>
        <w:br/>
        <w:t>vn -0.5700 0.8217 -0.0062</w:t>
        <w:br/>
        <w:t>vn -0.6584 0.7058 -0.2614</w:t>
        <w:br/>
        <w:t>vn -0.6554 0.6992 -0.2855</w:t>
        <w:br/>
        <w:t>vn -0.5927 0.7372 -0.3243</w:t>
        <w:br/>
        <w:t>vn 0.6509 -0.6959 -0.3035</w:t>
        <w:br/>
        <w:t>vn 0.6906 -0.7186 -0.0814</w:t>
        <w:br/>
        <w:t>vn 0.7842 -0.5989 0.1624</w:t>
        <w:br/>
        <w:t>vn 0.7333 -0.1610 0.6605</w:t>
        <w:br/>
        <w:t>vn 0.2494 0.3340 0.9090</w:t>
        <w:br/>
        <w:t>vn 0.7333 -0.1609 0.6605</w:t>
        <w:br/>
        <w:t>vn -0.2044 0.0249 -0.9786</w:t>
        <w:br/>
        <w:t>vn -0.4049 0.7447 0.5305</w:t>
        <w:br/>
        <w:t>vn 0.2004 0.1941 -0.9603</w:t>
        <w:br/>
        <w:t>vn -0.1483 0.6094 -0.7789</w:t>
        <w:br/>
        <w:t>vn 0.2077 0.1376 -0.9685</w:t>
        <w:br/>
        <w:t>vn -0.2162 0.6282 -0.7474</w:t>
        <w:br/>
        <w:t>vn -0.4693 -0.5152 0.7171</w:t>
        <w:br/>
        <w:t>vn -0.5284 -0.5328 0.6609</w:t>
        <w:br/>
        <w:t>vn -0.6909 -0.6234 0.3661</w:t>
        <w:br/>
        <w:t>vn -0.5324 -0.8435 0.0714</w:t>
        <w:br/>
        <w:t>vn -0.3190 0.5699 0.7573</w:t>
        <w:br/>
        <w:t>vn -0.5455 0.8197 0.1744</w:t>
        <w:br/>
        <w:t>vn -0.5228 0.6736 -0.5225</w:t>
        <w:br/>
        <w:t>vn -0.5247 0.6621 -0.5351</w:t>
        <w:br/>
        <w:t>vn -0.5526 0.8156 0.1716</w:t>
        <w:br/>
        <w:t>vn -0.3225 0.5533 0.7680</w:t>
        <w:br/>
        <w:t>vn -0.2980 0.5821 0.7565</w:t>
        <w:br/>
        <w:t>vn -0.5112 0.8387 0.1878</w:t>
        <w:br/>
        <w:t>vn -0.3800 0.5518 0.7424</w:t>
        <w:br/>
        <w:t>vn -0.5629 0.8213 0.0930</w:t>
        <w:br/>
        <w:t>vn -0.4506 0.6489 -0.6131</w:t>
        <w:br/>
        <w:t>vn -0.3557 0.5787 0.7339</w:t>
        <w:br/>
        <w:t>vn -0.5091 0.8522 0.1209</w:t>
        <w:br/>
        <w:t>vn -0.4354 0.7007 -0.5652</w:t>
        <w:br/>
        <w:t>vn -0.4896 0.7130 0.5018</w:t>
        <w:br/>
        <w:t>vn -0.5213 0.8255 -0.2164</w:t>
        <w:br/>
        <w:t>vn -0.2970 0.5114 -0.8064</w:t>
        <w:br/>
        <w:t>vn -0.4959 0.7329 0.4657</w:t>
        <w:br/>
        <w:t>vn -0.5024 0.8400 -0.2048</w:t>
        <w:br/>
        <w:t>vn -0.2897 0.5338 -0.7944</w:t>
        <w:br/>
        <w:t>vn -0.5954 0.6681 0.4463</w:t>
        <w:br/>
        <w:t>vn -0.5616 0.7824 -0.2693</w:t>
        <w:br/>
        <w:t>vn -0.2482 0.4803 -0.8412</w:t>
        <w:br/>
        <w:t>vn -0.5661 0.7241 0.3939</w:t>
        <w:br/>
        <w:t>vn -0.5164 0.8019 -0.3006</w:t>
        <w:br/>
        <w:t>vn -0.2449 0.4708 -0.8476</w:t>
        <w:br/>
        <w:t>vn 0.7369 -0.4964 0.4589</w:t>
        <w:br/>
        <w:t>vn 0.5445 -0.0015 0.8387</w:t>
        <w:br/>
        <w:t>vn 0.1257 0.5558 0.8218</w:t>
        <w:br/>
        <w:t>vn 0.0735 0.4922 0.8674</w:t>
        <w:br/>
        <w:t>vn -0.4824 0.7375 0.4727</w:t>
        <w:br/>
        <w:t>vn -0.3142 -0.3333 0.8889</w:t>
        <w:br/>
        <w:t>vn -0.3713 -0.6272 0.6847</w:t>
        <w:br/>
        <w:t>vn 0.0242 -0.6287 -0.7772</w:t>
        <w:br/>
        <w:t>vn 0.1110 -0.9930 0.0406</w:t>
        <w:br/>
        <w:t>vn -0.3173 -0.2669 0.9100</w:t>
        <w:br/>
        <w:t>vn -0.4100 0.8621 0.2978</w:t>
        <w:br/>
        <w:t>vn 0.7016 -0.7115 -0.0395</w:t>
        <w:br/>
        <w:t>vn 0.6602 -0.6775 -0.3242</w:t>
        <w:br/>
        <w:t>vn 0.7162 -0.3760 0.5879</w:t>
        <w:br/>
        <w:t>vn 0.7375 -0.6214 0.2644</w:t>
        <w:br/>
        <w:t>vn 0.5869 -0.5264 -0.6152</w:t>
        <w:br/>
        <w:t>vn 0.4367 -0.2514 -0.8638</w:t>
        <w:br/>
        <w:t>vn 0.4949 -0.0469 0.8677</w:t>
        <w:br/>
        <w:t>vn 0.2600 0.1788 0.9489</w:t>
        <w:br/>
        <w:t>vn -0.4638 0.8860 0.0005</w:t>
        <w:br/>
        <w:t>vn -0.4823 0.8638 0.1457</w:t>
        <w:br/>
        <w:t>vn -0.6276 0.7637 0.1511</w:t>
        <w:br/>
        <w:t>vn -0.3799 -0.7079 0.5955</w:t>
        <w:br/>
        <w:t>vn -0.4271 -0.4934 -0.7577</w:t>
        <w:br/>
        <w:t>vn -0.5440 -0.7406 -0.3945</w:t>
        <w:br/>
        <w:t>vn -0.6212 -0.7821 0.0500</w:t>
        <w:br/>
        <w:t>vn -0.5938 -0.0437 -0.8034</w:t>
        <w:br/>
        <w:t>vn -0.1288 -0.3304 -0.9350</w:t>
        <w:br/>
        <w:t>vn -0.3430 -0.4737 0.8111</w:t>
        <w:br/>
        <w:t>vn -0.3529 -0.8589 0.3711</w:t>
        <w:br/>
        <w:t>vn -0.5886 -0.8081 -0.0236</w:t>
        <w:br/>
        <w:t>vn -0.6240 0.5597 0.5453</w:t>
        <w:br/>
        <w:t>vn -0.6576 0.7184 -0.2268</w:t>
        <w:br/>
        <w:t>vn -0.7513 0.6503 -0.1125</w:t>
        <w:br/>
        <w:t>vn -0.7699 0.5925 0.2372</w:t>
        <w:br/>
        <w:t>vn -0.5862 -0.2495 -0.7708</w:t>
        <w:br/>
        <w:t>vn -0.6501 -0.7598 0.0100</w:t>
        <w:br/>
        <w:t>vn -0.4872 0.8630 -0.1337</w:t>
        <w:br/>
        <w:t>vn -0.4871 0.8630 -0.1337</w:t>
        <w:br/>
        <w:t>vn -0.4620 0.8694 0.1755</w:t>
        <w:br/>
        <w:t>vn -0.3801 0.7997 0.4647</w:t>
        <w:br/>
        <w:t>vn -0.4620 0.8693 0.1755</w:t>
        <w:br/>
        <w:t>vn -0.8835 -0.4680 -0.0202</w:t>
        <w:br/>
        <w:t>vn -0.4570 -0.6293 0.6286</w:t>
        <w:br/>
        <w:t>vn -0.4683 -0.8811 -0.0658</w:t>
        <w:br/>
        <w:t>vn -0.5542 -0.0815 0.8284</w:t>
        <w:br/>
        <w:t>vn -0.3770 0.7451 -0.5502</w:t>
        <w:br/>
        <w:t>vn -0.4639 0.8563 -0.2272</w:t>
        <w:br/>
        <w:t>vn -0.4863 0.8645 0.1270</w:t>
        <w:br/>
        <w:t>vn -0.4639 0.8563 -0.2271</w:t>
        <w:br/>
        <w:t>vn -0.5090 -0.3377 -0.7917</w:t>
        <w:br/>
        <w:t>vn -0.8747 -0.4805 -0.0639</w:t>
        <w:br/>
        <w:t>vn -0.9632 -0.2413 -0.1184</w:t>
        <w:br/>
        <w:t>vn -0.8746 -0.4806 -0.0640</w:t>
        <w:br/>
        <w:t>vn -0.4532 0.8308 -0.3233</w:t>
        <w:br/>
        <w:t>vn -0.7716 -0.6328 -0.0648</w:t>
        <w:br/>
        <w:t>vn -0.6962 -0.5835 -0.4181</w:t>
        <w:br/>
        <w:t>vn -0.3671 -0.4935 -0.7885</w:t>
        <w:br/>
        <w:t>vn -0.8864 -0.4376 -0.1510</w:t>
        <w:br/>
        <w:t>vn -0.7243 0.0628 0.6866</w:t>
        <w:br/>
        <w:t>vn -0.4531 0.8308 -0.3232</w:t>
        <w:br/>
        <w:t>vn -0.5469 0.6572 0.5185</w:t>
        <w:br/>
        <w:t>vn -0.1854 0.6780 0.7113</w:t>
        <w:br/>
        <w:t>vn 0.0772 0.5113 0.8559</w:t>
        <w:br/>
        <w:t>vn 0.3485 0.3031 0.8869</w:t>
        <w:br/>
        <w:t>vn 0.3485 0.3031 0.8870</w:t>
        <w:br/>
        <w:t>vn 0.0773 0.5113 0.8559</w:t>
        <w:br/>
        <w:t>vn 0.1631 -0.9110 0.3787</w:t>
        <w:br/>
        <w:t>vn -0.5428 -0.8327 0.1096</w:t>
        <w:br/>
        <w:t>vn -0.5462 0.7152 -0.4359</w:t>
        <w:br/>
        <w:t>vn -0.5603 0.6922 -0.4549</w:t>
        <w:br/>
        <w:t>vn -0.4966 0.7687 -0.4032</w:t>
        <w:br/>
        <w:t>vn -0.4409 0.8125 -0.3813</w:t>
        <w:br/>
        <w:t>vn -0.4101 0.8329 -0.3716</w:t>
        <w:br/>
        <w:t>vn -0.3992 0.8361 -0.3763</w:t>
        <w:br/>
        <w:t>vn -0.4063 0.8246 -0.3936</w:t>
        <w:br/>
        <w:t>vn -0.4412 0.7987 -0.4092</w:t>
        <w:br/>
        <w:t>vn 0.1816 0.0315 0.9829</w:t>
        <w:br/>
        <w:t>vn 0.0739 -0.1253 0.9894</w:t>
        <w:br/>
        <w:t>vn 0.0432 -0.1744 0.9837</w:t>
        <w:br/>
        <w:t>vn -0.7243 0.0629 0.6866</w:t>
        <w:br/>
        <w:t>vn -0.3712 0.5542 0.7450</w:t>
        <w:br/>
        <w:t>vn -0.9927 0.0387 0.1139</w:t>
        <w:br/>
        <w:t>vn 0.4759 -0.0942 0.8745</w:t>
        <w:br/>
        <w:t>vn 0.4275 0.5748 0.6978</w:t>
        <w:br/>
        <w:t>vn 0.4533 0.5517 0.7001</w:t>
        <w:br/>
        <w:t>vn 0.1834 0.1582 0.9702</w:t>
        <w:br/>
        <w:t>vn 0.1564 0.1980 0.9676</w:t>
        <w:br/>
        <w:t>vn -0.3126 -0.4594 0.8314</w:t>
        <w:br/>
        <w:t>vn -0.2792 -0.5266 0.8029</w:t>
        <w:br/>
        <w:t>vn -0.4532 -0.7875 0.4176</w:t>
        <w:br/>
        <w:t>vn -0.4951 -0.7211 0.4847</w:t>
        <w:br/>
        <w:t>vn -0.4533 -0.7875 0.4176</w:t>
        <w:br/>
        <w:t>vn -0.4978 -0.8669 0.0258</w:t>
        <w:br/>
        <w:t>vn -0.5647 -0.8214 0.0804</w:t>
        <w:br/>
        <w:t>vn -0.4873 -0.7648 -0.4214</w:t>
        <w:br/>
        <w:t>vn -0.4471 -0.8104 -0.3785</w:t>
        <w:br/>
        <w:t>vn -0.2975 -0.5221 -0.7993</w:t>
        <w:br/>
        <w:t>vn -0.2797 -0.5722 -0.7709</w:t>
        <w:br/>
        <w:t>vn 0.2916 0.3420 -0.8933</w:t>
        <w:br/>
        <w:t>vn -0.0228 -0.1183 -0.9927</w:t>
        <w:br/>
        <w:t>vn -0.0088 -0.1647 -0.9863</w:t>
        <w:br/>
        <w:t>vn 0.3005 0.3008 -0.9051</w:t>
        <w:br/>
        <w:t>vn -0.4136 -0.2759 0.8677</w:t>
        <w:br/>
        <w:t>vn -0.5879 -0.5513 0.5920</w:t>
        <w:br/>
        <w:t>vn -0.5100 -0.6201 -0.5962</w:t>
        <w:br/>
        <w:t>vn -0.6010 -0.7270 -0.3320</w:t>
        <w:br/>
        <w:t>vn -0.3557 -0.3858 -0.8512</w:t>
        <w:br/>
        <w:t>vn 0.3544 0.6527 0.6696</w:t>
        <w:br/>
        <w:t>vn 0.0690 0.3278 0.9422</w:t>
        <w:br/>
        <w:t>vn 0.2463 0.4449 -0.8611</w:t>
        <w:br/>
        <w:t>vn -0.0796 0.0078 -0.9968</w:t>
        <w:br/>
        <w:t>vn -0.6490 -0.7050 0.2860</w:t>
        <w:br/>
        <w:t>vn -0.6518 -0.7581 -0.0190</w:t>
        <w:br/>
        <w:t>vn 0.5289 0.8310 0.1726</w:t>
        <w:br/>
        <w:t>vn 0.5870 0.7904 0.1755</w:t>
        <w:br/>
        <w:t>vn 0.6072 0.7766 0.1679</w:t>
        <w:br/>
        <w:t>vn -0.7775 -0.6269 0.0490</w:t>
        <w:br/>
        <w:t>vn -0.7232 -0.6900 -0.0288</w:t>
        <w:br/>
        <w:t>vn -0.8280 -0.2508 0.5015</w:t>
        <w:br/>
        <w:t>vn -0.8234 -0.1717 0.5409</w:t>
        <w:br/>
        <w:t>vn -0.8007 -0.3332 0.4978</w:t>
        <w:br/>
        <w:t>vn -0.6574 -0.7503 -0.0702</w:t>
        <w:br/>
        <w:t>vn -0.1597 0.1417 -0.9769</w:t>
        <w:br/>
        <w:t>vn 0.1856 0.5464 -0.8167</w:t>
        <w:br/>
        <w:t>vn 0.1529 0.6012 -0.7843</w:t>
        <w:br/>
        <w:t>vn -0.2004 0.2013 -0.9588</w:t>
        <w:br/>
        <w:t>vn 0.2019 -0.1058 0.9737</w:t>
        <w:br/>
        <w:t>vn 0.4101 0.4664 0.7838</w:t>
        <w:br/>
        <w:t>vn 0.7144 0.4332 0.5496</w:t>
        <w:br/>
        <w:t>vn 0.5432 -0.3298 0.7721</w:t>
        <w:br/>
        <w:t>vn 0.1792 -0.8404 0.5115</w:t>
        <w:br/>
        <w:t>vn -0.0727 -0.9957 -0.0572</w:t>
        <w:br/>
        <w:t>vn -0.1582 -0.9831 -0.0919</w:t>
        <w:br/>
        <w:t>vn -0.0394 -0.7423 0.6689</w:t>
        <w:br/>
        <w:t>vn 0.9182 0.3922 0.0550</w:t>
        <w:br/>
        <w:t>vn 0.9890 -0.1477 -0.0127</w:t>
        <w:br/>
        <w:t>vn 0.6401 0.7620 0.0977</w:t>
        <w:br/>
        <w:t>vn 0.5754 0.8087 0.1221</w:t>
        <w:br/>
        <w:t>vn 0.4445 0.6074 -0.6584</w:t>
        <w:br/>
        <w:t>vn 0.6679 0.5255 -0.5270</w:t>
        <w:br/>
        <w:t>vn 0.9988 -0.0409 -0.0275</w:t>
        <w:br/>
        <w:t>vn 0.8903 0.4506 -0.0659</w:t>
        <w:br/>
        <w:t>vn 0.5346 -0.2704 -0.8007</w:t>
        <w:br/>
        <w:t>vn 0.1518 -0.7537 -0.6394</w:t>
        <w:br/>
        <w:t>vn 0.3597 -0.5851 -0.7268</w:t>
        <w:br/>
        <w:t>vn -0.2080 -0.9567 0.2038</w:t>
        <w:br/>
        <w:t>vn -0.1621 -0.9763 0.1437</w:t>
        <w:br/>
        <w:t>vn -0.1381 -0.6616 0.7370</w:t>
        <w:br/>
        <w:t>vn -0.1417 -0.7640 0.6295</w:t>
        <w:br/>
        <w:t>vn -0.3297 -0.9440 -0.0091</w:t>
        <w:br/>
        <w:t>vn -0.2260 -0.6432 0.7316</w:t>
        <w:br/>
        <w:t>vn 0.7819 0.5029 -0.3683</w:t>
        <w:br/>
        <w:t>vn 0.5938 -0.0436 -0.8034</w:t>
        <w:br/>
        <w:t>vn 0.3908 -0.7643 -0.5129</w:t>
        <w:br/>
        <w:t>vn 0.1462 -0.1738 -0.9739</w:t>
        <w:br/>
        <w:t>vn 0.1597 -0.1729 -0.9719</w:t>
        <w:br/>
        <w:t>vn 0.1730 -0.9739 -0.1467</w:t>
        <w:br/>
        <w:t>vn -0.0609 -0.9919 0.1113</w:t>
        <w:br/>
        <w:t>vn 0.3908 -0.7643 -0.5130</w:t>
        <w:br/>
        <w:t>vn 0.4536 0.7546 0.4742</w:t>
        <w:br/>
        <w:t>vn 0.5224 0.7633 0.3801</w:t>
        <w:br/>
        <w:t>vn 0.6481 0.7433 0.1658</w:t>
        <w:br/>
        <w:t>vn 0.7336 0.6741 -0.0860</w:t>
        <w:br/>
        <w:t>vn 0.6201 0.7192 0.3132</w:t>
        <w:br/>
        <w:t>vn 0.6236 0.7553 0.2017</w:t>
        <w:br/>
        <w:t>vn 0.3199 0.1318 0.9382</w:t>
        <w:br/>
        <w:t>vn 0.1090 -0.5351 0.8378</w:t>
        <w:br/>
        <w:t>vn -0.1284 -0.4742 0.8710</w:t>
        <w:br/>
        <w:t>vn 0.2247 0.1590 0.9614</w:t>
        <w:br/>
        <w:t>vn 0.5092 0.6643 0.5472</w:t>
        <w:br/>
        <w:t>vn 0.5660 0.6430 0.5159</w:t>
        <w:br/>
        <w:t>vn -0.2355 -0.9633 0.1289</w:t>
        <w:br/>
        <w:t>vn -0.3949 -0.9037 0.1656</w:t>
        <w:br/>
        <w:t>vn 0.5528 0.8026 -0.2242</w:t>
        <w:br/>
        <w:t>vn 0.5821 0.7713 -0.2576</w:t>
        <w:br/>
        <w:t>vn 0.5647 -0.3459 0.7493</w:t>
        <w:br/>
        <w:t>vn 0.4119 -0.5182 0.7495</w:t>
        <w:br/>
        <w:t>vn 0.5705 -0.1261 0.8115</w:t>
        <w:br/>
        <w:t>vn 0.1437 -0.8320 0.5359</w:t>
        <w:br/>
        <w:t>vn 0.7740 0.5421 0.3271</w:t>
        <w:br/>
        <w:t>vn 0.5705 -0.1261 0.8116</w:t>
        <w:br/>
        <w:t>vn 0.6122 0.7800 -0.1298</w:t>
        <w:br/>
        <w:t>vn 0.5441 0.7757 -0.3196</w:t>
        <w:br/>
        <w:t>vn 0.4666 0.8060 -0.3641</w:t>
        <w:br/>
        <w:t>vn -0.3474 -0.6825 -0.6430</w:t>
        <w:br/>
        <w:t>vn -0.2303 -0.7464 -0.6244</w:t>
        <w:br/>
        <w:t>vn 0.0626 -0.1846 -0.9808</w:t>
        <w:br/>
        <w:t>vn -0.0962 -0.1373 -0.9858</w:t>
        <w:br/>
        <w:t>vn 0.2758 0.4411 -0.8540</w:t>
        <w:br/>
        <w:t>vn 0.3124 0.3926 -0.8651</w:t>
        <w:br/>
        <w:t>vn 0.6882 0.3412 -0.6403</w:t>
        <w:br/>
        <w:t>vn 0.4889 -0.4056 -0.7723</w:t>
        <w:br/>
        <w:t>vn 0.8557 -0.3261 -0.4017</w:t>
        <w:br/>
        <w:t>vn 0.9125 0.3289 -0.2431</w:t>
        <w:br/>
        <w:t>vn 0.4890 -0.4055 -0.7723</w:t>
        <w:br/>
        <w:t>vn 0.0756 -0.8538 -0.5151</w:t>
        <w:br/>
        <w:t>vn 0.3438 -0.8064 -0.4812</w:t>
        <w:br/>
        <w:t>vn 0.5742 0.6495 0.4984</w:t>
        <w:br/>
        <w:t>vn 0.6129 0.6197 0.4902</w:t>
        <w:br/>
        <w:t>vn 0.3545 0.0686 0.9325</w:t>
        <w:br/>
        <w:t>vn 0.3087 0.1296 0.9423</w:t>
        <w:br/>
        <w:t>vn -0.0392 -0.6146 0.7879</w:t>
        <w:br/>
        <w:t>vn -0.1171 -0.5156 0.8488</w:t>
        <w:br/>
        <w:t>vn -0.4140 -0.9058 0.0901</w:t>
        <w:br/>
        <w:t>vn -0.4661 -0.8627 0.1962</w:t>
        <w:br/>
        <w:t>vn 0.5476 0.8015 -0.2401</w:t>
        <w:br/>
        <w:t>vn 0.5585 0.7903 -0.2520</w:t>
        <w:br/>
        <w:t>vn 0.5904 -0.5572 0.5839</w:t>
        <w:br/>
        <w:t>vn 0.5868 -0.5574 0.5873</w:t>
        <w:br/>
        <w:t>vn 0.6676 -0.1873 0.7206</w:t>
        <w:br/>
        <w:t>vn 0.6677 -0.1874 0.7204</w:t>
        <w:br/>
        <w:t>vn 0.8319 0.5025 0.2354</w:t>
        <w:br/>
        <w:t>vn -0.1626 -0.9682 -0.1902</w:t>
        <w:br/>
        <w:t>vn 0.0724 -0.9936 -0.0870</w:t>
        <w:br/>
        <w:t>vn 0.4711 0.7027 -0.5332</w:t>
        <w:br/>
        <w:t>vn 0.6030 0.6679 -0.4362</w:t>
        <w:br/>
        <w:t>vn 0.7568 0.6312 -0.1701</w:t>
        <w:br/>
        <w:t>vn 0.6065 0.6713 -0.4261</w:t>
        <w:br/>
        <w:t>vn 0.2437 0.5083 -0.8260</w:t>
        <w:br/>
        <w:t>vn -0.1832 -0.1067 -0.9773</w:t>
        <w:br/>
        <w:t>vn -0.1765 -0.0887 -0.9803</w:t>
        <w:br/>
        <w:t>vn 0.2504 0.5206 -0.8163</w:t>
        <w:br/>
        <w:t>vn -0.4677 -0.6649 -0.5824</w:t>
        <w:br/>
        <w:t>vn -0.4905 -0.6818 -0.5428</w:t>
        <w:br/>
        <w:t>vn -0.3094 -0.9433 -0.1206</w:t>
        <w:br/>
        <w:t>vn -0.4261 -0.6082 -0.6698</w:t>
        <w:br/>
        <w:t>vn -0.3328 -0.9154 -0.2265</w:t>
        <w:br/>
        <w:t>vn -0.4167 -0.9020 -0.1126</w:t>
        <w:br/>
        <w:t>vn -0.5191 -0.7144 -0.4692</w:t>
        <w:br/>
        <w:t>vn -0.4255 -0.6509 -0.6287</w:t>
        <w:br/>
        <w:t>vn -0.7268 -0.4986 0.4724</w:t>
        <w:br/>
        <w:t>vn -0.7661 -0.4134 0.4921</w:t>
        <w:br/>
        <w:t>vn -0.5989 -0.7922 -0.1173</w:t>
        <w:br/>
        <w:t>vn -0.5363 -0.8223 -0.1902</w:t>
        <w:br/>
        <w:t>vn -0.1347 -0.9067 -0.3996</w:t>
        <w:br/>
        <w:t>vn 0.0174 -0.8144 -0.5800</w:t>
        <w:br/>
        <w:t>vn 0.0932 0.3998 0.9118</w:t>
        <w:br/>
        <w:t>vn 0.0522 0.4302 0.9012</w:t>
        <w:br/>
        <w:t>vn -0.4345 0.1278 0.8916</w:t>
        <w:br/>
        <w:t>vn -0.4205 0.0464 0.9061</w:t>
        <w:br/>
        <w:t>vn 0.7067 -0.2617 -0.6574</w:t>
        <w:br/>
        <w:t>vn 0.4732 -0.8445 -0.2508</w:t>
        <w:br/>
        <w:t>vn 0.9981 -0.0310 -0.0541</w:t>
        <w:br/>
        <w:t>vn 0.9528 0.3001 -0.0455</w:t>
        <w:br/>
        <w:t>vn 0.5841 0.4468 0.6776</w:t>
        <w:br/>
        <w:t>vn 0.7045 0.1832 0.6856</w:t>
        <w:br/>
        <w:t>vn 0.6478 0.2406 0.7228</w:t>
        <w:br/>
        <w:t>vn 0.9528 0.3002 -0.0455</w:t>
        <w:br/>
        <w:t>vn 0.4185 0.4719 0.7760</w:t>
        <w:br/>
        <w:t>vn -0.3202 -0.9473 0.0117</w:t>
        <w:br/>
        <w:t>vn -0.2236 -0.9747 -0.0041</w:t>
        <w:br/>
        <w:t>vn -0.2768 -0.9537 0.1177</w:t>
        <w:br/>
        <w:t>vn 0.2522 0.0247 0.9674</w:t>
        <w:br/>
        <w:t>vn 0.3512 0.4583 0.8165</w:t>
        <w:br/>
        <w:t>vn 0.3788 0.4833 0.7893</w:t>
        <w:br/>
        <w:t>vn 0.3732 0.0348 0.9271</w:t>
        <w:br/>
        <w:t>vn 0.3098 -0.5332 0.7872</w:t>
        <w:br/>
        <w:t>vn 0.0945 -0.4622 0.8817</w:t>
        <w:br/>
        <w:t>vn -0.1016 -0.8499 0.5171</w:t>
        <w:br/>
        <w:t>vn 0.1738 -0.9162 0.3612</w:t>
        <w:br/>
        <w:t>vn -0.2456 -0.9693 0.0111</w:t>
        <w:br/>
        <w:t>vn -0.5470 -0.8030 -0.2368</w:t>
        <w:br/>
        <w:t>vn -0.5046 -0.8456 -0.1739</w:t>
        <w:br/>
        <w:t>vn -0.6489 -0.7490 -0.1341</w:t>
        <w:br/>
        <w:t>vn -0.6147 -0.7388 -0.2765</w:t>
        <w:br/>
        <w:t>vn -0.6002 -0.5748 -0.5562</w:t>
        <w:br/>
        <w:t>vn -0.5768 -0.6338 -0.5154</w:t>
        <w:br/>
        <w:t>vn -0.4783 -0.2447 -0.8434</w:t>
        <w:br/>
        <w:t>vn -0.4730 -0.2913 -0.8315</w:t>
        <w:br/>
        <w:t>vn -0.5494 -0.6888 -0.4730</w:t>
        <w:br/>
        <w:t>vn -0.4704 -0.3422 -0.8134</w:t>
        <w:br/>
        <w:t>vn -0.1958 0.1403 -0.9706</w:t>
        <w:br/>
        <w:t>vn -0.1969 0.1685 -0.9658</w:t>
        <w:br/>
        <w:t>vn 0.1608 0.5965 -0.7864</w:t>
        <w:br/>
        <w:t>vn 0.1830 0.5848 -0.7903</w:t>
        <w:br/>
        <w:t>vn -0.4772 -0.8616 -0.1729</w:t>
        <w:br/>
        <w:t>vn -0.3139 -0.9219 -0.2272</w:t>
        <w:br/>
        <w:t>vn -0.0769 -0.9958 -0.0502</w:t>
        <w:br/>
        <w:t>vn -0.0078 0.5329 0.8462</w:t>
        <w:br/>
        <w:t>vn -0.4592 0.2328 0.8573</w:t>
        <w:br/>
        <w:t>vn 0.3155 0.5870 0.7456</w:t>
        <w:br/>
        <w:t>vn 0.3946 0.5296 0.7509</w:t>
        <w:br/>
        <w:t>vn 0.3632 0.7514 0.5509</w:t>
        <w:br/>
        <w:t>vn 0.2736 0.7416 0.6125</w:t>
        <w:br/>
        <w:t>vn -0.1399 -0.9766 -0.1631</w:t>
        <w:br/>
        <w:t>vn 0.6515 0.6952 0.3037</w:t>
        <w:br/>
        <w:t>vn 0.7334 0.6791 0.0308</w:t>
        <w:br/>
        <w:t>vn 0.6193 0.5555 -0.5549</w:t>
        <w:br/>
        <w:t>vn 0.4537 -0.5436 0.7062</w:t>
        <w:br/>
        <w:t>vn 0.1526 -0.1772 0.9723</w:t>
        <w:br/>
        <w:t>vn 0.0327 0.7114 0.7020</w:t>
        <w:br/>
        <w:t>vn 0.3548 0.8294 0.4316</w:t>
        <w:br/>
        <w:t>vn 0.2590 0.7245 0.6387</w:t>
        <w:br/>
        <w:t>vn 0.3216 0.7125 0.6236</w:t>
        <w:br/>
        <w:t>vn 0.0611 0.4541 0.8889</w:t>
        <w:br/>
        <w:t>vn -0.4674 0.3344 0.8184</w:t>
        <w:br/>
        <w:t>vn -0.0231 0.6430 0.7655</w:t>
        <w:br/>
        <w:t>vn 0.3960 0.4979 0.7715</w:t>
        <w:br/>
        <w:t>vn 0.4154 0.4630 0.7830</w:t>
        <w:br/>
        <w:t>vn 0.1203 -0.1151 0.9860</w:t>
        <w:br/>
        <w:t>vn 0.0586 -0.1739 0.9830</w:t>
        <w:br/>
        <w:t>vn 0.3963 0.5006 0.7696</w:t>
        <w:br/>
        <w:t>vn 0.2731 0.5029 -0.8201</w:t>
        <w:br/>
        <w:t>vn -0.1591 -0.0710 -0.9847</w:t>
        <w:br/>
        <w:t>vn -0.1652 -0.0630 -0.9842</w:t>
        <w:br/>
        <w:t>vn 0.2849 0.4733 -0.8335</w:t>
        <w:br/>
        <w:t>vn -0.2238 -0.0639 -0.9725</w:t>
        <w:br/>
        <w:t>vn -0.4400 -0.3853 -0.8111</w:t>
        <w:br/>
        <w:t>vn -0.7203 -0.5788 0.3822</w:t>
        <w:br/>
        <w:t>vn -0.4671 -0.8090 -0.3568</w:t>
        <w:br/>
        <w:t>vn -0.4694 -0.7974 -0.3793</w:t>
        <w:br/>
        <w:t>vn -0.7369 -0.4964 0.4588</w:t>
        <w:br/>
        <w:t>vn -0.7079 -0.6312 0.3170</w:t>
        <w:br/>
        <w:t>vn -0.7426 -0.5807 0.3337</w:t>
        <w:br/>
        <w:t>vn -0.4527 -0.8085 -0.3761</w:t>
        <w:br/>
        <w:t>vn -0.3588 -0.8723 -0.3323</w:t>
        <w:br/>
        <w:t>vn -0.5018 0.0401 0.8641</w:t>
        <w:br/>
        <w:t>vn -0.4967 0.0213 0.8677</w:t>
        <w:br/>
        <w:t>vn -0.6410 -0.1828 0.7455</w:t>
        <w:br/>
        <w:t>vn 0.1097 -0.5511 -0.8272</w:t>
        <w:br/>
        <w:t>vn 0.1062 -0.5644 -0.8186</w:t>
        <w:br/>
        <w:t>vn 0.2219 -0.6493 -0.7274</w:t>
        <w:br/>
        <w:t>vn 0.1304 -0.5672 -0.8132</w:t>
        <w:br/>
        <w:t>vn -0.1780 -0.9621 -0.2068</w:t>
        <w:br/>
        <w:t>vn 0.3841 -0.7658 -0.5158</w:t>
        <w:br/>
        <w:t>vn 0.5733 -0.8176 -0.0541</w:t>
        <w:br/>
        <w:t>vn -0.0296 -0.9883 0.1495</w:t>
        <w:br/>
        <w:t>vn 0.2015 -0.9792 0.0240</w:t>
        <w:br/>
        <w:t>vn 0.5541 -0.8308 0.0520</w:t>
        <w:br/>
        <w:t>vn 0.5428 -0.8327 0.1095</w:t>
        <w:br/>
        <w:t>vn -0.4407 -0.0015 0.8977</w:t>
        <w:br/>
        <w:t>vn -0.4782 -0.0070 0.8782</w:t>
        <w:br/>
        <w:t>vn 0.0055 0.4597 0.8881</w:t>
        <w:br/>
        <w:t>vn 0.0626 0.4362 0.8977</w:t>
        <w:br/>
        <w:t>vn -0.0022 0.4697 0.8828</w:t>
        <w:br/>
        <w:t>vn -0.5129 -0.0557 0.8566</w:t>
        <w:br/>
        <w:t>vn -0.3336 0.1505 0.9306</w:t>
        <w:br/>
        <w:t>vn 0.8349 0.5023 -0.2251</w:t>
        <w:br/>
        <w:t>vn 0.6310 -0.0284 -0.7753</w:t>
        <w:br/>
        <w:t>vn 0.6467 -0.0013 -0.7627</w:t>
        <w:br/>
        <w:t>vn 0.7810 0.6221 -0.0549</w:t>
        <w:br/>
        <w:t>vn 0.4563 0.7374 0.4980</w:t>
        <w:br/>
        <w:t>vn 0.4735 0.7308 0.4916</w:t>
        <w:br/>
        <w:t>vn 0.9345 -0.2852 -0.2130</w:t>
        <w:br/>
        <w:t>vn 0.7984 -0.2368 -0.5536</w:t>
        <w:br/>
        <w:t>vn 0.5233 0.6920 0.4973</w:t>
        <w:br/>
        <w:t>vn 0.5765 0.6240 0.5275</w:t>
        <w:br/>
        <w:t>vn 0.4250 0.5989 0.6788</w:t>
        <w:br/>
        <w:t>vn 0.0878 0.4798 0.8730</w:t>
        <w:br/>
        <w:t>vn 0.6543 -0.0110 -0.7562</w:t>
        <w:br/>
        <w:t>vn 0.6995 -0.0903 -0.7089</w:t>
        <w:br/>
        <w:t>vn 0.8349 0.5023 -0.2250</w:t>
        <w:br/>
        <w:t>vn -0.4917 -0.8212 -0.2895</w:t>
        <w:br/>
        <w:t>vn 0.0891 -0.6860 -0.7222</w:t>
        <w:br/>
        <w:t>vn -0.7106 -0.5615 0.4240</w:t>
        <w:br/>
        <w:t>vn -0.5381 -0.7584 0.3677</w:t>
        <w:br/>
        <w:t>vn 0.8165 0.5289 -0.2315</w:t>
        <w:br/>
        <w:t>vn 0.8374 0.4923 -0.2377</w:t>
        <w:br/>
        <w:t>vn -0.0493 0.4924 0.8690</w:t>
        <w:br/>
        <w:t>vn -0.0508 0.4805 0.8755</w:t>
        <w:br/>
        <w:t>vn -0.5124 0.0160 0.8586</w:t>
        <w:br/>
        <w:t>vn 0.9371 0.3131 -0.1546</w:t>
        <w:br/>
        <w:t>vn 0.4412 0.7691 0.4625</w:t>
        <w:br/>
        <w:t>vn 0.5470 0.6572 0.5185</w:t>
        <w:br/>
        <w:t>vn 0.9371 0.3130 -0.1546</w:t>
        <w:br/>
        <w:t>vn 0.7619 -0.6366 -0.1193</w:t>
        <w:br/>
        <w:t>vn 0.9927 0.0386 0.1140</w:t>
        <w:br/>
        <w:t>vn -0.7078 -0.6312 0.3171</w:t>
        <w:br/>
        <w:t>vn -0.5381 -0.7584 0.3678</w:t>
        <w:br/>
        <w:t>vn -0.5825 0.0386 0.8119</w:t>
        <w:br/>
        <w:t>vn 0.9927 0.0387 0.1139</w:t>
        <w:br/>
        <w:t>vn -0.1631 -0.9110 0.3788</w:t>
        <w:br/>
        <w:t>vn 0.0291 -0.0762 0.9967</w:t>
        <w:br/>
        <w:t>vn 0.3461 0.5259 0.7769</w:t>
        <w:br/>
        <w:t>vn 0.0292 -0.0762 0.9967</w:t>
        <w:br/>
        <w:t>vn -0.0597 -0.0564 0.9966</w:t>
        <w:br/>
        <w:t>vn 0.0092 0.0931 0.9956</w:t>
        <w:br/>
        <w:t>vn 0.3146 0.5594 0.7669</w:t>
        <w:br/>
        <w:t>vn 0.3156 0.5384 0.7813</w:t>
        <w:br/>
        <w:t>vn -0.3643 -0.6609 0.6561</w:t>
        <w:br/>
        <w:t>vn -0.3746 -0.6732 0.6375</w:t>
        <w:br/>
        <w:t>vn -0.0597 -0.0565 0.9966</w:t>
        <w:br/>
        <w:t>vn -0.0286 -0.0629 0.9976</w:t>
        <w:br/>
        <w:t>vn -0.0824 -0.0654 0.9945</w:t>
        <w:br/>
        <w:t>vn -0.4116 -0.6784 0.6086</w:t>
        <w:br/>
        <w:t>vn -0.3970 -0.6998 0.5939</w:t>
        <w:br/>
        <w:t>vn -0.0854 -0.0734 0.9936</w:t>
        <w:br/>
        <w:t>vn -0.3637 -0.7259 0.5838</w:t>
        <w:br/>
        <w:t>vn 0.0003 0.0760 0.9971</w:t>
        <w:br/>
        <w:t>vn 0.3165 0.5363 0.7824</w:t>
        <w:br/>
        <w:t>vn 0.2972 0.5509 0.7799</w:t>
        <w:br/>
        <w:t>vn -0.4369 -0.8937 -0.1017</w:t>
        <w:br/>
        <w:t>vn -0.4242 -0.8945 -0.1411</w:t>
        <w:br/>
        <w:t>vn -0.4336 -0.8851 -0.1691</w:t>
        <w:br/>
        <w:t>vn -0.4241 -0.8888 -0.1740</w:t>
        <w:br/>
        <w:t>vn -0.3695 -0.9120 -0.1780</w:t>
        <w:br/>
        <w:t>vn 0.3927 -0.9165 -0.0758</w:t>
        <w:br/>
        <w:t>vn 0.3308 -0.7365 0.5900</w:t>
        <w:br/>
        <w:t>vn -0.0882 -0.8387 0.5374</w:t>
        <w:br/>
        <w:t>vn -0.0054 -0.9877 -0.1563</w:t>
        <w:br/>
        <w:t>vn 0.3430 -0.4737 0.8112</w:t>
        <w:br/>
        <w:t>vn 0.5885 -0.8082 -0.0236</w:t>
        <w:br/>
        <w:t>vn 0.5434 0.8213 0.1735</w:t>
        <w:br/>
        <w:t>vn 0.5284 0.8295 0.1808</w:t>
        <w:br/>
        <w:t>vn 0.5695 0.8100 0.1401</w:t>
        <w:br/>
        <w:t>vn 0.2527 0.6058 0.7544</w:t>
        <w:br/>
        <w:t>vn 0.4240 0.8896 0.1699</w:t>
        <w:br/>
        <w:t>vn 0.5048 0.8436 0.1831</w:t>
        <w:br/>
        <w:t>vn 0.2940 0.5780 0.7612</w:t>
        <w:br/>
        <w:t>vn 0.2355 0.0466 -0.9708</w:t>
        <w:br/>
        <w:t>vn 0.5101 0.6078 -0.6085</w:t>
        <w:br/>
        <w:t>vn 0.5105 0.6714 -0.5371</w:t>
        <w:br/>
        <w:t>vn 0.2936 0.2491 -0.9229</w:t>
        <w:br/>
        <w:t>vn 0.2166 0.1217 -0.9686</w:t>
        <w:br/>
        <w:t>vn 0.4948 0.6561 -0.5699</w:t>
        <w:br/>
        <w:t>vn 0.2166 0.1218 -0.9686</w:t>
        <w:br/>
        <w:t>vn 0.2935 0.2491 -0.9229</w:t>
        <w:br/>
        <w:t>vn -0.1521 -0.5179 -0.8418</w:t>
        <w:br/>
        <w:t>vn -0.1504 -0.5287 -0.8354</w:t>
        <w:br/>
        <w:t>vn 0.2040 0.1026 -0.9736</w:t>
        <w:br/>
        <w:t>vn -0.1724 -0.5484 -0.8182</w:t>
        <w:br/>
        <w:t>vn 0.4875 0.6355 -0.5987</w:t>
        <w:br/>
        <w:t>vn 0.2172 0.1189 -0.9689</w:t>
        <w:br/>
        <w:t>vn 0.2213 0.1200 -0.9678</w:t>
        <w:br/>
        <w:t>vn -0.1572 -0.5354 -0.8298</w:t>
        <w:br/>
        <w:t>vn -0.1695 -0.5215 -0.8363</w:t>
        <w:br/>
        <w:t>vn 0.5131 0.6604 -0.5482</w:t>
        <w:br/>
        <w:t>vn 0.5012 0.6788 -0.5367</w:t>
        <w:br/>
        <w:t>vn 0.2212 0.1200 -0.9678</w:t>
        <w:br/>
        <w:t>vn 0.2172 0.1189 -0.9688</w:t>
        <w:br/>
        <w:t>vn -0.1002 -0.6473 -0.7556</w:t>
        <w:br/>
        <w:t>vn -0.4218 -0.8924 -0.1601</w:t>
        <w:br/>
        <w:t>vn -0.1140 -0.5467 -0.8295</w:t>
        <w:br/>
        <w:t>vn 0.1557 -0.6246 -0.7653</w:t>
        <w:br/>
        <w:t>vn 0.5348 -0.5453 -0.6455</w:t>
        <w:br/>
        <w:t>vn 0.4640 0.7376 -0.4906</w:t>
        <w:br/>
        <w:t>vn 0.5106 0.7073 -0.4888</w:t>
        <w:br/>
        <w:t>vn -0.2867 -0.7794 0.5570</w:t>
        <w:br/>
        <w:t>vn -0.0581 -0.1287 0.9900</w:t>
        <w:br/>
        <w:t>vn -0.2552 -0.9497 -0.1814</w:t>
        <w:br/>
        <w:t>vn -0.0297 -0.5778 -0.8157</w:t>
        <w:br/>
        <w:t>vn 0.0792 -0.2290 0.9702</w:t>
        <w:br/>
        <w:t>vn 0.4026 0.0433 -0.9144</w:t>
        <w:br/>
        <w:t>vn 0.3240 0.2691 -0.9070</w:t>
        <w:br/>
        <w:t>vn 0.2859 0.1265 -0.9499</w:t>
        <w:br/>
        <w:t>vn -0.3918 -0.6735 0.6268</w:t>
        <w:br/>
        <w:t>vn 0.3240 0.2692 -0.9070</w:t>
        <w:br/>
        <w:t>vn 0.5238 0.7025 -0.4817</w:t>
        <w:br/>
        <w:t>vn 0.2910 0.5740 0.7654</w:t>
        <w:br/>
        <w:t>vn 0.5120 0.8386 0.1862</w:t>
        <w:br/>
        <w:t>vn 0.5126 0.6957 -0.5031</w:t>
        <w:br/>
        <w:t>vn 0.5488 0.7113 -0.4392</w:t>
        <w:br/>
        <w:t>vn 0.3483 0.5645 0.7484</w:t>
        <w:br/>
        <w:t>vn 0.5129 0.5930 0.6207</w:t>
        <w:br/>
        <w:t>vn 0.6424 0.7344 0.2190</w:t>
        <w:br/>
        <w:t>vn 0.4929 0.8495 0.1882</w:t>
        <w:br/>
        <w:t>vn 0.6499 -0.7599 0.0100</w:t>
        <w:br/>
        <w:t>vn 0.4846 -0.7369 -0.4713</w:t>
        <w:br/>
        <w:t>vn 0.5861 -0.2495 -0.7709</w:t>
        <w:br/>
        <w:t>vn 0.0385 -0.0453 0.9982</w:t>
        <w:br/>
        <w:t>vn 0.0987 0.0841 0.9916</w:t>
        <w:br/>
        <w:t>vn 0.3416 0.5594 0.7553</w:t>
        <w:br/>
        <w:t>vn 0.3245 0.5380 0.7780</w:t>
        <w:br/>
        <w:t>vn -0.2372 -0.6774 0.6963</w:t>
        <w:br/>
        <w:t>vn 0.0744 -0.0639 0.9952</w:t>
        <w:br/>
        <w:t>vn -0.1834 -0.6899 0.7003</w:t>
        <w:br/>
        <w:t>vn -0.3191 -0.6930 0.6464</w:t>
        <w:br/>
        <w:t>vn -0.2807 -0.7235 0.6307</w:t>
        <w:br/>
        <w:t>vn 0.0947 0.0702 0.9930</w:t>
        <w:br/>
        <w:t>vn 0.0125 -0.0679 0.9976</w:t>
        <w:br/>
        <w:t>vn 0.0396 -0.1172 0.9923</w:t>
        <w:br/>
        <w:t>vn 0.3179 0.6145 0.7220</w:t>
        <w:br/>
        <w:t>vn 0.3487 0.5827 0.7341</w:t>
        <w:br/>
        <w:t>vn 0.3541 0.5681 0.7429</w:t>
        <w:br/>
        <w:t>vn 0.3621 0.5462 0.7554</w:t>
        <w:br/>
        <w:t>vn -0.3050 -0.9466 -0.1046</w:t>
        <w:br/>
        <w:t>vn -0.3671 -0.9246 -0.1019</w:t>
        <w:br/>
        <w:t>vn -0.3651 -0.9250 -0.1051</w:t>
        <w:br/>
        <w:t>vn -0.4233 -0.8992 -0.1103</w:t>
        <w:br/>
        <w:t>vn 0.4683 -0.8811 -0.0657</w:t>
        <w:br/>
        <w:t>vn 0.4569 -0.6293 0.6286</w:t>
        <w:br/>
        <w:t>vn -0.0104 -0.8065 0.5911</w:t>
        <w:br/>
        <w:t>vn -0.0141 -0.9964 -0.0835</w:t>
        <w:br/>
        <w:t>vn 0.9792 -0.2026 -0.0119</w:t>
        <w:br/>
        <w:t>vn 0.7659 -0.0678 0.6394</w:t>
        <w:br/>
        <w:t>vn 0.8835 -0.4681 -0.0202</w:t>
        <w:br/>
        <w:t>vn 0.4350 0.8972 0.0759</w:t>
        <w:br/>
        <w:t>vn 0.5041 0.8572 0.1052</w:t>
        <w:br/>
        <w:t>vn 0.5397 0.8340 0.1147</w:t>
        <w:br/>
        <w:t>vn 0.5128 0.8498 0.1220</w:t>
        <w:br/>
        <w:t>vn 0.5090 0.8533 0.1127</w:t>
        <w:br/>
        <w:t>vn 0.5251 0.8415 0.1266</w:t>
        <w:br/>
        <w:t>vn 0.3443 0.5044 0.7918</w:t>
        <w:br/>
        <w:t>vn 0.4113 0.6652 -0.6231</w:t>
        <w:br/>
        <w:t>vn 0.1797 0.2338 -0.9555</w:t>
        <w:br/>
        <w:t>vn 0.0930 0.1133 -0.9892</w:t>
        <w:br/>
        <w:t>vn 0.3924 0.6612 -0.6394</w:t>
        <w:br/>
        <w:t>vn -0.2457 -0.5265 -0.8139</w:t>
        <w:br/>
        <w:t>vn -0.2135 -0.5354 -0.8172</w:t>
        <w:br/>
        <w:t>vn -0.1786 -0.5532 -0.8137</w:t>
        <w:br/>
        <w:t>vn 0.0991 0.0853 -0.9914</w:t>
        <w:br/>
        <w:t>vn 0.4044 0.6432 -0.6502</w:t>
        <w:br/>
        <w:t>vn 0.1421 0.0645 -0.9877</w:t>
        <w:br/>
        <w:t>vn 0.2047 0.2525 -0.9457</w:t>
        <w:br/>
        <w:t>vn 0.4315 0.6896 -0.5816</w:t>
        <w:br/>
        <w:t>vn 0.3776 0.7125 -0.5913</w:t>
        <w:br/>
        <w:t>vn 0.1421 0.0645 -0.9878</w:t>
        <w:br/>
        <w:t>vn -0.1449 -0.6314 -0.7618</w:t>
        <w:br/>
        <w:t>vn -0.1982 -0.5745 -0.7941</w:t>
        <w:br/>
        <w:t>vn 0.1257 0.1258 -0.9841</w:t>
        <w:br/>
        <w:t>vn -0.2337 -0.5417 -0.8074</w:t>
        <w:br/>
        <w:t>vn 0.4287 0.6964 -0.5755</w:t>
        <w:br/>
        <w:t>vn 0.4368 0.6705 -0.5997</w:t>
        <w:br/>
        <w:t>vn -0.4242 -0.9004 -0.0970</w:t>
        <w:br/>
        <w:t>vn 0.0610 -0.6830 -0.7279</w:t>
        <w:br/>
        <w:t>vn 0.4912 -0.5171 -0.7010</w:t>
        <w:br/>
        <w:t>vn 0.4646 0.6342 -0.6180</w:t>
        <w:br/>
        <w:t>vn 0.4531 0.6425 -0.6179</w:t>
        <w:br/>
        <w:t>vn 0.1192 0.1146 -0.9862</w:t>
        <w:br/>
        <w:t>vn 0.1192 0.1145 -0.9862</w:t>
        <w:br/>
        <w:t>vn -0.2595 -0.5260 -0.8099</w:t>
        <w:br/>
        <w:t>vn 0.5827 0.8071 0.0945</w:t>
        <w:br/>
        <w:t>vn 0.5637 0.8195 0.1030</w:t>
        <w:br/>
        <w:t>vn -0.4502 -0.8872 -0.1014</w:t>
        <w:br/>
        <w:t>vn -0.3344 -0.6628 0.6700</w:t>
        <w:br/>
        <w:t>vn -0.2943 -0.6617 0.6896</w:t>
        <w:br/>
        <w:t>vn -0.2806 -0.9556 -0.0896</w:t>
        <w:br/>
        <w:t>vn -0.2207 -0.7597 0.6117</w:t>
        <w:br/>
        <w:t>vn 0.1869 -0.1764 0.9664</w:t>
        <w:br/>
        <w:t>vn 0.2448 -0.0110 -0.9695</w:t>
        <w:br/>
        <w:t>vn 0.5204 0.8482 0.0986</w:t>
        <w:br/>
        <w:t>vn 0.4083 0.8180 0.4052</w:t>
        <w:br/>
        <w:t>vn 0.4513 0.8901 0.0637</w:t>
        <w:br/>
        <w:t>vn 0.4266 0.8649 -0.2645</w:t>
        <w:br/>
        <w:t>vn 0.5541 -0.0816 0.8284</w:t>
        <w:br/>
        <w:t>vn 0.3712 0.5541 0.7451</w:t>
        <w:br/>
        <w:t>vn 0.3967 0.6724 -0.6249</w:t>
        <w:br/>
        <w:t>vn 0.4532 0.8879 0.0793</w:t>
        <w:br/>
        <w:t>vn 0.4186 0.8243 0.3812</w:t>
        <w:br/>
        <w:t>vn 0.4714 0.8772 0.0911</w:t>
        <w:br/>
        <w:t>vn 0.4324 0.8203 -0.3743</w:t>
        <w:br/>
        <w:t>vn 0.0187 -0.0573 0.9982</w:t>
        <w:br/>
        <w:t>vn 0.8835 -0.4680 -0.0202</w:t>
        <w:br/>
        <w:t>vn 0.8478 -0.2393 -0.4733</w:t>
        <w:br/>
        <w:t>vn 0.5895 0.0550 -0.8059</w:t>
        <w:br/>
        <w:t>vn 0.1964 0.1642 0.9667</w:t>
        <w:br/>
        <w:t>vn 0.2624 0.2896 0.9205</w:t>
        <w:br/>
        <w:t>vn 0.4728 0.7127 0.5182</w:t>
        <w:br/>
        <w:t>vn 0.4727 0.6928 0.5445</w:t>
        <w:br/>
        <w:t>vn -0.1411 -0.4830 0.8642</w:t>
        <w:br/>
        <w:t>vn 0.1965 0.1643 0.9667</w:t>
        <w:br/>
        <w:t>vn -0.1646 -0.4806 0.8613</w:t>
        <w:br/>
        <w:t>vn -0.1914 -0.4927 0.8489</w:t>
        <w:br/>
        <w:t>vn 0.1876 0.1530 0.9703</w:t>
        <w:br/>
        <w:t>vn 0.1948 0.1530 0.9688</w:t>
        <w:br/>
        <w:t>vn -0.1767 -0.5230 0.8338</w:t>
        <w:br/>
        <w:t>vn -0.1445 -0.5476 0.8242</w:t>
        <w:br/>
        <w:t>vn 0.2953 0.3039 0.9058</w:t>
        <w:br/>
        <w:t>vn 0.1948 0.1529 0.9688</w:t>
        <w:br/>
        <w:t>vn 0.4902 0.7244 0.4848</w:t>
        <w:br/>
        <w:t>vn 0.4845 0.7074 0.5146</w:t>
        <w:br/>
        <w:t>vn 0.5011 0.6972 0.5127</w:t>
        <w:br/>
        <w:t>vn 0.4960 0.6914 0.5253</w:t>
        <w:br/>
        <w:t>vn -0.4047 -0.8978 0.1740</w:t>
        <w:br/>
        <w:t>vn -0.4223 -0.8863 0.1902</w:t>
        <w:br/>
        <w:t>vn -0.4300 -0.8813 0.1959</w:t>
        <w:br/>
        <w:t>vn -0.4113 -0.8901 0.1962</w:t>
        <w:br/>
        <w:t>vn -0.3668 -0.9085 0.2001</w:t>
        <w:br/>
        <w:t>vn -0.0144 -0.9838 0.1787</w:t>
        <w:br/>
        <w:t>vn 0.5323 -0.8435 0.0714</w:t>
        <w:br/>
        <w:t>vn 0.4693 -0.5152 0.7171</w:t>
        <w:br/>
        <w:t>vn 0.1079 -0.6660 0.7381</w:t>
        <w:br/>
        <w:t>vn 0.9632 -0.2414 -0.1184</w:t>
        <w:br/>
        <w:t>vn 0.8396 0.4037 0.3635</w:t>
        <w:br/>
        <w:t>vn 0.8746 -0.4805 -0.0639</w:t>
        <w:br/>
        <w:t>vn 0.5190 0.8306 -0.2019</w:t>
        <w:br/>
        <w:t>vn 0.5030 0.8406 -0.2010</w:t>
        <w:br/>
        <w:t>vn 0.5279 0.8236 -0.2073</w:t>
        <w:br/>
        <w:t>vn 0.5359 0.8167 -0.2139</w:t>
        <w:br/>
        <w:t>vn 0.5201 0.8268 -0.2143</w:t>
        <w:br/>
        <w:t>vn 0.5052 0.8359 -0.2147</w:t>
        <w:br/>
        <w:t>vn 0.4210 0.8794 -0.2222</w:t>
        <w:br/>
        <w:t>vn 0.4950 0.8422 -0.2137</w:t>
        <w:br/>
        <w:t>vn 0.4836 0.7366 0.4729</w:t>
        <w:br/>
        <w:t>vn 0.4544 0.7538 0.4746</w:t>
        <w:br/>
        <w:t>vn 0.2726 0.5107 -0.8154</w:t>
        <w:br/>
        <w:t>vn -0.0135 0.0216 -0.9997</w:t>
        <w:br/>
        <w:t>vn -0.1023 -0.1133 -0.9883</w:t>
        <w:br/>
        <w:t>vn 0.2609 0.4835 -0.8355</w:t>
        <w:br/>
        <w:t>vn -0.3829 -0.6874 -0.6171</w:t>
        <w:br/>
        <w:t>vn -0.3693 -0.6828 -0.6303</w:t>
        <w:br/>
        <w:t>vn 0.2822 0.5298 -0.7998</w:t>
        <w:br/>
        <w:t>vn -0.0079 -0.0021 -1.0000</w:t>
        <w:br/>
        <w:t>vn -0.0878 -0.1257 -0.9882</w:t>
        <w:br/>
        <w:t>vn 0.2834 0.5095 -0.8125</w:t>
        <w:br/>
        <w:t>vn -0.0079 -0.0020 -1.0000</w:t>
        <w:br/>
        <w:t>vn -0.3535 -0.7545 -0.5530</w:t>
        <w:br/>
        <w:t>vn -0.3785 -0.7247 -0.5758</w:t>
        <w:br/>
        <w:t>vn -0.0862 -0.1180 -0.9893</w:t>
        <w:br/>
        <w:t>vn -0.3898 -0.7015 -0.5967</w:t>
        <w:br/>
        <w:t>vn 0.3016 0.4995 -0.8121</w:t>
        <w:br/>
        <w:t>vn 0.2906 0.4963 -0.8181</w:t>
        <w:br/>
        <w:t>vn -0.1102 -0.8736 -0.4740</w:t>
        <w:br/>
        <w:t>vn 0.2663 -0.7386 -0.6194</w:t>
        <w:br/>
        <w:t>vn 0.2469 0.5245 -0.8149</w:t>
        <w:br/>
        <w:t>vn 0.2873 0.5146 -0.8079</w:t>
        <w:br/>
        <w:t>vn -0.0815 -0.5988 0.7967</w:t>
        <w:br/>
        <w:t>vn 0.2495 0.1144 0.9616</w:t>
        <w:br/>
        <w:t>vn -0.2766 -0.9400 0.1998</w:t>
        <w:br/>
        <w:t>vn -0.2953 -0.8077 -0.5103</w:t>
        <w:br/>
        <w:t>vn 0.3796 0.0349 0.9245</w:t>
        <w:br/>
        <w:t>vn 0.0587 -0.2747 -0.9597</w:t>
        <w:br/>
        <w:t>vn -0.0681 -0.2117 -0.9750</w:t>
        <w:br/>
        <w:t>vn -0.0682 -0.2117 -0.9750</w:t>
        <w:br/>
        <w:t>vn 0.3771 0.7451 -0.5502</w:t>
        <w:br/>
        <w:t>vn 0.5369 0.6546 0.5322</w:t>
        <w:br/>
        <w:t>vn 0.3092 0.4264 -0.8500</w:t>
        <w:br/>
        <w:t>vn 0.7248 -0.1245 0.6776</w:t>
        <w:br/>
        <w:t>vn 0.6682 0.2578 -0.6979</w:t>
        <w:br/>
        <w:t>vn 0.5004 0.8375 -0.2194</w:t>
        <w:br/>
        <w:t>vn 0.5247 0.8267 -0.2031</w:t>
        <w:br/>
        <w:t>vn 0.2663 -0.7385 -0.6194</w:t>
        <w:br/>
        <w:t>vn 0.5090 -0.3378 -0.7917</w:t>
        <w:br/>
        <w:t>vn 0.3908 0.2800 0.8769</w:t>
        <w:br/>
        <w:t>vn 0.5716 0.6747 0.4670</w:t>
        <w:br/>
        <w:t>vn 0.3191 0.1813 0.9302</w:t>
        <w:br/>
        <w:t>vn -0.1156 -0.4812 0.8690</w:t>
        <w:br/>
        <w:t>vn -0.0832 -0.5065 0.8582</w:t>
        <w:br/>
        <w:t>vn 0.3947 0.3133 0.8637</w:t>
        <w:br/>
        <w:t>vn 0.5719 0.7122 0.4071</w:t>
        <w:br/>
        <w:t>vn 0.5935 0.6799 0.4306</w:t>
        <w:br/>
        <w:t>vn -0.4849 -0.8372 0.2529</w:t>
        <w:br/>
        <w:t>vn -0.4802 -0.8340 0.2718</w:t>
        <w:br/>
        <w:t>vn -0.1360 -0.4610 0.8769</w:t>
        <w:br/>
        <w:t>vn -0.1313 -0.4737 0.8708</w:t>
        <w:br/>
        <w:t>vn -0.3902 -0.8803 0.2698</w:t>
        <w:br/>
        <w:t>vn -0.4419 -0.8551 0.2710</w:t>
        <w:br/>
        <w:t>vn -0.0107 -0.9744 0.2245</w:t>
        <w:br/>
        <w:t>vn 0.5022 -0.8622 0.0657</w:t>
        <w:br/>
        <w:t>vn 0.5284 -0.5328 0.6610</w:t>
        <w:br/>
        <w:t>vn 0.1780 -0.6338 0.7527</w:t>
        <w:br/>
        <w:t>vn 0.8864 -0.4376 -0.1509</w:t>
        <w:br/>
        <w:t>vn 0.8671 -0.4454 0.2232</w:t>
        <w:br/>
        <w:t>vn 0.7715 -0.6329 -0.0648</w:t>
        <w:br/>
        <w:t>vn 0.5688 0.7663 -0.2988</w:t>
        <w:br/>
        <w:t>vn 0.5327 0.7918 -0.2988</w:t>
        <w:br/>
        <w:t>vn 0.4031 0.8615 -0.3088</w:t>
        <w:br/>
        <w:t>vn 0.4973 0.8113 -0.3073</w:t>
        <w:br/>
        <w:t>vn 0.5572 0.7256 0.4038</w:t>
        <w:br/>
        <w:t>vn 0.5146 0.7511 0.4136</w:t>
        <w:br/>
        <w:t>vn 0.2338 0.4999 -0.8339</w:t>
        <w:br/>
        <w:t>vn -0.1131 -0.0061 -0.9936</w:t>
        <w:br/>
        <w:t>vn -0.5156 -0.6923 -0.5049</w:t>
        <w:br/>
        <w:t>vn 0.2479 0.4555 -0.8550</w:t>
        <w:br/>
        <w:t>vn -0.0891 -0.0630 -0.9940</w:t>
        <w:br/>
        <w:t>vn -0.1874 -0.1930 -0.9631</w:t>
        <w:br/>
        <w:t>vn 0.2489 0.4290 -0.8683</w:t>
        <w:br/>
        <w:t>vn -0.4325 -0.7675 -0.4731</w:t>
        <w:br/>
        <w:t>vn -0.4753 -0.7387 -0.4780</w:t>
        <w:br/>
        <w:t>vn -0.2023 -0.1775 -0.9631</w:t>
        <w:br/>
        <w:t>vn -0.5173 -0.7053 -0.4847</w:t>
        <w:br/>
        <w:t>vn 0.2637 0.4421 -0.8574</w:t>
        <w:br/>
        <w:t>vn 0.2570 0.4182 -0.8713</w:t>
        <w:br/>
        <w:t>vn -0.1631 -0.8819 -0.4424</w:t>
        <w:br/>
        <w:t>vn 0.1747 -0.7894 -0.5885</w:t>
        <w:br/>
        <w:t>vn 0.5886 0.7570 -0.2839</w:t>
        <w:br/>
        <w:t>vn 0.5859 0.7555 -0.2932</w:t>
        <w:br/>
        <w:t>vn 0.1603 0.4705 -0.8677</w:t>
        <w:br/>
        <w:t>vn 0.2256 0.4600 -0.8588</w:t>
        <w:br/>
        <w:t>vn -0.0149 -0.5561 0.8310</w:t>
        <w:br/>
        <w:t>vn 0.3461 0.1375 0.9281</w:t>
        <w:br/>
        <w:t>vn -0.2871 -0.9191 0.2699</w:t>
        <w:br/>
        <w:t>vn -0.3683 -0.8135 -0.4502</w:t>
        <w:br/>
        <w:t>vn 0.6113 0.6537 0.4461</w:t>
        <w:br/>
        <w:t>vn 0.6125 0.6526 0.4460</w:t>
        <w:br/>
        <w:t>vn 0.3197 0.1744 0.9313</w:t>
        <w:br/>
        <w:t>vn 0.3908 0.2799 0.8769</w:t>
        <w:br/>
        <w:t>vn 0.4769 0.0263 0.8786</w:t>
        <w:br/>
        <w:t>vn -0.0501 -0.3266 -0.9438</w:t>
        <w:br/>
        <w:t>vn -0.1661 -0.2452 -0.9552</w:t>
        <w:br/>
        <w:t>vn 0.3462 0.1376 0.9280</w:t>
        <w:br/>
        <w:t>vn 0.5152 0.8558 0.0470</w:t>
        <w:br/>
        <w:t>vn 0.3143 0.6995 -0.6418</w:t>
        <w:br/>
        <w:t>vn 0.4981 0.8035 -0.3260</w:t>
        <w:br/>
        <w:t>vn 0.2002 0.3420 -0.9181</w:t>
        <w:br/>
        <w:t>vn 0.6118 0.6438 0.4595</w:t>
        <w:br/>
        <w:t>vn 0.4770 0.0264 0.8785</w:t>
        <w:br/>
        <w:t>vn 0.7244 0.0629 0.6865</w:t>
        <w:br/>
        <w:t>vn 0.6311 0.7422 0.2255</w:t>
        <w:br/>
        <w:t>vn 0.6118 0.6438 0.4596</w:t>
        <w:br/>
        <w:t>vn 0.3185 0.5222 -0.7912</w:t>
        <w:br/>
        <w:t>vn 0.5290 0.7856 -0.3208</w:t>
        <w:br/>
        <w:t>vn 0.3670 -0.4935 -0.7885</w:t>
        <w:br/>
        <w:t>vn 0.1203 -0.1152 0.9860</w:t>
        <w:br/>
        <w:t>vn -0.4310 0.4187 0.7993</w:t>
        <w:br/>
        <w:t>vn -0.8280 -0.2509 0.5015</w:t>
        <w:br/>
        <w:t>vn -0.3521 -0.9314 -0.0924</w:t>
        <w:br/>
        <w:t>vn -0.6124 -0.5234 -0.5925</w:t>
        <w:br/>
        <w:t>vn -0.4807 -0.2131 -0.8506</w:t>
        <w:br/>
        <w:t>vn 0.4699 0.8762 0.1074</w:t>
        <w:br/>
        <w:t>vn 0.4624 0.8848 0.0578</w:t>
        <w:br/>
        <w:t>vn 0.4617 0.8570 0.2289</w:t>
        <w:br/>
        <w:t>vn 0.5314 0.8239 0.1971</w:t>
        <w:br/>
        <w:t>vn 0.5092 0.8557 -0.0921</w:t>
        <w:br/>
        <w:t>vn 0.5084 0.8593 -0.0563</w:t>
        <w:br/>
        <w:t>vn 0.6553 0.6945 -0.2972</w:t>
        <w:br/>
        <w:t>vn 0.5543 0.8207 0.1387</w:t>
        <w:br/>
        <w:t>vn 0.3336 0.5262 0.7822</w:t>
        <w:br/>
        <w:t>vn 0.5511 0.8189 0.1605</w:t>
        <w:br/>
        <w:t>vn 0.3844 0.5267 0.7582</w:t>
        <w:br/>
        <w:t>vn 0.3981 0.5301 0.7487</w:t>
        <w:br/>
        <w:t>vn 0.1902 0.5173 -0.8344</w:t>
        <w:br/>
        <w:t>vn 0.5440 0.8211 0.1730</w:t>
        <w:br/>
        <w:t>vn 0.5336 0.8075 -0.2512</w:t>
        <w:br/>
        <w:t>vn -0.0346 0.4816 0.8757</w:t>
        <w:br/>
        <w:t>vn 0.4823 0.7220 0.4961</w:t>
        <w:br/>
        <w:t>vn 0.5967 0.7987 0.0773</w:t>
        <w:br/>
        <w:t>vn 0.6584 0.7058 -0.2614</w:t>
        <w:br/>
        <w:t>vn 0.5700 0.8217 -0.0062</w:t>
        <w:br/>
        <w:t>vn 0.6554 0.6992 -0.2855</w:t>
        <w:br/>
        <w:t>vn 0.5927 0.7373 -0.3243</w:t>
        <w:br/>
        <w:t>vn -0.6906 -0.7187 -0.0814</w:t>
        <w:br/>
        <w:t>vn -0.6508 -0.6959 -0.3035</w:t>
        <w:br/>
        <w:t>vn -0.7842 -0.5989 0.1624</w:t>
        <w:br/>
        <w:t>vn -0.2494 0.3340 0.9090</w:t>
        <w:br/>
        <w:t>vn -0.7333 -0.1610 0.6605</w:t>
        <w:br/>
        <w:t>vn -0.7334 -0.1610 0.6605</w:t>
        <w:br/>
        <w:t>vn 0.2044 0.0249 -0.9786</w:t>
        <w:br/>
        <w:t>vn 0.4049 0.7447 0.5305</w:t>
        <w:br/>
        <w:t>vn 0.1483 0.6094 -0.7789</w:t>
        <w:br/>
        <w:t>vn -0.2004 0.1941 -0.9603</w:t>
        <w:br/>
        <w:t>vn 0.2162 0.6282 -0.7474</w:t>
        <w:br/>
        <w:t>vn -0.2077 0.1376 -0.9685</w:t>
        <w:br/>
        <w:t>vn 0.4694 -0.5151 0.7172</w:t>
        <w:br/>
        <w:t>vn 0.7249 -0.1244 0.6775</w:t>
        <w:br/>
        <w:t>vn 0.6911 -0.6234 0.3658</w:t>
        <w:br/>
        <w:t>vn 0.5285 -0.5328 0.6609</w:t>
        <w:br/>
        <w:t>vn 0.5324 -0.8435 0.0714</w:t>
        <w:br/>
        <w:t>vn 0.3190 0.5699 0.7573</w:t>
        <w:br/>
        <w:t>vn 0.5455 0.8197 0.1744</w:t>
        <w:br/>
        <w:t>vn 0.5228 0.6736 -0.5225</w:t>
        <w:br/>
        <w:t>vn 0.5526 0.8156 0.1716</w:t>
        <w:br/>
        <w:t>vn 0.5248 0.6621 -0.5351</w:t>
        <w:br/>
        <w:t>vn 0.3226 0.5533 0.7680</w:t>
        <w:br/>
        <w:t>vn 0.2980 0.5822 0.7565</w:t>
        <w:br/>
        <w:t>vn 0.5111 0.8387 0.1878</w:t>
        <w:br/>
        <w:t>vn 0.3800 0.5518 0.7424</w:t>
        <w:br/>
        <w:t>vn 0.5629 0.8213 0.0930</w:t>
        <w:br/>
        <w:t>vn 0.4505 0.6489 -0.6131</w:t>
        <w:br/>
        <w:t>vn 0.3557 0.5786 0.7339</w:t>
        <w:br/>
        <w:t>vn 0.5092 0.8521 0.1209</w:t>
        <w:br/>
        <w:t>vn 0.4354 0.7007 -0.5652</w:t>
        <w:br/>
        <w:t>vn 0.4896 0.7130 0.5018</w:t>
        <w:br/>
        <w:t>vn 0.5213 0.8255 -0.2164</w:t>
        <w:br/>
        <w:t>vn 0.2970 0.5114 -0.8064</w:t>
        <w:br/>
        <w:t>vn 0.4958 0.7330 0.4657</w:t>
        <w:br/>
        <w:t>vn 0.5024 0.8400 -0.2048</w:t>
        <w:br/>
        <w:t>vn 0.2897 0.5338 -0.7944</w:t>
        <w:br/>
        <w:t>vn 0.5954 0.6680 0.4463</w:t>
        <w:br/>
        <w:t>vn 0.5615 0.7824 -0.2693</w:t>
        <w:br/>
        <w:t>vn 0.2483 0.4803 -0.8412</w:t>
        <w:br/>
        <w:t>vn 0.5662 0.7241 0.3939</w:t>
        <w:br/>
        <w:t>vn 0.5163 0.8019 -0.3007</w:t>
        <w:br/>
        <w:t>vn 0.2449 0.4708 -0.8476</w:t>
        <w:br/>
        <w:t>vn -0.7369 -0.4964 0.4589</w:t>
        <w:br/>
        <w:t>vn -0.5445 -0.0015 0.8387</w:t>
        <w:br/>
        <w:t>vn -0.1257 0.5558 0.8218</w:t>
        <w:br/>
        <w:t>vn -0.0735 0.4921 0.8674</w:t>
        <w:br/>
        <w:t>vn 0.4824 0.7375 0.4727</w:t>
        <w:br/>
        <w:t>vn 0.3278 -0.3324 0.8843</w:t>
        <w:br/>
        <w:t>vn 0.3760 -0.6268 0.6824</w:t>
        <w:br/>
        <w:t>vn -0.0242 -0.6287 -0.7772</w:t>
        <w:br/>
        <w:t>vn -0.1110 -0.9930 0.0406</w:t>
        <w:br/>
        <w:t>vn 0.3173 -0.2669 0.9100</w:t>
        <w:br/>
        <w:t>vn 0.4100 0.8621 0.2978</w:t>
        <w:br/>
        <w:t>vn -0.6601 -0.6776 -0.3242</w:t>
        <w:br/>
        <w:t>vn -0.7015 -0.7116 -0.0395</w:t>
        <w:br/>
        <w:t>vn -0.7162 -0.3760 0.5879</w:t>
        <w:br/>
        <w:t>vn -0.7375 -0.6214 0.2644</w:t>
        <w:br/>
        <w:t>vn -0.5869 -0.5264 -0.6152</w:t>
        <w:br/>
        <w:t>vn -0.4367 -0.2514 -0.8638</w:t>
        <w:br/>
        <w:t>vn -0.2600 0.1788 0.9489</w:t>
        <w:br/>
        <w:t>vn -0.4949 -0.0469 0.8677</w:t>
        <w:br/>
        <w:t>vn 0.4638 0.8860 0.0005</w:t>
        <w:br/>
        <w:t>vn 0.4823 0.8638 0.1457</w:t>
        <w:br/>
        <w:t>vn 0.6276 0.7637 0.1511</w:t>
        <w:br/>
        <w:t>vn 0.3799 -0.7079 0.5955</w:t>
        <w:br/>
        <w:t>vn 0.4271 -0.4933 -0.7578</w:t>
        <w:br/>
        <w:t>vn 0.5440 -0.7407 -0.3944</w:t>
        <w:br/>
        <w:t>vn 0.8557 -0.3261 -0.4018</w:t>
        <w:br/>
        <w:t>vn 0.6212 -0.7821 0.0499</w:t>
        <w:br/>
        <w:t>vn 0.5938 -0.0436 -0.8035</w:t>
        <w:br/>
        <w:t>vn 0.1288 -0.3304 -0.9350</w:t>
        <w:br/>
        <w:t>vn 0.3431 -0.4737 0.8111</w:t>
        <w:br/>
        <w:t>vn 0.5885 -0.8082 -0.0237</w:t>
        <w:br/>
        <w:t>vn 0.3529 -0.8589 0.3711</w:t>
        <w:br/>
        <w:t>vn 0.6240 0.5597 0.5453</w:t>
        <w:br/>
        <w:t>vn 0.6576 0.7184 -0.2268</w:t>
        <w:br/>
        <w:t>vn 0.7513 0.6503 -0.1124</w:t>
        <w:br/>
        <w:t>vn 0.7699 0.5924 0.2371</w:t>
        <w:br/>
        <w:t>vn 0.6499 -0.7599 0.0099</w:t>
        <w:br/>
        <w:t>vn 0.4872 0.8630 -0.1336</w:t>
        <w:br/>
        <w:t>vn 0.4871 0.8630 -0.1336</w:t>
        <w:br/>
        <w:t>vn 0.4620 0.8693 0.1755</w:t>
        <w:br/>
        <w:t>vn 0.3802 0.7997 0.4646</w:t>
        <w:br/>
        <w:t>vn 0.3802 0.7997 0.4647</w:t>
        <w:br/>
        <w:t>vn 0.4513 0.8901 0.0636</w:t>
        <w:br/>
        <w:t>vn 0.8834 -0.4681 -0.0202</w:t>
        <w:br/>
        <w:t>vn 0.4570 -0.6293 0.6287</w:t>
        <w:br/>
        <w:t>vn 0.4683 -0.8811 -0.0658</w:t>
        <w:br/>
        <w:t>vn 0.5542 -0.0816 0.8284</w:t>
        <w:br/>
        <w:t>vn 0.5896 0.0550 -0.8058</w:t>
        <w:br/>
        <w:t>vn 0.3770 0.7451 -0.5502</w:t>
        <w:br/>
        <w:t>vn 0.4639 0.8563 -0.2272</w:t>
        <w:br/>
        <w:t>vn 0.4863 0.8645 0.1270</w:t>
        <w:br/>
        <w:t>vn 0.8746 -0.4806 -0.0640</w:t>
        <w:br/>
        <w:t>vn 0.9632 -0.2414 -0.1183</w:t>
        <w:br/>
        <w:t>vn 0.8747 -0.4805 -0.0639</w:t>
        <w:br/>
        <w:t>vn 0.4531 0.8308 -0.3232</w:t>
        <w:br/>
        <w:t>vn 0.6962 -0.5835 -0.4181</w:t>
        <w:br/>
        <w:t>vn 0.7716 -0.6328 -0.0649</w:t>
        <w:br/>
        <w:t>vn 0.3670 -0.4936 -0.7885</w:t>
        <w:br/>
        <w:t>vn 0.7716 -0.6328 -0.0648</w:t>
        <w:br/>
        <w:t>vn 0.8864 -0.4375 -0.1511</w:t>
        <w:br/>
        <w:t>vn 0.4531 0.8308 -0.3233</w:t>
        <w:br/>
        <w:t>vn 0.5470 0.6572 0.5186</w:t>
        <w:br/>
        <w:t>vn 0.1854 0.6780 0.7113</w:t>
        <w:br/>
        <w:t>vn -0.0773 0.5113 0.8559</w:t>
        <w:br/>
        <w:t>vn -0.3485 0.3031 0.8870</w:t>
        <w:br/>
        <w:t>vn -0.0773 0.5114 0.8559</w:t>
        <w:br/>
        <w:t>vn -0.1631 -0.9110 0.3787</w:t>
        <w:br/>
        <w:t>vn 0.5462 0.7153 -0.4359</w:t>
        <w:br/>
        <w:t>vn 0.5603 0.6922 -0.4549</w:t>
        <w:br/>
        <w:t>vn 0.4966 0.7687 -0.4032</w:t>
        <w:br/>
        <w:t>vn 0.4409 0.8125 -0.3813</w:t>
        <w:br/>
        <w:t>vn 0.4102 0.8329 -0.3716</w:t>
        <w:br/>
        <w:t>vn 0.3993 0.8361 -0.3761</w:t>
        <w:br/>
        <w:t>vn 0.4063 0.8246 -0.3936</w:t>
        <w:br/>
        <w:t>vn 0.4412 0.7987 -0.4092</w:t>
        <w:br/>
        <w:t>vn -0.1816 0.0315 0.9829</w:t>
        <w:br/>
        <w:t>vn -0.0739 -0.1253 0.9894</w:t>
        <w:br/>
        <w:t>vn -0.0432 -0.1745 0.9837</w:t>
        <w:br/>
        <w:t>vn 0.7243 0.0628 0.6866</w:t>
        <w:br/>
        <w:t>vn 0.3713 0.5541 0.7451</w:t>
        <w:br/>
        <w:t>vn 0.5896 0.0551 -0.8058</w:t>
        <w:br/>
        <w:t>vn 0.9927 0.0387 0.1140</w:t>
        <w:br/>
        <w:t>vn -0.4759 -0.0941 0.8745</w:t>
        <w:br/>
        <w:t>vn 0.6449 -0.4147 -0.6420</w:t>
        <w:br/>
        <w:t>vn 0.4898 -0.1126 -0.8646</w:t>
        <w:br/>
        <w:t>vn 0.3826 -0.1888 -0.9044</w:t>
        <w:br/>
        <w:t>vn 0.8206 -0.1164 -0.5595</w:t>
        <w:br/>
        <w:t>vn 0.7530 -0.4935 -0.4352</w:t>
        <w:br/>
        <w:t>vn 0.9324 -0.1050 -0.3459</w:t>
        <w:br/>
        <w:t>vn 0.4792 0.0579 -0.8758</w:t>
        <w:br/>
        <w:t>vn -0.1244 -0.0005 -0.9922</w:t>
        <w:br/>
        <w:t>vn -0.0276 -0.0831 -0.9962</w:t>
        <w:br/>
        <w:t>vn 0.9868 0.0894 -0.1353</w:t>
        <w:br/>
        <w:t>vn 0.9697 0.0447 -0.2400</w:t>
        <w:br/>
        <w:t>vn -0.9862 -0.0053 -0.1655</w:t>
        <w:br/>
        <w:t>vn -0.8805 -0.4558 -0.1303</w:t>
        <w:br/>
        <w:t>vn -0.8267 -0.4535 -0.3331</w:t>
        <w:br/>
        <w:t>vn -0.9014 -0.0330 -0.4317</w:t>
        <w:br/>
        <w:t>vn -0.8932 -0.4444 0.0683</w:t>
        <w:br/>
        <w:t>vn -0.9962 0.0145 0.0855</w:t>
        <w:br/>
        <w:t>vn -0.6657 -0.0390 -0.7452</w:t>
        <w:br/>
        <w:t>vn -0.6493 -0.4965 -0.5761</w:t>
        <w:br/>
        <w:t>vn -0.4049 0.0730 0.9114</w:t>
        <w:br/>
        <w:t>vn 0.0530 0.0762 0.9957</w:t>
        <w:br/>
        <w:t>vn 0.1485 0.1047 0.9833</w:t>
        <w:br/>
        <w:t>vn -0.5593 0.0091 0.8289</w:t>
        <w:br/>
        <w:t>vn -0.6814 0.0333 0.7312</w:t>
        <w:br/>
        <w:t>vn -0.7309 0.0490 0.6808</w:t>
        <w:br/>
        <w:t>vn 0.5410 0.0868 0.8365</w:t>
        <w:br/>
        <w:t>vn 0.5560 0.0568 0.8293</w:t>
        <w:br/>
        <w:t>vn 0.8579 0.0922 0.5055</w:t>
        <w:br/>
        <w:t>vn 0.8438 0.0567 0.5336</w:t>
        <w:br/>
        <w:t>vn 0.9805 0.1093 0.1631</w:t>
        <w:br/>
        <w:t>vn 0.9859 0.0833 0.1451</w:t>
        <w:br/>
        <w:t>vn 0.9600 0.0991 -0.2620</w:t>
        <w:br/>
        <w:t>vn 0.8066 0.0863 -0.5848</w:t>
        <w:br/>
        <w:t>vn -0.9238 0.0211 0.3823</w:t>
        <w:br/>
        <w:t>vn -0.7767 -0.0810 0.6247</w:t>
        <w:br/>
        <w:t>vn -0.9044 -0.2317 0.3584</w:t>
        <w:br/>
        <w:t>vn -0.4297 0.0084 0.9030</w:t>
        <w:br/>
        <w:t>vn 0.0490 0.0109 0.9987</w:t>
        <w:br/>
        <w:t>vn -0.9908 -0.1028 0.0875</w:t>
        <w:br/>
        <w:t>vn -0.9190 -0.0851 0.3850</w:t>
        <w:br/>
        <w:t>vn -0.9830 -0.1128 -0.1450</w:t>
        <w:br/>
        <w:t>vn -0.9056 -0.1228 -0.4060</w:t>
        <w:br/>
        <w:t>vn -0.6658 -0.1194 -0.7365</w:t>
        <w:br/>
        <w:t>vn 0.8557 -0.1430 0.4973</w:t>
        <w:br/>
        <w:t>vn 0.9857 -0.1117 0.1263</w:t>
        <w:br/>
        <w:t>vn 0.9598 -0.2513 0.1247</w:t>
        <w:br/>
        <w:t>vn 0.8354 -0.2613 0.4835</w:t>
        <w:br/>
        <w:t>vn 0.5632 0.0014 0.8263</w:t>
        <w:br/>
        <w:t>vn 0.8490 -0.0001 0.5284</w:t>
        <w:br/>
        <w:t>vn 0.9530 -0.0975 -0.2870</w:t>
        <w:br/>
        <w:t>vn 0.9285 -0.2583 -0.2667</w:t>
        <w:br/>
        <w:t>vn 0.7820 -0.1199 -0.6116</w:t>
        <w:br/>
        <w:t>vn 0.7606 -0.3049 -0.5732</w:t>
        <w:br/>
        <w:t>vn 0.8056 0.0198 -0.5921</w:t>
        <w:br/>
        <w:t>vn 0.4794 -0.0295 -0.8771</w:t>
        <w:br/>
        <w:t>vn 0.5328 0.0785 0.8426</w:t>
        <w:br/>
        <w:t>vn 0.9641 0.1157 0.2392</w:t>
        <w:br/>
        <w:t>vn 0.8379 0.0893 0.5385</w:t>
        <w:br/>
        <w:t>vn 0.9641 0.1157 0.2391</w:t>
        <w:br/>
        <w:t>vn -0.1190 -0.0915 -0.9887</w:t>
        <w:br/>
        <w:t>vn -0.7172 -0.0317 0.6961</w:t>
        <w:br/>
        <w:t>vn -0.4455 -0.1621 0.8805</w:t>
        <w:br/>
        <w:t>vn -0.4351 -0.2731 0.8579</w:t>
        <w:br/>
        <w:t>vn -0.7204 -0.2869 0.6315</w:t>
        <w:br/>
        <w:t>vn -0.7433 -0.1749 0.6456</w:t>
        <w:br/>
        <w:t>vn 0.5516 -0.1638 0.8178</w:t>
        <w:br/>
        <w:t>vn 0.5391 -0.2796 0.7945</w:t>
        <w:br/>
        <w:t>vn 0.0256 -0.2933 0.9557</w:t>
        <w:br/>
        <w:t>vn 0.0236 -0.1682 0.9855</w:t>
        <w:br/>
        <w:t>vn -0.1111 -0.1751 -0.9783</w:t>
        <w:br/>
        <w:t>vn -0.1077 -0.3797 -0.9188</w:t>
        <w:br/>
        <w:t>vn 0.4501 -0.3602 -0.8171</w:t>
        <w:br/>
        <w:t>vn 0.4699 -0.1511 -0.8697</w:t>
        <w:br/>
        <w:t>vn -0.9774 -0.2110 0.0117</w:t>
        <w:br/>
        <w:t>vn -0.9229 -0.1915 0.3341</w:t>
        <w:br/>
        <w:t>vn -0.8809 -0.3380 0.3314</w:t>
        <w:br/>
        <w:t>vn -0.9336 -0.3582 0.0051</w:t>
        <w:br/>
        <w:t>vn -0.9169 -0.2201 -0.3328</w:t>
        <w:br/>
        <w:t>vn -0.8723 -0.3633 -0.3272</w:t>
        <w:br/>
        <w:t>vn -0.6673 -0.2002 -0.7173</w:t>
        <w:br/>
        <w:t>vn -0.6367 -0.3586 -0.6827</w:t>
        <w:br/>
        <w:t>vn 0.9876 -0.0850 0.1324</w:t>
        <w:br/>
        <w:t>vn 0.8539 -0.0744 0.5151</w:t>
        <w:br/>
        <w:t>vn 0.9587 -0.0754 -0.2743</w:t>
        <w:br/>
        <w:t>vn 0.9875 -0.0850 0.1324</w:t>
        <w:br/>
        <w:t>vn 0.7962 -0.1076 -0.5954</w:t>
        <w:br/>
        <w:t>vn -0.4395 -0.0964 0.8931</w:t>
        <w:br/>
        <w:t>vn -0.7281 -0.1315 0.6727</w:t>
        <w:br/>
        <w:t>vn 0.5609 -0.0666 0.8252</w:t>
        <w:br/>
        <w:t>vn 0.0408 -0.0912 0.9950</w:t>
        <w:br/>
        <w:t>vn -0.1158 -0.2292 -0.9665</w:t>
        <w:br/>
        <w:t>vn 0.4710 -0.1761 -0.8643</w:t>
        <w:br/>
        <w:t>vn -0.9683 -0.2334 0.0887</w:t>
        <w:br/>
        <w:t>vn -0.9085 -0.2027 0.3655</w:t>
        <w:br/>
        <w:t>vn -0.9655 -0.2324 -0.1176</w:t>
        <w:br/>
        <w:t>vn -0.9003 -0.2233 -0.3737</w:t>
        <w:br/>
        <w:t>vn -0.6580 -0.2265 -0.7181</w:t>
        <w:br/>
        <w:t>vn 0.9904 0.0192 0.1371</w:t>
        <w:br/>
        <w:t>vn 0.9616 0.0392 -0.2718</w:t>
        <w:br/>
        <w:t>vn -0.6448 -0.4145 -0.6421</w:t>
        <w:br/>
        <w:t>vn -0.3826 -0.1886 -0.9044</w:t>
        <w:br/>
        <w:t>vn -0.4898 -0.1124 -0.8646</w:t>
        <w:br/>
        <w:t>vn -0.8206 -0.1156 -0.5596</w:t>
        <w:br/>
        <w:t>vn -0.7530 -0.4934 -0.4353</w:t>
        <w:br/>
        <w:t>vn -0.9324 -0.1043 -0.3461</w:t>
        <w:br/>
        <w:t>vn 0.0276 -0.0828 -0.9962</w:t>
        <w:br/>
        <w:t>vn 0.1244 -0.0003 -0.9922</w:t>
        <w:br/>
        <w:t>vn -0.4792 0.0581 -0.8758</w:t>
        <w:br/>
        <w:t>vn -0.9697 0.0453 -0.2399</w:t>
        <w:br/>
        <w:t>vn -0.9868 0.0901 -0.1349</w:t>
        <w:br/>
        <w:t>vn 0.8267 -0.4532 -0.3335</w:t>
        <w:br/>
        <w:t>vn 0.8805 -0.4557 -0.1304</w:t>
        <w:br/>
        <w:t>vn 0.9862 -0.0053 -0.1654</w:t>
        <w:br/>
        <w:t>vn 0.9014 -0.0330 -0.4317</w:t>
        <w:br/>
        <w:t>vn 0.8932 -0.4444 0.0682</w:t>
        <w:br/>
        <w:t>vn 0.9962 0.0145 0.0855</w:t>
        <w:br/>
        <w:t>vn 0.6492 -0.4964 -0.5763</w:t>
        <w:br/>
        <w:t>vn 0.6656 -0.0388 -0.7453</w:t>
        <w:br/>
        <w:t>vn 0.4049 0.0728 0.9114</w:t>
        <w:br/>
        <w:t>vn 0.5593 0.0082 0.8289</w:t>
        <w:br/>
        <w:t>vn -0.1485 0.1033 0.9835</w:t>
        <w:br/>
        <w:t>vn -0.0530 0.0759 0.9957</w:t>
        <w:br/>
        <w:t>vn 0.7308 0.0488 0.6808</w:t>
        <w:br/>
        <w:t>vn 0.6814 0.0331 0.7312</w:t>
        <w:br/>
        <w:t>vn -0.5410 0.0865 0.8366</w:t>
        <w:br/>
        <w:t>vn -0.5560 0.0566 0.8293</w:t>
        <w:br/>
        <w:t>vn -0.8579 0.0916 0.5056</w:t>
        <w:br/>
        <w:t>vn -0.8438 0.0566 0.5336</w:t>
        <w:br/>
        <w:t>vn -0.9805 0.1092 0.1632</w:t>
        <w:br/>
        <w:t>vn -0.9859 0.0832 0.1451</w:t>
        <w:br/>
        <w:t>vn -0.9600 0.0992 -0.2620</w:t>
        <w:br/>
        <w:t>vn -0.8066 0.0864 -0.5848</w:t>
        <w:br/>
        <w:t>vn 0.9238 0.0210 0.3823</w:t>
        <w:br/>
        <w:t>vn 0.9044 -0.2318 0.3583</w:t>
        <w:br/>
        <w:t>vn 0.7767 -0.0818 0.6246</w:t>
        <w:br/>
        <w:t>vn 0.4296 0.0081 0.9030</w:t>
        <w:br/>
        <w:t>vn -0.0490 0.0106 0.9987</w:t>
        <w:br/>
        <w:t>vn 0.9190 -0.0852 0.3849</w:t>
        <w:br/>
        <w:t>vn 0.9908 -0.1028 0.0875</w:t>
        <w:br/>
        <w:t>vn 0.9830 -0.1128 -0.1450</w:t>
        <w:br/>
        <w:t>vn 0.9056 -0.1227 -0.4060</w:t>
        <w:br/>
        <w:t>vn 0.6658 -0.1192 -0.7366</w:t>
        <w:br/>
        <w:t>vn -0.8557 -0.1431 0.4973</w:t>
        <w:br/>
        <w:t>vn -0.8354 -0.2614 0.4834</w:t>
        <w:br/>
        <w:t>vn -0.9598 -0.2514 0.1246</w:t>
        <w:br/>
        <w:t>vn -0.9857 -0.1117 0.1263</w:t>
        <w:br/>
        <w:t>vn -0.5633 0.0013 0.8263</w:t>
        <w:br/>
        <w:t>vn -0.8490 -0.0002 0.5284</w:t>
        <w:br/>
        <w:t>vn -0.9285 -0.2582 -0.2667</w:t>
        <w:br/>
        <w:t>vn -0.9530 -0.0973 -0.2869</w:t>
        <w:br/>
        <w:t>vn -0.7606 -0.3047 -0.5732</w:t>
        <w:br/>
        <w:t>vn -0.7820 -0.1197 -0.6116</w:t>
        <w:br/>
        <w:t>vn -0.8056 0.0200 -0.5921</w:t>
        <w:br/>
        <w:t>vn -0.4794 -0.0292 -0.8771</w:t>
        <w:br/>
        <w:t>vn -0.5328 0.0773 0.8427</w:t>
        <w:br/>
        <w:t>vn -0.9641 0.1156 0.2392</w:t>
        <w:br/>
        <w:t>vn -0.8379 0.0887 0.5386</w:t>
        <w:br/>
        <w:t>vn -0.9641 0.1157 0.2392</w:t>
        <w:br/>
        <w:t>vn 0.1190 -0.0912 -0.9887</w:t>
        <w:br/>
        <w:t>vn 0.7172 -0.0319 0.6961</w:t>
        <w:br/>
        <w:t>vn 0.7204 -0.2871 0.6314</w:t>
        <w:br/>
        <w:t>vn 0.4351 -0.2734 0.8579</w:t>
        <w:br/>
        <w:t>vn 0.4455 -0.1623 0.8805</w:t>
        <w:br/>
        <w:t>vn 0.7433 -0.1751 0.6456</w:t>
        <w:br/>
        <w:t>vn -0.0256 -0.2936 0.9556</w:t>
        <w:br/>
        <w:t>vn -0.5391 -0.2798 0.7944</w:t>
        <w:br/>
        <w:t>vn -0.5516 -0.1640 0.8178</w:t>
        <w:br/>
        <w:t>vn -0.0236 -0.1685 0.9854</w:t>
        <w:br/>
        <w:t>vn 0.1111 -0.1748 -0.9783</w:t>
        <w:br/>
        <w:t>vn -0.4699 -0.1508 -0.8697</w:t>
        <w:br/>
        <w:t>vn -0.4501 -0.3599 -0.8172</w:t>
        <w:br/>
        <w:t>vn 0.1076 -0.3794 -0.9189</w:t>
        <w:br/>
        <w:t>vn 0.8809 -0.3381 0.3313</w:t>
        <w:br/>
        <w:t>vn 0.9229 -0.1916 0.3341</w:t>
        <w:br/>
        <w:t>vn 0.9774 -0.2110 0.0116</w:t>
        <w:br/>
        <w:t>vn 0.9336 -0.3582 0.0050</w:t>
        <w:br/>
        <w:t>vn 0.9169 -0.2200 -0.3329</w:t>
        <w:br/>
        <w:t>vn 0.8723 -0.3632 -0.3273</w:t>
        <w:br/>
        <w:t>vn 0.6674 -0.2000 -0.7174</w:t>
        <w:br/>
        <w:t>vn 0.6367 -0.3584 -0.6828</w:t>
        <w:br/>
        <w:t>vn -0.9876 -0.0850 0.1323</w:t>
        <w:br/>
        <w:t>vn -0.8539 -0.0745 0.5150</w:t>
        <w:br/>
        <w:t>vn -0.9587 -0.0753 -0.2743</w:t>
        <w:br/>
        <w:t>vn -0.9875 -0.0850 0.1324</w:t>
        <w:br/>
        <w:t>vn -0.7962 -0.1074 -0.5954</w:t>
        <w:br/>
        <w:t>vn 0.4395 -0.0966 0.8930</w:t>
        <w:br/>
        <w:t>vn 0.7281 -0.1316 0.6727</w:t>
        <w:br/>
        <w:t>vn -0.5609 -0.0668 0.8252</w:t>
        <w:br/>
        <w:t>vn -0.0408 -0.0915 0.9950</w:t>
        <w:br/>
        <w:t>vn -0.4710 -0.1759 -0.8644</w:t>
        <w:br/>
        <w:t>vn 0.1158 -0.2289 -0.9665</w:t>
        <w:br/>
        <w:t>vn 0.9685 -0.2330 0.0884</w:t>
        <w:br/>
        <w:t>vn 0.9085 -0.2028 0.3654</w:t>
        <w:br/>
        <w:t>vn 0.9655 -0.2324 -0.1176</w:t>
        <w:br/>
        <w:t>vn 0.9003 -0.2231 -0.3737</w:t>
        <w:br/>
        <w:t>vn 0.6580 -0.2263 -0.7182</w:t>
        <w:br/>
        <w:t>vn -0.9904 0.0192 0.1372</w:t>
        <w:br/>
        <w:t>vn -0.9616 0.0392 -0.2718</w:t>
        <w:br/>
        <w:t>vn 0.0354 0.9089 0.4155</w:t>
        <w:br/>
        <w:t>vn -0.1557 0.7412 0.6530</w:t>
        <w:br/>
        <w:t>vn -0.1286 0.2107 0.9691</w:t>
        <w:br/>
        <w:t>vn 0.3017 0.6586 0.6893</w:t>
        <w:br/>
        <w:t>vn 0.1812 0.6755 0.7147</w:t>
        <w:br/>
        <w:t>vn 0.2424 0.8439 0.4787</w:t>
        <w:br/>
        <w:t>vn 0.1259 0.8715 0.4739</w:t>
        <w:br/>
        <w:t>vn 0.1468 0.3541 0.9236</w:t>
        <w:br/>
        <w:t>vn 0.1213 0.5677 0.8142</w:t>
        <w:br/>
        <w:t>vn 0.1676 0.2732 0.9473</w:t>
        <w:br/>
        <w:t>vn 0.1664 0.5857 0.7933</w:t>
        <w:br/>
        <w:t>vn 0.2179 0.1845 0.9584</w:t>
        <w:br/>
        <w:t>vn 0.0000 0.5601 0.8284</w:t>
        <w:br/>
        <w:t>vn 0.1555 0.6055 0.7805</w:t>
        <w:br/>
        <w:t>vn 0.0000 0.6000 0.8000</w:t>
        <w:br/>
        <w:t>vn 0.1807 0.6233 0.7609</w:t>
        <w:br/>
        <w:t>vn 0.0001 0.3148 0.9492</w:t>
        <w:br/>
        <w:t>vn -0.0341 0.9076 0.4185</w:t>
        <w:br/>
        <w:t>vn 0.1280 0.2101 0.9693</w:t>
        <w:br/>
        <w:t>vn 0.1557 0.7412 0.6530</w:t>
        <w:br/>
        <w:t>vn -0.3017 0.6586 0.6893</w:t>
        <w:br/>
        <w:t>vn -0.2422 0.8431 0.4801</w:t>
        <w:br/>
        <w:t>vn -0.1812 0.6755 0.7147</w:t>
        <w:br/>
        <w:t>vn -0.0342 0.9076 0.4185</w:t>
        <w:br/>
        <w:t>vn -0.1463 0.3561 0.9229</w:t>
        <w:br/>
        <w:t>vn -0.1252 0.8704 0.4762</w:t>
        <w:br/>
        <w:t>vn -0.1212 0.5678 0.8142</w:t>
        <w:br/>
        <w:t>vn -0.1664 0.5856 0.7933</w:t>
        <w:br/>
        <w:t>vn -0.1670 0.2758 0.9466</w:t>
        <w:br/>
        <w:t>vn -0.2170 0.1887 0.9578</w:t>
        <w:br/>
        <w:t>vn -0.1554 0.6055 0.7805</w:t>
        <w:br/>
        <w:t>vn -0.1807 0.6233 0.7609</w:t>
        <w:br/>
        <w:t>vn 0.0359 -0.8191 0.5726</w:t>
        <w:br/>
        <w:t>vn -0.2200 -0.8484 0.4815</w:t>
        <w:br/>
        <w:t>vn -0.1851 -0.6180 0.7641</w:t>
        <w:br/>
        <w:t>vn -0.2222 -0.8090 0.5442</w:t>
        <w:br/>
        <w:t>vn -0.6389 -0.6000 0.4814</w:t>
        <w:br/>
        <w:t>vn -0.6389 -0.6001 0.4813</w:t>
        <w:br/>
        <w:t>vn -0.5439 -0.6761 0.4969</w:t>
        <w:br/>
        <w:t>vn -0.5439 -0.6762 0.4970</w:t>
        <w:br/>
        <w:t>vn 0.1280 -0.7600 0.6372</w:t>
        <w:br/>
        <w:t>vn 0.1503 -0.4676 0.8711</w:t>
        <w:br/>
        <w:t>vn 0.4956 -0.6495 0.5767</w:t>
        <w:br/>
        <w:t>vn 0.5418 -0.6163 0.5715</w:t>
        <w:br/>
        <w:t>vn 0.5773 -0.4046 0.7093</w:t>
        <w:br/>
        <w:t>vn 0.5244 -0.4261 0.7372</w:t>
        <w:br/>
        <w:t>vn 0.9844 -0.1577 0.0779</w:t>
        <w:br/>
        <w:t>vn 0.9931 -0.0784 0.0874</w:t>
        <w:br/>
        <w:t>vn 0.9115 -0.2105 0.3532</w:t>
        <w:br/>
        <w:t>vn 0.9250 -0.0972 0.3673</w:t>
        <w:br/>
        <w:t>vn 0.9743 0.0935 -0.2049</w:t>
        <w:br/>
        <w:t>vn 0.8437 0.3760 -0.3830</w:t>
        <w:br/>
        <w:t>vn 0.9074 0.1965 -0.3715</w:t>
        <w:br/>
        <w:t>vn 0.9711 0.0524 -0.2331</w:t>
        <w:br/>
        <w:t>vn 0.8337 -0.0074 0.5522</w:t>
        <w:br/>
        <w:t>vn 0.8385 -0.1967 0.5082</w:t>
        <w:br/>
        <w:t>vn 0.7534 -0.1239 0.6458</w:t>
        <w:br/>
        <w:t>vn 0.7343 0.0594 0.6762</w:t>
        <w:br/>
        <w:t>vn -0.4846 0.8747 0.0050</w:t>
        <w:br/>
        <w:t>vn -0.5587 0.8291 -0.0222</w:t>
        <w:br/>
        <w:t>vn -0.5587 0.8291 -0.0221</w:t>
        <w:br/>
        <w:t>vn -0.3462 0.9380 0.0181</w:t>
        <w:br/>
        <w:t>vn -0.1302 0.9592 0.2509</w:t>
        <w:br/>
        <w:t>vn 0.2591 0.5947 0.7611</w:t>
        <w:br/>
        <w:t>vn -0.0155 0.8782 0.4780</w:t>
        <w:br/>
        <w:t>vn -0.0906 0.8256 0.5570</w:t>
        <w:br/>
        <w:t>vn 0.0761 0.5982 0.7977</w:t>
        <w:br/>
        <w:t>vn 0.3551 0.6273 0.6931</w:t>
        <w:br/>
        <w:t>vn 0.3563 0.6766 0.6444</w:t>
        <w:br/>
        <w:t>vn 0.1118 0.6751 0.7293</w:t>
        <w:br/>
        <w:t>vn -0.0718 0.7032 0.7074</w:t>
        <w:br/>
        <w:t>vn 0.1761 0.7976 0.5770</w:t>
        <w:br/>
        <w:t>vn 0.1478 0.8955 0.4199</w:t>
        <w:br/>
        <w:t>vn 0.2558 0.8860 0.3867</w:t>
        <w:br/>
        <w:t>vn -0.5331 0.2461 0.8094</w:t>
        <w:br/>
        <w:t>vn -0.3557 0.3242 0.8766</w:t>
        <w:br/>
        <w:t>vn -0.5397 0.0949 0.8365</w:t>
        <w:br/>
        <w:t>vn -0.4984 0.4853 0.7184</w:t>
        <w:br/>
        <w:t>vn 0.3988 0.8882 0.2281</w:t>
        <w:br/>
        <w:t>vn 0.2166 0.8878 0.4061</w:t>
        <w:br/>
        <w:t>vn 0.2771 0.8348 0.4758</w:t>
        <w:br/>
        <w:t>vn -0.5447 0.7520 0.3712</w:t>
        <w:br/>
        <w:t>vn -0.3044 0.8008 0.5157</w:t>
        <w:br/>
        <w:t>vn 0.3514 0.9061 0.2356</w:t>
        <w:br/>
        <w:t>vn -0.3159 0.8884 0.3330</w:t>
        <w:br/>
        <w:t>vn -0.1522 0.8223 0.5483</w:t>
        <w:br/>
        <w:t>vn 0.4927 0.8576 0.1479</w:t>
        <w:br/>
        <w:t>vn 0.6722 0.7375 -0.0646</w:t>
        <w:br/>
        <w:t>vn 0.7091 0.7041 -0.0377</w:t>
        <w:br/>
        <w:t>vn 0.6865 0.7268 -0.0226</w:t>
        <w:br/>
        <w:t>vn -0.0940 0.9955 -0.0107</w:t>
        <w:br/>
        <w:t>vn -0.6309 0.7724 0.0731</w:t>
        <w:br/>
        <w:t>vn 0.5831 0.8101 -0.0611</w:t>
        <w:br/>
        <w:t>vn 0.6543 0.7557 -0.0284</w:t>
        <w:br/>
        <w:t>vn 0.4555 0.8762 -0.1576</w:t>
        <w:br/>
        <w:t>vn 0.0680 0.9575 -0.2804</w:t>
        <w:br/>
        <w:t>vn -0.5653 0.7458 -0.3524</w:t>
        <w:br/>
        <w:t>vn -0.8756 -0.1229 0.4671</w:t>
        <w:br/>
        <w:t>vn -0.9321 -0.1663 0.3217</w:t>
        <w:br/>
        <w:t>vn -0.8831 -0.0325 0.4680</w:t>
        <w:br/>
        <w:t>vn -0.5587 0.0090 0.8293</w:t>
        <w:br/>
        <w:t>vn -0.5629 -0.0918 0.8214</w:t>
        <w:br/>
        <w:t>vn -0.2843 -0.1030 0.9532</w:t>
        <w:br/>
        <w:t>vn -0.2327 0.1034 0.9671</w:t>
        <w:br/>
        <w:t>vn -0.7545 -0.0629 0.6533</w:t>
        <w:br/>
        <w:t>vn -0.2000 0.8287 0.5228</w:t>
        <w:br/>
        <w:t>vn -0.1191 0.8814 0.4570</w:t>
        <w:br/>
        <w:t>vn -0.2360 0.9336 0.2696</w:t>
        <w:br/>
        <w:t>vn -0.1027 0.9499 0.2951</w:t>
        <w:br/>
        <w:t>vn 0.4772 0.8753 0.0780</w:t>
        <w:br/>
        <w:t>vn 0.0590 0.0570 0.9966</w:t>
        <w:br/>
        <w:t>vn 0.3416 -0.0378 0.9391</w:t>
        <w:br/>
        <w:t>vn 0.2743 0.0206 0.9614</w:t>
        <w:br/>
        <w:t>vn 0.0818 -0.0279 0.9963</w:t>
        <w:br/>
        <w:t>vn 0.3161 0.0916 0.9443</w:t>
        <w:br/>
        <w:t>vn -0.8242 0.1158 0.5543</w:t>
        <w:br/>
        <w:t>vn -0.9541 0.0370 0.2972</w:t>
        <w:br/>
        <w:t>vn -0.9296 -0.2118 0.3016</w:t>
        <w:br/>
        <w:t>vn -0.8472 -0.1329 0.5144</w:t>
        <w:br/>
        <w:t>vn -0.9329 -0.2587 0.2506</w:t>
        <w:br/>
        <w:t>vn -0.8544 -0.2241 0.4689</w:t>
        <w:br/>
        <w:t>vn -0.7191 -0.2149 0.6608</w:t>
        <w:br/>
        <w:t>vn -0.6932 0.0130 0.7206</w:t>
        <w:br/>
        <w:t>vn -0.4795 -0.2366 0.8451</w:t>
        <w:br/>
        <w:t>vn -0.5764 0.0437 0.8160</w:t>
        <w:br/>
        <w:t>vn -0.9581 -0.2770 0.0733</w:t>
        <w:br/>
        <w:t>vn -0.9693 -0.2330 0.0781</w:t>
        <w:br/>
        <w:t>vn -0.9374 -0.2068 -0.2803</w:t>
        <w:br/>
        <w:t>vn -0.9290 -0.3237 -0.1793</w:t>
        <w:br/>
        <w:t>vn -0.9511 -0.3057 0.0445</w:t>
        <w:br/>
        <w:t>vn 0.3478 0.8913 -0.2909</w:t>
        <w:br/>
        <w:t>vn 0.0137 0.8739 -0.4860</w:t>
        <w:br/>
        <w:t>vn -0.8945 -0.1820 -0.4083</w:t>
        <w:br/>
        <w:t>vn -0.8830 -0.1853 -0.4313</w:t>
        <w:br/>
        <w:t>vn -0.7654 -0.0898 -0.6373</w:t>
        <w:br/>
        <w:t>vn -0.7601 -0.0279 -0.6492</w:t>
        <w:br/>
        <w:t>vn 0.2304 0.8820 -0.4112</w:t>
        <w:br/>
        <w:t>vn -0.0119 0.8249 -0.5651</w:t>
        <w:br/>
        <w:t>vn -0.4602 0.6735 -0.5784</w:t>
        <w:br/>
        <w:t>vn -0.2536 0.6969 -0.6708</w:t>
        <w:br/>
        <w:t>vn -0.7672 -0.1652 -0.6198</w:t>
        <w:br/>
        <w:t>vn -0.5552 -0.1446 -0.8191</w:t>
        <w:br/>
        <w:t>vn -0.5607 -0.0615 -0.8257</w:t>
        <w:br/>
        <w:t>vn -0.8623 -0.1293 -0.4896</w:t>
        <w:br/>
        <w:t>vn -0.5479 0.0239 -0.8362</w:t>
        <w:br/>
        <w:t>vn -0.2954 -0.0393 -0.9546</w:t>
        <w:br/>
        <w:t>vn -0.1760 0.4539 -0.8735</w:t>
        <w:br/>
        <w:t>vn 0.0221 0.5981 0.8011</w:t>
        <w:br/>
        <w:t>vn -0.0408 0.5555 0.8305</w:t>
        <w:br/>
        <w:t>vn 0.3993 0.5488 0.7344</w:t>
        <w:br/>
        <w:t>vn 0.3952 0.5324 0.7486</w:t>
        <w:br/>
        <w:t>vn 0.2804 0.5770 0.7671</w:t>
        <w:br/>
        <w:t>vn 0.3216 0.5582 0.7648</w:t>
        <w:br/>
        <w:t>vn -0.9771 0.0820 0.1962</w:t>
        <w:br/>
        <w:t>vn -0.9431 0.0531 0.3283</w:t>
        <w:br/>
        <w:t>vn -0.8513 0.0211 0.5242</w:t>
        <w:br/>
        <w:t>vn -0.8658 0.0199 0.5001</w:t>
        <w:br/>
        <w:t>vn -0.6596 0.0142 0.7515</w:t>
        <w:br/>
        <w:t>vn -0.6549 0.0145 0.7556</w:t>
        <w:br/>
        <w:t>vn -0.9732 0.1503 -0.1742</w:t>
        <w:br/>
        <w:t>vn -0.9872 0.1369 -0.0824</w:t>
        <w:br/>
        <w:t>vn -0.9871 0.1048 0.1208</w:t>
        <w:br/>
        <w:t>vn -0.8583 0.1675 -0.4851</w:t>
        <w:br/>
        <w:t>vn -0.8581 0.1675 -0.4854</w:t>
        <w:br/>
        <w:t>vn -0.9570 0.1549 -0.2453</w:t>
        <w:br/>
        <w:t>vn -0.6808 0.1543 -0.7161</w:t>
        <w:br/>
        <w:t>vn -0.6971 0.1571 -0.6995</w:t>
        <w:br/>
        <w:t>vn -0.4469 0.1495 -0.8820</w:t>
        <w:br/>
        <w:t>vn -0.4878 0.1560 -0.8589</w:t>
        <w:br/>
        <w:t>vn -0.2200 0.1516 -0.9636</w:t>
        <w:br/>
        <w:t>vn -0.2489 0.1558 -0.9559</w:t>
        <w:br/>
        <w:t>vn 0.3762 0.5728 0.7282</w:t>
        <w:br/>
        <w:t>vn 0.3945 0.6571 0.6424</w:t>
        <w:br/>
        <w:t>vn 0.7845 0.6079 -0.1228</w:t>
        <w:br/>
        <w:t>vn 0.8624 0.4998 -0.0808</w:t>
        <w:br/>
        <w:t>vn 0.6960 0.6251 -0.3534</w:t>
        <w:br/>
        <w:t>vn 0.7061 0.6088 0.3616</w:t>
        <w:br/>
        <w:t>vn 0.7675 0.5245 0.3686</w:t>
        <w:br/>
        <w:t>vn 0.8423 0.5127 0.1662</w:t>
        <w:br/>
        <w:t>vn 0.7782 0.6095 0.1514</w:t>
        <w:br/>
        <w:t>vn 0.4566 0.1958 0.8678</w:t>
        <w:br/>
        <w:t>vn 0.5149 0.2295 0.8260</w:t>
        <w:br/>
        <w:t>vn 0.5941 -0.0900 0.7994</w:t>
        <w:br/>
        <w:t>vn 0.5734 0.0905 0.8142</w:t>
        <w:br/>
        <w:t>vn 0.5722 -0.0424 0.8190</w:t>
        <w:br/>
        <w:t>vn 0.7170 -0.1456 0.6817</w:t>
        <w:br/>
        <w:t>vn 0.3526 -0.0272 0.9354</w:t>
        <w:br/>
        <w:t>vn 0.3436 0.2051 0.9164</w:t>
        <w:br/>
        <w:t>vn 0.5084 0.0727 0.8580</w:t>
        <w:br/>
        <w:t>vn 0.5152 -0.1516 0.8436</w:t>
        <w:br/>
        <w:t>vn 0.6925 -0.0066 0.7213</w:t>
        <w:br/>
        <w:t>vn 0.7032 -0.1106 0.7023</w:t>
        <w:br/>
        <w:t>vn 0.3133 0.0179 0.9495</w:t>
        <w:br/>
        <w:t>vn -0.0333 0.2793 0.9596</w:t>
        <w:br/>
        <w:t>vn 0.0560 -0.2363 0.9701</w:t>
        <w:br/>
        <w:t>vn 0.3154 -0.2153 0.9242</w:t>
        <w:br/>
        <w:t>vn 0.1693 0.4143 0.8942</w:t>
        <w:br/>
        <w:t>vn -0.1481 -0.0064 0.9889</w:t>
        <w:br/>
        <w:t>vn -0.0301 -0.1053 0.9940</w:t>
        <w:br/>
        <w:t>vn -0.0044 0.1502 -0.9887</w:t>
        <w:br/>
        <w:t>vn -0.0077 0.1508 -0.9885</w:t>
        <w:br/>
        <w:t>vn -0.0812 0.8908 0.4470</w:t>
        <w:br/>
        <w:t>vn -0.0083 0.9938 0.1112</w:t>
        <w:br/>
        <w:t>vn 0.1446 0.9880 0.0541</w:t>
        <w:br/>
        <w:t>vn -0.1593 0.9867 0.0316</w:t>
        <w:br/>
        <w:t>vn -0.2413 0.9696 0.0403</w:t>
        <w:br/>
        <w:t>vn -0.1248 0.9887 0.0828</w:t>
        <w:br/>
        <w:t>vn -0.2548 0.9664 -0.0333</w:t>
        <w:br/>
        <w:t>vn -0.2549 0.9664 -0.0333</w:t>
        <w:br/>
        <w:t>vn 0.9788 -0.1862 0.0848</w:t>
        <w:br/>
        <w:t>vn 0.9641 0.2412 0.1108</w:t>
        <w:br/>
        <w:t>vn 0.9247 0.1509 0.3495</w:t>
        <w:br/>
        <w:t>vn 0.9066 -0.1834 0.3800</w:t>
        <w:br/>
        <w:t>vn 0.8937 -0.0832 -0.4409</w:t>
        <w:br/>
        <w:t>vn 0.9195 0.0568 -0.3889</w:t>
        <w:br/>
        <w:t>vn 0.9730 0.1893 -0.1318</w:t>
        <w:br/>
        <w:t>vn 0.9583 -0.1889 -0.2144</w:t>
        <w:br/>
        <w:t>vn -0.0520 0.9973 0.0521</w:t>
        <w:br/>
        <w:t>vn -0.1211 0.9894 0.0805</w:t>
        <w:br/>
        <w:t>vn -0.1212 0.9894 0.0805</w:t>
        <w:br/>
        <w:t>vn 0.8031 -0.1864 -0.5660</w:t>
        <w:br/>
        <w:t>vn 0.6707 -0.1687 -0.7223</w:t>
        <w:br/>
        <w:t>vn 0.6543 0.0076 -0.7562</w:t>
        <w:br/>
        <w:t>vn 0.8027 -0.0048 -0.5964</w:t>
        <w:br/>
        <w:t>vn -0.1969 0.9733 -0.1181</w:t>
        <w:br/>
        <w:t>vn -0.1969 0.9733 -0.1180</w:t>
        <w:br/>
        <w:t>vn -0.1779 0.9825 -0.0560</w:t>
        <w:br/>
        <w:t>vn -0.2238 0.9699 -0.0955</w:t>
        <w:br/>
        <w:t>vn -0.1726 0.9847 -0.0238</w:t>
        <w:br/>
        <w:t>vn 0.8134 -0.0872 0.5751</w:t>
        <w:br/>
        <w:t>vn 0.8389 0.0497 0.5419</w:t>
        <w:br/>
        <w:t>vn 0.7240 0.0098 0.6898</w:t>
        <w:br/>
        <w:t>vn 0.5527 0.0025 0.8333</w:t>
        <w:br/>
        <w:t>vn 0.2084 0.1366 -0.9685</w:t>
        <w:br/>
        <w:t>vn 0.2288 0.1376 -0.9637</w:t>
        <w:br/>
        <w:t>vn 0.6683 0.1177 -0.7345</w:t>
        <w:br/>
        <w:t>vn 0.6757 0.1182 -0.7276</w:t>
        <w:br/>
        <w:t>vn 0.4554 0.1241 -0.8816</w:t>
        <w:br/>
        <w:t>vn 0.4286 0.1228 -0.8951</w:t>
        <w:br/>
        <w:t>vn 0.9805 0.1055 -0.1660</w:t>
        <w:br/>
        <w:t>vn 0.9610 0.1184 -0.2501</w:t>
        <w:br/>
        <w:t>vn 0.8433 0.1293 -0.5217</w:t>
        <w:br/>
        <w:t>vn 0.8512 0.1293 -0.5087</w:t>
        <w:br/>
        <w:t>vn -0.4939 0.2573 0.8306</w:t>
        <w:br/>
        <w:t>vn -0.2546 0.3951 0.8826</w:t>
        <w:br/>
        <w:t>vn -0.2047 0.3265 0.9227</w:t>
        <w:br/>
        <w:t>vn -0.4929 0.2630 0.8294</w:t>
        <w:br/>
        <w:t>vn -0.6434 0.1890 0.7418</w:t>
        <w:br/>
        <w:t>vn -0.6432 0.2498 0.7238</w:t>
        <w:br/>
        <w:t>vn -0.7948 0.2572 0.5496</w:t>
        <w:br/>
        <w:t>vn -0.8971 0.3309 0.2927</w:t>
        <w:br/>
        <w:t>vn -0.9657 0.0754 -0.2485</w:t>
        <w:br/>
        <w:t>vn -0.9937 0.1076 0.0321</w:t>
        <w:br/>
        <w:t>vn -0.9268 0.3752 0.0159</w:t>
        <w:br/>
        <w:t>vn -0.9368 0.2752 -0.2161</w:t>
        <w:br/>
        <w:t>vn -0.7728 -0.0021 -0.6346</w:t>
        <w:br/>
        <w:t>vn -0.8924 0.0055 -0.4512</w:t>
        <w:br/>
        <w:t>vn -0.8893 0.1688 -0.4250</w:t>
        <w:br/>
        <w:t>vn -0.7543 0.1757 -0.6326</w:t>
        <w:br/>
        <w:t>vn -0.0124 0.9985 0.0526</w:t>
        <w:br/>
        <w:t>vn 0.0996 0.9897 0.1032</w:t>
        <w:br/>
        <w:t>vn 0.1705 0.9727 0.1573</w:t>
        <w:br/>
        <w:t>vn -0.0403 0.9992 -0.0006</w:t>
        <w:br/>
        <w:t>vn 0.0177 0.9976 -0.0664</w:t>
        <w:br/>
        <w:t>vn 0.0994 0.9925 -0.0710</w:t>
        <w:br/>
        <w:t>vn 0.1501 0.9875 -0.0490</w:t>
        <w:br/>
        <w:t>vn 0.1571 0.9871 -0.0322</w:t>
        <w:br/>
        <w:t>vn -0.0476 0.0340 0.9983</w:t>
        <w:br/>
        <w:t>vn 0.8425 -0.1420 0.5196</w:t>
        <w:br/>
        <w:t>vn -0.4860 0.8666 -0.1131</w:t>
        <w:br/>
        <w:t>vn -0.4007 0.8849 -0.2376</w:t>
        <w:br/>
        <w:t>vn -0.5313 0.8443 -0.0697</w:t>
        <w:br/>
        <w:t>vn 0.0265 0.9005 -0.4340</w:t>
        <w:br/>
        <w:t>vn 0.6038 0.6804 -0.4154</w:t>
        <w:br/>
        <w:t>vn -0.1359 0.9188 -0.3706</w:t>
        <w:br/>
        <w:t>vn 0.2103 0.7231 -0.6579</w:t>
        <w:br/>
        <w:t>vn -0.2389 0.9077 -0.3450</w:t>
        <w:br/>
        <w:t>vn 0.0306 0.4295 -0.9026</w:t>
        <w:br/>
        <w:t>vn 0.0991 0.6772 -0.7291</w:t>
        <w:br/>
        <w:t>vn -0.0898 0.8861 -0.4547</w:t>
        <w:br/>
        <w:t>vn -0.0522 0.7384 -0.6723</w:t>
        <w:br/>
        <w:t>vn -0.0324 0.7164 -0.6969</w:t>
        <w:br/>
        <w:t>vn -0.0510 0.6242 -0.7796</w:t>
        <w:br/>
        <w:t>vn 0.3668 0.1354 -0.9204</w:t>
        <w:br/>
        <w:t>vn 0.0424 -0.0238 -0.9988</w:t>
        <w:br/>
        <w:t>vn 0.4833 -0.0399 -0.8746</w:t>
        <w:br/>
        <w:t>vn -0.2760 -0.1046 -0.9554</w:t>
        <w:br/>
        <w:t>vn 0.0410 -0.0915 -0.9950</w:t>
        <w:br/>
        <w:t>vn 0.4148 -0.1153 -0.9026</w:t>
        <w:br/>
        <w:t>vn 0.0411 -0.0915 -0.9950</w:t>
        <w:br/>
        <w:t>vn 0.6256 0.1196 -0.7709</w:t>
        <w:br/>
        <w:t>vn 0.7057 -0.0290 -0.7079</w:t>
        <w:br/>
        <w:t>vn 0.3950 0.0287 -0.9182</w:t>
        <w:br/>
        <w:t>vn 0.0352 0.0389 -0.9986</w:t>
        <w:br/>
        <w:t>vn 0.0287 0.2438 -0.9694</w:t>
        <w:br/>
        <w:t>vn 0.3674 0.2917 -0.8831</w:t>
        <w:br/>
        <w:t>vn -0.0253 0.9745 0.2228</w:t>
        <w:br/>
        <w:t>vn -0.1606 0.9711 0.1767</w:t>
        <w:br/>
        <w:t>vn 0.1468 0.9691 0.1981</w:t>
        <w:br/>
        <w:t>vn 0.8204 -0.0755 -0.5668</w:t>
        <w:br/>
        <w:t>vn 0.9279 -0.0845 -0.3630</w:t>
        <w:br/>
        <w:t>vn 0.7640 0.2145 -0.6085</w:t>
        <w:br/>
        <w:t>vn 0.6821 0.3562 -0.6386</w:t>
        <w:br/>
        <w:t>vn 0.8984 -0.2148 -0.3830</w:t>
        <w:br/>
        <w:t>vn 0.9545 -0.2230 -0.1979</w:t>
        <w:br/>
        <w:t>vn -0.5375 0.0365 -0.8425</w:t>
        <w:br/>
        <w:t>vn -0.5170 0.2134 -0.8289</w:t>
        <w:br/>
        <w:t>vn -0.2611 0.2138 -0.9413</w:t>
        <w:br/>
        <w:t>vn -0.2660 0.0467 -0.9628</w:t>
        <w:br/>
        <w:t>vn 0.6178 0.2813 -0.7343</w:t>
        <w:br/>
        <w:t>vn -0.3787 0.0450 0.9244</w:t>
        <w:br/>
        <w:t>vn -0.3596 0.0453 0.9320</w:t>
        <w:br/>
        <w:t>vn -0.0147 0.0599 0.9981</w:t>
        <w:br/>
        <w:t>vn 0.0679 0.0463 0.9966</w:t>
        <w:br/>
        <w:t>vn 0.3791 0.0107 0.9253</w:t>
        <w:br/>
        <w:t>vn 0.2209 0.0419 0.9744</w:t>
        <w:br/>
        <w:t>vn 0.4272 0.0194 0.9039</w:t>
        <w:br/>
        <w:t>vn 0.6749 0.0018 0.7379</w:t>
        <w:br/>
        <w:t>vn 0.7019 0.0072 0.7123</w:t>
        <w:br/>
        <w:t>vn 0.7276 0.0123 0.6859</w:t>
        <w:br/>
        <w:t>vn 0.9010 0.0213 0.4334</w:t>
        <w:br/>
        <w:t>vn 0.8944 0.0192 0.4468</w:t>
        <w:br/>
        <w:t>vn 0.9849 0.0561 0.1639</w:t>
        <w:br/>
        <w:t>vn 0.9869 0.0563 0.1513</w:t>
        <w:br/>
        <w:t>vn 0.9887 0.0565 0.1386</w:t>
        <w:br/>
        <w:t>vn 0.9954 0.0867 -0.0417</w:t>
        <w:br/>
        <w:t>vn 0.9958 0.0866 -0.0288</w:t>
        <w:br/>
        <w:t>vn 0.9571 0.1188 -0.2643</w:t>
        <w:br/>
        <w:t>vn 0.1905 0.9656 0.1770</w:t>
        <w:br/>
        <w:t>vn 0.0825 0.8534 -0.5147</w:t>
        <w:br/>
        <w:t>vn -0.0070 0.7915 -0.6112</w:t>
        <w:br/>
        <w:t>vn -0.0963 0.7129 -0.6947</w:t>
        <w:br/>
        <w:t>vn 0.3182 0.1655 0.9334</w:t>
        <w:br/>
        <w:t>vn 0.1036 0.0544 0.9931</w:t>
        <w:br/>
        <w:t>vn 0.3937 -0.4150 0.8202</w:t>
        <w:br/>
        <w:t>vn -0.2884 0.6023 0.7444</w:t>
        <w:br/>
        <w:t>vn -0.1229 0.3304 0.9358</w:t>
        <w:br/>
        <w:t>vn 0.3345 0.7665 0.5482</w:t>
        <w:br/>
        <w:t>vn 0.6909 0.7045 -0.1626</w:t>
        <w:br/>
        <w:t>vn 0.7032 0.6981 0.1344</w:t>
        <w:br/>
        <w:t>vn 0.5751 0.6474 0.5000</w:t>
        <w:br/>
        <w:t>vn 0.4968 0.6984 0.5152</w:t>
        <w:br/>
        <w:t>vn 0.6371 0.6863 0.3508</w:t>
        <w:br/>
        <w:t>vn -0.2554 0.9607 0.1088</w:t>
        <w:br/>
        <w:t>vn -0.2278 0.9465 0.2287</w:t>
        <w:br/>
        <w:t>vn -0.3295 0.0613 0.9422</w:t>
        <w:br/>
        <w:t>vn -0.0588 0.0031 0.9983</w:t>
        <w:br/>
        <w:t>vn 0.1152 0.0100 0.9933</w:t>
        <w:br/>
        <w:t>vn -0.2213 -0.0602 0.9734</w:t>
        <w:br/>
        <w:t>vn -0.4769 -0.0777 0.8755</w:t>
        <w:br/>
        <w:t>vn 0.0835 -0.0301 0.9961</w:t>
        <w:br/>
        <w:t>vn 0.9821 -0.1876 0.0183</w:t>
        <w:br/>
        <w:t>vn -0.0606 0.3506 0.9346</w:t>
        <w:br/>
        <w:t>vn 0.9354 -0.1882 0.2994</w:t>
        <w:br/>
        <w:t>vn 0.9353 -0.1546 0.3184</w:t>
        <w:br/>
        <w:t>vn -0.3688 -0.3626 0.8559</w:t>
        <w:br/>
        <w:t>vn -0.4988 -0.7364 0.4571</w:t>
        <w:br/>
        <w:t>vn -0.4060 0.7184 0.5648</w:t>
        <w:br/>
        <w:t>vn -0.7542 0.5704 -0.3253</w:t>
        <w:br/>
        <w:t>vn -0.7877 0.6160 0.0036</w:t>
        <w:br/>
        <w:t>vn 0.1952 0.5952 0.7795</w:t>
        <w:br/>
        <w:t>vn 0.2346 0.6328 0.7379</w:t>
        <w:br/>
        <w:t>vn -0.2083 0.4648 0.8606</w:t>
        <w:br/>
        <w:t>vn -0.3786 0.4323 0.8184</w:t>
        <w:br/>
        <w:t>vn -0.3448 0.4238 0.8376</w:t>
        <w:br/>
        <w:t>vn 0.8593 -0.1811 0.4784</w:t>
        <w:br/>
        <w:t>vn -0.7292 -0.0968 0.6774</w:t>
        <w:br/>
        <w:t>vn 0.9193 0.3848 -0.0819</w:t>
        <w:br/>
        <w:t>vn 0.8769 0.3351 -0.3445</w:t>
        <w:br/>
        <w:t>vn 0.9266 0.3649 0.0913</w:t>
        <w:br/>
        <w:t>vn 0.9167 0.2765 0.2884</w:t>
        <w:br/>
        <w:t>vn 0.7715 0.2719 -0.5751</w:t>
        <w:br/>
        <w:t>vn 0.7187 0.1559 0.6776</w:t>
        <w:br/>
        <w:t>vn 0.8386 0.1842 0.5126</w:t>
        <w:br/>
        <w:t>vn 0.5370 0.1873 0.8225</w:t>
        <w:br/>
        <w:t>vn 0.0288 0.2438 -0.9694</w:t>
        <w:br/>
        <w:t>vn -0.1933 -0.2761 0.9415</w:t>
        <w:br/>
        <w:t>vn -0.9374 -0.3001 -0.1765</w:t>
        <w:br/>
        <w:t>vn -0.5506 0.6872 0.4739</w:t>
        <w:br/>
        <w:t>vn -0.7239 0.6378 0.2628</w:t>
        <w:br/>
        <w:t>vn -0.6879 0.6246 0.3697</w:t>
        <w:br/>
        <w:t>vn 0.1332 -0.7093 0.6922</w:t>
        <w:br/>
        <w:t>vn -0.3076 -0.7414 0.5965</w:t>
        <w:br/>
        <w:t>vn -0.3075 -0.7413 0.5965</w:t>
        <w:br/>
        <w:t>vn 0.3890 -0.6707 0.6316</w:t>
        <w:br/>
        <w:t>vn -0.1301 0.9592 0.2510</w:t>
        <w:br/>
        <w:t>vn -0.9774 -0.1854 -0.1018</w:t>
        <w:br/>
        <w:t>vn -0.9921 -0.1256 -0.0027</w:t>
        <w:br/>
        <w:t>vn -0.9136 -0.2818 -0.2930</w:t>
        <w:br/>
        <w:t>vn -0.5686 -0.3647 -0.7374</w:t>
        <w:br/>
        <w:t>vn -0.5567 -0.3952 -0.7307</w:t>
        <w:br/>
        <w:t>vn -0.8710 -0.3244 -0.3689</w:t>
        <w:br/>
        <w:t>vn 0.0000 -0.2774 -0.9607</w:t>
        <w:br/>
        <w:t>vn 0.0000 -0.3246 -0.9459</w:t>
        <w:br/>
        <w:t>vn 0.0457 -0.3401 -0.9393</w:t>
        <w:br/>
        <w:t>vn 0.0581 -0.2882 -0.9558</w:t>
        <w:br/>
        <w:t>vn -0.1860 -0.3804 -0.9059</w:t>
        <w:br/>
        <w:t>vn -0.1829 -0.3309 -0.9258</w:t>
        <w:br/>
        <w:t>vn -0.9645 -0.2260 -0.1368</w:t>
        <w:br/>
        <w:t>vn 0.0000 -0.4096 -0.9123</w:t>
        <w:br/>
        <w:t>vn -0.0000 -0.6924 -0.7215</w:t>
        <w:br/>
        <w:t>vn 0.0138 -0.7037 -0.7104</w:t>
        <w:br/>
        <w:t>vn 0.0070 -0.4384 -0.8987</w:t>
        <w:br/>
        <w:t>vn -0.1202 -0.7298 -0.6731</w:t>
        <w:br/>
        <w:t>vn -0.1870 -0.4917 -0.8505</w:t>
        <w:br/>
        <w:t>vn -0.3474 -0.7424 -0.5729</w:t>
        <w:br/>
        <w:t>vn -0.6362 -0.0142 -0.7714</w:t>
        <w:br/>
        <w:t>vn -0.5775 -0.7230 -0.3792</w:t>
        <w:br/>
        <w:t>vn -0.8927 -0.0368 -0.4491</w:t>
        <w:br/>
        <w:t>vn -0.7241 -0.6746 -0.1433</w:t>
        <w:br/>
        <w:t>vn -0.9863 0.0052 -0.1648</w:t>
        <w:br/>
        <w:t>vn -0.9015 0.0119 -0.4326</w:t>
        <w:br/>
        <w:t>vn -0.9868 0.0537 -0.1528</w:t>
        <w:br/>
        <w:t>vn -0.6452 0.0310 -0.7634</w:t>
        <w:br/>
        <w:t>vn -0.1885 -0.4286 -0.8836</w:t>
        <w:br/>
        <w:t>vn 0.0330 -0.3907 -0.9199</w:t>
        <w:br/>
        <w:t>vn 0.0000 -0.3708 -0.9287</w:t>
        <w:br/>
        <w:t>vn 0.0066 -0.6900 -0.7237</w:t>
        <w:br/>
        <w:t>vn -0.0000 -0.6889 -0.7249</w:t>
        <w:br/>
        <w:t>vn -0.7462 -0.6492 -0.1473</w:t>
        <w:br/>
        <w:t>vn -0.2519 0.5869 -0.7694</w:t>
        <w:br/>
        <w:t>vn -0.2519 0.5869 -0.7695</w:t>
        <w:br/>
        <w:t>vn -0.0223 0.6217 -0.7829</w:t>
        <w:br/>
        <w:t>vn -0.0223 0.6217 -0.7830</w:t>
        <w:br/>
        <w:t>vn -0.0000 0.6221 -0.7829</w:t>
        <w:br/>
        <w:t>vn -0.3187 -0.1557 -0.9350</w:t>
        <w:br/>
        <w:t>vn -0.3404 -0.3128 -0.8867</w:t>
        <w:br/>
        <w:t>vn -0.4547 -0.2428 -0.8569</w:t>
        <w:br/>
        <w:t>vn -0.4542 -0.1108 -0.8840</w:t>
        <w:br/>
        <w:t>vn -0.4291 -0.2584 -0.8655</w:t>
        <w:br/>
        <w:t>vn -0.3201 0.0215 -0.9471</w:t>
        <w:br/>
        <w:t>vn -0.5560 -0.1421 -0.8189</w:t>
        <w:br/>
        <w:t>vn -0.5483 -0.0583 -0.8343</w:t>
        <w:br/>
        <w:t>vn -0.5097 0.0594 -0.8583</w:t>
        <w:br/>
        <w:t>vn -0.1088 -0.1593 -0.9812</w:t>
        <w:br/>
        <w:t>vn -0.1499 -0.3429 -0.9273</w:t>
        <w:br/>
        <w:t>vn -0.0887 -0.0119 -0.9960</w:t>
        <w:br/>
        <w:t>vn -0.6459 -0.0398 -0.7623</w:t>
        <w:br/>
        <w:t>vn -0.5733 -0.4710 -0.6705</w:t>
        <w:br/>
        <w:t>vn -0.6474 -0.0542 -0.7602</w:t>
        <w:br/>
        <w:t>vn -0.0439 -0.2768 -0.9599</w:t>
        <w:br/>
        <w:t>vn -0.5010 0.1432 -0.8535</w:t>
        <w:br/>
        <w:t>vn -0.4672 0.0757 -0.8809</w:t>
        <w:br/>
        <w:t>vn -0.1244 -0.1444 -0.9817</w:t>
        <w:br/>
        <w:t>vn -0.0001 -0.0318 -0.9995</w:t>
        <w:br/>
        <w:t>vn 0.0172 -0.4127 -0.9107</w:t>
        <w:br/>
        <w:t>vn -0.0001 -0.4138 -0.9104</w:t>
        <w:br/>
        <w:t>vn -0.5133 0.1989 -0.8349</w:t>
        <w:br/>
        <w:t>vn -0.5965 -0.5443 -0.5898</w:t>
        <w:br/>
        <w:t>vn -0.5987 -0.1199 -0.7919</w:t>
        <w:br/>
        <w:t>vn -0.6272 -0.4719 -0.6196</w:t>
        <w:br/>
        <w:t>vn -0.8905 -0.1504 -0.4295</w:t>
        <w:br/>
        <w:t>vn -0.8992 0.0456 -0.4351</w:t>
        <w:br/>
        <w:t>vn -0.7623 0.0002 -0.6473</w:t>
        <w:br/>
        <w:t>vn -0.5488 0.2312 -0.8033</w:t>
        <w:br/>
        <w:t>vn -0.2489 -0.9399 -0.2339</w:t>
        <w:br/>
        <w:t>vn -0.2371 -0.8518 -0.4672</w:t>
        <w:br/>
        <w:t>vn -0.0000 -0.8988 -0.4384</w:t>
        <w:br/>
        <w:t>vn -0.0000 -0.9830 -0.1836</w:t>
        <w:br/>
        <w:t>vn -0.4461 -0.8566 -0.2591</w:t>
        <w:br/>
        <w:t>vn -0.4309 -0.7597 -0.4869</w:t>
        <w:br/>
        <w:t>vn -0.5626 -0.7859 -0.2567</w:t>
        <w:br/>
        <w:t>vn -0.5444 -0.6751 -0.4978</w:t>
        <w:br/>
        <w:t>vn -0.1926 -0.5814 -0.7905</w:t>
        <w:br/>
        <w:t>vn -0.0002 -0.6085 -0.7935</w:t>
        <w:br/>
        <w:t>vn -0.3720 -0.5067 -0.7778</w:t>
        <w:br/>
        <w:t>vn -0.4737 -0.4177 -0.7753</w:t>
        <w:br/>
        <w:t>vn -0.0005 -0.3430 -0.9393</w:t>
        <w:br/>
        <w:t>vn -0.0004 -0.1504 -0.9886</w:t>
        <w:br/>
        <w:t>vn -0.2974 0.1676 -0.9399</w:t>
        <w:br/>
        <w:t>vn 0.0121 -0.1339 -0.9909</w:t>
        <w:br/>
        <w:t>vn 0.0458 -0.0852 -0.9953</w:t>
        <w:br/>
        <w:t>vn -0.4780 0.0160 -0.8782</w:t>
        <w:br/>
        <w:t>vn -0.7336 -0.2321 -0.6388</w:t>
        <w:br/>
        <w:t>vn -0.8753 0.1184 -0.4689</w:t>
        <w:br/>
        <w:t>vn -0.9214 0.1749 -0.3470</w:t>
        <w:br/>
        <w:t>vn -0.9815 -0.0199 -0.1904</w:t>
        <w:br/>
        <w:t>vn -0.9791 -0.2027 0.0163</w:t>
        <w:br/>
        <w:t>vn -0.9459 -0.3232 0.0288</w:t>
        <w:br/>
        <w:t>vn -0.9434 -0.3300 0.0321</w:t>
        <w:br/>
        <w:t>vn -0.9560 -0.2619 -0.1320</w:t>
        <w:br/>
        <w:t>vn -0.9873 0.0529 -0.1497</w:t>
        <w:br/>
        <w:t>vn -0.0420 -0.1228 -0.9915</w:t>
        <w:br/>
        <w:t>vn -0.0000 -0.1003 -0.9950</w:t>
        <w:br/>
        <w:t>vn -0.0000 -0.0516 -0.9987</w:t>
        <w:br/>
        <w:t>vn -0.1136 -0.0772 -0.9905</w:t>
        <w:br/>
        <w:t>vn -0.0658 -0.1502 -0.9865</w:t>
        <w:br/>
        <w:t>vn -0.1468 -0.1517 -0.9775</w:t>
        <w:br/>
        <w:t>vn -0.4556 0.2316 -0.8595</w:t>
        <w:br/>
        <w:t>vn -0.5695 0.1216 -0.8130</w:t>
        <w:br/>
        <w:t>vn -0.3281 -0.0420 -0.9437</w:t>
        <w:br/>
        <w:t>vn -0.5582 0.0170 -0.8295</w:t>
        <w:br/>
        <w:t>vn -0.3509 -0.0592 -0.9345</w:t>
        <w:br/>
        <w:t>vn -0.4950 -0.1556 -0.8548</w:t>
        <w:br/>
        <w:t>vn -0.2698 -0.0850 -0.9592</w:t>
        <w:br/>
        <w:t>vn -0.3290 -0.0440 -0.9433</w:t>
        <w:br/>
        <w:t>vn -0.5357 -0.0678 -0.8417</w:t>
        <w:br/>
        <w:t>vn -0.7672 -0.1317 -0.6278</w:t>
        <w:br/>
        <w:t>vn -0.7555 -0.0812 -0.6501</w:t>
        <w:br/>
        <w:t>vn -0.8896 -0.0598 -0.4527</w:t>
        <w:br/>
        <w:t>vn -0.8604 -0.0554 -0.5066</w:t>
        <w:br/>
        <w:t>vn -0.7550 -0.0853 -0.6502</w:t>
        <w:br/>
        <w:t>vn -0.8481 -0.0921 -0.5217</w:t>
        <w:br/>
        <w:t>vn -0.5531 -0.0715 -0.8301</w:t>
        <w:br/>
        <w:t>vn -0.0778 -0.1931 -0.9781</w:t>
        <w:br/>
        <w:t>vn -0.2800 -0.2468 -0.9277</w:t>
        <w:br/>
        <w:t>vn -0.1336 -0.2996 -0.9447</w:t>
        <w:br/>
        <w:t>vn -0.4239 -0.3904 -0.8173</w:t>
        <w:br/>
        <w:t>vn -0.9434 -0.1050 -0.3147</w:t>
        <w:br/>
        <w:t>vn -0.7398 -0.4077 -0.5353</w:t>
        <w:br/>
        <w:t>vn -0.6990 -0.6565 -0.2836</w:t>
        <w:br/>
        <w:t>vn -0.3697 -0.7735 -0.5147</w:t>
        <w:br/>
        <w:t>vn -0.4015 -0.6000 -0.6920</w:t>
        <w:br/>
        <w:t>vn -0.2487 -0.4031 -0.8807</w:t>
        <w:br/>
        <w:t>vn -0.2084 -0.0452 -0.9770</w:t>
        <w:br/>
        <w:t>vn -0.0397 0.0330 -0.9987</w:t>
        <w:br/>
        <w:t>vn -0.2163 0.2239 -0.9503</w:t>
        <w:br/>
        <w:t>vn -0.2343 0.3275 -0.9153</w:t>
        <w:br/>
        <w:t>vn -0.3281 0.5829 -0.7433</w:t>
        <w:br/>
        <w:t>vn 0.0778 0.4643 -0.8823</w:t>
        <w:br/>
        <w:t>vn -0.0026 0.6815 -0.7318</w:t>
        <w:br/>
        <w:t>vn -0.5987 -0.1200 -0.7919</w:t>
        <w:br/>
        <w:t>vn -0.2568 0.0560 -0.9648</w:t>
        <w:br/>
        <w:t>vn -0.1853 0.0082 -0.9827</w:t>
        <w:br/>
        <w:t>vn 0.1160 -0.4413 -0.8898</w:t>
        <w:br/>
        <w:t>vn -0.0651 -0.2835 -0.9568</w:t>
        <w:br/>
        <w:t>vn 0.0154 -0.6788 -0.7342</w:t>
        <w:br/>
        <w:t>vn -0.0000 -0.0160 -0.9999</w:t>
        <w:br/>
        <w:t>vn -0.1735 -0.0343 -0.9842</w:t>
        <w:br/>
        <w:t>vn -0.0000 -0.0215 -0.9998</w:t>
        <w:br/>
        <w:t>vn -0.1903 -0.0271 -0.9814</w:t>
        <w:br/>
        <w:t>vn -0.0603 -0.0491 -0.9970</w:t>
        <w:br/>
        <w:t>vn -0.2473 -0.0909 -0.9647</w:t>
        <w:br/>
        <w:t>vn -0.1319 -0.1225 -0.9837</w:t>
        <w:br/>
        <w:t>vn -0.3835 0.7816 -0.4919</w:t>
        <w:br/>
        <w:t>vn -0.3616 0.8089 -0.4636</w:t>
        <w:br/>
        <w:t>vn -0.3396 0.6895 -0.6397</w:t>
        <w:br/>
        <w:t>vn -0.4447 0.8896 -0.1040</w:t>
        <w:br/>
        <w:t>vn -0.3848 0.9158 -0.1153</w:t>
        <w:br/>
        <w:t>vn 0.0069 -0.1573 -0.9875</w:t>
        <w:br/>
        <w:t>vn -0.0000 -0.1535 -0.9881</w:t>
        <w:br/>
        <w:t>vn -0.0754 -0.1430 -0.9869</w:t>
        <w:br/>
        <w:t>vn 0.1671 0.1763 -0.9700</w:t>
        <w:br/>
        <w:t>vn -0.0392 -0.9964 -0.0749</w:t>
        <w:br/>
        <w:t>vn -0.0125 -0.9996 -0.0245</w:t>
        <w:br/>
        <w:t>vn -0.0125 -0.9996 -0.0244</w:t>
        <w:br/>
        <w:t>vn -0.0010 -1.0000 0.0016</w:t>
        <w:br/>
        <w:t>vn 0.0139 -0.9998 0.0172</w:t>
        <w:br/>
        <w:t>vn 0.0027 -1.0000 0.0013</w:t>
        <w:br/>
        <w:t>vn -0.0131 -0.9997 -0.0195</w:t>
        <w:br/>
        <w:t>vn 0.0027 -1.0000 0.0012</w:t>
        <w:br/>
        <w:t>vn -0.0439 -0.9966 -0.0701</w:t>
        <w:br/>
        <w:t>vn 0.0232 -0.9997 0.0099</w:t>
        <w:br/>
        <w:t>vn 0.0254 -0.9994 0.0215</w:t>
        <w:br/>
        <w:t>vn 0.0253 -0.9994 0.0215</w:t>
        <w:br/>
        <w:t>vn -0.0000 -0.0406 -0.9992</w:t>
        <w:br/>
        <w:t>vn -0.3312 0.4201 -0.8449</w:t>
        <w:br/>
        <w:t>vn -0.1486 -0.0682 -0.9865</w:t>
        <w:br/>
        <w:t>vn -0.1743 -0.1059 -0.9790</w:t>
        <w:br/>
        <w:t>vn -0.5335 0.0773 -0.8423</w:t>
        <w:br/>
        <w:t>vn -0.4778 0.2743 -0.8345</w:t>
        <w:br/>
        <w:t>vn -0.1830 -0.1301 -0.9745</w:t>
        <w:br/>
        <w:t>vn -0.5239 -0.0246 -0.8514</w:t>
        <w:br/>
        <w:t>vn -0.0002 -1.0000 0.0000</w:t>
        <w:br/>
        <w:t>vn 0.0000 -1.0000 0.0000</w:t>
        <w:br/>
        <w:t>vn -0.0003 -1.0000 0.0000</w:t>
        <w:br/>
        <w:t>vn 0.0000 -0.0697 -0.9976</w:t>
        <w:br/>
        <w:t>vn -0.1196 -0.0620 -0.9909</w:t>
        <w:br/>
        <w:t>vn 0.9805 -0.1961 -0.0124</w:t>
        <w:br/>
        <w:t>vn 0.9309 -0.3652 -0.0076</w:t>
        <w:br/>
        <w:t>vn 0.9309 -0.3652 -0.0075</w:t>
        <w:br/>
        <w:t>vn 0.9806 -0.1957 -0.0128</w:t>
        <w:br/>
        <w:t>vn 0.7481 -0.6636 0.0001</w:t>
        <w:br/>
        <w:t>vn 0.4517 -0.8922 0.0011</w:t>
        <w:br/>
        <w:t>vn 0.0001 -1.0000 -0.0010</w:t>
        <w:br/>
        <w:t>vn -0.4258 0.7678 -0.4787</w:t>
        <w:br/>
        <w:t>vn -0.0000 0.8604 -0.5096</w:t>
        <w:br/>
        <w:t>vn -0.8664 -0.1444 -0.4780</w:t>
        <w:br/>
        <w:t>vn -0.7552 -0.1002 -0.6478</w:t>
        <w:br/>
        <w:t>vn -0.5587 -0.0770 -0.8258</w:t>
        <w:br/>
        <w:t>vn -0.9955 -0.0690 -0.0647</w:t>
        <w:br/>
        <w:t>vn 0.0214 -0.1703 -0.9852</w:t>
        <w:br/>
        <w:t>vn -0.2567 0.9642 -0.0666</w:t>
        <w:br/>
        <w:t>vn -0.1267 0.8578 -0.4982</w:t>
        <w:br/>
        <w:t>vn 0.2299 -0.2405 0.9430</w:t>
        <w:br/>
        <w:t>vn 0.2267 -0.3086 0.9238</w:t>
        <w:br/>
        <w:t>vn 0.2266 -0.3085 0.9238</w:t>
        <w:br/>
        <w:t>vn 0.1268 -0.4700 0.8735</w:t>
        <w:br/>
        <w:t>vn 0.0932 -0.4703 0.8776</w:t>
        <w:br/>
        <w:t>vn 0.0600 -0.4418 0.8951</w:t>
        <w:br/>
        <w:t>vn 0.2268 -0.1305 0.9652</w:t>
        <w:br/>
        <w:t>vn 0.2358 -0.0523 0.9704</w:t>
        <w:br/>
        <w:t>vn 0.2511 -0.0050 0.9679</w:t>
        <w:br/>
        <w:t>vn 0.2560 0.0381 0.9659</w:t>
        <w:br/>
        <w:t>vn 0.2512 -0.0050 0.9679</w:t>
        <w:br/>
        <w:t>vn 0.2501 0.0681 0.9658</w:t>
        <w:br/>
        <w:t>vn 0.2662 0.0851 0.9602</w:t>
        <w:br/>
        <w:t>vn 0.0703 -0.4145 0.9073</w:t>
        <w:br/>
        <w:t>vn 0.1164 -0.4039 0.9073</w:t>
        <w:br/>
        <w:t>vn 0.1165 -0.4039 0.9073</w:t>
        <w:br/>
        <w:t>vn 0.1865 -0.3576 0.9151</w:t>
        <w:br/>
        <w:t>vn 0.1864 -0.3576 0.9151</w:t>
        <w:br/>
        <w:t>vn 0.2859 0.0901 0.9540</w:t>
        <w:br/>
        <w:t>vn 0.2860 0.0901 0.9540</w:t>
        <w:br/>
        <w:t>vn -0.9506 0.2383 -0.1991</w:t>
        <w:br/>
        <w:t>vn 0.9776 -0.1839 -0.1025</w:t>
        <w:br/>
        <w:t>vn 0.9142 -0.2791 -0.2938</w:t>
        <w:br/>
        <w:t>vn 0.9924 -0.1226 -0.0048</w:t>
        <w:br/>
        <w:t>vn 0.5569 -0.3946 -0.7308</w:t>
        <w:br/>
        <w:t>vn 0.5691 -0.3634 -0.7376</w:t>
        <w:br/>
        <w:t>vn 0.8712 -0.3236 -0.3691</w:t>
        <w:br/>
        <w:t>vn -0.0456 -0.3401 -0.9393</w:t>
        <w:br/>
        <w:t>vn -0.0581 -0.2884 -0.9557</w:t>
        <w:br/>
        <w:t>vn 0.1860 -0.3802 -0.9060</w:t>
        <w:br/>
        <w:t>vn 0.1830 -0.3306 -0.9259</w:t>
        <w:br/>
        <w:t>vn 0.9645 -0.2260 -0.1368</w:t>
        <w:br/>
        <w:t>vn -0.0138 -0.7035 -0.7106</w:t>
        <w:br/>
        <w:t>vn -0.0070 -0.4384 -0.8987</w:t>
        <w:br/>
        <w:t>vn 0.1869 -0.4917 -0.8505</w:t>
        <w:br/>
        <w:t>vn 0.1198 -0.7302 -0.6727</w:t>
        <w:br/>
        <w:t>vn 0.6362 -0.0142 -0.7714</w:t>
        <w:br/>
        <w:t>vn 0.3461 -0.7437 -0.5719</w:t>
        <w:br/>
        <w:t>vn 0.8927 -0.0368 -0.4491</w:t>
        <w:br/>
        <w:t>vn 0.5747 -0.7258 -0.3782</w:t>
        <w:br/>
        <w:t>vn 0.9863 0.0052 -0.1648</w:t>
        <w:br/>
        <w:t>vn 0.7200 -0.6791 -0.1427</w:t>
        <w:br/>
        <w:t>vn 0.9868 0.0537 -0.1528</w:t>
        <w:br/>
        <w:t>vn 0.9015 0.0119 -0.4326</w:t>
        <w:br/>
        <w:t>vn 0.6452 0.0310 -0.7634</w:t>
        <w:br/>
        <w:t>vn 0.1885 -0.4286 -0.8836</w:t>
        <w:br/>
        <w:t>vn -0.0330 -0.3907 -0.9199</w:t>
        <w:br/>
        <w:t>vn -0.0066 -0.6898 -0.7239</w:t>
        <w:br/>
        <w:t>vn 0.3772 -0.7158 -0.5877</w:t>
        <w:br/>
        <w:t>vn 0.5989 -0.7011 -0.3869</w:t>
        <w:br/>
        <w:t>vn 0.2519 0.5869 -0.7695</w:t>
        <w:br/>
        <w:t>vn 0.0223 0.6217 -0.7830</w:t>
        <w:br/>
        <w:t>vn 0.0223 0.6217 -0.7829</w:t>
        <w:br/>
        <w:t>vn 0.3138 -0.1513 -0.9374</w:t>
        <w:br/>
        <w:t>vn 0.4490 -0.1028 -0.8876</w:t>
        <w:br/>
        <w:t>vn 0.4554 -0.2522 -0.8538</w:t>
        <w:br/>
        <w:t>vn 0.3377 -0.3177 -0.8860</w:t>
        <w:br/>
        <w:t>vn 0.4269 -0.2484 -0.8695</w:t>
        <w:br/>
        <w:t>vn 0.3185 0.0280 -0.9475</w:t>
        <w:br/>
        <w:t>vn 0.5505 -0.0493 -0.8334</w:t>
        <w:br/>
        <w:t>vn 0.5637 -0.1497 -0.8123</w:t>
        <w:br/>
        <w:t>vn 0.5087 0.0669 -0.8584</w:t>
        <w:br/>
        <w:t>vn 0.1065 -0.1580 -0.9817</w:t>
        <w:br/>
        <w:t>vn 0.1477 -0.3442 -0.9272</w:t>
        <w:br/>
        <w:t>vn 0.0884 -0.0088 -0.9960</w:t>
        <w:br/>
        <w:t>vn 0.6498 -0.0327 -0.7594</w:t>
        <w:br/>
        <w:t>vn 0.5776 -0.4658 -0.6703</w:t>
        <w:br/>
        <w:t>vn 0.6530 -0.0555 -0.7553</w:t>
        <w:br/>
        <w:t>vn 0.0431 -0.2747 -0.9606</w:t>
        <w:br/>
        <w:t>vn 0.4677 0.0829 -0.8800</w:t>
        <w:br/>
        <w:t>vn 0.4965 0.1524 -0.8546</w:t>
        <w:br/>
        <w:t>vn 0.1723 0.0975 -0.9802</w:t>
        <w:br/>
        <w:t>vn -0.0151 -0.4129 -0.9107</w:t>
        <w:br/>
        <w:t>vn 0.5116 0.2010 -0.8354</w:t>
        <w:br/>
        <w:t>vn 0.5965 -0.5444 -0.5898</w:t>
        <w:br/>
        <w:t>vn 0.6292 -0.4770 -0.6137</w:t>
        <w:br/>
        <w:t>vn 0.6010 -0.1219 -0.7899</w:t>
        <w:br/>
        <w:t>vn 0.9018 -0.0813 -0.4245</w:t>
        <w:br/>
        <w:t>vn 0.5387 0.2649 -0.7998</w:t>
        <w:br/>
        <w:t>vn 0.7618 0.0014 -0.6479</w:t>
        <w:br/>
        <w:t>vn 0.8989 0.0459 -0.4357</w:t>
        <w:br/>
        <w:t>vn 0.2489 -0.9399 -0.2339</w:t>
        <w:br/>
        <w:t>vn 0.2371 -0.8518 -0.4672</w:t>
        <w:br/>
        <w:t>vn 0.4461 -0.8566 -0.2591</w:t>
        <w:br/>
        <w:t>vn 0.4309 -0.7597 -0.4869</w:t>
        <w:br/>
        <w:t>vn 0.5626 -0.7859 -0.2567</w:t>
        <w:br/>
        <w:t>vn 0.5444 -0.6751 -0.4979</w:t>
        <w:br/>
        <w:t>vn 0.1918 -0.5832 -0.7894</w:t>
        <w:br/>
        <w:t>vn 0.3716 -0.5118 -0.7746</w:t>
        <w:br/>
        <w:t>vn 0.4752 -0.4264 -0.7697</w:t>
        <w:br/>
        <w:t>vn -0.0006 -0.3430 -0.9393</w:t>
        <w:br/>
        <w:t>vn 0.2940 0.1723 -0.9401</w:t>
        <w:br/>
        <w:t>vn -0.0458 -0.0811 -0.9957</w:t>
        <w:br/>
        <w:t>vn -0.0110 -0.1362 -0.9906</w:t>
        <w:br/>
        <w:t>vn 0.4785 0.0137 -0.8780</w:t>
        <w:br/>
        <w:t>vn 0.7336 -0.2284 -0.6400</w:t>
        <w:br/>
        <w:t>vn 0.8743 0.1194 -0.4704</w:t>
        <w:br/>
        <w:t>vn 0.9215 0.1745 -0.3469</w:t>
        <w:br/>
        <w:t>vn 0.9817 -0.0246 -0.1890</w:t>
        <w:br/>
        <w:t>vn 0.9746 -0.2232 0.0177</w:t>
        <w:br/>
        <w:t>vn 0.9513 -0.3069 0.0279</w:t>
        <w:br/>
        <w:t>vn 0.9609 -0.2752 0.0305</w:t>
        <w:br/>
        <w:t>vn 0.9740 -0.1881 -0.1262</w:t>
        <w:br/>
        <w:t>vn 0.9873 0.0523 -0.1498</w:t>
        <w:br/>
        <w:t>vn 0.0420 -0.1228 -0.9915</w:t>
        <w:br/>
        <w:t>vn 0.1135 -0.0772 -0.9905</w:t>
        <w:br/>
        <w:t>vn 0.0658 -0.1502 -0.9865</w:t>
        <w:br/>
        <w:t>vn 0.1468 -0.1517 -0.9775</w:t>
        <w:br/>
        <w:t>vn 0.4556 0.2316 -0.8595</w:t>
        <w:br/>
        <w:t>vn 0.3281 -0.0420 -0.9437</w:t>
        <w:br/>
        <w:t>vn 0.5695 0.1216 -0.8130</w:t>
        <w:br/>
        <w:t>vn 0.5582 0.0170 -0.8295</w:t>
        <w:br/>
        <w:t>vn 0.3509 -0.0592 -0.9345</w:t>
        <w:br/>
        <w:t>vn 0.3290 -0.0440 -0.9433</w:t>
        <w:br/>
        <w:t>vn 0.2698 -0.0850 -0.9592</w:t>
        <w:br/>
        <w:t>vn 0.4950 -0.1556 -0.8548</w:t>
        <w:br/>
        <w:t>vn 0.5357 -0.0678 -0.8417</w:t>
        <w:br/>
        <w:t>vn 0.7700 -0.1312 -0.6245</w:t>
        <w:br/>
        <w:t>vn 0.7586 -0.0827 -0.6463</w:t>
        <w:br/>
        <w:t>vn 0.8896 -0.0585 -0.4530</w:t>
        <w:br/>
        <w:t>vn 0.8603 -0.0580 -0.5064</w:t>
        <w:br/>
        <w:t>vn 0.8468 -0.0824 -0.5255</w:t>
        <w:br/>
        <w:t>vn 0.7584 -0.0829 -0.6465</w:t>
        <w:br/>
        <w:t>vn 0.5531 -0.0716 -0.8300</w:t>
        <w:br/>
        <w:t>vn 0.0778 -0.1931 -0.9781</w:t>
        <w:br/>
        <w:t>vn 0.2800 -0.2468 -0.9277</w:t>
        <w:br/>
        <w:t>vn 0.1296 -0.3005 -0.9449</w:t>
        <w:br/>
        <w:t>vn 0.4094 -0.4013 -0.8194</w:t>
        <w:br/>
        <w:t>vn 0.7242 -0.4344 -0.5356</w:t>
        <w:br/>
        <w:t>vn 0.9364 -0.1522 -0.3163</w:t>
        <w:br/>
        <w:t>vn 0.6800 -0.6767 -0.2824</w:t>
        <w:br/>
        <w:t>vn 0.3625 -0.7768 -0.5149</w:t>
        <w:br/>
        <w:t>vn 0.3975 -0.6029 -0.6917</w:t>
        <w:br/>
        <w:t>vn 0.2507 -0.4047 -0.8794</w:t>
        <w:br/>
        <w:t>vn 0.0388 0.0347 -0.9986</w:t>
        <w:br/>
        <w:t>vn 0.2097 -0.0428 -0.9768</w:t>
        <w:br/>
        <w:t>vn 0.5387 0.2650 -0.7998</w:t>
        <w:br/>
        <w:t>vn 0.3075 0.5941 -0.7433</w:t>
        <w:br/>
        <w:t>vn 0.2229 0.3355 -0.9153</w:t>
        <w:br/>
        <w:t>vn 0.2078 0.2358 -0.9493</w:t>
        <w:br/>
        <w:t>vn -0.0884 0.4629 -0.8820</w:t>
        <w:br/>
        <w:t>vn -0.0084 0.6814 -0.7318</w:t>
        <w:br/>
        <w:t>vn 0.1853 0.0082 -0.9827</w:t>
        <w:br/>
        <w:t>vn 0.2568 0.0560 -0.9648</w:t>
        <w:br/>
        <w:t>vn 0.0716 -0.2840 -0.9562</w:t>
        <w:br/>
        <w:t>vn -0.1001 -0.4461 -0.8893</w:t>
        <w:br/>
        <w:t>vn 0.0012 -0.6793 -0.7339</w:t>
        <w:br/>
        <w:t>vn 0.1736 -0.0343 -0.9842</w:t>
        <w:br/>
        <w:t>vn 0.1903 -0.0271 -0.9814</w:t>
        <w:br/>
        <w:t>vn 0.0603 -0.0491 -0.9970</w:t>
        <w:br/>
        <w:t>vn 0.1319 -0.1225 -0.9837</w:t>
        <w:br/>
        <w:t>vn 0.2473 -0.0909 -0.9647</w:t>
        <w:br/>
        <w:t>vn 0.3710 0.7878 -0.4917</w:t>
        <w:br/>
        <w:t>vn 0.2870 0.7178 -0.6343</w:t>
        <w:br/>
        <w:t>vn 0.2903 0.8403 -0.4578</w:t>
        <w:br/>
        <w:t>vn 0.4435 0.8903 -0.1033</w:t>
        <w:br/>
        <w:t>vn 0.3711 0.7878 -0.4917</w:t>
        <w:br/>
        <w:t>vn 0.2903 0.8404 -0.4577</w:t>
        <w:br/>
        <w:t>vn 0.3094 0.9442 -0.1129</w:t>
        <w:br/>
        <w:t>vn -0.0068 -0.1573 -0.9875</w:t>
        <w:br/>
        <w:t>vn 0.0754 -0.1430 -0.9869</w:t>
        <w:br/>
        <w:t>vn -0.1728 0.1744 -0.9694</w:t>
        <w:br/>
        <w:t>vn 0.0341 -0.9974 -0.0630</w:t>
        <w:br/>
        <w:t>vn 0.0618 -0.9981 -0.0045</w:t>
        <w:br/>
        <w:t>vn 0.0619 -0.9981 -0.0044</w:t>
        <w:br/>
        <w:t>vn -0.0139 -0.9998 0.0172</w:t>
        <w:br/>
        <w:t>vn 0.0011 -1.0000 0.0016</w:t>
        <w:br/>
        <w:t>vn -0.0140 -0.9998 0.0172</w:t>
        <w:br/>
        <w:t>vn -0.0028 -1.0000 0.0013</w:t>
        <w:br/>
        <w:t>vn 0.0128 -0.9997 -0.0191</w:t>
        <w:br/>
        <w:t>vn 0.0128 -0.9997 -0.0192</w:t>
        <w:br/>
        <w:t>vn 0.0435 -0.9966 -0.0696</w:t>
        <w:br/>
        <w:t>vn -0.0232 -0.9997 0.0099</w:t>
        <w:br/>
        <w:t>vn -0.0253 -0.9994 0.0215</w:t>
        <w:br/>
        <w:t>vn -0.0254 -0.9994 0.0215</w:t>
        <w:br/>
        <w:t>vn 0.3312 0.4201 -0.8449</w:t>
        <w:br/>
        <w:t>vn 0.5335 0.0773 -0.8423</w:t>
        <w:br/>
        <w:t>vn 0.1742 -0.1059 -0.9790</w:t>
        <w:br/>
        <w:t>vn 0.1486 -0.0682 -0.9865</w:t>
        <w:br/>
        <w:t>vn 0.4778 0.2743 -0.8345</w:t>
        <w:br/>
        <w:t>vn 0.1831 -0.1301 -0.9744</w:t>
        <w:br/>
        <w:t>vn 0.5239 -0.0246 -0.8514</w:t>
        <w:br/>
        <w:t>vn 0.0544 -0.9985 0.0085</w:t>
        <w:br/>
        <w:t>vn 0.1196 -0.0620 -0.9909</w:t>
        <w:br/>
        <w:t>vn -0.9802 -0.1968 -0.0208</w:t>
        <w:br/>
        <w:t>vn -0.9305 -0.3660 -0.0149</w:t>
        <w:br/>
        <w:t>vn -0.9305 -0.3661 -0.0149</w:t>
        <w:br/>
        <w:t>vn -0.7476 -0.6641 -0.0056</w:t>
        <w:br/>
        <w:t>vn -0.7476 -0.6642 -0.0056</w:t>
        <w:br/>
        <w:t>vn -0.4513 -0.8923 -0.0023</w:t>
        <w:br/>
        <w:t>vn -0.4514 -0.8923 -0.0023</w:t>
        <w:br/>
        <w:t>vn 0.4258 0.7679 -0.4787</w:t>
        <w:br/>
        <w:t>vn 0.8663 -0.1261 -0.4834</w:t>
        <w:br/>
        <w:t>vn 0.7585 -0.0923 -0.6451</w:t>
        <w:br/>
        <w:t>vn 0.5587 -0.0771 -0.8258</w:t>
        <w:br/>
        <w:t>vn 0.5965 -0.5443 -0.5899</w:t>
        <w:br/>
        <w:t>vn 0.9914 -0.1155 -0.0622</w:t>
        <w:br/>
        <w:t>vn -0.0214 -0.1703 -0.9852</w:t>
        <w:br/>
        <w:t>vn 0.2566 0.9642 -0.0662</w:t>
        <w:br/>
        <w:t>vn 0.1203 0.8587 -0.4981</w:t>
        <w:br/>
        <w:t>vn 0.1202 0.8587 -0.4982</w:t>
        <w:br/>
        <w:t>vn -0.2267 -0.3086 0.9238</w:t>
        <w:br/>
        <w:t>vn -0.2290 -0.2398 0.9434</w:t>
        <w:br/>
        <w:t>vn -0.2266 -0.3085 0.9238</w:t>
        <w:br/>
        <w:t>vn -0.1268 -0.4700 0.8735</w:t>
        <w:br/>
        <w:t>vn -0.0936 -0.4698 0.8778</w:t>
        <w:br/>
        <w:t>vn -0.0602 -0.4416 0.8952</w:t>
        <w:br/>
        <w:t>vn -0.2212 -0.1286 0.9667</w:t>
        <w:br/>
        <w:t>vn -0.2211 -0.1287 0.9667</w:t>
        <w:br/>
        <w:t>vn -0.2232 -0.0501 0.9735</w:t>
        <w:br/>
        <w:t>vn -0.2392 -0.0038 0.9710</w:t>
        <w:br/>
        <w:t>vn -0.2519 0.0383 0.9670</w:t>
        <w:br/>
        <w:t>vn -0.2501 0.0681 0.9658</w:t>
        <w:br/>
        <w:t>vn -0.2662 0.0851 0.9602</w:t>
        <w:br/>
        <w:t>vn -0.0700 -0.4148 0.9072</w:t>
        <w:br/>
        <w:t>vn -0.1165 -0.4040 0.9073</w:t>
        <w:br/>
        <w:t>vn -0.1164 -0.4039 0.9073</w:t>
        <w:br/>
        <w:t>vn -0.1864 -0.3576 0.9151</w:t>
        <w:br/>
        <w:t>vn -0.1865 -0.3576 0.9151</w:t>
        <w:br/>
        <w:t>vn -0.2859 0.0901 0.9540</w:t>
        <w:br/>
        <w:t>vn -0.2860 0.0901 0.9540</w:t>
        <w:br/>
        <w:t>vn 0.9643 0.1777 -0.1966</w:t>
        <w:br/>
        <w:t>vn -0.9354 0.0541 0.3494</w:t>
        <w:br/>
        <w:t>vn -0.8363 0.0222 0.5478</w:t>
        <w:br/>
        <w:t>vn -0.6642 0.0139 0.7475</w:t>
        <w:br/>
        <w:t>vn -0.9873 0.1370 -0.0808</w:t>
        <w:br/>
        <w:t>vn -0.9869 0.1050 0.1226</w:t>
        <w:br/>
        <w:t>vn -0.9566 0.1550 -0.2467</w:t>
        <w:br/>
        <w:t>vn -0.8579 0.1675 -0.4857</w:t>
        <w:br/>
        <w:t>vn -0.7130 0.1599 -0.6827</w:t>
        <w:br/>
        <w:t>vn -0.5274 0.1623 -0.8339</w:t>
        <w:br/>
        <w:t>vn -0.2778 0.1600 -0.9472</w:t>
        <w:br/>
        <w:t>vn -0.0112 0.1511 -0.9885</w:t>
        <w:br/>
        <w:t>vn 0.2492 0.1386 -0.9585</w:t>
        <w:br/>
        <w:t>vn 0.6829 0.1186 -0.7208</w:t>
        <w:br/>
        <w:t>vn 0.4817 0.1253 -0.8673</w:t>
        <w:br/>
        <w:t>vn 0.8351 0.1292 -0.5347</w:t>
        <w:br/>
        <w:t>vn -0.3977 0.0447 0.9164</w:t>
        <w:br/>
        <w:t>vn -0.0236 0.0602 0.9979</w:t>
        <w:br/>
        <w:t>vn 0.2504 0.0476 0.9670</w:t>
        <w:br/>
        <w:t>vn 0.4740 0.0283 0.8801</w:t>
        <w:br/>
        <w:t>vn 0.8877 0.0171 0.4602</w:t>
        <w:br/>
        <w:t>vn -0.0235 0.0627 0.9978</w:t>
        <w:br/>
        <w:t>vn 0.0485 0.1854 -0.9815</w:t>
        <w:br/>
        <w:t>vn -0.0114 0.3475 -0.9376</w:t>
        <w:br/>
        <w:t>vn 0.1012 -0.4248 -0.8996</w:t>
        <w:br/>
        <w:t>vn -0.0971 -0.3993 -0.9117</w:t>
        <w:br/>
        <w:t>vn 0.2459 0.1784 -0.9527</w:t>
        <w:br/>
        <w:t>vn -0.4422 -0.3494 -0.8260</w:t>
        <w:br/>
        <w:t>vn -0.5193 -0.1815 -0.8351</w:t>
        <w:br/>
        <w:t>vn 0.3324 0.1337 -0.9336</w:t>
        <w:br/>
        <w:t>vn -0.5556 0.0013 -0.8315</w:t>
        <w:br/>
        <w:t>vn 0.3404 0.1561 -0.9272</w:t>
        <w:br/>
        <w:t>vn -0.0847 0.1198 -0.9892</w:t>
        <w:br/>
        <w:t>vn 0.3875 -0.9132 -0.1260</w:t>
        <w:br/>
        <w:t>vn 0.6958 -0.6919 -0.1926</w:t>
        <w:br/>
        <w:t>vn 0.5900 -0.6481 -0.4815</w:t>
        <w:br/>
        <w:t>vn 0.3230 -0.8417 -0.4327</w:t>
        <w:br/>
        <w:t>vn 0.0663 0.9973 -0.0317</w:t>
        <w:br/>
        <w:t>vn 0.0441 0.9234 -0.3812</w:t>
        <w:br/>
        <w:t>vn 0.3145 0.8418 -0.4388</w:t>
        <w:br/>
        <w:t>vn 0.3613 0.9297 -0.0717</w:t>
        <w:br/>
        <w:t>vn 0.0000 -0.9418 -0.3363</w:t>
        <w:br/>
        <w:t>vn 0.0000 -0.9992 -0.0405</w:t>
        <w:br/>
        <w:t>vn 0.8122 0.5624 -0.1549</w:t>
        <w:br/>
        <w:t>vn 0.7196 0.4948 -0.4872</w:t>
        <w:br/>
        <w:t>vn -0.8167 -0.5324 -0.2228</w:t>
        <w:br/>
        <w:t>vn -0.8456 -0.5301 0.0628</w:t>
        <w:br/>
        <w:t>vn -0.9370 -0.3146 0.1519</w:t>
        <w:br/>
        <w:t>vn -0.9337 -0.3144 -0.1712</w:t>
        <w:br/>
        <w:t>vn -0.9744 -0.1230 0.1879</w:t>
        <w:br/>
        <w:t>vn -0.9853 -0.0987 -0.1396</w:t>
        <w:br/>
        <w:t>vn 0.8616 0.1914 -0.4702</w:t>
        <w:br/>
        <w:t>vn 0.9634 0.1881 -0.1908</w:t>
        <w:br/>
        <w:t>vn -0.9785 -0.0614 0.1969</w:t>
        <w:br/>
        <w:t>vn -0.9926 -0.0324 -0.1167</w:t>
        <w:br/>
        <w:t>vn 0.8732 0.1569 -0.4615</w:t>
        <w:br/>
        <w:t>vn 0.9718 0.1374 -0.1916</w:t>
        <w:br/>
        <w:t>vn -0.7513 -0.6038 -0.2666</w:t>
        <w:br/>
        <w:t>vn -0.9081 -0.0003 -0.4188</w:t>
        <w:br/>
        <w:t>vn 0.0000 0.9326 -0.3609</w:t>
        <w:br/>
        <w:t>vn -0.0000 0.3774 -0.9260</w:t>
        <w:br/>
        <w:t>vn -0.0000 -0.4832 -0.8755</w:t>
        <w:br/>
        <w:t>vn 0.0000 0.9997 -0.0250</w:t>
        <w:br/>
        <w:t>vn -0.7896 -0.6136 0.0017</w:t>
        <w:br/>
        <w:t>vn 0.5325 0.5479 0.6452</w:t>
        <w:br/>
        <w:t>vn 0.5326 0.5478 0.6452</w:t>
        <w:br/>
        <w:t>vn 0.4808 0.7301 0.4856</w:t>
        <w:br/>
        <w:t>vn 0.4807 0.7301 0.4856</w:t>
        <w:br/>
        <w:t>vn 0.5465 0.2678 0.7935</w:t>
        <w:br/>
        <w:t>vn 0.5199 0.1848 0.8340</w:t>
        <w:br/>
        <w:t>vn 0.4729 0.0549 0.8794</w:t>
        <w:br/>
        <w:t>vn 0.3708 -0.2598 0.8916</w:t>
        <w:br/>
        <w:t>vn 0.1308 -0.7086 0.6934</w:t>
        <w:br/>
        <w:t>vn -0.2172 -0.9645 0.1504</w:t>
        <w:br/>
        <w:t>vn -0.4807 -0.6916 -0.5391</w:t>
        <w:br/>
        <w:t>vn -0.4876 -0.1642 -0.8575</w:t>
        <w:br/>
        <w:t>vn -0.4314 0.1115 -0.8952</w:t>
        <w:br/>
        <w:t>vn -0.4055 0.2134 -0.8888</w:t>
        <w:br/>
        <w:t>vn -0.4052 0.2135 -0.8889</w:t>
        <w:br/>
        <w:t>vn -0.3728 0.3076 -0.8755</w:t>
        <w:br/>
        <w:t>vn -0.3727 0.3076 -0.8755</w:t>
        <w:br/>
        <w:t>vn -0.1618 0.6927 -0.7028</w:t>
        <w:br/>
        <w:t>vn 0.0354 0.8934 -0.4478</w:t>
        <w:br/>
        <w:t>vn 0.0355 0.8934 -0.4479</w:t>
        <w:br/>
        <w:t>vn -0.4958 -0.6937 -0.5225</w:t>
        <w:br/>
        <w:t>vn -0.5376 -0.5239 -0.6607</w:t>
        <w:br/>
        <w:t>vn -0.5378 -0.5239 -0.6606</w:t>
        <w:br/>
        <w:t>vn -0.4960 -0.6938 -0.5222</w:t>
        <w:br/>
        <w:t>vn -0.5470 -0.2656 -0.7939</w:t>
        <w:br/>
        <w:t>vn -0.5201 -0.1855 -0.8338</w:t>
        <w:br/>
        <w:t>vn -0.5200 -0.1855 -0.8338</w:t>
        <w:br/>
        <w:t>vn -0.4733 -0.0570 -0.8790</w:t>
        <w:br/>
        <w:t>vn -0.4733 -0.0569 -0.8790</w:t>
        <w:br/>
        <w:t>vn -0.3718 0.2573 -0.8919</w:t>
        <w:br/>
        <w:t>vn -0.1318 0.7075 -0.6944</w:t>
        <w:br/>
        <w:t>vn -0.1318 0.7074 -0.6944</w:t>
        <w:br/>
        <w:t>vn 0.2170 0.9645 -0.1507</w:t>
        <w:br/>
        <w:t>vn 0.4813 0.6892 0.5416</w:t>
        <w:br/>
        <w:t>vn 0.4870 0.1600 0.8586</w:t>
        <w:br/>
        <w:t>vn 0.4312 -0.1123 0.8952</w:t>
        <w:br/>
        <w:t>vn 0.4056 -0.2131 0.8888</w:t>
        <w:br/>
        <w:t>vn 0.4053 -0.2132 0.8890</w:t>
        <w:br/>
        <w:t>vn 0.3759 -0.3018 0.8762</w:t>
        <w:br/>
        <w:t>vn 0.3758 -0.3017 0.8762</w:t>
        <w:br/>
        <w:t>vn 0.1857 -0.6652 0.7232</w:t>
        <w:br/>
        <w:t>vn 0.1856 -0.6651 0.7233</w:t>
        <w:br/>
        <w:t>vn 0.0063 -0.8670 0.4982</w:t>
        <w:br/>
        <w:t>vn 0.0063 -0.8669 0.4985</w:t>
        <w:br/>
        <w:t>vn 0.6677 -0.1684 -0.7252</w:t>
        <w:br/>
        <w:t>vn 0.6676 -0.1684 -0.7252</w:t>
        <w:br/>
        <w:t>vn 0.7518 -0.0506 -0.6575</w:t>
        <w:br/>
        <w:t>vn -0.8062 0.1724 0.5660</w:t>
        <w:br/>
        <w:t>vn -0.7615 0.2435 0.6007</w:t>
        <w:br/>
        <w:t>vn -0.7614 0.2435 0.6008</w:t>
        <w:br/>
        <w:t>vn -0.8062 0.1723 0.5660</w:t>
        <w:br/>
        <w:t>vn 0.8296 -0.1149 -0.5464</w:t>
        <w:br/>
        <w:t>vn -0.8362 0.1710 0.5211</w:t>
        <w:br/>
        <w:t>vn 0.8593 -0.1371 -0.4928</w:t>
        <w:br/>
        <w:t>vn -0.8545 0.1547 0.4958</w:t>
        <w:br/>
        <w:t>vn -0.8545 0.1546 0.4958</w:t>
        <w:br/>
        <w:t>vn 0.8773 -0.1696 -0.4490</w:t>
        <w:br/>
        <w:t>vn 0.8773 -0.1696 -0.4489</w:t>
        <w:br/>
        <w:t>vn -0.8743 0.1672 0.4557</w:t>
        <w:br/>
        <w:t>vn 0.8701 -0.2325 -0.4346</w:t>
        <w:br/>
        <w:t>vn -0.8726 0.2231 0.4346</w:t>
        <w:br/>
        <w:t>vn -0.8726 0.2231 0.4345</w:t>
        <w:br/>
        <w:t>vn 0.8503 -0.2742 -0.4492</w:t>
        <w:br/>
        <w:t>vn -0.8529 0.2706 0.4465</w:t>
        <w:br/>
        <w:t>vn 0.8438 -0.2612 -0.4688</w:t>
        <w:br/>
        <w:t>vn -0.8433 0.2631 0.4687</w:t>
        <w:br/>
        <w:t>vn 0.8530 -0.2245 -0.4711</w:t>
        <w:br/>
        <w:t>vn -0.8524 0.2284 0.4704</w:t>
        <w:br/>
        <w:t>vn 0.8722 -0.1647 -0.4605</w:t>
        <w:br/>
        <w:t>vn -0.8718 0.1740 0.4580</w:t>
        <w:br/>
        <w:t>vn -0.8718 0.1739 0.4580</w:t>
        <w:br/>
        <w:t>vn 0.8872 -0.1148 -0.4469</w:t>
        <w:br/>
        <w:t>vn -0.8855 0.1345 0.4447</w:t>
        <w:br/>
        <w:t>vn 0.8915 -0.1171 -0.4377</w:t>
        <w:br/>
        <w:t>vn -0.8849 0.1497 0.4410</w:t>
        <w:br/>
        <w:t>vn -0.8849 0.1497 0.4411</w:t>
        <w:br/>
        <w:t>vn 0.8934 -0.1550 -0.4217</w:t>
        <w:br/>
        <w:t>vn -0.8718 0.2024 0.4462</w:t>
        <w:br/>
        <w:t>vn 0.7832 -0.2618 -0.5640</w:t>
        <w:br/>
        <w:t>vn 0.7832 -0.2618 -0.5639</w:t>
        <w:br/>
        <w:t>vn -0.8043 0.2818 0.5232</w:t>
        <w:br/>
        <w:t>vn 0.6675 -0.1683 -0.7253</w:t>
        <w:br/>
        <w:t>vn -0.7617 0.2435 0.6004</w:t>
        <w:br/>
        <w:t>vn -0.7618 0.2436 0.6003</w:t>
        <w:br/>
        <w:t>vn -0.1886 -0.9714 -0.1442</w:t>
        <w:br/>
        <w:t>vn -0.1106 -0.9924 -0.0533</w:t>
        <w:br/>
        <w:t>vn 0.0405 -0.9975 -0.0577</w:t>
        <w:br/>
        <w:t>vn -0.3337 -0.8086 0.4846</w:t>
        <w:br/>
        <w:t>vn -0.3357 -0.6940 0.6369</w:t>
        <w:br/>
        <w:t>vn -0.2530 -0.6664 0.7014</w:t>
        <w:br/>
        <w:t>vn -0.1259 -0.9649 0.2305</w:t>
        <w:br/>
        <w:t>vn -0.2785 -0.9403 0.1955</w:t>
        <w:br/>
        <w:t>vn -0.3968 -0.5522 0.7333</w:t>
        <w:br/>
        <w:t>vn -0.4387 -0.4650 0.7690</w:t>
        <w:br/>
        <w:t>vn 0.4835 -0.8753 -0.0115</w:t>
        <w:br/>
        <w:t>vn 0.3929 -0.7498 -0.5324</w:t>
        <w:br/>
        <w:t>vn 0.3363 -0.7590 -0.5575</w:t>
        <w:br/>
        <w:t>vn 0.4331 -0.9013 0.0068</w:t>
        <w:br/>
        <w:t>vn 0.4120 -0.7693 0.4883</w:t>
        <w:br/>
        <w:t>vn 0.3788 -0.7925 0.4779</w:t>
        <w:br/>
        <w:t>vn 0.3448 -0.6659 0.6616</w:t>
        <w:br/>
        <w:t>vn 0.3118 -0.6779 0.6658</w:t>
        <w:br/>
        <w:t>vn 0.3360 -0.6976 -0.6328</w:t>
        <w:br/>
        <w:t>vn 0.2967 -0.7517 -0.5890</w:t>
        <w:br/>
        <w:t>vn 0.1567 -0.7071 -0.6895</w:t>
        <w:br/>
        <w:t>vn 0.7759 -0.3542 -0.5220</w:t>
        <w:br/>
        <w:t>vn 0.8701 -0.4927 -0.0074</w:t>
        <w:br/>
        <w:t>vn 0.2053 -0.9785 -0.0201</w:t>
        <w:br/>
        <w:t>vn 0.1545 -0.7753 0.6124</w:t>
        <w:br/>
        <w:t>vn 0.7615 -0.4387 0.4772</w:t>
        <w:br/>
        <w:t>vn 0.4720 -0.6080 0.6384</w:t>
        <w:br/>
        <w:t>vn 0.3091 -0.6173 0.7235</w:t>
        <w:br/>
        <w:t>vn 0.4405 -0.5736 0.6906</w:t>
        <w:br/>
        <w:t>vn 0.2349 -0.7117 0.6620</w:t>
        <w:br/>
        <w:t>vn 0.2813 -0.6345 0.7199</w:t>
        <w:br/>
        <w:t>vn 0.4057 -0.7029 -0.5843</w:t>
        <w:br/>
        <w:t>vn 0.4023 -0.7257 -0.5581</w:t>
        <w:br/>
        <w:t>vn 0.4968 -0.8678 -0.0129</w:t>
        <w:br/>
        <w:t>vn 0.5087 -0.8608 -0.0142</w:t>
        <w:br/>
        <w:t>vn 0.6297 -0.7765 -0.0222</w:t>
        <w:br/>
        <w:t>vn 0.5025 -0.8645 -0.0068</w:t>
        <w:br/>
        <w:t>vn 0.4505 -0.7392 0.5006</w:t>
        <w:br/>
        <w:t>vn 0.5407 -0.6609 0.5204</w:t>
        <w:br/>
        <w:t>vn 0.4300 -0.6422 0.6346</w:t>
        <w:br/>
        <w:t>vn 0.4051 -0.6390 0.6539</w:t>
        <w:br/>
        <w:t>vn 0.2922 -0.5485 -0.7834</w:t>
        <w:br/>
        <w:t>vn 0.4703 -0.4017 -0.7858</w:t>
        <w:br/>
        <w:t>vn 0.4612 -0.3034 -0.8338</w:t>
        <w:br/>
        <w:t>vn 0.0042 -0.4860 -0.8740</w:t>
        <w:br/>
        <w:t>vn 0.4083 -0.5962 -0.6913</w:t>
        <w:br/>
        <w:t>vn 0.4460 -0.6776 -0.5847</w:t>
        <w:br/>
        <w:t>vn 0.4473 -0.6685 -0.5942</w:t>
        <w:br/>
        <w:t>vn 0.3349 -0.6318 -0.6990</w:t>
        <w:br/>
        <w:t>vn 0.2911 -0.8261 -0.4824</w:t>
        <w:br/>
        <w:t>vn 0.8488 -0.3421 -0.4031</w:t>
        <w:br/>
        <w:t>vn 0.9080 -0.4188 -0.0059</w:t>
        <w:br/>
        <w:t>vn 0.3177 -0.9481 -0.0104</w:t>
        <w:br/>
        <w:t>vn 0.5571 -0.5925 0.5819</w:t>
        <w:br/>
        <w:t>vn 0.6581 -0.7528 -0.0157</w:t>
        <w:br/>
        <w:t>vn 0.7323 -0.6809 -0.0126</w:t>
        <w:br/>
        <w:t>vn 0.1138 -0.7073 0.6977</w:t>
        <w:br/>
        <w:t>vn 0.2208 -0.8821 0.4160</w:t>
        <w:br/>
        <w:t>vn 0.8602 -0.3672 0.3538</w:t>
        <w:br/>
        <w:t>vn 0.7403 -0.2438 0.6265</w:t>
        <w:br/>
        <w:t>vn 0.3637 -0.4757 0.8009</w:t>
        <w:br/>
        <w:t>vn 0.4679 -0.3233 0.8225</w:t>
        <w:br/>
        <w:t>vn 0.4710 -0.4009 0.7858</w:t>
        <w:br/>
        <w:t>vn 0.4464 -0.5049 -0.7388</w:t>
        <w:br/>
        <w:t>vn 0.2294 -0.5397 -0.8100</w:t>
        <w:br/>
        <w:t>vn 0.2263 -0.6304 -0.7426</w:t>
        <w:br/>
        <w:t>vn 0.1700 -0.8785 -0.4465</w:t>
        <w:br/>
        <w:t>vn 0.2696 -0.8821 -0.3863</w:t>
        <w:br/>
        <w:t>vn 0.3169 -0.8306 -0.4579</w:t>
        <w:br/>
        <w:t>vn 0.2493 -0.7714 -0.5855</w:t>
        <w:br/>
        <w:t>vn 0.1981 -0.9791 0.0456</w:t>
        <w:br/>
        <w:t>vn 0.3449 -0.9378 0.0400</w:t>
        <w:br/>
        <w:t>vn 0.0643 -0.8864 0.4585</w:t>
        <w:br/>
        <w:t>vn 0.3051 -0.8321 0.4632</w:t>
        <w:br/>
        <w:t>vn 0.3449 -0.9378 0.0399</w:t>
        <w:br/>
        <w:t>vn 0.1981 -0.9791 0.0455</w:t>
        <w:br/>
        <w:t>vn 0.0617 -0.7083 0.7033</w:t>
        <w:br/>
        <w:t>vn 0.2556 -0.7025 0.6642</w:t>
        <w:br/>
        <w:t>vn 0.4249 -0.7573 0.4959</w:t>
        <w:br/>
        <w:t>vn 0.3665 -0.6644 0.6514</w:t>
        <w:br/>
        <w:t>vn 0.3497 -0.6722 -0.6525</w:t>
        <w:br/>
        <w:t>vn 0.1340 -0.6133 -0.7784</w:t>
        <w:br/>
        <w:t>vn 0.7166 -0.1919 -0.6706</w:t>
        <w:br/>
        <w:t>vn 0.8291 -0.3543 -0.4325</w:t>
        <w:br/>
        <w:t>vn 0.4908 -0.6737 -0.5524</w:t>
        <w:br/>
        <w:t>vn 0.7268 -0.6867 -0.0142</w:t>
        <w:br/>
        <w:t>vn 0.8944 -0.4472 -0.0066</w:t>
        <w:br/>
        <w:t>vn 0.3178 -0.9481 -0.0104</w:t>
        <w:br/>
        <w:t>vn 0.9080 -0.4188 -0.0058</w:t>
        <w:br/>
        <w:t>vn 0.5024 -0.6988 0.5092</w:t>
        <w:br/>
        <w:t>vn 0.5948 -0.3689 0.7142</w:t>
        <w:br/>
        <w:t>vn 0.7456 -0.2493 0.6180</w:t>
        <w:br/>
        <w:t>vn 0.8278 -0.4009 0.3925</w:t>
        <w:br/>
        <w:t>vn 0.7268 -0.6867 -0.0141</w:t>
        <w:br/>
        <w:t>vn 0.5218 -0.8528 -0.0215</w:t>
        <w:br/>
        <w:t>vn 0.4585 -0.4914 -0.7405</w:t>
        <w:br/>
        <w:t>vn 0.5170 -0.5592 -0.6481</w:t>
        <w:br/>
        <w:t>vn 0.6183 -0.2880 -0.7313</w:t>
        <w:br/>
        <w:t>vn 0.4705 -0.4856 -0.7368</w:t>
        <w:br/>
        <w:t>vn 0.6953 -0.2306 -0.6808</w:t>
        <w:br/>
        <w:t>vn 0.9232 -0.3833 -0.0269</w:t>
        <w:br/>
        <w:t>vn 0.4175 -0.9084 -0.0213</w:t>
        <w:br/>
        <w:t>vn 0.3895 -0.7360 -0.5538</w:t>
        <w:br/>
        <w:t>vn 0.5215 -0.3604 0.7734</w:t>
        <w:br/>
        <w:t>vn 0.4130 -0.7536 0.5113</w:t>
        <w:br/>
        <w:t>vn 0.7208 -0.2917 0.6288</w:t>
        <w:br/>
        <w:t>vn 0.6560 -0.3488 0.6693</w:t>
        <w:br/>
        <w:t>vn 0.4975 -0.5095 0.7021</w:t>
        <w:br/>
        <w:t>vn 0.5502 -0.4071 0.7290</w:t>
        <w:br/>
        <w:t>vn 0.7346 -0.1816 -0.6537</w:t>
        <w:br/>
        <w:t>vn 0.8944 -0.4472 -0.0065</w:t>
        <w:br/>
        <w:t>vn 0.4175 -0.9084 -0.0212</w:t>
        <w:br/>
        <w:t>vn 0.5765 -0.8169 -0.0187</w:t>
        <w:br/>
        <w:t>vn 0.7323 -0.6809 -0.0127</w:t>
        <w:br/>
        <w:t>vn 0.7361 -0.4032 -0.5436</w:t>
        <w:br/>
        <w:t>vn 0.3986 -0.6602 -0.6366</w:t>
        <w:br/>
        <w:t>vn 0.6125 -0.7902 0.0187</w:t>
        <w:br/>
        <w:t>vn 0.8490 -0.5284 -0.0008</w:t>
        <w:br/>
        <w:t>vn 0.5267 -0.6404 0.5590</w:t>
        <w:br/>
        <w:t>vn 0.7585 -0.4446 0.4764</w:t>
        <w:br/>
        <w:t>vn 0.8490 -0.5284 -0.0007</w:t>
        <w:br/>
        <w:t>vn 0.5224 -0.5346 0.6643</w:t>
        <w:br/>
        <w:t>vn 0.4277 -0.4947 -0.7565</w:t>
        <w:br/>
        <w:t>vn 0.5068 -0.5943 -0.6244</w:t>
        <w:br/>
        <w:t>vn 0.6184 -0.7844 -0.0470</w:t>
        <w:br/>
        <w:t>vn 0.5676 -0.8233 -0.0036</w:t>
        <w:br/>
        <w:t>vn 0.5103 -0.5951 -0.6208</w:t>
        <w:br/>
        <w:t>vn 0.5025 -0.6626 0.5554</w:t>
        <w:br/>
        <w:t>vn 0.4566 -0.6945 0.5560</w:t>
        <w:br/>
        <w:t>vn 0.6184 -0.7844 -0.0469</w:t>
        <w:br/>
        <w:t>vn 0.4291 -0.5943 0.6802</w:t>
        <w:br/>
        <w:t>vn 0.4217 -0.6260 0.6560</w:t>
        <w:br/>
        <w:t>vn 0.4584 -0.5485 -0.6993</w:t>
        <w:br/>
        <w:t>vn 0.4382 -0.5969 -0.6721</w:t>
        <w:br/>
        <w:t>vn 0.3196 -0.6057 -0.7287</w:t>
        <w:br/>
        <w:t>vn 0.1254 -0.8590 -0.4964</w:t>
        <w:br/>
        <w:t>vn 0.1818 -0.4101 -0.8937</w:t>
        <w:br/>
        <w:t>vn 0.1805 -0.4149 -0.8918</w:t>
        <w:br/>
        <w:t>vn -0.5341 0.6150 -0.5801</w:t>
        <w:br/>
        <w:t>vn -0.7046 0.3706 -0.6052</w:t>
        <w:br/>
        <w:t>vn -0.6034 0.1059 -0.7904</w:t>
        <w:br/>
        <w:t>vn -0.2706 0.3317 -0.9037</w:t>
        <w:br/>
        <w:t>vn -0.4089 0.3934 0.8235</w:t>
        <w:br/>
        <w:t>vn -0.7888 0.0980 0.6068</w:t>
        <w:br/>
        <w:t>vn -0.7927 0.3346 0.5096</w:t>
        <w:br/>
        <w:t>vn -0.5751 0.6312 0.5205</w:t>
        <w:br/>
        <w:t>vn -0.9435 0.3260 -0.0590</w:t>
        <w:br/>
        <w:t>vn -0.7450 0.6658 -0.0413</w:t>
        <w:br/>
        <w:t>vn -0.7070 0.6436 0.2931</w:t>
        <w:br/>
        <w:t>vn -0.8713 0.3848 0.3045</w:t>
        <w:br/>
        <w:t>vn -0.3198 -0.0350 -0.9469</w:t>
        <w:br/>
        <w:t>vn 0.0073 -0.0626 -0.9980</w:t>
        <w:br/>
        <w:t>vn 0.0925 -0.1854 -0.9783</w:t>
        <w:br/>
        <w:t>vn -0.5119 -0.1176 0.8510</w:t>
        <w:br/>
        <w:t>vn -0.2681 0.0895 0.9592</w:t>
        <w:br/>
        <w:t>vn -0.0505 -0.4635 0.8847</w:t>
        <w:br/>
        <w:t>vn -0.3533 -0.5923 0.7241</w:t>
        <w:br/>
        <w:t>vn -0.2900 0.1834 0.9393</w:t>
        <w:br/>
        <w:t>vn -0.0596 0.0125 -0.9981</w:t>
        <w:br/>
        <w:t>vn -0.2906 0.3996 -0.8694</w:t>
        <w:br/>
        <w:t>vn -0.3205 0.3560 -0.8778</w:t>
        <w:br/>
        <w:t>vn -0.0781 -0.0199 -0.9967</w:t>
        <w:br/>
        <w:t>vn -0.4855 0.7130 -0.5059</w:t>
        <w:br/>
        <w:t>vn -0.5279 0.6737 -0.5171</w:t>
        <w:br/>
        <w:t>vn -0.1489 0.0628 0.9869</w:t>
        <w:br/>
        <w:t>vn -0.0901 0.0769 0.9930</w:t>
        <w:br/>
        <w:t>vn 0.1949 -0.4192 0.8867</w:t>
        <w:br/>
        <w:t>vn 0.1364 -0.4213 0.8966</w:t>
        <w:br/>
        <w:t>vn -0.5352 0.6926 0.4836</w:t>
        <w:br/>
        <w:t>vn -0.4883 0.7291 0.4796</w:t>
        <w:br/>
        <w:t>vn -0.3011 0.4321 0.8501</w:t>
        <w:br/>
        <w:t>vn -0.3451 0.3986 0.8497</w:t>
        <w:br/>
        <w:t>vn -0.6053 0.7960 -0.0037</w:t>
        <w:br/>
        <w:t>vn -0.5566 0.8308 -0.0045</w:t>
        <w:br/>
        <w:t>vn 0.2342 -0.5291 -0.8156</w:t>
        <w:br/>
        <w:t>vn 0.1920 -0.5768 -0.7940</w:t>
        <w:br/>
        <w:t>vn -0.8323 -0.2068 -0.5143</w:t>
        <w:br/>
        <w:t>vn -0.7793 0.1641 -0.6048</w:t>
        <w:br/>
        <w:t>vn -0.9387 0.0654 -0.3385</w:t>
        <w:br/>
        <w:t>vn -0.9510 -0.2111 -0.2260</w:t>
        <w:br/>
        <w:t>vn -0.9271 0.2417 -0.2863</w:t>
        <w:br/>
        <w:t>vn -0.7754 0.4520 -0.4409</w:t>
        <w:br/>
        <w:t>vn -0.8179 0.4862 -0.3075</w:t>
        <w:br/>
        <w:t>vn -0.9217 0.2246 -0.3163</w:t>
        <w:br/>
        <w:t>vn -0.9851 -0.1099 0.1325</w:t>
        <w:br/>
        <w:t>vn -0.9487 0.3117 0.0523</w:t>
        <w:br/>
        <w:t>vn -0.9754 0.0212 0.2196</w:t>
        <w:br/>
        <w:t>vn -0.9506 0.2382 -0.1991</w:t>
        <w:br/>
        <w:t>vn -0.8776 0.4485 -0.1693</w:t>
        <w:br/>
        <w:t>vn -0.1627 -0.6809 0.7140</w:t>
        <w:br/>
        <w:t>vn -0.3343 -0.6839 0.6485</w:t>
        <w:br/>
        <w:t>vn -0.7477 -0.4439 0.4939</w:t>
        <w:br/>
        <w:t>vn -0.7546 0.3367 -0.5632</w:t>
        <w:br/>
        <w:t>vn -0.9150 0.1669 -0.3673</w:t>
        <w:br/>
        <w:t>vn 0.2565 -0.5005 -0.8269</w:t>
        <w:br/>
        <w:t>vn 0.2267 -0.7277 -0.6474</w:t>
        <w:br/>
        <w:t>vn 0.1497 -0.8359 -0.5281</w:t>
        <w:br/>
        <w:t>vn -0.0383 -0.0607 -0.9974</w:t>
        <w:br/>
        <w:t>vn -0.0851 -0.0559 -0.9948</w:t>
        <w:br/>
        <w:t>vn -0.3381 0.3217 -0.8844</w:t>
        <w:br/>
        <w:t>vn -0.3025 0.3289 -0.8946</w:t>
        <w:br/>
        <w:t>vn 0.1275 -0.3858 -0.9137</w:t>
        <w:br/>
        <w:t>vn 0.1815 -0.4349 -0.8820</w:t>
        <w:br/>
        <w:t>vn -0.5396 0.6546 -0.5295</w:t>
        <w:br/>
        <w:t>vn -0.5272 0.6490 -0.5484</w:t>
        <w:br/>
        <w:t>vn -0.2173 0.0457 0.9750</w:t>
        <w:br/>
        <w:t>vn -0.3878 0.3758 0.8416</w:t>
        <w:br/>
        <w:t>vn -0.6310 0.7755 -0.0200</w:t>
        <w:br/>
        <w:t>vn -0.6170 0.7869 -0.0112</w:t>
        <w:br/>
        <w:t>vn -0.5567 0.6744 0.4851</w:t>
        <w:br/>
        <w:t>vn -0.5549 0.6734 0.4885</w:t>
        <w:br/>
        <w:t>vn 0.0751 -0.4472 0.8913</w:t>
        <w:br/>
        <w:t>vn 0.0146 -0.4634 0.8860</w:t>
        <w:br/>
        <w:t>vn 0.0427 -0.9538 -0.2973</w:t>
        <w:br/>
        <w:t>vn -0.1351 -0.9752 -0.1755</w:t>
        <w:br/>
        <w:t>vn 0.2055 -0.8989 -0.3869</w:t>
        <w:br/>
        <w:t>vn -0.0421 0.0470 -0.9980</w:t>
        <w:br/>
        <w:t>vn -0.2718 0.4299 -0.8610</w:t>
        <w:br/>
        <w:t>vn -0.0606 0.0865 0.9944</w:t>
        <w:br/>
        <w:t>vn -0.2802 0.4514 0.8472</w:t>
        <w:br/>
        <w:t>vn 0.2335 -0.4277 0.8732</w:t>
        <w:br/>
        <w:t>vn -0.1858 0.6051 0.7742</w:t>
        <w:br/>
        <w:t>vn -0.2307 0.5800 0.7813</w:t>
        <w:br/>
        <w:t>vn -0.3582 0.7888 0.4994</w:t>
        <w:br/>
        <w:t>vn -0.3178 0.8215 0.4734</w:t>
        <w:br/>
        <w:t>vn -0.4039 0.7630 0.5047</w:t>
        <w:br/>
        <w:t>vn -0.3747 0.7760 0.5073</w:t>
        <w:br/>
        <w:t>vn -0.2502 0.5562 0.7925</w:t>
        <w:br/>
        <w:t>vn -0.2630 0.5278 0.8076</w:t>
        <w:br/>
        <w:t>vn -0.0192 0.2271 0.9737</w:t>
        <w:br/>
        <w:t>vn 0.0090 0.2685 0.9632</w:t>
        <w:br/>
        <w:t>vn -0.0287 0.2382 0.9708</w:t>
        <w:br/>
        <w:t>vn -0.0847 0.1988 0.9764</w:t>
        <w:br/>
        <w:t>vn -0.4247 0.9043 0.0425</w:t>
        <w:br/>
        <w:t>vn -0.3933 0.9190 0.0285</w:t>
        <w:br/>
        <w:t>vn -0.4507 0.8918 0.0395</w:t>
        <w:br/>
        <w:t>vn -0.4305 0.9010 0.0536</w:t>
        <w:br/>
        <w:t>vn -0.0525 0.1672 0.9845</w:t>
        <w:br/>
        <w:t>vn -0.3026 0.4726 0.8277</w:t>
        <w:br/>
        <w:t>vn 0.0504 0.0296 0.9983</w:t>
        <w:br/>
        <w:t>vn 0.2390 -0.1977 0.9507</w:t>
        <w:br/>
        <w:t>vn 0.1720 0.2605 0.9500</w:t>
        <w:br/>
        <w:t>vn -0.3219 0.8251 0.4643</w:t>
        <w:br/>
        <w:t>vn -0.5850 0.7268 0.3599</w:t>
        <w:br/>
        <w:t>vn -0.5256 0.6147 0.5881</w:t>
        <w:br/>
        <w:t>vn -0.2548 0.7644 0.5922</w:t>
        <w:br/>
        <w:t>vn -0.4190 0.4024 0.8140</w:t>
        <w:br/>
        <w:t>vn -0.1538 0.6392 0.7535</w:t>
        <w:br/>
        <w:t>vn -0.2540 0.9181 0.3042</w:t>
        <w:br/>
        <w:t>vn 0.0398 0.4580 0.8880</w:t>
        <w:br/>
        <w:t>vn -0.0435 0.5013 0.8642</w:t>
        <w:br/>
        <w:t>vn -0.2566 0.3818 0.8879</w:t>
        <w:br/>
        <w:t>vn -0.3757 0.8828 0.2819</w:t>
        <w:br/>
        <w:t>vn -0.4049 0.9143 0.0000</w:t>
        <w:br/>
        <w:t>vn -0.6306 0.7761 0.0021</w:t>
        <w:br/>
        <w:t>vn -0.6149 0.7760 0.1405</w:t>
        <w:br/>
        <w:t>vn 0.3222 -0.3512 0.8791</w:t>
        <w:br/>
        <w:t>vn 0.2269 -0.4047 0.8858</w:t>
        <w:br/>
        <w:t>vn 0.3636 -0.4141 0.8344</w:t>
        <w:br/>
        <w:t>vn 0.3824 -0.6649 0.6416</w:t>
        <w:br/>
        <w:t>vn 0.2574 -0.4298 0.8655</w:t>
        <w:br/>
        <w:t>vn 0.4522 -0.2300 0.8617</w:t>
        <w:br/>
        <w:t>vn 0.5178 -0.3218 0.7926</w:t>
        <w:br/>
        <w:t>vn 0.4023 -0.5161 0.7562</w:t>
        <w:br/>
        <w:t>vn 0.4782 -0.3364 0.8113</w:t>
        <w:br/>
        <w:t>vn 0.3209 -0.1661 0.9324</w:t>
        <w:br/>
        <w:t>vn 0.2619 -0.3890 0.8832</w:t>
        <w:br/>
        <w:t>vn 0.3833 -0.4509 0.8061</w:t>
        <w:br/>
        <w:t>vn 0.3168 -0.2318 0.9197</w:t>
        <w:br/>
        <w:t>vn 0.4853 -0.5301 0.6953</w:t>
        <w:br/>
        <w:t>vn -0.5574 0.5770 0.5970</w:t>
        <w:br/>
        <w:t>vn -0.3600 0.4073 0.8394</w:t>
        <w:br/>
        <w:t>vn -0.6572 0.7014 0.2760</w:t>
        <w:br/>
        <w:t>vn -0.7318 -0.0999 0.6741</w:t>
        <w:br/>
        <w:t>vn -0.4321 0.2930 0.8529</w:t>
        <w:br/>
        <w:t>vn -0.5960 0.2477 0.7638</w:t>
        <w:br/>
        <w:t>vn -0.1008 0.0989 0.9900</w:t>
        <w:br/>
        <w:t>vn 0.0031 -0.4931 0.8699</w:t>
        <w:br/>
        <w:t>vn 0.0031 -0.4932 0.8699</w:t>
        <w:br/>
        <w:t>vn 0.1565 -0.5571 0.8156</w:t>
        <w:br/>
        <w:t>vn 0.1564 -0.5571 0.8156</w:t>
        <w:br/>
        <w:t>vn -0.1502 -0.4141 0.8977</w:t>
        <w:br/>
        <w:t>vn -0.2383 0.1350 0.9618</w:t>
        <w:br/>
        <w:t>vn -0.6981 0.7116 0.0790</w:t>
        <w:br/>
        <w:t>vn -0.6729 0.7397 0.0034</w:t>
        <w:br/>
        <w:t>vn 0.0399 0.3131 0.9489</w:t>
        <w:br/>
        <w:t>vn -0.1834 0.5965 0.7814</w:t>
        <w:br/>
        <w:t>vn -0.1461 0.5981 0.7880</w:t>
        <w:br/>
        <w:t>vn 0.0516 0.2227 0.9735</w:t>
        <w:br/>
        <w:t>vn -0.2594 0.7409 0.6195</w:t>
        <w:br/>
        <w:t>vn -0.2464 0.7759 0.5807</w:t>
        <w:br/>
        <w:t>vn 0.3738 -0.2728 0.8865</w:t>
        <w:br/>
        <w:t>vn 0.0338 0.1871 0.9818</w:t>
        <w:br/>
        <w:t>vn -0.2285 0.6125 0.7567</w:t>
        <w:br/>
        <w:t>vn -0.3344 0.8371 0.4328</w:t>
        <w:br/>
        <w:t>vn -0.3189 0.7437 0.5876</w:t>
        <w:br/>
        <w:t>vn -0.4064 0.8574 0.3158</w:t>
        <w:br/>
        <w:t>vn 0.4268 -0.3243 0.8442</w:t>
        <w:br/>
        <w:t>vn -0.3521 0.9358 0.0159</w:t>
        <w:br/>
        <w:t>vn -0.0013 0.9997 0.0250</w:t>
        <w:br/>
        <w:t>vn -0.1638 0.9858 0.0373</w:t>
        <w:br/>
        <w:t>vn -0.5376 0.8328 0.1318</w:t>
        <w:br/>
        <w:t>vn -0.6103 0.7921 0.0119</w:t>
        <w:br/>
        <w:t>vn -0.3374 0.8831 0.3259</w:t>
        <w:br/>
        <w:t>vn -0.3586 0.9013 0.2432</w:t>
        <w:br/>
        <w:t>vn -0.3334 0.9079 0.2541</w:t>
        <w:br/>
        <w:t>vn -0.6161 0.7848 0.0668</w:t>
        <w:br/>
        <w:t>vn -0.6151 0.7884 -0.0007</w:t>
        <w:br/>
        <w:t>vn -0.4875 0.8705 0.0678</w:t>
        <w:br/>
        <w:t>vn -0.4314 0.9005 0.0544</w:t>
        <w:br/>
        <w:t>vn -0.4002 0.9152 0.0477</w:t>
        <w:br/>
        <w:t>vn -0.3455 0.9377 0.0369</w:t>
        <w:br/>
        <w:t>vn -0.1979 0.9802 -0.0075</w:t>
        <w:br/>
        <w:t>vn 0.0141 0.9992 -0.0378</w:t>
        <w:br/>
        <w:t>vn 0.0673 0.9977 0.0024</w:t>
        <w:br/>
        <w:t>vn 0.6468 0.7455 -0.1609</w:t>
        <w:br/>
        <w:t>vn 0.3070 -0.3798 0.8727</w:t>
        <w:br/>
        <w:t>vn -0.4321 0.2931 0.8529</w:t>
        <w:br/>
        <w:t>vn -0.8491 0.4595 0.2605</w:t>
        <w:br/>
        <w:t>vn -0.4146 0.6286 0.6580</w:t>
        <w:br/>
        <w:t>vn -0.7970 0.6006 0.0638</w:t>
        <w:br/>
        <w:t>vn -0.0823 0.5663 0.8201</w:t>
        <w:br/>
        <w:t>vn -0.2383 0.1350 0.9617</w:t>
        <w:br/>
        <w:t>vn -0.3845 0.7904 -0.4769</w:t>
        <w:br/>
        <w:t>vn -0.2472 0.5311 -0.8105</w:t>
        <w:br/>
        <w:t>vn -0.1859 0.5773 -0.7951</w:t>
        <w:br/>
        <w:t>vn -0.3365 0.8203 -0.4624</w:t>
        <w:br/>
        <w:t>vn -0.2571 0.5152 -0.8176</w:t>
        <w:br/>
        <w:t>vn -0.3916 0.7920 -0.4684</w:t>
        <w:br/>
        <w:t>vn -0.3758 0.8016 -0.4651</w:t>
        <w:br/>
        <w:t>vn -0.2067 0.5312 -0.8216</w:t>
        <w:br/>
        <w:t>vn -0.0121 0.2123 -0.9771</w:t>
        <w:br/>
        <w:t>vn -0.0151 0.2060 -0.9784</w:t>
        <w:br/>
        <w:t>vn -0.0042 0.1553 -0.9879</w:t>
        <w:br/>
        <w:t>vn -0.0040 0.1619 -0.9868</w:t>
        <w:br/>
        <w:t>vn -0.0159 0.1337 -0.9909</w:t>
        <w:br/>
        <w:t>vn -0.2538 0.4848 -0.8370</w:t>
        <w:br/>
        <w:t>vn -0.1515 0.0085 -0.9884</w:t>
        <w:br/>
        <w:t>vn 0.1896 0.2416 -0.9517</w:t>
        <w:br/>
        <w:t>vn 0.2240 -0.1602 -0.9613</w:t>
        <w:br/>
        <w:t>vn -0.5888 0.5674 -0.5756</w:t>
        <w:br/>
        <w:t>vn -0.6394 0.6885 -0.3422</w:t>
        <w:br/>
        <w:t>vn -0.3386 0.8143 -0.4715</w:t>
        <w:br/>
        <w:t>vn -0.2696 0.7562 -0.5962</w:t>
        <w:br/>
        <w:t>vn -0.4773 0.3966 -0.7842</w:t>
        <w:br/>
        <w:t>vn -0.1492 0.6354 -0.7576</w:t>
        <w:br/>
        <w:t>vn -0.2723 0.9086 -0.3167</w:t>
        <w:br/>
        <w:t>vn -0.3744 0.3082 -0.8746</w:t>
        <w:br/>
        <w:t>vn -0.6088 0.5532 -0.5685</w:t>
        <w:br/>
        <w:t>vn -0.0361 0.5077 -0.8608</w:t>
        <w:br/>
        <w:t>vn -0.2986 0.2318 -0.9258</w:t>
        <w:br/>
        <w:t>vn -0.3872 0.8776 -0.2829</w:t>
        <w:br/>
        <w:t>vn -0.6489 0.7513 -0.1207</w:t>
        <w:br/>
        <w:t>vn -0.1006 0.9907 -0.0920</w:t>
        <w:br/>
        <w:t>vn 0.3694 -0.3888 -0.8440</w:t>
        <w:br/>
        <w:t>vn 0.2594 -0.4400 -0.8597</w:t>
        <w:br/>
        <w:t>vn 0.4971 -0.5924 -0.6340</w:t>
        <w:br/>
        <w:t>vn 0.2677 -0.4429 -0.8557</w:t>
        <w:br/>
        <w:t>vn 0.3701 -0.3689 -0.8526</w:t>
        <w:br/>
        <w:t>vn 0.3531 -0.6534 -0.6696</w:t>
        <w:br/>
        <w:t>vn 0.2630 -0.4800 -0.8369</w:t>
        <w:br/>
        <w:t>vn 0.4786 -0.3194 -0.8179</w:t>
        <w:br/>
        <w:t>vn 0.4377 -0.3751 -0.8171</w:t>
        <w:br/>
        <w:t>vn 0.4563 -0.1495 -0.8772</w:t>
        <w:br/>
        <w:t>vn 0.4450 -0.2078 -0.8711</w:t>
        <w:br/>
        <w:t>vn 0.1927 -0.0907 -0.9771</w:t>
        <w:br/>
        <w:t>vn 0.3115 -0.5862 -0.7479</w:t>
        <w:br/>
        <w:t>vn 0.4060 -0.4209 -0.8112</w:t>
        <w:br/>
        <w:t>vn 0.3185 -0.2308 -0.9194</w:t>
        <w:br/>
        <w:t>vn -0.4570 0.4221 -0.7830</w:t>
        <w:br/>
        <w:t>vn -0.6642 0.5201 -0.5369</w:t>
        <w:br/>
        <w:t>vn -0.6915 0.6692 -0.2720</w:t>
        <w:br/>
        <w:t>vn -0.0982 0.0374 -0.9945</w:t>
        <w:br/>
        <w:t>vn -0.3928 0.3003 -0.8692</w:t>
        <w:br/>
        <w:t>vn 0.1000 -0.5227 -0.8466</w:t>
        <w:br/>
        <w:t>vn -0.0876 -0.4138 -0.9062</w:t>
        <w:br/>
        <w:t>vn -0.2908 0.2322 -0.9282</w:t>
        <w:br/>
        <w:t>vn -0.7098 0.7019 -0.0594</w:t>
        <w:br/>
        <w:t>vn 0.0407 0.3096 -0.9500</w:t>
        <w:br/>
        <w:t>vn 0.4335 -0.3552 -0.8282</w:t>
        <w:br/>
        <w:t>vn 0.4189 -0.2652 -0.8685</w:t>
        <w:br/>
        <w:t>vn 0.3668 -0.2981 -0.8813</w:t>
        <w:br/>
        <w:t>vn 0.0424 0.2164 -0.9754</w:t>
        <w:br/>
        <w:t>vn -0.1446 0.5936 -0.7917</w:t>
        <w:br/>
        <w:t>vn -0.1876 0.5927 -0.7833</w:t>
        <w:br/>
        <w:t>vn -0.2601 0.7394 -0.6210</w:t>
        <w:br/>
        <w:t>vn -0.2463 0.7735 -0.5840</w:t>
        <w:br/>
        <w:t>vn -0.3506 0.8932 -0.2815</w:t>
        <w:br/>
        <w:t>vn -0.3379 0.9194 -0.2013</w:t>
        <w:br/>
        <w:t>vn 0.0389 0.1888 -0.9812</w:t>
        <w:br/>
        <w:t>vn -0.3318 0.7275 -0.6006</w:t>
        <w:br/>
        <w:t>vn -0.3532 0.8306 -0.4305</w:t>
        <w:br/>
        <w:t>vn -0.2378 0.5971 -0.7661</w:t>
        <w:br/>
        <w:t>vn -0.4573 0.8430 -0.2833</w:t>
        <w:br/>
        <w:t>vn -0.3840 0.9039 -0.1884</w:t>
        <w:br/>
        <w:t>vn 0.5392 -0.3743 -0.7544</w:t>
        <w:br/>
        <w:t>vn -0.6099 0.7881 -0.0830</w:t>
        <w:br/>
        <w:t>vn -0.6918 0.7216 -0.0259</w:t>
        <w:br/>
        <w:t>vn -0.5394 0.8417 -0.0238</w:t>
        <w:br/>
        <w:t>vn -0.4572 0.8893 -0.0106</w:t>
        <w:br/>
        <w:t>vn -0.4056 0.9141 0.0011</w:t>
        <w:br/>
        <w:t>vn -0.3375 0.9413 0.0099</w:t>
        <w:br/>
        <w:t>vn -0.2022 0.9790 -0.0260</w:t>
        <w:br/>
        <w:t>vn -0.0605 0.9980 -0.0168</w:t>
        <w:br/>
        <w:t>vn 0.3088 -0.4153 -0.8557</w:t>
        <w:br/>
        <w:t>vn -0.8294 0.4715 -0.2996</w:t>
        <w:br/>
        <w:t>vn -0.8079 0.5837 -0.0813</w:t>
        <w:br/>
        <w:t>vn -0.0647 0.5750 -0.8156</w:t>
        <w:br/>
        <w:t>vn -0.1948 -0.9805 0.0257</w:t>
        <w:br/>
        <w:t>vn 0.0404 -0.9975 -0.0577</w:t>
        <w:br/>
        <w:t>vn 0.4044 -0.2745 0.8724</w:t>
        <w:br/>
        <w:t>vn -0.7651 -0.6388 0.0813</w:t>
        <w:br/>
        <w:t>vn 0.3552 -0.7031 -0.6161</w:t>
        <w:br/>
        <w:t>vn -0.8114 -0.4546 -0.3674</w:t>
        <w:br/>
        <w:t>vn -0.8181 -0.4426 -0.3672</w:t>
        <w:br/>
        <w:t>vn 0.0209 -0.6521 0.7579</w:t>
        <w:br/>
        <w:t>vn -0.0025 0.6814 -0.7319</w:t>
        <w:br/>
        <w:t>vn 0.0779 0.4643 -0.8823</w:t>
        <w:br/>
        <w:t>vn 0.0113 0.4510 -0.8925</w:t>
        <w:br/>
        <w:t>vn -0.0895 0.6687 -0.7381</w:t>
        <w:br/>
        <w:t>vn 0.1671 0.1762 -0.9701</w:t>
        <w:br/>
        <w:t>vn 0.1597 0.1868 -0.9693</w:t>
        <w:br/>
        <w:t>vn 0.6462 0.2030 -0.7357</w:t>
        <w:br/>
        <w:t>vn 0.2766 -0.1323 -0.9518</w:t>
        <w:br/>
        <w:t>vn -0.0652 -0.2835 -0.9567</w:t>
        <w:br/>
        <w:t>vn 0.2105 -0.4340 -0.8760</w:t>
        <w:br/>
        <w:t>vn 0.0520 -0.6963 -0.7159</w:t>
        <w:br/>
        <w:t>vn -0.3698 -0.7735 -0.5147</w:t>
        <w:br/>
        <w:t>vn -0.1864 -0.8852 -0.4263</w:t>
        <w:br/>
        <w:t>vn -0.4290 -0.8807 -0.2009</w:t>
        <w:br/>
        <w:t>vn -0.8246 -0.5619 -0.0660</w:t>
        <w:br/>
        <w:t>vn -0.6818 -0.7015 -0.2074</w:t>
        <w:br/>
        <w:t>vn -0.7152 -0.6274 -0.3079</w:t>
        <w:br/>
        <w:t>vn -0.5216 -0.6992 -0.4889</w:t>
        <w:br/>
        <w:t>vn -0.6927 -0.5773 -0.4323</w:t>
        <w:br/>
        <w:t>vn -0.4449 -0.5937 -0.6705</w:t>
        <w:br/>
        <w:t>vn -0.7432 -0.4715 -0.4748</w:t>
        <w:br/>
        <w:t>vn -0.4706 -0.4232 -0.7742</w:t>
        <w:br/>
        <w:t>vn -0.7679 -0.4069 -0.4947</w:t>
        <w:br/>
        <w:t>vn -0.5654 -0.1700 -0.8071</w:t>
        <w:br/>
        <w:t>vn -0.6510 0.0743 -0.7554</w:t>
        <w:br/>
        <w:t>vn -0.7619 0.2346 -0.6037</w:t>
        <w:br/>
        <w:t>vn -0.8378 0.3884 -0.3837</w:t>
        <w:br/>
        <w:t>vn -0.8549 0.3287 -0.4013</w:t>
        <w:br/>
        <w:t>vn -0.9159 0.3934 -0.0800</w:t>
        <w:br/>
        <w:t>vn -0.8934 0.3555 0.2746</w:t>
        <w:br/>
        <w:t>vn -0.8357 0.0365 0.5480</w:t>
        <w:br/>
        <w:t>vn -0.8621 0.2075 0.4623</w:t>
        <w:br/>
        <w:t>vn -0.9226 -0.2824 0.2630</w:t>
        <w:br/>
        <w:t>vn -0.8073 -0.1077 0.5803</w:t>
        <w:br/>
        <w:t>vn -0.9129 -0.3079 0.2680</w:t>
        <w:br/>
        <w:t>vn -0.7530 -0.2327 0.6155</w:t>
        <w:br/>
        <w:t>vn -0.5895 -0.3960 0.7040</w:t>
        <w:br/>
        <w:t>vn -0.3938 -0.3911 0.8318</w:t>
        <w:br/>
        <w:t>vn 0.4727 0.1837 0.8618</w:t>
        <w:br/>
        <w:t>vn 0.4670 0.1976 0.8619</w:t>
        <w:br/>
        <w:t>vn 0.5629 0.0676 0.8237</w:t>
        <w:br/>
        <w:t>vn 0.5650 0.0510 0.8235</w:t>
        <w:br/>
        <w:t>vn -0.2078 0.2983 0.9316</w:t>
        <w:br/>
        <w:t>vn -0.1647 0.2662 0.9497</w:t>
        <w:br/>
        <w:t>vn -0.2400 0.4888 0.8387</w:t>
        <w:br/>
        <w:t>vn -0.2434 0.4513 0.8585</w:t>
        <w:br/>
        <w:t>vn -0.2805 0.6996 0.6572</w:t>
        <w:br/>
        <w:t>vn -0.2877 0.6643 0.6899</w:t>
        <w:br/>
        <w:t>vn -0.2979 0.8737 0.3846</w:t>
        <w:br/>
        <w:t>vn -0.3289 0.8497 0.4121</w:t>
        <w:br/>
        <w:t>vn -0.2568 0.9642 -0.0666</w:t>
        <w:br/>
        <w:t>vn -0.1266 0.8578 -0.4982</w:t>
        <w:br/>
        <w:t>vn -0.2285 0.8353 -0.5000</w:t>
        <w:br/>
        <w:t>vn -0.3397 0.9386 -0.0598</w:t>
        <w:br/>
        <w:t>vn -0.5109 -0.1110 0.8524</w:t>
        <w:br/>
        <w:t>vn -0.3911 -0.9063 -0.1599</w:t>
        <w:br/>
        <w:t>vn 0.5087 -0.8608 -0.0143</w:t>
        <w:br/>
        <w:t>vn 0.4376 -0.7443 0.5045</w:t>
        <w:br/>
        <w:t>vn -0.2729 0.4660 0.8416</w:t>
        <w:br/>
        <w:t>vn -0.4506 0.7554 0.4758</w:t>
        <w:br/>
        <w:t>vn -0.4559 0.7428 0.4902</w:t>
        <w:br/>
        <w:t>vn -0.0474 0.1080 0.9930</w:t>
        <w:br/>
        <w:t>vn -0.5104 0.8598 -0.0104</w:t>
        <w:br/>
        <w:t>vn -0.4886 0.8725 0.0070</w:t>
        <w:br/>
        <w:t>vn -0.4450 0.7551 -0.4814</w:t>
        <w:br/>
        <w:t>vn -0.2621 0.4568 -0.8501</w:t>
        <w:br/>
        <w:t>vn -0.4212 0.7737 -0.4733</w:t>
        <w:br/>
        <w:t>vn -0.0360 0.0796 -0.9962</w:t>
        <w:br/>
        <w:t>vn 0.5166 -0.3248 -0.7922</w:t>
        <w:br/>
        <w:t>vn 0.5742 -0.3402 -0.7446</w:t>
        <w:br/>
        <w:t>vn 0.0896 -0.5292 0.8438</w:t>
        <w:br/>
        <w:t>vn 0.0161 -0.5536 0.8326</w:t>
        <w:br/>
        <w:t>vn -0.3176 -0.7834 0.5342</w:t>
        <w:br/>
        <w:t>vn -0.2395 -0.9167 0.3199</w:t>
        <w:br/>
        <w:t>vn -0.1063 -0.9943 -0.0128</w:t>
        <w:br/>
        <w:t>vn -0.0640 -0.9052 -0.4200</w:t>
        <w:br/>
        <w:t>vn -0.1064 -0.9942 -0.0128</w:t>
        <w:br/>
        <w:t>vn -0.2194 -0.7123 -0.6667</w:t>
        <w:br/>
        <w:t>vn -0.3637 -0.6093 -0.7046</w:t>
        <w:br/>
        <w:t>vn 0.9959 0.0866 -0.0256</w:t>
        <w:br/>
        <w:t>vn -0.2596 -0.9654 -0.0224</w:t>
        <w:br/>
        <w:t>vn -0.2596 -0.9655 -0.0224</w:t>
        <w:br/>
        <w:t>vn -0.3607 0.9327 0.0048</w:t>
        <w:br/>
        <w:t>vn -0.3682 0.9297 -0.0100</w:t>
        <w:br/>
        <w:t>vn -0.3725 0.9279 -0.0128</w:t>
        <w:br/>
        <w:t>vn -0.7190 0.6944 -0.0294</w:t>
        <w:br/>
        <w:t>vn -0.4602 0.7369 -0.4952</w:t>
        <w:br/>
        <w:t>vn -0.5288 0.8487 -0.0090</w:t>
        <w:br/>
        <w:t>vn -0.4633 0.7471 0.4766</w:t>
        <w:br/>
        <w:t>vn -0.2440 0.0626 0.9677</w:t>
        <w:br/>
        <w:t>vn -0.3945 0.3894 0.8323</w:t>
        <w:br/>
        <w:t>vn -0.6001 0.6473 -0.4699</w:t>
        <w:br/>
        <w:t>vn -0.6298 0.6375 0.4437</w:t>
        <w:br/>
        <w:t>vn -0.7016 0.6184 -0.3539</w:t>
        <w:br/>
        <w:t>vn -0.0001 0.0711 0.9975</w:t>
        <w:br/>
        <w:t>vn -0.0261 0.2798 0.9597</w:t>
        <w:br/>
        <w:t>vn 0.1098 0.0600 0.9921</w:t>
        <w:br/>
        <w:t>vn -0.1472 0.2906 0.9454</w:t>
        <w:br/>
        <w:t>vn 0.1111 0.0497 0.9926</w:t>
        <w:br/>
        <w:t>vn 0.3472 -0.0726 0.9350</w:t>
        <w:br/>
        <w:t>vn 0.0825 0.1032 0.9912</w:t>
        <w:br/>
        <w:t>vn 0.3153 -0.0728 0.9462</w:t>
        <w:br/>
        <w:t>vn 0.9957 -0.0885 0.0285</w:t>
        <w:br/>
        <w:t>vn 0.9986 -0.0487 0.0229</w:t>
        <w:br/>
        <w:t>vn 0.9986 -0.0419 0.0322</w:t>
        <w:br/>
        <w:t>vn 0.9950 -0.0941 0.0334</w:t>
        <w:br/>
        <w:t>vn 0.9845 -0.1082 0.1382</w:t>
        <w:br/>
        <w:t>vn 0.9905 -0.0244 0.1352</w:t>
        <w:br/>
        <w:t>vn 0.9435 0.0383 0.3291</w:t>
        <w:br/>
        <w:t>vn 0.9507 0.0019 0.3101</w:t>
        <w:br/>
        <w:t>vn 0.9894 0.0003 0.1454</w:t>
        <w:br/>
        <w:t>vn 0.2744 -0.0615 0.9596</w:t>
        <w:br/>
        <w:t>vn 0.4681 0.0218 0.8834</w:t>
        <w:br/>
        <w:t>vn 0.4998 -0.0048 0.8661</w:t>
        <w:br/>
        <w:t>vn 0.7278 0.0222 0.6854</w:t>
        <w:br/>
        <w:t>vn 0.7418 0.0476 0.6689</w:t>
        <w:br/>
        <w:t>vn 0.9004 -0.0541 0.4318</w:t>
        <w:br/>
        <w:t>vn 0.8876 0.0384 0.4591</w:t>
        <w:br/>
        <w:t>vn 0.9510 -0.1022 0.2918</w:t>
        <w:br/>
        <w:t>vn 0.8688 0.0796 0.4887</w:t>
        <w:br/>
        <w:t>vn 0.7611 0.0551 0.6463</w:t>
        <w:br/>
        <w:t>vn 0.7548 0.0596 0.6532</w:t>
        <w:br/>
        <w:t>vn 0.8745 0.0682 0.4801</w:t>
        <w:br/>
        <w:t>vn 0.9397 0.0448 0.3391</w:t>
        <w:br/>
        <w:t>vn 0.5443 -0.0018 0.8389</w:t>
        <w:br/>
        <w:t>vn 0.5643 -0.0310 0.8250</w:t>
        <w:br/>
        <w:t>vn 0.3653 -0.0646 0.9287</w:t>
        <w:br/>
        <w:t>vn 0.9374 -0.3048 0.1685</w:t>
        <w:br/>
        <w:t>vn 0.9189 -0.3125 0.2407</w:t>
        <w:br/>
        <w:t>vn 0.9364 -0.3226 0.1379</w:t>
        <w:br/>
        <w:t>vn 0.9707 -0.2232 0.0892</w:t>
        <w:br/>
        <w:t>vn 0.7424 -0.4668 0.4806</w:t>
        <w:br/>
        <w:t>vn 0.8555 -0.4636 0.2307</w:t>
        <w:br/>
        <w:t>vn 0.9041 -0.4260 -0.0342</w:t>
        <w:br/>
        <w:t>vn 0.9436 -0.3291 0.0354</w:t>
        <w:br/>
        <w:t>vn 0.6009 -0.7135 -0.3602</w:t>
        <w:br/>
        <w:t>vn 0.6134 -0.7141 -0.3373</w:t>
        <w:br/>
        <w:t>vn 0.6754 -0.6684 -0.3115</w:t>
        <w:br/>
        <w:t>vn 0.7852 -0.5524 0.2800</w:t>
        <w:br/>
        <w:t>vn 0.9490 -0.2628 0.1740</w:t>
        <w:br/>
        <w:t>vn 0.8832 -0.3713 0.2866</w:t>
        <w:br/>
        <w:t>vn 0.8752 -0.3109 0.3706</w:t>
        <w:br/>
        <w:t>vn 0.6152 0.0250 0.7879</w:t>
        <w:br/>
        <w:t>vn 0.2414 -0.0248 0.9701</w:t>
        <w:br/>
        <w:t>vn 0.9648 -0.2465 0.0920</w:t>
        <w:br/>
        <w:t>vn 0.9773 -0.1916 0.0906</w:t>
        <w:br/>
        <w:t>vn 0.9992 -0.0255 0.0296</w:t>
        <w:br/>
        <w:t>vn 0.9989 -0.0215 0.0409</w:t>
        <w:br/>
        <w:t>vn 0.9989 -0.0176 0.0441</w:t>
        <w:br/>
        <w:t>vn 0.9885 -0.0016 0.1512</w:t>
        <w:br/>
        <w:t>vn 0.9993 -0.0159 0.0336</w:t>
        <w:br/>
        <w:t>vn -0.0000 -0.2530 0.9675</w:t>
        <w:br/>
        <w:t>vn -0.0000 -0.2653 0.9642</w:t>
        <w:br/>
        <w:t>vn 0.0126 -0.1810 0.9834</w:t>
        <w:br/>
        <w:t>vn 0.0794 -0.1793 0.9806</w:t>
        <w:br/>
        <w:t>vn 0.2164 -0.1976 0.9561</w:t>
        <w:br/>
        <w:t>vn -0.0000 -0.3390 0.9408</w:t>
        <w:br/>
        <w:t>vn 0.7259 -0.6604 -0.1921</w:t>
        <w:br/>
        <w:t>vn 0.5691 -0.7579 -0.3188</w:t>
        <w:br/>
        <w:t>vn 0.7739 -0.6311 -0.0517</w:t>
        <w:br/>
        <w:t>vn 0.8107 -0.5830 -0.0542</w:t>
        <w:br/>
        <w:t>vn 0.2591 -0.2635 0.9292</w:t>
        <w:br/>
        <w:t>vn 0.0000 -0.4349 0.9005</w:t>
        <w:br/>
        <w:t>vn -0.2485 0.1794 0.9519</w:t>
        <w:br/>
        <w:t>vn 0.0979 0.0651 0.9931</w:t>
        <w:br/>
        <w:t>vn 0.0912 0.0799 0.9926</w:t>
        <w:br/>
        <w:t>vn -0.3010 0.1661 0.9391</w:t>
        <w:br/>
        <w:t>vn -0.2231 0.7855 0.5773</w:t>
        <w:br/>
        <w:t>vn -0.1461 0.8844 0.4433</w:t>
        <w:br/>
        <w:t>vn -0.0000 0.8940 0.4480</w:t>
        <w:br/>
        <w:t>vn -0.6438 0.2250 0.7314</w:t>
        <w:br/>
        <w:t>vn -0.3081 0.1849 0.9332</w:t>
        <w:br/>
        <w:t>vn 0.3097 -0.1702 0.9355</w:t>
        <w:br/>
        <w:t>vn 0.7867 -0.5889 0.1851</w:t>
        <w:br/>
        <w:t>vn 0.6228 -0.7012 -0.3471</w:t>
        <w:br/>
        <w:t>vn 0.6717 -0.6897 -0.2705</w:t>
        <w:br/>
        <w:t>vn 0.2897 -0.0439 0.9561</w:t>
        <w:br/>
        <w:t>vn 0.9833 -0.1717 0.0601</w:t>
        <w:br/>
        <w:t>vn 0.9876 -0.1464 0.0573</w:t>
        <w:br/>
        <w:t>vn 0.5688 -0.7067 -0.4208</w:t>
        <w:br/>
        <w:t>vn -0.6589 -0.3437 0.6690</w:t>
        <w:br/>
        <w:t>vn 0.0000 0.0000 0.9083</w:t>
        <w:br/>
        <w:t>vn -0.5119 -0.3261 0.7948</w:t>
        <w:br/>
        <w:t>vn -0.5651 0.8237 -0.0460</w:t>
        <w:br/>
        <w:t>vn 0.4378 -0.3751 -0.8171</w:t>
        <w:br/>
        <w:t>vn 0.6089 -0.0202 -0.7930</w:t>
        <w:br/>
        <w:t>vn 0.9523 -0.1810 0.2459</w:t>
        <w:br/>
        <w:t>vn 0.8189 -0.0743 0.5691</w:t>
        <w:br/>
        <w:t>vn 0.8474 -0.1963 0.4934</w:t>
        <w:br/>
        <w:t>vn 0.9177 -0.2921 0.2693</w:t>
        <w:br/>
        <w:t>vn -0.0676 -0.2647 -0.9619</w:t>
        <w:br/>
        <w:t>vn -0.5307 -0.5803 -0.6178</w:t>
        <w:br/>
        <w:t>vn -0.5456 -0.5675 -0.6167</w:t>
        <w:br/>
        <w:t>vn -0.2034 -0.2024 -0.9579</w:t>
        <w:br/>
        <w:t>vn -0.7475 0.1471 -0.6478</w:t>
        <w:br/>
        <w:t>vn -0.8642 -0.2442 -0.4399</w:t>
        <w:br/>
        <w:t>vn -0.8956 -0.2431 -0.3726</w:t>
        <w:br/>
        <w:t>vn -0.7997 0.2636 -0.5395</w:t>
        <w:br/>
        <w:t>vn -0.4785 -0.5674 0.6701</w:t>
        <w:br/>
        <w:t>vn -0.4992 -0.5262 0.6884</w:t>
        <w:br/>
        <w:t>vn -0.0454 -0.2622 0.9640</w:t>
        <w:br/>
        <w:t>vn -0.1407 -0.2168 0.9660</w:t>
        <w:br/>
        <w:t>vn -0.9924 -0.1230 -0.0040</w:t>
        <w:br/>
        <w:t>vn -0.8795 -0.3114 0.3598</w:t>
        <w:br/>
        <w:t>vn -0.7571 0.2073 0.6196</w:t>
        <w:br/>
        <w:t>vn -0.9085 0.3760 0.1823</w:t>
        <w:br/>
        <w:t>vn -0.4698 -0.6122 0.6360</w:t>
        <w:br/>
        <w:t>vn -0.2093 -0.1190 0.9706</w:t>
        <w:br/>
        <w:t>vn -0.8089 -0.3055 0.5024</w:t>
        <w:br/>
        <w:t>vn -0.5206 0.1674 0.8372</w:t>
        <w:br/>
        <w:t>vn -0.6393 0.1850 0.7463</w:t>
        <w:br/>
        <w:t>vn -0.8561 -0.2647 0.4438</w:t>
        <w:br/>
        <w:t>vn -0.8906 0.4328 -0.1398</w:t>
        <w:br/>
        <w:t>vn -0.9960 -0.0613 0.0645</w:t>
        <w:br/>
        <w:t>vn -0.9983 -0.0360 0.0453</w:t>
        <w:br/>
        <w:t>vn -0.9033 0.4291 0.0057</w:t>
        <w:br/>
        <w:t>vn -0.6540 0.0807 -0.7522</w:t>
        <w:br/>
        <w:t>vn -0.8373 -0.3012 -0.4563</w:t>
        <w:br/>
        <w:t>vn -0.5184 -0.6089 -0.6004</w:t>
        <w:br/>
        <w:t>vn -0.2973 -0.1776 -0.9381</w:t>
        <w:br/>
        <w:t>vn 0.3285 -0.5837 -0.7425</w:t>
        <w:br/>
        <w:t>vn -0.1529 -0.8866 -0.4365</w:t>
        <w:br/>
        <w:t>vn -0.0500 -0.9263 -0.3735</w:t>
        <w:br/>
        <w:t>vn 0.4255 -0.6952 -0.5793</w:t>
        <w:br/>
        <w:t>vn 0.5000 -0.7415 -0.4474</w:t>
        <w:br/>
        <w:t>vn -0.0151 -0.9387 -0.3443</w:t>
        <w:br/>
        <w:t>vn 0.2010 -0.9780 0.0564</w:t>
        <w:br/>
        <w:t>vn 0.1383 -0.9903 0.0122</w:t>
        <w:br/>
        <w:t>vn 0.6186 -0.7817 -0.0791</w:t>
        <w:br/>
        <w:t>vn 0.6146 -0.7828 0.0969</w:t>
        <w:br/>
        <w:t>vn 0.6057 -0.7740 0.1843</w:t>
        <w:br/>
        <w:t>vn 0.2142 -0.9767 0.0121</w:t>
        <w:br/>
        <w:t>vn 0.6147 -0.7828 0.0969</w:t>
        <w:br/>
        <w:t>vn -0.0392 -0.8616 0.5061</w:t>
        <w:br/>
        <w:t>vn 0.0779 -0.9285 0.3630</w:t>
        <w:br/>
        <w:t>vn 0.5114 -0.7113 0.4822</w:t>
        <w:br/>
        <w:t>vn 0.4001 -0.6195 0.6754</w:t>
        <w:br/>
        <w:t>vn -0.2005 -0.7915 0.5774</w:t>
        <w:br/>
        <w:t>vn 0.2650 -0.4897 0.8306</w:t>
        <w:br/>
        <w:t>vn 0.2738 0.1024 -0.9563</w:t>
        <w:br/>
        <w:t>vn 0.1927 -0.0906 -0.9771</w:t>
        <w:br/>
        <w:t>vn -0.4701 0.5168 -0.7154</w:t>
        <w:br/>
        <w:t>vn -0.5525 0.6170 -0.5604</w:t>
        <w:br/>
        <w:t>vn -0.6643 0.5201 -0.5369</w:t>
        <w:br/>
        <w:t>vn 0.1061 0.1276 0.9861</w:t>
        <w:br/>
        <w:t>vn 0.2756 0.0161 0.9612</w:t>
        <w:br/>
        <w:t>vn 0.3210 -0.1661 0.9324</w:t>
        <w:br/>
        <w:t>vn -0.1009 0.0989 0.9900</w:t>
        <w:br/>
        <w:t>vn -0.6459 0.7063 0.2897</w:t>
        <w:br/>
        <w:t>vn -0.4581 0.6001 0.6557</w:t>
        <w:br/>
        <w:t>vn -0.6571 0.7014 0.2760</w:t>
        <w:br/>
        <w:t>vn 0.0246 0.3007 0.9534</w:t>
        <w:br/>
        <w:t>vn 0.0809 0.4572 0.8857</w:t>
        <w:br/>
        <w:t>vn -0.2978 0.5240 0.7979</w:t>
        <w:br/>
        <w:t>vn -0.1534 0.4855 0.8607</w:t>
        <w:br/>
        <w:t>vn -0.0638 0.5456 0.8356</w:t>
        <w:br/>
        <w:t>vn -0.6398 0.7180 -0.2741</w:t>
        <w:br/>
        <w:t>vn -0.7104 0.7036 -0.0171</w:t>
        <w:br/>
        <w:t>vn -0.0512 0.5723 -0.8185</w:t>
        <w:br/>
        <w:t>vn -0.2874 0.4483 -0.8464</w:t>
        <w:br/>
        <w:t>vn -0.0982 0.0373 -0.9945</w:t>
        <w:br/>
        <w:t>vn 0.1294 0.1522 -0.9798</w:t>
        <w:br/>
        <w:t>vn 0.0115 0.2485 -0.9686</w:t>
        <w:br/>
        <w:t>vn 0.0748 0.4083 -0.9098</w:t>
        <w:br/>
        <w:t>vn 0.5488 -0.2042 -0.8106</w:t>
        <w:br/>
        <w:t>vn 0.7447 -0.4836 -0.4600</w:t>
        <w:br/>
        <w:t>vn 0.6747 -0.3937 -0.6244</w:t>
        <w:br/>
        <w:t>vn 0.7577 -0.2206 -0.6142</w:t>
        <w:br/>
        <w:t>vn 0.8160 -0.3516 -0.4589</w:t>
        <w:br/>
        <w:t>vn 0.9192 -0.3760 0.1170</w:t>
        <w:br/>
        <w:t>vn 0.7940 -0.6002 0.0963</w:t>
        <w:br/>
        <w:t>vn 0.8012 -0.5788 -0.1518</w:t>
        <w:br/>
        <w:t>vn 0.9011 -0.3850 -0.1995</w:t>
        <w:br/>
        <w:t>vn 0.7943 -0.5560 0.2449</w:t>
        <w:br/>
        <w:t>vn 0.9192 -0.3761 0.1170</w:t>
        <w:br/>
        <w:t>vn 0.6183 -0.2944 0.7287</w:t>
        <w:br/>
        <w:t>vn 0.7297 -0.4528 0.5123</w:t>
        <w:br/>
        <w:t>vn 0.7032 -0.0990 0.7040</w:t>
        <w:br/>
        <w:t>vn 0.5091 -0.1282 0.8511</w:t>
        <w:br/>
        <w:t>vn 0.5755 -0.0226 0.8175</w:t>
        <w:br/>
        <w:t>vn -0.7838 -0.5947 -0.1789</w:t>
        <w:br/>
        <w:t>vn -0.6649 -0.7195 -0.2006</w:t>
        <w:br/>
        <w:t>vn -0.8252 -0.5458 -0.1451</w:t>
        <w:br/>
        <w:t>vn -0.7874 -0.6088 -0.0963</w:t>
        <w:br/>
        <w:t>vn -0.7930 -0.5551 0.2510</w:t>
        <w:br/>
        <w:t>vn -0.6594 -0.7175 0.2245</w:t>
        <w:br/>
        <w:t>vn -0.8321 -0.5189 -0.1959</w:t>
        <w:br/>
        <w:t>vn -0.7708 -0.6354 0.0463</w:t>
        <w:br/>
        <w:t>vn -0.5557 -0.8139 0.1695</w:t>
        <w:br/>
        <w:t>vn -0.8190 -0.5695 0.0700</w:t>
        <w:br/>
        <w:t>vn -0.8066 -0.5875 0.0655</w:t>
        <w:br/>
        <w:t>vn -0.8420 -0.4562 0.2880</w:t>
        <w:br/>
        <w:t>vn -0.8799 -0.4708 0.0647</w:t>
        <w:br/>
        <w:t>vn -0.8238 -0.5628 -0.0674</w:t>
        <w:br/>
        <w:t>vn -0.5301 -0.8320 -0.1637</w:t>
        <w:br/>
        <w:t>vn -0.5543 -0.8317 -0.0329</w:t>
        <w:br/>
        <w:t>vn -0.5400 -0.8282 -0.1501</w:t>
        <w:br/>
        <w:t>vn -0.5154 -0.8522 -0.0896</w:t>
        <w:br/>
        <w:t>vn -0.4627 -0.8741 0.1477</w:t>
        <w:br/>
        <w:t>vn -0.4104 -0.9116 -0.0233</w:t>
        <w:br/>
        <w:t>vn -0.3915 -0.8824 -0.2609</w:t>
        <w:br/>
        <w:t>vn -0.4104 -0.9116 -0.0234</w:t>
        <w:br/>
        <w:t>vn -0.5320 -0.8447 0.0580</w:t>
        <w:br/>
        <w:t>vn -0.5511 -0.8210 0.1492</w:t>
        <w:br/>
        <w:t>vn -0.6324 -0.7578 0.1607</w:t>
        <w:br/>
        <w:t>vn -0.8323 -0.4428 0.3335</w:t>
        <w:br/>
        <w:t>vn -0.6326 -0.6880 0.3556</w:t>
        <w:br/>
        <w:t>vn -0.4043 -0.8616 0.3070</w:t>
        <w:br/>
        <w:t>vn -0.5001 -0.7949 0.3435</w:t>
        <w:br/>
        <w:t>vn -0.6793 -0.6602 -0.3204</w:t>
        <w:br/>
        <w:t>vn -0.8782 -0.4082 -0.2494</w:t>
        <w:br/>
        <w:t>vn -0.4673 -0.7798 -0.4166</w:t>
        <w:br/>
        <w:t>vn -0.4550 -0.8347 -0.3103</w:t>
        <w:br/>
        <w:t>vn -0.5200 -0.7788 -0.3507</w:t>
        <w:br/>
        <w:t>vn -0.4596 -0.7308 0.5047</w:t>
        <w:br/>
        <w:t>vn -0.5514 -0.8318 0.0644</w:t>
        <w:br/>
        <w:t>vn -0.5674 -0.6861 0.4554</w:t>
        <w:br/>
        <w:t>vn -0.4307 -0.8109 0.3961</w:t>
        <w:br/>
        <w:t>vn -0.7684 -0.5009 0.3982</w:t>
        <w:br/>
        <w:t>vn -0.9045 -0.3994 0.1497</w:t>
        <w:br/>
        <w:t>vn -0.8388 -0.4692 0.2761</w:t>
        <w:br/>
        <w:t>vn -0.8704 -0.3965 0.2919</w:t>
        <w:br/>
        <w:t>vn -0.8978 -0.4294 -0.0979</w:t>
        <w:br/>
        <w:t>vn -0.7995 -0.3929 -0.4543</w:t>
        <w:br/>
        <w:t>vn -0.8345 -0.4493 -0.3189</w:t>
        <w:br/>
        <w:t>vn -0.8762 -0.3874 -0.2866</w:t>
        <w:br/>
        <w:t>vn -0.8402 -0.4412 -0.3153</w:t>
        <w:br/>
        <w:t>vn -0.4093 0.3489 0.8430</w:t>
        <w:br/>
        <w:t>vn -0.0514 0.1518 0.9871</w:t>
        <w:br/>
        <w:t>vn -0.3276 -0.2298 0.9164</w:t>
        <w:br/>
        <w:t>vn -0.5657 0.0058 0.8246</w:t>
        <w:br/>
        <w:t>vn 0.1653 -0.6737 0.7202</w:t>
        <w:br/>
        <w:t>vn 0.5490 -0.6144 0.5666</w:t>
        <w:br/>
        <w:t>vn 0.3016 -0.8291 0.4708</w:t>
        <w:br/>
        <w:t>vn -0.4405 -0.2449 -0.8637</w:t>
        <w:br/>
        <w:t>vn -0.2974 0.1153 -0.9477</w:t>
        <w:br/>
        <w:t>vn -0.6753 -0.0773 -0.7335</w:t>
        <w:br/>
        <w:t>vn 0.0941 -0.9846 -0.1473</w:t>
        <w:br/>
        <w:t>vn 0.5233 -0.8453 -0.1078</w:t>
        <w:br/>
        <w:t>vn 0.2027 -0.8006 -0.5639</w:t>
        <w:br/>
        <w:t>vn -0.2337 -0.5028 -0.8322</w:t>
        <w:br/>
        <w:t>vn 0.0612 -0.2137 -0.9750</w:t>
        <w:br/>
        <w:t>vn 0.2335 -0.1415 0.9620</w:t>
        <w:br/>
        <w:t>vn -0.0205 -0.4679 0.8835</w:t>
        <w:br/>
        <w:t>vn -0.1094 -0.3800 0.9185</w:t>
        <w:br/>
        <w:t>vn -0.6793 0.0649 0.7310</w:t>
        <w:br/>
        <w:t>vn -0.9372 0.0885 0.3373</w:t>
        <w:br/>
        <w:t>vn -0.9534 0.2720 0.1304</w:t>
        <w:br/>
        <w:t>vn -0.7889 0.3744 0.4873</w:t>
        <w:br/>
        <w:t>vn -0.8652 0.1006 0.4913</w:t>
        <w:br/>
        <w:t>vn -0.9861 0.1185 -0.1163</w:t>
        <w:br/>
        <w:t>vn -0.9491 0.0728 0.3065</w:t>
        <w:br/>
        <w:t>vn -0.9534 0.2720 0.1305</w:t>
        <w:br/>
        <w:t>vn -0.9861 0.1184 -0.1162</w:t>
        <w:br/>
        <w:t>vn -0.8754 0.1557 -0.4576</w:t>
        <w:br/>
        <w:t>vn -0.8071 0.3765 -0.4548</w:t>
        <w:br/>
        <w:t>vn -0.8618 0.1621 -0.4806</w:t>
        <w:br/>
        <w:t>vn -0.7521 0.0680 -0.6555</w:t>
        <w:br/>
        <w:t>vn -0.5984 0.3198 -0.7346</w:t>
        <w:br/>
        <w:t>vn -0.5476 -0.7553 -0.3601</w:t>
        <w:br/>
        <w:t>vn 0.3723 -0.5858 -0.7199</w:t>
        <w:br/>
        <w:t>vn -0.0607 0.6296 0.7745</w:t>
        <w:br/>
        <w:t>vn 0.0101 -0.6531 -0.7572</w:t>
        <w:br/>
        <w:t>vn -0.6072 -0.6844 -0.4037</w:t>
        <w:br/>
        <w:t>vn 0.5179 -0.3218 0.7926</w:t>
        <w:br/>
        <w:t>vn 0.9007 -0.2385 -0.3632</w:t>
        <w:br/>
        <w:t>vn 0.0355 0.6048 -0.7956</w:t>
        <w:br/>
        <w:t>vn 0.0554 0.5443 -0.8371</w:t>
        <w:br/>
        <w:t>vn 0.0829 0.6218 -0.7788</w:t>
        <w:br/>
        <w:t>vn 0.1113 0.4779 0.8713</w:t>
        <w:br/>
        <w:t>vn 0.0073 0.7250 0.6888</w:t>
        <w:br/>
        <w:t>vn -0.2384 0.1350 0.9617</w:t>
        <w:br/>
        <w:t>vn 0.6755 -0.0179 0.7371</w:t>
        <w:br/>
        <w:t>vn 0.9686 -0.2487 0.0055</w:t>
        <w:br/>
        <w:t>vn 0.9685 -0.2488 0.0054</w:t>
        <w:br/>
        <w:t>vn 0.7900 -0.1275 -0.5996</w:t>
        <w:br/>
        <w:t>vn 0.7308 -0.0102 -0.6825</w:t>
        <w:br/>
        <w:t>vn -0.2445 -0.7505 0.6139</w:t>
        <w:br/>
        <w:t>vn -0.1360 0.1047 0.9852</w:t>
        <w:br/>
        <w:t>vn -0.0389 0.2150 0.9758</w:t>
        <w:br/>
        <w:t>vn -0.0737 0.5248 0.8480</w:t>
        <w:br/>
        <w:t>vn -0.3741 0.2874 0.8818</w:t>
        <w:br/>
        <w:t>vn -0.7271 0.0471 0.6849</w:t>
        <w:br/>
        <w:t>vn -0.5563 0.4015 0.7275</w:t>
        <w:br/>
        <w:t>vn -0.7912 0.5506 0.2660</w:t>
        <w:br/>
        <w:t>vn -0.9734 0.1055 0.2031</w:t>
        <w:br/>
        <w:t>vn -0.8177 0.5686 -0.0899</w:t>
        <w:br/>
        <w:t>vn -0.9845 0.0957 -0.1468</w:t>
        <w:br/>
        <w:t>vn -0.2783 0.6733 0.6850</w:t>
        <w:br/>
        <w:t>vn -0.4448 0.8772 0.1808</w:t>
        <w:br/>
        <w:t>vn -0.8026 0.5672 -0.1845</w:t>
        <w:br/>
        <w:t>vn -0.8041 0.5744 -0.1533</w:t>
        <w:br/>
        <w:t>vn -0.9497 -0.0240 -0.3124</w:t>
        <w:br/>
        <w:t>vn -0.9507 0.0294 -0.3086</w:t>
        <w:br/>
        <w:t>vn -0.4568 0.8725 -0.1734</w:t>
        <w:br/>
        <w:t>vn -0.3723 0.8797 -0.2958</w:t>
        <w:br/>
        <w:t>vn -0.3028 0.8994 -0.3152</w:t>
        <w:br/>
        <w:t>vn -0.4993 -0.0927 0.8614</w:t>
        <w:br/>
        <w:t>vn -0.2165 -0.0316 0.9758</w:t>
        <w:br/>
        <w:t>vn 0.1086 -0.0735 0.9914</w:t>
        <w:br/>
        <w:t>vn 0.3737 -0.2579 0.8910</w:t>
        <w:br/>
        <w:t>vn 0.4897 0.0814 0.8681</w:t>
        <w:br/>
        <w:t>vn 0.1655 0.0093 0.9862</w:t>
        <w:br/>
        <w:t>vn 0.3032 -0.6669 0.6806</w:t>
        <w:br/>
        <w:t>vn 0.4559 -0.8696 0.1895</w:t>
        <w:br/>
        <w:t>vn 0.7982 -0.5532 0.2384</w:t>
        <w:br/>
        <w:t>vn 0.5907 -0.3953 0.7034</w:t>
        <w:br/>
        <w:t>vn 0.4655 -0.8701 -0.1619</w:t>
        <w:br/>
        <w:t>vn 0.8122 -0.5760 -0.0932</w:t>
        <w:br/>
        <w:t>vn 0.9747 -0.1377 0.1762</w:t>
        <w:br/>
        <w:t>vn 0.7564 -0.0512 0.6521</w:t>
        <w:br/>
        <w:t>vn 0.7940 -0.5649 -0.2245</w:t>
        <w:br/>
        <w:t>vn 0.4189 -0.8465 -0.3286</w:t>
        <w:br/>
        <w:t>vn 0.3882 -0.8585 -0.3350</w:t>
        <w:br/>
        <w:t>vn 0.7985 -0.5627 -0.2138</w:t>
        <w:br/>
        <w:t>vn 0.9308 -0.1268 -0.3429</w:t>
        <w:br/>
        <w:t>vn 0.9732 -0.1611 -0.1641</w:t>
        <w:br/>
        <w:t>vn 0.9313 -0.0862 -0.3538</w:t>
        <w:br/>
        <w:t>vn 0.0656 -0.1863 0.9803</w:t>
        <w:br/>
        <w:t>vn 0.1148 -0.5097 0.8527</w:t>
        <w:br/>
        <w:t>vn 0.1173 0.6183 0.7772</w:t>
        <w:br/>
        <w:t>vn 0.1864 0.2638 0.9464</w:t>
        <w:br/>
        <w:t>vn -0.8507 -0.2891 -0.4390</w:t>
        <w:br/>
        <w:t>vn -0.8857 -0.2252 -0.4061</w:t>
        <w:br/>
        <w:t>vn -0.2511 0.9383 -0.2376</w:t>
        <w:br/>
        <w:t>vn -0.1348 0.9027 -0.4087</w:t>
        <w:br/>
        <w:t>vn -0.9660 -0.1491 -0.2114</w:t>
        <w:br/>
        <w:t>vn -0.0323 0.8825 -0.4692</w:t>
        <w:br/>
        <w:t>vn -0.1173 -0.1912 0.9745</w:t>
        <w:br/>
        <w:t>vn -0.2710 -0.4366 0.8579</w:t>
        <w:br/>
        <w:t>vn 0.1197 0.1667 0.9787</w:t>
        <w:br/>
        <w:t>vn 0.2978 0.4140 0.8602</w:t>
        <w:br/>
        <w:t>vn -0.1646 -0.2330 0.9584</w:t>
        <w:br/>
        <w:t>vn -0.5408 -0.2975 0.7868</w:t>
        <w:br/>
        <w:t>vn 0.2110 -0.9693 0.1266</w:t>
        <w:br/>
        <w:t>vn 0.2055 -0.9543 -0.2169</w:t>
        <w:br/>
        <w:t>vn 0.9872 0.1140 0.1117</w:t>
        <w:br/>
        <w:t>vn 0.9576 0.1162 0.2635</w:t>
        <w:br/>
        <w:t>vn 0.0113 0.0172 0.9998</w:t>
        <w:br/>
        <w:t>vn -0.1646 -0.2330 0.9585</w:t>
        <w:br/>
        <w:t>vn 0.9682 0.1025 -0.2283</w:t>
        <w:br/>
        <w:t>vn 0.2018 -0.9365 0.2868</w:t>
        <w:br/>
        <w:t>vn 0.1173 0.6183 0.7771</w:t>
        <w:br/>
        <w:t>vn 0.0927 -0.8980 -0.4301</w:t>
        <w:br/>
        <w:t>vn 0.1413 -0.9009 -0.4104</w:t>
        <w:br/>
        <w:t>vn 0.8882 0.1447 -0.4360</w:t>
        <w:br/>
        <w:t>vn 0.8636 0.1966 -0.4643</w:t>
        <w:br/>
        <w:t>vn -0.1174 -0.1912 0.9745</w:t>
        <w:br/>
        <w:t>vn 0.2977 0.4140 0.8602</w:t>
        <w:br/>
        <w:t>vn 0.1197 0.1666 0.9787</w:t>
        <w:br/>
        <w:t>vn -0.9829 -0.1351 0.1255</w:t>
        <w:br/>
        <w:t>vn -0.2291 0.9680 0.1022</w:t>
        <w:br/>
        <w:t>vn 0.0113 0.0171 0.9998</w:t>
        <w:br/>
        <w:t>vn -0.1190 0.9367 0.3293</w:t>
        <w:br/>
        <w:t>vn -0.7396 0.5630 0.3688</w:t>
        <w:br/>
        <w:t>vn -0.9162 -0.1845 0.3557</w:t>
        <w:br/>
        <w:t>vn 0.9232 0.1790 0.3402</w:t>
        <w:br/>
        <w:t>vn 0.7670 -0.5252 0.3687</w:t>
        <w:br/>
        <w:t>vn 0.1793 -0.9279 0.3269</w:t>
        <w:br/>
        <w:t>vn -0.4983 -0.7942 0.3478</w:t>
        <w:br/>
        <w:t>vn 0.5491 0.7623 0.3426</w:t>
        <w:br/>
        <w:t>vn 0.5490 0.7623 0.3427</w:t>
        <w:br/>
        <w:t>vn 0.7670 -0.5252 -0.3687</w:t>
        <w:br/>
        <w:t>vn 0.9232 0.1790 -0.3402</w:t>
        <w:br/>
        <w:t>vn -0.3982 -0.8911 -0.2178</w:t>
        <w:br/>
        <w:t>vn 0.1793 -0.9279 -0.3269</w:t>
        <w:br/>
        <w:t>vn -0.1360 0.1047 -0.9852</w:t>
        <w:br/>
        <w:t>vn -0.3741 0.2873 -0.8818</w:t>
        <w:br/>
        <w:t>vn -0.0736 0.5248 -0.8480</w:t>
        <w:br/>
        <w:t>vn -0.0389 0.2150 -0.9758</w:t>
        <w:br/>
        <w:t>vn -0.7270 0.0471 -0.6850</w:t>
        <w:br/>
        <w:t>vn -0.9735 0.1055 -0.2031</w:t>
        <w:br/>
        <w:t>vn -0.7912 0.5506 -0.2660</w:t>
        <w:br/>
        <w:t>vn -0.5563 0.4015 -0.7275</w:t>
        <w:br/>
        <w:t>vn -0.9845 0.0957 0.1468</w:t>
        <w:br/>
        <w:t>vn -0.8177 0.5686 0.0899</w:t>
        <w:br/>
        <w:t>vn -0.4448 0.8772 -0.1808</w:t>
        <w:br/>
        <w:t>vn -0.2783 0.6733 -0.6850</w:t>
        <w:br/>
        <w:t>vn -0.8026 0.5672 0.1845</w:t>
        <w:br/>
        <w:t>vn -0.9507 0.0294 0.3086</w:t>
        <w:br/>
        <w:t>vn -0.9497 -0.0240 0.3124</w:t>
        <w:br/>
        <w:t>vn -0.8041 0.5744 0.1533</w:t>
        <w:br/>
        <w:t>vn -0.3723 0.8797 0.2958</w:t>
        <w:br/>
        <w:t>vn -0.4568 0.8725 0.1734</w:t>
        <w:br/>
        <w:t>vn -0.3028 0.8994 0.3152</w:t>
        <w:br/>
        <w:t>vn -0.2165 -0.0316 -0.9758</w:t>
        <w:br/>
        <w:t>vn -0.4993 -0.0928 -0.8615</w:t>
        <w:br/>
        <w:t>vn 0.1086 -0.0735 -0.9914</w:t>
        <w:br/>
        <w:t>vn 0.1655 0.0093 -0.9862</w:t>
        <w:br/>
        <w:t>vn 0.4897 0.0814 -0.8681</w:t>
        <w:br/>
        <w:t>vn 0.3737 -0.2579 -0.8910</w:t>
        <w:br/>
        <w:t>vn 0.3032 -0.6669 -0.6806</w:t>
        <w:br/>
        <w:t>vn 0.5908 -0.3953 -0.7034</w:t>
        <w:br/>
        <w:t>vn 0.7982 -0.5532 -0.2384</w:t>
        <w:br/>
        <w:t>vn 0.4559 -0.8696 -0.1895</w:t>
        <w:br/>
        <w:t>vn 0.8121 -0.5760 0.0932</w:t>
        <w:br/>
        <w:t>vn 0.4655 -0.8701 0.1619</w:t>
        <w:br/>
        <w:t>vn 0.7564 -0.0512 -0.6521</w:t>
        <w:br/>
        <w:t>vn 0.9747 -0.1377 -0.1762</w:t>
        <w:br/>
        <w:t>vn 0.7940 -0.5649 0.2245</w:t>
        <w:br/>
        <w:t>vn 0.7985 -0.5627 0.2138</w:t>
        <w:br/>
        <w:t>vn 0.3882 -0.8585 0.3350</w:t>
        <w:br/>
        <w:t>vn 0.4189 -0.8465 0.3287</w:t>
        <w:br/>
        <w:t>vn 0.9732 -0.1610 0.1641</w:t>
        <w:br/>
        <w:t>vn 0.9308 -0.1267 0.3429</w:t>
        <w:br/>
        <w:t>vn 0.9313 -0.0862 0.3538</w:t>
        <w:br/>
        <w:t>vn 0.1148 -0.5097 -0.8527</w:t>
        <w:br/>
        <w:t>vn 0.0656 -0.1863 -0.9803</w:t>
        <w:br/>
        <w:t>vn 0.1173 0.6183 -0.7772</w:t>
        <w:br/>
        <w:t>vn 0.1865 0.2638 -0.9464</w:t>
        <w:br/>
        <w:t>vn -0.8507 -0.2891 0.4390</w:t>
        <w:br/>
        <w:t>vn -0.8857 -0.2252 0.4061</w:t>
        <w:br/>
        <w:t>vn -0.1348 0.9027 0.4087</w:t>
        <w:br/>
        <w:t>vn -0.2511 0.9384 0.2376</w:t>
        <w:br/>
        <w:t>vn -0.9660 -0.1491 0.2114</w:t>
        <w:br/>
        <w:t>vn -0.0323 0.8825 0.4692</w:t>
        <w:br/>
        <w:t>vn -0.1174 -0.1912 -0.9745</w:t>
        <w:br/>
        <w:t>vn -0.2710 -0.4366 -0.8579</w:t>
        <w:br/>
        <w:t>vn 0.2977 0.4140 -0.8602</w:t>
        <w:br/>
        <w:t>vn 0.1197 0.1667 -0.9787</w:t>
        <w:br/>
        <w:t>vn -0.1646 -0.2330 -0.9584</w:t>
        <w:br/>
        <w:t>vn -0.5408 -0.2975 -0.7868</w:t>
        <w:br/>
        <w:t>vn 0.2055 -0.9543 0.2169</w:t>
        <w:br/>
        <w:t>vn 0.2111 -0.9692 -0.1266</w:t>
        <w:br/>
        <w:t>vn 0.9576 0.1162 -0.2635</w:t>
        <w:br/>
        <w:t>vn 0.9872 0.1140 -0.1117</w:t>
        <w:br/>
        <w:t>vn 0.0112 0.0172 -0.9998</w:t>
        <w:br/>
        <w:t>vn 0.9682 0.1025 0.2283</w:t>
        <w:br/>
        <w:t>vn 0.1864 0.2638 -0.9464</w:t>
        <w:br/>
        <w:t>vn 0.2017 -0.9365 -0.2868</w:t>
        <w:br/>
        <w:t>vn 0.1173 0.6183 -0.7771</w:t>
        <w:br/>
        <w:t>vn 0.0927 -0.8980 0.4301</w:t>
        <w:br/>
        <w:t>vn 0.1414 -0.9009 0.4104</w:t>
        <w:br/>
        <w:t>vn 0.8882 0.1447 0.4360</w:t>
        <w:br/>
        <w:t>vn 0.8636 0.1966 0.4643</w:t>
        <w:br/>
        <w:t>vn 0.1197 0.1666 -0.9787</w:t>
        <w:br/>
        <w:t>vn -0.9829 -0.1351 -0.1255</w:t>
        <w:br/>
        <w:t>vn -0.2291 0.9680 -0.1023</w:t>
        <w:br/>
        <w:t>vn 0.0113 0.0171 -0.9998</w:t>
        <w:br/>
        <w:t>vn -0.1190 0.9367 -0.3293</w:t>
        <w:br/>
        <w:t>vn -0.7396 0.5630 -0.3688</w:t>
        <w:br/>
        <w:t>vn -0.9162 -0.1845 -0.3558</w:t>
        <w:br/>
        <w:t>vn -0.6712 -0.3962 -0.6265</w:t>
        <w:br/>
        <w:t>vn 0.5491 0.7623 -0.3426</w:t>
        <w:br/>
        <w:t>vn 0.5490 0.7623 -0.3427</w:t>
        <w:br/>
        <w:t>vn -0.3983 -0.8910 -0.2178</w:t>
        <w:br/>
        <w:t>vn 0.7638 0.1914 0.6164</w:t>
        <w:br/>
        <w:t>vn 0.2231 0.7587 0.6120</w:t>
        <w:br/>
        <w:t>vn 0.2020 0.7328 0.6498</w:t>
        <w:br/>
        <w:t>vn 0.7590 0.1866 0.6238</w:t>
        <w:br/>
        <w:t>vn -0.4280 0.8684 0.2503</w:t>
        <w:br/>
        <w:t>vn -0.4560 0.8395 0.2955</w:t>
        <w:br/>
        <w:t>vn -0.8358 0.4897 -0.2483</w:t>
        <w:br/>
        <w:t>vn -0.8537 0.4706 -0.2229</w:t>
        <w:br/>
        <w:t>vn -0.7627 -0.1908 -0.6180</w:t>
        <w:br/>
        <w:t>vn -0.7578 -0.1858 -0.6255</w:t>
        <w:br/>
        <w:t>vn -0.2196 -0.7564 -0.6161</w:t>
        <w:br/>
        <w:t>vn -0.1984 -0.7298 -0.6543</w:t>
        <w:br/>
        <w:t>vn 0.4341 -0.8628 -0.2591</w:t>
        <w:br/>
        <w:t>vn 0.4620 -0.8330 -0.3043</w:t>
        <w:br/>
        <w:t>vn 0.4342 -0.8627 -0.2592</w:t>
        <w:br/>
        <w:t>vn 0.8397 -0.4864 0.2417</w:t>
        <w:br/>
        <w:t>vn 0.8574 -0.4668 0.2168</w:t>
        <w:br/>
        <w:t>vn 0.4620 -0.8331 -0.3042</w:t>
        <w:br/>
        <w:t>vn 0.1640 0.6732 0.7210</w:t>
        <w:br/>
        <w:t>vn 0.7526 0.1761 0.6345</w:t>
        <w:br/>
        <w:t>vn -0.5081 0.7705 0.3850</w:t>
        <w:br/>
        <w:t>vn -0.8886 0.4262 -0.1696</w:t>
        <w:br/>
        <w:t>vn -0.7516 -0.1751 -0.6359</w:t>
        <w:br/>
        <w:t>vn -0.1610 -0.6697 -0.7250</w:t>
        <w:br/>
        <w:t>vn 0.5127 -0.7638 -0.3922</w:t>
        <w:br/>
        <w:t>vn 0.8913 -0.4223 0.1648</w:t>
        <w:br/>
        <w:t>vn 0.5127 -0.7637 -0.3922</w:t>
        <w:br/>
        <w:t>vn 0.1422 0.6171 0.7740</w:t>
        <w:br/>
        <w:t>vn 0.7532 0.1675 0.6361</w:t>
        <w:br/>
        <w:t>vn -0.5442 0.7028 0.4580</w:t>
        <w:br/>
        <w:t>vn -0.9161 0.3820 -0.1216</w:t>
        <w:br/>
        <w:t>vn -0.7526 -0.1666 -0.6370</w:t>
        <w:br/>
        <w:t>vn -0.1404 -0.6142 -0.7765</w:t>
        <w:br/>
        <w:t>vn 0.5470 -0.6975 -0.4628</w:t>
        <w:br/>
        <w:t>vn 0.9178 -0.3789 0.1184</w:t>
        <w:br/>
        <w:t>vn 0.5471 -0.6975 -0.4628</w:t>
        <w:br/>
        <w:t>vn 0.1369 0.5938 0.7929</w:t>
        <w:br/>
        <w:t>vn 0.7554 0.1645 0.6343</w:t>
        <w:br/>
        <w:t>vn -0.5560 0.6739 0.4866</w:t>
        <w:br/>
        <w:t>vn -0.9264 0.3626 -0.1014</w:t>
        <w:br/>
        <w:t>vn -0.7549 -0.1638 -0.6351</w:t>
        <w:br/>
        <w:t>vn -0.1356 -0.5915 -0.7948</w:t>
        <w:br/>
        <w:t>vn 0.5580 -0.6696 -0.4902</w:t>
        <w:br/>
        <w:t>vn 0.9277 -0.3601 0.0989</w:t>
        <w:br/>
        <w:t>vn 0.7638 0.1914 -0.6164</w:t>
        <w:br/>
        <w:t>vn 0.7590 0.1866 -0.6238</w:t>
        <w:br/>
        <w:t>vn 0.2019 0.7328 -0.6498</w:t>
        <w:br/>
        <w:t>vn 0.2231 0.7587 -0.6120</w:t>
        <w:br/>
        <w:t>vn -0.4561 0.8394 -0.2956</w:t>
        <w:br/>
        <w:t>vn -0.4281 0.8684 -0.2503</w:t>
        <w:br/>
        <w:t>vn -0.8537 0.4706 0.2229</w:t>
        <w:br/>
        <w:t>vn -0.8358 0.4897 0.2483</w:t>
        <w:br/>
        <w:t>vn -0.7578 -0.1858 0.6254</w:t>
        <w:br/>
        <w:t>vn -0.7627 -0.1908 0.6180</w:t>
        <w:br/>
        <w:t>vn -0.1984 -0.7298 0.6543</w:t>
        <w:br/>
        <w:t>vn -0.2196 -0.7564 0.6161</w:t>
        <w:br/>
        <w:t>vn 0.4620 -0.8331 0.3042</w:t>
        <w:br/>
        <w:t>vn 0.4341 -0.8628 0.2591</w:t>
        <w:br/>
        <w:t>vn 0.4620 -0.8330 0.3043</w:t>
        <w:br/>
        <w:t>vn 0.8574 -0.4668 -0.2167</w:t>
        <w:br/>
        <w:t>vn 0.8397 -0.4864 -0.2417</w:t>
        <w:br/>
        <w:t>vn 0.7526 0.1761 -0.6345</w:t>
        <w:br/>
        <w:t>vn 0.1640 0.6732 -0.7210</w:t>
        <w:br/>
        <w:t>vn -0.5081 0.7704 -0.3850</w:t>
        <w:br/>
        <w:t>vn -0.8886 0.4262 0.1696</w:t>
        <w:br/>
        <w:t>vn -0.7517 -0.1751 0.6359</w:t>
        <w:br/>
        <w:t>vn -0.1610 -0.6697 0.7250</w:t>
        <w:br/>
        <w:t>vn 0.5127 -0.7637 0.3922</w:t>
        <w:br/>
        <w:t>vn 0.8913 -0.4223 -0.1648</w:t>
        <w:br/>
        <w:t>vn 0.7532 0.1674 -0.6361</w:t>
        <w:br/>
        <w:t>vn 0.1422 0.6171 -0.7740</w:t>
        <w:br/>
        <w:t>vn -0.5442 0.7028 -0.4580</w:t>
        <w:br/>
        <w:t>vn -0.9161 0.3820 0.1216</w:t>
        <w:br/>
        <w:t>vn -0.7526 -0.1666 0.6370</w:t>
        <w:br/>
        <w:t>vn -0.1404 -0.6142 0.7765</w:t>
        <w:br/>
        <w:t>vn 0.5470 -0.6975 0.4628</w:t>
        <w:br/>
        <w:t>vn 0.5471 -0.6975 0.4628</w:t>
        <w:br/>
        <w:t>vn 0.9178 -0.3789 -0.1184</w:t>
        <w:br/>
        <w:t>vn 0.7553 0.1645 -0.6344</w:t>
        <w:br/>
        <w:t>vn 0.1369 0.5938 -0.7929</w:t>
        <w:br/>
        <w:t>vn -0.5559 0.6739 -0.4866</w:t>
        <w:br/>
        <w:t>vn -0.9264 0.3626 0.1014</w:t>
        <w:br/>
        <w:t>vn -0.7549 -0.1638 0.6350</w:t>
        <w:br/>
        <w:t>vn -0.1356 -0.5915 0.7948</w:t>
        <w:br/>
        <w:t>vn 0.5580 -0.6696 0.4902</w:t>
        <w:br/>
        <w:t>vn 0.9277 -0.3600 -0.0989</w:t>
        <w:br/>
        <w:t>vn -0.0485 0.1854 -0.9815</w:t>
        <w:br/>
        <w:t>vn 0.0971 -0.3993 -0.9117</w:t>
        <w:br/>
        <w:t>vn -0.1012 -0.4248 -0.8996</w:t>
        <w:br/>
        <w:t>vn 0.0114 0.3475 -0.9376</w:t>
        <w:br/>
        <w:t>vn 0.4422 -0.3494 -0.8261</w:t>
        <w:br/>
        <w:t>vn -0.2459 0.1784 -0.9527</w:t>
        <w:br/>
        <w:t>vn 0.5193 -0.1815 -0.8351</w:t>
        <w:br/>
        <w:t>vn -0.3324 0.1337 -0.9336</w:t>
        <w:br/>
        <w:t>vn 0.5556 0.0013 -0.8315</w:t>
        <w:br/>
        <w:t>vn -0.3404 0.1561 -0.9272</w:t>
        <w:br/>
        <w:t>vn 0.0847 0.1198 -0.9892</w:t>
        <w:br/>
        <w:t>vn -0.3875 -0.9132 -0.1260</w:t>
        <w:br/>
        <w:t>vn -0.3230 -0.8417 -0.4327</w:t>
        <w:br/>
        <w:t>vn -0.5901 -0.6481 -0.4814</w:t>
        <w:br/>
        <w:t>vn -0.6959 -0.6919 -0.1926</w:t>
        <w:br/>
        <w:t>vn -0.3145 0.8418 -0.4388</w:t>
        <w:br/>
        <w:t>vn -0.0441 0.9234 -0.3812</w:t>
        <w:br/>
        <w:t>vn -0.0663 0.9973 -0.0317</w:t>
        <w:br/>
        <w:t>vn -0.3613 0.9297 -0.0717</w:t>
        <w:br/>
        <w:t>vn -0.8122 0.5624 -0.1550</w:t>
        <w:br/>
        <w:t>vn -0.7196 0.4948 -0.4872</w:t>
        <w:br/>
        <w:t>vn 0.8167 -0.5324 -0.2229</w:t>
        <w:br/>
        <w:t>vn 0.9337 -0.3144 -0.1712</w:t>
        <w:br/>
        <w:t>vn 0.9370 -0.3146 0.1519</w:t>
        <w:br/>
        <w:t>vn 0.8456 -0.5301 0.0628</w:t>
        <w:br/>
        <w:t>vn 0.9852 -0.0991 -0.1396</w:t>
        <w:br/>
        <w:t>vn 0.9745 -0.1230 0.1879</w:t>
        <w:br/>
        <w:t>vn -0.8616 0.1914 -0.4702</w:t>
        <w:br/>
        <w:t>vn -0.9634 0.1881 -0.1908</w:t>
        <w:br/>
        <w:t>vn 0.9926 -0.0325 -0.1167</w:t>
        <w:br/>
        <w:t>vn 0.9785 -0.0614 0.1969</w:t>
        <w:br/>
        <w:t>vn -0.8732 0.1569 -0.4615</w:t>
        <w:br/>
        <w:t>vn -0.9718 0.1374 -0.1917</w:t>
        <w:br/>
        <w:t>vn 0.7513 -0.6038 -0.2666</w:t>
        <w:br/>
        <w:t>vn 0.9081 -0.0003 -0.4188</w:t>
        <w:br/>
        <w:t>vn 0.7896 -0.6136 0.0017</w:t>
        <w:br/>
        <w:t>vn -0.5325 0.5478 0.6452</w:t>
        <w:br/>
        <w:t>vn -0.4807 0.7301 0.4857</w:t>
        <w:br/>
        <w:t>vn -0.4808 0.7301 0.4857</w:t>
        <w:br/>
        <w:t>vn -0.5326 0.5478 0.6452</w:t>
        <w:br/>
        <w:t>vn -0.5465 0.2678 0.7935</w:t>
        <w:br/>
        <w:t>vn -0.5465 0.2677 0.7935</w:t>
        <w:br/>
        <w:t>vn -0.5199 0.1849 0.8340</w:t>
        <w:br/>
        <w:t>vn -0.5199 0.1848 0.8340</w:t>
        <w:br/>
        <w:t>vn -0.4729 0.0549 0.8794</w:t>
        <w:br/>
        <w:t>vn -0.3708 -0.2598 0.8916</w:t>
        <w:br/>
        <w:t>vn -0.1308 -0.7086 0.6934</w:t>
        <w:br/>
        <w:t>vn 0.2172 -0.9645 0.1504</w:t>
        <w:br/>
        <w:t>vn 0.4807 -0.6916 -0.5391</w:t>
        <w:br/>
        <w:t>vn 0.4876 -0.1642 -0.8575</w:t>
        <w:br/>
        <w:t>vn 0.4875 -0.1642 -0.8575</w:t>
        <w:br/>
        <w:t>vn 0.4314 0.1115 -0.8952</w:t>
        <w:br/>
        <w:t>vn 0.4055 0.2134 -0.8888</w:t>
        <w:br/>
        <w:t>vn 0.4055 0.2135 -0.8888</w:t>
        <w:br/>
        <w:t>vn 0.3728 0.3076 -0.8755</w:t>
        <w:br/>
        <w:t>vn 0.3727 0.3076 -0.8755</w:t>
        <w:br/>
        <w:t>vn 0.1618 0.6927 -0.7028</w:t>
        <w:br/>
        <w:t>vn 0.1618 0.6927 -0.7029</w:t>
        <w:br/>
        <w:t>vn -0.0354 0.8934 -0.4479</w:t>
        <w:br/>
        <w:t>vn -0.0355 0.8934 -0.4479</w:t>
        <w:br/>
        <w:t>vn 0.4958 -0.6937 -0.5225</w:t>
        <w:br/>
        <w:t>vn 0.4959 -0.6937 -0.5224</w:t>
        <w:br/>
        <w:t>vn 0.5377 -0.5238 -0.6606</w:t>
        <w:br/>
        <w:t>vn 0.5376 -0.5239 -0.6607</w:t>
        <w:br/>
        <w:t>vn 0.5470 -0.2656 -0.7939</w:t>
        <w:br/>
        <w:t>vn 0.5200 -0.1855 -0.8338</w:t>
        <w:br/>
        <w:t>vn 0.4733 -0.0569 -0.8790</w:t>
        <w:br/>
        <w:t>vn 0.4733 -0.0570 -0.8790</w:t>
        <w:br/>
        <w:t>vn 0.3718 0.2573 -0.8919</w:t>
        <w:br/>
        <w:t>vn 0.1318 0.7074 -0.6944</w:t>
        <w:br/>
        <w:t>vn -0.2170 0.9645 -0.1507</w:t>
        <w:br/>
        <w:t>vn -0.4813 0.6892 0.5416</w:t>
        <w:br/>
        <w:t>vn -0.4870 0.1600 0.8586</w:t>
        <w:br/>
        <w:t>vn -0.4312 -0.1123 0.8952</w:t>
        <w:br/>
        <w:t>vn -0.4053 -0.2132 0.8890</w:t>
        <w:br/>
        <w:t>vn -0.4056 -0.2131 0.8888</w:t>
        <w:br/>
        <w:t>vn -0.3758 -0.3017 0.8762</w:t>
        <w:br/>
        <w:t>vn -0.3759 -0.3018 0.8762</w:t>
        <w:br/>
        <w:t>vn -0.1856 -0.6651 0.7233</w:t>
        <w:br/>
        <w:t>vn -0.1857 -0.6652 0.7233</w:t>
        <w:br/>
        <w:t>vn -0.0063 -0.8669 0.4985</w:t>
        <w:br/>
        <w:t>vn -0.0063 -0.8670 0.4983</w:t>
        <w:br/>
        <w:t>vn -0.6677 -0.1684 -0.7251</w:t>
        <w:br/>
        <w:t>vn -0.7518 -0.0506 -0.6575</w:t>
        <w:br/>
        <w:t>vn 0.7615 0.2435 0.6007</w:t>
        <w:br/>
        <w:t>vn 0.8062 0.1723 0.5660</w:t>
        <w:br/>
        <w:t>vn 0.8062 0.1724 0.5660</w:t>
        <w:br/>
        <w:t>vn -0.8296 -0.1149 -0.5464</w:t>
        <w:br/>
        <w:t>vn 0.8363 0.1710 0.5210</w:t>
        <w:br/>
        <w:t>vn -0.8593 -0.1371 -0.4928</w:t>
        <w:br/>
        <w:t>vn -0.8593 -0.1371 -0.4927</w:t>
        <w:br/>
        <w:t>vn 0.8545 0.1546 0.4958</w:t>
        <w:br/>
        <w:t>vn 0.8545 0.1547 0.4958</w:t>
        <w:br/>
        <w:t>vn -0.8773 -0.1696 -0.4489</w:t>
        <w:br/>
        <w:t>vn 0.8743 0.1672 0.4557</w:t>
        <w:br/>
        <w:t>vn -0.8701 -0.2325 -0.4346</w:t>
        <w:br/>
        <w:t>vn -0.8701 -0.2324 -0.4346</w:t>
        <w:br/>
        <w:t>vn 0.8726 0.2231 0.4345</w:t>
        <w:br/>
        <w:t>vn -0.8503 -0.2742 -0.4492</w:t>
        <w:br/>
        <w:t>vn -0.8503 -0.2742 -0.4493</w:t>
        <w:br/>
        <w:t>vn 0.8528 0.2706 0.4466</w:t>
        <w:br/>
        <w:t>vn -0.8438 -0.2612 -0.4687</w:t>
        <w:br/>
        <w:t>vn 0.8433 0.2631 0.4687</w:t>
        <w:br/>
        <w:t>vn -0.8530 -0.2245 -0.4711</w:t>
        <w:br/>
        <w:t>vn -0.8530 -0.2245 -0.4712</w:t>
        <w:br/>
        <w:t>vn 0.8524 0.2284 0.4704</w:t>
        <w:br/>
        <w:t>vn 0.8523 0.2284 0.4705</w:t>
        <w:br/>
        <w:t>vn -0.8722 -0.1647 -0.4606</w:t>
        <w:br/>
        <w:t>vn 0.8718 0.1740 0.4580</w:t>
        <w:br/>
        <w:t>vn 0.8718 0.1739 0.4580</w:t>
        <w:br/>
        <w:t>vn -0.8872 -0.1148 -0.4469</w:t>
        <w:br/>
        <w:t>vn -0.8872 -0.1148 -0.4468</w:t>
        <w:br/>
        <w:t>vn 0.8855 0.1345 0.4448</w:t>
        <w:br/>
        <w:t>vn -0.8915 -0.1171 -0.4377</w:t>
        <w:br/>
        <w:t>vn 0.8849 0.1497 0.4411</w:t>
        <w:br/>
        <w:t>vn 0.8849 0.1497 0.4410</w:t>
        <w:br/>
        <w:t>vn -0.8934 -0.1550 -0.4217</w:t>
        <w:br/>
        <w:t>vn 0.8717 0.2024 0.4462</w:t>
        <w:br/>
        <w:t>vn -0.7832 -0.2618 -0.5639</w:t>
        <w:br/>
        <w:t>vn -0.7832 -0.2618 -0.5640</w:t>
        <w:br/>
        <w:t>vn 0.8042 0.2817 0.5233</w:t>
        <w:br/>
        <w:t>vn 0.8043 0.2817 0.5232</w:t>
        <w:br/>
        <w:t>vn -0.6678 -0.1683 -0.7251</w:t>
        <w:br/>
        <w:t>vn -0.6677 -0.1683 -0.7251</w:t>
        <w:br/>
        <w:t>vn 0.7617 0.2435 0.6004</w:t>
        <w:br/>
        <w:t>vn 0.7618 0.2435 0.6003</w:t>
        <w:br/>
        <w:t>vn 0.1537 -0.9775 -0.1443</w:t>
        <w:br/>
        <w:t>vn -0.0489 -0.9971 -0.0575</w:t>
        <w:br/>
        <w:t>vn 0.0624 -0.9966 -0.0531</w:t>
        <w:br/>
        <w:t>vn 0.3182 -0.8144 0.4854</w:t>
        <w:br/>
        <w:t>vn 0.2488 -0.6680 0.7014</w:t>
        <w:br/>
        <w:t>vn 0.3282 -0.6972 0.6373</w:t>
        <w:br/>
        <w:t>vn 0.2447 -0.9495 0.1964</w:t>
        <w:br/>
        <w:t>vn 0.1096 -0.9668 0.2307</w:t>
        <w:br/>
        <w:t>vn 0.3920 -0.5553 0.7335</w:t>
        <w:br/>
        <w:t>vn 0.4356 -0.4677 0.7691</w:t>
        <w:br/>
        <w:t>vn -0.4835 -0.8753 -0.0115</w:t>
        <w:br/>
        <w:t>vn -0.4331 -0.9013 0.0068</w:t>
        <w:br/>
        <w:t>vn -0.3363 -0.7590 -0.5574</w:t>
        <w:br/>
        <w:t>vn -0.3929 -0.7498 -0.5324</w:t>
        <w:br/>
        <w:t>vn -0.4120 -0.7693 0.4883</w:t>
        <w:br/>
        <w:t>vn -0.3789 -0.7925 0.4779</w:t>
        <w:br/>
        <w:t>vn -0.3448 -0.6659 0.6616</w:t>
        <w:br/>
        <w:t>vn -0.3118 -0.6779 0.6658</w:t>
        <w:br/>
        <w:t>vn -0.2967 -0.7517 -0.5890</w:t>
        <w:br/>
        <w:t>vn -0.3359 -0.6976 -0.6329</w:t>
        <w:br/>
        <w:t>vn -0.1567 -0.7071 -0.6895</w:t>
        <w:br/>
        <w:t>vn -0.2053 -0.9785 -0.0201</w:t>
        <w:br/>
        <w:t>vn -0.8702 -0.4927 -0.0074</w:t>
        <w:br/>
        <w:t>vn -0.7759 -0.3542 -0.5220</w:t>
        <w:br/>
        <w:t>vn -0.1545 -0.7753 0.6124</w:t>
        <w:br/>
        <w:t>vn -0.7614 -0.4387 0.4772</w:t>
        <w:br/>
        <w:t>vn -0.8702 -0.4927 -0.0075</w:t>
        <w:br/>
        <w:t>vn -0.3091 -0.6172 0.7235</w:t>
        <w:br/>
        <w:t>vn -0.4720 -0.6080 0.6384</w:t>
        <w:br/>
        <w:t>vn -0.4404 -0.5736 0.6906</w:t>
        <w:br/>
        <w:t>vn -0.2814 -0.6345 0.7199</w:t>
        <w:br/>
        <w:t>vn -0.2349 -0.7118 0.6620</w:t>
        <w:br/>
        <w:t>vn -0.4968 -0.8678 -0.0129</w:t>
        <w:br/>
        <w:t>vn -0.4023 -0.7257 -0.5581</w:t>
        <w:br/>
        <w:t>vn -0.4057 -0.7029 -0.5843</w:t>
        <w:br/>
        <w:t>vn -0.5087 -0.8608 -0.0142</w:t>
        <w:br/>
        <w:t>vn -0.6297 -0.7765 -0.0222</w:t>
        <w:br/>
        <w:t>vn -0.5407 -0.6609 0.5204</w:t>
        <w:br/>
        <w:t>vn -0.4505 -0.7392 0.5006</w:t>
        <w:br/>
        <w:t>vn -0.5025 -0.8645 -0.0068</w:t>
        <w:br/>
        <w:t>vn -0.4300 -0.6422 0.6345</w:t>
        <w:br/>
        <w:t>vn -0.4051 -0.6390 0.6539</w:t>
        <w:br/>
        <w:t>vn -0.2921 -0.5485 -0.7835</w:t>
        <w:br/>
        <w:t>vn -0.0042 -0.4859 -0.8740</w:t>
        <w:br/>
        <w:t>vn -0.4612 -0.3034 -0.8338</w:t>
        <w:br/>
        <w:t>vn -0.4703 -0.4017 -0.7858</w:t>
        <w:br/>
        <w:t>vn -0.4473 -0.6685 -0.5942</w:t>
        <w:br/>
        <w:t>vn -0.4460 -0.6776 -0.5847</w:t>
        <w:br/>
        <w:t>vn -0.4083 -0.5962 -0.6913</w:t>
        <w:br/>
        <w:t>vn -0.3349 -0.6318 -0.6990</w:t>
        <w:br/>
        <w:t>vn -0.2911 -0.8262 -0.4824</w:t>
        <w:br/>
        <w:t>vn -0.3177 -0.9481 -0.0104</w:t>
        <w:br/>
        <w:t>vn -0.9081 -0.4188 -0.0059</w:t>
        <w:br/>
        <w:t>vn -0.8488 -0.3421 -0.4031</w:t>
        <w:br/>
        <w:t>vn -0.5571 -0.5925 0.5819</w:t>
        <w:br/>
        <w:t>vn -0.7323 -0.6809 -0.0126</w:t>
        <w:br/>
        <w:t>vn -0.6581 -0.7528 -0.0158</w:t>
        <w:br/>
        <w:t>vn -0.1138 -0.7073 0.6977</w:t>
        <w:br/>
        <w:t>vn -0.7403 -0.2438 0.6265</w:t>
        <w:br/>
        <w:t>vn -0.8602 -0.3672 0.3538</w:t>
        <w:br/>
        <w:t>vn -0.2208 -0.8822 0.4160</w:t>
        <w:br/>
        <w:t>vn -0.3637 -0.4757 0.8009</w:t>
        <w:br/>
        <w:t>vn -0.4710 -0.4009 0.7858</w:t>
        <w:br/>
        <w:t>vn -0.4679 -0.3233 0.8225</w:t>
        <w:br/>
        <w:t>vn -0.4464 -0.5049 -0.7388</w:t>
        <w:br/>
        <w:t>vn -0.2263 -0.6304 -0.7426</w:t>
        <w:br/>
        <w:t>vn -0.2295 -0.5397 -0.8100</w:t>
        <w:br/>
        <w:t>vn -0.1718 -0.8782 -0.4464</w:t>
        <w:br/>
        <w:t>vn -0.2493 -0.7714 -0.5855</w:t>
        <w:br/>
        <w:t>vn -0.3169 -0.8306 -0.4579</w:t>
        <w:br/>
        <w:t>vn -0.2843 -0.8781 -0.3848</w:t>
        <w:br/>
        <w:t>vn -0.3449 -0.9378 0.0399</w:t>
        <w:br/>
        <w:t>vn -0.2042 -0.9779 0.0455</w:t>
        <w:br/>
        <w:t>vn -0.3449 -0.9378 0.0400</w:t>
        <w:br/>
        <w:t>vn -0.2910 -0.8362 0.4648</w:t>
        <w:br/>
        <w:t>vn -0.0530 -0.8868 0.4592</w:t>
        <w:br/>
        <w:t>vn -0.2043 -0.9779 0.0455</w:t>
        <w:br/>
        <w:t>vn -0.2601 -0.7014 0.6636</w:t>
        <w:br/>
        <w:t>vn -0.0602 -0.7083 0.7034</w:t>
        <w:br/>
        <w:t>vn -0.4249 -0.7573 0.4959</w:t>
        <w:br/>
        <w:t>vn -0.3665 -0.6644 0.6514</w:t>
        <w:br/>
        <w:t>vn -0.3497 -0.6722 -0.6526</w:t>
        <w:br/>
        <w:t>vn -0.7165 -0.1919 -0.6706</w:t>
        <w:br/>
        <w:t>vn -0.1341 -0.6132 -0.7784</w:t>
        <w:br/>
        <w:t>vn -0.8291 -0.3543 -0.4325</w:t>
        <w:br/>
        <w:t>vn -0.8944 -0.4472 -0.0066</w:t>
        <w:br/>
        <w:t>vn -0.7268 -0.6867 -0.0141</w:t>
        <w:br/>
        <w:t>vn -0.4908 -0.6738 -0.5524</w:t>
        <w:br/>
        <w:t>vn -0.9080 -0.4189 -0.0058</w:t>
        <w:br/>
        <w:t>vn -0.3178 -0.9481 -0.0104</w:t>
        <w:br/>
        <w:t>vn -0.5024 -0.6988 0.5092</w:t>
        <w:br/>
        <w:t>vn -0.7456 -0.2493 0.6180</w:t>
        <w:br/>
        <w:t>vn -0.5948 -0.3688 0.7142</w:t>
        <w:br/>
        <w:t>vn -0.8278 -0.4009 0.3925</w:t>
        <w:br/>
        <w:t>vn -0.5218 -0.8528 -0.0215</w:t>
        <w:br/>
        <w:t>vn -0.7268 -0.6867 -0.0142</w:t>
        <w:br/>
        <w:t>vn -0.6183 -0.2880 -0.7313</w:t>
        <w:br/>
        <w:t>vn -0.5170 -0.5592 -0.6481</w:t>
        <w:br/>
        <w:t>vn -0.4585 -0.4914 -0.7405</w:t>
        <w:br/>
        <w:t>vn -0.4705 -0.4856 -0.7368</w:t>
        <w:br/>
        <w:t>vn -0.4175 -0.9084 -0.0213</w:t>
        <w:br/>
        <w:t>vn -0.9232 -0.3833 -0.0269</w:t>
        <w:br/>
        <w:t>vn -0.6952 -0.2306 -0.6808</w:t>
        <w:br/>
        <w:t>vn -0.3895 -0.7360 -0.5537</w:t>
        <w:br/>
        <w:t>vn -0.4130 -0.7536 0.5113</w:t>
        <w:br/>
        <w:t>vn -0.5215 -0.3604 0.7734</w:t>
        <w:br/>
        <w:t>vn -0.7208 -0.2916 0.6288</w:t>
        <w:br/>
        <w:t>vn -0.6560 -0.3488 0.6693</w:t>
        <w:br/>
        <w:t>vn -0.5503 -0.4071 0.7290</w:t>
        <w:br/>
        <w:t>vn -0.4976 -0.5095 0.7020</w:t>
        <w:br/>
        <w:t>vn -0.7347 -0.1816 -0.6537</w:t>
        <w:br/>
        <w:t>vn -0.8944 -0.4472 -0.0065</w:t>
        <w:br/>
        <w:t>vn -0.4175 -0.9084 -0.0212</w:t>
        <w:br/>
        <w:t>vn -0.5765 -0.8169 -0.0187</w:t>
        <w:br/>
        <w:t>vn -0.6581 -0.7528 -0.0157</w:t>
        <w:br/>
        <w:t>vn -0.7361 -0.4032 -0.5436</w:t>
        <w:br/>
        <w:t>vn -0.8490 -0.5284 -0.0008</w:t>
        <w:br/>
        <w:t>vn -0.6125 -0.7902 0.0187</w:t>
        <w:br/>
        <w:t>vn -0.3986 -0.6602 -0.6366</w:t>
        <w:br/>
        <w:t>vn -0.8490 -0.5284 -0.0007</w:t>
        <w:br/>
        <w:t>vn -0.7585 -0.4446 0.4764</w:t>
        <w:br/>
        <w:t>vn -0.5267 -0.6404 0.5590</w:t>
        <w:br/>
        <w:t>vn -0.5224 -0.5346 0.6643</w:t>
        <w:br/>
        <w:t>vn -0.4277 -0.4947 -0.7565</w:t>
        <w:br/>
        <w:t>vn -0.5068 -0.5943 -0.6244</w:t>
        <w:br/>
        <w:t>vn -0.5103 -0.5951 -0.6208</w:t>
        <w:br/>
        <w:t>vn -0.5676 -0.8233 -0.0036</w:t>
        <w:br/>
        <w:t>vn -0.6184 -0.7844 -0.0470</w:t>
        <w:br/>
        <w:t>vn -0.4567 -0.6945 0.5560</w:t>
        <w:br/>
        <w:t>vn -0.5025 -0.6626 0.5554</w:t>
        <w:br/>
        <w:t>vn -0.6184 -0.7845 -0.0470</w:t>
        <w:br/>
        <w:t>vn -0.4217 -0.6260 0.6560</w:t>
        <w:br/>
        <w:t>vn -0.4291 -0.5943 0.6802</w:t>
        <w:br/>
        <w:t>vn -0.4584 -0.5485 -0.6993</w:t>
        <w:br/>
        <w:t>vn -0.4382 -0.5969 -0.6721</w:t>
        <w:br/>
        <w:t>vn -0.1799 -0.4105 -0.8939</w:t>
        <w:br/>
        <w:t>vn -0.1236 -0.8591 -0.4966</w:t>
        <w:br/>
        <w:t>vn -0.3209 -0.6051 -0.7286</w:t>
        <w:br/>
        <w:t>vn -0.1777 -0.4157 -0.8920</w:t>
        <w:br/>
        <w:t>vn 0.5409 0.6100 -0.5791</w:t>
        <w:br/>
        <w:t>vn 0.2714 0.3313 -0.9036</w:t>
        <w:br/>
        <w:t>vn 0.6038 0.1047 -0.7902</w:t>
        <w:br/>
        <w:t>vn 0.7073 0.3664 -0.6046</w:t>
        <w:br/>
        <w:t>vn 0.4089 0.3934 0.8235</w:t>
        <w:br/>
        <w:t>vn 0.5806 0.6268 0.5196</w:t>
        <w:br/>
        <w:t>vn 0.7958 0.3282 0.5088</w:t>
        <w:br/>
        <w:t>vn 0.7891 0.0963 0.6066</w:t>
        <w:br/>
        <w:t>vn 0.9469 0.3162 -0.0589</w:t>
        <w:br/>
        <w:t>vn 0.8755 0.3758 0.3038</w:t>
        <w:br/>
        <w:t>vn 0.7125 0.6378 0.2925</w:t>
        <w:br/>
        <w:t>vn 0.7505 0.6596 -0.0412</w:t>
        <w:br/>
        <w:t>vn 0.3197 -0.0344 -0.9469</w:t>
        <w:br/>
        <w:t>vn -0.0072 -0.0625 -0.9980</w:t>
        <w:br/>
        <w:t>vn -0.0916 -0.1856 -0.9783</w:t>
        <w:br/>
        <w:t>vn 0.5117 -0.1187 0.8509</w:t>
        <w:br/>
        <w:t>vn 0.3522 -0.5931 0.7240</w:t>
        <w:br/>
        <w:t>vn 0.0515 -0.4632 0.8847</w:t>
        <w:br/>
        <w:t>vn 0.2681 0.0895 0.9592</w:t>
        <w:br/>
        <w:t>vn 0.2901 0.1834 0.9393</w:t>
        <w:br/>
        <w:t>vn 0.0596 0.0125 -0.9981</w:t>
        <w:br/>
        <w:t>vn 0.0781 -0.0199 -0.9967</w:t>
        <w:br/>
        <w:t>vn 0.3205 0.3560 -0.8778</w:t>
        <w:br/>
        <w:t>vn 0.2906 0.3996 -0.8694</w:t>
        <w:br/>
        <w:t>vn 0.5279 0.6737 -0.5171</w:t>
        <w:br/>
        <w:t>vn 0.4855 0.7130 -0.5060</w:t>
        <w:br/>
        <w:t>vn -0.1949 -0.4192 0.8867</w:t>
        <w:br/>
        <w:t>vn 0.0901 0.0769 0.9930</w:t>
        <w:br/>
        <w:t>vn 0.1489 0.0628 0.9869</w:t>
        <w:br/>
        <w:t>vn -0.1364 -0.4213 0.8966</w:t>
        <w:br/>
        <w:t>vn 0.3011 0.4321 0.8501</w:t>
        <w:br/>
        <w:t>vn 0.4883 0.7291 0.4796</w:t>
        <w:br/>
        <w:t>vn 0.5352 0.6926 0.4835</w:t>
        <w:br/>
        <w:t>vn 0.3451 0.3986 0.8497</w:t>
        <w:br/>
        <w:t>vn 0.6053 0.7960 -0.0037</w:t>
        <w:br/>
        <w:t>vn 0.5566 0.8308 -0.0044</w:t>
        <w:br/>
        <w:t>vn -0.2342 -0.5291 -0.8156</w:t>
        <w:br/>
        <w:t>vn -0.1920 -0.5768 -0.7940</w:t>
        <w:br/>
        <w:t>vn 0.9389 0.0579 -0.3393</w:t>
        <w:br/>
        <w:t>vn 0.7791 0.1586 -0.6065</w:t>
        <w:br/>
        <w:t>vn 0.8295 -0.2111 -0.5171</w:t>
        <w:br/>
        <w:t>vn 0.9495 -0.2168 -0.2270</w:t>
        <w:br/>
        <w:t>vn 0.8338 0.4572 -0.3093</w:t>
        <w:br/>
        <w:t>vn 0.7824 0.4384 -0.4423</w:t>
        <w:br/>
        <w:t>vn 0.9352 0.2049 -0.2889</w:t>
        <w:br/>
        <w:t>vn 0.9294 0.1789 -0.3227</w:t>
        <w:br/>
        <w:t>vn 0.9798 -0.1516 0.1302</w:t>
        <w:br/>
        <w:t>vn 0.9756 -0.0119 0.2194</w:t>
        <w:br/>
        <w:t>vn 0.9618 0.2679 0.0569</w:t>
        <w:br/>
        <w:t>vn 0.8976 0.4084 -0.1659</w:t>
        <w:br/>
        <w:t>vn 0.9643 0.1777 -0.1965</w:t>
        <w:br/>
        <w:t>vn 0.7445 -0.4485 0.4945</w:t>
        <w:br/>
        <w:t>vn 0.3329 -0.6848 0.6483</w:t>
        <w:br/>
        <w:t>vn 0.1613 -0.6814 0.7139</w:t>
        <w:br/>
        <w:t>vn 0.7566 0.3298 -0.5646</w:t>
        <w:br/>
        <w:t>vn 0.9166 0.1556 -0.3683</w:t>
        <w:br/>
        <w:t>vn -0.2564 -0.5005 -0.8269</w:t>
        <w:br/>
        <w:t>vn -0.2267 -0.7277 -0.6473</w:t>
        <w:br/>
        <w:t>vn -0.1479 -0.8361 -0.5283</w:t>
        <w:br/>
        <w:t>vn 0.0386 -0.0603 -0.9974</w:t>
        <w:br/>
        <w:t>vn 0.3025 0.3289 -0.8946</w:t>
        <w:br/>
        <w:t>vn 0.3381 0.3217 -0.8844</w:t>
        <w:br/>
        <w:t>vn 0.0851 -0.0559 -0.9948</w:t>
        <w:br/>
        <w:t>vn -0.1275 -0.3858 -0.9137</w:t>
        <w:br/>
        <w:t>vn -0.1766 -0.4358 -0.8825</w:t>
        <w:br/>
        <w:t>vn 0.5330 0.6451 -0.5476</w:t>
        <w:br/>
        <w:t>vn 0.5396 0.6546 -0.5295</w:t>
        <w:br/>
        <w:t>vn 0.2173 0.0457 0.9750</w:t>
        <w:br/>
        <w:t>vn 0.3878 0.3758 0.8416</w:t>
        <w:br/>
        <w:t>vn 0.6310 0.7755 -0.0200</w:t>
        <w:br/>
        <w:t>vn 0.5592 0.6703 0.4878</w:t>
        <w:br/>
        <w:t>vn 0.5567 0.6743 0.4851</w:t>
        <w:br/>
        <w:t>vn 0.6170 0.7869 -0.0112</w:t>
        <w:br/>
        <w:t>vn -0.0751 -0.4472 0.8913</w:t>
        <w:br/>
        <w:t>vn -0.0136 -0.4633 0.8861</w:t>
        <w:br/>
        <w:t>vn -0.0408 -0.9539 -0.2974</w:t>
        <w:br/>
        <w:t>vn 0.1228 -0.9768 -0.1753</w:t>
        <w:br/>
        <w:t>vn -0.2036 -0.8993 -0.3869</w:t>
        <w:br/>
        <w:t>vn 0.0421 0.0470 -0.9980</w:t>
        <w:br/>
        <w:t>vn 0.2718 0.4299 -0.8610</w:t>
        <w:br/>
        <w:t>vn 0.0606 0.0865 0.9944</w:t>
        <w:br/>
        <w:t>vn 0.2802 0.4513 0.8472</w:t>
        <w:br/>
        <w:t>vn -0.2335 -0.4277 0.8732</w:t>
        <w:br/>
        <w:t>vn 0.1858 0.6051 0.7742</w:t>
        <w:br/>
        <w:t>vn 0.3178 0.8215 0.4734</w:t>
        <w:br/>
        <w:t>vn 0.3582 0.7888 0.4994</w:t>
        <w:br/>
        <w:t>vn 0.2307 0.5800 0.7813</w:t>
        <w:br/>
        <w:t>vn 0.2502 0.5562 0.7925</w:t>
        <w:br/>
        <w:t>vn 0.3747 0.7760 0.5073</w:t>
        <w:br/>
        <w:t>vn 0.4039 0.7630 0.5047</w:t>
        <w:br/>
        <w:t>vn 0.2630 0.5278 0.8076</w:t>
        <w:br/>
        <w:t>vn 0.0192 0.2271 0.9737</w:t>
        <w:br/>
        <w:t>vn -0.0091 0.2685 0.9632</w:t>
        <w:br/>
        <w:t>vn 0.0847 0.1988 0.9764</w:t>
        <w:br/>
        <w:t>vn 0.0287 0.2382 0.9708</w:t>
        <w:br/>
        <w:t>vn 0.4247 0.9043 0.0425</w:t>
        <w:br/>
        <w:t>vn 0.3933 0.9190 0.0285</w:t>
        <w:br/>
        <w:t>vn 0.4507 0.8918 0.0395</w:t>
        <w:br/>
        <w:t>vn 0.4305 0.9010 0.0536</w:t>
        <w:br/>
        <w:t>vn 0.3026 0.4726 0.8277</w:t>
        <w:br/>
        <w:t>vn 0.0525 0.1672 0.9845</w:t>
        <w:br/>
        <w:t>vn -0.0504 0.0295 0.9983</w:t>
        <w:br/>
        <w:t>vn -0.1720 0.2605 0.9500</w:t>
        <w:br/>
        <w:t>vn -0.2390 -0.1977 0.9507</w:t>
        <w:br/>
        <w:t>vn 0.5256 0.6147 0.5881</w:t>
        <w:br/>
        <w:t>vn 0.5850 0.7268 0.3599</w:t>
        <w:br/>
        <w:t>vn 0.3219 0.8251 0.4643</w:t>
        <w:br/>
        <w:t>vn 0.2548 0.7644 0.5922</w:t>
        <w:br/>
        <w:t>vn 0.4190 0.4024 0.8140</w:t>
        <w:br/>
        <w:t>vn 0.1538 0.6392 0.7535</w:t>
        <w:br/>
        <w:t>vn 0.2540 0.9181 0.3042</w:t>
        <w:br/>
        <w:t>vn -0.0398 0.4580 0.8880</w:t>
        <w:br/>
        <w:t>vn 0.0435 0.5013 0.8642</w:t>
        <w:br/>
        <w:t>vn 0.2566 0.3818 0.8879</w:t>
        <w:br/>
        <w:t>vn 0.6306 0.7761 0.0021</w:t>
        <w:br/>
        <w:t>vn 0.4049 0.9143 0.0000</w:t>
        <w:br/>
        <w:t>vn 0.3757 0.8828 0.2820</w:t>
        <w:br/>
        <w:t>vn 0.6149 0.7760 0.1405</w:t>
        <w:br/>
        <w:t>vn 0.0013 0.9997 0.0249</w:t>
        <w:br/>
        <w:t>vn -0.3222 -0.3512 0.8791</w:t>
        <w:br/>
        <w:t>vn -0.2269 -0.4047 0.8858</w:t>
        <w:br/>
        <w:t>vn -0.3636 -0.4141 0.8344</w:t>
        <w:br/>
        <w:t>vn -0.3824 -0.6649 0.6416</w:t>
        <w:br/>
        <w:t>vn -0.2574 -0.4298 0.8655</w:t>
        <w:br/>
        <w:t>vn -0.4023 -0.5161 0.7562</w:t>
        <w:br/>
        <w:t>vn -0.5179 -0.3218 0.7926</w:t>
        <w:br/>
        <w:t>vn -0.4522 -0.2300 0.8617</w:t>
        <w:br/>
        <w:t>vn -0.4782 -0.3365 0.8113</w:t>
        <w:br/>
        <w:t>vn -0.3210 -0.1661 0.9324</w:t>
        <w:br/>
        <w:t>vn -0.2619 -0.3890 0.8832</w:t>
        <w:br/>
        <w:t>vn -0.3833 -0.4509 0.8061</w:t>
        <w:br/>
        <w:t>vn -0.4853 -0.5301 0.6953</w:t>
        <w:br/>
        <w:t>vn -0.3168 -0.2318 0.9197</w:t>
        <w:br/>
        <w:t>vn 0.3600 0.4073 0.8393</w:t>
        <w:br/>
        <w:t>vn 0.5574 0.5770 0.5970</w:t>
        <w:br/>
        <w:t>vn 0.6572 0.7014 0.2760</w:t>
        <w:br/>
        <w:t>vn 0.7318 -0.0999 0.6741</w:t>
        <w:br/>
        <w:t>vn 0.1009 0.0989 0.9900</w:t>
        <w:br/>
        <w:t>vn 0.5960 0.2477 0.7638</w:t>
        <w:br/>
        <w:t>vn 0.4320 0.2930 0.8529</w:t>
        <w:br/>
        <w:t>vn -0.1563 -0.5572 0.8155</w:t>
        <w:br/>
        <w:t>vn -0.0032 -0.4932 0.8699</w:t>
        <w:br/>
        <w:t>vn -0.0031 -0.4932 0.8699</w:t>
        <w:br/>
        <w:t>vn -0.1565 -0.5571 0.8156</w:t>
        <w:br/>
        <w:t>vn 0.2383 0.1350 0.9618</w:t>
        <w:br/>
        <w:t>vn 0.1502 -0.4141 0.8977</w:t>
        <w:br/>
        <w:t>vn 0.6981 0.7116 0.0790</w:t>
        <w:br/>
        <w:t>vn 0.6729 0.7397 0.0034</w:t>
        <w:br/>
        <w:t>vn -0.0399 0.3131 0.9489</w:t>
        <w:br/>
        <w:t>vn 0.1834 0.5965 0.7814</w:t>
        <w:br/>
        <w:t>vn -0.0516 0.2227 0.9735</w:t>
        <w:br/>
        <w:t>vn 0.1461 0.5981 0.7880</w:t>
        <w:br/>
        <w:t>vn 0.2594 0.7409 0.6195</w:t>
        <w:br/>
        <w:t>vn 0.2464 0.7759 0.5807</w:t>
        <w:br/>
        <w:t>vn 0.3374 0.8832 0.3259</w:t>
        <w:br/>
        <w:t>vn 0.3334 0.9079 0.2542</w:t>
        <w:br/>
        <w:t>vn -0.3738 -0.2728 0.8865</w:t>
        <w:br/>
        <w:t>vn -0.0338 0.1871 0.9818</w:t>
        <w:br/>
        <w:t>vn 0.2285 0.6125 0.7567</w:t>
        <w:br/>
        <w:t>vn 0.3189 0.7437 0.5876</w:t>
        <w:br/>
        <w:t>vn 0.3302 0.8324 0.4452</w:t>
        <w:br/>
        <w:t>vn 0.4064 0.8574 0.3158</w:t>
        <w:br/>
        <w:t>vn 0.3586 0.9013 0.2431</w:t>
        <w:br/>
        <w:t>vn -0.4269 -0.3243 0.8442</w:t>
        <w:br/>
        <w:t>vn 0.3464 0.9380 0.0131</w:t>
        <w:br/>
        <w:t>vn 0.4967 0.8561 0.1425</w:t>
        <w:br/>
        <w:t>vn 0.1638 0.9858 0.0373</w:t>
        <w:br/>
        <w:t>vn 0.6161 0.7848 0.0668</w:t>
        <w:br/>
        <w:t>vn 0.6151 0.7884 -0.0007</w:t>
        <w:br/>
        <w:t>vn 0.6135 0.7897 0.0017</w:t>
        <w:br/>
        <w:t>vn 0.4875 0.8705 0.0679</w:t>
        <w:br/>
        <w:t>vn 0.4314 0.9005 0.0544</w:t>
        <w:br/>
        <w:t>vn 0.4002 0.9152 0.0477</w:t>
        <w:br/>
        <w:t>vn 0.3455 0.9377 0.0369</w:t>
        <w:br/>
        <w:t>vn 0.1979 0.9802 -0.0075</w:t>
        <w:br/>
        <w:t>vn -0.0142 0.9992 -0.0378</w:t>
        <w:br/>
        <w:t>vn -0.6467 0.7456 -0.1609</w:t>
        <w:br/>
        <w:t>vn -0.0672 0.9977 0.0024</w:t>
        <w:br/>
        <w:t>vn -0.3069 -0.3798 0.8727</w:t>
        <w:br/>
        <w:t>vn 0.4321 0.2931 0.8529</w:t>
        <w:br/>
        <w:t>vn 0.4146 0.6286 0.6580</w:t>
        <w:br/>
        <w:t>vn 0.8491 0.4595 0.2605</w:t>
        <w:br/>
        <w:t>vn 0.7970 0.6006 0.0638</w:t>
        <w:br/>
        <w:t>vn 0.0824 0.5663 0.8201</w:t>
        <w:br/>
        <w:t>vn 0.2384 0.1351 0.9617</w:t>
        <w:br/>
        <w:t>vn 0.1859 0.5773 -0.7951</w:t>
        <w:br/>
        <w:t>vn 0.2472 0.5311 -0.8105</w:t>
        <w:br/>
        <w:t>vn 0.3845 0.7904 -0.4769</w:t>
        <w:br/>
        <w:t>vn 0.3365 0.8203 -0.4624</w:t>
        <w:br/>
        <w:t>vn 0.2571 0.5152 -0.8176</w:t>
        <w:br/>
        <w:t>vn 0.2067 0.5312 -0.8216</w:t>
        <w:br/>
        <w:t>vn 0.3758 0.8016 -0.4650</w:t>
        <w:br/>
        <w:t>vn 0.3916 0.7920 -0.4684</w:t>
        <w:br/>
        <w:t>vn 0.0121 0.2123 -0.9771</w:t>
        <w:br/>
        <w:t>vn 0.0151 0.2060 -0.9784</w:t>
        <w:br/>
        <w:t>vn 0.0042 0.1553 -0.9879</w:t>
        <w:br/>
        <w:t>vn 0.0040 0.1619 -0.9868</w:t>
        <w:br/>
        <w:t>vn 0.0159 0.1337 -0.9909</w:t>
        <w:br/>
        <w:t>vn 0.2538 0.4848 -0.8370</w:t>
        <w:br/>
        <w:t>vn 0.1515 0.0085 -0.9884</w:t>
        <w:br/>
        <w:t>vn -0.2240 -0.1602 -0.9613</w:t>
        <w:br/>
        <w:t>vn -0.1896 0.2416 -0.9517</w:t>
        <w:br/>
        <w:t>vn 0.3386 0.8143 -0.4714</w:t>
        <w:br/>
        <w:t>vn 0.6394 0.6885 -0.3422</w:t>
        <w:br/>
        <w:t>vn 0.5888 0.5674 -0.5756</w:t>
        <w:br/>
        <w:t>vn 0.2696 0.7562 -0.5962</w:t>
        <w:br/>
        <w:t>vn 0.4773 0.3966 -0.7842</w:t>
        <w:br/>
        <w:t>vn 0.1492 0.6354 -0.7576</w:t>
        <w:br/>
        <w:t>vn 0.2723 0.9086 -0.3167</w:t>
        <w:br/>
        <w:t>vn 0.0361 0.5077 -0.8608</w:t>
        <w:br/>
        <w:t>vn 0.6088 0.5533 -0.5686</w:t>
        <w:br/>
        <w:t>vn 0.3744 0.3082 -0.8746</w:t>
        <w:br/>
        <w:t>vn 0.2986 0.2318 -0.9258</w:t>
        <w:br/>
        <w:t>vn 0.3872 0.8776 -0.2828</w:t>
        <w:br/>
        <w:t>vn 0.6489 0.7513 -0.1206</w:t>
        <w:br/>
        <w:t>vn -0.3694 -0.3888 -0.8441</w:t>
        <w:br/>
        <w:t>vn -0.2595 -0.4400 -0.8597</w:t>
        <w:br/>
        <w:t>vn -0.3701 -0.3689 -0.8526</w:t>
        <w:br/>
        <w:t>vn -0.2677 -0.4429 -0.8557</w:t>
        <w:br/>
        <w:t>vn -0.4971 -0.5924 -0.6340</w:t>
        <w:br/>
        <w:t>vn -0.2630 -0.4800 -0.8369</w:t>
        <w:br/>
        <w:t>vn -0.3531 -0.6534 -0.6696</w:t>
        <w:br/>
        <w:t>vn -0.4786 -0.3194 -0.8179</w:t>
        <w:br/>
        <w:t>vn -0.4450 -0.2078 -0.8711</w:t>
        <w:br/>
        <w:t>vn -0.4563 -0.1495 -0.8772</w:t>
        <w:br/>
        <w:t>vn -0.4377 -0.3751 -0.8171</w:t>
        <w:br/>
        <w:t>vn -0.1927 -0.0907 -0.9771</w:t>
        <w:br/>
        <w:t>vn -0.4060 -0.4209 -0.8112</w:t>
        <w:br/>
        <w:t>vn -0.3116 -0.5862 -0.7479</w:t>
        <w:br/>
        <w:t>vn -0.3185 -0.2308 -0.9194</w:t>
        <w:br/>
        <w:t>vn 0.6643 0.5201 -0.5369</w:t>
        <w:br/>
        <w:t>vn 0.4570 0.4221 -0.7830</w:t>
        <w:br/>
        <w:t>vn 0.6915 0.6692 -0.2720</w:t>
        <w:br/>
        <w:t>vn 0.3928 0.3003 -0.8692</w:t>
        <w:br/>
        <w:t>vn 0.0982 0.0373 -0.9945</w:t>
        <w:br/>
        <w:t>vn 0.0876 -0.4138 -0.9062</w:t>
        <w:br/>
        <w:t>vn -0.1000 -0.5227 -0.8466</w:t>
        <w:br/>
        <w:t>vn -0.1000 -0.5228 -0.8466</w:t>
        <w:br/>
        <w:t>vn 0.2908 0.2322 -0.9282</w:t>
        <w:br/>
        <w:t>vn 0.7098 0.7019 -0.0593</w:t>
        <w:br/>
        <w:t>vn -0.0406 0.3096 -0.9500</w:t>
        <w:br/>
        <w:t>vn -0.4189 -0.2652 -0.8684</w:t>
        <w:br/>
        <w:t>vn -0.4335 -0.3552 -0.8282</w:t>
        <w:br/>
        <w:t>vn -0.3668 -0.2981 -0.8812</w:t>
        <w:br/>
        <w:t>vn -0.0424 0.2164 -0.9754</w:t>
        <w:br/>
        <w:t>vn 0.1876 0.5927 -0.7833</w:t>
        <w:br/>
        <w:t>vn 0.1446 0.5936 -0.7917</w:t>
        <w:br/>
        <w:t>vn 0.2601 0.7394 -0.6210</w:t>
        <w:br/>
        <w:t>vn 0.2463 0.7735 -0.5840</w:t>
        <w:br/>
        <w:t>vn -0.0389 0.1888 -0.9812</w:t>
        <w:br/>
        <w:t>vn 0.3318 0.7275 -0.6006</w:t>
        <w:br/>
        <w:t>vn 0.2378 0.5971 -0.7661</w:t>
        <w:br/>
        <w:t>vn 0.3509 0.8282 -0.4371</w:t>
        <w:br/>
        <w:t>vn 0.4573 0.8430 -0.2833</w:t>
        <w:br/>
        <w:t>vn -0.5392 -0.3744 -0.7544</w:t>
        <w:br/>
        <w:t>vn 0.1006 0.9907 -0.0920</w:t>
        <w:br/>
        <w:t>vn 0.5568 0.8244 -0.1010</w:t>
        <w:br/>
        <w:t>vn 0.3506 0.8932 -0.2815</w:t>
        <w:br/>
        <w:t>vn 0.3840 0.9039 -0.1885</w:t>
        <w:br/>
        <w:t>vn 0.3380 0.9194 -0.2013</w:t>
        <w:br/>
        <w:t>vn 0.6918 0.7216 -0.0259</w:t>
        <w:br/>
        <w:t>vn 0.5394 0.8417 -0.0238</w:t>
        <w:br/>
        <w:t>vn 0.4571 0.8893 -0.0106</w:t>
        <w:br/>
        <w:t>vn 0.4056 0.9140 0.0010</w:t>
        <w:br/>
        <w:t>vn 0.3375 0.9413 0.0098</w:t>
        <w:br/>
        <w:t>vn 0.2023 0.9790 -0.0259</w:t>
        <w:br/>
        <w:t>vn 0.0604 0.9980 -0.0168</w:t>
        <w:br/>
        <w:t>vn -0.3088 -0.4153 -0.8557</w:t>
        <w:br/>
        <w:t>vn 0.8294 0.4716 -0.2996</w:t>
        <w:br/>
        <w:t>vn 0.8079 0.5838 -0.0813</w:t>
        <w:br/>
        <w:t>vn 0.8079 0.5837 -0.0813</w:t>
        <w:br/>
        <w:t>vn 0.0647 0.5750 -0.8156</w:t>
        <w:br/>
        <w:t>vn 0.1492 -0.9885 0.0263</w:t>
        <w:br/>
        <w:t>vn -0.4044 -0.2746 0.8724</w:t>
        <w:br/>
        <w:t>vn 0.7497 -0.6571 0.0788</w:t>
        <w:br/>
        <w:t>vn -0.3701 -0.6956 -0.6158</w:t>
        <w:br/>
        <w:t>vn 0.8094 -0.4555 -0.3707</w:t>
        <w:br/>
        <w:t>vn 0.8142 -0.4470 -0.3706</w:t>
        <w:br/>
        <w:t>vn -0.0209 -0.6521 0.7579</w:t>
        <w:br/>
        <w:t>vn -0.0084 0.6814 -0.7319</w:t>
        <w:br/>
        <w:t>vn 0.0809 0.6698 -0.7381</w:t>
        <w:br/>
        <w:t>vn -0.0203 0.4511 -0.8923</w:t>
        <w:br/>
        <w:t>vn -0.0884 0.4630 -0.8820</w:t>
        <w:br/>
        <w:t>vn -0.1655 0.1855 -0.9686</w:t>
        <w:br/>
        <w:t>vn -0.2742 -0.1358 -0.9520</w:t>
        <w:br/>
        <w:t>vn -0.6538 0.1975 -0.7305</w:t>
        <w:br/>
        <w:t>vn 0.0717 -0.2839 -0.9562</w:t>
        <w:br/>
        <w:t>vn -0.1962 -0.4385 -0.8771</w:t>
        <w:br/>
        <w:t>vn -0.1001 -0.4461 -0.8894</w:t>
        <w:br/>
        <w:t>vn -0.0423 -0.6978 -0.7150</w:t>
        <w:br/>
        <w:t>vn 0.0012 -0.6792 -0.7339</w:t>
        <w:br/>
        <w:t>vn 0.1671 -0.8884 -0.4275</w:t>
        <w:br/>
        <w:t>vn 0.3626 -0.7768 -0.5149</w:t>
        <w:br/>
        <w:t>vn 0.4002 -0.8935 -0.2037</w:t>
        <w:br/>
        <w:t>vn 0.6801 -0.6765 -0.2824</w:t>
        <w:br/>
        <w:t>vn 0.8005 -0.5952 -0.0706</w:t>
        <w:br/>
        <w:t>vn 0.6588 -0.7217 -0.2124</w:t>
        <w:br/>
        <w:t>vn 0.5164 -0.7021 -0.4902</w:t>
        <w:br/>
        <w:t>vn 0.7110 -0.6315 -0.3094</w:t>
        <w:br/>
        <w:t>vn 0.4496 -0.5896 -0.6710</w:t>
        <w:br/>
        <w:t>vn 0.6961 -0.5729 -0.4327</w:t>
        <w:br/>
        <w:t>vn 0.4744 -0.4178 -0.7748</w:t>
        <w:br/>
        <w:t>vn 0.7449 -0.4683 -0.4751</w:t>
        <w:br/>
        <w:t>vn 0.5659 -0.1663 -0.8075</w:t>
        <w:br/>
        <w:t>vn 0.7686 -0.4053 -0.4949</w:t>
        <w:br/>
        <w:t>vn 0.6500 0.0783 -0.7559</w:t>
        <w:br/>
        <w:t>vn 0.7613 0.2362 -0.6039</w:t>
        <w:br/>
        <w:t>vn 0.8557 0.3270 -0.4011</w:t>
        <w:br/>
        <w:t>vn 0.8412 0.3814 -0.3833</w:t>
        <w:br/>
        <w:t>vn 0.9192 0.3858 -0.0795</w:t>
        <w:br/>
        <w:t>vn 0.8972 0.3462 0.2740</w:t>
        <w:br/>
        <w:t>vn 0.8636 0.2021 0.4619</w:t>
        <w:br/>
        <w:t>vn 0.8358 0.0348 0.5479</w:t>
        <w:br/>
        <w:t>vn 0.8071 -0.1094 0.5802</w:t>
        <w:br/>
        <w:t>vn 0.9226 -0.2824 0.2630</w:t>
        <w:br/>
        <w:t>vn 0.7522 -0.2359 0.6153</w:t>
        <w:br/>
        <w:t>vn 0.9123 -0.3098 0.2679</w:t>
        <w:br/>
        <w:t>vn 0.5889 -0.3971 0.7040</w:t>
        <w:br/>
        <w:t>vn 0.3932 -0.3917 0.8318</w:t>
        <w:br/>
        <w:t>vn -0.5667 0.0704 0.8209</w:t>
        <w:br/>
        <w:t>vn -0.4693 0.2017 0.8597</w:t>
        <w:br/>
        <w:t>vn -0.4745 0.1887 0.8598</w:t>
        <w:br/>
        <w:t>vn -0.5684 0.0560 0.8208</w:t>
        <w:br/>
        <w:t>vn 0.1647 0.2660 0.9498</w:t>
        <w:br/>
        <w:t>vn 0.2075 0.2979 0.9318</w:t>
        <w:br/>
        <w:t>vn 0.2447 0.4507 0.8585</w:t>
        <w:br/>
        <w:t>vn 0.2411 0.4882 0.8388</w:t>
        <w:br/>
        <w:t>vn 0.2930 0.6623 0.6895</w:t>
        <w:br/>
        <w:t>vn 0.2844 0.6981 0.6571</w:t>
        <w:br/>
        <w:t>vn 0.3376 0.8466 0.4115</w:t>
        <w:br/>
        <w:t>vn 0.3031 0.8719 0.3846</w:t>
        <w:br/>
        <w:t>vn 0.3429 0.9375 -0.0597</w:t>
        <w:br/>
        <w:t>vn 0.2249 0.8364 -0.4999</w:t>
        <w:br/>
        <w:t>vn 0.5104 -0.1142 0.8523</w:t>
        <w:br/>
        <w:t>vn 0.3625 -0.9177 -0.1624</w:t>
        <w:br/>
        <w:t>vn -0.5087 -0.8608 -0.0143</w:t>
        <w:br/>
        <w:t>vn -0.4376 -0.7443 0.5045</w:t>
        <w:br/>
        <w:t>vn 0.4559 0.7428 0.4902</w:t>
        <w:br/>
        <w:t>vn 0.4506 0.7554 0.4757</w:t>
        <w:br/>
        <w:t>vn 0.2729 0.4660 0.8416</w:t>
        <w:br/>
        <w:t>vn 0.0474 0.1080 0.9930</w:t>
        <w:br/>
        <w:t>vn 0.4886 0.8725 0.0069</w:t>
        <w:br/>
        <w:t>vn 0.5104 0.8599 -0.0104</w:t>
        <w:br/>
        <w:t>vn 0.4450 0.7551 -0.4814</w:t>
        <w:br/>
        <w:t>vn 0.4212 0.7737 -0.4733</w:t>
        <w:br/>
        <w:t>vn 0.2623 0.4568 -0.8500</w:t>
        <w:br/>
        <w:t>vn 0.0361 0.0796 -0.9962</w:t>
        <w:br/>
        <w:t>vn -0.5166 -0.3248 -0.7922</w:t>
        <w:br/>
        <w:t>vn -0.5742 -0.3402 -0.7446</w:t>
        <w:br/>
        <w:t>vn -0.0896 -0.5292 0.8438</w:t>
        <w:br/>
        <w:t>vn -0.0161 -0.5536 0.8326</w:t>
        <w:br/>
        <w:t>vn 0.3176 -0.7834 0.5342</w:t>
        <w:br/>
        <w:t>vn 0.2396 -0.9167 0.3199</w:t>
        <w:br/>
        <w:t>vn 0.1063 -0.9943 -0.0128</w:t>
        <w:br/>
        <w:t>vn 0.0640 -0.9053 -0.4200</w:t>
        <w:br/>
        <w:t>vn 0.1064 -0.9942 -0.0129</w:t>
        <w:br/>
        <w:t>vn 0.2193 -0.7123 -0.6667</w:t>
        <w:br/>
        <w:t>vn 0.3637 -0.6093 -0.7047</w:t>
        <w:br/>
        <w:t>vn -0.9959 0.0866 -0.0255</w:t>
        <w:br/>
        <w:t>vn -0.9959 0.0866 -0.0256</w:t>
        <w:br/>
        <w:t>vn 0.2597 -0.9654 -0.0224</w:t>
        <w:br/>
        <w:t>vn 0.2596 -0.9655 -0.0224</w:t>
        <w:br/>
        <w:t>vn 0.3607 0.9327 0.0048</w:t>
        <w:br/>
        <w:t>vn 0.3680 0.9298 -0.0103</w:t>
        <w:br/>
        <w:t>vn 0.3725 0.9279 -0.0128</w:t>
        <w:br/>
        <w:t>vn 0.7204 0.6929 -0.0294</w:t>
        <w:br/>
        <w:t>vn 0.5287 0.8487 -0.0091</w:t>
        <w:br/>
        <w:t>vn 0.4602 0.7369 -0.4952</w:t>
        <w:br/>
        <w:t>vn 0.4633 0.7472 0.4766</w:t>
        <w:br/>
        <w:t>vn 0.2438 0.0630 0.9678</w:t>
        <w:br/>
        <w:t>vn 0.3945 0.3894 0.8323</w:t>
        <w:br/>
        <w:t>vn 0.6071 0.6414 -0.4690</w:t>
        <w:br/>
        <w:t>vn 0.6353 0.6326 0.4430</w:t>
        <w:br/>
        <w:t>vn 0.7069 0.6128 -0.3533</w:t>
        <w:br/>
        <w:t>vn -0.1102 0.0592 0.9921</w:t>
        <w:br/>
        <w:t>vn 0.0259 0.2793 0.9599</w:t>
        <w:br/>
        <w:t>vn 0.1468 0.2903 0.9456</w:t>
        <w:br/>
        <w:t>vn -0.1118 0.0491 0.9925</w:t>
        <w:br/>
        <w:t>vn -0.3487 -0.0771 0.9341</w:t>
        <w:br/>
        <w:t>vn -0.3153 -0.0728 0.9462</w:t>
        <w:br/>
        <w:t>vn -0.0825 0.1032 0.9912</w:t>
        <w:br/>
        <w:t>vn -0.9985 -0.0419 0.0339</w:t>
        <w:br/>
        <w:t>vn -0.9985 -0.0487 0.0262</w:t>
        <w:br/>
        <w:t>vn -0.9955 -0.0886 0.0321</w:t>
        <w:br/>
        <w:t>vn -0.9949 -0.0941 0.0352</w:t>
        <w:br/>
        <w:t>vn -0.9845 -0.1082 0.1382</w:t>
        <w:br/>
        <w:t>vn -0.9905 -0.0244 0.1352</w:t>
        <w:br/>
        <w:t>vn -0.9507 0.0019 0.3101</w:t>
        <w:br/>
        <w:t>vn -0.9437 0.0356 0.3289</w:t>
        <w:br/>
        <w:t>vn -0.9894 -0.0020 0.1455</w:t>
        <w:br/>
        <w:t>vn -0.2744 -0.0612 0.9597</w:t>
        <w:br/>
        <w:t>vn -0.4998 -0.0048 0.8661</w:t>
        <w:br/>
        <w:t>vn -0.4681 0.0223 0.8834</w:t>
        <w:br/>
        <w:t>vn -0.7418 0.0476 0.6689</w:t>
        <w:br/>
        <w:t>vn -0.7277 0.0231 0.6855</w:t>
        <w:br/>
        <w:t>vn -0.9005 -0.0533 0.4316</w:t>
        <w:br/>
        <w:t>vn -0.8876 0.0384 0.4591</w:t>
        <w:br/>
        <w:t>vn -0.9511 -0.1019 0.2915</w:t>
        <w:br/>
        <w:t>vn -0.7548 0.0573 0.6535</w:t>
        <w:br/>
        <w:t>vn -0.7609 0.0505 0.6469</w:t>
        <w:br/>
        <w:t>vn -0.8692 0.0735 0.4890</w:t>
        <w:br/>
        <w:t>vn -0.8747 0.0651 0.4802</w:t>
        <w:br/>
        <w:t>vn -0.9400 0.0394 0.3388</w:t>
        <w:br/>
        <w:t>vn -0.5443 -0.0031 0.8389</w:t>
        <w:br/>
        <w:t>vn -0.5642 -0.0337 0.8249</w:t>
        <w:br/>
        <w:t>vn -0.3689 -0.0760 0.9264</w:t>
        <w:br/>
        <w:t>vn -0.9382 -0.3031 0.1673</w:t>
        <w:br/>
        <w:t>vn -0.9706 -0.2228 0.0907</w:t>
        <w:br/>
        <w:t>vn -0.9366 -0.3222 0.1379</w:t>
        <w:br/>
        <w:t>vn -0.9202 -0.3116 0.2369</w:t>
        <w:br/>
        <w:t>vn -0.8569 -0.4620 0.2288</w:t>
        <w:br/>
        <w:t>vn -0.7470 -0.4654 0.4748</w:t>
        <w:br/>
        <w:t>vn -0.9434 -0.3293 0.0392</w:t>
        <w:br/>
        <w:t>vn -0.9044 -0.4255 -0.0314</w:t>
        <w:br/>
        <w:t>vn -0.5986 -0.7172 -0.3568</w:t>
        <w:br/>
        <w:t>vn -0.6708 -0.6741 -0.3092</w:t>
        <w:br/>
        <w:t>vn -0.6119 -0.7159 -0.3363</w:t>
        <w:br/>
        <w:t>vn -0.7889 -0.5474 0.2794</w:t>
        <w:br/>
        <w:t>vn -0.8847 -0.3683 0.2859</w:t>
        <w:br/>
        <w:t>vn -0.9495 -0.2615 0.1736</w:t>
        <w:br/>
        <w:t>vn -0.8767 -0.3076 0.3699</w:t>
        <w:br/>
        <w:t>vn -0.6151 0.0265 0.7880</w:t>
        <w:br/>
        <w:t>vn -0.2414 -0.0243 0.9701</w:t>
        <w:br/>
        <w:t>vn -0.9645 -0.2462 0.0956</w:t>
        <w:br/>
        <w:t>vn -0.9771 -0.1912 0.0937</w:t>
        <w:br/>
        <w:t>vn -0.9988 -0.0231 0.0421</w:t>
        <w:br/>
        <w:t>vn -0.9991 -0.0265 0.0320</w:t>
        <w:br/>
        <w:t>vn -0.9885 -0.0061 0.1514</w:t>
        <w:br/>
        <w:t>vn -0.9988 -0.0209 0.0450</w:t>
        <w:br/>
        <w:t>vn -0.9992 -0.0181 0.0351</w:t>
        <w:br/>
        <w:t>vn -0.0127 -0.1810 0.9834</w:t>
        <w:br/>
        <w:t>vn -0.0794 -0.1793 0.9806</w:t>
        <w:br/>
        <w:t>vn -0.2164 -0.1976 0.9561</w:t>
        <w:br/>
        <w:t>vn -0.5712 -0.7570 -0.3172</w:t>
        <w:br/>
        <w:t>vn -0.7259 -0.6604 -0.1921</w:t>
        <w:br/>
        <w:t>vn -0.7739 -0.6311 -0.0517</w:t>
        <w:br/>
        <w:t>vn -0.8110 -0.5826 -0.0536</w:t>
        <w:br/>
        <w:t>vn -0.2591 -0.2635 0.9292</w:t>
        <w:br/>
        <w:t>vn -0.0837 0.0562 0.9949</w:t>
        <w:br/>
        <w:t>vn 0.2659 0.1802 0.9470</w:t>
        <w:br/>
        <w:t>vn -0.0621 0.0625 0.9961</w:t>
        <w:br/>
        <w:t>vn 0.3374 0.1651 0.9268</w:t>
        <w:br/>
        <w:t>vn 0.1461 0.8844 0.4432</w:t>
        <w:br/>
        <w:t>vn 0.2231 0.7855 0.5773</w:t>
        <w:br/>
        <w:t>vn 0.2231 0.7855 0.5772</w:t>
        <w:br/>
        <w:t>vn 0.6779 0.2389 0.6953</w:t>
        <w:br/>
        <w:t>vn 0.3215 0.1844 0.9288</w:t>
        <w:br/>
        <w:t>vn -0.3097 -0.1702 0.9355</w:t>
        <w:br/>
        <w:t>vn -0.7883 -0.5873 0.1834</w:t>
        <w:br/>
        <w:t>vn -0.6708 -0.6911 -0.2690</w:t>
        <w:br/>
        <w:t>vn -0.6214 -0.7021 -0.3478</w:t>
        <w:br/>
        <w:t>vn 0.3214 0.1844 0.9288</w:t>
        <w:br/>
        <w:t>vn -0.2974 -0.0645 0.9526</w:t>
        <w:br/>
        <w:t>vn -0.9833 -0.1715 0.0616</w:t>
        <w:br/>
        <w:t>vn -0.9873 -0.1465 0.0606</w:t>
        <w:br/>
        <w:t>vn -0.5665 -0.7069 -0.4235</w:t>
        <w:br/>
        <w:t>vn 0.0000 0.0000 0.7948</w:t>
        <w:br/>
        <w:t>vn 0.3545 -0.2222 0.9083</w:t>
        <w:br/>
        <w:t>vn 0.6589 -0.3438 0.6690</w:t>
        <w:br/>
        <w:t>vn 0.7098 0.7019 -0.0594</w:t>
        <w:br/>
        <w:t>vn 0.5651 0.8237 -0.0460</w:t>
        <w:br/>
        <w:t>vn -0.6089 -0.0202 -0.7930</w:t>
        <w:br/>
        <w:t>vn -0.9523 -0.1810 0.2458</w:t>
        <w:br/>
        <w:t>vn -0.9177 -0.2921 0.2693</w:t>
        <w:br/>
        <w:t>vn -0.8474 -0.1963 0.4934</w:t>
        <w:br/>
        <w:t>vn -0.8189 -0.0743 0.5691</w:t>
        <w:br/>
        <w:t>vn 0.0676 -0.2647 -0.9619</w:t>
        <w:br/>
        <w:t>vn 0.2034 -0.2024 -0.9579</w:t>
        <w:br/>
        <w:t>vn 0.5456 -0.5675 -0.6167</w:t>
        <w:br/>
        <w:t>vn 0.5307 -0.5803 -0.6178</w:t>
        <w:br/>
        <w:t>vn 0.7475 0.1471 -0.6478</w:t>
        <w:br/>
        <w:t>vn 0.7997 0.2636 -0.5395</w:t>
        <w:br/>
        <w:t>vn 0.8956 -0.2431 -0.3726</w:t>
        <w:br/>
        <w:t>vn 0.8642 -0.2442 -0.4399</w:t>
        <w:br/>
        <w:t>vn 0.4785 -0.5674 0.6701</w:t>
        <w:br/>
        <w:t>vn 0.1407 -0.2168 0.9660</w:t>
        <w:br/>
        <w:t>vn 0.0454 -0.2622 0.9639</w:t>
        <w:br/>
        <w:t>vn 0.4992 -0.5262 0.6884</w:t>
        <w:br/>
        <w:t>vn 0.9924 -0.1230 -0.0040</w:t>
        <w:br/>
        <w:t>vn 0.9085 0.3760 0.1823</w:t>
        <w:br/>
        <w:t>vn 0.7571 0.2073 0.6196</w:t>
        <w:br/>
        <w:t>vn 0.8795 -0.3114 0.3598</w:t>
        <w:br/>
        <w:t>vn 0.4698 -0.6122 0.6360</w:t>
        <w:br/>
        <w:t>vn 0.2093 -0.1190 0.9706</w:t>
        <w:br/>
        <w:t>vn 0.6393 0.1850 0.7463</w:t>
        <w:br/>
        <w:t>vn 0.5206 0.1674 0.8372</w:t>
        <w:br/>
        <w:t>vn 0.8089 -0.3055 0.5024</w:t>
        <w:br/>
        <w:t>vn 0.8561 -0.2647 0.4438</w:t>
        <w:br/>
        <w:t>vn 0.8906 0.4328 -0.1398</w:t>
        <w:br/>
        <w:t>vn 0.9033 0.4291 0.0057</w:t>
        <w:br/>
        <w:t>vn 0.9983 -0.0360 0.0453</w:t>
        <w:br/>
        <w:t>vn 0.9960 -0.0613 0.0645</w:t>
        <w:br/>
        <w:t>vn 0.6540 0.0807 -0.7522</w:t>
        <w:br/>
        <w:t>vn 0.8373 -0.3012 -0.4562</w:t>
        <w:br/>
        <w:t>vn 0.2973 -0.1776 -0.9381</w:t>
        <w:br/>
        <w:t>vn 0.5184 -0.6089 -0.6004</w:t>
        <w:br/>
        <w:t>vn -0.3285 -0.5837 -0.7425</w:t>
        <w:br/>
        <w:t>vn 0.1529 -0.8866 -0.4365</w:t>
        <w:br/>
        <w:t>vn -0.5000 -0.7415 -0.4474</w:t>
        <w:br/>
        <w:t>vn -0.4255 -0.6952 -0.5793</w:t>
        <w:br/>
        <w:t>vn 0.0500 -0.9263 -0.3735</w:t>
        <w:br/>
        <w:t>vn 0.0151 -0.9387 -0.3443</w:t>
        <w:br/>
        <w:t>vn -0.2010 -0.9780 0.0565</w:t>
        <w:br/>
        <w:t>vn -0.6147 -0.7828 0.0969</w:t>
        <w:br/>
        <w:t>vn -0.6186 -0.7817 -0.0791</w:t>
        <w:br/>
        <w:t>vn -0.1383 -0.9903 0.0123</w:t>
        <w:br/>
        <w:t>vn -0.6057 -0.7740 0.1842</w:t>
        <w:br/>
        <w:t>vn -0.2010 -0.9780 0.0564</w:t>
        <w:br/>
        <w:t>vn -0.2141 -0.9767 0.0121</w:t>
        <w:br/>
        <w:t>vn -0.5114 -0.7113 0.4822</w:t>
        <w:br/>
        <w:t>vn -0.0779 -0.9285 0.3630</w:t>
        <w:br/>
        <w:t>vn 0.0392 -0.8616 0.5061</w:t>
        <w:br/>
        <w:t>vn -0.4001 -0.6195 0.6754</w:t>
        <w:br/>
        <w:t>vn 0.2005 -0.7915 0.5774</w:t>
        <w:br/>
        <w:t>vn -0.2650 -0.4897 0.8306</w:t>
        <w:br/>
        <w:t>vn -0.1927 -0.0906 -0.9771</w:t>
        <w:br/>
        <w:t>vn -0.2738 0.1024 -0.9563</w:t>
        <w:br/>
        <w:t>vn 0.4701 0.5168 -0.7154</w:t>
        <w:br/>
        <w:t>vn 0.5525 0.6170 -0.5604</w:t>
        <w:br/>
        <w:t>vn -0.2756 0.0160 0.9611</w:t>
        <w:br/>
        <w:t>vn -0.1061 0.1276 0.9861</w:t>
        <w:br/>
        <w:t>vn 0.6459 0.7063 0.2897</w:t>
        <w:br/>
        <w:t>vn 0.4581 0.6001 0.6557</w:t>
        <w:br/>
        <w:t>vn -0.0246 0.3007 0.9534</w:t>
        <w:br/>
        <w:t>vn -0.0809 0.4572 0.8857</w:t>
        <w:br/>
        <w:t>vn 0.2978 0.5240 0.7979</w:t>
        <w:br/>
        <w:t>vn 0.3599 0.4073 0.8394</w:t>
        <w:br/>
        <w:t>vn 0.0638 0.5456 0.8356</w:t>
        <w:br/>
        <w:t>vn 0.1534 0.4855 0.8607</w:t>
        <w:br/>
        <w:t>vn 0.6398 0.7180 -0.2741</w:t>
        <w:br/>
        <w:t>vn 0.7104 0.7036 -0.0171</w:t>
        <w:br/>
        <w:t>vn 0.0512 0.5722 -0.8185</w:t>
        <w:br/>
        <w:t>vn 0.2874 0.4483 -0.8464</w:t>
        <w:br/>
        <w:t>vn -0.0748 0.4082 -0.9098</w:t>
        <w:br/>
        <w:t>vn -0.0115 0.2485 -0.9686</w:t>
        <w:br/>
        <w:t>vn -0.1294 0.1522 -0.9798</w:t>
        <w:br/>
        <w:t>vn -0.5488 -0.2042 -0.8106</w:t>
        <w:br/>
        <w:t>vn -0.7447 -0.4836 -0.4600</w:t>
        <w:br/>
        <w:t>vn -0.8160 -0.3515 -0.4589</w:t>
        <w:br/>
        <w:t>vn -0.7577 -0.2206 -0.6142</w:t>
        <w:br/>
        <w:t>vn -0.6747 -0.3937 -0.6244</w:t>
        <w:br/>
        <w:t>vn -0.9192 -0.3761 0.1169</w:t>
        <w:br/>
        <w:t>vn -0.9011 -0.3850 -0.1995</w:t>
        <w:br/>
        <w:t>vn -0.8012 -0.5788 -0.1518</w:t>
        <w:br/>
        <w:t>vn -0.7940 -0.6002 0.0963</w:t>
        <w:br/>
        <w:t>vn -0.9192 -0.3761 0.1170</w:t>
        <w:br/>
        <w:t>vn -0.7943 -0.5560 0.2449</w:t>
        <w:br/>
        <w:t>vn -0.6184 -0.2944 0.7287</w:t>
        <w:br/>
        <w:t>vn -0.7032 -0.0990 0.7040</w:t>
        <w:br/>
        <w:t>vn -0.7297 -0.4528 0.5123</w:t>
        <w:br/>
        <w:t>vn -0.5091 -0.1282 0.8511</w:t>
        <w:br/>
        <w:t>vn -0.5755 -0.0226 0.8175</w:t>
        <w:br/>
        <w:t>vn 0.7838 -0.5947 -0.1789</w:t>
        <w:br/>
        <w:t>vn 0.6649 -0.7194 -0.2006</w:t>
        <w:br/>
        <w:t>vn 0.7874 -0.6088 -0.0963</w:t>
        <w:br/>
        <w:t>vn 0.8252 -0.5458 -0.1451</w:t>
        <w:br/>
        <w:t>vn 0.7930 -0.5551 0.2510</w:t>
        <w:br/>
        <w:t>vn 0.6594 -0.7175 0.2245</w:t>
        <w:br/>
        <w:t>vn 0.8321 -0.5189 -0.1959</w:t>
        <w:br/>
        <w:t>vn 0.7708 -0.6354 0.0463</w:t>
        <w:br/>
        <w:t>vn 0.5557 -0.8139 0.1695</w:t>
        <w:br/>
        <w:t>vn 0.8066 -0.5875 0.0655</w:t>
        <w:br/>
        <w:t>vn 0.8190 -0.5695 0.0700</w:t>
        <w:br/>
        <w:t>vn 0.8799 -0.4708 0.0647</w:t>
        <w:br/>
        <w:t>vn 0.8420 -0.4562 0.2880</w:t>
        <w:br/>
        <w:t>vn 0.8238 -0.5628 -0.0674</w:t>
        <w:br/>
        <w:t>vn 0.5301 -0.8320 -0.1637</w:t>
        <w:br/>
        <w:t>vn 0.5543 -0.8317 -0.0329</w:t>
        <w:br/>
        <w:t>vn 0.5401 -0.8281 -0.1501</w:t>
        <w:br/>
        <w:t>vn 0.5154 -0.8522 -0.0896</w:t>
        <w:br/>
        <w:t>vn 0.4627 -0.8741 0.1477</w:t>
        <w:br/>
        <w:t>vn 0.4104 -0.9116 -0.0234</w:t>
        <w:br/>
        <w:t>vn 0.3915 -0.8824 -0.2609</w:t>
        <w:br/>
        <w:t>vn 0.5320 -0.8447 0.0580</w:t>
        <w:br/>
        <w:t>vn 0.5512 -0.8209 0.1492</w:t>
        <w:br/>
        <w:t>vn 0.6324 -0.7578 0.1607</w:t>
        <w:br/>
        <w:t>vn 0.8323 -0.4428 0.3334</w:t>
        <w:br/>
        <w:t>vn 0.6326 -0.6880 0.3556</w:t>
        <w:br/>
        <w:t>vn 0.4043 -0.8616 0.3070</w:t>
        <w:br/>
        <w:t>vn 0.5001 -0.7949 0.3435</w:t>
        <w:br/>
        <w:t>vn 0.8782 -0.4082 -0.2494</w:t>
        <w:br/>
        <w:t>vn 0.6793 -0.6602 -0.3204</w:t>
        <w:br/>
        <w:t>vn 0.4549 -0.8347 -0.3103</w:t>
        <w:br/>
        <w:t>vn 0.4673 -0.7798 -0.4166</w:t>
        <w:br/>
        <w:t>vn 0.5200 -0.7788 -0.3507</w:t>
        <w:br/>
        <w:t>vn 0.5514 -0.8317 0.0645</w:t>
        <w:br/>
        <w:t>vn 0.4596 -0.7308 0.5047</w:t>
        <w:br/>
        <w:t>vn 0.5674 -0.6861 0.4554</w:t>
        <w:br/>
        <w:t>vn 0.4307 -0.8109 0.3961</w:t>
        <w:br/>
        <w:t>vn 0.7684 -0.5009 0.3982</w:t>
        <w:br/>
        <w:t>vn 0.8388 -0.4692 0.2761</w:t>
        <w:br/>
        <w:t>vn 0.9045 -0.3994 0.1497</w:t>
        <w:br/>
        <w:t>vn 0.8704 -0.3965 0.2919</w:t>
        <w:br/>
        <w:t>vn 0.8978 -0.4295 -0.0979</w:t>
        <w:br/>
        <w:t>vn 0.7995 -0.3929 -0.4543</w:t>
        <w:br/>
        <w:t>vn 0.8762 -0.3874 -0.2866</w:t>
        <w:br/>
        <w:t>vn 0.8345 -0.4493 -0.3189</w:t>
        <w:br/>
        <w:t>vn 0.8402 -0.4412 -0.3153</w:t>
        <w:br/>
        <w:t>vn 0.3276 -0.2298 0.9164</w:t>
        <w:br/>
        <w:t>vn 0.0514 0.1518 0.9871</w:t>
        <w:br/>
        <w:t>vn 0.4093 0.3489 0.8430</w:t>
        <w:br/>
        <w:t>vn 0.5657 0.0058 0.8246</w:t>
        <w:br/>
        <w:t>vn -0.1653 -0.6737 0.7202</w:t>
        <w:br/>
        <w:t>vn -0.3017 -0.8291 0.4708</w:t>
        <w:br/>
        <w:t>vn -0.5490 -0.6144 0.5666</w:t>
        <w:br/>
        <w:t>vn 0.4405 -0.2449 -0.8637</w:t>
        <w:br/>
        <w:t>vn 0.6753 -0.0773 -0.7335</w:t>
        <w:br/>
        <w:t>vn 0.2974 0.1153 -0.9477</w:t>
        <w:br/>
        <w:t>vn -0.0941 -0.9846 -0.1473</w:t>
        <w:br/>
        <w:t>vn -0.2027 -0.8006 -0.5639</w:t>
        <w:br/>
        <w:t>vn -0.5233 -0.8453 -0.1078</w:t>
        <w:br/>
        <w:t>vn 0.2337 -0.5028 -0.8322</w:t>
        <w:br/>
        <w:t>vn -0.0612 -0.2137 -0.9750</w:t>
        <w:br/>
        <w:t>vn -0.2320 -0.1425 0.9622</w:t>
        <w:br/>
        <w:t>vn 0.0205 -0.4679 0.8835</w:t>
        <w:br/>
        <w:t>vn 0.1094 -0.3800 0.9185</w:t>
        <w:br/>
        <w:t>vn 0.6793 0.0649 0.7310</w:t>
        <w:br/>
        <w:t>vn 0.9372 0.0885 0.3373</w:t>
        <w:br/>
        <w:t>vn 0.8652 0.1006 0.4913</w:t>
        <w:br/>
        <w:t>vn 0.7889 0.3744 0.4873</w:t>
        <w:br/>
        <w:t>vn 0.9534 0.2720 0.1304</w:t>
        <w:br/>
        <w:t>vn 0.9861 0.1185 -0.1162</w:t>
        <w:br/>
        <w:t>vn 0.9491 0.0728 0.3065</w:t>
        <w:br/>
        <w:t>vn 0.8754 0.1557 -0.4576</w:t>
        <w:br/>
        <w:t>vn 0.9861 0.1184 -0.1162</w:t>
        <w:br/>
        <w:t>vn 0.9534 0.2720 0.1305</w:t>
        <w:br/>
        <w:t>vn 0.8071 0.3765 -0.4548</w:t>
        <w:br/>
        <w:t>vn 0.7521 0.0680 -0.6555</w:t>
        <w:br/>
        <w:t>vn 0.8618 0.1621 -0.4806</w:t>
        <w:br/>
        <w:t>vn 0.5984 0.3198 -0.7346</w:t>
        <w:br/>
        <w:t>vn 0.5476 -0.7553 -0.3602</w:t>
        <w:br/>
        <w:t>vn -0.3723 -0.5858 -0.7199</w:t>
        <w:br/>
        <w:t>vn 0.0607 0.6296 0.7745</w:t>
        <w:br/>
        <w:t>vn -0.0101 -0.6531 -0.7572</w:t>
        <w:br/>
        <w:t>vn 0.6072 -0.6844 -0.4037</w:t>
        <w:br/>
        <w:t>vn -0.5178 -0.3218 0.7926</w:t>
        <w:br/>
        <w:t>vn -0.9007 -0.2385 -0.3632</w:t>
        <w:br/>
        <w:t>vn -0.0355 0.6048 -0.7956</w:t>
        <w:br/>
        <w:t>vn -0.0554 0.5443 -0.8371</w:t>
        <w:br/>
        <w:t>vn -0.0829 0.6218 -0.7788</w:t>
        <w:br/>
        <w:t>vn 0.6982 0.7116 0.0790</w:t>
        <w:br/>
        <w:t>vn -0.1113 0.4779 0.8713</w:t>
        <w:br/>
        <w:t>vn -0.0074 0.7249 0.6888</w:t>
        <w:br/>
        <w:t>vn 0.2384 0.1350 0.9617</w:t>
        <w:br/>
        <w:t>vn -0.6755 -0.0179 0.7371</w:t>
        <w:br/>
        <w:t>vn -0.4024 -0.5161 0.7562</w:t>
        <w:br/>
        <w:t>vn -0.9686 -0.2487 0.0055</w:t>
        <w:br/>
        <w:t>vn -0.9686 -0.2488 0.0054</w:t>
        <w:br/>
        <w:t>vn -0.7901 -0.1275 -0.5996</w:t>
        <w:br/>
        <w:t>vn -0.7308 -0.0102 -0.6826</w:t>
        <w:br/>
        <w:t>vn 0.2445 -0.7505 0.6139</w:t>
        <w:br/>
        <w:t>vn 0.1361 0.1048 0.9851</w:t>
        <w:br/>
        <w:t>vn 0.3741 0.2874 0.8818</w:t>
        <w:br/>
        <w:t>vn 0.0737 0.5248 0.8480</w:t>
        <w:br/>
        <w:t>vn 0.0389 0.2150 0.9758</w:t>
        <w:br/>
        <w:t>vn 0.7270 0.0471 0.6850</w:t>
        <w:br/>
        <w:t>vn 0.9734 0.1055 0.2031</w:t>
        <w:br/>
        <w:t>vn 0.7912 0.5506 0.2660</w:t>
        <w:br/>
        <w:t>vn 0.5563 0.4015 0.7275</w:t>
        <w:br/>
        <w:t>vn 0.9845 0.0957 -0.1468</w:t>
        <w:br/>
        <w:t>vn 0.8177 0.5686 -0.0899</w:t>
        <w:br/>
        <w:t>vn 0.4448 0.8772 0.1808</w:t>
        <w:br/>
        <w:t>vn 0.2783 0.6732 0.6850</w:t>
        <w:br/>
        <w:t>vn 0.8026 0.5672 -0.1845</w:t>
        <w:br/>
        <w:t>vn 0.9507 0.0294 -0.3086</w:t>
        <w:br/>
        <w:t>vn 0.9497 -0.0240 -0.3123</w:t>
        <w:br/>
        <w:t>vn 0.8041 0.5744 -0.1532</w:t>
        <w:br/>
        <w:t>vn 0.3723 0.8797 -0.2958</w:t>
        <w:br/>
        <w:t>vn 0.4568 0.8725 -0.1734</w:t>
        <w:br/>
        <w:t>vn 0.3028 0.8994 -0.3152</w:t>
        <w:br/>
        <w:t>vn 0.2165 -0.0316 0.9758</w:t>
        <w:br/>
        <w:t>vn 0.4993 -0.0927 0.8615</w:t>
        <w:br/>
        <w:t>vn -0.1086 -0.0735 0.9914</w:t>
        <w:br/>
        <w:t>vn -0.1655 0.0093 0.9862</w:t>
        <w:br/>
        <w:t>vn -0.4897 0.0813 0.8681</w:t>
        <w:br/>
        <w:t>vn -0.3737 -0.2579 0.8910</w:t>
        <w:br/>
        <w:t>vn -0.3032 -0.6669 0.6806</w:t>
        <w:br/>
        <w:t>vn -0.5907 -0.3953 0.7034</w:t>
        <w:br/>
        <w:t>vn -0.7982 -0.5532 0.2384</w:t>
        <w:br/>
        <w:t>vn -0.4559 -0.8696 0.1895</w:t>
        <w:br/>
        <w:t>vn -0.8121 -0.5760 -0.0932</w:t>
        <w:br/>
        <w:t>vn -0.4654 -0.8701 -0.1619</w:t>
        <w:br/>
        <w:t>vn -0.7564 -0.0512 0.6521</w:t>
        <w:br/>
        <w:t>vn -0.9747 -0.1377 0.1762</w:t>
        <w:br/>
        <w:t>vn -0.7940 -0.5649 -0.2245</w:t>
        <w:br/>
        <w:t>vn -0.7985 -0.5627 -0.2138</w:t>
        <w:br/>
        <w:t>vn -0.3882 -0.8585 -0.3350</w:t>
        <w:br/>
        <w:t>vn -0.4189 -0.8465 -0.3286</w:t>
        <w:br/>
        <w:t>vn -0.9732 -0.1611 -0.1641</w:t>
        <w:br/>
        <w:t>vn -0.9308 -0.1268 -0.3429</w:t>
        <w:br/>
        <w:t>vn -0.9313 -0.0861 -0.3539</w:t>
        <w:br/>
        <w:t>vn -0.1148 -0.5096 0.8527</w:t>
        <w:br/>
        <w:t>vn -0.0656 -0.1863 0.9803</w:t>
        <w:br/>
        <w:t>vn -0.1173 0.6183 0.7771</w:t>
        <w:br/>
        <w:t>vn -0.1864 0.2638 0.9464</w:t>
        <w:br/>
        <w:t>vn 0.8507 -0.2891 -0.4390</w:t>
        <w:br/>
        <w:t>vn 0.8857 -0.2252 -0.4061</w:t>
        <w:br/>
        <w:t>vn 0.1348 0.9027 -0.4087</w:t>
        <w:br/>
        <w:t>vn 0.2511 0.9383 -0.2376</w:t>
        <w:br/>
        <w:t>vn 0.9660 -0.1491 -0.2114</w:t>
        <w:br/>
        <w:t>vn 0.0323 0.8825 -0.4692</w:t>
        <w:br/>
        <w:t>vn 0.1174 -0.1912 0.9745</w:t>
        <w:br/>
        <w:t>vn 0.2710 -0.4366 0.8579</w:t>
        <w:br/>
        <w:t>vn -0.2977 0.4140 0.8602</w:t>
        <w:br/>
        <w:t>vn -0.1197 0.1666 0.9787</w:t>
        <w:br/>
        <w:t>vn 0.1646 -0.2330 0.9584</w:t>
        <w:br/>
        <w:t>vn 0.5408 -0.2975 0.7868</w:t>
        <w:br/>
        <w:t>vn -0.2055 -0.9543 -0.2169</w:t>
        <w:br/>
        <w:t>vn -0.2111 -0.9692 0.1266</w:t>
        <w:br/>
        <w:t>vn -0.9576 0.1161 0.2636</w:t>
        <w:br/>
        <w:t>vn -0.9872 0.1140 0.1117</w:t>
        <w:br/>
        <w:t>vn -0.0112 0.0171 0.9998</w:t>
        <w:br/>
        <w:t>vn -0.9682 0.1025 -0.2283</w:t>
        <w:br/>
        <w:t>vn -0.2018 -0.9365 0.2868</w:t>
        <w:br/>
        <w:t>vn -0.0927 -0.8980 -0.4301</w:t>
        <w:br/>
        <w:t>vn -0.1414 -0.9009 -0.4104</w:t>
        <w:br/>
        <w:t>vn -0.8882 0.1447 -0.4360</w:t>
        <w:br/>
        <w:t>vn -0.8635 0.1966 -0.4644</w:t>
        <w:br/>
        <w:t>vn 0.1174 -0.1914 0.9745</w:t>
        <w:br/>
        <w:t>vn 0.9829 -0.1351 0.1255</w:t>
        <w:br/>
        <w:t>vn 0.2291 0.9680 0.1022</w:t>
        <w:br/>
        <w:t>vn -0.0112 0.0172 0.9998</w:t>
        <w:br/>
        <w:t>vn 0.1190 0.9367 0.3293</w:t>
        <w:br/>
        <w:t>vn 0.7396 0.5630 0.3687</w:t>
        <w:br/>
        <w:t>vn 0.9162 -0.1845 0.3558</w:t>
        <w:br/>
        <w:t>vn -0.9232 0.1790 0.3402</w:t>
        <w:br/>
        <w:t>vn -0.7670 -0.5252 0.3687</w:t>
        <w:br/>
        <w:t>vn -0.1793 -0.9279 0.3268</w:t>
        <w:br/>
        <w:t>vn 0.4983 -0.7942 0.3478</w:t>
        <w:br/>
        <w:t>vn -0.5491 0.7623 0.3426</w:t>
        <w:br/>
        <w:t>vn -0.5490 0.7623 0.3426</w:t>
        <w:br/>
        <w:t>vn -0.9232 0.1790 -0.3402</w:t>
        <w:br/>
        <w:t>vn -0.7670 -0.5252 -0.3687</w:t>
        <w:br/>
        <w:t>vn -0.1793 -0.9279 -0.3268</w:t>
        <w:br/>
        <w:t>vn 0.3982 -0.8911 -0.2178</w:t>
        <w:br/>
        <w:t>vn 0.1361 0.1048 -0.9851</w:t>
        <w:br/>
        <w:t>vn 0.0389 0.2150 -0.9758</w:t>
        <w:br/>
        <w:t>vn 0.0736 0.5248 -0.8480</w:t>
        <w:br/>
        <w:t>vn 0.3741 0.2874 -0.8818</w:t>
        <w:br/>
        <w:t>vn 0.7270 0.0471 -0.6850</w:t>
        <w:br/>
        <w:t>vn 0.5563 0.4015 -0.7275</w:t>
        <w:br/>
        <w:t>vn 0.7912 0.5506 -0.2660</w:t>
        <w:br/>
        <w:t>vn 0.9734 0.1055 -0.2031</w:t>
        <w:br/>
        <w:t>vn 0.8177 0.5686 0.0900</w:t>
        <w:br/>
        <w:t>vn 0.9845 0.0957 0.1468</w:t>
        <w:br/>
        <w:t>vn 0.2783 0.6733 -0.6850</w:t>
        <w:br/>
        <w:t>vn 0.4448 0.8772 -0.1808</w:t>
        <w:br/>
        <w:t>vn 0.8026 0.5672 0.1845</w:t>
        <w:br/>
        <w:t>vn 0.8041 0.5744 0.1533</w:t>
        <w:br/>
        <w:t>vn 0.9497 -0.0240 0.3124</w:t>
        <w:br/>
        <w:t>vn 0.9507 0.0294 0.3086</w:t>
        <w:br/>
        <w:t>vn 0.4568 0.8725 0.1734</w:t>
        <w:br/>
        <w:t>vn 0.3723 0.8797 0.2958</w:t>
        <w:br/>
        <w:t>vn 0.3028 0.8994 0.3152</w:t>
        <w:br/>
        <w:t>vn 0.4993 -0.0927 -0.8615</w:t>
        <w:br/>
        <w:t>vn 0.2165 -0.0316 -0.9758</w:t>
        <w:br/>
        <w:t>vn -0.1086 -0.0735 -0.9914</w:t>
        <w:br/>
        <w:t>vn -0.3737 -0.2579 -0.8910</w:t>
        <w:br/>
        <w:t>vn -0.4897 0.0813 -0.8681</w:t>
        <w:br/>
        <w:t>vn -0.1655 0.0093 -0.9862</w:t>
        <w:br/>
        <w:t>vn -0.3032 -0.6669 -0.6806</w:t>
        <w:br/>
        <w:t>vn -0.4559 -0.8696 -0.1895</w:t>
        <w:br/>
        <w:t>vn -0.7982 -0.5532 -0.2385</w:t>
        <w:br/>
        <w:t>vn -0.5907 -0.3953 -0.7034</w:t>
        <w:br/>
        <w:t>vn -0.4655 -0.8701 0.1619</w:t>
        <w:br/>
        <w:t>vn -0.8121 -0.5760 0.0932</w:t>
        <w:br/>
        <w:t>vn -0.9747 -0.1377 -0.1761</w:t>
        <w:br/>
        <w:t>vn -0.7564 -0.0512 -0.6521</w:t>
        <w:br/>
        <w:t>vn -0.7940 -0.5649 0.2245</w:t>
        <w:br/>
        <w:t>vn -0.4189 -0.8465 0.3286</w:t>
        <w:br/>
        <w:t>vn -0.3882 -0.8585 0.3350</w:t>
        <w:br/>
        <w:t>vn -0.7985 -0.5627 0.2138</w:t>
        <w:br/>
        <w:t>vn -0.9308 -0.1268 0.3429</w:t>
        <w:br/>
        <w:t>vn -0.9732 -0.1610 0.1641</w:t>
        <w:br/>
        <w:t>vn -0.9313 -0.0862 0.3538</w:t>
        <w:br/>
        <w:t>vn -0.0656 -0.1863 -0.9803</w:t>
        <w:br/>
        <w:t>vn -0.1148 -0.5096 -0.8527</w:t>
        <w:br/>
        <w:t>vn -0.1173 0.6183 -0.7771</w:t>
        <w:br/>
        <w:t>vn -0.1864 0.2638 -0.9464</w:t>
        <w:br/>
        <w:t>vn 0.8507 -0.2891 0.4390</w:t>
        <w:br/>
        <w:t>vn 0.8857 -0.2252 0.4061</w:t>
        <w:br/>
        <w:t>vn 0.2510 0.9384 0.2376</w:t>
        <w:br/>
        <w:t>vn 0.1348 0.9027 0.4087</w:t>
        <w:br/>
        <w:t>vn 0.9660 -0.1491 0.2114</w:t>
        <w:br/>
        <w:t>vn 0.0324 0.8825 0.4692</w:t>
        <w:br/>
        <w:t>vn 0.1173 -0.1912 -0.9745</w:t>
        <w:br/>
        <w:t>vn 0.2710 -0.4366 -0.8579</w:t>
        <w:br/>
        <w:t>vn -0.1197 0.1666 -0.9787</w:t>
        <w:br/>
        <w:t>vn -0.2977 0.4140 -0.8602</w:t>
        <w:br/>
        <w:t>vn 0.1646 -0.2330 -0.9584</w:t>
        <w:br/>
        <w:t>vn 0.5407 -0.2975 -0.7868</w:t>
        <w:br/>
        <w:t>vn -0.2111 -0.9692 -0.1266</w:t>
        <w:br/>
        <w:t>vn -0.2055 -0.9543 0.2169</w:t>
        <w:br/>
        <w:t>vn -0.9872 0.1140 -0.1117</w:t>
        <w:br/>
        <w:t>vn -0.9576 0.1162 -0.2635</w:t>
        <w:br/>
        <w:t>vn -0.0113 0.0171 -0.9998</w:t>
        <w:br/>
        <w:t>vn 0.1646 -0.2330 -0.9585</w:t>
        <w:br/>
        <w:t>vn -0.9682 0.1025 0.2283</w:t>
        <w:br/>
        <w:t>vn -0.2018 -0.9365 -0.2868</w:t>
        <w:br/>
        <w:t>vn -0.1173 0.6183 -0.7772</w:t>
        <w:br/>
        <w:t>vn -0.0927 -0.8980 0.4301</w:t>
        <w:br/>
        <w:t>vn -0.1413 -0.9009 0.4104</w:t>
        <w:br/>
        <w:t>vn -0.8882 0.1447 0.4360</w:t>
        <w:br/>
        <w:t>vn -0.8636 0.1966 0.4643</w:t>
        <w:br/>
        <w:t>vn 0.1174 -0.1913 -0.9745</w:t>
        <w:br/>
        <w:t>vn 0.9829 -0.1351 -0.1255</w:t>
        <w:br/>
        <w:t>vn 0.2291 0.9680 -0.1023</w:t>
        <w:br/>
        <w:t>vn -0.0112 0.0172 -0.9998</w:t>
        <w:br/>
        <w:t>vn 0.1190 0.9367 -0.3293</w:t>
        <w:br/>
        <w:t>vn 0.7396 0.5630 -0.3687</w:t>
        <w:br/>
        <w:t>vn 0.9162 -0.1845 -0.3557</w:t>
        <w:br/>
        <w:t>vn 0.6712 -0.3962 -0.6265</w:t>
        <w:br/>
        <w:t>vn -0.5490 0.7623 -0.3426</w:t>
        <w:br/>
        <w:t>vn 0.3982 -0.8911 -0.2179</w:t>
        <w:br/>
        <w:t>vn 0.5408 -0.2975 -0.7868</w:t>
        <w:br/>
        <w:t>vn -0.7639 0.1914 0.6163</w:t>
        <w:br/>
        <w:t>vn -0.7590 0.1866 0.6238</w:t>
        <w:br/>
        <w:t>vn -0.2019 0.7328 0.6498</w:t>
        <w:br/>
        <w:t>vn -0.2232 0.7588 0.6119</w:t>
        <w:br/>
        <w:t>vn 0.4561 0.8394 0.2956</w:t>
        <w:br/>
        <w:t>vn 0.4280 0.8684 0.2503</w:t>
        <w:br/>
        <w:t>vn 0.8538 0.4705 -0.2229</w:t>
        <w:br/>
        <w:t>vn 0.8358 0.4897 -0.2483</w:t>
        <w:br/>
        <w:t>vn 0.7578 -0.1858 -0.6254</w:t>
        <w:br/>
        <w:t>vn 0.7627 -0.1908 -0.6180</w:t>
        <w:br/>
        <w:t>vn 0.1984 -0.7298 -0.6543</w:t>
        <w:br/>
        <w:t>vn 0.2196 -0.7564 -0.6162</w:t>
        <w:br/>
        <w:t>vn -0.4620 -0.8330 -0.3043</w:t>
        <w:br/>
        <w:t>vn -0.4341 -0.8628 -0.2591</w:t>
        <w:br/>
        <w:t>vn -0.4342 -0.8628 -0.2591</w:t>
        <w:br/>
        <w:t>vn -0.8574 -0.4668 0.2167</w:t>
        <w:br/>
        <w:t>vn -0.8396 -0.4864 0.2417</w:t>
        <w:br/>
        <w:t>vn -0.7526 0.1761 0.6345</w:t>
        <w:br/>
        <w:t>vn -0.1640 0.6732 0.7210</w:t>
        <w:br/>
        <w:t>vn 0.5080 0.7705 0.3850</w:t>
        <w:br/>
        <w:t>vn 0.8886 0.4262 -0.1696</w:t>
        <w:br/>
        <w:t>vn 0.7516 -0.1751 -0.6359</w:t>
        <w:br/>
        <w:t>vn 0.1610 -0.6697 -0.7250</w:t>
        <w:br/>
        <w:t>vn -0.5128 -0.7637 -0.3922</w:t>
        <w:br/>
        <w:t>vn -0.5127 -0.7638 -0.3922</w:t>
        <w:br/>
        <w:t>vn -0.8913 -0.4223 0.1648</w:t>
        <w:br/>
        <w:t>vn -0.7532 0.1674 0.6361</w:t>
        <w:br/>
        <w:t>vn -0.1422 0.6171 0.7739</w:t>
        <w:br/>
        <w:t>vn 0.5442 0.7028 0.4581</w:t>
        <w:br/>
        <w:t>vn 0.9161 0.3820 -0.1216</w:t>
        <w:br/>
        <w:t>vn 0.7526 -0.1666 -0.6370</w:t>
        <w:br/>
        <w:t>vn 0.1404 -0.6142 -0.7765</w:t>
        <w:br/>
        <w:t>vn -0.5471 -0.6975 -0.4628</w:t>
        <w:br/>
        <w:t>vn -0.5471 -0.6976 -0.4628</w:t>
        <w:br/>
        <w:t>vn -0.9178 -0.3789 0.1184</w:t>
        <w:br/>
        <w:t>vn -0.7554 0.1645 0.6343</w:t>
        <w:br/>
        <w:t>vn -0.1369 0.5938 0.7929</w:t>
        <w:br/>
        <w:t>vn 0.5559 0.6739 0.4866</w:t>
        <w:br/>
        <w:t>vn 0.9264 0.3627 -0.1013</w:t>
        <w:br/>
        <w:t>vn 0.7549 -0.1638 -0.6351</w:t>
        <w:br/>
        <w:t>vn 0.1357 -0.5915 -0.7948</w:t>
        <w:br/>
        <w:t>vn -0.5580 -0.6696 -0.4903</w:t>
        <w:br/>
        <w:t>vn -0.5580 -0.6696 -0.4902</w:t>
        <w:br/>
        <w:t>vn -0.9277 -0.3601 0.0989</w:t>
        <w:br/>
        <w:t>vn -0.7639 0.1914 -0.6163</w:t>
        <w:br/>
        <w:t>vn -0.2232 0.7588 -0.6119</w:t>
        <w:br/>
        <w:t>vn -0.2019 0.7328 -0.6498</w:t>
        <w:br/>
        <w:t>vn -0.7590 0.1867 -0.6238</w:t>
        <w:br/>
        <w:t>vn 0.4280 0.8684 -0.2503</w:t>
        <w:br/>
        <w:t>vn 0.4561 0.8394 -0.2956</w:t>
        <w:br/>
        <w:t>vn 0.8358 0.4897 0.2483</w:t>
        <w:br/>
        <w:t>vn 0.8538 0.4705 0.2229</w:t>
        <w:br/>
        <w:t>vn 0.7627 -0.1908 0.6180</w:t>
        <w:br/>
        <w:t>vn 0.7578 -0.1858 0.6254</w:t>
        <w:br/>
        <w:t>vn 0.2196 -0.7564 0.6162</w:t>
        <w:br/>
        <w:t>vn 0.1984 -0.7298 0.6543</w:t>
        <w:br/>
        <w:t>vn -0.4341 -0.8628 0.2591</w:t>
        <w:br/>
        <w:t>vn -0.4621 -0.8330 0.3043</w:t>
        <w:br/>
        <w:t>vn -0.8396 -0.4864 -0.2417</w:t>
        <w:br/>
        <w:t>vn -0.8574 -0.4668 -0.2167</w:t>
        <w:br/>
        <w:t>vn -0.4620 -0.8331 0.3042</w:t>
        <w:br/>
        <w:t>vn -0.1641 0.6732 -0.7210</w:t>
        <w:br/>
        <w:t>vn -0.7526 0.1761 -0.6345</w:t>
        <w:br/>
        <w:t>vn 0.5081 0.7704 -0.3850</w:t>
        <w:br/>
        <w:t>vn 0.8886 0.4262 0.1696</w:t>
        <w:br/>
        <w:t>vn 0.7516 -0.1751 0.6359</w:t>
        <w:br/>
        <w:t>vn 0.1611 -0.6697 0.7250</w:t>
        <w:br/>
        <w:t>vn -0.5127 -0.7638 0.3922</w:t>
        <w:br/>
        <w:t>vn -0.8913 -0.4223 -0.1648</w:t>
        <w:br/>
        <w:t>vn -0.5127 -0.7637 0.3922</w:t>
        <w:br/>
        <w:t>vn -0.1422 0.6171 -0.7739</w:t>
        <w:br/>
        <w:t>vn -0.7532 0.1674 -0.6361</w:t>
        <w:br/>
        <w:t>vn 0.5442 0.7029 -0.4580</w:t>
        <w:br/>
        <w:t>vn 0.9161 0.3820 0.1216</w:t>
        <w:br/>
        <w:t>vn 0.7526 -0.1666 0.6370</w:t>
        <w:br/>
        <w:t>vn 0.1404 -0.6142 0.7765</w:t>
        <w:br/>
        <w:t>vn -0.5470 -0.6975 0.4628</w:t>
        <w:br/>
        <w:t>vn -0.9178 -0.3789 -0.1184</w:t>
        <w:br/>
        <w:t>vn -0.5471 -0.6975 0.4628</w:t>
        <w:br/>
        <w:t>vn -0.1369 0.5938 -0.7929</w:t>
        <w:br/>
        <w:t>vn -0.7553 0.1645 -0.6343</w:t>
        <w:br/>
        <w:t>vn 0.5559 0.6739 -0.4866</w:t>
        <w:br/>
        <w:t>vn 0.9264 0.3627 0.1014</w:t>
        <w:br/>
        <w:t>vn 0.7549 -0.1638 0.6350</w:t>
        <w:br/>
        <w:t>vn 0.1356 -0.5915 0.7948</w:t>
        <w:br/>
        <w:t>vn -0.5580 -0.6696 0.4902</w:t>
        <w:br/>
        <w:t>vn -0.9277 -0.3600 -0.0989</w:t>
        <w:br/>
        <w:t>vn 0.5077 -0.8341 -0.2158</w:t>
        <w:br/>
        <w:t>vn 0.4034 -0.8316 -0.3818</w:t>
        <w:br/>
        <w:t>vn 0.2470 -0.9461 -0.2096</w:t>
        <w:br/>
        <w:t>vn 0.4381 -0.8910 -0.1191</w:t>
        <w:br/>
        <w:t>vn 0.4717 -0.8620 -0.1854</w:t>
        <w:br/>
        <w:t>vn 0.3661 -0.9129 -0.1805</w:t>
        <w:br/>
        <w:t>vn 0.5501 -0.7892 -0.2729</w:t>
        <w:br/>
        <w:t>vn 0.5505 -0.7589 -0.3477</w:t>
        <w:br/>
        <w:t>vn 0.4638 -0.8654 -0.1897</w:t>
        <w:br/>
        <w:t>vn 0.4938 -0.8556 -0.1555</w:t>
        <w:br/>
        <w:t>vn 0.2499 -0.9651 -0.0783</w:t>
        <w:br/>
        <w:t>vn 0.4002 -0.9069 -0.1318</w:t>
        <w:br/>
        <w:t>vn 0.2128 -0.9688 -0.1270</w:t>
        <w:br/>
        <w:t>vn 0.2004 -0.9649 -0.1699</w:t>
        <w:br/>
        <w:t>vn 0.6015 -0.6914 -0.4003</w:t>
        <w:br/>
        <w:t>vn 0.5426 -0.7423 -0.3932</w:t>
        <w:br/>
        <w:t>vn 0.5208 -0.6723 -0.5261</w:t>
        <w:br/>
        <w:t>vn 0.3590 -0.0866 0.9293</w:t>
        <w:br/>
        <w:t>vn 0.6413 -0.0889 0.7621</w:t>
        <w:br/>
        <w:t>vn 0.4734 0.4004 0.7845</w:t>
        <w:br/>
        <w:t>vn 0.1566 0.3434 0.9261</w:t>
        <w:br/>
        <w:t>vn 0.1112 0.7789 0.6172</w:t>
        <w:br/>
        <w:t>vn -0.0954 0.6846 0.7227</w:t>
        <w:br/>
        <w:t>vn -0.3298 0.8552 0.3999</w:t>
        <w:br/>
        <w:t>vn -0.2399 0.9257 0.2924</w:t>
        <w:br/>
        <w:t>vn -0.4862 0.8706 -0.0751</w:t>
        <w:br/>
        <w:t>vn -0.6147 0.7861 0.0644</w:t>
        <w:br/>
        <w:t>vn 0.8475 0.0415 0.5292</w:t>
        <w:br/>
        <w:t>vn 0.6386 0.4426 0.6295</w:t>
        <w:br/>
        <w:t>vn 0.2137 0.7881 0.5773</w:t>
        <w:br/>
        <w:t>vn -0.2694 0.8911 0.3652</w:t>
        <w:br/>
        <w:t>vn -0.6225 0.7811 0.0488</w:t>
        <w:br/>
        <w:t>vn 0.4515 -0.4758 0.7549</w:t>
        <w:br/>
        <w:t>vn 0.6728 -0.4816 0.5615</w:t>
        <w:br/>
        <w:t>vn 0.9104 0.0946 0.4028</w:t>
        <w:br/>
        <w:t>vn 0.6764 0.4904 0.5495</w:t>
        <w:br/>
        <w:t>vn 0.2274 0.7858 0.5751</w:t>
        <w:br/>
        <w:t>vn -0.2794 0.8391 0.4667</w:t>
        <w:br/>
        <w:t>vn -0.7156 0.6361 0.2886</w:t>
        <w:br/>
        <w:t>vn 0.9183 -0.3938 0.0406</w:t>
        <w:br/>
        <w:t>vn 0.8848 -0.3950 0.2472</w:t>
        <w:br/>
        <w:t>vn 0.7280 0.4778 0.4916</w:t>
        <w:br/>
        <w:t>vn 0.6659 0.5078 0.5465</w:t>
        <w:br/>
        <w:t>vn 0.8978 0.0837 0.4325</w:t>
        <w:br/>
        <w:t>vn 0.9304 0.0299 0.3653</w:t>
        <w:br/>
        <w:t>vn 0.3336 0.8019 0.4957</w:t>
        <w:br/>
        <w:t>vn 0.2490 0.7985 0.5481</w:t>
        <w:br/>
        <w:t>vn -0.2052 0.8767 0.4351</w:t>
        <w:br/>
        <w:t>vn -0.1297 0.9322 0.3378</w:t>
        <w:br/>
        <w:t>vn -0.6070 0.7947 -0.0014</w:t>
        <w:br/>
        <w:t>vn -0.6605 0.7249 0.1956</w:t>
        <w:br/>
        <w:t>vn 0.8309 -0.5404 0.1322</w:t>
        <w:br/>
        <w:t>vn 0.8634 -0.4885 0.1262</w:t>
        <w:br/>
        <w:t>vn 0.9939 0.0113 0.1097</w:t>
        <w:br/>
        <w:t>vn 0.8628 0.4393 0.2501</w:t>
        <w:br/>
        <w:t>vn 0.4931 0.7996 0.3429</w:t>
        <w:br/>
        <w:t>vn 0.8182 0.5736 0.0390</w:t>
        <w:br/>
        <w:t>vn 0.4790 0.8708 0.1106</w:t>
        <w:br/>
        <w:t>vn -0.6388 0.7429 0.1999</w:t>
        <w:br/>
        <w:t>vn -0.6302 0.7710 0.0916</w:t>
        <w:br/>
        <w:t>vn -0.1068 0.9552 0.2761</w:t>
        <w:br/>
        <w:t>vn -0.0606 0.9915 0.1149</w:t>
        <w:br/>
        <w:t>vn -0.7898 0.3635 0.4940</w:t>
        <w:br/>
        <w:t>vn -0.9275 0.3159 0.1999</w:t>
        <w:br/>
        <w:t>vn 0.8694 -0.4915 -0.0505</w:t>
        <w:br/>
        <w:t>vn 0.9751 -0.1508 -0.1627</w:t>
        <w:br/>
        <w:t>vn 0.8522 0.2533 -0.4578</w:t>
        <w:br/>
        <w:t>vn 0.9228 0.2265 -0.3118</w:t>
        <w:br/>
        <w:t>vn 0.9234 -0.1387 -0.3579</w:t>
        <w:br/>
        <w:t>vn 0.8734 -0.1214 -0.4716</w:t>
        <w:br/>
        <w:t>vn 0.7121 0.6111 -0.3457</w:t>
        <w:br/>
        <w:t>vn 0.7783 0.5781 -0.2452</w:t>
        <w:br/>
        <w:t>vn 0.4273 0.8960 -0.1207</w:t>
        <w:br/>
        <w:t>vn 0.4294 0.8944 -0.1250</w:t>
        <w:br/>
        <w:t>vn -0.4714 0.6742 0.5686</w:t>
        <w:br/>
        <w:t>vn -0.5818 0.2897 0.7600</w:t>
        <w:br/>
        <w:t>vn -0.5303 0.7446 0.4054</w:t>
        <w:br/>
        <w:t>vn 0.8406 -0.4635 -0.2804</w:t>
        <w:br/>
        <w:t>vn 0.8023 -0.4393 -0.4041</w:t>
        <w:br/>
        <w:t>vn 0.7484 0.2757 -0.6032</w:t>
        <w:br/>
        <w:t>vn 0.7743 -0.0900 -0.6263</w:t>
        <w:br/>
        <w:t>vn 0.6504 0.6137 -0.4475</w:t>
        <w:br/>
        <w:t>vn 0.3972 0.9080 -0.1332</w:t>
        <w:br/>
        <w:t>vn 0.4324 0.2802 -0.8570</w:t>
        <w:br/>
        <w:t>vn 0.3530 0.5511 -0.7561</w:t>
        <w:br/>
        <w:t>vn 0.3856 0.6080 -0.6940</w:t>
        <w:br/>
        <w:t>vn 0.4892 0.2864 -0.8238</w:t>
        <w:br/>
        <w:t>vn 0.2112 0.9455 -0.2479</w:t>
        <w:br/>
        <w:t>vn 0.1361 0.9443 -0.2995</w:t>
        <w:br/>
        <w:t>vn -0.2013 0.9372 0.2848</w:t>
        <w:br/>
        <w:t>vn -0.0628 0.9123 0.4046</w:t>
        <w:br/>
        <w:t>vn -0.2220 0.6541 0.7231</w:t>
        <w:br/>
        <w:t>vn -0.3599 0.6582 0.6612</w:t>
        <w:br/>
        <w:t>vn -0.3314 0.2000 0.9220</w:t>
        <w:br/>
        <w:t>vn -0.4302 0.2387 0.8706</w:t>
        <w:br/>
        <w:t>vn 0.4260 0.0631 -0.9025</w:t>
        <w:br/>
        <w:t>vn 0.3549 0.2964 -0.8867</w:t>
        <w:br/>
        <w:t>vn 0.4141 0.0249 -0.9099</w:t>
        <w:br/>
        <w:t>vn -0.2442 0.6546 0.7155</w:t>
        <w:br/>
        <w:t>vn -0.2871 0.2144 0.9336</w:t>
        <w:br/>
        <w:t>vn 0.5075 -0.8206 -0.2629</w:t>
        <w:br/>
        <w:t>vn 0.5302 -0.8477 0.0160</w:t>
        <w:br/>
        <w:t>vn 0.7203 -0.6919 0.0494</w:t>
        <w:br/>
        <w:t>vn 0.7413 -0.6373 -0.2106</w:t>
        <w:br/>
        <w:t>vn 0.2677 -0.4301 -0.8622</w:t>
        <w:br/>
        <w:t>vn -0.1864 -0.2303 -0.9551</w:t>
        <w:br/>
        <w:t>vn 0.2900 -0.4147 -0.8625</w:t>
        <w:br/>
        <w:t>vn 0.2468 -0.2595 -0.9337</w:t>
        <w:br/>
        <w:t>vn 0.2858 -0.0735 -0.9555</w:t>
        <w:br/>
        <w:t>vn 0.3469 -0.2119 -0.9136</w:t>
        <w:br/>
        <w:t>vn 0.0158 0.6043 -0.7966</w:t>
        <w:br/>
        <w:t>vn 0.1792 0.5763 -0.7974</w:t>
        <w:br/>
        <w:t>vn 0.2040 0.3037 -0.9307</w:t>
        <w:br/>
        <w:t>vn 0.0701 0.2832 -0.9565</w:t>
        <w:br/>
        <w:t>vn -0.1499 0.9541 -0.2593</w:t>
        <w:br/>
        <w:t>vn 0.0293 0.9559 -0.2923</w:t>
        <w:br/>
        <w:t>vn -0.2355 0.6778 0.6965</w:t>
        <w:br/>
        <w:t>vn -0.1751 0.8985 0.4025</w:t>
        <w:br/>
        <w:t>vn -0.2511 0.8848 0.3925</w:t>
        <w:br/>
        <w:t>vn 0.5394 -0.8186 -0.1973</w:t>
        <w:br/>
        <w:t>vn 0.4737 -0.8176 -0.3272</w:t>
        <w:br/>
        <w:t>vn 0.5323 -0.7797 -0.3297</w:t>
        <w:br/>
        <w:t>vn 0.3213 0.0307 -0.9465</w:t>
        <w:br/>
        <w:t>vn 0.0680 0.1124 -0.9913</w:t>
        <w:br/>
        <w:t>vn 0.2111 0.2009 -0.9566</w:t>
        <w:br/>
        <w:t>vn -0.0161 -0.0619 0.9979</w:t>
        <w:br/>
        <w:t>vn -0.2289 0.2391 0.9436</w:t>
        <w:br/>
        <w:t>vn -0.5887 0.1050 0.8015</w:t>
        <w:br/>
        <w:t>vn -0.4678 0.0252 0.8835</w:t>
        <w:br/>
        <w:t>vn -0.3564 0.4447 0.8217</w:t>
        <w:br/>
        <w:t>vn -0.5816 0.1173 0.8050</w:t>
        <w:br/>
        <w:t>vn -0.5417 0.5818 0.6066</w:t>
        <w:br/>
        <w:t>vn -0.8474 0.4587 0.2674</w:t>
        <w:br/>
        <w:t>vn -0.7926 0.1339 0.5948</w:t>
        <w:br/>
        <w:t>vn 0.1390 -0.4456 0.8844</w:t>
        <w:br/>
        <w:t>vn -0.2457 -0.3002 0.9217</w:t>
        <w:br/>
        <w:t>vn -0.8041 0.0315 0.5936</w:t>
        <w:br/>
        <w:t>vn -0.6437 -0.1350 0.7533</w:t>
        <w:br/>
        <w:t>vn -0.9333 0.2078 0.2930</w:t>
        <w:br/>
        <w:t>vn -0.8743 0.0591 0.4817</w:t>
        <w:br/>
        <w:t>vn -0.7989 -0.1025 0.5927</w:t>
        <w:br/>
        <w:t>vn -0.1930 -0.3073 -0.9318</w:t>
        <w:br/>
        <w:t>vn -0.0458 -0.0811 -0.9956</w:t>
        <w:br/>
        <w:t>vn -0.8442 -0.2882 0.4520</w:t>
        <w:br/>
        <w:t>vn -0.8904 -0.1663 0.4237</w:t>
        <w:br/>
        <w:t>vn -0.8360 -0.0949 0.5404</w:t>
        <w:br/>
        <w:t>vn -0.9162 0.3675 -0.1595</w:t>
        <w:br/>
        <w:t>vn -0.9586 0.2528 -0.1311</w:t>
        <w:br/>
        <w:t>vn 0.5375 -0.2792 -0.7957</w:t>
        <w:br/>
        <w:t>vn 0.5704 -0.6275 -0.5299</w:t>
        <w:br/>
        <w:t>vn 0.7165 -0.4605 -0.5240</w:t>
        <w:br/>
        <w:t>vn -0.0772 0.9783 0.1924</w:t>
        <w:br/>
        <w:t>vn -0.1350 0.9235 0.3592</w:t>
        <w:br/>
        <w:t>vn 0.6095 0.2815 -0.7412</w:t>
        <w:br/>
        <w:t>vn 0.4854 0.6105 -0.6259</w:t>
        <w:br/>
        <w:t>vn 0.1584 0.9372 -0.3107</w:t>
        <w:br/>
        <w:t>vn -0.2609 0.9406 0.2174</w:t>
        <w:br/>
        <w:t>vn 0.3164 -0.9405 -0.1237</w:t>
        <w:br/>
        <w:t>vn 0.3440 -0.9162 -0.2054</w:t>
        <w:br/>
        <w:t>vn 0.4972 -0.5483 -0.6724</w:t>
        <w:br/>
        <w:t>vn 0.4947 -0.6895 -0.5289</w:t>
        <w:br/>
        <w:t>vn 0.5318 0.0219 -0.8466</w:t>
        <w:br/>
        <w:t>vn 0.1171 -0.8348 -0.5379</w:t>
        <w:br/>
        <w:t>vn 0.1034 -0.6835 -0.7226</w:t>
        <w:br/>
        <w:t>vn 0.4560 -0.6788 -0.5756</w:t>
        <w:br/>
        <w:t>vn 0.0352 0.1862 -0.9819</w:t>
        <w:br/>
        <w:t>vn 0.0001 0.1380 -0.9904</w:t>
        <w:br/>
        <w:t>vn 0.0001 0.2786 -0.9604</w:t>
        <w:br/>
        <w:t>vn 0.0000 0.6265 -0.7794</w:t>
        <w:br/>
        <w:t>vn -0.0001 0.9736 -0.2284</w:t>
        <w:br/>
        <w:t>vn -0.2261 0.2431 0.9433</w:t>
        <w:br/>
        <w:t>vn -0.0290 0.0345 -0.9990</w:t>
        <w:br/>
        <w:t>vn -0.0000 0.0101 -0.9999</w:t>
        <w:br/>
        <w:t>vn -0.0000 -0.4138 -0.9104</w:t>
        <w:br/>
        <w:t>vn -0.0000 -0.6266 -0.7793</w:t>
        <w:br/>
        <w:t>vn -0.0848 -0.6346 -0.7682</w:t>
        <w:br/>
        <w:t>vn -0.0150 -0.4129 -0.9107</w:t>
        <w:br/>
        <w:t>vn -0.8198 -0.1463 0.5537</w:t>
        <w:br/>
        <w:t>vn 0.6328 -0.4235 -0.6482</w:t>
        <w:br/>
        <w:t>vn 0.5991 -0.3068 -0.7396</w:t>
        <w:br/>
        <w:t>vn 0.6427 -0.0580 -0.7639</w:t>
        <w:br/>
        <w:t>vn 0.9742 0.2144 -0.0705</w:t>
        <w:br/>
        <w:t>vn 0.4164 -0.4512 -0.7893</w:t>
        <w:br/>
        <w:t>vn 0.5182 -0.2182 -0.8270</w:t>
        <w:br/>
        <w:t>vn -0.0644 -0.4415 -0.8950</w:t>
        <w:br/>
        <w:t>vn 0.5912 -0.4195 -0.6889</w:t>
        <w:br/>
        <w:t>vn 0.4592 -0.3547 -0.8144</w:t>
        <w:br/>
        <w:t>vn -0.0659 -0.2782 -0.9583</w:t>
        <w:br/>
        <w:t>vn 0.0798 -0.2748 -0.9582</w:t>
        <w:br/>
        <w:t>vn -0.0000 -0.2968 -0.9549</w:t>
        <w:br/>
        <w:t>vn 0.4338 -0.7940 -0.4260</w:t>
        <w:br/>
        <w:t>vn 0.4095 -0.9112 0.0451</w:t>
        <w:br/>
        <w:t>vn 0.5215 -0.8235 0.2234</w:t>
        <w:br/>
        <w:t>vn 0.3814 -0.8032 0.4575</w:t>
        <w:br/>
        <w:t>vn 0.3484 -0.8751 0.3360</w:t>
        <w:br/>
        <w:t>vn 0.6878 -0.7124 -0.1395</w:t>
        <w:br/>
        <w:t>vn 0.1460 -0.7693 0.6219</w:t>
        <w:br/>
        <w:t>vn 0.1559 -0.7049 0.6920</w:t>
        <w:br/>
        <w:t>vn -0.3311 -0.4891 0.8069</w:t>
        <w:br/>
        <w:t>vn -0.5625 0.7133 -0.4182</w:t>
        <w:br/>
        <w:t>vn -0.7545 0.6497 -0.0930</w:t>
        <w:br/>
        <w:t>vn -0.7811 0.5578 -0.2807</w:t>
        <w:br/>
        <w:t>vn -0.9563 0.2841 0.0696</w:t>
        <w:br/>
        <w:t>vn -0.9175 0.3971 0.0222</w:t>
        <w:br/>
        <w:t>vn 0.8854 -0.4587 0.0756</w:t>
        <w:br/>
        <w:t>vn 0.9402 -0.3308 0.0815</w:t>
        <w:br/>
        <w:t>vn 0.8859 -0.4391 -0.1496</w:t>
        <w:br/>
        <w:t>vn 0.0431 -0.2746 -0.9606</w:t>
        <w:br/>
        <w:t>vn 0.0000 0.7109 0.7033</w:t>
        <w:br/>
        <w:t>vn -0.0000 0.2679 0.9634</w:t>
        <w:br/>
        <w:t>vn -0.0001 0.9137 0.4065</w:t>
        <w:br/>
        <w:t>vn -0.7950 0.4475 -0.4095</w:t>
        <w:br/>
        <w:t>vn -0.9889 0.0989 -0.1113</w:t>
        <w:br/>
        <w:t>vn -0.8574 0.0628 0.5108</w:t>
        <w:br/>
        <w:t>vn -0.5952 0.0601 0.8013</w:t>
        <w:br/>
        <w:t>vn -0.4196 -0.1021 0.9020</w:t>
        <w:br/>
        <w:t>vn -0.2886 -0.1805 0.9403</w:t>
        <w:br/>
        <w:t>vn -0.9834 0.1004 -0.1509</w:t>
        <w:br/>
        <w:t>vn -0.0257 -0.1719 0.9848</w:t>
        <w:br/>
        <w:t>vn -0.7262 -0.3028 0.6172</w:t>
        <w:br/>
        <w:t>vn -0.2484 -0.9458 -0.2091</w:t>
        <w:br/>
        <w:t>vn -0.4060 -0.8311 -0.3802</w:t>
        <w:br/>
        <w:t>vn -0.5053 -0.8352 -0.2169</w:t>
        <w:br/>
        <w:t>vn -0.4358 -0.8920 -0.1200</w:t>
        <w:br/>
        <w:t>vn -0.4681 -0.8641 -0.1849</w:t>
        <w:br/>
        <w:t>vn -0.5481 -0.7914 -0.2709</w:t>
        <w:br/>
        <w:t>vn -0.3655 -0.9131 -0.1807</w:t>
        <w:br/>
        <w:t>vn -0.5493 -0.7608 -0.3456</w:t>
        <w:br/>
        <w:t>vn -0.4948 -0.8558 -0.1511</w:t>
        <w:br/>
        <w:t>vn -0.4646 -0.8655 -0.1876</w:t>
        <w:br/>
        <w:t>vn -0.2485 -0.9655 -0.0778</w:t>
        <w:br/>
        <w:t>vn -0.2126 -0.9688 -0.1272</w:t>
        <w:br/>
        <w:t>vn -0.3977 -0.9080 -0.1320</w:t>
        <w:br/>
        <w:t>vn -0.1386 -0.9753 -0.1723</w:t>
        <w:br/>
        <w:t>vn -0.6008 -0.6909 -0.4023</w:t>
        <w:br/>
        <w:t>vn -0.5412 -0.7416 -0.3964</w:t>
        <w:br/>
        <w:t>vn -0.5249 -0.6707 -0.5241</w:t>
        <w:br/>
        <w:t>vn -0.7336 -0.2321 -0.6387</w:t>
        <w:br/>
        <w:t>vn -0.3559 -0.0854 0.9306</w:t>
        <w:br/>
        <w:t>vn -0.1531 0.3441 0.9264</w:t>
        <w:br/>
        <w:t>vn -0.4709 0.4017 0.7854</w:t>
        <w:br/>
        <w:t>vn -0.6397 -0.0883 0.7636</w:t>
        <w:br/>
        <w:t>vn 0.0978 0.6840 0.7229</w:t>
        <w:br/>
        <w:t>vn -0.1090 0.7793 0.6172</w:t>
        <w:br/>
        <w:t>vn 0.3330 0.8541 0.3996</w:t>
        <w:br/>
        <w:t>vn 0.6171 0.7846 0.0599</w:t>
        <w:br/>
        <w:t>vn 0.4922 0.8665 -0.0834</w:t>
        <w:br/>
        <w:t>vn 0.2415 0.9258 0.2909</w:t>
        <w:br/>
        <w:t>vn -0.6365 0.4443 0.6305</w:t>
        <w:br/>
        <w:t>vn -0.8466 0.0423 0.5305</w:t>
        <w:br/>
        <w:t>vn -0.2112 0.7893 0.5765</w:t>
        <w:br/>
        <w:t>vn 0.6263 0.7781 0.0473</w:t>
        <w:br/>
        <w:t>vn 0.2711 0.8919 0.3619</w:t>
        <w:br/>
        <w:t>vn -0.4492 -0.4769 0.7556</w:t>
        <w:br/>
        <w:t>vn -0.6710 -0.4828 0.5627</w:t>
        <w:br/>
        <w:t>vn -0.9101 0.0958 0.4031</w:t>
        <w:br/>
        <w:t>vn -0.6746 0.4921 0.5502</w:t>
        <w:br/>
        <w:t>vn -0.2238 0.7871 0.5748</w:t>
        <w:br/>
        <w:t>vn 0.2830 0.8389 0.4649</w:t>
        <w:br/>
        <w:t>vn 0.7147 0.6369 0.2892</w:t>
        <w:br/>
        <w:t>vn -0.9177 -0.3954 0.0377</w:t>
        <w:br/>
        <w:t>vn -0.8845 -0.3958 0.2471</w:t>
        <w:br/>
        <w:t>vn -0.8977 0.0843 0.4324</w:t>
        <w:br/>
        <w:t>vn -0.6645 0.5092 0.5470</w:t>
        <w:br/>
        <w:t>vn -0.7270 0.4791 0.4919</w:t>
        <w:br/>
        <w:t>vn -0.9303 0.0301 0.3656</w:t>
        <w:br/>
        <w:t>vn -0.2452 0.7996 0.5482</w:t>
        <w:br/>
        <w:t>vn -0.3306 0.8035 0.4950</w:t>
        <w:br/>
        <w:t>vn 0.2094 0.8760 0.4346</w:t>
        <w:br/>
        <w:t>vn 0.6599 0.7252 0.1967</w:t>
        <w:br/>
        <w:t>vn 0.6070 0.7947 0.0001</w:t>
        <w:br/>
        <w:t>vn 0.1332 0.9321 0.3368</w:t>
        <w:br/>
        <w:t>vn -0.8291 -0.5435 0.1310</w:t>
        <w:br/>
        <w:t>vn -0.8620 -0.4914 0.1239</w:t>
        <w:br/>
        <w:t>vn -0.8620 0.4409 0.2503</w:t>
        <w:br/>
        <w:t>vn -0.9939 0.0117 0.1099</w:t>
        <w:br/>
        <w:t>vn -0.4898 0.8022 0.3416</w:t>
        <w:br/>
        <w:t>vn -0.8161 0.5767 0.0385</w:t>
        <w:br/>
        <w:t>vn -0.4736 0.8739 0.1090</w:t>
        <w:br/>
        <w:t>vn 0.1103 0.9559 0.2722</w:t>
        <w:br/>
        <w:t>vn 0.6297 0.7718 0.0878</w:t>
        <w:br/>
        <w:t>vn 0.6370 0.7447 0.1991</w:t>
        <w:br/>
        <w:t>vn 0.0647 0.9915 0.1126</w:t>
        <w:br/>
        <w:t>vn 0.9210 0.3729 0.1129</w:t>
        <w:br/>
        <w:t>vn 0.7883 0.3819 0.4824</w:t>
        <w:br/>
        <w:t>vn -0.8679 -0.4942 -0.0507</w:t>
        <w:br/>
        <w:t>vn -0.9752 -0.1503 -0.1623</w:t>
        <w:br/>
        <w:t>vn -0.9237 -0.1381 -0.3574</w:t>
        <w:br/>
        <w:t>vn -0.9221 0.2294 -0.3117</w:t>
        <w:br/>
        <w:t>vn -0.8512 0.2569 -0.4576</w:t>
        <w:br/>
        <w:t>vn -0.8733 -0.1205 -0.4721</w:t>
        <w:br/>
        <w:t>vn -0.7754 0.5818 -0.2454</w:t>
        <w:br/>
        <w:t>vn -0.7093 0.6152 -0.3442</w:t>
        <w:br/>
        <w:t>vn -0.4230 0.8975 -0.1251</w:t>
        <w:br/>
        <w:t>vn -0.4214 0.8992 -0.1178</w:t>
        <w:br/>
        <w:t>vn 0.6063 0.2987 0.7370</w:t>
        <w:br/>
        <w:t>vn 0.4693 0.6781 0.5656</w:t>
        <w:br/>
        <w:t>vn 0.5263 0.7465 0.4071</w:t>
        <w:br/>
        <w:t>vn -0.8390 -0.4666 -0.2799</w:t>
        <w:br/>
        <w:t>vn -0.8009 -0.4427 -0.4033</w:t>
        <w:br/>
        <w:t>vn -0.7475 0.2783 -0.6032</w:t>
        <w:br/>
        <w:t>vn -0.7736 -0.0893 -0.6274</w:t>
        <w:br/>
        <w:t>vn -0.6484 0.6175 -0.4453</w:t>
        <w:br/>
        <w:t>vn -0.3921 0.9110 -0.1280</w:t>
        <w:br/>
        <w:t>vn -0.3840 0.6105 -0.6928</w:t>
        <w:br/>
        <w:t>vn -0.3521 0.5523 -0.7556</w:t>
        <w:br/>
        <w:t>vn -0.4315 0.2812 -0.8572</w:t>
        <w:br/>
        <w:t>vn -0.4878 0.2877 -0.8242</w:t>
        <w:br/>
        <w:t>vn -0.1343 0.9461 -0.2946</w:t>
        <w:br/>
        <w:t>vn -0.2112 0.9463 -0.2448</w:t>
        <w:br/>
        <w:t>vn 0.1997 0.9375 0.2850</w:t>
        <w:br/>
        <w:t>vn 0.3583 0.6613 0.6590</w:t>
        <w:br/>
        <w:t>vn 0.2203 0.6559 0.7219</w:t>
        <w:br/>
        <w:t>vn 0.0607 0.9124 0.4049</w:t>
        <w:br/>
        <w:t>vn 0.4598 0.2233 0.8595</w:t>
        <w:br/>
        <w:t>vn 0.3316 0.1710 0.9278</w:t>
        <w:br/>
        <w:t>vn -0.4253 0.0655 -0.9027</w:t>
        <w:br/>
        <w:t>vn -0.4146 0.0253 -0.9096</w:t>
        <w:br/>
        <w:t>vn -0.3539 0.2973 -0.8868</w:t>
        <w:br/>
        <w:t>vn 0.2529 0.1847 0.9497</w:t>
        <w:br/>
        <w:t>vn 0.2435 0.6552 0.7151</w:t>
        <w:br/>
        <w:t>vn -0.7394 -0.6426 -0.2009</w:t>
        <w:br/>
        <w:t>vn -0.7147 -0.6959 0.0709</w:t>
        <w:br/>
        <w:t>vn -0.5288 -0.8483 0.0279</w:t>
        <w:br/>
        <w:t>vn -0.5063 -0.8234 -0.2561</w:t>
        <w:br/>
        <w:t>vn -0.2644 -0.4299 -0.8633</w:t>
        <w:br/>
        <w:t>vn -0.2440 -0.2572 -0.9351</w:t>
        <w:br/>
        <w:t>vn -0.2920 -0.4175 -0.8605</w:t>
        <w:br/>
        <w:t>vn 0.1890 -0.2295 -0.9548</w:t>
        <w:br/>
        <w:t>vn -0.2848 -0.0742 -0.9557</w:t>
        <w:br/>
        <w:t>vn -0.3495 -0.2163 -0.9116</w:t>
        <w:br/>
        <w:t>vn -0.2035 0.3041 -0.9307</w:t>
        <w:br/>
        <w:t>vn -0.1791 0.5768 -0.7970</w:t>
        <w:br/>
        <w:t>vn -0.0161 0.6045 -0.7964</w:t>
        <w:br/>
        <w:t>vn -0.0702 0.2833 -0.9565</w:t>
        <w:br/>
        <w:t>vn -0.0299 0.9561 -0.2914</w:t>
        <w:br/>
        <w:t>vn 0.1494 0.9542 -0.2592</w:t>
        <w:br/>
        <w:t>vn 0.1737 0.8987 0.4026</w:t>
        <w:br/>
        <w:t>vn 0.2355 0.6778 0.6965</w:t>
        <w:br/>
        <w:t>vn 0.2508 0.8849 0.3924</w:t>
        <w:br/>
        <w:t>vn -0.5410 -0.8180 -0.1956</w:t>
        <w:br/>
        <w:t>vn -0.5366 -0.7787 -0.3250</w:t>
        <w:br/>
        <w:t>vn -0.4758 -0.8175 -0.3244</w:t>
        <w:br/>
        <w:t>vn -0.3177 0.0357 -0.9475</w:t>
        <w:br/>
        <w:t>vn -0.2096 0.2024 -0.9566</w:t>
        <w:br/>
        <w:t>vn -0.0670 0.1140 -0.9912</w:t>
        <w:br/>
        <w:t>vn 0.0197 -0.0608 0.9980</w:t>
        <w:br/>
        <w:t>vn 0.4681 0.0235 0.8834</w:t>
        <w:br/>
        <w:t>vn 0.5911 0.1070 0.7994</w:t>
        <w:br/>
        <w:t>vn 0.2312 0.2397 0.9429</w:t>
        <w:br/>
        <w:t>vn 0.5847 0.1172 0.8027</w:t>
        <w:br/>
        <w:t>vn 0.3584 0.4443 0.8211</w:t>
        <w:br/>
        <w:t>vn 0.5452 0.5801 0.6052</w:t>
        <w:br/>
        <w:t>vn 0.7872 0.1731 0.5919</w:t>
        <w:br/>
        <w:t>vn 0.8023 0.5089 0.3119</w:t>
        <w:br/>
        <w:t>vn -0.1356 -0.4455 0.8850</w:t>
        <w:br/>
        <w:t>vn 0.2512 -0.2967 0.9214</w:t>
        <w:br/>
        <w:t>vn 0.6304 -0.1499 0.7617</w:t>
        <w:br/>
        <w:t>vn 0.8143 0.0047 0.5805</w:t>
        <w:br/>
        <w:t>vn 0.8727 0.0242 0.4877</w:t>
        <w:br/>
        <w:t>vn 0.9094 0.3294 0.2538</w:t>
        <w:br/>
        <w:t>vn 0.8034 -0.0859 0.5892</w:t>
        <w:br/>
        <w:t>vn 0.1937 -0.3071 -0.9317</w:t>
        <w:br/>
        <w:t>vn 0.8952 -0.2124 0.3917</w:t>
        <w:br/>
        <w:t>vn 0.8429 -0.2380 0.4826</w:t>
        <w:br/>
        <w:t>vn 0.9296 0.3486 -0.1197</w:t>
        <w:br/>
        <w:t>vn 0.8896 0.3913 -0.2356</w:t>
        <w:br/>
        <w:t>vn -0.5383 -0.2817 -0.7943</w:t>
        <w:br/>
        <w:t>vn -0.5741 -0.6305 -0.5224</w:t>
        <w:br/>
        <w:t>vn -0.7152 -0.4629 -0.5235</w:t>
        <w:br/>
        <w:t>vn 0.0783 0.9779 0.1936</w:t>
        <w:br/>
        <w:t>vn 0.1342 0.9241 0.3577</w:t>
        <w:br/>
        <w:t>vn -0.6084 0.2832 -0.7414</w:t>
        <w:br/>
        <w:t>vn -0.4832 0.6138 -0.6243</w:t>
        <w:br/>
        <w:t>vn -0.1541 0.9397 -0.3054</w:t>
        <w:br/>
        <w:t>vn 0.2608 0.9407 0.2168</w:t>
        <w:br/>
        <w:t>vn -0.3144 -0.9421 -0.1164</w:t>
        <w:br/>
        <w:t>vn -0.3420 -0.9180 -0.2009</w:t>
        <w:br/>
        <w:t>vn -0.4935 -0.6912 -0.5280</w:t>
        <w:br/>
        <w:t>vn -0.4970 -0.5497 -0.6714</w:t>
        <w:br/>
        <w:t>vn -0.5305 0.0227 -0.8474</w:t>
        <w:br/>
        <w:t>vn -0.4581 -0.6783 -0.5745</w:t>
        <w:br/>
        <w:t>vn -0.1007 -0.6826 -0.7238</w:t>
        <w:br/>
        <w:t>vn -0.2952 -0.8429 -0.4499</w:t>
        <w:br/>
        <w:t>vn -0.0354 0.1858 -0.9819</w:t>
        <w:br/>
        <w:t>vn 0.2002 0.2295 0.9525</w:t>
        <w:br/>
        <w:t>vn 0.0291 0.0346 -0.9990</w:t>
        <w:br/>
        <w:t>vn 0.0862 -0.6338 -0.7687</w:t>
        <w:br/>
        <w:t>vn 0.8093 -0.2185 0.5452</w:t>
        <w:br/>
        <w:t>vn -0.6313 -0.4253 -0.6485</w:t>
        <w:br/>
        <w:t>vn -0.6420 -0.0577 -0.7646</w:t>
        <w:br/>
        <w:t>vn -0.5982 -0.3086 -0.7395</w:t>
        <w:br/>
        <w:t>vn -0.9738 0.2161 -0.0706</w:t>
        <w:br/>
        <w:t>vn -0.4148 -0.4523 -0.7895</w:t>
        <w:br/>
        <w:t>vn -0.5171 -0.2187 -0.8275</w:t>
        <w:br/>
        <w:t>vn -0.5909 -0.4216 -0.6878</w:t>
        <w:br/>
        <w:t>vn 0.0612 -0.4426 -0.8946</w:t>
        <w:br/>
        <w:t>vn -0.4586 -0.3540 -0.8151</w:t>
        <w:br/>
        <w:t>vn 0.0665 -0.2776 -0.9584</w:t>
        <w:br/>
        <w:t>vn -0.0772 -0.2725 -0.9591</w:t>
        <w:br/>
        <w:t>vn -0.4303 -0.7956 -0.4265</w:t>
        <w:br/>
        <w:t>vn -0.4063 -0.9127 0.0441</w:t>
        <w:br/>
        <w:t>vn -0.3484 -0.8743 0.3378</w:t>
        <w:br/>
        <w:t>vn -0.3797 -0.8040 0.4576</w:t>
        <w:br/>
        <w:t>vn -0.5185 -0.8254 0.2233</w:t>
        <w:br/>
        <w:t>vn -0.6854 -0.7139 -0.1437</w:t>
        <w:br/>
        <w:t>vn -0.1467 -0.7684 0.6229</w:t>
        <w:br/>
        <w:t>vn 0.3134 -0.4954 0.8102</w:t>
        <w:br/>
        <w:t>vn -0.1550 -0.7049 0.6922</w:t>
        <w:br/>
        <w:t>vn 0.5826 0.6928 -0.4249</w:t>
        <w:br/>
        <w:t>vn 0.7545 0.6486 -0.1002</w:t>
        <w:br/>
        <w:t>vn 0.7971 0.5525 -0.2436</w:t>
        <w:br/>
        <w:t>vn 0.9363 0.3421 0.0791</w:t>
        <w:br/>
        <w:t>vn -0.8820 -0.4581 0.1108</w:t>
        <w:br/>
        <w:t>vn -0.8874 -0.4416 -0.1324</w:t>
        <w:br/>
        <w:t>vn -0.9367 -0.3284 0.1214</w:t>
        <w:br/>
        <w:t>vn 0.8277 0.4450 -0.3419</w:t>
        <w:br/>
        <w:t>vn 0.9705 0.2404 -0.0170</w:t>
        <w:br/>
        <w:t>vn 0.8999 0.1587 0.4062</w:t>
        <w:br/>
        <w:t>vn 0.6456 0.0792 0.7596</w:t>
        <w:br/>
        <w:t>vn 0.4995 -0.0969 0.8609</w:t>
        <w:br/>
        <w:t>vn 0.3594 -0.2270 0.9052</w:t>
        <w:br/>
        <w:t>vn 0.2190 -0.2411 0.9455</w:t>
        <w:br/>
        <w:t>vn 0.9617 0.1878 -0.1996</w:t>
        <w:br/>
        <w:t>vn 0.6618 -0.3543 0.6607</w:t>
        <w:br/>
        <w:t>vn -0.9941 0.0693 -0.0834</w:t>
        <w:br/>
        <w:t>vn -0.9948 -0.0166 -0.1005</w:t>
        <w:br/>
        <w:t>vn -0.9993 0.0251 0.0264</w:t>
        <w:br/>
        <w:t>vn -0.9962 0.0746 0.0443</w:t>
        <w:br/>
        <w:t>vn -0.9950 0.0768 0.0635</w:t>
        <w:br/>
        <w:t>vn -0.9979 0.0453 0.0461</w:t>
        <w:br/>
        <w:t>vn -0.9355 -0.1655 -0.3122</w:t>
        <w:br/>
        <w:t>vn -0.9808 -0.1345 -0.1411</w:t>
        <w:br/>
        <w:t>vn -0.9864 -0.1024 -0.1285</w:t>
        <w:br/>
        <w:t>vn -0.9401 -0.1291 -0.3155</w:t>
        <w:br/>
        <w:t>vn -0.8846 -0.0351 -0.4651</w:t>
        <w:br/>
        <w:t>vn -0.9045 0.0069 -0.4263</w:t>
        <w:br/>
        <w:t>vn -0.9501 0.0501 -0.3078</w:t>
        <w:br/>
        <w:t>vn -0.9435 -0.0379 -0.3293</w:t>
        <w:br/>
        <w:t>vn -0.8861 -0.1138 -0.4493</w:t>
        <w:br/>
        <w:t>vn -0.8482 -0.0921 -0.5217</w:t>
        <w:br/>
        <w:t>vn -0.5356 0.5489 0.6417</w:t>
        <w:br/>
        <w:t>vn -0.4874 0.5307 0.6934</w:t>
        <w:br/>
        <w:t>vn -0.5363 0.4864 0.6898</w:t>
        <w:br/>
        <w:t>vn -0.9886 0.1288 0.0779</w:t>
        <w:br/>
        <w:t>vn -0.9902 0.1306 0.0491</w:t>
        <w:br/>
        <w:t>vn -0.9885 0.1273 -0.0816</w:t>
        <w:br/>
        <w:t>vn -0.9859 -0.0405 0.1624</w:t>
        <w:br/>
        <w:t>vn -0.9957 0.0707 -0.0604</w:t>
        <w:br/>
        <w:t>vn -0.9804 0.1805 0.0794</w:t>
        <w:br/>
        <w:t>vn -0.9606 0.2251 0.1632</w:t>
        <w:br/>
        <w:t>vn -0.9101 0.0756 0.4073</w:t>
        <w:br/>
        <w:t>vn -0.9111 0.3017 0.2810</w:t>
        <w:br/>
        <w:t>vn -0.7956 0.2932 0.5302</w:t>
        <w:br/>
        <w:t>vn -0.8023 0.4474 0.3952</w:t>
        <w:br/>
        <w:t>vn -0.9704 0.0954 -0.2219</w:t>
        <w:br/>
        <w:t>vn -0.9421 0.0248 -0.3343</w:t>
        <w:br/>
        <w:t>vn -0.9702 0.2186 0.1044</w:t>
        <w:br/>
        <w:t>vn -0.9401 0.3000 0.1617</w:t>
        <w:br/>
        <w:t>vn -0.5357 0.4414 0.7198</w:t>
        <w:br/>
        <w:t>vn -0.4834 0.6870 0.5425</w:t>
        <w:br/>
        <w:t>vn -0.4760 0.8249 0.3048</w:t>
        <w:br/>
        <w:t>vn -0.9989 -0.0466 -0.0106</w:t>
        <w:br/>
        <w:t>vn -0.9998 -0.0127 0.0120</w:t>
        <w:br/>
        <w:t>vn -0.9510 -0.2110 -0.2260</w:t>
        <w:br/>
        <w:t>vn -0.9271 0.2417 -0.2864</w:t>
        <w:br/>
        <w:t>vn -0.9217 0.2247 -0.3163</w:t>
        <w:br/>
        <w:t>vn -0.8136 0.0375 0.5802</w:t>
        <w:br/>
        <w:t>vn -0.7781 -0.0306 0.6274</w:t>
        <w:br/>
        <w:t>vn -0.7476 -0.4439 0.4939</w:t>
        <w:br/>
        <w:t>vn -0.6225 0.6490 0.4373</w:t>
        <w:br/>
        <w:t>vn -0.6975 0.3272 0.6375</w:t>
        <w:br/>
        <w:t>vn -0.8260 0.3321 0.4554</w:t>
        <w:br/>
        <w:t>vn -0.6513 0.6093 0.4523</w:t>
        <w:br/>
        <w:t>vn -0.6092 0.5550 0.5664</w:t>
        <w:br/>
        <w:t>vn -0.5104 0.6509 0.5620</w:t>
        <w:br/>
        <w:t>vn -0.4349 0.5954 0.6756</w:t>
        <w:br/>
        <w:t>vn -0.3872 0.7338 0.5583</w:t>
        <w:br/>
        <w:t>vn -0.6759 0.2226 0.7026</w:t>
        <w:br/>
        <w:t>vn -0.7922 0.5042 0.3438</w:t>
        <w:br/>
        <w:t>vn -0.9958 -0.0857 -0.0319</w:t>
        <w:br/>
        <w:t>vn -0.9987 -0.0503 -0.0123</w:t>
        <w:br/>
        <w:t>vn -0.8938 0.3775 0.2422</w:t>
        <w:br/>
        <w:t>vn -0.9803 0.1796 0.0828</w:t>
        <w:br/>
        <w:t>vn 0.5338 0.8452 0.0253</w:t>
        <w:br/>
        <w:t>vn 0.5619 0.8271 0.0150</w:t>
        <w:br/>
        <w:t>vn 0.0402 0.9642 0.2620</w:t>
        <w:br/>
        <w:t>vn -0.9150 0.1668 -0.3673</w:t>
        <w:br/>
        <w:t>vn -0.3448 0.8268 0.4445</w:t>
        <w:br/>
        <w:t>vn -0.3951 0.8775 0.2718</w:t>
        <w:br/>
        <w:t>vn 0.5892 0.8079 0.0046</w:t>
        <w:br/>
        <w:t>vn -0.1079 0.9586 0.2634</w:t>
        <w:br/>
        <w:t>vn -0.5120 0.3820 0.7694</w:t>
        <w:br/>
        <w:t>vn -0.5415 0.6739 0.5027</w:t>
        <w:br/>
        <w:t>vn -0.5450 0.6458 0.5347</w:t>
        <w:br/>
        <w:t>vn -0.3439 0.4806 0.8067</w:t>
        <w:br/>
        <w:t>vn -0.2652 0.6261 0.7333</w:t>
        <w:br/>
        <w:t>vn -0.6191 0.6139 0.4897</w:t>
        <w:br/>
        <w:t>vn -0.5739 0.7378 0.3554</w:t>
        <w:br/>
        <w:t>vn -0.1958 0.8387 0.5082</w:t>
        <w:br/>
        <w:t>vn -0.1010 0.9309 0.3509</w:t>
        <w:br/>
        <w:t>vn -0.2687 0.9530 0.1401</w:t>
        <w:br/>
        <w:t>vn -0.4784 0.8288 0.2902</w:t>
        <w:br/>
        <w:t>vn -0.4553 0.8892 -0.0441</w:t>
        <w:br/>
        <w:t>vn -0.6297 0.7676 0.1193</w:t>
        <w:br/>
        <w:t>vn -0.7752 0.5893 0.2275</w:t>
        <w:br/>
        <w:t>vn -0.8713 0.4178 0.2575</w:t>
        <w:br/>
        <w:t>vn 0.9941 0.0693 -0.0834</w:t>
        <w:br/>
        <w:t>vn 0.9963 0.0747 0.0428</w:t>
        <w:br/>
        <w:t>vn 0.9994 0.0250 0.0249</w:t>
        <w:br/>
        <w:t>vn 0.9948 -0.0166 -0.1005</w:t>
        <w:br/>
        <w:t>vn 0.9952 0.0770 0.0605</w:t>
        <w:br/>
        <w:t>vn 0.9981 0.0452 0.0429</w:t>
        <w:br/>
        <w:t>vn 0.9363 -0.1611 -0.3119</w:t>
        <w:br/>
        <w:t>vn 0.9404 -0.1269 -0.3154</w:t>
        <w:br/>
        <w:t>vn 0.9866 -0.1003 -0.1286</w:t>
        <w:br/>
        <w:t>vn 0.9814 -0.1302 -0.1412</w:t>
        <w:br/>
        <w:t>vn 0.9026 0.0076 -0.4304</w:t>
        <w:br/>
        <w:t>vn 0.8823 -0.0364 -0.4693</w:t>
        <w:br/>
        <w:t>vn 0.9501 0.0501 -0.3078</w:t>
        <w:br/>
        <w:t>vn 0.9435 -0.0379 -0.3293</w:t>
        <w:br/>
        <w:t>vn 0.8829 -0.1056 -0.4574</w:t>
        <w:br/>
        <w:t>vn 0.5366 0.5477 0.6419</w:t>
        <w:br/>
        <w:t>vn 0.5369 0.4857 0.6898</w:t>
        <w:br/>
        <w:t>vn 0.4884 0.5297 0.6934</w:t>
        <w:br/>
        <w:t>vn 0.9888 0.1290 0.0754</w:t>
        <w:br/>
        <w:t>vn 0.9903 0.1307 0.0479</w:t>
        <w:br/>
        <w:t>vn 0.9885 0.1273 -0.0816</w:t>
        <w:br/>
        <w:t>vn 0.9805 0.1804 0.0776</w:t>
        <w:br/>
        <w:t>vn 0.9957 0.0703 -0.0599</w:t>
        <w:br/>
        <w:t>vn 0.9852 -0.0509 0.1634</w:t>
        <w:br/>
        <w:t>vn 0.9683 0.1894 0.1629</w:t>
        <w:br/>
        <w:t>vn 0.9105 0.0660 0.4083</w:t>
        <w:br/>
        <w:t>vn 0.9114 0.3022 0.2794</w:t>
        <w:br/>
        <w:t>vn 0.7956 0.2932 0.5302</w:t>
        <w:br/>
        <w:t>vn 0.8026 0.4480 0.3939</w:t>
        <w:br/>
        <w:t>vn 0.9705 0.0950 -0.2217</w:t>
        <w:br/>
        <w:t>vn 0.9362 -0.1522 -0.3168</w:t>
        <w:br/>
        <w:t>vn 0.9401 0.0229 -0.3401</w:t>
        <w:br/>
        <w:t>vn 0.9706 0.2183 0.1010</w:t>
        <w:br/>
        <w:t>vn 0.9405 0.3006 0.1582</w:t>
        <w:br/>
        <w:t>vn 0.5367 0.4400 0.7199</w:t>
        <w:br/>
        <w:t>vn 0.4837 0.6868 0.5426</w:t>
        <w:br/>
        <w:t>vn 0.4781 0.8236 0.3052</w:t>
        <w:br/>
        <w:t>vn 0.9989 -0.0450 -0.0117</w:t>
        <w:br/>
        <w:t>vn 0.9999 -0.0117 0.0097</w:t>
        <w:br/>
        <w:t>vn 0.9352 0.2049 -0.2888</w:t>
        <w:br/>
        <w:t>vn 0.7772 -0.0370 0.6282</w:t>
        <w:br/>
        <w:t>vn 0.8133 0.0290 0.5811</w:t>
        <w:br/>
        <w:t>vn 0.6222 0.6512 0.4345</w:t>
        <w:br/>
        <w:t>vn 0.6512 0.6098 0.4517</w:t>
        <w:br/>
        <w:t>vn 0.8259 0.3328 0.4551</w:t>
        <w:br/>
        <w:t>vn 0.6977 0.3289 0.6364</w:t>
        <w:br/>
        <w:t>vn 0.5111 0.6492 0.5633</w:t>
        <w:br/>
        <w:t>vn 0.6093 0.5545 0.5668</w:t>
        <w:br/>
        <w:t>vn 0.3881 0.7333 0.5582</w:t>
        <w:br/>
        <w:t>vn 0.4358 0.5948 0.6755</w:t>
        <w:br/>
        <w:t>vn 0.6765 0.2198 0.7029</w:t>
        <w:br/>
        <w:t>vn 0.7927 0.5052 0.3411</w:t>
        <w:br/>
        <w:t>vn 0.9961 -0.0823 -0.0327</w:t>
        <w:br/>
        <w:t>vn 0.9987 -0.0482 -0.0139</w:t>
        <w:br/>
        <w:t>vn 0.8943 0.3784 0.2389</w:t>
        <w:br/>
        <w:t>vn 0.9806 0.1788 0.0801</w:t>
        <w:br/>
        <w:t>vn -0.5343 0.8449 0.0268</w:t>
        <w:br/>
        <w:t>vn -0.0398 0.9643 0.2617</w:t>
        <w:br/>
        <w:t>vn -0.5612 0.8275 0.0142</w:t>
        <w:br/>
        <w:t>vn 0.3387 0.9017 0.2688</w:t>
        <w:br/>
        <w:t>vn 0.3457 0.8263 0.4446</w:t>
        <w:br/>
        <w:t>vn 0.1091 0.9581 0.2647</w:t>
        <w:br/>
        <w:t>vn -0.5876 0.8091 0.0017</w:t>
        <w:br/>
        <w:t>vn 0.5144 0.3854 0.7661</w:t>
        <w:br/>
        <w:t>vn 0.3466 0.4858 0.8024</w:t>
        <w:br/>
        <w:t>vn 0.5483 0.6529 0.5227</w:t>
        <w:br/>
        <w:t>vn 0.5438 0.6786 0.4937</w:t>
        <w:br/>
        <w:t>vn 0.2663 0.6290 0.7304</w:t>
        <w:br/>
        <w:t>vn 0.6206 0.6178 0.4830</w:t>
        <w:br/>
        <w:t>vn 0.1964 0.8390 0.5075</w:t>
        <w:br/>
        <w:t>vn 0.5751 0.7378 0.3535</w:t>
        <w:br/>
        <w:t>vn 0.1013 0.9307 0.3515</w:t>
        <w:br/>
        <w:t>vn 0.2701 0.9521 0.1430</w:t>
        <w:br/>
        <w:t>vn 0.4797 0.8256 0.2970</w:t>
        <w:br/>
        <w:t>vn 0.4569 0.8886 -0.0388</w:t>
        <w:br/>
        <w:t>vn 0.6303 0.7665 0.1232</w:t>
        <w:br/>
        <w:t>vn 0.7753 0.5891 0.2279</w:t>
        <w:br/>
        <w:t>vn 0.8713 0.4178 0.2575</w:t>
        <w:br/>
        <w:t>vn 0.2535 -0.1502 0.9556</w:t>
        <w:br/>
        <w:t>vn -0.0101 -0.3829 0.9237</w:t>
        <w:br/>
        <w:t>vn -0.0102 -0.3829 0.9238</w:t>
        <w:br/>
        <w:t>vn -0.0103 -0.3829 0.9237</w:t>
        <w:br/>
        <w:t>vn -0.1264 -0.5070 0.8527</w:t>
        <w:br/>
        <w:t>vn -0.1266 -0.5070 0.8526</w:t>
        <w:br/>
        <w:t>vn -0.1265 -0.5070 0.8526</w:t>
        <w:br/>
        <w:t>vn -0.1263 -0.5069 0.8527</w:t>
        <w:br/>
        <w:t>vn 0.0204 -0.3906 0.9203</w:t>
        <w:br/>
        <w:t>vn 0.0205 -0.3905 0.9204</w:t>
        <w:br/>
        <w:t>vn 0.0204 -0.3906 0.9204</w:t>
        <w:br/>
        <w:t>vn 0.0204 -0.3907 0.9203</w:t>
        <w:br/>
        <w:t>vn 0.0329 -0.3670 0.9296</w:t>
        <w:br/>
        <w:t>vn 0.0797 -0.3066 0.9485</w:t>
        <w:br/>
        <w:t>vn 0.0642 -0.3041 0.9505</w:t>
        <w:br/>
        <w:t>vn 0.0641 -0.3039 0.9506</w:t>
        <w:br/>
        <w:t>vn 0.0643 -0.3045 0.9504</w:t>
        <w:br/>
        <w:t>vn 0.0642 -0.3043 0.9504</w:t>
        <w:br/>
        <w:t>vn 0.0712 -0.3155 0.9463</w:t>
        <w:br/>
        <w:t>vn 0.0712 -0.3155 0.9462</w:t>
        <w:br/>
        <w:t>vn 0.1357 -0.3035 0.9431</w:t>
        <w:br/>
        <w:t>vn 0.1357 -0.3034 0.9431</w:t>
        <w:br/>
        <w:t>vn 0.1358 -0.3035 0.9431</w:t>
        <w:br/>
        <w:t>vn 0.1806 -0.3089 0.9338</w:t>
        <w:br/>
        <w:t>vn 0.1807 -0.3090 0.9337</w:t>
        <w:br/>
        <w:t>vn 0.1717 -0.3099 0.9351</w:t>
        <w:br/>
        <w:t>vn 0.1647 -0.3413 0.9254</w:t>
        <w:br/>
        <w:t>vn 0.1649 -0.3413 0.9254</w:t>
        <w:br/>
        <w:t>vn 0.1650 -0.3413 0.9254</w:t>
        <w:br/>
        <w:t>vn 0.1648 -0.3413 0.9254</w:t>
        <w:br/>
        <w:t>vn 0.2258 -0.2406 0.9440</w:t>
        <w:br/>
        <w:t>vn 0.2258 -0.2405 0.9440</w:t>
        <w:br/>
        <w:t>vn 0.2257 -0.2405 0.9441</w:t>
        <w:br/>
        <w:t>vn 0.2259 -0.2407 0.9440</w:t>
        <w:br/>
        <w:t>vn 0.2411 -0.2292 0.9431</w:t>
        <w:br/>
        <w:t>vn 0.2410 -0.2291 0.9431</w:t>
        <w:br/>
        <w:t>vn 0.2411 -0.2291 0.9431</w:t>
        <w:br/>
        <w:t>vn 0.2516 0.1107 0.9615</w:t>
        <w:br/>
        <w:t>vn 0.2535 0.1007 0.9621</w:t>
        <w:br/>
        <w:t>vn 0.2534 0.1007 0.9621</w:t>
        <w:br/>
        <w:t>vn 0.2567 0.0571 0.9648</w:t>
        <w:br/>
        <w:t>vn 0.2570 0.0572 0.9647</w:t>
        <w:br/>
        <w:t>vn 0.2569 0.0572 0.9648</w:t>
        <w:br/>
        <w:t>vn 0.2565 0.0571 0.9648</w:t>
        <w:br/>
        <w:t>vn 0.2576 0.0965 0.9614</w:t>
        <w:br/>
        <w:t>vn 0.2574 0.0964 0.9615</w:t>
        <w:br/>
        <w:t>vn 0.2567 0.0549 0.9649</w:t>
        <w:br/>
        <w:t>vn 0.2570 0.0550 0.9648</w:t>
        <w:br/>
        <w:t>vn 0.2570 0.0550 0.9649</w:t>
        <w:br/>
        <w:t>vn 0.2607 0.0487 0.9642</w:t>
        <w:br/>
        <w:t>vn 0.2606 0.0486 0.9642</w:t>
        <w:br/>
        <w:t>vn 0.2607 0.0486 0.9642</w:t>
        <w:br/>
        <w:t>vn 0.2623 0.0180 0.9648</w:t>
        <w:br/>
        <w:t>vn 0.2621 0.0179 0.9649</w:t>
        <w:br/>
        <w:t>vn 0.2622 0.0179 0.9648</w:t>
        <w:br/>
        <w:t>vn 0.2676 -0.0044 0.9635</w:t>
        <w:br/>
        <w:t>vn 0.2729 0.0036 0.9620</w:t>
        <w:br/>
        <w:t>vn 0.2728 0.0037 0.9621</w:t>
        <w:br/>
        <w:t>vn 0.2725 0.0039 0.9622</w:t>
        <w:br/>
        <w:t>vn 0.2722 0.0040 0.9622</w:t>
        <w:br/>
        <w:t>vn 0.2778 0.0088 0.9606</w:t>
        <w:br/>
        <w:t>vn 0.2779 0.0088 0.9606</w:t>
        <w:br/>
        <w:t>vn 0.2575 -0.0934 0.9618</w:t>
        <w:br/>
        <w:t>vn 0.2690 -0.0665 0.9608</w:t>
        <w:br/>
        <w:t>vn 0.2689 -0.0664 0.9609</w:t>
        <w:br/>
        <w:t>vn 0.2693 -0.0666 0.9607</w:t>
        <w:br/>
        <w:t>vn 0.2691 -0.0665 0.9608</w:t>
        <w:br/>
        <w:t>vn 0.1615 -0.1346 0.9777</w:t>
        <w:br/>
        <w:t>vn 0.1615 -0.1345 0.9777</w:t>
        <w:br/>
        <w:t>vn 0.0108 -0.3610 0.9325</w:t>
        <w:br/>
        <w:t>vn 0.0108 -0.3611 0.9325</w:t>
        <w:br/>
        <w:t>vn 0.0257 -0.3784 0.9253</w:t>
        <w:br/>
        <w:t>vn 0.0258 -0.3784 0.9253</w:t>
        <w:br/>
        <w:t>vn 0.0256 -0.3784 0.9253</w:t>
        <w:br/>
        <w:t>vn 0.0363 -0.3530 0.9349</w:t>
        <w:br/>
        <w:t>vn 0.0364 -0.3530 0.9349</w:t>
        <w:br/>
        <w:t>vn 0.0610 -0.3114 0.9483</w:t>
        <w:br/>
        <w:t>vn 0.0611 -0.3114 0.9483</w:t>
        <w:br/>
        <w:t>vn 0.0680 -0.3020 0.9509</w:t>
        <w:br/>
        <w:t>vn 0.0680 -0.3019 0.9509</w:t>
        <w:br/>
        <w:t>vn 0.0680 -0.3017 0.9510</w:t>
        <w:br/>
        <w:t>vn 0.0680 -0.3018 0.9509</w:t>
        <w:br/>
        <w:t>vn 0.0838 -0.3229 0.9427</w:t>
        <w:br/>
        <w:t>vn 0.0837 -0.3229 0.9427</w:t>
        <w:br/>
        <w:t>vn 0.0835 -0.3229 0.9427</w:t>
        <w:br/>
        <w:t>vn 0.1329 -0.3454 0.9290</w:t>
        <w:br/>
        <w:t>vn 0.1757 -0.3113 0.9339</w:t>
        <w:br/>
        <w:t>vn 0.1756 -0.3112 0.9340</w:t>
        <w:br/>
        <w:t>vn 0.1756 -0.3113 0.9340</w:t>
        <w:br/>
        <w:t>vn 0.1633 -0.3265 0.9310</w:t>
        <w:br/>
        <w:t>vn 0.1631 -0.3266 0.9310</w:t>
        <w:br/>
        <w:t>vn 0.1628 -0.3267 0.9310</w:t>
        <w:br/>
        <w:t>vn 0.1632 -0.3266 0.9310</w:t>
        <w:br/>
        <w:t>vn 0.2069 -0.2629 0.9424</w:t>
        <w:br/>
        <w:t>vn 0.2068 -0.2628 0.9424</w:t>
        <w:br/>
        <w:t>vn 0.2068 -0.2626 0.9425</w:t>
        <w:br/>
        <w:t>vn 0.2209 -0.2526 0.9420</w:t>
        <w:br/>
        <w:t>vn 0.2208 -0.2522 0.9421</w:t>
        <w:br/>
        <w:t>vn 0.2208 -0.2524 0.9421</w:t>
        <w:br/>
        <w:t>vn 0.2639 -0.1128 0.9579</w:t>
        <w:br/>
        <w:t>vn 0.2640 -0.1129 0.9579</w:t>
        <w:br/>
        <w:t>vn 0.2641 -0.1131 0.9578</w:t>
        <w:br/>
        <w:t>vn 0.2483 0.1050 0.9630</w:t>
        <w:br/>
        <w:t>vn 0.2482 0.1050 0.9630</w:t>
        <w:br/>
        <w:t>vn 0.2482 0.1049 0.9630</w:t>
        <w:br/>
        <w:t>vn 0.2536 0.1067 0.9614</w:t>
        <w:br/>
        <w:t>vn 0.2534 0.1065 0.9615</w:t>
        <w:br/>
        <w:t>vn 0.2533 0.1065 0.9615</w:t>
        <w:br/>
        <w:t>vn 0.2534 0.1066 0.9615</w:t>
        <w:br/>
        <w:t>vn 0.2562 0.0752 0.9637</w:t>
        <w:br/>
        <w:t>vn 0.2561 0.0751 0.9637</w:t>
        <w:br/>
        <w:t>vn 0.2563 0.0753 0.9637</w:t>
        <w:br/>
        <w:t>vn 0.2536 0.0577 0.9656</w:t>
        <w:br/>
        <w:t>vn 0.2536 0.0576 0.9656</w:t>
        <w:br/>
        <w:t>vn 0.2537 0.0577 0.9656</w:t>
        <w:br/>
        <w:t>vn 0.2535 0.0576 0.9656</w:t>
        <w:br/>
        <w:t>vn 0.2557 0.0876 0.9628</w:t>
        <w:br/>
        <w:t>vn 0.2556 0.0875 0.9628</w:t>
        <w:br/>
        <w:t>vn 0.2556 0.0876 0.9628</w:t>
        <w:br/>
        <w:t>vn 0.2597 0.0719 0.9630</w:t>
        <w:br/>
        <w:t>vn 0.2596 0.0718 0.9630</w:t>
        <w:br/>
        <w:t>vn 0.2629 0.0336 0.9642</w:t>
        <w:br/>
        <w:t>vn 0.2627 0.0335 0.9643</w:t>
        <w:br/>
        <w:t>vn 0.2625 0.0334 0.9644</w:t>
        <w:br/>
        <w:t>vn 0.2697 0.0079 0.9629</w:t>
        <w:br/>
        <w:t>vn 0.2698 0.0078 0.9629</w:t>
        <w:br/>
        <w:t>vn 0.2756 0.0374 0.9605</w:t>
        <w:br/>
        <w:t>vn 0.2756 0.0373 0.9605</w:t>
        <w:br/>
        <w:t>vn 0.2755 0.0375 0.9606</w:t>
        <w:br/>
        <w:t>vn 0.2790 -0.0027 0.9603</w:t>
        <w:br/>
        <w:t>vn 0.2790 -0.0026 0.9603</w:t>
        <w:br/>
        <w:t>vn 0.2625 -0.0662 0.9627</w:t>
        <w:br/>
        <w:t>vn 0.2625 -0.0663 0.9627</w:t>
        <w:br/>
        <w:t>vn 0.2624 -0.0661 0.9627</w:t>
        <w:br/>
        <w:t>vn 0.2604 -0.0859 0.9617</w:t>
        <w:br/>
        <w:t>vn 0.2600 -0.0861 0.9618</w:t>
        <w:br/>
        <w:t>vn 0.2604 -0.0858 0.9617</w:t>
        <w:br/>
        <w:t>vn 0.9532 -0.2339 -0.1915</w:t>
        <w:br/>
        <w:t>vn 0.9675 -0.2485 -0.0479</w:t>
        <w:br/>
        <w:t>vn 0.9674 -0.2485 -0.0481</w:t>
        <w:br/>
        <w:t>vn 0.9518 -0.2395 -0.1915</w:t>
        <w:br/>
        <w:t>vn -0.1662 -0.9550 0.2456</w:t>
        <w:br/>
        <w:t>vn -0.1661 -0.9550 0.2456</w:t>
        <w:br/>
        <w:t>vn -0.1662 -0.9550 0.2457</w:t>
        <w:br/>
        <w:t>vn -0.1663 -0.9550 0.2456</w:t>
        <w:br/>
        <w:t>vn -0.8730 0.1910 0.4487</w:t>
        <w:br/>
        <w:t>vn -0.8731 0.1910 0.4486</w:t>
        <w:br/>
        <w:t>vn -0.9215 0.2134 0.3244</w:t>
        <w:br/>
        <w:t>vn -0.9199 0.2202 0.3246</w:t>
        <w:br/>
        <w:t>vn 0.2789 0.9498 0.1419</w:t>
        <w:br/>
        <w:t>vn 0.2789 0.9498 0.1421</w:t>
        <w:br/>
        <w:t>vn 0.2788 0.9498 0.1422</w:t>
        <w:br/>
        <w:t>vn 0.2788 0.9498 0.1421</w:t>
        <w:br/>
        <w:t>vn 0.7648 -0.6434 -0.0334</w:t>
        <w:br/>
        <w:t>vn 0.7648 -0.6434 -0.0333</w:t>
        <w:br/>
        <w:t>vn 0.7695 -0.5989 -0.2216</w:t>
        <w:br/>
        <w:t>vn 0.7702 -0.6181 -0.1572</w:t>
        <w:br/>
        <w:t>vn -0.5545 -0.8202 -0.1404</w:t>
        <w:br/>
        <w:t>vn -0.5545 -0.8203 -0.1404</w:t>
        <w:br/>
        <w:t>vn -0.5545 -0.8203 -0.1403</w:t>
        <w:br/>
        <w:t>vn -0.7694 0.4844 0.4164</w:t>
        <w:br/>
        <w:t>vn -0.7694 0.4844 0.4163</w:t>
        <w:br/>
        <w:t>vn -0.7689 0.5359 0.3487</w:t>
        <w:br/>
        <w:t>vn -0.7655 0.5412 0.3479</w:t>
        <w:br/>
        <w:t>vn 0.5628 0.7652 0.3125</w:t>
        <w:br/>
        <w:t>vn 0.5483 0.6698 0.5007</w:t>
        <w:br/>
        <w:t>vn 0.5482 0.6699 0.5008</w:t>
        <w:br/>
        <w:t>vn 0.5627 0.7653 0.3126</w:t>
        <w:br/>
        <w:t>vn 0.6763 -0.7307 -0.0928</w:t>
        <w:br/>
        <w:t>vn 0.6703 -0.6708 -0.3172</w:t>
        <w:br/>
        <w:t>vn 0.7255 -0.6224 -0.2936</w:t>
        <w:br/>
        <w:t>vn 0.6763 -0.7307 -0.0930</w:t>
        <w:br/>
        <w:t>vn -0.6902 -0.7193 -0.0798</w:t>
        <w:br/>
        <w:t>vn -0.6900 -0.7194 -0.0795</w:t>
        <w:br/>
        <w:t>vn -0.6899 -0.7195 -0.0795</w:t>
        <w:br/>
        <w:t>vn -0.6899 -0.7195 -0.0796</w:t>
        <w:br/>
        <w:t>vn -0.7203 0.5262 0.4520</w:t>
        <w:br/>
        <w:t>vn -0.7203 0.5263 0.4518</w:t>
        <w:br/>
        <w:t>vn -0.7301 0.5465 0.4102</w:t>
        <w:br/>
        <w:t>vn -0.6781 0.5921 0.4355</w:t>
        <w:br/>
        <w:t>vn 0.5480 0.6698 0.5010</w:t>
        <w:br/>
        <w:t>vn 0.5481 0.6698 0.5010</w:t>
        <w:br/>
        <w:t>vn 0.5481 0.6698 0.5009</w:t>
        <w:br/>
        <w:t>vn 0.5481 0.6699 0.5009</w:t>
        <w:br/>
        <w:t>vn 0.5782 -0.7451 -0.3323</w:t>
        <w:br/>
        <w:t>vn 0.5474 -0.8176 -0.1783</w:t>
        <w:br/>
        <w:t>vn 0.5474 -0.8176 -0.1784</w:t>
        <w:br/>
        <w:t>vn 0.5452 -0.7827 -0.3001</w:t>
        <w:br/>
        <w:t>vn -0.8322 -0.5542 0.0171</w:t>
        <w:br/>
        <w:t>vn -0.8322 -0.5542 0.0172</w:t>
        <w:br/>
        <w:t>vn -0.8323 -0.5541 0.0175</w:t>
        <w:br/>
        <w:t>vn -0.5317 0.6535 0.5387</w:t>
        <w:br/>
        <w:t>vn -0.5318 0.6535 0.5386</w:t>
        <w:br/>
        <w:t>vn -0.5704 0.6840 0.4548</w:t>
        <w:br/>
        <w:t>vn -0.5385 0.7285 0.4235</w:t>
        <w:br/>
        <w:t>vn 0.7752 0.5064 0.3777</w:t>
        <w:br/>
        <w:t>vn 0.7753 0.5063 0.3775</w:t>
        <w:br/>
        <w:t>vn 0.7751 0.5064 0.3778</w:t>
        <w:br/>
        <w:t>vn 0.5277 -0.8418 -0.1140</w:t>
        <w:br/>
        <w:t>vn 0.5275 -0.8418 -0.1141</w:t>
        <w:br/>
        <w:t>vn 0.5366 -0.8080 -0.2434</w:t>
        <w:br/>
        <w:t>vn 0.5200 -0.8180 -0.2460</w:t>
        <w:br/>
        <w:t>vn -0.8086 -0.5883 0.0098</w:t>
        <w:br/>
        <w:t>vn -0.8086 -0.5882 0.0098</w:t>
        <w:br/>
        <w:t>vn -0.8086 -0.5883 0.0097</w:t>
        <w:br/>
        <w:t>vn -0.5198 0.6951 0.4967</w:t>
        <w:br/>
        <w:t>vn -0.5186 0.7695 0.3727</w:t>
        <w:br/>
        <w:t>vn -0.5359 0.7589 0.3700</w:t>
        <w:br/>
        <w:t>vn -0.5198 0.6950 0.4967</w:t>
        <w:br/>
        <w:t>vn 0.8439 0.4033 0.3537</w:t>
        <w:br/>
        <w:t>vn 0.8438 0.4034 0.3540</w:t>
        <w:br/>
        <w:t>vn 0.8440 0.4033 0.3537</w:t>
        <w:br/>
        <w:t>vn 0.6653 -0.7417 -0.0850</w:t>
        <w:br/>
        <w:t>vn 0.6652 -0.7418 -0.0851</w:t>
        <w:br/>
        <w:t>vn 0.6434 -0.7330 -0.2210</w:t>
        <w:br/>
        <w:t>vn 0.6213 -0.7502 -0.2262</w:t>
        <w:br/>
        <w:t>vn -0.7637 -0.6454 0.0116</w:t>
        <w:br/>
        <w:t>vn -0.7639 -0.6452 0.0114</w:t>
        <w:br/>
        <w:t>vn -0.6327 0.6909 0.3497</w:t>
        <w:br/>
        <w:t>vn -0.6337 0.6161 0.4678</w:t>
        <w:br/>
        <w:t>vn -0.6337 0.6161 0.4679</w:t>
        <w:br/>
        <w:t>vn -0.6117 0.7071 0.3546</w:t>
        <w:br/>
        <w:t>vn 0.8174 0.4456 0.3650</w:t>
        <w:br/>
        <w:t>vn 0.8174 0.4455 0.3652</w:t>
        <w:br/>
        <w:t>vn 0.8174 0.4457 0.3650</w:t>
        <w:br/>
        <w:t>vn 0.8175 0.4455 0.3650</w:t>
        <w:br/>
        <w:t>vn 0.6233 -0.7749 -0.1044</w:t>
        <w:br/>
        <w:t>vn 0.6233 -0.7750 -0.1045</w:t>
        <w:br/>
        <w:t>vn 0.6366 -0.7370 -0.2270</w:t>
        <w:br/>
        <w:t>vn 0.6228 -0.7480 -0.2293</w:t>
        <w:br/>
        <w:t>vn -0.7637 -0.6454 0.0117</w:t>
        <w:br/>
        <w:t>vn -0.7637 -0.6455 0.0118</w:t>
        <w:br/>
        <w:t>vn -0.7639 -0.6452 0.0116</w:t>
        <w:br/>
        <w:t>vn -0.7637 -0.6454 0.0118</w:t>
        <w:br/>
        <w:t>vn -0.6266 0.6940 0.3545</w:t>
        <w:br/>
        <w:t>vn -0.5927 0.6443 0.4834</w:t>
        <w:br/>
        <w:t>vn -0.5925 0.6443 0.4836</w:t>
        <w:br/>
        <w:t>vn -0.6130 0.7050 0.3566</w:t>
        <w:br/>
        <w:t>vn 0.7768 0.5112 0.3678</w:t>
        <w:br/>
        <w:t>vn 0.7767 0.5113 0.3678</w:t>
        <w:br/>
        <w:t>vn 0.7768 0.5113 0.3677</w:t>
        <w:br/>
        <w:t>vn 0.6708 -0.7352 -0.0974</w:t>
        <w:br/>
        <w:t>vn 0.6788 -0.7003 -0.2210</w:t>
        <w:br/>
        <w:t>vn 0.6679 -0.7100 -0.2230</w:t>
        <w:br/>
        <w:t>vn -0.7396 -0.6731 0.0026</w:t>
        <w:br/>
        <w:t>vn -0.7394 -0.6733 0.0028</w:t>
        <w:br/>
        <w:t>vn -0.7395 -0.6732 0.0028</w:t>
        <w:br/>
        <w:t>vn -0.6694 0.6566 0.3475</w:t>
        <w:br/>
        <w:t>vn -0.6374 0.6049 0.4772</w:t>
        <w:br/>
        <w:t>vn -0.6374 0.6049 0.4774</w:t>
        <w:br/>
        <w:t>vn -0.6567 0.6681 0.3499</w:t>
        <w:br/>
        <w:t>vn 0.7528 0.5382 0.3790</w:t>
        <w:br/>
        <w:t>vn 0.7527 0.5384 0.3788</w:t>
        <w:br/>
        <w:t>vn 0.7528 0.5383 0.3790</w:t>
        <w:br/>
        <w:t>vn 0.7764 -0.6261 -0.0720</w:t>
        <w:br/>
        <w:t>vn 0.7747 -0.6030 -0.1902</w:t>
        <w:br/>
        <w:t>vn 0.7477 -0.6342 -0.1969</w:t>
        <w:br/>
        <w:t>vn 0.7763 -0.6262 -0.0726</w:t>
        <w:br/>
        <w:t>vn -0.6256 -0.7791 0.0408</w:t>
        <w:br/>
        <w:t>vn -0.6254 -0.7792 0.0406</w:t>
        <w:br/>
        <w:t>vn -0.6254 -0.7792 0.0404</w:t>
        <w:br/>
        <w:t>vn -0.6256 -0.7791 0.0405</w:t>
        <w:br/>
        <w:t>vn -0.7562 0.5679 0.3250</w:t>
        <w:br/>
        <w:t>vn -0.7266 0.5131 0.4568</w:t>
        <w:br/>
        <w:t>vn -0.7267 0.5132 0.4568</w:t>
        <w:br/>
        <w:t>vn -0.7316 0.5961 0.3307</w:t>
        <w:br/>
        <w:t>vn 0.6705 0.6560 0.3467</w:t>
        <w:br/>
        <w:t>vn 0.6704 0.6560 0.3469</w:t>
        <w:br/>
        <w:t>vn 0.6705 0.6560 0.3466</w:t>
        <w:br/>
        <w:t>vn 0.8250 -0.5387 -0.1707</w:t>
        <w:br/>
        <w:t>vn 0.8502 -0.5254 -0.0344</w:t>
        <w:br/>
        <w:t>vn 0.8466 -0.5059 -0.1651</w:t>
        <w:br/>
        <w:t>vn -0.4780 -0.8750 0.0769</w:t>
        <w:br/>
        <w:t>vn -0.4778 -0.8751 0.0767</w:t>
        <w:br/>
        <w:t>vn -0.4778 -0.8751 0.0766</w:t>
        <w:br/>
        <w:t>vn -0.8011 0.4159 0.4304</w:t>
        <w:br/>
        <w:t>vn -0.8072 0.5053 0.3053</w:t>
        <w:br/>
        <w:t>vn -0.8301 0.4710 0.2985</w:t>
        <w:br/>
        <w:t>vn 0.6887 0.6351 0.3498</w:t>
        <w:br/>
        <w:t>vn 0.6886 0.6351 0.3500</w:t>
        <w:br/>
        <w:t>vn 0.6885 0.6352 0.3499</w:t>
        <w:br/>
        <w:t>vn 0.8514 -0.4940 -0.1763</w:t>
        <w:br/>
        <w:t>vn 0.8532 -0.5201 -0.0400</w:t>
        <w:br/>
        <w:t>vn 0.8531 -0.5201 -0.0402</w:t>
        <w:br/>
        <w:t>vn 0.8609 -0.4777 -0.1750</w:t>
        <w:br/>
        <w:t>vn -0.3861 -0.9212 0.0478</w:t>
        <w:br/>
        <w:t>vn -0.3860 -0.9212 0.0477</w:t>
        <w:br/>
        <w:t>vn -0.3861 -0.9212 0.0479</w:t>
        <w:br/>
        <w:t>vn -0.8065 0.4079 0.4281</w:t>
        <w:br/>
        <w:t>vn -0.8065 0.4079 0.4280</w:t>
        <w:br/>
        <w:t>vn -0.8355 0.4565 0.3057</w:t>
        <w:br/>
        <w:t>vn -0.8444 0.4421 0.3026</w:t>
        <w:br/>
        <w:t>vn 0.5645 0.7614 0.3187</w:t>
        <w:br/>
        <w:t>vn 0.5643 0.7615 0.3190</w:t>
        <w:br/>
        <w:t>vn 0.5646 0.7614 0.3186</w:t>
        <w:br/>
        <w:t>vn 0.5644 0.7614 0.3189</w:t>
        <w:br/>
        <w:t>vn 0.8796 -0.4430 -0.1734</w:t>
        <w:br/>
        <w:t>vn 0.8812 -0.4710 -0.0407</w:t>
        <w:br/>
        <w:t>vn 0.8812 -0.4710 -0.0408</w:t>
        <w:br/>
        <w:t>vn 0.8900 -0.4209 -0.1751</w:t>
        <w:br/>
        <w:t>vn -0.3915 -0.9190 0.0452</w:t>
        <w:br/>
        <w:t>vn -0.3913 -0.9191 0.0450</w:t>
        <w:br/>
        <w:t>vn -0.3913 -0.9192 0.0448</w:t>
        <w:br/>
        <w:t>vn -0.3915 -0.9191 0.0449</w:t>
        <w:br/>
        <w:t>vn -0.8367 0.3398 0.4295</w:t>
        <w:br/>
        <w:t>vn -0.8367 0.3398 0.4294</w:t>
        <w:br/>
        <w:t>vn -0.8653 0.4021 0.2993</w:t>
        <w:br/>
        <w:t>vn -0.8758 0.3782 0.2998</w:t>
        <w:br/>
        <w:t>vn 0.4736 0.8122 0.3408</w:t>
        <w:br/>
        <w:t>vn 0.4734 0.8122 0.3409</w:t>
        <w:br/>
        <w:t>vn 0.4736 0.8122 0.3407</w:t>
        <w:br/>
        <w:t>vn 0.4735 0.8122 0.3409</w:t>
        <w:br/>
        <w:t>vn 0.9186 -0.3542 -0.1754</w:t>
        <w:br/>
        <w:t>vn 0.9317 -0.3610 -0.0410</w:t>
        <w:br/>
        <w:t>vn 0.9317 -0.3610 -0.0411</w:t>
        <w:br/>
        <w:t>vn 0.9256 -0.3350 -0.1762</w:t>
        <w:br/>
        <w:t>vn -0.3477 -0.9253 0.1512</w:t>
        <w:br/>
        <w:t>vn -0.3475 -0.9255 0.1507</w:t>
        <w:br/>
        <w:t>vn -0.3476 -0.9254 0.1512</w:t>
        <w:br/>
        <w:t>vn -0.3475 -0.9255 0.1510</w:t>
        <w:br/>
        <w:t>vn -0.8596 0.2706 0.4334</w:t>
        <w:br/>
        <w:t>vn -0.8960 0.3254 0.3023</w:t>
        <w:br/>
        <w:t>vn -0.9020 0.3067 0.3037</w:t>
        <w:br/>
        <w:t>vn 0.4525 0.8603 0.2349</w:t>
        <w:br/>
        <w:t>vn 0.4524 0.8603 0.2351</w:t>
        <w:br/>
        <w:t>vn 0.4526 0.8603 0.2348</w:t>
        <w:br/>
        <w:t>vn 0.4525 0.8603 0.2351</w:t>
        <w:br/>
        <w:t>vn 0.9349 -0.3107 -0.1715</w:t>
        <w:br/>
        <w:t>vn 0.9433 -0.3307 -0.0289</w:t>
        <w:br/>
        <w:t>vn 0.9435 -0.2821 -0.1740</w:t>
        <w:br/>
        <w:t>vn -0.1608 -0.9575 0.2394</w:t>
        <w:br/>
        <w:t>vn -0.1607 -0.9575 0.2394</w:t>
        <w:br/>
        <w:t>vn -0.1608 -0.9575 0.2395</w:t>
        <w:br/>
        <w:t>vn -0.1608 -0.9575 0.2393</w:t>
        <w:br/>
        <w:t>vn -0.8670 0.2408 0.4363</w:t>
        <w:br/>
        <w:t>vn -0.9098 0.2822 0.3042</w:t>
        <w:br/>
        <w:t>vn -0.9178 0.2511 0.3076</w:t>
        <w:br/>
        <w:t>vn 0.4565 0.8566 0.2405</w:t>
        <w:br/>
        <w:t>vn 0.4564 0.8566 0.2405</w:t>
        <w:br/>
        <w:t>vn 0.4564 0.8566 0.2406</w:t>
        <w:br/>
        <w:t>vn 0.4564 0.8566 0.2407</w:t>
        <w:br/>
        <w:t>vn -0.9134 0.0633 0.4020</w:t>
        <w:br/>
        <w:t>vn -0.8632 0.0741 0.4994</w:t>
        <w:br/>
        <w:t>vn -0.8631 0.0741 0.4995</w:t>
        <w:br/>
        <w:t>vn -0.9280 0.0589 0.3680</w:t>
        <w:br/>
        <w:t>vn 0.0668 0.9869 0.1469</w:t>
        <w:br/>
        <w:t>vn 0.0668 0.9869 0.1471</w:t>
        <w:br/>
        <w:t>vn 0.0667 0.9869 0.1469</w:t>
        <w:br/>
        <w:t>vn 0.0669 0.9869 0.1469</w:t>
        <w:br/>
        <w:t>vn 0.9971 -0.0243 -0.0717</w:t>
        <w:br/>
        <w:t>vn 0.9971 -0.0243 -0.0720</w:t>
        <w:br/>
        <w:t>vn 0.9815 -0.0385 -0.1877</w:t>
        <w:br/>
        <w:t>vn 0.9733 -0.0425 -0.2257</w:t>
        <w:br/>
        <w:t>vn 0.0138 -0.9802 0.1975</w:t>
        <w:br/>
        <w:t>vn 0.0430 -0.9558 0.2909</w:t>
        <w:br/>
        <w:t>vn 0.0430 -0.9558 0.2910</w:t>
        <w:br/>
        <w:t>vn 0.9971 -0.0257 -0.0713</w:t>
        <w:br/>
        <w:t>vn 0.9971 -0.0257 -0.0715</w:t>
        <w:br/>
        <w:t>vn 0.9736 -0.0425 -0.2243</w:t>
        <w:br/>
        <w:t>vn 0.9738 -0.0442 -0.2230</w:t>
        <w:br/>
        <w:t>vn 0.0417 -0.9638 0.2632</w:t>
        <w:br/>
        <w:t>vn 0.0418 -0.9638 0.2632</w:t>
        <w:br/>
        <w:t>vn -0.9289 0.0568 0.3659</w:t>
        <w:br/>
        <w:t>vn -0.8650 0.0694 0.4970</w:t>
        <w:br/>
        <w:t>vn -0.8648 0.0693 0.4973</w:t>
        <w:br/>
        <w:t>vn -0.9293 0.0583 0.3646</w:t>
        <w:br/>
        <w:t>vn 0.0728 0.9840 0.1629</w:t>
        <w:br/>
        <w:t>vn 0.0726 0.9840 0.1628</w:t>
        <w:br/>
        <w:t>vn 0.0726 0.9840 0.1627</w:t>
        <w:br/>
        <w:t>vn 0.0727 0.9840 0.1628</w:t>
        <w:br/>
        <w:t>vn 0.9972 -0.0267 -0.0705</w:t>
        <w:br/>
        <w:t>vn 0.9971 -0.0266 -0.0708</w:t>
        <w:br/>
        <w:t>vn 0.9743 -0.0423 -0.2211</w:t>
        <w:br/>
        <w:t>vn 0.9747 -0.0425 -0.2196</w:t>
        <w:br/>
        <w:t>vn 0.0402 -0.9648 0.2600</w:t>
        <w:br/>
        <w:t>vn 0.0403 -0.9647 0.2601</w:t>
        <w:br/>
        <w:t>vn 0.0404 -0.9647 0.2601</w:t>
        <w:br/>
        <w:t>vn -0.9313 0.0501 0.3607</w:t>
        <w:br/>
        <w:t>vn -0.8697 0.0515 0.4908</w:t>
        <w:br/>
        <w:t>vn -0.8698 0.0515 0.4908</w:t>
        <w:br/>
        <w:t>vn -0.9318 0.0505 0.3593</w:t>
        <w:br/>
        <w:t>vn 0.0745 0.9816 0.1760</w:t>
        <w:br/>
        <w:t>vn 0.0744 0.9816 0.1759</w:t>
        <w:br/>
        <w:t>vn 0.0745 0.9816 0.1761</w:t>
        <w:br/>
        <w:t>vn 0.0744 0.9816 0.1760</w:t>
        <w:br/>
        <w:t>vn 0.9967 -0.0411 -0.0699</w:t>
        <w:br/>
        <w:t>vn 0.9967 -0.0412 -0.0696</w:t>
        <w:br/>
        <w:t>vn 0.9744 -0.0533 -0.2184</w:t>
        <w:br/>
        <w:t>vn 0.9742 -0.0554 -0.2188</w:t>
        <w:br/>
        <w:t>vn 0.0311 -0.9664 0.2552</w:t>
        <w:br/>
        <w:t>vn 0.0313 -0.9664 0.2553</w:t>
        <w:br/>
        <w:t>vn 0.0312 -0.9663 0.2553</w:t>
        <w:br/>
        <w:t>vn -0.9315 0.0670 0.3574</w:t>
        <w:br/>
        <w:t>vn -0.8693 0.0822 0.4875</w:t>
        <w:br/>
        <w:t>vn -0.8692 0.0822 0.4875</w:t>
        <w:br/>
        <w:t>vn -0.9312 0.0692 0.3579</w:t>
        <w:br/>
        <w:t>vn 0.0820 0.9817 0.1717</w:t>
        <w:br/>
        <w:t>vn 0.0815 0.9818 0.1715</w:t>
        <w:br/>
        <w:t>vn 0.0818 0.9818 0.1716</w:t>
        <w:br/>
        <w:t>vn 0.0816 0.9818 0.1715</w:t>
        <w:br/>
        <w:t>vn 0.9958 -0.0585 -0.0698</w:t>
        <w:br/>
        <w:t>vn 0.9958 -0.0586 -0.0698</w:t>
        <w:br/>
        <w:t>vn 0.9738 -0.0646 -0.2178</w:t>
        <w:br/>
        <w:t>vn 0.9734 -0.0718 -0.2178</w:t>
        <w:br/>
        <w:t>vn 0.0129 -0.9730 0.2304</w:t>
        <w:br/>
        <w:t>vn 0.0133 -0.9729 0.2306</w:t>
        <w:br/>
        <w:t>vn 0.0131 -0.9730 0.2306</w:t>
        <w:br/>
        <w:t>vn -0.9310 0.0723 0.3577</w:t>
        <w:br/>
        <w:t>vn -0.8680 0.0817 0.4897</w:t>
        <w:br/>
        <w:t>vn -0.8680 0.0817 0.4898</w:t>
        <w:br/>
        <w:t>vn -0.9305 0.0793 0.3576</w:t>
        <w:br/>
        <w:t>vn 0.0973 0.9759 0.1953</w:t>
        <w:br/>
        <w:t>vn 0.0974 0.9759 0.1954</w:t>
        <w:br/>
        <w:t>vn 0.9953 -0.0701 -0.0675</w:t>
        <w:br/>
        <w:t>vn 0.9953 -0.0700 -0.0676</w:t>
        <w:br/>
        <w:t>vn 0.9727 -0.0795 -0.2181</w:t>
        <w:br/>
        <w:t>vn 0.9725 -0.0835 -0.2175</w:t>
        <w:br/>
        <w:t>vn 0.0133 -0.9748 0.2225</w:t>
        <w:br/>
        <w:t>vn 0.0132 -0.9749 0.2224</w:t>
        <w:br/>
        <w:t>vn 0.0133 -0.9749 0.2224</w:t>
        <w:br/>
        <w:t>vn -0.9303 0.0858 0.3566</w:t>
        <w:br/>
        <w:t>vn -0.8702 0.0898 0.4844</w:t>
        <w:br/>
        <w:t>vn -0.9302 0.0897 0.3561</w:t>
        <w:br/>
        <w:t>vn 0.1119 0.9818 0.1537</w:t>
        <w:br/>
        <w:t>vn 0.1117 0.9818 0.1534</w:t>
        <w:br/>
        <w:t>vn 0.1117 0.9818 0.1536</w:t>
        <w:br/>
        <w:t>vn 0.1115 0.9818 0.1535</w:t>
        <w:br/>
        <w:t>vn 0.9724 -0.0872 -0.2166</w:t>
        <w:br/>
        <w:t>vn 0.9948 -0.0746 -0.0690</w:t>
        <w:br/>
        <w:t>vn 0.9948 -0.0746 -0.0691</w:t>
        <w:br/>
        <w:t>vn 0.9724 -0.0851 -0.2173</w:t>
        <w:br/>
        <w:t>vn -0.0132 -0.9643 0.2645</w:t>
        <w:br/>
        <w:t>vn -0.0131 -0.9643 0.2645</w:t>
        <w:br/>
        <w:t>vn -0.0133 -0.9643 0.2644</w:t>
        <w:br/>
        <w:t>vn -0.0134 -0.9643 0.2644</w:t>
        <w:br/>
        <w:t>vn -0.8694 0.0815 0.4873</w:t>
        <w:br/>
        <w:t>vn -0.9304 0.0889 0.3557</w:t>
        <w:br/>
        <w:t>vn -0.9303 0.0870 0.3563</w:t>
        <w:br/>
        <w:t>vn 0.1121 0.9812 0.1573</w:t>
        <w:br/>
        <w:t>vn 0.1120 0.9812 0.1573</w:t>
        <w:br/>
        <w:t>vn 0.1122 0.9811 0.1574</w:t>
        <w:br/>
        <w:t>vn 0.1121 0.9812 0.1572</w:t>
        <w:br/>
        <w:t>vn 0.9711 -0.1104 -0.2115</w:t>
        <w:br/>
        <w:t>vn 0.9921 -0.1068 -0.0657</w:t>
        <w:br/>
        <w:t>vn 0.9921 -0.1070 -0.0662</w:t>
        <w:br/>
        <w:t>vn 0.9710 -0.1068 -0.2137</w:t>
        <w:br/>
        <w:t>vn -0.0297 -0.9516 0.3060</w:t>
        <w:br/>
        <w:t>vn -0.0293 -0.9515 0.3061</w:t>
        <w:br/>
        <w:t>vn -0.0294 -0.9515 0.3061</w:t>
        <w:br/>
        <w:t>vn -0.0295 -0.9515 0.3061</w:t>
        <w:br/>
        <w:t>vn -0.8695 0.1045 0.4828</w:t>
        <w:br/>
        <w:t>vn -0.9304 0.1091 0.3500</w:t>
        <w:br/>
        <w:t>vn -0.9300 0.1051 0.3522</w:t>
        <w:br/>
        <w:t>vn 0.1468 0.9835 0.1061</w:t>
        <w:br/>
        <w:t>vn 0.1464 0.9835 0.1059</w:t>
        <w:br/>
        <w:t>vn 0.1463 0.9836 0.1058</w:t>
        <w:br/>
        <w:t>vn 0.1465 0.9835 0.1059</w:t>
        <w:br/>
        <w:t>vn 0.9703 -0.1350 -0.2006</w:t>
        <w:br/>
        <w:t>vn 0.9912 -0.1179 -0.0595</w:t>
        <w:br/>
        <w:t>vn 0.9912 -0.1180 -0.0597</w:t>
        <w:br/>
        <w:t>vn 0.9717 -0.1194 -0.2036</w:t>
        <w:br/>
        <w:t>vn -0.0295 -0.9539 0.2986</w:t>
        <w:br/>
        <w:t>vn -0.0292 -0.9539 0.2987</w:t>
        <w:br/>
        <w:t>vn -0.0290 -0.9539 0.2988</w:t>
        <w:br/>
        <w:t>vn -0.0292 -0.9539 0.2988</w:t>
        <w:br/>
        <w:t>vn -0.8756 0.1205 0.4677</w:t>
        <w:br/>
        <w:t>vn -0.8756 0.1205 0.4678</w:t>
        <w:br/>
        <w:t>vn -0.9319 0.1358 0.3364</w:t>
        <w:br/>
        <w:t>vn -0.9330 0.1201 0.3393</w:t>
        <w:br/>
        <w:t>vn 0.1807 0.9814 0.0646</w:t>
        <w:br/>
        <w:t>vn 0.1807 0.9814 0.0645</w:t>
        <w:br/>
        <w:t>vn 0.9680 -0.1512 -0.2005</w:t>
        <w:br/>
        <w:t>vn 0.9873 -0.1469 -0.0597</w:t>
        <w:br/>
        <w:t>vn 0.9873 -0.1470 -0.0597</w:t>
        <w:br/>
        <w:t>vn 0.9670 -0.1543 -0.2029</w:t>
        <w:br/>
        <w:t>vn -0.0619 -0.9417 0.3308</w:t>
        <w:br/>
        <w:t>vn -0.0618 -0.9417 0.3307</w:t>
        <w:br/>
        <w:t>vn -0.0619 -0.9417 0.3307</w:t>
        <w:br/>
        <w:t>vn -0.8698 0.1499 0.4701</w:t>
        <w:br/>
        <w:t>vn -0.8698 0.1498 0.4701</w:t>
        <w:br/>
        <w:t>vn -0.9291 0.1524 0.3371</w:t>
        <w:br/>
        <w:t>vn -0.9279 0.1548 0.3393</w:t>
        <w:br/>
        <w:t>vn 0.1801 0.9815 0.0653</w:t>
        <w:br/>
        <w:t>vn 0.1802 0.9815 0.0652</w:t>
        <w:br/>
        <w:t>vn 0.1803 0.9815 0.0650</w:t>
        <w:br/>
        <w:t>vn 0.1802 0.9815 0.0651</w:t>
        <w:br/>
        <w:t>vn 0.9674 -0.1553 -0.2000</w:t>
        <w:br/>
        <w:t>vn 0.9853 -0.1612 -0.0568</w:t>
        <w:br/>
        <w:t>vn 0.9853 -0.1612 -0.0570</w:t>
        <w:br/>
        <w:t>vn 0.9679 -0.1544 -0.1984</w:t>
        <w:br/>
        <w:t>vn -0.0815 -0.9553 0.2841</w:t>
        <w:br/>
        <w:t>vn -0.0816 -0.9553 0.2841</w:t>
        <w:br/>
        <w:t>vn -0.8767 0.1270 0.4641</w:t>
        <w:br/>
        <w:t>vn -0.8766 0.1270 0.4641</w:t>
        <w:br/>
        <w:t>vn -0.9310 0.1442 0.3352</w:t>
        <w:br/>
        <w:t>vn -0.9315 0.1438 0.3340</w:t>
        <w:br/>
        <w:t>vn 0.1958 0.9765 0.0904</w:t>
        <w:br/>
        <w:t>vn 0.1958 0.9765 0.0906</w:t>
        <w:br/>
        <w:t>vn 0.1959 0.9765 0.0903</w:t>
        <w:br/>
        <w:t>vn 0.1957 0.9765 0.0905</w:t>
        <w:br/>
        <w:t>vn 0.9630 -0.1989 -0.1818</w:t>
        <w:br/>
        <w:t>vn 0.9834 -0.1759 -0.0448</w:t>
        <w:br/>
        <w:t>vn 0.9678 -0.1699 -0.1857</w:t>
        <w:br/>
        <w:t>vn -0.0797 -0.9517 0.2966</w:t>
        <w:br/>
        <w:t>vn -0.0796 -0.9517 0.2966</w:t>
        <w:br/>
        <w:t>vn -0.0797 -0.9516 0.2967</w:t>
        <w:br/>
        <w:t>vn -0.8805 0.1516 0.4492</w:t>
        <w:br/>
        <w:t>vn -0.9292 0.1911 0.3163</w:t>
        <w:br/>
        <w:t>vn -0.9336 0.1619 0.3198</w:t>
        <w:br/>
        <w:t>vn 0.2812 0.9487 0.1445</w:t>
        <w:br/>
        <w:t>vn 0.2811 0.9487 0.1447</w:t>
        <w:br/>
        <w:t>vn 0.2813 0.9487 0.1444</w:t>
        <w:br/>
        <w:t>vn 0.2811 0.9487 0.1448</w:t>
        <w:br/>
        <w:t>vn -0.7451 0.5661 0.3527</w:t>
        <w:br/>
        <w:t>vn 0.7458 -0.5655 -0.3521</w:t>
        <w:br/>
        <w:t>vn -0.6302 0.6534 0.4194</w:t>
        <w:br/>
        <w:t>vn 0.6310 -0.6553 -0.4151</w:t>
        <w:br/>
        <w:t>vn -0.5363 0.7722 0.3407</w:t>
        <w:br/>
        <w:t>vn 0.5375 -0.7718 -0.3399</w:t>
        <w:br/>
        <w:t>vn -0.5749 0.7630 0.2956</w:t>
        <w:br/>
        <w:t>vn 0.5731 -0.7638 -0.2971</w:t>
        <w:br/>
        <w:t>vn -0.6264 0.7250 0.2862</w:t>
        <w:br/>
        <w:t>vn 0.6262 -0.7254 -0.2859</w:t>
        <w:br/>
        <w:t>vn -0.6492 0.7060 0.2832</w:t>
        <w:br/>
        <w:t>vn 0.6494 -0.7054 -0.2840</w:t>
        <w:br/>
        <w:t>vn -0.7088 0.6524 0.2684</w:t>
        <w:br/>
        <w:t>vn 0.7095 -0.6530 -0.2649</w:t>
        <w:br/>
        <w:t>vn -0.7899 0.5638 0.2414</w:t>
        <w:br/>
        <w:t>vn 0.7939 -0.5607 -0.2354</w:t>
        <w:br/>
        <w:t>vn -0.8418 0.4876 0.2317</w:t>
        <w:br/>
        <w:t>vn 0.8426 -0.4862 -0.2317</w:t>
        <w:br/>
        <w:t>vn -0.8650 0.4445 0.2328</w:t>
        <w:br/>
        <w:t>vn 0.8651 -0.4416 -0.2379</w:t>
        <w:br/>
        <w:t>vn -0.8983 0.3741 0.2305</w:t>
        <w:br/>
        <w:t>vn 0.8972 -0.3720 -0.2381</w:t>
        <w:br/>
        <w:t>vn -0.9214 0.3114 0.2325</w:t>
        <w:br/>
        <w:t>vn 0.9207 -0.3090 -0.2384</w:t>
        <w:br/>
        <w:t>vn -0.9371 0.2452 0.2483</w:t>
        <w:br/>
        <w:t>vn 0.9361 -0.2459 -0.2513</w:t>
        <w:br/>
        <w:t>vn 0.9527 -0.0509 -0.2997</w:t>
        <w:br/>
        <w:t>vn -0.9532 0.0506 0.2982</w:t>
        <w:br/>
        <w:t>vn 0.9541 -0.0501 -0.2953</w:t>
        <w:br/>
        <w:t>vn -0.9546 0.0494 0.2939</w:t>
        <w:br/>
        <w:t>vn 0.9551 -0.0540 -0.2914</w:t>
        <w:br/>
        <w:t>vn -0.9555 0.0538 0.2900</w:t>
        <w:br/>
        <w:t>vn 0.9548 -0.0654 -0.2900</w:t>
        <w:br/>
        <w:t>vn -0.9552 0.0654 0.2887</w:t>
        <w:br/>
        <w:t>vn 0.9537 -0.0798 -0.2901</w:t>
        <w:br/>
        <w:t>vn -0.9541 0.0794 0.2888</w:t>
        <w:br/>
        <w:t>vn 0.9531 -0.0877 -0.2897</w:t>
        <w:br/>
        <w:t>vn -0.9536 0.0871 0.2882</w:t>
        <w:br/>
        <w:t>vn 0.9530 -0.0986 -0.2865</w:t>
        <w:br/>
        <w:t>vn -0.9535 0.0978 0.2851</w:t>
        <w:br/>
        <w:t>vn 0.9539 -0.1162 -0.2768</w:t>
        <w:br/>
        <w:t>vn -0.9544 0.1157 0.2752</w:t>
        <w:br/>
        <w:t>vn 0.9515 -0.1467 -0.2703</w:t>
        <w:br/>
        <w:t>vn -0.9520 0.1460 0.2688</w:t>
        <w:br/>
        <w:t>vn 0.9511 -0.1514 -0.2692</w:t>
        <w:br/>
        <w:t>vn -0.9514 0.1519 0.2678</w:t>
        <w:br/>
        <w:t>vn 0.9523 -0.1603 -0.2595</w:t>
        <w:br/>
        <w:t>vn -0.9528 0.1607 0.2577</w:t>
        <w:br/>
        <w:t>vn 0.9430 -0.2150 -0.2540</w:t>
        <w:br/>
        <w:t>vn -0.9434 0.2150 0.2524</w:t>
        <w:br/>
        <w:t>vn 0.7632 -0.5830 -0.2785</w:t>
        <w:br/>
        <w:t>vn -0.7629 0.5835 0.2785</w:t>
        <w:br/>
        <w:t>vn 0.5522 0.8264 0.1103</w:t>
        <w:br/>
        <w:t>vn 0.5522 0.8264 0.1104</w:t>
        <w:br/>
        <w:t>vn -0.9527 0.0518 0.2996</w:t>
        <w:br/>
        <w:t>vn 0.9522 -0.0521 -0.3011</w:t>
        <w:br/>
        <w:t>vn -0.0156 -0.9947 0.1020</w:t>
        <w:br/>
        <w:t>vn -0.0153 -0.9947 0.1021</w:t>
        <w:br/>
        <w:t>vn -0.2535 -0.1502 0.9556</w:t>
        <w:br/>
        <w:t>vn 0.0103 -0.3829 0.9237</w:t>
        <w:br/>
        <w:t>vn 0.0104 -0.3829 0.9237</w:t>
        <w:br/>
        <w:t>vn 0.0101 -0.3829 0.9237</w:t>
        <w:br/>
        <w:t>vn 0.0102 -0.3828 0.9238</w:t>
        <w:br/>
        <w:t>vn 0.1264 -0.5070 0.8526</w:t>
        <w:br/>
        <w:t>vn 0.1263 -0.5070 0.8527</w:t>
        <w:br/>
        <w:t>vn 0.1265 -0.5070 0.8526</w:t>
        <w:br/>
        <w:t>vn 0.1266 -0.5070 0.8526</w:t>
        <w:br/>
        <w:t>vn -0.0204 -0.3906 0.9203</w:t>
        <w:br/>
        <w:t>vn -0.0204 -0.3907 0.9203</w:t>
        <w:br/>
        <w:t>vn -0.0204 -0.3905 0.9204</w:t>
        <w:br/>
        <w:t>vn -0.0205 -0.3905 0.9204</w:t>
        <w:br/>
        <w:t>vn -0.0329 -0.3670 0.9296</w:t>
        <w:br/>
        <w:t>vn -0.0797 -0.3066 0.9485</w:t>
        <w:br/>
        <w:t>vn -0.0643 -0.3045 0.9503</w:t>
        <w:br/>
        <w:t>vn -0.0642 -0.3043 0.9504</w:t>
        <w:br/>
        <w:t>vn -0.0643 -0.3044 0.9504</w:t>
        <w:br/>
        <w:t>vn -0.0641 -0.3039 0.9506</w:t>
        <w:br/>
        <w:t>vn -0.0712 -0.3156 0.9462</w:t>
        <w:br/>
        <w:t>vn -0.1358 -0.3035 0.9431</w:t>
        <w:br/>
        <w:t>vn -0.1357 -0.3035 0.9431</w:t>
        <w:br/>
        <w:t>vn -0.1806 -0.3089 0.9338</w:t>
        <w:br/>
        <w:t>vn -0.1807 -0.3090 0.9338</w:t>
        <w:br/>
        <w:t>vn -0.1715 -0.3099 0.9352</w:t>
        <w:br/>
        <w:t>vn -0.1716 -0.3099 0.9352</w:t>
        <w:br/>
        <w:t>vn -0.1717 -0.3099 0.9351</w:t>
        <w:br/>
        <w:t>vn -0.1648 -0.3413 0.9254</w:t>
        <w:br/>
        <w:t>vn -0.1649 -0.3413 0.9254</w:t>
        <w:br/>
        <w:t>vn -0.2260 -0.2408 0.9439</w:t>
        <w:br/>
        <w:t>vn -0.2258 -0.2406 0.9440</w:t>
        <w:br/>
        <w:t>vn -0.2257 -0.2405 0.9441</w:t>
        <w:br/>
        <w:t>vn -0.2259 -0.2407 0.9440</w:t>
        <w:br/>
        <w:t>vn -0.2410 -0.2291 0.9431</w:t>
        <w:br/>
        <w:t>vn -0.2516 0.1107 0.9615</w:t>
        <w:br/>
        <w:t>vn -0.2533 0.1006 0.9621</w:t>
        <w:br/>
        <w:t>vn -0.2536 0.1007 0.9621</w:t>
        <w:br/>
        <w:t>vn -0.2534 0.1007 0.9621</w:t>
        <w:br/>
        <w:t>vn -0.2566 0.0571 0.9648</w:t>
        <w:br/>
        <w:t>vn -0.2565 0.0571 0.9649</w:t>
        <w:br/>
        <w:t>vn -0.2569 0.0572 0.9648</w:t>
        <w:br/>
        <w:t>vn -0.2570 0.0572 0.9647</w:t>
        <w:br/>
        <w:t>vn -0.2576 0.0965 0.9614</w:t>
        <w:br/>
        <w:t>vn -0.2574 0.0964 0.9615</w:t>
        <w:br/>
        <w:t>vn -0.2571 0.0550 0.9648</w:t>
        <w:br/>
        <w:t>vn -0.2574 0.0551 0.9647</w:t>
        <w:br/>
        <w:t>vn -0.2569 0.0550 0.9649</w:t>
        <w:br/>
        <w:t>vn -0.2607 0.0487 0.9642</w:t>
        <w:br/>
        <w:t>vn -0.2606 0.0486 0.9642</w:t>
        <w:br/>
        <w:t>vn -0.2621 0.0179 0.9649</w:t>
        <w:br/>
        <w:t>vn -0.2622 0.0179 0.9648</w:t>
        <w:br/>
        <w:t>vn -0.2622 0.0179 0.9649</w:t>
        <w:br/>
        <w:t>vn -0.2676 -0.0044 0.9635</w:t>
        <w:br/>
        <w:t>vn -0.2729 0.0036 0.9620</w:t>
        <w:br/>
        <w:t>vn -0.2722 0.0040 0.9622</w:t>
        <w:br/>
        <w:t>vn -0.2725 0.0039 0.9622</w:t>
        <w:br/>
        <w:t>vn -0.2727 0.0037 0.9621</w:t>
        <w:br/>
        <w:t>vn -0.2779 0.0088 0.9606</w:t>
        <w:br/>
        <w:t>vn -0.2778 0.0088 0.9606</w:t>
        <w:br/>
        <w:t>vn -0.2778 0.0089 0.9606</w:t>
        <w:br/>
        <w:t>vn -0.2575 -0.0934 0.9618</w:t>
        <w:br/>
        <w:t>vn -0.2575 -0.0934 0.9617</w:t>
        <w:br/>
        <w:t>vn -0.2691 -0.0665 0.9608</w:t>
        <w:br/>
        <w:t>vn -0.2690 -0.0664 0.9608</w:t>
        <w:br/>
        <w:t>vn -0.2689 -0.0664 0.9609</w:t>
        <w:br/>
        <w:t>vn -0.1615 -0.1346 0.9777</w:t>
        <w:br/>
        <w:t>vn -0.1615 -0.1345 0.9777</w:t>
        <w:br/>
        <w:t>vn -0.0108 -0.3610 0.9325</w:t>
        <w:br/>
        <w:t>vn -0.0108 -0.3611 0.9325</w:t>
        <w:br/>
        <w:t>vn -0.0107 -0.3610 0.9325</w:t>
        <w:br/>
        <w:t>vn -0.0257 -0.3784 0.9253</w:t>
        <w:br/>
        <w:t>vn -0.0256 -0.3784 0.9253</w:t>
        <w:br/>
        <w:t>vn -0.0258 -0.3784 0.9253</w:t>
        <w:br/>
        <w:t>vn -0.0364 -0.3530 0.9349</w:t>
        <w:br/>
        <w:t>vn -0.0363 -0.3530 0.9349</w:t>
        <w:br/>
        <w:t>vn -0.0612 -0.3114 0.9483</w:t>
        <w:br/>
        <w:t>vn -0.0611 -0.3113 0.9483</w:t>
        <w:br/>
        <w:t>vn -0.0607 -0.3113 0.9484</w:t>
        <w:br/>
        <w:t>vn -0.0611 -0.3114 0.9483</w:t>
        <w:br/>
        <w:t>vn -0.0680 -0.3018 0.9509</w:t>
        <w:br/>
        <w:t>vn -0.0680 -0.3019 0.9509</w:t>
        <w:br/>
        <w:t>vn -0.0838 -0.3229 0.9427</w:t>
        <w:br/>
        <w:t>vn -0.0837 -0.3229 0.9427</w:t>
        <w:br/>
        <w:t>vn -0.0835 -0.3229 0.9427</w:t>
        <w:br/>
        <w:t>vn -0.1329 -0.3454 0.9290</w:t>
        <w:br/>
        <w:t>vn -0.1756 -0.3114 0.9339</w:t>
        <w:br/>
        <w:t>vn -0.1756 -0.3113 0.9339</w:t>
        <w:br/>
        <w:t>vn -0.1757 -0.3116 0.9338</w:t>
        <w:br/>
        <w:t>vn -0.1633 -0.3266 0.9310</w:t>
        <w:br/>
        <w:t>vn -0.1632 -0.3266 0.9310</w:t>
        <w:br/>
        <w:t>vn -0.1628 -0.3267 0.9310</w:t>
        <w:br/>
        <w:t>vn -0.2069 -0.2629 0.9424</w:t>
        <w:br/>
        <w:t>vn -0.2068 -0.2628 0.9424</w:t>
        <w:br/>
        <w:t>vn -0.2068 -0.2626 0.9425</w:t>
        <w:br/>
        <w:t>vn -0.2208 -0.2523 0.9421</w:t>
        <w:br/>
        <w:t>vn -0.2206 -0.2520 0.9422</w:t>
        <w:br/>
        <w:t>vn -0.2639 -0.1128 0.9579</w:t>
        <w:br/>
        <w:t>vn -0.2640 -0.1129 0.9579</w:t>
        <w:br/>
        <w:t>vn -0.2483 0.1050 0.9630</w:t>
        <w:br/>
        <w:t>vn -0.2482 0.1049 0.9630</w:t>
        <w:br/>
        <w:t>vn -0.2481 0.1049 0.9630</w:t>
        <w:br/>
        <w:t>vn -0.2536 0.1067 0.9614</w:t>
        <w:br/>
        <w:t>vn -0.2534 0.1066 0.9615</w:t>
        <w:br/>
        <w:t>vn -0.2533 0.1065 0.9615</w:t>
        <w:br/>
        <w:t>vn -0.2562 0.0752 0.9637</w:t>
        <w:br/>
        <w:t>vn -0.2563 0.0753 0.9637</w:t>
        <w:br/>
        <w:t>vn -0.2561 0.0751 0.9637</w:t>
        <w:br/>
        <w:t>vn -0.2536 0.0577 0.9656</w:t>
        <w:br/>
        <w:t>vn -0.2537 0.0577 0.9656</w:t>
        <w:br/>
        <w:t>vn -0.2557 0.0876 0.9628</w:t>
        <w:br/>
        <w:t>vn -0.2556 0.0876 0.9628</w:t>
        <w:br/>
        <w:t>vn -0.2556 0.0875 0.9628</w:t>
        <w:br/>
        <w:t>vn -0.2597 0.0719 0.9630</w:t>
        <w:br/>
        <w:t>vn -0.2596 0.0718 0.9630</w:t>
        <w:br/>
        <w:t>vn -0.2629 0.0336 0.9642</w:t>
        <w:br/>
        <w:t>vn -0.2627 0.0335 0.9643</w:t>
        <w:br/>
        <w:t>vn -0.2628 0.0336 0.9643</w:t>
        <w:br/>
        <w:t>vn -0.2698 0.0078 0.9629</w:t>
        <w:br/>
        <w:t>vn -0.2697 0.0079 0.9629</w:t>
        <w:br/>
        <w:t>vn -0.2756 0.0373 0.9605</w:t>
        <w:br/>
        <w:t>vn -0.2757 0.0373 0.9605</w:t>
        <w:br/>
        <w:t>vn -0.2756 0.0374 0.9606</w:t>
        <w:br/>
        <w:t>vn -0.2755 0.0375 0.9606</w:t>
        <w:br/>
        <w:t>vn -0.2791 -0.0028 0.9603</w:t>
        <w:br/>
        <w:t>vn -0.2790 -0.0026 0.9603</w:t>
        <w:br/>
        <w:t>vn -0.2792 -0.0029 0.9602</w:t>
        <w:br/>
        <w:t>vn -0.2790 -0.0027 0.9603</w:t>
        <w:br/>
        <w:t>vn -0.2625 -0.0662 0.9627</w:t>
        <w:br/>
        <w:t>vn -0.2624 -0.0661 0.9627</w:t>
        <w:br/>
        <w:t>vn -0.2625 -0.0663 0.9627</w:t>
        <w:br/>
        <w:t>vn -0.2604 -0.0859 0.9617</w:t>
        <w:br/>
        <w:t>vn -0.2605 -0.0858 0.9617</w:t>
        <w:br/>
        <w:t>vn -0.2603 -0.0859 0.9617</w:t>
        <w:br/>
        <w:t>vn -0.9532 -0.2339 -0.1915</w:t>
        <w:br/>
        <w:t>vn -0.9518 -0.2395 -0.1916</w:t>
        <w:br/>
        <w:t>vn -0.9674 -0.2487 -0.0486</w:t>
        <w:br/>
        <w:t>vn -0.9674 -0.2485 -0.0481</w:t>
        <w:br/>
        <w:t>vn 0.1662 -0.9550 0.2456</w:t>
        <w:br/>
        <w:t>vn 0.1662 -0.9550 0.2455</w:t>
        <w:br/>
        <w:t>vn 0.1662 -0.9550 0.2457</w:t>
        <w:br/>
        <w:t>vn 0.1661 -0.9550 0.2457</w:t>
        <w:br/>
        <w:t>vn 0.8730 0.1910 0.4487</w:t>
        <w:br/>
        <w:t>vn 0.9199 0.2201 0.3246</w:t>
        <w:br/>
        <w:t>vn 0.9215 0.2134 0.3244</w:t>
        <w:br/>
        <w:t>vn 0.8731 0.1910 0.4486</w:t>
        <w:br/>
        <w:t>vn -0.2789 0.9498 0.1419</w:t>
        <w:br/>
        <w:t>vn -0.2788 0.9498 0.1421</w:t>
        <w:br/>
        <w:t>vn -0.2788 0.9498 0.1423</w:t>
        <w:br/>
        <w:t>vn -0.2789 0.9498 0.1421</w:t>
        <w:br/>
        <w:t>vn -0.7648 -0.6434 -0.0334</w:t>
        <w:br/>
        <w:t>vn -0.7702 -0.6181 -0.1572</w:t>
        <w:br/>
        <w:t>vn -0.7695 -0.5989 -0.2216</w:t>
        <w:br/>
        <w:t>vn -0.7648 -0.6434 -0.0333</w:t>
        <w:br/>
        <w:t>vn 0.5544 -0.8203 -0.1404</w:t>
        <w:br/>
        <w:t>vn 0.5545 -0.8203 -0.1404</w:t>
        <w:br/>
        <w:t>vn 0.5544 -0.8204 -0.1403</w:t>
        <w:br/>
        <w:t>vn 0.7694 0.4844 0.4164</w:t>
        <w:br/>
        <w:t>vn 0.7655 0.5412 0.3479</w:t>
        <w:br/>
        <w:t>vn 0.7689 0.5359 0.3487</w:t>
        <w:br/>
        <w:t>vn -0.5628 0.7652 0.3126</w:t>
        <w:br/>
        <w:t>vn -0.5627 0.7653 0.3126</w:t>
        <w:br/>
        <w:t>vn -0.5482 0.6699 0.5008</w:t>
        <w:br/>
        <w:t>vn -0.5483 0.6698 0.5007</w:t>
        <w:br/>
        <w:t>vn -0.7255 -0.6224 -0.2936</w:t>
        <w:br/>
        <w:t>vn -0.6703 -0.6708 -0.3173</w:t>
        <w:br/>
        <w:t>vn -0.6763 -0.7307 -0.0928</w:t>
        <w:br/>
        <w:t>vn -0.6763 -0.7307 -0.0929</w:t>
        <w:br/>
        <w:t>vn 0.6902 -0.7193 -0.0798</w:t>
        <w:br/>
        <w:t>vn 0.6899 -0.7195 -0.0796</w:t>
        <w:br/>
        <w:t>vn 0.6900 -0.7194 -0.0796</w:t>
        <w:br/>
        <w:t>vn 0.6900 -0.7195 -0.0795</w:t>
        <w:br/>
        <w:t>vn 0.7203 0.5262 0.4520</w:t>
        <w:br/>
        <w:t>vn 0.6781 0.5921 0.4355</w:t>
        <w:br/>
        <w:t>vn 0.7301 0.5465 0.4102</w:t>
        <w:br/>
        <w:t>vn 0.7203 0.5263 0.4519</w:t>
        <w:br/>
        <w:t>vn -0.5481 0.6699 0.5009</w:t>
        <w:br/>
        <w:t>vn -0.5484 0.6698 0.5006</w:t>
        <w:br/>
        <w:t>vn -0.5481 0.6698 0.5010</w:t>
        <w:br/>
        <w:t>vn -0.5782 -0.7451 -0.3323</w:t>
        <w:br/>
        <w:t>vn -0.5452 -0.7827 -0.3001</w:t>
        <w:br/>
        <w:t>vn -0.5475 -0.8176 -0.1783</w:t>
        <w:br/>
        <w:t>vn -0.5474 -0.8176 -0.1783</w:t>
        <w:br/>
        <w:t>vn 0.8323 -0.5541 0.0176</w:t>
        <w:br/>
        <w:t>vn 0.8322 -0.5542 0.0171</w:t>
        <w:br/>
        <w:t>vn 0.8323 -0.5541 0.0175</w:t>
        <w:br/>
        <w:t>vn 0.8322 -0.5542 0.0172</w:t>
        <w:br/>
        <w:t>vn 0.5317 0.6535 0.5387</w:t>
        <w:br/>
        <w:t>vn 0.5385 0.7285 0.4235</w:t>
        <w:br/>
        <w:t>vn 0.5703 0.6840 0.4549</w:t>
        <w:br/>
        <w:t>vn 0.5318 0.6535 0.5386</w:t>
        <w:br/>
        <w:t>vn -0.7752 0.5064 0.3777</w:t>
        <w:br/>
        <w:t>vn -0.7753 0.5064 0.3775</w:t>
        <w:br/>
        <w:t>vn -0.7751 0.5064 0.3778</w:t>
        <w:br/>
        <w:t>vn -0.5277 -0.8418 -0.1140</w:t>
        <w:br/>
        <w:t>vn -0.5200 -0.8180 -0.2460</w:t>
        <w:br/>
        <w:t>vn -0.5366 -0.8080 -0.2434</w:t>
        <w:br/>
        <w:t>vn -0.5276 -0.8418 -0.1141</w:t>
        <w:br/>
        <w:t>vn 0.8086 -0.5883 0.0098</w:t>
        <w:br/>
        <w:t>vn 0.8086 -0.5883 0.0097</w:t>
        <w:br/>
        <w:t>vn 0.8086 -0.5883 0.0099</w:t>
        <w:br/>
        <w:t>vn 0.5359 0.7589 0.3700</w:t>
        <w:br/>
        <w:t>vn 0.5186 0.7695 0.3727</w:t>
        <w:br/>
        <w:t>vn 0.5198 0.6950 0.4967</w:t>
        <w:br/>
        <w:t>vn -0.8437 0.4034 0.3541</w:t>
        <w:br/>
        <w:t>vn -0.8438 0.4034 0.3540</w:t>
        <w:br/>
        <w:t>vn -0.6653 -0.7417 -0.0850</w:t>
        <w:br/>
        <w:t>vn -0.6213 -0.7502 -0.2262</w:t>
        <w:br/>
        <w:t>vn -0.6434 -0.7330 -0.2210</w:t>
        <w:br/>
        <w:t>vn -0.6652 -0.7418 -0.0851</w:t>
        <w:br/>
        <w:t>vn 0.7639 -0.6452 0.0114</w:t>
        <w:br/>
        <w:t>vn 0.7638 -0.6454 0.0116</w:t>
        <w:br/>
        <w:t>vn 0.6327 0.6909 0.3497</w:t>
        <w:br/>
        <w:t>vn 0.6117 0.7071 0.3546</w:t>
        <w:br/>
        <w:t>vn 0.6337 0.6161 0.4679</w:t>
        <w:br/>
        <w:t>vn 0.6337 0.6161 0.4678</w:t>
        <w:br/>
        <w:t>vn -0.8175 0.4455 0.3651</w:t>
        <w:br/>
        <w:t>vn -0.8175 0.4455 0.3650</w:t>
        <w:br/>
        <w:t>vn -0.8174 0.4455 0.3652</w:t>
        <w:br/>
        <w:t>vn -0.6233 -0.7749 -0.1044</w:t>
        <w:br/>
        <w:t>vn -0.6228 -0.7480 -0.2293</w:t>
        <w:br/>
        <w:t>vn -0.6366 -0.7370 -0.2270</w:t>
        <w:br/>
        <w:t>vn -0.6234 -0.7749 -0.1046</w:t>
        <w:br/>
        <w:t>vn 0.7639 -0.6452 0.0116</w:t>
        <w:br/>
        <w:t>vn 0.7637 -0.6454 0.0118</w:t>
        <w:br/>
        <w:t>vn 0.7637 -0.6454 0.0117</w:t>
        <w:br/>
        <w:t>vn 0.7637 -0.6455 0.0118</w:t>
        <w:br/>
        <w:t>vn 0.6266 0.6940 0.3545</w:t>
        <w:br/>
        <w:t>vn 0.6130 0.7050 0.3566</w:t>
        <w:br/>
        <w:t>vn 0.5925 0.6443 0.4836</w:t>
        <w:br/>
        <w:t>vn 0.5927 0.6443 0.4834</w:t>
        <w:br/>
        <w:t>vn -0.7768 0.5112 0.3677</w:t>
        <w:br/>
        <w:t>vn -0.7768 0.5113 0.3676</w:t>
        <w:br/>
        <w:t>vn -0.7767 0.5115 0.3676</w:t>
        <w:br/>
        <w:t>vn -0.7767 0.5113 0.3678</w:t>
        <w:br/>
        <w:t>vn -0.6708 -0.7352 -0.0973</w:t>
        <w:br/>
        <w:t>vn -0.6680 -0.7100 -0.2230</w:t>
        <w:br/>
        <w:t>vn -0.6788 -0.7003 -0.2210</w:t>
        <w:br/>
        <w:t>vn -0.6708 -0.7353 -0.0973</w:t>
        <w:br/>
        <w:t>vn 0.7396 -0.6731 0.0027</w:t>
        <w:br/>
        <w:t>vn 0.7395 -0.6732 0.0028</w:t>
        <w:br/>
        <w:t>vn 0.7394 -0.6733 0.0029</w:t>
        <w:br/>
        <w:t>vn 0.6694 0.6566 0.3475</w:t>
        <w:br/>
        <w:t>vn 0.6567 0.6681 0.3499</w:t>
        <w:br/>
        <w:t>vn 0.6374 0.6049 0.4773</w:t>
        <w:br/>
        <w:t>vn 0.6373 0.6048 0.4775</w:t>
        <w:br/>
        <w:t>vn -0.7528 0.5382 0.3790</w:t>
        <w:br/>
        <w:t>vn -0.7528 0.5383 0.3789</w:t>
        <w:br/>
        <w:t>vn -0.7527 0.5383 0.3790</w:t>
        <w:br/>
        <w:t>vn -0.7477 -0.6342 -0.1969</w:t>
        <w:br/>
        <w:t>vn -0.7747 -0.6030 -0.1902</w:t>
        <w:br/>
        <w:t>vn -0.7764 -0.6261 -0.0720</w:t>
        <w:br/>
        <w:t>vn -0.7763 -0.6262 -0.0725</w:t>
        <w:br/>
        <w:t>vn 0.6256 -0.7791 0.0407</w:t>
        <w:br/>
        <w:t>vn 0.6256 -0.7791 0.0405</w:t>
        <w:br/>
        <w:t>vn 0.6255 -0.7792 0.0404</w:t>
        <w:br/>
        <w:t>vn 0.6255 -0.7792 0.0405</w:t>
        <w:br/>
        <w:t>vn 0.7562 0.5679 0.3250</w:t>
        <w:br/>
        <w:t>vn 0.7316 0.5961 0.3308</w:t>
        <w:br/>
        <w:t>vn 0.7266 0.5132 0.4568</w:t>
        <w:br/>
        <w:t>vn 0.7266 0.5131 0.4568</w:t>
        <w:br/>
        <w:t>vn -0.6705 0.6560 0.3465</w:t>
        <w:br/>
        <w:t>vn -0.6704 0.6560 0.3468</w:t>
        <w:br/>
        <w:t>vn -0.6705 0.6560 0.3466</w:t>
        <w:br/>
        <w:t>vn -0.8250 -0.5387 -0.1707</w:t>
        <w:br/>
        <w:t>vn -0.8466 -0.5059 -0.1651</w:t>
        <w:br/>
        <w:t>vn -0.8502 -0.5254 -0.0344</w:t>
        <w:br/>
        <w:t>vn 0.4780 -0.8750 0.0769</w:t>
        <w:br/>
        <w:t>vn 0.4778 -0.8751 0.0766</w:t>
        <w:br/>
        <w:t>vn 0.4778 -0.8751 0.0767</w:t>
        <w:br/>
        <w:t>vn 0.8301 0.4710 0.2985</w:t>
        <w:br/>
        <w:t>vn 0.8071 0.5053 0.3053</w:t>
        <w:br/>
        <w:t>vn 0.8011 0.4159 0.4304</w:t>
        <w:br/>
        <w:t>vn -0.6885 0.6352 0.3501</w:t>
        <w:br/>
        <w:t>vn -0.6886 0.6352 0.3499</w:t>
        <w:br/>
        <w:t>vn -0.6884 0.6352 0.3502</w:t>
        <w:br/>
        <w:t>vn -0.6887 0.6351 0.3498</w:t>
        <w:br/>
        <w:t>vn -0.8514 -0.4940 -0.1764</w:t>
        <w:br/>
        <w:t>vn -0.8609 -0.4777 -0.1750</w:t>
        <w:br/>
        <w:t>vn -0.8531 -0.5201 -0.0402</w:t>
        <w:br/>
        <w:t>vn -0.8532 -0.5201 -0.0400</w:t>
        <w:br/>
        <w:t>vn 0.3862 -0.9212 0.0479</w:t>
        <w:br/>
        <w:t>vn 0.3861 -0.9212 0.0479</w:t>
        <w:br/>
        <w:t>vn 0.3862 -0.9212 0.0478</w:t>
        <w:br/>
        <w:t>vn 0.3862 -0.9212 0.0477</w:t>
        <w:br/>
        <w:t>vn 0.8065 0.4079 0.4281</w:t>
        <w:br/>
        <w:t>vn 0.8444 0.4421 0.3026</w:t>
        <w:br/>
        <w:t>vn 0.8355 0.4566 0.3057</w:t>
        <w:br/>
        <w:t>vn 0.8064 0.4079 0.4281</w:t>
        <w:br/>
        <w:t>vn -0.5642 0.7615 0.3192</w:t>
        <w:br/>
        <w:t>vn -0.5644 0.7614 0.3189</w:t>
        <w:br/>
        <w:t>vn -0.5643 0.7615 0.3190</w:t>
        <w:br/>
        <w:t>vn -0.8796 -0.4430 -0.1734</w:t>
        <w:br/>
        <w:t>vn -0.8900 -0.4209 -0.1751</w:t>
        <w:br/>
        <w:t>vn -0.8812 -0.4710 -0.0407</w:t>
        <w:br/>
        <w:t>vn -0.8812 -0.4710 -0.0408</w:t>
        <w:br/>
        <w:t>vn 0.3915 -0.9190 0.0453</w:t>
        <w:br/>
        <w:t>vn 0.3914 -0.9191 0.0449</w:t>
        <w:br/>
        <w:t>vn 0.3914 -0.9191 0.0450</w:t>
        <w:br/>
        <w:t>vn 0.8367 0.3398 0.4295</w:t>
        <w:br/>
        <w:t>vn 0.8758 0.3782 0.2998</w:t>
        <w:br/>
        <w:t>vn 0.8653 0.4021 0.2993</w:t>
        <w:br/>
        <w:t>vn 0.8368 0.3398 0.4294</w:t>
        <w:br/>
        <w:t>vn -0.4736 0.8122 0.3408</w:t>
        <w:br/>
        <w:t>vn -0.4735 0.8122 0.3409</w:t>
        <w:br/>
        <w:t>vn -0.4736 0.8122 0.3407</w:t>
        <w:br/>
        <w:t>vn -0.4734 0.8122 0.3409</w:t>
        <w:br/>
        <w:t>vn -0.9186 -0.3542 -0.1754</w:t>
        <w:br/>
        <w:t>vn -0.9256 -0.3350 -0.1762</w:t>
        <w:br/>
        <w:t>vn -0.9317 -0.3610 -0.0411</w:t>
        <w:br/>
        <w:t>vn -0.9317 -0.3610 -0.0410</w:t>
        <w:br/>
        <w:t>vn 0.3475 -0.9254 0.1510</w:t>
        <w:br/>
        <w:t>vn 0.3475 -0.9255 0.1509</w:t>
        <w:br/>
        <w:t>vn 0.3476 -0.9254 0.1512</w:t>
        <w:br/>
        <w:t>vn 0.3475 -0.9255 0.1507</w:t>
        <w:br/>
        <w:t>vn 0.8596 0.2706 0.4334</w:t>
        <w:br/>
        <w:t>vn 0.9020 0.3067 0.3037</w:t>
        <w:br/>
        <w:t>vn 0.8960 0.3254 0.3022</w:t>
        <w:br/>
        <w:t>vn -0.4525 0.8603 0.2349</w:t>
        <w:br/>
        <w:t>vn -0.4524 0.8603 0.2350</w:t>
        <w:br/>
        <w:t>vn -0.4524 0.8602 0.2352</w:t>
        <w:br/>
        <w:t>vn -0.9349 -0.3107 -0.1715</w:t>
        <w:br/>
        <w:t>vn -0.9435 -0.2821 -0.1739</w:t>
        <w:br/>
        <w:t>vn -0.9433 -0.3307 -0.0289</w:t>
        <w:br/>
        <w:t>vn 0.1609 -0.9574 0.2399</w:t>
        <w:br/>
        <w:t>vn 0.1608 -0.9575 0.2393</w:t>
        <w:br/>
        <w:t>vn 0.1608 -0.9575 0.2395</w:t>
        <w:br/>
        <w:t>vn 0.1607 -0.9575 0.2395</w:t>
        <w:br/>
        <w:t>vn 0.8670 0.2408 0.4363</w:t>
        <w:br/>
        <w:t>vn 0.9178 0.2511 0.3076</w:t>
        <w:br/>
        <w:t>vn 0.9098 0.2822 0.3042</w:t>
        <w:br/>
        <w:t>vn -0.4565 0.8566 0.2405</w:t>
        <w:br/>
        <w:t>vn -0.4564 0.8566 0.2407</w:t>
        <w:br/>
        <w:t>vn -0.4566 0.8566 0.2403</w:t>
        <w:br/>
        <w:t>vn -0.4564 0.8566 0.2406</w:t>
        <w:br/>
        <w:t>vn 0.9134 0.0633 0.4020</w:t>
        <w:br/>
        <w:t>vn 0.9280 0.0589 0.3679</w:t>
        <w:br/>
        <w:t>vn 0.8632 0.0741 0.4995</w:t>
        <w:br/>
        <w:t>vn 0.8632 0.0741 0.4994</w:t>
        <w:br/>
        <w:t>vn -0.0668 0.9869 0.1469</w:t>
        <w:br/>
        <w:t>vn -0.0669 0.9869 0.1469</w:t>
        <w:br/>
        <w:t>vn -0.0668 0.9869 0.1470</w:t>
        <w:br/>
        <w:t>vn -0.0668 0.9869 0.1471</w:t>
        <w:br/>
        <w:t>vn -0.9971 -0.0244 -0.0717</w:t>
        <w:br/>
        <w:t>vn -0.9733 -0.0425 -0.2257</w:t>
        <w:br/>
        <w:t>vn -0.9815 -0.0385 -0.1877</w:t>
        <w:br/>
        <w:t>vn -0.9971 -0.0243 -0.0717</w:t>
        <w:br/>
        <w:t>vn -0.0138 -0.9802 0.1975</w:t>
        <w:br/>
        <w:t>vn -0.0430 -0.9558 0.2910</w:t>
        <w:br/>
        <w:t>vn -0.0431 -0.9558 0.2909</w:t>
        <w:br/>
        <w:t>vn -0.9971 -0.0257 -0.0713</w:t>
        <w:br/>
        <w:t>vn -0.9738 -0.0442 -0.2230</w:t>
        <w:br/>
        <w:t>vn -0.9736 -0.0425 -0.2243</w:t>
        <w:br/>
        <w:t>vn -0.9971 -0.0258 -0.0711</w:t>
        <w:br/>
        <w:t>vn -0.0414 -0.9639 0.2630</w:t>
        <w:br/>
        <w:t>vn -0.0417 -0.9638 0.2632</w:t>
        <w:br/>
        <w:t>vn -0.0417 -0.9639 0.2632</w:t>
        <w:br/>
        <w:t>vn -0.0419 -0.9638 0.2632</w:t>
        <w:br/>
        <w:t>vn 0.9289 0.0568 0.3660</w:t>
        <w:br/>
        <w:t>vn 0.9293 0.0583 0.3647</w:t>
        <w:br/>
        <w:t>vn 0.8648 0.0693 0.4973</w:t>
        <w:br/>
        <w:t>vn 0.8649 0.0694 0.4972</w:t>
        <w:br/>
        <w:t>vn -0.0727 0.9840 0.1629</w:t>
        <w:br/>
        <w:t>vn -0.0726 0.9840 0.1628</w:t>
        <w:br/>
        <w:t>vn -0.0729 0.9839 0.1630</w:t>
        <w:br/>
        <w:t>vn -0.0727 0.9840 0.1628</w:t>
        <w:br/>
        <w:t>vn -0.9972 -0.0267 -0.0705</w:t>
        <w:br/>
        <w:t>vn -0.9747 -0.0425 -0.2196</w:t>
        <w:br/>
        <w:t>vn -0.9743 -0.0423 -0.2211</w:t>
        <w:br/>
        <w:t>vn -0.9972 -0.0267 -0.0704</w:t>
        <w:br/>
        <w:t>vn -0.0402 -0.9648 0.2600</w:t>
        <w:br/>
        <w:t>vn -0.0404 -0.9647 0.2601</w:t>
        <w:br/>
        <w:t>vn 0.9313 0.0502 0.3607</w:t>
        <w:br/>
        <w:t>vn 0.9318 0.0505 0.3593</w:t>
        <w:br/>
        <w:t>vn 0.8698 0.0516 0.4906</w:t>
        <w:br/>
        <w:t>vn 0.8698 0.0515 0.4908</w:t>
        <w:br/>
        <w:t>vn -0.0745 0.9816 0.1760</w:t>
        <w:br/>
        <w:t>vn -0.0744 0.9816 0.1760</w:t>
        <w:br/>
        <w:t>vn -0.0745 0.9816 0.1761</w:t>
        <w:br/>
        <w:t>vn -0.0744 0.9816 0.1759</w:t>
        <w:br/>
        <w:t>vn -0.9967 -0.0410 -0.0699</w:t>
        <w:br/>
        <w:t>vn -0.9742 -0.0554 -0.2188</w:t>
        <w:br/>
        <w:t>vn -0.9744 -0.0533 -0.2184</w:t>
        <w:br/>
        <w:t>vn -0.9967 -0.0412 -0.0696</w:t>
        <w:br/>
        <w:t>vn -0.0311 -0.9664 0.2552</w:t>
        <w:br/>
        <w:t>vn -0.0312 -0.9663 0.2554</w:t>
        <w:br/>
        <w:t>vn -0.0312 -0.9664 0.2553</w:t>
        <w:br/>
        <w:t>vn -0.0314 -0.9663 0.2553</w:t>
        <w:br/>
        <w:t>vn 0.9315 0.0670 0.3574</w:t>
        <w:br/>
        <w:t>vn 0.9312 0.0692 0.3579</w:t>
        <w:br/>
        <w:t>vn 0.8691 0.0821 0.4878</w:t>
        <w:br/>
        <w:t>vn 0.8692 0.0822 0.4875</w:t>
        <w:br/>
        <w:t>vn -0.0816 0.9818 0.1715</w:t>
        <w:br/>
        <w:t>vn -0.0818 0.9818 0.1716</w:t>
        <w:br/>
        <w:t>vn -0.0815 0.9818 0.1715</w:t>
        <w:br/>
        <w:t>vn -0.9958 -0.0585 -0.0698</w:t>
        <w:br/>
        <w:t>vn -0.9734 -0.0718 -0.2178</w:t>
        <w:br/>
        <w:t>vn -0.9738 -0.0646 -0.2178</w:t>
        <w:br/>
        <w:t>vn -0.9958 -0.0586 -0.0697</w:t>
        <w:br/>
        <w:t>vn -0.0129 -0.9730 0.2304</w:t>
        <w:br/>
        <w:t>vn -0.0131 -0.9730 0.2306</w:t>
        <w:br/>
        <w:t>vn -0.0133 -0.9729 0.2306</w:t>
        <w:br/>
        <w:t>vn 0.9310 0.0723 0.3577</w:t>
        <w:br/>
        <w:t>vn 0.9305 0.0793 0.3576</w:t>
        <w:br/>
        <w:t>vn 0.8681 0.0818 0.4896</w:t>
        <w:br/>
        <w:t>vn 0.8680 0.0816 0.4899</w:t>
        <w:br/>
        <w:t>vn -0.0976 0.9758 0.1955</w:t>
        <w:br/>
        <w:t>vn -0.0973 0.9759 0.1953</w:t>
        <w:br/>
        <w:t>vn -0.0974 0.9759 0.1954</w:t>
        <w:br/>
        <w:t>vn -0.0972 0.9759 0.1953</w:t>
        <w:br/>
        <w:t>vn -0.9952 -0.0699 -0.0679</w:t>
        <w:br/>
        <w:t>vn -0.9725 -0.0835 -0.2176</w:t>
        <w:br/>
        <w:t>vn -0.9727 -0.0795 -0.2181</w:t>
        <w:br/>
        <w:t>vn -0.9952 -0.0700 -0.0677</w:t>
        <w:br/>
        <w:t>vn -0.0130 -0.9749 0.2223</w:t>
        <w:br/>
        <w:t>vn -0.0133 -0.9748 0.2225</w:t>
        <w:br/>
        <w:t>vn -0.0132 -0.9749 0.2225</w:t>
        <w:br/>
        <w:t>vn 0.9303 0.0858 0.3566</w:t>
        <w:br/>
        <w:t>vn 0.9302 0.0897 0.3561</w:t>
        <w:br/>
        <w:t>vn 0.8702 0.0898 0.4844</w:t>
        <w:br/>
        <w:t>vn 0.8703 0.0899 0.4843</w:t>
        <w:br/>
        <w:t>vn -0.1116 0.9818 0.1535</w:t>
        <w:br/>
        <w:t>vn -0.1115 0.9818 0.1535</w:t>
        <w:br/>
        <w:t>vn -0.1117 0.9818 0.1535</w:t>
        <w:br/>
        <w:t>vn -0.1117 0.9818 0.1533</w:t>
        <w:br/>
        <w:t>vn -0.9724 -0.0872 -0.2166</w:t>
        <w:br/>
        <w:t>vn -0.9724 -0.0851 -0.2173</w:t>
        <w:br/>
        <w:t>vn -0.9948 -0.0746 -0.0691</w:t>
        <w:br/>
        <w:t>vn -0.9948 -0.0746 -0.0690</w:t>
        <w:br/>
        <w:t>vn 0.0134 -0.9644 0.2643</w:t>
        <w:br/>
        <w:t>vn 0.0132 -0.9643 0.2644</w:t>
        <w:br/>
        <w:t>vn 0.0131 -0.9643 0.2645</w:t>
        <w:br/>
        <w:t>vn 0.8693 0.0816 0.4875</w:t>
        <w:br/>
        <w:t>vn 0.9303 0.0870 0.3563</w:t>
        <w:br/>
        <w:t>vn 0.9304 0.0889 0.3557</w:t>
        <w:br/>
        <w:t>vn 0.8697 0.0813 0.4869</w:t>
        <w:br/>
        <w:t>vn -0.1121 0.9811 0.1574</w:t>
        <w:br/>
        <w:t>vn -0.1121 0.9812 0.1574</w:t>
        <w:br/>
        <w:t>vn -0.1122 0.9811 0.1575</w:t>
        <w:br/>
        <w:t>vn -0.1120 0.9812 0.1574</w:t>
        <w:br/>
        <w:t>vn -0.9711 -0.1104 -0.2115</w:t>
        <w:br/>
        <w:t>vn -0.9710 -0.1068 -0.2137</w:t>
        <w:br/>
        <w:t>vn -0.9921 -0.1070 -0.0662</w:t>
        <w:br/>
        <w:t>vn 0.0294 -0.9516 0.3061</w:t>
        <w:br/>
        <w:t>vn 0.0295 -0.9515 0.3061</w:t>
        <w:br/>
        <w:t>vn 0.0293 -0.9515 0.3061</w:t>
        <w:br/>
        <w:t>vn 0.0293 -0.9516 0.3060</w:t>
        <w:br/>
        <w:t>vn 0.8694 0.1046 0.4828</w:t>
        <w:br/>
        <w:t>vn 0.9300 0.1051 0.3522</w:t>
        <w:br/>
        <w:t>vn 0.9304 0.1091 0.3500</w:t>
        <w:br/>
        <w:t>vn 0.8695 0.1045 0.4828</w:t>
        <w:br/>
        <w:t>vn -0.1468 0.9835 0.1062</w:t>
        <w:br/>
        <w:t>vn -0.1465 0.9835 0.1060</w:t>
        <w:br/>
        <w:t>vn -0.1466 0.9835 0.1060</w:t>
        <w:br/>
        <w:t>vn -0.1464 0.9835 0.1059</w:t>
        <w:br/>
        <w:t>vn -0.9703 -0.1350 -0.2006</w:t>
        <w:br/>
        <w:t>vn -0.9717 -0.1194 -0.2036</w:t>
        <w:br/>
        <w:t>vn -0.9912 -0.1180 -0.0596</w:t>
        <w:br/>
        <w:t>vn -0.9912 -0.1179 -0.0595</w:t>
        <w:br/>
        <w:t>vn 0.0292 -0.9539 0.2987</w:t>
        <w:br/>
        <w:t>vn 0.0291 -0.9539 0.2987</w:t>
        <w:br/>
        <w:t>vn 0.8756 0.1205 0.4678</w:t>
        <w:br/>
        <w:t>vn 0.9330 0.1201 0.3393</w:t>
        <w:br/>
        <w:t>vn 0.9319 0.1358 0.3365</w:t>
        <w:br/>
        <w:t>vn 0.8756 0.1205 0.4677</w:t>
        <w:br/>
        <w:t>vn -0.1807 0.9814 0.0646</w:t>
        <w:br/>
        <w:t>vn -0.1807 0.9814 0.0645</w:t>
        <w:br/>
        <w:t>vn -0.9680 -0.1512 -0.2005</w:t>
        <w:br/>
        <w:t>vn -0.9670 -0.1543 -0.2029</w:t>
        <w:br/>
        <w:t>vn -0.9873 -0.1470 -0.0597</w:t>
        <w:br/>
        <w:t>vn -0.9873 -0.1469 -0.0597</w:t>
        <w:br/>
        <w:t>vn 0.0619 -0.9417 0.3308</w:t>
        <w:br/>
        <w:t>vn 0.0619 -0.9417 0.3306</w:t>
        <w:br/>
        <w:t>vn 0.8698 0.1498 0.4701</w:t>
        <w:br/>
        <w:t>vn 0.9279 0.1548 0.3393</w:t>
        <w:br/>
        <w:t>vn 0.9291 0.1524 0.3371</w:t>
        <w:br/>
        <w:t>vn 0.8698 0.1499 0.4701</w:t>
        <w:br/>
        <w:t>vn -0.1804 0.9815 0.0649</w:t>
        <w:br/>
        <w:t>vn -0.1802 0.9815 0.0650</w:t>
        <w:br/>
        <w:t>vn -0.1803 0.9815 0.0650</w:t>
        <w:br/>
        <w:t>vn -0.1802 0.9815 0.0652</w:t>
        <w:br/>
        <w:t>vn -0.9674 -0.1553 -0.2000</w:t>
        <w:br/>
        <w:t>vn -0.9679 -0.1544 -0.1984</w:t>
        <w:br/>
        <w:t>vn -0.9853 -0.1612 -0.0569</w:t>
        <w:br/>
        <w:t>vn -0.9853 -0.1611 -0.0568</w:t>
        <w:br/>
        <w:t>vn 0.0816 -0.9553 0.2841</w:t>
        <w:br/>
        <w:t>vn 0.0815 -0.9553 0.2842</w:t>
        <w:br/>
        <w:t>vn 0.0815 -0.9553 0.2841</w:t>
        <w:br/>
        <w:t>vn 0.8767 0.1270 0.4641</w:t>
        <w:br/>
        <w:t>vn 0.9315 0.1438 0.3340</w:t>
        <w:br/>
        <w:t>vn 0.9311 0.1442 0.3352</w:t>
        <w:br/>
        <w:t>vn 0.8766 0.1270 0.4641</w:t>
        <w:br/>
        <w:t>vn -0.1958 0.9765 0.0903</w:t>
        <w:br/>
        <w:t>vn -0.1957 0.9765 0.0905</w:t>
        <w:br/>
        <w:t>vn -0.1957 0.9765 0.0906</w:t>
        <w:br/>
        <w:t>vn -0.9630 -0.1989 -0.1818</w:t>
        <w:br/>
        <w:t>vn -0.9678 -0.1699 -0.1857</w:t>
        <w:br/>
        <w:t>vn -0.9834 -0.1759 -0.0448</w:t>
        <w:br/>
        <w:t>vn 0.0797 -0.9517 0.2966</w:t>
        <w:br/>
        <w:t>vn 0.0797 -0.9517 0.2965</w:t>
        <w:br/>
        <w:t>vn 0.0796 -0.9517 0.2966</w:t>
        <w:br/>
        <w:t>vn 0.8805 0.1517 0.4492</w:t>
        <w:br/>
        <w:t>vn 0.9336 0.1618 0.3198</w:t>
        <w:br/>
        <w:t>vn 0.9292 0.1911 0.3163</w:t>
        <w:br/>
        <w:t>vn 0.8805 0.1516 0.4492</w:t>
        <w:br/>
        <w:t>vn -0.2812 0.9487 0.1445</w:t>
        <w:br/>
        <w:t>vn -0.2811 0.9487 0.1448</w:t>
        <w:br/>
        <w:t>vn -0.2811 0.9487 0.1447</w:t>
        <w:br/>
        <w:t>vn -0.2811 0.9487 0.1446</w:t>
        <w:br/>
        <w:t>vn 0.7451 0.5661 0.3527</w:t>
        <w:br/>
        <w:t>vn -0.7458 -0.5655 -0.3521</w:t>
        <w:br/>
        <w:t>vn 0.6303 0.6534 0.4194</w:t>
        <w:br/>
        <w:t>vn -0.6310 -0.6553 -0.4151</w:t>
        <w:br/>
        <w:t>vn 0.5364 0.7722 0.3406</w:t>
        <w:br/>
        <w:t>vn -0.5374 -0.7718 -0.3399</w:t>
        <w:br/>
        <w:t>vn 0.5749 0.7630 0.2956</w:t>
        <w:br/>
        <w:t>vn -0.5731 -0.7638 -0.2971</w:t>
        <w:br/>
        <w:t>vn 0.6264 0.7250 0.2862</w:t>
        <w:br/>
        <w:t>vn -0.6262 -0.7254 -0.2859</w:t>
        <w:br/>
        <w:t>vn 0.6489 0.7062 0.2833</w:t>
        <w:br/>
        <w:t>vn -0.6494 -0.7054 -0.2839</w:t>
        <w:br/>
        <w:t>vn 0.7088 0.6524 0.2684</w:t>
        <w:br/>
        <w:t>vn -0.7095 -0.6530 -0.2649</w:t>
        <w:br/>
        <w:t>vn 0.7899 0.5637 0.2414</w:t>
        <w:br/>
        <w:t>vn -0.7938 -0.5607 -0.2354</w:t>
        <w:br/>
        <w:t>vn 0.8418 0.4876 0.2317</w:t>
        <w:br/>
        <w:t>vn -0.8426 -0.4862 -0.2317</w:t>
        <w:br/>
        <w:t>vn 0.8650 0.4445 0.2328</w:t>
        <w:br/>
        <w:t>vn -0.8651 -0.4416 -0.2379</w:t>
        <w:br/>
        <w:t>vn 0.8983 0.3741 0.2305</w:t>
        <w:br/>
        <w:t>vn -0.8972 -0.3720 -0.2381</w:t>
        <w:br/>
        <w:t>vn 0.9214 0.3114 0.2325</w:t>
        <w:br/>
        <w:t>vn -0.9207 -0.3090 -0.2384</w:t>
        <w:br/>
        <w:t>vn 0.9371 0.2452 0.2483</w:t>
        <w:br/>
        <w:t>vn -0.9361 -0.2459 -0.2513</w:t>
        <w:br/>
        <w:t>vn -0.9528 -0.0511 -0.2994</w:t>
        <w:br/>
        <w:t>vn 0.9531 0.0505 0.2985</w:t>
        <w:br/>
        <w:t>vn -0.9541 -0.0501 -0.2954</w:t>
        <w:br/>
        <w:t>vn 0.9546 0.0494 0.2939</w:t>
        <w:br/>
        <w:t>vn -0.9551 -0.0540 -0.2914</w:t>
        <w:br/>
        <w:t>vn 0.9555 0.0538 0.2900</w:t>
        <w:br/>
        <w:t>vn -0.9548 -0.0654 -0.2900</w:t>
        <w:br/>
        <w:t>vn 0.9552 0.0654 0.2888</w:t>
        <w:br/>
        <w:t>vn -0.9538 -0.0797 -0.2898</w:t>
        <w:br/>
        <w:t>vn 0.9541 0.0794 0.2887</w:t>
        <w:br/>
        <w:t>vn -0.9531 -0.0877 -0.2897</w:t>
        <w:br/>
        <w:t>vn 0.9536 0.0872 0.2882</w:t>
        <w:br/>
        <w:t>vn -0.9530 -0.0986 -0.2865</w:t>
        <w:br/>
        <w:t>vn 0.9536 0.0976 0.2849</w:t>
        <w:br/>
        <w:t>vn -0.9539 -0.1162 -0.2767</w:t>
        <w:br/>
        <w:t>vn 0.9544 0.1157 0.2752</w:t>
        <w:br/>
        <w:t>vn -0.9515 -0.1465 -0.2704</w:t>
        <w:br/>
        <w:t>vn 0.9520 0.1460 0.2689</w:t>
        <w:br/>
        <w:t>vn -0.9511 -0.1514 -0.2692</w:t>
        <w:br/>
        <w:t>vn 0.9514 0.1519 0.2678</w:t>
        <w:br/>
        <w:t>vn -0.9523 -0.1603 -0.2595</w:t>
        <w:br/>
        <w:t>vn 0.9528 0.1607 0.2577</w:t>
        <w:br/>
        <w:t>vn -0.9430 -0.2150 -0.2540</w:t>
        <w:br/>
        <w:t>vn 0.9434 0.2151 0.2525</w:t>
        <w:br/>
        <w:t>vn -0.7633 -0.5830 -0.2785</w:t>
        <w:br/>
        <w:t>vn 0.7629 0.5835 0.2785</w:t>
        <w:br/>
        <w:t>vn -0.5522 0.8264 0.1103</w:t>
        <w:br/>
        <w:t>vn -0.5522 0.8264 0.1104</w:t>
        <w:br/>
        <w:t>vn 0.9527 0.0518 0.2996</w:t>
        <w:br/>
        <w:t>vn -0.9522 -0.0521 -0.3011</w:t>
        <w:br/>
        <w:t>vn 0.0155 -0.9947 0.1020</w:t>
        <w:br/>
        <w:t>vn 0.0156 -0.9947 0.1020</w:t>
        <w:br/>
        <w:t>vn 0.8039 0.2514 0.5390</w:t>
        <w:br/>
        <w:t>vn 0.9900 0.1406 -0.0113</w:t>
        <w:br/>
        <w:t>vn 0.7135 0.6688 0.2091</w:t>
        <w:br/>
        <w:t>vn 0.9900 0.1405 -0.0112</w:t>
        <w:br/>
        <w:t>vn 0.8804 -0.0202 -0.4739</w:t>
        <w:br/>
        <w:t>vn 0.7666 0.5196 -0.3773</w:t>
        <w:br/>
        <w:t>vn 0.7135 0.6688 0.2090</w:t>
        <w:br/>
        <w:t>vn 0.4329 0.8896 -0.1454</w:t>
        <w:br/>
        <w:t>vn 0.4158 0.5758 0.7039</w:t>
        <w:br/>
        <w:t>vn 0.1503 0.9279 0.3412</w:t>
        <w:br/>
        <w:t>vn -0.1505 0.7429 0.6522</w:t>
        <w:br/>
        <w:t>vn 0.4858 -0.0385 0.8732</w:t>
        <w:br/>
        <w:t>vn -0.1156 0.2077 0.9713</w:t>
        <w:br/>
        <w:t>vn -0.0735 -0.3057 0.9493</w:t>
        <w:br/>
        <w:t>vn 0.8557 -0.3300 0.3985</w:t>
        <w:br/>
        <w:t>vn 0.3620 -0.6622 0.6561</w:t>
        <w:br/>
        <w:t>vn 0.6146 -0.7730 0.1577</w:t>
        <w:br/>
        <w:t>vn 0.8716 -0.4560 -0.1799</w:t>
        <w:br/>
        <w:t>vn 0.5586 -0.4247 -0.7125</w:t>
        <w:br/>
        <w:t>vn 0.4885 0.1872 -0.8522</w:t>
        <w:br/>
        <w:t>vn 0.0101 -0.6568 -0.7540</w:t>
        <w:br/>
        <w:t>vn -0.0369 -0.2527 -0.9668</w:t>
        <w:br/>
        <w:t>vn -0.1105 0.3299 -0.9375</w:t>
        <w:br/>
        <w:t>vn 0.1910 0.7116 -0.6762</w:t>
        <w:br/>
        <w:t>vn -0.2155 0.9540 -0.2084</w:t>
        <w:br/>
        <w:t>vn -0.4504 0.6114 -0.6507</w:t>
        <w:br/>
        <w:t>vn -0.6441 0.7279 -0.2352</w:t>
        <w:br/>
        <w:t>vn -0.4471 0.8492 0.2811</w:t>
        <w:br/>
        <w:t>vn -0.6116 0.3878 0.6896</w:t>
        <w:br/>
        <w:t>vn -0.4471 0.8492 0.2810</w:t>
        <w:br/>
        <w:t>vn -0.8791 0.4575 0.1335</w:t>
        <w:br/>
        <w:t>vn -0.8557 -0.0220 0.5170</w:t>
        <w:br/>
        <w:t>vn -0.5621 -0.1742 0.8085</w:t>
        <w:br/>
        <w:t>vn -0.3004 -0.6677 0.6812</w:t>
        <w:br/>
        <w:t>vn -0.8035 -0.4322 0.4094</w:t>
        <w:br/>
        <w:t>vn -0.4473 -0.8792 0.1639</w:t>
        <w:br/>
        <w:t>vn 0.1302 -0.9703 0.2036</w:t>
        <w:br/>
        <w:t>vn 0.4235 -0.8573 -0.2927</w:t>
        <w:br/>
        <w:t>vn -0.2281 -0.8956 -0.3820</w:t>
        <w:br/>
        <w:t>vn -0.8127 -0.2135 -0.5422</w:t>
        <w:br/>
        <w:t>vn -0.8415 0.2889 -0.4566</w:t>
        <w:br/>
        <w:t>vn -0.5659 0.0238 -0.8241</w:t>
        <w:br/>
        <w:t>vn -0.9876 -0.1291 -0.0897</w:t>
        <w:br/>
        <w:t>vn -0.7745 -0.5549 -0.3038</w:t>
        <w:br/>
        <w:t>vn -0.4871 -0.4899 -0.7230</w:t>
        <w:br/>
        <w:t>vn 0.8058 0.2444 -0.5394</w:t>
        <w:br/>
        <w:t>vn 0.7228 0.6581 -0.2108</w:t>
        <w:br/>
        <w:t>vn 0.9911 0.1331 0.0049</w:t>
        <w:br/>
        <w:t>vn 0.7812 0.5073 0.3638</w:t>
        <w:br/>
        <w:t>vn 0.8903 -0.0266 0.4545</w:t>
        <w:br/>
        <w:t>vn 0.4601 0.8765 0.1415</w:t>
        <w:br/>
        <w:t>vn 0.4290 0.5684 -0.7021</w:t>
        <w:br/>
        <w:t>vn 0.1728 0.9237 -0.3419</w:t>
        <w:br/>
        <w:t>vn 0.1728 0.9237 -0.3420</w:t>
        <w:br/>
        <w:t>vn -0.1336 0.7448 -0.6537</w:t>
        <w:br/>
        <w:t>vn 0.4941 -0.0409 -0.8684</w:t>
        <w:br/>
        <w:t>vn -0.1008 0.2065 -0.9732</w:t>
        <w:br/>
        <w:t>vn -0.0568 -0.3082 -0.9496</w:t>
        <w:br/>
        <w:t>vn 0.8550 -0.3295 -0.4005</w:t>
        <w:br/>
        <w:t>vn 0.3765 -0.6581 -0.6521</w:t>
        <w:br/>
        <w:t>vn 0.6233 -0.7649 -0.1626</w:t>
        <w:br/>
        <w:t>vn 0.8760 -0.4520 0.1684</w:t>
        <w:br/>
        <w:t>vn 0.5177 0.1781 0.8368</w:t>
        <w:br/>
        <w:t>vn 0.5856 -0.4224 0.6918</w:t>
        <w:br/>
        <w:t>vn -0.0034 -0.2553 0.9669</w:t>
        <w:br/>
        <w:t>vn 0.0431 -0.6616 0.7486</w:t>
        <w:br/>
        <w:t>vn -0.0763 0.3246 0.9428</w:t>
        <w:br/>
        <w:t>vn -0.1885 0.9588 0.2126</w:t>
        <w:br/>
        <w:t>vn 0.2247 0.7041 0.6736</w:t>
        <w:br/>
        <w:t>vn -0.4265 0.6116 0.6664</w:t>
        <w:br/>
        <w:t>vn -0.6349 0.7332 0.2434</w:t>
        <w:br/>
        <w:t>vn -0.6060 0.3917 -0.6923</w:t>
        <w:br/>
        <w:t>vn -0.4355 0.8553 -0.2809</w:t>
        <w:br/>
        <w:t>vn -0.8776 0.4623 -0.1268</w:t>
        <w:br/>
        <w:t>vn -0.8565 -0.0235 -0.5156</w:t>
        <w:br/>
        <w:t>vn -0.2837 -0.6753 -0.6808</w:t>
        <w:br/>
        <w:t>vn -0.5547 -0.1771 -0.8130</w:t>
        <w:br/>
        <w:t>vn -0.7984 -0.4436 -0.4071</w:t>
        <w:br/>
        <w:t>vn -0.4257 -0.8904 -0.1612</w:t>
        <w:br/>
        <w:t>vn 0.4468 -0.8508 0.2767</w:t>
        <w:br/>
        <w:t>vn 0.1511 -0.9671 -0.2047</w:t>
        <w:br/>
        <w:t>vn -0.2018 -0.9042 0.3764</w:t>
        <w:br/>
        <w:t>vn -0.8001 -0.2218 0.5574</w:t>
        <w:br/>
        <w:t>vn -0.5395 0.0177 0.8418</w:t>
        <w:br/>
        <w:t>vn -0.8333 0.2897 0.4709</w:t>
        <w:br/>
        <w:t>vn -0.9861 -0.1336 0.0987</w:t>
        <w:br/>
        <w:t>vn -0.7592 -0.5710 0.3123</w:t>
        <w:br/>
        <w:t>vn -0.7593 -0.5710 0.3123</w:t>
        <w:br/>
        <w:t>vn -0.4629 -0.4998 0.7321</w:t>
        <w:br/>
        <w:t>vn -0.8039 0.2515 0.5390</w:t>
        <w:br/>
        <w:t>vn -0.7135 0.6688 0.2091</w:t>
        <w:br/>
        <w:t>vn -0.9900 0.1406 -0.0113</w:t>
        <w:br/>
        <w:t>vn -0.9900 0.1405 -0.0112</w:t>
        <w:br/>
        <w:t>vn -0.7667 0.5195 -0.3773</w:t>
        <w:br/>
        <w:t>vn -0.8804 -0.0203 -0.4739</w:t>
        <w:br/>
        <w:t>vn -0.7135 0.6688 0.2090</w:t>
        <w:br/>
        <w:t>vn -0.4329 0.8896 -0.1454</w:t>
        <w:br/>
        <w:t>vn -0.4158 0.5758 0.7039</w:t>
        <w:br/>
        <w:t>vn -0.1503 0.9279 0.3412</w:t>
        <w:br/>
        <w:t>vn 0.1505 0.7430 0.6522</w:t>
        <w:br/>
        <w:t>vn -0.4858 -0.0385 0.8732</w:t>
        <w:br/>
        <w:t>vn 0.1155 0.2077 0.9714</w:t>
        <w:br/>
        <w:t>vn 0.0735 -0.3057 0.9493</w:t>
        <w:br/>
        <w:t>vn -0.8557 -0.3300 0.3985</w:t>
        <w:br/>
        <w:t>vn -0.3619 -0.6622 0.6561</w:t>
        <w:br/>
        <w:t>vn -0.6146 -0.7730 0.1577</w:t>
        <w:br/>
        <w:t>vn -0.8716 -0.4560 -0.1799</w:t>
        <w:br/>
        <w:t>vn -0.4885 0.1872 -0.8522</w:t>
        <w:br/>
        <w:t>vn -0.5586 -0.4247 -0.7125</w:t>
        <w:br/>
        <w:t>vn 0.0369 -0.2527 -0.9668</w:t>
        <w:br/>
        <w:t>vn -0.0100 -0.6568 -0.7540</w:t>
        <w:br/>
        <w:t>vn 0.1105 0.3299 -0.9375</w:t>
        <w:br/>
        <w:t>vn 0.2155 0.9540 -0.2084</w:t>
        <w:br/>
        <w:t>vn -0.1910 0.7116 -0.6762</w:t>
        <w:br/>
        <w:t>vn 0.4504 0.6114 -0.6507</w:t>
        <w:br/>
        <w:t>vn 0.6441 0.7279 -0.2352</w:t>
        <w:br/>
        <w:t>vn 0.6116 0.3878 0.6896</w:t>
        <w:br/>
        <w:t>vn 0.4471 0.8492 0.2811</w:t>
        <w:br/>
        <w:t>vn 0.8791 0.4575 0.1335</w:t>
        <w:br/>
        <w:t>vn 0.8557 -0.0220 0.5170</w:t>
        <w:br/>
        <w:t>vn 0.3003 -0.6677 0.6812</w:t>
        <w:br/>
        <w:t>vn 0.5621 -0.1742 0.8085</w:t>
        <w:br/>
        <w:t>vn 0.8035 -0.4322 0.4094</w:t>
        <w:br/>
        <w:t>vn 0.4473 -0.8792 0.1640</w:t>
        <w:br/>
        <w:t>vn -0.4235 -0.8573 -0.2927</w:t>
        <w:br/>
        <w:t>vn -0.1303 -0.9703 0.2036</w:t>
        <w:br/>
        <w:t>vn 0.2281 -0.8956 -0.3820</w:t>
        <w:br/>
        <w:t>vn 0.8127 -0.2135 -0.5422</w:t>
        <w:br/>
        <w:t>vn 0.5659 0.0238 -0.8241</w:t>
        <w:br/>
        <w:t>vn 0.8415 0.2889 -0.4566</w:t>
        <w:br/>
        <w:t>vn 0.9876 -0.1291 -0.0897</w:t>
        <w:br/>
        <w:t>vn 0.7745 -0.5549 -0.3038</w:t>
        <w:br/>
        <w:t>vn 0.7745 -0.5549 -0.3037</w:t>
        <w:br/>
        <w:t>vn 0.4871 -0.4899 -0.7230</w:t>
        <w:br/>
        <w:t>vn -0.8058 0.2444 -0.5394</w:t>
        <w:br/>
        <w:t>vn -0.9911 0.1331 0.0049</w:t>
        <w:br/>
        <w:t>vn -0.7228 0.6581 -0.2108</w:t>
        <w:br/>
        <w:t>vn -0.8903 -0.0266 0.4546</w:t>
        <w:br/>
        <w:t>vn -0.7813 0.5073 0.3638</w:t>
        <w:br/>
        <w:t>vn -0.4601 0.8765 0.1415</w:t>
        <w:br/>
        <w:t>vn -0.4290 0.5684 -0.7021</w:t>
        <w:br/>
        <w:t>vn -0.1728 0.9237 -0.3420</w:t>
        <w:br/>
        <w:t>vn 0.1336 0.7448 -0.6537</w:t>
        <w:br/>
        <w:t>vn -0.4942 -0.0409 -0.8684</w:t>
        <w:br/>
        <w:t>vn 0.1009 0.2065 -0.9732</w:t>
        <w:br/>
        <w:t>vn 0.0569 -0.3082 -0.9496</w:t>
        <w:br/>
        <w:t>vn -0.8550 -0.3295 -0.4004</w:t>
        <w:br/>
        <w:t>vn -0.3765 -0.6581 -0.6521</w:t>
        <w:br/>
        <w:t>vn -0.6233 -0.7649 -0.1627</w:t>
        <w:br/>
        <w:t>vn -0.8760 -0.4520 0.1684</w:t>
        <w:br/>
        <w:t>vn -0.5856 -0.4224 0.6918</w:t>
        <w:br/>
        <w:t>vn -0.5177 0.1781 0.8368</w:t>
        <w:br/>
        <w:t>vn -0.0431 -0.6616 0.7486</w:t>
        <w:br/>
        <w:t>vn 0.0034 -0.2553 0.9668</w:t>
        <w:br/>
        <w:t>vn 0.0763 0.3246 0.9428</w:t>
        <w:br/>
        <w:t>vn -0.2247 0.7041 0.6736</w:t>
        <w:br/>
        <w:t>vn 0.1885 0.9588 0.2126</w:t>
        <w:br/>
        <w:t>vn 0.4264 0.6116 0.6664</w:t>
        <w:br/>
        <w:t>vn 0.6349 0.7332 0.2434</w:t>
        <w:br/>
        <w:t>vn 0.4355 0.8553 -0.2809</w:t>
        <w:br/>
        <w:t>vn 0.6060 0.3917 -0.6923</w:t>
        <w:br/>
        <w:t>vn 0.8776 0.4623 -0.1268</w:t>
        <w:br/>
        <w:t>vn 0.8565 -0.0235 -0.5156</w:t>
        <w:br/>
        <w:t>vn 0.5547 -0.1772 -0.8130</w:t>
        <w:br/>
        <w:t>vn 0.2837 -0.6753 -0.6808</w:t>
        <w:br/>
        <w:t>vn 0.7984 -0.4436 -0.4071</w:t>
        <w:br/>
        <w:t>vn 0.4257 -0.8904 -0.1612</w:t>
        <w:br/>
        <w:t>vn -0.1511 -0.9671 -0.2047</w:t>
        <w:br/>
        <w:t>vn -0.4468 -0.8508 0.2767</w:t>
        <w:br/>
        <w:t>vn 0.2018 -0.9042 0.3764</w:t>
        <w:br/>
        <w:t>vn 0.8001 -0.2218 0.5574</w:t>
        <w:br/>
        <w:t>vn 0.8333 0.2897 0.4709</w:t>
        <w:br/>
        <w:t>vn 0.5395 0.0177 0.8418</w:t>
        <w:br/>
        <w:t>vn 0.9861 -0.1336 0.0987</w:t>
        <w:br/>
        <w:t>vn 0.7592 -0.5710 0.3123</w:t>
        <w:br/>
        <w:t>vn 0.7593 -0.5710 0.3123</w:t>
        <w:br/>
        <w:t>vn 0.4628 -0.4998 0.7321</w:t>
        <w:br/>
        <w:t>vn -0.0254 -0.0085 -0.9996</w:t>
        <w:br/>
        <w:t>vn -0.2127 0.4137 -0.8852</w:t>
        <w:br/>
        <w:t>vn 0.2872 0.5781 -0.7637</w:t>
        <w:br/>
        <w:t>vn 0.4122 0.2193 -0.8843</w:t>
        <w:br/>
        <w:t>vn -0.4768 0.0792 -0.8754</w:t>
        <w:br/>
        <w:t>vn -0.3896 -0.1949 -0.9001</w:t>
        <w:br/>
        <w:t>vn -0.4805 -0.2438 -0.8424</w:t>
        <w:br/>
        <w:t>vn -0.5452 -0.0109 -0.8382</w:t>
        <w:br/>
        <w:t>vn -0.2153 0.9442 -0.2494</w:t>
        <w:br/>
        <w:t>vn -0.3715 0.9232 -0.0982</w:t>
        <w:br/>
        <w:t>vn -0.2276 0.8190 -0.5267</w:t>
        <w:br/>
        <w:t>vn -0.6270 0.5503 -0.5514</w:t>
        <w:br/>
        <w:t>vn -0.5594 0.8246 -0.0837</w:t>
        <w:br/>
        <w:t>vn -0.4361 0.8993 -0.0322</w:t>
        <w:br/>
        <w:t>vn -0.5300 0.6535 -0.5404</w:t>
        <w:br/>
        <w:t>vn 0.4312 -0.0078 0.9022</w:t>
        <w:br/>
        <w:t>vn -0.1796 0.3490 0.9198</w:t>
        <w:br/>
        <w:t>vn -0.0240 -0.1600 0.9868</w:t>
        <w:br/>
        <w:t>vn -0.3159 -0.3401 0.8857</w:t>
        <w:br/>
        <w:t>vn -0.3072 -0.2754 0.9109</w:t>
        <w:br/>
        <w:t>vn -0.4541 0.1667 0.8752</w:t>
        <w:br/>
        <w:t>vn -0.4766 0.0977 0.8737</w:t>
        <w:br/>
        <w:t>vn -0.2748 0.8740 0.4008</w:t>
        <w:br/>
        <w:t>vn -0.2523 0.9509 0.1794</w:t>
        <w:br/>
        <w:t>vn -0.5687 0.7237 0.3909</w:t>
        <w:br/>
        <w:t>vn -0.5052 0.7566 0.4151</w:t>
        <w:br/>
        <w:t>vn 0.2034 0.6601 -0.7231</w:t>
        <w:br/>
        <w:t>vn 0.4241 0.1938 -0.8846</w:t>
        <w:br/>
        <w:t>vn 0.0182 -0.1197 -0.9926</w:t>
        <w:br/>
        <w:t>vn -0.2084 0.3497 -0.9134</w:t>
        <w:br/>
        <w:t>vn -0.0269 0.3395 -0.9402</w:t>
        <w:br/>
        <w:t>vn -0.3873 0.0532 -0.9204</w:t>
        <w:br/>
        <w:t>vn -0.2062 -0.3010 -0.9311</w:t>
        <w:br/>
        <w:t>vn 0.3325 0.0570 -0.9414</w:t>
        <w:br/>
        <w:t>vn -0.5405 0.8356 -0.0979</w:t>
        <w:br/>
        <w:t>vn -0.4847 0.8744 0.0223</w:t>
        <w:br/>
        <w:t>vn -0.3049 0.8915 -0.3352</w:t>
        <w:br/>
        <w:t>vn -0.5360 0.6852 -0.4931</w:t>
        <w:br/>
        <w:t>vn 0.4430 0.0536 0.8949</w:t>
        <w:br/>
        <w:t>vn 0.4429 0.0536 0.8949</w:t>
        <w:br/>
        <w:t>vn -0.1195 0.0859 0.9891</w:t>
        <w:br/>
        <w:t>vn 0.0769 -0.1683 0.9827</w:t>
        <w:br/>
        <w:t>vn -0.1098 0.1201 0.9867</w:t>
        <w:br/>
        <w:t>vn 0.1567 -0.0562 0.9860</w:t>
        <w:br/>
        <w:t>vn -0.2585 -0.2106 0.9428</w:t>
        <w:br/>
        <w:t>vn -0.4137 0.1426 0.8992</w:t>
        <w:br/>
        <w:t>vn -0.2923 0.9276 0.2328</w:t>
        <w:br/>
        <w:t>vn -0.5349 0.7784 0.3287</w:t>
        <w:br/>
        <w:t>vn 0.0230 -0.0692 -0.9973</w:t>
        <w:br/>
        <w:t>vn -0.1762 0.3082 -0.9349</w:t>
        <w:br/>
        <w:t>vn 0.2435 0.6287 -0.7385</w:t>
        <w:br/>
        <w:t>vn 0.4048 0.1811 -0.8963</w:t>
        <w:br/>
        <w:t>vn -0.4167 -0.0091 -0.9090</w:t>
        <w:br/>
        <w:t>vn -0.2850 -0.2737 -0.9186</w:t>
        <w:br/>
        <w:t>vn -0.3346 -0.3596 -0.8711</w:t>
        <w:br/>
        <w:t>vn -0.4092 -0.2437 -0.8793</w:t>
        <w:br/>
        <w:t>vn -0.3671 0.9295 0.0361</w:t>
        <w:br/>
        <w:t>vn 0.1159 0.9747 -0.1911</w:t>
        <w:br/>
        <w:t>vn -0.1347 0.9856 0.1020</w:t>
        <w:br/>
        <w:t>vn -0.1828 0.9821 0.0462</w:t>
        <w:br/>
        <w:t>vn -0.5927 0.2501 -0.7656</w:t>
        <w:br/>
        <w:t>vn -0.4848 0.8744 0.0223</w:t>
        <w:br/>
        <w:t>vn -0.5176 0.4322 -0.7385</w:t>
        <w:br/>
        <w:t>vn 0.1339 -0.1668 0.9769</w:t>
        <w:br/>
        <w:t>vn 0.4655 0.1335 0.8749</w:t>
        <w:br/>
        <w:t>vn 0.2978 0.4011 0.8663</w:t>
        <w:br/>
        <w:t>vn -0.0911 0.0688 0.9935</w:t>
        <w:br/>
        <w:t>vn 0.1545 -0.0819 0.9846</w:t>
        <w:br/>
        <w:t>vn -0.2056 -0.3333 0.9201</w:t>
        <w:br/>
        <w:t>vn -0.4425 0.0888 0.8924</w:t>
        <w:br/>
        <w:t>vn -0.1180 0.0044 0.9930</w:t>
        <w:br/>
        <w:t>vn -0.2315 0.9547 0.1868</w:t>
        <w:br/>
        <w:t>vn -0.1425 0.9770 0.1585</w:t>
        <w:br/>
        <w:t>vn -0.3033 0.7353 0.6061</w:t>
        <w:br/>
        <w:t>vn -0.5225 0.7078 0.4754</w:t>
        <w:br/>
        <w:t>vn -0.0914 -0.0850 -0.9922</w:t>
        <w:br/>
        <w:t>vn 0.4430 -0.0638 -0.8943</w:t>
        <w:br/>
        <w:t>vn 0.2094 -0.2523 -0.9447</w:t>
        <w:br/>
        <w:t>vn -0.3721 -0.0485 -0.9269</w:t>
        <w:br/>
        <w:t>vn -0.1629 -0.3866 -0.9077</w:t>
        <w:br/>
        <w:t>vn -0.2317 -0.3839 -0.8938</w:t>
        <w:br/>
        <w:t>vn -0.4279 -0.0633 -0.9016</w:t>
        <w:br/>
        <w:t>vn -0.5541 0.8302 0.0607</w:t>
        <w:br/>
        <w:t>vn -0.3745 0.7980 -0.4721</w:t>
        <w:br/>
        <w:t>vn -0.3572 0.8537 -0.3790</w:t>
        <w:br/>
        <w:t>vn -0.4371 0.8989 -0.0303</w:t>
        <w:br/>
        <w:t>vn -0.6205 0.3413 -0.7061</w:t>
        <w:br/>
        <w:t>vn -0.6683 0.4113 -0.6199</w:t>
        <w:br/>
        <w:t>vn -0.6087 0.6044 -0.5141</w:t>
        <w:br/>
        <w:t>vn 0.5177 -0.0748 0.8523</w:t>
        <w:br/>
        <w:t>vn 0.4546 -0.1101 0.8838</w:t>
        <w:br/>
        <w:t>vn 0.2171 -0.2653 0.9394</w:t>
        <w:br/>
        <w:t>vn 0.1715 -0.0640 0.9831</w:t>
        <w:br/>
        <w:t>vn -0.1818 -0.3719 0.9103</w:t>
        <w:br/>
        <w:t>vn -0.3836 -0.0447 0.9224</w:t>
        <w:br/>
        <w:t>vn -0.0832 0.0739 0.9938</w:t>
        <w:br/>
        <w:t>vn -0.3075 0.9312 0.1956</w:t>
        <w:br/>
        <w:t>vn -0.3140 0.8915 0.3265</w:t>
        <w:br/>
        <w:t>vn -0.6259 0.6670 0.4041</w:t>
        <w:br/>
        <w:t>vn 0.1621 0.6134 -0.7730</w:t>
        <w:br/>
        <w:t>vn 0.4112 0.1135 -0.9044</w:t>
        <w:br/>
        <w:t>vn 0.0919 -0.2395 -0.9665</w:t>
        <w:br/>
        <w:t>vn -0.1515 0.1176 -0.9814</w:t>
        <w:br/>
        <w:t>vn -0.3631 -0.1158 -0.9245</w:t>
        <w:br/>
        <w:t>vn -0.1329 -0.4256 -0.8951</w:t>
        <w:br/>
        <w:t>vn -0.2027 -0.4841 -0.8512</w:t>
        <w:br/>
        <w:t>vn -0.3516 -0.2789 -0.8937</w:t>
        <w:br/>
        <w:t>vn -0.2403 0.9280 -0.2849</w:t>
        <w:br/>
        <w:t>vn -0.3323 0.9397 -0.0807</w:t>
        <w:br/>
        <w:t>vn -0.3679 0.8563 -0.3625</w:t>
        <w:br/>
        <w:t>vn -0.6209 0.6988 -0.3552</w:t>
        <w:br/>
        <w:t>vn 0.4296 -0.0302 0.9025</w:t>
        <w:br/>
        <w:t>vn 0.1009 -0.3564 0.9289</w:t>
        <w:br/>
        <w:t>vn 0.1951 -0.3286 0.9241</w:t>
        <w:br/>
        <w:t>vn 0.1941 -0.2054 0.9593</w:t>
        <w:br/>
        <w:t>vn -0.1063 -0.4185 0.9020</w:t>
        <w:br/>
        <w:t>vn -0.3680 -0.1478 0.9180</w:t>
        <w:br/>
        <w:t>vn 0.1940 -0.2054 0.9593</w:t>
        <w:br/>
        <w:t>vn -0.3066 0.9488 0.0753</w:t>
        <w:br/>
        <w:t>vn -0.3483 0.9093 0.2277</w:t>
        <w:br/>
        <w:t>vn -0.6678 0.4013 0.6269</w:t>
        <w:br/>
        <w:t>vn -0.6517 0.6781 0.3398</w:t>
        <w:br/>
        <w:t>vn 0.1120 0.6694 -0.7344</w:t>
        <w:br/>
        <w:t>vn 0.4486 0.2265 -0.8646</w:t>
        <w:br/>
        <w:t>vn 0.1024 -0.1563 -0.9824</w:t>
        <w:br/>
        <w:t>vn -0.2208 0.2940 -0.9300</w:t>
        <w:br/>
        <w:t>vn -0.4044 0.0359 -0.9139</w:t>
        <w:br/>
        <w:t>vn -0.1829 -0.3081 -0.9336</w:t>
        <w:br/>
        <w:t>vn 0.1517 0.0053 -0.9884</w:t>
        <w:br/>
        <w:t>vn -0.4727 0.0278 -0.8808</w:t>
        <w:br/>
        <w:t>vn -0.6411 0.7674 -0.0128</w:t>
        <w:br/>
        <w:t>vn -0.4348 0.7472 -0.5027</w:t>
        <w:br/>
        <w:t>vn -0.3902 0.8401 -0.3769</w:t>
        <w:br/>
        <w:t>vn -0.4586 0.8822 -0.1067</w:t>
        <w:br/>
        <w:t>vn -0.5831 0.7966 -0.1596</w:t>
        <w:br/>
        <w:t>vn -0.6348 0.6095 -0.4750</w:t>
        <w:br/>
        <w:t>vn 0.2573 -0.1798 0.9494</w:t>
        <w:br/>
        <w:t>vn 0.5419 0.1335 0.8298</w:t>
        <w:br/>
        <w:t>vn 0.3472 0.3783 0.8581</w:t>
        <w:br/>
        <w:t>vn 0.0024 0.0179 0.9998</w:t>
        <w:br/>
        <w:t>vn 0.1376 -0.1114 0.9842</w:t>
        <w:br/>
        <w:t>vn -0.1199 -0.3613 0.9247</w:t>
        <w:br/>
        <w:t>vn -0.3544 -0.0250 0.9348</w:t>
        <w:br/>
        <w:t>vn -0.2342 0.0814 0.9688</w:t>
        <w:br/>
        <w:t>vn -0.2558 0.9584 0.1268</w:t>
        <w:br/>
        <w:t>vn -0.4085 0.8373 0.3633</w:t>
        <w:br/>
        <w:t>vn 0.1554 -0.1914 -0.9691</w:t>
        <w:br/>
        <w:t>vn -0.1632 0.2306 -0.9593</w:t>
        <w:br/>
        <w:t>vn 0.1598 0.6235 -0.7653</w:t>
        <w:br/>
        <w:t>vn 0.4409 0.1227 -0.8891</w:t>
        <w:br/>
        <w:t>vn -0.3564 -0.1601 -0.9205</w:t>
        <w:br/>
        <w:t>vn -0.1655 -0.4479 -0.8786</w:t>
        <w:br/>
        <w:t>vn -0.2230 -0.5075 -0.8323</w:t>
        <w:br/>
        <w:t>vn -0.3937 -0.2428 -0.8866</w:t>
        <w:br/>
        <w:t>vn -0.4150 0.9098 0.0045</w:t>
        <w:br/>
        <w:t>vn -0.4745 0.8796 -0.0329</w:t>
        <w:br/>
        <w:t>vn -0.2777 0.8968 -0.3445</w:t>
        <w:br/>
        <w:t>vn -0.6432 0.5023 -0.5779</w:t>
        <w:br/>
        <w:t>vn 0.2821 -0.3671 0.8864</w:t>
        <w:br/>
        <w:t>vn 0.5398 0.0179 0.8416</w:t>
        <w:br/>
        <w:t>vn 0.3981 -0.2097 0.8930</w:t>
        <w:br/>
        <w:t>vn -0.0924 -0.6237 0.7762</w:t>
        <w:br/>
        <w:t>vn -0.0504 -0.5929 0.8037</w:t>
        <w:br/>
        <w:t>vn -0.3291 0.8721 0.3621</w:t>
        <w:br/>
        <w:t>vn -0.6538 0.6250 0.4265</w:t>
        <w:br/>
        <w:t>vn -0.0491 0.7741 -0.6312</w:t>
        <w:br/>
        <w:t>vn 0.2904 0.4646 -0.8365</w:t>
        <w:br/>
        <w:t>vn -0.0400 0.0230 -0.9989</w:t>
        <w:br/>
        <w:t>vn -0.3246 0.3238 -0.8887</w:t>
        <w:br/>
        <w:t>vn -0.4465 0.0480 -0.8935</w:t>
        <w:br/>
        <w:t>vn -0.2246 -0.2749 -0.9349</w:t>
        <w:br/>
        <w:t>vn 0.1152 -0.0579 -0.9916</w:t>
        <w:br/>
        <w:t>vn -0.4939 0.0105 -0.8694</w:t>
        <w:br/>
        <w:t>vn -0.6865 0.7271 0.0051</w:t>
        <w:br/>
        <w:t>vn -0.5331 0.7357 -0.4177</w:t>
        <w:br/>
        <w:t>vn -0.4493 0.8477 -0.2820</w:t>
        <w:br/>
        <w:t>vn -0.5062 0.8597 -0.0678</w:t>
        <w:br/>
        <w:t>vn -0.3592 0.7894 -0.4978</w:t>
        <w:br/>
        <w:t>vn -0.6365 0.6130 -0.4681</w:t>
        <w:br/>
        <w:t>vn -0.0032 -0.0323 0.9995</w:t>
        <w:br/>
        <w:t>vn 0.3678 0.3457 0.8632</w:t>
        <w:br/>
        <w:t>vn 0.0891 0.7105 0.6981</w:t>
        <w:br/>
        <w:t>vn -0.3045 0.2627 0.9156</w:t>
        <w:br/>
        <w:t>vn -0.1299 -0.0531 0.9901</w:t>
        <w:br/>
        <w:t>vn 0.1398 -0.2062 0.9685</w:t>
        <w:br/>
        <w:t>vn -0.2049 -0.3552 0.9121</w:t>
        <w:br/>
        <w:t>vn -0.4196 -0.0458 0.9065</w:t>
        <w:br/>
        <w:t>vn -0.4367 0.8565 0.2751</w:t>
        <w:br/>
        <w:t>vn -0.4918 0.7827 0.3814</w:t>
        <w:br/>
        <w:t>vn -0.3425 0.7814 0.5217</w:t>
        <w:br/>
        <w:t>vn -0.6706 0.5936 0.4448</w:t>
        <w:br/>
        <w:t>vn -0.2559 0.3947 -0.8825</w:t>
        <w:br/>
        <w:t>vn 0.1270 0.6545 -0.7453</w:t>
        <w:br/>
        <w:t>vn 0.4031 0.3327 -0.8525</w:t>
        <w:br/>
        <w:t>vn 0.1273 -0.0620 -0.9899</w:t>
        <w:br/>
        <w:t>vn -0.4436 -0.0348 -0.8956</w:t>
        <w:br/>
        <w:t>vn -0.1893 -0.3656 -0.9113</w:t>
        <w:br/>
        <w:t>vn -0.2610 -0.4443 -0.8571</w:t>
        <w:br/>
        <w:t>vn -0.4908 -0.1559 -0.8572</w:t>
        <w:br/>
        <w:t>vn -0.2023 0.9790 -0.0245</w:t>
        <w:br/>
        <w:t>vn -0.3167 0.9365 -0.1507</w:t>
        <w:br/>
        <w:t>vn -0.4438 0.8954 0.0357</w:t>
        <w:br/>
        <w:t>vn -0.7254 0.5641 -0.3945</w:t>
        <w:br/>
        <w:t>vn 0.0417 0.0109 0.9991</w:t>
        <w:br/>
        <w:t>vn 0.2324 0.4640 0.8548</w:t>
        <w:br/>
        <w:t>vn -0.0187 0.7155 0.6984</w:t>
        <w:br/>
        <w:t>vn -0.3237 0.4396 0.8379</w:t>
        <w:br/>
        <w:t>vn -0.1964 -0.4268 0.8828</w:t>
        <w:br/>
        <w:t>vn -0.1680 -0.3352 0.9271</w:t>
        <w:br/>
        <w:t>vn -0.4657 0.0610 0.8828</w:t>
        <w:br/>
        <w:t>vn -0.5138 -0.0276 0.8575</w:t>
        <w:br/>
        <w:t>vn -0.4965 0.8662 0.0558</w:t>
        <w:br/>
        <w:t>vn -0.3767 0.9212 -0.0980</w:t>
        <w:br/>
        <w:t>vn -0.4416 0.8968 0.0276</w:t>
        <w:br/>
        <w:t>vn -0.3863 0.8931 0.2307</w:t>
        <w:br/>
        <w:t>vn -0.6993 0.6061 0.3790</w:t>
        <w:br/>
        <w:t>vn 0.1296 0.6602 -0.7399</w:t>
        <w:br/>
        <w:t>vn 0.4494 0.3476 -0.8229</w:t>
        <w:br/>
        <w:t>vn 0.1261 -0.0380 -0.9913</w:t>
        <w:br/>
        <w:t>vn -0.1972 0.3462 -0.9172</w:t>
        <w:br/>
        <w:t>vn -0.4943 0.1043 -0.8630</w:t>
        <w:br/>
        <w:t>vn -0.2419 -0.2365 -0.9410</w:t>
        <w:br/>
        <w:t>vn -0.3490 -0.1864 -0.9184</w:t>
        <w:br/>
        <w:t>vn -0.6474 0.2270 -0.7276</w:t>
        <w:br/>
        <w:t>vn -0.7642 0.4364 -0.4750</w:t>
        <w:br/>
        <w:t>vn -0.7624 0.5734 -0.2999</w:t>
        <w:br/>
        <w:t>vn -0.5380 0.8176 -0.2052</w:t>
        <w:br/>
        <w:t>vn 0.5814 0.1545 0.7988</w:t>
        <w:br/>
        <w:t>vn 0.5811 0.1570 0.7985</w:t>
        <w:br/>
        <w:t>vn 0.1410 -0.1220 0.9825</w:t>
        <w:br/>
        <w:t>vn 0.1407 -0.1222 0.9825</w:t>
        <w:br/>
        <w:t>vn -0.3975 -0.2377 0.8863</w:t>
        <w:br/>
        <w:t>vn -0.2605 -0.2527 0.9318</w:t>
        <w:br/>
        <w:t>vn -0.6327 0.2787 0.7225</w:t>
        <w:br/>
        <w:t>vn -0.5613 -0.0207 0.8274</w:t>
        <w:br/>
        <w:t>vn -0.6251 0.7537 0.2030</w:t>
        <w:br/>
        <w:t>vn -0.5858 0.8100 -0.0266</w:t>
        <w:br/>
        <w:t>vn -0.7075 0.7064 -0.0180</w:t>
        <w:br/>
        <w:t>vn -0.6820 0.2055 0.7019</w:t>
        <w:br/>
        <w:t>vn -0.4231 0.7216 0.5480</w:t>
        <w:br/>
        <w:t>vn 0.1124 0.8931 0.4356</w:t>
        <w:br/>
        <w:t>vn 0.0157 0.8820 0.4710</w:t>
        <w:br/>
        <w:t>vn -0.2703 0.7464 0.6081</w:t>
        <w:br/>
        <w:t>vn 0.1456 0.9015 0.4075</w:t>
        <w:br/>
        <w:t>vn 0.0042 0.8771 0.4803</w:t>
        <w:br/>
        <w:t>vn -0.2072 0.6039 -0.7696</w:t>
        <w:br/>
        <w:t>vn -0.2591 0.7585 0.5979</w:t>
        <w:br/>
        <w:t>vn 0.0977 0.9400 0.3270</w:t>
        <w:br/>
        <w:t>vn 0.0884 0.9412 0.3262</w:t>
        <w:br/>
        <w:t>vn -0.0710 0.8113 -0.5803</w:t>
        <w:br/>
        <w:t>vn -0.3266 0.6031 -0.7277</w:t>
        <w:br/>
        <w:t>vn -0.5023 0.5085 0.6994</w:t>
        <w:br/>
        <w:t>vn -0.6259 0.6671 0.4040</w:t>
        <w:br/>
        <w:t>vn -0.2631 0.2123 0.9411</w:t>
        <w:br/>
        <w:t>vn -0.4369 0.7284 0.5278</w:t>
        <w:br/>
        <w:t>vn -0.1468 0.8600 0.4887</w:t>
        <w:br/>
        <w:t>vn -0.4771 -0.0553 -0.8771</w:t>
        <w:br/>
        <w:t>vn -0.5161 0.5249 0.6768</w:t>
        <w:br/>
        <w:t>vn -0.3695 0.6309 0.6822</w:t>
        <w:br/>
        <w:t>vn -0.0188 0.9161 0.4005</w:t>
        <w:br/>
        <w:t>vn -0.0833 0.8638 0.4969</w:t>
        <w:br/>
        <w:t>vn -0.4284 0.5686 0.7022</w:t>
        <w:br/>
        <w:t>vn -0.5005 0.3645 0.7853</w:t>
        <w:br/>
        <w:t>vn -0.2923 0.6676 0.6847</w:t>
        <w:br/>
        <w:t>vn -0.4643 0.6952 0.5487</w:t>
        <w:br/>
        <w:t>vn -0.1152 0.9241 0.3643</w:t>
        <w:br/>
        <w:t>vn -0.5778 0.4939 0.6497</w:t>
        <w:br/>
        <w:t>vn -0.2833 0.7194 0.6342</w:t>
        <w:br/>
        <w:t>vn -0.0757 0.8559 0.5116</w:t>
        <w:br/>
        <w:t>vn -0.0347 0.8475 0.5296</w:t>
        <w:br/>
        <w:t>vn 0.1105 0.7980 0.5924</w:t>
        <w:br/>
        <w:t>vn -0.5132 0.6668 0.5403</w:t>
        <w:br/>
        <w:t>vn -0.3316 0.9388 0.0929</w:t>
        <w:br/>
        <w:t>vn -0.2864 0.8503 0.4416</w:t>
        <w:br/>
        <w:t>vn -0.1998 0.9159 0.3480</w:t>
        <w:br/>
        <w:t>vn 0.2006 0.7533 -0.6264</w:t>
        <w:br/>
        <w:t>vn 0.5164 0.4714 -0.7149</w:t>
        <w:br/>
        <w:t>vn -0.3266 0.9358 -0.1329</w:t>
        <w:br/>
        <w:t>vn 0.7369 0.2685 0.6204</w:t>
        <w:br/>
        <w:t>vn 0.7364 0.2701 0.6203</w:t>
        <w:br/>
        <w:t>vn -0.4546 0.8907 -0.0007</w:t>
        <w:br/>
        <w:t>vn 0.4363 0.4893 -0.7552</w:t>
        <w:br/>
        <w:t>vn 0.4363 0.4893 -0.7551</w:t>
        <w:br/>
        <w:t>vn 0.2464 0.6393 0.7284</w:t>
        <w:br/>
        <w:t>vn -0.0583 0.9080 0.4149</w:t>
        <w:br/>
        <w:t>vn -0.2869 0.9577 -0.0238</w:t>
        <w:br/>
        <w:t>vn 0.3941 0.6779 -0.6206</w:t>
        <w:br/>
        <w:t>vn 0.5943 0.3223 -0.7368</w:t>
        <w:br/>
        <w:t>vn -0.4249 0.8974 -0.1190</w:t>
        <w:br/>
        <w:t>vn 0.3550 0.6631 -0.6590</w:t>
        <w:br/>
        <w:t>vn 0.5185 0.3039 -0.7993</w:t>
        <w:br/>
        <w:t>vn -0.3925 0.9177 0.0620</w:t>
        <w:br/>
        <w:t>vn 0.3750 0.5784 -0.7244</w:t>
        <w:br/>
        <w:t>vn 0.5961 0.1613 -0.7865</w:t>
        <w:br/>
        <w:t>vn 0.4978 -0.0101 -0.8672</w:t>
        <w:br/>
        <w:t>vn -0.6087 0.6043 -0.5141</w:t>
        <w:br/>
        <w:t>vn -0.5370 0.8432 -0.0251</w:t>
        <w:br/>
        <w:t>vn 0.2483 0.6655 -0.7039</w:t>
        <w:br/>
        <w:t>vn -0.4468 0.8932 0.0498</w:t>
        <w:br/>
        <w:t>vn -0.5332 0.8452 0.0356</w:t>
        <w:br/>
        <w:t>vn 0.2639 0.7303 -0.6301</w:t>
        <w:br/>
        <w:t>vn 0.5563 0.4080 -0.7240</w:t>
        <w:br/>
        <w:t>vn 0.5614 0.2366 0.7930</w:t>
        <w:br/>
        <w:t>vn 0.5615 0.2366 0.7929</w:t>
        <w:br/>
        <w:t>vn -0.5821 0.7574 -0.2958</w:t>
        <w:br/>
        <w:t>vn 0.4761 0.2217 -0.8510</w:t>
        <w:br/>
        <w:t>vn 0.1153 -0.0579 -0.9916</w:t>
        <w:br/>
        <w:t>vn -0.6269 0.7771 0.0559</w:t>
        <w:br/>
        <w:t>vn 0.5368 0.0911 0.8388</w:t>
        <w:br/>
        <w:t>vn 0.1028 0.8254 -0.5551</w:t>
        <w:br/>
        <w:t>vn 0.3710 0.6413 -0.6716</w:t>
        <w:br/>
        <w:t>vn -0.5998 0.7993 -0.0374</w:t>
        <w:br/>
        <w:t>vn 0.4324 0.5375 0.7239</w:t>
        <w:br/>
        <w:t>vn 0.0244 0.9476 -0.3185</w:t>
        <w:br/>
        <w:t>vn 0.3749 0.5785 -0.7244</w:t>
        <w:br/>
        <w:t>vn -0.5139 0.3012 0.8033</w:t>
        <w:br/>
        <w:t>vn -0.3681 -0.1479 0.9180</w:t>
        <w:br/>
        <w:t>vn -0.1331 0.8967 -0.4221</w:t>
        <w:br/>
        <w:t>vn -0.6587 0.7502 0.0573</w:t>
        <w:br/>
        <w:t>vn -0.7439 0.6448 0.1756</w:t>
        <w:br/>
        <w:t>vn -0.2630 0.2123 0.9411</w:t>
        <w:br/>
        <w:t>vn -0.4959 0.2441 0.8334</w:t>
        <w:br/>
        <w:t>vn -0.2923 0.6676 0.6848</w:t>
        <w:br/>
        <w:t>vn 0.3471 0.3783 0.8581</w:t>
        <w:br/>
        <w:t>vn -0.1796 0.3490 0.9197</w:t>
        <w:br/>
        <w:t>vn -0.3921 0.8948 0.2135</w:t>
        <w:br/>
        <w:t>vn 0.0254 -0.0085 -0.9996</w:t>
        <w:br/>
        <w:t>vn -0.4122 0.2193 -0.8843</w:t>
        <w:br/>
        <w:t>vn -0.2873 0.5781 -0.7637</w:t>
        <w:br/>
        <w:t>vn 0.2127 0.4137 -0.8852</w:t>
        <w:br/>
        <w:t>vn 0.4806 -0.2438 -0.8424</w:t>
        <w:br/>
        <w:t>vn 0.3896 -0.1949 -0.9001</w:t>
        <w:br/>
        <w:t>vn 0.4768 0.0792 -0.8754</w:t>
        <w:br/>
        <w:t>vn 0.5453 -0.0109 -0.8382</w:t>
        <w:br/>
        <w:t>vn 0.2153 0.9442 -0.2494</w:t>
        <w:br/>
        <w:t>vn 0.2276 0.8190 -0.5267</w:t>
        <w:br/>
        <w:t>vn 0.3715 0.9232 -0.0982</w:t>
        <w:br/>
        <w:t>vn 0.6270 0.5503 -0.5514</w:t>
        <w:br/>
        <w:t>vn 0.5300 0.6535 -0.5405</w:t>
        <w:br/>
        <w:t>vn 0.4361 0.8993 -0.0322</w:t>
        <w:br/>
        <w:t>vn 0.5594 0.8246 -0.0836</w:t>
        <w:br/>
        <w:t>vn -0.4312 -0.0078 0.9022</w:t>
        <w:br/>
        <w:t>vn 0.0240 -0.1600 0.9868</w:t>
        <w:br/>
        <w:t>vn 0.1795 0.3490 0.9198</w:t>
        <w:br/>
        <w:t>vn 0.3160 -0.3401 0.8857</w:t>
        <w:br/>
        <w:t>vn 0.4766 0.0977 0.8737</w:t>
        <w:br/>
        <w:t>vn 0.4541 0.1667 0.8752</w:t>
        <w:br/>
        <w:t>vn 0.3072 -0.2754 0.9109</w:t>
        <w:br/>
        <w:t>vn 0.2748 0.8740 0.4008</w:t>
        <w:br/>
        <w:t>vn 0.2523 0.9509 0.1794</w:t>
        <w:br/>
        <w:t>vn 0.5687 0.7237 0.3909</w:t>
        <w:br/>
        <w:t>vn 0.5052 0.7566 0.4152</w:t>
        <w:br/>
        <w:t>vn -0.0182 -0.1197 -0.9926</w:t>
        <w:br/>
        <w:t>vn -0.4241 0.1938 -0.8846</w:t>
        <w:br/>
        <w:t>vn -0.2034 0.6601 -0.7231</w:t>
        <w:br/>
        <w:t>vn 0.2084 0.3497 -0.9134</w:t>
        <w:br/>
        <w:t>vn 0.0269 0.3395 -0.9402</w:t>
        <w:br/>
        <w:t>vn -0.3325 0.0570 -0.9414</w:t>
        <w:br/>
        <w:t>vn 0.2062 -0.3010 -0.9311</w:t>
        <w:br/>
        <w:t>vn 0.3873 0.0532 -0.9204</w:t>
        <w:br/>
        <w:t>vn 0.5405 0.8356 -0.0979</w:t>
        <w:br/>
        <w:t>vn 0.3049 0.8914 -0.3352</w:t>
        <w:br/>
        <w:t>vn 0.4847 0.8744 0.0223</w:t>
        <w:br/>
        <w:t>vn 0.5360 0.6852 -0.4931</w:t>
        <w:br/>
        <w:t>vn -0.4430 0.0536 0.8949</w:t>
        <w:br/>
        <w:t>vn -0.0769 -0.1683 0.9827</w:t>
        <w:br/>
        <w:t>vn 0.1194 0.0859 0.9891</w:t>
        <w:br/>
        <w:t>vn -0.4429 0.0536 0.8949</w:t>
        <w:br/>
        <w:t>vn 0.1098 0.1201 0.9867</w:t>
        <w:br/>
        <w:t>vn 0.4137 0.1426 0.8992</w:t>
        <w:br/>
        <w:t>vn 0.2585 -0.2107 0.9427</w:t>
        <w:br/>
        <w:t>vn -0.1567 -0.0562 0.9860</w:t>
        <w:br/>
        <w:t>vn 0.2923 0.9276 0.2328</w:t>
        <w:br/>
        <w:t>vn 0.5349 0.7784 0.3287</w:t>
        <w:br/>
        <w:t>vn -0.0230 -0.0692 -0.9973</w:t>
        <w:br/>
        <w:t>vn -0.4048 0.1811 -0.8963</w:t>
        <w:br/>
        <w:t>vn -0.2435 0.6287 -0.7385</w:t>
        <w:br/>
        <w:t>vn 0.1762 0.3082 -0.9349</w:t>
        <w:br/>
        <w:t>vn 0.3346 -0.3596 -0.8710</w:t>
        <w:br/>
        <w:t>vn 0.2850 -0.2737 -0.9186</w:t>
        <w:br/>
        <w:t>vn 0.4167 -0.0091 -0.9090</w:t>
        <w:br/>
        <w:t>vn 0.4092 -0.2437 -0.8793</w:t>
        <w:br/>
        <w:t>vn 0.1347 0.9856 0.1020</w:t>
        <w:br/>
        <w:t>vn -0.1159 0.9747 -0.1910</w:t>
        <w:br/>
        <w:t>vn 0.3671 0.9295 0.0361</w:t>
        <w:br/>
        <w:t>vn 0.1828 0.9821 0.0462</w:t>
        <w:br/>
        <w:t>vn 0.5927 0.2500 -0.7656</w:t>
        <w:br/>
        <w:t>vn 0.5176 0.4322 -0.7385</w:t>
        <w:br/>
        <w:t>vn 0.4848 0.8744 0.0223</w:t>
        <w:br/>
        <w:t>vn -0.1339 -0.1668 0.9769</w:t>
        <w:br/>
        <w:t>vn 0.0911 0.0688 0.9935</w:t>
        <w:br/>
        <w:t>vn -0.2978 0.4011 0.8663</w:t>
        <w:br/>
        <w:t>vn -0.4655 0.1335 0.8749</w:t>
        <w:br/>
        <w:t>vn 0.4425 0.0888 0.8924</w:t>
        <w:br/>
        <w:t>vn 0.2056 -0.3333 0.9201</w:t>
        <w:br/>
        <w:t>vn -0.1545 -0.0819 0.9846</w:t>
        <w:br/>
        <w:t>vn 0.1179 0.0044 0.9930</w:t>
        <w:br/>
        <w:t>vn 0.2315 0.9547 0.1868</w:t>
        <w:br/>
        <w:t>vn 0.1425 0.9770 0.1585</w:t>
        <w:br/>
        <w:t>vn 0.3033 0.7353 0.6061</w:t>
        <w:br/>
        <w:t>vn 0.5224 0.7078 0.4755</w:t>
        <w:br/>
        <w:t>vn 0.0914 -0.0850 -0.9922</w:t>
        <w:br/>
        <w:t>vn -0.2094 -0.2523 -0.9447</w:t>
        <w:br/>
        <w:t>vn -0.4430 -0.0638 -0.8943</w:t>
        <w:br/>
        <w:t>vn 0.3722 -0.0484 -0.9269</w:t>
        <w:br/>
        <w:t>vn 0.4279 -0.0633 -0.9016</w:t>
        <w:br/>
        <w:t>vn 0.2317 -0.3839 -0.8938</w:t>
        <w:br/>
        <w:t>vn 0.1630 -0.3866 -0.9077</w:t>
        <w:br/>
        <w:t>vn 0.3572 0.8537 -0.3790</w:t>
        <w:br/>
        <w:t>vn 0.3745 0.7980 -0.4721</w:t>
        <w:br/>
        <w:t>vn 0.5541 0.8302 0.0607</w:t>
        <w:br/>
        <w:t>vn 0.4371 0.8989 -0.0303</w:t>
        <w:br/>
        <w:t>vn 0.6204 0.3413 -0.7061</w:t>
        <w:br/>
        <w:t>vn 0.6087 0.6043 -0.5141</w:t>
        <w:br/>
        <w:t>vn 0.6682 0.4113 -0.6199</w:t>
        <w:br/>
        <w:t>vn -0.5177 -0.0748 0.8523</w:t>
        <w:br/>
        <w:t>vn -0.2171 -0.2653 0.9394</w:t>
        <w:br/>
        <w:t>vn -0.4546 -0.1101 0.8838</w:t>
        <w:br/>
        <w:t>vn -0.1715 -0.0640 0.9831</w:t>
        <w:br/>
        <w:t>vn 0.0832 0.0739 0.9938</w:t>
        <w:br/>
        <w:t>vn 0.3836 -0.0446 0.9224</w:t>
        <w:br/>
        <w:t>vn 0.1818 -0.3719 0.9103</w:t>
        <w:br/>
        <w:t>vn 0.3072 0.9313 0.1955</w:t>
        <w:br/>
        <w:t>vn 0.3140 0.8915 0.3265</w:t>
        <w:br/>
        <w:t>vn 0.6259 0.6671 0.4040</w:t>
        <w:br/>
        <w:t>vn -0.0919 -0.2395 -0.9665</w:t>
        <w:br/>
        <w:t>vn -0.4112 0.1135 -0.9044</w:t>
        <w:br/>
        <w:t>vn -0.1621 0.6134 -0.7730</w:t>
        <w:br/>
        <w:t>vn 0.1515 0.1176 -0.9814</w:t>
        <w:br/>
        <w:t>vn 0.3631 -0.1158 -0.9245</w:t>
        <w:br/>
        <w:t>vn 0.3515 -0.2789 -0.8937</w:t>
        <w:br/>
        <w:t>vn 0.2027 -0.4841 -0.8512</w:t>
        <w:br/>
        <w:t>vn 0.1329 -0.4256 -0.8951</w:t>
        <w:br/>
        <w:t>vn 0.2403 0.9280 -0.2849</w:t>
        <w:br/>
        <w:t>vn 0.3678 0.8563 -0.3626</w:t>
        <w:br/>
        <w:t>vn 0.3323 0.9397 -0.0807</w:t>
        <w:br/>
        <w:t>vn 0.6209 0.6988 -0.3552</w:t>
        <w:br/>
        <w:t>vn -0.4296 -0.0302 0.9025</w:t>
        <w:br/>
        <w:t>vn -0.1951 -0.3286 0.9241</w:t>
        <w:br/>
        <w:t>vn -0.1009 -0.3564 0.9289</w:t>
        <w:br/>
        <w:t>vn 0.3680 -0.1478 0.9180</w:t>
        <w:br/>
        <w:t>vn 0.1063 -0.4185 0.9020</w:t>
        <w:br/>
        <w:t>vn -0.1940 -0.2054 0.9593</w:t>
        <w:br/>
        <w:t>vn 0.3066 0.9488 0.0753</w:t>
        <w:br/>
        <w:t>vn 0.3483 0.9093 0.2277</w:t>
        <w:br/>
        <w:t>vn 0.6678 0.4013 0.6269</w:t>
        <w:br/>
        <w:t>vn 0.6517 0.6780 0.3398</w:t>
        <w:br/>
        <w:t>vn -0.1024 -0.1563 -0.9824</w:t>
        <w:br/>
        <w:t>vn -0.4486 0.2265 -0.8646</w:t>
        <w:br/>
        <w:t>vn -0.1121 0.6694 -0.7344</w:t>
        <w:br/>
        <w:t>vn 0.2208 0.2940 -0.9300</w:t>
        <w:br/>
        <w:t>vn 0.4044 0.0359 -0.9139</w:t>
        <w:br/>
        <w:t>vn 0.4727 0.0278 -0.8808</w:t>
        <w:br/>
        <w:t>vn -0.1517 0.0053 -0.9884</w:t>
        <w:br/>
        <w:t>vn 0.1829 -0.3081 -0.9336</w:t>
        <w:br/>
        <w:t>vn 0.3901 0.8401 -0.3770</w:t>
        <w:br/>
        <w:t>vn 0.4348 0.7472 -0.5027</w:t>
        <w:br/>
        <w:t>vn 0.6411 0.7673 -0.0128</w:t>
        <w:br/>
        <w:t>vn 0.4585 0.8822 -0.1067</w:t>
        <w:br/>
        <w:t>vn 0.6348 0.6095 -0.4750</w:t>
        <w:br/>
        <w:t>vn 0.5831 0.7966 -0.1596</w:t>
        <w:br/>
        <w:t>vn -0.2573 -0.1798 0.9494</w:t>
        <w:br/>
        <w:t>vn -0.0024 0.0179 0.9998</w:t>
        <w:br/>
        <w:t>vn -0.3471 0.3784 0.8581</w:t>
        <w:br/>
        <w:t>vn -0.5419 0.1335 0.8298</w:t>
        <w:br/>
        <w:t>vn -0.1376 -0.1114 0.9842</w:t>
        <w:br/>
        <w:t>vn 0.2342 0.0814 0.9688</w:t>
        <w:br/>
        <w:t>vn 0.3544 -0.0250 0.9348</w:t>
        <w:br/>
        <w:t>vn 0.1199 -0.3612 0.9247</w:t>
        <w:br/>
        <w:t>vn 0.2558 0.9584 0.1267</w:t>
        <w:br/>
        <w:t>vn 0.4085 0.8373 0.3633</w:t>
        <w:br/>
        <w:t>vn -0.1554 -0.1914 -0.9691</w:t>
        <w:br/>
        <w:t>vn -0.4409 0.1227 -0.8891</w:t>
        <w:br/>
        <w:t>vn -0.1598 0.6235 -0.7653</w:t>
        <w:br/>
        <w:t>vn 0.1632 0.2306 -0.9593</w:t>
        <w:br/>
        <w:t>vn 0.3564 -0.1601 -0.9205</w:t>
        <w:br/>
        <w:t>vn 0.3937 -0.2428 -0.8866</w:t>
        <w:br/>
        <w:t>vn 0.2231 -0.5075 -0.8323</w:t>
        <w:br/>
        <w:t>vn 0.1655 -0.4479 -0.8786</w:t>
        <w:br/>
        <w:t>vn 0.4150 0.9098 0.0045</w:t>
        <w:br/>
        <w:t>vn 0.2777 0.8968 -0.3445</w:t>
        <w:br/>
        <w:t>vn 0.4745 0.8796 -0.0329</w:t>
        <w:br/>
        <w:t>vn 0.6432 0.5023 -0.5779</w:t>
        <w:br/>
        <w:t>vn -0.2820 -0.3671 0.8864</w:t>
        <w:br/>
        <w:t>vn -0.3981 -0.2097 0.8930</w:t>
        <w:br/>
        <w:t>vn -0.5398 0.0179 0.8416</w:t>
        <w:br/>
        <w:t>vn 0.0924 -0.6237 0.7762</w:t>
        <w:br/>
        <w:t>vn 0.0504 -0.5929 0.8037</w:t>
        <w:br/>
        <w:t>vn 0.3291 0.8721 0.3621</w:t>
        <w:br/>
        <w:t>vn 0.6538 0.6250 0.4265</w:t>
        <w:br/>
        <w:t>vn 0.0400 0.0230 -0.9989</w:t>
        <w:br/>
        <w:t>vn -0.2904 0.4646 -0.8365</w:t>
        <w:br/>
        <w:t>vn 0.0491 0.7741 -0.6312</w:t>
        <w:br/>
        <w:t>vn 0.3246 0.3239 -0.8887</w:t>
        <w:br/>
        <w:t>vn -0.1152 -0.0579 -0.9916</w:t>
        <w:br/>
        <w:t>vn 0.2246 -0.2748 -0.9349</w:t>
        <w:br/>
        <w:t>vn 0.4465 0.0480 -0.8935</w:t>
        <w:br/>
        <w:t>vn 0.4940 0.0105 -0.8694</w:t>
        <w:br/>
        <w:t>vn 0.4493 0.8477 -0.2820</w:t>
        <w:br/>
        <w:t>vn 0.5332 0.7357 -0.4177</w:t>
        <w:br/>
        <w:t>vn 0.6865 0.7271 0.0051</w:t>
        <w:br/>
        <w:t>vn 0.5062 0.8598 -0.0678</w:t>
        <w:br/>
        <w:t>vn 0.3592 0.7894 -0.4978</w:t>
        <w:br/>
        <w:t>vn 0.6365 0.6130 -0.4681</w:t>
        <w:br/>
        <w:t>vn 0.0032 -0.0323 0.9995</w:t>
        <w:br/>
        <w:t>vn 0.3046 0.2627 0.9155</w:t>
        <w:br/>
        <w:t>vn -0.0891 0.7105 0.6981</w:t>
        <w:br/>
        <w:t>vn -0.3678 0.3457 0.8632</w:t>
        <w:br/>
        <w:t>vn 0.1299 -0.0531 0.9901</w:t>
        <w:br/>
        <w:t>vn 0.4196 -0.0458 0.9065</w:t>
        <w:br/>
        <w:t>vn 0.2049 -0.3552 0.9121</w:t>
        <w:br/>
        <w:t>vn -0.1398 -0.2062 0.9685</w:t>
        <w:br/>
        <w:t>vn 0.4367 0.8565 0.2751</w:t>
        <w:br/>
        <w:t>vn 0.4918 0.7827 0.3814</w:t>
        <w:br/>
        <w:t>vn 0.3426 0.7814 0.5217</w:t>
        <w:br/>
        <w:t>vn 0.6706 0.5936 0.4448</w:t>
        <w:br/>
        <w:t>vn 0.2559 0.3946 -0.8825</w:t>
        <w:br/>
        <w:t>vn -0.1273 -0.0620 -0.9899</w:t>
        <w:br/>
        <w:t>vn -0.4030 0.3327 -0.8526</w:t>
        <w:br/>
        <w:t>vn -0.1270 0.6545 -0.7453</w:t>
        <w:br/>
        <w:t>vn 0.2609 -0.4443 -0.8571</w:t>
        <w:br/>
        <w:t>vn 0.1893 -0.3656 -0.9113</w:t>
        <w:br/>
        <w:t>vn 0.4435 -0.0348 -0.8956</w:t>
        <w:br/>
        <w:t>vn 0.4908 -0.1558 -0.8572</w:t>
        <w:br/>
        <w:t>vn 0.2023 0.9790 -0.0244</w:t>
        <w:br/>
        <w:t>vn 0.4438 0.8954 0.0358</w:t>
        <w:br/>
        <w:t>vn 0.3167 0.9365 -0.1506</w:t>
        <w:br/>
        <w:t>vn 0.7253 0.5641 -0.3945</w:t>
        <w:br/>
        <w:t>vn -0.0417 0.0109 0.9991</w:t>
        <w:br/>
        <w:t>vn 0.3237 0.4396 0.8379</w:t>
        <w:br/>
        <w:t>vn 0.0186 0.7155 0.6984</w:t>
        <w:br/>
        <w:t>vn -0.2324 0.4640 0.8548</w:t>
        <w:br/>
        <w:t>vn 0.1964 -0.4268 0.8828</w:t>
        <w:br/>
        <w:t>vn 0.5138 -0.0277 0.8575</w:t>
        <w:br/>
        <w:t>vn 0.4657 0.0610 0.8828</w:t>
        <w:br/>
        <w:t>vn 0.1680 -0.3351 0.9271</w:t>
        <w:br/>
        <w:t>vn 0.4416 0.8968 0.0276</w:t>
        <w:br/>
        <w:t>vn 0.3767 0.9211 -0.0980</w:t>
        <w:br/>
        <w:t>vn 0.4966 0.8662 0.0558</w:t>
        <w:br/>
        <w:t>vn 0.3863 0.8931 0.2307</w:t>
        <w:br/>
        <w:t>vn 0.6993 0.6061 0.3790</w:t>
        <w:br/>
        <w:t>vn -0.1265 -0.0373 -0.9913</w:t>
        <w:br/>
        <w:t>vn -0.4477 0.3508 -0.8225</w:t>
        <w:br/>
        <w:t>vn -0.1243 0.6620 -0.7392</w:t>
        <w:br/>
        <w:t>vn 0.2004 0.3452 -0.9169</w:t>
        <w:br/>
        <w:t>vn 0.3491 -0.1864 -0.9184</w:t>
        <w:br/>
        <w:t>vn 0.2401 -0.2396 -0.9407</w:t>
        <w:br/>
        <w:t>vn 0.4964 0.0994 -0.8624</w:t>
        <w:br/>
        <w:t>vn 0.6474 0.2270 -0.7276</w:t>
        <w:br/>
        <w:t>vn 0.7685 0.5657 -0.2991</w:t>
        <w:br/>
        <w:t>vn 0.7642 0.4364 -0.4750</w:t>
        <w:br/>
        <w:t>vn 0.5448 0.8132 -0.2048</w:t>
        <w:br/>
        <w:t>vn -0.1432 -0.1203 0.9823</w:t>
        <w:br/>
        <w:t>vn -0.5802 0.1645 0.7977</w:t>
        <w:br/>
        <w:t>vn 0.3949 -0.2451 0.8854</w:t>
        <w:br/>
        <w:t>vn 0.5613 -0.0206 0.8274</w:t>
        <w:br/>
        <w:t>vn 0.6387 0.2689 0.7209</w:t>
        <w:br/>
        <w:t>vn 0.2560 -0.2599 0.9311</w:t>
        <w:br/>
        <w:t>vn 0.6345 0.7460 0.2024</w:t>
        <w:br/>
        <w:t>vn 0.7133 0.7006 -0.0179</w:t>
        <w:br/>
        <w:t>vn 0.5925 0.8051 -0.0265</w:t>
        <w:br/>
        <w:t>vn 0.6819 0.2055 0.7019</w:t>
        <w:br/>
        <w:t>vn 0.4231 0.7216 0.5479</w:t>
        <w:br/>
        <w:t>vn -0.1124 0.8931 0.4356</w:t>
        <w:br/>
        <w:t>vn -0.0157 0.8820 0.4710</w:t>
        <w:br/>
        <w:t>vn 0.2703 0.7464 0.6081</w:t>
        <w:br/>
        <w:t>vn -0.1456 0.9015 0.4075</w:t>
        <w:br/>
        <w:t>vn -0.0042 0.8771 0.4803</w:t>
        <w:br/>
        <w:t>vn 0.2072 0.6039 -0.7697</w:t>
        <w:br/>
        <w:t>vn 0.2591 0.7585 0.5979</w:t>
        <w:br/>
        <w:t>vn -0.0977 0.9400 0.3270</w:t>
        <w:br/>
        <w:t>vn -0.0884 0.9412 0.3262</w:t>
        <w:br/>
        <w:t>vn 0.3267 0.6031 -0.7277</w:t>
        <w:br/>
        <w:t>vn 0.0710 0.8113 -0.5803</w:t>
        <w:br/>
        <w:t>vn 0.5023 0.5085 0.6993</w:t>
        <w:br/>
        <w:t>vn 0.2631 0.2124 0.9411</w:t>
        <w:br/>
        <w:t>vn 0.6259 0.6671 0.4041</w:t>
        <w:br/>
        <w:t>vn 0.4369 0.7284 0.5278</w:t>
        <w:br/>
        <w:t>vn 0.1468 0.8600 0.4887</w:t>
        <w:br/>
        <w:t>vn 0.4771 -0.0553 -0.8771</w:t>
        <w:br/>
        <w:t>vn 0.3695 0.6310 0.6822</w:t>
        <w:br/>
        <w:t>vn 0.5161 0.5249 0.6768</w:t>
        <w:br/>
        <w:t>vn 0.0188 0.9161 0.4005</w:t>
        <w:br/>
        <w:t>vn 0.0833 0.8638 0.4969</w:t>
        <w:br/>
        <w:t>vn 0.4283 0.5686 0.7023</w:t>
        <w:br/>
        <w:t>vn 0.2923 0.6676 0.6848</w:t>
        <w:br/>
        <w:t>vn 0.5005 0.3645 0.7853</w:t>
        <w:br/>
        <w:t>vn 0.4642 0.6952 0.5487</w:t>
        <w:br/>
        <w:t>vn 0.1151 0.9241 0.3643</w:t>
        <w:br/>
        <w:t>vn 0.2833 0.7194 0.6342</w:t>
        <w:br/>
        <w:t>vn 0.5778 0.4939 0.6497</w:t>
        <w:br/>
        <w:t>vn 0.0757 0.8559 0.5116</w:t>
        <w:br/>
        <w:t>vn 0.0347 0.8475 0.5296</w:t>
        <w:br/>
        <w:t>vn -0.1105 0.7980 0.5924</w:t>
        <w:br/>
        <w:t>vn 0.5234 0.6600 0.5390</w:t>
        <w:br/>
        <w:t>vn 0.6387 0.2689 0.7210</w:t>
        <w:br/>
        <w:t>vn 0.2971 0.8471 0.4405</w:t>
        <w:br/>
        <w:t>vn 0.3433 0.9346 0.0927</w:t>
        <w:br/>
        <w:t>vn 0.2112 0.9137 0.3471</w:t>
        <w:br/>
        <w:t>vn -0.5148 0.4738 -0.7145</w:t>
        <w:br/>
        <w:t>vn -0.1944 0.7555 -0.6256</w:t>
        <w:br/>
        <w:t>vn 0.3343 0.9331 -0.1326</w:t>
        <w:br/>
        <w:t>vn -0.7338 0.2795 0.6191</w:t>
        <w:br/>
        <w:t>vn -0.7339 0.2796 0.6191</w:t>
        <w:br/>
        <w:t>vn 0.4638 0.8859 -0.0006</w:t>
        <w:br/>
        <w:t>vn -0.4363 0.4893 -0.7551</w:t>
        <w:br/>
        <w:t>vn 0.0583 0.9080 0.4149</w:t>
        <w:br/>
        <w:t>vn -0.2363 0.6448 0.7269</w:t>
        <w:br/>
        <w:t>vn 0.2869 0.9577 -0.0237</w:t>
        <w:br/>
        <w:t>vn -0.3941 0.6778 -0.6207</w:t>
        <w:br/>
        <w:t>vn -0.5943 0.3223 -0.7368</w:t>
        <w:br/>
        <w:t>vn 0.4249 0.8974 -0.1191</w:t>
        <w:br/>
        <w:t>vn -0.3550 0.6631 -0.6590</w:t>
        <w:br/>
        <w:t>vn -0.5185 0.3039 -0.7993</w:t>
        <w:br/>
        <w:t>vn 0.3925 0.9177 0.0620</w:t>
        <w:br/>
        <w:t>vn -0.3750 0.5784 -0.7244</w:t>
        <w:br/>
        <w:t>vn -0.4978 -0.0101 -0.8672</w:t>
        <w:br/>
        <w:t>vn -0.5961 0.1613 -0.7865</w:t>
        <w:br/>
        <w:t>vn 0.5370 0.8432 -0.0251</w:t>
        <w:br/>
        <w:t>vn -0.2483 0.6655 -0.7039</w:t>
        <w:br/>
        <w:t>vn 0.4468 0.8932 0.0498</w:t>
        <w:br/>
        <w:t>vn 0.5332 0.8452 0.0356</w:t>
        <w:br/>
        <w:t>vn -0.2639 0.7303 -0.6301</w:t>
        <w:br/>
        <w:t>vn -0.5562 0.4079 -0.7240</w:t>
        <w:br/>
        <w:t>vn -0.5613 0.2366 0.7930</w:t>
        <w:br/>
        <w:t>vn -0.5614 0.2366 0.7930</w:t>
        <w:br/>
        <w:t>vn 0.5821 0.7574 -0.2959</w:t>
        <w:br/>
        <w:t>vn -0.1153 -0.0579 -0.9916</w:t>
        <w:br/>
        <w:t>vn -0.4760 0.2217 -0.8510</w:t>
        <w:br/>
        <w:t>vn 0.6269 0.7771 0.0558</w:t>
        <w:br/>
        <w:t>vn -0.5368 0.0911 0.8388</w:t>
        <w:br/>
        <w:t>vn -0.1027 0.8254 -0.5551</w:t>
        <w:br/>
        <w:t>vn -0.3710 0.6413 -0.6716</w:t>
        <w:br/>
        <w:t>vn 0.5998 0.7993 -0.0374</w:t>
        <w:br/>
        <w:t>vn -0.4324 0.5375 0.7239</w:t>
        <w:br/>
        <w:t>vn -0.0244 0.9476 -0.3185</w:t>
        <w:br/>
        <w:t>vn -0.3750 0.5784 -0.7245</w:t>
        <w:br/>
        <w:t>vn 0.5139 0.3012 0.8033</w:t>
        <w:br/>
        <w:t>vn 0.6518 0.6780 0.3398</w:t>
        <w:br/>
        <w:t>vn 0.3681 -0.1479 0.9180</w:t>
        <w:br/>
        <w:t>vn 0.1331 0.8967 -0.4222</w:t>
        <w:br/>
        <w:t>vn 0.6587 0.7502 0.0572</w:t>
        <w:br/>
        <w:t>vn 0.7532 0.6341 0.1749</w:t>
        <w:br/>
        <w:t>vn 0.2631 0.2123 0.9411</w:t>
        <w:br/>
        <w:t>vn 0.4959 0.2441 0.8334</w:t>
        <w:br/>
        <w:t>vn 0.1796 0.3490 0.9197</w:t>
        <w:br/>
        <w:t>vn 0.3921 0.8948 0.2135</w:t>
        <w:br/>
        <w:t>vn -0.0008 0.7044 0.7098</w:t>
        <w:br/>
        <w:t>vn -0.0219 0.7177 0.6961</w:t>
        <w:br/>
        <w:t>vn 0.0048 0.7114 0.7028</w:t>
        <w:br/>
        <w:t>vn 0.0000 0.7062 0.7080</w:t>
        <w:br/>
        <w:t>vn 0.0113 0.7160 0.6980</w:t>
        <w:br/>
        <w:t>vn -0.2475 0.6618 0.7077</w:t>
        <w:br/>
        <w:t>vn -0.1797 0.6709 0.7194</w:t>
        <w:br/>
        <w:t>vn -0.1840 0.7030 0.6870</w:t>
        <w:br/>
        <w:t>vn -0.2252 0.7057 0.6718</w:t>
        <w:br/>
        <w:t>vn -0.2823 0.6641 0.6923</w:t>
        <w:br/>
        <w:t>vn -0.4790 0.7020 0.5270</w:t>
        <w:br/>
        <w:t>vn -0.1897 0.7343 0.6518</w:t>
        <w:br/>
        <w:t>vn -0.4055 0.7325 0.5468</w:t>
        <w:br/>
        <w:t>vn -0.2557 0.7600 0.5976</w:t>
        <w:br/>
        <w:t>vn -0.2122 0.7587 0.6158</w:t>
        <w:br/>
        <w:t>vn -0.1800 0.9352 0.3048</w:t>
        <w:br/>
        <w:t>vn -0.4373 0.7326 0.5216</w:t>
        <w:br/>
        <w:t>vn -0.6043 0.6608 0.4451</w:t>
        <w:br/>
        <w:t>vn -0.5841 0.6606 0.4716</w:t>
        <w:br/>
        <w:t>vn -0.6777 0.6154 0.4024</w:t>
        <w:br/>
        <w:t>vn -0.7389 0.5575 0.3786</w:t>
        <w:br/>
        <w:t>vn -0.7275 0.5912 0.3480</w:t>
        <w:br/>
        <w:t>vn -0.7769 0.6075 0.1653</w:t>
        <w:br/>
        <w:t>vn -0.0268 0.6274 0.7782</w:t>
        <w:br/>
        <w:t>vn -0.1028 0.6071 0.7880</w:t>
        <w:br/>
        <w:t>vn -0.0005 0.6755 0.7374</w:t>
        <w:br/>
        <w:t>vn -0.0034 0.7107 0.7035</w:t>
        <w:br/>
        <w:t>vn 0.0221 0.7163 0.6975</w:t>
        <w:br/>
        <w:t>vn -0.0105 0.7140 0.7001</w:t>
        <w:br/>
        <w:t>vn 0.2482 0.6942 0.6756</w:t>
        <w:br/>
        <w:t>vn 0.2337 0.7049 0.6697</w:t>
        <w:br/>
        <w:t>vn 0.1522 0.6764 0.7206</w:t>
        <w:br/>
        <w:t>vn 0.1846 0.7043 0.6855</w:t>
        <w:br/>
        <w:t>vn 0.2786 0.6963 0.6615</w:t>
        <w:br/>
        <w:t>vn 0.1902 0.7337 0.6523</w:t>
        <w:br/>
        <w:t>vn 0.4714 0.7096 0.5237</w:t>
        <w:br/>
        <w:t>vn 0.3911 0.7345 0.5546</w:t>
        <w:br/>
        <w:t>vn 0.2110 0.7590 0.6159</w:t>
        <w:br/>
        <w:t>vn 0.2547 0.7599 0.5980</w:t>
        <w:br/>
        <w:t>vn 0.0742 0.7412 0.6672</w:t>
        <w:br/>
        <w:t>vn 0.4298 0.7283 0.5337</w:t>
        <w:br/>
        <w:t>vn 0.6851 0.6157 0.3893</w:t>
        <w:br/>
        <w:t>vn 0.5764 0.6663 0.4730</w:t>
        <w:br/>
        <w:t>vn 0.6064 0.6533 0.4533</w:t>
        <w:br/>
        <w:t>vn 0.7467 0.5520 0.3712</w:t>
        <w:br/>
        <w:t>vn 0.7282 0.5926 0.3442</w:t>
        <w:br/>
        <w:t>vn 0.7775 0.6077 0.1616</w:t>
        <w:br/>
        <w:t>vn 0.0466 0.6756 0.7358</w:t>
        <w:br/>
        <w:t>vn 0.0824 0.6477 0.7574</w:t>
        <w:br/>
        <w:t>vn 0.0310 0.6107 0.7912</w:t>
        <w:br/>
        <w:t>vn -0.0370 0.5709 0.8202</w:t>
        <w:br/>
        <w:t>vn 0.0048 0.6624 0.7491</w:t>
        <w:br/>
        <w:t>vn -0.0143 0.6691 0.7431</w:t>
        <w:br/>
        <w:t>vn -0.9614 0.2749 -0.0134</w:t>
        <w:br/>
        <w:t>vn -0.9664 0.2532 0.0438</w:t>
        <w:br/>
        <w:t>vn -0.9763 0.1714 0.1322</w:t>
        <w:br/>
        <w:t>vn -0.9890 -0.1193 -0.0874</w:t>
        <w:br/>
        <w:t>vn -0.9993 -0.0157 0.0349</w:t>
        <w:br/>
        <w:t>vn -0.9941 0.0040 -0.1085</w:t>
        <w:br/>
        <w:t>vn -0.9889 -0.1180 -0.0903</w:t>
        <w:br/>
        <w:t>vn -0.1640 0.9164 -0.3651</w:t>
        <w:br/>
        <w:t>vn -0.1071 0.9887 0.1051</w:t>
        <w:br/>
        <w:t>vn 0.0003 0.9931 0.1177</w:t>
        <w:br/>
        <w:t>vn 0.0002 0.9300 -0.3676</w:t>
        <w:br/>
        <w:t>vn 0.1662 0.2011 0.9654</w:t>
        <w:br/>
        <w:t>vn 0.2169 0.1863 0.9582</w:t>
        <w:br/>
        <w:t>vn 0.2179 0.1846 0.9584</w:t>
        <w:br/>
        <w:t>vn -0.9721 -0.1111 0.2067</w:t>
        <w:br/>
        <w:t>vn -0.9190 -0.3294 0.2168</w:t>
        <w:br/>
        <w:t>vn -0.8201 -0.3580 0.4465</w:t>
        <w:br/>
        <w:t>vn -0.8805 -0.0980 0.4638</w:t>
        <w:br/>
        <w:t>vn -0.9755 0.1081 0.1916</w:t>
        <w:br/>
        <w:t>vn -0.8772 0.1653 0.4507</w:t>
        <w:br/>
        <w:t>vn -0.8203 0.4031 0.4057</w:t>
        <w:br/>
        <w:t>vn -0.9307 0.3213 0.1748</w:t>
        <w:br/>
        <w:t>vn -0.6777 0.2061 0.7058</w:t>
        <w:br/>
        <w:t>vn -0.4510 0.2126 0.8669</w:t>
        <w:br/>
        <w:t>vn -0.4057 0.4468 0.7973</w:t>
        <w:br/>
        <w:t>vn -0.6293 0.4463 0.6363</w:t>
        <w:br/>
        <w:t>vn -0.9223 0.3848 0.0362</w:t>
        <w:br/>
        <w:t>vn -0.8513 0.4964 0.1697</w:t>
        <w:br/>
        <w:t>vn -0.8787 0.3402 0.3348</w:t>
        <w:br/>
        <w:t>vn -0.9743 0.1636 0.1550</w:t>
        <w:br/>
        <w:t>vn -0.7302 0.5801 0.3610</w:t>
        <w:br/>
        <w:t>vn -0.6259 0.7052 0.3329</w:t>
        <w:br/>
        <w:t>vn -0.1451 0.4303 0.8909</w:t>
        <w:br/>
        <w:t>vn -0.0948 0.6015 0.7932</w:t>
        <w:br/>
        <w:t>vn -0.3449 0.6293 0.6964</w:t>
        <w:br/>
        <w:t>vn -0.5590 0.6263 0.5434</w:t>
        <w:br/>
        <w:t>vn -0.3132 0.7179 0.6217</w:t>
        <w:br/>
        <w:t>vn -0.5071 0.7130 0.4843</w:t>
        <w:br/>
        <w:t>vn -0.0749 0.6852 0.7245</w:t>
        <w:br/>
        <w:t>vn 0.0466 0.9011 0.4312</w:t>
        <w:br/>
        <w:t>vn -0.1915 0.9161 0.3521</w:t>
        <w:br/>
        <w:t>vn -0.8788 0.3402 0.3348</w:t>
        <w:br/>
        <w:t>vn -0.8834 0.2019 0.4229</w:t>
        <w:br/>
        <w:t>vn -0.9694 0.1279 0.2095</w:t>
        <w:br/>
        <w:t>vn -0.4138 -0.3805 0.8270</w:t>
        <w:br/>
        <w:t>vn -0.1613 -0.3710 0.9145</w:t>
        <w:br/>
        <w:t>vn -0.1904 -0.0865 0.9779</w:t>
        <w:br/>
        <w:t>vn -0.4599 -0.0791 0.8844</w:t>
        <w:br/>
        <w:t>vn -0.6892 -0.0838 0.7197</w:t>
        <w:br/>
        <w:t>vn -0.9985 0.0526 -0.0119</w:t>
        <w:br/>
        <w:t>vn -0.9934 -0.1146 0.0052</w:t>
        <w:br/>
        <w:t>vn -0.9769 0.2136 -0.0042</w:t>
        <w:br/>
        <w:t>vn 0.0047 0.4431 0.8964</w:t>
        <w:br/>
        <w:t>vn 0.1366 0.4734 0.8702</w:t>
        <w:br/>
        <w:t>vn 0.1826 0.3941 0.9007</w:t>
        <w:br/>
        <w:t>vn 0.0034 0.3818 0.9242</w:t>
        <w:br/>
        <w:t>vn 0.2268 -0.1873 0.9558</w:t>
        <w:br/>
        <w:t>vn 0.2894 -0.0963 0.9524</w:t>
        <w:br/>
        <w:t>vn 0.2786 -0.2917 0.9150</w:t>
        <w:br/>
        <w:t>vn 0.1661 0.5380 0.8264</w:t>
        <w:br/>
        <w:t>vn 0.2225 0.4536 0.8630</w:t>
        <w:br/>
        <w:t>vn 0.2844 0.1046 0.9530</w:t>
        <w:br/>
        <w:t>vn 0.2131 0.0618 0.9751</w:t>
        <w:br/>
        <w:t>vn 0.2023 0.2257 0.9530</w:t>
        <w:br/>
        <w:t>vn 0.2551 0.2816 0.9250</w:t>
        <w:br/>
        <w:t>vn 0.1328 -0.3340 0.9332</w:t>
        <w:br/>
        <w:t>vn 0.1347 -0.0864 0.9871</w:t>
        <w:br/>
        <w:t>vn 0.1542 0.8019 0.5773</w:t>
        <w:br/>
        <w:t>vn 0.1295 0.8562 0.5002</w:t>
        <w:br/>
        <w:t>vn 0.0850 0.6177 0.7818</w:t>
        <w:br/>
        <w:t>vn 0.1422 0.1576 0.9772</w:t>
        <w:br/>
        <w:t>vn 0.1391 0.3646 0.9207</w:t>
        <w:br/>
        <w:t>vn -0.7090 0.2408 0.6628</w:t>
        <w:br/>
        <w:t>vn -0.7162 0.3334 0.6131</w:t>
        <w:br/>
        <w:t>vn -0.9902 0.1181 -0.0746</w:t>
        <w:br/>
        <w:t>vn -0.1286 0.2108 0.9690</w:t>
        <w:br/>
        <w:t>vn -0.1972 0.3134 0.9289</w:t>
        <w:br/>
        <w:t>vn -0.5178 0.3963 0.7582</w:t>
        <w:br/>
        <w:t>vn -0.5014 0.5931 0.6300</w:t>
        <w:br/>
        <w:t>vn -0.9602 -0.0443 0.2757</w:t>
        <w:br/>
        <w:t>vn -0.1842 0.1957 0.9632</w:t>
        <w:br/>
        <w:t>vn -0.0057 0.2177 0.9760</w:t>
        <w:br/>
        <w:t>vn 0.1225 0.5337 0.8368</w:t>
        <w:br/>
        <w:t>vn 0.1206 0.7619 0.6364</w:t>
        <w:br/>
        <w:t>vn -0.9566 -0.2890 0.0372</w:t>
        <w:br/>
        <w:t>vn -0.9701 -0.2363 -0.0549</w:t>
        <w:br/>
        <w:t>vn 0.0102 0.9775 -0.2107</w:t>
        <w:br/>
        <w:t>vn -0.3445 0.9342 -0.0929</w:t>
        <w:br/>
        <w:t>vn 0.0575 0.9632 -0.2624</w:t>
        <w:br/>
        <w:t>vn -0.1800 0.9352 0.3049</w:t>
        <w:br/>
        <w:t>vn -0.2143 0.9752 0.0551</w:t>
        <w:br/>
        <w:t>vn -0.1544 0.9834 0.0951</w:t>
        <w:br/>
        <w:t>vn -0.2225 0.9191 -0.3251</w:t>
        <w:br/>
        <w:t>vn 0.1209 0.2095 0.9703</w:t>
        <w:br/>
        <w:t>vn -0.0001 -0.1816 0.9834</w:t>
        <w:br/>
        <w:t>vn -0.0044 0.0420 0.9991</w:t>
        <w:br/>
        <w:t>vn -0.0001 0.7514 0.6599</w:t>
        <w:br/>
        <w:t>vn 0.0000 0.9579 0.2872</w:t>
        <w:br/>
        <w:t>vn 0.1176 0.9526 0.2806</w:t>
        <w:br/>
        <w:t>vn 0.2555 -0.5053 0.8242</w:t>
        <w:br/>
        <w:t>vn 0.1784 -0.4501 0.8750</w:t>
        <w:br/>
        <w:t>vn -0.8238 -0.5203 0.2252</w:t>
        <w:br/>
        <w:t>vn -0.6955 -0.5862 0.4155</w:t>
        <w:br/>
        <w:t>vn 0.1207 -0.5766 0.8081</w:t>
        <w:br/>
        <w:t>vn -0.1205 -0.6264 0.7701</w:t>
        <w:br/>
        <w:t>vn -0.6334 -0.3791 0.6746</w:t>
        <w:br/>
        <w:t>vn -0.5160 -0.6275 0.5830</w:t>
        <w:br/>
        <w:t>vn -0.3159 -0.6390 0.7014</w:t>
        <w:br/>
        <w:t>vn -0.9645 -0.2260 -0.1367</w:t>
        <w:br/>
        <w:t>vn -0.9738 -0.2246 -0.0351</w:t>
        <w:br/>
        <w:t>vn -0.9417 -0.3349 0.0316</w:t>
        <w:br/>
        <w:t>vn -0.9037 -0.4201 0.0830</w:t>
        <w:br/>
        <w:t>vn 0.0001 -0.4234 0.9059</w:t>
        <w:br/>
        <w:t>vn -0.7588 -0.6509 0.0243</w:t>
        <w:br/>
        <w:t>vn -0.6934 -0.7016 0.1639</w:t>
        <w:br/>
        <w:t>vn -0.9904 -0.0125 0.1378</w:t>
        <w:br/>
        <w:t>vn -0.9994 0.0347 0.0008</w:t>
        <w:br/>
        <w:t>vn -0.5039 -0.7999 0.3260</w:t>
        <w:br/>
        <w:t>vn -0.8446 -0.3394 0.4142</w:t>
        <w:br/>
        <w:t>vn -0.2551 -0.8529 0.4555</w:t>
        <w:br/>
        <w:t>vn -0.6750 -0.3524 0.6482</w:t>
        <w:br/>
        <w:t>vn -0.0846 -0.8454 0.5273</w:t>
        <w:br/>
        <w:t>vn -0.3674 -0.4410 0.8188</w:t>
        <w:br/>
        <w:t>vn 0.1100 -0.6952 0.7103</w:t>
        <w:br/>
        <w:t>vn 0.0357 -0.2103 0.9770</w:t>
        <w:br/>
        <w:t>vn -0.1240 -0.3705 0.9205</w:t>
        <w:br/>
        <w:t>vn 0.0359 -0.7993 0.5999</w:t>
        <w:br/>
        <w:t>vn 0.0311 -0.5933 0.8043</w:t>
        <w:br/>
        <w:t>vn -0.0009 -0.0196 0.9998</w:t>
        <w:br/>
        <w:t>vn -0.0000 -0.5519 0.8339</w:t>
        <w:br/>
        <w:t>vn 0.0000 0.0873 0.9962</w:t>
        <w:br/>
        <w:t>vn -0.7241 -0.6747 -0.1433</w:t>
        <w:br/>
        <w:t>vn -0.9966 0.0811 -0.0116</w:t>
        <w:br/>
        <w:t>vn -0.9961 0.0313 0.0821</w:t>
        <w:br/>
        <w:t>vn 0.1200 -0.3369 0.9339</w:t>
        <w:br/>
        <w:t>vn 0.0001 -0.0857 0.9963</w:t>
        <w:br/>
        <w:t>vn 0.1101 -0.2594 0.9595</w:t>
        <w:br/>
        <w:t>vn -0.0704 -0.3577 0.9312</w:t>
        <w:br/>
        <w:t>vn -0.3347 -0.4854 0.8077</w:t>
        <w:br/>
        <w:t>vn -0.6924 -0.4155 0.5898</w:t>
        <w:br/>
        <w:t>vn -0.9428 -0.2156 0.2544</w:t>
        <w:br/>
        <w:t>vn -0.7941 -0.6069 0.0327</w:t>
        <w:br/>
        <w:t>vn -0.7744 -0.6042 0.1874</w:t>
        <w:br/>
        <w:t>vn -0.3149 -0.7684 0.5571</w:t>
        <w:br/>
        <w:t>vn -0.0000 -0.4289 0.9034</w:t>
        <w:br/>
        <w:t>vn -0.0645 0.3939 0.9169</w:t>
        <w:br/>
        <w:t>vn 0.0000 -0.0856 0.9963</w:t>
        <w:br/>
        <w:t>vn -0.9115 0.3827 0.1508</w:t>
        <w:br/>
        <w:t>vn 0.1259 0.8715 0.4740</w:t>
        <w:br/>
        <w:t>vn 0.0354 0.9089 0.4156</w:t>
        <w:br/>
        <w:t>vn -0.6028 0.7664 0.2219</w:t>
        <w:br/>
        <w:t>vn -0.5014 0.5930 0.6300</w:t>
        <w:br/>
        <w:t>vn -0.0396 0.9981 0.0471</w:t>
        <w:br/>
        <w:t>vn 0.0386 0.6921 0.7208</w:t>
        <w:br/>
        <w:t>vn 0.0001 0.2301 0.9732</w:t>
        <w:br/>
        <w:t>vn 0.0001 0.6765 0.7364</w:t>
        <w:br/>
        <w:t>vn 0.0315 0.7278 0.6850</w:t>
        <w:br/>
        <w:t>vn -0.6830 0.6747 0.2798</w:t>
        <w:br/>
        <w:t>vn -0.2859 0.9541 -0.0887</w:t>
        <w:br/>
        <w:t>vn -0.8037 0.5792 0.1359</w:t>
        <w:br/>
        <w:t>vn -0.5217 0.7389 0.4264</w:t>
        <w:br/>
        <w:t>vn -0.2674 0.9582 -0.1015</w:t>
        <w:br/>
        <w:t>vn -0.2685 0.7884 0.5535</w:t>
        <w:br/>
        <w:t>vn -0.2613 0.9643 -0.0420</w:t>
        <w:br/>
        <w:t>vn -0.8891 0.4569 0.0263</w:t>
        <w:br/>
        <w:t>vn -0.9817 0.1772 0.0703</w:t>
        <w:br/>
        <w:t>vn -0.0551 0.7630 0.6441</w:t>
        <w:br/>
        <w:t>vn 0.0829 0.9126 -0.4004</w:t>
        <w:br/>
        <w:t>vn -0.0240 0.8635 -0.5038</w:t>
        <w:br/>
        <w:t>vn -0.2087 0.8620 -0.4620</w:t>
        <w:br/>
        <w:t>vn -0.9664 0.2533 0.0438</w:t>
        <w:br/>
        <w:t>vn 0.9612 0.2756 -0.0137</w:t>
        <w:br/>
        <w:t>vn 0.9764 0.1734 0.1291</w:t>
        <w:br/>
        <w:t>vn 0.9663 0.2541 0.0402</w:t>
        <w:br/>
        <w:t>vn 0.9993 -0.0155 0.0337</w:t>
        <w:br/>
        <w:t>vn 0.9893 -0.1188 -0.0850</w:t>
        <w:br/>
        <w:t>vn 0.9944 0.0017 -0.1058</w:t>
        <w:br/>
        <w:t>vn 0.9891 -0.1181 -0.0882</w:t>
        <w:br/>
        <w:t>vn 0.1650 0.9166 -0.3642</w:t>
        <w:br/>
        <w:t>vn 0.1080 0.9886 0.1048</w:t>
        <w:br/>
        <w:t>vn -0.1671 0.2758 0.9466</w:t>
        <w:br/>
        <w:t>vn -0.2171 0.1887 0.9577</w:t>
        <w:br/>
        <w:t>vn -0.2160 0.1902 0.9577</w:t>
        <w:br/>
        <w:t>vn -0.1657 0.2044 0.9648</w:t>
        <w:br/>
        <w:t>vn 0.9722 -0.1109 0.2063</w:t>
        <w:br/>
        <w:t>vn 0.8810 -0.0978 0.4629</w:t>
        <w:br/>
        <w:t>vn 0.8209 -0.3572 0.4456</w:t>
        <w:br/>
        <w:t>vn 0.9193 -0.3286 0.2165</w:t>
        <w:br/>
        <w:t>vn 0.9756 0.1078 0.1913</w:t>
        <w:br/>
        <w:t>vn 0.9311 0.3197 0.1754</w:t>
        <w:br/>
        <w:t>vn 0.8211 0.4021 0.4050</w:t>
        <w:br/>
        <w:t>vn 0.8778 0.1649 0.4498</w:t>
        <w:br/>
        <w:t>vn 0.4090 0.4468 0.7957</w:t>
        <w:br/>
        <w:t>vn 0.4537 0.2129 0.8654</w:t>
        <w:br/>
        <w:t>vn 0.6794 0.2061 0.7043</w:t>
        <w:br/>
        <w:t>vn 0.6304 0.4458 0.6354</w:t>
        <w:br/>
        <w:t>vn 0.9226 0.3838 0.0387</w:t>
        <w:br/>
        <w:t>vn 0.9739 0.1639 0.1570</w:t>
        <w:br/>
        <w:t>vn 0.8772 0.3427 0.3362</w:t>
        <w:br/>
        <w:t>vn 0.8517 0.4951 0.1715</w:t>
        <w:br/>
        <w:t>vn 0.6253 0.7066 0.3311</w:t>
        <w:br/>
        <w:t>vn 0.7312 0.5792 0.3604</w:t>
        <w:br/>
        <w:t>vn 0.3480 0.6291 0.6951</w:t>
        <w:br/>
        <w:t>vn 0.0986 0.6029 0.7917</w:t>
        <w:br/>
        <w:t>vn 0.1499 0.4305 0.8901</w:t>
        <w:br/>
        <w:t>vn 0.3156 0.7166 0.6219</w:t>
        <w:br/>
        <w:t>vn 0.5600 0.6257 0.5431</w:t>
        <w:br/>
        <w:t>vn 0.5086 0.7120 0.4841</w:t>
        <w:br/>
        <w:t>vn 0.1930 0.9150 0.3544</w:t>
        <w:br/>
        <w:t>vn -0.0444 0.8995 0.4346</w:t>
        <w:br/>
        <w:t>vn 0.0772 0.6857 0.7238</w:t>
        <w:br/>
        <w:t>vn 0.8773 0.3427 0.3361</w:t>
        <w:br/>
        <w:t>vn 0.9709 0.1184 0.2079</w:t>
        <w:br/>
        <w:t>vn 0.8884 0.1701 0.4263</w:t>
        <w:br/>
        <w:t>vn 0.4158 -0.3802 0.8262</w:t>
        <w:br/>
        <w:t>vn 0.4621 -0.0793 0.8833</w:t>
        <w:br/>
        <w:t>vn 0.1929 -0.0871 0.9774</w:t>
        <w:br/>
        <w:t>vn 0.1633 -0.3714 0.9140</w:t>
        <w:br/>
        <w:t>vn 0.6911 -0.0837 0.7179</w:t>
        <w:br/>
        <w:t>vn 0.9986 0.0514 -0.0111</w:t>
        <w:br/>
        <w:t>vn 0.9934 -0.1145 0.0053</w:t>
        <w:br/>
        <w:t>vn 0.9775 0.2107 -0.0019</w:t>
        <w:br/>
        <w:t>vn -0.1810 0.4129 0.8926</w:t>
        <w:br/>
        <w:t>vn -0.1343 0.4605 0.8775</w:t>
        <w:br/>
        <w:t>vn -0.2281 -0.1891 0.9551</w:t>
        <w:br/>
        <w:t>vn -0.2795 -0.2926 0.9145</w:t>
        <w:br/>
        <w:t>vn -0.2901 -0.1008 0.9517</w:t>
        <w:br/>
        <w:t>vn -0.1705 0.5287 0.8315</w:t>
        <w:br/>
        <w:t>vn -0.2293 0.4622 0.8566</w:t>
        <w:br/>
        <w:t>vn -0.2053 0.2450 0.9475</w:t>
        <w:br/>
        <w:t>vn -0.2145 0.0448 0.9757</w:t>
        <w:br/>
        <w:t>vn -0.2805 0.0955 0.9551</w:t>
        <w:br/>
        <w:t>vn -0.2549 0.2963 0.9205</w:t>
        <w:br/>
        <w:t>vn -0.1314 -0.3350 0.9330</w:t>
        <w:br/>
        <w:t>vn -0.1322 -0.0888 0.9872</w:t>
        <w:br/>
        <w:t>vn -0.1282 0.8549 0.5028</w:t>
        <w:br/>
        <w:t>vn -0.1541 0.8011 0.5784</w:t>
        <w:br/>
        <w:t>vn -0.0863 0.6165 0.7826</w:t>
        <w:br/>
        <w:t>vn -0.1388 0.1562 0.9779</w:t>
        <w:br/>
        <w:t>vn -0.1401 0.3678 0.9193</w:t>
        <w:br/>
        <w:t>vn 0.7117 0.2378 0.6610</w:t>
        <w:br/>
        <w:t>vn 0.7243 0.2774 0.6312</w:t>
        <w:br/>
        <w:t>vn 0.9907 0.1147 -0.0729</w:t>
        <w:br/>
        <w:t>vn 0.1279 0.2101 0.9693</w:t>
        <w:br/>
        <w:t>vn 0.5037 0.5907 0.6304</w:t>
        <w:br/>
        <w:t>vn 0.5121 0.3525 0.7833</w:t>
        <w:br/>
        <w:t>vn 0.1868 0.3011 0.9351</w:t>
        <w:br/>
        <w:t>vn 0.9619 -0.0419 0.2703</w:t>
        <w:br/>
        <w:t>vn 0.1878 0.1951 0.9626</w:t>
        <w:br/>
        <w:t>vn -0.1266 0.5350 0.8353</w:t>
        <w:br/>
        <w:t>vn -0.1209 0.7617 0.6366</w:t>
        <w:br/>
        <w:t>vn 0.9571 -0.2872 0.0375</w:t>
        <w:br/>
        <w:t>vn 0.9710 -0.2332 -0.0533</w:t>
        <w:br/>
        <w:t>vn -0.0102 0.9775 -0.2107</w:t>
        <w:br/>
        <w:t>vn -0.0548 0.9640 -0.2603</w:t>
        <w:br/>
        <w:t>vn 0.3389 0.9349 -0.1057</w:t>
        <w:br/>
        <w:t>vn 0.2732 0.8973 -0.3466</w:t>
        <w:br/>
        <w:t>vn 0.2237 0.9173 -0.3294</w:t>
        <w:br/>
        <w:t>vn 0.1556 0.9836 0.0917</w:t>
        <w:br/>
        <w:t>vn 0.2148 0.9753 0.0522</w:t>
        <w:br/>
        <w:t>vn -0.1462 0.3561 0.9229</w:t>
        <w:br/>
        <w:t>vn -0.1199 0.2127 0.9697</w:t>
        <w:br/>
        <w:t>vn -0.1177 0.9522 0.2818</w:t>
        <w:br/>
        <w:t>vn -0.1791 -0.4499 0.8749</w:t>
        <w:br/>
        <w:t>vn -0.2563 -0.5054 0.8239</w:t>
        <w:br/>
        <w:t>vn 0.6975 -0.5840 0.4152</w:t>
        <w:br/>
        <w:t>vn 0.8253 -0.5177 0.2255</w:t>
        <w:br/>
        <w:t>vn -0.1197 -0.5772 0.8078</w:t>
        <w:br/>
        <w:t>vn 0.1217 -0.6264 0.7700</w:t>
        <w:br/>
        <w:t>vn 0.6356 -0.3784 0.6729</w:t>
        <w:br/>
        <w:t>vn 0.3176 -0.6384 0.7012</w:t>
        <w:br/>
        <w:t>vn 0.5187 -0.6260 0.5823</w:t>
        <w:br/>
        <w:t>vn 0.9645 -0.2260 -0.1367</w:t>
        <w:br/>
        <w:t>vn 0.9743 -0.2228 -0.0345</w:t>
        <w:br/>
        <w:t>vn 0.9050 -0.4169 0.0843</w:t>
        <w:br/>
        <w:t>vn 0.9431 -0.3310 0.0322</w:t>
        <w:br/>
        <w:t>vn 0.7544 -0.6560 0.0244</w:t>
        <w:br/>
        <w:t>vn 0.9994 0.0347 0.0008</w:t>
        <w:br/>
        <w:t>vn 0.9904 -0.0125 0.1378</w:t>
        <w:br/>
        <w:t>vn 0.6894 -0.7057 0.1635</w:t>
        <w:br/>
        <w:t>vn 0.5012 -0.8019 0.3252</w:t>
        <w:br/>
        <w:t>vn 0.8445 -0.3394 0.4142</w:t>
        <w:br/>
        <w:t>vn 0.6750 -0.3524 0.6482</w:t>
        <w:br/>
        <w:t>vn 0.2540 -0.8536 0.4548</w:t>
        <w:br/>
        <w:t>vn 0.0844 -0.8456 0.5271</w:t>
        <w:br/>
        <w:t>vn 0.3674 -0.4410 0.8188</w:t>
        <w:br/>
        <w:t>vn -0.1096 -0.6942 0.7114</w:t>
        <w:br/>
        <w:t>vn -0.0357 -0.7989 0.6004</w:t>
        <w:br/>
        <w:t>vn 0.1240 -0.3705 0.9205</w:t>
        <w:br/>
        <w:t>vn -0.0357 -0.2102 0.9770</w:t>
        <w:br/>
        <w:t>vn -0.0310 -0.5930 0.8046</w:t>
        <w:br/>
        <w:t>vn 0.0009 -0.0196 0.9998</w:t>
        <w:br/>
        <w:t>vn 0.7200 -0.6792 -0.1428</w:t>
        <w:br/>
        <w:t>vn 0.9961 0.0318 0.0827</w:t>
        <w:br/>
        <w:t>vn 0.9966 0.0811 -0.0116</w:t>
        <w:br/>
        <w:t>vn -0.1205 -0.3372 0.9337</w:t>
        <w:br/>
        <w:t>vn -0.1104 -0.2601 0.9592</w:t>
        <w:br/>
        <w:t>vn 0.0709 -0.3583 0.9309</w:t>
        <w:br/>
        <w:t>vn 0.3355 -0.4850 0.8076</w:t>
        <w:br/>
        <w:t>vn 0.6939 -0.4135 0.5895</w:t>
        <w:br/>
        <w:t>vn 0.9431 -0.2133 0.2550</w:t>
        <w:br/>
        <w:t>vn 0.7071 -0.5555 0.4376</w:t>
        <w:br/>
        <w:t>vn 0.3135 -0.4940 0.8110</w:t>
        <w:br/>
        <w:t>vn 0.0259 -0.4694 0.8826</w:t>
        <w:br/>
        <w:t>vn 0.0645 0.3939 0.9169</w:t>
        <w:br/>
        <w:t>vn 0.9114 0.3827 0.1512</w:t>
        <w:br/>
        <w:t>vn -0.1251 0.8704 0.4762</w:t>
        <w:br/>
        <w:t>vn 0.5961 0.7725 0.2186</w:t>
        <w:br/>
        <w:t>vn 0.7117 0.2377 0.6610</w:t>
        <w:br/>
        <w:t>vn -0.0383 0.6925 0.7204</w:t>
        <w:br/>
        <w:t>vn -0.0311 0.7285 0.6844</w:t>
        <w:br/>
        <w:t>vn 0.6938 0.6730 0.2563</w:t>
        <w:br/>
        <w:t>vn 0.8065 0.5787 0.1209</w:t>
        <w:br/>
        <w:t>vn 0.2682 0.9557 -0.1209</w:t>
        <w:br/>
        <w:t>vn 0.5254 0.7231 0.4484</w:t>
        <w:br/>
        <w:t>vn 0.2446 0.9618 -0.1229</w:t>
        <w:br/>
        <w:t>vn 0.2521 0.7863 0.5640</w:t>
        <w:br/>
        <w:t>vn 0.2507 0.9671 -0.0437</w:t>
        <w:br/>
        <w:t>vn 0.8881 0.4591 0.0205</w:t>
        <w:br/>
        <w:t>vn 0.9820 0.1772 0.0657</w:t>
        <w:br/>
        <w:t>vn 0.0559 0.7637 0.6431</w:t>
        <w:br/>
        <w:t>vn 0.7775 0.6077 0.1617</w:t>
        <w:br/>
        <w:t>vn -0.0762 0.9158 -0.3944</w:t>
        <w:br/>
        <w:t>vn 0.0296 0.8679 -0.4958</w:t>
        <w:br/>
        <w:t>vn 0.2096 0.8642 -0.4575</w:t>
        <w:br/>
        <w:t>vn 0.0398 0.9980 0.0489</w:t>
        <w:br/>
        <w:t>vn -0.2422 0.8431 0.4802</w:t>
        <w:br/>
        <w:t>vn 0.1648 0.4210 0.8919</w:t>
        <w:br/>
        <w:t>vn 0.1618 0.4316 0.8874</w:t>
        <w:br/>
        <w:t>vn 0.2246 0.5069 0.8322</w:t>
        <w:br/>
        <w:t>vn 0.3036 0.5737 0.7607</w:t>
        <w:br/>
        <w:t>vn 0.3017 0.6587 0.6893</w:t>
        <w:br/>
        <w:t>vn 0.2312 0.5471 0.8045</w:t>
        <w:br/>
        <w:t>vn 0.1554 0.6055 0.7805</w:t>
        <w:br/>
        <w:t>vn 0.2306 0.5323 0.8145</w:t>
        <w:br/>
        <w:t>vn 0.0000 0.5381 0.8429</w:t>
        <w:br/>
        <w:t>vn -0.0000 0.4876 0.8731</w:t>
        <w:br/>
        <w:t>vn -0.1616 0.4317 0.8874</w:t>
        <w:br/>
        <w:t>vn -0.1648 0.4211 0.8919</w:t>
        <w:br/>
        <w:t>vn -0.2246 0.5069 0.8322</w:t>
        <w:br/>
        <w:t>vn -0.3036 0.5737 0.7607</w:t>
        <w:br/>
        <w:t>vn -0.1806 0.6233 0.7609</w:t>
        <w:br/>
        <w:t>vn -0.2312 0.5470 0.8045</w:t>
        <w:br/>
        <w:t>vn -0.2306 0.5323 0.8145</w:t>
        <w:br/>
        <w:t>vn -0.2665 -0.3034 0.9148</w:t>
        <w:br/>
        <w:t>vn -0.2693 -0.4542 0.8492</w:t>
        <w:br/>
        <w:t>vn -0.0027 -0.0991 0.9951</w:t>
        <w:br/>
        <w:t>vn 0.3808 -0.2249 0.8969</w:t>
        <w:br/>
        <w:t>vn 0.0605 -0.4608 0.8855</w:t>
        <w:br/>
        <w:t>vn 0.2183 -0.4962 0.8403</w:t>
        <w:br/>
        <w:t>vn -0.0132 -0.6018 0.7985</w:t>
        <w:br/>
        <w:t>vn 0.3342 -0.1374 0.9324</w:t>
        <w:br/>
        <w:t>vn 0.3528 0.3133 0.8817</w:t>
        <w:br/>
        <w:t>vn -0.0152 0.3084 0.9511</w:t>
        <w:br/>
        <w:t>vn 0.0037 0.2040 0.9790</w:t>
        <w:br/>
        <w:t>vn 0.3756 0.3019 0.8763</w:t>
        <w:br/>
        <w:t>vn -0.0099 0.0136 0.9999</w:t>
        <w:br/>
        <w:t>vn -0.4516 -0.1848 0.8728</w:t>
        <w:br/>
        <w:t>vn -0.3766 -0.3939 0.8385</w:t>
        <w:br/>
        <w:t>vn -0.0071 0.0937 0.9956</w:t>
        <w:br/>
        <w:t>vn -0.5153 -0.0486 0.8556</w:t>
        <w:br/>
        <w:t>vn -0.5240 0.0646 0.8492</w:t>
        <w:br/>
        <w:t>vn 0.0006 0.1536 0.9881</w:t>
        <w:br/>
        <w:t>vn -0.4895 0.1743 0.8544</w:t>
        <w:br/>
        <w:t>vn 0.0219 -0.1599 -0.9869</w:t>
        <w:br/>
        <w:t>vn -0.2241 -0.4812 -0.8475</w:t>
        <w:br/>
        <w:t>vn -0.2307 -0.3479 -0.9087</w:t>
        <w:br/>
        <w:t>vn 0.4049 -0.2887 -0.8676</w:t>
        <w:br/>
        <w:t>vn 0.2417 -0.5158 -0.8219</w:t>
        <w:br/>
        <w:t>vn 0.1193 -0.4739 -0.8725</w:t>
        <w:br/>
        <w:t>vn 0.0429 -0.5939 -0.8034</w:t>
        <w:br/>
        <w:t>vn 0.3619 -0.2202 -0.9059</w:t>
        <w:br/>
        <w:t>vn 0.0018 -0.0392 -0.9992</w:t>
        <w:br/>
        <w:t>vn 0.4823 -0.0571 -0.8741</w:t>
        <w:br/>
        <w:t>vn -0.0039 0.0025 -1.0000</w:t>
        <w:br/>
        <w:t>vn 0.4373 0.0859 -0.8952</w:t>
        <w:br/>
        <w:t>vn -0.4985 -0.0393 -0.8660</w:t>
        <w:br/>
        <w:t>vn 0.0006 -0.0146 -0.9999</w:t>
        <w:br/>
        <w:t>vn -0.4877 -0.0860 -0.8688</w:t>
        <w:br/>
        <w:t>vn -0.4361 -0.1330 -0.8900</w:t>
        <w:br/>
        <w:t>vn 0.0097 -0.1046 -0.9945</w:t>
        <w:br/>
        <w:t>vn 0.5246 -0.3114 -0.7924</w:t>
        <w:br/>
        <w:t>vn -0.0647 0.4469 0.8922</w:t>
        <w:br/>
        <w:t>vn -0.4246 0.4802 0.7675</w:t>
        <w:br/>
        <w:t>vn -0.4447 0.3342 0.8310</w:t>
        <w:br/>
        <w:t>vn 0.3988 0.2721 0.8757</w:t>
        <w:br/>
        <w:t>vn 0.4216 0.1870 0.8873</w:t>
        <w:br/>
        <w:t>vn -0.6914 0.5160 0.5057</w:t>
        <w:br/>
        <w:t>vn -0.4585 0.6688 0.5852</w:t>
        <w:br/>
        <w:t>vn -0.4467 0.6578 0.6065</w:t>
        <w:br/>
        <w:t>vn -0.6862 0.4962 0.5319</w:t>
        <w:br/>
        <w:t>vn -0.3843 0.7922 0.4741</w:t>
        <w:br/>
        <w:t>vn -0.6512 0.6734 0.3498</w:t>
        <w:br/>
        <w:t>vn -0.6035 0.6616 0.4450</w:t>
        <w:br/>
        <w:t>vn -0.2919 0.7354 0.6115</w:t>
        <w:br/>
        <w:t>vn -0.1991 0.6669 0.7181</w:t>
        <w:br/>
        <w:t>vn -0.5256 0.6359 0.5651</w:t>
        <w:br/>
        <w:t>vn -0.4514 0.5868 0.6722</w:t>
        <w:br/>
        <w:t>vn -0.1298 0.5672 0.8133</w:t>
        <w:br/>
        <w:t>vn 0.0651 0.8307 0.5529</w:t>
        <w:br/>
        <w:t>vn -0.0625 0.8389 0.5406</w:t>
        <w:br/>
        <w:t>vn -0.4479 0.7526 0.4827</w:t>
        <w:br/>
        <w:t>vn 0.4795 -0.2302 -0.8468</w:t>
        <w:br/>
        <w:t>vn 0.2943 -0.1147 -0.9488</w:t>
        <w:br/>
        <w:t>vn -0.2639 -0.2719 -0.9254</w:t>
        <w:br/>
        <w:t>vn -0.3795 -0.4788 -0.7917</w:t>
        <w:br/>
        <w:t>vn 0.4468 0.0485 0.8933</w:t>
        <w:br/>
        <w:t>vn -0.4317 -0.5711 0.6982</w:t>
        <w:br/>
        <w:t>vn -0.3827 -0.6701 0.6360</w:t>
        <w:br/>
        <w:t>vn 0.0840 -0.7718 0.6303</w:t>
        <w:br/>
        <w:t>vn 0.1477 -0.7380 0.6584</w:t>
        <w:br/>
        <w:t>vn 0.2477 -0.6735 0.6964</w:t>
        <w:br/>
        <w:t>vn 0.5984 -0.3407 0.7251</w:t>
        <w:br/>
        <w:t>vn 0.5871 -0.2957 0.7536</w:t>
        <w:br/>
        <w:t>vn 0.6107 -0.2629 0.7469</w:t>
        <w:br/>
        <w:t>vn 0.4852 -0.1762 0.8564</w:t>
        <w:br/>
        <w:t>vn 0.6929 0.0303 0.7204</w:t>
        <w:br/>
        <w:t>vn 0.6675 0.2136 0.7133</w:t>
        <w:br/>
        <w:t>vn 0.6291 0.3293 0.7042</w:t>
        <w:br/>
        <w:t>vn 0.6052 0.3685 0.7056</w:t>
        <w:br/>
        <w:t>vn 0.5867 0.3321 0.7386</w:t>
        <w:br/>
        <w:t>vn 0.5191 0.4472 0.7284</w:t>
        <w:br/>
        <w:t>vn 0.2886 0.5015 0.8156</w:t>
        <w:br/>
        <w:t>vn 0.3232 0.3826 0.8655</w:t>
        <w:br/>
        <w:t>vn 0.5507 0.3445 0.7603</w:t>
        <w:br/>
        <w:t>vn 0.5031 0.5605 0.6579</w:t>
        <w:br/>
        <w:t>vn 0.4824 0.6402 0.5979</w:t>
        <w:br/>
        <w:t>vn 0.1927 0.7199 0.6667</w:t>
        <w:br/>
        <w:t>vn 0.2520 0.6259 0.7381</w:t>
        <w:br/>
        <w:t>vn 0.3686 0.7677 0.5242</w:t>
        <w:br/>
        <w:t>vn 0.2336 0.8152 0.5300</w:t>
        <w:br/>
        <w:t>vn 0.2447 0.7826 0.5724</w:t>
        <w:br/>
        <w:t>vn 0.2835 0.7876 0.5470</w:t>
        <w:br/>
        <w:t>vn -0.0403 0.7900 0.6118</w:t>
        <w:br/>
        <w:t>vn -0.0713 0.7851 0.6152</w:t>
        <w:br/>
        <w:t>vn -0.8156 0.3695 0.4453</w:t>
        <w:br/>
        <w:t>vn -0.8209 0.3866 0.4204</w:t>
        <w:br/>
        <w:t>vn -0.8160 0.4671 0.3405</w:t>
        <w:br/>
        <w:t>vn -0.6896 0.5993 0.4065</w:t>
        <w:br/>
        <w:t>vn -0.7303 0.5886 0.3468</w:t>
        <w:br/>
        <w:t>vn -0.7692 0.5745 0.2799</w:t>
        <w:br/>
        <w:t>vn -0.5939 0.5632 0.5746</w:t>
        <w:br/>
        <w:t>vn -0.6624 0.5871 0.4654</w:t>
        <w:br/>
        <w:t>vn -0.7162 0.2881 0.6356</w:t>
        <w:br/>
        <w:t>vn -0.6224 0.4461 0.6431</w:t>
        <w:br/>
        <w:t>vn -0.8240 0.0055 0.5666</w:t>
        <w:br/>
        <w:t>vn -0.7938 0.1239 0.5954</w:t>
        <w:br/>
        <w:t>vn -0.7986 -0.1316 0.5873</w:t>
        <w:br/>
        <w:t>vn -0.6736 -0.3316 0.6605</w:t>
        <w:br/>
        <w:t>vn -0.4372 -0.5465 0.7143</w:t>
        <w:br/>
        <w:t>vn -0.3767 -0.6301 -0.6790</w:t>
        <w:br/>
        <w:t>vn -0.3509 -0.6737 -0.6504</w:t>
        <w:br/>
        <w:t>vn -0.4145 -0.6058 -0.6791</w:t>
        <w:br/>
        <w:t>vn -0.3337 -0.4588 -0.8235</w:t>
        <w:br/>
        <w:t>vn -0.6727 -0.3456 -0.6542</w:t>
        <w:br/>
        <w:t>vn -0.4248 -0.2206 -0.8780</w:t>
        <w:br/>
        <w:t>vn -0.7793 -0.1356 -0.6118</w:t>
        <w:br/>
        <w:t>vn -0.8057 -0.0370 -0.5912</w:t>
        <w:br/>
        <w:t>vn -0.7348 -0.1098 -0.6693</w:t>
        <w:br/>
        <w:t>vn -0.6211 -0.3085 -0.7204</w:t>
        <w:br/>
        <w:t>vn -0.5194 -0.6452 -0.5604</w:t>
        <w:br/>
        <w:t>vn -0.5194 -0.6451 -0.5604</w:t>
        <w:br/>
        <w:t>vn -0.5558 -0.5034 -0.6615</w:t>
        <w:br/>
        <w:t>vn -0.3830 -0.8298 -0.4060</w:t>
        <w:br/>
        <w:t>vn -0.4573 -0.7387 -0.4951</w:t>
        <w:br/>
        <w:t>vn -0.4574 -0.7387 -0.4951</w:t>
        <w:br/>
        <w:t>vn -0.3083 -0.8831 -0.3536</w:t>
        <w:br/>
        <w:t>vn -0.2697 -0.8390 -0.4725</w:t>
        <w:br/>
        <w:t>vn -0.2697 -0.8391 -0.4725</w:t>
        <w:br/>
        <w:t>vn -0.3084 -0.8831 -0.3536</w:t>
        <w:br/>
        <w:t>vn -0.2862 -0.7401 -0.6085</w:t>
        <w:br/>
        <w:t>vn -0.3054 -0.6925 -0.6536</w:t>
        <w:br/>
        <w:t>vn -0.3053 -0.6925 -0.6536</w:t>
        <w:br/>
        <w:t>vn 0.8925 -0.3257 -0.3121</w:t>
        <w:br/>
        <w:t>vn 0.8971 -0.2999 -0.3244</w:t>
        <w:br/>
        <w:t>vn 0.8925 -0.3257 -0.3122</w:t>
        <w:br/>
        <w:t>vn 0.8898 -0.3256 -0.3197</w:t>
        <w:br/>
        <w:t>vn 0.8617 -0.3598 -0.3578</w:t>
        <w:br/>
        <w:t>vn 0.8261 -0.3439 -0.4465</w:t>
        <w:br/>
        <w:t>vn 0.8261 -0.3439 -0.4464</w:t>
        <w:br/>
        <w:t>vn 0.7328 -0.2508 -0.6325</w:t>
        <w:br/>
        <w:t>vn 0.7878 -0.3196 -0.5266</w:t>
        <w:br/>
        <w:t>vn 0.7877 -0.3196 -0.5266</w:t>
        <w:br/>
        <w:t>vn 0.7328 -0.2509 -0.6325</w:t>
        <w:br/>
        <w:t>vn 0.6656 -0.1465 -0.7318</w:t>
        <w:br/>
        <w:t>vn 0.6281 0.0273 -0.7777</w:t>
        <w:br/>
        <w:t>vn 0.6190 0.1954 -0.7607</w:t>
        <w:br/>
        <w:t>vn 0.6431 0.2314 -0.7300</w:t>
        <w:br/>
        <w:t>vn 0.3961 0.1251 -0.9096</w:t>
        <w:br/>
        <w:t>vn 0.3718 0.0596 -0.9264</w:t>
        <w:br/>
        <w:t>vn 0.7091 0.1334 -0.6923</w:t>
        <w:br/>
        <w:t>vn 0.7599 -0.0872 -0.6442</w:t>
        <w:br/>
        <w:t>vn 0.6600 -0.4069 -0.6315</w:t>
        <w:br/>
        <w:t>vn 0.6413 -0.3765 -0.6686</w:t>
        <w:br/>
        <w:t>vn 0.6231 -0.3617 -0.6935</w:t>
        <w:br/>
        <w:t>vn 0.2688 -0.6614 -0.7002</w:t>
        <w:br/>
        <w:t>vn 0.1906 -0.6918 -0.6964</w:t>
        <w:br/>
        <w:t>vn 0.1077 -0.7340 -0.6705</w:t>
        <w:br/>
        <w:t>vn 0.0000 -0.9731 0.2306</w:t>
        <w:br/>
        <w:t>vn -0.7077 -0.7024 0.0766</w:t>
        <w:br/>
        <w:t>vn -0.7087 -0.6956 -0.1179</w:t>
        <w:br/>
        <w:t>vn 0.0000 -0.9986 0.0524</w:t>
        <w:br/>
        <w:t>vn 0.0000 -0.9458 0.3248</w:t>
        <w:br/>
        <w:t>vn -0.7073 -0.6826 0.1838</w:t>
        <w:br/>
        <w:t>vn -0.8918 0.4224 -0.1619</w:t>
        <w:br/>
        <w:t>vn -0.9895 -0.1168 0.0848</w:t>
        <w:br/>
        <w:t>vn -0.9924 -0.1031 0.0677</w:t>
        <w:br/>
        <w:t>vn -0.8876 0.4456 -0.1163</w:t>
        <w:br/>
        <w:t>vn -0.9784 -0.0950 -0.1835</w:t>
        <w:br/>
        <w:t>vn -0.8786 0.3653 -0.3074</w:t>
        <w:br/>
        <w:t>vn -0.9477 -0.0588 -0.3138</w:t>
        <w:br/>
        <w:t>vn -0.9935 -0.0712 -0.0892</w:t>
        <w:br/>
        <w:t>vn -0.8635 0.4248 -0.2717</w:t>
        <w:br/>
        <w:t>vn -0.6530 -0.7319 0.1946</w:t>
        <w:br/>
        <w:t>vn -0.9948 -0.0768 0.0671</w:t>
        <w:br/>
        <w:t>vn -0.6348 -0.7213 0.2772</w:t>
        <w:br/>
        <w:t>vn -0.6497 -0.6191 0.4412</w:t>
        <w:br/>
        <w:t>vn -0.9930 -0.0198 0.1161</w:t>
        <w:br/>
        <w:t>vn -0.9990 -0.0326 0.0304</w:t>
        <w:br/>
        <w:t>vn -0.8193 -0.5135 0.2550</w:t>
        <w:br/>
        <w:t>vn -0.9231 -0.1832 -0.3380</w:t>
        <w:br/>
        <w:t>vn -0.6508 -0.6921 -0.3122</w:t>
        <w:br/>
        <w:t>vn 0.0000 0.9180 -0.3965</w:t>
        <w:br/>
        <w:t>vn 0.0000 0.9333 -0.3590</w:t>
        <w:br/>
        <w:t>vn -0.4499 0.8275 -0.3359</w:t>
        <w:br/>
        <w:t>vn -0.4405 0.8279 -0.3473</w:t>
        <w:br/>
        <w:t>vn -0.5181 0.7938 -0.3186</w:t>
        <w:br/>
        <w:t>vn 0.0000 0.9523 -0.3051</w:t>
        <w:br/>
        <w:t>vn -0.6180 0.7285 -0.2956</w:t>
        <w:br/>
        <w:t>vn 0.0000 0.9549 -0.2971</w:t>
        <w:br/>
        <w:t>vn -0.8816 0.4695 -0.0481</w:t>
        <w:br/>
        <w:t>vn -0.8506 0.4807 -0.2129</w:t>
        <w:br/>
        <w:t>vn -0.9966 -0.0367 0.0740</w:t>
        <w:br/>
        <w:t>vn -0.7046 -0.7072 0.0585</w:t>
        <w:br/>
        <w:t>vn -0.7364 -0.6761 -0.0261</w:t>
        <w:br/>
        <w:t>vn -0.9971 -0.0120 0.0755</w:t>
        <w:br/>
        <w:t>vn -0.8753 0.4813 0.0477</w:t>
        <w:br/>
        <w:t>vn -0.8706 0.4811 0.1032</w:t>
        <w:br/>
        <w:t>vn -0.0000 -0.9718 0.2359</w:t>
        <w:br/>
        <w:t>vn -0.0000 -0.9359 0.3523</w:t>
        <w:br/>
        <w:t>vn -0.0000 0.9820 -0.1891</w:t>
        <w:br/>
        <w:t>vn -0.5464 0.8256 -0.1411</w:t>
        <w:br/>
        <w:t>vn -0.5516 0.8341 0.0011</w:t>
        <w:br/>
        <w:t>vn -0.0000 0.9996 -0.0289</w:t>
        <w:br/>
        <w:t>vn -0.8915 0.4121 -0.1881</w:t>
        <w:br/>
        <w:t>vn -0.9880 -0.1138 0.1044</w:t>
        <w:br/>
        <w:t>vn -0.6310 -0.6971 0.3405</w:t>
        <w:br/>
        <w:t>vn 0.0000 0.9190 -0.3942</w:t>
        <w:br/>
        <w:t>vn -0.5240 0.7847 -0.3312</w:t>
        <w:br/>
        <w:t>vn -0.5338 0.8083 -0.2485</w:t>
        <w:br/>
        <w:t>vn -0.0000 0.9526 -0.3041</w:t>
        <w:br/>
        <w:t>vn -0.9818 -0.1227 0.1450</w:t>
        <w:br/>
        <w:t>vn -0.5899 -0.6550 0.4723</w:t>
        <w:br/>
        <w:t>vn -0.5898 -0.6549 0.4725</w:t>
        <w:br/>
        <w:t>vn -0.9751 -0.1571 0.1568</w:t>
        <w:br/>
        <w:t>vn -0.0000 0.8757 -0.4828</w:t>
        <w:br/>
        <w:t>vn -0.4704 0.7746 -0.4228</w:t>
        <w:br/>
        <w:t>vn -0.4626 0.7686 -0.4419</w:t>
        <w:br/>
        <w:t>vn -0.0000 0.8685 -0.4957</w:t>
        <w:br/>
        <w:t>vn -0.8807 0.4182 -0.2225</w:t>
        <w:br/>
        <w:t>vn -0.8688 0.4449 -0.2172</w:t>
        <w:br/>
        <w:t>vn -0.9791 -0.1523 0.1348</w:t>
        <w:br/>
        <w:t>vn -0.5884 -0.6623 0.4637</w:t>
        <w:br/>
        <w:t>vn -0.6021 -0.6583 0.4518</w:t>
        <w:br/>
        <w:t>vn -0.9812 -0.1495 0.1220</w:t>
        <w:br/>
        <w:t>vn -0.0000 0.8390 -0.5441</w:t>
        <w:br/>
        <w:t>vn -0.4848 0.7338 -0.4760</w:t>
        <w:br/>
        <w:t>vn -0.4830 0.7387 -0.4701</w:t>
        <w:br/>
        <w:t>vn 0.0000 0.8418 -0.5399</w:t>
        <w:br/>
        <w:t>vn -0.0000 -0.8281 0.5606</w:t>
        <w:br/>
        <w:t>vn -0.0000 -0.8282 0.5604</w:t>
        <w:br/>
        <w:t>vn -0.9734 -0.1675 0.1565</w:t>
        <w:br/>
        <w:t>vn -0.5737 -0.6656 0.4772</w:t>
        <w:br/>
        <w:t>vn -0.5518 -0.6771 0.4869</w:t>
        <w:br/>
        <w:t>vn -0.9739 -0.1711 0.1490</w:t>
        <w:br/>
        <w:t>vn -0.9726 -0.1632 0.1656</w:t>
        <w:br/>
        <w:t>vn -0.5907 -0.6551 0.4712</w:t>
        <w:br/>
        <w:t>vn -0.9719 -0.1684 0.1648</w:t>
        <w:br/>
        <w:t>vn -0.5928 -0.6540 0.4700</w:t>
        <w:br/>
        <w:t>vn -0.6178 -0.6428 0.4529</w:t>
        <w:br/>
        <w:t>vn -0.9910 -0.0539 0.1221</w:t>
        <w:br/>
        <w:t>vn -0.5995 -0.6588 0.4545</w:t>
        <w:br/>
        <w:t>vn -0.9883 -0.0923 0.1213</w:t>
        <w:br/>
        <w:t>vn -0.0000 0.8435 -0.5371</w:t>
        <w:br/>
        <w:t>vn -0.4784 0.7474 -0.4609</w:t>
        <w:br/>
        <w:t>vn -0.5011 0.7347 -0.4573</w:t>
        <w:br/>
        <w:t>vn 0.0000 0.8426 -0.5386</w:t>
        <w:br/>
        <w:t>vn 0.0000 0.8488 -0.5287</w:t>
        <w:br/>
        <w:t>vn -0.4562 0.7618 -0.4600</w:t>
        <w:br/>
        <w:t>vn 0.0000 0.8586 -0.5126</w:t>
        <w:br/>
        <w:t>vn -0.4498 0.7683 -0.4554</w:t>
        <w:br/>
        <w:t>vn -0.0000 -0.8502 0.5265</w:t>
        <w:br/>
        <w:t>vn -0.0000 -0.8416 0.5401</w:t>
        <w:br/>
        <w:t>vn 0.0000 -0.8323 0.5543</w:t>
        <w:br/>
        <w:t>vn -0.0000 -0.8233 0.5676</w:t>
        <w:br/>
        <w:t>vn -0.8424 0.5077 -0.1806</w:t>
        <w:br/>
        <w:t>vn -0.8450 0.4949 -0.2028</w:t>
        <w:br/>
        <w:t>vn -0.8550 0.4723 -0.2144</w:t>
        <w:br/>
        <w:t>vn -0.8906 0.4007 -0.2149</w:t>
        <w:br/>
        <w:t>vn -0.8913 0.3948 -0.2230</w:t>
        <w:br/>
        <w:t>vn -0.8883 0.4093 -0.2085</w:t>
        <w:br/>
        <w:t>vn -0.8865 0.4096 -0.2153</w:t>
        <w:br/>
        <w:t>vn -0.8854 0.4007 -0.2354</w:t>
        <w:br/>
        <w:t>vn -0.8843 0.3998 -0.2412</w:t>
        <w:br/>
        <w:t>vn -0.9833 -0.1412 0.1151</w:t>
        <w:br/>
        <w:t>vn -0.6303 -0.6704 0.3914</w:t>
        <w:br/>
        <w:t>vn 0.0000 0.8877 -0.4604</w:t>
        <w:br/>
        <w:t>vn -0.5165 0.7631 -0.3884</w:t>
        <w:br/>
        <w:t>vn -0.9872 -0.1141 0.1110</w:t>
        <w:br/>
        <w:t>vn -0.6242 -0.6605 0.4173</w:t>
        <w:br/>
        <w:t>vn -0.9856 -0.1279 0.1108</w:t>
        <w:br/>
        <w:t>vn -0.6113 -0.6602 0.4364</w:t>
        <w:br/>
        <w:t>vn -0.6032 -0.6608 0.4468</w:t>
        <w:br/>
        <w:t>vn -0.5451 -0.6810 0.4889</w:t>
        <w:br/>
        <w:t>vn -0.9761 -0.1652 0.1410</w:t>
        <w:br/>
        <w:t>vn -0.5610 -0.6769 0.4766</w:t>
        <w:br/>
        <w:t>vn -0.9778 -0.1573 0.1387</w:t>
        <w:br/>
        <w:t>vn 0.0000 0.8636 -0.5043</w:t>
        <w:br/>
        <w:t>vn -0.5089 0.7459 -0.4296</w:t>
        <w:br/>
        <w:t>vn -0.0000 0.8494 -0.5277</w:t>
        <w:br/>
        <w:t>vn -0.5046 0.7354 -0.4523</w:t>
        <w:br/>
        <w:t>vn -0.0000 0.8425 -0.5387</w:t>
        <w:br/>
        <w:t>vn -0.4950 0.7356 -0.4624</w:t>
        <w:br/>
        <w:t>vn -0.5108 0.7224 -0.4660</w:t>
        <w:br/>
        <w:t>vn 0.0000 0.8378 -0.5460</w:t>
        <w:br/>
        <w:t>vn 0.0000 -0.8572 0.5151</w:t>
        <w:br/>
        <w:t>vn -0.0000 -0.8748 0.4844</w:t>
        <w:br/>
        <w:t>vn -0.0000 -0.8409 0.5412</w:t>
        <w:br/>
        <w:t>vn 0.0000 -0.8316 0.5554</w:t>
        <w:br/>
        <w:t>vn 0.0000 -0.8159 0.5782</w:t>
        <w:br/>
        <w:t>vn -0.0000 -0.8134 0.5818</w:t>
        <w:br/>
        <w:t>vn -0.0000 -0.8275 0.5614</w:t>
        <w:br/>
        <w:t>vn -0.8874 0.3935 -0.2402</w:t>
        <w:br/>
        <w:t>vn -0.8835 0.3963 -0.2500</w:t>
        <w:br/>
        <w:t>vn -0.8832 0.3996 -0.2455</w:t>
        <w:br/>
        <w:t>vn -0.8876 0.4090 -0.2121</w:t>
        <w:br/>
        <w:t>vn -0.8855 0.4032 -0.2310</w:t>
        <w:br/>
        <w:t>vn -0.7931 0.4936 -0.3568</w:t>
        <w:br/>
        <w:t>vn -0.8612 0.4405 -0.2535</w:t>
        <w:br/>
        <w:t>vn -0.6781 -0.6214 -0.3925</w:t>
        <w:br/>
        <w:t>vn -0.5949 0.8026 -0.0447</w:t>
        <w:br/>
        <w:t>vn -0.5423 0.8330 -0.1095</w:t>
        <w:br/>
        <w:t>vn -0.8570 -0.0633 -0.5114</w:t>
        <w:br/>
        <w:t>vn -0.8149 -0.1910 -0.5471</w:t>
        <w:br/>
        <w:t>vn -0.3509 -0.7581 -0.5498</w:t>
        <w:br/>
        <w:t>vn -0.6381 0.7700 0.0030</w:t>
        <w:br/>
        <w:t>vn -0.0000 -0.9363 -0.3513</w:t>
        <w:br/>
        <w:t>vn -0.7790 -0.1399 -0.6113</w:t>
        <w:br/>
        <w:t>vn -0.7774 -0.3711 -0.5078</w:t>
        <w:br/>
        <w:t>vn -0.6825 -0.5423 -0.4900</w:t>
        <w:br/>
        <w:t>vn -0.6824 -0.5424 -0.4900</w:t>
        <w:br/>
        <w:t>vn -0.6576 0.7533 0.0045</w:t>
        <w:br/>
        <w:t>vn -0.6984 0.7071 -0.1108</w:t>
        <w:br/>
        <w:t>vn -0.6854 0.7248 -0.0692</w:t>
        <w:br/>
        <w:t>vn -0.8303 0.2764 -0.4840</w:t>
        <w:br/>
        <w:t>vn -0.7330 -0.2649 -0.6266</w:t>
        <w:br/>
        <w:t>vn -0.7281 -0.3410 -0.5946</w:t>
        <w:br/>
        <w:t>vn -0.7701 -0.0614 -0.6349</w:t>
        <w:br/>
        <w:t>vn 0.0000 -0.8891 0.4577</w:t>
        <w:br/>
        <w:t>vn -0.2203 -0.8381 0.4990</w:t>
        <w:br/>
        <w:t>vn -0.4629 0.7877 -0.4065</w:t>
        <w:br/>
        <w:t>vn -0.0000 0.8852 -0.4652</w:t>
        <w:br/>
        <w:t>vn -0.0000 0.9018 -0.4321</w:t>
        <w:br/>
        <w:t>vn -0.4518 0.8074 -0.3794</w:t>
        <w:br/>
        <w:t>vn -0.5002 0.7231 -0.4763</w:t>
        <w:br/>
        <w:t>vn 0.0000 0.8360 -0.5488</w:t>
        <w:br/>
        <w:t>vn -0.1887 -0.8999 -0.3932</w:t>
        <w:br/>
        <w:t>vn -0.0000 -0.9252 -0.3795</w:t>
        <w:br/>
        <w:t>vn -0.5560 -0.6880 -0.4664</w:t>
        <w:br/>
        <w:t>vn -0.1968 -0.7939 -0.5753</w:t>
        <w:br/>
        <w:t>vn -0.4968 -0.7151 -0.4918</w:t>
        <w:br/>
        <w:t>vn -0.6258 0.7316 -0.2704</w:t>
        <w:br/>
        <w:t>vn -0.5497 0.7480 -0.3720</w:t>
        <w:br/>
        <w:t>vn -0.4587 0.8812 0.1146</w:t>
        <w:br/>
        <w:t>vn -0.5133 0.8506 0.1139</w:t>
        <w:br/>
        <w:t>vn -0.5229 0.8522 -0.0191</w:t>
        <w:br/>
        <w:t>vn 0.0000 0.9916 0.1290</w:t>
        <w:br/>
        <w:t>vn -0.6664 -0.4444 -0.5987</w:t>
        <w:br/>
        <w:t>vn -0.7088 -0.4264 -0.5620</w:t>
        <w:br/>
        <w:t>vn -0.8302 0.2765 -0.4840</w:t>
        <w:br/>
        <w:t>vn -0.5861 -0.5560 -0.5894</w:t>
        <w:br/>
        <w:t>vn -0.5861 -0.5561 -0.5893</w:t>
        <w:br/>
        <w:t>vn -0.3940 0.9162 0.0737</w:t>
        <w:br/>
        <w:t>vn 0.0000 0.9968 0.0801</w:t>
        <w:br/>
        <w:t>vn -0.4661 -0.6905 -0.5531</w:t>
        <w:br/>
        <w:t>vn 0.0000 -0.9995 0.0321</w:t>
        <w:br/>
        <w:t>vn -0.0000 -0.9045 0.4264</w:t>
        <w:br/>
        <w:t>vn -0.0000 -0.8170 0.5766</w:t>
        <w:br/>
        <w:t>vn -0.0000 -0.8208 0.5713</w:t>
        <w:br/>
        <w:t>vn -0.0000 -0.8207 0.5713</w:t>
        <w:br/>
        <w:t>vn -0.0000 -0.8210 0.5710</w:t>
        <w:br/>
        <w:t>vn -0.5485 0.8318 0.0850</w:t>
        <w:br/>
        <w:t>vn 0.0000 0.9978 0.0670</w:t>
        <w:br/>
        <w:t>vn -0.5794 -0.4673 -0.6678</w:t>
        <w:br/>
        <w:t>vn 0.0000 0.9999 0.0118</w:t>
        <w:br/>
        <w:t>vn 0.0000 -0.9954 -0.0963</w:t>
        <w:br/>
        <w:t>vn 0.7087 -0.6956 -0.1179</w:t>
        <w:br/>
        <w:t>vn 0.7077 -0.7024 0.0766</w:t>
        <w:br/>
        <w:t>vn 0.7073 -0.6826 0.1838</w:t>
        <w:br/>
        <w:t>vn 0.8918 0.4224 -0.1619</w:t>
        <w:br/>
        <w:t>vn 0.8876 0.4456 -0.1163</w:t>
        <w:br/>
        <w:t>vn 0.9924 -0.1031 0.0677</w:t>
        <w:br/>
        <w:t>vn 0.9895 -0.1168 0.0848</w:t>
        <w:br/>
        <w:t>vn 0.9784 -0.0950 -0.1835</w:t>
        <w:br/>
        <w:t>vn 0.9476 -0.0589 -0.3139</w:t>
        <w:br/>
        <w:t>vn 0.8786 0.3653 -0.3074</w:t>
        <w:br/>
        <w:t>vn 0.8635 0.4248 -0.2717</w:t>
        <w:br/>
        <w:t>vn 0.9935 -0.0712 -0.0892</w:t>
        <w:br/>
        <w:t>vn 0.6530 -0.7319 0.1947</w:t>
        <w:br/>
        <w:t>vn 0.6348 -0.7213 0.2772</w:t>
        <w:br/>
        <w:t>vn 0.9948 -0.0768 0.0671</w:t>
        <w:br/>
        <w:t>vn 0.6497 -0.6191 0.4412</w:t>
        <w:br/>
        <w:t>vn 0.8193 -0.5135 0.2550</w:t>
        <w:br/>
        <w:t>vn 0.9990 -0.0327 0.0304</w:t>
        <w:br/>
        <w:t>vn 0.9930 -0.0198 0.1161</w:t>
        <w:br/>
        <w:t>vn 0.6508 -0.6920 -0.3122</w:t>
        <w:br/>
        <w:t>vn 0.9231 -0.1832 -0.3380</w:t>
        <w:br/>
        <w:t>vn 0.4405 0.8278 -0.3473</w:t>
        <w:br/>
        <w:t>vn 0.4499 0.8275 -0.3359</w:t>
        <w:br/>
        <w:t>vn 0.5181 0.7938 -0.3186</w:t>
        <w:br/>
        <w:t>vn 0.6180 0.7285 -0.2956</w:t>
        <w:br/>
        <w:t>vn 0.8816 0.4695 -0.0481</w:t>
        <w:br/>
        <w:t>vn 0.8506 0.4808 -0.2128</w:t>
        <w:br/>
        <w:t>vn 0.9966 -0.0367 0.0740</w:t>
        <w:br/>
        <w:t>vn 0.9971 -0.0120 0.0755</w:t>
        <w:br/>
        <w:t>vn 0.7364 -0.6761 -0.0261</w:t>
        <w:br/>
        <w:t>vn 0.7046 -0.7072 0.0585</w:t>
        <w:br/>
        <w:t>vn 0.8753 0.4813 0.0476</w:t>
        <w:br/>
        <w:t>vn 0.8706 0.4811 0.1032</w:t>
        <w:br/>
        <w:t>vn 0.5516 0.8341 0.0011</w:t>
        <w:br/>
        <w:t>vn 0.5464 0.8256 -0.1411</w:t>
        <w:br/>
        <w:t>vn 0.9880 -0.1138 0.1044</w:t>
        <w:br/>
        <w:t>vn 0.8917 0.4118 -0.1877</w:t>
        <w:br/>
        <w:t>vn 0.6310 -0.6971 0.3405</w:t>
        <w:br/>
        <w:t>vn 0.5338 0.8083 -0.2485</w:t>
        <w:br/>
        <w:t>vn 0.5240 0.7847 -0.3312</w:t>
        <w:br/>
        <w:t>vn 0.9818 -0.1227 0.1450</w:t>
        <w:br/>
        <w:t>vn 0.9751 -0.1571 0.1568</w:t>
        <w:br/>
        <w:t>vn 0.5898 -0.6549 0.4725</w:t>
        <w:br/>
        <w:t>vn 0.5899 -0.6550 0.4723</w:t>
        <w:br/>
        <w:t>vn 0.4627 0.7686 -0.4419</w:t>
        <w:br/>
        <w:t>vn 0.4704 0.7746 -0.4228</w:t>
        <w:br/>
        <w:t>vn 0.8688 0.4449 -0.2172</w:t>
        <w:br/>
        <w:t>vn 0.8807 0.4182 -0.2225</w:t>
        <w:br/>
        <w:t>vn 0.9791 -0.1523 0.1348</w:t>
        <w:br/>
        <w:t>vn 0.9812 -0.1495 0.1220</w:t>
        <w:br/>
        <w:t>vn 0.6021 -0.6583 0.4518</w:t>
        <w:br/>
        <w:t>vn 0.5884 -0.6623 0.4637</w:t>
        <w:br/>
        <w:t>vn 0.4830 0.7387 -0.4701</w:t>
        <w:br/>
        <w:t>vn 0.4848 0.7338 -0.4760</w:t>
        <w:br/>
        <w:t>vn 0.5518 -0.6771 0.4869</w:t>
        <w:br/>
        <w:t>vn 0.5737 -0.6656 0.4772</w:t>
        <w:br/>
        <w:t>vn 0.9734 -0.1675 0.1565</w:t>
        <w:br/>
        <w:t>vn 0.9739 -0.1711 0.1490</w:t>
        <w:br/>
        <w:t>vn 0.5907 -0.6551 0.4712</w:t>
        <w:br/>
        <w:t>vn 0.9726 -0.1632 0.1656</w:t>
        <w:br/>
        <w:t>vn 0.9718 -0.1684 0.1648</w:t>
        <w:br/>
        <w:t>vn 0.5928 -0.6540 0.4700</w:t>
        <w:br/>
        <w:t>vn 0.6178 -0.6428 0.4529</w:t>
        <w:br/>
        <w:t>vn 0.9910 -0.0539 0.1221</w:t>
        <w:br/>
        <w:t>vn 0.5995 -0.6588 0.4545</w:t>
        <w:br/>
        <w:t>vn 0.9883 -0.0923 0.1213</w:t>
        <w:br/>
        <w:t>vn 0.5011 0.7347 -0.4573</w:t>
        <w:br/>
        <w:t>vn 0.4785 0.7474 -0.4609</w:t>
        <w:br/>
        <w:t>vn 0.4562 0.7618 -0.4600</w:t>
        <w:br/>
        <w:t>vn 0.4498 0.7683 -0.4554</w:t>
        <w:br/>
        <w:t>vn 0.8424 0.5077 -0.1806</w:t>
        <w:br/>
        <w:t>vn 0.8450 0.4949 -0.2028</w:t>
        <w:br/>
        <w:t>vn 0.8550 0.4722 -0.2144</w:t>
        <w:br/>
        <w:t>vn 0.8906 0.4007 -0.2149</w:t>
        <w:br/>
        <w:t>vn 0.8913 0.3948 -0.2230</w:t>
        <w:br/>
        <w:t>vn 0.8883 0.4093 -0.2085</w:t>
        <w:br/>
        <w:t>vn 0.8865 0.4096 -0.2153</w:t>
        <w:br/>
        <w:t>vn 0.8843 0.3998 -0.2413</w:t>
        <w:br/>
        <w:t>vn 0.8854 0.4007 -0.2354</w:t>
        <w:br/>
        <w:t>vn 0.9833 -0.1411 0.1151</w:t>
        <w:br/>
        <w:t>vn 0.6303 -0.6704 0.3914</w:t>
        <w:br/>
        <w:t>vn 0.5165 0.7631 -0.3884</w:t>
        <w:br/>
        <w:t>vn 0.9872 -0.1141 0.1110</w:t>
        <w:br/>
        <w:t>vn 0.6243 -0.6605 0.4172</w:t>
        <w:br/>
        <w:t>vn 0.9856 -0.1279 0.1108</w:t>
        <w:br/>
        <w:t>vn 0.6113 -0.6602 0.4364</w:t>
        <w:br/>
        <w:t>vn 0.6032 -0.6608 0.4468</w:t>
        <w:br/>
        <w:t>vn 0.5451 -0.6810 0.4889</w:t>
        <w:br/>
        <w:t>vn 0.9761 -0.1652 0.1410</w:t>
        <w:br/>
        <w:t>vn 0.5610 -0.6769 0.4766</w:t>
        <w:br/>
        <w:t>vn 0.9778 -0.1573 0.1387</w:t>
        <w:br/>
        <w:t>vn 0.5089 0.7459 -0.4296</w:t>
        <w:br/>
        <w:t>vn 0.5046 0.7354 -0.4523</w:t>
        <w:br/>
        <w:t>vn 0.4950 0.7356 -0.4624</w:t>
        <w:br/>
        <w:t>vn 0.5108 0.7224 -0.4660</w:t>
        <w:br/>
        <w:t>vn 0.8874 0.3936 -0.2402</w:t>
        <w:br/>
        <w:t>vn 0.8834 0.3963 -0.2500</w:t>
        <w:br/>
        <w:t>vn 0.8832 0.3996 -0.2455</w:t>
        <w:br/>
        <w:t>vn 0.8876 0.4089 -0.2121</w:t>
        <w:br/>
        <w:t>vn 0.8855 0.4032 -0.2310</w:t>
        <w:br/>
        <w:t>vn 0.8612 0.4405 -0.2535</w:t>
        <w:br/>
        <w:t>vn 0.7931 0.4936 -0.3568</w:t>
        <w:br/>
        <w:t>vn 0.6781 -0.6214 -0.3924</w:t>
        <w:br/>
        <w:t>vn 0.5949 0.8026 -0.0447</w:t>
        <w:br/>
        <w:t>vn 0.5423 0.8330 -0.1095</w:t>
        <w:br/>
        <w:t>vn 0.8150 -0.1910 -0.5471</w:t>
        <w:br/>
        <w:t>vn 0.8570 -0.0633 -0.5114</w:t>
        <w:br/>
        <w:t>vn 0.6336 -0.5374 -0.5565</w:t>
        <w:br/>
        <w:t>vn 0.6381 0.7700 0.0030</w:t>
        <w:br/>
        <w:t>vn 0.7789 -0.1398 -0.6113</w:t>
        <w:br/>
        <w:t>vn 0.6824 -0.5424 -0.4900</w:t>
        <w:br/>
        <w:t>vn 0.6825 -0.5423 -0.4900</w:t>
        <w:br/>
        <w:t>vn 0.7774 -0.3711 -0.5078</w:t>
        <w:br/>
        <w:t>vn 0.6576 0.7533 0.0045</w:t>
        <w:br/>
        <w:t>vn 0.6854 0.7248 -0.0692</w:t>
        <w:br/>
        <w:t>vn 0.6984 0.7071 -0.1108</w:t>
        <w:br/>
        <w:t>vn 0.8303 0.2764 -0.4840</w:t>
        <w:br/>
        <w:t>vn 0.7281 -0.3410 -0.5946</w:t>
        <w:br/>
        <w:t>vn 0.7330 -0.2649 -0.6266</w:t>
        <w:br/>
        <w:t>vn 0.7701 -0.0614 -0.6349</w:t>
        <w:br/>
        <w:t>vn 0.2203 -0.8381 0.4991</w:t>
        <w:br/>
        <w:t>vn 0.4629 0.7877 -0.4065</w:t>
        <w:br/>
        <w:t>vn 0.4518 0.8074 -0.3794</w:t>
        <w:br/>
        <w:t>vn 0.5002 0.7231 -0.4763</w:t>
        <w:br/>
        <w:t>vn 0.4942 -0.8629 -0.1053</w:t>
        <w:br/>
        <w:t>vn 0.5560 -0.6880 -0.4664</w:t>
        <w:br/>
        <w:t>vn 0.4968 -0.7151 -0.4918</w:t>
        <w:br/>
        <w:t>vn 0.5248 -0.7358 -0.4279</w:t>
        <w:br/>
        <w:t>vn 0.6258 0.7316 -0.2703</w:t>
        <w:br/>
        <w:t>vn 0.5497 0.7480 -0.3720</w:t>
        <w:br/>
        <w:t>vn 0.4587 0.8812 0.1146</w:t>
        <w:br/>
        <w:t>vn 0.5229 0.8522 -0.0191</w:t>
        <w:br/>
        <w:t>vn 0.5133 0.8506 0.1139</w:t>
        <w:br/>
        <w:t>vn 0.6664 -0.4444 -0.5987</w:t>
        <w:br/>
        <w:t>vn 0.7088 -0.4264 -0.5620</w:t>
        <w:br/>
        <w:t>vn 0.8302 0.2765 -0.4840</w:t>
        <w:br/>
        <w:t>vn 0.5861 -0.5560 -0.5894</w:t>
        <w:br/>
        <w:t>vn 0.3940 0.9162 0.0737</w:t>
        <w:br/>
        <w:t>vn 0.4661 -0.6905 -0.5531</w:t>
        <w:br/>
        <w:t>vn 0.5485 0.8318 0.0850</w:t>
        <w:br/>
        <w:t>vn 0.5794 -0.4673 -0.6678</w:t>
        <w:br/>
        <w:t>vn 0.9639 0.0071 -0.2661</w:t>
        <w:br/>
        <w:t>vn 0.9509 0.1136 -0.2880</w:t>
        <w:br/>
        <w:t>vn 0.9875 0.0863 0.1321</w:t>
        <w:br/>
        <w:t>vn 0.9885 -0.0111 0.1511</w:t>
        <w:br/>
        <w:t>vn 0.7759 0.1171 -0.6200</w:t>
        <w:br/>
        <w:t>vn 0.8543 0.0610 0.5162</w:t>
        <w:br/>
        <w:t>vn 0.8422 -0.0398 0.5378</w:t>
        <w:br/>
        <w:t>vn 0.5529 0.0379 0.8324</w:t>
        <w:br/>
        <w:t>vn 0.5421 -0.0678 0.8376</w:t>
        <w:br/>
        <w:t>vn 0.4781 -0.0462 -0.8771</w:t>
        <w:br/>
        <w:t>vn 0.4682 0.0857 -0.8795</w:t>
        <w:br/>
        <w:t>vn 0.7888 -0.0006 -0.6147</w:t>
        <w:br/>
        <w:t>vn -0.1052 0.0184 -0.9943</w:t>
        <w:br/>
        <w:t>vn -0.9143 -0.1754 -0.3650</w:t>
        <w:br/>
        <w:t>vn -0.9337 -0.0530 -0.3540</w:t>
        <w:br/>
        <w:t>vn -0.6737 -0.0540 -0.7370</w:t>
        <w:br/>
        <w:t>vn -0.6530 -0.1932 -0.7323</w:t>
        <w:br/>
        <w:t>vn -0.9999 -0.0103 0.0008</w:t>
        <w:br/>
        <w:t>vn -0.9921 -0.1248 -0.0122</w:t>
        <w:br/>
        <w:t>vn -0.9122 -0.0858 0.4006</w:t>
        <w:br/>
        <w:t>vn -0.9322 -0.0066 0.3619</w:t>
        <w:br/>
        <w:t>vn -0.7410 -0.0091 0.6715</w:t>
        <w:br/>
        <w:t>vn -0.4629 0.0022 0.8864</w:t>
        <w:br/>
        <w:t>vn 0.0082 -0.0795 0.9968</w:t>
        <w:br/>
        <w:t>vn 0.0206 0.0147 0.9997</w:t>
        <w:br/>
        <w:t>vn -0.4937 -0.0640 0.8673</w:t>
        <w:br/>
        <w:t>vn -0.3538 -0.1597 0.9216</w:t>
        <w:br/>
        <w:t>vn 0.2438 -0.1309 0.9609</w:t>
        <w:br/>
        <w:t>vn 0.2028 -0.1459 0.9683</w:t>
        <w:br/>
        <w:t>vn -0.3776 -0.1709 0.9100</w:t>
        <w:br/>
        <w:t>vn -0.8821 -0.0875 -0.4628</w:t>
        <w:br/>
        <w:t>vn -0.8652 -0.0878 -0.4937</w:t>
        <w:br/>
        <w:t>vn -0.4680 -0.0386 -0.8829</w:t>
        <w:br/>
        <w:t>vn -0.4691 -0.0411 -0.8822</w:t>
        <w:br/>
        <w:t>vn 0.1233 -0.0011 -0.9924</w:t>
        <w:br/>
        <w:t>vn 0.3122 -0.0090 -0.9500</w:t>
        <w:br/>
        <w:t>vn 0.6262 -0.0991 0.7734</w:t>
        <w:br/>
        <w:t>vn 0.8487 -0.0737 0.5237</w:t>
        <w:br/>
        <w:t>vn 0.8002 -0.0963 0.5920</w:t>
        <w:br/>
        <w:t>vn 0.5780 -0.1268 0.8062</w:t>
        <w:br/>
        <w:t>vn 0.7607 -0.0774 0.6444</w:t>
        <w:br/>
        <w:t>vn 0.5823 0.0105 -0.8129</w:t>
        <w:br/>
        <w:t>vn 0.5879 -0.0007 -0.8089</w:t>
        <w:br/>
        <w:t>vn 0.0914 0.0017 -0.9958</w:t>
        <w:br/>
        <w:t>vn -0.9862 -0.1275 0.1059</w:t>
        <w:br/>
        <w:t>vn -0.9912 -0.1249 -0.0432</w:t>
        <w:br/>
        <w:t>vn -0.7638 -0.1812 0.6195</w:t>
        <w:br/>
        <w:t>vn -0.7750 -0.1608 0.6112</w:t>
        <w:br/>
        <w:t>vn -0.4128 -0.1932 0.8901</w:t>
        <w:br/>
        <w:t>vn 0.8658 -0.0020 -0.5004</w:t>
        <w:br/>
        <w:t>vn 0.9939 -0.0287 -0.1067</w:t>
        <w:br/>
        <w:t>vn 0.9857 -0.0306 -0.1660</w:t>
        <w:br/>
        <w:t>vn 0.8391 -0.0090 -0.5439</w:t>
        <w:br/>
        <w:t>vn -0.9325 -0.1665 0.3205</w:t>
        <w:br/>
        <w:t>vn -0.9381 -0.1424 0.3157</w:t>
        <w:br/>
        <w:t>vn 0.9512 -0.0650 0.3018</w:t>
        <w:br/>
        <w:t>vn 0.9630 -0.0590 0.2628</w:t>
        <w:br/>
        <w:t>vn -0.0853 -0.1324 -0.9875</w:t>
        <w:br/>
        <w:t>vn -0.7221 -0.0592 0.6893</w:t>
        <w:br/>
        <w:t>vn 0.8293 -0.0612 0.5554</w:t>
        <w:br/>
        <w:t>vn 0.9808 -0.0425 0.1902</w:t>
        <w:br/>
        <w:t>vn 0.9765 -0.0620 0.2066</w:t>
        <w:br/>
        <w:t>vn 0.8187 -0.0570 0.5714</w:t>
        <w:br/>
        <w:t>vn 0.4345 -0.1046 0.8946</w:t>
        <w:br/>
        <w:t>vn 0.4479 -0.0796 0.8905</w:t>
        <w:br/>
        <w:t>vn -0.0327 -0.1352 0.9903</w:t>
        <w:br/>
        <w:t>vn -0.0680 -0.1545 0.9856</w:t>
        <w:br/>
        <w:t>vn -0.5652 -0.2046 0.7992</w:t>
        <w:br/>
        <w:t>vn -0.5705 -0.2057 0.7951</w:t>
        <w:br/>
        <w:t>vn -0.8920 -0.2108 0.3998</w:t>
        <w:br/>
        <w:t>vn -0.8787 -0.1920 0.4371</w:t>
        <w:br/>
        <w:t>vn -0.9842 -0.1770 0.0053</w:t>
        <w:br/>
        <w:t>vn -0.9885 -0.1468 0.0372</w:t>
        <w:br/>
        <w:t>vn -0.5950 -0.1799 -0.7833</w:t>
        <w:br/>
        <w:t>vn -0.5860 -0.1016 -0.8039</w:t>
        <w:br/>
        <w:t>vn -0.9184 -0.1249 -0.3755</w:t>
        <w:br/>
        <w:t>vn -0.8936 -0.1654 -0.4173</w:t>
        <w:br/>
        <w:t>vn -0.0166 -0.1245 -0.9921</w:t>
        <w:br/>
        <w:t>vn -0.0305 -0.1858 -0.9821</w:t>
        <w:br/>
        <w:t>vn 0.4408 -0.1485 -0.8853</w:t>
        <w:br/>
        <w:t>vn 0.4384 -0.1165 -0.8912</w:t>
        <w:br/>
        <w:t>vn 0.9890 -0.0551 -0.1370</w:t>
        <w:br/>
        <w:t>vn 0.9876 -0.0722 -0.1395</w:t>
        <w:br/>
        <w:t>vn 0.9765 -0.0620 0.2065</w:t>
        <w:br/>
        <w:t>vn 0.7866 -0.1062 -0.6082</w:t>
        <w:br/>
        <w:t>vn 0.7848 -0.0890 -0.6134</w:t>
        <w:br/>
        <w:t>vn 0.0225 -0.1739 0.9845</w:t>
        <w:br/>
        <w:t>vn 0.4884 -0.1239 0.8638</w:t>
        <w:br/>
        <w:t>vn 0.5041 -0.1402 0.8522</w:t>
        <w:br/>
        <w:t>vn 0.0202 -0.1639 0.9863</w:t>
        <w:br/>
        <w:t>vn -0.5404 -0.2223 0.8115</w:t>
        <w:br/>
        <w:t>vn -0.5463 -0.1729 0.8195</w:t>
        <w:br/>
        <w:t>vn -0.8911 -0.2105 0.4020</w:t>
        <w:br/>
        <w:t>vn -0.8879 -0.2469 0.3883</w:t>
        <w:br/>
        <w:t>vn -0.9690 -0.2438 -0.0399</w:t>
        <w:br/>
        <w:t>vn -0.9675 -0.2491 -0.0433</w:t>
        <w:br/>
        <w:t>vn -0.8801 -0.2599 -0.3974</w:t>
        <w:br/>
        <w:t>vn -0.8760 -0.2437 -0.4162</w:t>
        <w:br/>
        <w:t>vn -0.6118 -0.2626 -0.7461</w:t>
        <w:br/>
        <w:t>vn -0.6041 -0.2460 -0.7580</w:t>
        <w:br/>
        <w:t>vn -0.0494 -0.2181 -0.9747</w:t>
        <w:br/>
        <w:t>vn -0.0394 -0.2230 -0.9740</w:t>
        <w:br/>
        <w:t>vn 0.4763 -0.1480 -0.8667</w:t>
        <w:br/>
        <w:t>vn 0.4688 -0.1570 -0.8692</w:t>
        <w:br/>
        <w:t>vn 0.7914 -0.1096 -0.6013</w:t>
        <w:br/>
        <w:t>vn 0.7896 -0.1117 -0.6033</w:t>
        <w:br/>
        <w:t>vn 0.9726 -0.0972 -0.2110</w:t>
        <w:br/>
        <w:t>vn 0.9784 -0.0947 -0.1836</w:t>
        <w:br/>
        <w:t>vn 0.9738 -0.1064 0.2010</w:t>
        <w:br/>
        <w:t>vn 0.9711 -0.1012 0.2160</w:t>
        <w:br/>
        <w:t>vn 0.7985 -0.1050 0.5928</w:t>
        <w:br/>
        <w:t>vn 0.8029 -0.1184 0.5842</w:t>
        <w:br/>
        <w:t>vn -0.9764 -0.2142 -0.0269</w:t>
        <w:br/>
        <w:t>vn -0.8841 -0.1975 -0.4236</w:t>
        <w:br/>
        <w:t>vn -0.5985 -0.2102 -0.7730</w:t>
        <w:br/>
        <w:t>vn -0.0340 -0.2102 -0.9771</w:t>
        <w:br/>
        <w:t>vn 0.4534 -0.1544 -0.8779</w:t>
        <w:br/>
        <w:t>vn 0.7887 -0.1046 -0.6058</w:t>
        <w:br/>
        <w:t>vn 0.9843 -0.0815 -0.1566</w:t>
        <w:br/>
        <w:t>vn 0.9728 -0.0805 0.2173</w:t>
        <w:br/>
        <w:t>vn 0.8067 -0.0742 0.5863</w:t>
        <w:br/>
        <w:t>vn 0.9728 -0.0804 0.2173</w:t>
        <w:br/>
        <w:t>vn 0.4688 -0.0941 0.8783</w:t>
        <w:br/>
        <w:t>vn 0.0024 -0.1536 0.9881</w:t>
        <w:br/>
        <w:t>vn -0.5503 -0.2205 0.8053</w:t>
        <w:br/>
        <w:t>vn -0.8921 -0.2359 0.3853</w:t>
        <w:br/>
        <w:t>vn -0.8974 -0.1511 0.4146</w:t>
        <w:br/>
        <w:t>vn -0.9778 -0.2079 -0.0277</w:t>
        <w:br/>
        <w:t>vn -0.8947 -0.2351 -0.3798</w:t>
        <w:br/>
        <w:t>vn -0.6290 -0.2426 -0.7386</w:t>
        <w:br/>
        <w:t>vn -0.0645 -0.1924 -0.9792</w:t>
        <w:br/>
        <w:t>vn 0.4792 -0.1104 -0.8708</w:t>
        <w:br/>
        <w:t>vn 0.7928 -0.0659 -0.6058</w:t>
        <w:br/>
        <w:t>vn 0.9694 -0.0585 -0.2383</w:t>
        <w:br/>
        <w:t>vn 0.9813 -0.0746 0.1774</w:t>
        <w:br/>
        <w:t>vn 0.8205 -0.0955 0.5636</w:t>
        <w:br/>
        <w:t>vn 0.5225 -0.1202 0.8442</w:t>
        <w:br/>
        <w:t>vn 0.0075 -0.1280 0.9917</w:t>
        <w:br/>
        <w:t>vn -0.5819 -0.0983 0.8073</w:t>
        <w:br/>
        <w:t>vn 0.9425 -0.1151 0.3137</w:t>
        <w:br/>
        <w:t>vn 0.8466 -0.1688 0.5048</w:t>
        <w:br/>
        <w:t>vn 0.9372 -0.2032 0.2835</w:t>
        <w:br/>
        <w:t>vn 0.6842 -0.2336 0.6909</w:t>
        <w:br/>
        <w:t>vn 0.7266 -0.1783 0.6635</w:t>
        <w:br/>
        <w:t>vn 0.7067 -0.2070 0.6766</w:t>
        <w:br/>
        <w:t>vn 0.6745 -0.2915 0.6783</w:t>
        <w:br/>
        <w:t>vn -0.8500 -0.0504 0.5243</w:t>
        <w:br/>
        <w:t>vn -0.8950 -0.0234 0.4455</w:t>
        <w:br/>
        <w:t>vn -0.8722 -0.0283 0.4884</w:t>
        <w:br/>
        <w:t>vn -0.8157 -0.0928 0.5710</w:t>
        <w:br/>
        <w:t>vn -0.9594 0.0168 0.2816</w:t>
        <w:br/>
        <w:t>vn -0.9562 -0.0121 0.2923</w:t>
        <w:br/>
        <w:t>vn -0.9830 0.0333 -0.1803</w:t>
        <w:br/>
        <w:t>vn -0.9785 0.1215 -0.1666</w:t>
        <w:br/>
        <w:t>vn -0.0038 0.2506 -0.9681</w:t>
        <w:br/>
        <w:t>vn -0.5748 0.2618 -0.7753</w:t>
        <w:br/>
        <w:t>vn -0.5781 0.1002 -0.8098</w:t>
        <w:br/>
        <w:t>vn -0.0071 0.1205 -0.9927</w:t>
        <w:br/>
        <w:t>vn 0.5023 0.1309 -0.8547</w:t>
        <w:br/>
        <w:t>vn 0.4754 0.2541 -0.8423</w:t>
        <w:br/>
        <w:t>vn 0.9832 -0.1243 -0.1334</w:t>
        <w:br/>
        <w:t>vn 0.8019 0.0530 -0.5951</w:t>
        <w:br/>
        <w:t>vn 0.7741 0.0394 -0.6318</w:t>
        <w:br/>
        <w:t>vn 0.9862 -0.0499 -0.1580</w:t>
        <w:br/>
        <w:t>vn 0.9994 0.0242 -0.0232</w:t>
        <w:br/>
        <w:t>vn 0.9272 -0.1460 0.3448</w:t>
        <w:br/>
        <w:t>vn 0.9133 -0.1015 0.3945</w:t>
        <w:br/>
        <w:t>vn 0.9997 0.0221 -0.0044</w:t>
        <w:br/>
        <w:t>vn 0.7496 -0.2050 0.6293</w:t>
        <w:br/>
        <w:t>vn 0.7670 -0.2605 0.5864</w:t>
        <w:br/>
        <w:t>vn 0.4767 -0.3171 0.8199</w:t>
        <w:br/>
        <w:t>vn -0.0415 -0.3410 0.9392</w:t>
        <w:br/>
        <w:t>vn 0.0689 -0.3060 0.9495</w:t>
        <w:br/>
        <w:t>vn 0.5207 -0.2851 0.8047</w:t>
        <w:br/>
        <w:t>vn -0.5098 -0.2318 0.8285</w:t>
        <w:br/>
        <w:t>vn -0.4009 -0.2302 0.8867</w:t>
        <w:br/>
        <w:t>vn -0.7623 -0.0623 0.6442</w:t>
        <w:br/>
        <w:t>vn -0.7263 -0.1279 0.6754</w:t>
        <w:br/>
        <w:t>vn -0.9429 0.0712 0.3255</w:t>
        <w:br/>
        <w:t>vn -0.9396 -0.0181 0.3418</w:t>
        <w:br/>
        <w:t>vn -0.9645 0.2190 -0.1476</w:t>
        <w:br/>
        <w:t>vn -0.9846 0.1151 -0.1319</w:t>
        <w:br/>
        <w:t>vn -0.4722 0.2880 -0.8331</w:t>
        <w:br/>
        <w:t>vn -0.4806 0.2215 -0.8485</w:t>
        <w:br/>
        <w:t>vn -0.8545 0.1284 -0.5033</w:t>
        <w:br/>
        <w:t>vn -0.8624 0.1831 -0.4719</w:t>
        <w:br/>
        <w:t>vn 0.0129 0.3063 -0.9519</w:t>
        <w:br/>
        <w:t>vn 0.0362 0.2415 -0.9697</w:t>
        <w:br/>
        <w:t>vn 0.5150 0.2441 -0.8217</w:t>
        <w:br/>
        <w:t>vn 0.5368 0.1778 -0.8248</w:t>
        <w:br/>
        <w:t>vn 0.4671 0.1337 -0.8740</w:t>
        <w:br/>
        <w:t>vn 0.4660 0.2837 -0.8380</w:t>
        <w:br/>
        <w:t>vn 0.9195 0.0964 -0.3810</w:t>
        <w:br/>
        <w:t>vn 0.8941 0.0654 -0.4431</w:t>
        <w:br/>
        <w:t>vn -0.9921 0.0283 -0.1219</w:t>
        <w:br/>
        <w:t>vn 0.1506 -0.1982 0.9685</w:t>
        <w:br/>
        <w:t>vn -0.3974 -0.2233 0.8901</w:t>
        <w:br/>
        <w:t>vn -0.4195 -0.2147 0.8820</w:t>
        <w:br/>
        <w:t>vn 0.1308 -0.1955 0.9720</w:t>
        <w:br/>
        <w:t>vn 0.5465 -0.1515 0.8236</w:t>
        <w:br/>
        <w:t>vn 0.5324 -0.1518 0.8328</w:t>
        <w:br/>
        <w:t>vn 0.7699 -0.1254 0.6258</w:t>
        <w:br/>
        <w:t>vn 0.7490 -0.1299 0.6498</w:t>
        <w:br/>
        <w:t>vn 0.9417 -0.0895 0.3243</w:t>
        <w:br/>
        <w:t>vn 0.9376 -0.0987 0.3334</w:t>
        <w:br/>
        <w:t>vn 0.9959 -0.0444 -0.0787</w:t>
        <w:br/>
        <w:t>vn 0.9961 -0.0626 -0.0617</w:t>
        <w:br/>
        <w:t>vn 0.8802 -0.0103 -0.4745</w:t>
        <w:br/>
        <w:t>vn 0.8868 -0.0305 -0.4612</w:t>
        <w:br/>
        <w:t>vn 0.5838 0.0075 -0.8118</w:t>
        <w:br/>
        <w:t>vn 0.5799 -0.0018 -0.8147</w:t>
        <w:br/>
        <w:t>vn 0.0784 0.0003 -0.9969</w:t>
        <w:br/>
        <w:t>vn 0.0780 0.0010 -0.9970</w:t>
        <w:br/>
        <w:t>vn -0.4543 -0.0425 -0.8899</w:t>
        <w:br/>
        <w:t>vn -0.4557 -0.0370 -0.8894</w:t>
        <w:br/>
        <w:t>vn -0.8193 -0.0961 -0.5652</w:t>
        <w:br/>
        <w:t>vn -0.8261 -0.0852 -0.5570</w:t>
        <w:br/>
        <w:t>vn -0.9820 -0.1515 -0.1129</w:t>
        <w:br/>
        <w:t>vn -0.9839 -0.1400 -0.1108</w:t>
        <w:br/>
        <w:t>vn -0.9210 -0.1894 0.3403</w:t>
        <w:br/>
        <w:t>vn -0.9149 -0.1896 0.3565</w:t>
        <w:br/>
        <w:t>vn -0.7405 -0.2039 0.6403</w:t>
        <w:br/>
        <w:t>vn -0.7189 -0.2123 0.6619</w:t>
        <w:br/>
        <w:t>vn 0.1886 -0.1921 0.9631</w:t>
        <w:br/>
        <w:t>vn 0.5385 -0.1385 0.8312</w:t>
        <w:br/>
        <w:t>vn 0.5570 -0.1620 0.8145</w:t>
        <w:br/>
        <w:t>vn 0.2127 -0.2113 0.9540</w:t>
        <w:br/>
        <w:t>vn -0.3656 -0.2175 0.9050</w:t>
        <w:br/>
        <w:t>vn -0.3520 -0.2163 0.9107</w:t>
        <w:br/>
        <w:t>vn -0.7140 -0.1753 0.6778</w:t>
        <w:br/>
        <w:t>vn -0.7110 -0.1957 0.6754</w:t>
        <w:br/>
        <w:t>vn -0.9196 -0.1564 0.3605</w:t>
        <w:br/>
        <w:t>vn -0.9259 -0.1215 0.3577</w:t>
        <w:br/>
        <w:t>vn -0.9953 -0.0425 -0.0867</w:t>
        <w:br/>
        <w:t>vn -0.9906 -0.0933 -0.0998</w:t>
        <w:br/>
        <w:t>vn -0.8569 0.0466 -0.5135</w:t>
        <w:br/>
        <w:t>vn -0.8453 -0.0290 -0.5335</w:t>
        <w:br/>
        <w:t>vn -0.4800 0.1272 -0.8680</w:t>
        <w:br/>
        <w:t>vn -0.4690 0.0281 -0.8827</w:t>
        <w:br/>
        <w:t>vn 0.0597 0.1485 -0.9871</w:t>
        <w:br/>
        <w:t>vn 0.0738 0.0574 -0.9956</w:t>
        <w:br/>
        <w:t>vn 0.5552 0.1081 -0.8247</w:t>
        <w:br/>
        <w:t>vn 0.5694 0.0394 -0.8211</w:t>
        <w:br/>
        <w:t>vn 0.8949 0.0364 -0.4448</w:t>
        <w:br/>
        <w:t>vn 0.8926 -0.0072 -0.4508</w:t>
        <w:br/>
        <w:t>vn 0.9995 -0.0310 -0.0096</w:t>
        <w:br/>
        <w:t>vn 0.9981 -0.0495 -0.0358</w:t>
        <w:br/>
        <w:t>vn 0.9253 -0.0804 0.3707</w:t>
        <w:br/>
        <w:t>vn 0.9335 -0.0789 0.3499</w:t>
        <w:br/>
        <w:t>vn 0.7386 -0.1236 0.6628</w:t>
        <w:br/>
        <w:t>vn 0.7395 -0.1082 0.6643</w:t>
        <w:br/>
        <w:t>vn 0.1800 -0.2566 0.9496</w:t>
        <w:br/>
        <w:t>vn 0.5606 -0.2190 0.7986</w:t>
        <w:br/>
        <w:t>vn -0.3660 -0.2231 0.9035</w:t>
        <w:br/>
        <w:t>vn -0.7186 -0.1617 0.6764</w:t>
        <w:br/>
        <w:t>vn -0.9319 -0.0908 0.3511</w:t>
        <w:br/>
        <w:t>vn 0.4980 0.2862 -0.8185</w:t>
        <w:br/>
        <w:t>vn -0.0020 0.3316 -0.9434</w:t>
        <w:br/>
        <w:t>vn -0.0046 0.3573 -0.9340</w:t>
        <w:br/>
        <w:t>vn 0.4962 0.3233 -0.8058</w:t>
        <w:br/>
        <w:t>vn -0.8375 0.2654 -0.4777</w:t>
        <w:br/>
        <w:t>vn -0.7982 0.3217 -0.5093</w:t>
        <w:br/>
        <w:t>vn -0.4847 0.3526 -0.8004</w:t>
        <w:br/>
        <w:t>vn -0.4669 0.3269 -0.8217</w:t>
        <w:br/>
        <w:t>vn 0.9187 0.1496 -0.3656</w:t>
        <w:br/>
        <w:t>vn 0.8808 0.1896 -0.4339</w:t>
        <w:br/>
        <w:t>vn 0.9995 -0.0168 -0.0259</w:t>
        <w:br/>
        <w:t>vn 0.9155 -0.1025 0.3891</w:t>
        <w:br/>
        <w:t>vn 0.7398 -0.1684 0.6514</w:t>
        <w:br/>
        <w:t>vn 0.9364 -0.2179 0.2752</w:t>
        <w:br/>
        <w:t>vn 0.9930 -0.0894 -0.0769</w:t>
        <w:br/>
        <w:t>vn -0.9544 0.0756 0.2888</w:t>
        <w:br/>
        <w:t>vn -0.9688 0.2084 -0.1338</w:t>
        <w:br/>
        <w:t>vn -0.0000 0.3393 -0.9407</w:t>
        <w:br/>
        <w:t>vn -0.5771 0.3398 -0.7426</w:t>
        <w:br/>
        <w:t>vn 0.4958 0.3122 -0.8103</w:t>
        <w:br/>
        <w:t>vn 0.5369 0.2105 -0.8170</w:t>
        <w:br/>
        <w:t>vn 0.8235 0.1360 -0.5508</w:t>
        <w:br/>
        <w:t>vn 0.9845 0.0322 -0.1724</w:t>
        <w:br/>
        <w:t>vn 0.9772 0.0142 0.2119</w:t>
        <w:br/>
        <w:t>vn 0.9587 -0.0237 0.2834</w:t>
        <w:br/>
        <w:t>vn 0.9840 0.0232 -0.1768</w:t>
        <w:br/>
        <w:t>vn 0.6387 -0.0024 0.7695</w:t>
        <w:br/>
        <w:t>vn 0.7165 -0.0685 0.6942</w:t>
        <w:br/>
        <w:t>vn 0.6222 -0.1020 0.7762</w:t>
        <w:br/>
        <w:t>vn 0.3336 0.0557 0.9411</w:t>
        <w:br/>
        <w:t>vn 0.3354 -0.0419 0.9411</w:t>
        <w:br/>
        <w:t>vn -0.1115 -0.0461 0.9927</w:t>
        <w:br/>
        <w:t>vn -0.0938 0.0656 0.9934</w:t>
        <w:br/>
        <w:t>vn -0.5153 0.0386 0.8562</w:t>
        <w:br/>
        <w:t>vn -0.5490 -0.0774 0.8322</w:t>
        <w:br/>
        <w:t>vn -0.7603 -0.0171 0.6494</w:t>
        <w:br/>
        <w:t>vn -0.9860 -0.0891 -0.1407</w:t>
        <w:br/>
        <w:t>vn -0.9843 -0.0432 -0.1712</w:t>
        <w:br/>
        <w:t>vn -0.9592 -0.0578 0.2767</w:t>
        <w:br/>
        <w:t>vn -0.9712 -0.0783 0.2251</w:t>
        <w:br/>
        <w:t>vn -0.5427 -0.0695 -0.8371</w:t>
        <w:br/>
        <w:t>vn -0.4605 -0.0749 -0.8845</w:t>
        <w:br/>
        <w:t>vn 0.0341 -0.0277 -0.9990</w:t>
        <w:br/>
        <w:t>vn 0.0088 0.0129 -0.9999</w:t>
        <w:br/>
        <w:t>vn 0.4844 0.0182 -0.8747</w:t>
        <w:br/>
        <w:t>vn 0.4049 -0.0216 -0.9141</w:t>
        <w:br/>
        <w:t>vn 0.7759 0.0203 -0.6305</w:t>
        <w:br/>
        <w:t>vn 0.7990 -0.0185 -0.6010</w:t>
        <w:br/>
        <w:t>vn 0.1452 -0.1731 0.9741</w:t>
        <w:br/>
        <w:t>vn -0.9861 -0.1399 -0.0896</w:t>
        <w:br/>
        <w:t>vn -0.8347 -0.0897 -0.5434</w:t>
        <w:br/>
        <w:t>vn -0.4623 -0.0371 -0.8859</w:t>
        <w:br/>
        <w:t>vn 0.9511 -0.0650 0.3018</w:t>
        <w:br/>
        <w:t>vn 0.9827 -0.0122 0.1847</w:t>
        <w:br/>
        <w:t>vn 0.9884 -0.0152 -0.1509</w:t>
        <w:br/>
        <w:t>vn 0.7583 -0.0404 -0.6507</w:t>
        <w:br/>
        <w:t>vn -0.6041 -0.1698 0.7786</w:t>
        <w:br/>
        <w:t>vn -0.7694 -0.1413 0.6229</w:t>
        <w:br/>
        <w:t>vn -0.0986 -0.1037 0.9897</w:t>
        <w:br/>
        <w:t>vn -0.8769 -0.1123 0.4674</w:t>
        <w:br/>
        <w:t>vn -0.8818 -0.0699 0.4664</w:t>
        <w:br/>
        <w:t>vn -0.8292 -0.0466 0.5570</w:t>
        <w:br/>
        <w:t>vn 0.8160 -0.2153 0.5365</w:t>
        <w:br/>
        <w:t>vn 0.4465 -0.0913 0.8901</w:t>
        <w:br/>
        <w:t>vn 0.8044 -0.0656 0.5904</w:t>
        <w:br/>
        <w:t>vn -0.8486 -0.1615 0.5038</w:t>
        <w:br/>
        <w:t>vn -0.7854 -0.0807 0.6137</w:t>
        <w:br/>
        <w:t>vn -0.7342 -0.1690 0.6576</w:t>
        <w:br/>
        <w:t>vn 0.7903 -0.2696 0.5503</w:t>
        <w:br/>
        <w:t>vn 0.6385 -0.2727 0.7197</w:t>
        <w:br/>
        <w:t>vn -0.8270 -0.0325 0.5612</w:t>
        <w:br/>
        <w:t>vn 0.8160 -0.0686 0.5740</w:t>
        <w:br/>
        <w:t>vn 0.8349 -0.0784 0.5448</w:t>
        <w:br/>
        <w:t>vn -0.7386 -0.1482 0.6576</w:t>
        <w:br/>
        <w:t>vn -0.9940 -0.1093 -0.0020</w:t>
        <w:br/>
        <w:t>vn 0.8395 -0.0754 0.5381</w:t>
        <w:br/>
        <w:t>vn 0.7432 -0.1202 0.6582</w:t>
        <w:br/>
        <w:t>vn 0.7111 -0.1101 0.6945</w:t>
        <w:br/>
        <w:t>vn 0.8212 -0.1209 0.5577</w:t>
        <w:br/>
        <w:t>vn 0.6930 0.0021 0.7210</w:t>
        <w:br/>
        <w:t>vn 0.3541 0.0428 0.9342</w:t>
        <w:br/>
        <w:t>vn 0.3930 -0.0737 0.9166</w:t>
        <w:br/>
        <w:t>vn 0.4220 -0.2122 0.8814</w:t>
        <w:br/>
        <w:t>vn -0.0642 -0.0377 0.9972</w:t>
        <w:br/>
        <w:t>vn -0.0662 -0.1824 0.9810</w:t>
        <w:br/>
        <w:t>vn -0.5048 -0.0285 0.8628</w:t>
        <w:br/>
        <w:t>vn -0.5028 -0.1336 0.8540</w:t>
        <w:br/>
        <w:t>vn -0.7920 -0.0313 0.6097</w:t>
        <w:br/>
        <w:t>vn -0.8572 -0.0309 0.5140</w:t>
        <w:br/>
        <w:t>vn -0.8969 -0.0273 0.4414</w:t>
        <w:br/>
        <w:t>vn -0.8946 -0.0187 0.4464</w:t>
        <w:br/>
        <w:t>vn -0.5541 -0.2838 0.7826</w:t>
        <w:br/>
        <w:t>vn -0.0763 -0.3738 0.9243</w:t>
        <w:br/>
        <w:t>vn 0.4406 -0.3365 0.8322</w:t>
        <w:br/>
        <w:t>vn -0.4873 -0.2965 0.8213</w:t>
        <w:br/>
        <w:t>vn -0.0744 0.0669 0.9950</w:t>
        <w:br/>
        <w:t>vn -0.0772 -0.3780 0.9226</w:t>
        <w:br/>
        <w:t>vn 0.4224 -0.3807 0.8226</w:t>
        <w:br/>
        <w:t>vn -0.4942 -0.2342 0.8372</w:t>
        <w:br/>
        <w:t>vn -0.0753 -0.3070 0.9487</w:t>
        <w:br/>
        <w:t>vn -0.5039 0.0570 0.8619</w:t>
        <w:br/>
        <w:t>vn -0.7815 0.0254 0.6234</w:t>
        <w:br/>
        <w:t>vn 0.4284 -0.3273 0.8423</w:t>
        <w:br/>
        <w:t>vn 0.4533 -0.0606 -0.8893</w:t>
        <w:br/>
        <w:t>vn 0.5205 -0.0300 -0.8533</w:t>
        <w:br/>
        <w:t>vn 0.4484 0.0111 -0.8938</w:t>
        <w:br/>
        <w:t>vn 0.4532 0.0017 -0.8914</w:t>
        <w:br/>
        <w:t>vn -0.7364 -0.0959 -0.6697</w:t>
        <w:br/>
        <w:t>vn -0.7246 0.0870 -0.6837</w:t>
        <w:br/>
        <w:t>vn -0.7221 0.2695 -0.6372</w:t>
        <w:br/>
        <w:t>vn -0.7831 0.3108 -0.5387</w:t>
        <w:br/>
        <w:t>vn -0.8674 -0.1126 -0.4847</w:t>
        <w:br/>
        <w:t>vn -0.7613 -0.1517 -0.6304</w:t>
        <w:br/>
        <w:t>vn -0.8630 -0.1118 -0.4927</w:t>
        <w:br/>
        <w:t>vn -0.7939 0.0747 -0.6034</w:t>
        <w:br/>
        <w:t>vn -0.8232 -0.0591 -0.5646</w:t>
        <w:br/>
        <w:t>vn -0.7887 0.2170 -0.5752</w:t>
        <w:br/>
        <w:t>vn 0.4471 -0.0416 -0.8935</w:t>
        <w:br/>
        <w:t>vn 0.0193 -0.0195 -0.9996</w:t>
        <w:br/>
        <w:t>vn -0.6064 -0.0604 -0.7929</w:t>
        <w:br/>
        <w:t>vn 0.4493 0.1036 -0.8874</w:t>
        <w:br/>
        <w:t>vn -0.8502 -0.0070 0.5264</w:t>
        <w:br/>
        <w:t>vn 0.7370 -0.0448 0.6744</w:t>
        <w:br/>
        <w:t>vn -0.8372 -0.1506 0.5258</w:t>
        <w:br/>
        <w:t>vn 0.9782 -0.0361 -0.2043</w:t>
        <w:br/>
        <w:t>vn 0.7596 -0.0172 -0.6502</w:t>
        <w:br/>
        <w:t>vn 0.9547 -0.0612 0.2912</w:t>
        <w:br/>
        <w:t>vn 0.9631 -0.0590 0.2628</w:t>
        <w:br/>
        <w:t>vn -0.9875 0.0862 0.1321</w:t>
        <w:br/>
        <w:t>vn -0.9509 0.1137 -0.2880</w:t>
        <w:br/>
        <w:t>vn -0.9639 0.0072 -0.2661</w:t>
        <w:br/>
        <w:t>vn -0.9885 -0.0112 0.1511</w:t>
        <w:br/>
        <w:t>vn -0.7759 0.1172 -0.6199</w:t>
        <w:br/>
        <w:t>vn -0.8543 0.0609 0.5162</w:t>
        <w:br/>
        <w:t>vn -0.5529 0.0376 0.8324</w:t>
        <w:br/>
        <w:t>vn -0.8421 -0.0400 0.5378</w:t>
        <w:br/>
        <w:t>vn -0.5421 -0.0681 0.8375</w:t>
        <w:br/>
        <w:t>vn -0.4781 -0.0460 -0.8771</w:t>
        <w:br/>
        <w:t>vn -0.7888 -0.0003 -0.6147</w:t>
        <w:br/>
        <w:t>vn -0.4682 0.0859 -0.8794</w:t>
        <w:br/>
        <w:t>vn 0.1052 0.0187 -0.9943</w:t>
        <w:br/>
        <w:t>vn 0.9143 -0.1753 -0.3650</w:t>
        <w:br/>
        <w:t>vn 0.6530 -0.1930 -0.7323</w:t>
        <w:br/>
        <w:t>vn 0.6737 -0.0538 -0.7370</w:t>
        <w:br/>
        <w:t>vn 0.9337 -0.0529 -0.3540</w:t>
        <w:br/>
        <w:t>vn 0.9999 -0.0103 0.0008</w:t>
        <w:br/>
        <w:t>vn 0.9921 -0.1248 -0.0123</w:t>
        <w:br/>
        <w:t>vn 0.9322 -0.0067 0.3619</w:t>
        <w:br/>
        <w:t>vn 0.9122 -0.0859 0.4006</w:t>
        <w:br/>
        <w:t>vn 0.7410 -0.0094 0.6715</w:t>
        <w:br/>
        <w:t>vn 0.4629 0.0020 0.8864</w:t>
        <w:br/>
        <w:t>vn -0.0206 0.0144 0.9997</w:t>
        <w:br/>
        <w:t>vn -0.0082 -0.0798 0.9968</w:t>
        <w:br/>
        <w:t>vn 0.4937 -0.0642 0.8673</w:t>
        <w:br/>
        <w:t>vn 0.3538 -0.1588 0.9217</w:t>
        <w:br/>
        <w:t>vn 0.3776 -0.1701 0.9102</w:t>
        <w:br/>
        <w:t>vn -0.2028 -0.1451 0.9684</w:t>
        <w:br/>
        <w:t>vn -0.2438 -0.1301 0.9611</w:t>
        <w:br/>
        <w:t>vn 0.8821 -0.0879 -0.4627</w:t>
        <w:br/>
        <w:t>vn 0.4690 -0.0419 -0.8822</w:t>
        <w:br/>
        <w:t>vn 0.4680 -0.0394 -0.8828</w:t>
        <w:br/>
        <w:t>vn 0.8652 -0.0882 -0.4936</w:t>
        <w:br/>
        <w:t>vn -0.3122 -0.0099 -0.9500</w:t>
        <w:br/>
        <w:t>vn -0.1233 -0.0021 -0.9924</w:t>
        <w:br/>
        <w:t>vn -0.6262 -0.0982 0.7734</w:t>
        <w:br/>
        <w:t>vn -0.5780 -0.1261 0.8063</w:t>
        <w:br/>
        <w:t>vn -0.8002 -0.0958 0.5920</w:t>
        <w:br/>
        <w:t>vn -0.8487 -0.0732 0.5238</w:t>
        <w:br/>
        <w:t>vn -0.7607 -0.0769 0.6445</w:t>
        <w:br/>
        <w:t>vn -0.5823 0.0097 -0.8129</w:t>
        <w:br/>
        <w:t>vn -0.0913 0.0008 -0.9958</w:t>
        <w:br/>
        <w:t>vn -0.5880 -0.0014 -0.8089</w:t>
        <w:br/>
        <w:t>vn 0.9912 -0.1250 -0.0430</w:t>
        <w:br/>
        <w:t>vn 0.9862 -0.1274 0.1060</w:t>
        <w:br/>
        <w:t>vn 0.7639 -0.1807 0.6195</w:t>
        <w:br/>
        <w:t>vn 0.4128 -0.1924 0.8902</w:t>
        <w:br/>
        <w:t>vn 0.7750 -0.1602 0.6113</w:t>
        <w:br/>
        <w:t>vn -0.8658 -0.0024 -0.5004</w:t>
        <w:br/>
        <w:t>vn -0.8391 -0.0095 -0.5439</w:t>
        <w:br/>
        <w:t>vn -0.9857 -0.0308 -0.1660</w:t>
        <w:br/>
        <w:t>vn -0.9939 -0.0288 -0.1067</w:t>
        <w:br/>
        <w:t>vn 0.9325 -0.1663 0.3206</w:t>
        <w:br/>
        <w:t>vn 0.9381 -0.1421 0.3158</w:t>
        <w:br/>
        <w:t>vn -0.9631 -0.0587 0.2628</w:t>
        <w:br/>
        <w:t>vn -0.9512 -0.0647 0.3018</w:t>
        <w:br/>
        <w:t>vn 0.0853 -0.1321 -0.9876</w:t>
        <w:br/>
        <w:t>vn 0.7220 -0.0594 0.6893</w:t>
        <w:br/>
        <w:t>vn -0.9765 -0.0621 0.2066</w:t>
        <w:br/>
        <w:t>vn -0.9808 -0.0426 0.1902</w:t>
        <w:br/>
        <w:t>vn -0.8293 -0.0614 0.5554</w:t>
        <w:br/>
        <w:t>vn -0.8187 -0.0571 0.5713</w:t>
        <w:br/>
        <w:t>vn -0.4345 -0.1049 0.8945</w:t>
        <w:br/>
        <w:t>vn -0.4479 -0.0798 0.8905</w:t>
        <w:br/>
        <w:t>vn 0.0680 -0.1548 0.9856</w:t>
        <w:br/>
        <w:t>vn 0.0327 -0.1355 0.9902</w:t>
        <w:br/>
        <w:t>vn 0.5705 -0.2060 0.7950</w:t>
        <w:br/>
        <w:t>vn 0.5652 -0.2049 0.7991</w:t>
        <w:br/>
        <w:t>vn 0.8787 -0.1921 0.4371</w:t>
        <w:br/>
        <w:t>vn 0.8920 -0.2109 0.3998</w:t>
        <w:br/>
        <w:t>vn 0.9885 -0.1468 0.0372</w:t>
        <w:br/>
        <w:t>vn 0.9842 -0.1770 0.0053</w:t>
        <w:br/>
        <w:t>vn 0.9183 -0.1248 -0.3756</w:t>
        <w:br/>
        <w:t>vn 0.5860 -0.1013 -0.8039</w:t>
        <w:br/>
        <w:t>vn 0.5950 -0.1797 -0.7834</w:t>
        <w:br/>
        <w:t>vn 0.8936 -0.1653 -0.4174</w:t>
        <w:br/>
        <w:t>vn 0.0167 -0.1242 -0.9921</w:t>
        <w:br/>
        <w:t>vn 0.0305 -0.1856 -0.9822</w:t>
        <w:br/>
        <w:t>vn -0.4408 -0.1482 -0.8853</w:t>
        <w:br/>
        <w:t>vn -0.4384 -0.1163 -0.8912</w:t>
        <w:br/>
        <w:t>vn -0.9876 -0.0722 -0.1396</w:t>
        <w:br/>
        <w:t>vn -0.9890 -0.0551 -0.1370</w:t>
        <w:br/>
        <w:t>vn -0.9765 -0.0621 0.2065</w:t>
        <w:br/>
        <w:t>vn -0.7848 -0.0888 -0.6134</w:t>
        <w:br/>
        <w:t>vn -0.7866 -0.1059 -0.6083</w:t>
        <w:br/>
        <w:t>vn -0.5041 -0.1404 0.8521</w:t>
        <w:br/>
        <w:t>vn -0.4884 -0.1241 0.8637</w:t>
        <w:br/>
        <w:t>vn -0.0225 -0.1742 0.9845</w:t>
        <w:br/>
        <w:t>vn -0.0202 -0.1642 0.9862</w:t>
        <w:br/>
        <w:t>vn 0.5405 -0.2225 0.8114</w:t>
        <w:br/>
        <w:t>vn 0.5463 -0.1732 0.8195</w:t>
        <w:br/>
        <w:t>vn 0.8879 -0.2470 0.3882</w:t>
        <w:br/>
        <w:t>vn 0.8911 -0.2106 0.4019</w:t>
        <w:br/>
        <w:t>vn 0.9675 -0.2491 -0.0434</w:t>
        <w:br/>
        <w:t>vn 0.9690 -0.2438 -0.0399</w:t>
        <w:br/>
        <w:t>vn 0.8801 -0.2598 -0.3974</w:t>
        <w:br/>
        <w:t>vn 0.8760 -0.2436 -0.4163</w:t>
        <w:br/>
        <w:t>vn 0.6118 -0.2624 -0.7462</w:t>
        <w:br/>
        <w:t>vn 0.6041 -0.2458 -0.7580</w:t>
        <w:br/>
        <w:t>vn 0.0393 -0.2227 -0.9741</w:t>
        <w:br/>
        <w:t>vn 0.0495 -0.2179 -0.9747</w:t>
        <w:br/>
        <w:t>vn -0.4763 -0.1478 -0.8667</w:t>
        <w:br/>
        <w:t>vn -0.4688 -0.1568 -0.8693</w:t>
        <w:br/>
        <w:t>vn -0.7914 -0.1094 -0.6014</w:t>
        <w:br/>
        <w:t>vn -0.7896 -0.1115 -0.6034</w:t>
        <w:br/>
        <w:t>vn -0.9726 -0.0971 -0.2111</w:t>
        <w:br/>
        <w:t>vn -0.9784 -0.0947 -0.1836</w:t>
        <w:br/>
        <w:t>vn -0.9711 -0.1013 0.2159</w:t>
        <w:br/>
        <w:t>vn -0.9738 -0.1065 0.2009</w:t>
        <w:br/>
        <w:t>vn -0.9711 -0.1013 0.2160</w:t>
        <w:br/>
        <w:t>vn -0.7985 -0.1052 0.5928</w:t>
        <w:br/>
        <w:t>vn -0.8029 -0.1186 0.5842</w:t>
        <w:br/>
        <w:t>vn 0.9764 -0.2142 -0.0269</w:t>
        <w:br/>
        <w:t>vn 0.8841 -0.1974 -0.4236</w:t>
        <w:br/>
        <w:t>vn 0.5985 -0.2100 -0.7731</w:t>
        <w:br/>
        <w:t>vn 0.0340 -0.2100 -0.9771</w:t>
        <w:br/>
        <w:t>vn -0.4534 -0.1541 -0.8779</w:t>
        <w:br/>
        <w:t>vn -0.7887 -0.1044 -0.6058</w:t>
        <w:br/>
        <w:t>vn -0.9843 -0.0815 -0.1567</w:t>
        <w:br/>
        <w:t>vn -0.9728 -0.0805 0.2172</w:t>
        <w:br/>
        <w:t>vn -0.8067 -0.0743 0.5863</w:t>
        <w:br/>
        <w:t>vn -0.4688 -0.0944 0.8782</w:t>
        <w:br/>
        <w:t>vn -0.0024 -0.1538 0.9881</w:t>
        <w:br/>
        <w:t>vn 0.5503 -0.2207 0.8053</w:t>
        <w:br/>
        <w:t>vn 0.8921 -0.2360 0.3852</w:t>
        <w:br/>
        <w:t>vn 0.9778 -0.2079 -0.0278</w:t>
        <w:br/>
        <w:t>vn 0.8974 -0.1513 0.4146</w:t>
        <w:br/>
        <w:t>vn 0.8947 -0.2350 -0.3799</w:t>
        <w:br/>
        <w:t>vn 0.6290 -0.2428 -0.7385</w:t>
        <w:br/>
        <w:t>vn 0.0645 -0.1921 -0.9792</w:t>
        <w:br/>
        <w:t>vn -0.4792 -0.1102 -0.8708</w:t>
        <w:br/>
        <w:t>vn -0.7928 -0.0657 -0.6059</w:t>
        <w:br/>
        <w:t>vn -0.9694 -0.0584 -0.2384</w:t>
        <w:br/>
        <w:t>vn -0.9813 -0.0747 0.1774</w:t>
        <w:br/>
        <w:t>vn -0.8205 -0.0957 0.5636</w:t>
        <w:br/>
        <w:t>vn -0.9813 -0.0747 0.1773</w:t>
        <w:br/>
        <w:t>vn -0.5225 -0.1204 0.8441</w:t>
        <w:br/>
        <w:t>vn -0.0075 -0.1283 0.9917</w:t>
        <w:br/>
        <w:t>vn 0.5819 -0.0986 0.8073</w:t>
        <w:br/>
        <w:t>vn -0.9425 -0.1151 0.3137</w:t>
        <w:br/>
        <w:t>vn -0.9372 -0.2033 0.2834</w:t>
        <w:br/>
        <w:t>vn -0.8466 -0.1688 0.5048</w:t>
        <w:br/>
        <w:t>vn -0.6842 -0.2334 0.6910</w:t>
        <w:br/>
        <w:t>vn -0.6745 -0.2913 0.6783</w:t>
        <w:br/>
        <w:t>vn -0.7067 -0.2070 0.6766</w:t>
        <w:br/>
        <w:t>vn -0.7266 -0.1783 0.6635</w:t>
        <w:br/>
        <w:t>vn 0.8500 -0.0504 0.5243</w:t>
        <w:br/>
        <w:t>vn 0.8157 -0.0926 0.5710</w:t>
        <w:br/>
        <w:t>vn 0.8722 -0.0281 0.4884</w:t>
        <w:br/>
        <w:t>vn 0.8950 -0.0234 0.4455</w:t>
        <w:br/>
        <w:t>vn 0.9831 0.0333 -0.1803</w:t>
        <w:br/>
        <w:t>vn 0.9562 -0.0121 0.2923</w:t>
        <w:br/>
        <w:t>vn 0.9594 0.0169 0.2816</w:t>
        <w:br/>
        <w:t>vn 0.9785 0.1214 -0.1666</w:t>
        <w:br/>
        <w:t>vn 0.0038 0.2502 -0.9682</w:t>
        <w:br/>
        <w:t>vn 0.0071 0.1205 -0.9927</w:t>
        <w:br/>
        <w:t>vn 0.5781 0.1001 -0.8098</w:t>
        <w:br/>
        <w:t>vn 0.5748 0.2615 -0.7754</w:t>
        <w:br/>
        <w:t>vn -0.4753 0.2538 -0.8424</w:t>
        <w:br/>
        <w:t>vn -0.5023 0.1309 -0.8547</w:t>
        <w:br/>
        <w:t>vn -0.9832 -0.1244 -0.1334</w:t>
        <w:br/>
        <w:t>vn -0.9862 -0.0499 -0.1580</w:t>
        <w:br/>
        <w:t>vn -0.7741 0.0395 -0.6318</w:t>
        <w:br/>
        <w:t>vn -0.8019 0.0528 -0.5951</w:t>
        <w:br/>
        <w:t>vn -0.9133 -0.1011 0.3946</w:t>
        <w:br/>
        <w:t>vn -0.9272 -0.1462 0.3448</w:t>
        <w:br/>
        <w:t>vn -0.9994 0.0242 -0.0232</w:t>
        <w:br/>
        <w:t>vn -0.9997 0.0221 -0.0044</w:t>
        <w:br/>
        <w:t>vn -0.7496 -0.2044 0.6295</w:t>
        <w:br/>
        <w:t>vn -0.7670 -0.2604 0.5865</w:t>
        <w:br/>
        <w:t>vn -0.4767 -0.3164 0.8201</w:t>
        <w:br/>
        <w:t>vn -0.5207 -0.2844 0.8050</w:t>
        <w:br/>
        <w:t>vn -0.0688 -0.3052 0.9498</w:t>
        <w:br/>
        <w:t>vn 0.0415 -0.3402 0.9394</w:t>
        <w:br/>
        <w:t>vn 0.5098 -0.2311 0.8287</w:t>
        <w:br/>
        <w:t>vn 0.4009 -0.2294 0.8869</w:t>
        <w:br/>
        <w:t>vn 0.7262 -0.1274 0.6756</w:t>
        <w:br/>
        <w:t>vn 0.7623 -0.0618 0.6442</w:t>
        <w:br/>
        <w:t>vn 0.9396 -0.0177 0.3418</w:t>
        <w:br/>
        <w:t>vn 0.9428 0.0715 0.3255</w:t>
        <w:br/>
        <w:t>vn 0.9645 0.2188 -0.1478</w:t>
        <w:br/>
        <w:t>vn 0.9846 0.1149 -0.1320</w:t>
        <w:br/>
        <w:t>vn 0.4722 0.2873 -0.8333</w:t>
        <w:br/>
        <w:t>vn 0.8624 0.1826 -0.4721</w:t>
        <w:br/>
        <w:t>vn 0.8545 0.1279 -0.5034</w:t>
        <w:br/>
        <w:t>vn 0.4806 0.2207 -0.8487</w:t>
        <w:br/>
        <w:t>vn -0.0129 0.3054 -0.9521</w:t>
        <w:br/>
        <w:t>vn -0.0362 0.2407 -0.9699</w:t>
        <w:br/>
        <w:t>vn -0.5367 0.1771 -0.8250</w:t>
        <w:br/>
        <w:t>vn -0.5150 0.2433 -0.8219</w:t>
        <w:br/>
        <w:t>vn -0.4671 0.1337 -0.8740</w:t>
        <w:br/>
        <w:t>vn -0.4661 0.2834 -0.8381</w:t>
        <w:br/>
        <w:t>vn -0.8941 0.0650 -0.4432</w:t>
        <w:br/>
        <w:t>vn -0.9195 0.0960 -0.3811</w:t>
        <w:br/>
        <w:t>vn 0.9921 0.0281 -0.1219</w:t>
        <w:br/>
        <w:t>vn 0.4195 -0.2139 0.8822</w:t>
        <w:br/>
        <w:t>vn 0.3974 -0.2225 0.8903</w:t>
        <w:br/>
        <w:t>vn -0.1506 -0.1973 0.9687</w:t>
        <w:br/>
        <w:t>vn -0.1308 -0.1946 0.9721</w:t>
        <w:br/>
        <w:t>vn -0.5324 -0.1511 0.8329</w:t>
        <w:br/>
        <w:t>vn -0.5465 -0.1508 0.8237</w:t>
        <w:br/>
        <w:t>vn -0.7699 -0.1248 0.6259</w:t>
        <w:br/>
        <w:t>vn -0.7489 -0.1293 0.6499</w:t>
        <w:br/>
        <w:t>vn -0.9417 -0.0892 0.3244</w:t>
        <w:br/>
        <w:t>vn -0.9376 -0.0984 0.3335</w:t>
        <w:br/>
        <w:t>vn -0.9959 -0.0445 -0.0787</w:t>
        <w:br/>
        <w:t>vn -0.9417 -0.0892 0.3243</w:t>
        <w:br/>
        <w:t>vn -0.9961 -0.0626 -0.0616</w:t>
        <w:br/>
        <w:t>vn -0.8802 -0.0107 -0.4745</w:t>
        <w:br/>
        <w:t>vn -0.8868 -0.0309 -0.4611</w:t>
        <w:br/>
        <w:t>vn -0.5800 -0.0026 -0.8146</w:t>
        <w:br/>
        <w:t>vn -0.5838 0.0068 -0.8118</w:t>
        <w:br/>
        <w:t>vn -0.0781 0.0002 -0.9969</w:t>
        <w:br/>
        <w:t>vn -0.0784 -0.0006 -0.9969</w:t>
        <w:br/>
        <w:t>vn 0.4543 -0.0433 -0.8898</w:t>
        <w:br/>
        <w:t>vn 0.4557 -0.0378 -0.8894</w:t>
        <w:br/>
        <w:t>vn 0.8261 -0.0858 -0.5569</w:t>
        <w:br/>
        <w:t>vn 0.8193 -0.0966 -0.5651</w:t>
        <w:br/>
        <w:t>vn 0.9839 -0.1401 -0.1107</w:t>
        <w:br/>
        <w:t>vn 0.9820 -0.1516 -0.1128</w:t>
        <w:br/>
        <w:t>vn 0.9149 -0.1892 0.3567</w:t>
        <w:br/>
        <w:t>vn 0.9210 -0.1891 0.3405</w:t>
        <w:br/>
        <w:t>vn 0.7403 -0.2032 0.6408</w:t>
        <w:br/>
        <w:t>vn 0.7189 -0.2117 0.6621</w:t>
        <w:br/>
        <w:t>vn -0.1886 -0.1913 0.9632</w:t>
        <w:br/>
        <w:t>vn -0.2127 -0.2104 0.9542</w:t>
        <w:br/>
        <w:t>vn -0.5570 -0.1612 0.8147</w:t>
        <w:br/>
        <w:t>vn -0.5385 -0.1377 0.8313</w:t>
        <w:br/>
        <w:t>vn 0.3656 -0.2167 0.9052</w:t>
        <w:br/>
        <w:t>vn 0.3520 -0.2155 0.9108</w:t>
        <w:br/>
        <w:t>vn 0.7140 -0.1747 0.6780</w:t>
        <w:br/>
        <w:t>vn 0.7110 -0.1951 0.6756</w:t>
        <w:br/>
        <w:t>vn 0.9196 -0.1561 0.3606</w:t>
        <w:br/>
        <w:t>vn 0.9259 -0.1212 0.3578</w:t>
        <w:br/>
        <w:t>vn 0.9906 -0.0934 -0.0997</w:t>
        <w:br/>
        <w:t>vn 0.9953 -0.0426 -0.0866</w:t>
        <w:br/>
        <w:t>vn 0.8569 0.0461 -0.5135</w:t>
        <w:br/>
        <w:t>vn 0.8453 -0.0294 -0.5334</w:t>
        <w:br/>
        <w:t>vn 0.4691 0.0274 -0.8827</w:t>
        <w:br/>
        <w:t>vn 0.4800 0.1264 -0.8681</w:t>
        <w:br/>
        <w:t>vn -0.0597 0.1477 -0.9872</w:t>
        <w:br/>
        <w:t>vn -0.0738 0.0565 -0.9957</w:t>
        <w:br/>
        <w:t>vn -0.5693 0.0386 -0.8212</w:t>
        <w:br/>
        <w:t>vn -0.5552 0.1074 -0.8248</w:t>
        <w:br/>
        <w:t>vn -0.8949 0.0360 -0.4449</w:t>
        <w:br/>
        <w:t>vn -0.8926 -0.0077 -0.4508</w:t>
        <w:br/>
        <w:t>vn -0.9995 -0.0311 -0.0096</w:t>
        <w:br/>
        <w:t>vn -0.9981 -0.0496 -0.0358</w:t>
        <w:br/>
        <w:t>vn -0.9335 -0.0786 0.3499</w:t>
        <w:br/>
        <w:t>vn -0.9253 -0.0800 0.3707</w:t>
        <w:br/>
        <w:t>vn -0.7386 -0.1230 0.6629</w:t>
        <w:br/>
        <w:t>vn -0.9335 -0.0786 0.3500</w:t>
        <w:br/>
        <w:t>vn -0.7393 -0.1075 0.6647</w:t>
        <w:br/>
        <w:t>vn -0.5606 -0.2183 0.7988</w:t>
        <w:br/>
        <w:t>vn -0.1800 -0.2558 0.9498</w:t>
        <w:br/>
        <w:t>vn 0.3660 -0.2223 0.9037</w:t>
        <w:br/>
        <w:t>vn 0.7186 -0.1611 0.6765</w:t>
        <w:br/>
        <w:t>vn 0.9319 -0.0905 0.3512</w:t>
        <w:br/>
        <w:t>vn 0.0046 0.3565 -0.9343</w:t>
        <w:br/>
        <w:t>vn 0.0020 0.3308 -0.9437</w:t>
        <w:br/>
        <w:t>vn -0.4981 0.2855 -0.8188</w:t>
        <w:br/>
        <w:t>vn -0.4962 0.3226 -0.8061</w:t>
        <w:br/>
        <w:t>vn 0.8375 0.2650 -0.4779</w:t>
        <w:br/>
        <w:t>vn 0.7982 0.3216 -0.5094</w:t>
        <w:br/>
        <w:t>vn 0.4847 0.3519 -0.8007</w:t>
        <w:br/>
        <w:t>vn 0.4669 0.3262 -0.8219</w:t>
        <w:br/>
        <w:t>vn -0.9187 0.1493 -0.3657</w:t>
        <w:br/>
        <w:t>vn -0.8808 0.1895 -0.4340</w:t>
        <w:br/>
        <w:t>vn -0.9995 -0.0168 -0.0259</w:t>
        <w:br/>
        <w:t>vn -0.9155 -0.1022 0.3892</w:t>
        <w:br/>
        <w:t>vn -0.7397 -0.1678 0.6516</w:t>
        <w:br/>
        <w:t>vn -0.9930 -0.0894 -0.0770</w:t>
        <w:br/>
        <w:t>vn -0.9364 -0.2181 0.2750</w:t>
        <w:br/>
        <w:t>vn 0.9544 0.0758 0.2888</w:t>
        <w:br/>
        <w:t>vn 0.9688 0.2084 -0.1339</w:t>
        <w:br/>
        <w:t>vn 0.0000 0.3388 -0.9409</w:t>
        <w:br/>
        <w:t>vn 0.5771 0.3393 -0.7429</w:t>
        <w:br/>
        <w:t>vn -0.4959 0.3113 -0.8107</w:t>
        <w:br/>
        <w:t>vn -0.5368 0.2102 -0.8171</w:t>
        <w:br/>
        <w:t>vn -0.8234 0.1360 -0.5509</w:t>
        <w:br/>
        <w:t>vn -0.9587 -0.0238 0.2834</w:t>
        <w:br/>
        <w:t>vn -0.9772 0.0141 0.2119</w:t>
        <w:br/>
        <w:t>vn -0.9845 0.0323 -0.1724</w:t>
        <w:br/>
        <w:t>vn -0.9840 0.0232 -0.1768</w:t>
        <w:br/>
        <w:t>vn -0.6387 -0.0026 0.7694</w:t>
        <w:br/>
        <w:t>vn -0.6222 -0.1023 0.7761</w:t>
        <w:br/>
        <w:t>vn -0.7165 -0.0687 0.6942</w:t>
        <w:br/>
        <w:t>vn 0.1114 -0.0464 0.9927</w:t>
        <w:br/>
        <w:t>vn -0.3354 -0.0422 0.9411</w:t>
        <w:br/>
        <w:t>vn -0.3337 0.0554 0.9411</w:t>
        <w:br/>
        <w:t>vn 0.0938 0.0653 0.9934</w:t>
        <w:br/>
        <w:t>vn 0.5153 0.0383 0.8562</w:t>
        <w:br/>
        <w:t>vn 0.5490 -0.0777 0.8322</w:t>
        <w:br/>
        <w:t>vn 0.7603 -0.0173 0.6494</w:t>
        <w:br/>
        <w:t>vn 0.9592 -0.0579 0.2767</w:t>
        <w:br/>
        <w:t>vn 0.9843 -0.0432 -0.1712</w:t>
        <w:br/>
        <w:t>vn 0.9860 -0.0891 -0.1407</w:t>
        <w:br/>
        <w:t>vn 0.9712 -0.0784 0.2250</w:t>
        <w:br/>
        <w:t>vn -0.0341 -0.0275 -0.9990</w:t>
        <w:br/>
        <w:t>vn 0.4605 -0.0747 -0.8845</w:t>
        <w:br/>
        <w:t>vn 0.5427 -0.0694 -0.8371</w:t>
        <w:br/>
        <w:t>vn -0.0089 0.0130 -0.9999</w:t>
        <w:br/>
        <w:t>vn -0.4844 0.0183 -0.8746</w:t>
        <w:br/>
        <w:t>vn -0.4049 -0.0214 -0.9141</w:t>
        <w:br/>
        <w:t>vn -0.7990 -0.0184 -0.6010</w:t>
        <w:br/>
        <w:t>vn -0.7759 0.0205 -0.6305</w:t>
        <w:br/>
        <w:t>vn -0.1452 -0.1722 0.9743</w:t>
        <w:br/>
        <w:t>vn 0.9861 -0.1399 -0.0895</w:t>
        <w:br/>
        <w:t>vn 0.8347 -0.0902 -0.5433</w:t>
        <w:br/>
        <w:t>vn 0.4624 -0.0378 -0.8859</w:t>
        <w:br/>
        <w:t>vn -0.9511 -0.0647 0.3019</w:t>
        <w:br/>
        <w:t>vn -0.9884 -0.0151 -0.1510</w:t>
        <w:br/>
        <w:t>vn -0.9827 -0.0122 0.1847</w:t>
        <w:br/>
        <w:t>vn -0.7583 -0.0402 -0.6507</w:t>
        <w:br/>
        <w:t>vn 0.6040 -0.1700 0.7786</w:t>
        <w:br/>
        <w:t>vn 0.7694 -0.1414 0.6229</w:t>
        <w:br/>
        <w:t>vn 0.0986 -0.1040 0.9897</w:t>
        <w:br/>
        <w:t>vn 0.8292 -0.0467 0.5570</w:t>
        <w:br/>
        <w:t>vn 0.8818 -0.0700 0.4664</w:t>
        <w:br/>
        <w:t>vn 0.8769 -0.1124 0.4674</w:t>
        <w:br/>
        <w:t>vn -0.8160 -0.2152 0.5366</w:t>
        <w:br/>
        <w:t>vn -0.8044 -0.0658 0.5904</w:t>
        <w:br/>
        <w:t>vn -0.4465 -0.0916 0.8901</w:t>
        <w:br/>
        <w:t>vn 0.8485 -0.1619 0.5039</w:t>
        <w:br/>
        <w:t>vn 0.7854 -0.0807 0.6137</w:t>
        <w:br/>
        <w:t>vn 0.7342 -0.1689 0.6576</w:t>
        <w:br/>
        <w:t>vn -0.7903 -0.2696 0.5502</w:t>
        <w:br/>
        <w:t>vn -0.6385 -0.2723 0.7198</w:t>
        <w:br/>
        <w:t>vn 0.8270 -0.0321 0.5613</w:t>
        <w:br/>
        <w:t>vn -0.8349 -0.0785 0.5448</w:t>
        <w:br/>
        <w:t>vn -0.8160 -0.0688 0.5740</w:t>
        <w:br/>
        <w:t>vn 0.7386 -0.1478 0.6577</w:t>
        <w:br/>
        <w:t>vn 0.9940 -0.1093 -0.0020</w:t>
        <w:br/>
        <w:t>vn -0.8395 -0.0756 0.5381</w:t>
        <w:br/>
        <w:t>vn -0.7111 -0.1102 0.6944</w:t>
        <w:br/>
        <w:t>vn -0.7432 -0.1203 0.6581</w:t>
        <w:br/>
        <w:t>vn -0.8212 -0.1210 0.5577</w:t>
        <w:br/>
        <w:t>vn -0.6930 0.0019 0.7210</w:t>
        <w:br/>
        <w:t>vn -0.3541 0.0450 0.9341</w:t>
        <w:br/>
        <w:t>vn -0.4221 -0.2121 0.8814</w:t>
        <w:br/>
        <w:t>vn -0.3930 -0.0738 0.9166</w:t>
        <w:br/>
        <w:t>vn 0.0642 -0.0391 0.9972</w:t>
        <w:br/>
        <w:t>vn 0.0662 -0.1824 0.9810</w:t>
        <w:br/>
        <w:t>vn 0.5048 -0.0297 0.8627</w:t>
        <w:br/>
        <w:t>vn 0.5028 -0.1336 0.8540</w:t>
        <w:br/>
        <w:t>vn 0.7920 -0.0314 0.6097</w:t>
        <w:br/>
        <w:t>vn 0.8572 -0.0310 0.5140</w:t>
        <w:br/>
        <w:t>vn 0.8969 -0.0273 0.4414</w:t>
        <w:br/>
        <w:t>vn 0.8946 -0.0188 0.4464</w:t>
        <w:br/>
        <w:t>vn 0.5541 -0.2833 0.7828</w:t>
        <w:br/>
        <w:t>vn 0.0763 -0.3733 0.9246</w:t>
        <w:br/>
        <w:t>vn -0.4407 -0.3360 0.8324</w:t>
        <w:br/>
        <w:t>vn 0.4873 -0.2962 0.8215</w:t>
        <w:br/>
        <w:t>vn 0.0744 0.0699 0.9948</w:t>
        <w:br/>
        <w:t>vn 0.0772 -0.3776 0.9227</w:t>
        <w:br/>
        <w:t>vn -0.4224 -0.3804 0.8227</w:t>
        <w:br/>
        <w:t>vn 0.4942 -0.2340 0.8373</w:t>
        <w:br/>
        <w:t>vn 0.0753 -0.3068 0.9488</w:t>
        <w:br/>
        <w:t>vn 0.5039 0.0596 0.8617</w:t>
        <w:br/>
        <w:t>vn 0.7815 0.0252 0.6234</w:t>
        <w:br/>
        <w:t>vn -0.4284 -0.3272 0.8423</w:t>
        <w:br/>
        <w:t>vn -0.4533 -0.0604 -0.8893</w:t>
        <w:br/>
        <w:t>vn -0.4532 0.0018 -0.8914</w:t>
        <w:br/>
        <w:t>vn -0.4484 0.0113 -0.8938</w:t>
        <w:br/>
        <w:t>vn -0.5205 -0.0298 -0.8533</w:t>
        <w:br/>
        <w:t>vn 0.7364 -0.0958 -0.6697</w:t>
        <w:br/>
        <w:t>vn 0.7246 0.0870 -0.6837</w:t>
        <w:br/>
        <w:t>vn 0.7221 0.2693 -0.6373</w:t>
        <w:br/>
        <w:t>vn 0.7831 0.3104 -0.5389</w:t>
        <w:br/>
        <w:t>vn 0.8674 -0.1125 -0.4847</w:t>
        <w:br/>
        <w:t>vn 0.8630 -0.1117 -0.4927</w:t>
        <w:br/>
        <w:t>vn 0.7613 -0.1515 -0.6305</w:t>
        <w:br/>
        <w:t>vn 0.8232 -0.0590 -0.5646</w:t>
        <w:br/>
        <w:t>vn 0.7940 0.0747 -0.6034</w:t>
        <w:br/>
        <w:t>vn 0.7887 0.2168 -0.5753</w:t>
        <w:br/>
        <w:t>vn -0.4471 -0.0414 -0.8935</w:t>
        <w:br/>
        <w:t>vn 0.6064 -0.0602 -0.7929</w:t>
        <w:br/>
        <w:t>vn -0.0193 -0.0192 -0.9996</w:t>
        <w:br/>
        <w:t>vn -0.4493 0.1036 -0.8874</w:t>
        <w:br/>
        <w:t>vn 0.8502 -0.0071 0.5264</w:t>
        <w:br/>
        <w:t>vn -0.7370 -0.0449 0.6743</w:t>
        <w:br/>
        <w:t>vn 0.8372 -0.1501 0.5259</w:t>
        <w:br/>
        <w:t>vn -0.9782 -0.0363 -0.2043</w:t>
        <w:br/>
        <w:t>vn -0.7596 -0.0178 -0.6502</w:t>
        <w:br/>
        <w:t>vn -0.9547 -0.0610 0.2913</w:t>
        <w:br/>
        <w:t>vn 0.4519 -0.1784 0.8740</w:t>
        <w:br/>
        <w:t>vn 0.4529 0.3452 0.8221</w:t>
        <w:br/>
        <w:t>vn -0.1191 0.2902 0.9495</w:t>
        <w:br/>
        <w:t>vn -0.0488 -0.1550 0.9867</w:t>
        <w:br/>
        <w:t>vn 0.2992 0.8251 0.4793</w:t>
        <w:br/>
        <w:t>vn -0.3325 0.7271 0.6007</w:t>
        <w:br/>
        <w:t>vn -0.2184 0.9735 -0.0683</w:t>
        <w:br/>
        <w:t>vn -0.2192 0.9702 -0.1037</w:t>
        <w:br/>
        <w:t>vn -0.4357 0.8899 -0.1352</w:t>
        <w:br/>
        <w:t>vn -0.4535 0.8105 -0.3707</w:t>
        <w:br/>
        <w:t>vn -0.5148 0.7604 -0.3960</w:t>
        <w:br/>
        <w:t>vn -0.4353 0.7470 -0.5025</w:t>
        <w:br/>
        <w:t>vn 0.0252 -0.9826 0.1842</w:t>
        <w:br/>
        <w:t>vn 0.1569 -0.8848 0.4388</w:t>
        <w:br/>
        <w:t>vn -0.0446 -0.7660 0.6413</w:t>
        <w:br/>
        <w:t>vn -0.0480 -0.8974 0.4386</w:t>
        <w:br/>
        <w:t>vn 0.3485 -0.5468 0.7613</w:t>
        <w:br/>
        <w:t>vn -0.0371 -0.4523 0.8911</w:t>
        <w:br/>
        <w:t>vn 0.7631 -0.1197 0.6351</w:t>
        <w:br/>
        <w:t>vn 0.6888 0.3606 0.6289</w:t>
        <w:br/>
        <w:t>vn 0.2886 0.8429 0.4541</w:t>
        <w:br/>
        <w:t>vn -0.2341 0.9526 0.1942</w:t>
        <w:br/>
        <w:t>vn -0.6210 0.7634 -0.1780</w:t>
        <w:br/>
        <w:t>vn -0.7951 0.4606 -0.3945</w:t>
        <w:br/>
        <w:t>vn 0.1866 -0.9824 0.0110</w:t>
        <w:br/>
        <w:t>vn 0.4057 -0.8858 0.2255</w:t>
        <w:br/>
        <w:t>vn 0.6764 -0.5189 0.5228</w:t>
        <w:br/>
        <w:t>vn 0.8420 -0.0947 0.5311</w:t>
        <w:br/>
        <w:t>vn 0.6929 0.3655 0.6216</w:t>
        <w:br/>
        <w:t>vn 0.2271 0.7837 0.5782</w:t>
        <w:br/>
        <w:t>vn -0.2975 0.8990 0.3215</w:t>
        <w:br/>
        <w:t>vn -0.7435 0.6634 -0.0843</w:t>
        <w:br/>
        <w:t>vn 0.2350 -0.9651 0.1157</w:t>
        <w:br/>
        <w:t>vn 0.4629 -0.8539 0.2379</w:t>
        <w:br/>
        <w:t>vn 0.7640 -0.4949 0.4139</w:t>
        <w:br/>
        <w:t>vn 0.9616 -0.0411 0.2715</w:t>
        <w:br/>
        <w:t>vn 0.8300 0.4514 0.3276</w:t>
        <w:br/>
        <w:t>vn 0.3330 0.9072 0.2570</w:t>
        <w:br/>
        <w:t>vn -0.2668 0.9628 0.0432</w:t>
        <w:br/>
        <w:t>vn -0.7506 0.6405 -0.1621</w:t>
        <w:br/>
        <w:t>vn -0.9919 0.0993 -0.0786</w:t>
        <w:br/>
        <w:t>vn 0.5011 -0.8559 0.1281</w:t>
        <w:br/>
        <w:t>vn 0.2473 -0.9663 0.0719</w:t>
        <w:br/>
        <w:t>vn 0.8542 -0.4754 0.2106</w:t>
        <w:br/>
        <w:t>vn 0.9974 0.0285 -0.0656</w:t>
        <w:br/>
        <w:t>vn 0.8744 0.4835 -0.0416</w:t>
        <w:br/>
        <w:t>vn 0.3272 0.9420 -0.0740</w:t>
        <w:br/>
        <w:t>vn -0.3728 0.9096 -0.1836</w:t>
        <w:br/>
        <w:t>vn -0.8636 0.5035 0.0259</w:t>
        <w:br/>
        <w:t>vn 0.2756 -0.9502 -0.1459</w:t>
        <w:br/>
        <w:t>vn 0.5872 -0.8008 -0.1178</w:t>
        <w:br/>
        <w:t>vn 0.9320 -0.3549 -0.0733</w:t>
        <w:br/>
        <w:t>vn 0.9806 0.0672 -0.1844</w:t>
        <w:br/>
        <w:t>vn 0.8709 0.4902 -0.0353</w:t>
        <w:br/>
        <w:t>vn 0.2867 0.9432 0.1681</w:t>
        <w:br/>
        <w:t>vn -0.3997 0.8914 0.2136</w:t>
        <w:br/>
        <w:t>vn 0.2430 -0.9700 -0.0008</w:t>
        <w:br/>
        <w:t>vn 0.6336 -0.7688 -0.0864</w:t>
        <w:br/>
        <w:t>vn 0.9548 -0.2351 -0.1821</w:t>
        <w:br/>
        <w:t>vn 0.9239 0.1106 -0.3662</w:t>
        <w:br/>
        <w:t>vn 0.8213 0.5574 -0.1215</w:t>
        <w:br/>
        <w:t>vn 0.2580 0.9053 0.3375</w:t>
        <w:br/>
        <w:t>vn -0.2616 0.7653 0.5881</w:t>
        <w:br/>
        <w:t>vn -0.8291 0.2619 0.4940</w:t>
        <w:br/>
        <w:t>vn -0.9114 -0.2757 0.3055</w:t>
        <w:br/>
        <w:t>vn -0.9919 0.0993 -0.0787</w:t>
        <w:br/>
        <w:t>vn 0.1377 -0.9753 0.1729</w:t>
        <w:br/>
        <w:t>vn 0.5669 -0.8198 -0.0810</w:t>
        <w:br/>
        <w:t>vn 0.9064 -0.2096 -0.3667</w:t>
        <w:br/>
        <w:t>vn 0.7371 0.1518 -0.6585</w:t>
        <w:br/>
        <w:t>vn 0.6121 0.6054 -0.5088</w:t>
        <w:br/>
        <w:t>vn 0.1534 0.9871 0.0459</w:t>
        <w:br/>
        <w:t>vn -0.2145 0.8144 0.5393</w:t>
        <w:br/>
        <w:t>vn -0.3172 0.6543 0.6865</w:t>
        <w:br/>
        <w:t>vn -0.8252 -0.3671 0.4293</w:t>
        <w:br/>
        <w:t>vn -0.6532 -0.4627 0.5993</w:t>
        <w:br/>
        <w:t>vn 0.0350 -0.9994 0.0072</w:t>
        <w:br/>
        <w:t>vn 0.0350 -0.9994 0.0073</w:t>
        <w:br/>
        <w:t>vn 0.6526 -0.4789 -0.5872</w:t>
        <w:br/>
        <w:t>vn 0.7257 -0.2116 -0.6547</w:t>
        <w:br/>
        <w:t>vn 0.6232 0.1685 -0.7637</w:t>
        <w:br/>
        <w:t>vn 0.5255 0.5173 -0.6755</w:t>
        <w:br/>
        <w:t>vn 0.1633 0.9768 -0.1385</w:t>
        <w:br/>
        <w:t>vn -0.2286 0.8788 0.4188</w:t>
        <w:br/>
        <w:t>vn -0.3332 0.7287 0.5983</w:t>
        <w:br/>
        <w:t>vn 0.1346 -0.9880 -0.0757</w:t>
        <w:br/>
        <w:t>vn 0.4043 -0.8068 -0.4308</w:t>
        <w:br/>
        <w:t>vn 0.6353 -0.1892 -0.7487</w:t>
        <w:br/>
        <w:t>vn 0.6740 0.1479 -0.7237</w:t>
        <w:br/>
        <w:t>vn 0.6807 0.4048 -0.6106</w:t>
        <w:br/>
        <w:t>vn 0.4895 0.8386 -0.2391</w:t>
        <w:br/>
        <w:t>vn 0.1274 0.9720 0.1976</w:t>
        <w:br/>
        <w:t>vn -0.1038 0.8644 0.4919</w:t>
        <w:br/>
        <w:t>vn -0.2064 0.7531 0.6247</w:t>
        <w:br/>
        <w:t>vn -0.3633 -0.5752 0.7329</w:t>
        <w:br/>
        <w:t>vn -0.2212 -0.5874 0.7785</w:t>
        <w:br/>
        <w:t>vn 0.2085 -0.9780 0.0124</w:t>
        <w:br/>
        <w:t>vn 0.4448 -0.8073 -0.3879</w:t>
        <w:br/>
        <w:t>vn 0.6707 -0.1641 -0.7234</w:t>
        <w:br/>
        <w:t>vn 0.5988 0.3776 -0.7063</w:t>
        <w:br/>
        <w:t>vn 0.5581 0.1195 -0.8211</w:t>
        <w:br/>
        <w:t>vn 0.4535 0.8499 -0.2683</w:t>
        <w:br/>
        <w:t>vn 0.0051 0.9773 0.2119</w:t>
        <w:br/>
        <w:t>vn -0.0405 0.8068 0.5895</w:t>
        <w:br/>
        <w:t>vn -0.0602 0.7239 0.6872</w:t>
        <w:br/>
        <w:t>vn -0.0506 -0.5983 0.7996</w:t>
        <w:br/>
        <w:t>vn 0.3873 -0.5262 0.7570</w:t>
        <w:br/>
        <w:t>vn -0.0015 -0.9930 0.1185</w:t>
        <w:br/>
        <w:t>vn 0.5514 -0.1549 -0.8197</w:t>
        <w:br/>
        <w:t>vn 0.0087 0.3068 0.9517</w:t>
        <w:br/>
        <w:t>vn 0.0283 -0.0833 0.9961</w:t>
        <w:br/>
        <w:t>vn -0.5366 0.7321 0.4197</w:t>
        <w:br/>
        <w:t>vn -0.5642 0.8200 -0.0963</w:t>
        <w:br/>
        <w:t>vn -0.4240 0.8309 -0.3604</w:t>
        <w:br/>
        <w:t>vn 0.0763 -0.6922 0.7176</w:t>
        <w:br/>
        <w:t>vn 0.0855 -0.8344 0.5445</w:t>
        <w:br/>
        <w:t>vn 0.0531 -0.3668 0.9288</w:t>
        <w:br/>
        <w:t>vn 0.0659 -0.0918 0.9936</w:t>
        <w:br/>
        <w:t>vn 0.1052 0.3267 0.9393</w:t>
        <w:br/>
        <w:t>vn -0.4853 0.3805 0.7872</w:t>
        <w:br/>
        <w:t>vn -0.5032 -0.0816 0.8603</w:t>
        <w:br/>
        <w:t>vn 0.2962 0.8414 0.4519</w:t>
        <w:br/>
        <w:t>vn -0.1941 0.8946 0.4025</w:t>
        <w:br/>
        <w:t>vn 0.4597 0.8786 -0.1296</w:t>
        <w:br/>
        <w:t>vn 0.2495 0.9653 -0.0775</w:t>
        <w:br/>
        <w:t>vn 0.5376 0.7541 -0.3773</w:t>
        <w:br/>
        <w:t>vn 0.4973 0.7768 -0.3864</w:t>
        <w:br/>
        <w:t>vn 0.4215 0.7700 -0.4790</w:t>
        <w:br/>
        <w:t>vn 0.1307 -0.7512 0.6470</w:t>
        <w:br/>
        <w:t>vn -0.1844 -0.8944 0.4075</w:t>
        <w:br/>
        <w:t>vn -0.0317 -0.9928 0.1154</w:t>
        <w:br/>
        <w:t>vn 0.1436 -0.8913 0.4301</w:t>
        <w:br/>
        <w:t>vn 0.0903 -0.4003 0.9119</w:t>
        <w:br/>
        <w:t>vn -0.4062 -0.4818 0.7765</w:t>
        <w:br/>
        <w:t>vn -0.7060 0.3662 0.6062</w:t>
        <w:br/>
        <w:t>vn -0.7900 -0.0228 0.6127</w:t>
        <w:br/>
        <w:t>vn -0.3436 0.7998 0.4921</w:t>
        <w:br/>
        <w:t>vn 0.2236 0.9569 0.1854</w:t>
        <w:br/>
        <w:t>vn 0.6244 0.7380 -0.2560</w:t>
        <w:br/>
        <w:t>vn -0.4335 -0.8820 0.1848</w:t>
        <w:br/>
        <w:t>vn -0.1690 -0.9829 -0.0731</w:t>
        <w:br/>
        <w:t>vn -0.7327 -0.4328 0.5252</w:t>
        <w:br/>
        <w:t>vn -0.6874 0.3508 0.6359</w:t>
        <w:br/>
        <w:t>vn -0.8276 -0.0147 0.5612</w:t>
        <w:br/>
        <w:t>vn -0.2869 0.7423 0.6055</w:t>
        <w:br/>
        <w:t>vn 0.2918 0.9028 0.3157</w:t>
        <w:br/>
        <w:t>vn 0.7629 0.6359 -0.1166</w:t>
        <w:br/>
        <w:t>vn 0.8427 0.4007 -0.3596</w:t>
        <w:br/>
        <w:t>vn -0.4299 -0.8740 0.2265</w:t>
        <w:br/>
        <w:t>vn -0.1287 -0.9907 0.0447</w:t>
        <w:br/>
        <w:t>vn -0.7834 -0.4185 0.4595</w:t>
        <w:br/>
        <w:t>vn -0.8150 0.4284 0.3901</w:t>
        <w:br/>
        <w:t>vn -0.9447 0.0036 0.3280</w:t>
        <w:br/>
        <w:t>vn -0.3587 0.8788 0.3148</w:t>
        <w:br/>
        <w:t>vn 0.2997 0.9521 0.0613</w:t>
        <w:br/>
        <w:t>vn 0.8018 0.5754 -0.1613</w:t>
        <w:br/>
        <w:t>vn -0.4198 -0.9035 0.0867</w:t>
        <w:br/>
        <w:t>vn -0.0794 -0.9968 -0.0065</w:t>
        <w:br/>
        <w:t>vn -0.8661 -0.4395 0.2380</w:t>
        <w:br/>
        <w:t>vn -0.8671 0.4940 -0.0640</w:t>
        <w:br/>
        <w:t>vn -0.9953 0.0719 -0.0642</w:t>
        <w:br/>
        <w:t>vn -0.3543 0.9296 -0.1012</w:t>
        <w:br/>
        <w:t>vn 0.3517 0.9236 -0.1524</w:t>
        <w:br/>
        <w:t>vn 0.8582 0.5123 0.0339</w:t>
        <w:br/>
        <w:t>vn -0.4704 -0.8526 -0.2277</w:t>
        <w:br/>
        <w:t>vn -0.1008 -0.9608 -0.2581</w:t>
        <w:br/>
        <w:t>vn -0.9236 -0.3650 -0.1172</w:t>
        <w:br/>
        <w:t>vn -0.8548 0.5153 -0.0613</w:t>
        <w:br/>
        <w:t>vn -0.9796 0.1286 -0.1545</w:t>
        <w:br/>
        <w:t>vn -0.3404 0.9356 0.0941</w:t>
        <w:br/>
        <w:t>vn 0.3781 0.9066 0.1876</w:t>
        <w:br/>
        <w:t>vn 0.9975 -0.0431 0.0561</w:t>
        <w:br/>
        <w:t>vn -0.4714 -0.8665 -0.1641</w:t>
        <w:br/>
        <w:t>vn -0.0738 -0.9876 -0.1386</w:t>
        <w:br/>
        <w:t>vn -0.9327 -0.3175 -0.1712</w:t>
        <w:br/>
        <w:t>vn -0.8325 0.5538 0.0154</w:t>
        <w:br/>
        <w:t>vn -0.9669 0.1519 -0.2050</w:t>
        <w:br/>
        <w:t>vn -0.3109 0.8828 0.3520</w:t>
        <w:br/>
        <w:t>vn 0.2424 0.7889 0.5647</w:t>
        <w:br/>
        <w:t>vn 0.4516 0.6496 0.6117</w:t>
        <w:br/>
        <w:t>vn -0.3705 -0.9276 0.0481</w:t>
        <w:br/>
        <w:t>vn 0.0018 -0.9811 0.1937</w:t>
        <w:br/>
        <w:t>vn -0.9049 -0.3756 -0.2002</w:t>
        <w:br/>
        <w:t>vn -0.6720 0.6381 -0.3759</w:t>
        <w:br/>
        <w:t>vn -0.7889 0.1700 -0.5905</w:t>
        <w:br/>
        <w:t>vn -0.1696 0.9753 0.1413</w:t>
        <w:br/>
        <w:t>vn 0.2528 0.8117 0.5265</w:t>
        <w:br/>
        <w:t>vn 0.3863 0.6737 0.6300</w:t>
        <w:br/>
        <w:t>vn 0.9684 -0.1717 0.1809</w:t>
        <w:br/>
        <w:t>vn 0.8267 -0.3462 0.4435</w:t>
        <w:br/>
        <w:t>vn 0.8903 -0.2980 0.3443</w:t>
        <w:br/>
        <w:t>vn -0.2510 -0.9677 -0.0220</w:t>
        <w:br/>
        <w:t>vn 0.0572 -0.9727 0.2248</w:t>
        <w:br/>
        <w:t>vn -0.6702 -0.4802 -0.5660</w:t>
        <w:br/>
        <w:t>vn -0.4563 0.5587 -0.6926</w:t>
        <w:br/>
        <w:t>vn -0.5420 0.1684 -0.8233</w:t>
        <w:br/>
        <w:t>vn -0.0441 0.9965 -0.0714</w:t>
        <w:br/>
        <w:t>vn 0.3184 0.8391 0.4411</w:t>
        <w:br/>
        <w:t>vn 0.4166 0.7167 0.5593</w:t>
        <w:br/>
        <w:t>vn -0.3207 -0.8924 -0.3174</w:t>
        <w:br/>
        <w:t>vn -0.0421 -0.9865 0.1584</w:t>
        <w:br/>
        <w:t>vn -0.5395 -0.2638 -0.7995</w:t>
        <w:br/>
        <w:t>vn -0.5647 0.4558 -0.6880</w:t>
        <w:br/>
        <w:t>vn -0.5752 0.1655 -0.8011</w:t>
        <w:br/>
        <w:t>vn -0.3565 0.8995 -0.2526</w:t>
        <w:br/>
        <w:t>vn -0.0388 0.9678 0.2488</w:t>
        <w:br/>
        <w:t>vn 0.1151 0.8359 0.5367</w:t>
        <w:br/>
        <w:t>vn 0.1766 0.7454 0.6429</w:t>
        <w:br/>
        <w:t>vn 0.7353 -0.4072 0.5418</w:t>
        <w:br/>
        <w:t>vn -0.3796 -0.8653 -0.3275</w:t>
        <w:br/>
        <w:t>vn -0.1778 -0.9660 0.1875</w:t>
        <w:br/>
        <w:t>vn -0.5985 -0.2063 -0.7741</w:t>
        <w:br/>
        <w:t>vn -0.5248 0.4136 -0.7440</w:t>
        <w:br/>
        <w:t>vn -0.4826 0.1458 -0.8636</w:t>
        <w:br/>
        <w:t>vn -0.3909 0.8788 -0.2738</w:t>
        <w:br/>
        <w:t>vn -0.4783 -0.1671 -0.8621</w:t>
        <w:br/>
        <w:t>vn 0.5376 0.7305 0.4212</w:t>
        <w:br/>
        <w:t>vn 0.5655 0.8170 -0.1127</w:t>
        <w:br/>
        <w:t>vn 0.5645 0.7420 -0.3616</w:t>
        <w:br/>
        <w:t>vn 0.0439 0.1273 -0.9909</w:t>
        <w:br/>
        <w:t>vn 0.0374 0.4283 -0.9029</w:t>
        <w:br/>
        <w:t>vn 0.0266 0.9308 -0.3645</w:t>
        <w:br/>
        <w:t>vn 0.0481 -0.4791 -0.8765</w:t>
        <w:br/>
        <w:t>vn 0.0537 -0.1711 -0.9838</w:t>
        <w:br/>
        <w:t>vn 0.0224 -0.9931 0.1150</w:t>
        <w:br/>
        <w:t>vn 0.1191 0.2910 0.9493</w:t>
        <w:br/>
        <w:t>vn -0.4529 0.3459 0.8217</w:t>
        <w:br/>
        <w:t>vn -0.4519 -0.1777 0.8742</w:t>
        <w:br/>
        <w:t>vn 0.0488 -0.1541 0.9869</w:t>
        <w:br/>
        <w:t>vn 0.3325 0.7276 0.6001</w:t>
        <w:br/>
        <w:t>vn -0.2992 0.8255 0.4786</w:t>
        <w:br/>
        <w:t>vn 0.2184 0.9734 -0.0692</w:t>
        <w:br/>
        <w:t>vn 0.4357 0.8898 -0.1360</w:t>
        <w:br/>
        <w:t>vn 0.2192 0.9701 -0.1046</w:t>
        <w:br/>
        <w:t>vn 0.2183 0.9734 -0.0692</w:t>
        <w:br/>
        <w:t>vn 0.5148 0.7600 -0.3967</w:t>
        <w:br/>
        <w:t>vn 0.4535 0.8102 -0.3714</w:t>
        <w:br/>
        <w:t>vn 0.4353 0.7465 -0.5032</w:t>
        <w:br/>
        <w:t>vn 0.0445 -0.7654 0.6420</w:t>
        <w:br/>
        <w:t>vn -0.1569 -0.8844 0.4396</w:t>
        <w:br/>
        <w:t>vn -0.0252 -0.9824 0.1851</w:t>
        <w:br/>
        <w:t>vn 0.0480 -0.8970 0.4394</w:t>
        <w:br/>
        <w:t>vn 0.0372 -0.4515 0.8915</w:t>
        <w:br/>
        <w:t>vn -0.3485 -0.5462 0.7618</w:t>
        <w:br/>
        <w:t>vn -0.6888 0.3612 0.6286</w:t>
        <w:br/>
        <w:t>vn -0.7631 -0.1191 0.6352</w:t>
        <w:br/>
        <w:t>vn -0.2886 0.8433 0.4533</w:t>
        <w:br/>
        <w:t>vn 0.2341 0.9528 0.1933</w:t>
        <w:br/>
        <w:t>vn 0.6210 0.7632 -0.1787</w:t>
        <w:br/>
        <w:t>vn 0.7951 0.4602 -0.3949</w:t>
        <w:br/>
        <w:t>vn -0.4057 -0.8856 0.2263</w:t>
        <w:br/>
        <w:t>vn -0.1866 -0.9824 0.0119</w:t>
        <w:br/>
        <w:t>vn -0.6764 -0.5184 0.5232</w:t>
        <w:br/>
        <w:t>vn -0.6929 0.3660 0.6213</w:t>
        <w:br/>
        <w:t>vn -0.8420 -0.0942 0.5311</w:t>
        <w:br/>
        <w:t>vn -0.2271 0.7842 0.5775</w:t>
        <w:br/>
        <w:t>vn 0.2975 0.8992 0.3207</w:t>
        <w:br/>
        <w:t>vn 0.7435 0.6633 -0.0849</w:t>
        <w:br/>
        <w:t>vn -0.4629 -0.8537 0.2386</w:t>
        <w:br/>
        <w:t>vn -0.2350 -0.9650 0.1166</w:t>
        <w:br/>
        <w:t>vn -0.7640 -0.4946 0.4144</w:t>
        <w:br/>
        <w:t>vn -0.9616 -0.0408 0.2715</w:t>
        <w:br/>
        <w:t>vn -0.8300 0.4516 0.3272</w:t>
        <w:br/>
        <w:t>vn -0.3330 0.9075 0.2561</w:t>
        <w:br/>
        <w:t>vn 0.2668 0.9628 0.0424</w:t>
        <w:br/>
        <w:t>vn 0.7507 0.6404 -0.1627</w:t>
        <w:br/>
        <w:t>vn 0.9919 0.0992 -0.0787</w:t>
        <w:br/>
        <w:t>vn -0.5011 -0.8558 0.1289</w:t>
        <w:br/>
        <w:t>vn -0.2473 -0.9662 0.0727</w:t>
        <w:br/>
        <w:t>vn -0.8542 -0.4752 0.2110</w:t>
        <w:br/>
        <w:t>vn -0.8744 0.4835 -0.0420</w:t>
        <w:br/>
        <w:t>vn -0.9974 0.0284 -0.0657</w:t>
        <w:br/>
        <w:t>vn -0.3272 0.9420 -0.0748</w:t>
        <w:br/>
        <w:t>vn 0.3728 0.9094 -0.1844</w:t>
        <w:br/>
        <w:t>vn 0.8636 0.5036 0.0255</w:t>
        <w:br/>
        <w:t>vn -0.5872 -0.8009 -0.1171</w:t>
        <w:br/>
        <w:t>vn -0.2756 -0.9503 -0.1450</w:t>
        <w:br/>
        <w:t>vn -0.9320 -0.3549 -0.0729</w:t>
        <w:br/>
        <w:t>vn -0.8709 0.4902 -0.0358</w:t>
        <w:br/>
        <w:t>vn -0.9806 0.0670 -0.1845</w:t>
        <w:br/>
        <w:t>vn -0.2867 0.9433 0.1672</w:t>
        <w:br/>
        <w:t>vn 0.3997 0.8916 0.2128</w:t>
        <w:br/>
        <w:t>vn -0.6336 -0.7689 -0.0858</w:t>
        <w:br/>
        <w:t>vn -0.2430 -0.9700 0.0001</w:t>
        <w:br/>
        <w:t>vn -0.9548 -0.2353 -0.1818</w:t>
        <w:br/>
        <w:t>vn -0.8213 0.5573 -0.1220</w:t>
        <w:br/>
        <w:t>vn -0.9239 0.1102 -0.3663</w:t>
        <w:br/>
        <w:t>vn -0.9806 0.0670 -0.1844</w:t>
        <w:br/>
        <w:t>vn -0.2580 0.9056 0.3367</w:t>
        <w:br/>
        <w:t>vn 0.2616 0.7658 0.5874</w:t>
        <w:br/>
        <w:t>vn 0.8636 0.5035 0.0255</w:t>
        <w:br/>
        <w:t>vn 0.8291 0.2624 0.4937</w:t>
        <w:br/>
        <w:t>vn 0.9114 -0.2754 0.3058</w:t>
        <w:br/>
        <w:t>vn -0.6336 -0.7689 -0.0857</w:t>
        <w:br/>
        <w:t>vn -0.5669 -0.8199 -0.0803</w:t>
        <w:br/>
        <w:t>vn -0.1377 -0.9751 0.1737</w:t>
        <w:br/>
        <w:t>vn -0.9064 -0.2099 -0.3665</w:t>
        <w:br/>
        <w:t>vn -0.6121 0.6049 -0.5093</w:t>
        <w:br/>
        <w:t>vn -0.7371 0.1512 -0.6587</w:t>
        <w:br/>
        <w:t>vn -0.1534 0.9871 0.0450</w:t>
        <w:br/>
        <w:t>vn 0.2145 0.8148 0.5385</w:t>
        <w:br/>
        <w:t>vn 0.3171 0.6549 0.6859</w:t>
        <w:br/>
        <w:t>vn 0.6532 -0.4622 0.5998</w:t>
        <w:br/>
        <w:t>vn 0.8252 -0.3667 0.4296</w:t>
        <w:br/>
        <w:t>vn -0.0350 -0.9994 0.0082</w:t>
        <w:br/>
        <w:t>vn -0.7257 -0.2122 -0.6545</w:t>
        <w:br/>
        <w:t>vn -0.6526 -0.4794 -0.5867</w:t>
        <w:br/>
        <w:t>vn -0.5255 0.5167 -0.6759</w:t>
        <w:br/>
        <w:t>vn -0.6231 0.1678 -0.7639</w:t>
        <w:br/>
        <w:t>vn -0.1633 0.9767 -0.1394</w:t>
        <w:br/>
        <w:t>vn 0.2286 0.8792 0.4180</w:t>
        <w:br/>
        <w:t>vn 0.3332 0.7292 0.5977</w:t>
        <w:br/>
        <w:t>vn -0.4043 -0.8072 -0.4301</w:t>
        <w:br/>
        <w:t>vn -0.1346 -0.9881 -0.0748</w:t>
        <w:br/>
        <w:t>vn -0.6353 -0.1899 -0.7486</w:t>
        <w:br/>
        <w:t>vn -0.6807 0.4042 -0.6110</w:t>
        <w:br/>
        <w:t>vn -0.6740 0.1472 -0.7239</w:t>
        <w:br/>
        <w:t>vn -0.4895 0.8383 -0.2399</w:t>
        <w:br/>
        <w:t>vn -0.1274 0.9721 0.1967</w:t>
        <w:br/>
        <w:t>vn 0.1038 0.8649 0.4911</w:t>
        <w:br/>
        <w:t>vn 0.2064 0.7537 0.6240</w:t>
        <w:br/>
        <w:t>vn 0.3633 -0.5746 0.7334</w:t>
        <w:br/>
        <w:t>vn 0.2212 -0.5867 0.7790</w:t>
        <w:br/>
        <w:t>vn -0.4448 -0.8076 -0.3872</w:t>
        <w:br/>
        <w:t>vn -0.2085 -0.9779 0.0133</w:t>
        <w:br/>
        <w:t>vn -0.6707 -0.1648 -0.7232</w:t>
        <w:br/>
        <w:t>vn -0.5988 0.3770 -0.7066</w:t>
        <w:br/>
        <w:t>vn -0.5581 0.1187 -0.8212</w:t>
        <w:br/>
        <w:t>vn -0.4535 0.8497 -0.2691</w:t>
        <w:br/>
        <w:t>vn -0.0050 0.9775 0.2110</w:t>
        <w:br/>
        <w:t>vn 0.0405 0.8073 0.5887</w:t>
        <w:br/>
        <w:t>vn 0.0602 0.7245 0.6866</w:t>
        <w:br/>
        <w:t>vn -0.3873 -0.5256 0.7575</w:t>
        <w:br/>
        <w:t>vn 0.0506 -0.5976 0.8002</w:t>
        <w:br/>
        <w:t>vn 0.0015 -0.9928 0.1194</w:t>
        <w:br/>
        <w:t>vn -0.5514 -0.1557 -0.8196</w:t>
        <w:br/>
        <w:t>vn -0.0283 -0.0824 0.9962</w:t>
        <w:br/>
        <w:t>vn -0.0087 0.3077 0.9515</w:t>
        <w:br/>
        <w:t>vn 0.5366 0.7324 0.4191</w:t>
        <w:br/>
        <w:t>vn 0.5642 0.8199 -0.0970</w:t>
        <w:br/>
        <w:t>vn 0.4240 0.8305 -0.3612</w:t>
        <w:br/>
        <w:t>vn -0.0763 -0.6916 0.7183</w:t>
        <w:br/>
        <w:t>vn -0.0855 -0.8339 0.5453</w:t>
        <w:br/>
        <w:t>vn -0.0531 -0.3659 0.9291</w:t>
        <w:br/>
        <w:t>vn -0.0659 -0.0909 0.9937</w:t>
        <w:br/>
        <w:t>vn 0.5032 -0.0809 0.8604</w:t>
        <w:br/>
        <w:t>vn 0.4853 0.3812 0.7869</w:t>
        <w:br/>
        <w:t>vn -0.1052 0.3275 0.9390</w:t>
        <w:br/>
        <w:t>vn 0.1941 0.8950 0.4017</w:t>
        <w:br/>
        <w:t>vn -0.2962 0.8418 0.4512</w:t>
        <w:br/>
        <w:t>vn -0.2495 0.9652 -0.0784</w:t>
        <w:br/>
        <w:t>vn -0.4597 0.8785 -0.1304</w:t>
        <w:br/>
        <w:t>vn -0.4973 0.7764 -0.3871</w:t>
        <w:br/>
        <w:t>vn -0.5376 0.7538 -0.3779</w:t>
        <w:br/>
        <w:t>vn -0.4215 0.7695 -0.4797</w:t>
        <w:br/>
        <w:t>vn 0.0317 -0.9927 0.1163</w:t>
        <w:br/>
        <w:t>vn 0.1844 -0.8940 0.4083</w:t>
        <w:br/>
        <w:t>vn -0.1306 -0.7506 0.6477</w:t>
        <w:br/>
        <w:t>vn -0.1436 -0.8909 0.4309</w:t>
        <w:br/>
        <w:t>vn 0.4062 -0.4811 0.7769</w:t>
        <w:br/>
        <w:t>vn -0.0903 -0.3995 0.9123</w:t>
        <w:br/>
        <w:t>vn 0.7900 -0.0222 0.6127</w:t>
        <w:br/>
        <w:t>vn 0.7060 0.3668 0.6058</w:t>
        <w:br/>
        <w:t>vn 0.3436 0.8003 0.4914</w:t>
        <w:br/>
        <w:t>vn -0.2236 0.9571 0.1845</w:t>
        <w:br/>
        <w:t>vn -0.6244 0.7378 -0.2567</w:t>
        <w:br/>
        <w:t>vn 0.1690 -0.9830 -0.0722</w:t>
        <w:br/>
        <w:t>vn 0.4335 -0.8818 0.1856</w:t>
        <w:br/>
        <w:t>vn 0.7327 -0.4323 0.5256</w:t>
        <w:br/>
        <w:t>vn 0.8275 -0.0142 0.5613</w:t>
        <w:br/>
        <w:t>vn 0.6874 0.3514 0.6356</w:t>
        <w:br/>
        <w:t>vn 0.2869 0.7428 0.6049</w:t>
        <w:br/>
        <w:t>vn -0.2918 0.9031 0.3149</w:t>
        <w:br/>
        <w:t>vn -0.7629 0.6358 -0.1172</w:t>
        <w:br/>
        <w:t>vn -0.8427 0.4003 -0.3599</w:t>
        <w:br/>
        <w:t>vn 0.1287 -0.9906 0.0456</w:t>
        <w:br/>
        <w:t>vn 0.4299 -0.8738 0.2273</w:t>
        <w:br/>
        <w:t>vn 0.7834 -0.4181 0.4599</w:t>
        <w:br/>
        <w:t>vn 0.9447 0.0039 0.3280</w:t>
        <w:br/>
        <w:t>vn 0.8150 0.4288 0.3897</w:t>
        <w:br/>
        <w:t>vn 0.3587 0.8791 0.3140</w:t>
        <w:br/>
        <w:t>vn -0.2997 0.9521 0.0604</w:t>
        <w:br/>
        <w:t>vn -0.8018 0.5752 -0.1618</w:t>
        <w:br/>
        <w:t>vn 0.0794 -0.9968 -0.0056</w:t>
        <w:br/>
        <w:t>vn 0.4198 -0.9034 0.0875</w:t>
        <w:br/>
        <w:t>vn 0.8661 -0.4393 0.2384</w:t>
        <w:br/>
        <w:t>vn 0.9953 0.0719 -0.0643</w:t>
        <w:br/>
        <w:t>vn 0.8671 0.4939 -0.0645</w:t>
        <w:br/>
        <w:t>vn 0.3543 0.9295 -0.1020</w:t>
        <w:br/>
        <w:t>vn -0.3517 0.9235 -0.1532</w:t>
        <w:br/>
        <w:t>vn -0.8582 0.5123 0.0334</w:t>
        <w:br/>
        <w:t>vn 0.1008 -0.9611 -0.2573</w:t>
        <w:br/>
        <w:t>vn 0.4704 -0.8528 -0.2269</w:t>
        <w:br/>
        <w:t>vn 0.9236 -0.3651 -0.1168</w:t>
        <w:br/>
        <w:t>vn 0.9796 0.1285 -0.1546</w:t>
        <w:br/>
        <w:t>vn 0.8548 0.5152 -0.0618</w:t>
        <w:br/>
        <w:t>vn 0.3403 0.9357 0.0933</w:t>
        <w:br/>
        <w:t>vn -0.3781 0.9067 0.1868</w:t>
        <w:br/>
        <w:t>vn -0.9975 -0.0431 0.0561</w:t>
        <w:br/>
        <w:t>vn 0.0738 -0.9877 -0.1377</w:t>
        <w:br/>
        <w:t>vn 0.4714 -0.8667 -0.1633</w:t>
        <w:br/>
        <w:t>vn 0.9327 -0.3177 -0.1709</w:t>
        <w:br/>
        <w:t>vn 0.9669 0.1517 -0.2051</w:t>
        <w:br/>
        <w:t>vn 0.8325 0.5538 0.0149</w:t>
        <w:br/>
        <w:t>vn 0.3109 0.8832 0.3513</w:t>
        <w:br/>
        <w:t>vn -0.2424 0.7894 0.5639</w:t>
        <w:br/>
        <w:t>vn -0.4516 0.6501 0.6111</w:t>
        <w:br/>
        <w:t>vn -0.0018 -0.9809 0.1946</w:t>
        <w:br/>
        <w:t>vn 0.3705 -0.9276 0.0489</w:t>
        <w:br/>
        <w:t>vn 0.9049 -0.3758 -0.1999</w:t>
        <w:br/>
        <w:t>vn 0.7889 0.1695 -0.5907</w:t>
        <w:br/>
        <w:t>vn 0.6720 0.6378 -0.3764</w:t>
        <w:br/>
        <w:t>vn 0.1696 0.9755 0.1404</w:t>
        <w:br/>
        <w:t>vn -0.2528 0.8122 0.5258</w:t>
        <w:br/>
        <w:t>vn -0.3863 0.6743 0.6294</w:t>
        <w:br/>
        <w:t>vn -0.8267 -0.3458 0.4439</w:t>
        <w:br/>
        <w:t>vn -0.9684 -0.1715 0.1811</w:t>
        <w:br/>
        <w:t>vn -0.8903 -0.2977 0.3446</w:t>
        <w:br/>
        <w:t>vn -0.0572 -0.9725 0.2257</w:t>
        <w:br/>
        <w:t>vn 0.2510 -0.9677 -0.0211</w:t>
        <w:br/>
        <w:t>vn 0.6702 -0.4807 -0.5655</w:t>
        <w:br/>
        <w:t>vn 0.5420 0.1677 -0.8235</w:t>
        <w:br/>
        <w:t>vn 0.4563 0.5581 -0.6931</w:t>
        <w:br/>
        <w:t>vn 0.0441 0.9964 -0.0723</w:t>
        <w:br/>
        <w:t>vn -0.3184 0.8395 0.4403</w:t>
        <w:br/>
        <w:t>vn -0.4166 0.7172 0.5587</w:t>
        <w:br/>
        <w:t>vn 0.0421 -0.9863 0.1593</w:t>
        <w:br/>
        <w:t>vn 0.3207 -0.8927 -0.3166</w:t>
        <w:br/>
        <w:t>vn 0.5395 -0.2646 -0.7993</w:t>
        <w:br/>
        <w:t>vn 0.5751 0.1648 -0.8013</w:t>
        <w:br/>
        <w:t>vn 0.5647 0.4551 -0.6884</w:t>
        <w:br/>
        <w:t>vn 0.3565 0.8993 -0.2534</w:t>
        <w:br/>
        <w:t>vn 0.0387 0.9680 0.2479</w:t>
        <w:br/>
        <w:t>vn -0.1151 0.8363 0.5360</w:t>
        <w:br/>
        <w:t>vn -0.1766 0.7459 0.6422</w:t>
        <w:br/>
        <w:t>vn -0.7353 -0.4068 0.5421</w:t>
        <w:br/>
        <w:t>vn 0.1777 -0.9659 0.1884</w:t>
        <w:br/>
        <w:t>vn 0.3796 -0.8656 -0.3267</w:t>
        <w:br/>
        <w:t>vn 0.5985 -0.2070 -0.7739</w:t>
        <w:br/>
        <w:t>vn 0.4826 0.1450 -0.8638</w:t>
        <w:br/>
        <w:t>vn 0.5248 0.4129 -0.7444</w:t>
        <w:br/>
        <w:t>vn 0.3909 0.8785 -0.2746</w:t>
        <w:br/>
        <w:t>vn 0.4783 -0.1679 -0.8620</w:t>
        <w:br/>
        <w:t>vn -0.5376 0.7309 0.4205</w:t>
        <w:br/>
        <w:t>vn -0.5655 0.8169 -0.1134</w:t>
        <w:br/>
        <w:t>vn -0.5645 0.7417 -0.3623</w:t>
        <w:br/>
        <w:t>vn -0.0439 0.1264 -0.9910</w:t>
        <w:br/>
        <w:t>vn -0.0374 0.4275 -0.9032</w:t>
        <w:br/>
        <w:t>vn -0.0266 0.9305 -0.3654</w:t>
        <w:br/>
        <w:t>vn -0.0481 -0.4799 -0.8760</w:t>
        <w:br/>
        <w:t>vn -0.0537 -0.1720 -0.9836</w:t>
        <w:br/>
        <w:t>vn -0.0224 -0.9930 0.1159</w:t>
        <w:br/>
        <w:t>vn -0.4215 0.7696 -0.4797</w:t>
        <w:br/>
        <w:t>vn -0.0437 0.4794 -0.8765</w:t>
        <w:br/>
        <w:t>vn -0.3187 0.3828 -0.8671</w:t>
        <w:br/>
        <w:t>vn 0.2466 -0.1668 -0.9547</w:t>
        <w:br/>
        <w:t>vn 0.0044 -0.2639 -0.9645</w:t>
        <w:br/>
        <w:t>vn -0.4260 0.3184 -0.8468</w:t>
        <w:br/>
        <w:t>vn 0.3912 0.1457 -0.9087</w:t>
        <w:br/>
        <w:t>vn 0.4126 0.1840 -0.8922</w:t>
        <w:br/>
        <w:t>vn -0.4357 0.1900 -0.8798</w:t>
        <w:br/>
        <w:t>vn 0.4063 0.2647 -0.8746</w:t>
        <w:br/>
        <w:t>vn 0.4089 0.1740 -0.8958</w:t>
        <w:br/>
        <w:t>vn -0.4252 0.2148 -0.8792</w:t>
        <w:br/>
        <w:t>vn -0.4238 0.2123 -0.8805</w:t>
        <w:br/>
        <w:t>vn -0.2410 -0.1918 -0.9514</w:t>
        <w:br/>
        <w:t>vn 0.2613 0.4191 -0.8695</w:t>
        <w:br/>
        <w:t>vn -0.4187 0.3665 -0.8309</w:t>
        <w:br/>
        <w:t>vn 0.3773 0.1398 -0.9155</w:t>
        <w:br/>
        <w:t>vn -0.4234 0.2262 -0.8772</w:t>
        <w:br/>
        <w:t>vn 0.4026 0.2900 -0.8682</w:t>
        <w:br/>
        <w:t>vn 0.3725 0.0141 -0.9279</w:t>
        <w:br/>
        <w:t>vn -0.4091 0.2718 -0.8710</w:t>
        <w:br/>
        <w:t>vn 0.3912 0.2791 -0.8770</w:t>
        <w:br/>
        <w:t>vn -0.3853 -0.0020 -0.9228</w:t>
        <w:br/>
        <w:t>vn -0.0343 0.2658 0.9634</w:t>
        <w:br/>
        <w:t>vn 0.0157 -0.5084 0.8610</w:t>
        <w:br/>
        <w:t>vn 0.2710 -0.4288 0.8618</w:t>
        <w:br/>
        <w:t>vn -0.3318 0.1401 0.9329</w:t>
        <w:br/>
        <w:t>vn 0.4659 -0.2098 0.8596</w:t>
        <w:br/>
        <w:t>vn 0.4517 -0.3306 0.8286</w:t>
        <w:br/>
        <w:t>vn -0.4179 -0.1441 0.8970</w:t>
        <w:br/>
        <w:t>vn -0.4340 -0.1988 0.8787</w:t>
        <w:br/>
        <w:t>vn 0.4499 -0.2085 0.8684</w:t>
        <w:br/>
        <w:t>vn -0.4338 -0.2662 0.8608</w:t>
        <w:br/>
        <w:t>vn -0.4406 -0.1890 0.8776</w:t>
        <w:br/>
        <w:t>vn 0.4450 -0.2256 0.8667</w:t>
        <w:br/>
        <w:t>vn 0.2977 0.1778 0.9380</w:t>
        <w:br/>
        <w:t>vn -0.2383 -0.4573 0.8568</w:t>
        <w:br/>
        <w:t>vn -0.4033 -0.1329 0.9054</w:t>
        <w:br/>
        <w:t>vn 0.4441 -0.3777 0.8125</w:t>
        <w:br/>
        <w:t>vn 0.4496 -0.2186 0.8661</w:t>
        <w:br/>
        <w:t>vn -0.4304 -0.2869 0.8559</w:t>
        <w:br/>
        <w:t>vn 0.4023 -0.3070 0.8625</w:t>
        <w:br/>
        <w:t>vn -0.4266 -0.0462 0.9033</w:t>
        <w:br/>
        <w:t>vn 0.4402 -0.0320 0.8973</w:t>
        <w:br/>
        <w:t>vn -0.3831 -0.3212 0.8661</w:t>
        <w:br/>
        <w:t>vn 0.4681 -0.4531 -0.7587</w:t>
        <w:br/>
        <w:t>vn 0.0148 -0.6277 -0.7783</w:t>
        <w:br/>
        <w:t>vn -0.0744 0.7840 -0.6162</w:t>
        <w:br/>
        <w:t>vn -0.5779 0.5636 -0.5902</w:t>
        <w:br/>
        <w:t>vn -0.7572 0.3187 -0.5702</w:t>
        <w:br/>
        <w:t>vn -0.7747 0.1263 -0.6195</w:t>
        <w:br/>
        <w:t>vn 0.7649 0.1139 -0.6340</w:t>
        <w:br/>
        <w:t>vn 0.7280 0.0057 -0.6855</w:t>
        <w:br/>
        <w:t>vn -0.7655 0.1663 -0.6216</w:t>
        <w:br/>
        <w:t>vn -0.7589 0.1226 -0.6395</w:t>
        <w:br/>
        <w:t>vn 0.7510 0.2165 -0.6239</w:t>
        <w:br/>
        <w:t>vn 0.7519 0.0922 -0.6528</w:t>
        <w:br/>
        <w:t>vn -0.4382 -0.4983 -0.7481</w:t>
        <w:br/>
        <w:t>vn 0.4932 0.6341 -0.5956</w:t>
        <w:br/>
        <w:t>vn 0.7039 -0.0241 -0.7099</w:t>
        <w:br/>
        <w:t>vn -0.7435 0.3855 -0.5464</w:t>
        <w:br/>
        <w:t>vn -0.7559 0.1300 -0.6417</w:t>
        <w:br/>
        <w:t>vn 0.7478 0.2438 -0.6175</w:t>
        <w:br/>
        <w:t>vn -0.7377 0.3163 -0.5965</w:t>
        <w:br/>
        <w:t>vn 0.6908 -0.1541 -0.7065</w:t>
        <w:br/>
        <w:t>vn -0.6956 -0.1815 -0.6951</w:t>
        <w:br/>
        <w:t>vn 0.7266 0.3320 -0.6015</w:t>
        <w:br/>
        <w:t>vn 0.4952 -0.6486 0.5780</w:t>
        <w:br/>
        <w:t>vn 0.0238 -0.8189 0.5734</w:t>
        <w:br/>
        <w:t>vn -0.0712 0.6452 0.7607</w:t>
        <w:br/>
        <w:t>vn -0.0343 0.2657 0.9634</w:t>
        <w:br/>
        <w:t>vn -0.6099 0.3987 0.6849</w:t>
        <w:br/>
        <w:t>vn -0.7664 0.0014 0.6423</w:t>
        <w:br/>
        <w:t>vn -0.7944 -0.1395 0.5911</w:t>
        <w:br/>
        <w:t>vn 0.4518 -0.3306 0.8286</w:t>
        <w:br/>
        <w:t>vn 0.4660 -0.2098 0.8596</w:t>
        <w:br/>
        <w:t>vn 0.8161 -0.1589 0.5557</w:t>
        <w:br/>
        <w:t>vn 0.7911 -0.3317 0.5140</w:t>
        <w:br/>
        <w:t>vn -0.7974 -0.1173 0.5919</w:t>
        <w:br/>
        <w:t>vn -0.7895 -0.2142 0.5752</w:t>
        <w:br/>
        <w:t>vn 0.7952 -0.1125 0.5958</w:t>
        <w:br/>
        <w:t>vn 0.7919 -0.1852 0.5819</w:t>
        <w:br/>
        <w:t>vn -0.4467 -0.6965 0.5615</w:t>
        <w:br/>
        <w:t>vn 0.5379 0.4721 0.6984</w:t>
        <w:br/>
        <w:t>vn 0.4441 -0.3776 0.8125</w:t>
        <w:br/>
        <w:t>vn 0.7771 -0.3945 0.4904</w:t>
        <w:br/>
        <w:t>vn -0.7416 0.0403 0.6696</w:t>
        <w:br/>
        <w:t>vn -0.4304 -0.2869 0.8558</w:t>
        <w:br/>
        <w:t>vn -0.7868 -0.2315 0.5721</w:t>
        <w:br/>
        <w:t>vn 0.7924 -0.1116 0.5997</w:t>
        <w:br/>
        <w:t>vn -0.7728 0.0943 0.6276</w:t>
        <w:br/>
        <w:t>vn 0.7243 -0.3811 0.5746</w:t>
        <w:br/>
        <w:t>vn -0.7111 -0.4085 0.5722</w:t>
        <w:br/>
        <w:t>vn 0.7786 0.1174 0.6165</w:t>
        <w:br/>
        <w:t>vn 0.2273 0.8724 0.4327</w:t>
        <w:br/>
        <w:t>vn 0.5781 0.7610 0.2944</w:t>
        <w:br/>
        <w:t>vn 0.5316 0.8466 0.0265</w:t>
        <w:br/>
        <w:t>vn 0.2186 0.9398 0.2627</w:t>
        <w:br/>
        <w:t>vn 0.8521 0.2881 -0.4370</w:t>
        <w:br/>
        <w:t>vn 0.9759 0.1571 -0.1514</w:t>
        <w:br/>
        <w:t>vn 0.9013 -0.2293 -0.3674</w:t>
        <w:br/>
        <w:t>vn 0.8049 -0.0875 -0.5869</w:t>
        <w:br/>
        <w:t>vn 0.3421 0.5198 0.7828</w:t>
        <w:br/>
        <w:t>vn 0.0667 0.7153 0.6956</w:t>
        <w:br/>
        <w:t>vn -0.1696 0.7821 0.5997</w:t>
        <w:br/>
        <w:t>vn 0.0964 0.5936 0.7990</w:t>
        <w:br/>
        <w:t>vn 0.7723 -0.1136 0.6251</w:t>
        <w:br/>
        <w:t>vn 0.5592 -0.0193 0.8288</w:t>
        <w:br/>
        <w:t>vn 0.8132 -0.4657 0.3491</w:t>
        <w:br/>
        <w:t>vn 0.6806 -0.3582 0.6392</w:t>
        <w:br/>
        <w:t>vn -0.5110 0.8147 0.2741</w:t>
        <w:br/>
        <w:t>vn -0.3497 0.6835 0.6407</w:t>
        <w:br/>
        <w:t>vn 0.1001 0.1282 0.9867</w:t>
        <w:br/>
        <w:t>vn 0.3072 -0.1869 0.9331</w:t>
        <w:br/>
        <w:t>vn -0.7003 0.6383 0.3197</w:t>
        <w:br/>
        <w:t>vn -0.6598 0.7448 -0.0994</w:t>
        <w:br/>
        <w:t>vn -0.4885 0.2187 0.8447</w:t>
        <w:br/>
        <w:t>vn -0.3708 -0.0745 0.9257</w:t>
        <w:br/>
        <w:t>vn 0.5130 0.5676 0.6439</w:t>
        <w:br/>
        <w:t>vn 0.1898 0.7421 0.6428</w:t>
        <w:br/>
        <w:t>vn 0.9413 -0.0623 0.3319</w:t>
        <w:br/>
        <w:t>vn 0.9052 -0.4236 0.0348</w:t>
        <w:br/>
        <w:t>vn -0.3419 0.8706 0.3539</w:t>
        <w:br/>
        <w:t>vn -0.3311 0.9291 0.1646</w:t>
        <w:br/>
        <w:t>vn -0.6392 0.7601 -0.1167</w:t>
        <w:br/>
        <w:t>vn -0.7013 0.6945 0.1605</w:t>
        <w:br/>
        <w:t>vn -0.8356 0.1238 -0.5353</w:t>
        <w:br/>
        <w:t>vn -0.9622 0.0272 -0.2710</w:t>
        <w:br/>
        <w:t>vn -0.8516 -0.3093 -0.4232</w:t>
        <w:br/>
        <w:t>vn -0.7494 -0.2051 -0.6296</w:t>
        <w:br/>
        <w:t>vn 0.1286 0.6524 0.7469</w:t>
        <w:br/>
        <w:t>vn -0.0999 0.6514 0.7522</w:t>
        <w:br/>
        <w:t>vn -0.3743 0.4432 0.8145</w:t>
        <w:br/>
        <w:t>vn -0.1062 0.4454 0.8890</w:t>
        <w:br/>
        <w:t>vn -0.7646 -0.1591 0.6246</w:t>
        <w:br/>
        <w:t>vn -0.5239 -0.1314 0.8416</w:t>
        <w:br/>
        <w:t>vn -0.8005 -0.4698 0.3721</w:t>
        <w:br/>
        <w:t>vn -0.6427 -0.4294 0.6344</w:t>
        <w:br/>
        <w:t>vn 0.4643 0.7182 0.5183</w:t>
        <w:br/>
        <w:t>vn 0.2699 0.5416 0.7961</w:t>
        <w:br/>
        <w:t>vn -0.2067 -0.0262 0.9780</w:t>
        <w:br/>
        <w:t>vn -0.4163 -0.3330 0.8460</w:t>
        <w:br/>
        <w:t>vn 0.6596 0.5158 0.5467</w:t>
        <w:br/>
        <w:t>vn 0.7178 0.6651 0.2059</w:t>
        <w:br/>
        <w:t>vn 0.2873 -0.0012 0.9578</w:t>
        <w:br/>
        <w:t>vn 0.0262 -0.2916 0.9562</w:t>
        <w:br/>
        <w:t>vn -0.2704 0.7373 0.6190</w:t>
        <w:br/>
        <w:t>vn -0.6127 0.5325 0.5840</w:t>
        <w:br/>
        <w:t>vn -0.9624 -0.1122 0.2473</w:t>
        <w:br/>
        <w:t>vn -0.8988 -0.4383 0.0021</w:t>
        <w:br/>
        <w:t>vn -0.4155 0.8445 -0.3380</w:t>
        <w:br/>
        <w:t>vn -0.4239 0.7049 -0.5687</w:t>
        <w:br/>
        <w:t>vn -0.6373 0.4720 -0.6091</w:t>
        <w:br/>
        <w:t>vn -0.6852 0.6647 -0.2976</w:t>
        <w:br/>
        <w:t>vn -0.8535 -0.1599 -0.4959</w:t>
        <w:br/>
        <w:t>vn -0.9941 0.0066 -0.1080</w:t>
        <w:br/>
        <w:t>vn -0.9263 -0.3764 0.0198</w:t>
        <w:br/>
        <w:t>vn -0.8046 -0.4892 -0.3365</w:t>
        <w:br/>
        <w:t>vn -0.4797 0.8568 0.1892</w:t>
        <w:br/>
        <w:t>vn -0.2314 0.9275 0.2937</w:t>
        <w:br/>
        <w:t>vn -0.0676 0.9944 0.0816</w:t>
        <w:br/>
        <w:t>vn -0.2545 0.9669 0.0199</w:t>
        <w:br/>
        <w:t>vn -0.8000 0.3453 0.4906</w:t>
        <w:br/>
        <w:t>vn -0.5086 0.5523 0.6605</w:t>
        <w:br/>
        <w:t>vn -0.8227 -0.0228 0.5680</w:t>
        <w:br/>
        <w:t>vn -0.5866 0.2549 0.7688</w:t>
        <w:br/>
        <w:t>vn 0.6190 0.4848 -0.6179</w:t>
        <w:br/>
        <w:t>vn 0.3841 0.7319 -0.5629</w:t>
        <w:br/>
        <w:t>vn 0.4300 0.8264 -0.3635</w:t>
        <w:br/>
        <w:t>vn 0.6981 0.6422 -0.3165</w:t>
        <w:br/>
        <w:t>vn 0.8405 -0.1871 -0.5085</w:t>
        <w:br/>
        <w:t>vn 0.9944 -0.0389 -0.0981</w:t>
        <w:br/>
        <w:t>vn 0.8991 -0.4349 0.0495</w:t>
        <w:br/>
        <w:t>vn 0.7775 -0.5269 -0.3434</w:t>
        <w:br/>
        <w:t>vn 0.5731 0.7992 0.1814</w:t>
        <w:br/>
        <w:t>vn 0.3592 0.9332 -0.0062</w:t>
        <w:br/>
        <w:t>vn 0.0560 0.9979 0.0326</w:t>
        <w:br/>
        <w:t>vn 0.2754 0.9138 0.2986</w:t>
        <w:br/>
        <w:t>vn 0.8257 0.2508 0.5053</w:t>
        <w:br/>
        <w:t>vn 0.5787 0.4619 0.6722</w:t>
        <w:br/>
        <w:t>vn 0.8019 -0.1152 0.5862</w:t>
        <w:br/>
        <w:t>vn 0.6406 0.1571 0.7517</w:t>
        <w:br/>
        <w:t>vn -0.3700 0.9163 -0.1535</w:t>
        <w:br/>
        <w:t>vn -0.1683 0.9535 0.2502</w:t>
        <w:br/>
        <w:t>vn 0.2220 0.5924 0.7745</w:t>
        <w:br/>
        <w:t>vn 0.3527 0.3393 0.8720</w:t>
        <w:br/>
        <w:t>vn -0.6492 0.6901 -0.3198</w:t>
        <w:br/>
        <w:t>vn -0.5881 0.7969 0.1385</w:t>
        <w:br/>
        <w:t>vn -0.2257 0.5954 0.7711</w:t>
        <w:br/>
        <w:t>vn -0.0413 0.4189 0.9071</w:t>
        <w:br/>
        <w:t>vn -0.4508 0.6089 -0.6526</w:t>
        <w:br/>
        <w:t>vn -0.4463 0.3498 -0.8237</w:t>
        <w:br/>
        <w:t>vn -0.6607 0.2793 -0.6967</w:t>
        <w:br/>
        <w:t>vn -0.6631 0.5585 -0.4984</w:t>
        <w:br/>
        <w:t>vn -0.9665 0.0095 -0.2565</w:t>
        <w:br/>
        <w:t>vn -0.9583 0.2838 -0.0327</w:t>
        <w:br/>
        <w:t>vn -0.8849 -0.3913 0.2526</w:t>
        <w:br/>
        <w:t>vn -0.8864 -0.1730 0.4294</w:t>
        <w:br/>
        <w:t>vn -0.6949 -0.5704 0.4379</w:t>
        <w:br/>
        <w:t>vn -0.7203 -0.3923 0.5721</w:t>
        <w:br/>
        <w:t>vn 0.7057 -0.6140 0.3535</w:t>
        <w:br/>
        <w:t>vn 0.4188 -0.7986 0.4323</w:t>
        <w:br/>
        <w:t>vn 0.4212 -0.7157 0.5571</w:t>
        <w:br/>
        <w:t>vn 0.7194 -0.4156 0.5565</w:t>
        <w:br/>
        <w:t>vn 0.9893 -0.0950 0.1109</w:t>
        <w:br/>
        <w:t>vn 0.8966 0.2580 0.3600</w:t>
        <w:br/>
        <w:t>vn 0.9250 0.3231 -0.1997</w:t>
        <w:br/>
        <w:t>vn 0.7773 0.6285 0.0273</w:t>
        <w:br/>
        <w:t>vn 0.7773 0.6285 0.0272</w:t>
        <w:br/>
        <w:t>vn 0.6991 0.6934 -0.1748</w:t>
        <w:br/>
        <w:t>vn 0.8139 0.4543 -0.3621</w:t>
        <w:br/>
        <w:t>vn 0.0910 0.9125 -0.3988</w:t>
        <w:br/>
        <w:t>vn -0.0729 0.9393 -0.3353</w:t>
        <w:br/>
        <w:t>vn -0.2791 0.9596 -0.0369</w:t>
        <w:br/>
        <w:t>vn -0.1501 0.9881 -0.0348</w:t>
        <w:br/>
        <w:t>vn -0.5202 0.7210 0.4578</w:t>
        <w:br/>
        <w:t>vn -0.4225 0.7517 0.5065</w:t>
        <w:br/>
        <w:t>vn -0.5664 0.3506 0.7458</w:t>
        <w:br/>
        <w:t>vn -0.4719 0.4460 0.7605</w:t>
        <w:br/>
        <w:t>vn -0.5416 0.1387 0.8291</w:t>
        <w:br/>
        <w:t>vn -0.4639 0.2777 0.8412</w:t>
        <w:br/>
        <w:t>vn 0.3205 -0.9465 -0.0374</w:t>
        <w:br/>
        <w:t>vn 0.1800 -0.9265 0.3304</w:t>
        <w:br/>
        <w:t>vn 0.2301 -0.9447 0.2337</w:t>
        <w:br/>
        <w:t>vn 0.3768 -0.9243 -0.0604</w:t>
        <w:br/>
        <w:t>vn 0.4306 -0.7459 -0.5081</w:t>
        <w:br/>
        <w:t>vn 0.5228 -0.7160 -0.4627</w:t>
        <w:br/>
        <w:t>vn 0.4689 -0.5194 -0.7144</w:t>
        <w:br/>
        <w:t>vn 0.5751 -0.4396 -0.6899</w:t>
        <w:br/>
        <w:t>vn 0.4806 -0.3631 -0.7982</w:t>
        <w:br/>
        <w:t>vn 0.5729 -0.2478 -0.7813</w:t>
        <w:br/>
        <w:t>vn -0.3262 0.8809 -0.3430</w:t>
        <w:br/>
        <w:t>vn -0.4983 0.8553 -0.1423</w:t>
        <w:br/>
        <w:t>vn -0.7328 0.6096 0.3024</w:t>
        <w:br/>
        <w:t>vn -0.7430 0.1539 0.6513</w:t>
        <w:br/>
        <w:t>vn -0.6626 -0.1000 0.7423</w:t>
        <w:br/>
        <w:t>vn 0.5414 -0.8404 0.0252</w:t>
        <w:br/>
        <w:t>vn 0.3445 -0.9133 0.2174</w:t>
        <w:br/>
        <w:t>vn 0.7725 -0.5648 -0.2902</w:t>
        <w:br/>
        <w:t>vn 0.8184 -0.2002 -0.5387</w:t>
        <w:br/>
        <w:t>vn 0.7650 0.0206 -0.6436</w:t>
        <w:br/>
        <w:t>vn 0.3789 0.6137 -0.6926</w:t>
        <w:br/>
        <w:t>vn 0.6360 0.5502 -0.5412</w:t>
        <w:br/>
        <w:t>vn 0.6328 0.2628 -0.7284</w:t>
        <w:br/>
        <w:t>vn 0.3868 0.3644 -0.8471</w:t>
        <w:br/>
        <w:t>vn 0.9736 0.2237 -0.0455</w:t>
        <w:br/>
        <w:t>vn 0.9601 -0.0611 -0.2729</w:t>
        <w:br/>
        <w:t>vn 0.8856 -0.2209 0.4085</w:t>
        <w:br/>
        <w:t>vn 0.8735 -0.4325 0.2233</w:t>
        <w:br/>
        <w:t>vn 0.7148 -0.5797 0.3912</w:t>
        <w:br/>
        <w:t>vn 0.7376 -0.4076 0.5383</w:t>
        <w:br/>
        <w:t>vn -0.7316 -0.5765 0.3639</w:t>
        <w:br/>
        <w:t>vn -0.7348 -0.3657 0.5712</w:t>
        <w:br/>
        <w:t>vn -0.4332 -0.6966 0.5720</w:t>
        <w:br/>
        <w:t>vn -0.4322 -0.7846 0.4446</w:t>
        <w:br/>
        <w:t>vn -0.9942 -0.0200 0.1061</w:t>
        <w:br/>
        <w:t>vn -0.8772 0.3247 0.3536</w:t>
        <w:br/>
        <w:t>vn -0.9012 0.3855 -0.1980</w:t>
        <w:br/>
        <w:t>vn -0.7438 0.6679 0.0260</w:t>
        <w:br/>
        <w:t>vn -0.7872 0.5059 -0.3528</w:t>
        <w:br/>
        <w:t>vn -0.6692 0.7239 -0.1678</w:t>
        <w:br/>
        <w:t>vn 0.2625 0.9627 -0.0660</w:t>
        <w:br/>
        <w:t>vn 0.0406 0.9258 -0.3758</w:t>
        <w:br/>
        <w:t>vn -0.1030 0.9028 -0.4176</w:t>
        <w:br/>
        <w:t>vn 0.1372 0.9893 -0.0490</w:t>
        <w:br/>
        <w:t>vn 0.5285 0.7088 0.4672</w:t>
        <w:br/>
        <w:t>vn 0.4181 0.7462 0.5181</w:t>
        <w:br/>
        <w:t>vn 0.5704 0.3154 0.7584</w:t>
        <w:br/>
        <w:t>vn 0.4661 0.4172 0.7802</w:t>
        <w:br/>
        <w:t>vn 0.5417 0.1102 0.8333</w:t>
        <w:br/>
        <w:t>vn 0.4546 0.2468 0.8558</w:t>
        <w:br/>
        <w:t>vn -0.3166 -0.9475 -0.0456</w:t>
        <w:br/>
        <w:t>vn -0.3835 -0.9211 -0.0669</w:t>
        <w:br/>
        <w:t>vn -0.2339 -0.9438 0.2336</w:t>
        <w:br/>
        <w:t>vn -0.1808 -0.9275 0.3272</w:t>
        <w:br/>
        <w:t>vn -0.4225 -0.7389 -0.5249</w:t>
        <w:br/>
        <w:t>vn -0.5311 -0.6984 -0.4799</w:t>
        <w:br/>
        <w:t>vn -0.4590 -0.4981 -0.7357</w:t>
        <w:br/>
        <w:t>vn -0.5783 -0.4040 -0.7088</w:t>
        <w:br/>
        <w:t>vn -0.4681 -0.3339 -0.8182</w:t>
        <w:br/>
        <w:t>vn -0.5699 -0.2040 -0.7960</w:t>
        <w:br/>
        <w:t>vn -0.4590 -0.4980 -0.7357</w:t>
        <w:br/>
        <w:t>vn 0.2634 0.8755 -0.4051</w:t>
        <w:br/>
        <w:t>vn 0.4768 0.8587 -0.1881</w:t>
        <w:br/>
        <w:t>vn 0.7577 0.5783 0.3026</w:t>
        <w:br/>
        <w:t>vn 0.7542 0.1078 0.6478</w:t>
        <w:br/>
        <w:t>vn 0.6736 -0.1229 0.7288</w:t>
        <w:br/>
        <w:t>vn -0.3550 -0.9077 0.2236</w:t>
        <w:br/>
        <w:t>vn -0.5657 -0.8242 0.0248</w:t>
        <w:br/>
        <w:t>vn -0.8014 -0.5166 -0.3013</w:t>
        <w:br/>
        <w:t>vn -0.8277 -0.1329 -0.5452</w:t>
        <w:br/>
        <w:t>vn -0.7610 0.0873 -0.6428</w:t>
        <w:br/>
        <w:t>vn 0.0006 0.7080 -0.7062</w:t>
        <w:br/>
        <w:t>vn 0.0033 1.0000 -0.0036</w:t>
        <w:br/>
        <w:t>vn 0.4853 0.8744 0.0014</w:t>
        <w:br/>
        <w:t>vn 0.3962 0.6539 -0.6446</w:t>
        <w:br/>
        <w:t>vn 0.0035 0.7065 0.7077</w:t>
        <w:br/>
        <w:t>vn 0.4985 0.6099 0.6161</w:t>
        <w:br/>
        <w:t>vn 0.0007 -0.0057 1.0000</w:t>
        <w:br/>
        <w:t>vn 0.4723 -0.0064 0.8814</w:t>
        <w:br/>
        <w:t>vn 0.0001 -0.7080 0.7062</w:t>
        <w:br/>
        <w:t>vn 0.3785 -0.6520 0.6570</w:t>
        <w:br/>
        <w:t>vn 0.0016 -1.0000 0.0036</w:t>
        <w:br/>
        <w:t>vn 0.2979 -0.9546 0.0075</w:t>
        <w:br/>
        <w:t>vn 0.0015 -0.7066 -0.7076</w:t>
        <w:br/>
        <w:t>vn 0.2455 -0.6850 -0.6860</w:t>
        <w:br/>
        <w:t>vn 0.0002 0.0056 -1.0000</w:t>
        <w:br/>
        <w:t>vn 0.1307 -0.1189 -0.9843</w:t>
        <w:br/>
        <w:t>vn -0.3907 0.6557 -0.6461</w:t>
        <w:br/>
        <w:t>vn -0.3009 0.0048 -0.9536</w:t>
        <w:br/>
        <w:t>vn -0.4779 0.8784 0.0005</w:t>
        <w:br/>
        <w:t>vn -0.4906 0.6163 0.6160</w:t>
        <w:br/>
        <w:t>vn -0.4651 -0.0019 0.8853</w:t>
        <w:br/>
        <w:t>vn -0.3698 -0.6535 0.6605</w:t>
        <w:br/>
        <w:t>vn -0.2860 -0.9582 0.0084</w:t>
        <w:br/>
        <w:t>vn -0.2860 -0.9582 0.0083</w:t>
        <w:br/>
        <w:t>vn -0.2344 -0.6888 -0.6860</w:t>
        <w:br/>
        <w:t>vn -0.7619 -0.4621 0.4538</w:t>
        <w:br/>
        <w:t>vn -0.7848 -0.0189 0.6194</w:t>
        <w:br/>
        <w:t>vn -0.9999 -0.0099 0.0081</w:t>
        <w:br/>
        <w:t>vn -0.7839 -0.6207 0.0144</w:t>
        <w:br/>
        <w:t>vn -0.7915 -0.4330 -0.4313</w:t>
        <w:br/>
        <w:t>vn -0.8065 0.0135 -0.5911</w:t>
        <w:br/>
        <w:t>vn -0.7946 0.4289 -0.4297</w:t>
        <w:br/>
        <w:t>vn -0.8050 0.5931 -0.0138</w:t>
        <w:br/>
        <w:t>vn -0.7895 0.4338 0.4341</w:t>
        <w:br/>
        <w:t>vn 0.7798 -0.4487 0.4366</w:t>
        <w:br/>
        <w:t>vn 0.9998 -0.0153 0.0093</w:t>
        <w:br/>
        <w:t>vn 0.8031 -0.0236 0.5954</w:t>
        <w:br/>
        <w:t>vn 0.8003 -0.5995 0.0151</w:t>
        <w:br/>
        <w:t>vn 0.8087 -0.4200 -0.4118</w:t>
        <w:br/>
        <w:t>vn 0.8248 0.0076 -0.5653</w:t>
        <w:br/>
        <w:t>vn 0.8153 0.4069 -0.4120</w:t>
        <w:br/>
        <w:t>vn 0.8254 0.5644 -0.0121</w:t>
        <w:br/>
        <w:t>vn 0.8096 0.4116 0.4184</w:t>
        <w:br/>
        <w:t>vn -0.6874 0.0062 -0.7263</w:t>
        <w:br/>
        <w:t>vn -0.7145 0.5030 -0.4864</w:t>
        <w:br/>
        <w:t>vn -0.7352 0.6778 0.0049</w:t>
        <w:br/>
        <w:t>vn -0.7132 0.4942 0.4972</w:t>
        <w:br/>
        <w:t>vn -0.7075 -0.0014 0.7067</w:t>
        <w:br/>
        <w:t>vn -0.6720 -0.5167 0.5305</w:t>
        <w:br/>
        <w:t>vn -0.6591 -0.7519 0.0106</w:t>
        <w:br/>
        <w:t>vn -0.6387 -0.5447 -0.5434</w:t>
        <w:br/>
        <w:t>vn 0.7219 0.4964 -0.4821</w:t>
        <w:br/>
        <w:t>vn 0.6979 0.0039 -0.7162</w:t>
        <w:br/>
        <w:t>vn 0.6882 0.3248 -0.6487</w:t>
        <w:br/>
        <w:t>vn 0.7414 0.6710 0.0053</w:t>
        <w:br/>
        <w:t>vn 0.7206 0.4873 0.4931</w:t>
        <w:br/>
        <w:t>vn 0.7178 -0.0035 0.6963</w:t>
        <w:br/>
        <w:t>vn 0.6854 -0.5091 0.5206</w:t>
        <w:br/>
        <w:t>vn 0.6739 -0.7387 0.0106</w:t>
        <w:br/>
        <w:t>vn 0.6530 -0.5375 -0.5336</w:t>
        <w:br/>
        <w:t>vn 0.6979 0.0039 -0.7161</w:t>
        <w:br/>
        <w:t>vn 0.5174 0.2455 0.8198</w:t>
        <w:br/>
        <w:t>vn 0.7727 0.2865 0.5664</w:t>
        <w:br/>
        <w:t>vn 0.6603 0.5759 0.4820</w:t>
        <w:br/>
        <w:t>vn 0.5721 0.7075 0.4149</w:t>
        <w:br/>
        <w:t>vn 0.3473 -0.3660 0.8634</w:t>
        <w:br/>
        <w:t>vn 0.7648 -0.3250 0.5562</w:t>
        <w:br/>
        <w:t>vn 0.0478 -0.8233 0.5656</w:t>
        <w:br/>
        <w:t>vn 0.6584 -0.5863 0.4720</w:t>
        <w:br/>
        <w:t>vn -0.0271 0.5253 -0.8505</w:t>
        <w:br/>
        <w:t>vn 0.1752 0.7813 -0.5991</w:t>
        <w:br/>
        <w:t>vn -0.3373 0.8089 -0.4816</w:t>
        <w:br/>
        <w:t>vn -0.5518 0.5185 -0.6532</w:t>
        <w:br/>
        <w:t>vn -0.4411 0.3511 0.8259</w:t>
        <w:br/>
        <w:t>vn -0.3827 0.3598 0.8509</w:t>
        <w:br/>
        <w:t>vn -0.2252 0.5712 0.7893</w:t>
        <w:br/>
        <w:t>vn -0.3097 0.5508 0.7750</w:t>
        <w:br/>
        <w:t>vn -0.6187 -0.1172 0.7768</w:t>
        <w:br/>
        <w:t>vn -0.5997 -0.1176 0.7915</w:t>
        <w:br/>
        <w:t>vn -0.6486 -0.3565 0.6725</w:t>
        <w:br/>
        <w:t>vn -0.6461 -0.3494 0.6786</w:t>
        <w:br/>
        <w:t>vn 0.5807 0.2654 -0.7696</w:t>
        <w:br/>
        <w:t>vn 0.6003 0.2472 -0.7606</w:t>
        <w:br/>
        <w:t>vn 0.5909 0.6245 -0.5107</w:t>
        <w:br/>
        <w:t>vn 0.5900 0.6342 -0.4997</w:t>
        <w:br/>
        <w:t>vn 0.1406 0.2843 0.9484</w:t>
        <w:br/>
        <w:t>vn 0.4580 0.8032 0.3809</w:t>
        <w:br/>
        <w:t>vn 0.8606 0.3859 0.3323</w:t>
        <w:br/>
        <w:t>vn 0.6796 0.6271 0.3806</w:t>
        <w:br/>
        <w:t>vn -0.1283 -0.2750 0.9529</w:t>
        <w:br/>
        <w:t>vn 0.9752 -0.1631 0.1495</w:t>
        <w:br/>
        <w:t>vn -0.2412 -0.5062 0.8280</w:t>
        <w:br/>
        <w:t>vn 0.9065 -0.4209 0.0332</w:t>
        <w:br/>
        <w:t>vn 0.3405 0.4074 -0.8474</w:t>
        <w:br/>
        <w:t>vn 0.4813 0.6933 -0.5364</w:t>
        <w:br/>
        <w:t>vn -0.0066 0.5845 0.8114</w:t>
        <w:br/>
        <w:t>vn -0.1835 0.3480 0.9194</w:t>
        <w:br/>
        <w:t>vn -0.4566 -0.1636 0.8745</w:t>
        <w:br/>
        <w:t>vn -0.5365 -0.3907 0.7480</w:t>
        <w:br/>
        <w:t>vn 0.6646 0.6830 0.3030</w:t>
        <w:br/>
        <w:t>vn 0.8483 0.5187 0.1061</w:t>
        <w:br/>
        <w:t>vn 0.7135 0.6917 -0.1115</w:t>
        <w:br/>
        <w:t>vn 0.6033 0.7686 0.2126</w:t>
        <w:br/>
        <w:t>vn 0.9532 0.0711 -0.2939</w:t>
        <w:br/>
        <w:t>vn 0.6758 0.3255 -0.6614</w:t>
        <w:br/>
        <w:t>vn 0.8726 -0.1661 -0.4592</w:t>
        <w:br/>
        <w:t>vn 0.2096 -0.2767 -0.9378</w:t>
        <w:br/>
        <w:t>vn -0.2210 0.9099 -0.3511</w:t>
        <w:br/>
        <w:t>vn -0.1108 0.9922 -0.0576</w:t>
        <w:br/>
        <w:t>vn -0.0021 0.9992 -0.0395</w:t>
        <w:br/>
        <w:t>vn -0.1236 0.9250 -0.3593</w:t>
        <w:br/>
        <w:t>vn -0.2886 0.5351 -0.7940</w:t>
        <w:br/>
        <w:t>vn -0.3498 0.5327 -0.7706</w:t>
        <w:br/>
        <w:t>vn -0.3326 -0.0786 -0.9398</w:t>
        <w:br/>
        <w:t>vn -0.3440 -0.0637 -0.9368</w:t>
        <w:br/>
        <w:t>vn 0.4805 0.8399 -0.2524</w:t>
        <w:br/>
        <w:t>vn 0.4888 0.8606 0.1433</w:t>
        <w:br/>
        <w:t>vn 0.2832 0.4926 -0.8229</w:t>
        <w:br/>
        <w:t>vn -0.1060 -0.1310 -0.9857</w:t>
        <w:br/>
        <w:t>vn 0.0787 0.9342 -0.3481</w:t>
        <w:br/>
        <w:t>vn 0.2003 0.9795 0.0192</w:t>
        <w:br/>
        <w:t>vn 0.3584 0.9293 0.0894</w:t>
        <w:br/>
        <w:t>vn 0.2696 0.9117 -0.3099</w:t>
        <w:br/>
        <w:t>vn -0.1450 0.5423 -0.8276</w:t>
        <w:br/>
        <w:t>vn 0.0229 0.5420 -0.8401</w:t>
        <w:br/>
        <w:t>vn -0.2967 -0.1035 -0.9493</w:t>
        <w:br/>
        <w:t>vn -0.2469 -0.1078 -0.9630</w:t>
        <w:br/>
        <w:t>vn 0.3171 0.2719 0.9086</w:t>
        <w:br/>
        <w:t>vn 0.3612 0.0018 0.9325</w:t>
        <w:br/>
        <w:t>vn 0.3282 0.0011 0.9446</w:t>
        <w:br/>
        <w:t>vn 0.3127 0.2653 0.9121</w:t>
        <w:br/>
        <w:t>vn 0.2882 0.2646 0.9203</w:t>
        <w:br/>
        <w:t>vn 0.2969 0.2697 0.9160</w:t>
        <w:br/>
        <w:t>vn 0.2601 0.0050 0.9656</w:t>
        <w:br/>
        <w:t>vn 0.2095 -0.0019 0.9778</w:t>
        <w:br/>
        <w:t>vn -0.1315 0.4022 0.9060</w:t>
        <w:br/>
        <w:t>vn 0.1824 0.2611 0.9479</w:t>
        <w:br/>
        <w:t>vn 0.0501 0.0091 0.9987</w:t>
        <w:br/>
        <w:t>vn -0.3624 0.1621 0.9178</w:t>
        <w:br/>
        <w:t>vn -0.4310 0.6604 0.6150</w:t>
        <w:br/>
        <w:t>vn -0.7344 0.4232 0.5306</w:t>
        <w:br/>
        <w:t>vn -0.4298 0.8931 0.1327</w:t>
        <w:br/>
        <w:t>vn -0.7384 0.6736 -0.0331</w:t>
        <w:br/>
        <w:t>vn -0.0734 0.9686 -0.2375</w:t>
        <w:br/>
        <w:t>vn 0.1730 0.9316 -0.3195</w:t>
        <w:br/>
        <w:t>vn 0.5185 0.8512 -0.0815</w:t>
        <w:br/>
        <w:t>vn 0.5752 0.6525 -0.4933</w:t>
        <w:br/>
        <w:t>vn 0.4603 0.8739 -0.1562</w:t>
        <w:br/>
        <w:t>vn 0.4759 0.8705 -0.1253</w:t>
        <w:br/>
        <w:t>vn -0.9213 0.3371 -0.1940</w:t>
        <w:br/>
        <w:t>vn 0.5096 0.3147 -0.8008</w:t>
        <w:br/>
        <w:t>vn -0.5581 -0.1041 0.8232</w:t>
        <w:br/>
        <w:t>vn -0.9251 0.1167 0.3615</w:t>
        <w:br/>
        <w:t>vn 0.3781 -0.2685 0.8860</w:t>
        <w:br/>
        <w:t>vn 0.3203 -0.2638 0.9099</w:t>
        <w:br/>
        <w:t>vn -0.0876 -0.2459 0.9653</w:t>
        <w:br/>
        <w:t>vn 0.2039 -0.2604 0.9437</w:t>
        <w:br/>
        <w:t>vn 0.1140 -0.2683 0.9566</w:t>
        <w:br/>
        <w:t>vn -0.2967 -0.9440 -0.1442</w:t>
        <w:br/>
        <w:t>vn -0.3343 -0.9198 -0.2053</w:t>
        <w:br/>
        <w:t>vn -0.4258 -0.8698 -0.2492</w:t>
        <w:br/>
        <w:t>vn -0.4258 -0.8698 -0.2491</w:t>
        <w:br/>
        <w:t>vn -0.4856 -0.8608 -0.1521</w:t>
        <w:br/>
        <w:t>vn -0.3920 -0.9195 -0.0305</w:t>
        <w:br/>
        <w:t>vn -0.4879 -0.8700 -0.0710</w:t>
        <w:br/>
        <w:t>vn -0.1547 -0.9859 -0.0634</w:t>
        <w:br/>
        <w:t>vn 0.0382 -0.9372 -0.3466</w:t>
        <w:br/>
        <w:t>vn 0.0163 -0.7450 -0.6669</w:t>
        <w:br/>
        <w:t>vn -0.1720 -0.5651 -0.8069</w:t>
        <w:br/>
        <w:t>vn -0.3314 -0.4845 -0.8096</w:t>
        <w:br/>
        <w:t>vn -0.3559 -0.4918 -0.7947</w:t>
        <w:br/>
        <w:t>vn -0.3204 -0.4853 -0.8135</w:t>
        <w:br/>
        <w:t>vn -0.2910 -0.4413 -0.8489</w:t>
        <w:br/>
        <w:t>vn -0.2742 -0.4159 -0.8671</w:t>
        <w:br/>
        <w:t>vn -0.5852 0.5026 0.6363</w:t>
        <w:br/>
        <w:t>vn -0.4191 0.7745 0.4738</w:t>
        <w:br/>
        <w:t>vn -0.3359 0.7501 0.5697</w:t>
        <w:br/>
        <w:t>vn -0.4501 0.4468 0.7731</w:t>
        <w:br/>
        <w:t>vn 0.0048 -0.9956 -0.0931</w:t>
        <w:br/>
        <w:t>vn 0.0126 -0.9959 -0.0895</w:t>
        <w:br/>
        <w:t>vn 0.3127 -0.6990 -0.6431</w:t>
        <w:br/>
        <w:t>vn 0.4240 -0.7306 -0.5353</w:t>
        <w:br/>
        <w:t>vn -0.3938 -0.8426 0.3673</w:t>
        <w:br/>
        <w:t>vn -0.2607 -0.8395 0.4767</w:t>
        <w:br/>
        <w:t>vn -0.5456 -0.6327 0.5495</w:t>
        <w:br/>
        <w:t>vn -0.3612 -0.6276 0.6897</w:t>
        <w:br/>
        <w:t>vn -0.4773 0.8007 0.3621</w:t>
        <w:br/>
        <w:t>vn -0.7397 0.5894 0.3248</w:t>
        <w:br/>
        <w:t>vn -0.7008 0.6172 0.3578</w:t>
        <w:br/>
        <w:t>vn -0.4148 0.8049 0.4243</w:t>
        <w:br/>
        <w:t>vn 0.2341 0.8851 0.4022</w:t>
        <w:br/>
        <w:t>vn 0.1782 0.9361 0.3034</w:t>
        <w:br/>
        <w:t>vn 0.7653 0.6110 0.2024</w:t>
        <w:br/>
        <w:t>vn 0.7526 0.6520 0.0921</w:t>
        <w:br/>
        <w:t>vn 0.9787 -0.1060 -0.1759</w:t>
        <w:br/>
        <w:t>vn 0.9743 -0.0803 -0.2104</w:t>
        <w:br/>
        <w:t>vn 0.5004 -0.7597 -0.4153</w:t>
        <w:br/>
        <w:t>vn 0.5424 -0.7580 -0.3623</w:t>
        <w:br/>
        <w:t>vn -0.1288 -0.9417 -0.3108</w:t>
        <w:br/>
        <w:t>vn -0.1764 -0.9028 -0.3923</w:t>
        <w:br/>
        <w:t>vn -0.7281 -0.6740 -0.1249</w:t>
        <w:br/>
        <w:t>vn -0.7721 -0.6051 -0.1943</w:t>
        <w:br/>
        <w:t>vn -0.9027 -0.4300 -0.0136</w:t>
        <w:br/>
        <w:t>vn -0.9363 -0.3459 -0.0613</w:t>
        <w:br/>
        <w:t>vn -0.1530 0.7267 0.6697</w:t>
        <w:br/>
        <w:t>vn -0.1880 0.8128 0.5513</w:t>
        <w:br/>
        <w:t>vn -0.5438 0.8233 0.1626</w:t>
        <w:br/>
        <w:t>vn -0.4919 0.8648 -0.1005</w:t>
        <w:br/>
        <w:t>vn 0.3060 0.7079 0.6366</w:t>
        <w:br/>
        <w:t>vn 0.2829 0.8005 0.5284</w:t>
        <w:br/>
        <w:t>vn 0.6726 0.7153 0.1894</w:t>
        <w:br/>
        <w:t>vn 0.7090 0.6577 0.2547</w:t>
        <w:br/>
        <w:t>vn 0.3845 0.7399 -0.5521</w:t>
        <w:br/>
        <w:t>vn 0.0630 0.5500 -0.8328</w:t>
        <w:br/>
        <w:t>vn 0.3845 0.7398 -0.5521</w:t>
        <w:br/>
        <w:t>vn -0.2830 0.4967 -0.8204</w:t>
        <w:br/>
        <w:t>vn -0.2830 0.4967 -0.8205</w:t>
        <w:br/>
        <w:t>vn -0.5202 0.5979 -0.6098</w:t>
        <w:br/>
        <w:t>vn -0.4196 0.4090 0.8103</w:t>
        <w:br/>
        <w:t>vn -0.3865 -0.0225 0.9220</w:t>
        <w:br/>
        <w:t>vn -0.1256 0.0442 0.9911</w:t>
        <w:br/>
        <w:t>vn 0.3593 0.0740 0.9303</w:t>
        <w:br/>
        <w:t>vn 0.7727 -0.1022 0.6265</w:t>
        <w:br/>
        <w:t>vn 0.9045 -0.2354 0.3556</w:t>
        <w:br/>
        <w:t>vn 0.9715 0.1589 0.1756</w:t>
        <w:br/>
        <w:t>vn 0.1318 -0.7001 -0.7018</w:t>
        <w:br/>
        <w:t>vn 0.1657 -0.5050 -0.8470</w:t>
        <w:br/>
        <w:t>vn 0.4437 -0.4302 -0.7862</w:t>
        <w:br/>
        <w:t>vn 0.3868 -0.6763 -0.6269</w:t>
        <w:br/>
        <w:t>vn -0.3345 -0.6681 -0.6647</w:t>
        <w:br/>
        <w:t>vn -0.3649 -0.5185 -0.7733</w:t>
        <w:br/>
        <w:t>vn -0.8233 -0.3472 -0.4491</w:t>
        <w:br/>
        <w:t>vn -0.7345 -0.6003 -0.3166</w:t>
        <w:br/>
        <w:t>vn -0.9666 -0.1834 -0.1792</w:t>
        <w:br/>
        <w:t>vn -0.8656 -0.5006 -0.0118</w:t>
        <w:br/>
        <w:t>vn -0.3627 -0.7599 0.5395</w:t>
        <w:br/>
        <w:t>vn -0.0495 -0.5371 0.8421</w:t>
        <w:br/>
        <w:t>vn 0.2691 -0.4735 0.8387</w:t>
        <w:br/>
        <w:t>vn 0.4791 -0.6025 0.6383</w:t>
        <w:br/>
        <w:t>vn 0.4073 -0.8972 0.1709</w:t>
        <w:br/>
        <w:t>vn 0.0687 -0.9633 -0.2595</w:t>
        <w:br/>
        <w:t>vn -0.2112 -0.9353 -0.2840</w:t>
        <w:br/>
        <w:t>vn -0.4209 -0.9069 0.0199</w:t>
        <w:br/>
        <w:t>vn 0.0391 -0.9089 0.4151</w:t>
        <w:br/>
        <w:t>vn -0.4927 0.7889 0.3673</w:t>
        <w:br/>
        <w:t>vn 0.0997 0.9808 0.1677</w:t>
        <w:br/>
        <w:t>vn 0.0106 0.9992 0.0381</w:t>
        <w:br/>
        <w:t>vn 0.6563 0.7448 -0.1207</w:t>
        <w:br/>
        <w:t>vn 0.4174 0.8217 -0.3880</w:t>
        <w:br/>
        <w:t>vn 0.8367 0.4845 -0.2553</w:t>
        <w:br/>
        <w:t>vn 0.5713 0.6025 -0.5573</w:t>
        <w:br/>
        <w:t>vn 0.5832 -0.4468 -0.6784</w:t>
        <w:br/>
        <w:t>vn 0.7543 -0.4991 -0.4265</w:t>
        <w:br/>
        <w:t>vn 0.5357 -0.7499 -0.3882</w:t>
        <w:br/>
        <w:t>vn -0.6048 0.6111 0.5107</w:t>
        <w:br/>
        <w:t>vn -0.3022 0.7432 0.5969</w:t>
        <w:br/>
        <w:t>vn 0.3064 0.7658 0.5654</w:t>
        <w:br/>
        <w:t>vn 0.7917 0.5219 0.3174</w:t>
        <w:br/>
        <w:t>vn 0.9446 0.3029 0.1261</w:t>
        <w:br/>
        <w:t>vn 0.3838 -0.7307 -0.5646</w:t>
        <w:br/>
        <w:t>vn 0.6545 -0.5626 -0.5051</w:t>
        <w:br/>
        <w:t>vn -0.2584 -0.8124 -0.5228</w:t>
        <w:br/>
        <w:t>vn -0.8109 -0.5175 -0.2730</w:t>
        <w:br/>
        <w:t>vn -0.9616 -0.2593 -0.0897</w:t>
        <w:br/>
        <w:t>vn 0.9579 0.2485 0.1437</w:t>
        <w:br/>
        <w:t>vn 0.5766 -0.5523 -0.6020</w:t>
        <w:br/>
        <w:t>vn 0.3006 -0.6938 -0.6544</w:t>
        <w:br/>
        <w:t>vn -0.3001 -0.7484 -0.5915</w:t>
        <w:br/>
        <w:t>vn -0.8217 -0.4755 -0.3143</w:t>
        <w:br/>
        <w:t>vn -0.9689 -0.2263 -0.1000</w:t>
        <w:br/>
        <w:t>vn -0.7242 0.5567 0.4070</w:t>
        <w:br/>
        <w:t>vn -0.0609 -0.9795 -0.1920</w:t>
        <w:br/>
        <w:t>vn -0.6266 -0.7754 0.0788</w:t>
        <w:br/>
        <w:t>vn -0.8135 -0.5452 0.2027</w:t>
        <w:br/>
        <w:t>vn -0.0122 0.9998 0.0169</w:t>
        <w:br/>
        <w:t>vn 0.2865 0.8256 -0.4861</w:t>
        <w:br/>
        <w:t>vn 0.3974 0.6194 -0.6771</w:t>
        <w:br/>
        <w:t>vn 0.4254 -0.3940 -0.8147</w:t>
        <w:br/>
        <w:t>vn -0.5179 0.2454 0.8195</w:t>
        <w:br/>
        <w:t>vn -0.5724 0.7074 0.4146</w:t>
        <w:br/>
        <w:t>vn -0.6607 0.5758 0.4816</w:t>
        <w:br/>
        <w:t>vn -0.7731 0.2864 0.5659</w:t>
        <w:br/>
        <w:t>vn -0.7651 -0.3251 0.5558</w:t>
        <w:br/>
        <w:t>vn -0.3478 -0.3660 0.8632</w:t>
        <w:br/>
        <w:t>vn -0.6586 -0.5863 0.4716</w:t>
        <w:br/>
        <w:t>vn -0.0480 -0.8233 0.5656</w:t>
        <w:br/>
        <w:t>vn 0.0276 0.5253 -0.8505</w:t>
        <w:br/>
        <w:t>vn 0.5521 0.5186 -0.6529</w:t>
        <w:br/>
        <w:t>vn 0.3375 0.8089 -0.4814</w:t>
        <w:br/>
        <w:t>vn -0.1750 0.7812 -0.5992</w:t>
        <w:br/>
        <w:t>vn 0.4406 0.3511 0.8262</w:t>
        <w:br/>
        <w:t>vn 0.3091 0.5509 0.7752</w:t>
        <w:br/>
        <w:t>vn 0.2247 0.5713 0.7894</w:t>
        <w:br/>
        <w:t>vn 0.3822 0.3598 0.8511</w:t>
        <w:br/>
        <w:t>vn 0.5991 -0.1172 0.7921</w:t>
        <w:br/>
        <w:t>vn 0.6183 -0.1170 0.7772</w:t>
        <w:br/>
        <w:t>vn 0.6458 -0.3493 0.6790</w:t>
        <w:br/>
        <w:t>vn 0.6482 -0.3564 0.6729</w:t>
        <w:br/>
        <w:t>vn -0.5803 0.2653 -0.7700</w:t>
        <w:br/>
        <w:t>vn -0.5897 0.6342 -0.5001</w:t>
        <w:br/>
        <w:t>vn -0.5906 0.6245 -0.5111</w:t>
        <w:br/>
        <w:t>vn -0.5999 0.2471 -0.7610</w:t>
        <w:br/>
        <w:t>vn -0.1412 0.2843 0.9483</w:t>
        <w:br/>
        <w:t>vn -0.4583 0.8032 0.3807</w:t>
        <w:br/>
        <w:t>vn -0.6799 0.6270 0.3802</w:t>
        <w:br/>
        <w:t>vn -0.8609 0.3858 0.3317</w:t>
        <w:br/>
        <w:t>vn 0.1277 -0.2750 0.9529</w:t>
        <w:br/>
        <w:t>vn -0.9753 -0.1632 0.1489</w:t>
        <w:br/>
        <w:t>vn 0.2407 -0.5062 0.8281</w:t>
        <w:br/>
        <w:t>vn -0.9065 -0.4210 0.0326</w:t>
        <w:br/>
        <w:t>vn -0.3401 0.4073 -0.8476</w:t>
        <w:br/>
        <w:t>vn -0.4810 0.6933 -0.5367</w:t>
        <w:br/>
        <w:t>vn 0.0060 0.5845 0.8114</w:t>
        <w:br/>
        <w:t>vn 0.1828 0.3480 0.9195</w:t>
        <w:br/>
        <w:t>vn 0.4561 -0.1635 0.8748</w:t>
        <w:br/>
        <w:t>vn 0.5361 -0.3906 0.7483</w:t>
        <w:br/>
        <w:t>vn -0.7135 0.6916 -0.1119</w:t>
        <w:br/>
        <w:t>vn -0.8484 0.5186 0.1056</w:t>
        <w:br/>
        <w:t>vn -0.6649 0.6829 0.3026</w:t>
        <w:br/>
        <w:t>vn -0.6035 0.7686 0.2123</w:t>
        <w:br/>
        <w:t>vn -0.6754 0.3254 -0.6618</w:t>
        <w:br/>
        <w:t>vn -0.9530 0.0710 -0.2945</w:t>
        <w:br/>
        <w:t>vn -0.2090 -0.2767 -0.9380</w:t>
        <w:br/>
        <w:t>vn -0.8723 -0.1662 -0.4598</w:t>
        <w:br/>
        <w:t>vn 0.2211 0.9099 -0.3510</w:t>
        <w:br/>
        <w:t>vn 0.1238 0.9250 -0.3592</w:t>
        <w:br/>
        <w:t>vn 0.0020 0.9992 -0.0395</w:t>
        <w:br/>
        <w:t>vn 0.1107 0.9922 -0.0576</w:t>
        <w:br/>
        <w:t>vn 0.3502 0.5327 -0.7704</w:t>
        <w:br/>
        <w:t>vn 0.2890 0.5351 -0.7938</w:t>
        <w:br/>
        <w:t>vn 0.3446 -0.0636 -0.9366</w:t>
        <w:br/>
        <w:t>vn 0.3332 -0.0786 -0.9396</w:t>
        <w:br/>
        <w:t>vn -0.4890 0.8605 0.1430</w:t>
        <w:br/>
        <w:t>vn -0.4805 0.8398 -0.2527</w:t>
        <w:br/>
        <w:t>vn -0.2827 0.4925 -0.8231</w:t>
        <w:br/>
        <w:t>vn 0.1067 -0.1310 -0.9856</w:t>
        <w:br/>
        <w:t>vn -0.3586 0.9292 0.0892</w:t>
        <w:br/>
        <w:t>vn -0.2005 0.9795 0.0191</w:t>
        <w:br/>
        <w:t>vn -0.0787 0.9342 -0.3481</w:t>
        <w:br/>
        <w:t>vn -0.2695 0.9117 -0.3101</w:t>
        <w:br/>
        <w:t>vn 0.1454 0.5423 -0.8275</w:t>
        <w:br/>
        <w:t>vn -0.0224 0.5419 -0.8401</w:t>
        <w:br/>
        <w:t>vn 0.2973 -0.1035 -0.9492</w:t>
        <w:br/>
        <w:t>vn 0.2476 -0.1078 -0.9629</w:t>
        <w:br/>
        <w:t>vn -0.3177 0.2719 0.9084</w:t>
        <w:br/>
        <w:t>vn -0.3133 0.2653 0.9119</w:t>
        <w:br/>
        <w:t>vn -0.3287 0.0010 0.9444</w:t>
        <w:br/>
        <w:t>vn -0.3618 0.0018 0.9322</w:t>
        <w:br/>
        <w:t>vn -0.2888 0.2646 0.9201</w:t>
        <w:br/>
        <w:t>vn -0.2102 -0.0019 0.9777</w:t>
        <w:br/>
        <w:t>vn -0.2607 0.0050 0.9654</w:t>
        <w:br/>
        <w:t>vn -0.2975 0.2697 0.9159</w:t>
        <w:br/>
        <w:t>vn -0.0507 0.0091 0.9987</w:t>
        <w:br/>
        <w:t>vn -0.1830 0.2611 0.9478</w:t>
        <w:br/>
        <w:t>vn 0.1309 0.4023 0.9061</w:t>
        <w:br/>
        <w:t>vn 0.3618 0.1621 0.9180</w:t>
        <w:br/>
        <w:t>vn 0.4305 0.6604 0.6152</w:t>
        <w:br/>
        <w:t>vn 0.7341 0.4233 0.5310</w:t>
        <w:br/>
        <w:t>vn 0.4297 0.8931 0.1330</w:t>
        <w:br/>
        <w:t>vn 0.7383 0.6736 -0.0327</w:t>
        <w:br/>
        <w:t>vn 0.0734 0.9686 -0.2374</w:t>
        <w:br/>
        <w:t>vn -0.1729 0.9316 -0.3197</w:t>
        <w:br/>
        <w:t>vn -0.5185 0.8511 -0.0818</w:t>
        <w:br/>
        <w:t>vn -0.5750 0.6525 -0.4937</w:t>
        <w:br/>
        <w:t>vn -0.4759 0.8705 -0.1255</w:t>
        <w:br/>
        <w:t>vn -0.4603 0.8738 -0.1565</w:t>
        <w:br/>
        <w:t>vn 0.9213 0.3372 -0.1934</w:t>
        <w:br/>
        <w:t>vn -0.5091 0.3146 -0.8011</w:t>
        <w:br/>
        <w:t>vn 0.5576 -0.1041 0.8236</w:t>
        <w:br/>
        <w:t>vn 0.9248 0.1168 0.3620</w:t>
        <w:br/>
        <w:t>vn -0.3208 -0.2638 0.9097</w:t>
        <w:br/>
        <w:t>vn -0.3786 -0.2686 0.8857</w:t>
        <w:br/>
        <w:t>vn 0.0870 -0.2458 0.9654</w:t>
        <w:br/>
        <w:t>vn -0.1145 -0.2683 0.9565</w:t>
        <w:br/>
        <w:t>vn -0.2045 -0.2605 0.9436</w:t>
        <w:br/>
        <w:t>vn 0.3345 -0.9198 -0.2051</w:t>
        <w:br/>
        <w:t>vn 0.2969 -0.9440 -0.1440</w:t>
        <w:br/>
        <w:t>vn 0.4261 -0.8698 -0.2489</w:t>
        <w:br/>
        <w:t>vn 0.4858 -0.8608 -0.1518</w:t>
        <w:br/>
        <w:t>vn 0.3921 -0.9194 -0.0303</w:t>
        <w:br/>
        <w:t>vn 0.4880 -0.8700 -0.0707</w:t>
        <w:br/>
        <w:t>vn 0.1548 -0.9859 -0.0633</w:t>
        <w:br/>
        <w:t>vn -0.0379 -0.9372 -0.3466</w:t>
        <w:br/>
        <w:t>vn -0.0379 -0.9373 -0.3466</w:t>
        <w:br/>
        <w:t>vn -0.0158 -0.7450 -0.6669</w:t>
        <w:br/>
        <w:t>vn 0.1725 -0.5651 -0.8068</w:t>
        <w:br/>
        <w:t>vn 0.3320 -0.4844 -0.8094</w:t>
        <w:br/>
        <w:t>vn 0.3564 -0.4917 -0.7944</w:t>
        <w:br/>
        <w:t>vn 0.3210 -0.4853 -0.8133</w:t>
        <w:br/>
        <w:t>vn 0.2747 -0.4159 -0.8669</w:t>
        <w:br/>
        <w:t>vn 0.2915 -0.4412 -0.8487</w:t>
        <w:br/>
        <w:t>vn 0.5847 0.5027 0.6367</w:t>
        <w:br/>
        <w:t>vn 0.4496 0.4469 0.7734</w:t>
        <w:br/>
        <w:t>vn 0.3354 0.7501 0.5699</w:t>
        <w:br/>
        <w:t>vn 0.4188 0.7746 0.4740</w:t>
        <w:br/>
        <w:t>vn -0.0046 -0.9956 -0.0931</w:t>
        <w:br/>
        <w:t>vn -0.4235 -0.7306 -0.5355</w:t>
        <w:br/>
        <w:t>vn -0.3122 -0.6991 -0.6433</w:t>
        <w:br/>
        <w:t>vn -0.0124 -0.9959 -0.0895</w:t>
        <w:br/>
        <w:t>vn 0.3937 -0.8426 0.3675</w:t>
        <w:br/>
        <w:t>vn 0.2605 -0.8395 0.4768</w:t>
        <w:br/>
        <w:t>vn 0.3609 -0.6275 0.6899</w:t>
        <w:br/>
        <w:t>vn 0.5454 -0.6326 0.5499</w:t>
        <w:br/>
        <w:t>vn 0.7005 0.6172 0.3582</w:t>
        <w:br/>
        <w:t>vn 0.7394 0.5895 0.3253</w:t>
        <w:br/>
        <w:t>vn 0.4769 0.8007 0.3625</w:t>
        <w:br/>
        <w:t>vn 0.4145 0.8050 0.4245</w:t>
        <w:br/>
        <w:t>vn -0.2345 0.8851 0.4021</w:t>
        <w:br/>
        <w:t>vn -0.1785 0.9360 0.3033</w:t>
        <w:br/>
        <w:t>vn -0.7655 0.6109 0.2020</w:t>
        <w:br/>
        <w:t>vn -0.7527 0.6519 0.0916</w:t>
        <w:br/>
        <w:t>vn -0.9786 -0.1061 -0.1765</w:t>
        <w:br/>
        <w:t>vn -0.9742 -0.0804 -0.2110</w:t>
        <w:br/>
        <w:t>vn -0.5000 -0.7598 -0.4156</w:t>
        <w:br/>
        <w:t>vn -0.9742 -0.0805 -0.2110</w:t>
        <w:br/>
        <w:t>vn -0.5421 -0.7580 -0.3627</w:t>
        <w:br/>
        <w:t>vn 0.1291 -0.9417 -0.3107</w:t>
        <w:br/>
        <w:t>vn 0.1767 -0.9028 -0.3922</w:t>
        <w:br/>
        <w:t>vn 0.7282 -0.6739 -0.1244</w:t>
        <w:br/>
        <w:t>vn 0.7723 -0.6050 -0.1938</w:t>
        <w:br/>
        <w:t>vn 0.9028 -0.4299 -0.0130</w:t>
        <w:br/>
        <w:t>vn 0.9364 -0.3458 -0.0607</w:t>
        <w:br/>
        <w:t>vn 0.1525 0.7267 0.6698</w:t>
        <w:br/>
        <w:t>vn 0.4919 0.8649 -0.1002</w:t>
        <w:br/>
        <w:t>vn 0.5436 0.8234 0.1629</w:t>
        <w:br/>
        <w:t>vn 0.1876 0.8129 0.5514</w:t>
        <w:br/>
        <w:t>vn -0.3065 0.7079 0.6364</w:t>
        <w:br/>
        <w:t>vn -0.2833 0.8005 0.5282</w:t>
        <w:br/>
        <w:t>vn -0.6728 0.7152 0.1890</w:t>
        <w:br/>
        <w:t>vn -0.7092 0.6576 0.2542</w:t>
        <w:br/>
        <w:t>vn -0.3842 0.7398 -0.5523</w:t>
        <w:br/>
        <w:t>vn -0.0626 0.5500 -0.8328</w:t>
        <w:br/>
        <w:t>vn -0.3842 0.7398 -0.5524</w:t>
        <w:br/>
        <w:t>vn -0.0625 0.5500 -0.8328</w:t>
        <w:br/>
        <w:t>vn 0.2835 0.4967 -0.8203</w:t>
        <w:br/>
        <w:t>vn 0.5205 0.5979 -0.6095</w:t>
        <w:br/>
        <w:t>vn 0.5205 0.5980 -0.6095</w:t>
        <w:br/>
        <w:t>vn 0.3859 -0.0225 0.9223</w:t>
        <w:br/>
        <w:t>vn 0.4191 0.4090 0.8106</w:t>
        <w:br/>
        <w:t>vn 0.1250 0.0442 0.9912</w:t>
        <w:br/>
        <w:t>vn -0.3599 0.0740 0.9301</w:t>
        <w:br/>
        <w:t>vn -0.7730 -0.1023 0.6261</w:t>
        <w:br/>
        <w:t>vn -0.9047 -0.2355 0.3550</w:t>
        <w:br/>
        <w:t>vn -0.9717 0.1588 0.1750</w:t>
        <w:br/>
        <w:t>vn -0.1313 -0.7001 -0.7018</w:t>
        <w:br/>
        <w:t>vn -0.3864 -0.6763 -0.6271</w:t>
        <w:br/>
        <w:t>vn -0.4431 -0.4302 -0.7865</w:t>
        <w:br/>
        <w:t>vn -0.1652 -0.5051 -0.8471</w:t>
        <w:br/>
        <w:t>vn 0.3350 -0.6681 -0.6645</w:t>
        <w:br/>
        <w:t>vn 0.3654 -0.5184 -0.7731</w:t>
        <w:br/>
        <w:t>vn 0.8236 -0.3471 -0.4486</w:t>
        <w:br/>
        <w:t>vn 0.7347 -0.6002 -0.3161</w:t>
        <w:br/>
        <w:t>vn 0.9667 -0.1833 -0.1786</w:t>
        <w:br/>
        <w:t>vn 0.8657 -0.5005 -0.0113</w:t>
        <w:br/>
        <w:t>vn 0.3624 -0.7598 0.5397</w:t>
        <w:br/>
        <w:t>vn 0.0491 -0.5371 0.8421</w:t>
        <w:br/>
        <w:t>vn -0.2695 -0.4735 0.8386</w:t>
        <w:br/>
        <w:t>vn -0.4795 -0.6026 0.6380</w:t>
        <w:br/>
        <w:t>vn -0.4074 -0.8972 0.1706</w:t>
        <w:br/>
        <w:t>vn -0.4073 -0.8972 0.1706</w:t>
        <w:br/>
        <w:t>vn -0.0684 -0.9633 -0.2596</w:t>
        <w:br/>
        <w:t>vn 0.2115 -0.9353 -0.2838</w:t>
        <w:br/>
        <w:t>vn 0.4210 -0.9069 0.0202</w:t>
        <w:br/>
        <w:t>vn -0.0392 -0.9089 0.4151</w:t>
        <w:br/>
        <w:t>vn -0.0108 0.9992 0.0381</w:t>
        <w:br/>
        <w:t>vn -0.1000 0.9808 0.1676</w:t>
        <w:br/>
        <w:t>vn 0.4924 0.7889 0.3676</w:t>
        <w:br/>
        <w:t>vn -0.4173 0.8217 -0.3883</w:t>
        <w:br/>
        <w:t>vn -0.6563 0.7447 -0.1211</w:t>
        <w:br/>
        <w:t>vn -0.5711 0.6025 -0.5576</w:t>
        <w:br/>
        <w:t>vn -0.8366 0.4844 -0.2558</w:t>
        <w:br/>
        <w:t>vn -0.5827 -0.4469 -0.6788</w:t>
        <w:br/>
        <w:t>vn -0.5354 -0.7499 -0.3886</w:t>
        <w:br/>
        <w:t>vn -0.7540 -0.4992 -0.4270</w:t>
        <w:br/>
        <w:t>vn 0.6044 0.6111 0.5111</w:t>
        <w:br/>
        <w:t>vn 0.3018 0.7433 0.5970</w:t>
        <w:br/>
        <w:t>vn -0.3068 0.7658 0.5652</w:t>
        <w:br/>
        <w:t>vn -0.7919 0.5219 0.3169</w:t>
        <w:br/>
        <w:t>vn -0.9447 0.3028 0.1255</w:t>
        <w:br/>
        <w:t>vn -0.3834 -0.7308 -0.5648</w:t>
        <w:br/>
        <w:t>vn -0.6541 -0.5627 -0.5056</w:t>
        <w:br/>
        <w:t>vn 0.2588 -0.8123 -0.5227</w:t>
        <w:br/>
        <w:t>vn 0.8112 -0.5174 -0.2725</w:t>
        <w:br/>
        <w:t>vn 0.9617 -0.2592 -0.0891</w:t>
        <w:br/>
        <w:t>vn -0.9580 0.2484 0.1431</w:t>
        <w:br/>
        <w:t>vn -0.3001 -0.6939 -0.6546</w:t>
        <w:br/>
        <w:t>vn -0.5762 -0.5524 -0.6024</w:t>
        <w:br/>
        <w:t>vn 0.3005 -0.7484 -0.5913</w:t>
        <w:br/>
        <w:t>vn 0.8219 -0.4754 -0.3138</w:t>
        <w:br/>
        <w:t>vn 0.9690 -0.2262 -0.0994</w:t>
        <w:br/>
        <w:t>vn 0.7239 0.5568 0.4074</w:t>
        <w:br/>
        <w:t>vn 0.0612 -0.9795 -0.1919</w:t>
        <w:br/>
        <w:t>vn 0.6266 -0.7753 0.0792</w:t>
        <w:br/>
        <w:t>vn 0.8134 -0.5451 0.2032</w:t>
        <w:br/>
        <w:t>vn 0.0120 0.9998 0.0169</w:t>
        <w:br/>
        <w:t>vn -0.2863 0.8256 -0.4863</w:t>
        <w:br/>
        <w:t>vn -0.3971 0.6193 -0.6774</w:t>
        <w:br/>
        <w:t>vn -0.4248 -0.3941 -0.8150</w:t>
        <w:br/>
        <w:t>vn 0.2784 0.9605 -0.0013</w:t>
        <w:br/>
        <w:t>vn 0.1191 0.9500 0.2886</w:t>
        <w:br/>
        <w:t>vn -0.2052 0.6440 0.7370</w:t>
        <w:br/>
        <w:t>vn -0.3366 0.3930 0.8557</w:t>
        <w:br/>
        <w:t>vn 0.6617 0.7330 -0.1575</w:t>
        <w:br/>
        <w:t>vn 0.5684 0.8029 0.1795</w:t>
        <w:br/>
        <w:t>vn 0.2137 0.6496 0.7297</w:t>
        <w:br/>
        <w:t>vn 0.0042 0.4618 0.8870</w:t>
        <w:br/>
        <w:t>vn 0.7559 0.5993 -0.2634</w:t>
        <w:br/>
        <w:t>vn 0.7152 0.6949 0.0752</w:t>
        <w:br/>
        <w:t>vn 0.4077 0.6224 0.6681</w:t>
        <w:br/>
        <w:t>vn 0.1869 0.4745 0.8602</w:t>
        <w:br/>
        <w:t>vn -0.7107 0.5774 -0.4019</w:t>
        <w:br/>
        <w:t>vn -0.7164 0.6958 0.0504</w:t>
        <w:br/>
        <w:t>vn -0.4005 0.5747 0.7137</w:t>
        <w:br/>
        <w:t>vn -0.2016 0.4389 0.8756</w:t>
        <w:br/>
        <w:t>vn 0.7817 0.6169 0.0916</w:t>
        <w:br/>
        <w:t>vn 0.7938 0.4479 0.4114</w:t>
        <w:br/>
        <w:t>vn 0.5340 -0.0452 0.8443</w:t>
        <w:br/>
        <w:t>vn 0.2986 -0.3049 0.9044</w:t>
        <w:br/>
        <w:t>vn -0.7695 0.6149 0.1727</w:t>
        <w:br/>
        <w:t>vn -0.6427 0.7283 -0.2378</w:t>
        <w:br/>
        <w:t>vn -0.6278 0.0871 0.7735</w:t>
        <w:br/>
        <w:t>vn -0.5861 0.7043 -0.4006</w:t>
        <w:br/>
        <w:t>vn 0.0005 0.7774 -0.6290</w:t>
        <w:br/>
        <w:t>vn -0.0007 0.1597 -0.9872</w:t>
        <w:br/>
        <w:t>vn -0.4942 0.1338 -0.8590</w:t>
        <w:br/>
        <w:t>vn -0.6625 0.4253 -0.6166</w:t>
        <w:br/>
        <w:t>vn -0.9387 0.3447 0.0035</w:t>
        <w:br/>
        <w:t>vn -0.8234 0.5388 -0.1782</w:t>
        <w:br/>
        <w:t>vn -0.8758 0.0473 0.4804</w:t>
        <w:br/>
        <w:t>vn -0.8509 0.2827 0.4427</w:t>
        <w:br/>
        <w:t>vn -0.8002 0.5868 0.1237</w:t>
        <w:br/>
        <w:t>vn -0.9759 0.2077 0.0666</w:t>
        <w:br/>
        <w:t>vn -0.7397 0.6247 -0.2501</w:t>
        <w:br/>
        <w:t>vn -0.6676 0.2143 -0.7130</w:t>
        <w:br/>
        <w:t>vn -0.8623 0.3196 -0.3929</w:t>
        <w:br/>
        <w:t>vn -0.9203 0.2828 -0.2702</w:t>
        <w:br/>
        <w:t>vn -0.8774 0.4700 0.0958</w:t>
        <w:br/>
        <w:t>vn 0.0039 0.4538 -0.8911</w:t>
        <w:br/>
        <w:t>vn -0.5570 0.4112 -0.7215</w:t>
        <w:br/>
        <w:t>vn -0.5044 0.7178 -0.4800</w:t>
        <w:br/>
        <w:t>vn -0.1786 0.8645 -0.4699</w:t>
        <w:br/>
        <w:t>vn -0.5706 0.2667 -0.7767</w:t>
        <w:br/>
        <w:t>vn -0.8305 0.3271 -0.4509</w:t>
        <w:br/>
        <w:t>vn -0.7544 0.3627 -0.5471</w:t>
        <w:br/>
        <w:t>vn -0.8728 0.2766 0.4022</w:t>
        <w:br/>
        <w:t>vn -0.8594 0.3206 0.3982</w:t>
        <w:br/>
        <w:t>vn -0.9675 0.2245 0.1163</w:t>
        <w:br/>
        <w:t>vn -0.7277 0.4733 -0.4964</w:t>
        <w:br/>
        <w:t>vn -0.2279 -0.4018 -0.8869</w:t>
        <w:br/>
        <w:t>vn -0.0005 -0.4087 -0.9127</w:t>
        <w:br/>
        <w:t>vn 0.2205 -0.4010 -0.8892</w:t>
        <w:br/>
        <w:t>vn 0.2046 0.9710 0.1240</w:t>
        <w:br/>
        <w:t>vn 0.0031 1.0000 0.0007</w:t>
        <w:br/>
        <w:t>vn -0.1984 0.9718 0.1274</w:t>
        <w:br/>
        <w:t>vn 0.0009 0.9998 0.0207</w:t>
        <w:br/>
        <w:t>vn -0.2755 0.9034 0.3287</w:t>
        <w:br/>
        <w:t>vn -0.4114 0.3874 0.8251</w:t>
        <w:br/>
        <w:t>vn -0.3986 0.4074 0.8217</w:t>
        <w:br/>
        <w:t>vn -0.4118 -0.1574 0.8976</w:t>
        <w:br/>
        <w:t>vn -0.3838 -0.3615 0.8497</w:t>
        <w:br/>
        <w:t>vn -0.2890 0.8930 0.3449</w:t>
        <w:br/>
        <w:t>vn -0.2692 0.8960 0.3532</w:t>
        <w:br/>
        <w:t>vn -0.4688 0.7268 0.5020</w:t>
        <w:br/>
        <w:t>vn -0.4434 0.1597 0.8820</w:t>
        <w:br/>
        <w:t>vn -0.5324 0.6154 0.5812</w:t>
        <w:br/>
        <w:t>vn -0.3549 0.7634 0.5397</w:t>
        <w:br/>
        <w:t>vn -0.5820 0.2357 -0.7783</w:t>
        <w:br/>
        <w:t>vn -0.1805 -0.1633 -0.9699</w:t>
        <w:br/>
        <w:t>vn -0.1220 0.4726 -0.8728</w:t>
        <w:br/>
        <w:t>vn -0.5720 0.6185 -0.5387</w:t>
        <w:br/>
        <w:t>vn -0.1570 0.9560 -0.2479</w:t>
        <w:br/>
        <w:t>vn -0.9045 0.2875 -0.3149</w:t>
        <w:br/>
        <w:t>vn -0.9241 0.2613 -0.2790</w:t>
        <w:br/>
        <w:t>vn -0.5105 0.2819 -0.8124</w:t>
        <w:br/>
        <w:t>vn -0.8759 0.2131 0.4330</w:t>
        <w:br/>
        <w:t>vn -0.4109 0.2483 0.8772</w:t>
        <w:br/>
        <w:t>vn 0.0003 -0.4964 -0.8681</w:t>
        <w:br/>
        <w:t>vn -0.0001 -0.7907 0.6122</w:t>
        <w:br/>
        <w:t>vn 0.0002 -0.8532 -0.5216</w:t>
        <w:br/>
        <w:t>vn 0.0003 -0.4944 -0.8692</w:t>
        <w:br/>
        <w:t>vn 0.0002 -0.7788 -0.6273</w:t>
        <w:br/>
        <w:t>vn 0.0001 -0.9945 -0.1047</w:t>
        <w:br/>
        <w:t>vn 0.0003 -0.3942 -0.9190</w:t>
        <w:br/>
        <w:t>vn 0.6903 0.3811 -0.6150</w:t>
        <w:br/>
        <w:t>vn 0.9622 0.2723 0.0108</w:t>
        <w:br/>
        <w:t>vn 0.8833 0.2567 -0.3923</w:t>
        <w:br/>
        <w:t>vn 0.8770 -0.0138 0.4804</w:t>
        <w:br/>
        <w:t>vn 0.9881 0.1419 0.0595</w:t>
        <w:br/>
        <w:t>vn 0.8298 0.5444 0.1226</w:t>
        <w:br/>
        <w:t>vn 0.8656 0.2266 0.4465</w:t>
        <w:br/>
        <w:t>vn 0.6712 0.2002 -0.7137</w:t>
        <w:br/>
        <w:t>vn 0.7434 0.4540 -0.4913</w:t>
        <w:br/>
        <w:t>vn 0.5835 0.2526 -0.7718</w:t>
        <w:br/>
        <w:t>vn 0.9056 0.4142 0.0912</w:t>
        <w:br/>
        <w:t>vn 0.9364 0.2167 -0.2762</w:t>
        <w:br/>
        <w:t>vn 0.4800 0.3846 -0.7885</w:t>
        <w:br/>
        <w:t>vn 0.5136 0.6998 -0.4966</w:t>
        <w:br/>
        <w:t>vn 0.5595 0.3748 -0.7392</w:t>
        <w:br/>
        <w:t>vn 0.7874 0.3062 -0.5351</w:t>
        <w:br/>
        <w:t>vn 0.7821 0.2988 -0.5468</w:t>
        <w:br/>
        <w:t>vn 0.8467 0.2763 -0.4547</w:t>
        <w:br/>
        <w:t>vn 0.8840 0.2171 0.4141</w:t>
        <w:br/>
        <w:t>vn 0.9802 0.1628 0.1126</w:t>
        <w:br/>
        <w:t>vn 0.8725 0.2685 0.4083</w:t>
        <w:br/>
        <w:t>vn 0.7950 0.5077 -0.3321</w:t>
        <w:br/>
        <w:t>vn 0.4492 0.1274 0.8843</w:t>
        <w:br/>
        <w:t>vn 0.4351 0.4755 0.7646</w:t>
        <w:br/>
        <w:t>vn -0.0003 0.0464 0.9989</w:t>
        <w:br/>
        <w:t>vn 0.4051 -0.1868 0.8950</w:t>
        <w:br/>
        <w:t>vn 0.3718 -0.3934 0.8408</w:t>
        <w:br/>
        <w:t>vn 0.2989 0.8880 0.3493</w:t>
        <w:br/>
        <w:t>vn 0.2804 0.8910 0.3571</w:t>
        <w:br/>
        <w:t>vn 0.1653 -0.1558 -0.9739</w:t>
        <w:br/>
        <w:t>vn 0.3716 0.7521 0.5443</w:t>
        <w:br/>
        <w:t>vn 0.2859 0.9001 0.3286</w:t>
        <w:br/>
        <w:t>vn 0.4233 0.0551 0.9043</w:t>
        <w:br/>
        <w:t>vn -0.0003 -0.0395 0.9992</w:t>
        <w:br/>
        <w:t>vn 0.1574 0.9550 -0.2514</w:t>
        <w:br/>
        <w:t>vn 0.1115 0.4662 -0.8776</w:t>
        <w:br/>
        <w:t>vn 0.2618 0.8928 0.3666</w:t>
        <w:br/>
        <w:t>vn 0.4351 0.4756 0.7646</w:t>
        <w:br/>
        <w:t>vn 0.4012 0.3854 0.8310</w:t>
        <w:br/>
        <w:t>vn 0.4135 0.3631 0.8350</w:t>
        <w:br/>
        <w:t>vn 0.3718 -0.3933 0.8408</w:t>
        <w:br/>
        <w:t>vn 0.2990 0.8880 0.3493</w:t>
        <w:br/>
        <w:t>vn 0.8196 0.3031 0.4862</w:t>
        <w:br/>
        <w:t>vn 0.7707 0.5817 -0.2600</w:t>
        <w:br/>
        <w:t>vn 0.3717 0.7521 0.5443</w:t>
        <w:br/>
        <w:t>vn 0.6450 0.7273 -0.2346</w:t>
        <w:br/>
        <w:t>vn 0.5953 0.5849 -0.5509</w:t>
        <w:br/>
        <w:t>vn 0.9219 0.2317 -0.3105</w:t>
        <w:br/>
        <w:t>vn 0.9393 0.2027 -0.2767</w:t>
        <w:br/>
        <w:t>vn 0.5203 0.2435 -0.8186</w:t>
        <w:br/>
        <w:t>vn -0.4114 0.3873 0.8251</w:t>
        <w:br/>
        <w:t>vn 0.4135 0.3630 0.8350</w:t>
        <w:br/>
        <w:t>vn 0.4117 0.2258 0.8829</w:t>
        <w:br/>
        <w:t>vn 0.8842 0.1634 0.4375</w:t>
        <w:br/>
        <w:t>vn -0.0001 -0.8593 0.5114</w:t>
        <w:br/>
        <w:t>vn 0.5203 0.2434 -0.8186</w:t>
        <w:br/>
        <w:t>vn -0.5706 0.2666 -0.7768</w:t>
        <w:br/>
        <w:t>vn 0.0000 -0.9945 0.1049</w:t>
        <w:br/>
        <w:t>vn -0.0000 -0.9738 0.2273</w:t>
        <w:br/>
        <w:t>vn 0.3804 0.4071 -0.8304</w:t>
        <w:br/>
        <w:t>vn 0.4976 0.0959 -0.8621</w:t>
        <w:br/>
        <w:t>vn 0.0009 0.9998 0.0206</w:t>
        <w:br/>
        <w:t>vn -0.4468 -0.2210 0.8669</w:t>
        <w:br/>
        <w:t>vn -0.3064 0.3310 0.8925</w:t>
        <w:br/>
        <w:t>vn -0.3735 0.7839 0.4960</w:t>
        <w:br/>
        <w:t>vn -0.3735 0.7838 0.4961</w:t>
        <w:br/>
        <w:t>vn -0.9645 -0.0633 -0.2562</w:t>
        <w:br/>
        <w:t>vn -0.9778 0.0992 0.1848</w:t>
        <w:br/>
        <w:t>vn -0.9655 0.0065 0.2601</w:t>
        <w:br/>
        <w:t>vn -0.9062 -0.4218 0.0287</w:t>
        <w:br/>
        <w:t>vn -0.7079 -0.2236 -0.6700</w:t>
        <w:br/>
        <w:t>vn -0.6063 -0.7633 -0.2232</w:t>
        <w:br/>
        <w:t>vn 0.8516 0.1572 0.5001</w:t>
        <w:br/>
        <w:t>vn 0.7665 0.6320 0.1141</w:t>
        <w:br/>
        <w:t>vn 0.7665 0.6321 0.1140</w:t>
        <w:br/>
        <w:t>vn 0.8516 0.1571 0.5002</w:t>
        <w:br/>
        <w:t>vn -0.3661 -0.2717 0.8900</w:t>
        <w:br/>
        <w:t>vn -0.9593 0.2162 0.1817</w:t>
        <w:br/>
        <w:t>vn -0.8893 0.3806 -0.2537</w:t>
        <w:br/>
        <w:t>vn -0.6030 0.4621 -0.6503</w:t>
        <w:br/>
        <w:t>vn 0.7530 -0.4392 0.4900</w:t>
        <w:br/>
        <w:t>vn -0.5770 -0.6650 0.4741</w:t>
        <w:br/>
        <w:t>vn -0.5770 -0.6650 0.4742</w:t>
        <w:br/>
        <w:t>vn -0.7520 0.6561 0.0638</w:t>
        <w:br/>
        <w:t>vn -0.9199 0.2884 0.2657</w:t>
        <w:br/>
        <w:t>vn -0.8893 0.3805 -0.2537</w:t>
        <w:br/>
        <w:t>vn -0.3979 0.9018 -0.1687</w:t>
        <w:br/>
        <w:t>vn 0.5738 -0.8162 0.0671</w:t>
        <w:br/>
        <w:t>vn -0.7662 -0.6323 -0.1141</w:t>
        <w:br/>
        <w:t>vn -0.8811 0.2841 0.3780</w:t>
        <w:br/>
        <w:t>vn -0.6021 0.6365 0.4821</w:t>
        <w:br/>
        <w:t>vn -0.1695 0.8605 0.4805</w:t>
        <w:br/>
        <w:t>vn 0.3736 -0.7838 -0.4961</w:t>
        <w:br/>
        <w:t>vn 0.3735 -0.7837 -0.4962</w:t>
        <w:br/>
        <w:t>vn -0.8515 -0.1573 -0.5002</w:t>
        <w:br/>
        <w:t>vn -0.5570 0.2981 0.7751</w:t>
        <w:br/>
        <w:t>vn -0.8699 0.1927 0.4539</w:t>
        <w:br/>
        <w:t>vn -0.0844 0.3405 0.9364</w:t>
        <w:br/>
        <w:t>vn 0.3064 -0.3310 -0.8925</w:t>
        <w:br/>
        <w:t>vn -0.7529 0.4393 -0.4900</w:t>
        <w:br/>
        <w:t>vn -0.8860 0.0753 0.4575</w:t>
        <w:br/>
        <w:t>vn -0.6047 -0.1510 0.7820</w:t>
        <w:br/>
        <w:t>vn -0.1545 -0.3506 0.9237</w:t>
        <w:br/>
        <w:t>vn 0.3662 0.2716 -0.8900</w:t>
        <w:br/>
        <w:t>vn -0.7988 0.5972 0.0723</w:t>
        <w:br/>
        <w:t>vn -0.5736 0.8163 -0.0671</w:t>
        <w:br/>
        <w:t>vn -0.7652 -0.4410 0.4691</w:t>
        <w:br/>
        <w:t>vn -0.8999 0.0243 0.4355</w:t>
        <w:br/>
        <w:t>vn -0.3877 -0.8053 0.4486</w:t>
        <w:br/>
        <w:t>vn 0.5772 0.6648 -0.4742</w:t>
        <w:br/>
        <w:t>vn 0.5772 0.6647 -0.4744</w:t>
        <w:br/>
        <w:t>vn -0.7989 0.5972 0.0723</w:t>
        <w:br/>
        <w:t>vn -0.3514 0.7278 0.5889</w:t>
        <w:br/>
        <w:t>vn 0.1395 0.7915 0.5950</w:t>
        <w:br/>
        <w:t>vn -0.0521 0.9978 -0.0414</w:t>
        <w:br/>
        <w:t>vn -0.4673 0.8660 0.1782</w:t>
        <w:br/>
        <w:t>vn -0.7287 0.5114 0.4555</w:t>
        <w:br/>
        <w:t>vn -0.7593 0.5502 0.3475</w:t>
        <w:br/>
        <w:t>vn -0.9499 -0.2836 -0.1313</w:t>
        <w:br/>
        <w:t>vn -0.7653 -0.4859 0.4221</w:t>
        <w:br/>
        <w:t>vn -0.7654 -0.4859 0.4221</w:t>
        <w:br/>
        <w:t>vn -0.1396 -0.7915 -0.5950</w:t>
        <w:br/>
        <w:t>vn 0.0522 -0.9978 0.0416</w:t>
        <w:br/>
        <w:t>vn 0.0521 -0.9978 0.0414</w:t>
        <w:br/>
        <w:t>vn -0.1396 -0.7915 -0.5951</w:t>
        <w:br/>
        <w:t>vn 0.0699 0.2145 0.9742</w:t>
        <w:br/>
        <w:t>vn -0.3933 0.3617 0.8452</w:t>
        <w:br/>
        <w:t>vn -0.7419 0.4171 0.5249</w:t>
        <w:br/>
        <w:t>vn -0.8550 0.2106 -0.4739</w:t>
        <w:br/>
        <w:t>vn -0.5410 -0.0007 -0.8410</w:t>
        <w:br/>
        <w:t>vn -0.0699 -0.2145 -0.9742</w:t>
        <w:br/>
        <w:t>vn -0.5410 -0.0008 -0.8410</w:t>
        <w:br/>
        <w:t>vn -0.2654 -0.3827 0.8849</w:t>
        <w:br/>
        <w:t>vn -0.3934 0.3617 0.8452</w:t>
        <w:br/>
        <w:t>vn -0.6198 -0.0212 0.7844</w:t>
        <w:br/>
        <w:t>vn -0.8013 0.3183 0.5066</w:t>
        <w:br/>
        <w:t>vn -0.1876 0.6520 -0.7346</w:t>
        <w:br/>
        <w:t>vn -0.5765 0.7263 -0.3742</w:t>
        <w:br/>
        <w:t>vn 0.2653 0.3828 -0.8849</w:t>
        <w:br/>
        <w:t>vn -0.6380 -0.6752 0.3702</w:t>
        <w:br/>
        <w:t>vn -0.8638 -0.2187 0.4539</w:t>
        <w:br/>
        <w:t>vn -0.8662 0.2677 0.4220</w:t>
        <w:br/>
        <w:t>vn -0.2460 0.9675 0.0585</w:t>
        <w:br/>
        <w:t>vn 0.2244 0.9578 -0.1797</w:t>
        <w:br/>
        <w:t>vn 0.6380 0.6752 -0.3703</w:t>
        <w:br/>
        <w:t>vn -0.9972 -0.0633 0.0405</w:t>
        <w:br/>
        <w:t>vn -0.8521 -0.4502 -0.2669</w:t>
        <w:br/>
        <w:t>vn -0.8981 0.3079 0.3142</w:t>
        <w:br/>
        <w:t>vn 0.4446 0.7298 0.5193</w:t>
        <w:br/>
        <w:t>vn -0.0859 0.7867 0.6114</w:t>
        <w:br/>
        <w:t>vn 0.8521 0.4501 0.2671</w:t>
        <w:br/>
        <w:t>vn -0.9275 0.3028 -0.2192</w:t>
        <w:br/>
        <w:t>vn -0.7473 0.1245 -0.6527</w:t>
        <w:br/>
        <w:t>vn -0.8825 0.4017 0.2444</w:t>
        <w:br/>
        <w:t>vn -0.1419 0.2886 0.9469</w:t>
        <w:br/>
        <w:t>vn 0.3493 0.0969 0.9320</w:t>
        <w:br/>
        <w:t>vn 0.7473 -0.1245 0.6527</w:t>
        <w:br/>
        <w:t>vn -0.7155 0.6843 -0.1404</w:t>
        <w:br/>
        <w:t>vn -0.4297 0.7210 -0.5436</w:t>
        <w:br/>
        <w:t>vn -0.8243 0.5008 0.2641</w:t>
        <w:br/>
        <w:t>vn -0.0102 -0.5553 0.8316</w:t>
        <w:br/>
        <w:t>vn -0.4402 -0.2277 0.8686</w:t>
        <w:br/>
        <w:t>vn 0.4297 -0.7210 0.5437</w:t>
        <w:br/>
        <w:t>vn 0.1755 0.2535 0.9513</w:t>
        <w:br/>
        <w:t>vn 0.5850 0.6626 0.4678</w:t>
        <w:br/>
        <w:t>vn 0.5849 0.6625 0.4680</w:t>
        <w:br/>
        <w:t>vn -0.6107 0.7597 0.2232</w:t>
        <w:br/>
        <w:t>vn -0.5464 0.8238 0.1509</w:t>
        <w:br/>
        <w:t>vn -0.5465 0.8236 0.1514</w:t>
        <w:br/>
        <w:t>vn -0.3576 -0.0482 -0.9326</w:t>
        <w:br/>
        <w:t>vn -0.6287 0.3555 -0.6917</w:t>
        <w:br/>
        <w:t>vn -0.9495 0.0220 -0.3129</w:t>
        <w:br/>
        <w:t>vn -0.7647 -0.4632 -0.4479</w:t>
        <w:br/>
        <w:t>vn -0.3528 -0.8187 -0.4531</w:t>
        <w:br/>
        <w:t>vn 0.0271 -0.4450 -0.8951</w:t>
        <w:br/>
        <w:t>vn -0.3844 -0.2364 0.8924</w:t>
        <w:br/>
        <w:t>vn -0.3845 -0.2365 0.8923</w:t>
        <w:br/>
        <w:t>vn -0.6968 0.6833 0.2183</w:t>
        <w:br/>
        <w:t>vn -0.6967 0.6833 0.2184</w:t>
        <w:br/>
        <w:t>vn -0.1741 0.7346 -0.6558</w:t>
        <w:br/>
        <w:t>vn -0.6286 0.3555 -0.6917</w:t>
        <w:br/>
        <w:t>vn -0.3577 -0.0482 -0.9326</w:t>
        <w:br/>
        <w:t>vn 0.2090 0.4374 -0.8746</w:t>
        <w:br/>
        <w:t>vn 0.5364 0.0105 -0.8439</w:t>
        <w:br/>
        <w:t>vn -0.7929 -0.5193 0.3188</w:t>
        <w:br/>
        <w:t>vn -0.7929 -0.5194 0.3188</w:t>
        <w:br/>
        <w:t>vn -0.7555 0.6429 0.1260</w:t>
        <w:br/>
        <w:t>vn -0.7555 0.6429 0.1261</w:t>
        <w:br/>
        <w:t>vn 0.6112 0.7331 -0.2983</w:t>
        <w:br/>
        <w:t>vn 0.1274 0.9734 -0.1905</w:t>
        <w:br/>
        <w:t>vn 0.9133 0.2585 -0.3146</w:t>
        <w:br/>
        <w:t>vn -0.7847 -0.4340 -0.4425</w:t>
        <w:br/>
        <w:t>vn -0.7849 -0.4342 -0.4421</w:t>
        <w:br/>
        <w:t>vn -0.7577 0.6525 0.0089</w:t>
        <w:br/>
        <w:t>vn 0.1410 0.8990 0.4146</w:t>
        <w:br/>
        <w:t>vn 0.1410 0.8990 0.4145</w:t>
        <w:br/>
        <w:t>vn 0.9040 0.1896 0.3833</w:t>
        <w:br/>
        <w:t>vn 0.9040 0.1895 0.3833</w:t>
        <w:br/>
        <w:t>vn -0.3798 -0.0214 -0.9248</w:t>
        <w:br/>
        <w:t>vn -0.6941 0.7171 -0.0631</w:t>
        <w:br/>
        <w:t>vn -0.6942 0.7170 -0.0631</w:t>
        <w:br/>
        <w:t>vn 0.1982 0.2291 0.9530</w:t>
        <w:br/>
        <w:t>vn -0.1911 0.5747 0.7957</w:t>
        <w:br/>
        <w:t>vn 0.5344 -0.1925 0.8230</w:t>
        <w:br/>
        <w:t>vn 0.1860 0.4612 -0.8676</w:t>
        <w:br/>
        <w:t>vn 0.1860 0.4611 -0.8676</w:t>
        <w:br/>
        <w:t>vn -0.6072 0.7924 -0.0585</w:t>
        <w:br/>
        <w:t>vn -0.6075 0.7921 -0.0587</w:t>
        <w:br/>
        <w:t>vn -0.6310 0.1766 0.7555</w:t>
        <w:br/>
        <w:t>vn -0.3637 -0.2624 0.8938</w:t>
        <w:br/>
        <w:t>vn 0.0114 -0.6310 0.7757</w:t>
        <w:br/>
        <w:t>vn 0.5852 0.7560 -0.2932</w:t>
        <w:br/>
        <w:t>vn 0.5852 0.7560 -0.2934</w:t>
        <w:br/>
        <w:t>vn -0.5498 0.8346 0.0340</w:t>
        <w:br/>
        <w:t>vn -0.7725 -0.5496 0.3179</w:t>
        <w:br/>
        <w:t>vn -0.9558 -0.0317 0.2923</w:t>
        <w:br/>
        <w:t>vn -0.3439 -0.9066 0.2447</w:t>
        <w:br/>
        <w:t>vn 0.4016 0.7621 0.5079</w:t>
        <w:br/>
        <w:t>vn 0.4015 0.7622 0.5077</w:t>
        <w:br/>
        <w:t>vn 0.3155 0.3080 0.8975</w:t>
        <w:br/>
        <w:t>vn 0.3155 0.3077 0.8976</w:t>
        <w:br/>
        <w:t>vn 0.9624 -0.0974 -0.2537</w:t>
        <w:br/>
        <w:t>vn 0.8892 -0.4568 0.0261</w:t>
        <w:br/>
        <w:t>vn 0.9641 -0.0341 0.2634</w:t>
        <w:br/>
        <w:t>vn 0.9801 0.0590 0.1894</w:t>
        <w:br/>
        <w:t>vn 0.7014 -0.2426 -0.6702</w:t>
        <w:br/>
        <w:t>vn 0.5772 -0.7831 -0.2313</w:t>
        <w:br/>
        <w:t>vn -0.7420 0.6596 0.1199</w:t>
        <w:br/>
        <w:t>vn -0.8468 0.1838 0.4992</w:t>
        <w:br/>
        <w:t>vn 0.3519 -0.2961 0.8879</w:t>
        <w:br/>
        <w:t>vn 0.3519 -0.2962 0.8879</w:t>
        <w:br/>
        <w:t>vn 0.9662 0.1768 0.1875</w:t>
        <w:br/>
        <w:t>vn 0.9043 0.3489 -0.2461</w:t>
        <w:br/>
        <w:t>vn 0.6229 0.4461 -0.6426</w:t>
        <w:br/>
        <w:t>vn -0.7713 -0.4155 0.4821</w:t>
        <w:br/>
        <w:t>vn 0.5491 -0.6920 0.4687</w:t>
        <w:br/>
        <w:t>vn 0.7765 0.6257 0.0740</w:t>
        <w:br/>
        <w:t>vn 0.9293 0.2497 0.2721</w:t>
        <w:br/>
        <w:t>vn 0.4331 0.8876 -0.1569</w:t>
        <w:br/>
        <w:t>vn -0.6051 -0.7942 0.0557</w:t>
        <w:br/>
        <w:t>vn -0.6052 -0.7941 0.0560</w:t>
        <w:br/>
        <w:t>vn 0.7417 -0.6602 -0.1186</w:t>
        <w:br/>
        <w:t>vn 0.7417 -0.6601 -0.1188</w:t>
        <w:br/>
        <w:t>vn 0.8900 0.2455 0.3842</w:t>
        <w:br/>
        <w:t>vn 0.6243 0.6072 0.4915</w:t>
        <w:br/>
        <w:t>vn 0.2007 0.8477 0.4910</w:t>
        <w:br/>
        <w:t>vn -0.4016 -0.7632 -0.5062</w:t>
        <w:br/>
        <w:t>vn -0.4016 -0.7630 -0.5065</w:t>
        <w:br/>
        <w:t>vn 0.8467 -0.1841 -0.4991</w:t>
        <w:br/>
        <w:t>vn 0.5651 0.2672 0.7805</w:t>
        <w:br/>
        <w:t>vn 0.8750 0.1536 0.4592</w:t>
        <w:br/>
        <w:t>vn 0.0938 0.3259 0.9407</w:t>
        <w:br/>
        <w:t>vn -0.3155 -0.3083 -0.8974</w:t>
        <w:br/>
        <w:t>vn 0.7712 0.4160 -0.4819</w:t>
        <w:br/>
        <w:t>vn 0.8864 0.0354 0.4615</w:t>
        <w:br/>
        <w:t>vn 0.5954 -0.1840 0.7821</w:t>
        <w:br/>
        <w:t>vn 0.1373 -0.3678 0.9197</w:t>
        <w:br/>
        <w:t>vn -0.3520 0.2967 -0.8877</w:t>
        <w:br/>
        <w:t>vn -0.3520 0.2967 -0.8878</w:t>
        <w:br/>
        <w:t>vn 0.8210 0.5648 0.0830</w:t>
        <w:br/>
        <w:t>vn 0.6050 0.7944 -0.0543</w:t>
        <w:br/>
        <w:t>vn 0.7458 -0.4764 0.4657</w:t>
        <w:br/>
        <w:t>vn 0.8984 -0.0163 0.4388</w:t>
        <w:br/>
        <w:t>vn 0.3546 -0.8255 0.4391</w:t>
        <w:br/>
        <w:t>vn -0.5493 0.6928 -0.4673</w:t>
        <w:br/>
        <w:t>vn -0.5493 0.6927 -0.4673</w:t>
        <w:br/>
        <w:t>vn 0.8210 0.5648 0.0829</w:t>
        <w:br/>
        <w:t>vn 0.3643 0.7089 0.6039</w:t>
        <w:br/>
        <w:t>vn 0.4891 0.8497 0.1968</w:t>
        <w:br/>
        <w:t>vn 0.0807 0.9964 -0.0259</w:t>
        <w:br/>
        <w:t>vn -0.1247 0.7864 0.6050</w:t>
        <w:br/>
        <w:t>vn 0.7370 0.4837 0.4720</w:t>
        <w:br/>
        <w:t>vn 0.7698 0.5233 0.3654</w:t>
        <w:br/>
        <w:t>vn 0.9431 -0.3085 -0.1239</w:t>
        <w:br/>
        <w:t>vn 0.7460 -0.5134 0.4242</w:t>
        <w:br/>
        <w:t>vn -0.0806 -0.9964 0.0259</w:t>
        <w:br/>
        <w:t>vn -0.0807 -0.9964 0.0260</w:t>
        <w:br/>
        <w:t>vn 0.1248 -0.7864 -0.6050</w:t>
        <w:br/>
        <w:t>vn -0.0762 0.2018 0.9764</w:t>
        <w:br/>
        <w:t>vn 0.3926 0.3378 0.8554</w:t>
        <w:br/>
        <w:t>vn 0.7467 0.3881 0.5402</w:t>
        <w:br/>
        <w:t>vn 0.8666 0.1934 -0.4601</w:t>
        <w:br/>
        <w:t>vn 0.5514 -0.0036 -0.8342</w:t>
        <w:br/>
        <w:t>vn 0.0762 -0.2018 -0.9765</w:t>
        <w:br/>
        <w:t>vn -0.0762 0.2018 0.9765</w:t>
        <w:br/>
        <w:t>vn 0.2433 -0.4032 0.8822</w:t>
        <w:br/>
        <w:t>vn 0.6090 -0.0504 0.7916</w:t>
        <w:br/>
        <w:t>vn 0.8035 0.2879 0.5211</w:t>
        <w:br/>
        <w:t>vn 0.2151 0.6573 -0.7222</w:t>
        <w:br/>
        <w:t>vn 0.6014 0.7152 -0.3560</w:t>
        <w:br/>
        <w:t>vn -0.2432 0.4033 -0.8822</w:t>
        <w:br/>
        <w:t>vn 0.6140 -0.6984 0.3677</w:t>
        <w:br/>
        <w:t>vn 0.8515 -0.2498 0.4610</w:t>
        <w:br/>
        <w:t>vn 0.8678 0.2367 0.4369</w:t>
        <w:br/>
        <w:t>vn 0.2724 0.9592 0.0763</w:t>
        <w:br/>
        <w:t>vn -0.1950 0.9663 -0.1678</w:t>
        <w:br/>
        <w:t>vn -0.6140 0.6984 -0.3677</w:t>
        <w:br/>
        <w:t>vn 0.9944 -0.0921 0.0518</w:t>
        <w:br/>
        <w:t>vn 0.8424 -0.4701 -0.2633</w:t>
        <w:br/>
        <w:t>vn 0.9023 0.2777 0.3297</w:t>
        <w:br/>
        <w:t>vn -0.4305 0.7345 0.5247</w:t>
        <w:br/>
        <w:t>vn 0.1003 0.7747 0.6243</w:t>
        <w:br/>
        <w:t>vn -0.8424 0.4701 0.2633</w:t>
        <w:br/>
        <w:t>vn 0.9384 0.2796 -0.2032</w:t>
        <w:br/>
        <w:t>vn 0.7587 0.1128 -0.6416</w:t>
        <w:br/>
        <w:t>vn 0.8902 0.3733 0.2611</w:t>
        <w:br/>
        <w:t>vn 0.1380 0.2707 0.9527</w:t>
        <w:br/>
        <w:t>vn -0.3582 0.0932 0.9290</w:t>
        <w:br/>
        <w:t>vn -0.7587 -0.1128 0.6416</w:t>
        <w:br/>
        <w:t>vn 0.7362 0.6658 -0.1215</w:t>
        <w:br/>
        <w:t>vn 0.4566 0.7164 -0.5275</w:t>
        <w:br/>
        <w:t>vn 0.8346 0.4734 0.2816</w:t>
        <w:br/>
        <w:t>vn -0.0159 -0.5674 0.8233</w:t>
        <w:br/>
        <w:t>vn 0.4226 -0.2526 0.8704</w:t>
        <w:br/>
        <w:t>vn -0.4566 -0.7164 0.5276</w:t>
        <w:br/>
        <w:t>vn -0.1761 0.2535 0.9512</w:t>
        <w:br/>
        <w:t>vn -0.5854 0.6625 0.4673</w:t>
        <w:br/>
        <w:t>vn -0.5853 0.6625 0.4675</w:t>
        <w:br/>
        <w:t>vn 0.6105 0.7598 0.2236</w:t>
        <w:br/>
        <w:t>vn 0.5461 0.8240 0.1511</w:t>
        <w:br/>
        <w:t>vn 0.5461 0.8239 0.1512</w:t>
        <w:br/>
        <w:t>vn 0.3583 -0.0481 -0.9324</w:t>
        <w:br/>
        <w:t>vn 0.7650 -0.4631 -0.4475</w:t>
        <w:br/>
        <w:t>vn 0.9497 0.0221 -0.3123</w:t>
        <w:br/>
        <w:t>vn 0.6290 0.3556 -0.6913</w:t>
        <w:br/>
        <w:t>vn 0.3532 -0.8187 -0.4528</w:t>
        <w:br/>
        <w:t>vn -0.0265 -0.4450 -0.8951</w:t>
        <w:br/>
        <w:t>vn -0.1762 0.2535 0.9512</w:t>
        <w:br/>
        <w:t>vn 0.3839 -0.2364 0.8926</w:t>
        <w:br/>
        <w:t>vn 0.6964 0.6834 0.2188</w:t>
        <w:br/>
        <w:t>vn 0.6965 0.6834 0.2188</w:t>
        <w:br/>
        <w:t>vn 0.3582 -0.0481 -0.9324</w:t>
        <w:br/>
        <w:t>vn 0.1743 0.7347 -0.6556</w:t>
        <w:br/>
        <w:t>vn -0.2085 0.4374 -0.8748</w:t>
        <w:br/>
        <w:t>vn -0.5359 0.0105 -0.8442</w:t>
        <w:br/>
        <w:t>vn 0.7927 -0.5192 0.3194</w:t>
        <w:br/>
        <w:t>vn 0.7927 -0.5193 0.3193</w:t>
        <w:br/>
        <w:t>vn 0.7554 0.6429 0.1263</w:t>
        <w:br/>
        <w:t>vn 0.7554 0.6430 0.1266</w:t>
        <w:br/>
        <w:t>vn -0.6111 0.7330 -0.2986</w:t>
        <w:br/>
        <w:t>vn -0.1273 0.9734 -0.1906</w:t>
        <w:br/>
        <w:t>vn -0.9132 0.2584 -0.3152</w:t>
        <w:br/>
        <w:t>vn 0.7851 -0.4340 -0.4420</w:t>
        <w:br/>
        <w:t>vn 0.7850 -0.4339 -0.4421</w:t>
        <w:br/>
        <w:t>vn 0.7577 0.6526 0.0094</w:t>
        <w:br/>
        <w:t>vn 0.7576 0.6526 0.0093</w:t>
        <w:br/>
        <w:t>vn -0.1414 0.8990 0.4144</w:t>
        <w:br/>
        <w:t>vn -0.1414 0.8990 0.4145</w:t>
        <w:br/>
        <w:t>vn -0.9042 0.1894 0.3828</w:t>
        <w:br/>
        <w:t>vn 0.3804 -0.0214 -0.9246</w:t>
        <w:br/>
        <w:t>vn 0.6941 0.7172 -0.0626</w:t>
        <w:br/>
        <w:t>vn 0.6941 0.7171 -0.0626</w:t>
        <w:br/>
        <w:t>vn -0.1988 0.2291 0.9529</w:t>
        <w:br/>
        <w:t>vn 0.1905 0.5749 0.7958</w:t>
        <w:br/>
        <w:t>vn -0.5348 -0.1926 0.8227</w:t>
        <w:br/>
        <w:t>vn -0.1854 0.4610 -0.8678</w:t>
        <w:br/>
        <w:t>vn -0.1855 0.4611 -0.8678</w:t>
        <w:br/>
        <w:t>vn 0.6072 0.7924 -0.0581</w:t>
        <w:br/>
        <w:t>vn 0.6075 0.7922 -0.0583</w:t>
        <w:br/>
        <w:t>vn 0.6304 0.1767 0.7559</w:t>
        <w:br/>
        <w:t>vn 0.3632 -0.2623 0.8940</w:t>
        <w:br/>
        <w:t>vn -0.0118 -0.6310 0.7757</w:t>
        <w:br/>
        <w:t>vn -0.5851 0.7559 -0.2936</w:t>
        <w:br/>
        <w:t>vn -0.5851 0.7559 -0.2938</w:t>
        <w:br/>
        <w:t>vn 0.5498 0.8346 0.0339</w:t>
        <w:br/>
        <w:t>vn 0.5497 0.8347 0.0342</w:t>
        <w:br/>
        <w:t>vn 0.7724 -0.5496 0.3184</w:t>
        <w:br/>
        <w:t>vn 0.9557 -0.0316 0.2928</w:t>
        <w:br/>
        <w:t>vn 0.3438 -0.9065 0.2449</w:t>
        <w:br/>
        <w:t>vn 0.0437 0.4795 -0.8765</w:t>
        <w:br/>
        <w:t>vn -0.0030 -0.2642 -0.9645</w:t>
        <w:br/>
        <w:t>vn -0.2466 -0.1671 -0.9546</w:t>
        <w:br/>
        <w:t>vn 0.3187 0.3825 -0.8672</w:t>
        <w:br/>
        <w:t>vn 0.4260 0.3165 -0.8475</w:t>
        <w:br/>
        <w:t>vn 0.4357 0.1887 -0.8801</w:t>
        <w:br/>
        <w:t>vn -0.4126 0.1830 -0.8924</w:t>
        <w:br/>
        <w:t>vn -0.3913 0.1437 -0.9090</w:t>
        <w:br/>
        <w:t>vn -0.4063 0.2627 -0.8752</w:t>
        <w:br/>
        <w:t>vn 0.4238 0.2103 -0.8810</w:t>
        <w:br/>
        <w:t>vn 0.4252 0.2138 -0.8795</w:t>
        <w:br/>
        <w:t>vn -0.4089 0.1730 -0.8960</w:t>
        <w:br/>
        <w:t>vn 0.2410 -0.1921 -0.9513</w:t>
        <w:br/>
        <w:t>vn -0.2613 0.4189 -0.8696</w:t>
        <w:br/>
        <w:t>vn -0.3773 0.1365 -0.9160</w:t>
        <w:br/>
        <w:t>vn 0.4187 0.3634 -0.8322</w:t>
        <w:br/>
        <w:t>vn -0.4026 0.2871 -0.8692</w:t>
        <w:br/>
        <w:t>vn 0.4234 0.2233 -0.8780</w:t>
        <w:br/>
        <w:t>vn -0.3725 0.0134 -0.9279</w:t>
        <w:br/>
        <w:t>vn 0.4091 0.2712 -0.8712</w:t>
        <w:br/>
        <w:t>vn 0.3853 -0.0026 -0.9228</w:t>
        <w:br/>
        <w:t>vn -0.3912 0.2788 -0.8771</w:t>
        <w:br/>
        <w:t>vn -0.2710 -0.4285 0.8619</w:t>
        <w:br/>
        <w:t>vn -0.0157 -0.5085 0.8609</w:t>
        <w:br/>
        <w:t>vn 0.0343 0.2660 0.9634</w:t>
        <w:br/>
        <w:t>vn 0.3318 0.1404 0.9328</w:t>
        <w:br/>
        <w:t>vn -0.4660 -0.2089 0.8598</w:t>
        <w:br/>
        <w:t>vn 0.4341 -0.1978 0.8789</w:t>
        <w:br/>
        <w:t>vn 0.4179 -0.1421 0.8973</w:t>
        <w:br/>
        <w:t>vn -0.4518 -0.3290 0.8293</w:t>
        <w:br/>
        <w:t>vn 0.4406 -0.1881 0.8778</w:t>
        <w:br/>
        <w:t>vn 0.4338 -0.2646 0.8613</w:t>
        <w:br/>
        <w:t>vn -0.4499 -0.2068 0.8688</w:t>
        <w:br/>
        <w:t>vn -0.4450 -0.2246 0.8669</w:t>
        <w:br/>
        <w:t>vn 0.2383 -0.4571 0.8569</w:t>
        <w:br/>
        <w:t>vn -0.2977 0.1780 0.9379</w:t>
        <w:br/>
        <w:t>vn 0.4033 -0.1299 0.9058</w:t>
        <w:br/>
        <w:t>vn -0.4441 -0.3749 0.8137</w:t>
        <w:br/>
        <w:t>vn 0.4303 -0.2844 0.8567</w:t>
        <w:br/>
        <w:t>vn -0.4495 -0.2160 0.8667</w:t>
        <w:br/>
        <w:t>vn 0.4266 -0.0456 0.9033</w:t>
        <w:br/>
        <w:t>vn -0.4023 -0.3064 0.8627</w:t>
        <w:br/>
        <w:t>vn -0.4402 -0.0317 0.8973</w:t>
        <w:br/>
        <w:t>vn 0.3831 -0.3206 0.8663</w:t>
        <w:br/>
        <w:t>vn -0.4681 -0.4533 -0.7585</w:t>
        <w:br/>
        <w:t>vn -0.0148 -0.6279 -0.7782</w:t>
        <w:br/>
        <w:t>vn 0.0745 0.7839 -0.6164</w:t>
        <w:br/>
        <w:t>vn 0.5779 0.5635 -0.5904</w:t>
        <w:br/>
        <w:t>vn 0.7572 0.3174 -0.5709</w:t>
        <w:br/>
        <w:t>vn 0.7747 0.1254 -0.6197</w:t>
        <w:br/>
        <w:t>vn -0.7649 0.1132 -0.6341</w:t>
        <w:br/>
        <w:t>vn -0.7280 0.0042 -0.6855</w:t>
        <w:br/>
        <w:t>vn 0.7655 0.1656 -0.6218</w:t>
        <w:br/>
        <w:t>vn 0.7589 0.1213 -0.6398</w:t>
        <w:br/>
        <w:t>vn -0.7510 0.2153 -0.6242</w:t>
        <w:br/>
        <w:t>vn -0.7519 0.0915 -0.6529</w:t>
        <w:br/>
        <w:t>vn 0.4382 -0.4985 -0.7479</w:t>
        <w:br/>
        <w:t>vn -0.4932 0.6339 -0.5958</w:t>
        <w:br/>
        <w:t>vn -0.7039 -0.0265 -0.7098</w:t>
        <w:br/>
        <w:t>vn 0.7435 0.3835 -0.5478</w:t>
        <w:br/>
        <w:t>vn 0.7559 0.1281 -0.6420</w:t>
        <w:br/>
        <w:t>vn -0.7478 0.2420 -0.6182</w:t>
        <w:br/>
        <w:t>vn 0.7377 0.3159 -0.5967</w:t>
        <w:br/>
        <w:t>vn -0.6908 -0.1546 -0.7064</w:t>
        <w:br/>
        <w:t>vn 0.6956 -0.1820 -0.6950</w:t>
        <w:br/>
        <w:t>vn -0.7266 0.3318 -0.6016</w:t>
        <w:br/>
        <w:t>vn -0.4952 -0.6485 0.5782</w:t>
        <w:br/>
        <w:t>vn -0.0239 -0.8188 0.5736</w:t>
        <w:br/>
        <w:t>vn 0.0712 0.6453 0.7606</w:t>
        <w:br/>
        <w:t>vn 0.6099 0.3989 0.6848</w:t>
        <w:br/>
        <w:t>vn 0.7664 0.0028 0.6423</w:t>
        <w:br/>
        <w:t>vn 0.7944 -0.1386 0.5914</w:t>
        <w:br/>
        <w:t>vn -0.8161 -0.1583 0.5559</w:t>
        <w:br/>
        <w:t>vn -0.4660 -0.2088 0.8598</w:t>
        <w:br/>
        <w:t>vn -0.4517 -0.3290 0.8293</w:t>
        <w:br/>
        <w:t>vn -0.7911 -0.3305 0.5147</w:t>
        <w:br/>
        <w:t>vn 0.7974 -0.1167 0.5921</w:t>
        <w:br/>
        <w:t>vn 0.7895 -0.2131 0.5756</w:t>
        <w:br/>
        <w:t>vn 0.4406 -0.1880 0.8778</w:t>
        <w:br/>
        <w:t>vn -0.7952 -0.1114 0.5960</w:t>
        <w:br/>
        <w:t>vn -0.7919 -0.1845 0.5821</w:t>
        <w:br/>
        <w:t>vn 0.4467 -0.6964 0.5617</w:t>
        <w:br/>
        <w:t>vn -0.5379 0.4723 0.6983</w:t>
        <w:br/>
        <w:t>vn -0.4441 -0.3750 0.8137</w:t>
        <w:br/>
        <w:t>vn -0.7771 -0.3928 0.4917</w:t>
        <w:br/>
        <w:t>vn 0.7416 0.0427 0.6695</w:t>
        <w:br/>
        <w:t>vn 0.7869 -0.2298 0.5728</w:t>
        <w:br/>
        <w:t>vn 0.4303 -0.2843 0.8567</w:t>
        <w:br/>
        <w:t>vn -0.7925 -0.1099 0.5999</w:t>
        <w:br/>
        <w:t>vn 0.7728 0.0947 0.6275</w:t>
        <w:br/>
        <w:t>vn -0.7243 -0.3807 0.5749</w:t>
        <w:br/>
        <w:t>vn 0.7111 -0.4081 0.5725</w:t>
        <w:br/>
        <w:t>vn -0.7786 0.1176 0.6164</w:t>
        <w:br/>
        <w:t>vn -0.2273 0.8749 0.4276</w:t>
        <w:br/>
        <w:t>vn -0.2186 0.9412 0.2575</w:t>
        <w:br/>
        <w:t>vn -0.5316 0.8467 0.0221</w:t>
        <w:br/>
        <w:t>vn -0.5781 0.7627 0.2900</w:t>
        <w:br/>
        <w:t>vn -0.8521 0.2860 -0.4384</w:t>
        <w:br/>
        <w:t>vn -0.9759 0.1563 -0.1522</w:t>
        <w:br/>
        <w:t>vn -0.9013 -0.2313 -0.3662</w:t>
        <w:br/>
        <w:t>vn -0.8049 -0.0901 -0.5865</w:t>
        <w:br/>
        <w:t>vn 0.1696 0.7865 0.5939</w:t>
        <w:br/>
        <w:t>vn -0.0667 0.7205 0.6902</w:t>
        <w:br/>
        <w:t>vn -0.3421 0.5254 0.7790</w:t>
        <w:br/>
        <w:t>vn -0.0964 0.5998 0.7943</w:t>
        <w:br/>
        <w:t>vn -0.7723 -0.1091 0.6258</w:t>
        <w:br/>
        <w:t>vn -0.5592 -0.0126 0.8289</w:t>
        <w:br/>
        <w:t>vn -0.8132 -0.4632 0.3524</w:t>
        <w:br/>
        <w:t>vn -0.6806 -0.3530 0.6420</w:t>
        <w:br/>
        <w:t>vn 0.5110 0.8167 0.2679</w:t>
        <w:br/>
        <w:t>vn 0.3497 0.6885 0.6353</w:t>
        <w:br/>
        <w:t>vn -0.1002 0.1363 0.9856</w:t>
        <w:br/>
        <w:t>vn -0.3072 -0.1790 0.9347</w:t>
        <w:br/>
        <w:t>vn 0.7003 0.6408 0.3147</w:t>
        <w:br/>
        <w:t>vn 0.6598 0.7440 -0.1051</w:t>
        <w:br/>
        <w:t>vn 0.4885 0.2255 0.8429</w:t>
        <w:br/>
        <w:t>vn 0.3708 -0.0667 0.9263</w:t>
        <w:br/>
        <w:t>vn -0.1898 0.7464 0.6379</w:t>
        <w:br/>
        <w:t>vn -0.5131 0.5719 0.6400</w:t>
        <w:br/>
        <w:t>vn -0.9413 -0.0600 0.3323</w:t>
        <w:br/>
        <w:t>vn -0.9052 -0.4234 0.0375</w:t>
        <w:br/>
        <w:t>vn 0.3419 0.8718 0.3509</w:t>
        <w:br/>
        <w:t>vn 0.7013 0.6951 0.1581</w:t>
        <w:br/>
        <w:t>vn 0.6392 0.7598 -0.1189</w:t>
        <w:br/>
        <w:t>vn 0.3311 0.9296 0.1620</w:t>
        <w:br/>
        <w:t>vn 0.8356 0.1221 -0.5357</w:t>
        <w:br/>
        <w:t>vn 0.9622 0.0262 -0.2710</w:t>
        <w:br/>
        <w:t>vn 0.8516 -0.3109 -0.4220</w:t>
        <w:br/>
        <w:t>vn 0.7494 -0.2071 -0.6289</w:t>
        <w:br/>
        <w:t>vn 0.3743 0.4486 0.8116</w:t>
        <w:br/>
        <w:t>vn 0.0999 0.6564 0.7478</w:t>
        <w:br/>
        <w:t>vn -0.1287 0.6592 0.7409</w:t>
        <w:br/>
        <w:t>vn 0.1062 0.4536 0.8849</w:t>
        <w:br/>
        <w:t>vn 0.7646 -0.1547 0.6257</w:t>
        <w:br/>
        <w:t>vn 0.5239 -0.1236 0.8428</w:t>
        <w:br/>
        <w:t>vn 0.8005 -0.4672 0.3754</w:t>
        <w:br/>
        <w:t>vn 0.6427 -0.4234 0.6385</w:t>
        <w:br/>
        <w:t>vn -0.4643 0.7242 0.5098</w:t>
        <w:br/>
        <w:t>vn -0.2699 0.5515 0.7893</w:t>
        <w:br/>
        <w:t>vn 0.2067 -0.0137 0.9783</w:t>
        <w:br/>
        <w:t>vn 0.4163 -0.3216 0.8505</w:t>
        <w:br/>
        <w:t>vn -0.7178 0.6682 0.1956</w:t>
        <w:br/>
        <w:t>vn -0.6596 0.5246 0.5383</w:t>
        <w:br/>
        <w:t>vn -0.2873 0.0155 0.9577</w:t>
        <w:br/>
        <w:t>vn -0.0263 -0.2747 0.9612</w:t>
        <w:br/>
        <w:t>vn 0.6127 0.5352 0.5814</w:t>
        <w:br/>
        <w:t>vn 0.2704 0.7405 0.6153</w:t>
        <w:br/>
        <w:t>vn 0.9624 -0.1110 0.2478</w:t>
        <w:br/>
        <w:t>vn 0.8988 -0.4383 0.0043</w:t>
        <w:br/>
        <w:t>vn 0.4154 0.8446 -0.3376</w:t>
        <w:br/>
        <w:t>vn 0.6853 0.6648 -0.2973</w:t>
        <w:br/>
        <w:t>vn 0.6373 0.4722 -0.6089</w:t>
        <w:br/>
        <w:t>vn 0.4239 0.7051 -0.5684</w:t>
        <w:br/>
        <w:t>vn 0.8535 -0.1598 -0.4959</w:t>
        <w:br/>
        <w:t>vn 0.9941 0.0066 -0.1080</w:t>
        <w:br/>
        <w:t>vn 0.9263 -0.3764 0.0198</w:t>
        <w:br/>
        <w:t>vn 0.8046 -0.4891 -0.3367</w:t>
        <w:br/>
        <w:t>vn 0.0677 0.9943 0.0821</w:t>
        <w:br/>
        <w:t>vn 0.2314 0.9273 0.2941</w:t>
        <w:br/>
        <w:t>vn 0.4797 0.8571 0.1879</w:t>
        <w:br/>
        <w:t>vn 0.2545 0.9669 0.0184</w:t>
        <w:br/>
        <w:t>vn 0.5086 0.5519 0.6608</w:t>
        <w:br/>
        <w:t>vn 0.8000 0.3461 0.4901</w:t>
        <w:br/>
        <w:t>vn 0.8227 -0.0219 0.5680</w:t>
        <w:br/>
        <w:t>vn 0.5865 0.2545 0.7689</w:t>
        <w:br/>
        <w:t>vn -0.4301 0.8266 -0.3629</w:t>
        <w:br/>
        <w:t>vn -0.3841 0.7326 -0.5619</w:t>
        <w:br/>
        <w:t>vn -0.6190 0.4857 -0.6172</w:t>
        <w:br/>
        <w:t>vn -0.6981 0.6423 -0.3163</w:t>
        <w:br/>
        <w:t>vn -0.8405 -0.1866 -0.5087</w:t>
        <w:br/>
        <w:t>vn -0.9944 -0.0389 -0.0981</w:t>
        <w:br/>
        <w:t>vn -0.8991 -0.4349 0.0496</w:t>
        <w:br/>
        <w:t>vn -0.7775 -0.5267 -0.3436</w:t>
        <w:br/>
        <w:t>vn -0.0560 0.9979 0.0331</w:t>
        <w:br/>
        <w:t>vn -0.3592 0.9332 -0.0087</w:t>
        <w:br/>
        <w:t>vn -0.5731 0.7996 0.1793</w:t>
        <w:br/>
        <w:t>vn -0.2754 0.9136 0.2991</w:t>
        <w:br/>
        <w:t>vn -0.8257 0.2519 0.5048</w:t>
        <w:br/>
        <w:t>vn -0.5787 0.4615 0.6724</w:t>
        <w:br/>
        <w:t>vn -0.8020 -0.1155 0.5861</w:t>
        <w:br/>
        <w:t>vn -0.6405 0.1568 0.7517</w:t>
        <w:br/>
        <w:t>vn 0.3700 0.9163 -0.1530</w:t>
        <w:br/>
        <w:t>vn 0.1683 0.9533 0.2507</w:t>
        <w:br/>
        <w:t>vn -0.2220 0.5920 0.7747</w:t>
        <w:br/>
        <w:t>vn -0.3527 0.3389 0.8722</w:t>
        <w:br/>
        <w:t>vn 0.6492 0.6903 -0.3195</w:t>
        <w:br/>
        <w:t>vn 0.5881 0.7968 0.1389</w:t>
        <w:br/>
        <w:t>vn 0.2257 0.5950 0.7714</w:t>
        <w:br/>
        <w:t>vn 0.0413 0.4184 0.9073</w:t>
        <w:br/>
        <w:t>vn 0.4508 0.6093 -0.6523</w:t>
        <w:br/>
        <w:t>vn 0.6631 0.5587 -0.4981</w:t>
        <w:br/>
        <w:t>vn 0.6607 0.2796 -0.6966</w:t>
        <w:br/>
        <w:t>vn 0.4463 0.3502 -0.8235</w:t>
        <w:br/>
        <w:t>vn 0.9583 0.2838 -0.0326</w:t>
        <w:br/>
        <w:t>vn 0.9665 0.0097 -0.2565</w:t>
        <w:br/>
        <w:t>vn 0.8864 -0.1732 0.4294</w:t>
        <w:br/>
        <w:t>vn 0.8849 -0.3914 0.2524</w:t>
        <w:br/>
        <w:t>vn 0.6949 -0.5706 0.4376</w:t>
        <w:br/>
        <w:t>vn 0.7203 -0.3925 0.5719</w:t>
        <w:br/>
        <w:t>vn -0.7057 -0.6142 0.3532</w:t>
        <w:br/>
        <w:t>vn -0.7194 -0.4159 0.5563</w:t>
        <w:br/>
        <w:t>vn -0.4212 -0.7160 0.5567</w:t>
        <w:br/>
        <w:t>vn -0.4188 -0.7988 0.4320</w:t>
        <w:br/>
        <w:t>vn -0.9893 -0.0950 0.1108</w:t>
        <w:br/>
        <w:t>vn -0.8966 0.2578 0.3601</w:t>
        <w:br/>
        <w:t>vn -0.9250 0.3232 -0.1995</w:t>
        <w:br/>
        <w:t>vn -0.7773 0.6285 0.0276</w:t>
        <w:br/>
        <w:t>vn -0.8139 0.4545 -0.3619</w:t>
        <w:br/>
        <w:t>vn -0.6991 0.6935 -0.1745</w:t>
        <w:br/>
        <w:t>vn -0.7773 0.6285 0.0275</w:t>
        <w:br/>
        <w:t>vn 0.2791 0.9596 -0.0364</w:t>
        <w:br/>
        <w:t>vn 0.0729 0.9395 -0.3348</w:t>
        <w:br/>
        <w:t>vn -0.0910 0.9127 -0.3984</w:t>
        <w:br/>
        <w:t>vn 0.1501 0.9881 -0.0343</w:t>
        <w:br/>
        <w:t>vn 0.5202 0.7208 0.4581</w:t>
        <w:br/>
        <w:t>vn 0.4225 0.7514 0.5069</w:t>
        <w:br/>
        <w:t>vn 0.5664 0.3503 0.7460</w:t>
        <w:br/>
        <w:t>vn 0.4719 0.4456 0.7608</w:t>
        <w:br/>
        <w:t>vn 0.5416 0.1383 0.8292</w:t>
        <w:br/>
        <w:t>vn 0.4638 0.2774 0.8414</w:t>
        <w:br/>
        <w:t>vn -0.3205 -0.9465 -0.0379</w:t>
        <w:br/>
        <w:t>vn -0.3768 -0.9243 -0.0608</w:t>
        <w:br/>
        <w:t>vn -0.2301 -0.9448 0.2333</w:t>
        <w:br/>
        <w:t>vn -0.1800 -0.9267 0.3300</w:t>
        <w:br/>
        <w:t>vn -0.4306 -0.7457 -0.5085</w:t>
        <w:br/>
        <w:t>vn -0.5228 -0.7157 -0.4630</w:t>
        <w:br/>
        <w:t>vn -0.4689 -0.5191 -0.7146</w:t>
        <w:br/>
        <w:t>vn -0.5751 -0.4393 -0.6901</w:t>
        <w:br/>
        <w:t>vn -0.4806 -0.3627 -0.7984</w:t>
        <w:br/>
        <w:t>vn -0.5729 -0.2474 -0.7814</w:t>
        <w:br/>
        <w:t>vn -0.4689 -0.5190 -0.7146</w:t>
        <w:br/>
        <w:t>vn 0.3262 0.8810 -0.3426</w:t>
        <w:br/>
        <w:t>vn 0.4983 0.8553 -0.1419</w:t>
        <w:br/>
        <w:t>vn 0.7328 0.6094 0.3027</w:t>
        <w:br/>
        <w:t>vn 0.7430 0.1536 0.6514</w:t>
        <w:br/>
        <w:t>vn 0.6626 -0.1003 0.7423</w:t>
        <w:br/>
        <w:t>vn -0.3445 -0.9134 0.2170</w:t>
        <w:br/>
        <w:t>vn -0.5414 -0.8404 0.0248</w:t>
        <w:br/>
        <w:t>vn -0.7725 -0.5647 -0.2905</w:t>
        <w:br/>
        <w:t>vn -0.8184 -0.1999 -0.5388</w:t>
        <w:br/>
        <w:t>vn -0.7650 0.0209 -0.6436</w:t>
        <w:br/>
        <w:t>vn -0.3789 0.6141 -0.6923</w:t>
        <w:br/>
        <w:t>vn -0.3867 0.3630 -0.8477</w:t>
        <w:br/>
        <w:t>vn -0.6328 0.2631 -0.7283</w:t>
        <w:br/>
        <w:t>vn -0.6360 0.5504 -0.5409</w:t>
        <w:br/>
        <w:t>vn -0.9601 -0.0610 -0.2729</w:t>
        <w:br/>
        <w:t>vn -0.9736 0.2238 -0.0454</w:t>
        <w:br/>
        <w:t>vn -0.8735 -0.4326 0.2231</w:t>
        <w:br/>
        <w:t>vn -0.8856 -0.2210 0.4084</w:t>
        <w:br/>
        <w:t>vn -0.7148 -0.5799 0.3909</w:t>
        <w:br/>
        <w:t>vn -0.7376 -0.4079 0.5381</w:t>
        <w:br/>
        <w:t>vn 0.7316 -0.5767 0.3636</w:t>
        <w:br/>
        <w:t>vn 0.4322 -0.7848 0.4443</w:t>
        <w:br/>
        <w:t>vn 0.4332 -0.6968 0.5716</w:t>
        <w:br/>
        <w:t>vn 0.7348 -0.3660 0.5710</w:t>
        <w:br/>
        <w:t>vn 0.9942 -0.0201 0.1061</w:t>
        <w:br/>
        <w:t>vn 0.8772 0.3245 0.3538</w:t>
        <w:br/>
        <w:t>vn 0.9012 0.3856 -0.1978</w:t>
        <w:br/>
        <w:t>vn 0.7438 0.6679 0.0263</w:t>
        <w:br/>
        <w:t>vn 0.6692 0.7240 -0.1675</w:t>
        <w:br/>
        <w:t>vn 0.7872 0.5061 -0.3525</w:t>
        <w:br/>
        <w:t>vn 0.1041 0.9030 -0.4169</w:t>
        <w:br/>
        <w:t>vn -0.0406 0.9260 -0.3754</w:t>
        <w:br/>
        <w:t>vn -0.2625 0.9627 -0.0656</w:t>
        <w:br/>
        <w:t>vn -0.1372 0.9894 -0.0485</w:t>
        <w:br/>
        <w:t>vn -0.5285 0.7086 0.4675</w:t>
        <w:br/>
        <w:t>vn -0.4181 0.7459 0.5184</w:t>
        <w:br/>
        <w:t>vn -0.5705 0.3150 0.7585</w:t>
        <w:br/>
        <w:t>vn -0.4661 0.4168 0.7804</w:t>
        <w:br/>
        <w:t>vn -0.5417 0.1097 0.8334</w:t>
        <w:br/>
        <w:t>vn -0.4546 0.2464 0.8560</w:t>
        <w:br/>
        <w:t>vn 0.3166 -0.9475 -0.0460</w:t>
        <w:br/>
        <w:t>vn 0.1808 -0.9277 0.3268</w:t>
        <w:br/>
        <w:t>vn 0.2339 -0.9439 0.2332</w:t>
        <w:br/>
        <w:t>vn 0.3835 -0.9211 -0.0674</w:t>
        <w:br/>
        <w:t>vn 0.4225 -0.7386 -0.5252</w:t>
        <w:br/>
        <w:t>vn 0.5311 -0.6981 -0.4802</w:t>
        <w:br/>
        <w:t>vn 0.4590 -0.4977 -0.7359</w:t>
        <w:br/>
        <w:t>vn 0.5783 -0.4036 -0.7090</w:t>
        <w:br/>
        <w:t>vn 0.4681 -0.3335 -0.8183</w:t>
        <w:br/>
        <w:t>vn 0.5700 -0.2036 -0.7961</w:t>
        <w:br/>
        <w:t>vn -0.2634 0.8757 -0.4047</w:t>
        <w:br/>
        <w:t>vn -0.4768 0.8587 -0.1877</w:t>
        <w:br/>
        <w:t>vn -0.7577 0.5781 0.3028</w:t>
        <w:br/>
        <w:t>vn -0.7542 0.1075 0.6478</w:t>
        <w:br/>
        <w:t>vn -0.6736 -0.1233 0.7287</w:t>
        <w:br/>
        <w:t>vn 0.5657 -0.8242 0.0244</w:t>
        <w:br/>
        <w:t>vn 0.3550 -0.9078 0.2231</w:t>
        <w:br/>
        <w:t>vn 0.8014 -0.5165 -0.3016</w:t>
        <w:br/>
        <w:t>vn 0.8277 -0.1327 -0.5453</w:t>
        <w:br/>
        <w:t>vn 0.7609 0.0879 -0.6429</w:t>
        <w:br/>
        <w:t>vn -0.4853 0.8744 0.0018</w:t>
        <w:br/>
        <w:t>vn -0.0033 1.0000 -0.0031</w:t>
        <w:br/>
        <w:t>vn -0.0006 0.7083 -0.7059</w:t>
        <w:br/>
        <w:t>vn -0.3962 0.6542 -0.6443</w:t>
        <w:br/>
        <w:t>vn -0.4985 0.6096 0.6164</w:t>
        <w:br/>
        <w:t>vn -0.0035 0.7061 0.7081</w:t>
        <w:br/>
        <w:t>vn -0.4723 -0.0069 0.8814</w:t>
        <w:br/>
        <w:t>vn -0.0007 -0.0061 1.0000</w:t>
        <w:br/>
        <w:t>vn -0.3785 -0.6524 0.6567</w:t>
        <w:br/>
        <w:t>vn -0.0001 -0.7083 0.7059</w:t>
        <w:br/>
        <w:t>vn -0.2979 -0.9546 0.0071</w:t>
        <w:br/>
        <w:t>vn -0.0016 -1.0000 0.0032</w:t>
        <w:br/>
        <w:t>vn -0.2455 -0.6846 -0.6863</w:t>
        <w:br/>
        <w:t>vn -0.0015 -0.7062 -0.7080</w:t>
        <w:br/>
        <w:t>vn -0.0016 -1.0000 0.0031</w:t>
        <w:br/>
        <w:t>vn -0.1307 -0.1184 -0.9843</w:t>
        <w:br/>
        <w:t>vn -0.0002 0.0061 -1.0000</w:t>
        <w:br/>
        <w:t>vn 0.3907 0.6560 -0.6457</w:t>
        <w:br/>
        <w:t>vn 0.3009 0.0053 -0.9536</w:t>
        <w:br/>
        <w:t>vn 0.4779 0.8784 0.0010</w:t>
        <w:br/>
        <w:t>vn 0.4906 0.6160 0.6163</w:t>
        <w:br/>
        <w:t>vn 0.4651 -0.0023 0.8853</w:t>
        <w:br/>
        <w:t>vn 0.3698 -0.6538 0.6602</w:t>
        <w:br/>
        <w:t>vn 0.2860 -0.9582 0.0079</w:t>
        <w:br/>
        <w:t>vn 0.2344 -0.6884 -0.6864</w:t>
        <w:br/>
        <w:t>vn 0.7619 -0.4623 0.4536</w:t>
        <w:br/>
        <w:t>vn 0.9999 -0.0099 0.0081</w:t>
        <w:br/>
        <w:t>vn 0.7848 -0.0192 0.6194</w:t>
        <w:br/>
        <w:t>vn 0.7839 -0.6208 0.0141</w:t>
        <w:br/>
        <w:t>vn 0.7915 -0.4328 -0.4315</w:t>
        <w:br/>
        <w:t>vn 0.8065 0.0138 -0.5911</w:t>
        <w:br/>
        <w:t>vn 0.7946 0.4292 -0.4295</w:t>
        <w:br/>
        <w:t>vn 0.8050 0.5931 -0.0133</w:t>
        <w:br/>
        <w:t>vn 0.7895 0.4336 0.4343</w:t>
        <w:br/>
        <w:t>vn -0.7798 -0.4489 0.4364</w:t>
        <w:br/>
        <w:t>vn -0.8031 -0.0239 0.5954</w:t>
        <w:br/>
        <w:t>vn -0.9998 -0.0153 0.0093</w:t>
        <w:br/>
        <w:t>vn -0.8003 -0.5995 0.0148</w:t>
        <w:br/>
        <w:t>vn -0.8087 -0.4198 -0.4120</w:t>
        <w:br/>
        <w:t>vn -0.8248 0.0079 -0.5653</w:t>
        <w:br/>
        <w:t>vn -0.8153 0.4072 -0.4118</w:t>
        <w:br/>
        <w:t>vn -0.8254 0.5644 -0.0119</w:t>
        <w:br/>
        <w:t>vn -0.8096 0.4114 0.4186</w:t>
        <w:br/>
        <w:t>vn 0.7145 0.5032 -0.4861</w:t>
        <w:br/>
        <w:t>vn 0.6874 0.0066 -0.7262</w:t>
        <w:br/>
        <w:t>vn 0.7352 0.6778 0.0052</w:t>
        <w:br/>
        <w:t>vn 0.7132 0.4939 0.4974</w:t>
        <w:br/>
        <w:t>vn 0.7075 -0.0017 0.7067</w:t>
        <w:br/>
        <w:t>vn 0.6721 -0.5169 0.5302</w:t>
        <w:br/>
        <w:t>vn 0.6591 -0.7519 0.0103</w:t>
        <w:br/>
        <w:t>vn 0.6387 -0.5445 -0.5437</w:t>
        <w:br/>
        <w:t>vn -0.6979 0.0042 -0.7162</w:t>
        <w:br/>
        <w:t>vn -0.7219 0.4966 -0.4819</w:t>
        <w:br/>
        <w:t>vn -0.6882 0.3251 -0.6486</w:t>
        <w:br/>
        <w:t>vn -0.7414 0.6710 0.0057</w:t>
        <w:br/>
        <w:t>vn -0.7206 0.4871 0.4934</w:t>
        <w:br/>
        <w:t>vn -0.7178 -0.0038 0.6963</w:t>
        <w:br/>
        <w:t>vn -0.6854 -0.5094 0.5203</w:t>
        <w:br/>
        <w:t>vn -0.6739 -0.7387 0.0103</w:t>
        <w:br/>
        <w:t>vn -0.6740 -0.7387 0.0103</w:t>
        <w:br/>
        <w:t>vn -0.6530 -0.5372 -0.5338</w:t>
        <w:br/>
        <w:t>vn -0.6979 0.0042 -0.7161</w:t>
        <w:br/>
        <w:t>vn -0.5174 0.2451 0.8199</w:t>
        <w:br/>
        <w:t>vn -0.5721 0.7073 0.4153</w:t>
        <w:br/>
        <w:t>vn -0.6604 0.5756 0.4822</w:t>
        <w:br/>
        <w:t>vn -0.7727 0.2862 0.5666</w:t>
        <w:br/>
        <w:t>vn -0.7648 -0.3252 0.5561</w:t>
        <w:br/>
        <w:t>vn -0.3473 -0.3664 0.8632</w:t>
        <w:br/>
        <w:t>vn -0.6584 -0.5865 0.4717</w:t>
        <w:br/>
        <w:t>vn -0.0478 -0.8236 0.5652</w:t>
        <w:br/>
        <w:t>vn 0.0271 0.5257 -0.8502</w:t>
        <w:br/>
        <w:t>vn 0.5518 0.5188 -0.6530</w:t>
        <w:br/>
        <w:t>vn 0.3373 0.8091 -0.4812</w:t>
        <w:br/>
        <w:t>vn -0.1752 0.7816 -0.5987</w:t>
        <w:br/>
        <w:t>vn 0.4411 0.3507 0.8261</w:t>
        <w:br/>
        <w:t>vn 0.3097 0.5505 0.7753</w:t>
        <w:br/>
        <w:t>vn 0.2252 0.5709 0.7895</w:t>
        <w:br/>
        <w:t>vn 0.3827 0.3594 0.8511</w:t>
        <w:br/>
        <w:t>vn 0.5997 -0.1180 0.7915</w:t>
        <w:br/>
        <w:t>vn 0.6187 -0.1175 0.7767</w:t>
        <w:br/>
        <w:t>vn 0.6461 -0.3497 0.6784</w:t>
        <w:br/>
        <w:t>vn 0.6486 -0.3568 0.6723</w:t>
        <w:br/>
        <w:t>vn -0.5807 0.2658 -0.7695</w:t>
        <w:br/>
        <w:t>vn -0.5900 0.6345 -0.4994</w:t>
        <w:br/>
        <w:t>vn -0.5909 0.6247 -0.5105</w:t>
        <w:br/>
        <w:t>vn -0.6003 0.2476 -0.7605</w:t>
        <w:br/>
        <w:t>vn -0.1406 0.2838 0.9485</w:t>
        <w:br/>
        <w:t>vn -0.4580 0.8031 0.3813</w:t>
        <w:br/>
        <w:t>vn -0.6796 0.6269 0.3809</w:t>
        <w:br/>
        <w:t>vn -0.8607 0.3857 0.3324</w:t>
        <w:br/>
        <w:t>vn 0.1283 -0.2754 0.9527</w:t>
        <w:br/>
        <w:t>vn -0.9752 -0.1632 0.1494</w:t>
        <w:br/>
        <w:t>vn 0.2412 -0.5066 0.8278</w:t>
        <w:br/>
        <w:t>vn -0.9065 -0.4209 0.0330</w:t>
        <w:br/>
        <w:t>vn -0.3406 0.4077 -0.8472</w:t>
        <w:br/>
        <w:t>vn -0.4813 0.6936 -0.5360</w:t>
        <w:br/>
        <w:t>vn 0.0066 0.5841 0.8117</w:t>
        <w:br/>
        <w:t>vn 0.1835 0.3476 0.9195</w:t>
        <w:br/>
        <w:t>vn 0.4566 -0.1640 0.8744</w:t>
        <w:br/>
        <w:t>vn 0.5365 -0.3910 0.7479</w:t>
        <w:br/>
        <w:t>vn -0.7135 0.6918 -0.1112</w:t>
        <w:br/>
        <w:t>vn -0.8483 0.5187 0.1064</w:t>
        <w:br/>
        <w:t>vn -0.6650 0.6826 0.3031</w:t>
        <w:br/>
        <w:t>vn -0.6033 0.7685 0.2130</w:t>
        <w:br/>
        <w:t>vn -0.6758 0.3258 -0.6612</w:t>
        <w:br/>
        <w:t>vn -0.9532 0.0713 -0.2938</w:t>
        <w:br/>
        <w:t>vn -0.2096 -0.2762 -0.9380</w:t>
        <w:br/>
        <w:t>vn -0.8726 -0.1659 -0.4593</w:t>
        <w:br/>
        <w:t>vn 0.2210 0.9100 -0.3507</w:t>
        <w:br/>
        <w:t>vn 0.1236 0.9252 -0.3588</w:t>
        <w:br/>
        <w:t>vn 0.0021 0.9992 -0.0390</w:t>
        <w:br/>
        <w:t>vn 0.1108 0.9922 -0.0572</w:t>
        <w:br/>
        <w:t>vn 0.3498 0.5330 -0.7704</w:t>
        <w:br/>
        <w:t>vn 0.2886 0.5355 -0.7937</w:t>
        <w:br/>
        <w:t>vn 0.3440 -0.0632 -0.9368</w:t>
        <w:br/>
        <w:t>vn 0.3326 -0.0782 -0.9398</w:t>
        <w:br/>
        <w:t>vn -0.4888 0.8605 0.1437</w:t>
        <w:br/>
        <w:t>vn -0.4805 0.8400 -0.2520</w:t>
        <w:br/>
        <w:t>vn -0.2832 0.4930 -0.8227</w:t>
        <w:br/>
        <w:t>vn 0.1060 -0.1306 -0.9858</w:t>
        <w:br/>
        <w:t>vn -0.3584 0.9292 0.0899</w:t>
        <w:br/>
        <w:t>vn -0.2003 0.9795 0.0197</w:t>
        <w:br/>
        <w:t>vn -0.0787 0.9343 -0.3476</w:t>
        <w:br/>
        <w:t>vn -0.2696 0.9119 -0.3095</w:t>
        <w:br/>
        <w:t>vn 0.1450 0.5427 -0.8273</w:t>
        <w:br/>
        <w:t>vn -0.0229 0.5424 -0.8398</w:t>
        <w:br/>
        <w:t>vn 0.2967 -0.1030 -0.9494</w:t>
        <w:br/>
        <w:t>vn 0.2469 -0.1074 -0.9631</w:t>
        <w:br/>
        <w:t>vn -0.3171 0.2715 0.9087</w:t>
        <w:br/>
        <w:t>vn -0.3127 0.2649 0.9122</w:t>
        <w:br/>
        <w:t>vn -0.3282 0.0006 0.9446</w:t>
        <w:br/>
        <w:t>vn -0.3612 0.0014 0.9325</w:t>
        <w:br/>
        <w:t>vn -0.2882 0.2641 0.9204</w:t>
        <w:br/>
        <w:t>vn -0.2095 -0.0024 0.9778</w:t>
        <w:br/>
        <w:t>vn -0.2601 0.0046 0.9656</w:t>
        <w:br/>
        <w:t>vn -0.2969 0.2692 0.9162</w:t>
        <w:br/>
        <w:t>vn -0.0501 0.0086 0.9987</w:t>
        <w:br/>
        <w:t>vn -0.1824 0.2607 0.9480</w:t>
        <w:br/>
        <w:t>vn 0.1315 0.4018 0.9062</w:t>
        <w:br/>
        <w:t>vn 0.3624 0.1616 0.9179</w:t>
        <w:br/>
        <w:t>vn 0.4310 0.6601 0.6153</w:t>
        <w:br/>
        <w:t>vn 0.7344 0.4229 0.5308</w:t>
        <w:br/>
        <w:t>vn 0.4298 0.8930 0.1331</w:t>
        <w:br/>
        <w:t>vn 0.7384 0.6736 -0.0328</w:t>
        <w:br/>
        <w:t>vn 0.0734 0.9687 -0.2370</w:t>
        <w:br/>
        <w:t>vn -0.1730 0.9318 -0.3191</w:t>
        <w:br/>
        <w:t>vn -0.5185 0.8512 -0.0810</w:t>
        <w:br/>
        <w:t>vn -0.5752 0.6528 -0.4930</w:t>
        <w:br/>
        <w:t>vn -0.4759 0.8706 -0.1248</w:t>
        <w:br/>
        <w:t>vn -0.4603 0.8740 -0.1558</w:t>
        <w:br/>
        <w:t>vn 0.9213 0.3372 -0.1938</w:t>
        <w:br/>
        <w:t>vn -0.5096 0.3151 -0.8007</w:t>
        <w:br/>
        <w:t>vn 0.5581 -0.1045 0.8232</w:t>
        <w:br/>
        <w:t>vn 0.9251 0.1165 0.3615</w:t>
        <w:br/>
        <w:t>vn -0.3203 -0.2642 0.9097</w:t>
        <w:br/>
        <w:t>vn -0.3781 -0.2689 0.8858</w:t>
        <w:br/>
        <w:t>vn 0.0876 -0.2463 0.9652</w:t>
        <w:br/>
        <w:t>vn -0.1140 -0.2688 0.9564</w:t>
        <w:br/>
        <w:t>vn -0.2039 -0.2609 0.9436</w:t>
        <w:br/>
        <w:t>vn 0.3343 -0.9198 -0.2057</w:t>
        <w:br/>
        <w:t>vn 0.2967 -0.9439 -0.1447</w:t>
        <w:br/>
        <w:t>vn 0.3343 -0.9197 -0.2057</w:t>
        <w:br/>
        <w:t>vn 0.4258 -0.8697 -0.2496</w:t>
        <w:br/>
        <w:t>vn 0.4856 -0.8608 -0.1525</w:t>
        <w:br/>
        <w:t>vn 0.3920 -0.9195 -0.0310</w:t>
        <w:br/>
        <w:t>vn 0.4879 -0.8700 -0.0714</w:t>
        <w:br/>
        <w:t>vn 0.1547 -0.9859 -0.0639</w:t>
        <w:br/>
        <w:t>vn 0.3920 -0.9194 -0.0310</w:t>
        <w:br/>
        <w:t>vn -0.0382 -0.9371 -0.3470</w:t>
        <w:br/>
        <w:t>vn -0.0163 -0.7446 -0.6673</w:t>
        <w:br/>
        <w:t>vn -0.0163 -0.7447 -0.6672</w:t>
        <w:br/>
        <w:t>vn 0.1720 -0.5647 -0.8072</w:t>
        <w:br/>
        <w:t>vn 0.3314 -0.4841 -0.8098</w:t>
        <w:br/>
        <w:t>vn 0.3559 -0.4914 -0.7949</w:t>
        <w:br/>
        <w:t>vn 0.3204 -0.4849 -0.8137</w:t>
        <w:br/>
        <w:t>vn 0.2742 -0.4155 -0.8673</w:t>
        <w:br/>
        <w:t>vn 0.2910 -0.4408 -0.8491</w:t>
        <w:br/>
        <w:t>vn 0.5852 0.5023 0.6366</w:t>
        <w:br/>
        <w:t>vn 0.4501 0.4465 0.7733</w:t>
        <w:br/>
        <w:t>vn 0.3359 0.7498 0.5701</w:t>
        <w:br/>
        <w:t>vn 0.4191 0.7743 0.4741</w:t>
        <w:br/>
        <w:t>vn -0.0048 -0.9956 -0.0936</w:t>
        <w:br/>
        <w:t>vn -0.4240 -0.7303 -0.5356</w:t>
        <w:br/>
        <w:t>vn -0.3127 -0.6987 -0.6434</w:t>
        <w:br/>
        <w:t>vn -0.0126 -0.9959 -0.0900</w:t>
        <w:br/>
        <w:t>vn 0.3938 -0.8428 0.3669</w:t>
        <w:br/>
        <w:t>vn 0.2607 -0.8397 0.4763</w:t>
        <w:br/>
        <w:t>vn 0.3612 -0.6279 0.6894</w:t>
        <w:br/>
        <w:t>vn 0.5456 -0.6330 0.5492</w:t>
        <w:br/>
        <w:t>vn 0.7008 0.6170 0.3581</w:t>
        <w:br/>
        <w:t>vn 0.7397 0.5892 0.3251</w:t>
        <w:br/>
        <w:t>vn 0.4773 0.8005 0.3626</w:t>
        <w:br/>
        <w:t>vn 0.4148 0.8047 0.4247</w:t>
        <w:br/>
        <w:t>vn -0.2341 0.8849 0.4026</w:t>
        <w:br/>
        <w:t>vn -0.1782 0.9359 0.3039</w:t>
        <w:br/>
        <w:t>vn -0.7653 0.6109 0.2027</w:t>
        <w:br/>
        <w:t>vn -0.7526 0.6520 0.0924</w:t>
        <w:br/>
        <w:t>vn -0.9787 -0.1059 -0.1760</w:t>
        <w:br/>
        <w:t>vn -0.9743 -0.0802 -0.2104</w:t>
        <w:br/>
        <w:t>vn -0.5004 -0.7595 -0.4156</w:t>
        <w:br/>
        <w:t>vn -0.5424 -0.7578 -0.3627</w:t>
        <w:br/>
        <w:t>vn 0.1288 -0.9416 -0.3112</w:t>
        <w:br/>
        <w:t>vn 0.1764 -0.9026 -0.3927</w:t>
        <w:br/>
        <w:t>vn 0.7281 -0.6739 -0.1252</w:t>
        <w:br/>
        <w:t>vn 0.7721 -0.6050 -0.1946</w:t>
        <w:br/>
        <w:t>vn 0.9027 -0.4300 -0.0138</w:t>
        <w:br/>
        <w:t>vn 0.9363 -0.3458 -0.0615</w:t>
        <w:br/>
        <w:t>vn 0.1530 0.7263 0.6701</w:t>
        <w:br/>
        <w:t>vn 0.4919 0.8649 -0.1001</w:t>
        <w:br/>
        <w:t>vn 0.5438 0.8232 0.1630</w:t>
        <w:br/>
        <w:t>vn 0.1880 0.8126 0.5517</w:t>
        <w:br/>
        <w:t>vn -0.3060 0.7076 0.6369</w:t>
        <w:br/>
        <w:t>vn -0.2829 0.8002 0.5288</w:t>
        <w:br/>
        <w:t>vn -0.6727 0.7152 0.1898</w:t>
        <w:br/>
        <w:t>vn -0.7090 0.6575 0.2550</w:t>
        <w:br/>
        <w:t>vn -0.3845 0.7401 -0.5517</w:t>
        <w:br/>
        <w:t>vn -0.0630 0.5504 -0.8325</w:t>
        <w:br/>
        <w:t>vn 0.2830 0.4970 -0.8203</w:t>
        <w:br/>
        <w:t>vn 0.2830 0.4971 -0.8202</w:t>
        <w:br/>
        <w:t>vn 0.5202 0.5982 -0.6096</w:t>
        <w:br/>
        <w:t>vn 0.5202 0.5982 -0.6095</w:t>
        <w:br/>
        <w:t>vn 0.3865 -0.0230 0.9220</w:t>
        <w:br/>
        <w:t>vn 0.4196 0.4086 0.8105</w:t>
        <w:br/>
        <w:t>vn 0.1256 0.0437 0.9911</w:t>
        <w:br/>
        <w:t>vn -0.3593 0.0736 0.9303</w:t>
        <w:br/>
        <w:t>vn -0.7727 -0.1025 0.6265</w:t>
        <w:br/>
        <w:t>vn -0.9045 -0.2356 0.3554</w:t>
        <w:br/>
        <w:t>vn -0.9715 0.1588 0.1757</w:t>
        <w:br/>
        <w:t>vn -0.1318 -0.6998 -0.7021</w:t>
        <w:br/>
        <w:t>vn -0.3868 -0.6760 -0.6272</w:t>
        <w:br/>
        <w:t>vn -0.4437 -0.4298 -0.7864</w:t>
        <w:br/>
        <w:t>vn -0.1658 -0.5047 -0.8473</w:t>
        <w:br/>
        <w:t>vn 0.3345 -0.6678 -0.6650</w:t>
        <w:br/>
        <w:t>vn 0.3648 -0.5182 -0.7736</w:t>
        <w:br/>
        <w:t>vn 0.8233 -0.3469 -0.4492</w:t>
        <w:br/>
        <w:t>vn 0.7345 -0.6002 -0.3169</w:t>
        <w:br/>
        <w:t>vn 0.9666 -0.1833 -0.1793</w:t>
        <w:br/>
        <w:t>vn 0.8656 -0.5006 -0.0120</w:t>
        <w:br/>
        <w:t>vn 0.3627 -0.7601 0.5391</w:t>
        <w:br/>
        <w:t>vn 0.0495 -0.5375 0.8418</w:t>
        <w:br/>
        <w:t>vn -0.2691 -0.4739 0.8385</w:t>
        <w:br/>
        <w:t>vn -0.4791 -0.6028 0.6380</w:t>
        <w:br/>
        <w:t>vn -0.4073 -0.8972 0.1704</w:t>
        <w:br/>
        <w:t>vn -0.0686 -0.9632 -0.2600</w:t>
        <w:br/>
        <w:t>vn 0.2112 -0.9351 -0.2844</w:t>
        <w:br/>
        <w:t>vn 0.4209 -0.9069 0.0195</w:t>
        <w:br/>
        <w:t>vn -0.0391 -0.9091 0.4146</w:t>
        <w:br/>
        <w:t>vn -0.0391 -0.9091 0.4147</w:t>
        <w:br/>
        <w:t>vn -0.0106 0.9992 0.0386</w:t>
        <w:br/>
        <w:t>vn -0.0997 0.9807 0.1682</w:t>
        <w:br/>
        <w:t>vn 0.4927 0.7887 0.3677</w:t>
        <w:br/>
        <w:t>vn -0.4174 0.8219 -0.3876</w:t>
        <w:br/>
        <w:t>vn -0.6563 0.7448 -0.1204</w:t>
        <w:br/>
        <w:t>vn -0.5713 0.6028 -0.5570</w:t>
        <w:br/>
        <w:t>vn -0.8367 0.4846 -0.2551</w:t>
        <w:br/>
        <w:t>vn -0.5832 -0.4465 -0.6786</w:t>
        <w:br/>
        <w:t>vn -0.5357 -0.7497 -0.3886</w:t>
        <w:br/>
        <w:t>vn -0.7543 -0.4989 -0.4267</w:t>
        <w:br/>
        <w:t>vn 0.6048 0.6108 0.5110</w:t>
        <w:br/>
        <w:t>vn 0.3023 0.7429 0.5972</w:t>
        <w:br/>
        <w:t>vn -0.3064 0.7655 0.5658</w:t>
        <w:br/>
        <w:t>vn -0.7917 0.5218 0.3177</w:t>
        <w:br/>
        <w:t>vn -0.9446 0.3029 0.1263</w:t>
        <w:br/>
        <w:t>vn -0.3839 -0.7304 -0.5649</w:t>
        <w:br/>
        <w:t>vn -0.6544 -0.5624 -0.5054</w:t>
        <w:br/>
        <w:t>vn 0.2584 -0.8121 -0.5232</w:t>
        <w:br/>
        <w:t>vn 0.8109 -0.5174 -0.2733</w:t>
        <w:br/>
        <w:t>vn 0.9616 -0.2593 -0.0898</w:t>
        <w:br/>
        <w:t>vn -0.9579 0.2484 0.1438</w:t>
        <w:br/>
        <w:t>vn -0.3005 -0.6935 -0.6548</w:t>
        <w:br/>
        <w:t>vn -0.5766 -0.5520 -0.6023</w:t>
        <w:br/>
        <w:t>vn 0.3001 -0.7481 -0.5918</w:t>
        <w:br/>
        <w:t>vn 0.8217 -0.4753 -0.3145</w:t>
        <w:br/>
        <w:t>vn 0.9689 -0.2262 -0.1001</w:t>
        <w:br/>
        <w:t>vn 0.7242 0.5565 0.4072</w:t>
        <w:br/>
        <w:t>vn 0.0609 -0.9794 -0.1925</w:t>
        <w:br/>
        <w:t>vn 0.6266 -0.7754 0.0785</w:t>
        <w:br/>
        <w:t>vn 0.8135 -0.5453 0.2024</w:t>
        <w:br/>
        <w:t>vn 0.0122 0.9998 0.0174</w:t>
        <w:br/>
        <w:t>vn -0.2864 0.8258 -0.4858</w:t>
        <w:br/>
        <w:t>vn -0.3974 0.6197 -0.6768</w:t>
        <w:br/>
        <w:t>vn -0.4254 -0.3937 -0.8149</w:t>
        <w:br/>
        <w:t>vn 0.5179 0.2450 0.8196</w:t>
        <w:br/>
        <w:t>vn 0.7731 0.2861 0.5661</w:t>
        <w:br/>
        <w:t>vn 0.6607 0.5756 0.4818</w:t>
        <w:br/>
        <w:t>vn 0.5724 0.7072 0.4149</w:t>
        <w:br/>
        <w:t>vn 0.3478 -0.3664 0.8630</w:t>
        <w:br/>
        <w:t>vn 0.7651 -0.3253 0.5556</w:t>
        <w:br/>
        <w:t>vn 0.0480 -0.8236 0.5652</w:t>
        <w:br/>
        <w:t>vn 0.6586 -0.5866 0.4713</w:t>
        <w:br/>
        <w:t>vn -0.0276 0.5257 -0.8502</w:t>
        <w:br/>
        <w:t>vn 0.1750 0.7815 -0.5988</w:t>
        <w:br/>
        <w:t>vn -0.3375 0.8091 -0.4810</w:t>
        <w:br/>
        <w:t>vn -0.5521 0.5189 -0.6526</w:t>
        <w:br/>
        <w:t>vn -0.4406 0.3507 0.8264</w:t>
        <w:br/>
        <w:t>vn -0.3822 0.3594 0.8513</w:t>
        <w:br/>
        <w:t>vn -0.2247 0.5709 0.7897</w:t>
        <w:br/>
        <w:t>vn -0.3091 0.5505 0.7755</w:t>
        <w:br/>
        <w:t>vn -0.6183 -0.1175 0.7771</w:t>
        <w:br/>
        <w:t>vn -0.5992 -0.1179 0.7919</w:t>
        <w:br/>
        <w:t>vn -0.6482 -0.3567 0.6727</w:t>
        <w:br/>
        <w:t>vn -0.6458 -0.3496 0.6788</w:t>
        <w:br/>
        <w:t>vn 0.5803 0.2657 -0.7698</w:t>
        <w:br/>
        <w:t>vn 0.5999 0.2475 -0.7608</w:t>
        <w:br/>
        <w:t>vn 0.5906 0.6247 -0.5108</w:t>
        <w:br/>
        <w:t>vn 0.5897 0.6344 -0.4997</w:t>
        <w:br/>
        <w:t>vn 0.1412 0.2838 0.9484</w:t>
        <w:br/>
        <w:t>vn 0.4583 0.8030 0.3810</w:t>
        <w:br/>
        <w:t>vn 0.8609 0.3856 0.3319</w:t>
        <w:br/>
        <w:t>vn 0.6799 0.6268 0.3805</w:t>
        <w:br/>
        <w:t>vn -0.1277 -0.2754 0.9528</w:t>
        <w:br/>
        <w:t>vn 0.9753 -0.1633 0.1488</w:t>
        <w:br/>
        <w:t>vn -0.2407 -0.5066 0.8279</w:t>
        <w:br/>
        <w:t>vn 0.9065 -0.4211 0.0324</w:t>
        <w:br/>
        <w:t>vn 0.3401 0.4077 -0.8474</w:t>
        <w:br/>
        <w:t>vn 0.4810 0.6935 -0.5363</w:t>
        <w:br/>
        <w:t>vn -0.0060 0.5841 0.8117</w:t>
        <w:br/>
        <w:t>vn -0.1828 0.3476 0.9196</w:t>
        <w:br/>
        <w:t>vn -0.4561 -0.1640 0.8747</w:t>
        <w:br/>
        <w:t>vn -0.5361 -0.3910 0.7481</w:t>
        <w:br/>
        <w:t>vn 0.6649 0.6827 0.3030</w:t>
        <w:br/>
        <w:t>vn 0.8484 0.5186 0.1059</w:t>
        <w:br/>
        <w:t>vn 0.6035 0.7685 0.2126</w:t>
        <w:br/>
        <w:t>vn 0.9530 0.0712 -0.2944</w:t>
        <w:br/>
        <w:t>vn 0.6754 0.3257 -0.6616</w:t>
        <w:br/>
        <w:t>vn 0.8723 -0.1660 -0.4599</w:t>
        <w:br/>
        <w:t>vn 0.2090 -0.2763 -0.9381</w:t>
        <w:br/>
        <w:t>vn -0.2211 0.9101 -0.3505</w:t>
        <w:br/>
        <w:t>vn -0.1107 0.9922 -0.0571</w:t>
        <w:br/>
        <w:t>vn -0.0020 0.9992 -0.0390</w:t>
        <w:br/>
        <w:t>vn -0.1238 0.9252 -0.3587</w:t>
        <w:br/>
        <w:t>vn -0.2890 0.5355 -0.7935</w:t>
        <w:br/>
        <w:t>vn -0.3502 0.5331 -0.7702</w:t>
        <w:br/>
        <w:t>vn -0.3332 -0.0782 -0.9396</w:t>
        <w:br/>
        <w:t>vn -0.3446 -0.0632 -0.9366</w:t>
        <w:br/>
        <w:t>vn 0.4805 0.8399 -0.2523</w:t>
        <w:br/>
        <w:t>vn 0.4890 0.8604 0.1434</w:t>
        <w:br/>
        <w:t>vn 0.2827 0.4929 -0.8228</w:t>
        <w:br/>
        <w:t>vn -0.1067 -0.1305 -0.9857</w:t>
        <w:br/>
        <w:t>vn 0.0787 0.9343 -0.3476</w:t>
        <w:br/>
        <w:t>vn 0.2005 0.9795 0.0196</w:t>
        <w:br/>
        <w:t>vn 0.3586 0.9292 0.0897</w:t>
        <w:br/>
        <w:t>vn 0.2695 0.9118 -0.3097</w:t>
        <w:br/>
        <w:t>vn -0.1454 0.5427 -0.8272</w:t>
        <w:br/>
        <w:t>vn 0.0224 0.5424 -0.8398</w:t>
        <w:br/>
        <w:t>vn -0.2973 -0.1030 -0.9492</w:t>
        <w:br/>
        <w:t>vn -0.2475 -0.1073 -0.9629</w:t>
        <w:br/>
        <w:t>vn 0.3177 0.2714 0.9085</w:t>
        <w:br/>
        <w:t>vn 0.3618 0.0013 0.9322</w:t>
        <w:br/>
        <w:t>vn 0.3287 0.0006 0.9444</w:t>
        <w:br/>
        <w:t>vn 0.3133 0.2648 0.9120</w:t>
        <w:br/>
        <w:t>vn 0.2888 0.2641 0.9202</w:t>
        <w:br/>
        <w:t>vn 0.2975 0.2692 0.9160</w:t>
        <w:br/>
        <w:t>vn 0.2607 0.0045 0.9654</w:t>
        <w:br/>
        <w:t>vn 0.2102 -0.0024 0.9777</w:t>
        <w:br/>
        <w:t>vn -0.1309 0.4018 0.9063</w:t>
        <w:br/>
        <w:t>vn 0.1830 0.2606 0.9479</w:t>
        <w:br/>
        <w:t>vn 0.0507 0.0086 0.9987</w:t>
        <w:br/>
        <w:t>vn -0.3618 0.1617 0.9181</w:t>
        <w:br/>
        <w:t>vn -0.4305 0.6601 0.6155</w:t>
        <w:br/>
        <w:t>vn -0.7340 0.4230 0.5313</w:t>
        <w:br/>
        <w:t>vn -0.4296 0.8931 0.1334</w:t>
        <w:br/>
        <w:t>vn -0.7383 0.6737 -0.0324</w:t>
        <w:br/>
        <w:t>vn -0.0734 0.9687 -0.2370</w:t>
        <w:br/>
        <w:t>vn 0.1729 0.9318 -0.3192</w:t>
        <w:br/>
        <w:t>vn 0.5185 0.8512 -0.0814</w:t>
        <w:br/>
        <w:t>vn 0.5750 0.6527 -0.4934</w:t>
        <w:br/>
        <w:t>vn 0.4603 0.8739 -0.1561</w:t>
        <w:br/>
        <w:t>vn 0.4759 0.8706 -0.1251</w:t>
        <w:br/>
        <w:t>vn -0.9213 0.3373 -0.1933</w:t>
        <w:br/>
        <w:t>vn 0.5091 0.3150 -0.8010</w:t>
        <w:br/>
        <w:t>vn -0.5576 -0.1045 0.8235</w:t>
        <w:br/>
        <w:t>vn -0.9248 0.1166 0.3621</w:t>
        <w:br/>
        <w:t>vn 0.3786 -0.2689 0.8856</w:t>
        <w:br/>
        <w:t>vn 0.3208 -0.2642 0.9095</w:t>
        <w:br/>
        <w:t>vn -0.0870 -0.2463 0.9653</w:t>
        <w:br/>
        <w:t>vn 0.2045 -0.2609 0.9434</w:t>
        <w:br/>
        <w:t>vn 0.1145 -0.2688 0.9564</w:t>
        <w:br/>
        <w:t>vn -0.2969 -0.9439 -0.1445</w:t>
        <w:br/>
        <w:t>vn -0.3345 -0.9197 -0.2055</w:t>
        <w:br/>
        <w:t>vn -0.4261 -0.8696 -0.2493</w:t>
        <w:br/>
        <w:t>vn -0.4261 -0.8697 -0.2493</w:t>
        <w:br/>
        <w:t>vn -0.4858 -0.8607 -0.1522</w:t>
        <w:br/>
        <w:t>vn -0.3921 -0.9194 -0.0307</w:t>
        <w:br/>
        <w:t>vn -0.4880 -0.8699 -0.0711</w:t>
        <w:br/>
        <w:t>vn -0.1548 -0.9859 -0.0638</w:t>
        <w:br/>
        <w:t>vn 0.0379 -0.9371 -0.3471</w:t>
        <w:br/>
        <w:t>vn 0.0379 -0.9371 -0.3470</w:t>
        <w:br/>
        <w:t>vn 0.0158 -0.7447 -0.6673</w:t>
        <w:br/>
        <w:t>vn 0.0158 -0.7446 -0.6673</w:t>
        <w:br/>
        <w:t>vn -0.1725 -0.5647 -0.8071</w:t>
        <w:br/>
        <w:t>vn -0.3320 -0.4840 -0.8096</w:t>
        <w:br/>
        <w:t>vn -0.3564 -0.4914 -0.7947</w:t>
        <w:br/>
        <w:t>vn -0.3210 -0.4849 -0.8135</w:t>
        <w:br/>
        <w:t>vn -0.2916 -0.4408 -0.8489</w:t>
        <w:br/>
        <w:t>vn -0.2747 -0.4155 -0.8671</w:t>
        <w:br/>
        <w:t>vn -0.5847 0.5024 0.6369</w:t>
        <w:br/>
        <w:t>vn -0.4187 0.7743 0.4744</w:t>
        <w:br/>
        <w:t>vn -0.3354 0.7498 0.5703</w:t>
        <w:br/>
        <w:t>vn -0.4496 0.4465 0.7736</w:t>
        <w:br/>
        <w:t>vn 0.0046 -0.9956 -0.0936</w:t>
        <w:br/>
        <w:t>vn 0.0124 -0.9959 -0.0900</w:t>
        <w:br/>
        <w:t>vn 0.3122 -0.6988 -0.6436</w:t>
        <w:br/>
        <w:t>vn 0.4235 -0.7304 -0.5359</w:t>
        <w:br/>
        <w:t>vn -0.3937 -0.8427 0.3671</w:t>
        <w:br/>
        <w:t>vn -0.2605 -0.8397 0.4764</w:t>
        <w:br/>
        <w:t>vn -0.5454 -0.6329 0.5495</w:t>
        <w:br/>
        <w:t>vn -0.3609 -0.6279 0.6896</w:t>
        <w:br/>
        <w:t>vn -0.4769 0.8005 0.3629</w:t>
        <w:br/>
        <w:t>vn -0.7394 0.5893 0.3256</w:t>
        <w:br/>
        <w:t>vn -0.7005 0.6171 0.3585</w:t>
        <w:br/>
        <w:t>vn -0.4144 0.8048 0.4249</w:t>
        <w:br/>
        <w:t>vn 0.2345 0.8849 0.4025</w:t>
        <w:br/>
        <w:t>vn 0.1785 0.9359 0.3038</w:t>
        <w:br/>
        <w:t>vn 0.7655 0.6108 0.2023</w:t>
        <w:br/>
        <w:t>vn 0.7527 0.6519 0.0920</w:t>
        <w:br/>
        <w:t>vn 0.9786 -0.1060 -0.1766</w:t>
        <w:br/>
        <w:t>vn 0.9742 -0.0803 -0.2110</w:t>
        <w:br/>
        <w:t>vn 0.5000 -0.7596 -0.4159</w:t>
        <w:br/>
        <w:t>vn 0.5421 -0.7578 -0.3630</w:t>
        <w:br/>
        <w:t>vn 0.9742 -0.0804 -0.2110</w:t>
        <w:br/>
        <w:t>vn -0.1291 -0.9415 -0.3112</w:t>
        <w:br/>
        <w:t>vn -0.1767 -0.9026 -0.3926</w:t>
        <w:br/>
        <w:t>vn -0.7282 -0.6739 -0.1248</w:t>
        <w:br/>
        <w:t>vn -0.7723 -0.6049 -0.1941</w:t>
        <w:br/>
        <w:t>vn -0.9028 -0.4299 -0.0133</w:t>
        <w:br/>
        <w:t>vn -0.9364 -0.3457 -0.0609</w:t>
        <w:br/>
        <w:t>vn -0.1525 0.7264 0.6702</w:t>
        <w:br/>
        <w:t>vn -0.1876 0.8126 0.5518</w:t>
        <w:br/>
        <w:t>vn -0.5436 0.8233 0.1633</w:t>
        <w:br/>
        <w:t>vn -0.4919 0.8649 -0.0997</w:t>
        <w:br/>
        <w:t>vn 0.3065 0.7076 0.6367</w:t>
        <w:br/>
        <w:t>vn 0.2833 0.8002 0.5286</w:t>
        <w:br/>
        <w:t>vn 0.6729 0.7151 0.1893</w:t>
        <w:br/>
        <w:t>vn 0.7092 0.6575 0.2546</w:t>
        <w:br/>
        <w:t>vn 0.3842 0.7401 -0.5520</w:t>
        <w:br/>
        <w:t>vn 0.0625 0.5504 -0.8326</w:t>
        <w:br/>
        <w:t>vn -0.2835 0.4971 -0.8201</w:t>
        <w:br/>
        <w:t>vn -0.5205 0.5982 -0.6092</w:t>
        <w:br/>
        <w:t>vn -0.4919 0.8649 -0.0998</w:t>
        <w:br/>
        <w:t>vn -0.4191 0.4086 0.8108</w:t>
        <w:br/>
        <w:t>vn -0.3859 -0.0229 0.9222</w:t>
        <w:br/>
        <w:t>vn -0.1250 0.0438 0.9912</w:t>
        <w:br/>
        <w:t>vn 0.3599 0.0736 0.9301</w:t>
        <w:br/>
        <w:t>vn 0.7730 -0.1026 0.6260</w:t>
        <w:br/>
        <w:t>vn 0.9047 -0.2357 0.3549</w:t>
        <w:br/>
        <w:t>vn 0.9717 0.1587 0.1751</w:t>
        <w:br/>
        <w:t>vn 0.1313 -0.6998 -0.7022</w:t>
        <w:br/>
        <w:t>vn 0.1652 -0.5047 -0.8474</w:t>
        <w:br/>
        <w:t>vn 0.4431 -0.4298 -0.7867</w:t>
        <w:br/>
        <w:t>vn 0.3864 -0.6760 -0.6274</w:t>
        <w:br/>
        <w:t>vn -0.3350 -0.6677 -0.6648</w:t>
        <w:br/>
        <w:t>vn -0.3654 -0.5181 -0.7734</w:t>
        <w:br/>
        <w:t>vn -0.8236 -0.3468 -0.4487</w:t>
        <w:br/>
        <w:t>vn -0.7347 -0.6001 -0.3164</w:t>
        <w:br/>
        <w:t>vn -0.9667 -0.1832 -0.1787</w:t>
        <w:br/>
        <w:t>vn -0.8657 -0.5005 -0.0115</w:t>
        <w:br/>
        <w:t>vn -0.3624 -0.7601 0.5394</w:t>
        <w:br/>
        <w:t>vn -0.0491 -0.5375 0.8419</w:t>
        <w:br/>
        <w:t>vn 0.2695 -0.4739 0.8383</w:t>
        <w:br/>
        <w:t>vn 0.4795 -0.6029 0.6377</w:t>
        <w:br/>
        <w:t>vn 0.4074 -0.8973 0.1702</w:t>
        <w:br/>
        <w:t>vn 0.0684 -0.9632 -0.2600</w:t>
        <w:br/>
        <w:t>vn -0.2115 -0.9351 -0.2843</w:t>
        <w:br/>
        <w:t>vn -0.4210 -0.9069 0.0198</w:t>
        <w:br/>
        <w:t>vn -0.3624 -0.7601 0.5393</w:t>
        <w:br/>
        <w:t>vn 0.0392 -0.9091 0.4146</w:t>
        <w:br/>
        <w:t>vn -0.4924 0.7888 0.3680</w:t>
        <w:br/>
        <w:t>vn 0.1000 0.9807 0.1681</w:t>
        <w:br/>
        <w:t>vn 0.0108 0.9992 0.0386</w:t>
        <w:br/>
        <w:t>vn 0.6563 0.7448 -0.1208</w:t>
        <w:br/>
        <w:t>vn 0.4173 0.8218 -0.3879</w:t>
        <w:br/>
        <w:t>vn 0.8366 0.4845 -0.2556</w:t>
        <w:br/>
        <w:t>vn 0.5711 0.6027 -0.5573</w:t>
        <w:br/>
        <w:t>vn 0.5827 -0.4466 -0.6790</w:t>
        <w:br/>
        <w:t>vn 0.7540 -0.4990 -0.4272</w:t>
        <w:br/>
        <w:t>vn 0.5354 -0.7497 -0.3889</w:t>
        <w:br/>
        <w:t>vn -0.6044 0.6109 0.5114</w:t>
        <w:br/>
        <w:t>vn -0.3018 0.7430 0.5974</w:t>
        <w:br/>
        <w:t>vn 0.3068 0.7655 0.5656</w:t>
        <w:br/>
        <w:t>vn 0.7919 0.5217 0.3172</w:t>
        <w:br/>
        <w:t>vn 0.9447 0.3028 0.1257</w:t>
        <w:br/>
        <w:t>vn 0.3834 -0.7305 -0.5652</w:t>
        <w:br/>
        <w:t>vn 0.6541 -0.5624 -0.5058</w:t>
        <w:br/>
        <w:t>vn -0.2588 -0.8121 -0.5231</w:t>
        <w:br/>
        <w:t>vn -0.8112 -0.5173 -0.2728</w:t>
        <w:br/>
        <w:t>vn -0.9617 -0.2592 -0.0892</w:t>
        <w:br/>
        <w:t>vn 0.9580 0.2483 0.1432</w:t>
        <w:br/>
        <w:t>vn 0.5762 -0.5521 -0.6027</w:t>
        <w:br/>
        <w:t>vn 0.3001 -0.6936 -0.6549</w:t>
        <w:br/>
        <w:t>vn -0.3005 -0.7481 -0.5916</w:t>
        <w:br/>
        <w:t>vn -0.8219 -0.4752 -0.3140</w:t>
        <w:br/>
        <w:t>vn -0.9690 -0.2261 -0.0995</w:t>
        <w:br/>
        <w:t>vn -0.7239 0.5566 0.4077</w:t>
        <w:br/>
        <w:t>vn -0.0612 -0.9794 -0.1924</w:t>
        <w:br/>
        <w:t>vn -0.6266 -0.7753 0.0788</w:t>
        <w:br/>
        <w:t>vn -0.8134 -0.5452 0.2029</w:t>
        <w:br/>
        <w:t>vn -0.0120 0.9998 0.0174</w:t>
        <w:br/>
        <w:t>vn 0.2862 0.8258 -0.4860</w:t>
        <w:br/>
        <w:t>vn 0.3971 0.6196 -0.6770</w:t>
        <w:br/>
        <w:t>vn 0.4248 -0.3937 -0.8152</w:t>
        <w:br/>
        <w:t>vn -0.2784 0.9605 -0.0009</w:t>
        <w:br/>
        <w:t>vn -0.1191 0.9499 0.2891</w:t>
        <w:br/>
        <w:t>vn 0.2052 0.6436 0.7373</w:t>
        <w:br/>
        <w:t>vn 0.3366 0.3926 0.8559</w:t>
        <w:br/>
        <w:t>vn -0.6617 0.7331 -0.1572</w:t>
        <w:br/>
        <w:t>vn -0.5684 0.8028 0.1798</w:t>
        <w:br/>
        <w:t>vn -0.2137 0.6492 0.7300</w:t>
        <w:br/>
        <w:t>vn -0.0042 0.4614 0.8872</w:t>
        <w:br/>
        <w:t>vn -0.7559 0.5995 -0.2631</w:t>
        <w:br/>
        <w:t>vn -0.7152 0.6949 0.0755</w:t>
        <w:br/>
        <w:t>vn -0.4077 0.6221 0.6684</w:t>
        <w:br/>
        <w:t>vn -0.1869 0.4741 0.8604</w:t>
        <w:br/>
        <w:t>vn 0.7164 0.6958 0.0508</w:t>
        <w:br/>
        <w:t>vn 0.7106 0.5776 -0.4016</w:t>
        <w:br/>
        <w:t>vn 0.4005 0.5743 0.7140</w:t>
        <w:br/>
        <w:t>vn 0.2016 0.4385 0.8758</w:t>
        <w:br/>
        <w:t>vn -0.7817 0.6184 0.0807</w:t>
        <w:br/>
        <w:t>vn -0.7938 0.4555 0.4030</w:t>
        <w:br/>
        <w:t>vn -0.5340 -0.0283 0.8450</w:t>
        <w:br/>
        <w:t>vn -0.2986 -0.2864 0.9104</w:t>
        <w:br/>
        <w:t>vn 0.7695 0.6162 0.1680</w:t>
        <w:br/>
        <w:t>vn 0.6427 0.7265 -0.2432</w:t>
        <w:br/>
        <w:t>vn 0.6278 0.0932 0.7728</w:t>
        <w:br/>
        <w:t>vn 0.5861 0.7041 -0.4010</w:t>
        <w:br/>
        <w:t>vn 0.4942 0.1332 -0.8591</w:t>
        <w:br/>
        <w:t>vn 0.0007 0.1594 -0.9872</w:t>
        <w:br/>
        <w:t>vn -0.0005 0.7773 -0.6292</w:t>
        <w:br/>
        <w:t>vn 0.6625 0.4265 -0.6158</w:t>
        <w:br/>
        <w:t>vn 0.8234 0.5389 -0.1779</w:t>
        <w:br/>
        <w:t>vn 0.9387 0.3446 0.0042</w:t>
        <w:br/>
        <w:t>vn 0.8758 0.0470 0.4804</w:t>
        <w:br/>
        <w:t>vn 0.9759 0.2076 0.0667</w:t>
        <w:br/>
        <w:t>vn 0.8002 0.5868 0.1239</w:t>
        <w:br/>
        <w:t>vn 0.8509 0.2825 0.4429</w:t>
        <w:br/>
        <w:t>vn 0.7400 0.6243 -0.2504</w:t>
        <w:br/>
        <w:t>vn 0.6676 0.2141 -0.7131</w:t>
        <w:br/>
        <w:t>vn 0.8623 0.3199 -0.3927</w:t>
        <w:br/>
        <w:t>vn 0.8774 0.4702 0.0952</w:t>
        <w:br/>
        <w:t>vn 0.9203 0.2829 -0.2700</w:t>
        <w:br/>
        <w:t>vn -0.0039 0.4542 -0.8909</w:t>
        <w:br/>
        <w:t>vn 0.1787 0.8651 -0.4687</w:t>
        <w:br/>
        <w:t>vn 0.5044 0.7187 -0.4785</w:t>
        <w:br/>
        <w:t>vn 0.5570 0.4116 -0.7213</w:t>
        <w:br/>
        <w:t>vn 0.5706 0.2671 -0.7766</w:t>
        <w:br/>
        <w:t>vn 0.7544 0.3641 -0.5462</w:t>
        <w:br/>
        <w:t>vn 0.8305 0.3274 -0.4508</w:t>
        <w:br/>
        <w:t>vn 0.8728 0.2764 0.4023</w:t>
        <w:br/>
        <w:t>vn 0.9675 0.2245 0.1164</w:t>
        <w:br/>
        <w:t>vn 0.8594 0.3204 0.3984</w:t>
        <w:br/>
        <w:t>vn 0.7277 0.4732 -0.4966</w:t>
        <w:br/>
        <w:t>vn 0.2280 -0.4020 -0.8868</w:t>
        <w:br/>
        <w:t>vn -0.2205 -0.4012 -0.8891</w:t>
        <w:br/>
        <w:t>vn 0.0005 -0.4090 -0.9126</w:t>
        <w:br/>
        <w:t>vn -0.2046 0.9708 0.1250</w:t>
        <w:br/>
        <w:t>vn 0.1984 0.9717 0.1284</w:t>
        <w:br/>
        <w:t>vn -0.0031 1.0000 0.0018</w:t>
        <w:br/>
        <w:t>vn -0.0009 0.9998 0.0200</w:t>
        <w:br/>
        <w:t>vn 0.2754 0.9036 0.3282</w:t>
        <w:br/>
        <w:t>vn 0.3986 0.4070 0.8219</w:t>
        <w:br/>
        <w:t>vn 0.4114 0.3870 0.8253</w:t>
        <w:br/>
        <w:t>vn 0.4118 -0.1579 0.8975</w:t>
        <w:br/>
        <w:t>vn 0.3838 -0.3619 0.8495</w:t>
        <w:br/>
        <w:t>vn 0.2692 0.8958 0.3536</w:t>
        <w:br/>
        <w:t>vn 0.2890 0.8929 0.3453</w:t>
        <w:br/>
        <w:t>vn 0.4688 0.7275 0.5009</w:t>
        <w:br/>
        <w:t>vn 0.4434 0.1592 0.8821</w:t>
        <w:br/>
        <w:t>vn 0.5324 0.6153 0.5813</w:t>
        <w:br/>
        <w:t>vn 0.3549 0.7637 0.5393</w:t>
        <w:br/>
        <w:t>vn 0.1220 0.4734 -0.8723</w:t>
        <w:br/>
        <w:t>vn 0.1805 -0.1635 -0.9699</w:t>
        <w:br/>
        <w:t>vn 0.5819 0.2358 -0.7783</w:t>
        <w:br/>
        <w:t>vn 0.5720 0.6198 -0.5372</w:t>
        <w:br/>
        <w:t>vn 0.1571 0.9563 -0.2466</w:t>
        <w:br/>
        <w:t>vn 0.9045 0.2877 -0.3148</w:t>
        <w:br/>
        <w:t>vn 0.9241 0.2614 -0.2789</w:t>
        <w:br/>
        <w:t>vn 0.5105 0.2823 -0.8122</w:t>
        <w:br/>
        <w:t>vn 0.8759 0.2129 0.4331</w:t>
        <w:br/>
        <w:t>vn 0.4109 0.2478 0.8773</w:t>
        <w:br/>
        <w:t>vn -0.0003 -0.4959 -0.8684</w:t>
        <w:br/>
        <w:t>vn 0.0001 -0.7910 0.6118</w:t>
        <w:br/>
        <w:t>vn -0.0002 -0.8529 -0.5220</w:t>
        <w:br/>
        <w:t>vn -0.0003 -0.4940 -0.8694</w:t>
        <w:br/>
        <w:t>vn -0.0001 -0.9944 -0.1052</w:t>
        <w:br/>
        <w:t>vn -0.0002 -0.7785 -0.6277</w:t>
        <w:br/>
        <w:t>vn -0.0001 -0.9945 -0.1052</w:t>
        <w:br/>
        <w:t>vn -0.0003 -0.3937 -0.9192</w:t>
        <w:br/>
        <w:t>vn -0.6903 0.3815 -0.6148</w:t>
        <w:br/>
        <w:t>vn -0.8833 0.2568 -0.3922</w:t>
        <w:br/>
        <w:t>vn -0.9622 0.2723 0.0110</w:t>
        <w:br/>
        <w:t>vn -0.8770 -0.0141 0.4804</w:t>
        <w:br/>
        <w:t>vn -0.8656 0.2264 0.4466</w:t>
        <w:br/>
        <w:t>vn -0.8298 0.5443 0.1229</w:t>
        <w:br/>
        <w:t>vn -0.9881 0.1419 0.0596</w:t>
        <w:br/>
        <w:t>vn -0.6712 0.2006 -0.7136</w:t>
        <w:br/>
        <w:t>vn -0.5835 0.2531 -0.7717</w:t>
        <w:br/>
        <w:t>vn -0.7434 0.4542 -0.4910</w:t>
        <w:br/>
        <w:t>vn -0.9364 0.2168 -0.2761</w:t>
        <w:br/>
        <w:t>vn -0.9056 0.4141 0.0914</w:t>
        <w:br/>
        <w:t>vn -0.5595 0.3752 -0.7391</w:t>
        <w:br/>
        <w:t>vn -0.5136 0.7005 -0.4956</w:t>
        <w:br/>
        <w:t>vn -0.4800 0.3857 -0.7879</w:t>
        <w:br/>
        <w:t>vn -0.7874 0.3064 -0.5349</w:t>
        <w:br/>
        <w:t>vn -0.8467 0.2765 -0.4546</w:t>
        <w:br/>
        <w:t>vn -0.7821 0.2998 -0.5463</w:t>
        <w:br/>
        <w:t>vn -0.8840 0.2169 0.4142</w:t>
        <w:br/>
        <w:t>vn -0.8725 0.2683 0.4085</w:t>
        <w:br/>
        <w:t>vn -0.9802 0.1627 0.1127</w:t>
        <w:br/>
        <w:t>vn -0.7950 0.5079 -0.3318</w:t>
        <w:br/>
        <w:t>vn -0.4492 0.1272 0.8843</w:t>
        <w:br/>
        <w:t>vn 0.0003 0.0462 0.9989</w:t>
        <w:br/>
        <w:t>vn -0.4351 0.4751 0.7648</w:t>
        <w:br/>
        <w:t>vn -0.3718 -0.3938 0.8406</w:t>
        <w:br/>
        <w:t>vn -0.4051 -0.1873 0.8949</w:t>
        <w:br/>
        <w:t>vn -0.2989 0.8879 0.3497</w:t>
        <w:br/>
        <w:t>vn -0.2804 0.8908 0.3576</w:t>
        <w:br/>
        <w:t>vn -0.1653 -0.1557 -0.9739</w:t>
        <w:br/>
        <w:t>vn 0.2755 0.9036 0.3282</w:t>
        <w:br/>
        <w:t>vn -0.2859 0.9002 0.3284</w:t>
        <w:br/>
        <w:t>vn -0.3716 0.7520 0.5444</w:t>
        <w:br/>
        <w:t>vn -0.4233 0.0553 0.9043</w:t>
        <w:br/>
        <w:t>vn 0.0003 -0.0379 0.9993</w:t>
        <w:br/>
        <w:t>vn -0.1574 0.9552 -0.2507</w:t>
        <w:br/>
        <w:t>vn -0.1115 0.4667 -0.8773</w:t>
        <w:br/>
        <w:t>vn -0.2618 0.8929 0.3664</w:t>
        <w:br/>
        <w:t>vn 0.5324 0.6153 0.5814</w:t>
        <w:br/>
        <w:t>vn -0.4135 0.3627 0.8352</w:t>
        <w:br/>
        <w:t>vn -0.4012 0.3850 0.8311</w:t>
        <w:br/>
        <w:t>vn -0.2990 0.8879 0.3497</w:t>
        <w:br/>
        <w:t>vn -0.2804 0.8908 0.3575</w:t>
        <w:br/>
        <w:t>vn -0.8196 0.3028 0.4864</w:t>
        <w:br/>
        <w:t>vn -0.7707 0.5819 -0.2597</w:t>
        <w:br/>
        <w:t>vn -0.3717 0.7520 0.5444</w:t>
        <w:br/>
        <w:t>vn -0.6450 0.7272 -0.2348</w:t>
        <w:br/>
        <w:t>vn -0.5953 0.5855 -0.5503</w:t>
        <w:br/>
        <w:t>vn -0.9219 0.2318 -0.3103</w:t>
        <w:br/>
        <w:t>vn -0.9393 0.2029 -0.2766</w:t>
        <w:br/>
        <w:t>vn -0.5203 0.2439 -0.8184</w:t>
        <w:br/>
        <w:t>vn -0.4135 0.3626 0.8352</w:t>
        <w:br/>
        <w:t>vn 0.4114 0.3870 0.8252</w:t>
        <w:br/>
        <w:t>vn -0.4012 0.3850 0.8312</w:t>
        <w:br/>
        <w:t>vn -0.4117 0.2254 0.8830</w:t>
        <w:br/>
        <w:t>vn -0.8842 0.1632 0.4376</w:t>
        <w:br/>
        <w:t>vn 0.0001 -0.8596 0.5110</w:t>
        <w:br/>
        <w:t>vn 0.5706 0.2670 -0.7766</w:t>
        <w:br/>
        <w:t>vn -0.0003 -0.4940 -0.8695</w:t>
        <w:br/>
        <w:t>vn -0.5203 0.2438 -0.8184</w:t>
        <w:br/>
        <w:t>vn -0.0000 -0.9945 0.1044</w:t>
        <w:br/>
        <w:t>vn 0.0000 -0.9739 0.2269</w:t>
        <w:br/>
        <w:t>vn -0.3804 0.4069 -0.8305</w:t>
        <w:br/>
        <w:t>vn -0.4976 0.0957 -0.8621</w:t>
        <w:br/>
        <w:t>vn -0.0009 0.9998 0.0201</w:t>
        <w:br/>
        <w:t>vn 0.4468 -0.2138 0.8687</w:t>
        <w:br/>
        <w:t>vn 0.3735 0.7843 0.4954</w:t>
        <w:br/>
        <w:t>vn 0.3735 0.7843 0.4953</w:t>
        <w:br/>
        <w:t>vn 0.3064 0.3318 0.8922</w:t>
        <w:br/>
        <w:t>vn 0.9645 -0.0635 -0.2562</w:t>
        <w:br/>
        <w:t>vn 0.9062 -0.4217 0.0291</w:t>
        <w:br/>
        <w:t>vn 0.9656 0.0068 0.2599</w:t>
        <w:br/>
        <w:t>vn 0.9778 0.0990 0.1849</w:t>
        <w:br/>
        <w:t>vn 0.7079 -0.2242 -0.6698</w:t>
        <w:br/>
        <w:t>vn 0.6063 -0.7635 -0.2225</w:t>
        <w:br/>
        <w:t>vn -0.7665 0.6321 0.1135</w:t>
        <w:br/>
        <w:t>vn -0.7665 0.6322 0.1135</w:t>
        <w:br/>
        <w:t>vn -0.8516 0.1576 0.5000</w:t>
        <w:br/>
        <w:t>vn 0.3661 -0.2709 0.8903</w:t>
        <w:br/>
        <w:t>vn 0.3661 -0.2709 0.8902</w:t>
        <w:br/>
        <w:t>vn 0.9593 0.2164 0.1815</w:t>
        <w:br/>
        <w:t>vn 0.8893 0.3803 -0.2540</w:t>
        <w:br/>
        <w:t>vn 0.6030 0.4615 -0.6507</w:t>
        <w:br/>
        <w:t>vn -0.7530 -0.4388 0.4904</w:t>
        <w:br/>
        <w:t>vn 0.5770 -0.6645 0.4748</w:t>
        <w:br/>
        <w:t>vn 0.5770 -0.6645 0.4749</w:t>
        <w:br/>
        <w:t>vn 0.7520 0.6561 0.0632</w:t>
        <w:br/>
        <w:t>vn 0.9199 0.2886 0.2656</w:t>
        <w:br/>
        <w:t>vn 0.3979 0.9016 -0.1695</w:t>
        <w:br/>
        <w:t>vn -0.7530 -0.4387 0.4904</w:t>
        <w:br/>
        <w:t>vn -0.5738 -0.8162 0.0679</w:t>
        <w:br/>
        <w:t>vn 0.7662 -0.6324 -0.1135</w:t>
        <w:br/>
        <w:t>vn 0.7662 -0.6325 -0.1135</w:t>
        <w:br/>
        <w:t>vn 0.8811 0.2845 0.3778</w:t>
        <w:br/>
        <w:t>vn 0.6021 0.6369 0.4815</w:t>
        <w:br/>
        <w:t>vn 0.1695 0.8609 0.4798</w:t>
        <w:br/>
        <w:t>vn -0.3736 -0.7842 -0.4954</w:t>
        <w:br/>
        <w:t>vn 0.8515 -0.1577 -0.5001</w:t>
        <w:br/>
        <w:t>vn 0.5570 0.2988 0.7749</w:t>
        <w:br/>
        <w:t>vn 0.8699 0.1933 0.4537</w:t>
        <w:br/>
        <w:t>vn 0.0844 0.3414 0.9361</w:t>
        <w:br/>
        <w:t>vn -0.3064 -0.3317 -0.8922</w:t>
        <w:br/>
        <w:t>vn 0.7529 0.4389 -0.4904</w:t>
        <w:br/>
        <w:t>vn 0.8859 0.0759 0.4576</w:t>
        <w:br/>
        <w:t>vn 0.6047 -0.1503 0.7821</w:t>
        <w:br/>
        <w:t>vn 0.1545 -0.3498 0.9240</w:t>
        <w:br/>
        <w:t>vn -0.3662 0.2708 -0.8903</w:t>
        <w:br/>
        <w:t>vn 0.7989 0.5972 0.0718</w:t>
        <w:br/>
        <w:t>vn 0.5737 0.8163 -0.0679</w:t>
        <w:br/>
        <w:t>vn 0.7652 -0.4405 0.4695</w:t>
        <w:br/>
        <w:t>vn 0.8999 0.0247 0.4355</w:t>
        <w:br/>
        <w:t>vn 0.3877 -0.8049 0.4493</w:t>
        <w:br/>
        <w:t>vn -0.5772 0.6643 -0.4749</w:t>
        <w:br/>
        <w:t>vn 0.3514 0.7276 0.5891</w:t>
        <w:br/>
        <w:t>vn 0.4673 0.8659 0.1786</w:t>
        <w:br/>
        <w:t>vn 0.0521 0.9978 -0.0411</w:t>
        <w:br/>
        <w:t>vn -0.1395 0.7913 0.5953</w:t>
        <w:br/>
        <w:t>vn 0.7287 0.5111 0.4558</w:t>
        <w:br/>
        <w:t>vn 0.7591 0.5500 0.3482</w:t>
        <w:br/>
        <w:t>vn 0.9499 -0.2836 -0.1314</w:t>
        <w:br/>
        <w:t>vn 0.7653 -0.4860 0.4220</w:t>
        <w:br/>
        <w:t>vn 0.7653 -0.4860 0.4219</w:t>
        <w:br/>
        <w:t>vn -0.0521 -0.9978 0.0411</w:t>
        <w:br/>
        <w:t>vn -0.0521 -0.9978 0.0412</w:t>
        <w:br/>
        <w:t>vn 0.1396 -0.7912 -0.5954</w:t>
        <w:br/>
        <w:t>vn -0.0699 0.2141 0.9743</w:t>
        <w:br/>
        <w:t>vn 0.3934 0.3614 0.8454</w:t>
        <w:br/>
        <w:t>vn 0.7419 0.4170 0.5250</w:t>
        <w:br/>
        <w:t>vn 0.8550 0.2108 -0.4738</w:t>
        <w:br/>
        <w:t>vn 0.5410 -0.0005 -0.8410</w:t>
        <w:br/>
        <w:t>vn 0.0699 -0.2141 -0.9743</w:t>
        <w:br/>
        <w:t>vn 0.5410 -0.0004 -0.8410</w:t>
        <w:br/>
        <w:t>vn 0.2654 -0.3831 0.8848</w:t>
        <w:br/>
        <w:t>vn 0.6198 -0.0215 0.7844</w:t>
        <w:br/>
        <w:t>vn 0.8016 0.3177 0.5064</w:t>
        <w:br/>
        <w:t>vn 0.7420 0.4169 0.5250</w:t>
        <w:br/>
        <w:t>vn 0.1876 0.6523 -0.7344</w:t>
        <w:br/>
        <w:t>vn 0.5765 0.7265 -0.3739</w:t>
        <w:br/>
        <w:t>vn -0.2653 0.3831 -0.8848</w:t>
        <w:br/>
        <w:t>vn 0.6379 -0.6754 0.3700</w:t>
        <w:br/>
        <w:t>vn 0.8638 -0.2189 0.4538</w:t>
        <w:br/>
        <w:t>vn 0.8663 0.2675 0.4219</w:t>
        <w:br/>
        <w:t>vn 0.2461 0.9675 0.0589</w:t>
        <w:br/>
        <w:t>vn -0.2243 0.9579 -0.1793</w:t>
        <w:br/>
        <w:t>vn -0.6379 0.6754 -0.3701</w:t>
        <w:br/>
        <w:t>vn 0.9972 -0.0633 0.0405</w:t>
        <w:br/>
        <w:t>vn 0.8521 -0.4501 -0.2671</w:t>
        <w:br/>
        <w:t>vn 0.8981 0.3077 0.3144</w:t>
        <w:br/>
        <w:t>vn -0.4446 0.7296 0.5196</w:t>
        <w:br/>
        <w:t>vn 0.0859 0.7864 0.6117</w:t>
        <w:br/>
        <w:t>vn -0.8521 0.4500 0.2673</w:t>
        <w:br/>
        <w:t>vn 0.9275 0.3029 -0.2190</w:t>
        <w:br/>
        <w:t>vn 0.7473 0.1247 -0.6527</w:t>
        <w:br/>
        <w:t>vn 0.8825 0.4017 0.2445</w:t>
        <w:br/>
        <w:t>vn 0.1419 0.2882 0.9470</w:t>
        <w:br/>
        <w:t>vn -0.3493 0.0966 0.9320</w:t>
        <w:br/>
        <w:t>vn -0.7473 -0.1248 0.6527</w:t>
        <w:br/>
        <w:t>vn 0.7155 0.6844 -0.1402</w:t>
        <w:br/>
        <w:t>vn 0.4297 0.7212 -0.5433</w:t>
        <w:br/>
        <w:t>vn 0.8245 0.5004 0.2641</w:t>
        <w:br/>
        <w:t>vn 0.0102 -0.5556 0.8314</w:t>
        <w:br/>
        <w:t>vn 0.4402 -0.2280 0.8685</w:t>
        <w:br/>
        <w:t>vn -0.4296 -0.7212 0.5434</w:t>
        <w:br/>
        <w:t>vn -0.1755 0.2531 0.9514</w:t>
        <w:br/>
        <w:t>vn -0.5850 0.6623 0.4681</w:t>
        <w:br/>
        <w:t>vn 0.6108 0.7596 0.2236</w:t>
        <w:br/>
        <w:t>vn 0.5463 0.8238 0.1512</w:t>
        <w:br/>
        <w:t>vn 0.5464 0.8237 0.1514</w:t>
        <w:br/>
        <w:t>vn 0.3577 -0.0477 -0.9326</w:t>
        <w:br/>
        <w:t>vn 0.7647 -0.4630 -0.4482</w:t>
        <w:br/>
        <w:t>vn 0.9495 0.0221 -0.3129</w:t>
        <w:br/>
        <w:t>vn 0.6287 0.3558 -0.6915</w:t>
        <w:br/>
        <w:t>vn 0.3528 -0.8185 -0.4535</w:t>
        <w:br/>
        <w:t>vn -0.0271 -0.4446 -0.8953</w:t>
        <w:br/>
        <w:t>vn -0.1755 0.2530 0.9514</w:t>
        <w:br/>
        <w:t>vn 0.3845 -0.2369 0.8922</w:t>
        <w:br/>
        <w:t>vn 0.3844 -0.2368 0.8923</w:t>
        <w:br/>
        <w:t>vn 0.6107 0.7596 0.2236</w:t>
        <w:br/>
        <w:t>vn 0.6968 0.6832 0.2187</w:t>
        <w:br/>
        <w:t>vn 0.6967 0.6832 0.2187</w:t>
        <w:br/>
        <w:t>vn 0.3576 -0.0477 -0.9326</w:t>
        <w:br/>
        <w:t>vn 0.6286 0.3559 -0.6915</w:t>
        <w:br/>
        <w:t>vn 0.1741 0.7349 -0.6554</w:t>
        <w:br/>
        <w:t>vn -0.2090 0.4379 -0.8744</w:t>
        <w:br/>
        <w:t>vn -0.5364 0.0109 -0.8439</w:t>
        <w:br/>
        <w:t>vn 0.7928 -0.5195 0.3186</w:t>
        <w:br/>
        <w:t>vn 0.7929 -0.5195 0.3185</w:t>
        <w:br/>
        <w:t>vn 0.7555 0.6428 0.1265</w:t>
        <w:br/>
        <w:t>vn 0.7557 0.6427 0.1258</w:t>
        <w:br/>
        <w:t>vn -0.6112 0.7333 -0.2979</w:t>
        <w:br/>
        <w:t>vn -0.1273 0.9735 -0.1901</w:t>
        <w:br/>
        <w:t>vn -0.9133 0.2586 -0.3145</w:t>
        <w:br/>
        <w:t>vn 0.7848 -0.4339 -0.4425</w:t>
        <w:br/>
        <w:t>vn 0.7847 -0.4338 -0.4428</w:t>
        <w:br/>
        <w:t>vn 0.7578 0.6524 0.0094</w:t>
        <w:br/>
        <w:t>vn 0.7578 0.6524 0.0093</w:t>
        <w:br/>
        <w:t>vn -0.1410 0.8988 0.4150</w:t>
        <w:br/>
        <w:t>vn -0.9040 0.1894 0.3834</w:t>
        <w:br/>
        <w:t>vn 0.3798 -0.0209 -0.9248</w:t>
        <w:br/>
        <w:t>vn 0.3798 -0.0210 -0.9248</w:t>
        <w:br/>
        <w:t>vn 0.6941 0.7171 -0.0627</w:t>
        <w:br/>
        <w:t>vn 0.6940 0.7172 -0.0628</w:t>
        <w:br/>
        <w:t>vn -0.1982 0.2286 0.9531</w:t>
        <w:br/>
        <w:t>vn 0.1911 0.5744 0.7960</w:t>
        <w:br/>
        <w:t>vn -0.5343 -0.1930 0.8230</w:t>
        <w:br/>
        <w:t>vn -0.1860 0.4616 -0.8674</w:t>
        <w:br/>
        <w:t>vn -0.1860 0.4615 -0.8674</w:t>
        <w:br/>
        <w:t>vn 0.6073 0.7923 -0.0582</w:t>
        <w:br/>
        <w:t>vn 0.6309 0.1762 0.7556</w:t>
        <w:br/>
        <w:t>vn 0.3637 -0.2628 0.8937</w:t>
        <w:br/>
        <w:t>vn -0.0114 -0.6314 0.7754</w:t>
        <w:br/>
        <w:t>vn -0.5852 0.7561 -0.2930</w:t>
        <w:br/>
        <w:t>vn -0.5852 0.7562 -0.2928</w:t>
        <w:br/>
        <w:t>vn 0.5499 0.8345 0.0339</w:t>
        <w:br/>
        <w:t>vn 0.5499 0.8346 0.0342</w:t>
        <w:br/>
        <w:t>vn 0.7725 -0.5498 0.3177</w:t>
        <w:br/>
        <w:t>vn 0.9558 -0.0318 0.2922</w:t>
        <w:br/>
        <w:t>vn 0.3439 -0.9067 0.2443</w:t>
        <w:br/>
        <w:t>vn -0.3155 0.3100 0.8969</w:t>
        <w:br/>
        <w:t>vn -0.4015 0.7635 0.5058</w:t>
        <w:br/>
        <w:t>vn -0.4016 0.7636 0.5056</w:t>
        <w:br/>
        <w:t>vn -0.3155 0.3097 0.8970</w:t>
        <w:br/>
        <w:t>vn -0.9624 -0.0979 -0.2535</w:t>
        <w:br/>
        <w:t>vn -0.9801 0.0594 0.1893</w:t>
        <w:br/>
        <w:t>vn -0.9641 -0.0336 0.2635</w:t>
        <w:br/>
        <w:t>vn -0.8892 -0.4567 0.0271</w:t>
        <w:br/>
        <w:t>vn -0.7014 -0.2439 -0.6698</w:t>
        <w:br/>
        <w:t>vn -0.5772 -0.7837 -0.2296</w:t>
        <w:br/>
        <w:t>vn 0.8468 0.1849 0.4988</w:t>
        <w:br/>
        <w:t>vn 0.7420 0.6600 0.1180</w:t>
        <w:br/>
        <w:t>vn 0.7420 0.6599 0.1182</w:t>
        <w:br/>
        <w:t>vn -0.3519 -0.2939 0.8887</w:t>
        <w:br/>
        <w:t>vn -0.3520 -0.2942 0.8886</w:t>
        <w:br/>
        <w:t>vn -0.9662 0.1773 0.1871</w:t>
        <w:br/>
        <w:t>vn -0.9043 0.3484 -0.2467</w:t>
        <w:br/>
        <w:t>vn -0.6229 0.4450 -0.6435</w:t>
        <w:br/>
        <w:t>vn 0.7713 -0.4143 0.4832</w:t>
        <w:br/>
        <w:t>vn -0.5491 -0.6912 0.4699</w:t>
        <w:br/>
        <w:t>vn -0.5491 -0.6911 0.4700</w:t>
        <w:br/>
        <w:t>vn -0.3519 -0.2942 0.8886</w:t>
        <w:br/>
        <w:t>vn -0.7765 0.6259 0.0729</w:t>
        <w:br/>
        <w:t>vn -0.9293 0.2502 0.2717</w:t>
        <w:br/>
        <w:t>vn -0.9662 0.1772 0.1871</w:t>
        <w:br/>
        <w:t>vn -0.4330 0.8874 -0.1582</w:t>
        <w:br/>
        <w:t>vn -0.6229 0.4450 -0.6434</w:t>
        <w:br/>
        <w:t>vn 0.6051 -0.7940 0.0577</w:t>
        <w:br/>
        <w:t>vn 0.6052 -0.7940 0.0574</w:t>
        <w:br/>
        <w:t>vn -0.7417 -0.6604 -0.1174</w:t>
        <w:br/>
        <w:t>vn -0.7417 -0.6603 -0.1176</w:t>
        <w:br/>
        <w:t>vn -0.8900 0.2461 0.3838</w:t>
        <w:br/>
        <w:t>vn -0.6243 0.6081 0.4904</w:t>
        <w:br/>
        <w:t>vn -0.2007 0.8484 0.4898</w:t>
        <w:br/>
        <w:t>vn 0.4016 -0.7641 -0.5049</w:t>
        <w:br/>
        <w:t>vn 0.4016 -0.7641 -0.5048</w:t>
        <w:br/>
        <w:t>vn -0.8467 -0.1850 -0.4988</w:t>
        <w:br/>
        <w:t>vn -0.8467 -0.1851 -0.4988</w:t>
        <w:br/>
        <w:t>vn -0.5651 0.2684 0.7802</w:t>
        <w:br/>
        <w:t>vn -0.8750 0.1546 0.4588</w:t>
        <w:br/>
        <w:t>vn -0.0938 0.3273 0.9402</w:t>
        <w:br/>
        <w:t>vn 0.3155 -0.3100 -0.8969</w:t>
        <w:br/>
        <w:t>vn 0.3155 -0.3102 -0.8968</w:t>
        <w:br/>
        <w:t>vn -0.7712 0.4151 -0.4826</w:t>
        <w:br/>
        <w:t>vn -0.7712 0.4151 -0.4827</w:t>
        <w:br/>
        <w:t>vn -0.8866 0.0360 0.4611</w:t>
        <w:br/>
        <w:t>vn -0.5954 -0.1826 0.7824</w:t>
        <w:br/>
        <w:t>vn -0.1373 -0.3664 0.9203</w:t>
        <w:br/>
        <w:t>vn 0.3520 0.2950 -0.8883</w:t>
        <w:br/>
        <w:t>vn 0.3520 0.2947 -0.8884</w:t>
        <w:br/>
        <w:t>vn -0.8210 0.5650 0.0817</w:t>
        <w:br/>
        <w:t>vn -0.6050 0.7943 -0.0561</w:t>
        <w:br/>
        <w:t>vn -0.7458 -0.4753 0.4668</w:t>
        <w:br/>
        <w:t>vn -0.8984 -0.0154 0.4388</w:t>
        <w:br/>
        <w:t>vn -0.3546 -0.8245 0.4409</w:t>
        <w:br/>
        <w:t>vn 0.5493 0.6916 -0.4691</w:t>
        <w:br/>
        <w:t>vn 0.5493 0.6917 -0.4688</w:t>
        <w:br/>
        <w:t>vn -0.8210 0.5650 0.0818</w:t>
        <w:br/>
        <w:t>vn -0.3643 0.7085 0.6044</w:t>
        <w:br/>
        <w:t>vn 0.1247 0.7860 0.6056</w:t>
        <w:br/>
        <w:t>vn -0.0807 0.9964 -0.0246</w:t>
        <w:br/>
        <w:t>vn -0.4892 0.8494 0.1980</w:t>
        <w:br/>
        <w:t>vn -0.7370 0.4835 0.4723</w:t>
        <w:br/>
        <w:t>vn -0.7699 0.5228 0.3660</w:t>
        <w:br/>
        <w:t>vn -0.9431 -0.3084 -0.1241</w:t>
        <w:br/>
        <w:t>vn -0.9431 -0.3083 -0.1241</w:t>
        <w:br/>
        <w:t>vn -0.7460 -0.5140 0.4235</w:t>
        <w:br/>
        <w:t>vn -0.7460 -0.5139 0.4237</w:t>
        <w:br/>
        <w:t>vn -0.1248 -0.7859 -0.6056</w:t>
        <w:br/>
        <w:t>vn 0.0807 -0.9964 0.0249</w:t>
        <w:br/>
        <w:t>vn 0.0762 0.2021 0.9764</w:t>
        <w:br/>
        <w:t>vn -0.3926 0.3381 0.8553</w:t>
        <w:br/>
        <w:t>vn -0.7467 0.3881 0.5402</w:t>
        <w:br/>
        <w:t>vn -0.8666 0.1934 -0.4601</w:t>
        <w:br/>
        <w:t>vn -0.5514 -0.0035 -0.8342</w:t>
        <w:br/>
        <w:t>vn -0.0762 -0.2018 -0.9765</w:t>
        <w:br/>
        <w:t>vn -0.5514 -0.0035 -0.8343</w:t>
        <w:br/>
        <w:t>vn -0.2433 -0.4027 0.8824</w:t>
        <w:br/>
        <w:t>vn -0.6090 -0.0500 0.7916</w:t>
        <w:br/>
        <w:t>vn -0.8036 0.2879 0.5210</w:t>
        <w:br/>
        <w:t>vn -0.2151 0.6571 -0.7224</w:t>
        <w:br/>
        <w:t>vn -0.6014 0.7151 -0.3562</w:t>
        <w:br/>
        <w:t>vn 0.2432 0.4030 -0.8823</w:t>
        <w:br/>
        <w:t>vn -0.6140 -0.6983 0.3679</w:t>
        <w:br/>
        <w:t>vn -0.8515 -0.2497 0.4611</w:t>
        <w:br/>
        <w:t>vn -0.8680 0.2368 0.4364</w:t>
        <w:br/>
        <w:t>vn -0.2724 0.9592 0.0760</w:t>
        <w:br/>
        <w:t>vn 0.1950 0.9664 -0.1677</w:t>
        <w:br/>
        <w:t>vn 0.6140 0.6985 -0.3677</w:t>
        <w:br/>
        <w:t>vn -0.9944 -0.0921 0.0517</w:t>
        <w:br/>
        <w:t>vn -0.8424 -0.4699 -0.2636</w:t>
        <w:br/>
        <w:t>vn -0.9023 0.2774 0.3300</w:t>
        <w:br/>
        <w:t>vn 0.4304 0.7343 0.5249</w:t>
        <w:br/>
        <w:t>vn -0.1003 0.7745 0.6246</w:t>
        <w:br/>
        <w:t>vn 0.8424 0.4700 0.2635</w:t>
        <w:br/>
        <w:t>vn -0.9384 0.2799 -0.2028</w:t>
        <w:br/>
        <w:t>vn -0.7587 0.1137 -0.6414</w:t>
        <w:br/>
        <w:t>vn -0.8903 0.3727 0.2616</w:t>
        <w:br/>
        <w:t>vn -0.1380 0.2693 0.9531</w:t>
        <w:br/>
        <w:t>vn 0.3582 0.0922 0.9291</w:t>
        <w:br/>
        <w:t>vn 0.7587 -0.1135 0.6415</w:t>
        <w:br/>
        <w:t>vn -0.7362 0.6660 -0.1203</w:t>
        <w:br/>
        <w:t>vn -0.4566 0.7173 -0.5263</w:t>
        <w:br/>
        <w:t>vn -0.8346 0.4729 0.2824</w:t>
        <w:br/>
        <w:t>vn 0.0159 -0.5686 0.8225</w:t>
        <w:br/>
        <w:t>vn -0.4226 -0.2542 0.8700</w:t>
        <w:br/>
        <w:t>vn 0.4566 -0.7171 0.5266</w:t>
        <w:br/>
        <w:t>vn 0.1761 0.2531 0.9513</w:t>
        <w:br/>
        <w:t>vn 0.1761 0.2530 0.9513</w:t>
        <w:br/>
        <w:t>vn 0.5853 0.6622 0.4678</w:t>
        <w:br/>
        <w:t>vn 0.5854 0.6623 0.4677</w:t>
        <w:br/>
        <w:t>vn -0.6105 0.7597 0.2240</w:t>
        <w:br/>
        <w:t>vn -0.5462 0.8238 0.1516</w:t>
        <w:br/>
        <w:t>vn -0.5462 0.8238 0.1517</w:t>
        <w:br/>
        <w:t>vn -0.3583 -0.0477 -0.9324</w:t>
        <w:br/>
        <w:t>vn -0.6290 0.3559 -0.6911</w:t>
        <w:br/>
        <w:t>vn -0.9497 0.0223 -0.3123</w:t>
        <w:br/>
        <w:t>vn -0.7650 -0.4629 -0.4477</w:t>
        <w:br/>
        <w:t>vn -0.3532 -0.8184 -0.4532</w:t>
        <w:br/>
        <w:t>vn 0.0265 -0.4446 -0.8953</w:t>
        <w:br/>
        <w:t>vn -0.3840 -0.2369 0.8925</w:t>
        <w:br/>
        <w:t>vn -0.3839 -0.2368 0.8925</w:t>
        <w:br/>
        <w:t>vn -0.6965 0.6832 0.2191</w:t>
        <w:br/>
        <w:t>vn -0.6105 0.7597 0.2239</w:t>
        <w:br/>
        <w:t>vn -0.6964 0.6834 0.2192</w:t>
        <w:br/>
        <w:t>vn -0.1744 0.7349 -0.6553</w:t>
        <w:br/>
        <w:t>vn -0.3582 -0.0477 -0.9324</w:t>
        <w:br/>
        <w:t>vn 0.2085 0.4378 -0.8745</w:t>
        <w:br/>
        <w:t>vn 0.5358 0.0108 -0.8443</w:t>
        <w:br/>
        <w:t>vn -0.7927 -0.5194 0.3191</w:t>
        <w:br/>
        <w:t>vn -0.7554 0.6429 0.1267</w:t>
        <w:br/>
        <w:t>vn -0.7553 0.6429 0.1271</w:t>
        <w:br/>
        <w:t>vn 0.6111 0.7332 -0.2983</w:t>
        <w:br/>
        <w:t>vn 0.1273 0.9734 -0.1902</w:t>
        <w:br/>
        <w:t>vn 0.9132 0.2585 -0.3151</w:t>
        <w:br/>
        <w:t>vn -0.7852 -0.4339 -0.4417</w:t>
        <w:br/>
        <w:t>vn -0.7850 -0.4337 -0.4423</w:t>
        <w:br/>
        <w:t>vn -0.7577 0.6525 0.0099</w:t>
        <w:br/>
        <w:t>vn -0.7577 0.6525 0.0098</w:t>
        <w:br/>
        <w:t>vn 0.1414 0.8988 0.4149</w:t>
        <w:br/>
        <w:t>vn 0.1413 0.8988 0.4150</w:t>
        <w:br/>
        <w:t>vn 0.9042 0.1893 0.3828</w:t>
        <w:br/>
        <w:t>vn 0.9042 0.1892 0.3829</w:t>
        <w:br/>
        <w:t>vn -0.3804 -0.0209 -0.9246</w:t>
        <w:br/>
        <w:t>vn -0.6941 0.7172 -0.0623</w:t>
        <w:br/>
        <w:t>vn -0.6940 0.7173 -0.0623</w:t>
        <w:br/>
        <w:t>vn 0.1988 0.2286 0.9530</w:t>
        <w:br/>
        <w:t>vn -0.1905 0.5745 0.7961</w:t>
        <w:br/>
        <w:t>vn 0.5348 -0.1930 0.8226</w:t>
        <w:br/>
        <w:t>vn 0.1854 0.4615 -0.8676</w:t>
        <w:br/>
        <w:t>vn 0.1855 0.4616 -0.8675</w:t>
        <w:br/>
        <w:t>vn -0.6072 0.7925 -0.0578</w:t>
        <w:br/>
        <w:t>vn -0.6075 0.7922 -0.0579</w:t>
        <w:br/>
        <w:t>vn -0.6304 0.1763 0.7559</w:t>
        <w:br/>
        <w:t>vn -0.3632 -0.2628 0.8939</w:t>
        <w:br/>
        <w:t>vn 0.0121 -0.6312 0.7755</w:t>
        <w:br/>
        <w:t>vn 0.5851 0.7561 -0.2932</w:t>
        <w:br/>
        <w:t>vn 0.5851 0.7560 -0.2934</w:t>
        <w:br/>
        <w:t>vn -0.5498 0.8346 0.0343</w:t>
        <w:br/>
        <w:t>vn -0.5497 0.8346 0.0347</w:t>
        <w:br/>
        <w:t>vn -0.7724 -0.5497 0.3182</w:t>
        <w:br/>
        <w:t>vn -0.9556 -0.0317 0.2929</w:t>
        <w:br/>
        <w:t>vn -0.3438 -0.9066 0.2445</w:t>
        <w:br/>
        <w:t>vn -0.7183 0.6887 -0.0987</w:t>
        <w:br/>
        <w:t>vn -0.7874 0.4383 -0.4334</w:t>
        <w:br/>
        <w:t>vn -0.8890 0.4429 -0.1166</w:t>
        <w:br/>
        <w:t>vn -0.7551 0.6106 0.2387</w:t>
        <w:br/>
        <w:t>vn -0.9027 0.3911 0.1791</w:t>
        <w:br/>
        <w:t>vn -0.8828 0.4356 0.1760</w:t>
        <w:br/>
        <w:t>vn -0.8853 0.4625 0.0475</w:t>
        <w:br/>
        <w:t>vn -0.9432 0.1613 0.2905</w:t>
        <w:br/>
        <w:t>vn -0.8805 0.1848 0.4366</w:t>
        <w:br/>
        <w:t>vn -0.7844 0.5508 0.2850</w:t>
        <w:br/>
        <w:t>vn -0.8942 0.4142 -0.1700</w:t>
        <w:br/>
        <w:t>vn -0.9810 0.1843 0.0599</w:t>
        <w:br/>
        <w:t>vn -0.4078 0.4186 0.8115</w:t>
        <w:br/>
        <w:t>vn -0.3726 0.6741 0.6378</w:t>
        <w:br/>
        <w:t>vn -0.4519 0.5352 0.7136</w:t>
        <w:br/>
        <w:t>vn -0.5818 0.3418 0.7380</w:t>
        <w:br/>
        <w:t>vn 0.0014 0.4602 0.8878</w:t>
        <w:br/>
        <w:t>vn 0.0018 0.7168 0.6973</w:t>
        <w:br/>
        <w:t>vn -0.3618 0.9218 -0.1390</w:t>
        <w:br/>
        <w:t>vn -0.0459 0.9512 -0.3050</w:t>
        <w:br/>
        <w:t>vn -0.3227 0.5580 -0.7645</w:t>
        <w:br/>
        <w:t>vn 0.3163 0.1500 -0.9367</w:t>
        <w:br/>
        <w:t>vn -0.3041 0.1726 -0.9369</w:t>
        <w:br/>
        <w:t>vn -0.2938 0.0981 -0.9508</w:t>
        <w:br/>
        <w:t>vn 0.3021 0.0784 -0.9501</w:t>
        <w:br/>
        <w:t>vn -0.4478 0.8902 -0.0832</w:t>
        <w:br/>
        <w:t>vn -0.4759 0.7487 -0.4615</w:t>
        <w:br/>
        <w:t>vn -0.1470 0.8401 -0.5221</w:t>
        <w:br/>
        <w:t>vn -0.0638 0.9972 -0.0394</w:t>
        <w:br/>
        <w:t>vn -0.4359 0.8278 0.3532</w:t>
        <w:br/>
        <w:t>vn -0.0487 0.8973 0.4388</w:t>
        <w:br/>
        <w:t>vn -0.0551 0.8699 0.4901</w:t>
        <w:br/>
        <w:t>vn -0.3767 0.8317 0.4079</w:t>
        <w:br/>
        <w:t>vn -0.1246 0.8246 -0.5519</w:t>
        <w:br/>
        <w:t>vn -0.4261 0.8086 -0.4056</w:t>
        <w:br/>
        <w:t>vn -0.3081 0.9463 -0.0974</w:t>
        <w:br/>
        <w:t>vn -0.0324 0.9631 -0.2673</w:t>
        <w:br/>
        <w:t>vn -0.1225 0.8592 0.4968</w:t>
        <w:br/>
        <w:t>vn -0.0525 0.9832 0.1749</w:t>
        <w:br/>
        <w:t>vn 0.1074 0.6937 0.7122</w:t>
        <w:br/>
        <w:t>vn -0.1189 0.9270 0.3558</w:t>
        <w:br/>
        <w:t>vn -0.2511 0.9336 0.2557</w:t>
        <w:br/>
        <w:t>vn -0.1425 0.9892 -0.0335</w:t>
        <w:br/>
        <w:t>vn -0.3155 -0.0136 -0.9488</w:t>
        <w:br/>
        <w:t>vn -0.7819 0.1511 -0.6048</w:t>
        <w:br/>
        <w:t>vn -0.5643 0.5801 0.5874</w:t>
        <w:br/>
        <w:t>vn -0.8744 0.4699 -0.1210</w:t>
        <w:br/>
        <w:t>vn -0.7476 0.1044 -0.6559</w:t>
        <w:br/>
        <w:t>vn 0.3176 -0.0359 -0.9476</w:t>
        <w:br/>
        <w:t>vn -0.3227 0.5581 -0.7645</w:t>
        <w:br/>
        <w:t>vn 0.3485 -0.0799 -0.9339</w:t>
        <w:br/>
        <w:t>vn -0.9659 0.2433 -0.0882</w:t>
        <w:br/>
        <w:t>vn -0.9516 0.3072 -0.0100</w:t>
        <w:br/>
        <w:t>vn -0.8794 0.1927 0.4354</w:t>
        <w:br/>
        <w:t>vn -0.9440 0.1891 0.2703</w:t>
        <w:br/>
        <w:t>vn -0.9656 0.2127 0.1495</w:t>
        <w:br/>
        <w:t>vn -0.9501 0.2208 0.2204</w:t>
        <w:br/>
        <w:t>vn -0.7526 0.2393 0.6135</w:t>
        <w:br/>
        <w:t>vn -0.7632 0.2503 0.5958</w:t>
        <w:br/>
        <w:t>vn -0.9833 0.1403 0.1159</w:t>
        <w:br/>
        <w:t>vn -0.9517 0.1128 0.2855</w:t>
        <w:br/>
        <w:t>vn -0.9873 0.1253 0.0976</w:t>
        <w:br/>
        <w:t>vn -0.9563 0.1385 -0.2576</w:t>
        <w:br/>
        <w:t>vn -0.9474 0.0757 -0.3108</w:t>
        <w:br/>
        <w:t>vn -0.7441 0.0803 -0.6632</w:t>
        <w:br/>
        <w:t>vn -0.9418 0.1264 0.3115</w:t>
        <w:br/>
        <w:t>vn 0.0017 0.9545 0.2982</w:t>
        <w:br/>
        <w:t>vn -0.0002 -0.7504 0.6609</w:t>
        <w:br/>
        <w:t>vn -0.0001 -0.8561 0.5168</w:t>
        <w:br/>
        <w:t>vn -0.0002 -0.7504 0.6610</w:t>
        <w:br/>
        <w:t>vn 0.0002 -0.9780 0.2085</w:t>
        <w:br/>
        <w:t>vn 0.0003 -0.9956 0.0941</w:t>
        <w:br/>
        <w:t>vn 0.0004 -0.9956 0.0941</w:t>
        <w:br/>
        <w:t>vn -0.0003 -0.2243 0.9745</w:t>
        <w:br/>
        <w:t>vn -0.0003 -0.0522 0.9986</w:t>
        <w:br/>
        <w:t>vn -0.0002 -0.7426 0.6697</w:t>
        <w:br/>
        <w:t>vn 0.0002 -0.9216 -0.3880</w:t>
        <w:br/>
        <w:t>vn 0.0002 -0.9219 -0.3875</w:t>
        <w:br/>
        <w:t>vn 0.0001 -0.9449 -0.3273</w:t>
        <w:br/>
        <w:t>vn 0.0001 -0.9744 -0.2249</w:t>
        <w:br/>
        <w:t>vn -0.0002 -0.6729 0.7397</w:t>
        <w:br/>
        <w:t>vn 0.0009 0.9969 -0.0792</w:t>
        <w:br/>
        <w:t>vn 0.0001 0.9538 -0.3003</w:t>
        <w:br/>
        <w:t>vn -0.9531 0.2478 -0.1738</w:t>
        <w:br/>
        <w:t>vn -0.0239 0.9622 -0.2711</w:t>
        <w:br/>
        <w:t>vn -0.0000 -0.9415 0.3371</w:t>
        <w:br/>
        <w:t>vn 0.7548 0.6474 -0.1055</w:t>
        <w:br/>
        <w:t>vn 0.9195 0.3744 -0.1196</w:t>
        <w:br/>
        <w:t>vn 0.8105 0.3829 -0.4433</w:t>
        <w:br/>
        <w:t>vn 0.7902 0.5597 0.2496</w:t>
        <w:br/>
        <w:t>vn 0.9111 0.3697 0.1822</w:t>
        <w:br/>
        <w:t>vn 0.9307 0.3162 0.1839</w:t>
        <w:br/>
        <w:t>vn 0.9144 0.4021 0.0463</w:t>
        <w:br/>
        <w:t>vn 0.8109 0.5081 0.2904</w:t>
        <w:br/>
        <w:t>vn 0.8905 0.1155 0.4401</w:t>
        <w:br/>
        <w:t>vn 0.9552 0.0839 0.2837</w:t>
        <w:br/>
        <w:t>vn 0.9247 0.3362 -0.1787</w:t>
        <w:br/>
        <w:t>vn 0.9925 0.1030 0.0656</w:t>
        <w:br/>
        <w:t>vn 0.4602 0.5091 0.7273</w:t>
        <w:br/>
        <w:t>vn 0.7616 0.1812 0.6222</w:t>
        <w:br/>
        <w:t>vn 0.5822 0.5497 0.5991</w:t>
        <w:br/>
        <w:t>vn 0.3797 0.6584 0.6499</w:t>
        <w:br/>
        <w:t>vn 0.4127 0.3923 0.8221</w:t>
        <w:br/>
        <w:t>vn 0.5894 0.3017 0.7494</w:t>
        <w:br/>
        <w:t>vn 0.3783 0.9144 -0.1442</w:t>
        <w:br/>
        <w:t>vn 0.2473 0.8293 -0.5012</w:t>
        <w:br/>
        <w:t>vn 0.0462 0.9509 -0.3059</w:t>
        <w:br/>
        <w:t>vn 0.4740 0.8735 -0.1110</w:t>
        <w:br/>
        <w:t>vn 0.0655 0.9955 -0.0680</w:t>
        <w:br/>
        <w:t>vn 0.1404 0.8273 -0.5439</w:t>
        <w:br/>
        <w:t>vn 0.4900 0.7231 -0.4869</w:t>
        <w:br/>
        <w:t>vn 0.4569 0.8114 0.3645</w:t>
        <w:br/>
        <w:t>vn 0.0485 0.8964 0.4406</w:t>
        <w:br/>
        <w:t>vn 0.0550 0.8688 0.4921</w:t>
        <w:br/>
        <w:t>vn 0.3924 0.8185 0.4196</w:t>
        <w:br/>
        <w:t>vn 0.1182 0.8270 -0.5496</w:t>
        <w:br/>
        <w:t>vn 0.0326 0.9628 -0.2681</w:t>
        <w:br/>
        <w:t>vn 0.3221 0.9417 -0.0973</w:t>
        <w:br/>
        <w:t>vn 0.4398 0.8009 -0.4063</w:t>
        <w:br/>
        <w:t>vn -0.1064 0.6985 0.7077</w:t>
        <w:br/>
        <w:t>vn 0.0543 0.9834 0.1732</w:t>
        <w:br/>
        <w:t>vn 0.1261 0.8577 0.4985</w:t>
        <w:br/>
        <w:t>vn 0.1255 0.9265 0.3547</w:t>
        <w:br/>
        <w:t>vn 0.1448 0.9889 -0.0336</w:t>
        <w:br/>
        <w:t>vn 0.2564 0.9307 0.2608</w:t>
        <w:br/>
        <w:t>vn 0.7917 0.0936 -0.6037</w:t>
        <w:br/>
        <w:t>vn 0.3485 -0.0800 -0.9339</w:t>
        <w:br/>
        <w:t>vn 0.9074 0.4012 -0.1253</w:t>
        <w:br/>
        <w:t>vn 0.7599 0.0510 -0.6480</w:t>
        <w:br/>
        <w:t>vn 0.3020 0.0784 -0.9501</w:t>
        <w:br/>
        <w:t>vn 0.9835 0.1675 -0.0681</w:t>
        <w:br/>
        <w:t>vn 0.9834 0.1187 0.1370</w:t>
        <w:br/>
        <w:t>vn 0.9723 0.2333 -0.0130</w:t>
        <w:br/>
        <w:t>vn 0.8894 0.1249 0.4397</w:t>
        <w:br/>
        <w:t>vn 0.9589 0.1147 0.2596</w:t>
        <w:br/>
        <w:t>vn 0.9645 0.1433 0.2219</w:t>
        <w:br/>
        <w:t>vn 0.9788 0.1340 0.1548</w:t>
        <w:br/>
        <w:t>vn 0.7726 0.1936 0.6047</w:t>
        <w:br/>
        <w:t>vn 0.9905 0.0591 0.1244</w:t>
        <w:br/>
        <w:t>vn 0.9552 0.0303 0.2943</w:t>
        <w:br/>
        <w:t>vn 0.9663 0.0654 -0.2488</w:t>
        <w:br/>
        <w:t>vn 0.9931 0.0429 0.1087</w:t>
        <w:br/>
        <w:t>vn 0.9544 0.0043 -0.2986</w:t>
        <w:br/>
        <w:t>vn 0.7579 0.0252 -0.6519</w:t>
        <w:br/>
        <w:t>vn 0.9456 0.0423 0.3227</w:t>
        <w:br/>
        <w:t>vn -0.0001 -0.9138 0.4062</w:t>
        <w:br/>
        <w:t>vn 0.0011 -0.3888 -0.9213</w:t>
        <w:br/>
        <w:t>vn 0.0011 -0.3889 -0.9213</w:t>
        <w:br/>
        <w:t>vn 0.0007 -0.5637 -0.8260</w:t>
        <w:br/>
        <w:t>vn 0.0000 -0.9931 0.1172</w:t>
        <w:br/>
        <w:t>vn 0.0000 -0.9931 0.1169</w:t>
        <w:br/>
        <w:t>vn 0.0002 -0.9141 -0.4054</w:t>
        <w:br/>
        <w:t>vn 0.0001 -0.9944 -0.1055</w:t>
        <w:br/>
        <w:t>vn 0.0001 -0.9944 -0.1056</w:t>
        <w:br/>
        <w:t>vn 0.0001 -0.9996 -0.0266</w:t>
        <w:br/>
        <w:t>vn 0.9697 0.1742 -0.1712</w:t>
        <w:br/>
        <w:t>vn 0.0239 0.9620 -0.2718</w:t>
        <w:br/>
        <w:t>vn -0.5450 0.0188 -0.8382</w:t>
        <w:br/>
        <w:t>vn -0.8485 -0.0421 -0.5275</w:t>
        <w:br/>
        <w:t>vn -0.8268 -0.1135 -0.5510</w:t>
        <w:br/>
        <w:t>vn -0.5146 -0.0623 -0.8552</w:t>
        <w:br/>
        <w:t>vn -0.9962 0.0539 -0.0686</w:t>
        <w:br/>
        <w:t>vn -0.9963 -0.0552 -0.0666</w:t>
        <w:br/>
        <w:t>vn -0.8670 0.0982 -0.4885</w:t>
        <w:br/>
        <w:t>vn -0.7264 -0.0907 0.6812</w:t>
        <w:br/>
        <w:t>vn -0.8842 0.1038 0.4554</w:t>
        <w:br/>
        <w:t>vn -0.9411 0.0220 0.3374</w:t>
        <w:br/>
        <w:t>vn -0.8876 0.0792 0.4538</w:t>
        <w:br/>
        <w:t>vn -0.5799 0.2573 -0.7730</w:t>
        <w:br/>
        <w:t>vn -0.8522 0.2303 -0.4698</w:t>
        <w:br/>
        <w:t>vn -0.5784 0.1537 -0.8011</w:t>
        <w:br/>
        <w:t>vn 0.0025 0.2698 -0.9629</w:t>
        <w:br/>
        <w:t>vn 0.0028 0.1758 -0.9844</w:t>
        <w:br/>
        <w:t>vn -0.9660 0.2468 0.0770</w:t>
        <w:br/>
        <w:t>vn -0.9057 0.3462 0.2447</w:t>
        <w:br/>
        <w:t>vn -0.9509 0.2206 0.2171</w:t>
        <w:br/>
        <w:t>vn -0.9753 0.1972 -0.0997</w:t>
        <w:br/>
        <w:t>vn -0.9471 0.2686 -0.1758</w:t>
        <w:br/>
        <w:t>vn -0.5772 0.3492 -0.7382</w:t>
        <w:br/>
        <w:t>vn -0.8286 0.3184 -0.4605</w:t>
        <w:br/>
        <w:t>vn -0.9538 0.0810 0.2892</w:t>
        <w:br/>
        <w:t>vn -0.6129 0.7861 0.0796</w:t>
        <w:br/>
        <w:t>vn -0.7336 0.6711 0.1070</w:t>
        <w:br/>
        <w:t>vn -0.8924 0.4509 -0.0156</w:t>
        <w:br/>
        <w:t>vn -0.8706 0.4908 -0.0340</w:t>
        <w:br/>
        <w:t>vn -0.1229 0.3411 0.9320</w:t>
        <w:br/>
        <w:t>vn -0.7184 0.4562 0.5251</w:t>
        <w:br/>
        <w:t>vn -0.6173 0.5167 0.5933</w:t>
        <w:br/>
        <w:t>vn -0.5687 0.2917 0.7691</w:t>
        <w:br/>
        <w:t>vn -0.2378 0.1500 0.9596</w:t>
        <w:br/>
        <w:t>vn -0.5665 0.1142 0.8161</w:t>
        <w:br/>
        <w:t>vn -0.9752 0.1911 0.1118</w:t>
        <w:br/>
        <w:t>vn -0.9743 0.1704 0.1472</w:t>
        <w:br/>
        <w:t>vn -0.9722 0.2281 0.0524</w:t>
        <w:br/>
        <w:t>vn -0.9619 0.2464 0.1183</w:t>
        <w:br/>
        <w:t>vn -0.9770 0.2129 -0.0082</w:t>
        <w:br/>
        <w:t>vn -0.9611 0.2304 -0.1526</w:t>
        <w:br/>
        <w:t>vn -0.8702 0.3087 -0.3840</w:t>
        <w:br/>
        <w:t>vn -0.5784 0.3895 -0.7168</w:t>
        <w:br/>
        <w:t>vn 0.0033 0.3706 -0.9288</w:t>
        <w:br/>
        <w:t>vn 0.0042 0.4302 -0.9027</w:t>
        <w:br/>
        <w:t>vn 0.0057 0.9235 0.3834</w:t>
        <w:br/>
        <w:t>vn -0.5281 0.7986 0.2887</w:t>
        <w:br/>
        <w:t>vn -0.3443 0.9382 -0.0340</w:t>
        <w:br/>
        <w:t>vn 0.0022 0.9886 -0.1502</w:t>
        <w:br/>
        <w:t>vn -0.6779 0.7029 0.2152</w:t>
        <w:br/>
        <w:t>vn -0.6133 0.6473 0.4526</w:t>
        <w:br/>
        <w:t>vn -0.7592 0.5511 0.3462</w:t>
        <w:br/>
        <w:t>vn -0.9761 0.1953 0.0952</w:t>
        <w:br/>
        <w:t>vn -0.9921 -0.1077 -0.0644</w:t>
        <w:br/>
        <w:t>vn -0.6344 0.6870 0.3545</w:t>
        <w:br/>
        <w:t>vn -0.7283 0.3718 0.5757</w:t>
        <w:br/>
        <w:t>vn -0.4493 0.4438 0.7754</w:t>
        <w:br/>
        <w:t>vn -0.4119 0.7604 0.5022</w:t>
        <w:br/>
        <w:t>vn 0.0073 0.7986 0.6018</w:t>
        <w:br/>
        <w:t>vn -0.9623 0.2509 -0.1045</w:t>
        <w:br/>
        <w:t>vn -0.9821 0.1788 0.0587</w:t>
        <w:br/>
        <w:t>vn -0.9681 0.2185 -0.1230</w:t>
        <w:br/>
        <w:t>vn 0.0037 0.9575 0.2883</w:t>
        <w:br/>
        <w:t>vn -0.3889 0.8944 0.2209</w:t>
        <w:br/>
        <w:t>vn 0.0028 0.8115 0.5843</w:t>
        <w:br/>
        <w:t>vn -0.8058 0.5438 0.2344</w:t>
        <w:br/>
        <w:t>vn -0.5522 0.8248 0.1216</w:t>
        <w:br/>
        <w:t>vn -0.8133 0.5765 0.0782</w:t>
        <w:br/>
        <w:t>vn -0.1694 0.9630 -0.2094</w:t>
        <w:br/>
        <w:t>vn -0.8147 0.5036 0.2875</w:t>
        <w:br/>
        <w:t>vn -0.8840 0.4484 0.1323</w:t>
        <w:br/>
        <w:t>vn -0.6345 0.7511 0.1825</w:t>
        <w:br/>
        <w:t>vn 0.0015 0.4885 0.8726</w:t>
        <w:br/>
        <w:t>vn 0.0021 0.0326 -0.9995</w:t>
        <w:br/>
        <w:t>vn -0.4645 0.2861 0.8381</w:t>
        <w:br/>
        <w:t>vn -0.7514 0.2360 0.6162</w:t>
        <w:br/>
        <w:t>vn 0.0010 0.3241 0.9460</w:t>
        <w:br/>
        <w:t>vn 0.4092 -0.3809 0.8292</w:t>
        <w:br/>
        <w:t>vn 0.4173 -0.3730 0.8287</w:t>
        <w:br/>
        <w:t>vn 0.7417 -0.3861 0.5485</w:t>
        <w:br/>
        <w:t>vn 0.7187 -0.4228 0.5520</w:t>
        <w:br/>
        <w:t>vn 0.9522 -0.3055 -0.0056</w:t>
        <w:br/>
        <w:t>vn 0.9258 -0.3718 -0.0677</w:t>
        <w:br/>
        <w:t>vn -0.0138 -0.3537 0.9353</w:t>
        <w:br/>
        <w:t>vn -0.0198 -0.3501 0.9365</w:t>
        <w:br/>
        <w:t>vn -0.5202 -0.3198 0.7919</w:t>
        <w:br/>
        <w:t>vn -0.3283 -0.2178 0.9191</w:t>
        <w:br/>
        <w:t>vn 0.9051 -0.2979 -0.3032</w:t>
        <w:br/>
        <w:t>vn 0.9035 -0.3401 -0.2610</w:t>
        <w:br/>
        <w:t>vn 0.9175 -0.2861 -0.2763</w:t>
        <w:br/>
        <w:t>vn 0.7530 -0.4178 0.5083</w:t>
        <w:br/>
        <w:t>vn 0.4284 -0.4307 0.7944</w:t>
        <w:br/>
        <w:t>vn 0.9589 -0.2818 -0.0341</w:t>
        <w:br/>
        <w:t>vn 0.9240 -0.3823 -0.0013</w:t>
        <w:br/>
        <w:t>vn 0.8011 -0.3826 -0.4602</w:t>
        <w:br/>
        <w:t>vn 0.9037 -0.2109 -0.3727</w:t>
        <w:br/>
        <w:t>vn 0.7049 -0.4681 -0.5329</w:t>
        <w:br/>
        <w:t>vn 0.8385 -0.2844 -0.4648</w:t>
        <w:br/>
        <w:t>vn -0.0197 -0.4182 0.9081</w:t>
        <w:br/>
        <w:t>vn -0.7067 0.5373 -0.4604</w:t>
        <w:br/>
        <w:t>vn -0.8735 0.4866 0.0152</w:t>
        <w:br/>
        <w:t>vn -0.9193 0.3920 -0.0364</w:t>
        <w:br/>
        <w:t>vn -0.7368 0.4625 -0.4932</w:t>
        <w:br/>
        <w:t>vn -0.9130 0.2172 0.3452</w:t>
        <w:br/>
        <w:t>vn -0.9211 0.2707 0.2799</w:t>
        <w:br/>
        <w:t>vn -0.8834 0.3687 0.2892</w:t>
        <w:br/>
        <w:t>vn -0.8808 0.3770 0.2864</w:t>
        <w:br/>
        <w:t>vn 0.0111 0.3709 -0.9286</w:t>
        <w:br/>
        <w:t>vn -0.4078 0.4517 -0.7935</w:t>
        <w:br/>
        <w:t>vn -0.4255 0.4144 -0.8045</w:t>
        <w:br/>
        <w:t>vn 0.0074 0.3598 -0.9330</w:t>
        <w:br/>
        <w:t>vn 0.3821 0.8527 0.3562</w:t>
        <w:br/>
        <w:t>vn 0.2271 0.8442 0.4855</w:t>
        <w:br/>
        <w:t>vn 0.5116 0.8457 0.1520</w:t>
        <w:br/>
        <w:t>vn 0.5116 0.8457 0.1519</w:t>
        <w:br/>
        <w:t>vn 0.5290 0.7472 -0.4024</w:t>
        <w:br/>
        <w:t>vn 0.3837 0.8971 -0.2192</w:t>
        <w:br/>
        <w:t>vn 0.5751 0.8084 -0.1256</w:t>
        <w:br/>
        <w:t>vn 0.0003 0.8429 0.5380</w:t>
        <w:br/>
        <w:t>vn 0.0003 0.8430 0.5380</w:t>
        <w:br/>
        <w:t>vn 0.4768 0.7040 -0.5263</w:t>
        <w:br/>
        <w:t>vn 0.0044 0.9825 -0.1863</w:t>
        <w:br/>
        <w:t>vn -0.8795 0.3805 0.2857</w:t>
        <w:br/>
        <w:t>vn -0.7542 0.2038 0.6242</w:t>
        <w:br/>
        <w:t>vn -0.4271 0.5687 -0.7030</w:t>
        <w:br/>
        <w:t>vn -0.4442 0.4725 -0.7612</w:t>
        <w:br/>
        <w:t>vn -0.7521 0.4354 -0.4948</w:t>
        <w:br/>
        <w:t>vn -0.7087 0.5536 -0.4374</w:t>
        <w:br/>
        <w:t>vn -0.9346 0.3440 -0.0908</w:t>
        <w:br/>
        <w:t>vn -0.8638 0.5016 -0.0480</w:t>
        <w:br/>
        <w:t>vn -0.9530 0.0949 0.2877</w:t>
        <w:br/>
        <w:t>vn -0.9661 0.2337 -0.1094</w:t>
        <w:br/>
        <w:t>vn -0.6222 -0.0474 0.7815</w:t>
        <w:br/>
        <w:t>vn -0.8874 0.1099 0.4477</w:t>
        <w:br/>
        <w:t>vn 0.0021 0.4772 -0.8788</w:t>
        <w:br/>
        <w:t>vn 0.0024 0.5668 -0.8239</w:t>
        <w:br/>
        <w:t>vn -0.1322 -0.7655 -0.6297</w:t>
        <w:br/>
        <w:t>vn -0.1322 -0.7651 -0.6303</w:t>
        <w:br/>
        <w:t>vn -0.0852 -0.6882 -0.7205</w:t>
        <w:br/>
        <w:t>vn -0.0851 -0.6885 -0.7203</w:t>
        <w:br/>
        <w:t>vn -0.1905 -0.8390 -0.5097</w:t>
        <w:br/>
        <w:t>vn -0.1905 -0.8386 -0.5103</w:t>
        <w:br/>
        <w:t>vn -0.1971 -0.9144 -0.3536</w:t>
        <w:br/>
        <w:t>vn 0.0057 -0.6153 -0.7883</w:t>
        <w:br/>
        <w:t>vn 0.4011 -0.0080 0.9160</w:t>
        <w:br/>
        <w:t>vn -0.0009 -0.2201 0.9755</w:t>
        <w:br/>
        <w:t>vn 0.0000 0.0128 0.9999</w:t>
        <w:br/>
        <w:t>vn 0.2112 0.0115 0.9774</w:t>
        <w:br/>
        <w:t>vn -0.2005 0.0124 0.9796</w:t>
        <w:br/>
        <w:t>vn -0.1612 0.0310 0.9864</w:t>
        <w:br/>
        <w:t>vn -0.1820 -0.9443 -0.2743</w:t>
        <w:br/>
        <w:t>vn -0.1821 -0.9442 -0.2743</w:t>
        <w:br/>
        <w:t>vn -0.2383 -0.2374 0.9417</w:t>
        <w:br/>
        <w:t>vn -0.4790 -0.0181 0.8777</w:t>
        <w:br/>
        <w:t>vn -0.2771 -0.2456 0.9289</w:t>
        <w:br/>
        <w:t>vn -0.9030 0.3085 0.2990</w:t>
        <w:br/>
        <w:t>vn -0.9264 0.2180 0.3069</w:t>
        <w:br/>
        <w:t>vn -0.9681 0.2422 -0.0644</w:t>
        <w:br/>
        <w:t>vn -0.9821 0.1832 -0.0434</w:t>
        <w:br/>
        <w:t>vn -0.9796 0.1871 0.0729</w:t>
        <w:br/>
        <w:t>vn -0.9636 0.2569 0.0742</w:t>
        <w:br/>
        <w:t>vn 0.3383 0.1195 0.9334</w:t>
        <w:br/>
        <w:t>vn 0.4324 0.0789 0.8982</w:t>
        <w:br/>
        <w:t>vn 0.4324 0.0777 0.8983</w:t>
        <w:br/>
        <w:t>vn 0.3499 0.2568 0.9009</w:t>
        <w:br/>
        <w:t>vn 0.3701 0.3899 0.8432</w:t>
        <w:br/>
        <w:t>vn 0.3701 0.3878 0.8441</w:t>
        <w:br/>
        <w:t>vn 0.4209 0.8380 0.3474</w:t>
        <w:br/>
        <w:t>vn 0.4054 0.6363 0.6563</w:t>
        <w:br/>
        <w:t>vn 0.4054 0.6379 0.6548</w:t>
        <w:br/>
        <w:t>vn 0.3352 0.9286 -0.1592</w:t>
        <w:br/>
        <w:t>vn 0.3352 0.9286 -0.1591</w:t>
        <w:br/>
        <w:t>vn 0.1837 0.8074 -0.5606</w:t>
        <w:br/>
        <w:t>vn -0.1694 0.9630 -0.2095</w:t>
        <w:br/>
        <w:t>vn 0.0019 0.9860 -0.1668</w:t>
        <w:br/>
        <w:t>vn -0.5050 0.5680 0.6499</w:t>
        <w:br/>
        <w:t>vn -0.5308 0.3339 0.7790</w:t>
        <w:br/>
        <w:t>vn -0.0011 0.1236 0.9923</w:t>
        <w:br/>
        <w:t>vn -0.6272 -0.2397 0.7411</w:t>
        <w:br/>
        <w:t>vn -0.9577 0.2589 -0.1257</w:t>
        <w:br/>
        <w:t>vn -0.8777 0.3175 0.3588</w:t>
        <w:br/>
        <w:t>vn -0.9053 0.2349 0.3538</w:t>
        <w:br/>
        <w:t>vn -0.9088 0.1302 0.3964</w:t>
        <w:br/>
        <w:t>vn -0.9683 0.2172 -0.1231</w:t>
        <w:br/>
        <w:t>vn 0.5824 0.1005 -0.8067</w:t>
        <w:br/>
        <w:t>vn 0.5445 -0.0334 -0.8381</w:t>
        <w:br/>
        <w:t>vn 0.8413 -0.1231 -0.5263</w:t>
        <w:br/>
        <w:t>vn 0.8702 0.0171 -0.4925</w:t>
        <w:br/>
        <w:t>vn 0.9772 -0.2021 -0.0646</w:t>
        <w:br/>
        <w:t>vn 0.9864 -0.1503 -0.0668</w:t>
        <w:br/>
        <w:t>vn 0.8152 -0.1904 -0.5469</w:t>
        <w:br/>
        <w:t>vn 0.9158 0.0436 0.3991</w:t>
        <w:br/>
        <w:t>vn 0.9570 -0.0094 0.2898</w:t>
        <w:br/>
        <w:t>vn 0.9398 -0.0655 0.3353</w:t>
        <w:br/>
        <w:t>vn 0.8916 -0.0003 0.4529</w:t>
        <w:br/>
        <w:t>vn 0.8642 0.1553 -0.4785</w:t>
        <w:br/>
        <w:t>vn 0.5875 0.2074 -0.7822</w:t>
        <w:br/>
        <w:t>vn 0.9808 0.1750 0.0858</w:t>
        <w:br/>
        <w:t>vn 0.9660 0.1355 0.2202</w:t>
        <w:br/>
        <w:t>vn 0.9291 0.2709 0.2518</w:t>
        <w:br/>
        <w:t>vn 0.9886 0.1097 -0.1034</w:t>
        <w:br/>
        <w:t>vn 0.9683 0.1976 -0.1530</w:t>
        <w:br/>
        <w:t>vn 0.8520 0.2486 -0.4607</w:t>
        <w:br/>
        <w:t>vn 0.5882 0.3066 -0.7483</w:t>
        <w:br/>
        <w:t>vn 0.9967 -0.0404 -0.0699</w:t>
        <w:br/>
        <w:t>vn 0.9683 0.1977 -0.1530</w:t>
        <w:br/>
        <w:t>vn 0.6404 0.7635 0.0832</w:t>
        <w:br/>
        <w:t>vn 0.9013 0.4318 -0.0340</w:t>
        <w:br/>
        <w:t>vn 0.9220 0.3870 -0.0144</w:t>
        <w:br/>
        <w:t>vn 0.7668 0.6321 0.1120</w:t>
        <w:br/>
        <w:t>vn 0.1471 0.3271 0.9335</w:t>
        <w:br/>
        <w:t>vn 0.5861 0.2417 0.7734</w:t>
        <w:br/>
        <w:t>vn 0.6350 0.4682 0.6145</w:t>
        <w:br/>
        <w:t>vn 0.7469 0.3922 0.5370</w:t>
        <w:br/>
        <w:t>vn 0.2605 0.1302 0.9567</w:t>
        <w:br/>
        <w:t>vn 0.5774 0.0675 0.8136</w:t>
        <w:br/>
        <w:t>vn 0.9843 0.1321 0.1170</w:t>
        <w:br/>
        <w:t>vn 0.9767 0.1765 0.1225</w:t>
        <w:br/>
        <w:t>vn 0.9852 0.1609 0.0583</w:t>
        <w:br/>
        <w:t>vn 0.9820 0.1167 0.1483</w:t>
        <w:br/>
        <w:t>vn 0.9883 0.1520 0.0129</w:t>
        <w:br/>
        <w:t>vn 0.9657 0.1957 -0.1706</w:t>
        <w:br/>
        <w:t>vn 0.8519 0.2747 -0.4459</w:t>
        <w:br/>
        <w:t>vn 0.5905 0.3539 -0.7253</w:t>
        <w:br/>
        <w:t>vn 0.3598 0.9326 -0.0287</w:t>
        <w:br/>
        <w:t>vn 0.5504 0.7792 0.2998</w:t>
        <w:br/>
        <w:t>vn 0.7076 0.6698 0.2249</w:t>
        <w:br/>
        <w:t>vn 0.7878 0.4994 0.3606</w:t>
        <w:br/>
        <w:t>vn 0.6364 0.6189 0.4604</w:t>
        <w:br/>
        <w:t>vn 0.9828 0.1366 -0.1247</w:t>
        <w:br/>
        <w:t>vn 0.9755 0.1791 -0.1277</w:t>
        <w:br/>
        <w:t>vn 0.9841 0.1640 -0.0685</w:t>
        <w:br/>
        <w:t>vn 0.9931 0.1064 -0.0502</w:t>
        <w:br/>
        <w:t>vn 0.9850 0.1325 0.1106</w:t>
        <w:br/>
        <w:t>vn 0.4240 0.7449 0.5152</w:t>
        <w:br/>
        <w:t>vn 0.4560 0.4147 0.7874</w:t>
        <w:br/>
        <w:t>vn 0.7433 0.3218 0.5864</w:t>
        <w:br/>
        <w:t>vn 0.6589 0.6565 0.3672</w:t>
        <w:br/>
        <w:t>vn 0.9798 0.1749 -0.0975</w:t>
        <w:br/>
        <w:t>vn 0.9833 0.1464 -0.1081</w:t>
        <w:br/>
        <w:t>vn 0.9904 0.1206 0.0682</w:t>
        <w:br/>
        <w:t>vn 0.4019 0.8869 0.2277</w:t>
        <w:br/>
        <w:t>vn 0.8357 0.4923 0.2435</w:t>
        <w:br/>
        <w:t>vn 0.8453 0.5279 0.0820</w:t>
        <w:br/>
        <w:t>vn 0.5756 0.8079 0.1269</w:t>
        <w:br/>
        <w:t>vn 0.1782 0.9624 -0.2049</w:t>
        <w:br/>
        <w:t>vn 0.9133 0.3840 0.1358</w:t>
        <w:br/>
        <w:t>vn 0.8440 0.4451 0.2992</w:t>
        <w:br/>
        <w:t>vn 0.6623 0.7245 0.1909</w:t>
        <w:br/>
        <w:t>vn 0.0013 -0.0536 -0.9986</w:t>
        <w:br/>
        <w:t>vn 0.5120 -0.1106 -0.8518</w:t>
        <w:br/>
        <w:t>vn 0.7607 0.1851 0.6221</w:t>
        <w:br/>
        <w:t>vn 0.4679 0.2538 0.8466</w:t>
        <w:br/>
        <w:t>vn -0.7803 -0.2804 0.5591</w:t>
        <w:br/>
        <w:t>vn -0.4590 -0.3150 0.8307</w:t>
        <w:br/>
        <w:t>vn -0.4456 -0.3328 0.8311</w:t>
        <w:br/>
        <w:t>vn -0.7619 -0.3271 0.5590</w:t>
        <w:br/>
        <w:t>vn -0.9664 -0.2549 -0.0339</w:t>
        <w:br/>
        <w:t>vn -0.9818 -0.1847 0.0443</w:t>
        <w:br/>
        <w:t>vn -0.9555 -0.1673 -0.2429</w:t>
        <w:br/>
        <w:t>vn -0.9537 -0.1643 -0.2518</w:t>
        <w:br/>
        <w:t>vn 0.5140 -0.3572 0.7799</w:t>
        <w:br/>
        <w:t>vn 0.7286 -0.1673 0.6642</w:t>
        <w:br/>
        <w:t>vn 0.3269 -0.2272 0.9173</w:t>
        <w:br/>
        <w:t>vn -0.9471 -0.1883 -0.2600</w:t>
        <w:br/>
        <w:t>vn -0.9488 -0.1861 -0.2553</w:t>
        <w:br/>
        <w:t>vn -0.9573 -0.1568 -0.2428</w:t>
        <w:br/>
        <w:t>vn -0.9579 -0.1555 -0.2414</w:t>
        <w:br/>
        <w:t>vn -0.4669 -0.3876 0.7949</w:t>
        <w:br/>
        <w:t>vn -0.7862 -0.3290 0.5231</w:t>
        <w:br/>
        <w:t>vn -0.9843 -0.1762 -0.0113</w:t>
        <w:br/>
        <w:t>vn -0.9550 -0.2966 0.0084</w:t>
        <w:br/>
        <w:t>vn -0.9231 -0.1432 -0.3570</w:t>
        <w:br/>
        <w:t>vn -0.8088 -0.3955 -0.4351</w:t>
        <w:br/>
        <w:t>vn -0.6688 -0.5054 -0.5452</w:t>
        <w:br/>
        <w:t>vn -0.4492 -0.7157 -0.5348</w:t>
        <w:br/>
        <w:t>vn 0.4389 0.3616 -0.8226</w:t>
        <w:br/>
        <w:t>vn 0.4466 0.3389 -0.8281</w:t>
        <w:br/>
        <w:t>vn 0.7701 0.3279 -0.5472</w:t>
        <w:br/>
        <w:t>vn 0.7558 0.3781 -0.5346</w:t>
        <w:br/>
        <w:t>vn 0.9645 0.2451 -0.0984</w:t>
        <w:br/>
        <w:t>vn 0.9478 0.3119 -0.0664</w:t>
        <w:br/>
        <w:t>vn 0.9605 0.1236 0.2492</w:t>
        <w:br/>
        <w:t>vn 0.9485 0.1825 0.2590</w:t>
        <w:br/>
        <w:t>vn -0.3697 0.8622 0.3464</w:t>
        <w:br/>
        <w:t>vn -0.2227 0.8500 0.4774</w:t>
        <w:br/>
        <w:t>vn -0.2227 0.8500 0.4773</w:t>
        <w:br/>
        <w:t>vn -0.3696 0.8622 0.3465</w:t>
        <w:br/>
        <w:t>vn -0.4900 0.8591 0.1477</w:t>
        <w:br/>
        <w:t>vn -0.4900 0.8591 0.1476</w:t>
        <w:br/>
        <w:t>vn -0.5087 0.7693 -0.3866</w:t>
        <w:br/>
        <w:t>vn -0.5495 0.8270 -0.1187</w:t>
        <w:br/>
        <w:t>vn -0.3668 0.9071 -0.2066</w:t>
        <w:br/>
        <w:t>vn -0.4613 0.7272 -0.5083</w:t>
        <w:br/>
        <w:t>vn 0.9407 0.1908 0.2805</w:t>
        <w:br/>
        <w:t>vn 0.9377 0.1771 0.2991</w:t>
        <w:br/>
        <w:t>vn 0.7803 0.1319 0.6113</w:t>
        <w:br/>
        <w:t>vn 0.9347 0.2072 0.2889</w:t>
        <w:br/>
        <w:t>vn 0.7706 0.3831 -0.5094</w:t>
        <w:br/>
        <w:t>vn 0.4533 0.4405 -0.7749</w:t>
        <w:br/>
        <w:t>vn 0.4392 0.5380 -0.7195</w:t>
        <w:br/>
        <w:t>vn 0.7357 0.5009 -0.4559</w:t>
        <w:br/>
        <w:t>vn 0.9536 0.2850 -0.0969</w:t>
        <w:br/>
        <w:t>vn 0.8995 0.4336 -0.0533</w:t>
        <w:br/>
        <w:t>vn 0.9236 0.0933 0.3718</w:t>
        <w:br/>
        <w:t>vn 0.9596 0.0300 0.2799</w:t>
        <w:br/>
        <w:t>vn 0.8732 0.0427 0.4855</w:t>
        <w:br/>
        <w:t>vn 0.9792 0.1529 -0.1336</w:t>
        <w:br/>
        <w:t>vn 0.6341 -0.0668 0.7703</w:t>
        <w:br/>
        <w:t>vn 0.6558 0.0044 0.7549</w:t>
        <w:br/>
        <w:t>vn 0.0001 -0.9889 -0.1486</w:t>
        <w:br/>
        <w:t>vn 0.0001 -0.9886 -0.1503</w:t>
        <w:br/>
        <w:t>vn 0.0002 -0.8163 -0.5776</w:t>
        <w:br/>
        <w:t>vn 0.0000 -0.8617 0.5074</w:t>
        <w:br/>
        <w:t>vn -0.0000 -0.9556 0.2947</w:t>
        <w:br/>
        <w:t>vn -0.0000 -0.9549 0.2970</w:t>
        <w:br/>
        <w:t>vn -0.0002 -0.8607 0.5091</w:t>
        <w:br/>
        <w:t>vn 0.1113 -0.6650 -0.7385</w:t>
        <w:br/>
        <w:t>vn 0.1661 -0.7516 -0.6384</w:t>
        <w:br/>
        <w:t>vn 0.2060 -0.8435 -0.4961</w:t>
        <w:br/>
        <w:t>vn 0.1984 -0.9206 -0.3362</w:t>
        <w:br/>
        <w:t>vn 0.1984 -0.9205 -0.3366</w:t>
        <w:br/>
        <w:t>vn -0.4011 0.0314 0.9155</w:t>
        <w:br/>
        <w:t>vn -0.2118 0.0322 0.9768</w:t>
        <w:br/>
        <w:t>vn 0.1453 0.0070 0.9894</w:t>
        <w:br/>
        <w:t>vn 0.1453 0.0064 0.9894</w:t>
        <w:br/>
        <w:t>vn 0.1865 -0.0183 0.9823</w:t>
        <w:br/>
        <w:t>vn 0.1453 0.0067 0.9894</w:t>
        <w:br/>
        <w:t>vn 0.1758 -0.9440 -0.2793</w:t>
        <w:br/>
        <w:t>vn 0.3732 -0.1986 0.9062</w:t>
        <w:br/>
        <w:t>vn 0.2969 -0.1311 0.9459</w:t>
        <w:br/>
        <w:t>vn 0.9213 0.2423 0.3040</w:t>
        <w:br/>
        <w:t>vn 0.9389 0.1542 0.3078</w:t>
        <w:br/>
        <w:t>vn 0.9803 0.1831 0.0744</w:t>
        <w:br/>
        <w:t>vn 0.9906 0.1172 0.0706</w:t>
        <w:br/>
        <w:t>vn -0.4981 0.1135 0.8597</w:t>
        <w:br/>
        <w:t>vn -0.4306 0.1201 0.8945</w:t>
        <w:br/>
        <w:t>vn -0.4306 0.1192 0.8946</w:t>
        <w:br/>
        <w:t>vn -0.4981 0.1118 0.8599</w:t>
        <w:br/>
        <w:t>vn -0.3471 0.2855 0.8933</w:t>
        <w:br/>
        <w:t>vn -0.3373 0.1514 0.9292</w:t>
        <w:br/>
        <w:t>vn -0.3655 0.4172 0.8321</w:t>
        <w:br/>
        <w:t>vn -0.3655 0.4155 0.8329</w:t>
        <w:br/>
        <w:t>vn -0.4081 0.8487 0.3365</w:t>
        <w:br/>
        <w:t>vn -0.3960 0.6545 0.6440</w:t>
        <w:br/>
        <w:t>vn -0.3961 0.6532 0.6454</w:t>
        <w:br/>
        <w:t>vn -0.3246 0.9324 -0.1590</w:t>
        <w:br/>
        <w:t>vn -0.3247 0.9324 -0.1590</w:t>
        <w:br/>
        <w:t>vn -0.1807 0.8134 -0.5529</w:t>
        <w:br/>
        <w:t>vn 0.5235 0.2902 0.8011</w:t>
        <w:br/>
        <w:t>vn 0.5077 0.5334 0.6765</w:t>
        <w:br/>
        <w:t>vn 0.6222 -0.2870 0.7284</w:t>
        <w:br/>
        <w:t>vn 0.8981 0.2421 0.3671</w:t>
        <w:br/>
        <w:t>vn 0.9206 0.1533 0.3591</w:t>
        <w:br/>
        <w:t>vn 0.4291 -0.4923 0.7573</w:t>
        <w:br/>
        <w:t>vn 0.7383 -0.4832 0.4707</w:t>
        <w:br/>
        <w:t>vn -0.0137 -0.4856 0.8741</w:t>
        <w:br/>
        <w:t>vn -0.8354 0.4140 0.3617</w:t>
        <w:br/>
        <w:t>vn -0.9170 0.2327 0.3241</w:t>
        <w:br/>
        <w:t>vn -0.8028 0.2234 0.5528</w:t>
        <w:br/>
        <w:t>vn -0.6028 0.5133 0.6109</w:t>
        <w:br/>
        <w:t>vn -0.2700 0.2058 0.9406</w:t>
        <w:br/>
        <w:t>vn -0.1448 -0.1580 0.9768</w:t>
        <w:br/>
        <w:t>vn -0.4573 -0.4730 0.7531</w:t>
        <w:br/>
        <w:t>vn -0.7678 -0.4209 0.4830</w:t>
        <w:br/>
        <w:t>vn 0.8632 0.3430 0.3705</w:t>
        <w:br/>
        <w:t>vn 0.6252 0.4539 0.6349</w:t>
        <w:br/>
        <w:t>vn 0.8031 0.1577 0.5746</w:t>
        <w:br/>
        <w:t>vn 0.9267 0.1816 0.3290</w:t>
        <w:br/>
        <w:t>vn 0.5530 -0.0161 0.8330</w:t>
        <w:br/>
        <w:t>vn 0.3105 0.2056 0.9281</w:t>
        <w:br/>
        <w:t>vn 0.2654 -0.0938 0.9595</w:t>
        <w:br/>
        <w:t>vn 0.9378 -0.1747 -0.3000</w:t>
        <w:br/>
        <w:t>vn 0.8987 -0.3229 -0.2968</w:t>
        <w:br/>
        <w:t>vn 0.8966 -0.2352 -0.3751</w:t>
        <w:br/>
        <w:t>vn 0.8825 -0.2924 -0.3684</w:t>
        <w:br/>
        <w:t>vn -0.7718 0.3464 -0.5332</w:t>
        <w:br/>
        <w:t>vn -0.4490 0.3736 -0.8116</w:t>
        <w:br/>
        <w:t>vn 0.0028 0.3660 -0.9306</w:t>
        <w:br/>
        <w:t>vn -0.9615 -0.0818 -0.2622</w:t>
        <w:br/>
        <w:t>vn -0.9120 -0.1446 -0.3838</w:t>
        <w:br/>
        <w:t>vn -0.8568 -0.1941 -0.4777</w:t>
        <w:br/>
        <w:t>vn 0.7869 0.2672 -0.5562</w:t>
        <w:br/>
        <w:t>vn 0.4579 0.3273 -0.8265</w:t>
        <w:br/>
        <w:t>vn -0.3073 0.7432 0.5944</w:t>
        <w:br/>
        <w:t>vn 0.3193 0.7221 0.6137</w:t>
        <w:br/>
        <w:t>vn 0.5442 -0.6319 -0.5519</w:t>
        <w:br/>
        <w:t>vn -0.2577 -0.1324 0.9571</w:t>
        <w:br/>
        <w:t>vn -0.2717 -0.2564 0.9276</w:t>
        <w:br/>
        <w:t>vn 0.3798 -0.1737 0.9086</w:t>
        <w:br/>
        <w:t>vn -0.9354 -0.1821 -0.3030</w:t>
        <w:br/>
        <w:t>vn 0.9013 -0.3456 -0.2611</w:t>
        <w:br/>
        <w:t>vn 0.9107 -0.3279 -0.2511</w:t>
        <w:br/>
        <w:t>vn 0.9124 -0.3243 -0.2495</w:t>
        <w:br/>
        <w:t>vn -0.8740 0.4010 0.2744</w:t>
        <w:br/>
        <w:t>vn -0.8741 0.4006 0.2748</w:t>
        <w:br/>
        <w:t>vn -0.9256 -0.2080 -0.3164</w:t>
        <w:br/>
        <w:t>vn 0.1868 -0.0183 0.9822</w:t>
        <w:br/>
        <w:t>vn -0.6380 0.1106 0.7621</w:t>
        <w:br/>
        <w:t>vn 0.5006 0.0661 0.8631</w:t>
        <w:br/>
        <w:t>vn 0.5006 0.0646 0.8632</w:t>
        <w:br/>
        <w:t>vn 0.8960 -0.0048 0.4440</w:t>
        <w:br/>
        <w:t>vn 0.6524 0.0517 0.7561</w:t>
        <w:br/>
        <w:t>vn -0.9729 0.1864 0.1370</w:t>
        <w:br/>
        <w:t>vn -0.9425 0.2466 0.2257</w:t>
        <w:br/>
        <w:t>vn 0.0003 -0.6492 -0.7606</w:t>
        <w:br/>
        <w:t>vn 0.9648 0.1568 0.2113</w:t>
        <w:br/>
        <w:t>vn 0.3162 0.1500 -0.9367</w:t>
        <w:br/>
        <w:t>vn 0.7320 0.1771 0.6579</w:t>
        <w:br/>
        <w:t>vn -0.6964 0.2829 0.6595</w:t>
        <w:br/>
        <w:t>vn 0.4236 -0.7100 -0.5625</w:t>
        <w:br/>
        <w:t>vn 0.6025 -0.5815 -0.5466</w:t>
        <w:br/>
        <w:t>vn -0.5554 -0.5871 -0.5889</w:t>
        <w:br/>
        <w:t>vn -0.4218 -0.7076 -0.5669</w:t>
        <w:br/>
        <w:t>vn 0.9118 -0.3116 -0.2675</w:t>
        <w:br/>
        <w:t>vn -0.1923 -0.9480 -0.2535</w:t>
        <w:br/>
        <w:t>vn 0.1806 -0.9446 -0.2741</w:t>
        <w:br/>
        <w:t>vn 0.1806 -0.9445 -0.2744</w:t>
        <w:br/>
        <w:t>vn 0.8095 -0.3613 -0.4628</w:t>
        <w:br/>
        <w:t>vn -0.8911 -0.1914 -0.4115</w:t>
        <w:br/>
        <w:t>vn -0.8187 -0.2383 -0.5224</w:t>
        <w:br/>
        <w:t>vn -0.0002 0.9807 0.1956</w:t>
        <w:br/>
        <w:t>vn -0.3668 0.9071 -0.2065</w:t>
        <w:br/>
        <w:t>vn 0.7183 0.6887 -0.0984</w:t>
        <w:br/>
        <w:t>vn 0.8890 0.4428 -0.1164</w:t>
        <w:br/>
        <w:t>vn 0.7874 0.4385 -0.4332</w:t>
        <w:br/>
        <w:t>vn 0.7551 0.6105 0.2390</w:t>
        <w:br/>
        <w:t>vn 0.8828 0.4356 0.1762</w:t>
        <w:br/>
        <w:t>vn 0.9027 0.3911 0.1793</w:t>
        <w:br/>
        <w:t>vn 0.8853 0.4625 0.0477</w:t>
        <w:br/>
        <w:t>vn 0.7844 0.5508 0.2852</w:t>
        <w:br/>
        <w:t>vn 0.8805 0.1845 0.4366</w:t>
        <w:br/>
        <w:t>vn 0.9432 0.1612 0.2906</w:t>
        <w:br/>
        <w:t>vn 0.8942 0.4143 -0.1698</w:t>
        <w:br/>
        <w:t>vn 0.9810 0.1842 0.0600</w:t>
        <w:br/>
        <w:t>vn 0.4078 0.4182 0.8117</w:t>
        <w:br/>
        <w:t>vn 0.5818 0.3415 0.7381</w:t>
        <w:br/>
        <w:t>vn 0.4519 0.5349 0.7139</w:t>
        <w:br/>
        <w:t>vn 0.3726 0.6738 0.6381</w:t>
        <w:br/>
        <w:t>vn -0.0014 0.4598 0.8880</w:t>
        <w:br/>
        <w:t>vn -0.0019 0.7164 0.6977</w:t>
        <w:br/>
        <w:t>vn 0.3618 0.9219 -0.1386</w:t>
        <w:br/>
        <w:t>vn 0.3227 0.5584 -0.7642</w:t>
        <w:br/>
        <w:t>vn 0.0459 0.9514 -0.3045</w:t>
        <w:br/>
        <w:t>vn 0.2938 0.0986 -0.9508</w:t>
        <w:br/>
        <w:t>vn 0.3041 0.1730 -0.9368</w:t>
        <w:br/>
        <w:t>vn -0.3163 0.1505 -0.9367</w:t>
        <w:br/>
        <w:t>vn -0.3021 0.0789 -0.9500</w:t>
        <w:br/>
        <w:t>vn 0.4478 0.8903 -0.0823</w:t>
        <w:br/>
        <w:t>vn 0.0638 0.9972 -0.0389</w:t>
        <w:br/>
        <w:t>vn 0.1470 0.8404 -0.5217</w:t>
        <w:br/>
        <w:t>vn 0.4759 0.7490 -0.4611</w:t>
        <w:br/>
        <w:t>vn 0.4359 0.8276 0.3536</w:t>
        <w:br/>
        <w:t>vn 0.0487 0.8971 0.4392</w:t>
        <w:br/>
        <w:t>vn 0.0551 0.8697 0.4905</w:t>
        <w:br/>
        <w:t>vn 0.3767 0.8315 0.4084</w:t>
        <w:br/>
        <w:t>vn 0.1246 0.8248 -0.5515</w:t>
        <w:br/>
        <w:t>vn 0.0324 0.9632 -0.2668</w:t>
        <w:br/>
        <w:t>vn 0.3081 0.9464 -0.0969</w:t>
        <w:br/>
        <w:t>vn 0.4261 0.8088 -0.4052</w:t>
        <w:br/>
        <w:t>vn -0.1074 0.6934 0.7125</w:t>
        <w:br/>
        <w:t>vn 0.0525 0.9831 0.1754</w:t>
        <w:br/>
        <w:t>vn 0.1225 0.8589 0.4973</w:t>
        <w:br/>
        <w:t>vn 0.1189 0.9268 0.3562</w:t>
        <w:br/>
        <w:t>vn 0.1425 0.9892 -0.0330</w:t>
        <w:br/>
        <w:t>vn 0.2511 0.9335 0.2562</w:t>
        <w:br/>
        <w:t>vn 0.7819 0.1514 -0.6047</w:t>
        <w:br/>
        <w:t>vn 0.3155 -0.0132 -0.9488</w:t>
        <w:br/>
        <w:t>vn 0.5643 0.5798 0.5877</w:t>
        <w:br/>
        <w:t>vn 0.8744 0.4699 -0.1207</w:t>
        <w:br/>
        <w:t>vn 0.7476 0.1047 -0.6558</w:t>
        <w:br/>
        <w:t>vn -0.3176 -0.0355 -0.9476</w:t>
        <w:br/>
        <w:t>vn -0.3485 -0.0795 -0.9339</w:t>
        <w:br/>
        <w:t>vn 0.9659 0.2434 -0.0881</w:t>
        <w:br/>
        <w:t>vn 0.9516 0.3072 -0.0098</w:t>
        <w:br/>
        <w:t>vn 0.8794 0.1925 0.4354</w:t>
        <w:br/>
        <w:t>vn 0.9440 0.1890 0.2704</w:t>
        <w:br/>
        <w:t>vn 0.9501 0.2207 0.2205</w:t>
        <w:br/>
        <w:t>vn 0.9656 0.2126 0.1496</w:t>
        <w:br/>
        <w:t>vn 0.7526 0.2390 0.6136</w:t>
        <w:br/>
        <w:t>vn 0.7632 0.2500 0.5959</w:t>
        <w:br/>
        <w:t>vn 0.9517 0.1127 0.2855</w:t>
        <w:br/>
        <w:t>vn 0.9833 0.1403 0.1160</w:t>
        <w:br/>
        <w:t>vn 0.9563 0.1386 -0.2575</w:t>
        <w:br/>
        <w:t>vn 0.9873 0.1253 0.0976</w:t>
        <w:br/>
        <w:t>vn 0.9474 0.0759 -0.3108</w:t>
        <w:br/>
        <w:t>vn 0.7441 0.0807 -0.6632</w:t>
        <w:br/>
        <w:t>vn 0.9419 0.1261 0.3113</w:t>
        <w:br/>
        <w:t>vn -0.0017 0.9544 0.2987</w:t>
        <w:br/>
        <w:t>vn 0.0002 -0.7508 0.6606</w:t>
        <w:br/>
        <w:t>vn 0.0001 -0.8564 0.5163</w:t>
        <w:br/>
        <w:t>vn -0.0002 -0.9781 0.2080</w:t>
        <w:br/>
        <w:t>vn -0.0002 -0.9781 0.2081</w:t>
        <w:br/>
        <w:t>vn -0.0004 -0.9956 0.0937</w:t>
        <w:br/>
        <w:t>vn -0.0003 -0.9956 0.0936</w:t>
        <w:br/>
        <w:t>vn 0.0003 -0.2248 0.9744</w:t>
        <w:br/>
        <w:t>vn 0.0003 -0.0527 0.9986</w:t>
        <w:br/>
        <w:t>vn 0.0002 -0.7429 0.6694</w:t>
        <w:br/>
        <w:t>vn 0.0002 -0.7429 0.6693</w:t>
        <w:br/>
        <w:t>vn -0.0002 -0.9216 -0.3880</w:t>
        <w:br/>
        <w:t>vn -0.0001 -0.9448 -0.3278</w:t>
        <w:br/>
        <w:t>vn -0.0002 -0.9215 -0.3884</w:t>
        <w:br/>
        <w:t>vn -0.0001 -0.9743 -0.2253</w:t>
        <w:br/>
        <w:t>vn 0.0002 -0.6733 0.7394</w:t>
        <w:br/>
        <w:t>vn -0.0001 0.9540 -0.2999</w:t>
        <w:br/>
        <w:t>vn -0.0007 0.9969 -0.0787</w:t>
        <w:br/>
        <w:t>vn 0.9531 0.2479 -0.1737</w:t>
        <w:br/>
        <w:t>vn 0.0239 0.9624 -0.2707</w:t>
        <w:br/>
        <w:t>vn 0.0000 -0.9416 0.3367</w:t>
        <w:br/>
        <w:t>vn -0.7548 0.6475 -0.1052</w:t>
        <w:br/>
        <w:t>vn -0.8105 0.3831 -0.4431</w:t>
        <w:br/>
        <w:t>vn -0.9195 0.3745 -0.1194</w:t>
        <w:br/>
        <w:t>vn -0.7902 0.5596 0.2499</w:t>
        <w:br/>
        <w:t>vn -0.9307 0.3161 0.1841</w:t>
        <w:br/>
        <w:t>vn -0.9111 0.3695 0.1824</w:t>
        <w:br/>
        <w:t>vn -0.9144 0.4020 0.0465</w:t>
        <w:br/>
        <w:t>vn -0.9552 0.0838 0.2837</w:t>
        <w:br/>
        <w:t>vn -0.8905 0.1153 0.4401</w:t>
        <w:br/>
        <w:t>vn -0.8109 0.5079 0.2906</w:t>
        <w:br/>
        <w:t>vn -0.9247 0.3363 -0.1785</w:t>
        <w:br/>
        <w:t>vn -0.9925 0.1030 0.0656</w:t>
        <w:br/>
        <w:t>vn -0.4603 0.5087 0.7276</w:t>
        <w:br/>
        <w:t>vn -0.5813 0.5496 0.6000</w:t>
        <w:br/>
        <w:t>vn -0.7616 0.1809 0.6223</w:t>
        <w:br/>
        <w:t>vn -0.4127 0.3919 0.8223</w:t>
        <w:br/>
        <w:t>vn -0.3797 0.6581 0.6502</w:t>
        <w:br/>
        <w:t>vn -0.5894 0.3013 0.7496</w:t>
        <w:br/>
        <w:t>vn -0.3783 0.9144 -0.1438</w:t>
        <w:br/>
        <w:t>vn -0.0462 0.9511 -0.3055</w:t>
        <w:br/>
        <w:t>vn -0.2473 0.8295 -0.5008</w:t>
        <w:br/>
        <w:t>vn -0.4740 0.8736 -0.1101</w:t>
        <w:br/>
        <w:t>vn -0.4900 0.7233 -0.4866</w:t>
        <w:br/>
        <w:t>vn -0.1404 0.8276 -0.5435</w:t>
        <w:br/>
        <w:t>vn -0.0655 0.9956 -0.0675</w:t>
        <w:br/>
        <w:t>vn -0.4569 0.8112 0.3649</w:t>
        <w:br/>
        <w:t>vn -0.0486 0.8962 0.4410</w:t>
        <w:br/>
        <w:t>vn -0.3924 0.8183 0.4200</w:t>
        <w:br/>
        <w:t>vn -0.0550 0.8686 0.4925</w:t>
        <w:br/>
        <w:t>vn -0.1182 0.8273 -0.5492</w:t>
        <w:br/>
        <w:t>vn -0.4398 0.8011 -0.4059</w:t>
        <w:br/>
        <w:t>vn -0.3221 0.9418 -0.0968</w:t>
        <w:br/>
        <w:t>vn -0.0326 0.9630 -0.2676</w:t>
        <w:br/>
        <w:t>vn -0.1261 0.8574 0.4989</w:t>
        <w:br/>
        <w:t>vn -0.0543 0.9833 0.1736</w:t>
        <w:br/>
        <w:t>vn 0.1064 0.6981 0.7080</w:t>
        <w:br/>
        <w:t>vn -0.1255 0.9263 0.3552</w:t>
        <w:br/>
        <w:t>vn -0.2564 0.9306 0.2612</w:t>
        <w:br/>
        <w:t>vn -0.1448 0.9889 -0.0331</w:t>
        <w:br/>
        <w:t>vn -0.7917 0.0939 -0.6036</w:t>
        <w:br/>
        <w:t>vn -0.9074 0.4013 -0.1251</w:t>
        <w:br/>
        <w:t>vn -0.7599 0.0513 -0.6480</w:t>
        <w:br/>
        <w:t>vn -0.9835 0.1676 -0.0680</w:t>
        <w:br/>
        <w:t>vn -0.9834 0.1187 0.1371</w:t>
        <w:br/>
        <w:t>vn -0.9723 0.2333 -0.0129</w:t>
        <w:br/>
        <w:t>vn -0.9589 0.1146 0.2596</w:t>
        <w:br/>
        <w:t>vn -0.8894 0.1247 0.4398</w:t>
        <w:br/>
        <w:t>vn -0.9788 0.1339 0.1549</w:t>
        <w:br/>
        <w:t>vn -0.9645 0.1431 0.2219</w:t>
        <w:br/>
        <w:t>vn -0.7726 0.1933 0.6048</w:t>
        <w:br/>
        <w:t>vn -0.9905 0.0590 0.1244</w:t>
        <w:br/>
        <w:t>vn -0.9552 0.0302 0.2943</w:t>
        <w:br/>
        <w:t>vn -0.9931 0.0429 0.1088</w:t>
        <w:br/>
        <w:t>vn -0.9663 0.0655 -0.2488</w:t>
        <w:br/>
        <w:t>vn -0.9544 0.0044 -0.2986</w:t>
        <w:br/>
        <w:t>vn -0.7579 0.0255 -0.6519</w:t>
        <w:br/>
        <w:t>vn -0.9456 0.0422 0.3227</w:t>
        <w:br/>
        <w:t>vn 0.0001 -0.9140 0.4057</w:t>
        <w:br/>
        <w:t>vn -0.0011 -0.3884 -0.9215</w:t>
        <w:br/>
        <w:t>vn -0.0007 -0.5633 -0.8262</w:t>
        <w:br/>
        <w:t>vn -0.0000 -0.9932 0.1166</w:t>
        <w:br/>
        <w:t>vn -0.0002 -0.9139 -0.4059</w:t>
        <w:br/>
        <w:t>vn -0.0000 -0.9932 0.1164</w:t>
        <w:br/>
        <w:t>vn -0.0001 -0.9996 -0.0271</w:t>
        <w:br/>
        <w:t>vn -0.0001 -0.9944 -0.1060</w:t>
        <w:br/>
        <w:t>vn -0.9697 0.1742 -0.1711</w:t>
        <w:br/>
        <w:t>vn -0.0239 0.9622 -0.2714</w:t>
        <w:br/>
        <w:t>vn 0.5451 0.0142 -0.8383</w:t>
        <w:br/>
        <w:t>vn 0.5146 -0.0656 -0.8549</w:t>
        <w:br/>
        <w:t>vn 0.8268 -0.1154 -0.5505</w:t>
        <w:br/>
        <w:t>vn 0.8485 -0.0446 -0.5273</w:t>
        <w:br/>
        <w:t>vn 0.9962 0.0537 -0.0688</w:t>
        <w:br/>
        <w:t>vn 0.8670 0.0965 -0.4888</w:t>
        <w:br/>
        <w:t>vn 0.9963 -0.0555 -0.0664</w:t>
        <w:br/>
        <w:t>vn 0.7264 -0.0887 0.6815</w:t>
        <w:br/>
        <w:t>vn 0.8876 0.0807 0.4535</w:t>
        <w:br/>
        <w:t>vn 0.9411 0.0234 0.3373</w:t>
        <w:br/>
        <w:t>vn 0.8842 0.1053 0.4551</w:t>
        <w:br/>
        <w:t>vn 0.8522 0.2295 -0.4702</w:t>
        <w:br/>
        <w:t>vn 0.5799 0.2561 -0.7734</w:t>
        <w:br/>
        <w:t>vn 0.5785 0.1511 -0.8016</w:t>
        <w:br/>
        <w:t>vn -0.0026 0.2682 -0.9634</w:t>
        <w:br/>
        <w:t>vn -0.0028 0.1730 -0.9849</w:t>
        <w:br/>
        <w:t>vn 0.9660 0.2467 0.0772</w:t>
        <w:br/>
        <w:t>vn 0.9509 0.2209 0.2168</w:t>
        <w:br/>
        <w:t>vn 0.9057 0.3467 0.2439</w:t>
        <w:br/>
        <w:t>vn 0.9753 0.1971 -0.1000</w:t>
        <w:br/>
        <w:t>vn 0.9471 0.2687 -0.1755</w:t>
        <w:br/>
        <w:t>vn 0.8286 0.3186 -0.4604</w:t>
        <w:br/>
        <w:t>vn 0.5772 0.3492 -0.7381</w:t>
        <w:br/>
        <w:t>vn 0.9538 0.0819 0.2890</w:t>
        <w:br/>
        <w:t>vn 0.6129 0.7861 0.0799</w:t>
        <w:br/>
        <w:t>vn 0.8706 0.4908 -0.0337</w:t>
        <w:br/>
        <w:t>vn 0.8924 0.4509 -0.0154</w:t>
        <w:br/>
        <w:t>vn 0.7336 0.6710 0.1073</w:t>
        <w:br/>
        <w:t>vn 0.1229 0.3435 0.9311</w:t>
        <w:br/>
        <w:t>vn 0.5687 0.2943 0.7681</w:t>
        <w:br/>
        <w:t>vn 0.6173 0.5193 0.5910</w:t>
        <w:br/>
        <w:t>vn 0.7184 0.4580 0.5236</w:t>
        <w:br/>
        <w:t>vn 0.2379 0.1527 0.9592</w:t>
        <w:br/>
        <w:t>vn 0.5664 0.1166 0.8158</w:t>
        <w:br/>
        <w:t>vn 0.9752 0.1911 0.1119</w:t>
        <w:br/>
        <w:t>vn 0.9619 0.2468 0.1173</w:t>
        <w:br/>
        <w:t>vn 0.9722 0.2281 0.0525</w:t>
        <w:br/>
        <w:t>vn 0.9743 0.1703 0.1474</w:t>
        <w:br/>
        <w:t>vn 0.9770 0.2129 -0.0081</w:t>
        <w:br/>
        <w:t>vn 0.9611 0.2304 -0.1524</w:t>
        <w:br/>
        <w:t>vn 0.8702 0.3099 -0.3830</w:t>
        <w:br/>
        <w:t>vn 0.5784 0.3914 -0.7157</w:t>
        <w:br/>
        <w:t>vn -0.0043 0.4323 -0.9017</w:t>
        <w:br/>
        <w:t>vn -0.0033 0.3706 -0.9288</w:t>
        <w:br/>
        <w:t>vn -0.0056 0.9234 0.3839</w:t>
        <w:br/>
        <w:t>vn -0.0022 0.9887 -0.1498</w:t>
        <w:br/>
        <w:t>vn 0.3443 0.9383 -0.0335</w:t>
        <w:br/>
        <w:t>vn 0.5281 0.7984 0.2891</w:t>
        <w:br/>
        <w:t>vn 0.6779 0.7028 0.2155</w:t>
        <w:br/>
        <w:t>vn 0.7592 0.5547 0.3404</w:t>
        <w:br/>
        <w:t>vn 0.6133 0.6528 0.4447</w:t>
        <w:br/>
        <w:t>vn 0.9761 0.1953 0.0953</w:t>
        <w:br/>
        <w:t>vn 0.9921 -0.1078 -0.0643</w:t>
        <w:br/>
        <w:t>vn 0.4493 0.4435 0.7756</w:t>
        <w:br/>
        <w:t>vn 0.7283 0.3715 0.5758</w:t>
        <w:br/>
        <w:t>vn 0.6344 0.6868 0.3548</w:t>
        <w:br/>
        <w:t>vn 0.4119 0.7601 0.5026</w:t>
        <w:br/>
        <w:t>vn -0.0073 0.7983 0.6022</w:t>
        <w:br/>
        <w:t>vn 0.9821 0.1788 0.0587</w:t>
        <w:br/>
        <w:t>vn 0.9623 0.2510 -0.1044</w:t>
        <w:br/>
        <w:t>vn 0.9681 0.2186 -0.1229</w:t>
        <w:br/>
        <w:t>vn -0.0037 0.9574 0.2888</w:t>
        <w:br/>
        <w:t>vn -0.0028 0.8113 0.5847</w:t>
        <w:br/>
        <w:t>vn 0.3889 0.8943 0.2213</w:t>
        <w:br/>
        <w:t>vn 0.8058 0.5437 0.2347</w:t>
        <w:br/>
        <w:t>vn 0.8133 0.5765 0.0785</w:t>
        <w:br/>
        <w:t>vn 0.5522 0.8247 0.1220</w:t>
        <w:br/>
        <w:t>vn 0.1694 0.9631 -0.2090</w:t>
        <w:br/>
        <w:t>vn 0.8840 0.4491 0.1301</w:t>
        <w:br/>
        <w:t>vn 0.8147 0.5036 0.2876</w:t>
        <w:br/>
        <w:t>vn 0.6345 0.7510 0.1829</w:t>
        <w:br/>
        <w:t>vn -0.0015 0.4881 0.8728</w:t>
        <w:br/>
        <w:t>vn -0.0021 0.0285 -0.9996</w:t>
        <w:br/>
        <w:t>vn 0.4645 0.2857 0.8383</w:t>
        <w:br/>
        <w:t>vn 0.7514 0.2357 0.6163</w:t>
        <w:br/>
        <w:t>vn -0.0010 0.3236 0.9462</w:t>
        <w:br/>
        <w:t>vn -0.7417 -0.3847 0.5495</w:t>
        <w:br/>
        <w:t>vn -0.4173 -0.3715 0.8294</w:t>
        <w:br/>
        <w:t>vn -0.4092 -0.3794 0.8298</w:t>
        <w:br/>
        <w:t>vn -0.7187 -0.4210 0.5533</w:t>
        <w:br/>
        <w:t>vn -0.9258 -0.3722 -0.0655</w:t>
        <w:br/>
        <w:t>vn -0.9522 -0.3055 -0.0042</w:t>
        <w:br/>
        <w:t>vn 0.0197 -0.3487 0.9370</w:t>
        <w:br/>
        <w:t>vn 0.0138 -0.3520 0.9359</w:t>
        <w:br/>
        <w:t>vn 0.5202 -0.3179 0.7927</w:t>
        <w:br/>
        <w:t>vn 0.3283 -0.2151 0.9197</w:t>
        <w:br/>
        <w:t>vn -0.9051 -0.3002 -0.3010</w:t>
        <w:br/>
        <w:t>vn -0.9175 -0.2882 -0.2741</w:t>
        <w:br/>
        <w:t>vn -0.9035 -0.3424 -0.2578</w:t>
        <w:br/>
        <w:t>vn -0.7530 -0.4160 0.5098</w:t>
        <w:br/>
        <w:t>vn -0.4284 -0.4281 0.7957</w:t>
        <w:br/>
        <w:t>vn -0.9590 -0.2816 -0.0330</w:t>
        <w:br/>
        <w:t>vn -0.9240 -0.3823 -0.0010</w:t>
        <w:br/>
        <w:t>vn -0.9037 -0.2122 -0.3720</w:t>
        <w:br/>
        <w:t>vn -0.8011 -0.3841 -0.4590</w:t>
        <w:br/>
        <w:t>vn -0.8385 -0.2860 -0.4638</w:t>
        <w:br/>
        <w:t>vn -0.7049 -0.4695 -0.5317</w:t>
        <w:br/>
        <w:t>vn 0.0198 -0.4156 0.9093</w:t>
        <w:br/>
        <w:t>vn 0.7067 0.5355 -0.4624</w:t>
        <w:br/>
        <w:t>vn 0.7368 0.4606 -0.4949</w:t>
        <w:br/>
        <w:t>vn 0.9193 0.3918 -0.0383</w:t>
        <w:br/>
        <w:t>vn 0.8735 0.4866 0.0124</w:t>
        <w:br/>
        <w:t>vn 0.9130 0.2194 0.3439</w:t>
        <w:br/>
        <w:t>vn 0.8834 0.3711 0.2862</w:t>
        <w:br/>
        <w:t>vn 0.9211 0.2726 0.2781</w:t>
        <w:br/>
        <w:t>vn 0.8808 0.3794 0.2832</w:t>
        <w:br/>
        <w:t>vn -0.0111 0.3693 -0.9293</w:t>
        <w:br/>
        <w:t>vn -0.0074 0.3578 -0.9338</w:t>
        <w:br/>
        <w:t>vn 0.4255 0.4127 -0.8054</w:t>
        <w:br/>
        <w:t>vn 0.4079 0.4500 -0.7944</w:t>
        <w:br/>
        <w:t>vn -0.3821 0.8530 0.3554</w:t>
        <w:br/>
        <w:t>vn -0.2271 0.8447 0.4848</w:t>
        <w:br/>
        <w:t>vn -0.2271 0.8446 0.4848</w:t>
        <w:br/>
        <w:t>vn -0.5116 0.8458 0.1512</w:t>
        <w:br/>
        <w:t>vn -0.5290 0.7468 -0.4031</w:t>
        <w:br/>
        <w:t>vn -0.5751 0.8083 -0.1263</w:t>
        <w:br/>
        <w:t>vn -0.3837 0.8969 -0.2200</w:t>
        <w:br/>
        <w:t>vn -0.0003 0.8434 0.5372</w:t>
        <w:br/>
        <w:t>vn -0.0044 0.9821 -0.1882</w:t>
        <w:br/>
        <w:t>vn -0.4768 0.7032 -0.5274</w:t>
        <w:br/>
        <w:t>vn 0.7542 0.2083 0.6227</w:t>
        <w:br/>
        <w:t>vn 0.8795 0.3832 0.2820</w:t>
        <w:br/>
        <w:t>vn 0.4271 0.5681 -0.7035</w:t>
        <w:br/>
        <w:t>vn 0.7087 0.5532 -0.4378</w:t>
        <w:br/>
        <w:t>vn 0.7521 0.4345 -0.4956</w:t>
        <w:br/>
        <w:t>vn 0.4442 0.4711 -0.7620</w:t>
        <w:br/>
        <w:t>vn 0.8638 0.5015 -0.0485</w:t>
        <w:br/>
        <w:t>vn 0.9346 0.3438 -0.0915</w:t>
        <w:br/>
        <w:t>vn 0.9530 0.0961 0.2873</w:t>
        <w:br/>
        <w:t>vn 0.9661 0.2334 -0.1101</w:t>
        <w:br/>
        <w:t>vn 0.8874 0.1119 0.4472</w:t>
        <w:br/>
        <w:t>vn 0.6221 -0.0436 0.7817</w:t>
        <w:br/>
        <w:t>vn -0.0021 0.4756 -0.8797</w:t>
        <w:br/>
        <w:t>vn -0.0024 0.5660 -0.8244</w:t>
        <w:br/>
        <w:t>vn 0.0851 -0.6897 -0.7190</w:t>
        <w:br/>
        <w:t>vn 0.1321 -0.7675 -0.6273</w:t>
        <w:br/>
        <w:t>vn 0.1322 -0.7675 -0.6273</w:t>
        <w:br/>
        <w:t>vn 0.1905 -0.8416 -0.5054</w:t>
        <w:br/>
        <w:t>vn 0.1905 -0.8419 -0.5048</w:t>
        <w:br/>
        <w:t>vn 0.1971 -0.9174 -0.3458</w:t>
        <w:br/>
        <w:t>vn 0.1971 -0.9176 -0.3452</w:t>
        <w:br/>
        <w:t>vn -0.0057 -0.6167 -0.7872</w:t>
        <w:br/>
        <w:t>vn -0.4011 -0.0053 0.9160</w:t>
        <w:br/>
        <w:t>vn -0.2112 0.0130 0.9774</w:t>
        <w:br/>
        <w:t>vn -0.0001 0.0147 0.9999</w:t>
        <w:br/>
        <w:t>vn 0.0009 -0.2177 0.9760</w:t>
        <w:br/>
        <w:t>vn 0.1612 0.0423 0.9860</w:t>
        <w:br/>
        <w:t>vn 0.1612 0.0420 0.9860</w:t>
        <w:br/>
        <w:t>vn 0.2005 0.0217 0.9795</w:t>
        <w:br/>
        <w:t>vn 0.2005 0.0221 0.9794</w:t>
        <w:br/>
        <w:t>vn 0.1820 -0.9470 -0.2647</w:t>
        <w:br/>
        <w:t>vn 0.1820 -0.9471 -0.2644</w:t>
        <w:br/>
        <w:t>vn 0.2383 -0.2341 0.9426</w:t>
        <w:br/>
        <w:t>vn 0.2771 -0.2404 0.9303</w:t>
        <w:br/>
        <w:t>vn 0.4790 -0.0156 0.8777</w:t>
        <w:br/>
        <w:t>vn 0.9030 0.3084 0.2992</w:t>
        <w:br/>
        <w:t>vn 0.9264 0.2178 0.3070</w:t>
        <w:br/>
        <w:t>vn 0.9681 0.2422 -0.0643</w:t>
        <w:br/>
        <w:t>vn 0.9636 0.2569 0.0743</w:t>
        <w:br/>
        <w:t>vn 0.9796 0.1871 0.0730</w:t>
        <w:br/>
        <w:t>vn 0.9821 0.1832 -0.0433</w:t>
        <w:br/>
        <w:t>vn -0.3384 0.1220 0.9331</w:t>
        <w:br/>
        <w:t>vn -0.4324 0.0807 0.8981</w:t>
        <w:br/>
        <w:t>vn -0.4324 0.0816 0.8980</w:t>
        <w:br/>
        <w:t>vn -0.3499 0.2585 0.9004</w:t>
        <w:br/>
        <w:t>vn -0.3701 0.3919 0.8423</w:t>
        <w:br/>
        <w:t>vn -0.3701 0.3908 0.8428</w:t>
        <w:br/>
        <w:t>vn -0.4209 0.8378 0.3478</w:t>
        <w:br/>
        <w:t>vn -0.4054 0.6378 0.6549</w:t>
        <w:br/>
        <w:t>vn -0.4054 0.6432 0.6496</w:t>
        <w:br/>
        <w:t>vn -0.3352 0.9287 -0.1587</w:t>
        <w:br/>
        <w:t>vn -0.1837 0.8077 -0.5602</w:t>
        <w:br/>
        <w:t>vn -0.0022 0.9861 -0.1664</w:t>
        <w:br/>
        <w:t>vn 0.5308 0.3370 0.7776</w:t>
        <w:br/>
        <w:t>vn 0.5050 0.5720 0.6464</w:t>
        <w:br/>
        <w:t>vn 0.0011 0.1268 0.9919</w:t>
        <w:br/>
        <w:t>vn 0.6272 -0.2376 0.7417</w:t>
        <w:br/>
        <w:t>vn 0.9577 0.2590 -0.1256</w:t>
        <w:br/>
        <w:t>vn 0.8777 0.3184 0.3581</w:t>
        <w:br/>
        <w:t>vn 0.9053 0.2355 0.3534</w:t>
        <w:br/>
        <w:t>vn 0.9088 0.1314 0.3960</w:t>
        <w:br/>
        <w:t>vn 0.9683 0.2172 -0.1230</w:t>
        <w:br/>
        <w:t>vn -0.5824 0.0987 -0.8069</w:t>
        <w:br/>
        <w:t>vn -0.8701 0.0165 -0.4925</w:t>
        <w:br/>
        <w:t>vn -0.8413 -0.1240 -0.5261</w:t>
        <w:br/>
        <w:t>vn -0.5445 -0.0365 -0.8379</w:t>
        <w:br/>
        <w:t>vn -0.9864 -0.1503 -0.0666</w:t>
        <w:br/>
        <w:t>vn -0.9772 -0.2022 -0.0643</w:t>
        <w:br/>
        <w:t>vn -0.8152 -0.1918 -0.5465</w:t>
        <w:br/>
        <w:t>vn -0.9159 0.0450 0.3990</w:t>
        <w:br/>
        <w:t>vn -0.8916 0.0011 0.4529</w:t>
        <w:br/>
        <w:t>vn -0.9398 -0.0648 0.3354</w:t>
        <w:br/>
        <w:t>vn -0.9570 -0.0087 0.2898</w:t>
        <w:br/>
        <w:t>vn -0.5875 0.2064 -0.7824</w:t>
        <w:br/>
        <w:t>vn -0.8642 0.1548 -0.4787</w:t>
        <w:br/>
        <w:t>vn -0.9808 0.1751 0.0856</w:t>
        <w:br/>
        <w:t>vn -0.9291 0.2725 0.2501</w:t>
        <w:br/>
        <w:t>vn -0.9660 0.1361 0.2198</w:t>
        <w:br/>
        <w:t>vn -0.9886 0.1096 -0.1035</w:t>
        <w:br/>
        <w:t>vn -0.9683 0.1976 -0.1531</w:t>
        <w:br/>
        <w:t>vn -0.5882 0.3069 -0.7482</w:t>
        <w:br/>
        <w:t>vn -0.8520 0.2484 -0.4608</w:t>
        <w:br/>
        <w:t>vn -0.9967 -0.0404 -0.0698</w:t>
        <w:br/>
        <w:t>vn -0.6404 0.7635 0.0836</w:t>
        <w:br/>
        <w:t>vn -0.7668 0.6320 0.1123</w:t>
        <w:br/>
        <w:t>vn -0.9220 0.3870 -0.0143</w:t>
        <w:br/>
        <w:t>vn -0.9013 0.4318 -0.0338</w:t>
        <w:br/>
        <w:t>vn -0.1471 0.3320 0.9317</w:t>
        <w:br/>
        <w:t>vn -0.7469 0.3967 0.5336</w:t>
        <w:br/>
        <w:t>vn -0.6350 0.4730 0.6108</w:t>
        <w:br/>
        <w:t>vn -0.5861 0.2454 0.7722</w:t>
        <w:br/>
        <w:t>vn -0.2605 0.1342 0.9561</w:t>
        <w:br/>
        <w:t>vn -0.5775 0.0704 0.8134</w:t>
        <w:br/>
        <w:t>vn -0.9843 0.1323 0.1168</w:t>
        <w:br/>
        <w:t>vn -0.9820 0.1167 0.1485</w:t>
        <w:br/>
        <w:t>vn -0.9852 0.1609 0.0584</w:t>
        <w:br/>
        <w:t>vn -0.9767 0.1769 0.1217</w:t>
        <w:br/>
        <w:t>vn -0.9657 0.1951 -0.1713</w:t>
        <w:br/>
        <w:t>vn -0.9883 0.1520 0.0127</w:t>
        <w:br/>
        <w:t>vn -0.8519 0.2746 -0.4460</w:t>
        <w:br/>
        <w:t>vn -0.5906 0.3555 -0.7245</w:t>
        <w:br/>
        <w:t>vn -0.5504 0.7791 0.3002</w:t>
        <w:br/>
        <w:t>vn -0.3598 0.9326 -0.0282</w:t>
        <w:br/>
        <w:t>vn -0.7076 0.6697 0.2253</w:t>
        <w:br/>
        <w:t>vn -0.6364 0.6187 0.4607</w:t>
        <w:br/>
        <w:t>vn -0.7877 0.5047 0.3532</w:t>
        <w:br/>
        <w:t>vn -0.9828 0.1366 -0.1246</w:t>
        <w:br/>
        <w:t>vn -0.9931 0.1064 -0.0501</w:t>
        <w:br/>
        <w:t>vn -0.9841 0.1640 -0.0684</w:t>
        <w:br/>
        <w:t>vn -0.9755 0.1792 -0.1276</w:t>
        <w:br/>
        <w:t>vn -0.9850 0.1326 0.1103</w:t>
        <w:br/>
        <w:t>vn -0.4240 0.7446 0.5156</w:t>
        <w:br/>
        <w:t>vn -0.6589 0.6563 0.3675</w:t>
        <w:br/>
        <w:t>vn -0.7433 0.3215 0.5866</w:t>
        <w:br/>
        <w:t>vn -0.4560 0.4144 0.7876</w:t>
        <w:br/>
        <w:t>vn -0.9904 0.1205 0.0682</w:t>
        <w:br/>
        <w:t>vn -0.9833 0.1465 -0.1079</w:t>
        <w:br/>
        <w:t>vn -0.9798 0.1749 -0.0974</w:t>
        <w:br/>
        <w:t>vn -0.4019 0.8868 0.2281</w:t>
        <w:br/>
        <w:t>vn -0.8357 0.4922 0.2437</w:t>
        <w:br/>
        <w:t>vn -0.5756 0.8078 0.1272</w:t>
        <w:br/>
        <w:t>vn -0.8453 0.5279 0.0823</w:t>
        <w:br/>
        <w:t>vn -0.1782 0.9625 -0.2044</w:t>
        <w:br/>
        <w:t>vn -0.8440 0.4489 0.2935</w:t>
        <w:br/>
        <w:t>vn -0.9133 0.3840 0.1360</w:t>
        <w:br/>
        <w:t>vn -0.6623 0.7244 0.1912</w:t>
        <w:br/>
        <w:t>vn -0.0013 -0.0565 -0.9984</w:t>
        <w:br/>
        <w:t>vn -0.5120 -0.1122 -0.8516</w:t>
        <w:br/>
        <w:t>vn -0.7607 0.1848 0.6222</w:t>
        <w:br/>
        <w:t>vn -0.4679 0.2534 0.8467</w:t>
        <w:br/>
        <w:t>vn 0.7803 -0.2784 0.5600</w:t>
        <w:br/>
        <w:t>vn 0.7619 -0.3251 0.5602</w:t>
        <w:br/>
        <w:t>vn 0.4456 -0.3308 0.8319</w:t>
        <w:br/>
        <w:t>vn 0.4590 -0.3133 0.8314</w:t>
        <w:br/>
        <w:t>vn 0.9818 -0.1845 0.0452</w:t>
        <w:br/>
        <w:t>vn 0.9664 -0.2551 -0.0324</w:t>
        <w:br/>
        <w:t>vn 0.9555 -0.1691 -0.2416</w:t>
        <w:br/>
        <w:t>vn 0.9537 -0.1665 -0.2503</w:t>
        <w:br/>
        <w:t>vn -0.5140 -0.3545 0.7811</w:t>
        <w:br/>
        <w:t>vn -0.3269 -0.2240 0.9181</w:t>
        <w:br/>
        <w:t>vn -0.7286 -0.1649 0.6648</w:t>
        <w:br/>
        <w:t>vn 0.9471 -0.1922 -0.2571</w:t>
        <w:br/>
        <w:t>vn 0.9579 -0.1601 -0.2383</w:t>
        <w:br/>
        <w:t>vn 0.9573 -0.1603 -0.2405</w:t>
        <w:br/>
        <w:t>vn 0.9488 -0.1890 -0.2531</w:t>
        <w:br/>
        <w:t>vn 0.4668 -0.3853 0.7960</w:t>
        <w:br/>
        <w:t>vn 0.7863 -0.3270 0.5242</w:t>
        <w:br/>
        <w:t>vn 0.9843 -0.1763 -0.0107</w:t>
        <w:br/>
        <w:t>vn 0.9550 -0.2966 0.0088</w:t>
        <w:br/>
        <w:t>vn 0.8089 -0.3967 -0.4340</w:t>
        <w:br/>
        <w:t>vn 0.9230 -0.1445 -0.3565</w:t>
        <w:br/>
        <w:t>vn 0.4492 -0.7172 -0.5327</w:t>
        <w:br/>
        <w:t>vn 0.6688 -0.5073 -0.5434</w:t>
        <w:br/>
        <w:t>vn -0.4389 0.3596 -0.8235</w:t>
        <w:br/>
        <w:t>vn -0.7558 0.3761 -0.5360</w:t>
        <w:br/>
        <w:t>vn -0.7701 0.3263 -0.5482</w:t>
        <w:br/>
        <w:t>vn -0.4466 0.3369 -0.8289</w:t>
        <w:br/>
        <w:t>vn -0.9478 0.3115 -0.0682</w:t>
        <w:br/>
        <w:t>vn -0.9645 0.2447 -0.0995</w:t>
        <w:br/>
        <w:t>vn -0.9485 0.1848 0.2573</w:t>
        <w:br/>
        <w:t>vn -0.9605 0.1253 0.2483</w:t>
        <w:br/>
        <w:t>vn 0.3696 0.8625 0.3457</w:t>
        <w:br/>
        <w:t>vn 0.2227 0.8505 0.4766</w:t>
        <w:br/>
        <w:t>vn 0.2227 0.8504 0.4766</w:t>
        <w:br/>
        <w:t>vn 0.4900 0.8593 0.1469</w:t>
        <w:br/>
        <w:t>vn 0.5087 0.7684 -0.3883</w:t>
        <w:br/>
        <w:t>vn 0.3668 0.9069 -0.2074</w:t>
        <w:br/>
        <w:t>vn 0.5495 0.8269 -0.1194</w:t>
        <w:br/>
        <w:t>vn 0.4614 0.7260 -0.5100</w:t>
        <w:br/>
        <w:t>vn -0.7803 0.1406 0.6094</w:t>
        <w:br/>
        <w:t>vn -0.9377 0.1801 0.2972</w:t>
        <w:br/>
        <w:t>vn -0.9407 0.1947 0.2777</w:t>
        <w:br/>
        <w:t>vn -0.9347 0.2125 0.2849</w:t>
        <w:br/>
        <w:t>vn -0.7706 0.3816 -0.5105</w:t>
        <w:br/>
        <w:t>vn -0.7357 0.5005 -0.4563</w:t>
        <w:br/>
        <w:t>vn -0.4392 0.5374 -0.7199</w:t>
        <w:br/>
        <w:t>vn -0.4533 0.4391 -0.7757</w:t>
        <w:br/>
        <w:t>vn -0.9536 0.2848 -0.0974</w:t>
        <w:br/>
        <w:t>vn -0.8995 0.4336 -0.0536</w:t>
        <w:br/>
        <w:t>vn -0.9236 0.0959 0.3711</w:t>
        <w:br/>
        <w:t>vn -0.8732 0.0453 0.4852</w:t>
        <w:br/>
        <w:t>vn -0.9596 0.0312 0.2797</w:t>
        <w:br/>
        <w:t>vn -0.9792 0.1525 -0.1339</w:t>
        <w:br/>
        <w:t>vn -0.6558 0.0113 0.7548</w:t>
        <w:br/>
        <w:t>vn -0.6341 -0.0619 0.7707</w:t>
        <w:br/>
        <w:t>vn -0.0001 -0.9888 -0.1491</w:t>
        <w:br/>
        <w:t>vn -0.0002 -0.8160 -0.5780</w:t>
        <w:br/>
        <w:t>vn -0.0002 -0.8161 -0.5780</w:t>
        <w:br/>
        <w:t>vn 0.0000 -0.9550 0.2966</w:t>
        <w:br/>
        <w:t>vn 0.0001 -0.8610 0.5086</w:t>
        <w:br/>
        <w:t>vn -0.1661 -0.7539 -0.6356</w:t>
        <w:br/>
        <w:t>vn -0.1113 -0.6668 -0.7369</w:t>
        <w:br/>
        <w:t>vn -0.2060 -0.8464 -0.4911</w:t>
        <w:br/>
        <w:t>vn -0.2060 -0.8463 -0.4914</w:t>
        <w:br/>
        <w:t>vn -0.1984 -0.9236 -0.3281</w:t>
        <w:br/>
        <w:t>vn -0.1984 -0.9237 -0.3278</w:t>
        <w:br/>
        <w:t>vn 0.4011 0.0346 0.9154</w:t>
        <w:br/>
        <w:t>vn -0.0000 0.0147 0.9999</w:t>
        <w:br/>
        <w:t>vn 0.2118 0.0343 0.9767</w:t>
        <w:br/>
        <w:t>vn -0.1453 0.0256 0.9891</w:t>
        <w:br/>
        <w:t>vn -0.1453 0.0259 0.9890</w:t>
        <w:br/>
        <w:t>vn -0.1868 -0.0037 0.9824</w:t>
        <w:br/>
        <w:t>vn -0.1453 0.0204 0.9892</w:t>
        <w:br/>
        <w:t>vn -0.1758 -0.9479 -0.2656</w:t>
        <w:br/>
        <w:t>vn -0.1758 -0.9478 -0.2660</w:t>
        <w:br/>
        <w:t>vn -0.2969 -0.1218 0.9471</w:t>
        <w:br/>
        <w:t>vn -0.3732 -0.1926 0.9075</w:t>
        <w:br/>
        <w:t>vn -0.9213 0.2422 0.3041</w:t>
        <w:br/>
        <w:t>vn -0.9389 0.1540 0.3079</w:t>
        <w:br/>
        <w:t>vn -0.9906 0.1171 0.0707</w:t>
        <w:br/>
        <w:t>vn -0.9803 0.1831 0.0745</w:t>
        <w:br/>
        <w:t>vn 0.4981 0.1168 0.8592</w:t>
        <w:br/>
        <w:t>vn 0.4981 0.1148 0.8595</w:t>
        <w:br/>
        <w:t>vn 0.4306 0.1221 0.8943</w:t>
        <w:br/>
        <w:t>vn 0.4306 0.1233 0.8941</w:t>
        <w:br/>
        <w:t>vn 0.3373 0.1545 0.9286</w:t>
        <w:br/>
        <w:t>vn 0.3471 0.2896 0.8920</w:t>
        <w:br/>
        <w:t>vn 0.3655 0.4236 0.8288</w:t>
        <w:br/>
        <w:t>vn 0.3655 0.4225 0.8294</w:t>
        <w:br/>
        <w:t>vn 0.4080 0.8485 0.3369</w:t>
        <w:br/>
        <w:t>vn 0.3961 0.6626 0.6357</w:t>
        <w:br/>
        <w:t>vn 0.3960 0.6626 0.6357</w:t>
        <w:br/>
        <w:t>vn 0.4081 0.8485 0.3369</w:t>
        <w:br/>
        <w:t>vn 0.3246 0.9324 -0.1586</w:t>
        <w:br/>
        <w:t>vn 0.1807 0.8137 -0.5525</w:t>
        <w:br/>
        <w:t>vn -0.5077 0.5376 0.6732</w:t>
        <w:br/>
        <w:t>vn -0.5235 0.2934 0.7999</w:t>
        <w:br/>
        <w:t>vn -0.6222 -0.2843 0.7294</w:t>
        <w:br/>
        <w:t>vn -0.8981 0.2450 0.3652</w:t>
        <w:br/>
        <w:t>vn -0.9206 0.1549 0.3584</w:t>
        <w:br/>
        <w:t>vn -0.4291 -0.4893 0.7592</w:t>
        <w:br/>
        <w:t>vn -0.7383 -0.4815 0.4723</w:t>
        <w:br/>
        <w:t>vn 0.0137 -0.4830 0.8755</w:t>
        <w:br/>
        <w:t>vn 0.8354 0.4143 0.3613</w:t>
        <w:br/>
        <w:t>vn 0.6027 0.5139 0.6104</w:t>
        <w:br/>
        <w:t>vn 0.8028 0.2248 0.5522</w:t>
        <w:br/>
        <w:t>vn 0.9170 0.2336 0.3235</w:t>
        <w:br/>
        <w:t>vn 0.2700 0.2076 0.9402</w:t>
        <w:br/>
        <w:t>vn 0.3283 -0.2151 0.9198</w:t>
        <w:br/>
        <w:t>vn 0.1447 -0.1556 0.9772</w:t>
        <w:br/>
        <w:t>vn 0.4573 -0.4715 0.7540</w:t>
        <w:br/>
        <w:t>vn 0.7678 -0.4197 0.4841</w:t>
        <w:br/>
        <w:t>vn -0.8632 0.3433 0.3701</w:t>
        <w:br/>
        <w:t>vn -0.9267 0.1825 0.3284</w:t>
        <w:br/>
        <w:t>vn -0.8031 0.1601 0.5739</w:t>
        <w:br/>
        <w:t>vn -0.6252 0.4553 0.6339</w:t>
        <w:br/>
        <w:t>vn -0.5530 -0.0122 0.8331</w:t>
        <w:br/>
        <w:t>vn -0.3105 0.2086 0.9274</w:t>
        <w:br/>
        <w:t>vn -0.2655 -0.0901 0.9599</w:t>
        <w:br/>
        <w:t>vn -0.9378 -0.1762 -0.2991</w:t>
        <w:br/>
        <w:t>vn -0.8987 -0.3251 -0.2944</w:t>
        <w:br/>
        <w:t>vn -0.8825 -0.2945 -0.3668</w:t>
        <w:br/>
        <w:t>vn -0.8966 -0.2373 -0.3738</w:t>
        <w:br/>
        <w:t>vn 0.4490 0.3713 -0.8127</w:t>
        <w:br/>
        <w:t>vn 0.7718 0.3449 -0.5342</w:t>
        <w:br/>
        <w:t>vn -0.0028 0.3630 -0.9318</w:t>
        <w:br/>
        <w:t>vn 0.9615 -0.0830 -0.2618</w:t>
        <w:br/>
        <w:t>vn 0.8568 -0.1963 -0.4768</w:t>
        <w:br/>
        <w:t>vn 0.9120 -0.1469 -0.3829</w:t>
        <w:br/>
        <w:t>vn -0.7869 0.2657 -0.5569</w:t>
        <w:br/>
        <w:t>vn -0.4579 0.3244 -0.8277</w:t>
        <w:br/>
        <w:t>vn 0.0459 0.9514 -0.3046</w:t>
        <w:br/>
        <w:t>vn 0.3073 0.7441 0.5932</w:t>
        <w:br/>
        <w:t>vn -0.3193 0.7235 0.6120</w:t>
        <w:br/>
        <w:t>vn -0.5442 -0.6333 -0.5503</w:t>
        <w:br/>
        <w:t>vn 0.2576 -0.1252 0.9581</w:t>
        <w:br/>
        <w:t>vn 0.2717 -0.2497 0.9294</w:t>
        <w:br/>
        <w:t>vn -0.3798 -0.1693 0.9095</w:t>
        <w:br/>
        <w:t>vn 0.9355 -0.1847 -0.3014</w:t>
        <w:br/>
        <w:t>vn -0.9013 -0.3482 -0.2577</w:t>
        <w:br/>
        <w:t>vn -0.9124 -0.3269 -0.2461</w:t>
        <w:br/>
        <w:t>vn -0.9107 -0.3307 -0.2473</w:t>
        <w:br/>
        <w:t>vn 0.8741 0.4038 0.2702</w:t>
        <w:br/>
        <w:t>vn 0.8740 0.4038 0.2703</w:t>
        <w:br/>
        <w:t>vn 0.9256 -0.2111 -0.3143</w:t>
        <w:br/>
        <w:t>vn 0.6380 0.1128 0.7618</w:t>
        <w:br/>
        <w:t>vn -0.5006 0.0685 0.8629</w:t>
        <w:br/>
        <w:t>vn -0.5006 0.0671 0.8631</w:t>
        <w:br/>
        <w:t>vn -0.8960 -0.0035 0.4440</w:t>
        <w:br/>
        <w:t>vn -0.6524 0.0544 0.7559</w:t>
        <w:br/>
        <w:t>vn 0.9729 0.1863 0.1371</w:t>
        <w:br/>
        <w:t>vn 0.9425 0.2465 0.2258</w:t>
        <w:br/>
        <w:t>vn -0.0003 -0.6488 -0.7609</w:t>
        <w:br/>
        <w:t>vn -0.9648 0.1567 0.2114</w:t>
        <w:br/>
        <w:t>vn -0.3162 0.1505 -0.9367</w:t>
        <w:br/>
        <w:t>vn -0.7320 0.1790 0.6574</w:t>
        <w:br/>
        <w:t>vn 0.6964 0.2846 0.6588</w:t>
        <w:br/>
        <w:t>vn -0.6025 -0.5829 -0.5451</w:t>
        <w:br/>
        <w:t>vn -0.4236 -0.7116 -0.5604</w:t>
        <w:br/>
        <w:t>vn 0.5555 -0.5894 -0.5866</w:t>
        <w:br/>
        <w:t>vn 0.4218 -0.7096 -0.5644</w:t>
        <w:br/>
        <w:t>vn -0.2112 0.0130 0.9773</w:t>
        <w:br/>
        <w:t>vn -0.9117 -0.3143 -0.2646</w:t>
        <w:br/>
        <w:t>vn 0.1922 -0.9508 -0.2429</w:t>
        <w:br/>
        <w:t>vn 0.1923 -0.9509 -0.2425</w:t>
        <w:br/>
        <w:t>vn -0.1806 -0.9496 -0.2563</w:t>
        <w:br/>
        <w:t>vn -0.1806 -0.9497 -0.2560</w:t>
        <w:br/>
        <w:t>vn -0.8095 -0.3629 -0.4615</w:t>
        <w:br/>
        <w:t>vn 0.8911 -0.1941 -0.4102</w:t>
        <w:br/>
        <w:t>vn 0.8187 -0.2408 -0.5213</w:t>
        <w:br/>
        <w:t>vn 0.0001 0.9809 0.1947</w:t>
        <w:br/>
        <w:t>vn -0.2227 0.0022 0.9749</w:t>
        <w:br/>
        <w:t>vn -0.2445 0.0596 0.9678</w:t>
        <w:br/>
        <w:t>vn 0.1178 0.0420 0.9922</w:t>
        <w:br/>
        <w:t>vn 0.0403 0.1219 0.9917</w:t>
        <w:br/>
        <w:t>vn -0.2940 -0.0284 0.9554</w:t>
        <w:br/>
        <w:t>vn -0.2820 -0.0381 0.9587</w:t>
        <w:br/>
        <w:t>vn -0.2802 0.0119 0.9599</w:t>
        <w:br/>
        <w:t>vn -0.2914 0.0051 0.9566</w:t>
        <w:br/>
        <w:t>vn -0.3631 -0.0281 0.9313</w:t>
        <w:br/>
        <w:t>vn -0.6497 0.0064 0.7601</w:t>
        <w:br/>
        <w:t>vn 0.1296 -0.1337 0.9825</w:t>
        <w:br/>
        <w:t>vn -0.2483 -0.0710 0.9661</w:t>
        <w:br/>
        <w:t>vn -0.2443 -0.1211 0.9621</w:t>
        <w:br/>
        <w:t>vn 0.1791 -0.1624 0.9703</w:t>
        <w:br/>
        <w:t>vn -0.2564 0.0654 0.9644</w:t>
        <w:br/>
        <w:t>vn -0.5412 0.0294 0.8404</w:t>
        <w:br/>
        <w:t>vn 0.3748 0.0770 0.9239</w:t>
        <w:br/>
        <w:t>vn -0.0003 0.0124 0.9999</w:t>
        <w:br/>
        <w:t>vn 0.0167 -0.0391 0.9991</w:t>
        <w:br/>
        <w:t>vn 0.2963 0.0392 0.9543</w:t>
        <w:br/>
        <w:t>vn 0.3898 0.0650 0.9186</w:t>
        <w:br/>
        <w:t>vn -0.0187 -0.0035 0.9998</w:t>
        <w:br/>
        <w:t>vn -0.0413 0.0184 0.9990</w:t>
        <w:br/>
        <w:t>vn -0.0580 0.0027 0.9983</w:t>
        <w:br/>
        <w:t>vn -0.0695 -0.0163 0.9975</w:t>
        <w:br/>
        <w:t>vn -0.0635 -0.0283 0.9976</w:t>
        <w:br/>
        <w:t>vn -0.0256 0.0001 0.9997</w:t>
        <w:br/>
        <w:t>vn -0.5213 0.0055 0.8533</w:t>
        <w:br/>
        <w:t>vn -0.0106 0.0511 0.9986</w:t>
        <w:br/>
        <w:t>vn 0.1068 -0.0913 0.9901</w:t>
        <w:br/>
        <w:t>vn -0.0044 -0.0735 0.9973</w:t>
        <w:br/>
        <w:t>vn 0.0394 0.0047 0.9992</w:t>
        <w:br/>
        <w:t>vn -0.4728 -0.0086 0.8811</w:t>
        <w:br/>
        <w:t>vn 0.0740 -0.0116 0.9972</w:t>
        <w:br/>
        <w:t>vn 0.1093 0.0472 0.9929</w:t>
        <w:br/>
        <w:t>vn 0.1131 0.0637 0.9915</w:t>
        <w:br/>
        <w:t>vn 0.0709 -0.0810 0.9942</w:t>
        <w:br/>
        <w:t>vn 0.1113 0.2167 0.9699</w:t>
        <w:br/>
        <w:t>vn 0.0192 0.2386 0.9709</w:t>
        <w:br/>
        <w:t>vn 0.3573 0.0576 0.9322</w:t>
        <w:br/>
        <w:t>vn -0.2255 -0.0426 0.9733</w:t>
        <w:br/>
        <w:t>vn 0.4256 0.0750 0.9018</w:t>
        <w:br/>
        <w:t>vn 0.3997 0.0931 0.9119</w:t>
        <w:br/>
        <w:t>vn -0.2760 -0.0180 0.9610</w:t>
        <w:br/>
        <w:t>vn 0.2258 0.1088 0.9681</w:t>
        <w:br/>
        <w:t>vn -0.3846 -0.0823 0.9194</w:t>
        <w:br/>
        <w:t>vn -0.3408 -0.0590 0.9383</w:t>
        <w:br/>
        <w:t>vn 0.3050 0.0638 0.9502</w:t>
        <w:br/>
        <w:t>vn 0.0542 0.0587 0.9968</w:t>
        <w:br/>
        <w:t>vn -0.0003 -0.0007 1.0000</w:t>
        <w:br/>
        <w:t>vn -0.7243 0.0735 0.6856</w:t>
        <w:br/>
        <w:t>vn -0.6863 0.1130 0.7185</w:t>
        <w:br/>
        <w:t>vn -0.6789 0.0892 0.7288</w:t>
        <w:br/>
        <w:t>vn -0.5396 -0.0768 0.8384</w:t>
        <w:br/>
        <w:t>vn 0.0145 0.1546 0.9879</w:t>
        <w:br/>
        <w:t>vn 0.0627 0.0501 0.9968</w:t>
        <w:br/>
        <w:t>vn -0.0072 -0.0795 0.9968</w:t>
        <w:br/>
        <w:t>vn -0.7448 0.0064 0.6673</w:t>
        <w:br/>
        <w:t>vn -0.6565 -0.1012 0.7475</w:t>
        <w:br/>
        <w:t>vn -0.7602 -0.0515 0.6477</w:t>
        <w:br/>
        <w:t>vn 0.1029 -0.1495 0.9834</w:t>
        <w:br/>
        <w:t>vn 0.1895 -0.1811 0.9650</w:t>
        <w:br/>
        <w:t>vn -0.3629 -0.1189 0.9242</w:t>
        <w:br/>
        <w:t>vn 0.0568 0.3162 0.9470</w:t>
        <w:br/>
        <w:t>vn -0.2746 -0.0828 0.9580</w:t>
        <w:br/>
        <w:t>vn 0.3746 0.0446 0.9261</w:t>
        <w:br/>
        <w:t>vn 0.1692 0.2645 0.9494</w:t>
        <w:br/>
        <w:t>vn -0.3727 -0.0550 0.9263</w:t>
        <w:br/>
        <w:t>vn -0.9619 -0.1782 0.2075</w:t>
        <w:br/>
        <w:t>vn -0.8118 -0.1507 0.5641</w:t>
        <w:br/>
        <w:t>vn -0.8131 -0.1220 0.5692</w:t>
        <w:br/>
        <w:t>vn -0.9486 -0.1562 0.2751</w:t>
        <w:br/>
        <w:t>vn -0.8214 -0.1515 0.5499</w:t>
        <w:br/>
        <w:t>vn -0.8138 -0.1374 0.5646</w:t>
        <w:br/>
        <w:t>vn 0.2583 -0.7653 0.5896</w:t>
        <w:br/>
        <w:t>vn 0.1698 -0.5643 0.8079</w:t>
        <w:br/>
        <w:t>vn 0.0487 -0.3704 0.9276</w:t>
        <w:br/>
        <w:t>vn 0.1528 -0.7051 0.6924</w:t>
        <w:br/>
        <w:t>vn 0.0728 -0.6670 0.7415</w:t>
        <w:br/>
        <w:t>vn 0.0848 -0.6642 0.7428</w:t>
        <w:br/>
        <w:t>vn 0.0288 -0.3343 0.9420</w:t>
        <w:br/>
        <w:t>vn 0.0719 -0.5831 0.8092</w:t>
        <w:br/>
        <w:t>vn -0.9375 0.1356 0.3206</w:t>
        <w:br/>
        <w:t>vn -0.9702 0.1185 0.2113</w:t>
        <w:br/>
        <w:t>vn -0.9908 0.1100 0.0788</w:t>
        <w:br/>
        <w:t>vn -0.9722 0.1148 -0.2042</w:t>
        <w:br/>
        <w:t>vn -0.8494 -0.2916 0.4398</w:t>
        <w:br/>
        <w:t>vn -0.9546 0.0834 0.2859</w:t>
        <w:br/>
        <w:t>vn -0.8274 0.1122 0.5503</w:t>
        <w:br/>
        <w:t>vn -0.6571 -0.1423 0.7402</w:t>
        <w:br/>
        <w:t>vn -0.9318 0.0329 0.3615</w:t>
        <w:br/>
        <w:t>vn -0.9940 0.0628 0.0901</w:t>
        <w:br/>
        <w:t>vn -0.9796 0.0308 0.1986</w:t>
        <w:br/>
        <w:t>vn -0.9430 -0.0153 0.3324</w:t>
        <w:br/>
        <w:t>vn -0.5287 -0.3566 0.7703</w:t>
        <w:br/>
        <w:t>vn -0.6521 -0.5218 0.5500</w:t>
        <w:br/>
        <w:t>vn -0.8703 -0.1952 0.4521</w:t>
        <w:br/>
        <w:t>vn -0.8453 -0.1813 0.5026</w:t>
        <w:br/>
        <w:t>vn -0.9709 -0.1942 -0.1401</w:t>
        <w:br/>
        <w:t>vn -0.9360 -0.1911 -0.2956</w:t>
        <w:br/>
        <w:t>vn -0.7162 -0.1878 0.6721</w:t>
        <w:br/>
        <w:t>vn -0.8197 -0.2283 0.5254</w:t>
        <w:br/>
        <w:t>vn -0.7607 -0.3546 0.5437</w:t>
        <w:br/>
        <w:t>vn -0.7606 -0.3713 0.5325</w:t>
        <w:br/>
        <w:t>vn 0.0855 -0.6787 0.7294</w:t>
        <w:br/>
        <w:t>vn 0.1005 -0.7761 0.6226</w:t>
        <w:br/>
        <w:t>vn -0.6232 -0.1160 0.7734</w:t>
        <w:br/>
        <w:t>vn -0.4907 -0.1151 0.8637</w:t>
        <w:br/>
        <w:t>vn -0.3979 -0.0871 0.9133</w:t>
        <w:br/>
        <w:t>vn -0.9900 0.0477 0.1330</w:t>
        <w:br/>
        <w:t>vn -0.9800 0.0373 0.1955</w:t>
        <w:br/>
        <w:t>vn 0.2901 -0.3204 0.9018</w:t>
        <w:br/>
        <w:t>vn 0.0635 -0.5144 0.8552</w:t>
        <w:br/>
        <w:t>vn -0.2406 -0.0237 0.9703</w:t>
        <w:br/>
        <w:t>vn -0.2614 0.5772 0.7736</w:t>
        <w:br/>
        <w:t>vn -0.1437 -0.1595 0.9767</w:t>
        <w:br/>
        <w:t>vn -0.9875 0.1168 -0.1056</w:t>
        <w:br/>
        <w:t>vn -0.9456 0.1098 0.3061</w:t>
        <w:br/>
        <w:t>vn 0.0480 0.2915 0.9554</w:t>
        <w:br/>
        <w:t>vn 0.8231 -0.1019 0.5587</w:t>
        <w:br/>
        <w:t>vn -0.1399 -0.4612 -0.8762</w:t>
        <w:br/>
        <w:t>vn -0.2583 -0.3630 -0.8953</w:t>
        <w:br/>
        <w:t>vn -0.2755 -0.0406 -0.9604</w:t>
        <w:br/>
        <w:t>vn -0.1421 -0.0626 -0.9879</w:t>
        <w:br/>
        <w:t>vn -0.5584 0.1483 0.8162</w:t>
        <w:br/>
        <w:t>vn -0.5984 0.1168 0.7926</w:t>
        <w:br/>
        <w:t>vn -0.6619 0.1245 0.7392</w:t>
        <w:br/>
        <w:t>vn -0.6277 0.1600 0.7619</w:t>
        <w:br/>
        <w:t>vn -0.5140 0.1145 0.8501</w:t>
        <w:br/>
        <w:t>vn -0.5822 0.1655 0.7960</w:t>
        <w:br/>
        <w:t>vn -0.9851 -0.1718 0.0127</w:t>
        <w:br/>
        <w:t>vn -0.9622 -0.2721 0.0135</w:t>
        <w:br/>
        <w:t>vn -0.9248 -0.2592 0.2784</w:t>
        <w:br/>
        <w:t>vn -0.9450 -0.1758 0.2759</w:t>
        <w:br/>
        <w:t>vn 0.0160 0.5123 -0.8587</w:t>
        <w:br/>
        <w:t>vn -0.0114 0.5630 -0.8264</w:t>
        <w:br/>
        <w:t>vn -0.0778 0.5325 -0.8429</w:t>
        <w:br/>
        <w:t>vn -0.4561 0.0908 0.8853</w:t>
        <w:br/>
        <w:t>vn -0.2972 -0.0071 0.9548</w:t>
        <w:br/>
        <w:t>vn -0.9453 0.2849 -0.1590</w:t>
        <w:br/>
        <w:t>vn -0.9608 0.2764 0.0204</w:t>
        <w:br/>
        <w:t>vn -0.9864 0.1637 0.0160</w:t>
        <w:br/>
        <w:t>vn -0.9736 0.1695 -0.1530</w:t>
        <w:br/>
        <w:t>vn -0.9318 0.2273 0.2832</w:t>
        <w:br/>
        <w:t>vn -0.9297 0.1396 0.3407</w:t>
        <w:br/>
        <w:t>vn -0.8172 0.0546 0.5738</w:t>
        <w:br/>
        <w:t>vn -0.8767 0.1939 0.4402</w:t>
        <w:br/>
        <w:t>vn -0.7632 0.1526 0.6279</w:t>
        <w:br/>
        <w:t>vn -0.6954 0.0001 0.7187</w:t>
        <w:br/>
        <w:t>vn -0.0433 -0.4938 -0.8685</w:t>
        <w:br/>
        <w:t>vn -0.0256 -0.0606 -0.9978</w:t>
        <w:br/>
        <w:t>vn -0.0249 -0.4455 0.8949</w:t>
        <w:br/>
        <w:t>vn -0.0399 0.0390 0.9984</w:t>
        <w:br/>
        <w:t>vn -0.2274 0.0872 0.9699</w:t>
        <w:br/>
        <w:t>vn -0.2209 -0.3859 0.8957</w:t>
        <w:br/>
        <w:t>vn -0.5841 0.1559 0.7966</w:t>
        <w:br/>
        <w:t>vn -0.6081 -0.2593 0.7503</w:t>
        <w:br/>
        <w:t>vn -0.4910 -0.3073 0.8151</w:t>
        <w:br/>
        <w:t>vn -0.4751 0.1370 0.8692</w:t>
        <w:br/>
        <w:t>vn -0.3799 0.5333 -0.7558</w:t>
        <w:br/>
        <w:t>vn -0.3203 0.4675 -0.8239</w:t>
        <w:br/>
        <w:t>vn -0.3052 0.5426 -0.7826</w:t>
        <w:br/>
        <w:t>vn 0.0536 0.4698 -0.8811</w:t>
        <w:br/>
        <w:t>vn 0.0062 0.1494 -0.9888</w:t>
        <w:br/>
        <w:t>vn 0.0051 0.2926 -0.9562</w:t>
        <w:br/>
        <w:t>vn 0.4045 -0.0173 -0.9144</w:t>
        <w:br/>
        <w:t>vn -0.6202 0.2036 0.7575</w:t>
        <w:br/>
        <w:t>vn -0.0968 0.0501 0.9940</w:t>
        <w:br/>
        <w:t>vn -0.8457 -0.2208 0.4859</w:t>
        <w:br/>
        <w:t>vn -0.8162 -0.3152 0.4842</w:t>
        <w:br/>
        <w:t>vn -0.6793 -0.3695 0.6340</w:t>
        <w:br/>
        <w:t>vn -0.7019 -0.2607 0.6628</w:t>
        <w:br/>
        <w:t>vn -0.6964 0.1803 0.6947</w:t>
        <w:br/>
        <w:t>vn -0.2811 0.5607 -0.7788</w:t>
        <w:br/>
        <w:t>vn -0.3478 0.5618 -0.7506</w:t>
        <w:br/>
        <w:t>vn -0.1326 0.5582 -0.8190</w:t>
        <w:br/>
        <w:t>vn -0.0353 0.5597 -0.8279</w:t>
        <w:br/>
        <w:t>vn -0.0260 0.6078 -0.7937</w:t>
        <w:br/>
        <w:t>vn -0.1122 0.5572 -0.8228</w:t>
        <w:br/>
        <w:t>vn -0.7607 -0.3713 0.5325</w:t>
        <w:br/>
        <w:t>vn -0.2862 -0.0453 0.9571</w:t>
        <w:br/>
        <w:t>vn 0.0678 -0.6359 0.7688</w:t>
        <w:br/>
        <w:t>vn 0.0129 0.0240 0.9996</w:t>
        <w:br/>
        <w:t>vn -0.0889 0.0290 0.9956</w:t>
        <w:br/>
        <w:t>vn -0.0021 -0.5086 -0.8610</w:t>
        <w:br/>
        <w:t>vn -0.0039 -0.0459 -0.9989</w:t>
        <w:br/>
        <w:t>vn -0.0360 0.0476 -0.9982</w:t>
        <w:br/>
        <w:t>vn -0.3007 0.0574 -0.9520</w:t>
        <w:br/>
        <w:t>vn -0.3311 -0.0245 -0.9433</w:t>
        <w:br/>
        <w:t>vn -0.2495 0.0929 0.9639</w:t>
        <w:br/>
        <w:t>vn -0.4534 0.1125 0.8842</w:t>
        <w:br/>
        <w:t>vn -0.1434 0.0469 -0.9886</w:t>
        <w:br/>
        <w:t>vn 0.0013 0.0614 -0.9981</w:t>
        <w:br/>
        <w:t>vn -0.1045 0.0719 0.9919</w:t>
        <w:br/>
        <w:t>vn -0.2444 0.0975 0.9648</w:t>
        <w:br/>
        <w:t>vn -0.5886 0.1180 0.7998</w:t>
        <w:br/>
        <w:t>vn -0.4758 0.1116 0.8724</w:t>
        <w:br/>
        <w:t>vn 0.0250 0.2114 -0.9771</w:t>
        <w:br/>
        <w:t>vn -0.0043 0.2190 -0.9757</w:t>
        <w:br/>
        <w:t>vn -0.0042 0.0796 -0.9968</w:t>
        <w:br/>
        <w:t>vn -0.2832 0.4009 -0.8713</w:t>
        <w:br/>
        <w:t>vn 0.1553 0.3455 -0.9255</w:t>
        <w:br/>
        <w:t>vn 0.0258 0.3777 -0.9256</w:t>
        <w:br/>
        <w:t>vn -0.1173 0.3946 -0.9113</w:t>
        <w:br/>
        <w:t>vn 0.0177 0.5471 -0.8369</w:t>
        <w:br/>
        <w:t>vn -0.1325 0.0628 0.9892</w:t>
        <w:br/>
        <w:t>vn -0.1930 0.0552 0.9796</w:t>
        <w:br/>
        <w:t>vn -0.0776 0.0609 0.9951</w:t>
        <w:br/>
        <w:t>vn -0.5728 0.1245 0.8102</w:t>
        <w:br/>
        <w:t>vn 0.1621 -0.4620 -0.8720</w:t>
        <w:br/>
        <w:t>vn 0.1617 -0.0501 -0.9856</w:t>
        <w:br/>
        <w:t>vn 0.3385 -0.0147 -0.9408</w:t>
        <w:br/>
        <w:t>vn 0.3252 -0.4517 -0.8308</w:t>
        <w:br/>
        <w:t>vn 0.0377 0.5173 -0.8549</w:t>
        <w:br/>
        <w:t>vn -0.0260 0.5102 -0.8596</w:t>
        <w:br/>
        <w:t>vn -0.0597 0.4640 -0.8838</w:t>
        <w:br/>
        <w:t>vn 0.0485 -0.4899 -0.8704</w:t>
        <w:br/>
        <w:t>vn 0.0301 -0.0519 -0.9982</w:t>
        <w:br/>
        <w:t>vn 0.2672 0.5605 -0.7839</w:t>
        <w:br/>
        <w:t>vn 0.1114 0.5634 -0.8186</w:t>
        <w:br/>
        <w:t>vn -0.0738 0.4502 -0.8899</w:t>
        <w:br/>
        <w:t>vn -0.1150 0.3297 -0.9371</w:t>
        <w:br/>
        <w:t>vn 0.1121 0.5557 -0.8238</w:t>
        <w:br/>
        <w:t>vn 0.3493 0.5414 -0.7648</w:t>
        <w:br/>
        <w:t>vn 0.0176 0.6127 -0.7901</w:t>
        <w:br/>
        <w:t>vn 0.0338 0.5650 -0.8244</w:t>
        <w:br/>
        <w:t>vn 0.6131 0.5156 -0.5985</w:t>
        <w:br/>
        <w:t>vn 0.4947 0.5246 -0.6928</w:t>
        <w:br/>
        <w:t>vn 0.5123 0.5437 -0.6648</w:t>
        <w:br/>
        <w:t>vn 0.6047 0.5182 -0.6048</w:t>
        <w:br/>
        <w:t>vn 0.1640 0.0512 -0.9851</w:t>
        <w:br/>
        <w:t>vn 0.3635 0.0670 -0.9292</w:t>
        <w:br/>
        <w:t>vn 0.0033 0.0654 -0.9979</w:t>
        <w:br/>
        <w:t>vn -0.0192 0.5458 -0.8377</w:t>
        <w:br/>
        <w:t>vn -0.0237 0.3804 -0.9245</w:t>
        <w:br/>
        <w:t>vn -0.0014 0.3742 -0.9274</w:t>
        <w:br/>
        <w:t>vn 0.0013 0.4541 -0.8909</w:t>
        <w:br/>
        <w:t>vn 0.1457 0.2067 -0.9675</w:t>
        <w:br/>
        <w:t>vn 0.3689 0.2059 -0.9064</w:t>
        <w:br/>
        <w:t>vn -0.0204 0.2144 -0.9765</w:t>
        <w:br/>
        <w:t>vn 0.3639 0.1043 0.9256</w:t>
        <w:br/>
        <w:t>vn -0.1846 0.0377 0.9821</w:t>
        <w:br/>
        <w:t>vn -0.2230 -0.0613 0.9729</w:t>
        <w:br/>
        <w:t>vn 0.3408 0.0125 0.9401</w:t>
        <w:br/>
        <w:t>vn 0.3384 0.2095 0.9174</w:t>
        <w:br/>
        <w:t>vn 0.1056 -0.2402 0.9650</w:t>
        <w:br/>
        <w:t>vn 0.1247 -0.0694 0.9898</w:t>
        <w:br/>
        <w:t>vn 0.4436 0.2382 0.8640</w:t>
        <w:br/>
        <w:t>vn 0.0286 0.0693 0.9972</w:t>
        <w:br/>
        <w:t>vn 0.4687 0.1867 0.8634</w:t>
        <w:br/>
        <w:t>vn 0.3939 0.1428 0.9080</w:t>
        <w:br/>
        <w:t>vn -0.1100 0.0838 0.9904</w:t>
        <w:br/>
        <w:t>vn 0.2666 0.1290 0.9551</w:t>
        <w:br/>
        <w:t>vn -0.2413 -0.3888 0.8891</w:t>
        <w:br/>
        <w:t>vn -0.0695 -0.2177 0.9735</w:t>
        <w:br/>
        <w:t>vn 0.2822 0.1391 0.9492</w:t>
        <w:br/>
        <w:t>vn 0.1888 -0.0928 0.9776</w:t>
        <w:br/>
        <w:t>vn 0.3147 0.1002 0.9439</w:t>
        <w:br/>
        <w:t>vn 0.3389 0.1802 0.9234</w:t>
        <w:br/>
        <w:t>vn 0.3121 0.1466 0.9387</w:t>
        <w:br/>
        <w:t>vn 0.0010 -0.0458 0.9989</w:t>
        <w:br/>
        <w:t>vn 0.2603 -0.0406 0.9647</w:t>
        <w:br/>
        <w:t>vn 0.2625 0.0232 0.9646</w:t>
        <w:br/>
        <w:t>vn 0.0088 -0.0023 1.0000</w:t>
        <w:br/>
        <w:t>vn 0.0603 0.0741 0.9954</w:t>
        <w:br/>
        <w:t>vn 0.2727 0.1125 0.9555</w:t>
        <w:br/>
        <w:t>vn 0.2434 0.2248 0.9435</w:t>
        <w:br/>
        <w:t>vn 0.1095 0.0808 0.9907</w:t>
        <w:br/>
        <w:t>vn 0.1300 -0.2088 0.9693</w:t>
        <w:br/>
        <w:t>vn 0.2539 0.0704 0.9647</w:t>
        <w:br/>
        <w:t>vn 0.0204 0.0406 0.9990</w:t>
        <w:br/>
        <w:t>vn 0.4086 -0.2993 0.8622</w:t>
        <w:br/>
        <w:t>vn 0.4086 0.0718 0.9099</w:t>
        <w:br/>
        <w:t>vn 0.6464 0.0723 0.7596</w:t>
        <w:br/>
        <w:t>vn 0.6240 -0.3070 0.7186</w:t>
        <w:br/>
        <w:t>vn 0.3838 0.0814 0.9198</w:t>
        <w:br/>
        <w:t>vn 0.6012 0.1530 0.7843</w:t>
        <w:br/>
        <w:t>vn 0.6372 0.1200 0.7613</w:t>
        <w:br/>
        <w:t>vn 0.3993 0.0674 0.9143</w:t>
        <w:br/>
        <w:t>vn 0.3456 0.0674 0.9360</w:t>
        <w:br/>
        <w:t>vn 0.5017 0.1409 0.8535</w:t>
        <w:br/>
        <w:t>vn 0.5521 0.1632 0.8177</w:t>
        <w:br/>
        <w:t>vn 0.3669 0.0933 0.9256</w:t>
        <w:br/>
        <w:t>vn 0.9230 -0.3133 0.2236</w:t>
        <w:br/>
        <w:t>vn 0.9589 0.1148 0.2593</w:t>
        <w:br/>
        <w:t>vn 0.9899 0.1359 0.0397</w:t>
        <w:br/>
        <w:t>vn 0.9470 -0.3191 0.0354</w:t>
        <w:br/>
        <w:t>vn 0.8223 -0.3108 0.4767</w:t>
        <w:br/>
        <w:t>vn 0.8468 0.0801 0.5259</w:t>
        <w:br/>
        <w:t>vn 0.8963 0.3906 -0.2100</w:t>
        <w:br/>
        <w:t>vn 0.8029 0.4337 -0.4089</w:t>
        <w:br/>
        <w:t>vn 0.7549 0.5374 -0.3760</w:t>
        <w:br/>
        <w:t>vn 0.8560 0.4745 -0.2050</w:t>
        <w:br/>
        <w:t>vn 0.8000 0.4681 -0.3752</w:t>
        <w:br/>
        <w:t>vn 0.9048 0.3628 -0.2229</w:t>
        <w:br/>
        <w:t>vn 0.9492 0.2452 -0.1975</w:t>
        <w:br/>
        <w:t>vn 0.8896 0.3218 -0.3242</w:t>
        <w:br/>
        <w:t>vn 0.9242 0.3461 -0.1618</w:t>
        <w:br/>
        <w:t>vn 0.9422 0.3304 0.0551</w:t>
        <w:br/>
        <w:t>vn 0.8904 0.4482 0.0799</w:t>
        <w:br/>
        <w:t>vn 0.8564 0.4798 -0.1907</w:t>
        <w:br/>
        <w:t>vn 0.9104 0.4041 0.0889</w:t>
        <w:br/>
        <w:t>vn 0.8390 0.5031 -0.2072</w:t>
        <w:br/>
        <w:t>vn 0.8868 0.4533 0.0901</w:t>
        <w:br/>
        <w:t>vn 0.1699 0.0223 0.9852</w:t>
        <w:br/>
        <w:t>vn 0.2051 0.0351 0.9781</w:t>
        <w:br/>
        <w:t>vn 0.9499 0.1219 -0.2878</w:t>
        <w:br/>
        <w:t>vn 0.9874 0.1443 0.0653</w:t>
        <w:br/>
        <w:t>vn 0.9653 -0.2579 0.0410</w:t>
        <w:br/>
        <w:t>vn 0.9252 -0.2909 -0.2438</w:t>
        <w:br/>
        <w:t>vn 0.9125 -0.2391 0.3320</w:t>
        <w:br/>
        <w:t>vn 0.8968 0.1362 0.4210</w:t>
        <w:br/>
        <w:t>vn 0.7518 0.1223 0.6480</w:t>
        <w:br/>
        <w:t>vn 0.7956 -0.1548 0.5857</w:t>
        <w:br/>
        <w:t>vn 0.1768 0.0642 0.9821</w:t>
        <w:br/>
        <w:t>vn 0.2025 0.0449 0.9783</w:t>
        <w:br/>
        <w:t>vn 0.8617 0.2462 0.4437</w:t>
        <w:br/>
        <w:t>vn 0.9396 0.3295 0.0931</w:t>
        <w:br/>
        <w:t>vn 0.8399 0.3243 0.4351</w:t>
        <w:br/>
        <w:t>vn 0.8626 0.3620 0.3534</w:t>
        <w:br/>
        <w:t>vn 0.9163 0.2707 0.2951</w:t>
        <w:br/>
        <w:t>vn 0.7640 0.2534 0.5934</w:t>
        <w:br/>
        <w:t>vn 0.8140 0.1908 0.5487</w:t>
        <w:br/>
        <w:t>vn 0.6843 0.1846 0.7055</w:t>
        <w:br/>
        <w:t>vn 0.6743 0.2331 0.7007</w:t>
        <w:br/>
        <w:t>vn 0.9820 0.1292 -0.1374</w:t>
        <w:br/>
        <w:t>vn 0.1613 0.0445 0.9859</w:t>
        <w:br/>
        <w:t>vn 0.7138 -0.2245 0.6634</w:t>
        <w:br/>
        <w:t>vn 0.6342 0.1032 0.7663</w:t>
        <w:br/>
        <w:t>vn 0.9377 -0.3295 -0.1106</w:t>
        <w:br/>
        <w:t>vn 0.2558 -0.2928 0.9213</w:t>
        <w:br/>
        <w:t>vn 0.1346 -0.2759 0.9517</w:t>
        <w:br/>
        <w:t>vn 0.8947 0.4150 -0.1650</w:t>
        <w:br/>
        <w:t>vn 0.9152 0.3457 -0.2069</w:t>
        <w:br/>
        <w:t>vn 0.7071 0.2653 0.6555</w:t>
        <w:br/>
        <w:t>vn 0.9884 0.0781 -0.1304</w:t>
        <w:br/>
        <w:t>vn 0.9682 -0.2182 -0.1221</w:t>
        <w:br/>
        <w:t>vn 0.9198 -0.3302 -0.2122</w:t>
        <w:br/>
        <w:t>vn 0.9569 0.1062 -0.2702</w:t>
        <w:br/>
        <w:t>vn 0.8318 -0.3326 -0.4443</w:t>
        <w:br/>
        <w:t>vn 0.8406 0.0879 -0.5345</w:t>
        <w:br/>
        <w:t>vn 0.6170 0.1253 0.7769</w:t>
        <w:br/>
        <w:t>vn 0.7304 0.1808 0.6587</w:t>
        <w:br/>
        <w:t>vn 0.7493 0.1367 0.6480</w:t>
        <w:br/>
        <w:t>vn 0.8145 -0.4643 -0.3478</w:t>
        <w:br/>
        <w:t>vn 0.9276 0.1000 -0.3599</w:t>
        <w:br/>
        <w:t>vn 0.9281 0.2880 -0.2361</w:t>
        <w:br/>
        <w:t>vn 0.8145 0.2919 -0.5014</w:t>
        <w:br/>
        <w:t>vn 0.9444 0.1911 -0.2674</w:t>
        <w:br/>
        <w:t>vn 0.9778 0.1931 0.0815</w:t>
        <w:br/>
        <w:t>vn 0.8857 0.1618 0.4351</w:t>
        <w:br/>
        <w:t>vn 0.7308 0.1372 0.6687</w:t>
        <w:br/>
        <w:t>vn 0.5718 0.2589 0.7785</w:t>
        <w:br/>
        <w:t>vn 0.6495 0.2062 0.7319</w:t>
        <w:br/>
        <w:t>vn 0.5299 0.1393 0.8366</w:t>
        <w:br/>
        <w:t>vn 0.4650 0.1584 0.8710</w:t>
        <w:br/>
        <w:t>vn 0.5745 0.1407 0.8063</w:t>
        <w:br/>
        <w:t>vn 0.9257 0.2697 -0.2651</w:t>
        <w:br/>
        <w:t>vn 0.8373 0.1663 -0.5209</w:t>
        <w:br/>
        <w:t>vn 0.9621 0.2567 0.0918</w:t>
        <w:br/>
        <w:t>vn 0.8745 0.1975 0.4429</w:t>
        <w:br/>
        <w:t>vn 0.7083 0.1524 0.6893</w:t>
        <w:br/>
        <w:t>vn 0.6961 0.2080 0.6872</w:t>
        <w:br/>
        <w:t>vn 0.9305 0.1523 -0.3332</w:t>
        <w:br/>
        <w:t>vn 0.8772 0.4427 -0.1856</w:t>
        <w:br/>
        <w:t>vn 0.7540 0.5362 -0.3795</w:t>
        <w:br/>
        <w:t>vn 0.8728 0.4647 -0.1491</w:t>
        <w:br/>
        <w:t>vn 0.7438 -0.4699 -0.4754</w:t>
        <w:br/>
        <w:t>vn 0.8470 0.0748 -0.5263</w:t>
        <w:br/>
        <w:t>vn 0.6571 0.0461 -0.7524</w:t>
        <w:br/>
        <w:t>vn 0.5811 -0.6984 -0.4178</w:t>
        <w:br/>
        <w:t>vn 0.6637 0.1120 -0.7396</w:t>
        <w:br/>
        <w:t>vn 0.8364 0.1177 -0.5353</w:t>
        <w:br/>
        <w:t>vn 0.3891 0.2097 -0.8970</w:t>
        <w:br/>
        <w:t>vn 0.8268 0.1899 -0.5295</w:t>
        <w:br/>
        <w:t>vn 0.8531 0.1172 -0.5085</w:t>
        <w:br/>
        <w:t>vn 0.4252 0.0965 -0.8999</w:t>
        <w:br/>
        <w:t>vn -0.6733 -0.1338 0.7272</w:t>
        <w:br/>
        <w:t>vn -0.6035 -0.0955 0.7916</w:t>
        <w:br/>
        <w:t>vn -0.2627 -0.0651 0.9627</w:t>
        <w:br/>
        <w:t>vn -0.5871 -0.1359 0.7981</w:t>
        <w:br/>
        <w:t>vn -0.0000 0.3493 -0.9370</w:t>
        <w:br/>
        <w:t>vn 0.0339 0.5158 -0.8561</w:t>
        <w:br/>
        <w:t>vn -0.0317 0.5142 -0.8571</w:t>
        <w:br/>
        <w:t>vn 0.0724 0.9898 0.1226</w:t>
        <w:br/>
        <w:t>vn 0.0021 0.9924 0.1230</w:t>
        <w:br/>
        <w:t>vn -0.1467 0.9544 0.2600</w:t>
        <w:br/>
        <w:t>vn -0.0091 0.9664 0.2570</w:t>
        <w:br/>
        <w:t>vn -0.0749 0.9962 0.0447</w:t>
        <w:br/>
        <w:t>vn -0.0667 0.9978 -0.0010</w:t>
        <w:br/>
        <w:t>vn -0.5641 0.8243 -0.0478</w:t>
        <w:br/>
        <w:t>vn -0.2912 0.9505 0.1083</w:t>
        <w:br/>
        <w:t>vn -0.0564 0.9943 0.0901</w:t>
        <w:br/>
        <w:t>vn -0.2531 0.9458 0.2034</w:t>
        <w:br/>
        <w:t>vn -0.1251 -0.7550 -0.6437</w:t>
        <w:br/>
        <w:t>vn -0.0440 -0.7959 -0.6038</w:t>
        <w:br/>
        <w:t>vn -0.0345 -0.8120 0.5826</w:t>
        <w:br/>
        <w:t>vn -0.1821 -0.7702 0.6112</w:t>
        <w:br/>
        <w:t>vn -0.3151 -0.9158 0.2492</w:t>
        <w:br/>
        <w:t>vn -0.4048 -0.7103 0.5759</w:t>
        <w:br/>
        <w:t>vn -0.0465 0.9985 -0.0272</w:t>
        <w:br/>
        <w:t>vn -0.5709 0.8199 0.0427</w:t>
        <w:br/>
        <w:t>vn 0.0781 -0.9176 0.3898</w:t>
        <w:br/>
        <w:t>vn 0.0000 -0.8199 -0.5725</w:t>
        <w:br/>
        <w:t>vn 0.2735 -0.7697 -0.5768</w:t>
        <w:br/>
        <w:t>vn 0.1464 -0.7636 -0.6288</w:t>
        <w:br/>
        <w:t>vn 0.0491 -0.7951 -0.6044</w:t>
        <w:br/>
        <w:t>vn -0.8383 -0.1153 0.5329</w:t>
        <w:br/>
        <w:t>vn -0.9404 -0.1260 0.3157</w:t>
        <w:br/>
        <w:t>vn -0.9382 -0.1253 0.3227</w:t>
        <w:br/>
        <w:t>vn 0.3196 -0.6785 0.6615</w:t>
        <w:br/>
        <w:t>vn 0.3795 -0.3995 0.8345</w:t>
        <w:br/>
        <w:t>vn 0.2441 -0.6403 0.7283</w:t>
        <w:br/>
        <w:t>vn 0.2348 -0.6993 0.6752</w:t>
        <w:br/>
        <w:t>vn -0.3657 -0.8798 0.3037</w:t>
        <w:br/>
        <w:t>vn -0.6081 -0.6145 0.5026</w:t>
        <w:br/>
        <w:t>vn -0.3767 -0.4742 0.7958</w:t>
        <w:br/>
        <w:t>vn -0.2239 -0.7403 0.6339</w:t>
        <w:br/>
        <w:t>vn -0.6059 -0.0257 0.7951</w:t>
        <w:br/>
        <w:t>vn -0.5214 0.0055 0.8533</w:t>
        <w:br/>
        <w:t>vn -0.6724 -0.0128 0.7401</w:t>
        <w:br/>
        <w:t>vn -0.9477 -0.0944 0.3047</w:t>
        <w:br/>
        <w:t>vn -0.7557 -0.0515 0.6529</w:t>
        <w:br/>
        <w:t>vn -0.6790 -0.7193 0.1468</w:t>
        <w:br/>
        <w:t>vn -0.5362 -0.6261 0.5661</w:t>
        <w:br/>
        <w:t>vn -0.6005 -0.7554 0.2622</w:t>
        <w:br/>
        <w:t>vn -0.6875 -0.7162 -0.1198</w:t>
        <w:br/>
        <w:t>vn -0.9994 -0.0035 0.0347</w:t>
        <w:br/>
        <w:t>vn -0.9929 -0.0854 0.0827</w:t>
        <w:br/>
        <w:t>vn -0.8958 -0.0724 0.4386</w:t>
        <w:br/>
        <w:t>vn -0.9265 -0.0128 0.3762</w:t>
        <w:br/>
        <w:t>vn -0.8352 -0.0277 0.5493</w:t>
        <w:br/>
        <w:t>vn -0.6497 0.0065 0.7601</w:t>
        <w:br/>
        <w:t>vn -0.6246 -0.3599 0.6931</w:t>
        <w:br/>
        <w:t>vn -0.2942 -0.6953 0.6558</w:t>
        <w:br/>
        <w:t>vn -0.4109 -0.9113 0.0271</w:t>
        <w:br/>
        <w:t>vn -0.8661 0.4010 0.2985</w:t>
        <w:br/>
        <w:t>vn -0.9032 0.4271 -0.0433</w:t>
        <w:br/>
        <w:t>vn -0.9933 -0.0803 0.0825</w:t>
        <w:br/>
        <w:t>vn -0.8769 -0.0394 0.4791</w:t>
        <w:br/>
        <w:t>vn 0.1471 0.4664 -0.8723</w:t>
        <w:br/>
        <w:t>vn 0.2546 0.2947 -0.9210</w:t>
        <w:br/>
        <w:t>vn 0.2363 0.3066 -0.9220</w:t>
        <w:br/>
        <w:t>vn 0.1139 0.4774 -0.8713</w:t>
        <w:br/>
        <w:t>vn 0.8016 -0.5976 0.0198</w:t>
        <w:br/>
        <w:t>vn 0.7107 -0.6857 -0.1568</w:t>
        <w:br/>
        <w:t>vn 0.7955 -0.5698 0.2062</w:t>
        <w:br/>
        <w:t>vn 0.7570 -0.5347 0.3755</w:t>
        <w:br/>
        <w:t>vn 0.6969 -0.5402 0.4717</w:t>
        <w:br/>
        <w:t>vn 0.3197 0.0483 -0.9463</w:t>
        <w:br/>
        <w:t>vn 0.3305 0.0534 -0.9423</w:t>
        <w:br/>
        <w:t>vn 0.6220 -0.7503 -0.2240</w:t>
        <w:br/>
        <w:t>vn -0.6825 -0.1555 0.7141</w:t>
        <w:br/>
        <w:t>vn -0.7030 -0.1547 0.6941</w:t>
        <w:br/>
        <w:t>vn -0.8240 -0.1945 0.5322</w:t>
        <w:br/>
        <w:t>vn 0.7255 -0.3024 0.6182</w:t>
        <w:br/>
        <w:t>vn 0.6369 -0.5804 0.5074</w:t>
        <w:br/>
        <w:t>vn -0.3484 -0.5369 0.7684</w:t>
        <w:br/>
        <w:t>vn -0.3368 -0.4527 0.8256</w:t>
        <w:br/>
        <w:t>vn -0.0965 -0.5963 0.7970</w:t>
        <w:br/>
        <w:t>vn -0.2672 -0.8323 0.4856</w:t>
        <w:br/>
        <w:t>vn -0.1912 -0.0757 -0.9786</w:t>
        <w:br/>
        <w:t>vn -0.5675 -0.1032 -0.8169</w:t>
        <w:br/>
        <w:t>vn -0.5174 -0.0899 -0.8510</w:t>
        <w:br/>
        <w:t>vn -0.1162 -0.0471 -0.9921</w:t>
        <w:br/>
        <w:t>vn 0.5945 -0.7607 -0.2606</w:t>
        <w:br/>
        <w:t>vn 0.5342 -0.8147 -0.2256</w:t>
        <w:br/>
        <w:t>vn -0.5582 -0.1201 0.8210</w:t>
        <w:br/>
        <w:t>vn -0.6887 -0.1635 0.7064</w:t>
        <w:br/>
        <w:t>vn -0.7563 -0.1507 0.6366</w:t>
        <w:br/>
        <w:t>vn -0.5188 -0.0904 0.8501</w:t>
        <w:br/>
        <w:t>vn -0.2780 0.3841 -0.8805</w:t>
        <w:br/>
        <w:t>vn -0.0524 0.2963 -0.9536</w:t>
        <w:br/>
        <w:t>vn -0.4657 0.1847 -0.8655</w:t>
        <w:br/>
        <w:t>vn -0.7207 0.1610 -0.6742</w:t>
        <w:br/>
        <w:t>vn -0.6733 -0.1338 0.7271</w:t>
        <w:br/>
        <w:t>vn -0.5403 -0.0995 0.8356</w:t>
        <w:br/>
        <w:t>vn -0.4254 -0.0236 -0.9047</w:t>
        <w:br/>
        <w:t>vn 0.0061 0.0401 -0.9992</w:t>
        <w:br/>
        <w:t>vn 0.5205 -0.7698 -0.3696</w:t>
        <w:br/>
        <w:t>vn 0.5959 -0.6948 -0.4027</w:t>
        <w:br/>
        <w:t>vn 0.6139 -0.6819 -0.3976</w:t>
        <w:br/>
        <w:t>vn -0.4574 -0.0679 -0.8866</w:t>
        <w:br/>
        <w:t>vn -0.6171 -0.1066 -0.7796</w:t>
        <w:br/>
        <w:t>vn -0.8190 -0.1166 -0.5618</w:t>
        <w:br/>
        <w:t>vn -0.8257 -0.0999 -0.5552</w:t>
        <w:br/>
        <w:t>vn -0.4177 0.9080 -0.0318</w:t>
        <w:br/>
        <w:t>vn -0.5824 0.8076 0.0924</w:t>
        <w:br/>
        <w:t>vn -0.5757 0.8150 0.0667</w:t>
        <w:br/>
        <w:t>vn -0.5757 0.8150 0.0656</w:t>
        <w:br/>
        <w:t>vn -0.8859 -0.1380 0.4429</w:t>
        <w:br/>
        <w:t>vn -0.9389 -0.1517 0.3090</w:t>
        <w:br/>
        <w:t>vn -0.5931 -0.0741 0.8017</w:t>
        <w:br/>
        <w:t>vn -0.5323 -0.0704 0.8437</w:t>
        <w:br/>
        <w:t>vn 0.4869 -0.8245 0.2884</w:t>
        <w:br/>
        <w:t>vn 0.4770 -0.4937 0.7271</w:t>
        <w:br/>
        <w:t>vn 0.5536 -0.7079 0.4386</w:t>
        <w:br/>
        <w:t>vn -0.1242 0.0411 0.9914</w:t>
        <w:br/>
        <w:t>vn -0.1331 0.0259 0.9908</w:t>
        <w:br/>
        <w:t>vn -0.2112 0.0278 0.9770</w:t>
        <w:br/>
        <w:t>vn -0.0798 0.0603 0.9950</w:t>
        <w:br/>
        <w:t>vn -0.3514 -0.0255 0.9359</w:t>
        <w:br/>
        <w:t>vn 0.3054 0.0275 0.9518</w:t>
        <w:br/>
        <w:t>vn 0.2602 -0.0296 0.9651</w:t>
        <w:br/>
        <w:t>vn -0.4383 -0.0257 0.8985</w:t>
        <w:br/>
        <w:t>vn -0.3695 0.0202 0.9290</w:t>
        <w:br/>
        <w:t>vn 0.2837 0.0755 0.9559</w:t>
        <w:br/>
        <w:t>vn 0.2356 0.2582 0.9369</w:t>
        <w:br/>
        <w:t>vn 0.2629 0.1210 0.9572</w:t>
        <w:br/>
        <w:t>vn -0.4055 0.0507 0.9127</w:t>
        <w:br/>
        <w:t>vn -0.2150 -0.0015 0.9766</w:t>
        <w:br/>
        <w:t>vn 0.0397 -0.0078 0.9992</w:t>
        <w:br/>
        <w:t>vn 0.2212 0.3811 0.8977</w:t>
        <w:br/>
        <w:t>vn 0.1522 0.0275 0.9880</w:t>
        <w:br/>
        <w:t>vn 0.4650 0.3362 0.8190</w:t>
        <w:br/>
        <w:t>vn 0.3529 0.3867 0.8520</w:t>
        <w:br/>
        <w:t>vn 0.2252 0.0494 0.9730</w:t>
        <w:br/>
        <w:t>vn 0.0361 0.0663 0.9972</w:t>
        <w:br/>
        <w:t>vn 0.5426 0.2622 0.7980</w:t>
        <w:br/>
        <w:t>vn 0.1636 0.0705 0.9840</w:t>
        <w:br/>
        <w:t>vn 0.7084 0.1889 0.6801</w:t>
        <w:br/>
        <w:t>vn 0.7067 0.2264 0.6703</w:t>
        <w:br/>
        <w:t>vn 0.2083 0.1085 0.9720</w:t>
        <w:br/>
        <w:t>vn 0.0658 -0.0140 0.9977</w:t>
        <w:br/>
        <w:t>vn 0.6868 0.1214 0.7167</w:t>
        <w:br/>
        <w:t>vn 0.5637 0.0385 -0.8251</w:t>
        <w:br/>
        <w:t>vn 0.6377 0.1190 -0.7610</w:t>
        <w:br/>
        <w:t>vn 0.9410 0.1429 -0.3067</w:t>
        <w:br/>
        <w:t>vn 0.9287 0.0988 -0.3574</w:t>
        <w:br/>
        <w:t>vn 0.9335 0.3191 -0.1635</w:t>
        <w:br/>
        <w:t>vn 0.8990 0.4078 -0.1598</w:t>
        <w:br/>
        <w:t>vn 0.8185 0.5036 -0.2765</w:t>
        <w:br/>
        <w:t>vn 0.8480 0.4984 -0.1803</w:t>
        <w:br/>
        <w:t>vn 0.6278 -0.0644 -0.7757</w:t>
        <w:br/>
        <w:t>vn 0.8942 0.2447 -0.3749</w:t>
        <w:br/>
        <w:t>vn 0.9475 -0.0432 -0.3168</w:t>
        <w:br/>
        <w:t>vn 0.9473 0.2352 -0.2173</w:t>
        <w:br/>
        <w:t>vn 0.9531 -0.2197 -0.2081</w:t>
        <w:br/>
        <w:t>vn 0.9832 0.1473 -0.1075</w:t>
        <w:br/>
        <w:t>vn 0.9560 -0.2744 -0.1039</w:t>
        <w:br/>
        <w:t>vn 0.9922 0.1181 0.0404</w:t>
        <w:br/>
        <w:t>vn 0.9585 -0.2826 0.0370</w:t>
        <w:br/>
        <w:t>vn 0.9595 0.1389 0.2453</w:t>
        <w:br/>
        <w:t>vn 0.9375 -0.2629 0.2282</w:t>
        <w:br/>
        <w:t>vn 0.8463 0.1530 0.5102</w:t>
        <w:br/>
        <w:t>vn 0.8383 -0.2482 0.4855</w:t>
        <w:br/>
        <w:t>vn 0.6307 0.1609 0.7592</w:t>
        <w:br/>
        <w:t>vn 0.6335 -0.2454 0.7338</w:t>
        <w:br/>
        <w:t>vn 0.3906 0.2076 0.8969</w:t>
        <w:br/>
        <w:t>vn 0.4104 -0.2234 0.8841</w:t>
        <w:br/>
        <w:t>vn 0.2067 0.2788 0.9378</w:t>
        <w:br/>
        <w:t>vn 0.2571 -0.1727 0.9508</w:t>
        <w:br/>
        <w:t>vn 0.0459 0.3231 0.9453</w:t>
        <w:br/>
        <w:t>vn 0.1166 -0.1108 0.9870</w:t>
        <w:br/>
        <w:t>vn -0.0049 -0.1358 0.9907</w:t>
        <w:br/>
        <w:t>vn -0.3010 0.5531 0.7769</w:t>
        <w:br/>
        <w:t>vn 0.0851 -0.1319 0.9876</w:t>
        <w:br/>
        <w:t>vn -0.4870 0.1906 0.8524</w:t>
        <w:br/>
        <w:t>vn 0.6138 -0.5663 0.5500</w:t>
        <w:br/>
        <w:t>vn 0.6123 -0.5947 0.5210</w:t>
        <w:br/>
        <w:t>vn 0.6947 -0.1020 0.7121</w:t>
        <w:br/>
        <w:t>vn 0.9008 -0.2343 -0.3657</w:t>
        <w:br/>
        <w:t>vn 0.6169 -0.2957 -0.7294</w:t>
        <w:br/>
        <w:t>vn -0.5591 -0.1013 0.8229</w:t>
        <w:br/>
        <w:t>vn -0.7741 -0.1224 0.6212</w:t>
        <w:br/>
        <w:t>vn 0.3270 -0.1851 0.9267</w:t>
        <w:br/>
        <w:t>vn -0.0626 -0.2419 0.9683</w:t>
        <w:br/>
        <w:t>vn 0.4597 0.1151 0.8806</w:t>
        <w:br/>
        <w:t>vn 0.4469 0.0261 0.8942</w:t>
        <w:br/>
        <w:t>vn 0.4550 0.1458 0.8785</w:t>
        <w:br/>
        <w:t>vn 0.4349 0.1199 0.8925</w:t>
        <w:br/>
        <w:t>vn 0.4159 0.1225 0.9011</w:t>
        <w:br/>
        <w:t>vn 0.3549 0.1431 0.9239</w:t>
        <w:br/>
        <w:t>vn 0.5172 0.1440 0.8437</w:t>
        <w:br/>
        <w:t>vn 0.1028 0.0057 0.9947</w:t>
        <w:br/>
        <w:t>vn 0.5470 0.0765 0.8336</w:t>
        <w:br/>
        <w:t>vn -0.4108 -0.0489 0.9104</w:t>
        <w:br/>
        <w:t>vn 0.4533 -0.6007 0.6585</w:t>
        <w:br/>
        <w:t>vn 0.4588 -0.6517 0.6040</w:t>
        <w:br/>
        <w:t>vn 0.4898 -0.6565 0.5738</w:t>
        <w:br/>
        <w:t>vn -0.4130 -0.0727 0.9078</w:t>
        <w:br/>
        <w:t>vn 0.5453 -0.1307 0.8280</w:t>
        <w:br/>
        <w:t>vn 0.1159 -0.1410 0.9832</w:t>
        <w:br/>
        <w:t>vn 0.7314 0.1684 0.6609</w:t>
        <w:br/>
        <w:t>vn 0.7283 0.1042 0.6773</w:t>
        <w:br/>
        <w:t>vn -0.2152 -0.0607 0.9747</w:t>
        <w:br/>
        <w:t>vn 0.8639 0.0815 -0.4970</w:t>
        <w:br/>
        <w:t>vn 0.3942 0.0233 -0.9187</w:t>
        <w:br/>
        <w:t>vn 0.8329 0.3545 -0.4250</w:t>
        <w:br/>
        <w:t>vn 0.6636 0.4435 -0.6024</w:t>
        <w:br/>
        <w:t>vn 0.6901 0.3524 -0.6321</w:t>
        <w:br/>
        <w:t>vn 0.8356 0.2945 -0.4637</w:t>
        <w:br/>
        <w:t>vn 0.4121 -0.8821 -0.2283</w:t>
        <w:br/>
        <w:t>vn -0.3261 0.9417 -0.0825</w:t>
        <w:br/>
        <w:t>vn -0.8006 0.5507 -0.2364</w:t>
        <w:br/>
        <w:t>vn 0.8464 -0.2011 -0.4931</w:t>
        <w:br/>
        <w:t>vn 0.5004 -0.2687 -0.8230</w:t>
        <w:br/>
        <w:t>vn -0.5270 -0.6266 0.5742</w:t>
        <w:br/>
        <w:t>vn -0.8732 -0.1191 0.4726</w:t>
        <w:br/>
        <w:t>vn -0.9449 -0.3005 -0.1300</w:t>
        <w:br/>
        <w:t>vn -0.9010 0.0919 0.4240</w:t>
        <w:br/>
        <w:t>vn -0.6482 -0.2082 0.7325</w:t>
        <w:br/>
        <w:t>vn -0.6474 -0.1542 0.7464</w:t>
        <w:br/>
        <w:t>vn 0.5422 -0.2495 0.8024</w:t>
        <w:br/>
        <w:t>vn 0.0265 0.1609 -0.9866</w:t>
        <w:br/>
        <w:t>vn 0.6566 0.2219 -0.7209</w:t>
        <w:br/>
        <w:t>vn -0.2764 0.4685 -0.8391</w:t>
        <w:br/>
        <w:t>vn 0.4448 0.5954 -0.6691</w:t>
        <w:br/>
        <w:t>vn 0.5692 0.4810 -0.6669</w:t>
        <w:br/>
        <w:t>vn 0.0933 0.6096 -0.7872</w:t>
        <w:br/>
        <w:t>vn 0.0878 0.6440 -0.7599</w:t>
        <w:br/>
        <w:t>vn -0.4910 0.4160 -0.7654</w:t>
        <w:br/>
        <w:t>vn -0.0904 0.5479 -0.8316</w:t>
        <w:br/>
        <w:t>vn 0.8717 0.2718 -0.4078</w:t>
        <w:br/>
        <w:t>vn 0.8266 0.4122 -0.3832</w:t>
        <w:br/>
        <w:t>vn 0.9353 0.0670 -0.3473</w:t>
        <w:br/>
        <w:t>vn -0.1794 0.8975 0.4028</w:t>
        <w:br/>
        <w:t>vn 0.0481 0.2913 0.9554</w:t>
        <w:br/>
        <w:t>vn -0.2614 0.5773 0.7735</w:t>
        <w:br/>
        <w:t>vn 0.0401 -0.2898 0.9562</w:t>
        <w:br/>
        <w:t>vn 0.9468 0.2516 -0.2007</w:t>
        <w:br/>
        <w:t>vn 0.6340 0.2205 0.7413</w:t>
        <w:br/>
        <w:t>vn 0.3001 0.2397 0.9233</w:t>
        <w:br/>
        <w:t>vn 0.4393 0.2403 0.8656</w:t>
        <w:br/>
        <w:t>vn 0.2669 0.3816 0.8850</w:t>
        <w:br/>
        <w:t>vn 0.2066 0.2301 0.9510</w:t>
        <w:br/>
        <w:t>vn -0.4104 0.0117 -0.9118</w:t>
        <w:br/>
        <w:t>vn -0.3911 0.1265 -0.9116</w:t>
        <w:br/>
        <w:t>vn -0.8031 -0.0476 -0.5940</w:t>
        <w:br/>
        <w:t>vn -0.7629 0.0357 -0.6455</w:t>
        <w:br/>
        <w:t>vn 0.3786 0.7768 -0.5032</w:t>
        <w:br/>
        <w:t>vn 0.2882 0.6864 -0.6677</w:t>
        <w:br/>
        <w:t>vn 0.8254 0.2873 -0.4859</w:t>
        <w:br/>
        <w:t>vn 0.9454 0.2421 -0.2182</w:t>
        <w:br/>
        <w:t>vn -0.6945 0.1329 0.7071</w:t>
        <w:br/>
        <w:t>vn -0.8464 0.1507 0.5107</w:t>
        <w:br/>
        <w:t>vn -0.9397 0.1910 0.2838</w:t>
        <w:br/>
        <w:t>vn -0.9645 0.2167 0.1507</w:t>
        <w:br/>
        <w:t>vn 0.6416 -0.2436 -0.7273</w:t>
        <w:br/>
        <w:t>vn 0.6296 -0.3032 -0.7154</w:t>
        <w:br/>
        <w:t>vn 0.4355 -0.3448 -0.8315</w:t>
        <w:br/>
        <w:t>vn 0.4276 -0.2809 -0.8592</w:t>
        <w:br/>
        <w:t>vn 0.4852 0.5950 -0.6407</w:t>
        <w:br/>
        <w:t>vn 0.3752 0.6041 -0.7031</w:t>
        <w:br/>
        <w:t>vn 0.4015 0.4829 -0.7782</w:t>
        <w:br/>
        <w:t>vn 0.5291 0.4717 -0.7053</w:t>
        <w:br/>
        <w:t>vn 0.4503 0.7884 -0.4190</w:t>
        <w:br/>
        <w:t>vn 0.4087 0.7954 -0.4476</w:t>
        <w:br/>
        <w:t>vn 0.3168 0.7100 -0.6289</w:t>
        <w:br/>
        <w:t>vn 0.2005 0.4964 -0.8446</w:t>
        <w:br/>
        <w:t>vn 0.5785 0.2894 -0.7626</w:t>
        <w:br/>
        <w:t>vn 0.6244 0.0388 -0.7801</w:t>
        <w:br/>
        <w:t>vn 0.2525 0.0473 -0.9664</w:t>
        <w:br/>
        <w:t>vn 0.4567 0.0317 -0.8891</w:t>
        <w:br/>
        <w:t>vn 0.4412 0.2880 -0.8499</w:t>
        <w:br/>
        <w:t>vn 0.2456 0.2862 -0.9261</w:t>
        <w:br/>
        <w:t>vn 0.2293 -0.2545 -0.9395</w:t>
        <w:br/>
        <w:t>vn 0.2432 -0.3216 -0.9151</w:t>
        <w:br/>
        <w:t>vn 0.0815 0.0602 -0.9948</w:t>
        <w:br/>
        <w:t>vn 0.0875 0.2958 -0.9512</w:t>
        <w:br/>
        <w:t>vn -0.0031 0.6444 -0.7647</w:t>
        <w:br/>
        <w:t>vn 0.0003 0.3094 -0.9509</w:t>
        <w:br/>
        <w:t>vn 0.2456 0.5919 -0.7677</w:t>
        <w:br/>
        <w:t>vn 0.0755 -0.2127 -0.9742</w:t>
        <w:br/>
        <w:t>vn 0.0848 -0.2937 -0.9521</w:t>
        <w:br/>
        <w:t>vn 0.0034 -0.2804 -0.9599</w:t>
        <w:br/>
        <w:t>vn 0.0029 -0.1936 -0.9811</w:t>
        <w:br/>
        <w:t>vn 0.0003 0.0643 -0.9979</w:t>
        <w:br/>
        <w:t>vn 0.1471 0.4664 -0.8722</w:t>
        <w:br/>
        <w:t>vn 0.1714 0.4357 -0.8836</w:t>
        <w:br/>
        <w:t>vn 0.0184 0.7347 -0.6781</w:t>
        <w:br/>
        <w:t>vn 0.3968 0.7092 -0.5827</w:t>
        <w:br/>
        <w:t>vn 0.1392 0.5574 -0.8185</w:t>
        <w:br/>
        <w:t>vn 0.4863 0.7562 -0.4378</w:t>
        <w:br/>
        <w:t>vn 0.5287 0.6178 -0.5821</w:t>
        <w:br/>
        <w:t>vn 0.4762 0.6185 -0.6250</w:t>
        <w:br/>
        <w:t>vn 0.4610 0.7745 -0.4332</w:t>
        <w:br/>
        <w:t>vn 0.2034 0.6392 -0.7417</w:t>
        <w:br/>
        <w:t>vn 0.3848 0.7957 -0.4677</w:t>
        <w:br/>
        <w:t>vn 0.4120 0.7987 -0.4386</w:t>
        <w:br/>
        <w:t>vn 0.3164 0.6257 -0.7130</w:t>
        <w:br/>
        <w:t>vn 0.2674 0.6740 -0.6887</w:t>
        <w:br/>
        <w:t>vn -0.4677 -0.2946 -0.8333</w:t>
        <w:br/>
        <w:t>vn -0.4640 -0.3677 -0.8059</w:t>
        <w:br/>
        <w:t>vn -0.6743 -0.3190 -0.6660</w:t>
        <w:br/>
        <w:t>vn -0.6995 -0.2375 -0.6741</w:t>
        <w:br/>
        <w:t>vn -0.3750 0.6991 -0.6088</w:t>
        <w:br/>
        <w:t>vn 0.0296 0.3988 -0.9165</w:t>
        <w:br/>
        <w:t>vn -0.0543 0.5338 -0.8439</w:t>
        <w:br/>
        <w:t>vn -0.3880 0.7563 -0.5267</w:t>
        <w:br/>
        <w:t>vn -0.4434 0.5918 -0.6731</w:t>
        <w:br/>
        <w:t>vn -0.3739 0.5972 -0.7096</w:t>
        <w:br/>
        <w:t>vn -0.4041 0.7935 -0.4550</w:t>
        <w:br/>
        <w:t>vn -0.4269 0.8081 -0.4059</w:t>
        <w:br/>
        <w:t>vn -0.3859 0.5214 -0.7611</w:t>
        <w:br/>
        <w:t>vn -0.2131 0.5229 -0.8253</w:t>
        <w:br/>
        <w:t>vn -0.3265 0.7082 -0.6260</w:t>
        <w:br/>
        <w:t>vn -0.4734 0.2079 -0.8559</w:t>
        <w:br/>
        <w:t>vn -0.5800 0.1417 -0.8022</w:t>
        <w:br/>
        <w:t>vn -0.6208 0.0315 -0.7834</w:t>
        <w:br/>
        <w:t>vn -0.2931 -0.0004 -0.9561</w:t>
        <w:br/>
        <w:t>vn -0.2949 0.2759 -0.9148</w:t>
        <w:br/>
        <w:t>vn -0.4454 0.2713 -0.8532</w:t>
        <w:br/>
        <w:t>vn -0.4781 -0.0267 -0.8779</w:t>
        <w:br/>
        <w:t>vn -0.2548 -0.2737 -0.9275</w:t>
        <w:br/>
        <w:t>vn -0.2667 -0.3387 -0.9023</w:t>
        <w:br/>
        <w:t>vn -0.1077 0.0446 -0.9932</w:t>
        <w:br/>
        <w:t>vn -0.1246 0.2950 -0.9473</w:t>
        <w:br/>
        <w:t>vn -0.2677 0.6070 -0.7483</w:t>
        <w:br/>
        <w:t>vn -0.0833 -0.2152 -0.9730</w:t>
        <w:br/>
        <w:t>vn -0.0926 -0.2918 -0.9520</w:t>
        <w:br/>
        <w:t>vn -0.8073 0.1995 -0.5554</w:t>
        <w:br/>
        <w:t>vn -0.6668 0.1513 -0.7297</w:t>
        <w:br/>
        <w:t>vn -0.7363 0.0936 -0.6701</w:t>
        <w:br/>
        <w:t>vn -0.8345 0.0842 -0.5445</w:t>
        <w:br/>
        <w:t>vn -0.4552 0.5104 -0.7295</w:t>
        <w:br/>
        <w:t>vn -0.3105 0.5173 -0.7975</w:t>
        <w:br/>
        <w:t>vn -0.4183 0.8245 -0.3811</w:t>
        <w:br/>
        <w:t>vn -0.4006 0.8073 -0.4334</w:t>
        <w:br/>
        <w:t>vn -0.1518 0.5579 -0.8159</w:t>
        <w:br/>
        <w:t>vn -0.2838 0.6825 -0.6735</w:t>
        <w:br/>
        <w:t>vn 0.0700 0.9684 -0.2395</w:t>
        <w:br/>
        <w:t>vn 0.0701 0.9684 -0.2395</w:t>
        <w:br/>
        <w:t>vn 0.0389 0.9499 -0.3100</w:t>
        <w:br/>
        <w:t>vn -0.0240 0.9995 -0.0205</w:t>
        <w:br/>
        <w:t>vn 0.0267 0.9942 -0.1041</w:t>
        <w:br/>
        <w:t>vn 0.0788 0.9915 -0.1036</w:t>
        <w:br/>
        <w:t>vn -0.0233 0.9778 -0.2082</w:t>
        <w:br/>
        <w:t>vn -0.0695 0.9875 0.1418</w:t>
        <w:br/>
        <w:t>vn -0.0346 0.9989 -0.0318</w:t>
        <w:br/>
        <w:t>vn -0.0438 0.9851 0.1661</w:t>
        <w:br/>
        <w:t>vn -0.0007 0.9989 0.0464</w:t>
        <w:br/>
        <w:t>vn 0.0021 0.9826 0.1858</w:t>
        <w:br/>
        <w:t>vn 0.0452 0.9905 -0.1301</w:t>
        <w:br/>
        <w:t>vn 0.0373 0.9908 -0.1303</w:t>
        <w:br/>
        <w:t>vn -0.0953 0.9781 -0.1852</w:t>
        <w:br/>
        <w:t>vn -0.0313 0.9895 -0.1412</w:t>
        <w:br/>
        <w:t>vn -0.1291 0.9867 -0.0993</w:t>
        <w:br/>
        <w:t>vn -0.2039 0.9674 -0.1502</w:t>
        <w:br/>
        <w:t>vn 0.5527 -0.2425 -0.7974</w:t>
        <w:br/>
        <w:t>vn 0.4044 -0.0173 -0.9144</w:t>
        <w:br/>
        <w:t>vn 0.6733 -0.4862 -0.5570</w:t>
        <w:br/>
        <w:t>vn 0.5164 -0.1461 -0.8438</w:t>
        <w:br/>
        <w:t>vn 0.0755 0.9960 -0.0486</w:t>
        <w:br/>
        <w:t>vn 0.0612 0.9954 -0.0735</w:t>
        <w:br/>
        <w:t>vn 0.0583 0.9936 0.0964</w:t>
        <w:br/>
        <w:t>vn 0.0353 0.9994 -0.0047</w:t>
        <w:br/>
        <w:t>vn -0.5054 0.1367 0.8520</w:t>
        <w:br/>
        <w:t>vn -0.8411 0.1693 0.5137</w:t>
        <w:br/>
        <w:t>vn -0.8364 0.2061 0.5080</w:t>
        <w:br/>
        <w:t>vn -0.2500 0.5063 0.8253</w:t>
        <w:br/>
        <w:t>vn 0.5505 -0.3210 -0.7707</w:t>
        <w:br/>
        <w:t>vn 0.6500 -0.5502 -0.5242</w:t>
        <w:br/>
        <w:t>vn 0.5092 -0.5550 -0.6578</w:t>
        <w:br/>
        <w:t>vn 0.2013 -0.6179 -0.7601</w:t>
        <w:br/>
        <w:t>vn 0.0135 -0.2156 -0.9764</w:t>
        <w:br/>
        <w:t>vn 0.3400 -0.1832 -0.9224</w:t>
        <w:br/>
        <w:t>vn -0.0082 0.5556 -0.8314</w:t>
        <w:br/>
        <w:t>vn -0.9388 0.0714 -0.3371</w:t>
        <w:br/>
        <w:t>vn -0.8371 -0.1162 -0.5345</w:t>
        <w:br/>
        <w:t>vn -0.9023 0.1417 -0.4071</w:t>
        <w:br/>
        <w:t>vn -0.6385 0.1388 -0.7570</w:t>
        <w:br/>
        <w:t>vn -0.9444 0.2116 -0.2515</w:t>
        <w:br/>
        <w:t>vn -0.8249 0.1810 0.5354</w:t>
        <w:br/>
        <w:t>vn -0.8557 0.1788 -0.4857</w:t>
        <w:br/>
        <w:t>vn -0.8676 -0.1495 -0.4742</w:t>
        <w:br/>
        <w:t>vn -0.9380 -0.0072 -0.3465</w:t>
        <w:br/>
        <w:t>vn -0.9357 0.2816 0.2127</w:t>
        <w:br/>
        <w:t>vn 0.3327 -0.1558 -0.9301</w:t>
        <w:br/>
        <w:t>vn 0.3779 -0.2465 -0.8924</w:t>
        <w:br/>
        <w:t>vn -0.8394 -0.2531 -0.4810</w:t>
        <w:br/>
        <w:t>vn 0.4152 0.0428 -0.9087</w:t>
        <w:br/>
        <w:t>vn 0.6404 0.0326 -0.7673</w:t>
        <w:br/>
        <w:t>vn 0.4069 0.0139 -0.9134</w:t>
        <w:br/>
        <w:t>vn -0.7004 0.0873 -0.7084</w:t>
        <w:br/>
        <w:t>vn -0.4597 0.0694 -0.8853</w:t>
        <w:br/>
        <w:t>vn -0.2360 0.0774 -0.9687</w:t>
        <w:br/>
        <w:t>vn -0.0676 0.1188 -0.9906</w:t>
        <w:br/>
        <w:t>vn -0.0006 0.1457 -0.9893</w:t>
        <w:br/>
        <w:t>vn 0.0570 0.1296 -0.9899</w:t>
        <w:br/>
        <w:t>vn 0.2101 0.0777 -0.9746</w:t>
        <w:br/>
        <w:t>vn -0.9165 0.3724 -0.1465</w:t>
        <w:br/>
        <w:t>vn -0.8750 0.4641 -0.1382</w:t>
        <w:br/>
        <w:t>vn -0.7550 0.5346 -0.3796</w:t>
        <w:br/>
        <w:t>vn -0.8069 0.4408 -0.3931</w:t>
        <w:br/>
        <w:t>vn -0.8646 0.3824 -0.3259</w:t>
        <w:br/>
        <w:t>vn -0.7213 0.6181 -0.3125</w:t>
        <w:br/>
        <w:t>vn -0.2972 0.6915 -0.6584</w:t>
        <w:br/>
        <w:t>vn -0.2794 0.5118 -0.8124</w:t>
        <w:br/>
        <w:t>vn -0.6270 0.5784 -0.5218</w:t>
        <w:br/>
        <w:t>vn -0.6344 0.5456 -0.5476</w:t>
        <w:br/>
        <w:t>vn -0.8504 0.4273 -0.3070</w:t>
        <w:br/>
        <w:t>vn -0.8354 0.4536 -0.3104</w:t>
        <w:br/>
        <w:t>vn -0.9130 0.3970 0.0944</w:t>
        <w:br/>
        <w:t>vn -0.9223 0.3792 0.0750</w:t>
        <w:br/>
        <w:t>vn -0.8644 0.4098 -0.2913</w:t>
        <w:br/>
        <w:t>vn -0.8401 0.4315 -0.3287</w:t>
        <w:br/>
        <w:t>vn -0.8372 0.4753 -0.2707</w:t>
        <w:br/>
        <w:t>vn -0.9060 0.3972 0.1466</w:t>
        <w:br/>
        <w:t>vn -0.9069 0.4004 0.1312</w:t>
        <w:br/>
        <w:t>vn -0.9483 -0.3105 0.0666</w:t>
        <w:br/>
        <w:t>vn -0.9884 0.1310 0.0767</w:t>
        <w:br/>
        <w:t>vn -0.9669 0.1179 -0.2262</w:t>
        <w:br/>
        <w:t>vn -0.9239 -0.3334 -0.1876</w:t>
        <w:br/>
        <w:t>vn -0.9167 -0.2729 0.2918</w:t>
        <w:br/>
        <w:t>vn -0.9222 0.1471 0.3578</w:t>
        <w:br/>
        <w:t>vn -0.8592 -0.2317 0.4561</w:t>
        <w:br/>
        <w:t>vn -0.8355 0.1729 0.5216</w:t>
        <w:br/>
        <w:t>vn -0.8468 0.3140 0.4294</w:t>
        <w:br/>
        <w:t>vn -0.8664 0.3422 0.3636</w:t>
        <w:br/>
        <w:t>vn -0.8807 0.3335 0.3364</w:t>
        <w:br/>
        <w:t>vn -0.8990 0.3008 0.3183</w:t>
        <w:br/>
        <w:t>vn -0.9318 0.3184 0.1744</w:t>
        <w:br/>
        <w:t>vn -0.9517 0.2676 0.1504</w:t>
        <w:br/>
        <w:t>vn -0.9283 0.2813 0.2434</w:t>
        <w:br/>
        <w:t>vn -0.9169 0.3412 0.2070</w:t>
        <w:br/>
        <w:t>vn -0.6958 0.0558 -0.7160</w:t>
        <w:br/>
        <w:t>vn -0.8587 0.0730 -0.5073</w:t>
        <w:br/>
        <w:t>vn -0.6922 -0.4966 -0.5237</w:t>
        <w:br/>
        <w:t>vn -0.6753 -0.4046 -0.6166</w:t>
        <w:br/>
        <w:t>vn -0.7330 0.5343 -0.4210</w:t>
        <w:br/>
        <w:t>vn -0.6548 0.4980 -0.5685</w:t>
        <w:br/>
        <w:t>vn -0.7436 0.4606 -0.4847</w:t>
        <w:br/>
        <w:t>vn -0.7711 0.4287 -0.4707</w:t>
        <w:br/>
        <w:t>vn -0.8047 0.3886 -0.4488</w:t>
        <w:br/>
        <w:t>vn -0.7513 0.4068 -0.5197</w:t>
        <w:br/>
        <w:t>vn -0.8640 0.0929 -0.4949</w:t>
        <w:br/>
        <w:t>vn -0.8321 -0.3728 -0.4107</w:t>
        <w:br/>
        <w:t>vn -0.9373 0.3219 0.1338</w:t>
        <w:br/>
        <w:t>vn -0.8592 0.2571 0.4424</w:t>
        <w:br/>
        <w:t>vn -0.8008 0.2069 0.5621</w:t>
        <w:br/>
        <w:t>vn 0.1653 -0.0276 0.9858</w:t>
        <w:br/>
        <w:t>vn 0.1486 -0.0021 0.9889</w:t>
        <w:br/>
        <w:t>vn -0.5206 0.1786 0.8349</w:t>
        <w:br/>
        <w:t>vn -0.4989 0.1101 0.8597</w:t>
        <w:br/>
        <w:t>vn -0.8460 0.3926 -0.3608</w:t>
        <w:br/>
        <w:t>vn -0.9640 0.1766 -0.1986</w:t>
        <w:br/>
        <w:t>vn -0.9534 0.2477 -0.1721</w:t>
        <w:br/>
        <w:t>vn -0.8322 0.2873 -0.4743</w:t>
        <w:br/>
        <w:t>vn -0.8644 0.1654 -0.4748</w:t>
        <w:br/>
        <w:t>vn -0.9799 0.1723 0.1001</w:t>
        <w:br/>
        <w:t>vn -0.9054 0.1560 0.3949</w:t>
        <w:br/>
        <w:t>vn -0.8237 0.1483 0.5473</w:t>
        <w:br/>
        <w:t>vn 0.2389 0.0156 0.9709</w:t>
        <w:br/>
        <w:t>vn 0.2264 -0.0226 0.9738</w:t>
        <w:br/>
        <w:t>vn -0.4550 0.0945 0.8855</w:t>
        <w:br/>
        <w:t>vn -0.4061 0.1328 0.9041</w:t>
        <w:br/>
        <w:t>vn -0.7014 0.1369 -0.6995</w:t>
        <w:br/>
        <w:t>vn -0.8406 0.1357 -0.5243</w:t>
        <w:br/>
        <w:t>vn -0.6780 0.3648 -0.6381</w:t>
        <w:br/>
        <w:t>vn -0.9709 0.2081 0.1185</w:t>
        <w:br/>
        <w:t>vn -0.8921 0.1640 0.4209</w:t>
        <w:br/>
        <w:t>vn -0.8114 0.1451 0.5662</w:t>
        <w:br/>
        <w:t>vn 0.2095 -0.0330 0.9773</w:t>
        <w:br/>
        <w:t>vn -0.4706 0.0924 0.8775</w:t>
        <w:br/>
        <w:t>vn -0.8522 0.3025 -0.4269</w:t>
        <w:br/>
        <w:t>vn 0.6982 0.2110 -0.6842</w:t>
        <w:br/>
        <w:t>vn 0.4408 0.3511 -0.8261</w:t>
        <w:br/>
        <w:t>vn 0.4518 0.2992 -0.8404</w:t>
        <w:br/>
        <w:t>vn 0.7048 0.1578 -0.6916</w:t>
        <w:br/>
        <w:t>vn 0.7521 0.2379 -0.6146</w:t>
        <w:br/>
        <w:t>vn 0.4128 0.4370 -0.7992</w:t>
        <w:br/>
        <w:t>vn 0.8278 0.2066 -0.5216</w:t>
        <w:br/>
        <w:t>vn 0.8278 0.2064 -0.5217</w:t>
        <w:br/>
        <w:t>vn -0.4020 -0.9148 0.0386</w:t>
        <w:br/>
        <w:t>vn -0.4134 -0.9105 -0.0014</w:t>
        <w:br/>
        <w:t>vn -0.3890 -0.9188 0.0671</w:t>
        <w:br/>
        <w:t>vn -0.3901 -0.9148 0.1053</w:t>
        <w:br/>
        <w:t>vn 0.6450 -0.1138 -0.7556</w:t>
        <w:br/>
        <w:t>vn 0.8044 -0.1146 -0.5829</w:t>
        <w:br/>
        <w:t>vn 0.8209 -0.1106 -0.5603</w:t>
        <w:br/>
        <w:t>vn -0.2571 -0.9548 -0.1493</w:t>
        <w:br/>
        <w:t>vn -0.3037 -0.9465 -0.1088</w:t>
        <w:br/>
        <w:t>vn -0.3769 -0.9251 -0.0468</w:t>
        <w:br/>
        <w:t>vn 0.7516 -0.1090 -0.6505</w:t>
        <w:br/>
        <w:t>vn 0.4669 -0.0883 -0.8799</w:t>
        <w:br/>
        <w:t>vn 0.3289 0.0017 -0.9444</w:t>
        <w:br/>
        <w:t>vn 0.7134 -0.0940 -0.6944</w:t>
        <w:br/>
        <w:t>vn 0.2376 0.1477 -0.9601</w:t>
        <w:br/>
        <w:t>vn 0.1330 0.1568 -0.9786</w:t>
        <w:br/>
        <w:t>vn -0.3569 0.1722 0.9181</w:t>
        <w:br/>
        <w:t>vn 0.3242 -0.0380 0.9452</w:t>
        <w:br/>
        <w:t>vn -0.9373 0.1920 0.2908</w:t>
        <w:br/>
        <w:t>vn -0.8247 -0.4160 0.3832</w:t>
        <w:br/>
        <w:t>vn 0.1341 0.0255 0.9906</w:t>
        <w:br/>
        <w:t>vn -0.5345 0.2475 0.8081</w:t>
        <w:br/>
        <w:t>vn -0.9348 0.2104 0.2860</w:t>
        <w:br/>
        <w:t>vn -0.9367 0.1688 0.3067</w:t>
        <w:br/>
        <w:t>vn -0.9382 0.1723 0.3003</w:t>
        <w:br/>
        <w:t>vn -0.3644 -0.9165 0.1648</w:t>
        <w:br/>
        <w:t>vn -0.7252 0.6083 -0.3226</w:t>
        <w:br/>
        <w:t>vn -0.8318 0.4017 -0.3831</w:t>
        <w:br/>
        <w:t>vn -0.2266 0.6013 -0.7662</w:t>
        <w:br/>
        <w:t>vn -0.1162 0.6290 -0.7687</w:t>
        <w:br/>
        <w:t>vn -0.8442 0.4432 -0.3016</w:t>
        <w:br/>
        <w:t>vn -0.8460 0.4320 -0.3125</w:t>
        <w:br/>
        <w:t>vn -0.3470 -0.3172 -0.8826</w:t>
        <w:br/>
        <w:t>vn -0.8121 -0.2498 -0.5273</w:t>
        <w:br/>
        <w:t>vn -0.8610 0.0699 -0.5038</w:t>
        <w:br/>
        <w:t>vn -0.2654 -0.0139 -0.9640</w:t>
        <w:br/>
        <w:t>vn -0.3451 0.5469 -0.7627</w:t>
        <w:br/>
        <w:t>vn -0.8759 0.3666 -0.3136</w:t>
        <w:br/>
        <w:t>vn -0.8558 0.1342 -0.4996</w:t>
        <w:br/>
        <w:t>vn -0.3795 0.0908 -0.9207</w:t>
        <w:br/>
        <w:t>vn -0.4263 0.3895 -0.8165</w:t>
        <w:br/>
        <w:t>vn -0.8877 0.2774 -0.3675</w:t>
        <w:br/>
        <w:t>vn -0.2171 -0.9508 -0.2212</w:t>
        <w:br/>
        <w:t>vn -0.4833 -0.7427 -0.4634</w:t>
        <w:br/>
        <w:t>vn 0.2875 0.3144 -0.9047</w:t>
        <w:br/>
        <w:t>vn -0.8443 0.2106 -0.4927</w:t>
        <w:br/>
        <w:t>vn -0.8711 0.2021 -0.4475</w:t>
        <w:br/>
        <w:t>vn -0.2658 0.9397 -0.2152</w:t>
        <w:br/>
        <w:t>vn -0.6015 0.1210 0.7896</w:t>
        <w:br/>
        <w:t>vn -0.5737 0.1981 0.7948</w:t>
        <w:br/>
        <w:t>vn 0.1158 -0.0148 0.9932</w:t>
        <w:br/>
        <w:t>vn 0.1114 -0.0683 0.9914</w:t>
        <w:br/>
        <w:t>vn 0.4860 -0.0356 0.8732</w:t>
        <w:br/>
        <w:t>vn 0.5108 -0.0741 0.8565</w:t>
        <w:br/>
        <w:t>vn 0.4667 -0.0846 0.8803</w:t>
        <w:br/>
        <w:t>vn 0.4031 -0.0742 0.9121</w:t>
        <w:br/>
        <w:t>vn 0.4222 -0.1096 0.8999</w:t>
        <w:br/>
        <w:t>vn 0.4384 -0.1423 0.8875</w:t>
        <w:br/>
        <w:t>vn -0.9304 0.3056 0.2024</w:t>
        <w:br/>
        <w:t>vn -0.9538 0.2405 0.1801</w:t>
        <w:br/>
        <w:t>vn -0.9271 0.2691 0.2608</w:t>
        <w:br/>
        <w:t>vn -0.9106 0.3410 0.2337</w:t>
        <w:br/>
        <w:t>vn -0.9365 0.1964 0.2906</w:t>
        <w:br/>
        <w:t>vn -0.9343 0.1709 0.3129</w:t>
        <w:br/>
        <w:t>vn -0.9173 0.1929 0.3484</w:t>
        <w:br/>
        <w:t>vn -0.9240 0.1666 0.3442</w:t>
        <w:br/>
        <w:t>vn -0.9161 0.2256 0.3314</w:t>
        <w:br/>
        <w:t>vn -0.4451 -0.8532 0.2718</w:t>
        <w:br/>
        <w:t>vn -0.4450 -0.8533 0.2718</w:t>
        <w:br/>
        <w:t>vn -0.5141 -0.7780 0.3611</w:t>
        <w:br/>
        <w:t>vn -0.8732 -0.1192 0.4726</w:t>
        <w:br/>
        <w:t>vn -0.9010 0.0918 0.4240</w:t>
        <w:br/>
        <w:t>vn -0.2043 0.8053 -0.5566</w:t>
        <w:br/>
        <w:t>vn -0.0509 -0.0563 -0.9971</w:t>
        <w:br/>
        <w:t>vn -0.6631 0.3236 -0.6750</w:t>
        <w:br/>
        <w:t>vn -0.7157 0.2697 -0.6443</w:t>
        <w:br/>
        <w:t>vn -0.7893 0.1314 -0.5998</w:t>
        <w:br/>
        <w:t>vn 0.4725 0.2063 -0.8568</w:t>
        <w:br/>
        <w:t>vn 0.4543 0.0801 -0.8872</w:t>
        <w:br/>
        <w:t>vn 0.4321 0.0064 -0.9018</w:t>
        <w:br/>
        <w:t>vn 0.4027 -0.6739 -0.6194</w:t>
        <w:br/>
        <w:t>vn 0.3897 -0.7782 -0.4925</w:t>
        <w:br/>
        <w:t>vn 0.4026 0.1565 0.9019</w:t>
        <w:br/>
        <w:t>vn -0.0545 0.0518 0.9972</w:t>
        <w:br/>
        <w:t>vn 0.0980 0.0262 0.9948</w:t>
        <w:br/>
        <w:t>vn 0.3621 -0.3468 0.8652</w:t>
        <w:br/>
        <w:t>vn 0.4017 -0.6522 0.6428</w:t>
        <w:br/>
        <w:t>vn -0.4883 0.8346 0.2551</w:t>
        <w:br/>
        <w:t>vn -0.3494 0.9297 0.1164</w:t>
        <w:br/>
        <w:t>vn -0.5499 0.8351 0.0141</w:t>
        <w:br/>
        <w:t>vn -0.9517 -0.1363 0.2751</w:t>
        <w:br/>
        <w:t>vn -0.2291 -0.8641 0.4482</w:t>
        <w:br/>
        <w:t>vn -0.1453 -0.6686 0.7292</w:t>
        <w:br/>
        <w:t>vn 0.1531 0.0537 0.9867</w:t>
        <w:br/>
        <w:t>vn 0.1862 0.2849 0.9403</w:t>
        <w:br/>
        <w:t>vn -0.4584 -0.8616 0.2180</w:t>
        <w:br/>
        <w:t>vn -0.2414 -0.3889 0.8891</w:t>
        <w:br/>
        <w:t>vn -0.2401 -0.8376 0.4906</w:t>
        <w:br/>
        <w:t>vn 0.0990 -0.0832 0.9916</w:t>
        <w:br/>
        <w:t>vn 0.1201 -0.1455 0.9820</w:t>
        <w:br/>
        <w:t>vn 0.0825 -0.0946 0.9921</w:t>
        <w:br/>
        <w:t>vn 0.0490 -0.0427 0.9979</w:t>
        <w:br/>
        <w:t>vn -0.6875 -0.7163 -0.1197</w:t>
        <w:br/>
        <w:t>vn -0.5871 -0.1358 0.7981</w:t>
        <w:br/>
        <w:t>vn -0.4437 -0.0912 0.8915</w:t>
        <w:br/>
        <w:t>vn -0.2987 0.2066 -0.9317</w:t>
        <w:br/>
        <w:t>vn -0.1265 0.2067 -0.9702</w:t>
        <w:br/>
        <w:t>vn -0.8138 -0.1374 0.5647</w:t>
        <w:br/>
        <w:t>vn 0.1359 0.3975 -0.9075</w:t>
        <w:br/>
        <w:t>vn 0.3546 0.4017 -0.8443</w:t>
        <w:br/>
        <w:t>vn -0.0630 0.0601 0.9962</w:t>
        <w:br/>
        <w:t>vn 0.9297 0.2084 -0.3037</w:t>
        <w:br/>
        <w:t>vn 0.3884 0.3674 -0.8451</w:t>
        <w:br/>
        <w:t>vn -0.4437 -0.0911 0.8915</w:t>
        <w:br/>
        <w:t>vn -0.3945 0.0824 -0.9152</w:t>
        <w:br/>
        <w:t>vn 0.0993 0.0814 0.9917</w:t>
        <w:br/>
        <w:t>vn 0.6905 0.2110 -0.6919</w:t>
        <w:br/>
        <w:t>vn 0.8348 0.1918 -0.5160</w:t>
        <w:br/>
        <w:t>vn 0.6333 0.3484 -0.6911</w:t>
        <w:br/>
        <w:t>vn 0.9478 0.1959 -0.2517</w:t>
        <w:br/>
        <w:t>vn -0.7878 0.1281 -0.6025</w:t>
        <w:br/>
        <w:t>vn -0.4065 0.2762 -0.8709</w:t>
        <w:br/>
        <w:t>vn -0.6952 0.2373 -0.6786</w:t>
        <w:br/>
        <w:t>vn -0.4459 0.2251 -0.8663</w:t>
        <w:br/>
        <w:t>vn -0.1150 0.0030 0.9934</w:t>
        <w:br/>
        <w:t>vn -0.6886 -0.1635 0.7064</w:t>
        <w:br/>
        <w:t>vn -0.0545 0.0517 0.9972</w:t>
        <w:br/>
        <w:t>vn 0.4574 0.3914 -0.7985</w:t>
        <w:br/>
        <w:t>vn 0.8324 0.3725 0.4103</w:t>
        <w:br/>
        <w:t>vn -0.1801 -0.8892 -0.4206</w:t>
        <w:br/>
        <w:t>vn -0.9374 0.1356 0.3206</w:t>
        <w:br/>
        <w:t>vn 0.7163 0.2898 -0.6348</w:t>
        <w:br/>
        <w:t>vn 0.4828 0.4330 -0.7612</w:t>
        <w:br/>
        <w:t>vn -0.2147 0.9718 -0.0972</w:t>
        <w:br/>
        <w:t>vn -0.9430 -0.0153 0.3323</w:t>
        <w:br/>
        <w:t>vn -0.4641 0.1228 0.8772</w:t>
        <w:br/>
        <w:t>vn -0.7151 0.2094 -0.6669</w:t>
        <w:br/>
        <w:t>vn 0.0991 0.4563 -0.8843</w:t>
        <w:br/>
        <w:t>vn 0.4596 0.7700 -0.4427</w:t>
        <w:br/>
        <w:t>vn 0.6139 0.5098 -0.6027</w:t>
        <w:br/>
        <w:t>vn 0.6139 0.5088 -0.6035</w:t>
        <w:br/>
        <w:t>vn -0.8005 0.5507 -0.2364</w:t>
        <w:br/>
        <w:t>vn -0.8260 0.1720 -0.5368</w:t>
        <w:br/>
        <w:t>vn 0.3879 0.7614 -0.5194</w:t>
        <w:br/>
        <w:t>vn 0.0871 0.5807 -0.8094</w:t>
        <w:br/>
        <w:t>vn -0.2560 0.0206 -0.9665</w:t>
        <w:br/>
        <w:t>vn -0.2223 0.2828 -0.9330</w:t>
        <w:br/>
        <w:t>vn -0.3032 -0.0538 -0.9514</w:t>
        <w:br/>
        <w:t>vn 0.1331 0.1568 -0.9786</w:t>
        <w:br/>
        <w:t>vn -0.2171 -0.9508 -0.2213</w:t>
        <w:br/>
        <w:t>vn 0.6962 0.5795 -0.4236</w:t>
        <w:br/>
        <w:t>vn -0.2043 0.8053 -0.5565</w:t>
        <w:br/>
        <w:t>vn -0.0082 0.5555 -0.8314</w:t>
        <w:br/>
        <w:t>vn 0.7409 0.3153 -0.5930</w:t>
        <w:br/>
        <w:t>vn 0.5887 0.4434 -0.6759</w:t>
        <w:br/>
        <w:t>vn 0.7263 0.2409 0.6438</w:t>
        <w:br/>
        <w:t>vn -0.5703 -0.2722 -0.7750</w:t>
        <w:br/>
        <w:t>vn -0.8338 -0.3257 0.4457</w:t>
        <w:br/>
        <w:t>vn -0.6324 -0.1546 0.7591</w:t>
        <w:br/>
        <w:t>vn 0.6216 0.0934 0.7777</w:t>
        <w:br/>
        <w:t>vn 0.4771 -0.4936 0.7271</w:t>
        <w:br/>
        <w:t>vn -0.7030 -0.1547 0.6942</w:t>
        <w:br/>
        <w:t>vn -0.3196 -0.0670 0.9452</w:t>
        <w:br/>
        <w:t>vn 0.5007 0.5474 -0.6705</w:t>
        <w:br/>
        <w:t>vn 0.5961 0.5203 -0.6116</w:t>
        <w:br/>
        <w:t>vn 0.0378 -0.6187 -0.7847</w:t>
        <w:br/>
        <w:t>vn 0.0378 -0.6185 -0.7849</w:t>
        <w:br/>
        <w:t>vn 0.0724 0.9898 0.1227</w:t>
        <w:br/>
        <w:t>vn 0.0640 0.9979 0.0090</w:t>
        <w:br/>
        <w:t>vn -0.0669 0.9978 -0.0010</w:t>
        <w:br/>
        <w:t>vn -0.0748 0.9962 0.0447</w:t>
        <w:br/>
        <w:t>vn -0.0464 0.9986 -0.0272</w:t>
        <w:br/>
        <w:t>vn -0.0292 0.9560 0.2921</w:t>
        <w:br/>
        <w:t>vn -0.0894 0.8997 0.4272</w:t>
        <w:br/>
        <w:t>vn -0.0241 0.9995 -0.0206</w:t>
        <w:br/>
        <w:t>vn -0.0345 0.9764 0.2130</w:t>
        <w:br/>
        <w:t>vn 0.0079 0.9816 0.1909</w:t>
        <w:br/>
        <w:t>vn 0.0877 0.9957 -0.0313</w:t>
        <w:br/>
        <w:t>vn 0.0958 0.9943 -0.0462</w:t>
        <w:br/>
        <w:t>vn -0.1290 0.9867 -0.0993</w:t>
        <w:br/>
        <w:t>vn 0.0680 0.9977 -0.0065</w:t>
        <w:br/>
        <w:t>vn 0.1203 0.9927 0.0040</w:t>
        <w:br/>
        <w:t>vn 0.0583 0.9936 0.0965</w:t>
        <w:br/>
        <w:t>vn 0.0985 0.9882 0.1176</w:t>
        <w:br/>
        <w:t>vn 0.0587 0.9963 0.0629</w:t>
        <w:br/>
        <w:t>vn -0.0463 0.9986 -0.0272</w:t>
        <w:br/>
        <w:t>vn 0.0481 0.9976 -0.0494</w:t>
        <w:br/>
        <w:t>vn -0.0326 0.9993 0.0175</w:t>
        <w:br/>
        <w:t>vn -0.0171 0.9994 -0.0315</w:t>
        <w:br/>
        <w:t>vn -0.0207 0.9997 -0.0153</w:t>
        <w:br/>
        <w:t>vn -0.0448 0.9989 0.0105</w:t>
        <w:br/>
        <w:t>vn -0.0189 0.9998 0.0107</w:t>
        <w:br/>
        <w:t>vn -0.0281 0.9764 -0.2143</w:t>
        <w:br/>
        <w:t>vn -0.0551 0.9181 -0.3926</w:t>
        <w:br/>
        <w:t>vn -0.0237 0.9997 0.0075</w:t>
        <w:br/>
        <w:t>vn 0.0070 0.9995 0.0307</w:t>
        <w:br/>
        <w:t>vn -0.0326 0.9993 -0.0185</w:t>
        <w:br/>
        <w:t>vn 0.0079 0.9816 0.1908</w:t>
        <w:br/>
        <w:t>vn 0.0877 0.9957 -0.0314</w:t>
        <w:br/>
        <w:t>vn 0.1203 0.9927 0.0041</w:t>
        <w:br/>
        <w:t>vn 0.0985 0.9882 0.1175</w:t>
        <w:br/>
        <w:t>vn 0.0529 -0.3038 -0.9513</w:t>
        <w:br/>
        <w:t>vn 0.0481 -0.1287 -0.9905</w:t>
        <w:br/>
        <w:t>vn -0.0517 -0.1822 -0.9819</w:t>
        <w:br/>
        <w:t>vn -0.0136 -0.3844 -0.9231</w:t>
        <w:br/>
        <w:t>vn 0.0372 -0.2464 -0.9684</w:t>
        <w:br/>
        <w:t>vn 0.0608 -0.0943 -0.9937</w:t>
        <w:br/>
        <w:t>vn -0.4012 -0.1484 -0.9039</w:t>
        <w:br/>
        <w:t>vn 0.0151 -0.1621 -0.9867</w:t>
        <w:br/>
        <w:t>vn 0.0472 -0.1162 -0.9921</w:t>
        <w:br/>
        <w:t>vn -0.4401 -0.8338 -0.3334</w:t>
        <w:br/>
        <w:t>vn -0.7371 -0.5363 -0.4112</w:t>
        <w:br/>
        <w:t>vn -0.2400 -0.9698 -0.0441</w:t>
        <w:br/>
        <w:t>vn 0.5475 -0.8208 -0.1627</w:t>
        <w:br/>
        <w:t>vn -0.5107 -0.2504 -0.8225</w:t>
        <w:br/>
        <w:t>vn -0.5893 -0.1920 -0.7848</w:t>
        <w:br/>
        <w:t>vn -0.5717 -0.2208 -0.7902</w:t>
        <w:br/>
        <w:t>vn -0.1971 -0.3874 -0.9006</w:t>
        <w:br/>
        <w:t>vn -0.2335 -0.3506 -0.9069</w:t>
        <w:br/>
        <w:t>vn -0.1965 -0.5170 -0.8331</w:t>
        <w:br/>
        <w:t>vn -0.2047 -0.5034 -0.8394</w:t>
        <w:br/>
        <w:t>vn -0.1430 -0.5565 -0.8184</w:t>
        <w:br/>
        <w:t>vn -0.1877 -0.5512 -0.8130</w:t>
        <w:br/>
        <w:t>vn -0.1739 -0.1326 -0.9758</w:t>
        <w:br/>
        <w:t>vn -0.1201 -0.1137 -0.9862</w:t>
        <w:br/>
        <w:t>vn -0.3137 -0.9196 0.2365</w:t>
        <w:br/>
        <w:t>vn -0.3137 -0.9196 0.2364</w:t>
        <w:br/>
        <w:t>vn -0.6139 -0.4758 -0.6299</w:t>
        <w:br/>
        <w:t>vn -0.5116 -0.5118 -0.6901</w:t>
        <w:br/>
        <w:t>vn -0.5705 -0.2701 -0.7756</w:t>
        <w:br/>
        <w:t>vn -0.4633 -0.4146 -0.7832</w:t>
        <w:br/>
        <w:t>vn -0.6408 -0.3525 0.6820</w:t>
        <w:br/>
        <w:t>vn -0.6629 -0.3492 0.6623</w:t>
        <w:br/>
        <w:t>vn -0.6789 -0.1992 0.7067</w:t>
        <w:br/>
        <w:t>vn 0.4350 -0.8888 -0.1444</w:t>
        <w:br/>
        <w:t>vn 0.0110 -0.9998 0.0142</w:t>
        <w:br/>
        <w:t>vn 0.0535 -0.9952 -0.0822</w:t>
        <w:br/>
        <w:t>vn -0.0127 -0.9820 0.1883</w:t>
        <w:br/>
        <w:t>vn -0.0254 -0.9803 0.1961</w:t>
        <w:br/>
        <w:t>vn -0.0509 -0.9937 0.0997</w:t>
        <w:br/>
        <w:t>vn 0.0296 -0.9899 -0.1387</w:t>
        <w:br/>
        <w:t>vn -0.0278 -0.9919 -0.1241</w:t>
        <w:br/>
        <w:t>vn -0.0601 -0.9865 0.1525</w:t>
        <w:br/>
        <w:t>vn -0.3461 -0.9190 0.1888</w:t>
        <w:br/>
        <w:t>vn -0.3151 -0.9157 0.2492</w:t>
        <w:br/>
        <w:t>vn -0.0651 -0.9893 0.1305</w:t>
        <w:br/>
        <w:t>vn -0.6838 -0.1578 -0.7124</w:t>
        <w:br/>
        <w:t>vn 0.3738 -0.8527 -0.3649</w:t>
        <w:br/>
        <w:t>vn 0.3372 -0.8860 -0.3183</w:t>
        <w:br/>
        <w:t>vn -0.9769 -0.1758 0.1216</w:t>
        <w:br/>
        <w:t>vn -0.1568 -0.2787 -0.9475</w:t>
        <w:br/>
        <w:t>vn -0.2275 -0.4788 -0.8479</w:t>
        <w:br/>
        <w:t>vn -0.0978 -0.7083 -0.6991</w:t>
        <w:br/>
        <w:t>vn -0.1128 -0.6967 -0.7084</w:t>
        <w:br/>
        <w:t>vn 0.4435 -0.1318 0.8865</w:t>
        <w:br/>
        <w:t>vn 0.4309 -0.1905 0.8821</w:t>
        <w:br/>
        <w:t>vn 0.4256 -0.1900 0.8848</w:t>
        <w:br/>
        <w:t>vn 0.5786 -0.6387 0.5072</w:t>
        <w:br/>
        <w:t>vn -0.2188 -0.4891 -0.8444</w:t>
        <w:br/>
        <w:t>vn 0.2014 -0.9776 0.0615</w:t>
        <w:br/>
        <w:t>vn -0.0478 -0.9216 -0.3851</w:t>
        <w:br/>
        <w:t>vn 0.1546 -0.9833 -0.0957</w:t>
        <w:br/>
        <w:t>vn 0.1808 -0.9833 0.0227</w:t>
        <w:br/>
        <w:t>vn 0.6345 -0.6141 0.4694</w:t>
        <w:br/>
        <w:t>vn -0.3360 -0.5474 -0.7665</w:t>
        <w:br/>
        <w:t>vn 0.2034 -0.0988 -0.9741</w:t>
        <w:br/>
        <w:t>vn 0.4635 -0.1801 -0.8676</w:t>
        <w:br/>
        <w:t>vn 0.4765 -0.2340 -0.8475</w:t>
        <w:br/>
        <w:t>vn 0.2148 -0.1748 -0.9609</w:t>
        <w:br/>
        <w:t>vn -0.1888 0.0204 -0.9818</w:t>
        <w:br/>
        <w:t>vn -0.0068 -0.0312 -0.9995</w:t>
        <w:br/>
        <w:t>vn -0.0036 -0.1243 -0.9922</w:t>
        <w:br/>
        <w:t>vn -0.0565 -0.0654 -0.9963</w:t>
        <w:br/>
        <w:t>vn -0.0042 0.0822 0.9966</w:t>
        <w:br/>
        <w:t>vn -0.0005 -0.0331 0.9995</w:t>
        <w:br/>
        <w:t>vn -0.0046 -0.0095 0.9999</w:t>
        <w:br/>
        <w:t>vn 0.0212 0.0857 0.9961</w:t>
        <w:br/>
        <w:t>vn -0.0294 0.0686 0.9972</w:t>
        <w:br/>
        <w:t>vn -0.0084 -0.0109 0.9999</w:t>
        <w:br/>
        <w:t>vn 0.1314 0.0646 0.9892</w:t>
        <w:br/>
        <w:t>vn 0.1365 0.0037 0.9906</w:t>
        <w:br/>
        <w:t>vn 0.3253 -0.0492 0.9443</w:t>
        <w:br/>
        <w:t>vn 0.2732 0.0285 0.9615</w:t>
        <w:br/>
        <w:t>vn -0.1473 0.0497 0.9878</w:t>
        <w:br/>
        <w:t>vn -0.3265 0.0200 0.9450</w:t>
        <w:br/>
        <w:t>vn -0.3758 -0.0829 0.9230</w:t>
        <w:br/>
        <w:t>vn -0.1750 -0.0142 0.9845</w:t>
        <w:br/>
        <w:t>vn -0.5103 -0.0071 0.8600</w:t>
        <w:br/>
        <w:t>vn -0.5580 -0.1158 0.8217</w:t>
        <w:br/>
        <w:t>vn 0.0497 -0.0612 -0.9969</w:t>
        <w:br/>
        <w:t>vn -0.0931 -0.1136 -0.9892</w:t>
        <w:br/>
        <w:t>vn -0.7370 -0.5363 -0.4112</w:t>
        <w:br/>
        <w:t>vn -0.8981 -0.1608 -0.4093</w:t>
        <w:br/>
        <w:t>vn -0.9825 -0.1655 -0.0856</w:t>
        <w:br/>
        <w:t>vn -0.9839 -0.1587 -0.0821</w:t>
        <w:br/>
        <w:t>vn -0.9602 -0.1284 0.2482</w:t>
        <w:br/>
        <w:t>vn -0.9519 -0.1623 0.2599</w:t>
        <w:br/>
        <w:t>vn -0.8373 -0.1647 0.5213</w:t>
        <w:br/>
        <w:t>vn -0.7203 -0.4381 0.5378</w:t>
        <w:br/>
        <w:t>vn -0.2550 -0.1399 -0.9568</w:t>
        <w:br/>
        <w:t>vn -0.3662 -0.1461 -0.9190</w:t>
        <w:br/>
        <w:t>vn -0.9604 -0.1270 0.2481</w:t>
        <w:br/>
        <w:t>vn -0.7308 -0.1343 -0.6692</w:t>
        <w:br/>
        <w:t>vn -0.7370 -0.1413 -0.6609</w:t>
        <w:br/>
        <w:t>vn -0.7167 -0.1599 0.6788</w:t>
        <w:br/>
        <w:t>vn 0.9285 -0.2167 -0.3016</w:t>
        <w:br/>
        <w:t>vn 0.9773 -0.2061 -0.0489</w:t>
        <w:br/>
        <w:t>vn 0.9793 -0.1954 -0.0530</w:t>
        <w:br/>
        <w:t>vn 0.9155 -0.2230 -0.3349</w:t>
        <w:br/>
        <w:t>vn 0.5339 -0.0399 0.8446</w:t>
        <w:br/>
        <w:t>vn 0.4769 -0.0869 0.8747</w:t>
        <w:br/>
        <w:t>vn 0.6976 -0.1367 0.7033</w:t>
        <w:br/>
        <w:t>vn 0.6999 -0.0969 0.7076</w:t>
        <w:br/>
        <w:t>vn 0.9506 -0.1809 0.2522</w:t>
        <w:br/>
        <w:t>vn 0.9454 -0.1892 0.2654</w:t>
        <w:br/>
        <w:t>vn 0.8021 -0.2627 -0.5363</w:t>
        <w:br/>
        <w:t>vn 0.8285 -0.2328 -0.5093</w:t>
        <w:br/>
        <w:t>vn 0.7211 -0.2378 -0.6507</w:t>
        <w:br/>
        <w:t>vn 0.6708 -0.2654 -0.6925</w:t>
        <w:br/>
        <w:t>vn 0.8454 -0.1431 0.5146</w:t>
        <w:br/>
        <w:t>vn 0.8474 -0.1707 0.5028</w:t>
        <w:br/>
        <w:t>vn 0.6358 -0.2255 -0.7382</w:t>
        <w:br/>
        <w:t>vn 0.3968 -0.0003 0.9179</w:t>
        <w:br/>
        <w:t>vn -0.6238 -0.0194 0.7813</w:t>
        <w:br/>
        <w:t>vn -0.1120 0.0532 -0.9923</w:t>
        <w:br/>
        <w:t>vn -0.5486 -0.1064 -0.8293</w:t>
        <w:br/>
        <w:t>vn -0.5293 -0.1352 -0.8376</w:t>
        <w:br/>
        <w:t>vn -0.5362 -0.5747 0.6183</w:t>
        <w:br/>
        <w:t>vn -0.4758 -0.7360 0.4816</w:t>
        <w:br/>
        <w:t>vn 0.4121 -0.8821 -0.2282</w:t>
        <w:br/>
        <w:t>vn 0.2074 -0.9782 -0.0048</w:t>
        <w:br/>
        <w:t>vn -0.6590 -0.0826 0.7476</w:t>
        <w:br/>
        <w:t>vn -0.6612 -0.0644 0.7474</w:t>
        <w:br/>
        <w:t>vn -0.6590 -0.0826 0.7475</w:t>
        <w:br/>
        <w:t>vn 0.3974 -0.8814 -0.2554</w:t>
        <w:br/>
        <w:t>vn 0.5201 -0.2298 -0.8226</w:t>
        <w:br/>
        <w:t>vn 0.2259 -0.1805 -0.9573</w:t>
        <w:br/>
        <w:t>vn -0.0323 -0.1845 -0.9823</w:t>
        <w:br/>
        <w:t>vn 0.0123 -0.2224 -0.9749</w:t>
        <w:br/>
        <w:t>vn 0.0247 -0.1668 0.9857</w:t>
        <w:br/>
        <w:t>vn -0.0761 -0.1388 0.9874</w:t>
        <w:br/>
        <w:t>vn 0.0540 -0.1096 0.9925</w:t>
        <w:br/>
        <w:t>vn 0.1346 -0.1083 0.9850</w:t>
        <w:br/>
        <w:t>vn 0.4259 -0.1554 0.8913</w:t>
        <w:br/>
        <w:t>vn -0.4700 -0.1748 0.8652</w:t>
        <w:br/>
        <w:t>vn -0.2300 -0.1077 0.9672</w:t>
        <w:br/>
        <w:t>vn -0.5477 -0.2264 0.8054</w:t>
        <w:br/>
        <w:t>vn 0.0441 -0.2130 -0.9761</w:t>
        <w:br/>
        <w:t>vn -0.0975 -0.2241 -0.9697</w:t>
        <w:br/>
        <w:t>vn -0.9017 -0.1730 -0.3962</w:t>
        <w:br/>
        <w:t>vn -0.9788 -0.1868 -0.0845</w:t>
        <w:br/>
        <w:t>vn -0.9332 -0.2051 0.2950</w:t>
        <w:br/>
        <w:t>vn -0.8048 -0.2311 0.5467</w:t>
        <w:br/>
        <w:t>vn -0.2686 -0.2348 -0.9342</w:t>
        <w:br/>
        <w:t>vn -0.2996 -0.2018 -0.9325</w:t>
        <w:br/>
        <w:t>vn -0.7474 -0.1480 -0.6476</w:t>
        <w:br/>
        <w:t>vn -0.7057 -0.2434 0.6654</w:t>
        <w:br/>
        <w:t>vn 0.9796 -0.1927 -0.0563</w:t>
        <w:br/>
        <w:t>vn 0.8868 -0.2183 -0.4074</w:t>
        <w:br/>
        <w:t>vn 0.4622 -0.1874 0.8667</w:t>
        <w:br/>
        <w:t>vn 0.6816 -0.1951 0.7053</w:t>
        <w:br/>
        <w:t>vn 0.9345 -0.1979 0.2960</w:t>
        <w:br/>
        <w:t>vn 0.7578 -0.2574 -0.5996</w:t>
        <w:br/>
        <w:t>vn 0.6673 -0.2745 -0.6923</w:t>
        <w:br/>
        <w:t>vn 0.8486 -0.1997 0.4898</w:t>
        <w:br/>
        <w:t>vn -0.4681 -0.1524 -0.8704</w:t>
        <w:br/>
        <w:t>vn 0.5501 -0.1721 -0.8171</w:t>
        <w:br/>
        <w:t>vn 0.2257 -0.1033 -0.9687</w:t>
        <w:br/>
        <w:t>vn -0.0644 -0.1264 -0.9899</w:t>
        <w:br/>
        <w:t>vn 0.0123 -0.1735 -0.9848</w:t>
        <w:br/>
        <w:t>vn 0.0462 -0.1860 0.9815</w:t>
        <w:br/>
        <w:t>vn -0.1219 -0.1748 0.9770</w:t>
        <w:br/>
        <w:t>vn 0.0951 -0.1311 0.9868</w:t>
        <w:br/>
        <w:t>vn 0.1275 -0.1626 0.9784</w:t>
        <w:br/>
        <w:t>vn 0.4756 -0.1795 0.8611</w:t>
        <w:br/>
        <w:t>vn -0.5184 -0.1783 0.8364</w:t>
        <w:br/>
        <w:t>vn -0.2586 -0.1440 0.9552</w:t>
        <w:br/>
        <w:t>vn -0.5550 -0.1968 0.8082</w:t>
        <w:br/>
        <w:t>vn 0.0444 -0.1747 -0.9836</w:t>
        <w:br/>
        <w:t>vn -0.0981 -0.1840 -0.9780</w:t>
        <w:br/>
        <w:t>vn -0.9048 -0.1763 -0.3877</w:t>
        <w:br/>
        <w:t>vn -0.9763 -0.2019 -0.0778</w:t>
        <w:br/>
        <w:t>vn -0.9234 -0.2145 0.3182</w:t>
        <w:br/>
        <w:t>vn -0.7961 -0.2100 0.5675</w:t>
        <w:br/>
        <w:t>vn -0.2673 -0.1907 -0.9445</w:t>
        <w:br/>
        <w:t>vn -0.2508 -0.1601 -0.9547</w:t>
        <w:br/>
        <w:t>vn -0.7517 -0.1461 -0.6431</w:t>
        <w:br/>
        <w:t>vn -0.7129 -0.2088 0.6695</w:t>
        <w:br/>
        <w:t>vn 0.9781 -0.2005 -0.0566</w:t>
        <w:br/>
        <w:t>vn 0.8705 -0.2042 -0.4478</w:t>
        <w:br/>
        <w:t>vn 0.4488 -0.1920 0.8727</w:t>
        <w:br/>
        <w:t>vn 0.6684 -0.2137 0.7125</w:t>
        <w:br/>
        <w:t>vn 0.9287 -0.1991 0.3128</w:t>
        <w:br/>
        <w:t>vn 0.7395 -0.2188 -0.6366</w:t>
        <w:br/>
        <w:t>vn 0.6740 -0.2301 -0.7020</w:t>
        <w:br/>
        <w:t>vn 0.8487 -0.2015 0.4891</w:t>
        <w:br/>
        <w:t>vn -0.4249 -0.1355 -0.8950</w:t>
        <w:br/>
        <w:t>vn 0.1175 -0.9450 0.3054</w:t>
        <w:br/>
        <w:t>vn 0.0783 -0.9177 0.3895</w:t>
        <w:br/>
        <w:t>vn 0.0617 -0.9969 -0.0495</w:t>
        <w:br/>
        <w:t>vn 0.1173 -0.9449 0.3056</w:t>
        <w:br/>
        <w:t>vn 0.0255 -0.9809 -0.1929</w:t>
        <w:br/>
        <w:t>vn -0.8103 -0.1138 -0.5748</w:t>
        <w:br/>
        <w:t>vn -0.6200 0.5049 -0.6006</w:t>
        <w:br/>
        <w:t>vn -0.8790 0.3582 -0.3147</w:t>
        <w:br/>
        <w:t>vn -0.8557 0.5088 -0.0948</w:t>
        <w:br/>
        <w:t>vn -0.7137 0.6801 -0.1679</w:t>
        <w:br/>
        <w:t>vn -0.6378 0.4456 -0.6282</w:t>
        <w:br/>
        <w:t>vn -0.8820 0.0347 -0.4700</w:t>
        <w:br/>
        <w:t>vn -0.9356 0.0924 -0.3406</w:t>
        <w:br/>
        <w:t>vn -0.8701 0.3348 -0.3616</w:t>
        <w:br/>
        <w:t>vn -0.9883 0.1506 0.0250</w:t>
        <w:br/>
        <w:t>vn -0.8798 0.4371 0.1868</w:t>
        <w:br/>
        <w:t>vn -0.6618 0.6860 0.3024</w:t>
        <w:br/>
        <w:t>vn -0.9233 -0.3403 -0.1782</w:t>
        <w:br/>
        <w:t>vn -0.9870 -0.0783 -0.1404</w:t>
        <w:br/>
        <w:t>vn -0.9829 0.1782 -0.0453</w:t>
        <w:br/>
        <w:t>vn 0.3190 -0.7896 0.5242</w:t>
        <w:br/>
        <w:t>vn -0.2934 -0.0525 -0.9546</w:t>
        <w:br/>
        <w:t>vn -0.0093 -0.9998 0.0195</w:t>
        <w:br/>
        <w:t>vn 0.0183 -0.9993 0.0322</w:t>
        <w:br/>
        <w:t>vn 0.0001 -1.0000 -0.0025</w:t>
        <w:br/>
        <w:t>vn 0.0001 -1.0000 0.0032</w:t>
        <w:br/>
        <w:t>vn -0.0261 -0.9997 -0.0027</w:t>
        <w:br/>
        <w:t>vn -0.0368 -0.9989 0.0292</w:t>
        <w:br/>
        <w:t>vn 0.0137 -0.9998 0.0137</w:t>
        <w:br/>
        <w:t>vn 0.0297 -0.9995 0.0147</w:t>
        <w:br/>
        <w:t>vn 0.0305 -0.9995 -0.0059</w:t>
        <w:br/>
        <w:t>vn -0.0149 -0.9998 0.0122</w:t>
        <w:br/>
        <w:t>vn -0.0113 -0.9999 -0.0075</w:t>
        <w:br/>
        <w:t>vn -0.0297 -0.9995 -0.0083</w:t>
        <w:br/>
        <w:t>vn -0.0032 -0.9999 0.0157</w:t>
        <w:br/>
        <w:t>vn -0.0006 -1.0000 0.0031</w:t>
        <w:br/>
        <w:t>vn 0.0003 -1.0000 0.0030</w:t>
        <w:br/>
        <w:t>vn 0.0055 -0.9997 0.0222</w:t>
        <w:br/>
        <w:t>vn 0.0061 -0.9998 0.0215</w:t>
        <w:br/>
        <w:t>vn 0.0039 -0.9993 0.0371</w:t>
        <w:br/>
        <w:t>vn 0.0087 -0.9992 0.0378</w:t>
        <w:br/>
        <w:t>vn 0.0351 -0.9990 -0.0289</w:t>
        <w:br/>
        <w:t>vn 0.0006 -1.0000 0.0013</w:t>
        <w:br/>
        <w:t>vn 0.0045 -0.9998 0.0210</w:t>
        <w:br/>
        <w:t>vn -0.0038 -0.9999 0.0157</w:t>
        <w:br/>
        <w:t>vn -0.0145 -0.9997 -0.0200</w:t>
        <w:br/>
        <w:t>vn -0.0059 -0.9999 0.0151</w:t>
        <w:br/>
        <w:t>vn -0.0109 -0.9995 0.0286</w:t>
        <w:br/>
        <w:t>vn -0.0067 -0.9994 0.0328</w:t>
        <w:br/>
        <w:t>vn -0.0080 -0.9995 0.0315</w:t>
        <w:br/>
        <w:t>vn -0.0095 -0.9998 -0.0177</w:t>
        <w:br/>
        <w:t>vn 0.0036 -0.9999 0.0162</w:t>
        <w:br/>
        <w:t>vn -0.0017 -0.9998 0.0222</w:t>
        <w:br/>
        <w:t>vn 0.0348 -0.9993 -0.0152</w:t>
        <w:br/>
        <w:t>vn 0.2399 0.2967 -0.9243</w:t>
        <w:br/>
        <w:t>vn -0.0167 0.4018 -0.9156</w:t>
        <w:br/>
        <w:t>vn 0.2107 0.3244 -0.9222</w:t>
        <w:br/>
        <w:t>vn -0.9207 0.3552 0.1614</w:t>
        <w:br/>
        <w:t>vn -0.9272 0.3401 0.1572</w:t>
        <w:br/>
        <w:t>vn -0.9166 0.3942 -0.0662</w:t>
        <w:br/>
        <w:t>vn -0.9189 0.3879 -0.0715</w:t>
        <w:br/>
        <w:t>vn -0.5865 0.7692 -0.2535</w:t>
        <w:br/>
        <w:t>vn -0.8453 0.4229 -0.3265</w:t>
        <w:br/>
        <w:t>vn -0.6858 0.4397 -0.5799</w:t>
        <w:br/>
        <w:t>vn -0.4826 0.7603 -0.4348</w:t>
        <w:br/>
        <w:t>vn -0.4429 0.5052 0.7407</w:t>
        <w:br/>
        <w:t>vn -0.4059 0.1249 0.9054</w:t>
        <w:br/>
        <w:t>vn -0.6944 0.2062 0.6894</w:t>
        <w:br/>
        <w:t>vn -0.6987 0.2122 0.6833</w:t>
        <w:br/>
        <w:t>vn -0.6353 0.7649 0.1063</w:t>
        <w:br/>
        <w:t>vn -0.6055 0.7281 0.3212</w:t>
        <w:br/>
        <w:t>vn -0.8586 0.2971 0.4178</w:t>
        <w:br/>
        <w:t>vn -0.5974 0.5080 0.6205</w:t>
        <w:br/>
        <w:t>vn -0.8303 0.4582 -0.3174</w:t>
        <w:br/>
        <w:t>vn -0.8658 0.2839 0.4121</w:t>
        <w:br/>
        <w:t>vn -0.0729 0.3552 -0.9319</w:t>
        <w:br/>
        <w:t>vn 0.3434 0.4367 -0.8315</w:t>
        <w:br/>
        <w:t>vn -0.4014 0.4882 -0.7750</w:t>
        <w:br/>
        <w:t>vn -0.4253 0.4208 -0.8013</w:t>
        <w:br/>
        <w:t>vn -0.6611 0.4936 -0.5651</w:t>
        <w:br/>
        <w:t>vn 0.4495 0.1746 -0.8760</w:t>
        <w:br/>
        <w:t>vn 0.5385 0.0141 -0.8425</w:t>
        <w:br/>
        <w:t>vn 0.4252 0.2190 -0.8782</w:t>
        <w:br/>
        <w:t>vn 0.5621 0.0491 -0.8256</w:t>
        <w:br/>
        <w:t>vn 0.6846 0.2171 -0.6959</w:t>
        <w:br/>
        <w:t>vn 0.6531 0.3525 -0.6703</w:t>
        <w:br/>
        <w:t>vn -0.0465 0.7083 -0.7044</w:t>
        <w:br/>
        <w:t>vn -0.3037 0.7436 -0.5956</w:t>
        <w:br/>
        <w:t>vn -0.6322 0.7715 -0.0717</w:t>
        <w:br/>
        <w:t>vn 0.5016 0.1636 -0.8495</w:t>
        <w:br/>
        <w:t>vn 0.0510 -0.1572 0.9863</w:t>
        <w:br/>
        <w:t>vn -0.0451 -0.3332 0.9418</w:t>
        <w:br/>
        <w:t>vn -0.1003 -0.2975 0.9494</w:t>
        <w:br/>
        <w:t>vn -0.1087 -0.2159 0.9703</w:t>
        <w:br/>
        <w:t>vn 0.0000 -0.9999 -0.0137</w:t>
        <w:br/>
        <w:t>vn 0.2442 -0.9667 0.0764</w:t>
        <w:br/>
        <w:t>vn 0.6954 -0.7182 0.0245</w:t>
        <w:br/>
        <w:t>vn 0.1362 -0.9768 0.1654</w:t>
        <w:br/>
        <w:t>vn 0.0685 -0.9860 0.1524</w:t>
        <w:br/>
        <w:t>vn -0.1002 -0.9045 0.4144</w:t>
        <w:br/>
        <w:t>vn 0.0845 -0.7899 0.6074</w:t>
        <w:br/>
        <w:t>vn 0.0685 -0.9860 0.1523</w:t>
        <w:br/>
        <w:t>vn 0.6431 -0.7623 0.0729</w:t>
        <w:br/>
        <w:t>vn 0.6070 -0.7794 -0.1554</w:t>
        <w:br/>
        <w:t>vn 0.6804 -0.7213 -0.1300</w:t>
        <w:br/>
        <w:t>vn -0.1574 -0.3917 0.9065</w:t>
        <w:br/>
        <w:t>vn -0.0000 -0.3822 0.9241</w:t>
        <w:br/>
        <w:t>vn 0.0001 -0.3321 0.9432</w:t>
        <w:br/>
        <w:t>vn -0.1272 -0.3273 0.9363</w:t>
        <w:br/>
        <w:t>vn 0.6428 -0.1968 -0.7403</w:t>
        <w:br/>
        <w:t>vn 0.6025 -0.3798 -0.7019</w:t>
        <w:br/>
        <w:t>vn 0.5788 -0.3470 -0.7380</w:t>
        <w:br/>
        <w:t>vn 0.5859 -0.1703 -0.7923</w:t>
        <w:br/>
        <w:t>vn -0.0000 -0.9994 0.0345</w:t>
        <w:br/>
        <w:t>vn 0.0000 -0.9904 0.1383</w:t>
        <w:br/>
        <w:t>vn 0.6632 -0.5494 -0.5083</w:t>
        <w:br/>
        <w:t>vn 0.5845 -0.4823 -0.6525</w:t>
        <w:br/>
        <w:t>vn -0.0000 -0.9102 0.4141</w:t>
        <w:br/>
        <w:t>vn -0.2105 -0.6423 0.7370</w:t>
        <w:br/>
        <w:t>vn -0.0001 -0.6432 0.7657</w:t>
        <w:br/>
        <w:t>vn -0.0001 -0.4460 0.8950</w:t>
        <w:br/>
        <w:t>vn -0.2031 -0.4631 0.8627</w:t>
        <w:br/>
        <w:t>vn -0.4666 0.1740 -0.8672</w:t>
        <w:br/>
        <w:t>vn -0.4761 -0.0076 -0.8794</w:t>
        <w:br/>
        <w:t>vn -0.7664 0.1238 -0.6303</w:t>
        <w:br/>
        <w:t>vn -0.7495 0.2337 -0.6194</w:t>
        <w:br/>
        <w:t>vn -0.7437 0.2643 -0.6140</w:t>
        <w:br/>
        <w:t>vn -0.9066 0.2485 -0.3412</w:t>
        <w:br/>
        <w:t>vn -0.9032 0.2604 -0.3412</w:t>
        <w:br/>
        <w:t>vn -0.9676 0.2392 -0.0811</w:t>
        <w:br/>
        <w:t>vn -0.9810 0.1885 -0.0452</w:t>
        <w:br/>
        <w:t>vn -0.0560 0.0664 -0.9962</w:t>
        <w:br/>
        <w:t>vn -0.0561 -0.1661 -0.9845</w:t>
        <w:br/>
        <w:t>vn -0.3767 0.1157 0.9191</w:t>
        <w:br/>
        <w:t>vn -0.6419 0.1625 0.7494</w:t>
        <w:br/>
        <w:t>vn -0.6852 0.1231 0.7179</w:t>
        <w:br/>
        <w:t>vn -0.3446 0.1204 0.9310</w:t>
        <w:br/>
        <w:t>vn -0.0584 0.0405 0.9975</w:t>
        <w:br/>
        <w:t>vn -0.1510 -0.0052 0.9885</w:t>
        <w:br/>
        <w:t>vn -0.4146 0.0970 0.9048</w:t>
        <w:br/>
        <w:t>vn -0.0582 -0.3973 -0.9158</w:t>
        <w:br/>
        <w:t>vn 0.3700 -0.2770 -0.8868</w:t>
        <w:br/>
        <w:t>vn 0.3531 -0.4705 -0.8087</w:t>
        <w:br/>
        <w:t>vn 0.9813 -0.0049 0.1926</w:t>
        <w:br/>
        <w:t>vn 0.8200 -0.0059 0.5723</w:t>
        <w:br/>
        <w:t>vn 0.7879 0.0256 0.6153</w:t>
        <w:br/>
        <w:t>vn 0.9813 0.0360 0.1889</w:t>
        <w:br/>
        <w:t>vn -0.0311 -0.5892 0.8074</w:t>
        <w:br/>
        <w:t>vn 0.0060 0.0669 0.9977</w:t>
        <w:br/>
        <w:t>vn 0.4560 -0.0558 0.8883</w:t>
        <w:br/>
        <w:t>vn 0.2362 -0.0888 0.9676</w:t>
        <w:br/>
        <w:t>vn 0.3519 -0.0701 -0.9334</w:t>
        <w:br/>
        <w:t>vn -0.9162 0.0976 -0.3886</w:t>
        <w:br/>
        <w:t>vn -0.9752 0.1590 -0.1542</w:t>
        <w:br/>
        <w:t>vn -0.9688 0.2212 -0.1120</w:t>
        <w:br/>
        <w:t>vn 0.1582 -0.4810 -0.8623</w:t>
        <w:br/>
        <w:t>vn 0.2922 -0.6961 -0.6558</w:t>
        <w:br/>
        <w:t>vn -0.2930 -0.0591 -0.9543</w:t>
        <w:br/>
        <w:t>vn -0.2976 -0.2560 -0.9197</w:t>
        <w:br/>
        <w:t>vn 0.6039 -0.6953 -0.3898</w:t>
        <w:br/>
        <w:t>vn 0.6979 -0.6707 -0.2512</w:t>
        <w:br/>
        <w:t>vn -0.9229 0.0661 -0.3793</w:t>
        <w:br/>
        <w:t>vn -0.7447 -0.0577 -0.6649</w:t>
        <w:br/>
        <w:t>vn -0.7061 -0.0108 -0.7081</w:t>
        <w:br/>
        <w:t>vn -0.9024 0.0282 -0.4300</w:t>
        <w:br/>
        <w:t>vn 0.3174 -0.6620 -0.6790</w:t>
        <w:br/>
        <w:t>vn -0.0325 -0.5790 -0.8147</w:t>
        <w:br/>
        <w:t>vn 0.4492 -0.7023 -0.5523</w:t>
        <w:br/>
        <w:t>vn 0.4874 -0.7707 -0.4104</w:t>
        <w:br/>
        <w:t>vn -0.4185 -0.3538 -0.8365</w:t>
        <w:br/>
        <w:t>vn -0.4623 -0.2089 -0.8618</w:t>
        <w:br/>
        <w:t>vn -0.7611 -0.1044 -0.6402</w:t>
        <w:br/>
        <w:t>vn -0.7914 0.0195 -0.6109</w:t>
        <w:br/>
        <w:t>vn 0.6819 0.3338 -0.6508</w:t>
        <w:br/>
        <w:t>vn 0.6886 0.3535 -0.6332</w:t>
        <w:br/>
        <w:t>vn 0.4299 0.4886 -0.7592</w:t>
        <w:br/>
        <w:t>vn -0.0614 0.1588 -0.9854</w:t>
        <w:br/>
        <w:t>vn -0.6656 0.2165 0.7143</w:t>
        <w:br/>
        <w:t>vn -0.8671 0.2553 0.4278</w:t>
        <w:br/>
        <w:t>vn -0.8190 0.1757 0.5462</w:t>
        <w:br/>
        <w:t>vn 0.0339 -0.3511 0.9357</w:t>
        <w:br/>
        <w:t>vn -0.9791 0.0925 -0.1812</w:t>
        <w:br/>
        <w:t>vn -0.8926 0.0441 -0.4487</w:t>
        <w:br/>
        <w:t>vn -0.8296 -0.4440 -0.3386</w:t>
        <w:br/>
        <w:t>vn -0.8853 -0.4443 -0.1372</w:t>
        <w:br/>
        <w:t>vn -0.6519 -0.4920 -0.5770</w:t>
        <w:br/>
        <w:t>vn -0.9776 0.1074 -0.1813</w:t>
        <w:br/>
        <w:t>vn 0.0520 0.1109 0.9925</w:t>
        <w:br/>
        <w:t>vn -0.3127 0.1321 0.9406</w:t>
        <w:br/>
        <w:t>vn -0.5354 0.0259 0.8442</w:t>
        <w:br/>
        <w:t>vn 0.0714 0.1436 0.9871</w:t>
        <w:br/>
        <w:t>vn -0.9905 0.1094 0.0833</w:t>
        <w:br/>
        <w:t>vn -0.9099 0.1411 0.3900</w:t>
        <w:br/>
        <w:t>vn -0.9006 0.1745 0.3980</w:t>
        <w:br/>
        <w:t>vn -0.9846 0.1548 0.0811</w:t>
        <w:br/>
        <w:t>vn -0.6465 0.0534 0.7610</w:t>
        <w:br/>
        <w:t>vn -0.9774 0.2049 0.0525</w:t>
        <w:br/>
        <w:t>vn -0.4613 0.2337 -0.8559</w:t>
        <w:br/>
        <w:t>vn 0.5143 0.0912 0.8527</w:t>
        <w:br/>
        <w:t>vn 0.5071 0.1754 0.8438</w:t>
        <w:br/>
        <w:t>vn -0.5038 0.6701 0.5451</w:t>
        <w:br/>
        <w:t>vn -0.7329 0.5498 0.4007</w:t>
        <w:br/>
        <w:t>vn -0.8922 -0.4467 0.0666</w:t>
        <w:br/>
        <w:t>vn -0.8632 -0.4117 0.2923</w:t>
        <w:br/>
        <w:t>vn -0.7305 -0.1605 0.6638</w:t>
        <w:br/>
        <w:t>vn -0.7558 0.1554 0.6361</w:t>
        <w:br/>
        <w:t>vn -0.3206 -0.2246 0.9202</w:t>
        <w:br/>
        <w:t>vn -0.4407 -0.0215 0.8974</w:t>
        <w:br/>
        <w:t>vn -0.2646 -0.1316 0.9553</w:t>
        <w:br/>
        <w:t>vn 0.4857 -0.1121 0.8669</w:t>
        <w:br/>
        <w:t>vn -0.1721 -0.2507 0.9526</w:t>
        <w:br/>
        <w:t>vn 0.7807 0.0916 0.6182</w:t>
        <w:br/>
        <w:t>vn -0.9091 0.1765 -0.3775</w:t>
        <w:br/>
        <w:t>vn -0.9630 0.2610 0.0675</w:t>
        <w:br/>
        <w:t>vn -0.1209 -0.3016 0.9457</w:t>
        <w:br/>
        <w:t>vn -0.1225 -0.2824 0.9514</w:t>
        <w:br/>
        <w:t>vn -0.9587 0.2308 0.1660</w:t>
        <w:br/>
        <w:t>vn -0.9733 0.1487 0.1749</w:t>
        <w:br/>
        <w:t>vn 0.0001 -0.3095 0.9509</w:t>
        <w:br/>
        <w:t>vn 0.6358 -0.7715 -0.0241</w:t>
        <w:br/>
        <w:t>vn 0.4969 -0.8617 0.1027</w:t>
        <w:br/>
        <w:t>vn 0.4107 -0.9116 0.0173</w:t>
        <w:br/>
        <w:t>vn 0.5011 -0.8377 0.2173</w:t>
        <w:br/>
        <w:t>vn 0.6801 -0.7296 -0.0710</w:t>
        <w:br/>
        <w:t>vn 0.3885 -0.9208 0.0347</w:t>
        <w:br/>
        <w:t>vn 0.5761 -0.7942 -0.1932</w:t>
        <w:br/>
        <w:t>vn 0.4058 -0.9108 0.0761</w:t>
        <w:br/>
        <w:t>vn 0.3513 -0.9299 -0.1087</w:t>
        <w:br/>
        <w:t>vn 0.1958 -0.9500 -0.2434</w:t>
        <w:br/>
        <w:t>vn 0.6448 -0.4147 -0.6420</w:t>
        <w:br/>
        <w:t>vn -0.6493 -0.4966 -0.5761</w:t>
        <w:br/>
        <w:t>vn -0.1670 -0.9363 -0.3091</w:t>
        <w:br/>
        <w:t>vn 0.0712 -0.9135 0.4005</w:t>
        <w:br/>
        <w:t>vn 0.0712 -0.9136 0.4004</w:t>
        <w:br/>
        <w:t>vn -0.0977 -0.9100 0.4029</w:t>
        <w:br/>
        <w:t>vn 0.3517 -0.8755 0.3313</w:t>
        <w:br/>
        <w:t>vn 0.3516 -0.8756 0.3313</w:t>
        <w:br/>
        <w:t>vn -0.5790 -0.8112 0.0822</w:t>
        <w:br/>
        <w:t>vn 0.9953 -0.0432 0.0871</w:t>
        <w:br/>
        <w:t>vn 0.9861 -0.1660 0.0079</w:t>
        <w:br/>
        <w:t>vn -0.9763 0.2151 0.0245</w:t>
        <w:br/>
        <w:t>vn -0.1556 0.9705 -0.1843</w:t>
        <w:br/>
        <w:t>vn -0.1851 0.9760 -0.1145</w:t>
        <w:br/>
        <w:t>vn -0.1975 0.9791 -0.0483</w:t>
        <w:br/>
        <w:t>vn -0.2097 0.9775 0.0230</w:t>
        <w:br/>
        <w:t>vn -0.6353 0.7650 0.1063</w:t>
        <w:br/>
        <w:t>vn -0.2180 0.9738 0.0642</w:t>
        <w:br/>
        <w:t>vn -0.6053 0.7280 0.3219</w:t>
        <w:br/>
        <w:t>vn -0.2117 0.9520 0.2211</w:t>
        <w:br/>
        <w:t>vn -0.5941 0.5076 0.6240</w:t>
        <w:br/>
        <w:t>vn -0.1805 0.9065 0.3818</w:t>
        <w:br/>
        <w:t>vn -0.4429 0.5051 0.7407</w:t>
        <w:br/>
        <w:t>vn -0.1165 0.8614 0.4944</w:t>
        <w:br/>
        <w:t>vn -0.2440 0.5419 0.8043</w:t>
        <w:br/>
        <w:t>vn -0.0868 0.8204 0.5651</w:t>
        <w:br/>
        <w:t>vn -0.1372 0.6378 0.7578</w:t>
        <w:br/>
        <w:t>vn -0.0852 0.8007 0.5930</w:t>
        <w:br/>
        <w:t>vn 0.3225 0.7664 0.5556</w:t>
        <w:br/>
        <w:t>vn 0.6689 0.6114 0.4228</w:t>
        <w:br/>
        <w:t>vn 0.6689 0.6115 0.4228</w:t>
        <w:br/>
        <w:t>vn 0.6530 0.3525 -0.6703</w:t>
        <w:br/>
        <w:t>vn 0.6846 0.2171 -0.6958</w:t>
        <w:br/>
        <w:t>vn 0.0007 0.9542 -0.2993</w:t>
        <w:br/>
        <w:t>vn -0.0963 0.9651 -0.2435</w:t>
        <w:br/>
        <w:t>vn -0.3036 0.7436 -0.5957</w:t>
        <w:br/>
        <w:t>vn -0.7077 0.0411 0.7053</w:t>
        <w:br/>
        <w:t>vn -0.8708 0.1494 0.4684</w:t>
        <w:br/>
        <w:t>vn -0.9497 0.2119 0.2307</w:t>
        <w:br/>
        <w:t>vn -0.9269 0.2377 0.2906</w:t>
        <w:br/>
        <w:t>vn 0.6449 -0.7223 -0.2499</w:t>
        <w:br/>
        <w:t>vn 0.9861 -0.1660 0.0078</w:t>
        <w:br/>
        <w:t>vn 0.8525 -0.5162 -0.0824</w:t>
        <w:br/>
        <w:t>vn 0.9798 0.0768 0.1844</w:t>
        <w:br/>
        <w:t>vn 0.9971 0.0717 0.0259</w:t>
        <w:br/>
        <w:t>vn 0.4559 -0.0558 0.8883</w:t>
        <w:br/>
        <w:t>vn -0.2440 0.5418 0.8043</w:t>
        <w:br/>
        <w:t>vn -0.1372 0.6379 0.7578</w:t>
        <w:br/>
        <w:t>vn -0.7896 0.1257 0.6006</w:t>
        <w:br/>
        <w:t>vn -0.2398 0.2986 -0.9237</w:t>
        <w:br/>
        <w:t>vn -0.2106 0.3258 -0.9217</w:t>
        <w:br/>
        <w:t>vn 0.0167 0.4026 -0.9152</w:t>
        <w:br/>
        <w:t>vn 0.9207 0.3549 0.1622</w:t>
        <w:br/>
        <w:t>vn 0.9189 0.3879 -0.0713</w:t>
        <w:br/>
        <w:t>vn 0.9166 0.3942 -0.0662</w:t>
        <w:br/>
        <w:t>vn 0.9271 0.3398 0.1579</w:t>
        <w:br/>
        <w:t>vn 0.6857 0.4381 -0.5812</w:t>
        <w:br/>
        <w:t>vn 0.8453 0.4227 -0.3268</w:t>
        <w:br/>
        <w:t>vn 0.5865 0.7689 -0.2545</w:t>
        <w:br/>
        <w:t>vn 0.4823 0.7591 -0.4372</w:t>
        <w:br/>
        <w:t>vn 0.6944 0.2028 0.6905</w:t>
        <w:br/>
        <w:t>vn 0.4058 0.1202 0.9060</w:t>
        <w:br/>
        <w:t>vn 0.4429 0.5009 0.7437</w:t>
        <w:br/>
        <w:t>vn 0.6986 0.2086 0.6844</w:t>
        <w:br/>
        <w:t>vn 0.6055 0.7266 0.3247</w:t>
        <w:br/>
        <w:t>vn 0.6353 0.7647 0.1082</w:t>
        <w:br/>
        <w:t>vn 0.8586 0.2955 0.4190</w:t>
        <w:br/>
        <w:t>vn 0.5974 0.5045 0.6234</w:t>
        <w:br/>
        <w:t>vn 0.8302 0.4580 -0.3178</w:t>
        <w:br/>
        <w:t>vn 0.8658 0.2825 0.4131</w:t>
        <w:br/>
        <w:t>vn 0.0745 0.3552 -0.9318</w:t>
        <w:br/>
        <w:t>vn -0.3434 0.4394 -0.8301</w:t>
        <w:br/>
        <w:t>vn 0.4013 0.4878 -0.7752</w:t>
        <w:br/>
        <w:t>vn 0.6611 0.4930 -0.5656</w:t>
        <w:br/>
        <w:t>vn 0.4265 0.4180 -0.8021</w:t>
        <w:br/>
        <w:t>vn -0.4494 0.1764 -0.8757</w:t>
        <w:br/>
        <w:t>vn -0.5384 0.0158 -0.8426</w:t>
        <w:br/>
        <w:t>vn -0.4251 0.2210 -0.8778</w:t>
        <w:br/>
        <w:t>vn -0.6845 0.2170 -0.6960</w:t>
        <w:br/>
        <w:t>vn -0.5620 0.0491 -0.8257</w:t>
        <w:br/>
        <w:t>vn -0.6530 0.3542 -0.6694</w:t>
        <w:br/>
        <w:t>vn 0.0489 0.7087 -0.7038</w:t>
        <w:br/>
        <w:t>vn 0.3056 0.7413 -0.5976</w:t>
        <w:br/>
        <w:t>vn 0.6322 0.7716 -0.0705</w:t>
        <w:br/>
        <w:t>vn -0.5015 0.1636 -0.8496</w:t>
        <w:br/>
        <w:t>vn -0.0511 -0.1640 0.9851</w:t>
        <w:br/>
        <w:t>vn 0.1087 -0.2210 0.9692</w:t>
        <w:br/>
        <w:t>vn 0.1002 -0.3011 0.9483</w:t>
        <w:br/>
        <w:t>vn 0.0450 -0.3379 0.9401</w:t>
        <w:br/>
        <w:t>vn -0.6954 -0.7181 0.0272</w:t>
        <w:br/>
        <w:t>vn -0.2442 -0.9675 0.0654</w:t>
        <w:br/>
        <w:t>vn 0.1002 -0.9060 0.4112</w:t>
        <w:br/>
        <w:t>vn -0.0685 -0.9857 0.1538</w:t>
        <w:br/>
        <w:t>vn -0.1362 -0.9760 0.1700</w:t>
        <w:br/>
        <w:t>vn -0.0845 -0.7917 0.6050</w:t>
        <w:br/>
        <w:t>vn -0.6431 -0.7620 0.0763</w:t>
        <w:br/>
        <w:t>vn -0.0685 -0.9857 0.1539</w:t>
        <w:br/>
        <w:t>vn -0.6069 -0.7794 -0.1556</w:t>
        <w:br/>
        <w:t>vn -0.6804 -0.7215 -0.1289</w:t>
        <w:br/>
        <w:t>vn 0.1574 -0.3939 0.9056</w:t>
        <w:br/>
        <w:t>vn 0.1272 -0.3290 0.9357</w:t>
        <w:br/>
        <w:t>vn -0.6427 -0.1968 -0.7404</w:t>
        <w:br/>
        <w:t>vn -0.5857 -0.1671 -0.7931</w:t>
        <w:br/>
        <w:t>vn -0.5786 -0.3428 -0.7400</w:t>
        <w:br/>
        <w:t>vn -0.6024 -0.3798 -0.7020</w:t>
        <w:br/>
        <w:t>vn -0.5844 -0.4785 -0.6553</w:t>
        <w:br/>
        <w:t>vn -0.6630 -0.5494 -0.5085</w:t>
        <w:br/>
        <w:t>vn 0.2105 -0.6449 0.7348</w:t>
        <w:br/>
        <w:t>vn 0.2031 -0.4664 0.8610</w:t>
        <w:br/>
        <w:t>vn 0.4662 0.1763 -0.8669</w:t>
        <w:br/>
        <w:t>vn 0.7487 0.2329 -0.6206</w:t>
        <w:br/>
        <w:t>vn 0.7664 0.1238 -0.6303</w:t>
        <w:br/>
        <w:t>vn 0.4761 -0.0067 -0.8793</w:t>
        <w:br/>
        <w:t>vn 0.7421 0.2659 -0.6153</w:t>
        <w:br/>
        <w:t>vn 0.9032 0.2599 -0.3415</w:t>
        <w:br/>
        <w:t>vn 0.9065 0.2469 -0.3424</w:t>
        <w:br/>
        <w:t>vn 0.9810 0.1886 -0.0449</w:t>
        <w:br/>
        <w:t>vn 0.9676 0.2393 -0.0808</w:t>
        <w:br/>
        <w:t>vn 0.0561 -0.1640 -0.9849</w:t>
        <w:br/>
        <w:t>vn 0.0567 0.0693 -0.9960</w:t>
        <w:br/>
        <w:t>vn 0.6851 0.1181 0.7188</w:t>
        <w:br/>
        <w:t>vn 0.6419 0.1649 0.7488</w:t>
        <w:br/>
        <w:t>vn 0.3766 0.1092 0.9199</w:t>
        <w:br/>
        <w:t>vn 0.3445 0.1136 0.9319</w:t>
        <w:br/>
        <w:t>vn 0.4145 0.0917 0.9054</w:t>
        <w:br/>
        <w:t>vn 0.1509 -0.0126 0.9885</w:t>
        <w:br/>
        <w:t>vn 0.0582 0.0315 0.9978</w:t>
        <w:br/>
        <w:t>vn 0.0582 -0.3961 -0.9164</w:t>
        <w:br/>
        <w:t>vn -0.3531 -0.4669 -0.8107</w:t>
        <w:br/>
        <w:t>vn -0.3700 -0.2734 -0.8879</w:t>
        <w:br/>
        <w:t>vn -0.9813 -0.0040 0.1927</w:t>
        <w:br/>
        <w:t>vn -0.9813 0.0363 0.1889</w:t>
        <w:br/>
        <w:t>vn -0.7880 0.0237 0.6153</w:t>
        <w:br/>
        <w:t>vn -0.8200 -0.0076 0.5723</w:t>
        <w:br/>
        <w:t>vn 0.0310 -0.5921 0.8053</w:t>
        <w:br/>
        <w:t>vn -0.0061 0.0545 0.9985</w:t>
        <w:br/>
        <w:t>vn -0.2363 -0.0991 0.9666</w:t>
        <w:br/>
        <w:t>vn -0.4561 -0.0637 0.8877</w:t>
        <w:br/>
        <w:t>vn -0.3519 -0.0665 -0.9337</w:t>
        <w:br/>
        <w:t>vn 0.9162 0.0990 -0.3882</w:t>
        <w:br/>
        <w:t>vn 0.9688 0.2216 -0.1114</w:t>
        <w:br/>
        <w:t>vn 0.9752 0.1592 -0.1540</w:t>
        <w:br/>
        <w:t>vn 0.2930 -0.0588 -0.9543</w:t>
        <w:br/>
        <w:t>vn -0.2921 -0.6959 -0.6560</w:t>
        <w:br/>
        <w:t>vn -0.1582 -0.4803 -0.8627</w:t>
        <w:br/>
        <w:t>vn 0.2976 -0.2562 -0.9197</w:t>
        <w:br/>
        <w:t>vn -0.6038 -0.6954 -0.3895</w:t>
        <w:br/>
        <w:t>vn -0.6978 -0.6707 -0.2515</w:t>
        <w:br/>
        <w:t>vn 0.9229 0.0664 -0.3792</w:t>
        <w:br/>
        <w:t>vn 0.7447 -0.0577 -0.6649</w:t>
        <w:br/>
        <w:t>vn 0.9024 0.0283 -0.4300</w:t>
        <w:br/>
        <w:t>vn 0.7060 -0.0106 -0.7081</w:t>
        <w:br/>
        <w:t>vn -0.3174 -0.6599 -0.6810</w:t>
        <w:br/>
        <w:t>vn 0.0325 -0.5772 -0.8160</w:t>
        <w:br/>
        <w:t>vn -0.4492 -0.6985 -0.5571</w:t>
        <w:br/>
        <w:t>vn -0.4874 -0.7706 -0.4106</w:t>
        <w:br/>
        <w:t>vn 0.4185 -0.3503 -0.8379</w:t>
        <w:br/>
        <w:t>vn 0.4623 -0.2080 -0.8620</w:t>
        <w:br/>
        <w:t>vn 0.7610 -0.1048 -0.6402</w:t>
        <w:br/>
        <w:t>vn 0.7914 0.0190 -0.6110</w:t>
        <w:br/>
        <w:t>vn -0.6885 0.3535 -0.6333</w:t>
        <w:br/>
        <w:t>vn -0.6818 0.3356 -0.6500</w:t>
        <w:br/>
        <w:t>vn -0.4299 0.4913 -0.7575</w:t>
        <w:br/>
        <w:t>vn 0.0626 0.1626 -0.9847</w:t>
        <w:br/>
        <w:t>vn 0.6655 0.2121 0.7156</w:t>
        <w:br/>
        <w:t>vn 0.8191 0.1812 0.5443</w:t>
        <w:br/>
        <w:t>vn 0.8671 0.2535 0.4288</w:t>
        <w:br/>
        <w:t>vn -0.0340 -0.3563 0.9338</w:t>
        <w:br/>
        <w:t>vn 0.8296 -0.4437 -0.3390</w:t>
        <w:br/>
        <w:t>vn 0.8926 0.0443 -0.4487</w:t>
        <w:br/>
        <w:t>vn 0.9791 0.0925 -0.1812</w:t>
        <w:br/>
        <w:t>vn 0.8853 -0.4443 -0.1373</w:t>
        <w:br/>
        <w:t>vn 0.6519 -0.4919 -0.5771</w:t>
        <w:br/>
        <w:t>vn 0.9776 0.1074 -0.1813</w:t>
        <w:br/>
        <w:t>vn 0.5354 0.0228 0.8443</w:t>
        <w:br/>
        <w:t>vn 0.3127 0.1270 0.9413</w:t>
        <w:br/>
        <w:t>vn -0.0521 0.0991 0.9937</w:t>
        <w:br/>
        <w:t>vn -0.0715 0.1394 0.9876</w:t>
        <w:br/>
        <w:t>vn 0.9905 0.1093 0.0834</w:t>
        <w:br/>
        <w:t>vn 0.9846 0.1547 0.0812</w:t>
        <w:br/>
        <w:t>vn 0.9006 0.1737 0.3984</w:t>
        <w:br/>
        <w:t>vn 0.9100 0.1409 0.3900</w:t>
        <w:br/>
        <w:t>vn 0.6465 0.0494 0.7613</w:t>
        <w:br/>
        <w:t>vn 0.9774 0.2047 0.0534</w:t>
        <w:br/>
        <w:t>vn 0.4603 0.2385 -0.8551</w:t>
        <w:br/>
        <w:t>vn -0.5144 0.0854 0.8533</w:t>
        <w:br/>
        <w:t>vn -0.5072 0.1723 0.8445</w:t>
        <w:br/>
        <w:t>vn 0.5038 0.6669 0.5491</w:t>
        <w:br/>
        <w:t>vn 0.7329 0.5479 0.4033</w:t>
        <w:br/>
        <w:t>vn 0.8632 -0.4117 0.2923</w:t>
        <w:br/>
        <w:t>vn 0.8922 -0.4467 0.0665</w:t>
        <w:br/>
        <w:t>vn 0.7558 0.1545 0.6364</w:t>
        <w:br/>
        <w:t>vn 0.7305 -0.1613 0.6636</w:t>
        <w:br/>
        <w:t>vn 0.3205 -0.2297 0.9190</w:t>
        <w:br/>
        <w:t>vn 0.2645 -0.1374 0.9545</w:t>
        <w:br/>
        <w:t>vn 0.4407 -0.0272 0.8973</w:t>
        <w:br/>
        <w:t>vn -0.4857 -0.1151 0.8665</w:t>
        <w:br/>
        <w:t>vn 0.1721 -0.2549 0.9515</w:t>
        <w:br/>
        <w:t>vn -0.7807 0.0897 0.6185</w:t>
        <w:br/>
        <w:t>vn 0.9091 0.1776 -0.3769</w:t>
        <w:br/>
        <w:t>vn 0.9630 0.2609 0.0678</w:t>
        <w:br/>
        <w:t>vn 0.1208 -0.3031 0.9453</w:t>
        <w:br/>
        <w:t>vn 0.1224 -0.2856 0.9505</w:t>
        <w:br/>
        <w:t>vn 0.9587 0.2304 0.1666</w:t>
        <w:br/>
        <w:t>vn 0.9733 0.1481 0.1753</w:t>
        <w:br/>
        <w:t>vn -0.4969 -0.8617 0.1024</w:t>
        <w:br/>
        <w:t>vn -0.4969 -0.8618 0.1017</w:t>
        <w:br/>
        <w:t>vn -0.6358 -0.7714 -0.0265</w:t>
        <w:br/>
        <w:t>vn -0.4107 -0.9117 0.0129</w:t>
        <w:br/>
        <w:t>vn -0.5011 -0.8379 0.2164</w:t>
        <w:br/>
        <w:t>vn -0.5011 -0.8383 0.2147</w:t>
        <w:br/>
        <w:t>vn -0.6801 -0.7295 -0.0729</w:t>
        <w:br/>
        <w:t>vn -0.3884 -0.9209 0.0328</w:t>
        <w:br/>
        <w:t>vn -0.5762 -0.7939 -0.1945</w:t>
        <w:br/>
        <w:t>vn -0.4058 -0.9108 0.0759</w:t>
        <w:br/>
        <w:t>vn -0.3513 -0.9299 -0.1089</w:t>
        <w:br/>
        <w:t>vn -0.1958 -0.9499 -0.2436</w:t>
        <w:br/>
        <w:t>vn -0.6448 -0.4145 -0.6422</w:t>
        <w:br/>
        <w:t>vn 0.6493 -0.4964 -0.5763</w:t>
        <w:br/>
        <w:t>vn 0.1669 -0.9362 -0.3093</w:t>
        <w:br/>
        <w:t>vn 0.1670 -0.9362 -0.3093</w:t>
        <w:br/>
        <w:t>vn -0.0712 -0.9141 0.3992</w:t>
        <w:br/>
        <w:t>vn 0.0977 -0.9105 0.4018</w:t>
        <w:br/>
        <w:t>vn 0.0977 -0.9115 0.3995</w:t>
        <w:br/>
        <w:t>vn -0.0712 -0.9152 0.3966</w:t>
        <w:br/>
        <w:t>vn -0.3517 -0.8760 0.3300</w:t>
        <w:br/>
        <w:t>vn -0.3517 -0.8768 0.3280</w:t>
        <w:br/>
        <w:t>vn 0.8932 -0.4444 0.0681</w:t>
        <w:br/>
        <w:t>vn 0.5790 -0.8112 0.0820</w:t>
        <w:br/>
        <w:t>vn 0.9044 -0.2317 0.3583</w:t>
        <w:br/>
        <w:t>vn 0.7767 -0.0817 0.6246</w:t>
        <w:br/>
        <w:t>vn -0.9953 -0.0428 0.0873</w:t>
        <w:br/>
        <w:t>vn -0.9861 -0.1660 0.0077</w:t>
        <w:br/>
        <w:t>vn 0.9763 0.2151 0.0246</w:t>
        <w:br/>
        <w:t>vn 0.1851 0.9759 -0.1157</w:t>
        <w:br/>
        <w:t>vn 0.1550 0.9702 -0.1861</w:t>
        <w:br/>
        <w:t>vn 0.6322 0.7716 -0.0704</w:t>
        <w:br/>
        <w:t>vn 0.1974 0.9792 -0.0467</w:t>
        <w:br/>
        <w:t>vn 0.2098 0.9774 0.0259</w:t>
        <w:br/>
        <w:t>vn 0.6352 0.7647 0.1082</w:t>
        <w:br/>
        <w:t>vn 0.6055 0.7266 0.3246</w:t>
        <w:br/>
        <w:t>vn 0.2179 0.9735 0.0688</w:t>
        <w:br/>
        <w:t>vn 0.2117 0.9508 0.2263</w:t>
        <w:br/>
        <w:t>vn -0.6529 0.3542 -0.6695</w:t>
        <w:br/>
        <w:t>vn -0.6845 0.2171 -0.6959</w:t>
        <w:br/>
        <w:t>vn -0.3433 0.4394 -0.8301</w:t>
        <w:br/>
        <w:t>vn 0.0489 0.7088 -0.7038</w:t>
        <w:br/>
        <w:t>vn 0.0004 0.9544 -0.2985</w:t>
        <w:br/>
        <w:t>vn 0.0968 0.9649 -0.2443</w:t>
        <w:br/>
        <w:t>vn 0.7077 0.0409 0.7053</w:t>
        <w:br/>
        <w:t>vn 0.9497 0.2108 0.2317</w:t>
        <w:br/>
        <w:t>vn 0.8708 0.1473 0.4691</w:t>
        <w:br/>
        <w:t>vn 0.9269 0.2373 0.2909</w:t>
        <w:br/>
        <w:t>vn -0.6448 -0.7212 -0.2532</w:t>
        <w:br/>
        <w:t>vn -0.8525 -0.5161 -0.0837</w:t>
        <w:br/>
        <w:t>vn -0.9798 0.0766 0.1845</w:t>
        <w:br/>
        <w:t>vn -0.9971 0.0716 0.0261</w:t>
        <w:br/>
        <w:t>vn -0.4561 -0.0638 0.8877</w:t>
        <w:br/>
        <w:t>vn 0.2439 0.5374 0.8073</w:t>
        <w:br/>
        <w:t>vn 0.1372 0.6345 0.7607</w:t>
        <w:br/>
        <w:t>vn 0.7896 0.1240 0.6010</w:t>
        <w:br/>
        <w:t>vn 0.0491 0.9772 0.2064</w:t>
        <w:br/>
        <w:t>vn 0.1484 0.9610 0.2332</w:t>
        <w:br/>
        <w:t>vn 0.2373 0.9664 0.0988</w:t>
        <w:br/>
        <w:t>vn 0.1980 0.9798 0.0279</w:t>
        <w:br/>
        <w:t>vn 0.2299 0.9552 0.1865</w:t>
        <w:br/>
        <w:t>vn 0.1791 0.9833 -0.0324</w:t>
        <w:br/>
        <w:t>vn -0.1405 0.9699 -0.1987</w:t>
        <w:br/>
        <w:t>vn -0.1793 0.8975 0.4029</w:t>
        <w:br/>
        <w:t>vn -0.0457 0.9881 0.1469</w:t>
        <w:br/>
        <w:t>vn -0.1101 0.9504 -0.2909</w:t>
        <w:br/>
        <w:t>vn 0.1823 0.9780 -0.1017</w:t>
        <w:br/>
        <w:t>vn 0.0789 0.9915 -0.1036</w:t>
        <w:br/>
        <w:t>vn 0.1176 0.9905 -0.0715</w:t>
        <w:br/>
        <w:t>vn 0.1807 0.9801 -0.0827</w:t>
        <w:br/>
        <w:t>vn -0.6870 -0.5371 -0.4895</w:t>
        <w:br/>
        <w:t>vn -0.6598 -0.5709 -0.4886</w:t>
        <w:br/>
        <w:t>vn -0.5582 -0.3341 -0.7594</w:t>
        <w:br/>
        <w:t>vn 0.0813 -0.5954 -0.7993</w:t>
        <w:br/>
        <w:t>vn 0.0813 -0.5945 -0.8000</w:t>
        <w:br/>
        <w:t>vn 0.2079 -0.5939 -0.7772</w:t>
        <w:br/>
        <w:t>vn 0.2079 -0.5948 -0.7766</w:t>
        <w:br/>
        <w:t>vn -0.4802 -0.4476 -0.7544</w:t>
        <w:br/>
        <w:t>vn -0.2560 0.0207 -0.9665</w:t>
        <w:br/>
        <w:t>vn -0.1901 -0.5162 -0.8351</w:t>
        <w:br/>
        <w:t>vn -0.1901 -0.5202 -0.8326</w:t>
        <w:br/>
        <w:t>vn -0.3787 -0.0506 -0.9241</w:t>
        <w:br/>
        <w:t>vn -0.0804 0.9955 -0.0503</w:t>
        <w:br/>
        <w:t>vn -0.2000 0.9792 0.0347</w:t>
        <w:br/>
        <w:t>vn -0.7893 0.1315 -0.5998</w:t>
        <w:br/>
        <w:t>vn -0.7207 0.1610 -0.6743</w:t>
        <w:br/>
        <w:t>vn -0.9205 -0.0211 -0.3901</w:t>
        <w:br/>
        <w:t>vn -0.9093 -0.0108 -0.4159</w:t>
        <w:br/>
        <w:t>vn -0.6683 -0.4756 -0.5720</w:t>
        <w:br/>
        <w:t>vn -0.8973 -0.0004 -0.4413</w:t>
        <w:br/>
        <w:t>vn -0.0091 0.9664 0.2569</w:t>
        <w:br/>
        <w:t>vn 0.0244 0.9788 0.2036</w:t>
        <w:br/>
        <w:t>vn 0.0587 0.9963 0.0628</w:t>
        <w:br/>
        <w:t>vn 0.2579 0.5644 -0.7842</w:t>
        <w:br/>
        <w:t>vn 0.2557 0.1375 -0.9569</w:t>
        <w:br/>
        <w:t>vn 0.1809 0.5183 -0.8359</w:t>
        <w:br/>
        <w:t>vn 0.2966 0.5022 -0.8123</w:t>
        <w:br/>
        <w:t>vn 0.1897 0.2102 -0.9591</w:t>
        <w:br/>
        <w:t>vn 0.3744 0.5944 -0.7117</w:t>
        <w:br/>
        <w:t>vn 0.2771 0.1983 -0.9402</w:t>
        <w:br/>
        <w:t>vn 0.0232 0.6412 -0.7670</w:t>
        <w:br/>
        <w:t>vn 0.0267 0.9942 -0.1040</w:t>
        <w:br/>
        <w:t>vn -0.1404 0.9699 -0.1988</w:t>
        <w:br/>
        <w:t>vn -0.3400 0.4673 -0.8161</w:t>
        <w:br/>
        <w:t>vn -0.6034 0.3822 -0.6999</w:t>
        <w:br/>
        <w:t>vn -0.3400 0.4674 -0.8161</w:t>
        <w:br/>
        <w:t>vn -0.9151 0.3157 -0.2509</w:t>
        <w:br/>
        <w:t>vn -0.9675 0.2499 -0.0373</w:t>
        <w:br/>
        <w:t>vn -0.7949 0.3852 -0.4688</w:t>
        <w:br/>
        <w:t>vn -0.9595 0.2550 0.1199</w:t>
        <w:br/>
        <w:t>vn -0.0551 0.9181 -0.3925</w:t>
        <w:br/>
        <w:t>vn -0.0687 0.5546 -0.8293</w:t>
        <w:br/>
        <w:t>vn 0.2439 0.5024 -0.8295</w:t>
        <w:br/>
        <w:t>vn 0.2472 0.4817 -0.8408</w:t>
        <w:br/>
        <w:t>vn -0.0674 0.5336 -0.8431</w:t>
        <w:br/>
        <w:t>vn 0.2504 0.4604 -0.8517</w:t>
        <w:br/>
        <w:t>vn -0.0661 0.5117 -0.8566</w:t>
        <w:br/>
        <w:t>vn -0.6056 0.5047 -0.6152</w:t>
        <w:br/>
        <w:t>vn -0.6083 0.4865 -0.6272</w:t>
        <w:br/>
        <w:t>vn -0.6106 0.4678 -0.6390</w:t>
        <w:br/>
        <w:t>vn -0.9421 0.2727 -0.1952</w:t>
        <w:br/>
        <w:t>vn -0.9400 0.2832 -0.1905</w:t>
        <w:br/>
        <w:t>vn -0.9440 0.2623 -0.2000</w:t>
        <w:br/>
        <w:t>vn -0.9907 0.1115 0.0779</w:t>
        <w:br/>
        <w:t>vn -0.9902 0.1154 0.0788</w:t>
        <w:br/>
        <w:t>vn -0.9912 0.1075 0.0771</w:t>
        <w:br/>
        <w:t>vn 0.8884 0.1086 -0.4460</w:t>
        <w:br/>
        <w:t>vn 0.8884 0.1087 -0.4460</w:t>
        <w:br/>
        <w:t>vn 0.9223 0.0457 -0.3838</w:t>
        <w:br/>
        <w:t>vn 0.9307 0.0287 -0.3648</w:t>
        <w:br/>
        <w:t>vn 0.9306 0.0287 -0.3648</w:t>
        <w:br/>
        <w:t>vn 0.5478 0.0360 0.8358</w:t>
        <w:br/>
        <w:t>vn 0.5498 0.0362 0.8345</w:t>
        <w:br/>
        <w:t>vn 0.5499 0.0362 0.8345</w:t>
        <w:br/>
        <w:t>vn 0.5479 0.0361 0.8358</w:t>
        <w:br/>
        <w:t>vn 0.0208 0.9790 0.2026</w:t>
        <w:br/>
        <w:t>vn 0.0208 0.9791 0.2025</w:t>
        <w:br/>
        <w:t>vn -0.7648 -0.1146 0.6340</w:t>
        <w:br/>
        <w:t>vn -0.7955 -0.2038 0.5707</w:t>
        <w:br/>
        <w:t>vn -0.7954 -0.2038 0.5707</w:t>
        <w:br/>
        <w:t>vn -0.8087 0.0416 0.5868</w:t>
        <w:br/>
        <w:t>vn -0.8420 0.1095 0.5283</w:t>
        <w:br/>
        <w:t>vn -0.3397 0.0418 0.9396</w:t>
        <w:br/>
        <w:t>vn -0.3398 0.0420 0.9395</w:t>
        <w:br/>
        <w:t>vn -0.3425 0.0421 0.9386</w:t>
        <w:br/>
        <w:t>vn -0.3426 0.0422 0.9385</w:t>
        <w:br/>
        <w:t>vn 0.0019 0.9629 0.2700</w:t>
        <w:br/>
        <w:t>vn 0.0020 0.9629 0.2700</w:t>
        <w:br/>
        <w:t>vn 0.0019 0.9628 0.2701</w:t>
        <w:br/>
        <w:t>vn 0.9196 -0.1409 0.3667</w:t>
        <w:br/>
        <w:t>vn 0.9006 -0.1016 0.4225</w:t>
        <w:br/>
        <w:t>vn 0.9278 0.0149 0.3728</w:t>
        <w:br/>
        <w:t>vn 0.9153 -0.0249 0.4020</w:t>
        <w:br/>
        <w:t>vn 0.9153 -0.0249 0.4021</w:t>
        <w:br/>
        <w:t>vn -0.7465 -0.0253 0.6649</w:t>
        <w:br/>
        <w:t>vn -0.7466 -0.0253 0.6648</w:t>
        <w:br/>
        <w:t>vn 0.8891 -0.0632 0.4534</w:t>
        <w:br/>
        <w:t>vn 0.8595 0.1544 -0.4873</w:t>
        <w:br/>
        <w:t>vn -0.3453 0.0425 0.9375</w:t>
        <w:br/>
        <w:t>vn -0.3455 0.0424 0.9375</w:t>
        <w:br/>
        <w:t>vn 0.5518 0.0363 0.8332</w:t>
        <w:br/>
        <w:t>vn 0.4429 0.5008 0.7436</w:t>
        <w:br/>
        <w:t>vn 0.1805 0.9040 0.3876</w:t>
        <w:br/>
        <w:t>vn 0.5038 0.6668 0.5491</w:t>
        <w:br/>
        <w:t>vn 0.1165 0.8586 0.4992</w:t>
        <w:br/>
        <w:t>vn 0.0868 0.8180 0.5687</w:t>
        <w:br/>
        <w:t>vn 0.0852 0.7989 0.5954</w:t>
        <w:br/>
        <w:t>vn 0.0852 0.7988 0.5956</w:t>
        <w:br/>
        <w:t>vn -0.3225 0.7655 0.5567</w:t>
        <w:br/>
        <w:t>vn -0.3225 0.7655 0.5568</w:t>
        <w:br/>
        <w:t>vn -0.6688 0.6115 0.4229</w:t>
        <w:br/>
        <w:t>vn -0.6688 0.6114 0.4229</w:t>
        <w:br/>
        <w:t>vn 0.5887 0.4435 -0.6759</w:t>
        <w:br/>
        <w:t>vn 0.4091 0.5510 -0.7274</w:t>
        <w:br/>
        <w:t>vn -0.2445 -0.5025 0.8293</w:t>
        <w:br/>
        <w:t>vn -0.2480 -0.4815 0.8406</w:t>
        <w:br/>
        <w:t>vn 0.0672 -0.5340 0.8428</w:t>
        <w:br/>
        <w:t>vn 0.0686 -0.5553 0.8288</w:t>
        <w:br/>
        <w:t>vn 0.0659 -0.5126 0.8561</w:t>
        <w:br/>
        <w:t>vn -0.2511 -0.4605 0.8514</w:t>
        <w:br/>
        <w:t>vn 0.6091 -0.4871 0.6259</w:t>
        <w:br/>
        <w:t>vn 0.6066 -0.5052 0.6138</w:t>
        <w:br/>
        <w:t>vn 0.6115 -0.4688 0.6374</w:t>
        <w:br/>
        <w:t>vn 0.6092 -0.4871 0.6258</w:t>
        <w:br/>
        <w:t>vn 0.9421 -0.2731 0.1946</w:t>
        <w:br/>
        <w:t>vn 0.9400 -0.2833 0.1900</w:t>
        <w:br/>
        <w:t>vn 0.6114 -0.4688 0.6375</w:t>
        <w:br/>
        <w:t>vn 0.9440 -0.2629 0.1994</w:t>
        <w:br/>
        <w:t>vn 0.9902 -0.1162 -0.0774</w:t>
        <w:br/>
        <w:t>vn 0.9907 -0.1124 -0.0767</w:t>
        <w:br/>
        <w:t>vn 0.9912 -0.1086 -0.0758</w:t>
        <w:br/>
        <w:t>vn -0.4541 0.4948 0.7409</w:t>
        <w:br/>
        <w:t>vn 0.1226 0.0990 0.9875</w:t>
        <w:br/>
        <w:t>vn 0.5480 0.2143 0.8086</w:t>
        <w:br/>
        <w:t>vn 0.0190 -0.9458 0.3242</w:t>
        <w:br/>
        <w:t>vn -0.5362 -0.8441 -0.0076</w:t>
        <w:br/>
        <w:t>vn 0.3683 -0.9224 0.1160</w:t>
        <w:br/>
        <w:t>vn 0.5932 0.0251 0.8046</w:t>
        <w:br/>
        <w:t>vn 0.4399 -0.8627 0.2495</w:t>
        <w:br/>
        <w:t>vn 0.8494 0.2811 0.4467</w:t>
        <w:br/>
        <w:t>vn 0.6568 -0.7458 -0.1118</w:t>
        <w:br/>
        <w:t>vn 0.6174 0.7836 -0.0697</w:t>
        <w:br/>
        <w:t>vn 0.4484 -0.5255 -0.7231</w:t>
        <w:br/>
        <w:t>vn 0.6175 0.7835 -0.0696</w:t>
        <w:br/>
        <w:t>vn -0.0159 0.9307 -0.3654</w:t>
        <w:br/>
        <w:t>vn -0.3601 0.9235 -0.1322</w:t>
        <w:br/>
        <w:t>vn -0.1190 -0.2100 -0.9704</w:t>
        <w:br/>
        <w:t>vn 0.4484 -0.5254 -0.7232</w:t>
        <w:br/>
        <w:t>vn -0.4802 -0.3554 -0.8020</w:t>
        <w:br/>
        <w:t>vn -0.4329 0.8680 -0.2432</w:t>
        <w:br/>
        <w:t>vn -0.5481 -0.1913 -0.8143</w:t>
        <w:br/>
        <w:t>vn -0.6422 0.7565 0.1235</w:t>
        <w:br/>
        <w:t>vn -0.7547 -0.4368 -0.4895</w:t>
        <w:br/>
        <w:t>vn -0.5363 -0.8440 -0.0074</w:t>
        <w:br/>
        <w:t>vn 0.0006 -0.0077 -1.0000</w:t>
        <w:br/>
        <w:t>vn 0.6279 -0.0644 -0.7756</w:t>
        <w:br/>
        <w:t>vn 0.3779 -0.2466 -0.8924</w:t>
        <w:br/>
        <w:t>vn 0.3327 -0.1559 -0.9301</w:t>
        <w:br/>
        <w:t>vn -0.8898 0.3346 0.3102</w:t>
        <w:br/>
        <w:t>vn -0.3245 0.5055 0.7995</w:t>
        <w:br/>
        <w:t>vn -0.5577 0.4576 0.6925</w:t>
        <w:br/>
        <w:t>vn -0.5577 0.4576 0.6926</w:t>
        <w:br/>
        <w:t>vn -0.7852 0.3861 0.4840</w:t>
        <w:br/>
        <w:t>vn -0.7852 0.3862 0.4840</w:t>
        <w:br/>
        <w:t>vn -0.0000 0.9833 -0.1819</w:t>
        <w:br/>
        <w:t>vn -0.0000 0.9833 -0.1818</w:t>
        <w:br/>
        <w:t>vn -0.0000 -0.9555 -0.2950</w:t>
        <w:br/>
        <w:t>vn 0.9999 0.0132 0.0065</w:t>
        <w:br/>
        <w:t>vn 1.0000 0.0056 0.0071</w:t>
        <w:br/>
        <w:t>vn -1.0000 0.0076 -0.0006</w:t>
        <w:br/>
        <w:t>vn -0.9999 0.0132 0.0065</w:t>
        <w:br/>
        <w:t>vn -1.0000 0.0076 -0.0005</w:t>
        <w:br/>
        <w:t>vn -1.0000 0.0000 0.0000</w:t>
        <w:br/>
        <w:t>vn -1.0000 0.0056 0.0071</w:t>
        <w:br/>
        <w:t>vn -1.0000 0.0000 0.0001</w:t>
        <w:br/>
        <w:t>vn 1.0000 0.0000 0.0000</w:t>
        <w:br/>
        <w:t>vn 1.0000 0.0000 0.0001</w:t>
        <w:br/>
        <w:t>vn 1.0000 0.0076 -0.0006</w:t>
        <w:br/>
        <w:t>vn -0.0000 0.2468 -0.9691</w:t>
        <w:br/>
        <w:t>vn 0.8231 -0.1020 0.5587</w:t>
        <w:br/>
        <w:t>vn 0.9617 -0.0556 0.2683</w:t>
        <w:br/>
        <w:t>vn 0.9625 -0.0546 0.2657</w:t>
        <w:br/>
        <w:t>vn 0.1957 0.8824 -0.4280</w:t>
        <w:br/>
        <w:t>vn 0.2404 0.9429 -0.2306</w:t>
        <w:br/>
        <w:t>vn 0.2547 0.9586 -0.1274</w:t>
        <w:br/>
        <w:t>vn 0.3744 0.5945 -0.7116</w:t>
        <w:br/>
        <w:t>vn 0.1621 0.9758 0.1464</w:t>
        <w:br/>
        <w:t>vn 0.1621 0.9759 0.1462</w:t>
        <w:br/>
        <w:t>vn -0.0678 0.9525 -0.2968</w:t>
        <w:br/>
        <w:t>vn -0.1063 0.9833 -0.1479</w:t>
        <w:br/>
        <w:t>vn 0.0176 0.9379 -0.3465</w:t>
        <w:br/>
        <w:t>vn 0.0233 0.6412 -0.7671</w:t>
        <w:br/>
        <w:t>vn 0.1808 0.5183 -0.8359</w:t>
        <w:br/>
        <w:t>vn 0.9610 -0.0566 0.2708</w:t>
        <w:br/>
        <w:t>vn 0.2190 -0.9501 0.2221</w:t>
        <w:br/>
        <w:t>vn 0.2190 -0.9501 0.2222</w:t>
        <w:br/>
        <w:t>vn 0.8775 0.0096 -0.4795</w:t>
        <w:br/>
        <w:t>vn 0.9051 0.0481 -0.4225</w:t>
        <w:br/>
        <w:t>vn 0.9051 0.0482 -0.4225</w:t>
        <w:br/>
        <w:t>vn 0.8775 0.0096 -0.4794</w:t>
        <w:br/>
        <w:t>vn 0.8539 -0.0285 -0.5196</w:t>
        <w:br/>
        <w:t>vn 0.8539 -0.0285 -0.5197</w:t>
        <w:br/>
        <w:t>vn 0.8797 0.1519 -0.4506</w:t>
        <w:br/>
        <w:t>vn 0.8356 0.2531 -0.4876</w:t>
        <w:br/>
        <w:t>vn 0.8356 0.2532 -0.4876</w:t>
        <w:br/>
        <w:t>vn -0.9286 -0.0940 -0.3590</w:t>
        <w:br/>
        <w:t>vn -0.9533 0.0011 -0.3020</w:t>
        <w:br/>
        <w:t>vn -0.9286 -0.0941 -0.3589</w:t>
        <w:br/>
        <w:t>vn -0.8805 0.3167 -0.3526</w:t>
        <w:br/>
        <w:t>vn -0.9366 0.2091 -0.2811</w:t>
        <w:br/>
        <w:t>vn -0.9701 0.0969 -0.2226</w:t>
        <w:br/>
        <w:t>vn 0.1558 0.0547 0.9863</w:t>
        <w:br/>
        <w:t>vn 0.0348 0.2569 0.9658</w:t>
        <w:br/>
        <w:t>vn -0.0499 0.1715 0.9839</w:t>
        <w:br/>
        <w:t>vn -0.0806 0.0544 0.9953</w:t>
        <w:br/>
        <w:t>vn -0.0491 -0.0630 0.9968</w:t>
        <w:br/>
        <w:t>vn 0.1522 -0.1814 0.9716</w:t>
        <w:br/>
        <w:t>vn 0.2681 -0.1506 0.9515</w:t>
        <w:br/>
        <w:t>vn 0.0361 -0.1494 0.9881</w:t>
        <w:br/>
        <w:t>vn 0.1507 0.2877 0.9458</w:t>
        <w:br/>
        <w:t>vn 0.2668 0.2556 0.9292</w:t>
        <w:br/>
        <w:t>vn 0.3520 0.1693 0.9206</w:t>
        <w:br/>
        <w:t>vn 0.3835 0.0519 0.9221</w:t>
        <w:br/>
        <w:t>vn 0.3528 -0.0652 0.9334</w:t>
        <w:br/>
        <w:t>vn -0.1317 -0.9749 0.1795</w:t>
        <w:br/>
        <w:t>vn -0.5505 0.3824 0.7421</w:t>
        <w:br/>
        <w:t>vn -0.7977 0.5001 0.3370</w:t>
        <w:br/>
        <w:t>vn -0.9067 -0.2617 0.3309</w:t>
        <w:br/>
        <w:t>vn -0.6344 -0.2182 0.7416</w:t>
        <w:br/>
        <w:t>vn -0.8172 0.1196 0.5638</w:t>
        <w:br/>
        <w:t>vn -0.5994 0.7998 0.0321</w:t>
        <w:br/>
        <w:t>vn -0.4292 0.8310 0.3538</w:t>
        <w:br/>
        <w:t>vn -0.7901 -0.6127 0.0160</w:t>
        <w:br/>
        <w:t>vn -0.6334 -0.6943 0.3417</w:t>
        <w:br/>
        <w:t>vn -0.1417 0.0207 0.9897</w:t>
        <w:br/>
        <w:t>vn -0.6896 0.6619 -0.2939</w:t>
        <w:br/>
        <w:t>vn -0.8384 -0.4470 -0.3119</w:t>
        <w:br/>
        <w:t>vn -0.2018 0.0314 0.9789</w:t>
        <w:br/>
        <w:t>vn -0.2015 0.0314 0.9790</w:t>
        <w:br/>
        <w:t>vn -0.2022 0.0312 0.9788</w:t>
        <w:br/>
        <w:t>vn -0.2001 0.0319 0.9793</w:t>
        <w:br/>
        <w:t>vn -0.2001 0.0318 0.9793</w:t>
        <w:br/>
        <w:t>vn -0.1994 0.0323 0.9794</w:t>
        <w:br/>
        <w:t>vn -0.1995 0.0323 0.9794</w:t>
        <w:br/>
        <w:t>vn -0.2016 0.0317 0.9790</w:t>
        <w:br/>
        <w:t>vn -0.2003 0.0323 0.9792</w:t>
        <w:br/>
        <w:t>vn -0.2002 0.0322 0.9792</w:t>
        <w:br/>
        <w:t>vn -0.1994 0.0324 0.9794</w:t>
        <w:br/>
        <w:t>vn -0.1995 0.0324 0.9794</w:t>
        <w:br/>
        <w:t>vn 0.2018 -0.0314 -0.9789</w:t>
        <w:br/>
        <w:t>vn 0.2022 -0.0312 -0.9788</w:t>
        <w:br/>
        <w:t>vn 0.2015 -0.0314 -0.9790</w:t>
        <w:br/>
        <w:t>vn 0.2001 -0.0319 -0.9793</w:t>
        <w:br/>
        <w:t>vn 0.2001 -0.0318 -0.9793</w:t>
        <w:br/>
        <w:t>vn 0.1994 -0.0323 -0.9794</w:t>
        <w:br/>
        <w:t>vn 0.1995 -0.0323 -0.9794</w:t>
        <w:br/>
        <w:t>vn 0.2002 -0.0322 -0.9792</w:t>
        <w:br/>
        <w:t>vn 0.2003 -0.0323 -0.9792</w:t>
        <w:br/>
        <w:t>vn 0.2016 -0.0317 -0.9790</w:t>
        <w:br/>
        <w:t>vn 0.1994 -0.0324 -0.9794</w:t>
        <w:br/>
        <w:t>vn 0.1995 -0.0324 -0.9794</w:t>
        <w:br/>
        <w:t>vn -0.2023 0.0313 0.9788</w:t>
        <w:br/>
        <w:t>vn 0.2023 -0.0313 -0.9788</w:t>
        <w:br/>
        <w:t>vn -0.5618 0.1965 0.8036</w:t>
        <w:br/>
        <w:t>vn -0.5618 0.1964 0.8036</w:t>
        <w:br/>
        <w:t>vn -0.5618 0.1963 0.8036</w:t>
        <w:br/>
        <w:t>vn -0.5618 0.1962 0.8037</w:t>
        <w:br/>
        <w:t>vn -0.5619 0.1964 0.8036</w:t>
        <w:br/>
        <w:t>vn 0.5618 -0.1964 -0.8036</w:t>
        <w:br/>
        <w:t>vn 0.5618 -0.1965 -0.8036</w:t>
        <w:br/>
        <w:t>vn 0.5618 -0.1962 -0.8037</w:t>
        <w:br/>
        <w:t>vn 0.5618 -0.1963 -0.8036</w:t>
        <w:br/>
        <w:t>vn 0.5619 -0.1964 -0.8036</w:t>
        <w:br/>
        <w:t>vn -0.8463 0.2472 0.4718</w:t>
        <w:br/>
        <w:t>vn -0.7590 -0.1125 0.6413</w:t>
        <w:br/>
        <w:t>vn -0.5512 -0.0452 0.8332</w:t>
        <w:br/>
        <w:t>vn -0.6663 0.4294 0.6096</w:t>
        <w:br/>
        <w:t>vn 0.6994 0.0199 0.7144</w:t>
        <w:br/>
        <w:t>vn 0.4220 -0.0257 0.9062</w:t>
        <w:br/>
        <w:t>vn 0.0398 -0.5212 0.8525</w:t>
        <w:br/>
        <w:t>vn 0.4271 -0.6846 0.5907</w:t>
        <w:br/>
        <w:t>vn 0.5150 0.7795 0.3565</w:t>
        <w:br/>
        <w:t>vn 0.2116 0.8410 0.4978</w:t>
        <w:br/>
        <w:t>vn -0.5190 0.8534 -0.0485</w:t>
        <w:br/>
        <w:t>vn -0.3137 0.9348 0.1664</w:t>
        <w:br/>
        <w:t>vn 0.0229 0.9807 -0.1940</w:t>
        <w:br/>
        <w:t>vn -0.2145 0.8836 -0.4163</w:t>
        <w:br/>
        <w:t>vn -0.6726 -0.4427 -0.5930</w:t>
        <w:br/>
        <w:t>vn -0.4184 0.1429 0.8970</w:t>
        <w:br/>
        <w:t>vn -0.4859 0.4211 0.7659</w:t>
        <w:br/>
        <w:t>vn -0.1391 -0.7115 0.6888</w:t>
        <w:br/>
        <w:t>vn 0.2145 -0.8836 0.4163</w:t>
        <w:br/>
        <w:t>vn -0.2744 0.3546 0.8939</w:t>
        <w:br/>
        <w:t>vn -0.2744 0.3545 0.8939</w:t>
        <w:br/>
        <w:t>vn -0.9503 -0.0904 0.2978</w:t>
        <w:br/>
        <w:t>vn -0.9503 -0.0904 0.2979</w:t>
        <w:br/>
        <w:t>vn -0.1996 0.0000 0.9799</w:t>
        <w:br/>
        <w:t>vn -0.4770 -0.0000 0.8789</w:t>
        <w:br/>
        <w:t>vn 0.1996 -0.0000 -0.9799</w:t>
        <w:br/>
        <w:t>vn 0.4770 0.0000 -0.8789</w:t>
        <w:br/>
        <w:t>vn -0.0528 -0.0000 0.9986</w:t>
        <w:br/>
        <w:t>vn -0.6015 -0.0000 0.7989</w:t>
        <w:br/>
        <w:t>vn 0.6015 0.0000 -0.7989</w:t>
        <w:br/>
        <w:t>vn -0.0739 0.8847 -0.4602</w:t>
        <w:br/>
        <w:t>vn -0.1348 0.7403 -0.6587</w:t>
        <w:br/>
        <w:t>vn -0.8124 0.4804 -0.3304</w:t>
        <w:br/>
        <w:t>vn -0.7412 0.6680 -0.0670</w:t>
        <w:br/>
        <w:t>vn 0.4952 0.6588 -0.5664</w:t>
        <w:br/>
        <w:t>vn 0.4984 0.6107 -0.6153</w:t>
        <w:br/>
        <w:t>vn 0.8782 0.1679 -0.4479</w:t>
        <w:br/>
        <w:t>vn 0.9225 0.2279 -0.3115</w:t>
        <w:br/>
        <w:t>vn 0.8457 -0.5322 -0.0395</w:t>
        <w:br/>
        <w:t>vn 0.9109 -0.3531 0.2135</w:t>
        <w:br/>
        <w:t>vn 0.2308 -0.8820 0.4109</w:t>
        <w:br/>
        <w:t>vn 0.3023 -0.7133 0.6324</w:t>
        <w:br/>
        <w:t>vn -0.4929 -0.6505 0.5778</w:t>
        <w:br/>
        <w:t>vn -0.4981 -0.5992 0.6268</w:t>
        <w:br/>
        <w:t>vn -0.4928 -0.6506 0.5778</w:t>
        <w:br/>
        <w:t>vn -0.9188 -0.0209 0.3943</w:t>
        <w:br/>
        <w:t>vn -0.9699 -0.1054 0.2196</w:t>
        <w:br/>
        <w:t>vn -0.1879 0.5470 -0.8158</w:t>
        <w:br/>
        <w:t>vn -0.7965 0.2526 -0.5494</w:t>
        <w:br/>
        <w:t>vn 0.5093 0.5559 -0.6570</w:t>
        <w:br/>
        <w:t>vn 0.9495 0.2741 -0.1528</w:t>
        <w:br/>
        <w:t>vn 0.8860 -0.1508 0.4384</w:t>
        <w:br/>
        <w:t>vn 0.3486 -0.4877 0.8004</w:t>
        <w:br/>
        <w:t>vn -0.5149 -0.5381 0.6673</w:t>
        <w:br/>
        <w:t>vn -0.9842 -0.1756 0.0217</w:t>
        <w:br/>
        <w:t>vn -0.5149 -0.5382 0.6672</w:t>
        <w:br/>
        <w:t>vn -0.1632 -0.5738 -0.8026</w:t>
        <w:br/>
        <w:t>vn 0.3232 0.2068 -0.9234</w:t>
        <w:br/>
        <w:t>vn 0.3768 -0.0139 -0.9262</w:t>
        <w:br/>
        <w:t>vn -0.1632 -0.5740 -0.8024</w:t>
        <w:br/>
        <w:t>vn 0.5931 0.5134 -0.6202</w:t>
        <w:br/>
        <w:t>vn 0.6607 0.4703 -0.5851</w:t>
        <w:br/>
        <w:t>vn 0.8394 0.5392 -0.0687</w:t>
        <w:br/>
        <w:t>vn 0.6477 0.7619 0.0076</w:t>
        <w:br/>
        <w:t>vn 0.2396 0.6972 0.6756</w:t>
        <w:br/>
        <w:t>vn 0.2396 0.6974 0.6754</w:t>
        <w:br/>
        <w:t>vn -0.2525 -0.0826 0.9641</w:t>
        <w:br/>
        <w:t>vn -0.3447 0.1883 0.9196</w:t>
        <w:br/>
        <w:t>vn -0.6190 -0.4906 0.6133</w:t>
        <w:br/>
        <w:t>vn -0.6974 -0.4435 0.5630</w:t>
        <w:br/>
        <w:t>vn -0.8613 -0.5013 -0.0825</w:t>
        <w:br/>
        <w:t>vn -0.6176 -0.7699 -0.1608</w:t>
        <w:br/>
        <w:t>vn -0.6288 -0.0151 0.7774</w:t>
        <w:br/>
        <w:t>vn -0.6260 -0.0035 0.7799</w:t>
        <w:br/>
        <w:t>vn -0.6259 -0.0033 0.7799</w:t>
        <w:br/>
        <w:t>vn -0.6473 -0.0052 0.7622</w:t>
        <w:br/>
        <w:t>vn -0.6437 -0.0053 0.7652</w:t>
        <w:br/>
        <w:t>vn -0.6437 -0.0052 0.7653</w:t>
        <w:br/>
        <w:t>vn -0.6472 -0.0052 0.7623</w:t>
        <w:br/>
        <w:t>vn -0.6455 -0.0106 0.7637</w:t>
        <w:br/>
        <w:t>vn -0.6514 -0.0028 0.7587</w:t>
        <w:br/>
        <w:t>vn -0.6433 -0.0146 0.7655</w:t>
        <w:br/>
        <w:t>vn -0.6293 -0.0034 0.7771</w:t>
        <w:br/>
        <w:t>vn -0.6295 -0.0036 0.7770</w:t>
        <w:br/>
        <w:t>vn -0.6306 -0.0037 0.7761</w:t>
        <w:br/>
        <w:t>vn -0.6305 -0.0037 0.7761</w:t>
        <w:br/>
        <w:t>vn -0.6255 -0.0046 0.7802</w:t>
        <w:br/>
        <w:t>vn -0.6279 0.0077 0.7782</w:t>
        <w:br/>
        <w:t>vn -0.6253 -0.0045 0.7803</w:t>
        <w:br/>
        <w:t>vn -0.6444 0.0060 0.7647</w:t>
        <w:br/>
        <w:t>vn -0.6506 -0.0006 0.7594</w:t>
        <w:br/>
        <w:t>vn -0.6454 -0.0016 0.7639</w:t>
        <w:br/>
        <w:t>vn -0.6424 0.0092 0.7663</w:t>
        <w:br/>
        <w:t>vn -0.6284 -0.0042 0.7779</w:t>
        <w:br/>
        <w:t>vn -0.6282 -0.0041 0.7780</w:t>
        <w:br/>
        <w:t>vn -0.6426 -0.0027 0.7662</w:t>
        <w:br/>
        <w:t>vn -0.7954 0.2533 -0.5506</w:t>
        <w:br/>
        <w:t>vn -0.5283 0.4277 -0.7334</w:t>
        <w:br/>
        <w:t>vn 0.8840 -0.1531 0.4417</w:t>
        <w:br/>
        <w:t>vn 0.6704 -0.3398 0.6596</w:t>
        <w:br/>
        <w:t>vn 0.7417 -0.2256 0.6316</w:t>
        <w:br/>
        <w:t>vn 0.7418 -0.2255 0.6316</w:t>
        <w:br/>
        <w:t>vn 0.7601 -0.0519 0.6477</w:t>
        <w:br/>
        <w:t>vn 0.7602 -0.0521 0.6476</w:t>
        <w:br/>
        <w:t>vn 0.7222 -0.3153 0.6156</w:t>
        <w:br/>
        <w:t>vn 0.7222 -0.3152 0.6157</w:t>
        <w:br/>
        <w:t>vn 0.7572 -0.0882 0.6472</w:t>
        <w:br/>
        <w:t>vn 0.7571 -0.0883 0.6474</w:t>
        <w:br/>
        <w:t>vn 0.7476 0.1794 0.6394</w:t>
        <w:br/>
        <w:t>vn 0.7476 0.1797 0.6394</w:t>
        <w:br/>
        <w:t>vn 0.7551 0.1234 0.6439</w:t>
        <w:br/>
        <w:t>vn 0.7550 0.1231 0.6441</w:t>
        <w:br/>
        <w:t>vn 0.7601 -0.0520 0.6477</w:t>
        <w:br/>
        <w:t>vn 0.7601 -0.0521 0.6477</w:t>
        <w:br/>
        <w:t>vn -0.7521 -0.1477 -0.6422</w:t>
        <w:br/>
        <w:t>vn -0.7601 0.0516 -0.6478</w:t>
        <w:br/>
        <w:t>vn -0.7416 -0.2171 -0.6347</w:t>
        <w:br/>
        <w:t>vn -0.7416 -0.2173 -0.6346</w:t>
        <w:br/>
        <w:t>vn -0.7570 0.0911 -0.6470</w:t>
        <w:br/>
        <w:t>vn -0.7571 0.0913 -0.6470</w:t>
        <w:br/>
        <w:t>vn -0.7115 0.3541 -0.6069</w:t>
        <w:br/>
        <w:t>vn -0.7116 0.3548 -0.6064</w:t>
        <w:br/>
        <w:t>vn -0.7371 0.2498 -0.6279</w:t>
        <w:br/>
        <w:t>vn -0.7371 0.2497 -0.6279</w:t>
        <w:br/>
        <w:t>vn -0.7599 0.0523 -0.6480</w:t>
        <w:br/>
        <w:t>vn -0.7600 0.0524 -0.6478</w:t>
        <w:br/>
        <w:t>vn -0.0307 -0.9992 -0.0251</w:t>
        <w:br/>
        <w:t>vn -0.0307 -0.9992 -0.0252</w:t>
        <w:br/>
        <w:t>vn -0.0308 -0.9992 -0.0251</w:t>
        <w:br/>
        <w:t>vn 0.7330 0.2531 0.6314</w:t>
        <w:br/>
        <w:t>vn 0.7568 -0.0511 0.6517</w:t>
        <w:br/>
        <w:t>vn 0.7339 0.2527 0.6305</w:t>
        <w:br/>
        <w:t>vn 0.7336 0.2526 0.6309</w:t>
        <w:br/>
        <w:t>vn 0.7578 -0.0520 0.6504</w:t>
        <w:br/>
        <w:t>vn 0.5971 -0.6187 0.5107</w:t>
        <w:br/>
        <w:t>vn 0.5972 -0.6187 0.5105</w:t>
        <w:br/>
        <w:t>vn 0.7110 -0.3519 0.6089</w:t>
        <w:br/>
        <w:t>vn 0.7110 -0.3521 0.6087</w:t>
        <w:br/>
        <w:t>vn 0.7096 -0.3522 0.6103</w:t>
        <w:br/>
        <w:t>vn 0.7099 -0.3522 0.6100</w:t>
        <w:br/>
        <w:t>vn 0.7566 -0.0530 0.6517</w:t>
        <w:br/>
        <w:t>vn 0.7567 -0.0529 0.6516</w:t>
        <w:br/>
        <w:t>vn 0.0456 0.9979 0.0457</w:t>
        <w:br/>
        <w:t>vn 0.0456 0.9979 0.0458</w:t>
        <w:br/>
        <w:t>vn 0.0454 0.9979 0.0459</w:t>
        <w:br/>
        <w:t>vn 0.0453 0.9979 0.0460</w:t>
        <w:br/>
        <w:t>vn 0.9711 -0.1271 0.2020</w:t>
        <w:br/>
        <w:t>vn 0.9038 -0.3801 0.1966</w:t>
        <w:br/>
        <w:t>vn 0.9145 0.3650 0.1742</w:t>
        <w:br/>
        <w:t>vn 0.9145 0.3651 0.1742</w:t>
        <w:br/>
        <w:t>vn 0.6328 0.7673 0.1036</w:t>
        <w:br/>
        <w:t>vn 0.4170 0.9073 0.0549</w:t>
        <w:br/>
        <w:t>vn 0.1181 0.9930 -0.0088</w:t>
        <w:br/>
        <w:t>vn 0.2258 0.9741 0.0138</w:t>
        <w:br/>
        <w:t>vn -0.0960 0.9940 -0.0524</w:t>
        <w:br/>
        <w:t>vn -0.0959 0.9940 -0.0525</w:t>
        <w:br/>
        <w:t>vn -0.1996 0.9772 -0.0727</w:t>
        <w:br/>
        <w:t>vn -0.1997 0.9772 -0.0728</w:t>
        <w:br/>
        <w:t>vn 0.2392 -0.8914 0.3851</w:t>
        <w:br/>
        <w:t>vn 0.2393 -0.8914 0.3850</w:t>
        <w:br/>
        <w:t>vn 0.7888 0.4199 0.4488</w:t>
        <w:br/>
        <w:t>vn 0.7888 0.4200 0.4489</w:t>
        <w:br/>
        <w:t>vn -0.2594 0.8806 -0.3965</w:t>
        <w:br/>
        <w:t>vn -0.2595 0.8806 -0.3965</w:t>
        <w:br/>
        <w:t>vn -0.2403 0.8908 -0.3856</w:t>
        <w:br/>
        <w:t>vn -0.2404 0.8908 -0.3855</w:t>
        <w:br/>
        <w:t>vn -0.2402 0.8908 -0.3856</w:t>
        <w:br/>
        <w:t>vn 0.2585 -0.8812 0.3959</w:t>
        <w:br/>
        <w:t>vn 0.2584 -0.8812 0.3960</w:t>
        <w:br/>
        <w:t>vn 0.2584 -0.8812 0.3959</w:t>
        <w:br/>
        <w:t>vn -0.7982 -0.0914 0.5954</w:t>
        <w:br/>
        <w:t>vn -0.7867 -0.0065 0.6173</w:t>
        <w:br/>
        <w:t>vn -0.7859 -0.0316 0.6175</w:t>
        <w:br/>
        <w:t>vn -0.7515 -0.0374 0.6586</w:t>
        <w:br/>
        <w:t>vn -0.7486 -0.0129 0.6629</w:t>
        <w:br/>
        <w:t>vn -0.7405 -0.1018 0.6643</w:t>
        <w:br/>
        <w:t>vn -0.7664 -0.0198 0.6420</w:t>
        <w:br/>
        <w:t>vn 0.7354 0.0322 -0.6769</w:t>
        <w:br/>
        <w:t>vn 0.7994 0.0179 -0.6005</w:t>
        <w:br/>
        <w:t>vn 0.7932 0.1033 -0.6001</w:t>
        <w:br/>
        <w:t>vn 0.7953 0.0795 -0.6010</w:t>
        <w:br/>
        <w:t>vn 0.7732 0.0928 -0.6273</w:t>
        <w:br/>
        <w:t>vn 0.6344 -0.1286 0.7623</w:t>
        <w:br/>
        <w:t>vn 0.6063 -0.3507 0.7137</w:t>
        <w:br/>
        <w:t>vn 0.6063 -0.3507 0.7138</w:t>
        <w:br/>
        <w:t>vn 0.0275 0.9948 0.0976</w:t>
        <w:br/>
        <w:t>vn -0.6249 -0.1392 -0.7682</w:t>
        <w:br/>
        <w:t>vn -0.6342 0.1298 -0.7622</w:t>
        <w:br/>
        <w:t>vn 0.6342 -0.1303 0.7621</w:t>
        <w:br/>
        <w:t>vn -0.4438 -0.6806 -0.5830</w:t>
        <w:br/>
        <w:t>vn -0.4438 -0.6805 -0.5830</w:t>
        <w:br/>
        <w:t>vn 0.3987 -0.8089 0.4320</w:t>
        <w:br/>
        <w:t>vn 0.3986 -0.8089 0.4321</w:t>
        <w:br/>
        <w:t>vn 0.0275 0.9948 0.0977</w:t>
        <w:br/>
        <w:t>vn 0.0276 0.9948 0.0977</w:t>
        <w:br/>
        <w:t>vn 0.2863 -0.9136 0.2887</w:t>
        <w:br/>
        <w:t>vn 0.2862 -0.9136 0.2887</w:t>
        <w:br/>
        <w:t>vn 0.4591 -0.7269 0.5107</w:t>
        <w:br/>
        <w:t>vn -0.0317 -0.9942 -0.1026</w:t>
        <w:br/>
        <w:t>vn -0.0316 -0.9942 -0.1026</w:t>
        <w:br/>
        <w:t>vn 0.3607 -0.8503 0.3833</w:t>
        <w:br/>
        <w:t>vn 0.3608 -0.8502 0.3834</w:t>
        <w:br/>
        <w:t>vn -0.4184 -0.7192 -0.5547</w:t>
        <w:br/>
        <w:t>vn -0.4183 -0.7193 -0.5546</w:t>
        <w:br/>
        <w:t>vn 0.4655 -0.7168 0.5192</w:t>
        <w:br/>
        <w:t>vn -0.5176 -0.5399 -0.6637</w:t>
        <w:br/>
        <w:t>vn -0.3833 -0.7667 -0.5151</w:t>
        <w:br/>
        <w:t>vn -0.5438 -0.4758 -0.6913</w:t>
        <w:br/>
        <w:t>vn 0.0171 -0.9989 -0.0438</w:t>
        <w:br/>
        <w:t>vn 0.0171 -0.9989 -0.0439</w:t>
        <w:br/>
        <w:t>vn -0.0967 -0.9788 -0.1807</w:t>
        <w:br/>
        <w:t>vn -0.7695 -0.0190 0.6384</w:t>
        <w:br/>
        <w:t>vn 0.7415 0.0915 -0.6647</w:t>
        <w:br/>
        <w:t>vn 0.7430 0.1147 -0.6594</w:t>
        <w:br/>
        <w:t>vn 0.7650 0.0947 -0.6371</w:t>
        <w:br/>
        <w:t>vn -0.7691 -0.0547 0.6368</w:t>
        <w:br/>
        <w:t>vn -0.7690 -0.0544 0.6369</w:t>
        <w:br/>
        <w:t>vn 0.7690 0.0545 -0.6369</w:t>
        <w:br/>
        <w:t>vn 0.7691 0.0547 -0.6368</w:t>
        <w:br/>
        <w:t>vn -0.7691 -0.0549 0.6368</w:t>
        <w:br/>
        <w:t>vn 0.7691 0.0549 -0.6368</w:t>
        <w:br/>
        <w:t>vn -0.7635 -0.0578 0.6432</w:t>
        <w:br/>
        <w:t>vn -0.7635 -0.0576 0.6432</w:t>
        <w:br/>
        <w:t>vn 0.7746 0.0560 -0.6300</w:t>
        <w:br/>
        <w:t>vn -0.7746 -0.0560 0.6300</w:t>
        <w:br/>
        <w:t>vn -0.7746 -0.0559 0.6300</w:t>
        <w:br/>
        <w:t>vn 0.7635 0.0578 -0.6432</w:t>
        <w:br/>
        <w:t>vn 0.7636 0.0576 -0.6432</w:t>
        <w:br/>
        <w:t>vn -0.7635 -0.0573 0.6432</w:t>
        <w:br/>
        <w:t>vn 0.7746 0.0556 -0.6300</w:t>
        <w:br/>
        <w:t>vn -0.7745 -0.0555 0.6301</w:t>
        <w:br/>
        <w:t>vn 0.7636 0.0573 -0.6431</w:t>
        <w:br/>
        <w:t>vn -0.6701 -0.1148 -0.7333</w:t>
        <w:br/>
        <w:t>vn -0.6343 -0.2041 -0.7456</w:t>
        <w:br/>
        <w:t>vn -0.7973 -0.2874 -0.5308</w:t>
        <w:br/>
        <w:t>vn -0.8390 -0.1608 -0.5198</w:t>
        <w:br/>
        <w:t>vn -0.1737 0.0029 -0.9848</w:t>
        <w:br/>
        <w:t>vn -0.1635 0.0043 -0.9865</w:t>
        <w:br/>
        <w:t>vn 0.4745 0.1384 -0.8693</w:t>
        <w:br/>
        <w:t>vn 0.4396 0.2390 -0.8658</w:t>
        <w:br/>
        <w:t>vn 0.7610 0.1909 -0.6201</w:t>
        <w:br/>
        <w:t>vn 0.7105 0.3318 -0.6205</w:t>
        <w:br/>
        <w:t>vn 0.8307 0.1648 0.5317</w:t>
        <w:br/>
        <w:t>vn 0.6574 0.1171 0.7444</w:t>
        <w:br/>
        <w:t>vn 0.6212 0.2075 0.7557</w:t>
        <w:br/>
        <w:t>vn 0.7877 0.2934 0.5417</w:t>
        <w:br/>
        <w:t>vn 0.1759 -0.0026 0.9844</w:t>
        <w:br/>
        <w:t>vn 0.1653 -0.0039 0.9862</w:t>
        <w:br/>
        <w:t>vn -0.4546 -0.1410 0.8794</w:t>
        <w:br/>
        <w:t>vn -0.4199 -0.2427 0.8745</w:t>
        <w:br/>
        <w:t>vn -0.7469 -0.1959 0.6354</w:t>
        <w:br/>
        <w:t>vn -0.6953 -0.3389 0.6338</w:t>
        <w:br/>
        <w:t>vn -0.4999 -0.3910 -0.7728</w:t>
        <w:br/>
        <w:t>vn -0.6280 -0.5489 -0.5517</w:t>
        <w:br/>
        <w:t>vn -0.1296 0.0017 -0.9916</w:t>
        <w:br/>
        <w:t>vn 0.3232 0.4240 -0.8460</w:t>
        <w:br/>
        <w:t>vn 0.5281 0.5939 -0.6070</w:t>
        <w:br/>
        <w:t>vn 0.4867 0.3945 0.7794</w:t>
        <w:br/>
        <w:t>vn 0.6157 0.5554 0.5590</w:t>
        <w:br/>
        <w:t>vn 0.1305 -0.0013 0.9914</w:t>
        <w:br/>
        <w:t>vn -0.3060 -0.4272 0.8508</w:t>
        <w:br/>
        <w:t>vn -0.5118 -0.6005 0.6144</w:t>
        <w:br/>
        <w:t>vn -0.2832 -0.5337 -0.7968</w:t>
        <w:br/>
        <w:t>vn -0.3533 -0.7436 -0.5677</w:t>
        <w:br/>
        <w:t>vn -0.0747 -0.0046 -0.9972</w:t>
        <w:br/>
        <w:t>vn 0.1697 0.5410 -0.8237</w:t>
        <w:br/>
        <w:t>vn 0.2788 0.7594 -0.5879</w:t>
        <w:br/>
        <w:t>vn 0.2738 0.5348 0.7994</w:t>
        <w:br/>
        <w:t>vn 0.3434 0.7461 0.5704</w:t>
        <w:br/>
        <w:t>vn 0.0749 0.0048 0.9972</w:t>
        <w:br/>
        <w:t>vn -0.1592 -0.5417 0.8254</w:t>
        <w:br/>
        <w:t>vn -0.2675 -0.7615 0.5905</w:t>
        <w:br/>
        <w:t>vn 0.0000 -0.5837 -0.8119</w:t>
        <w:br/>
        <w:t>vn -0.0000 -0.8145 -0.5802</w:t>
        <w:br/>
        <w:t>vn 0.0000 -0.0069 -1.0000</w:t>
        <w:br/>
        <w:t>vn -0.0000 0.5757 -0.8177</w:t>
        <w:br/>
        <w:t>vn -0.0000 0.8113 -0.5846</w:t>
        <w:br/>
        <w:t>vn -0.0000 0.5832 0.8123</w:t>
        <w:br/>
        <w:t>vn -0.0000 0.8141 0.5808</w:t>
        <w:br/>
        <w:t>vn -0.0000 -0.5751 0.8181</w:t>
        <w:br/>
        <w:t>vn -0.0000 -0.8109 0.5852</w:t>
        <w:br/>
        <w:t>vn 0.7973 -0.2874 -0.5308</w:t>
        <w:br/>
        <w:t>vn 0.6344 -0.2041 -0.7456</w:t>
        <w:br/>
        <w:t>vn 0.6701 -0.1148 -0.7333</w:t>
        <w:br/>
        <w:t>vn 0.8390 -0.1608 -0.5198</w:t>
        <w:br/>
        <w:t>vn 0.1635 0.0043 -0.9865</w:t>
        <w:br/>
        <w:t>vn 0.1737 0.0028 -0.9848</w:t>
        <w:br/>
        <w:t>vn -0.4396 0.2390 -0.8658</w:t>
        <w:br/>
        <w:t>vn -0.4745 0.1384 -0.8693</w:t>
        <w:br/>
        <w:t>vn -0.7105 0.3318 -0.6206</w:t>
        <w:br/>
        <w:t>vn -0.7610 0.1909 -0.6201</w:t>
        <w:br/>
        <w:t>vn -0.8308 0.1648 0.5316</w:t>
        <w:br/>
        <w:t>vn -0.7877 0.2934 0.5417</w:t>
        <w:br/>
        <w:t>vn -0.6212 0.2075 0.7557</w:t>
        <w:br/>
        <w:t>vn -0.6574 0.1170 0.7444</w:t>
        <w:br/>
        <w:t>vn -0.1653 -0.0039 0.9862</w:t>
        <w:br/>
        <w:t>vn -0.1758 -0.0026 0.9844</w:t>
        <w:br/>
        <w:t>vn 0.4199 -0.2426 0.8745</w:t>
        <w:br/>
        <w:t>vn 0.4546 -0.1410 0.8795</w:t>
        <w:br/>
        <w:t>vn 0.6953 -0.3389 0.6338</w:t>
        <w:br/>
        <w:t>vn 0.7469 -0.1959 0.6354</w:t>
        <w:br/>
        <w:t>vn 0.6280 -0.5488 -0.5518</w:t>
        <w:br/>
        <w:t>vn 0.4999 -0.3910 -0.7728</w:t>
        <w:br/>
        <w:t>vn 0.1296 0.0017 -0.9916</w:t>
        <w:br/>
        <w:t>vn -0.3232 0.4240 -0.8460</w:t>
        <w:br/>
        <w:t>vn -0.5281 0.5939 -0.6070</w:t>
        <w:br/>
        <w:t>vn -0.6157 0.5554 0.5589</w:t>
        <w:br/>
        <w:t>vn -0.4867 0.3945 0.7794</w:t>
        <w:br/>
        <w:t>vn -0.1305 -0.0013 0.9914</w:t>
        <w:br/>
        <w:t>vn 0.3060 -0.4272 0.8508</w:t>
        <w:br/>
        <w:t>vn 0.5118 -0.6004 0.6144</w:t>
        <w:br/>
        <w:t>vn 0.3534 -0.7435 -0.5677</w:t>
        <w:br/>
        <w:t>vn 0.2832 -0.5337 -0.7968</w:t>
        <w:br/>
        <w:t>vn 0.0747 -0.0046 -0.9972</w:t>
        <w:br/>
        <w:t>vn -0.1697 0.5410 -0.8237</w:t>
        <w:br/>
        <w:t>vn -0.2787 0.7594 -0.5880</w:t>
        <w:br/>
        <w:t>vn -0.3434 0.7461 0.5704</w:t>
        <w:br/>
        <w:t>vn -0.2738 0.5348 0.7993</w:t>
        <w:br/>
        <w:t>vn -0.0749 0.0048 0.9972</w:t>
        <w:br/>
        <w:t>vn 0.1592 -0.5417 0.8254</w:t>
        <w:br/>
        <w:t>vn 0.2675 -0.7615 0.5904</w:t>
        <w:br/>
        <w:t>vn -0.8049 0.3584 0.4729</w:t>
        <w:br/>
        <w:t>vn -0.6852 0.3317 0.6484</w:t>
        <w:br/>
        <w:t>vn -0.5120 0.3819 0.7694</w:t>
        <w:br/>
        <w:t>vn -0.5245 0.3879 0.7579</w:t>
        <w:br/>
        <w:t>vn -0.3557 0.5071 0.7850</w:t>
        <w:br/>
        <w:t>vn -0.5582 0.6828 0.4715</w:t>
        <w:br/>
        <w:t>vn -0.8450 0.4525 0.2849</w:t>
        <w:br/>
        <w:t>vn -0.7752 0.5893 0.2274</w:t>
        <w:br/>
        <w:t>vn -0.7933 0.5909 0.1467</w:t>
        <w:br/>
        <w:t>vn -0.6664 0.7414 0.0790</w:t>
        <w:br/>
        <w:t>vn -0.4553 0.8892 -0.0442</w:t>
        <w:br/>
        <w:t>vn -0.4979 0.8608 0.1056</w:t>
        <w:br/>
        <w:t>vn -0.3329 0.9171 0.2195</w:t>
        <w:br/>
        <w:t>vn -0.2153 0.8950 0.3907</w:t>
        <w:br/>
        <w:t>vn -0.1770 0.8002 0.5730</w:t>
        <w:br/>
        <w:t>vn -0.1957 0.8387 0.5082</w:t>
        <w:br/>
        <w:t>vn -0.2285 0.6581 0.7174</w:t>
        <w:br/>
        <w:t>vn -0.2653 0.6261 0.7333</w:t>
        <w:br/>
        <w:t>vn 0.8049 0.3584 0.4729</w:t>
        <w:br/>
        <w:t>vn 0.6852 0.3317 0.6484</w:t>
        <w:br/>
        <w:t>vn 0.6976 0.3290 0.6365</w:t>
        <w:br/>
        <w:t>vn 0.5245 0.3879 0.7579</w:t>
        <w:br/>
        <w:t>vn 0.5143 0.3854 0.7661</w:t>
        <w:br/>
        <w:t>vn 0.3557 0.5071 0.7850</w:t>
        <w:br/>
        <w:t>vn 0.5582 0.6828 0.4715</w:t>
        <w:br/>
        <w:t>vn 0.8450 0.4525 0.2849</w:t>
        <w:br/>
        <w:t>vn 0.7752 0.5891 0.2278</w:t>
        <w:br/>
        <w:t>vn 0.7933 0.5909 0.1467</w:t>
        <w:br/>
        <w:t>vn 0.6664 0.7414 0.0790</w:t>
        <w:br/>
        <w:t>vn 0.2701 0.9521 0.1429</w:t>
        <w:br/>
        <w:t>vn 0.3328 0.9171 0.2196</w:t>
        <w:br/>
        <w:t>vn 0.4979 0.8608 0.1056</w:t>
        <w:br/>
        <w:t>vn 0.4570 0.8886 -0.0388</w:t>
        <w:br/>
        <w:t>vn 0.2153 0.8950 0.3907</w:t>
        <w:br/>
        <w:t>vn 0.1770 0.8001 0.5732</w:t>
        <w:br/>
        <w:t>vn 0.1013 0.9307 0.3516</w:t>
        <w:br/>
        <w:t>vn 0.2286 0.6580 0.7175</w:t>
        <w:br/>
        <w:t>vn 0.2664 0.6290 0.7304</w:t>
        <w:br/>
        <w:t>vn -0.0106 0.5118 -0.8590</w:t>
        <w:br/>
        <w:t>vn -0.0134 0.5423 -0.8401</w:t>
        <w:br/>
        <w:t>vn 0.0098 0.5859 -0.8103</w:t>
        <w:br/>
        <w:t>vn -0.0048 0.5650 -0.8251</w:t>
        <w:br/>
        <w:t>vn 0.0098 0.5850 -0.8110</w:t>
        <w:br/>
        <w:t>vn 0.0000 0.4955 -0.8686</w:t>
        <w:br/>
        <w:t>vn -0.0000 0.5699 -0.8217</w:t>
        <w:br/>
        <w:t>vn 0.0153 0.5841 -0.8116</w:t>
        <w:br/>
        <w:t>vn 0.0153 0.5834 -0.8120</w:t>
        <w:br/>
        <w:t>vn 0.9155 0.3242 0.2381</w:t>
        <w:br/>
        <w:t>vn 0.4244 0.7795 0.4608</w:t>
        <w:br/>
        <w:t>vn 0.9958 -0.0910 -0.0078</w:t>
        <w:br/>
        <w:t>vn -0.0000 -0.8310 -0.5563</w:t>
        <w:br/>
        <w:t>vn 0.3463 -0.7819 -0.5184</w:t>
        <w:br/>
        <w:t>vn 0.3463 -0.7822 -0.5180</w:t>
        <w:br/>
        <w:t>vn -0.9133 -0.3239 -0.2470</w:t>
        <w:br/>
        <w:t>vn -0.4255 -0.7725 -0.4713</w:t>
        <w:br/>
        <w:t>vn -0.0000 -0.8682 -0.4962</w:t>
        <w:br/>
        <w:t>vn 0.0000 -0.8681 -0.4964</w:t>
        <w:br/>
        <w:t>vn -0.8369 0.4612 0.2947</w:t>
        <w:br/>
        <w:t>vn -0.9976 0.0692 0.0032</w:t>
        <w:br/>
        <w:t>vn -0.9976 0.0692 0.0033</w:t>
        <w:br/>
        <w:t>vn -0.0000 0.8700 0.4931</w:t>
        <w:br/>
        <w:t>vn -0.0000 0.8699 0.4932</w:t>
        <w:br/>
        <w:t>vn -0.0000 0.8318 0.5550</w:t>
        <w:br/>
        <w:t>vn -0.3388 0.7820 0.5232</w:t>
        <w:br/>
        <w:t>vn -0.0000 0.8320 0.5547</w:t>
        <w:br/>
        <w:t>vn 0.8391 -0.4641 -0.2839</w:t>
        <w:br/>
        <w:t>vn 0.0134 0.5423 -0.8401</w:t>
        <w:br/>
        <w:t>vn 0.0106 0.5118 -0.8590</w:t>
        <w:br/>
        <w:t>vn -0.0098 0.5859 -0.8103</w:t>
        <w:br/>
        <w:t>vn 0.0048 0.5650 -0.8251</w:t>
        <w:br/>
        <w:t>vn -0.0153 0.5841 -0.8116</w:t>
        <w:br/>
        <w:t>vn -0.4244 0.7795 0.4608</w:t>
        <w:br/>
        <w:t>vn -0.9155 0.3242 0.2381</w:t>
        <w:br/>
        <w:t>vn -0.4244 0.7795 0.4607</w:t>
        <w:br/>
        <w:t>vn -0.9958 -0.0910 -0.0078</w:t>
        <w:br/>
        <w:t>vn -0.9958 -0.0911 -0.0078</w:t>
        <w:br/>
        <w:t>vn -0.3463 -0.7820 -0.5182</w:t>
        <w:br/>
        <w:t>vn -0.3463 -0.7814 -0.5190</w:t>
        <w:br/>
        <w:t>vn 0.9133 -0.3239 -0.2470</w:t>
        <w:br/>
        <w:t>vn 0.4255 -0.7725 -0.4713</w:t>
        <w:br/>
        <w:t>vn 0.4255 -0.7725 -0.4714</w:t>
        <w:br/>
        <w:t>vn 0.8369 0.4612 0.2947</w:t>
        <w:br/>
        <w:t>vn 0.9976 0.0692 0.0033</w:t>
        <w:br/>
        <w:t>vn 0.3388 0.7820 0.5232</w:t>
        <w:br/>
        <w:t>vn 0.3389 0.7820 0.5232</w:t>
        <w:br/>
        <w:t>vn -0.8391 -0.4638 -0.2844</w:t>
        <w:br/>
        <w:t>vn -0.0419 0.0546 0.9976</w:t>
        <w:br/>
        <w:t>vn -0.0160 0.1528 0.9881</w:t>
        <w:br/>
        <w:t>vn 0.2277 0.0119 0.9737</w:t>
        <w:br/>
        <w:t>vn 0.2386 0.0540 0.9696</w:t>
        <w:br/>
        <w:t>vn 0.1550 0.1389 0.9781</w:t>
        <w:br/>
        <w:t>vn 0.1534 -0.1430 0.9778</w:t>
        <w:br/>
        <w:t>vn 0.0560 -0.1162 0.9916</w:t>
        <w:br/>
        <w:t>vn 0.1967 0.1272 0.9722</w:t>
        <w:br/>
        <w:t>vn -0.0155 -0.0439 0.9989</w:t>
        <w:br/>
        <w:t>vn 0.2272 0.0962 0.9691</w:t>
        <w:br/>
        <w:t>vn 0.8670 0.4975 -0.0292</w:t>
        <w:br/>
        <w:t>vn 0.9997 0.0020 -0.0227</w:t>
        <w:br/>
        <w:t>vn 0.8702 -0.4921 0.0251</w:t>
        <w:br/>
        <w:t>vn 0.5130 -0.8523 0.1015</w:t>
        <w:br/>
        <w:t>vn 0.1556 -0.0304 0.9874</w:t>
        <w:br/>
        <w:t>vn 0.1974 -0.0190 0.9801</w:t>
        <w:br/>
        <w:t>vn 0.0550 0.2243 0.9730</w:t>
        <w:br/>
        <w:t>vn 0.1521 0.2500 0.9562</w:t>
        <w:br/>
        <w:t>vn 0.1134 -0.0190 0.9934</w:t>
        <w:br/>
        <w:t>vn 0.2493 0.2231 0.9424</w:t>
        <w:br/>
        <w:t>vn 0.0824 0.0123 0.9965</w:t>
        <w:br/>
        <w:t>vn 0.3206 0.1508 0.9351</w:t>
        <w:br/>
        <w:t>vn 0.3469 0.0525 0.9364</w:t>
        <w:br/>
        <w:t>vn 0.0710 0.0549 0.9960</w:t>
        <w:br/>
        <w:t>vn 0.3213 -0.0455 0.9459</w:t>
        <w:br/>
        <w:t>vn 0.0823 0.0974 0.9918</w:t>
        <w:br/>
        <w:t>vn -0.8286 0.5067 0.2381</w:t>
        <w:br/>
        <w:t>vn -0.9582 0.0126 0.2860</w:t>
        <w:br/>
        <w:t>vn -0.8254 -0.4829 0.2925</w:t>
        <w:br/>
        <w:t>vn -0.4659 -0.8470 0.2559</w:t>
        <w:br/>
        <w:t>vn 0.0240 -0.9823 0.1859</w:t>
        <w:br/>
        <w:t>vn -0.4715 0.8669 0.1617</w:t>
        <w:br/>
        <w:t>vn 0.2505 -0.1171 0.9610</w:t>
        <w:br/>
        <w:t>vn 0.1131 0.1281 0.9853</w:t>
        <w:br/>
        <w:t>vn 0.0176 0.9969 0.0773</w:t>
        <w:br/>
        <w:t>vn 0.5075 0.8616 0.0074</w:t>
        <w:br/>
        <w:t>vn 0.0347 0.2569 0.9658</w:t>
        <w:br/>
        <w:t>vn -0.0492 -0.0631 0.9968</w:t>
        <w:br/>
        <w:t>vn 0.2681 -0.1507 0.9515</w:t>
        <w:br/>
        <w:t>vn 0.2668 0.2557 0.9292</w:t>
        <w:br/>
        <w:t>vn 0.1506 0.2877 0.9458</w:t>
        <w:br/>
        <w:t>vn 0.4671 0.2069 0.8597</w:t>
        <w:br/>
        <w:t>vn 0.4671 0.2069 0.8596</w:t>
        <w:br/>
        <w:t>vn 0.7641 0.0409 0.6438</w:t>
        <w:br/>
        <w:t>vn 0.1089 0.3273 0.9386</w:t>
        <w:br/>
        <w:t>vn -0.7500 -0.0508 -0.6595</w:t>
        <w:br/>
        <w:t>vn -0.1290 -0.3222 -0.9379</w:t>
        <w:br/>
        <w:t>vn -0.1283 -0.3223 -0.9379</w:t>
        <w:br/>
        <w:t>vn -0.7542 -0.0479 -0.6549</w:t>
        <w:br/>
        <w:t>vn -0.0246 0.9853 -0.1693</w:t>
        <w:br/>
        <w:t>vn 0.5290 0.7371 -0.4206</w:t>
        <w:br/>
        <w:t>vn -0.0247 0.9853 -0.1693</w:t>
        <w:br/>
        <w:t>vn -0.5127 -0.7521 0.4141</w:t>
        <w:br/>
        <w:t>vn 0.0403 -0.9872 0.1541</w:t>
        <w:br/>
        <w:t>vn 0.0404 -0.9872 0.1541</w:t>
        <w:br/>
        <w:t>vn 0.9556 -0.1168 -0.2704</w:t>
        <w:br/>
        <w:t>vn 0.8442 -0.5175 -0.1401</w:t>
        <w:br/>
        <w:t>vn 0.8405 -0.3651 -0.4003</w:t>
        <w:br/>
        <w:t>vn 0.8370 -0.3812 -0.3925</w:t>
        <w:br/>
        <w:t>vn 0.8410 -0.3802 -0.3850</w:t>
        <w:br/>
        <w:t>vn 0.8488 -0.3710 -0.3766</w:t>
        <w:br/>
        <w:t>vn 0.5892 -0.4206 -0.6899</w:t>
        <w:br/>
        <w:t>vn 0.7611 -0.1958 -0.6184</w:t>
        <w:br/>
        <w:t>vn 0.6438 -0.5943 -0.4819</w:t>
        <w:br/>
        <w:t>vn 0.8444 -0.3642 -0.3929</w:t>
        <w:br/>
        <w:t>vn -0.7653 0.1822 0.6173</w:t>
        <w:br/>
        <w:t>vn -0.6465 0.5985 0.4731</w:t>
        <w:br/>
        <w:t>vn 0.8442 -0.5175 -0.1400</w:t>
        <w:br/>
        <w:t>vn 0.9557 -0.1168 -0.2703</w:t>
        <w:br/>
        <w:t>vn 0.7612 -0.1957 -0.6183</w:t>
        <w:br/>
        <w:t>vn -0.1295 -0.3220 -0.9378</w:t>
        <w:br/>
        <w:t>vn -0.9603 0.0981 0.2612</w:t>
        <w:br/>
        <w:t>vn -0.9655 0.2603 0.0065</w:t>
        <w:br/>
        <w:t>vn 0.7612 -0.1958 -0.6183</w:t>
        <w:br/>
        <w:t>vn -0.8470 0.5191 0.1140</w:t>
        <w:br/>
        <w:t>vn 0.8441 -0.5175 -0.1400</w:t>
        <w:br/>
        <w:t>vn 0.6438 -0.5944 -0.4818</w:t>
        <w:br/>
        <w:t>vn -0.7457 -0.0537 -0.6641</w:t>
        <w:br/>
        <w:t>vn 0.6439 -0.5943 -0.4819</w:t>
        <w:br/>
        <w:t>vn -0.8470 0.5192 0.1141</w:t>
        <w:br/>
        <w:t>vn -0.0512 -0.9974 -0.0504</w:t>
        <w:br/>
        <w:t>vn -0.0511 -0.9974 -0.0505</w:t>
        <w:br/>
        <w:t>vn -0.0512 -0.9974 -0.0503</w:t>
        <w:br/>
        <w:t>vn -0.5714 0.6599 -0.4879</w:t>
        <w:br/>
        <w:t>vn -0.5711 0.6599 -0.4882</w:t>
        <w:br/>
        <w:t>vn -0.5712 0.6606 -0.4873</w:t>
        <w:br/>
        <w:t>vn -0.5712 0.6605 -0.4872</w:t>
        <w:br/>
        <w:t>vn -0.7036 0.3764 -0.6027</w:t>
        <w:br/>
        <w:t>vn -0.7036 0.3764 -0.6026</w:t>
        <w:br/>
        <w:t>vn -0.7289 -0.2788 -0.6253</w:t>
        <w:br/>
        <w:t>vn -0.7579 0.0520 -0.6502</w:t>
        <w:br/>
        <w:t>vn -0.6189 -0.5788 -0.5310</w:t>
        <w:br/>
        <w:t>vn 0.0250 0.9995 0.0206</w:t>
        <w:br/>
        <w:t>vn 0.0249 0.9995 0.0207</w:t>
        <w:br/>
        <w:t>vn 0.0250 0.9995 0.0205</w:t>
        <w:br/>
        <w:t>vn -0.9139 -0.3652 -0.1772</w:t>
        <w:br/>
        <w:t>vn 0.2499 -0.9647 0.0826</w:t>
        <w:br/>
        <w:t>vn 0.2499 -0.9647 0.0827</w:t>
        <w:br/>
        <w:t>vn 0.3046 -0.9479 0.0933</w:t>
        <w:br/>
        <w:t>vn 0.3046 -0.9479 0.0932</w:t>
        <w:br/>
        <w:t>vn 0.0885 -0.9948 0.0509</w:t>
        <w:br/>
        <w:t>vn -0.1344 -0.9909 0.0054</w:t>
        <w:br/>
        <w:t>vn -0.2484 -0.9685 -0.0186</w:t>
        <w:br/>
        <w:t>vn -0.7504 0.6377 -0.1738</w:t>
        <w:br/>
        <w:t>vn -0.8197 0.5422 -0.1848</w:t>
        <w:br/>
        <w:t>vn -0.5885 0.7952 -0.1461</w:t>
        <w:br/>
        <w:t>vn -0.5885 0.7952 -0.1460</w:t>
        <w:br/>
        <w:t>vn -0.4496 0.8850 -0.1210</w:t>
        <w:br/>
        <w:t>vn -0.4496 0.8850 -0.1209</w:t>
        <w:br/>
        <w:t>vn -0.3982 0.9105 -0.1114</w:t>
        <w:br/>
        <w:t>vn -0.3982 0.9105 -0.1113</w:t>
        <w:br/>
        <w:t>vn 0.5825 -0.7998 0.1451</w:t>
        <w:br/>
        <w:t>vn 0.5825 -0.7998 0.1450</w:t>
        <w:br/>
        <w:t>vn 0.4949 -0.8593 0.1294</w:t>
        <w:br/>
        <w:t>vn 0.4949 -0.8592 0.1295</w:t>
        <w:br/>
        <w:t>vn 0.7397 -0.6506 0.1721</w:t>
        <w:br/>
        <w:t>vn 0.8067 -0.5620 0.1828</w:t>
        <w:br/>
        <w:t>vn -0.6382 -0.7627 -0.1048</w:t>
        <w:br/>
        <w:t>vn -0.4331 -0.8994 -0.0585</w:t>
        <w:br/>
        <w:t>vn -0.9145 -0.3651 -0.1742</w:t>
        <w:br/>
        <w:t>vn -0.9145 -0.3650 -0.1742</w:t>
        <w:br/>
        <w:t>vn -0.9720 0.1199 -0.2020</w:t>
        <w:br/>
        <w:t>vn -0.9720 0.1200 -0.2020</w:t>
        <w:br/>
        <w:t>vn -0.9106 0.3631 -0.1975</w:t>
        <w:br/>
        <w:t>vn -0.7888 -0.4199 -0.4489</w:t>
        <w:br/>
        <w:t>vn -0.6343 0.1294 -0.7622</w:t>
        <w:br/>
        <w:t>vn -0.6342 0.1294 -0.7622</w:t>
        <w:br/>
        <w:t>vn -0.3180 0.4421 0.8387</w:t>
        <w:br/>
        <w:t>vn 0.1647 -0.0849 0.9827</w:t>
        <w:br/>
        <w:t>vn 0.4832 0.1331 0.8653</w:t>
        <w:br/>
        <w:t>vn -0.0285 0.7021 0.7115</w:t>
        <w:br/>
        <w:t>vn -0.7506 0.5872 0.3028</w:t>
        <w:br/>
        <w:t>vn -0.5137 0.8462 0.1416</w:t>
        <w:br/>
        <w:t>vn -0.9200 0.2598 -0.2936</w:t>
        <w:br/>
        <w:t>vn -0.6942 0.5020 -0.5158</w:t>
        <w:br/>
        <w:t>vn -0.7049 -0.3230 -0.6315</w:t>
        <w:br/>
        <w:t>vn -0.4660 -0.1378 -0.8740</w:t>
        <w:br/>
        <w:t>vn 0.0337 -0.6960 -0.7173</w:t>
        <w:br/>
        <w:t>vn -0.2511 -0.8418 -0.4779</w:t>
        <w:br/>
        <w:t>vn 0.5130 -0.8463 -0.1434</w:t>
        <w:br/>
        <w:t>vn 0.2002 -0.9788 0.0422</w:t>
        <w:br/>
        <w:t>vn 0.6982 -0.5097 0.5027</w:t>
        <w:br/>
        <w:t>vn 0.3592 -0.6778 0.6415</w:t>
        <w:br/>
        <w:t>vn -0.4915 -0.4432 0.7497</w:t>
        <w:br/>
        <w:t>vn -0.6925 -0.2263 0.6850</w:t>
        <w:br/>
        <w:t>vn -0.7232 -0.5208 0.4536</w:t>
        <w:br/>
        <w:t>vn -0.8688 -0.1537 0.4707</w:t>
        <w:br/>
        <w:t>vn -0.9273 -0.2921 0.2339</w:t>
        <w:br/>
        <w:t>vn -0.8444 -0.5278 0.0919</w:t>
        <w:br/>
        <w:t>vn -0.6550 -0.7378 0.1629</w:t>
        <w:br/>
        <w:t>vn -0.4686 -0.8028 0.3688</w:t>
        <w:br/>
        <w:t>vn -0.4109 -0.6799 0.6074</w:t>
        <w:br/>
        <w:t>vn 0.3179 0.4421 0.8387</w:t>
        <w:br/>
        <w:t>vn 0.0285 0.7021 0.7115</w:t>
        <w:br/>
        <w:t>vn -0.4832 0.1331 0.8653</w:t>
        <w:br/>
        <w:t>vn -0.1647 -0.0849 0.9827</w:t>
        <w:br/>
        <w:t>vn 0.7506 0.5872 0.3028</w:t>
        <w:br/>
        <w:t>vn 0.5137 0.8462 0.1417</w:t>
        <w:br/>
        <w:t>vn 0.9200 0.2598 -0.2936</w:t>
        <w:br/>
        <w:t>vn 0.6942 0.5020 -0.5158</w:t>
        <w:br/>
        <w:t>vn 0.7049 -0.3230 -0.6315</w:t>
        <w:br/>
        <w:t>vn 0.4660 -0.1378 -0.8740</w:t>
        <w:br/>
        <w:t>vn -0.0337 -0.6960 -0.7173</w:t>
        <w:br/>
        <w:t>vn 0.2511 -0.8418 -0.4779</w:t>
        <w:br/>
        <w:t>vn -0.5130 -0.8463 -0.1435</w:t>
        <w:br/>
        <w:t>vn -0.2002 -0.9788 0.0421</w:t>
        <w:br/>
        <w:t>vn -0.6982 -0.5097 0.5027</w:t>
        <w:br/>
        <w:t>vn -0.3592 -0.6778 0.6415</w:t>
        <w:br/>
        <w:t>vn 0.4915 -0.4432 0.7497</w:t>
        <w:br/>
        <w:t>vn 0.7232 -0.5208 0.4536</w:t>
        <w:br/>
        <w:t>vn 0.6926 -0.2263 0.6850</w:t>
        <w:br/>
        <w:t>vn 0.8688 -0.1537 0.4707</w:t>
        <w:br/>
        <w:t>vn 0.9274 -0.2921 0.2339</w:t>
        <w:br/>
        <w:t>vn 0.8445 -0.5277 0.0919</w:t>
        <w:br/>
        <w:t>vn 0.6554 -0.7376 0.1627</w:t>
        <w:br/>
        <w:t>vn 0.4684 -0.8027 0.3691</w:t>
        <w:br/>
        <w:t>vn 0.4109 -0.6799 0.6074</w:t>
        <w:br/>
        <w:t>vn -0.8407 0.3657 0.3993</w:t>
        <w:br/>
        <w:t>vn -0.8407 0.3706 0.3948</w:t>
        <w:br/>
        <w:t>vn -0.8436 0.3651 0.3937</w:t>
        <w:br/>
        <w:t>vn -0.8473 0.3716 0.3794</w:t>
        <w:br/>
        <w:t>vn -0.9603 0.0980 0.2613</w:t>
        <w:br/>
        <w:t>vn -0.8435 0.3700 0.3893</w:t>
        <w:br/>
        <w:t>vn -0.5104 -0.2270 -0.8294</w:t>
        <w:br/>
        <w:t>vn -0.5171 -0.1980 -0.8327</w:t>
        <w:br/>
        <w:t>vn -0.4636 -0.2052 -0.8619</w:t>
        <w:br/>
        <w:t>vn -0.4930 -0.2507 -0.8331</w:t>
        <w:br/>
        <w:t>vn -0.4677 -0.2645 -0.8434</w:t>
        <w:br/>
        <w:t>vn -0.4392 -0.2642 -0.8586</w:t>
        <w:br/>
        <w:t>vn -0.4147 -0.2474 -0.8757</w:t>
        <w:br/>
        <w:t>vn -0.4025 -0.2163 -0.8895</w:t>
        <w:br/>
        <w:t>vn -0.4087 -0.1801 -0.8947</w:t>
        <w:br/>
        <w:t>vn -0.4319 -0.1515 -0.8891</w:t>
        <w:br/>
        <w:t>vn -0.4634 -0.1403 -0.8750</w:t>
        <w:br/>
        <w:t>vn -0.4923 -0.1481 -0.8578</w:t>
        <w:br/>
        <w:t>vn -0.5111 -0.1697 -0.8426</w:t>
        <w:br/>
        <w:t>vn 0.9034 0.4133 -0.1143</w:t>
        <w:br/>
        <w:t>vn 0.9974 -0.0457 -0.0549</w:t>
        <w:br/>
        <w:t>vn 0.9034 0.4134 -0.1142</w:t>
        <w:br/>
        <w:t>vn 0.6184 0.7843 -0.0489</w:t>
        <w:br/>
        <w:t>vn 0.2190 0.9678 0.1240</w:t>
        <w:br/>
        <w:t>vn -0.1879 0.9147 0.3578</w:t>
        <w:br/>
        <w:t>vn -0.4933 0.6392 0.5900</w:t>
        <w:br/>
        <w:t>vn -0.4933 0.6391 0.5900</w:t>
        <w:br/>
        <w:t>vn -0.6153 0.2151 0.7584</w:t>
        <w:br/>
        <w:t>vn -0.6152 0.2151 0.7584</w:t>
        <w:br/>
        <w:t>vn -0.5212 -0.2440 0.8178</w:t>
        <w:br/>
        <w:t>vn -0.5211 -0.2440 0.8178</w:t>
        <w:br/>
        <w:t>vn -0.2362 -0.6150 0.7523</w:t>
        <w:br/>
        <w:t>vn 0.1632 -0.7985 0.5795</w:t>
        <w:br/>
        <w:t>vn 0.5701 -0.7453 0.3457</w:t>
        <w:br/>
        <w:t>vn 0.8754 -0.4698 0.1134</w:t>
        <w:br/>
        <w:t>vn 0.8754 -0.4698 0.1135</w:t>
        <w:br/>
        <w:t>vn 0.2611 0.9650 0.0267</w:t>
        <w:br/>
        <w:t>vn 0.2897 0.9548 0.0658</w:t>
        <w:br/>
        <w:t>vn 0.1077 0.9693 0.2209</w:t>
        <w:br/>
        <w:t>vn 0.2610 0.9650 0.0267</w:t>
        <w:br/>
        <w:t>vn 0.1686 0.9855 -0.0180</w:t>
        <w:br/>
        <w:t>vn 0.4992 0.6311 0.5937</w:t>
        <w:br/>
        <w:t>vn 0.2271 0.9495 0.2166</w:t>
        <w:br/>
        <w:t>vn 0.2605 0.9252 0.2760</w:t>
        <w:br/>
        <w:t>vn 0.0738 0.9973 0.0039</w:t>
        <w:br/>
        <w:t>vn 0.0155 0.9994 0.0309</w:t>
        <w:br/>
        <w:t>vn 0.0485 0.9976 0.0488</w:t>
        <w:br/>
        <w:t>vn 0.0072 0.9994 0.0339</w:t>
        <w:br/>
        <w:t>vn -0.2501 0.5064 0.8253</w:t>
        <w:br/>
        <w:t>vn 0.0763 0.9130 0.4008</w:t>
        <w:br/>
        <w:t>vn 0.0132 0.9975 0.0698</w:t>
        <w:br/>
        <w:t>vn 0.0691 0.9960 0.0563</w:t>
        <w:br/>
        <w:t>vn 0.5065 0.5154 0.6912</w:t>
        <w:br/>
        <w:t>vn 0.5066 0.5154 0.6912</w:t>
        <w:br/>
        <w:t>vn -0.0293 0.9979 0.0580</w:t>
        <w:br/>
        <w:t>vn 0.0430 0.9986 0.0311</w:t>
        <w:br/>
        <w:t>vn -0.1015 0.9912 0.0845</w:t>
        <w:br/>
        <w:t>vn 0.9366 0.3047 0.1730</w:t>
        <w:br/>
        <w:t>vn 0.4677 0.4635 0.7526</w:t>
        <w:br/>
        <w:t>vn 0.8585 -0.0340 -0.5118</w:t>
        <w:br/>
        <w:t>vn 0.8584 -0.0340 -0.5118</w:t>
        <w:br/>
        <w:t>vn 0.2766 -0.3516 -0.8943</w:t>
        <w:br/>
        <w:t>vn 0.2767 -0.3518 -0.8943</w:t>
        <w:br/>
        <w:t>vn -0.4672 -0.4635 -0.7529</w:t>
        <w:br/>
        <w:t>vn -0.9374 -0.3037 -0.1705</w:t>
        <w:br/>
        <w:t>vn -0.8584 0.0340 0.5118</w:t>
        <w:br/>
        <w:t>vn -0.2735 0.3528 0.8948</w:t>
        <w:br/>
        <w:t>vn 0.9242 0.2824 -0.2573</w:t>
        <w:br/>
        <w:t>vn 0.8087 0.3127 0.4982</w:t>
        <w:br/>
        <w:t>vn 0.8088 0.3127 0.4981</w:t>
        <w:br/>
        <w:t>vn 0.9240 0.2822 -0.2581</w:t>
        <w:br/>
        <w:t>vn 0.4982 0.0865 -0.8627</w:t>
        <w:br/>
        <w:t>vn 0.4982 0.0866 -0.8628</w:t>
        <w:br/>
        <w:t>vn -0.2196 -0.1599 -0.9624</w:t>
        <w:br/>
        <w:t>vn -0.2195 -0.1599 -0.9624</w:t>
        <w:br/>
        <w:t>vn -0.8088 -0.3127 -0.4981</w:t>
        <w:br/>
        <w:t>vn -0.8085 -0.3127 -0.4985</w:t>
        <w:br/>
        <w:t>vn -0.9234 -0.2818 0.2604</w:t>
        <w:br/>
        <w:t>vn -0.9235 -0.2819 0.2603</w:t>
        <w:br/>
        <w:t>vn -0.4987 -0.0867 0.8624</w:t>
        <w:br/>
        <w:t>vn -0.4988 -0.0868 0.8624</w:t>
        <w:br/>
        <w:t>vn 0.2164 0.1589 0.9633</w:t>
        <w:br/>
        <w:t>vn 0.2165 0.1590 0.9632</w:t>
        <w:br/>
        <w:t>vn 0.8428 -0.0593 -0.5349</w:t>
        <w:br/>
        <w:t>vn 0.9218 0.3235 0.2136</w:t>
        <w:br/>
        <w:t>vn 0.1603 -0.4005 -0.9022</w:t>
        <w:br/>
        <w:t>vn 0.1603 -0.4006 -0.9021</w:t>
        <w:br/>
        <w:t>vn -0.5687 -0.4653 -0.6782</w:t>
        <w:br/>
        <w:t>vn -0.9465 -0.2922 -0.1371</w:t>
        <w:br/>
        <w:t>vn -0.8798 0.0213 0.4748</w:t>
        <w:br/>
        <w:t>vn -0.3262 0.3495 0.8783</w:t>
        <w:br/>
        <w:t>vn 0.4157 0.4760 0.7750</w:t>
        <w:br/>
        <w:t>vn 0.0425 0.1675 -0.9850</w:t>
        <w:br/>
        <w:t>vn -0.0204 0.1703 -0.9852</w:t>
        <w:br/>
        <w:t>vn -0.0034 0.8528 -0.5222</w:t>
        <w:br/>
        <w:t>vn -0.0009 0.8504 -0.5262</w:t>
        <w:br/>
        <w:t>vn 0.2549 0.1662 -0.9526</w:t>
        <w:br/>
        <w:t>vn 0.0439 0.1618 -0.9858</w:t>
        <w:br/>
        <w:t>vn -0.0024 0.8487 -0.5289</w:t>
        <w:br/>
        <w:t>vn 0.0824 0.8457 -0.5273</w:t>
        <w:br/>
        <w:t>vn 0.0550 0.8570 -0.5123</w:t>
        <w:br/>
        <w:t>vn 0.0139 0.8628 -0.5054</w:t>
        <w:br/>
        <w:t>vn 0.5093 0.3267 -0.7962</w:t>
        <w:br/>
        <w:t>vn 0.2131 0.1881 -0.9587</w:t>
        <w:br/>
        <w:t>vn 0.0420 -0.9731 -0.2267</w:t>
        <w:br/>
        <w:t>vn -0.0145 -0.9732 -0.2296</w:t>
        <w:br/>
        <w:t>vn -0.0239 -0.5759 -0.8172</w:t>
        <w:br/>
        <w:t>vn 0.0577 -0.5773 -0.8145</w:t>
        <w:br/>
        <w:t>vn 0.1341 -0.9642 -0.2288</w:t>
        <w:br/>
        <w:t>vn 0.2342 -0.5741 -0.7846</w:t>
        <w:br/>
        <w:t>vn -0.0446 0.9732 0.2256</w:t>
        <w:br/>
        <w:t>vn -0.0593 0.5876 0.8069</w:t>
        <w:br/>
        <w:t>vn -0.2588 0.5769 0.7747</w:t>
        <w:br/>
        <w:t>vn -0.1382 0.9653 0.2217</w:t>
        <w:br/>
        <w:t>vn -0.3894 0.5623 0.7295</w:t>
        <w:br/>
        <w:t>vn 0.2852 0.8877 0.3614</w:t>
        <w:br/>
        <w:t>vn 0.6865 -0.4491 -0.5720</w:t>
        <w:br/>
        <w:t>vn 0.5526 -0.8286 -0.0894</w:t>
        <w:br/>
        <w:t>vn -0.2344 -0.5787 -0.7811</w:t>
        <w:br/>
        <w:t>vn -0.2637 -0.9054 -0.3328</w:t>
        <w:br/>
        <w:t>vn -0.2165 -0.9063 -0.3630</w:t>
        <w:br/>
        <w:t>vn -0.0650 -0.5087 -0.8585</w:t>
        <w:br/>
        <w:t>vn 0.1265 0.7230 -0.6791</w:t>
        <w:br/>
        <w:t>vn 0.2283 0.7380 -0.6350</w:t>
        <w:br/>
        <w:t>vn 0.0156 0.8823 -0.4703</w:t>
        <w:br/>
        <w:t>vn 0.1696 0.8884 -0.4265</w:t>
        <w:br/>
        <w:t>vn 0.5555 -0.8235 -0.1149</w:t>
        <w:br/>
        <w:t>vn 0.6931 -0.4341 -0.5755</w:t>
        <w:br/>
        <w:t>vn -0.5427 0.8316 0.1178</w:t>
        <w:br/>
        <w:t>vn 0.2865 0.8750 0.3902</w:t>
        <w:br/>
        <w:t>vn 0.1408 0.5029 0.8528</w:t>
        <w:br/>
        <w:t>vn -0.5590 0.5817 0.5908</w:t>
        <w:br/>
        <w:t>vn 0.8107 0.2822 0.5130</w:t>
        <w:br/>
        <w:t>vn 0.9571 -0.2625 0.1224</w:t>
        <w:br/>
        <w:t>vn 0.0113 0.9721 0.2342</w:t>
        <w:br/>
        <w:t>vn 0.0181 0.5945 0.8039</w:t>
        <w:br/>
        <w:t>vn -0.0153 0.1608 -0.9869</w:t>
        <w:br/>
        <w:t>vn -0.0021 0.8500 -0.5267</w:t>
        <w:br/>
        <w:t>vn 0.0439 0.1605 -0.9861</w:t>
        <w:br/>
        <w:t>vn 0.2397 0.1926 -0.9515</w:t>
        <w:br/>
        <w:t>vn 0.0690 0.8472 -0.5268</w:t>
        <w:br/>
        <w:t>vn -0.0009 0.8485 -0.5291</w:t>
        <w:br/>
        <w:t>vn 0.3380 0.1947 -0.9208</w:t>
        <w:br/>
        <w:t>vn 0.4431 0.7780 -0.4454</w:t>
        <w:br/>
        <w:t>vn 0.3572 0.2412 -0.9024</w:t>
        <w:br/>
        <w:t>vn 0.3032 0.2275 -0.9254</w:t>
        <w:br/>
        <w:t>vn 0.3743 0.4639 -0.8029</w:t>
        <w:br/>
        <w:t>vn 0.2024 0.4734 -0.8573</w:t>
        <w:br/>
        <w:t>vn 0.9564 -0.2640 0.1244</w:t>
        <w:br/>
        <w:t>vn 0.9564 -0.2641 0.1244</w:t>
        <w:br/>
        <w:t>vn 0.8107 0.2804 0.5139</w:t>
        <w:br/>
        <w:t>vn -0.0026 0.8501 -0.5267</w:t>
        <w:br/>
        <w:t>vn -0.0164 0.1652 -0.9861</w:t>
        <w:br/>
        <w:t>vn 0.1161 0.8359 -0.5365</w:t>
        <w:br/>
        <w:t>vn 0.3614 0.2643 -0.8942</w:t>
        <w:br/>
        <w:t>vn 0.1484 0.8539 -0.4989</w:t>
        <w:br/>
        <w:t>vn 0.1163 0.8481 -0.5169</w:t>
        <w:br/>
        <w:t>vn 0.3332 0.3064 -0.8917</w:t>
        <w:br/>
        <w:t>vn 0.3029 0.3200 -0.8977</w:t>
        <w:br/>
        <w:t>vn 0.8071 0.2796 0.5200</w:t>
        <w:br/>
        <w:t>vn 0.8071 0.2796 0.5199</w:t>
        <w:br/>
        <w:t>vn 0.9549 -0.2669 0.1304</w:t>
        <w:br/>
        <w:t>vn 0.9549 -0.2668 0.1304</w:t>
        <w:br/>
        <w:t>vn 0.0251 -0.9902 0.1372</w:t>
        <w:br/>
        <w:t>vn -0.0065 -0.9910 0.1335</w:t>
        <w:br/>
        <w:t>vn 0.0560 -0.9921 0.1120</w:t>
        <w:br/>
        <w:t>vn 0.4335 -0.8823 0.1835</w:t>
        <w:br/>
        <w:t>vn 0.4422 -0.8856 0.1421</w:t>
        <w:br/>
        <w:t>vn -0.2928 -0.9545 -0.0570</w:t>
        <w:br/>
        <w:t>vn 0.4124 -0.8880 -0.2035</w:t>
        <w:br/>
        <w:t>vn 0.5910 -0.5557 -0.5847</w:t>
        <w:br/>
        <w:t>vn 0.1390 0.3186 -0.9377</w:t>
        <w:br/>
        <w:t>vn 0.4348 0.2739 -0.8579</w:t>
        <w:br/>
        <w:t>vn 0.5911 -0.5557 -0.5847</w:t>
        <w:br/>
        <w:t>vn 0.4341 -0.1599 -0.8865</w:t>
        <w:br/>
        <w:t>vn -0.0055 -0.1955 -0.9807</w:t>
        <w:br/>
        <w:t>vn 0.6828 -0.1290 -0.7191</w:t>
        <w:br/>
        <w:t>vn -0.4369 0.8898 -0.1317</w:t>
        <w:br/>
        <w:t>vn 0.3579 0.9255 0.1239</w:t>
        <w:br/>
        <w:t>vn 0.1213 0.9001 0.4185</w:t>
        <w:br/>
        <w:t>vn 0.1576 0.7408 0.6530</w:t>
        <w:br/>
        <w:t>vn -0.6912 0.0616 0.7200</w:t>
        <w:br/>
        <w:t>vn -0.4384 0.0973 0.8935</w:t>
        <w:br/>
        <w:t>vn -0.4383 0.0971 0.8936</w:t>
        <w:br/>
        <w:t>vn -0.7053 0.4065 0.5807</w:t>
        <w:br/>
        <w:t>vn -0.8783 0.0202 0.4776</w:t>
        <w:br/>
        <w:t>vn -0.6616 0.1341 0.7378</w:t>
        <w:br/>
        <w:t>vn 0.0740 0.1967 0.9777</w:t>
        <w:br/>
        <w:t>vn 0.0396 0.2185 0.9750</w:t>
        <w:br/>
        <w:t>vn -0.2756 0.2674 0.9234</w:t>
        <w:br/>
        <w:t>vn -0.0551 0.2743 0.9601</w:t>
        <w:br/>
        <w:t>vn 0.0187 0.2868 0.9578</w:t>
        <w:br/>
        <w:t>vn 0.4120 0.2596 -0.8734</w:t>
        <w:br/>
        <w:t>vn 0.4349 0.2715 -0.8586</w:t>
        <w:br/>
        <w:t>vn 0.4157 0.2957 -0.8601</w:t>
        <w:br/>
        <w:t>vn 0.3570 0.3145 -0.8796</w:t>
        <w:br/>
        <w:t>vn 0.2005 0.7478 -0.6329</w:t>
        <w:br/>
        <w:t>vn 0.2286 0.8622 -0.4520</w:t>
        <w:br/>
        <w:t>vn 0.5706 0.3438 0.7458</w:t>
        <w:br/>
        <w:t>vn 0.5910 -0.5557 -0.5848</w:t>
        <w:br/>
        <w:t>vn -0.5278 0.8442 0.0939</w:t>
        <w:br/>
        <w:t>vn 0.1575 0.7408 0.6530</w:t>
        <w:br/>
        <w:t>vn 0.2300 0.8441 -0.4843</w:t>
        <w:br/>
        <w:t>vn 0.2046 0.8416 -0.4998</w:t>
        <w:br/>
        <w:t>vn 0.2416 0.8656 -0.4385</w:t>
        <w:br/>
        <w:t>vn 0.2350 0.8614 -0.4503</w:t>
        <w:br/>
        <w:t>vn -0.3608 -0.9326 0.0048</w:t>
        <w:br/>
        <w:t>vn -0.0518 -0.9913 0.1212</w:t>
        <w:br/>
        <w:t>vn -0.7245 0.6444 -0.2447</w:t>
        <w:br/>
        <w:t>vn 0.0397 0.2185 0.9750</w:t>
        <w:br/>
        <w:t>vn -0.0259 0.1752 -0.9842</w:t>
        <w:br/>
        <w:t>vn 0.0113 0.8568 -0.5155</w:t>
        <w:br/>
        <w:t>vn -0.1697 0.1340 -0.9764</w:t>
        <w:br/>
        <w:t>vn -0.0689 0.8409 -0.5367</w:t>
        <w:br/>
        <w:t>vn 0.0075 0.8461 -0.5330</w:t>
        <w:br/>
        <w:t>vn -0.0354 0.1489 -0.9882</w:t>
        <w:br/>
        <w:t>vn -0.2824 0.6960 -0.6602</w:t>
        <w:br/>
        <w:t>vn -0.0682 0.8834 -0.4637</w:t>
        <w:br/>
        <w:t>vn -0.0541 0.8705 -0.4891</w:t>
        <w:br/>
        <w:t>vn -0.1533 0.2013 -0.9675</w:t>
        <w:br/>
        <w:t>vn -0.0403 -0.9706 -0.2373</w:t>
        <w:br/>
        <w:t>vn -0.0458 -0.5819 -0.8120</w:t>
        <w:br/>
        <w:t>vn -0.0772 -0.9631 -0.2577</w:t>
        <w:br/>
        <w:t>vn -0.1523 -0.5898 -0.7931</w:t>
        <w:br/>
        <w:t>vn 0.0428 0.9702 0.2387</w:t>
        <w:br/>
        <w:t>vn 0.0737 0.9654 0.2500</w:t>
        <w:br/>
        <w:t>vn 0.1549 0.6002 0.7847</w:t>
        <w:br/>
        <w:t>vn 0.0521 0.5960 0.8013</w:t>
        <w:br/>
        <w:t>vn -0.3567 0.8585 0.3683</w:t>
        <w:br/>
        <w:t>vn -0.1817 0.5263 0.8307</w:t>
        <w:br/>
        <w:t>vn -0.6102 -0.5114 -0.6051</w:t>
        <w:br/>
        <w:t>vn -0.4620 -0.8766 -0.1344</w:t>
        <w:br/>
        <w:t>vn 0.1254 -0.4919 -0.8616</w:t>
        <w:br/>
        <w:t>vn 0.2831 -0.8950 -0.3446</w:t>
        <w:br/>
        <w:t>vn 0.3236 -0.8982 -0.2974</w:t>
        <w:br/>
        <w:t>vn 0.3035 -0.5373 -0.7869</w:t>
        <w:br/>
        <w:t>vn -0.0888 0.6882 -0.7200</w:t>
        <w:br/>
        <w:t>vn -0.1366 0.9065 -0.3994</w:t>
        <w:br/>
        <w:t>vn -0.0484 0.9139 -0.4032</w:t>
        <w:br/>
        <w:t>vn -0.2907 0.7113 -0.6399</w:t>
        <w:br/>
        <w:t>vn -0.4736 -0.8689 -0.1436</w:t>
        <w:br/>
        <w:t>vn -0.6333 -0.4959 -0.5942</w:t>
        <w:br/>
        <w:t>vn -0.1647 0.5270 0.8338</w:t>
        <w:br/>
        <w:t>vn -0.3426 0.8572 0.3844</w:t>
        <w:br/>
        <w:t>vn 0.4879 0.8650 0.1176</w:t>
        <w:br/>
        <w:t>vn 0.6157 0.5017 0.6076</w:t>
        <w:br/>
        <w:t>vn -0.9387 -0.3311 0.0959</w:t>
        <w:br/>
        <w:t>vn -0.9387 -0.3311 0.0960</w:t>
        <w:br/>
        <w:t>vn -0.8374 0.2256 0.4979</w:t>
        <w:br/>
        <w:t>vn -0.0670 0.8421 -0.5351</w:t>
        <w:br/>
        <w:t>vn -0.1640 0.1813 -0.9696</w:t>
        <w:br/>
        <w:t>vn -0.0331 0.1655 -0.9857</w:t>
        <w:br/>
        <w:t>vn 0.0084 0.8466 -0.5321</w:t>
        <w:br/>
        <w:t>vn -0.3353 0.1201 -0.9344</w:t>
        <w:br/>
        <w:t>vn -0.4525 0.4034 -0.7953</w:t>
        <w:br/>
        <w:t>vn -0.2898 0.1441 -0.9462</w:t>
        <w:br/>
        <w:t>vn -0.0978 0.4466 -0.8894</w:t>
        <w:br/>
        <w:t>vn -0.4637 0.4013 -0.7899</w:t>
        <w:br/>
        <w:t>vn -0.3484 0.1144 -0.9303</w:t>
        <w:br/>
        <w:t>vn -0.8363 0.2453 0.4904</w:t>
        <w:br/>
        <w:t>vn -0.8363 0.2451 0.4905</w:t>
        <w:br/>
        <w:t>vn -0.9402 -0.3262 0.0979</w:t>
        <w:br/>
        <w:t>vn -0.9402 -0.3262 0.0980</w:t>
        <w:br/>
        <w:t>vn -0.1700 0.8409 -0.5138</w:t>
        <w:br/>
        <w:t>vn -0.3511 0.1895 -0.9170</w:t>
        <w:br/>
        <w:t>vn -0.3657 0.1883 -0.9115</w:t>
        <w:br/>
        <w:t>vn -0.1546 0.8744 -0.4598</w:t>
        <w:br/>
        <w:t>vn -0.1136 0.8723 -0.4757</w:t>
        <w:br/>
        <w:t>vn -0.2660 0.2072 -0.9414</w:t>
        <w:br/>
        <w:t>vn -0.9394 -0.3243 0.1114</w:t>
        <w:br/>
        <w:t>vn -0.8277 0.2371 0.5087</w:t>
        <w:br/>
        <w:t>vn -0.8276 0.2372 0.5087</w:t>
        <w:br/>
        <w:t>vn -0.0294 -0.9925 0.1185</w:t>
        <w:br/>
        <w:t>vn -0.0245 -0.9972 0.0710</w:t>
        <w:br/>
        <w:t>vn -0.3517 -0.9266 0.1333</w:t>
        <w:br/>
        <w:t>vn -0.3609 -0.9260 0.1107</w:t>
        <w:br/>
        <w:t>vn 0.3532 -0.9354 -0.0180</w:t>
        <w:br/>
        <w:t>vn -0.5515 -0.7453 -0.3746</w:t>
        <w:br/>
        <w:t>vn -0.3667 -0.9101 -0.1932</w:t>
        <w:br/>
        <w:t>vn -0.0607 0.3272 -0.9430</w:t>
        <w:br/>
        <w:t>vn -0.3718 -0.1017 -0.9227</w:t>
        <w:br/>
        <w:t>vn -0.3716 -0.1017 -0.9228</w:t>
        <w:br/>
        <w:t>vn -0.3694 0.2879 -0.8835</w:t>
        <w:br/>
        <w:t>vn -0.0605 0.3272 -0.9430</w:t>
        <w:br/>
        <w:t>vn 0.0555 -0.1714 -0.9836</w:t>
        <w:br/>
        <w:t>vn -0.6488 -0.1984 -0.7346</w:t>
        <w:br/>
        <w:t>vn -0.6221 -0.2184 -0.7519</w:t>
        <w:br/>
        <w:t>vn -0.4341 0.8964 0.0895</w:t>
        <w:br/>
        <w:t>vn 0.3949 0.9070 -0.1464</w:t>
        <w:br/>
        <w:t>vn -0.4223 0.8975 0.1270</w:t>
        <w:br/>
        <w:t>vn -0.2227 0.7392 0.6355</w:t>
        <w:br/>
        <w:t>vn -0.1928 0.9056 0.3777</w:t>
        <w:br/>
        <w:t>vn 0.6155 0.0997 0.7818</w:t>
        <w:br/>
        <w:t>vn 0.6309 0.4579 0.6264</w:t>
        <w:br/>
        <w:t>vn 0.3265 0.1350 0.9355</w:t>
        <w:br/>
        <w:t>vn -0.0753 0.2498 0.9654</w:t>
        <w:br/>
        <w:t>vn 0.6126 0.1897 0.7673</w:t>
        <w:br/>
        <w:t>vn -0.0961 0.2559 0.9619</w:t>
        <w:br/>
        <w:t>vn 0.1726 0.3055 0.9364</w:t>
        <w:br/>
        <w:t>vn 0.0478 0.2891 0.9561</w:t>
        <w:br/>
        <w:t>vn -0.3165 0.1878 -0.9298</w:t>
        <w:br/>
        <w:t>vn -0.2859 0.2287 -0.9306</w:t>
        <w:br/>
        <w:t>vn -0.3386 0.2322 -0.9118</w:t>
        <w:br/>
        <w:t>vn -0.3562 0.1980 -0.9132</w:t>
        <w:br/>
        <w:t>vn -0.2309 0.8100 -0.5391</w:t>
        <w:br/>
        <w:t>vn -0.1264 0.7108 -0.6920</w:t>
        <w:br/>
        <w:t>vn -0.3666 -0.9101 -0.1933</w:t>
        <w:br/>
        <w:t>vn -0.1929 0.9056 0.3776</w:t>
        <w:br/>
        <w:t>vn -0.2227 0.7392 0.6356</w:t>
        <w:br/>
        <w:t>vn 0.4702 0.8802 0.0651</w:t>
        <w:br/>
        <w:t>vn -0.1675 0.8323 -0.5284</w:t>
        <w:br/>
        <w:t>vn -0.2081 0.8206 -0.5322</w:t>
        <w:br/>
        <w:t>vn -0.2163 0.8469 -0.4858</w:t>
        <w:br/>
        <w:t>vn -0.2066 0.8592 -0.4681</w:t>
        <w:br/>
        <w:t>vn 0.4006 -0.9123 0.0846</w:t>
        <w:br/>
        <w:t>vn 0.0647 -0.9802 0.1871</w:t>
        <w:br/>
        <w:t>vn 0.6965 0.6598 -0.2821</w:t>
        <w:br/>
        <w:t>vn 0.0287 -0.4218 0.9063</w:t>
        <w:br/>
        <w:t>vn -0.2879 0.3385 0.8958</w:t>
        <w:br/>
        <w:t>vn -0.4207 0.1296 0.8979</w:t>
        <w:br/>
        <w:t>vn -0.2225 -0.3669 0.9032</w:t>
        <w:br/>
        <w:t>vn -0.2574 0.3719 0.8919</w:t>
        <w:br/>
        <w:t>vn 0.0729 -0.4142 0.9073</w:t>
        <w:br/>
        <w:t>vn 0.0108 -0.4241 0.9056</w:t>
        <w:br/>
        <w:t>vn -0.3056 0.3459 0.8871</w:t>
        <w:br/>
        <w:t>vn 0.8717 -0.3042 0.3841</w:t>
        <w:br/>
        <w:t>vn 0.9455 -0.3241 0.0317</w:t>
        <w:br/>
        <w:t>vn 0.9303 0.3651 0.0356</w:t>
        <w:br/>
        <w:t>vn 0.8586 0.3402 0.3835</w:t>
        <w:br/>
        <w:t>vn 0.5535 -0.7509 0.3603</w:t>
        <w:br/>
        <w:t>vn 0.6013 -0.7988 0.0201</w:t>
        <w:br/>
        <w:t>vn -0.4374 0.8285 0.3497</w:t>
        <w:br/>
        <w:t>vn -0.4092 0.8485 0.3355</w:t>
        <w:br/>
        <w:t>vn -0.3951 0.9185 -0.0147</w:t>
        <w:br/>
        <w:t>vn -0.4003 0.9162 -0.0164</w:t>
        <w:br/>
        <w:t>vn 0.4633 0.8859 0.0228</w:t>
        <w:br/>
        <w:t>vn 0.4199 0.8262 0.3755</w:t>
        <w:br/>
        <w:t>vn -0.1478 0.9890 -0.0012</w:t>
        <w:br/>
        <w:t>vn -0.1520 0.9277 0.3410</w:t>
        <w:br/>
        <w:t>vn 0.2372 -0.8961 0.3752</w:t>
        <w:br/>
        <w:t>vn 0.3450 -0.9385 0.0118</w:t>
        <w:br/>
        <w:t>vn 0.3753 -0.9268 0.0133</w:t>
        <w:br/>
        <w:t>vn 0.3052 -0.8808 0.3619</w:t>
        <w:br/>
        <w:t>vn -0.4195 -0.1568 0.8941</w:t>
        <w:br/>
        <w:t>vn -0.4219 0.1309 0.8971</w:t>
        <w:br/>
        <w:t>vn 0.3515 -0.1343 0.9265</w:t>
        <w:br/>
        <w:t>vn 0.3483 0.1449 0.9261</w:t>
        <w:br/>
        <w:t>vn 0.1536 0.3537 0.9227</w:t>
        <w:br/>
        <w:t>vn -0.2240 -0.3686 0.9022</w:t>
        <w:br/>
        <w:t>vn -0.0970 0.4098 0.9070</w:t>
        <w:br/>
        <w:t>vn 0.0274 -0.4241 0.9052</w:t>
        <w:br/>
        <w:t>vn -0.2654 0.3464 0.8998</w:t>
        <w:br/>
        <w:t>vn 0.0734 -0.4192 0.9049</w:t>
        <w:br/>
        <w:t>vn 0.0131 -0.4315 0.9020</w:t>
        <w:br/>
        <w:t>vn -0.3248 0.2998 0.8970</w:t>
        <w:br/>
        <w:t>vn -0.2878 0.3416 0.8947</w:t>
        <w:br/>
        <w:t>vn -0.2705 0.3724 0.8878</w:t>
        <w:br/>
        <w:t>vn 0.0319 -0.4116 0.9108</w:t>
        <w:br/>
        <w:t>vn 0.2214 -0.3354 0.9157</w:t>
        <w:br/>
        <w:t>vn -0.3319 0.3428 0.8788</w:t>
        <w:br/>
        <w:t>vn -0.0777 -0.4268 0.9010</w:t>
        <w:br/>
        <w:t>vn -0.5413 -0.2052 0.8154</w:t>
        <w:br/>
        <w:t>vn -0.5012 0.4806 0.7196</w:t>
        <w:br/>
        <w:t>vn -0.2101 -0.1388 0.9678</w:t>
        <w:br/>
        <w:t>vn -0.1830 -0.2148 0.9594</w:t>
        <w:br/>
        <w:t>vn -0.4965 0.4058 0.7673</w:t>
        <w:br/>
        <w:t>vn 0.3756 -0.4081 -0.8321</w:t>
        <w:br/>
        <w:t>vn 0.3938 -0.4763 -0.7862</w:t>
        <w:br/>
        <w:t>vn 0.2919 0.2275 -0.9290</w:t>
        <w:br/>
        <w:t>vn 0.2479 0.3079 -0.9186</w:t>
        <w:br/>
        <w:t>vn -0.4373 0.8957 0.0811</w:t>
        <w:br/>
        <w:t>vn -0.4689 0.8688 0.1587</w:t>
        <w:br/>
        <w:t>vn -0.1086 0.8509 -0.5140</w:t>
        <w:br/>
        <w:t>vn -0.0572 0.8148 -0.5769</w:t>
        <w:br/>
        <w:t>vn 0.3565 -0.9279 -0.1091</w:t>
        <w:br/>
        <w:t>vn 0.3613 -0.9185 -0.1605</w:t>
        <w:br/>
        <w:t>vn 0.1510 -0.7384 0.6572</w:t>
        <w:br/>
        <w:t>vn 0.1329 -0.7059 0.6958</w:t>
        <w:br/>
        <w:t>vn -0.2359 -0.0615 0.9698</w:t>
        <w:br/>
        <w:t>vn -0.0055 0.7723 -0.6353</w:t>
        <w:br/>
        <w:t>vn -0.0573 0.8148 -0.5769</w:t>
        <w:br/>
        <w:t>vn 0.3335 0.1450 -0.9315</w:t>
        <w:br/>
        <w:t>vn 0.3651 -0.9064 -0.2126</w:t>
        <w:br/>
        <w:t>vn 0.3613 -0.9185 -0.1606</w:t>
        <w:br/>
        <w:t>vn -0.9900 0.1276 -0.0597</w:t>
        <w:br/>
        <w:t>vn -0.9719 0.1211 0.2016</w:t>
        <w:br/>
        <w:t>vn -0.5331 0.5688 0.6263</w:t>
        <w:br/>
        <w:t>vn -0.6111 0.7480 0.2589</w:t>
        <w:br/>
        <w:t>vn -0.3533 0.7226 -0.5941</w:t>
        <w:br/>
        <w:t>vn -0.2776 0.6950 -0.6633</w:t>
        <w:br/>
        <w:t>vn -0.0860 0.0318 -0.9958</w:t>
        <w:br/>
        <w:t>vn -0.1441 0.0374 -0.9888</w:t>
        <w:br/>
        <w:t>vn -0.5905 0.6948 -0.4105</w:t>
        <w:br/>
        <w:t>vn -0.2931 0.8002 -0.5232</w:t>
        <w:br/>
        <w:t>vn -0.2039 0.0612 -0.9771</w:t>
        <w:br/>
        <w:t>vn -0.4339 0.0014 -0.9010</w:t>
        <w:br/>
        <w:t>vn -0.6745 0.7367 -0.0471</w:t>
        <w:br/>
        <w:t>vn -0.5377 0.8393 0.0801</w:t>
        <w:br/>
        <w:t>vn -0.5078 0.8586 -0.0698</w:t>
        <w:br/>
        <w:t>vn -0.6145 0.7555 -0.2271</w:t>
        <w:br/>
        <w:t>vn -0.8965 0.0361 0.4416</w:t>
        <w:br/>
        <w:t>vn -0.5591 0.7035 0.4388</w:t>
        <w:br/>
        <w:t>vn -0.5797 0.7176 0.3859</w:t>
        <w:br/>
        <w:t>vn -0.9166 0.0487 0.3969</w:t>
        <w:br/>
        <w:t>vn 0.5940 -0.1442 0.7914</w:t>
        <w:br/>
        <w:t>vn 0.6564 -0.4091 0.6339</w:t>
        <w:br/>
        <w:t>vn 0.5770 -0.4032 0.7103</w:t>
        <w:br/>
        <w:t>vn 0.7215 -0.4482 -0.5278</w:t>
        <w:br/>
        <w:t>vn 0.7437 -0.4320 -0.5102</w:t>
        <w:br/>
        <w:t>vn -0.2558 0.8946 0.3664</w:t>
        <w:br/>
        <w:t>vn 0.0065 0.8039 0.5948</w:t>
        <w:br/>
        <w:t>vn -0.1573 0.7777 0.6087</w:t>
        <w:br/>
        <w:t>vn -0.3556 0.8807 0.3128</w:t>
        <w:br/>
        <w:t>vn 0.0093 -0.7458 -0.6661</w:t>
        <w:br/>
        <w:t>vn -0.2087 -0.7715 -0.6010</w:t>
        <w:br/>
        <w:t>vn -0.4492 -0.5312 -0.7183</w:t>
        <w:br/>
        <w:t>vn -0.1985 -0.5165 -0.8330</w:t>
        <w:br/>
        <w:t>vn -0.6342 -0.6922 -0.3445</w:t>
        <w:br/>
        <w:t>vn -0.5977 -0.7878 0.1487</w:t>
        <w:br/>
        <w:t>vn -0.7851 -0.5722 0.2370</w:t>
        <w:br/>
        <w:t>vn -0.8134 -0.5030 -0.2921</w:t>
        <w:br/>
        <w:t>vn 0.1267 0.6826 0.7197</w:t>
        <w:br/>
        <w:t>vn 0.4526 0.6035 0.6565</w:t>
        <w:br/>
        <w:t>vn 0.4211 0.8046 0.4186</w:t>
        <w:br/>
        <w:t>vn 0.0942 0.9035 0.4181</w:t>
        <w:br/>
        <w:t>vn 0.1131 -0.5967 -0.7944</w:t>
        <w:br/>
        <w:t>vn 0.1555 -0.6121 -0.7753</w:t>
        <w:br/>
        <w:t>vn 0.2479 -0.8092 -0.5326</w:t>
        <w:br/>
        <w:t>vn 0.2193 -0.7979 -0.5614</w:t>
        <w:br/>
        <w:t>vn 0.2255 -0.7653 -0.6029</w:t>
        <w:br/>
        <w:t>vn 0.0885 -0.5771 -0.8118</w:t>
        <w:br/>
        <w:t>vn -0.1385 0.8395 0.5255</w:t>
        <w:br/>
        <w:t>vn -0.1835 0.9544 0.2354</w:t>
        <w:br/>
        <w:t>vn -0.4475 -0.7287 -0.5184</w:t>
        <w:br/>
        <w:t>vn -0.6657 -0.5087 -0.5459</w:t>
        <w:br/>
        <w:t>vn 0.6009 0.7510 0.2735</w:t>
        <w:br/>
        <w:t>vn 0.3011 0.8445 0.4429</w:t>
        <w:br/>
        <w:t>vn 0.3256 0.8204 0.4700</w:t>
        <w:br/>
        <w:t>vn 0.6141 0.7280 0.3048</w:t>
        <w:br/>
        <w:t>vn -0.5508 -0.8248 0.1277</w:t>
        <w:br/>
        <w:t>vn -0.7691 -0.5851 0.2570</w:t>
        <w:br/>
        <w:t>vn -0.4614 0.6923 0.5548</w:t>
        <w:br/>
        <w:t>vn -0.4800 0.5337 0.6963</w:t>
        <w:br/>
        <w:t>vn -0.9541 0.1108 0.2782</w:t>
        <w:br/>
        <w:t>vn -0.9390 0.0915 0.3316</w:t>
        <w:br/>
        <w:t>vn 0.8538 -0.4073 -0.3242</w:t>
        <w:br/>
        <w:t>vn 0.8170 -0.3873 -0.4272</w:t>
        <w:br/>
        <w:t>vn 0.8181 -0.3978 -0.4153</w:t>
        <w:br/>
        <w:t>vn 0.8243 -0.4589 -0.3315</w:t>
        <w:br/>
        <w:t>vn 0.1661 0.6399 0.7503</w:t>
        <w:br/>
        <w:t>vn 0.4855 0.5714 0.6616</w:t>
        <w:br/>
        <w:t>vn -0.8390 -0.5347 -0.1008</w:t>
        <w:br/>
        <w:t>vn -0.6006 -0.7555 -0.2616</w:t>
        <w:br/>
        <w:t>vn 0.7928 -0.4183 -0.4433</w:t>
        <w:br/>
        <w:t>vn 0.2591 0.8584 0.4427</w:t>
        <w:br/>
        <w:t>vn 0.5699 0.7673 0.2940</w:t>
        <w:br/>
        <w:t>vn -0.8986 0.1427 0.4149</w:t>
        <w:br/>
        <w:t>vn -0.3941 0.6970 0.5991</w:t>
        <w:br/>
        <w:t>vn -0.7217 -0.6584 -0.2139</w:t>
        <w:br/>
        <w:t>vn -0.8901 -0.4550 -0.0254</w:t>
        <w:br/>
        <w:t>vn -0.6605 0.7196 -0.2143</w:t>
        <w:br/>
        <w:t>vn -0.6824 0.0208 -0.7307</w:t>
        <w:br/>
        <w:t>vn -0.5912 0.7147 0.3738</w:t>
        <w:br/>
        <w:t>vn -0.9659 0.1845 0.1818</w:t>
        <w:br/>
        <w:t>vn -0.8786 0.4716 0.0750</w:t>
        <w:br/>
        <w:t>vn -0.6238 0.7539 0.2060</w:t>
        <w:br/>
        <w:t>vn -0.5088 0.5263 -0.6812</w:t>
        <w:br/>
        <w:t>vn -0.6141 0.4890 -0.6194</w:t>
        <w:br/>
        <w:t>vn -0.6011 0.5027 -0.6213</w:t>
        <w:br/>
        <w:t>vn -0.4038 0.2995 -0.8644</w:t>
        <w:br/>
        <w:t>vn 0.8438 -0.5021 0.1895</w:t>
        <w:br/>
        <w:t>vn 0.8745 -0.4437 0.1960</w:t>
        <w:br/>
        <w:t>vn 0.9354 -0.3445 -0.0799</w:t>
        <w:br/>
        <w:t>vn 0.8869 -0.4512 -0.0997</w:t>
        <w:br/>
        <w:t>vn 0.5799 -0.4655 0.6686</w:t>
        <w:br/>
        <w:t>vn 0.5927 -0.2353 0.7703</w:t>
        <w:br/>
        <w:t>vn -0.5571 0.7056 0.4379</w:t>
        <w:br/>
        <w:t>vn -0.5049 0.7087 0.4928</w:t>
        <w:br/>
        <w:t>vn -0.9506 0.0835 0.2991</w:t>
        <w:br/>
        <w:t>vn -0.9694 0.0946 0.2267</w:t>
        <w:br/>
        <w:t>vn -0.4488 0.6890 0.5691</w:t>
        <w:br/>
        <w:t>vn -0.4171 0.6764 0.6070</w:t>
        <w:br/>
        <w:t>vn -0.9028 0.1365 0.4077</w:t>
        <w:br/>
        <w:t>vn -0.9168 0.1130 0.3830</w:t>
        <w:br/>
        <w:t>vn -0.7164 0.2008 -0.6682</w:t>
        <w:br/>
        <w:t>vn -0.6649 0.7177 -0.2072</w:t>
        <w:br/>
        <w:t>vn -0.6582 0.7527 0.0156</w:t>
        <w:br/>
        <w:t>vn -0.8495 0.4932 -0.1871</w:t>
        <w:br/>
        <w:t>vn -0.5164 0.8163 0.2586</w:t>
        <w:br/>
        <w:t>vn -0.9722 0.2338 -0.0161</w:t>
        <w:br/>
        <w:t>vn 0.5175 -0.6318 0.5771</w:t>
        <w:br/>
        <w:t>vn 0.6897 -0.5562 0.4635</w:t>
        <w:br/>
        <w:t>vn 0.8095 -0.5582 0.1821</w:t>
        <w:br/>
        <w:t>vn -0.9562 0.1310 0.2618</w:t>
        <w:br/>
        <w:t>vn -0.4849 0.7355 0.4731</w:t>
        <w:br/>
        <w:t>vn -0.9173 0.1503 0.3688</w:t>
        <w:br/>
        <w:t>vn -0.8855 0.1537 0.4385</w:t>
        <w:br/>
        <w:t>vn -0.3729 0.7001 0.6089</w:t>
        <w:br/>
        <w:t>vn -0.4168 0.7156 0.5606</w:t>
        <w:br/>
        <w:t>vn 0.0282 -0.5414 -0.8403</w:t>
        <w:br/>
        <w:t>vn -0.3463 0.0780 -0.9349</w:t>
        <w:br/>
        <w:t>vn -0.2383 0.0048 -0.9712</w:t>
        <w:br/>
        <w:t>vn -0.3447 0.8116 -0.4718</w:t>
        <w:br/>
        <w:t>vn -0.3069 0.8285 -0.4685</w:t>
        <w:br/>
        <w:t>vn -0.5027 0.7047 -0.5007</w:t>
        <w:br/>
        <w:t>vn -0.5113 0.7438 -0.4305</w:t>
        <w:br/>
        <w:t>vn -0.9185 -0.3929 0.0434</w:t>
        <w:br/>
        <w:t>vn -0.6498 0.7600 0.0129</w:t>
        <w:br/>
        <w:t>vn -0.0672 0.9082 0.4131</w:t>
        <w:br/>
        <w:t>vn -0.8820 0.1847 0.4335</w:t>
        <w:br/>
        <w:t>vn -0.9902 0.1195 -0.0727</w:t>
        <w:br/>
        <w:t>vn 0.0082 -0.3599 -0.9330</w:t>
        <w:br/>
        <w:t>vn -0.1006 0.1008 -0.9898</w:t>
        <w:br/>
        <w:t>vn 0.0082 -0.3598 -0.9330</w:t>
        <w:br/>
        <w:t>vn -0.3552 0.6987 0.6209</w:t>
        <w:br/>
        <w:t>vn -0.8116 -0.5652 -0.1479</w:t>
        <w:br/>
        <w:t>vn -0.8195 -0.2393 -0.5207</w:t>
        <w:br/>
        <w:t>vn -0.6321 -0.2212 -0.7427</w:t>
        <w:br/>
        <w:t>vn -0.3604 0.6573 -0.6619</w:t>
        <w:br/>
        <w:t>vn -0.2498 0.7460 -0.6173</w:t>
        <w:br/>
        <w:t>vn 0.6312 0.7559 0.1739</w:t>
        <w:br/>
        <w:t>vn 0.9702 -0.0492 0.2373</w:t>
        <w:br/>
        <w:t>vn 0.8873 -0.1505 -0.4360</w:t>
        <w:br/>
        <w:t>vn 0.5354 0.6813 -0.4992</w:t>
        <w:br/>
        <w:t>vn 0.5354 0.6812 -0.4993</w:t>
        <w:br/>
        <w:t>vn 0.8873 -0.1506 -0.4360</w:t>
        <w:br/>
        <w:t>vn 0.3841 -0.3809 -0.8411</w:t>
        <w:br/>
        <w:t>vn 0.0405 0.4337 -0.9001</w:t>
        <w:br/>
        <w:t>vn -0.2373 -0.6468 -0.7247</w:t>
        <w:br/>
        <w:t>vn -0.5880 0.1870 -0.7869</w:t>
        <w:br/>
        <w:t>vn -0.6312 -0.7559 -0.1739</w:t>
        <w:br/>
        <w:t>vn -0.9702 0.0492 -0.2373</w:t>
        <w:br/>
        <w:t>vn -0.5373 -0.6767 0.5033</w:t>
        <w:br/>
        <w:t>vn -0.8861 0.1514 0.4381</w:t>
        <w:br/>
        <w:t>vn -0.0462 -0.4231 0.9049</w:t>
        <w:br/>
        <w:t>vn -0.3841 0.3793 0.8418</w:t>
        <w:br/>
        <w:t>vn 0.5834 -0.1822 0.7915</w:t>
        <w:br/>
        <w:t>vn 0.2347 0.6461 0.7263</w:t>
        <w:br/>
        <w:t>vn 0.8873 -0.1506 -0.4359</w:t>
        <w:br/>
        <w:t>vn 0.5388 0.6772 -0.5011</w:t>
        <w:br/>
        <w:t>vn 0.3840 -0.3809 -0.8411</w:t>
        <w:br/>
        <w:t>vn 0.0450 0.4242 -0.9044</w:t>
        <w:br/>
        <w:t>vn 0.5387 0.6773 -0.5011</w:t>
        <w:br/>
        <w:t>vn -0.2374 -0.6469 -0.7247</w:t>
        <w:br/>
        <w:t>vn -0.5859 0.1810 -0.7899</w:t>
        <w:br/>
        <w:t>vn -0.6312 -0.7558 -0.1739</w:t>
        <w:br/>
        <w:t>vn -0.5374 -0.6767 0.5033</w:t>
        <w:br/>
        <w:t>vn -0.8861 0.1515 0.4381</w:t>
        <w:br/>
        <w:t>vn 0.5834 -0.1821 0.7915</w:t>
        <w:br/>
        <w:t>vn 0.5352 0.6811 -0.4997</w:t>
        <w:br/>
        <w:t>vn 0.8870 -0.1510 -0.4364</w:t>
        <w:br/>
        <w:t>vn 0.3844 -0.3809 -0.8409</w:t>
        <w:br/>
        <w:t>vn 0.5352 0.6810 -0.4998</w:t>
        <w:br/>
        <w:t>vn 0.0410 0.4334 -0.9003</w:t>
        <w:br/>
        <w:t>vn -0.5873 0.1873 -0.7874</w:t>
        <w:br/>
        <w:t>vn -0.2364 -0.6469 -0.7251</w:t>
        <w:br/>
        <w:t>vn -0.6313 -0.7558 -0.1739</w:t>
        <w:br/>
        <w:t>vn 0.2348 0.6461 0.7263</w:t>
        <w:br/>
        <w:t>vn 0.6593 -0.7380 0.1437</w:t>
        <w:br/>
        <w:t>vn 0.6222 -0.7765 -0.0994</w:t>
        <w:br/>
        <w:t>vn 0.6222 -0.7765 -0.0993</w:t>
        <w:br/>
        <w:t>vn 0.4441 -0.8597 -0.2522</w:t>
        <w:br/>
        <w:t>vn 0.2192 -0.9544 -0.2029</w:t>
        <w:br/>
        <w:t>vn 0.0715 -0.9974 -0.0071</w:t>
        <w:br/>
        <w:t>vn 0.1119 -0.9650 0.2372</w:t>
        <w:br/>
        <w:t>vn 0.2860 -0.8754 0.3897</w:t>
        <w:br/>
        <w:t>vn 0.5131 -0.7879 0.3404</w:t>
        <w:br/>
        <w:t>vn -0.1111 0.9653 -0.2364</w:t>
        <w:br/>
        <w:t>vn -0.0714 0.9974 0.0072</w:t>
        <w:br/>
        <w:t>vn -0.2203 0.9540 0.2034</w:t>
        <w:br/>
        <w:t>vn -0.4444 0.8593 0.2534</w:t>
        <w:br/>
        <w:t>vn -0.6216 0.7769 0.1001</w:t>
        <w:br/>
        <w:t>vn -0.6593 0.7380 -0.1438</w:t>
        <w:br/>
        <w:t>vn -0.5142 0.7875 -0.3399</w:t>
        <w:br/>
        <w:t>vn -0.2867 0.8756 -0.3886</w:t>
        <w:br/>
        <w:t>vn -0.1113 0.9653 -0.2363</w:t>
        <w:br/>
        <w:t>vn 0.6864 -0.0736 -0.7235</w:t>
        <w:br/>
        <w:t>vn 0.7396 -0.3763 -0.5580</w:t>
        <w:br/>
        <w:t>vn 0.7397 -0.3763 -0.5579</w:t>
        <w:br/>
        <w:t>vn -0.7397 0.3763 0.5580</w:t>
        <w:br/>
        <w:t>vn -0.7397 0.3763 0.5579</w:t>
        <w:br/>
        <w:t>vn -0.7028 0.6331 0.3244</w:t>
        <w:br/>
        <w:t>vn -0.5061 -0.3094 0.8050</w:t>
        <w:br/>
        <w:t>vn -0.5062 -0.3095 0.8050</w:t>
        <w:br/>
        <w:t>vn 0.0239 -0.8139 0.5805</w:t>
        <w:br/>
        <w:t>vn 0.5399 -0.8416 0.0160</w:t>
        <w:br/>
        <w:t>vn 0.6843 -0.0669 -0.7261</w:t>
        <w:br/>
        <w:t>vn 0.7236 -0.2251 -0.6525</w:t>
        <w:br/>
        <w:t>vn 0.7236 -0.2252 -0.6525</w:t>
        <w:br/>
        <w:t>vn -0.2145 0.8835 -0.4164</w:t>
        <w:br/>
        <w:t>vn -0.0239 0.8139 -0.5805</w:t>
        <w:br/>
        <w:t>vn -0.0240 0.8139 -0.5805</w:t>
        <w:br/>
        <w:t>vn -0.3907 0.8929 -0.2236</w:t>
        <w:br/>
        <w:t>vn -0.3905 0.8930 -0.2237</w:t>
        <w:br/>
        <w:t>vn -0.2146 0.8836 -0.4163</w:t>
        <w:br/>
        <w:t>vn -0.7255 0.2365 0.6463</w:t>
        <w:br/>
        <w:t>vn -0.6880 0.0789 0.7214</w:t>
        <w:br/>
        <w:t>vn -0.6881 0.0790 0.7213</w:t>
        <w:br/>
        <w:t>vn -0.5062 -0.3094 0.8050</w:t>
        <w:br/>
        <w:t>vn -0.1684 -0.6888 0.7051</w:t>
        <w:br/>
        <w:t>vn 0.2146 -0.8836 0.4162</w:t>
        <w:br/>
        <w:t>vn 0.5399 -0.8416 0.0159</w:t>
        <w:br/>
        <w:t>vn 0.7206 -0.5741 -0.3887</w:t>
        <w:br/>
        <w:t>vn 0.7206 -0.5742 -0.3886</w:t>
        <w:br/>
        <w:t>vn -0.6864 0.0736 0.7235</w:t>
        <w:br/>
        <w:t>vn 0.7397 -0.3763 -0.5580</w:t>
        <w:br/>
        <w:t>vn 0.7028 -0.6331 -0.3245</w:t>
        <w:br/>
        <w:t>vn 0.7028 -0.6331 -0.3244</w:t>
        <w:br/>
        <w:t>vn 0.5062 0.3094 -0.8050</w:t>
        <w:br/>
        <w:t>vn 0.5061 0.3095 -0.8050</w:t>
        <w:br/>
        <w:t>vn -0.0238 0.8139 -0.5805</w:t>
        <w:br/>
        <w:t>vn -0.5399 0.8416 -0.0159</w:t>
        <w:br/>
        <w:t>vn -0.5399 0.8416 -0.0160</w:t>
        <w:br/>
        <w:t>vn -0.6879 0.0785 0.7215</w:t>
        <w:br/>
        <w:t>vn -0.7229 0.2214 0.6545</w:t>
        <w:br/>
        <w:t>vn -0.7230 0.2214 0.6545</w:t>
        <w:br/>
        <w:t>vn 0.2143 -0.8836 0.4163</w:t>
        <w:br/>
        <w:t>vn 0.2145 -0.8834 0.4166</w:t>
        <w:br/>
        <w:t>vn 0.2479 -0.8897 0.3833</w:t>
        <w:br/>
        <w:t>vn 0.2478 -0.8900 0.3828</w:t>
        <w:br/>
        <w:t>vn 0.1799 -0.8754 0.4488</w:t>
        <w:br/>
        <w:t>vn 0.2139 -0.8836 0.4164</w:t>
        <w:br/>
        <w:t>vn 0.2146 -0.8834 0.4167</w:t>
        <w:br/>
        <w:t>vn 0.1804 -0.8751 0.4490</w:t>
        <w:br/>
        <w:t>vn 0.6893 -0.0828 -0.7198</w:t>
        <w:br/>
        <w:t>vn 0.6892 -0.0829 -0.7198</w:t>
        <w:br/>
        <w:t>vn 0.7235 -0.2251 -0.6525</w:t>
        <w:br/>
        <w:t>vn 0.5120 0.3003 -0.8048</w:t>
        <w:br/>
        <w:t>vn 0.1684 0.6888 -0.7052</w:t>
        <w:br/>
        <w:t>vn 0.1683 0.6889 -0.7051</w:t>
        <w:br/>
        <w:t>vn -0.2144 0.8836 -0.4163</w:t>
        <w:br/>
        <w:t>vn -0.5397 0.8417 -0.0162</w:t>
        <w:br/>
        <w:t>vn -0.7226 0.5664 0.3963</w:t>
        <w:br/>
        <w:t>vn -0.7224 0.5665 0.3965</w:t>
        <w:br/>
        <w:t>vn -0.6727 -0.4426 -0.5930</w:t>
        <w:br/>
        <w:t>vn 0.6726 0.4427 0.5930</w:t>
        <w:br/>
        <w:t>vn -0.6725 -0.4427 -0.5930</w:t>
        <w:br/>
        <w:t>vn -0.6725 -0.4427 -0.5931</w:t>
        <w:br/>
        <w:t>vn 0.6725 0.4428 0.5930</w:t>
        <w:br/>
        <w:t>vn 0.6726 0.4428 0.5929</w:t>
        <w:br/>
        <w:t>vn 0.6725 0.4426 0.5932</w:t>
        <w:br/>
        <w:t>vn 0.6725 0.4427 0.5931</w:t>
        <w:br/>
        <w:t>vn -0.6725 -0.4428 -0.5931</w:t>
        <w:br/>
        <w:t>vn -0.6726 -0.4425 -0.5931</w:t>
        <w:br/>
        <w:t>vn -0.6727 -0.4425 -0.5931</w:t>
        <w:br/>
        <w:t>vn 0.6727 0.4425 0.5931</w:t>
        <w:br/>
        <w:t>vn 0.6726 0.4424 0.5932</w:t>
        <w:br/>
        <w:t>vn 0.6726 0.4425 0.5931</w:t>
        <w:br/>
        <w:t>vn -0.6726 -0.4427 -0.5929</w:t>
        <w:br/>
        <w:t>vn 0.6726 0.4426 0.5930</w:t>
        <w:br/>
        <w:t>vn 0.6727 0.4427 0.5929</w:t>
        <w:br/>
        <w:t>vn -0.6725 -0.4426 -0.5932</w:t>
        <w:br/>
        <w:t>vn -0.6725 -0.4425 -0.5932</w:t>
        <w:br/>
        <w:t>vn 0.6725 0.4426 0.5931</w:t>
        <w:br/>
        <w:t>vn -0.6725 -0.4426 -0.5931</w:t>
        <w:br/>
        <w:t>vn 0.6725 0.4427 0.5930</w:t>
        <w:br/>
        <w:t>vn -0.6727 -0.4428 -0.5928</w:t>
        <w:br/>
        <w:t>vn 0.6725 0.4429 0.5930</w:t>
        <w:br/>
        <w:t>vn -0.6726 -0.4426 -0.5931</w:t>
        <w:br/>
        <w:t>vn 0.6727 0.4426 0.5930</w:t>
        <w:br/>
        <w:t>vn 0.6726 0.4424 0.5931</w:t>
        <w:br/>
        <w:t>vn -0.5020 0.5515 0.6662</w:t>
        <w:br/>
        <w:t>vn 0.4091 -0.5405 -0.7352</w:t>
        <w:br/>
        <w:t>vn -0.4022 0.9155 0.0027</w:t>
        <w:br/>
        <w:t>vn -0.0055 0.7722 -0.6353</w:t>
        <w:br/>
        <w:t>vn 0.1684 -0.7683 0.6175</w:t>
        <w:br/>
        <w:t>vn -0.1087 0.8508 -0.5141</w:t>
        <w:br/>
        <w:t>vn 0.3565 -0.9279 -0.1092</w:t>
        <w:br/>
        <w:t>vn -0.7255 0.5889 -0.3562</w:t>
        <w:br/>
        <w:t>vn -0.1699 0.9774 0.1257</w:t>
        <w:br/>
        <w:t>vn 0.3333 0.8694 -0.3647</w:t>
        <w:br/>
        <w:t>vn -0.2182 0.4801 -0.8496</w:t>
        <w:br/>
        <w:t>vn -0.4028 -0.8161 0.4144</w:t>
        <w:br/>
        <w:t>vn -0.0915 -0.9887 0.1190</w:t>
        <w:br/>
        <w:t>vn 0.2276 -0.8805 0.4158</w:t>
        <w:br/>
        <w:t>vn -0.0603 -0.7386 0.6715</w:t>
        <w:br/>
        <w:t>vn 0.2144 -0.8839 0.4156</w:t>
        <w:br/>
        <w:t>vn 0.2136 -0.8836 0.4166</w:t>
        <w:br/>
        <w:t>vn 0.5382 -0.7594 0.3656</w:t>
        <w:br/>
        <w:t>vn 0.4795 -0.5818 0.6569</w:t>
        <w:br/>
        <w:t>vn 0.5127 -0.8573 0.0474</w:t>
        <w:br/>
        <w:t>vn 0.2137 -0.8834 0.4171</w:t>
        <w:br/>
        <w:t>vn -0.2151 0.8835 -0.4162</w:t>
        <w:br/>
        <w:t>vn 0.1358 0.8992 -0.4160</w:t>
        <w:br/>
        <w:t>vn 0.1324 0.7103 -0.6913</w:t>
        <w:br/>
        <w:t>vn -0.2152 0.8837 -0.4156</w:t>
        <w:br/>
        <w:t>vn -0.2158 0.8831 -0.4166</w:t>
        <w:br/>
        <w:t>vn 0.0965 0.9918 -0.0841</w:t>
        <w:br/>
        <w:t>vn -0.7285 0.6081 -0.3154</w:t>
        <w:br/>
        <w:t>vn -0.4551 0.8820 -0.1224</w:t>
        <w:br/>
        <w:t>vn -0.1795 0.8677 -0.4635</w:t>
        <w:br/>
        <w:t>vn -0.3912 0.5812 -0.7136</w:t>
        <w:br/>
        <w:t>vn -0.8111 -0.5760 -0.1015</w:t>
        <w:br/>
        <w:t>vn -0.9274 -0.0646 -0.3686</w:t>
        <w:br/>
        <w:t>vn -0.6667 -0.1260 -0.7346</w:t>
        <w:br/>
        <w:t>vn -0.5633 -0.7104 -0.4220</w:t>
        <w:br/>
        <w:t>vn 0.7028 -0.1571 -0.6938</w:t>
        <w:br/>
        <w:t>vn 0.7029 -0.1571 -0.6937</w:t>
        <w:br/>
        <w:t>vn 0.6965 -0.1613 -0.6992</w:t>
        <w:br/>
        <w:t>vn -0.0430 -0.9854 -0.1650</w:t>
        <w:br/>
        <w:t>vn 0.7560 -0.5891 0.2852</w:t>
        <w:br/>
        <w:t>vn 0.1485 -0.4581 0.8764</w:t>
        <w:br/>
        <w:t>vn -0.3742 -0.9139 0.1572</w:t>
        <w:br/>
        <w:t>vn -0.7871 -0.2088 0.5804</w:t>
        <w:br/>
        <w:t>vn -0.9059 0.2950 0.3038</w:t>
        <w:br/>
        <w:t>vn -0.9914 0.0920 0.0927</w:t>
        <w:br/>
        <w:t>vn -0.8947 -0.2979 0.3328</w:t>
        <w:br/>
        <w:t>vn -0.4629 0.1302 -0.8768</w:t>
        <w:br/>
        <w:t>vn -0.8263 0.2086 -0.5232</w:t>
        <w:br/>
        <w:t>vn -0.6248 -0.7808 -0.0056</w:t>
        <w:br/>
        <w:t>vn -0.1723 -0.8784 -0.4458</w:t>
        <w:br/>
        <w:t>vn 0.7349 0.5748 0.3598</w:t>
        <w:br/>
        <w:t>vn 0.3537 0.5971 0.7200</w:t>
        <w:br/>
        <w:t>vn 0.3968 0.3624 0.8433</w:t>
        <w:br/>
        <w:t>vn 0.8327 0.2599 0.4889</w:t>
        <w:br/>
        <w:t>vn -0.3026 0.0673 0.9507</w:t>
        <w:br/>
        <w:t>vn -0.4125 0.6185 0.6688</w:t>
        <w:br/>
        <w:t>vn -0.7040 -0.1091 0.7018</w:t>
        <w:br/>
        <w:t>vn -0.8076 0.3088 0.5024</w:t>
        <w:br/>
        <w:t>vn -0.9168 0.0969 0.3874</w:t>
        <w:br/>
        <w:t>vn -0.8649 -0.1171 0.4882</w:t>
        <w:br/>
        <w:t>vn 0.7359 -0.4137 -0.5359</w:t>
        <w:br/>
        <w:t>vn 0.7360 -0.4137 -0.5359</w:t>
        <w:br/>
        <w:t>vn 0.6072 0.1169 -0.7859</w:t>
        <w:br/>
        <w:t>vn 0.7067 0.1605 0.6890</w:t>
        <w:br/>
        <w:t>vn 0.5795 0.6846 0.4421</w:t>
        <w:br/>
        <w:t>vn 0.5350 0.7004 0.4725</w:t>
        <w:br/>
        <w:t>vn 0.6671 0.1573 0.7282</w:t>
        <w:br/>
        <w:t>vn -0.6832 -0.4403 -0.5825</w:t>
        <w:br/>
        <w:t>vn -0.6832 -0.4403 -0.5826</w:t>
        <w:br/>
        <w:t>vn -0.7083 0.1528 0.6892</w:t>
        <w:br/>
        <w:t>vn -0.7190 -0.4313 -0.5449</w:t>
        <w:br/>
        <w:t>vn -0.7524 -0.4212 -0.5064</w:t>
        <w:br/>
        <w:t>vn -0.7524 -0.4213 -0.5064</w:t>
        <w:br/>
        <w:t>vn 0.5284 -0.8476 0.0487</w:t>
        <w:br/>
        <w:t>vn -0.1380 -0.7040 0.6966</w:t>
        <w:br/>
        <w:t>vn -0.4208 -0.7705 0.4788</w:t>
        <w:br/>
        <w:t>vn 0.3023 -0.9264 -0.2245</w:t>
        <w:br/>
        <w:t>vn -0.7639 0.6188 -0.1834</w:t>
        <w:br/>
        <w:t>vn -0.5289 0.8473 -0.0479</w:t>
        <w:br/>
        <w:t>vn 0.1386 0.7036 -0.6970</w:t>
        <w:br/>
        <w:t>vn -0.0424 0.4633 -0.8852</w:t>
        <w:br/>
        <w:t>vn -0.2592 -0.1612 -0.9523</w:t>
        <w:br/>
        <w:t>vn -0.1263 -0.7084 -0.6944</w:t>
        <w:br/>
        <w:t>vn -0.8308 -0.5564 -0.0089</w:t>
        <w:br/>
        <w:t>vn -0.9637 -0.0092 -0.2667</w:t>
        <w:br/>
        <w:t>vn 0.5608 0.6426 -0.5221</w:t>
        <w:br/>
        <w:t>vn 0.0672 0.2824 -0.9569</w:t>
        <w:br/>
        <w:t>vn -0.9059 0.2950 0.3039</w:t>
        <w:br/>
        <w:t>vn 0.2251 -0.1955 -0.9545</w:t>
        <w:br/>
        <w:t>vn 0.3008 -0.5073 -0.8076</w:t>
        <w:br/>
        <w:t>vn -0.6133 -0.1103 0.7821</w:t>
        <w:br/>
        <w:t>vn 0.5711 -0.6334 -0.5222</w:t>
        <w:br/>
        <w:t>vn 0.7115 -0.6170 -0.3363</w:t>
        <w:br/>
        <w:t>vn 0.7109 -0.6091 -0.3516</w:t>
        <w:br/>
        <w:t>vn 0.4087 -0.7320 -0.5451</w:t>
        <w:br/>
        <w:t>vn 0.9048 -0.4150 -0.0957</w:t>
        <w:br/>
        <w:t>vn -0.3027 0.0673 0.9507</w:t>
        <w:br/>
        <w:t>vn -0.4774 -0.3528 0.8048</w:t>
        <w:br/>
        <w:t>vn 0.3681 0.1842 -0.9114</w:t>
        <w:br/>
        <w:t>vn 0.4656 0.3624 -0.8074</w:t>
        <w:br/>
        <w:t>vn -0.7423 0.4015 0.5365</w:t>
        <w:br/>
        <w:t>vn -0.8947 -0.2979 0.3327</w:t>
        <w:br/>
        <w:t>vn 0.0475 -0.7495 -0.6603</w:t>
        <w:br/>
        <w:t>vn -0.2416 0.0178 -0.9702</w:t>
        <w:br/>
        <w:t>vn -0.9914 0.0920 0.0928</w:t>
        <w:br/>
        <w:t>vn -0.8939 -0.1883 0.4068</w:t>
        <w:br/>
        <w:t>vn -0.9563 0.0598 0.2863</w:t>
        <w:br/>
        <w:t>vn -0.5421 -0.1587 0.8252</w:t>
        <w:br/>
        <w:t>vn -0.7031 -0.1731 0.6897</w:t>
        <w:br/>
        <w:t>vn -0.8309 0.3308 0.4474</w:t>
        <w:br/>
        <w:t>vn -0.7052 0.4854 0.5168</w:t>
        <w:br/>
        <w:t>vn -0.6915 0.5270 0.4940</w:t>
        <w:br/>
        <w:t>vn -0.5163 -0.1946 0.8340</w:t>
        <w:br/>
        <w:t>vn -0.4592 -0.0328 0.8877</w:t>
        <w:br/>
        <w:t>vn -0.5879 0.4974 0.6379</w:t>
        <w:br/>
        <w:t>vn -0.4594 -0.0417 0.8873</w:t>
        <w:br/>
        <w:t>vn -0.5914 0.5020 0.6310</w:t>
        <w:br/>
        <w:t>vn -0.7266 -0.2176 0.6517</w:t>
        <w:br/>
        <w:t>vn -0.8586 0.3261 0.3955</w:t>
        <w:br/>
        <w:t>vn 0.3312 0.7037 0.6286</w:t>
        <w:br/>
        <w:t>vn 0.4551 0.1930 0.8693</w:t>
        <w:br/>
        <w:t>vn 0.6599 0.0606 0.7489</w:t>
        <w:br/>
        <w:t>vn 0.4883 0.7671 0.4161</w:t>
        <w:br/>
        <w:t>vn -0.7295 -0.1364 0.6702</w:t>
        <w:br/>
        <w:t>vn -0.8377 0.2891 0.4634</w:t>
        <w:br/>
        <w:t>vn -0.8296 0.3987 0.3908</w:t>
        <w:br/>
        <w:t>vn -0.8843 0.0110 0.4668</w:t>
        <w:br/>
        <w:t>vn -0.4515 0.3099 0.8367</w:t>
        <w:br/>
        <w:t>vn -0.4689 -0.0839 0.8793</w:t>
        <w:br/>
        <w:t>vn -0.8674 -0.1565 0.4724</w:t>
        <w:br/>
        <w:t>vn -0.4293 0.4348 0.7916</w:t>
        <w:br/>
        <w:t>vn -0.9313 0.1066 0.3484</w:t>
        <w:br/>
        <w:t>vn -0.3664 0.1755 0.9138</w:t>
        <w:br/>
        <w:t>vn -0.8822 0.0021 0.4710</w:t>
        <w:br/>
        <w:t>vn -0.4419 0.2704 0.8553</w:t>
        <w:br/>
        <w:t>vn -0.6673 -0.2467 0.7027</w:t>
        <w:br/>
        <w:t>vn -0.6216 0.5122 0.5926</w:t>
        <w:br/>
        <w:t>vn -0.4567 -0.0397 0.8887</w:t>
        <w:br/>
        <w:t>vn -0.8611 0.3232 0.3924</w:t>
        <w:br/>
        <w:t>vn -0.4595 -0.0418 0.8872</w:t>
        <w:br/>
        <w:t>vn -0.5913 0.5021 0.6311</w:t>
        <w:br/>
        <w:t>vn -0.7266 -0.2174 0.6518</w:t>
        <w:br/>
        <w:t>vn -0.7230 -0.2093 0.6584</w:t>
        <w:br/>
        <w:t>vn -0.5839 0.4969 0.6419</w:t>
        <w:br/>
        <w:t>vn -0.5080 -0.1952 0.8390</w:t>
        <w:br/>
        <w:t>vn -0.6854 0.5278 0.5017</w:t>
        <w:br/>
        <w:t>vn 0.4338 0.6400 0.6342</w:t>
        <w:br/>
        <w:t>vn 0.4856 0.7652 0.4228</w:t>
        <w:br/>
        <w:t>vn 0.6553 0.0579 0.7532</w:t>
        <w:br/>
        <w:t>vn 0.8385 0.1989 0.5073</w:t>
        <w:br/>
        <w:t>vn 0.7461 0.5794 0.3280</w:t>
        <w:br/>
        <w:t>vn 0.5232 0.2717 0.8077</w:t>
        <w:br/>
        <w:t>vn 0.4824 0.7700 0.4177</w:t>
        <w:br/>
        <w:t>vn 0.6554 0.0655 0.7524</w:t>
        <w:br/>
        <w:t>vn -0.4565 -0.0281 0.8893</w:t>
        <w:br/>
        <w:t>vn -0.5118 -0.1870 0.8385</w:t>
        <w:br/>
        <w:t>vn -0.6850 0.5342 0.4953</w:t>
        <w:br/>
        <w:t>vn -0.8534 0.3278 0.4053</w:t>
        <w:br/>
        <w:t>vn -0.8585 0.3261 0.3958</w:t>
        <w:br/>
        <w:t>vn -0.4592 -0.0417 0.8874</w:t>
        <w:br/>
        <w:t>vn -0.5916 0.5019 0.6310</w:t>
        <w:br/>
        <w:t>vn -0.7267 -0.2176 0.6516</w:t>
        <w:br/>
        <w:t>vn -0.5953 0.5006 0.6284</w:t>
        <w:br/>
        <w:t>vn -0.7243 -0.2162 0.6547</w:t>
        <w:br/>
        <w:t>vn -0.6217 0.5123 0.5924</w:t>
        <w:br/>
        <w:t>vn -0.3255 0.3079 0.8940</w:t>
        <w:br/>
        <w:t>vn -0.4479 0.1729 0.8772</w:t>
        <w:br/>
        <w:t>vn -0.4978 0.3784 0.7804</w:t>
        <w:br/>
        <w:t>vn -0.3385 0.3615 0.8688</w:t>
        <w:br/>
        <w:t>vn -0.4689 -0.0840 0.8793</w:t>
        <w:br/>
        <w:t>vn -0.6787 0.6637 -0.3144</w:t>
        <w:br/>
        <w:t>vn -0.8242 0.3754 -0.4241</w:t>
        <w:br/>
        <w:t>vn -0.5591 -0.8236 0.0954</w:t>
        <w:br/>
        <w:t>vn -0.7639 -0.6339 -0.1212</w:t>
        <w:br/>
        <w:t>vn -0.9122 -0.0229 -0.4091</w:t>
        <w:br/>
        <w:t>vn -0.8368 0.3207 -0.4438</w:t>
        <w:br/>
        <w:t>vn -0.5303 -0.8351 0.1462</w:t>
        <w:br/>
        <w:t>vn -0.2977 -0.8578 0.4190</w:t>
        <w:br/>
        <w:t>vn 0.2258 -0.3936 0.8911</w:t>
        <w:br/>
        <w:t>vn 0.2201 -0.4009 0.8893</w:t>
        <w:br/>
        <w:t>vn -0.4499 -0.8417 0.2986</w:t>
        <w:br/>
        <w:t>vn -0.4552 -0.8370 0.3038</w:t>
        <w:br/>
        <w:t>vn -0.0341 -0.7601 0.6489</w:t>
        <w:br/>
        <w:t>vn 0.4281 -0.6568 0.6208</w:t>
        <w:br/>
        <w:t>vn 0.4407 -0.6628 0.6054</w:t>
        <w:br/>
        <w:t>vn 0.8949 0.0071 -0.4461</w:t>
        <w:br/>
        <w:t>vn 0.8949 0.0070 -0.4461</w:t>
        <w:br/>
        <w:t>vn 0.0408 0.9845 -0.1707</w:t>
        <w:br/>
        <w:t>vn 0.0287 0.9877 -0.1540</w:t>
        <w:br/>
        <w:t>vn -0.4350 0.8911 -0.1292</w:t>
        <w:br/>
        <w:t>vn -0.7848 0.5208 -0.3359</w:t>
        <w:br/>
        <w:t>vn -0.7809 0.5216 -0.3437</w:t>
        <w:br/>
        <w:t>vn -0.1109 0.9627 0.2469</w:t>
        <w:br/>
        <w:t>vn -0.1189 0.9632 0.2412</w:t>
        <w:br/>
        <w:t>vn 0.8377 -0.0116 0.5460</w:t>
        <w:br/>
        <w:t>vn 0.8328 0.2599 0.4888</w:t>
        <w:br/>
        <w:t>vn 0.5278 0.0552 0.8476</w:t>
        <w:br/>
        <w:t>vn 0.6164 0.7635 0.1928</w:t>
        <w:br/>
        <w:t>vn 0.3512 0.8199 0.4521</w:t>
        <w:br/>
        <w:t>vn 0.3538 0.5970 0.7200</w:t>
        <w:br/>
        <w:t>vn 0.2271 -0.8815 0.4140</w:t>
        <w:br/>
        <w:t>vn 0.0161 -0.7217 0.6920</w:t>
        <w:br/>
        <w:t>vn -0.2174 0.8828 -0.4163</w:t>
        <w:br/>
        <w:t>vn 0.0063 0.9977 -0.0677</w:t>
        <w:br/>
        <w:t>vn 0.5985 -0.2179 -0.7709</w:t>
        <w:br/>
        <w:t>vn 0.6707 -0.1770 -0.7203</w:t>
        <w:br/>
        <w:t>vn 0.6707 -0.1771 -0.7203</w:t>
        <w:br/>
        <w:t>vn 0.3774 0.7425 0.5534</w:t>
        <w:br/>
        <w:t>vn 0.5267 0.1341 0.8394</w:t>
        <w:br/>
        <w:t>vn -0.3864 -0.1060 0.9162</w:t>
        <w:br/>
        <w:t>vn -0.3694 -0.1316 0.9199</w:t>
        <w:br/>
        <w:t>vn -0.5496 0.6106 0.5702</w:t>
        <w:br/>
        <w:t>vn -0.5432 0.6119 0.5749</w:t>
        <w:br/>
        <w:t>vn -0.3625 -0.1307 0.9228</w:t>
        <w:br/>
        <w:t>vn 0.5087 0.0636 0.8586</w:t>
        <w:br/>
        <w:t>vn 0.3318 0.7906 0.5146</w:t>
        <w:br/>
        <w:t>vn -0.3639 -0.1265 0.9228</w:t>
        <w:br/>
        <w:t>vn 0.3361 0.7899 0.5129</w:t>
        <w:br/>
        <w:t>vn 0.3328 0.7887 0.5169</w:t>
        <w:br/>
        <w:t>vn 0.0267 -0.7379 0.6744</w:t>
        <w:br/>
        <w:t>vn -0.0354 0.9917 -0.1237</w:t>
        <w:br/>
        <w:t>vn 0.2234 -0.8823 0.4144</w:t>
        <w:br/>
        <w:t>vn 0.1334 -0.6895 0.7119</w:t>
        <w:br/>
        <w:t>vn 0.2198 -0.8830 0.4148</w:t>
        <w:br/>
        <w:t>vn 0.2719 -0.6483 0.7112</w:t>
        <w:br/>
        <w:t>vn 0.4005 -0.6061 0.6872</w:t>
        <w:br/>
        <w:t>vn 0.2165 -0.8836 0.4152</w:t>
        <w:br/>
        <w:t>vn -0.2201 0.8823 -0.4160</w:t>
        <w:br/>
        <w:t>vn -0.1363 0.9889 -0.0599</w:t>
        <w:br/>
        <w:t>vn -0.2829 0.9569 -0.0653</w:t>
        <w:br/>
        <w:t>vn -0.2235 0.8816 -0.4157</w:t>
        <w:br/>
        <w:t>vn -0.4015 0.9123 -0.0811</w:t>
        <w:br/>
        <w:t>vn -0.2262 0.8811 -0.4154</w:t>
        <w:br/>
        <w:t>vn 0.3564 -0.3260 -0.8756</w:t>
        <w:br/>
        <w:t>vn 0.3563 -0.3260 -0.8756</w:t>
        <w:br/>
        <w:t>vn -0.1840 -0.4552 -0.8712</w:t>
        <w:br/>
        <w:t>vn -0.1839 -0.4551 -0.8712</w:t>
        <w:br/>
        <w:t>vn -0.5899 -0.4569 -0.6658</w:t>
        <w:br/>
        <w:t>vn -0.5902 -0.4569 -0.6655</w:t>
        <w:br/>
        <w:t>vn 0.0758 0.7637 0.6411</w:t>
        <w:br/>
        <w:t>vn 0.2478 0.0732 0.9660</w:t>
        <w:br/>
        <w:t>vn -0.2820 0.7013 0.6548</w:t>
        <w:br/>
        <w:t>vn -0.1006 -0.0170 0.9948</w:t>
        <w:br/>
        <w:t>vn -0.5611 0.5827 0.5879</w:t>
        <w:br/>
        <w:t>vn -0.2784 0.7243 0.6308</w:t>
        <w:br/>
        <w:t>vn -0.0909 -0.0481 0.9947</w:t>
        <w:br/>
        <w:t>vn 0.2370 0.0232 0.9712</w:t>
        <w:br/>
        <w:t>vn 0.0505 0.7913 0.6094</w:t>
        <w:br/>
        <w:t>vn 0.5130 0.0613 0.8562</w:t>
        <w:br/>
        <w:t>vn -0.2744 0.7243 0.6325</w:t>
        <w:br/>
        <w:t>vn -0.0869 -0.0481 0.9951</w:t>
        <w:br/>
        <w:t>vn 0.2361 0.0222 0.9715</w:t>
        <w:br/>
        <w:t>vn 0.0498 0.7902 0.6108</w:t>
        <w:br/>
        <w:t>vn 0.5091 0.0604 0.8586</w:t>
        <w:br/>
        <w:t>vn 0.2357 0.0245 0.9715</w:t>
        <w:br/>
        <w:t>vn 0.0494 0.7917 0.6090</w:t>
        <w:br/>
        <w:t>vn -0.0875 -0.0455 0.9951</w:t>
        <w:br/>
        <w:t>vn -0.2748 0.7261 0.6303</w:t>
        <w:br/>
        <w:t>vn -0.5435 0.6148 0.5715</w:t>
        <w:br/>
        <w:t>vn 0.1354 -0.7111 0.6899</w:t>
        <w:br/>
        <w:t>vn 0.2558 -0.6840 0.6831</w:t>
        <w:br/>
        <w:t>vn 0.3659 -0.6611 0.6551</w:t>
        <w:br/>
        <w:t>vn -0.1489 0.9835 -0.1025</w:t>
        <w:br/>
        <w:t>vn -0.2698 0.9581 -0.0966</w:t>
        <w:br/>
        <w:t>vn -0.3759 0.9205 -0.1071</w:t>
        <w:br/>
        <w:t>vn -0.7837 -0.4100 -0.4665</w:t>
        <w:br/>
        <w:t>vn -0.7837 -0.4101 -0.4666</w:t>
        <w:br/>
        <w:t>vn -0.3407 0.0887 0.9360</w:t>
        <w:br/>
        <w:t>vn -0.3414 0.0627 0.9378</w:t>
        <w:br/>
        <w:t>vn -0.3413 0.0625 0.9379</w:t>
        <w:br/>
        <w:t>vn 0.3419 0.0301 -0.9393</w:t>
        <w:br/>
        <w:t>vn 0.3420 0.0086 -0.9397</w:t>
        <w:br/>
        <w:t>vn 0.3419 0.0303 -0.9393</w:t>
        <w:br/>
        <w:t>vn 0.2437 -0.7015 -0.6697</w:t>
        <w:br/>
        <w:t>vn 0.2435 -0.7021 -0.6692</w:t>
        <w:br/>
        <w:t>vn 0.0860 -0.9678 -0.2364</w:t>
        <w:br/>
        <w:t>vn 0.0000 1.0000 0.0001</w:t>
        <w:br/>
        <w:t>vn 0.0000 1.0000 -0.0001</w:t>
        <w:br/>
        <w:t>vn -0.3417 0.0425 0.9388</w:t>
        <w:br/>
        <w:t>vn -0.3359 -0.1887 0.9228</w:t>
        <w:br/>
        <w:t>vn 0.3340 -0.2144 -0.9178</w:t>
        <w:br/>
        <w:t>vn 0.3415 0.0567 -0.9382</w:t>
        <w:br/>
        <w:t>vn 0.3341 -0.2144 -0.9178</w:t>
        <w:br/>
        <w:t>vn -0.0860 -0.9678 0.2364</w:t>
        <w:br/>
        <w:t>vn -0.2458 -0.6952 0.6754</w:t>
        <w:br/>
        <w:t>vn -0.2459 -0.6950 0.6757</w:t>
        <w:br/>
        <w:t>vn 0.3415 -0.0579 -0.9381</w:t>
        <w:br/>
        <w:t>vn 0.3407 -0.0901 -0.9359</w:t>
        <w:br/>
        <w:t>vn 0.3415 -0.0577 -0.9381</w:t>
        <w:br/>
        <w:t>vn -0.3420 0.0029 0.9397</w:t>
        <w:br/>
        <w:t>vn -0.3419 -0.0250 0.9394</w:t>
        <w:br/>
        <w:t>vn -0.3419 -0.0252 0.9394</w:t>
        <w:br/>
        <w:t>vn -0.2428 0.7044 0.6670</w:t>
        <w:br/>
        <w:t>vn -0.0848 0.9688 0.2331</w:t>
        <w:br/>
        <w:t>vn -0.0849 0.9687 0.2332</w:t>
        <w:br/>
        <w:t>vn -0.2428 0.7042 0.6672</w:t>
        <w:br/>
        <w:t>vn 0.3419 -0.0315 -0.9392</w:t>
        <w:br/>
        <w:t>vn 0.3359 0.1879 -0.9230</w:t>
        <w:br/>
        <w:t>vn 0.3359 0.1879 -0.9229</w:t>
        <w:br/>
        <w:t>vn -0.3414 -0.0580 0.9381</w:t>
        <w:br/>
        <w:t>vn -0.3341 0.2136 0.9180</w:t>
        <w:br/>
        <w:t>vn -0.3341 0.2137 0.9180</w:t>
        <w:br/>
        <w:t>vn 0.0844 0.9690 -0.2320</w:t>
        <w:br/>
        <w:t>vn 0.0844 0.9691 -0.2320</w:t>
        <w:br/>
        <w:t>vn 0.2447 0.6985 -0.6725</w:t>
        <w:br/>
        <w:t>vn 0.2447 0.6987 -0.6723</w:t>
        <w:br/>
        <w:t>vn -0.9406 -0.0058 -0.3395</w:t>
        <w:br/>
        <w:t>vn -0.9404 -0.0059 -0.3399</w:t>
        <w:br/>
        <w:t>vn -0.9404 -0.0060 -0.3399</w:t>
        <w:br/>
        <w:t>vn 0.9394 0.0065 0.3428</w:t>
        <w:br/>
        <w:t>vn 0.9400 0.0058 0.3410</w:t>
        <w:br/>
        <w:t>vn 0.9401 0.0058 0.3410</w:t>
        <w:br/>
        <w:t>vn 0.9394 0.0065 0.3429</w:t>
        <w:br/>
        <w:t>vn 0.9393 0.0059 0.3431</w:t>
        <w:br/>
        <w:t>vn 0.9392 0.0027 0.3433</w:t>
        <w:br/>
        <w:t>vn 0.9397 0.0039 0.3421</w:t>
        <w:br/>
        <w:t>vn 0.9393 0.0059 0.3430</w:t>
        <w:br/>
        <w:t>vn -0.9397 -0.0060 -0.3419</w:t>
        <w:br/>
        <w:t>vn -0.9398 -0.0060 -0.3418</w:t>
        <w:br/>
        <w:t>vn -0.9397 -0.0039 -0.3421</w:t>
        <w:br/>
        <w:t>vn -0.9392 -0.0027 -0.3433</w:t>
        <w:br/>
        <w:t>vn 0.9401 0.0020 0.3408</w:t>
        <w:br/>
        <w:t>vn 0.9397 -0.0000 0.3420</w:t>
        <w:br/>
        <w:t>vn 0.9401 0.0024 0.3408</w:t>
        <w:br/>
        <w:t>vn -0.9401 -0.0023 -0.3409</w:t>
        <w:br/>
        <w:t>vn -0.9401 -0.0023 -0.3410</w:t>
        <w:br/>
        <w:t>vn -0.9397 0.0000 -0.3420</w:t>
        <w:br/>
        <w:t>vn 0.9401 0.0027 0.3408</w:t>
        <w:br/>
        <w:t>vn -0.9402 -0.0027 -0.3407</w:t>
        <w:br/>
        <w:t>vn 0.9391 0.0057 0.3435</w:t>
        <w:br/>
        <w:t>vn 0.9391 0.0058 0.3435</w:t>
        <w:br/>
        <w:t>vn -0.9395 -0.0050 -0.3426</w:t>
        <w:br/>
        <w:t>vn -0.9396 -0.0052 -0.3423</w:t>
        <w:br/>
        <w:t>vn 0.9404 0.0055 0.3402</w:t>
        <w:br/>
        <w:t>vn 0.9404 0.0054 0.3401</w:t>
        <w:br/>
        <w:t>vn 0.9400 0.0065 0.3410</w:t>
        <w:br/>
        <w:t>vn -0.9407 -0.0054 -0.3392</w:t>
        <w:br/>
        <w:t>vn -0.9409 -0.0063 -0.3387</w:t>
        <w:br/>
        <w:t>vn -0.9392 -0.0023 -0.3434</w:t>
        <w:br/>
        <w:t>vn 0.9394 0.0025 0.3429</w:t>
        <w:br/>
        <w:t>vn 0.9393 0.0023 0.3430</w:t>
        <w:br/>
        <w:t>vn 0.0000 1.0000 -0.0002</w:t>
        <w:br/>
        <w:t>vn 0.0000 -1.0000 -0.0002</w:t>
        <w:br/>
        <w:t>vn -0.2750 -0.9562 -0.1001</w:t>
        <w:br/>
        <w:t>vn 0.2751 -0.9562 0.1001</w:t>
        <w:br/>
        <w:t>vn -0.5363 -0.0062 0.8440</w:t>
        <w:br/>
        <w:t>vn -0.5144 -0.1935 0.8355</w:t>
        <w:br/>
        <w:t>vn -0.1429 -0.1970 0.9699</w:t>
        <w:br/>
        <w:t>vn -0.1316 -0.0134 0.9912</w:t>
        <w:br/>
        <w:t>vn -0.9396 0.0168 -0.3420</w:t>
        <w:br/>
        <w:t>vn -0.8932 -0.3105 -0.3251</w:t>
        <w:br/>
        <w:t>vn -0.8932 -0.3106 -0.3251</w:t>
        <w:br/>
        <w:t>vn 0.1316 0.0134 -0.9912</w:t>
        <w:br/>
        <w:t>vn 0.5364 0.0061 -0.8440</w:t>
        <w:br/>
        <w:t>vn 0.5149 -0.1875 -0.8365</w:t>
        <w:br/>
        <w:t>vn 0.1433 -0.1839 -0.9724</w:t>
        <w:br/>
        <w:t>vn 0.8882 -0.3265 0.3232</w:t>
        <w:br/>
        <w:t>vn 0.8882 -0.3266 0.3232</w:t>
        <w:br/>
        <w:t>vn 0.9396 -0.0168 0.3420</w:t>
        <w:br/>
        <w:t>vn 0.0528 0.0000 -0.9986</w:t>
        <w:br/>
        <w:t>vn -0.7055 -0.0020 0.7087</w:t>
        <w:br/>
        <w:t>vn -0.6729 -0.1865 0.7158</w:t>
        <w:br/>
        <w:t>vn -0.0849 0.0162 -0.9963</w:t>
        <w:br/>
        <w:t>vn -0.0554 -0.1775 -0.9826</w:t>
        <w:br/>
        <w:t>vn 0.0553 -0.1934 0.9796</w:t>
        <w:br/>
        <w:t>vn 0.0850 -0.0162 0.9963</w:t>
        <w:br/>
        <w:t>vn 0.6732 -0.1845 -0.7161</w:t>
        <w:br/>
        <w:t>vn 0.7055 0.0020 -0.7087</w:t>
        <w:br/>
        <w:t>vn 0.0000 1.0000 0.0000</w:t>
        <w:br/>
        <w:t>vn -0.2751 -0.9562 -0.1001</w:t>
        <w:br/>
        <w:t>vn -0.4744 -0.3724 0.7977</w:t>
        <w:br/>
        <w:t>vn -0.1493 -0.3724 0.9160</w:t>
        <w:br/>
        <w:t>vn 0.4744 -0.3724 -0.7977</w:t>
        <w:br/>
        <w:t>vn 0.1493 -0.3724 -0.9160</w:t>
        <w:br/>
        <w:t>vn 0.2751 -0.9562 0.1000</w:t>
        <w:br/>
        <w:t>vn 0.0238 -0.3644 0.9309</w:t>
        <w:br/>
        <w:t>vn 0.6166 -0.3644 -0.6978</w:t>
        <w:br/>
        <w:t>vn -0.6167 -0.3644 0.6978</w:t>
        <w:br/>
        <w:t>vn -0.0238 -0.3644 -0.9310</w:t>
        <w:br/>
        <w:t>vn 0.1710 0.8660 -0.4699</w:t>
        <w:br/>
        <w:t>vn 0.6678 0.7035 0.2431</w:t>
        <w:br/>
        <w:t>vn 0.7881 0.6093 -0.0875</w:t>
        <w:br/>
        <w:t>vn 0.6678 -0.7035 0.2431</w:t>
        <w:br/>
        <w:t>vn 0.5475 -0.6093 0.5736</w:t>
        <w:br/>
        <w:t>vn -0.1710 -0.8660 0.4698</w:t>
        <w:br/>
        <w:t>vn -0.7881 -0.6093 0.0875</w:t>
        <w:br/>
        <w:t>vn -0.1711 -0.8660 0.4699</w:t>
        <w:br/>
        <w:t>vn -0.0001 -1.0000 -0.0000</w:t>
        <w:br/>
        <w:t>vn -0.6679 -0.7035 -0.2431</w:t>
        <w:br/>
        <w:t>vn -0.5475 0.6092 -0.5736</w:t>
        <w:br/>
        <w:t>vn -0.6678 0.7035 -0.2431</w:t>
        <w:br/>
        <w:t>vn 0.2962 0.5000 -0.8138</w:t>
        <w:br/>
        <w:t>vn 0.8762 0.3518 -0.3295</w:t>
        <w:br/>
        <w:t>vn 0.4595 -0.3517 0.8156</w:t>
        <w:br/>
        <w:t>vn -0.2962 -0.5000 0.8138</w:t>
        <w:br/>
        <w:t>vn -0.8762 -0.3517 0.3295</w:t>
        <w:br/>
        <w:t>vn -0.4594 0.3518 -0.8156</w:t>
        <w:br/>
        <w:t>vn 0.9084 -0.0000 -0.4180</w:t>
        <w:br/>
        <w:t>vn 0.3420 -0.0000 -0.9397</w:t>
        <w:br/>
        <w:t>vn 0.4272 0.0000 0.9042</w:t>
        <w:br/>
        <w:t>vn -0.3420 0.0000 0.9397</w:t>
        <w:br/>
        <w:t>vn -0.9084 0.0000 0.4180</w:t>
        <w:br/>
        <w:t>vn -0.4272 -0.0000 -0.9042</w:t>
        <w:br/>
        <w:t>vn 0.2962 -0.5000 -0.8138</w:t>
        <w:br/>
        <w:t>vn 0.8762 -0.3518 -0.3294</w:t>
        <w:br/>
        <w:t>vn 0.4595 0.3518 0.8156</w:t>
        <w:br/>
        <w:t>vn -0.2962 0.5000 0.8138</w:t>
        <w:br/>
        <w:t>vn -0.2961 0.5000 0.8138</w:t>
        <w:br/>
        <w:t>vn -0.8762 0.3518 0.3295</w:t>
        <w:br/>
        <w:t>vn -0.4595 -0.3518 -0.8156</w:t>
        <w:br/>
        <w:t>vn 0.1710 -0.8660 -0.4699</w:t>
        <w:br/>
        <w:t>vn 0.8762 -0.3517 -0.3295</w:t>
        <w:br/>
        <w:t>vn 0.7881 -0.6093 -0.0875</w:t>
        <w:br/>
        <w:t>vn 0.4594 0.3518 0.8156</w:t>
        <w:br/>
        <w:t>vn 0.5475 0.6093 0.5736</w:t>
        <w:br/>
        <w:t>vn -0.1710 0.8660 0.4698</w:t>
        <w:br/>
        <w:t>vn -0.1710 0.8661 0.4698</w:t>
        <w:br/>
        <w:t>vn -0.8762 0.3518 0.3294</w:t>
        <w:br/>
        <w:t>vn -0.7881 0.6093 0.0875</w:t>
        <w:br/>
        <w:t>vn -0.9397 -0.0000 -0.3421</w:t>
        <w:br/>
        <w:t>vn -0.4594 -0.3518 -0.8156</w:t>
        <w:br/>
        <w:t>vn -0.5475 -0.6093 -0.5736</w:t>
        <w:br/>
        <w:t>vn -0.6678 -0.7035 -0.2431</w:t>
        <w:br/>
        <w:t>vn -0.1710 -0.8660 0.4699</w:t>
        <w:br/>
        <w:t>vn 0.1710 0.8660 -0.4698</w:t>
        <w:br/>
        <w:t>vn -0.5475 0.6093 -0.5736</w:t>
        <w:br/>
        <w:t>vn -0.7881 -0.6092 0.0875</w:t>
        <w:br/>
        <w:t>vn 0.4595 -0.3518 0.8156</w:t>
        <w:br/>
        <w:t>vn 0.8762 0.3518 -0.3294</w:t>
        <w:br/>
        <w:t>vn -0.4595 0.3518 -0.8156</w:t>
        <w:br/>
        <w:t>vn -0.8762 -0.3518 0.3294</w:t>
        <w:br/>
        <w:t>vn 0.8762 -0.3517 -0.3294</w:t>
        <w:br/>
        <w:t>vn 0.2963 -0.5000 -0.8138</w:t>
        <w:br/>
        <w:t>vn 0.2961 -0.5000 -0.8138</w:t>
        <w:br/>
        <w:t>vn -0.1710 0.8660 0.4699</w:t>
        <w:br/>
        <w:t>vn 0.1710 -0.8660 -0.4698</w:t>
        <w:br/>
        <w:t>vn -0.5476 -0.6092 -0.5736</w:t>
        <w:br/>
        <w:t>vn -0.5097 0.1651 0.8443</w:t>
        <w:br/>
        <w:t>vn -0.5288 0.2400 0.8141</w:t>
        <w:br/>
        <w:t>vn -0.8597 0.0204 0.5105</w:t>
        <w:br/>
        <w:t>vn -0.8174 -0.0373 0.5748</w:t>
        <w:br/>
        <w:t>vn -0.5098 0.1650 0.8443</w:t>
        <w:br/>
        <w:t>vn -0.6891 -0.1697 0.7046</w:t>
        <w:br/>
        <w:t>vn -0.5017 -0.0485 0.8637</w:t>
        <w:br/>
        <w:t>vn 0.7071 -0.1471 -0.6917</w:t>
        <w:br/>
        <w:t>vn 0.7071 -0.1471 -0.6916</w:t>
        <w:br/>
        <w:t>vn 0.7059 -0.1426 -0.6938</w:t>
        <w:br/>
        <w:t>vn 0.7060 -0.1422 -0.6938</w:t>
        <w:br/>
        <w:t>vn 0.7082 -0.1518 -0.6895</w:t>
        <w:br/>
        <w:t>vn 0.7083 -0.1519 -0.6894</w:t>
        <w:br/>
        <w:t>vn 0.6751 0.4380 0.5937</w:t>
        <w:br/>
        <w:t>vn 0.4332 0.0906 0.8968</w:t>
        <w:br/>
        <w:t>vn 0.7066 0.1134 0.6985</w:t>
        <w:br/>
        <w:t>vn -0.5407 -0.7455 -0.3896</w:t>
        <w:br/>
        <w:t>vn -0.5407 -0.7455 -0.3897</w:t>
        <w:br/>
        <w:t>vn -0.0560 -0.9854 0.1609</w:t>
        <w:br/>
        <w:t>vn -0.0559 -0.9854 0.1609</w:t>
        <w:br/>
        <w:t>vn 0.4828 -0.6083 0.6300</w:t>
        <w:br/>
        <w:t>vn 0.4828 -0.6084 0.6299</w:t>
        <w:br/>
        <w:t>vn -0.9341 -0.3112 -0.1751</w:t>
        <w:br/>
        <w:t>vn -0.6743 -0.4384 -0.5943</w:t>
        <w:br/>
        <w:t>vn -0.8597 0.0204 0.5104</w:t>
        <w:br/>
        <w:t>vn -0.8799 -0.2222 0.4199</w:t>
        <w:br/>
        <w:t>vn -0.6523 -0.3261 0.6842</w:t>
        <w:br/>
        <w:t>vn -0.5097 0.1650 0.8443</w:t>
        <w:br/>
        <w:t>vn -0.3230 0.3242 0.8892</w:t>
        <w:br/>
        <w:t>vn -0.3230 0.3242 0.8891</w:t>
        <w:br/>
        <w:t>vn -0.3740 -0.1485 0.9155</w:t>
        <w:br/>
        <w:t>vn 0.4331 0.0906 0.8968</w:t>
        <w:br/>
        <w:t>vn -0.3133 0.8914 -0.3275</w:t>
        <w:br/>
        <w:t>vn -0.3133 0.8913 -0.3277</w:t>
        <w:br/>
        <w:t>vn -0.3133 0.8914 -0.3276</w:t>
        <w:br/>
        <w:t>vn -0.1525 0.8660 0.4762</w:t>
        <w:br/>
        <w:t>vn 0.2599 0.7500 0.6082</w:t>
        <w:br/>
        <w:t>vn 0.4762 0.8660 0.1525</w:t>
        <w:br/>
        <w:t>vn -0.3049 0.0000 0.9524</w:t>
        <w:br/>
        <w:t>vn -0.4762 -0.8660 -0.1525</w:t>
        <w:br/>
        <w:t>vn -0.5649 -0.7500 0.3441</w:t>
        <w:br/>
        <w:t>vn -0.1525 -0.8660 0.4762</w:t>
        <w:br/>
        <w:t>vn 0.1525 -0.8660 -0.4762</w:t>
        <w:br/>
        <w:t>vn -0.2599 -0.7500 -0.6082</w:t>
        <w:br/>
        <w:t>vn 0.3049 0.0000 -0.9524</w:t>
        <w:br/>
        <w:t>vn 0.1525 0.8660 -0.4762</w:t>
        <w:br/>
        <w:t>vn 0.5649 0.7500 -0.3442</w:t>
        <w:br/>
        <w:t>vn 0.5618 0.4330 0.7049</w:t>
        <w:br/>
        <w:t>vn 0.8248 0.5000 0.2641</w:t>
        <w:br/>
        <w:t>vn -0.8248 -0.5000 -0.2641</w:t>
        <w:br/>
        <w:t>vn -0.8667 -0.4330 0.2475</w:t>
        <w:br/>
        <w:t>vn -0.5618 -0.4330 -0.7049</w:t>
        <w:br/>
        <w:t>vn -0.8247 -0.5000 -0.2641</w:t>
        <w:br/>
        <w:t>vn 0.8667 0.4330 -0.2475</w:t>
        <w:br/>
        <w:t>vn 0.6723 -0.0000 0.7403</w:t>
        <w:br/>
        <w:t>vn 0.9524 0.0000 0.3049</w:t>
        <w:br/>
        <w:t>vn -0.9524 -0.0000 -0.3050</w:t>
        <w:br/>
        <w:t>vn -0.9772 0.0000 0.2121</w:t>
        <w:br/>
        <w:t>vn -0.6723 -0.0000 -0.7403</w:t>
        <w:br/>
        <w:t>vn -0.9524 -0.0000 -0.3049</w:t>
        <w:br/>
        <w:t>vn 0.9772 0.0000 -0.2121</w:t>
        <w:br/>
        <w:t>vn 0.5618 -0.4330 0.7049</w:t>
        <w:br/>
        <w:t>vn 0.8248 -0.5000 0.2641</w:t>
        <w:br/>
        <w:t>vn -0.8248 0.5000 -0.2641</w:t>
        <w:br/>
        <w:t>vn -0.8667 0.4330 0.2475</w:t>
        <w:br/>
        <w:t>vn -0.5618 0.4330 -0.7049</w:t>
        <w:br/>
        <w:t>vn 0.8667 -0.4330 -0.2475</w:t>
        <w:br/>
        <w:t>vn 0.2599 -0.7500 0.6082</w:t>
        <w:br/>
        <w:t>vn 0.4762 -0.8660 0.1525</w:t>
        <w:br/>
        <w:t>vn -0.4762 0.8660 -0.1525</w:t>
        <w:br/>
        <w:t>vn -0.5649 0.7500 0.3442</w:t>
        <w:br/>
        <w:t>vn -0.2599 0.7500 -0.6082</w:t>
        <w:br/>
        <w:t>vn 0.5648 -0.7500 -0.3441</w:t>
        <w:br/>
        <w:t>vn -0.1524 -0.8660 0.4762</w:t>
        <w:br/>
        <w:t>vn 0.1524 0.8660 -0.4762</w:t>
        <w:br/>
        <w:t>vn 0.1525 -0.8661 -0.4761</w:t>
        <w:br/>
        <w:t>vn -0.1525 -0.8660 0.4761</w:t>
        <w:br/>
        <w:t>vn -0.1524 0.8660 0.4762</w:t>
        <w:br/>
        <w:t>vn 0.4761 0.8660 0.1525</w:t>
        <w:br/>
        <w:t>vn 0.9524 -0.0000 0.3050</w:t>
        <w:br/>
        <w:t>vn 0.8247 -0.5000 0.2641</w:t>
        <w:br/>
        <w:t>vn 0.2599 -0.7500 0.6083</w:t>
        <w:br/>
        <w:t>vn 0.5649 -0.7500 -0.3442</w:t>
        <w:br/>
        <w:t>vn 0.4762 -0.8660 0.1524</w:t>
        <w:br/>
        <w:t>vn -0.2144 0.8835 -0.4164</w:t>
        <w:br/>
        <w:t>vn -0.2145 0.8836 -0.4162</w:t>
        <w:br/>
        <w:t>vn -0.2146 0.8834 -0.4166</w:t>
        <w:br/>
        <w:t>vn -0.2149 0.8834 -0.4163</w:t>
        <w:br/>
        <w:t>vn 0.7083 -0.1528 -0.6892</w:t>
        <w:br/>
        <w:t>vn 0.2143 -0.8837 0.4161</w:t>
        <w:br/>
        <w:t>vn 0.2144 -0.8837 0.4161</w:t>
        <w:br/>
        <w:t>vn 0.2145 -0.8835 0.4163</w:t>
        <w:br/>
        <w:t>vn 0.2145 -0.8836 0.4162</w:t>
        <w:br/>
        <w:t>vn 0.2143 -0.8835 0.4166</w:t>
        <w:br/>
        <w:t>vn 0.2144 -0.8836 0.4163</w:t>
        <w:br/>
        <w:t>vn -0.5245 -0.7672 -0.3693</w:t>
        <w:br/>
        <w:t>vn -0.5248 -0.7672 -0.3689</w:t>
        <w:br/>
        <w:t>vn 0.2139 -0.8837 0.4162</w:t>
        <w:br/>
        <w:t>vn 0.2146 -0.8836 0.4161</w:t>
        <w:br/>
        <w:t>vn 0.7010 0.0396 0.7121</w:t>
        <w:br/>
        <w:t>vn 0.7012 0.0396 0.7119</w:t>
        <w:br/>
        <w:t>vn -0.0381 -0.9833 0.1782</w:t>
        <w:br/>
        <w:t>vn 0.2276 -0.8746 0.4281</w:t>
        <w:br/>
        <w:t>vn -0.2988 -0.9494 -0.0966</w:t>
        <w:br/>
        <w:t>vn -0.7039 -0.0841 -0.7053</w:t>
        <w:br/>
        <w:t>vn -0.6358 0.2865 -0.7167</w:t>
        <w:br/>
        <w:t>vn -0.5453 -0.7384 -0.3969</w:t>
        <w:br/>
        <w:t>vn -0.3409 -0.9290 -0.1438</w:t>
        <w:br/>
        <w:t>vn -0.4504 0.6542 -0.6076</w:t>
        <w:br/>
        <w:t>vn -0.6139 0.3486 -0.7083</w:t>
        <w:br/>
        <w:t>vn -0.2282 0.8745 -0.4280</w:t>
        <w:br/>
        <w:t>vn 0.5245 0.7673 0.3691</w:t>
        <w:br/>
        <w:t>vn -0.2147 0.8835 -0.4164</w:t>
        <w:br/>
        <w:t>vn -0.7013 -0.0398 -0.7118</w:t>
        <w:br/>
        <w:t>vn -0.7012 -0.0398 -0.7118</w:t>
        <w:br/>
        <w:t>vn -0.0084 0.9816 0.1909</w:t>
        <w:br/>
        <w:t>vn -0.0729 0.8612 -0.5030</w:t>
        <w:br/>
        <w:t>vn 0.1958 -0.7360 -0.6480</w:t>
        <w:br/>
        <w:t>vn -0.5314 0.6386 -0.5565</w:t>
        <w:br/>
        <w:t>vn -0.5341 0.8453 0.0106</w:t>
        <w:br/>
        <w:t>vn -0.5698 0.7326 -0.3724</w:t>
        <w:br/>
        <w:t>vn -0.8383 -0.0388 -0.5439</w:t>
        <w:br/>
        <w:t>vn -0.9004 0.1014 -0.4230</w:t>
        <w:br/>
        <w:t>vn 0.5304 -0.6661 0.5244</w:t>
        <w:br/>
        <w:t>vn 0.8258 -0.5515 -0.1182</w:t>
        <w:br/>
        <w:t>vn 0.6222 -0.7766 -0.0993</w:t>
        <w:br/>
        <w:t>vn 0.3870 -0.9192 0.0724</w:t>
        <w:br/>
        <w:t>vn -0.0715 0.9974 0.0072</w:t>
        <w:br/>
        <w:t>vn -0.1113 0.9653 -0.2364</w:t>
        <w:br/>
        <w:t>vn -0.3870 0.9192 -0.0724</w:t>
        <w:br/>
        <w:t>vn 0.4441 -0.8598 -0.2520</w:t>
        <w:br/>
        <w:t>vn -0.2866 0.8757 -0.3887</w:t>
        <w:br/>
        <w:t>vn 0.2192 -0.9544 -0.2028</w:t>
        <w:br/>
        <w:t>vn -0.5142 0.7874 -0.3399</w:t>
        <w:br/>
        <w:t>vn 0.0715 -0.9974 -0.0072</w:t>
        <w:br/>
        <w:t>vn 0.1118 -0.9650 0.2372</w:t>
        <w:br/>
        <w:t>vn 0.2859 -0.8754 0.3898</w:t>
        <w:br/>
        <w:t>vn -0.4444 0.8593 0.2533</w:t>
        <w:br/>
        <w:t>vn 0.5132 -0.7879 0.3405</w:t>
        <w:br/>
        <w:t>vn -0.2202 0.9540 0.2033</w:t>
        <w:br/>
        <w:t>vn -0.0729 0.8942 0.4417</w:t>
        <w:br/>
        <w:t>vn -0.5619 0.2653 -0.7835</w:t>
        <w:br/>
        <w:t>vn -0.2146 -0.3895 -0.8957</w:t>
        <w:br/>
        <w:t>vn -0.5450 0.8120 -0.2090</w:t>
        <w:br/>
        <w:t>vn -0.5966 0.7371 -0.3174</w:t>
        <w:br/>
        <w:t>vn 0.2407 0.8069 0.5393</w:t>
        <w:br/>
        <w:t>vn 0.8803 -0.3542 -0.3157</w:t>
        <w:br/>
        <w:t>vn -0.8710 0.4891 -0.0475</w:t>
        <w:br/>
        <w:t>vn -0.5923 0.7573 -0.2749</w:t>
        <w:br/>
        <w:t>vn -0.4871 0.8690 -0.0875</w:t>
        <w:br/>
        <w:t>vn 0.9141 0.3651 0.1763</w:t>
        <w:br/>
        <w:t>vn 0.9141 0.3651 0.1764</w:t>
        <w:br/>
        <w:t>vn 0.7888 0.4199 0.4489</w:t>
        <w:br/>
        <w:t>vn -0.7888 -0.4199 -0.4488</w:t>
        <w:br/>
        <w:t>vn 0.3158 -0.9449 0.0866</w:t>
        <w:br/>
        <w:t>vn 0.3158 -0.9449 0.0867</w:t>
        <w:br/>
        <w:t>vn 0.3160 -0.9448 0.0867</w:t>
        <w:br/>
        <w:t>vn 0.3158 -0.9448 0.0869</w:t>
        <w:br/>
        <w:t>vn 0.3156 -0.9449 0.0868</w:t>
        <w:br/>
        <w:t>vn 0.3157 -0.9449 0.0866</w:t>
        <w:br/>
        <w:t>vn 0.2095 -0.8793 0.4277</w:t>
        <w:br/>
        <w:t>vn 0.2095 -0.8793 0.4276</w:t>
        <w:br/>
        <w:t>vn 0.2116 -0.8854 0.4138</w:t>
        <w:br/>
        <w:t>vn 0.2117 -0.8854 0.4138</w:t>
        <w:br/>
        <w:t>vn -0.3158 0.9449 -0.0866</w:t>
        <w:br/>
        <w:t>vn -0.3158 0.9449 -0.0867</w:t>
        <w:br/>
        <w:t>vn -0.3160 0.9448 -0.0866</w:t>
        <w:br/>
        <w:t>vn -0.3158 0.9448 -0.0868</w:t>
        <w:br/>
        <w:t>vn -0.3156 0.9449 -0.0868</w:t>
        <w:br/>
        <w:t>vn -0.3157 0.9449 -0.0866</w:t>
        <w:br/>
        <w:t>vn -0.2095 0.8793 -0.4277</w:t>
        <w:br/>
        <w:t>vn -0.2095 0.8793 -0.4276</w:t>
        <w:br/>
        <w:t>vn -0.2116 0.8854 -0.4138</w:t>
        <w:br/>
        <w:t>vn -0.0275 -0.9948 -0.0977</w:t>
        <w:br/>
        <w:t>vn -0.0274 -0.9948 -0.0977</w:t>
        <w:br/>
        <w:t>vn -0.4168 -0.0756 0.9059</w:t>
        <w:br/>
        <w:t>vn -0.9445 -0.0219 0.3277</w:t>
        <w:br/>
        <w:t>vn -0.9875 -0.0136 0.1568</w:t>
        <w:br/>
        <w:t>vn -0.4262 -0.0721 0.9017</w:t>
        <w:br/>
        <w:t>vn -0.9787 -0.2046 0.0141</w:t>
        <w:br/>
        <w:t>vn -0.9888 -0.1480 0.0192</w:t>
        <w:br/>
        <w:t>vn -0.5308 -0.2156 0.8196</w:t>
        <w:br/>
        <w:t>vn -0.5192 -0.2641 0.8129</w:t>
        <w:br/>
        <w:t>vn -0.4466 -0.4155 0.7924</w:t>
        <w:br/>
        <w:t>vn -0.9243 -0.3807 -0.0277</w:t>
        <w:br/>
        <w:t>vn -0.9677 -0.2521 0.0072</w:t>
        <w:br/>
        <w:t>vn -0.4935 -0.3007 0.8161</w:t>
        <w:br/>
        <w:t>vn -0.6379 -0.1052 0.7629</w:t>
        <w:br/>
        <w:t>vn -0.5200 -0.1524 0.8404</w:t>
        <w:br/>
        <w:t>vn -0.9973 -0.0661 0.0309</w:t>
        <w:br/>
        <w:t>vn -0.9982 -0.0146 0.0573</w:t>
        <w:br/>
        <w:t>vn 0.8902 0.4360 0.1320</w:t>
        <w:br/>
        <w:t>vn 0.9176 0.3904 0.0749</w:t>
        <w:br/>
        <w:t>vn 0.7810 0.4682 -0.4132</w:t>
        <w:br/>
        <w:t>vn 0.7741 0.5474 -0.3180</w:t>
        <w:br/>
        <w:t>vn 0.7887 0.0772 -0.6099</w:t>
        <w:br/>
        <w:t>vn 0.7698 0.0625 -0.6352</w:t>
        <w:br/>
        <w:t>vn 0.3803 0.0971 -0.9198</w:t>
        <w:br/>
        <w:t>vn 0.3823 0.1174 -0.9166</w:t>
        <w:br/>
        <w:t>vn 0.5894 0.1298 -0.7973</w:t>
        <w:br/>
        <w:t>vn 0.8130 0.1028 -0.5732</w:t>
        <w:br/>
        <w:t>vn 0.8271 0.2108 -0.5211</w:t>
        <w:br/>
        <w:t>vn 0.4664 0.2145 -0.8582</w:t>
        <w:br/>
        <w:t>vn 0.4537 0.2541 -0.8542</w:t>
        <w:br/>
        <w:t>vn 0.8163 0.2643 -0.5136</w:t>
        <w:br/>
        <w:t>vn 0.8080 0.3139 -0.4986</w:t>
        <w:br/>
        <w:t>vn 0.4368 0.2888 -0.8520</w:t>
        <w:br/>
        <w:t>vn 0.4582 0.1643 -0.8735</w:t>
        <w:br/>
        <w:t>vn 0.8291 0.1409 -0.5410</w:t>
        <w:br/>
        <w:t>vn -0.7212 -0.1069 -0.6844</w:t>
        <w:br/>
        <w:t>vn -0.7272 -0.1027 -0.6787</w:t>
        <w:br/>
        <w:t>vn -0.3190 0.1984 -0.9267</w:t>
        <w:br/>
        <w:t>vn -0.2855 0.1497 -0.9466</w:t>
        <w:br/>
        <w:t>vn 0.2665 -0.9228 0.2782</w:t>
        <w:br/>
        <w:t>vn -0.3140 -0.8687 -0.3830</w:t>
        <w:br/>
        <w:t>vn -0.3139 -0.8688 -0.3830</w:t>
        <w:br/>
        <w:t>vn 0.3896 -0.1146 0.9138</w:t>
        <w:br/>
        <w:t>vn 0.4532 -0.0961 0.8862</w:t>
        <w:br/>
        <w:t>vn 0.7663 -0.0736 0.6382</w:t>
        <w:br/>
        <w:t>vn 0.7420 -0.0855 0.6649</w:t>
        <w:br/>
        <w:t>vn -0.7979 0.0684 -0.5990</w:t>
        <w:br/>
        <w:t>vn -0.4270 0.0914 -0.8996</w:t>
        <w:br/>
        <w:t>vn -0.4958 -0.1719 -0.8513</w:t>
        <w:br/>
        <w:t>vn -0.7521 -0.1918 -0.6305</w:t>
        <w:br/>
        <w:t>vn 0.3137 -0.1217 0.9417</w:t>
        <w:br/>
        <w:t>vn 0.7227 -0.0770 0.6869</w:t>
        <w:br/>
        <w:t>vn -0.2134 0.1409 -0.9667</w:t>
        <w:br/>
        <w:t>vn -0.2057 0.1323 -0.9696</w:t>
        <w:br/>
        <w:t>vn -0.7203 0.0105 -0.6936</w:t>
        <w:br/>
        <w:t>vn -0.7215 -0.0156 -0.6923</w:t>
        <w:br/>
        <w:t>vn 0.2431 -0.1261 0.9618</w:t>
        <w:br/>
        <w:t>vn 0.6977 -0.0170 0.7162</w:t>
        <w:br/>
        <w:t>vn 0.6957 0.0083 0.7183</w:t>
        <w:br/>
        <w:t>vn 0.2545 -0.1288 0.9585</w:t>
        <w:br/>
        <w:t>vn -0.7261 -0.0427 -0.6863</w:t>
        <w:br/>
        <w:t>vn -0.2460 0.1376 -0.9595</w:t>
        <w:br/>
        <w:t>vn 0.6916 0.1064 0.7144</w:t>
        <w:br/>
        <w:t>vn 0.3057 -0.1375 0.9421</w:t>
        <w:br/>
        <w:t>vn 0.2792 -0.1241 0.9522</w:t>
        <w:br/>
        <w:t>vn 0.6965 0.0358 0.7167</w:t>
        <w:br/>
        <w:t>vn -0.2338 0.1244 -0.9643</w:t>
        <w:br/>
        <w:t>vn -0.3008 0.1223 -0.9458</w:t>
        <w:br/>
        <w:t>vn -0.7436 0.0803 -0.6638</w:t>
        <w:br/>
        <w:t>vn -0.7262 0.0525 -0.6855</w:t>
        <w:br/>
        <w:t>vn 0.2588 -0.1235 0.9580</w:t>
        <w:br/>
        <w:t>vn 0.7066 -0.0542 0.7055</w:t>
        <w:br/>
        <w:t>vn -0.4196 -0.5148 0.7476</w:t>
        <w:br/>
        <w:t>vn -0.9165 -0.3941 -0.0681</w:t>
        <w:br/>
        <w:t>vn -0.9001 -0.4310 -0.0645</w:t>
        <w:br/>
        <w:t>vn -0.4180 -0.5069 0.7539</w:t>
        <w:br/>
        <w:t>vn 0.7157 0.0586 0.6960</w:t>
        <w:br/>
        <w:t>vn 0.3344 -0.2211 0.9161</w:t>
        <w:br/>
        <w:t>vn 0.3258 -0.1862 0.9269</w:t>
        <w:br/>
        <w:t>vn 0.7006 0.1077 0.7053</w:t>
        <w:br/>
        <w:t>vn -0.9462 -0.0304 0.3222</w:t>
        <w:br/>
        <w:t>vn -0.7865 -0.0704 0.6135</w:t>
        <w:br/>
        <w:t>vn -0.5907 -0.1240 0.7973</w:t>
        <w:br/>
        <w:t>vn -0.8115 -0.0973 0.5762</w:t>
        <w:br/>
        <w:t>vn 0.9988 0.0167 -0.0458</w:t>
        <w:br/>
        <w:t>vn 0.6334 0.1109 -0.7658</w:t>
        <w:br/>
        <w:t>vn 0.5123 0.1551 -0.8447</w:t>
        <w:br/>
        <w:t>vn 0.9974 0.0668 -0.0257</w:t>
        <w:br/>
        <w:t>vn -0.3763 0.1148 -0.9194</w:t>
        <w:br/>
        <w:t>vn -0.7704 0.0884 -0.6314</w:t>
        <w:br/>
        <w:t>vn -0.9345 -0.0258 0.3549</w:t>
        <w:br/>
        <w:t>vn -0.4135 -0.0777 0.9072</w:t>
        <w:br/>
        <w:t>vn -0.4224 -0.0719 0.9036</w:t>
        <w:br/>
        <w:t>vn -0.9793 -0.0151 0.2016</w:t>
        <w:br/>
        <w:t>vn -0.5127 -0.2630 0.8173</w:t>
        <w:br/>
        <w:t>vn -0.5223 -0.2162 0.8249</w:t>
        <w:br/>
        <w:t>vn -0.8449 -0.2077 0.4929</w:t>
        <w:br/>
        <w:t>vn -0.8347 -0.2644 0.4831</w:t>
        <w:br/>
        <w:t>vn -0.8245 -0.3136 0.4711</w:t>
        <w:br/>
        <w:t>vn -0.4924 -0.3002 0.8170</w:t>
        <w:br/>
        <w:t>vn -0.9677 -0.0463 0.2478</w:t>
        <w:br/>
        <w:t>vn -0.8484 -0.1312 0.5128</w:t>
        <w:br/>
        <w:t>vn -0.5104 -0.1561 0.8456</w:t>
        <w:br/>
        <w:t>vn -0.4691 -0.1217 0.8747</w:t>
        <w:br/>
        <w:t>vn 0.8994 0.4327 0.0618</w:t>
        <w:br/>
        <w:t>vn 0.9241 0.3813 0.0245</w:t>
        <w:br/>
        <w:t>vn 0.4433 0.4121 -0.7960</w:t>
        <w:br/>
        <w:t>vn 0.4142 0.5029 -0.7587</w:t>
        <w:br/>
        <w:t>vn 0.7788 0.0507 -0.6253</w:t>
        <w:br/>
        <w:t>vn 0.7901 0.0458 -0.6113</w:t>
        <w:br/>
        <w:t>vn 0.9336 0.0268 -0.3574</w:t>
        <w:br/>
        <w:t>vn 0.9772 0.0181 -0.2118</w:t>
        <w:br/>
        <w:t>vn 0.9597 0.0139 -0.2807</w:t>
        <w:br/>
        <w:t>vn 0.8172 0.0535 -0.5739</w:t>
        <w:br/>
        <w:t>vn 0.9889 0.1477 -0.0186</w:t>
        <w:br/>
        <w:t>vn 0.5275 0.2151 -0.8219</w:t>
        <w:br/>
        <w:t>vn 0.5172 0.2613 -0.8150</w:t>
        <w:br/>
        <w:t>vn 0.9789 0.2035 -0.0162</w:t>
        <w:br/>
        <w:t>vn 0.9677 0.2517 -0.0103</w:t>
        <w:br/>
        <w:t>vn 0.4913 0.2976 -0.8186</w:t>
        <w:br/>
        <w:t>vn 0.2398 -0.9436 0.2282</w:t>
        <w:br/>
        <w:t>vn 0.2398 -0.9436 0.2281</w:t>
        <w:br/>
        <w:t>vn -0.2902 -0.8829 -0.3692</w:t>
        <w:br/>
        <w:t>vn -0.8946 -0.4316 -0.1160</w:t>
        <w:br/>
        <w:t>vn -0.7671 -0.5390 0.3479</w:t>
        <w:br/>
        <w:t>vn -0.5984 -0.4362 0.6721</w:t>
        <w:br/>
        <w:t>vn -0.8870 -0.4505 0.1013</w:t>
        <w:br/>
        <w:t>vn -0.9950 0.0107 0.0990</w:t>
        <w:br/>
        <w:t>vn -0.4278 -0.0911 0.8993</w:t>
        <w:br/>
        <w:t>vn 0.6340 0.1562 -0.7574</w:t>
        <w:br/>
        <w:t>vn 0.9968 0.0706 -0.0379</w:t>
        <w:br/>
        <w:t>vn 0.9882 0.1500 -0.0303</w:t>
        <w:br/>
        <w:t>vn 0.4795 0.2144 -0.8509</w:t>
        <w:br/>
        <w:t>vn 0.7658 0.5383 -0.3518</w:t>
        <w:br/>
        <w:t>vn 0.7858 0.4580 -0.4157</w:t>
        <w:br/>
        <w:t>vn 0.9226 0.3843 0.0336</w:t>
        <w:br/>
        <w:t>vn 0.8979 0.4327 0.0814</w:t>
        <w:br/>
        <w:t>vn 0.9768 0.0253 -0.2127</w:t>
        <w:br/>
        <w:t>vn 0.9321 0.0361 -0.3604</w:t>
        <w:br/>
        <w:t>vn 0.3926 0.0955 -0.9147</w:t>
        <w:br/>
        <w:t>vn 0.4031 0.0906 -0.9107</w:t>
        <w:br/>
        <w:t>vn 0.8093 0.0653 -0.5838</w:t>
        <w:br/>
        <w:t>vn 0.9570 0.0229 -0.2893</w:t>
        <w:br/>
        <w:t>vn 0.8334 0.0897 -0.5454</w:t>
        <w:br/>
        <w:t>vn 0.6098 0.1210 -0.7833</w:t>
        <w:br/>
        <w:t>vn 0.9783 0.2054 -0.0261</w:t>
        <w:br/>
        <w:t>vn 0.4673 0.2559 -0.8462</w:t>
        <w:br/>
        <w:t>vn 0.8227 0.3124 -0.4750</w:t>
        <w:br/>
        <w:t>vn 0.9673 0.2532 -0.0141</w:t>
        <w:br/>
        <w:t>vn -0.3148 -0.8663 -0.3878</w:t>
        <w:br/>
        <w:t>vn 0.2378 -0.9457 0.2218</w:t>
        <w:br/>
        <w:t>vn 0.2377 -0.9456 0.2219</w:t>
        <w:br/>
        <w:t>vn -0.9544 -0.0202 0.2979</w:t>
        <w:br/>
        <w:t>vn -0.4233 -0.0968 0.9008</w:t>
        <w:br/>
        <w:t>vn -0.7704 -0.0595 0.6348</w:t>
        <w:br/>
        <w:t>vn -0.9282 -0.0351 0.3705</w:t>
        <w:br/>
        <w:t>vn -0.9777 -0.0216 0.2087</w:t>
        <w:br/>
        <w:t>vn -0.7664 -0.0624 0.6393</w:t>
        <w:br/>
        <w:t>vn -0.8164 -0.2668 0.5121</w:t>
        <w:br/>
        <w:t>vn -0.8275 -0.2115 0.5201</w:t>
        <w:br/>
        <w:t>vn -0.4702 -0.2149 0.8560</w:t>
        <w:br/>
        <w:t>vn -0.4566 -0.2566 0.8518</w:t>
        <w:br/>
        <w:t>vn -0.4407 -0.2943 0.8480</w:t>
        <w:br/>
        <w:t>vn -0.8078 -0.3181 0.4963</w:t>
        <w:br/>
        <w:t>vn -0.4631 -0.1618 0.8714</w:t>
        <w:br/>
        <w:t>vn -0.8292 -0.1388 0.5415</w:t>
        <w:br/>
        <w:t>vn -0.7766 -0.5459 0.3144</w:t>
        <w:br/>
        <w:t>vn -0.8920 -0.4317 -0.1340</w:t>
        <w:br/>
        <w:t>vn -0.9177 -0.3893 -0.0794</w:t>
        <w:br/>
        <w:t>vn -0.7811 -0.4715 0.4093</w:t>
        <w:br/>
        <w:t>vn -0.7409 -0.0554 -0.6693</w:t>
        <w:br/>
        <w:t>vn -0.9183 0.0701 -0.3895</w:t>
        <w:br/>
        <w:t>vn -0.7521 -0.1919 -0.6305</w:t>
        <w:br/>
        <w:t>vn -0.4958 -0.1718 -0.8513</w:t>
        <w:br/>
        <w:t>vn -0.2223 0.0955 -0.9703</w:t>
        <w:br/>
        <w:t>vn -0.2403 0.0799 -0.9674</w:t>
        <w:br/>
        <w:t>vn -0.1136 0.1257 -0.9855</w:t>
        <w:br/>
        <w:t>vn -0.1590 0.1185 -0.9801</w:t>
        <w:br/>
        <w:t>vn -0.2338 0.1243 -0.9643</w:t>
        <w:br/>
        <w:t>vn 0.9155 0.3968 0.0663</w:t>
        <w:br/>
        <w:t>vn 0.9153 0.3930 0.0881</w:t>
        <w:br/>
        <w:t>vn 0.8926 -0.0508 0.4479</w:t>
        <w:br/>
        <w:t>vn 0.8934 -0.0624 0.4449</w:t>
        <w:br/>
        <w:t>vn 0.9129 -0.0700 0.4021</w:t>
        <w:br/>
        <w:t>vn 0.0491 -0.1212 0.9914</w:t>
        <w:br/>
        <w:t>vn 0.0125 -0.3091 0.9510</w:t>
        <w:br/>
        <w:t>vn 0.0227 -0.3534 0.9352</w:t>
        <w:br/>
        <w:t>vn 0.0568 -0.2604 0.9638</w:t>
        <w:br/>
        <w:t>vn 0.0553 -0.3396 0.9389</w:t>
        <w:br/>
        <w:t>vn 0.7006 0.1077 0.7054</w:t>
        <w:br/>
        <w:t>vn 0.9103 0.3892 0.1407</w:t>
        <w:br/>
        <w:t>vn 0.7157 0.0585 0.6960</w:t>
        <w:br/>
        <w:t>vn 0.8456 0.1152 0.5212</w:t>
        <w:br/>
        <w:t>vn 0.8589 0.0821 0.5055</w:t>
        <w:br/>
        <w:t>vn 0.8672 0.0453 0.4959</w:t>
        <w:br/>
        <w:t>vn 0.8734 -0.0452 0.4848</w:t>
        <w:br/>
        <w:t>vn 0.8726 -0.0101 0.4883</w:t>
        <w:br/>
        <w:t>vn 0.8735 -0.0630 0.4826</w:t>
        <w:br/>
        <w:t>vn 0.7663 -0.0737 0.6382</w:t>
        <w:br/>
        <w:t>vn 0.8863 -0.0558 0.4597</w:t>
        <w:br/>
        <w:t>vn 0.7228 -0.2715 0.6355</w:t>
        <w:br/>
        <w:t>vn 0.5116 -0.2864 0.8101</w:t>
        <w:br/>
        <w:t>vn 0.5117 -0.2864 0.8100</w:t>
        <w:br/>
        <w:t>vn 0.2799 -0.1009 0.9547</w:t>
        <w:br/>
        <w:t>vn 0.3154 -0.0879 0.9449</w:t>
        <w:br/>
        <w:t>vn 0.1339 -0.1268 0.9829</w:t>
        <w:br/>
        <w:t>vn 0.1892 -0.1205 0.9745</w:t>
        <w:br/>
        <w:t>vn -0.0641 0.3320 -0.9411</w:t>
        <w:br/>
        <w:t>vn -0.0675 0.2475 -0.9665</w:t>
        <w:br/>
        <w:t>vn -0.0674 0.2475 -0.9665</w:t>
        <w:br/>
        <w:t>vn -0.0641 0.3321 -0.9411</w:t>
        <w:br/>
        <w:t>vn -0.9134 -0.3897 -0.1178</w:t>
        <w:br/>
        <w:t>vn -0.9127 -0.3837 -0.1408</w:t>
        <w:br/>
        <w:t>vn -0.8329 -0.1276 -0.5385</w:t>
        <w:br/>
        <w:t>vn -0.8422 -0.1116 -0.5275</w:t>
        <w:br/>
        <w:t>vn -0.9177 -0.3892 -0.0795</w:t>
        <w:br/>
        <w:t>vn -0.8557 -0.0794 -0.5114</w:t>
        <w:br/>
        <w:t>vn -0.8661 -0.0441 -0.4980</w:t>
        <w:br/>
        <w:t>vn -0.8915 0.0407 -0.4512</w:t>
        <w:br/>
        <w:t>vn -0.8773 0.0090 -0.4799</w:t>
        <w:br/>
        <w:t>vn -0.8827 0.0329 -0.4687</w:t>
        <w:br/>
        <w:t>vn -0.8998 0.0485 -0.4335</w:t>
        <w:br/>
        <w:t>vn -0.9462 -0.0305 0.3223</w:t>
        <w:br/>
        <w:t>vn -0.9544 -0.0202 0.2980</w:t>
        <w:br/>
        <w:t>vn -0.9246 0.0604 -0.3761</w:t>
        <w:br/>
        <w:t>vn 0.3933 0.0893 -0.9151</w:t>
        <w:br/>
        <w:t>vn -0.1238 0.1269 -0.9842</w:t>
        <w:br/>
        <w:t>vn -0.1104 0.1333 -0.9849</w:t>
        <w:br/>
        <w:t>vn 0.6098 0.1210 -0.7832</w:t>
        <w:br/>
        <w:t>vn -0.0473 0.1419 -0.9888</w:t>
        <w:br/>
        <w:t>vn -0.0490 0.1877 -0.9810</w:t>
        <w:br/>
        <w:t>vn 0.7632 0.0622 -0.6432</w:t>
        <w:br/>
        <w:t>vn 0.7228 -0.2716 0.6355</w:t>
        <w:br/>
        <w:t>vn 0.8978 -0.0406 0.4386</w:t>
        <w:br/>
        <w:t>vn 0.7981 0.5212 -0.3023</w:t>
        <w:br/>
        <w:t>vn -0.3347 0.2336 -0.9129</w:t>
        <w:br/>
        <w:t>vn 0.4155 0.5112 -0.7523</w:t>
        <w:br/>
        <w:t>vn -0.7832 -0.5182 0.3434</w:t>
        <w:br/>
        <w:t>vn 0.7819 0.5186 -0.3460</w:t>
        <w:br/>
        <w:t>vn -0.8022 -0.5164 0.2997</w:t>
        <w:br/>
        <w:t>vn -0.3346 0.2336 -0.9129</w:t>
        <w:br/>
        <w:t>vn 0.0329 -0.3811 0.9239</w:t>
        <w:br/>
        <w:t>vn 0.0512 -0.3654 0.9295</w:t>
        <w:br/>
        <w:t>vn -0.0581 0.3659 -0.9289</w:t>
        <w:br/>
        <w:t>vn -0.0582 0.3659 -0.9289</w:t>
        <w:br/>
        <w:t>vn 0.4462 0.5208 -0.7278</w:t>
        <w:br/>
        <w:t>vn 0.4038 0.6922 -0.5982</w:t>
        <w:br/>
        <w:t>vn 0.8513 0.5236 0.0336</w:t>
        <w:br/>
        <w:t>vn 0.9609 0.2637 -0.0845</w:t>
        <w:br/>
        <w:t>vn 0.9782 0.1000 -0.1818</w:t>
        <w:br/>
        <w:t>vn 0.4595 0.4151 -0.7853</w:t>
        <w:br/>
        <w:t>vn 0.6182 -0.5607 -0.5508</w:t>
        <w:br/>
        <w:t>vn 0.3720 -0.8183 -0.4382</w:t>
        <w:br/>
        <w:t>vn -0.0883 -0.5129 -0.8539</w:t>
        <w:br/>
        <w:t>vn 0.1824 -0.2843 -0.9412</w:t>
        <w:br/>
        <w:t>vn -0.4540 -0.0494 -0.8897</w:t>
        <w:br/>
        <w:t>vn -0.6007 0.2862 -0.7465</w:t>
        <w:br/>
        <w:t>vn -0.2986 0.4159 -0.8590</w:t>
        <w:br/>
        <w:t>vn -0.1585 0.1551 -0.9751</w:t>
        <w:br/>
        <w:t>vn 0.6483 -0.4213 0.6341</w:t>
        <w:br/>
        <w:t>vn 0.8597 -0.1997 0.4701</w:t>
        <w:br/>
        <w:t>vn 0.8165 -0.1346 0.5614</w:t>
        <w:br/>
        <w:t>vn 0.5944 -0.2941 0.7484</w:t>
        <w:br/>
        <w:t>vn 0.8360 -0.2581 0.4842</w:t>
        <w:br/>
        <w:t>vn 0.6098 -0.3712 0.7003</w:t>
        <w:br/>
        <w:t>vn -0.6122 0.3636 -0.7022</w:t>
        <w:br/>
        <w:t>vn -0.3015 0.4411 -0.8453</w:t>
        <w:br/>
        <w:t>vn 0.8654 -0.4994 0.0404</w:t>
        <w:br/>
        <w:t>vn 0.6491 -0.7381 0.1838</w:t>
        <w:br/>
        <w:t>vn 0.4008 0.8118 -0.4247</w:t>
        <w:br/>
        <w:t>vn 0.7011 0.7130 0.0097</w:t>
        <w:br/>
        <w:t>vn 0.5216 0.8351 -0.1748</w:t>
        <w:br/>
        <w:t>vn 0.4005 0.8129 -0.4228</w:t>
        <w:br/>
        <w:t>vn 0.9416 0.2004 -0.2705</w:t>
        <w:br/>
        <w:t>vn 0.8276 0.1859 -0.5297</w:t>
        <w:br/>
        <w:t>vn 0.6434 0.2965 -0.7058</w:t>
        <w:br/>
        <w:t>vn 0.7021 0.7120 0.0107</w:t>
        <w:br/>
        <w:t>vn 0.4968 0.4927 -0.7145</w:t>
        <w:br/>
        <w:t>vn 0.8536 0.5201 0.0303</w:t>
        <w:br/>
        <w:t>vn 0.4504 0.5100 -0.7329</w:t>
        <w:br/>
        <w:t>vn 0.9626 0.2578 -0.0838</w:t>
        <w:br/>
        <w:t>vn 0.9806 0.0956 -0.1711</w:t>
        <w:br/>
        <w:t>vn 0.4691 0.4125 -0.7809</w:t>
        <w:br/>
        <w:t>vn 0.4702 0.4111 -0.7810</w:t>
        <w:br/>
        <w:t>vn 0.9807 0.0887 -0.1742</w:t>
        <w:br/>
        <w:t>vn 0.9607 0.2671 -0.0759</w:t>
        <w:br/>
        <w:t>vn 0.4500 0.5233 -0.7237</w:t>
        <w:br/>
        <w:t>vn 0.9372 0.3428 -0.0651</w:t>
        <w:br/>
        <w:t>vn 0.4019 0.6969 -0.5940</w:t>
        <w:br/>
        <w:t>vn 0.4192 0.9035 -0.0887</w:t>
        <w:br/>
        <w:t>vn 0.6506 -0.3211 0.6882</w:t>
        <w:br/>
        <w:t>vn 0.6509 -0.3208 0.6880</w:t>
        <w:br/>
        <w:t>vn 0.6511 -0.3207 0.6880</w:t>
        <w:br/>
        <w:t>vn 0.6508 -0.3209 0.6881</w:t>
        <w:br/>
        <w:t>vn -0.0924 0.8405 0.5338</w:t>
        <w:br/>
        <w:t>vn -0.0922 0.8407 0.5336</w:t>
        <w:br/>
        <w:t>vn -0.0921 0.8408 0.5335</w:t>
        <w:br/>
        <w:t>vn -0.0921 0.8407 0.5336</w:t>
        <w:br/>
        <w:t>vn 0.7883 0.3932 -0.4733</w:t>
        <w:br/>
        <w:t>vn -0.6498 0.3132 -0.6926</w:t>
        <w:br/>
        <w:t>vn -0.6497 0.3133 -0.6926</w:t>
        <w:br/>
        <w:t>vn -0.6500 0.3130 -0.6925</w:t>
        <w:br/>
        <w:t>vn -0.6501 0.3129 -0.6924</w:t>
        <w:br/>
        <w:t>vn -0.7885 -0.3905 0.4752</w:t>
        <w:br/>
        <w:t>vn 0.1467 -0.8108 -0.5667</w:t>
        <w:br/>
        <w:t>vn 0.1468 -0.8107 -0.5668</w:t>
        <w:br/>
        <w:t>vn 0.1463 -0.8111 -0.5663</w:t>
        <w:br/>
        <w:t>vn 0.1465 -0.8110 -0.5664</w:t>
        <w:br/>
        <w:t>vn -0.2948 0.0574 0.9538</w:t>
        <w:br/>
        <w:t>vn -0.0936 0.0612 0.9937</w:t>
        <w:br/>
        <w:t>vn -0.0846 0.3905 0.9167</w:t>
        <w:br/>
        <w:t>vn -0.2556 0.3839 0.8873</w:t>
        <w:br/>
        <w:t>vn -0.4580 -0.3682 0.8091</w:t>
        <w:br/>
        <w:t>vn -0.2834 -0.3753 0.8825</w:t>
        <w:br/>
        <w:t>vn -0.2825 -0.0474 0.9581</w:t>
        <w:br/>
        <w:t>vn -0.4289 0.2754 0.8603</w:t>
        <w:br/>
        <w:t>vn -0.5129 0.5337 -0.6724</w:t>
        <w:br/>
        <w:t>vn -0.6214 0.2426 -0.7449</w:t>
        <w:br/>
        <w:t>vn -0.8027 0.2644 -0.5346</w:t>
        <w:br/>
        <w:t>vn -0.6759 0.5577 -0.4817</w:t>
        <w:br/>
        <w:t>vn -0.9858 -0.1589 0.0539</w:t>
        <w:br/>
        <w:t>vn -0.8686 0.4887 0.0813</w:t>
        <w:br/>
        <w:t>vn -0.7408 0.6497 -0.1706</w:t>
        <w:br/>
        <w:t>vn -0.9683 -0.1453 -0.2033</w:t>
        <w:br/>
        <w:t>vn -0.9243 -0.2205 0.3115</w:t>
        <w:br/>
        <w:t>vn -0.8314 0.4342 0.3468</w:t>
        <w:br/>
        <w:t>vn -0.7299 0.1368 0.6698</w:t>
        <w:br/>
        <w:t>vn -0.6332 0.4510 0.6291</w:t>
        <w:br/>
        <w:t>vn -0.7674 0.5418 0.3429</w:t>
        <w:br/>
        <w:t>vn -0.9001 0.2299 0.3700</w:t>
        <w:br/>
        <w:t>vn -0.4063 0.3735 0.8339</w:t>
        <w:br/>
        <w:t>vn -0.5075 0.3874 0.7696</w:t>
        <w:br/>
        <w:t>vn -0.5778 0.0745 0.8127</w:t>
        <w:br/>
        <w:t>vn -0.4631 0.0553 0.8846</w:t>
        <w:br/>
        <w:t>vn -0.4366 0.2460 -0.8654</w:t>
        <w:br/>
        <w:t>vn -0.3483 0.5346 -0.7700</w:t>
        <w:br/>
        <w:t>vn -0.1562 0.5490 -0.8211</w:t>
        <w:br/>
        <w:t>vn -0.2047 -0.0658 -0.9766</w:t>
        <w:br/>
        <w:t>vn -0.6754 -0.1843 -0.7140</w:t>
        <w:br/>
        <w:t>vn -0.4754 0.6050 -0.6387</w:t>
        <w:br/>
        <w:t>vn -0.3640 0.4493 -0.8159</w:t>
        <w:br/>
        <w:t>vn -0.4661 -0.1791 -0.8664</w:t>
        <w:br/>
        <w:t>vn -0.2184 -0.1613 -0.9624</w:t>
        <w:br/>
        <w:t>vn -0.0937 0.6211 -0.7781</w:t>
        <w:br/>
        <w:t>vn 0.0165 0.6321 -0.7747</w:t>
        <w:br/>
        <w:t>vn -0.0330 -0.1425 -0.9893</w:t>
        <w:br/>
        <w:t>vn 0.0169 0.7673 -0.6411</w:t>
        <w:br/>
        <w:t>vn 0.0127 -0.1361 -0.9906</w:t>
        <w:br/>
        <w:t>vn -0.9310 0.2963 -0.2130</w:t>
        <w:br/>
        <w:t>vn -0.7841 0.5903 -0.1915</w:t>
        <w:br/>
        <w:t>vn 0.1736 0.0666 0.9826</w:t>
        <w:br/>
        <w:t>vn 0.1459 0.3961 0.9066</w:t>
        <w:br/>
        <w:t>vn 0.4429 -0.3576 0.8222</w:t>
        <w:br/>
        <w:t>vn 0.4136 0.2916 0.8625</w:t>
        <w:br/>
        <w:t>vn 0.2025 -0.0387 0.9785</w:t>
        <w:br/>
        <w:t>vn 0.2068 -0.3702 0.9056</w:t>
        <w:br/>
        <w:t>vn 0.3041 0.9503 0.0672</w:t>
        <w:br/>
        <w:t>vn 0.7560 0.6244 0.1964</w:t>
        <w:br/>
        <w:t>vn 0.9628 -0.1767 0.2045</w:t>
        <w:br/>
        <w:t>vn 0.9860 -0.1223 0.1134</w:t>
        <w:br/>
        <w:t>vn 0.6939 0.4700 0.5455</w:t>
        <w:br/>
        <w:t>vn 0.8004 0.1547 0.5792</w:t>
        <w:br/>
        <w:t>vn 0.9063 0.2501 0.3408</w:t>
        <w:br/>
        <w:t>vn 0.7686 0.5596 0.3100</w:t>
        <w:br/>
        <w:t>vn 0.4050 0.3939 0.8251</w:t>
        <w:br/>
        <w:t>vn 0.4655 0.0739 0.8820</w:t>
        <w:br/>
        <w:t>vn 0.6555 0.0929 0.7495</w:t>
        <w:br/>
        <w:t>vn 0.5740 0.4085 0.7097</w:t>
        <w:br/>
        <w:t>vn -0.0112 0.9585 0.2850</w:t>
        <w:br/>
        <w:t>vn -0.0062 0.9632 0.2687</w:t>
        <w:br/>
        <w:t>vn 0.0068 0.9861 0.1662</w:t>
        <w:br/>
        <w:t>vn 0.0035 0.9332 0.3593</w:t>
        <w:br/>
        <w:t>vn -0.1300 -0.9578 0.2564</w:t>
        <w:br/>
        <w:t>vn -0.0499 -0.9987 -0.0052</w:t>
        <w:br/>
        <w:t>vn -0.0064 -0.9999 0.0113</w:t>
        <w:br/>
        <w:t>vn -0.0318 -0.9590 0.2815</w:t>
        <w:br/>
        <w:t>vn -0.0408 0.9547 0.2948</w:t>
        <w:br/>
        <w:t>vn 0.0966 0.9945 0.0396</w:t>
        <w:br/>
        <w:t>vn -0.2003 -0.9546 0.2204</w:t>
        <w:br/>
        <w:t>vn -0.0716 -0.9970 -0.0289</w:t>
        <w:br/>
        <w:t>vn -0.4513 -0.8690 -0.2027</w:t>
        <w:br/>
        <w:t>vn -0.3868 -0.8765 -0.2866</w:t>
        <w:br/>
        <w:t>vn -0.2262 -0.9701 -0.0882</w:t>
        <w:br/>
        <w:t>vn -0.2441 -0.9678 -0.0613</w:t>
        <w:br/>
        <w:t>vn 0.0245 0.9871 -0.1581</w:t>
        <w:br/>
        <w:t>vn -0.0240 0.9936 -0.1106</w:t>
        <w:br/>
        <w:t>vn 0.2336 0.9715 0.0406</w:t>
        <w:br/>
        <w:t>vn 0.2244 0.9724 0.0639</w:t>
        <w:br/>
        <w:t>vn -0.0589 0.9978 0.0312</w:t>
        <w:br/>
        <w:t>vn 0.2275 0.9737 0.0144</w:t>
        <w:br/>
        <w:t>vn 0.2425 0.9696 0.0334</w:t>
        <w:br/>
        <w:t>vn -0.0441 0.9986 -0.0286</w:t>
        <w:br/>
        <w:t>vn -0.5004 -0.8654 0.0270</w:t>
        <w:br/>
        <w:t>vn -0.5018 -0.8616 -0.0759</w:t>
        <w:br/>
        <w:t>vn -0.2635 -0.9645 -0.0195</w:t>
        <w:br/>
        <w:t>vn -0.2572 -0.9663 0.0094</w:t>
        <w:br/>
        <w:t>vn -0.2100 -0.9777 0.0008</w:t>
        <w:br/>
        <w:t>vn -0.4362 -0.8948 0.0956</w:t>
        <w:br/>
        <w:t>vn -0.0872 0.9925 0.0853</w:t>
        <w:br/>
        <w:t>vn 0.1794 0.9837 -0.0093</w:t>
        <w:br/>
        <w:t>vn -0.1044 0.9789 0.1759</w:t>
        <w:br/>
        <w:t>vn 0.1290 0.9916 0.0026</w:t>
        <w:br/>
        <w:t>vn -0.3408 -0.9260 0.1624</w:t>
        <w:br/>
        <w:t>vn -0.1478 -0.9888 -0.0201</w:t>
        <w:br/>
        <w:t>vn -0.2580 -0.9469 0.1920</w:t>
        <w:br/>
        <w:t>vn -0.0972 -0.9945 -0.0390</w:t>
        <w:br/>
        <w:t>vn 0.1043 0.9941 0.0306</w:t>
        <w:br/>
        <w:t>vn -0.0826 0.9623 0.2591</w:t>
        <w:br/>
        <w:t>vn -0.3080 -0.8759 -0.3715</w:t>
        <w:br/>
        <w:t>vn -0.1873 -0.8713 -0.4536</w:t>
        <w:br/>
        <w:t>vn -0.1342 -0.9699 -0.2034</w:t>
        <w:br/>
        <w:t>vn -0.1960 -0.9703 -0.1415</w:t>
        <w:br/>
        <w:t>vn 0.0316 0.9669 -0.2533</w:t>
        <w:br/>
        <w:t>vn -0.0849 -0.8627 -0.4986</w:t>
        <w:br/>
        <w:t>vn -0.0796 -0.9673 -0.2410</w:t>
        <w:br/>
        <w:t>vn -0.0102 -0.8614 -0.5078</w:t>
        <w:br/>
        <w:t>vn -0.0163 -0.9679 -0.2507</w:t>
        <w:br/>
        <w:t>vn 0.0399 -0.9992 0.0093</w:t>
        <w:br/>
        <w:t>vn 0.0866 -0.9575 0.2750</w:t>
        <w:br/>
        <w:t>vn -0.0057 0.9622 0.2722</w:t>
        <w:br/>
        <w:t>vn -0.0656 0.9978 -0.0042</w:t>
        <w:br/>
        <w:t>vn 0.2084 -0.9505 0.2306</w:t>
        <w:br/>
        <w:t>vn 0.0810 -0.9966 -0.0140</w:t>
        <w:br/>
        <w:t>vn 0.0264 0.9593 0.2813</w:t>
        <w:br/>
        <w:t>vn -0.1048 0.9942 0.0250</w:t>
        <w:br/>
        <w:t>vn -0.0597 0.9918 -0.1129</w:t>
        <w:br/>
        <w:t>vn -0.2185 0.9736 0.0659</w:t>
        <w:br/>
        <w:t>vn -0.2376 0.9711 0.0240</w:t>
        <w:br/>
        <w:t>vn 0.0597 0.9921 -0.1099</w:t>
        <w:br/>
        <w:t>vn 0.3371 -0.9348 -0.1119</w:t>
        <w:br/>
        <w:t>vn 0.2673 -0.9625 -0.0462</w:t>
        <w:br/>
        <w:t>vn 0.2339 -0.9696 -0.0712</w:t>
        <w:br/>
        <w:t>vn 0.3929 -0.8799 -0.2672</w:t>
        <w:br/>
        <w:t>vn 0.3958 -0.9179 0.0267</w:t>
        <w:br/>
        <w:t>vn 0.2846 -0.9586 0.0086</w:t>
        <w:br/>
        <w:t>vn 0.2873 -0.9572 -0.0361</w:t>
        <w:br/>
        <w:t>vn 0.2870 -0.9573 -0.0350</w:t>
        <w:br/>
        <w:t>vn 0.0904 0.9958 0.0148</w:t>
        <w:br/>
        <w:t>vn 0.1238 0.9910 -0.0507</w:t>
        <w:br/>
        <w:t>vn -0.2612 0.9652 0.0142</w:t>
        <w:br/>
        <w:t>vn -0.2574 0.9663 0.0089</w:t>
        <w:br/>
        <w:t>vn -0.2018 0.9794 0.0036</w:t>
        <w:br/>
        <w:t>vn 0.0908 0.9936 0.0676</w:t>
        <w:br/>
        <w:t>vn 0.4576 -0.8837 0.0990</w:t>
        <w:br/>
        <w:t>vn 0.2357 -0.9717 0.0168</w:t>
        <w:br/>
        <w:t>vn 0.3735 -0.9177 0.1355</w:t>
        <w:br/>
        <w:t>vn 0.1656 -0.9860 -0.0195</w:t>
        <w:br/>
        <w:t>vn -0.1346 0.9908 0.0149</w:t>
        <w:br/>
        <w:t>vn 0.1138 0.9815 0.1540</w:t>
        <w:br/>
        <w:t>vn 0.0861 0.9651 0.2474</w:t>
        <w:br/>
        <w:t>vn -0.1098 0.9935 0.0318</w:t>
        <w:br/>
        <w:t>vn 0.2940 -0.9399 0.1738</w:t>
        <w:br/>
        <w:t>vn 0.1161 -0.9926 -0.0348</w:t>
        <w:br/>
        <w:t>vn 0.3017 -0.8783 -0.3710</w:t>
        <w:br/>
        <w:t>vn 0.1913 -0.9720 -0.1368</w:t>
        <w:br/>
        <w:t>vn 0.1465 -0.9695 -0.1965</w:t>
        <w:br/>
        <w:t>vn 0.2135 -0.8706 -0.4433</w:t>
        <w:br/>
        <w:t>vn -0.0815 0.9897 -0.1178</w:t>
        <w:br/>
        <w:t>vn -0.1618 0.9689 0.1870</w:t>
        <w:br/>
        <w:t>vn -0.2098 0.9700 0.1224</w:t>
        <w:br/>
        <w:t>vn -0.0965 0.9880 -0.1203</w:t>
        <w:br/>
        <w:t>vn 0.0986 -0.8646 -0.4926</w:t>
        <w:br/>
        <w:t>vn 0.0752 -0.9686 -0.2369</w:t>
        <w:br/>
        <w:t>vn -0.0491 0.9958 -0.0770</w:t>
        <w:br/>
        <w:t>vn -0.0769 0.9686 0.2366</w:t>
        <w:br/>
        <w:t>vn 0.0032 0.9676 -0.2523</w:t>
        <w:br/>
        <w:t>vn -0.0399 0.9677 0.2489</w:t>
        <w:br/>
        <w:t>vn -0.0102 -0.8615 -0.5077</w:t>
        <w:br/>
        <w:t>vn -0.0163 -0.9679 -0.2506</w:t>
        <w:br/>
        <w:t>vn -0.0932 0.8415 0.5321</w:t>
        <w:br/>
        <w:t>vn -0.0198 0.8494 0.5273</w:t>
        <w:br/>
        <w:t>vn -0.0547 -0.8456 0.5310</w:t>
        <w:br/>
        <w:t>vn -0.2003 -0.8431 0.4990</w:t>
        <w:br/>
        <w:t>vn -0.1351 0.8345 0.5342</w:t>
        <w:br/>
        <w:t>vn -0.3130 -0.8352 0.4521</w:t>
        <w:br/>
        <w:t>vn -0.6263 -0.7064 -0.3297</w:t>
        <w:br/>
        <w:t>vn -0.5192 -0.7176 -0.4643</w:t>
        <w:br/>
        <w:t>vn -0.2801 0.9261 -0.2527</w:t>
        <w:br/>
        <w:t>vn -0.7407 0.6498 -0.1706</w:t>
        <w:br/>
        <w:t>vn -0.3353 0.9421 -0.0011</w:t>
        <w:br/>
        <w:t>vn -0.7090 -0.7039 0.0428</w:t>
        <w:br/>
        <w:t>vn -0.7063 -0.6964 -0.1273</w:t>
        <w:br/>
        <w:t>vn -0.6343 -0.7507 0.1846</w:t>
        <w:br/>
        <w:t>vn -0.8686 0.4887 0.0812</w:t>
        <w:br/>
        <w:t>vn -0.3453 0.9340 0.0916</w:t>
        <w:br/>
        <w:t>vn -0.6529 0.5332 0.5380</w:t>
        <w:br/>
        <w:t>vn -0.5088 -0.7938 0.3332</w:t>
        <w:br/>
        <w:t>vn -0.3980 -0.8219 0.4076</w:t>
        <w:br/>
        <w:t>vn -0.4671 0.6346 0.6157</w:t>
        <w:br/>
        <w:t>vn -0.0628 0.6574 -0.7510</w:t>
        <w:br/>
        <w:t>vn -0.0139 0.9135 -0.4067</w:t>
        <w:br/>
        <w:t>vn -0.3973 -0.7157 -0.5744</w:t>
        <w:br/>
        <w:t>vn -0.3305 -0.7088 -0.6231</w:t>
        <w:br/>
        <w:t>vn 0.0484 0.8279 -0.5588</w:t>
        <w:br/>
        <w:t>vn -0.0654 -0.2430 -0.9678</w:t>
        <w:br/>
        <w:t>vn 0.0025 -0.4167 -0.9090</w:t>
        <w:br/>
        <w:t>vn 0.0032 0.9676 -0.2525</w:t>
        <w:br/>
        <w:t>vn 0.1271 -0.8436 0.5217</w:t>
        <w:br/>
        <w:t>vn 0.0548 0.8484 0.5265</w:t>
        <w:br/>
        <w:t>vn 0.3199 -0.8294 0.4580</w:t>
        <w:br/>
        <w:t>vn 0.0980 0.8443 0.5269</w:t>
        <w:br/>
        <w:t>vn 0.0195 0.9957 -0.0906</w:t>
        <w:br/>
        <w:t>vn -0.0737 0.9917 -0.1049</w:t>
        <w:br/>
        <w:t>vn 0.0897 0.9952 -0.0385</w:t>
        <w:br/>
        <w:t>vn 0.6025 -0.7842 0.1482</w:t>
        <w:br/>
        <w:t>vn 0.4975 -0.8625 0.0926</w:t>
        <w:br/>
        <w:t>vn 0.5549 -0.7830 0.2809</w:t>
        <w:br/>
        <w:t>vn 0.7057 0.5514 0.4448</w:t>
        <w:br/>
        <w:t>vn 0.4136 0.2917 0.8625</w:t>
        <w:br/>
        <w:t>vn 0.2751 0.8535 0.4424</w:t>
        <w:br/>
        <w:t>vn 0.4493 -0.8136 0.3690</w:t>
        <w:br/>
        <w:t>vn 0.2114 -0.8705 -0.4444</w:t>
        <w:br/>
        <w:t>vn 0.2999 -0.8779 -0.3733</w:t>
        <w:br/>
        <w:t>vn -0.0946 0.9884 -0.1187</w:t>
        <w:br/>
        <w:t>vn -0.0786 0.9897 -0.1198</w:t>
        <w:br/>
        <w:t>vn 0.3865 -0.8807 -0.2738</w:t>
        <w:br/>
        <w:t>vn 0.0972 -0.8646 -0.4929</w:t>
        <w:br/>
        <w:t>vn -0.0471 0.9942 -0.0971</w:t>
        <w:br/>
        <w:t>vn 0.0169 0.7674 -0.6410</w:t>
        <w:br/>
        <w:t>vn -0.0476 -0.3762 0.9253</w:t>
        <w:br/>
        <w:t>vn -0.0488 -0.0414 0.9980</w:t>
        <w:br/>
        <w:t>vn -0.8590 -0.1683 -0.4836</w:t>
        <w:br/>
        <w:t>vn -0.8473 0.1554 -0.5078</w:t>
        <w:br/>
        <w:t>vn -0.9548 0.2881 0.0726</w:t>
        <w:br/>
        <w:t>vn -0.8081 0.5853 0.0659</w:t>
        <w:br/>
        <w:t>vn -0.7830 -0.2930 0.5487</w:t>
        <w:br/>
        <w:t>vn -0.6130 -0.3455 0.7105</w:t>
        <w:br/>
        <w:t>vn -0.5325 -0.0490 0.8450</w:t>
        <w:br/>
        <w:t>vn -0.0100 0.5547 -0.8320</w:t>
        <w:br/>
        <w:t>vn 0.0194 0.5579 -0.8297</w:t>
        <w:br/>
        <w:t>vn 0.7838 0.5964 0.1731</w:t>
        <w:br/>
        <w:t>vn 0.9337 0.2952 0.2024</w:t>
        <w:br/>
        <w:t>vn 0.8501 -0.2783 0.4470</w:t>
        <w:br/>
        <w:t>vn 0.6520 -0.3366 0.6794</w:t>
        <w:br/>
        <w:t>vn 0.6661 -0.0151 0.7457</w:t>
        <w:br/>
        <w:t>vn -0.0548 -0.3401 0.9388</w:t>
        <w:br/>
        <w:t>vn -0.2878 -0.3485 0.8920</w:t>
        <w:br/>
        <w:t>vn -0.2894 0.0102 0.9571</w:t>
        <w:br/>
        <w:t>vn -0.0722 0.0358 0.9967</w:t>
        <w:br/>
        <w:t>vn -0.4114 0.3495 0.8418</w:t>
        <w:br/>
        <w:t>vn -0.2570 0.3620 0.8960</w:t>
        <w:br/>
        <w:t>vn -0.4636 0.0036 0.8860</w:t>
        <w:br/>
        <w:t>vn -0.6918 0.5362 -0.4837</w:t>
        <w:br/>
        <w:t>vn -0.8249 0.2146 -0.5230</w:t>
        <w:br/>
        <w:t>vn -0.6346 0.2015 -0.7461</w:t>
        <w:br/>
        <w:t>vn -0.5227 0.5159 -0.6787</w:t>
        <w:br/>
        <w:t>vn -0.9705 -0.1251 -0.2060</w:t>
        <w:br/>
        <w:t>vn -0.9512 0.2245 -0.2116</w:t>
        <w:br/>
        <w:t>vn -0.9746 0.2134 0.0672</w:t>
        <w:br/>
        <w:t>vn -0.9883 -0.1416 0.0563</w:t>
        <w:br/>
        <w:t>vn -0.9188 0.1773 0.3525</w:t>
        <w:br/>
        <w:t>vn -0.9271 -0.1936 0.3209</w:t>
        <w:br/>
        <w:t>vn -0.7652 0.0981 0.6362</w:t>
        <w:br/>
        <w:t>vn -0.7800 -0.2629 0.5679</w:t>
        <w:br/>
        <w:t>vn -0.4620 -0.3430 0.8179</w:t>
        <w:br/>
        <w:t>vn -0.6110 -0.3192 0.7244</w:t>
        <w:br/>
        <w:t>vn -0.6024 0.0266 0.7977</w:t>
        <w:br/>
        <w:t>vn -0.3510 0.5185 -0.7798</w:t>
        <w:br/>
        <w:t>vn -0.4315 0.2091 -0.8776</w:t>
        <w:br/>
        <w:t>vn -0.1963 0.2324 -0.9526</w:t>
        <w:br/>
        <w:t>vn -0.1535 0.5356 -0.8304</w:t>
        <w:br/>
        <w:t>vn -0.0344 -0.1087 -0.9935</w:t>
        <w:br/>
        <w:t>vn -0.0210 0.2476 -0.9686</w:t>
        <w:br/>
        <w:t>vn -0.2226 -0.1274 -0.9666</w:t>
        <w:br/>
        <w:t>vn 0.0120 -0.1029 -0.9946</w:t>
        <w:br/>
        <w:t>vn 0.0178 0.2526 -0.9674</w:t>
        <w:br/>
        <w:t>vn -0.8058 0.5595 -0.1939</w:t>
        <w:br/>
        <w:t>vn 0.1493 0.3949 0.9065</w:t>
        <w:br/>
        <w:t>vn 0.1857 0.0644 0.9805</w:t>
        <w:br/>
        <w:t>vn -0.0797 0.3789 0.9220</w:t>
        <w:br/>
        <w:t>vn 0.2050 -0.3223 0.9242</w:t>
        <w:br/>
        <w:t>vn 0.4515 0.0656 0.8899</w:t>
        <w:br/>
        <w:t>vn 0.4513 -0.3103 0.8367</w:t>
        <w:br/>
        <w:t>vn 0.7853 0.5437 0.2961</w:t>
        <w:br/>
        <w:t>vn 0.7961 0.5827 0.1635</w:t>
        <w:br/>
        <w:t>vn 0.9501 0.2645 0.1653</w:t>
        <w:br/>
        <w:t>vn 0.9343 0.2157 0.2840</w:t>
        <w:br/>
        <w:t>vn 0.9614 -0.1573 0.2258</w:t>
        <w:br/>
        <w:t>vn 0.8485 -0.2473 0.4678</w:t>
        <w:br/>
        <w:t>vn 0.8352 0.1174 0.5373</w:t>
        <w:br/>
        <w:t>vn 0.5791 0.3953 0.7130</w:t>
        <w:br/>
        <w:t>vn 0.6588 0.0636 0.7496</w:t>
        <w:br/>
        <w:t>vn 0.4022 0.3902 0.8282</w:t>
        <w:br/>
        <w:t>vn 0.7112 0.4530 0.5375</w:t>
        <w:br/>
        <w:t>vn -0.0077 0.5454 -0.8382</w:t>
        <w:br/>
        <w:t>vn 0.0205 0.5506 -0.8345</w:t>
        <w:br/>
        <w:t>vn -0.8303 0.5536 0.0648</w:t>
        <w:br/>
        <w:t>vn -0.7842 0.5186 0.3407</w:t>
        <w:br/>
        <w:t>vn -0.6500 0.4329 0.6246</w:t>
        <w:br/>
        <w:t>vn -0.5203 0.3650 0.7720</w:t>
        <w:br/>
        <w:t>vn -0.8588 -0.1381 -0.4934</w:t>
        <w:br/>
        <w:t>vn -0.6755 -0.1519 -0.7216</w:t>
        <w:br/>
        <w:t>vn -0.4693 -0.1466 -0.8708</w:t>
        <w:br/>
        <w:t>vn 0.9853 -0.1128 0.1284</w:t>
        <w:br/>
        <w:t>vn 0.6573 -0.2990 0.6918</w:t>
        <w:br/>
        <w:t>vn -0.2407 0.3348 0.9110</w:t>
        <w:br/>
        <w:t>vn 0.0648 -0.3703 0.9266</w:t>
        <w:br/>
        <w:t>vn 0.1225 -0.3542 0.9271</w:t>
        <w:br/>
        <w:t>vn -0.1851 0.3503 0.9181</w:t>
        <w:br/>
        <w:t>vn 0.2589 -0.3305 0.9076</w:t>
        <w:br/>
        <w:t>vn -0.0379 0.3756 0.9260</w:t>
        <w:br/>
        <w:t>vn 0.4648 -0.3396 0.8177</w:t>
        <w:br/>
        <w:t>vn 0.1687 0.4055 0.8984</w:t>
        <w:br/>
        <w:t>vn -0.0436 0.3803 0.9239</w:t>
        <w:br/>
        <w:t>vn 0.2659 -0.3571 0.8954</w:t>
        <w:br/>
        <w:t>vn 0.8560 -0.1626 -0.4907</w:t>
        <w:br/>
        <w:t>vn 0.6865 -0.1938 -0.7008</w:t>
        <w:br/>
        <w:t>vn 0.5222 0.5620 -0.6414</w:t>
        <w:br/>
        <w:t>vn 0.6738 0.5809 -0.4567</w:t>
        <w:br/>
        <w:t>vn 0.7591 0.6261 -0.1782</w:t>
        <w:br/>
        <w:t>vn 0.7787 0.6271 0.0186</w:t>
        <w:br/>
        <w:t>vn 0.9937 -0.1095 -0.0229</w:t>
        <w:br/>
        <w:t>vn 0.9736 -0.1134 -0.1982</w:t>
        <w:br/>
        <w:t>vn 0.7673 0.5863 0.2598</w:t>
        <w:br/>
        <w:t>vn 0.9724 -0.1526 0.1764</w:t>
        <w:br/>
        <w:t>vn 0.6582 0.5350 0.5297</w:t>
        <w:br/>
        <w:t>vn 0.8826 -0.1862 0.4316</w:t>
        <w:br/>
        <w:t>vn 0.9705 -0.1469 0.1914</w:t>
        <w:br/>
        <w:t>vn 0.7690 0.5864 0.2546</w:t>
        <w:br/>
        <w:t>vn 0.2938 0.4193 0.8590</w:t>
        <w:br/>
        <w:t>vn 0.1708 0.3968 0.9019</w:t>
        <w:br/>
        <w:t>vn 0.4467 -0.3164 0.8369</w:t>
        <w:br/>
        <w:t>vn 0.5571 -0.2949 0.7763</w:t>
        <w:br/>
        <w:t>vn 0.1905 0.5871 -0.7868</w:t>
        <w:br/>
        <w:t>vn 0.3279 0.5640 -0.7579</w:t>
        <w:br/>
        <w:t>vn 0.4705 -0.1821 -0.8634</w:t>
        <w:br/>
        <w:t>vn 0.3006 -0.1594 -0.9403</w:t>
        <w:br/>
        <w:t>vn 0.2907 0.5631 -0.7736</w:t>
        <w:br/>
        <w:t>vn 0.5257 0.5634 -0.6373</w:t>
        <w:br/>
        <w:t>vn 0.6960 -0.1938 -0.6914</w:t>
        <w:br/>
        <w:t>vn 0.4462 -0.1804 -0.8766</w:t>
        <w:br/>
        <w:t>vn 0.0421 0.6021 -0.7973</w:t>
        <w:br/>
        <w:t>vn 0.1520 0.5860 -0.7959</w:t>
        <w:br/>
        <w:t>vn 0.2717 -0.1582 -0.9493</w:t>
        <w:br/>
        <w:t>vn 0.1013 -0.1394 -0.9850</w:t>
        <w:br/>
        <w:t>vn 0.0281 -0.1322 -0.9908</w:t>
        <w:br/>
        <w:t>vn 0.0001 0.6071 -0.7946</w:t>
        <w:br/>
        <w:t>vn 0.4329 0.4705 0.7689</w:t>
        <w:br/>
        <w:t>vn 0.6913 -0.2480 0.6787</w:t>
        <w:br/>
        <w:t>vn 0.9653 -0.1140 -0.2351</w:t>
        <w:br/>
        <w:t>vn 0.7469 0.6318 -0.2074</w:t>
        <w:br/>
        <w:t>vn -0.4012 0.8405 0.3640</w:t>
        <w:br/>
        <w:t>vn -0.3770 0.8495 0.3690</w:t>
        <w:br/>
        <w:t>vn -0.3943 0.9189 -0.0120</w:t>
        <w:br/>
        <w:t>vn -0.3965 0.9179 -0.0174</w:t>
        <w:br/>
        <w:t>vn 0.3330 -0.8565 0.3944</w:t>
        <w:br/>
        <w:t>vn 0.3994 -0.9167 0.0157</w:t>
        <w:br/>
        <w:t>vn 0.4030 -0.9152 0.0053</w:t>
        <w:br/>
        <w:t>vn 0.3599 -0.8495 0.3858</w:t>
        <w:br/>
        <w:t>vn 0.4051 -0.8451 0.3489</w:t>
        <w:br/>
        <w:t>vn 0.3887 -0.9209 -0.0296</w:t>
        <w:br/>
        <w:t>vn -0.3509 0.8546 0.3828</w:t>
        <w:br/>
        <w:t>vn -0.3116 0.8559 0.4127</w:t>
        <w:br/>
        <w:t>vn -0.3877 0.9207 0.0444</w:t>
        <w:br/>
        <w:t>vn -0.3917 0.9201 0.0069</w:t>
        <w:br/>
        <w:t>vn 0.4564 -0.8437 0.2825</w:t>
        <w:br/>
        <w:t>vn 0.3558 -0.9313 -0.0779</w:t>
        <w:br/>
        <w:t>vn -0.2134 0.8710 0.4424</w:t>
        <w:br/>
        <w:t>vn -0.3727 0.9231 0.0948</w:t>
        <w:br/>
        <w:t>vn 0.0321 0.9790 -0.2012</w:t>
        <w:br/>
        <w:t>vn -0.0738 0.9917 -0.1048</w:t>
        <w:br/>
        <w:t>vn 0.0196 0.9957 -0.0906</w:t>
        <w:br/>
        <w:t>vn 0.0701 0.9903 -0.1196</w:t>
        <w:br/>
        <w:t>vn 0.5452 -0.8026 -0.2422</w:t>
        <w:br/>
        <w:t>vn 0.3372 -0.9348 -0.1119</w:t>
        <w:br/>
        <w:t>vn 0.3865 -0.8807 -0.2737</w:t>
        <w:br/>
        <w:t>vn 0.4482 -0.8227 -0.3497</w:t>
        <w:br/>
        <w:t>vn 0.6304 -0.7761 -0.0139</w:t>
        <w:br/>
        <w:t>vn 0.3959 -0.9179 0.0267</w:t>
        <w:br/>
        <w:t>vn 0.6105 -0.7827 -0.1211</w:t>
        <w:br/>
        <w:t>vn 0.0761 0.9960 -0.0474</w:t>
        <w:br/>
        <w:t>vn 0.0898 0.9952 -0.0385</w:t>
        <w:br/>
        <w:t>vn 0.3040 0.9503 0.0672</w:t>
        <w:br/>
        <w:t>vn 0.1101 0.9925 0.0538</w:t>
        <w:br/>
        <w:t>vn -0.2579 0.9593 0.1148</w:t>
        <w:br/>
        <w:t>vn 0.1117 0.9748 0.1930</w:t>
        <w:br/>
        <w:t>vn 0.6169 -0.7869 0.0170</w:t>
        <w:br/>
        <w:t>vn 0.2780 -0.9568 -0.0852</w:t>
        <w:br/>
        <w:t>vn 0.5978 -0.7977 0.0793</w:t>
        <w:br/>
        <w:t>vn 0.2957 -0.9453 -0.1375</w:t>
        <w:br/>
        <w:t>vn 0.0453 0.9456 0.3221</w:t>
        <w:br/>
        <w:t>vn -0.2969 0.9447 0.1395</w:t>
        <w:br/>
        <w:t>vn -0.0775 0.9062 0.4156</w:t>
        <w:br/>
        <w:t>vn -0.3410 0.9304 0.1340</w:t>
        <w:br/>
        <w:t>vn 0.5344 -0.8270 0.1745</w:t>
        <w:br/>
        <w:t>vn 0.4871 -0.8419 0.2322</w:t>
        <w:br/>
        <w:t>vn 0.3330 -0.9359 -0.1149</w:t>
        <w:br/>
        <w:t>vn 0.3195 -0.9372 -0.1403</w:t>
        <w:br/>
        <w:t>vn 0.3368 -0.8198 -0.4631</w:t>
        <w:br/>
        <w:t>vn 0.2999 -0.8779 -0.3732</w:t>
        <w:br/>
        <w:t>vn 0.2113 -0.8706 -0.4443</w:t>
        <w:br/>
        <w:t>vn 0.2322 -0.8103 -0.5381</w:t>
        <w:br/>
        <w:t>vn -0.0363 0.9740 -0.2238</w:t>
        <w:br/>
        <w:t>vn -0.0564 0.9808 -0.1869</w:t>
        <w:br/>
        <w:t>vn 0.1034 -0.8010 -0.5896</w:t>
        <w:br/>
        <w:t>vn 0.0972 -0.8647 -0.4929</w:t>
        <w:br/>
        <w:t>vn -0.0392 0.9849 -0.1686</w:t>
        <w:br/>
        <w:t>vn -0.0260 0.9856 -0.1669</w:t>
        <w:br/>
        <w:t>vn -0.0337 0.9813 0.1896</w:t>
        <w:br/>
        <w:t>vn 0.0379 -0.7948 -0.6057</w:t>
        <w:br/>
        <w:t>vn 0.0307 -0.9677 -0.2503</w:t>
        <w:br/>
        <w:t>vn -0.1902 0.2146 0.9580</w:t>
        <w:br/>
        <w:t>vn 0.0672 -0.3719 0.9258</w:t>
        <w:br/>
        <w:t>vn 0.0673 -0.3710 0.9262</w:t>
        <w:br/>
        <w:t>vn -0.1285 0.3711 0.9197</w:t>
        <w:br/>
        <w:t>vn 0.1774 -0.3487 0.9203</w:t>
        <w:br/>
        <w:t>vn 0.8962 -0.1631 -0.4127</w:t>
        <w:br/>
        <w:t>vn 0.7142 0.5829 -0.3876</w:t>
        <w:br/>
        <w:t>vn 0.7794 0.6241 0.0559</w:t>
        <w:br/>
        <w:t>vn 0.9936 -0.1101 0.0271</w:t>
        <w:br/>
        <w:t>vn 0.6668 0.5297 0.5242</w:t>
        <w:br/>
        <w:t>vn 0.8872 -0.1983 0.4167</w:t>
        <w:br/>
        <w:t>vn 0.7093 -0.2721 0.6503</w:t>
        <w:br/>
        <w:t>vn 0.4485 0.4641 0.7639</w:t>
        <w:br/>
        <w:t>vn 0.0608 0.6019 -0.7962</w:t>
        <w:br/>
        <w:t>vn 0.1159 -0.1385 -0.9836</w:t>
        <w:br/>
        <w:t>vn 0.0120 0.6064 -0.7951</w:t>
        <w:br/>
        <w:t>vn 0.0348 -0.1300 -0.9909</w:t>
        <w:br/>
        <w:t>vn -0.0475 -0.0041 0.9989</w:t>
        <w:br/>
        <w:t>vn 0.0105 -0.2519 0.9677</w:t>
        <w:br/>
        <w:t>vn -0.2395 0.3334 0.9119</w:t>
        <w:br/>
        <w:t>vn -0.1852 0.3470 0.9194</w:t>
        <w:br/>
        <w:t>vn 0.0994 0.0334 0.9945</w:t>
        <w:br/>
        <w:t>vn -0.0360 0.3723 0.9274</w:t>
        <w:br/>
        <w:t>vn 0.1644 0.4057 0.8991</w:t>
        <w:br/>
        <w:t>vn 0.3235 0.0717 0.9435</w:t>
        <w:br/>
        <w:t>vn 0.6948 -0.1913 -0.6932</w:t>
        <w:br/>
        <w:t>vn 0.8904 -0.1590 -0.4265</w:t>
        <w:br/>
        <w:t>vn 0.8503 0.2271 -0.4747</w:t>
        <w:br/>
        <w:t>vn 0.6592 0.2011 -0.7246</w:t>
        <w:br/>
        <w:t>vn 0.7874 0.6145 0.0484</w:t>
        <w:br/>
        <w:t>vn 0.7553 0.6231 -0.2034</w:t>
        <w:br/>
        <w:t>vn 0.9375 0.2654 -0.2249</w:t>
        <w:br/>
        <w:t>vn 0.9671 0.2536 0.0181</w:t>
        <w:br/>
        <w:t>vn 0.9440 0.2284 0.2380</w:t>
        <w:br/>
        <w:t>vn 0.8081 0.5182 0.2802</w:t>
        <w:br/>
        <w:t>vn 0.8339 0.1961 0.5160</w:t>
        <w:br/>
        <w:t>vn 0.6534 0.5439 0.5266</w:t>
        <w:br/>
        <w:t>vn 0.3176 0.3598 0.8773</w:t>
        <w:br/>
        <w:t>vn 0.2774 -0.1610 -0.9472</w:t>
        <w:br/>
        <w:t>vn 0.4512 -0.1823 -0.8736</w:t>
        <w:br/>
        <w:t>vn 0.4167 0.2069 -0.8852</w:t>
        <w:br/>
        <w:t>vn 0.2491 0.2310 -0.9405</w:t>
        <w:br/>
        <w:t>vn 0.5219 0.5644 -0.6396</w:t>
        <w:br/>
        <w:t>vn 0.3233 0.5629 -0.7607</w:t>
        <w:br/>
        <w:t>vn 0.1856 0.5851 -0.7894</w:t>
        <w:br/>
        <w:t>vn 0.0588 0.5993 -0.7984</w:t>
        <w:br/>
        <w:t>vn 0.0873 0.2479 -0.9649</w:t>
        <w:br/>
        <w:t>vn 0.0112 0.6044 -0.7966</w:t>
        <w:br/>
        <w:t>vn 0.0212 0.2526 -0.9673</w:t>
        <w:br/>
        <w:t>vn 0.6057 0.1287 0.7853</w:t>
        <w:br/>
        <w:t>vn 0.4332 0.4704 0.7688</w:t>
        <w:br/>
        <w:t>vn 0.6792 0.5835 -0.4452</w:t>
        <w:br/>
        <w:t>vn -0.1834 0.3539 0.9171</w:t>
        <w:br/>
        <w:t>vn 0.0672 -0.3715 0.9260</w:t>
        <w:br/>
        <w:t>vn 0.1211 -0.3562 0.9265</w:t>
        <w:br/>
        <w:t>vn 0.1463 -0.2697 0.9518</w:t>
        <w:br/>
        <w:t>vn 0.1210 -0.3569 0.9263</w:t>
        <w:br/>
        <w:t>vn 0.2718 -0.3552 0.8944</w:t>
        <w:br/>
        <w:t>vn 0.4649 -0.3349 0.8195</w:t>
        <w:br/>
        <w:t>vn 0.7245 -0.1687 0.6684</w:t>
        <w:br/>
        <w:t>vn 0.8882 -0.1821 0.4217</w:t>
        <w:br/>
        <w:t>vn 0.9721 -0.1521 0.1783</w:t>
        <w:br/>
        <w:t>vn 0.9923 -0.1226 -0.0163</w:t>
        <w:br/>
        <w:t>vn 0.9712 -0.1223 -0.2046</w:t>
        <w:br/>
        <w:t>vn 0.1044 -0.1426 -0.9843</w:t>
        <w:br/>
        <w:t>vn 0.0301 -0.1345 -0.9905</w:t>
        <w:br/>
        <w:t>vn -0.3937 -0.1196 0.9114</w:t>
        <w:br/>
        <w:t>vn -0.3123 0.3678 0.8759</w:t>
        <w:br/>
        <w:t>vn -0.5043 -0.2476 0.8272</w:t>
        <w:br/>
        <w:t>vn -0.9730 -0.2263 0.0442</w:t>
        <w:br/>
        <w:t>vn -0.7931 0.6060 0.0618</w:t>
        <w:br/>
        <w:t>vn -0.7684 0.6099 -0.1938</w:t>
        <w:br/>
        <w:t>vn -0.9612 -0.2213 -0.1645</w:t>
        <w:br/>
        <w:t>vn -0.7598 0.5759 0.3017</w:t>
        <w:br/>
        <w:t>vn -0.9285 -0.2622 0.2628</w:t>
        <w:br/>
        <w:t>vn -0.9275 0.1863 0.3240</w:t>
        <w:br/>
        <w:t>vn -0.7992 0.1061 0.5916</w:t>
        <w:br/>
        <w:t>vn -0.8069 -0.3231 0.4945</w:t>
        <w:br/>
        <w:t>vn -0.9283 -0.2555 0.2701</w:t>
        <w:br/>
        <w:t>vn -0.7296 -0.2032 -0.6530</w:t>
        <w:br/>
        <w:t>vn -0.4592 0.6016 -0.6536</w:t>
        <w:br/>
        <w:t>vn -0.2361 0.6136 -0.7535</w:t>
        <w:br/>
        <w:t>vn -0.4957 -0.2101 -0.8427</w:t>
        <w:br/>
        <w:t>vn 0.0484 0.8278 -0.5589</w:t>
        <w:br/>
        <w:t>vn -0.0628 0.6573 -0.7510</w:t>
        <w:br/>
        <w:t>vn -0.0144 0.6256 -0.7800</w:t>
        <w:br/>
        <w:t>vn 0.0512 0.9235 0.3802</w:t>
        <w:br/>
        <w:t>vn 0.1544 0.9289 -0.3366</w:t>
        <w:br/>
        <w:t>vn 0.2548 0.9254 -0.2805</w:t>
        <w:br/>
        <w:t>vn 0.3660 0.9095 -0.1972</w:t>
        <w:br/>
        <w:t>vn 0.0685 0.9084 0.4125</w:t>
        <w:br/>
        <w:t>vn 0.0737 0.9634 -0.2578</w:t>
        <w:br/>
        <w:t>vn -0.0049 0.9739 -0.2271</w:t>
        <w:br/>
        <w:t>vn 0.5591 0.8218 0.1101</w:t>
        <w:br/>
        <w:t>vn 0.5259 0.8195 0.2277</w:t>
        <w:br/>
        <w:t>vn -0.0628 0.9937 -0.0926</w:t>
        <w:br/>
        <w:t>vn -0.0433 0.9983 0.0380</w:t>
        <w:br/>
        <w:t>vn 0.6047 0.7964 0.0072</w:t>
        <w:br/>
        <w:t>vn 0.5746 0.8173 0.0434</w:t>
        <w:br/>
        <w:t>vn 0.0153 0.9943 0.1058</w:t>
        <w:br/>
        <w:t>vn 0.6189 0.7791 -0.0993</w:t>
        <w:br/>
        <w:t>vn 0.0089 0.9782 0.2073</w:t>
        <w:br/>
        <w:t>vn 0.5292 0.8250 -0.1982</w:t>
        <w:br/>
        <w:t>vn 0.4151 0.8887 -0.1945</w:t>
        <w:br/>
        <w:t>vn 0.0108 0.9378 0.3471</w:t>
        <w:br/>
        <w:t>vn 0.1930 0.9698 -0.1489</w:t>
        <w:br/>
        <w:t>vn 0.1468 0.9657 -0.2141</w:t>
        <w:br/>
        <w:t>vn 0.4259 0.8228 0.3762</w:t>
        <w:br/>
        <w:t>vn 0.2906 0.8182 0.4962</w:t>
        <w:br/>
        <w:t>vn 0.1321 0.8143 0.5652</w:t>
        <w:br/>
        <w:t>vn 0.1172 0.9855 -0.1227</w:t>
        <w:br/>
        <w:t>vn 0.0294 0.9914 -0.1278</w:t>
        <w:br/>
        <w:t>vn 0.0230 0.8061 0.5913</w:t>
        <w:br/>
        <w:t>vn -0.8778 -0.2183 -0.4263</w:t>
        <w:br/>
        <w:t>vn -0.6384 0.6016 -0.4800</w:t>
        <w:br/>
        <w:t>vn -0.8095 -0.3321 0.4841</w:t>
        <w:br/>
        <w:t>vn -0.6565 0.5045 0.5608</w:t>
        <w:br/>
        <w:t>vn -0.6318 -0.4117 0.6567</w:t>
        <w:br/>
        <w:t>vn -0.4791 0.4241 0.7685</w:t>
        <w:br/>
        <w:t>vn 0.0035 0.9332 0.3592</w:t>
        <w:br/>
        <w:t>vn 0.0032 0.9676 -0.2524</w:t>
        <w:br/>
        <w:t>vn 0.0172 0.5271 0.8496</w:t>
        <w:br/>
        <w:t>vn 0.1170 0.5590 0.8209</w:t>
        <w:br/>
        <w:t>vn 0.2906 0.5942 0.7500</w:t>
        <w:br/>
        <w:t>vn 0.4993 0.5999 0.6251</w:t>
        <w:br/>
        <w:t>vn 0.6714 0.5917 0.4462</w:t>
        <w:br/>
        <w:t>vn 0.7525 0.6019 0.2675</w:t>
        <w:br/>
        <w:t>vn 0.7870 0.6083 0.1033</w:t>
        <w:br/>
        <w:t>vn 0.7877 0.6161 -0.0012</w:t>
        <w:br/>
        <w:t>vn 0.7497 0.6448 -0.1488</w:t>
        <w:br/>
        <w:t>vn 0.6451 0.6930 -0.3219</w:t>
        <w:br/>
        <w:t>vn 0.5352 0.7323 -0.4211</w:t>
        <w:br/>
        <w:t>vn 0.4572 0.7457 -0.4847</w:t>
        <w:br/>
        <w:t>vn 0.3162 0.7489 -0.5824</w:t>
        <w:br/>
        <w:t>vn 0.2050 0.7411 -0.6393</w:t>
        <w:br/>
        <w:t>vn -0.5621 -0.3648 -0.7423</w:t>
        <w:br/>
        <w:t>vn -0.7304 -0.2053 -0.6514</w:t>
        <w:br/>
        <w:t>vn -0.8783 -0.2114 -0.4288</w:t>
        <w:br/>
        <w:t>vn -0.9627 -0.2123 -0.1677</w:t>
        <w:br/>
        <w:t>vn -0.9747 -0.2192 0.0446</w:t>
        <w:br/>
        <w:t>vn -0.6405 -0.3880 0.6627</w:t>
        <w:br/>
        <w:t>vn 0.3553 0.0768 0.9316</w:t>
        <w:br/>
        <w:t>vn 0.1195 0.0428 0.9919</w:t>
        <w:br/>
        <w:t>vn -0.8351 0.2242 -0.5024</w:t>
        <w:br/>
        <w:t>vn -0.6593 0.2215 -0.7185</w:t>
        <w:br/>
        <w:t>vn -0.6238 0.0376 0.7807</w:t>
        <w:br/>
        <w:t>vn -0.9526 0.2274 -0.2024</w:t>
        <w:br/>
        <w:t>vn -0.9728 0.2243 0.0587</w:t>
        <w:br/>
        <w:t>vn 0.8352 0.1985 0.5129</w:t>
        <w:br/>
        <w:t>vn -0.3414 -0.6285 -0.6989</w:t>
        <w:br/>
        <w:t>vn 0.4429 0.5777 0.6856</w:t>
        <w:br/>
        <w:t>vn 0.2706 -0.1839 0.9450</w:t>
        <w:br/>
        <w:t>vn 0.1874 -0.2243 0.9563</w:t>
        <w:br/>
        <w:t>vn 0.3481 0.5833 0.7339</w:t>
        <w:br/>
        <w:t>vn 0.5420 0.5541 0.6318</w:t>
        <w:br/>
        <w:t>vn 0.3640 -0.1424 0.9205</w:t>
        <w:br/>
        <w:t>vn 0.2663 -0.0548 0.9623</w:t>
        <w:br/>
        <w:t>vn 0.4261 0.5340 0.7302</w:t>
        <w:br/>
        <w:t>vn 0.2541 0.4478 0.8572</w:t>
        <w:br/>
        <w:t>vn 0.1568 0.1151 0.9809</w:t>
        <w:br/>
        <w:t>vn 0.1852 0.9827 0.0013</w:t>
        <w:br/>
        <w:t>vn 0.2853 0.9575 -0.0414</w:t>
        <w:br/>
        <w:t>vn 0.1199 0.9039 -0.4105</w:t>
        <w:br/>
        <w:t>vn 0.0371 0.9196 -0.3911</w:t>
        <w:br/>
        <w:t>vn -0.0887 -0.8263 0.5561</w:t>
        <w:br/>
        <w:t>vn -0.1981 -0.9016 0.3846</w:t>
        <w:br/>
        <w:t>vn 0.0628 -0.9938 0.0915</w:t>
        <w:br/>
        <w:t>vn 0.2408 -0.8966 0.3717</w:t>
        <w:br/>
        <w:t>vn 0.6857 -0.7279 -0.0048</w:t>
        <w:br/>
        <w:t>vn 0.5248 -0.8028 -0.2831</w:t>
        <w:br/>
        <w:t>vn 0.7352 -0.4079 -0.5414</w:t>
        <w:br/>
        <w:t>vn 0.9041 -0.3497 -0.2455</w:t>
        <w:br/>
        <w:t>vn -0.3218 -0.6608 0.6781</w:t>
        <w:br/>
        <w:t>vn -0.4216 -0.8555 0.3006</w:t>
        <w:br/>
        <w:t>vn -0.3499 -0.8952 0.2761</w:t>
        <w:br/>
        <w:t>vn -0.2081 -0.7527 0.6246</w:t>
        <w:br/>
        <w:t>vn 0.5239 0.6693 -0.5269</w:t>
        <w:br/>
        <w:t>vn 0.2086 0.8853 -0.4155</w:t>
        <w:br/>
        <w:t>vn 0.3805 0.9212 -0.0815</w:t>
        <w:br/>
        <w:t>vn 0.6765 0.7042 -0.2157</w:t>
        <w:br/>
        <w:t>vn 0.9315 0.1467 -0.3328</w:t>
        <w:br/>
        <w:t>vn 0.7721 0.0966 -0.6281</w:t>
        <w:br/>
        <w:t>vn 0.4503 0.5905 0.6697</w:t>
        <w:br/>
        <w:t>vn 0.3508 0.6075 0.7127</w:t>
        <w:br/>
        <w:t>vn 0.2784 -0.2073 0.9378</w:t>
        <w:br/>
        <w:t>vn 0.3142 -0.1853 0.9311</w:t>
        <w:br/>
        <w:t>vn 0.3575 -0.1518 0.9215</w:t>
        <w:br/>
        <w:t>vn 0.5451 0.5763 0.6089</w:t>
        <w:br/>
        <w:t>vn 0.8790 0.1930 0.4359</w:t>
        <w:br/>
        <w:t>vn 0.7060 0.4682 0.5314</w:t>
        <w:br/>
        <w:t>vn 0.2879 -0.0469 0.9565</w:t>
        <w:br/>
        <w:t>vn 0.2138 0.1191 0.9696</w:t>
        <w:br/>
        <w:t>vn 0.2500 0.2685 0.9302</w:t>
        <w:br/>
        <w:t>vn 0.8768 -0.0797 0.4741</w:t>
        <w:br/>
        <w:t>vn 0.7556 -0.2715 0.5961</w:t>
        <w:br/>
        <w:t>vn 0.3092 0.4113 0.8574</w:t>
        <w:br/>
        <w:t>vn 0.4560 0.5011 0.7355</w:t>
        <w:br/>
        <w:t>vn 0.5125 -0.3136 0.7994</w:t>
        <w:br/>
        <w:t>vn 0.1597 -0.1314 0.9784</w:t>
        <w:br/>
        <w:t>vn 0.3259 -0.2671 0.9069</w:t>
        <w:br/>
        <w:t>vn 0.5458 0.5359 0.6441</w:t>
        <w:br/>
        <w:t>vn 0.4341 0.6132 0.6599</w:t>
        <w:br/>
        <w:t>vn 0.3312 0.6664 0.6679</w:t>
        <w:br/>
        <w:t>vn -0.0025 -0.0086 1.0000</w:t>
        <w:br/>
        <w:t>vn 0.0630 0.3274 0.9428</w:t>
        <w:br/>
        <w:t>vn 0.5288 0.7805 -0.3334</w:t>
        <w:br/>
        <w:t>vn 0.6311 0.7217 -0.2843</w:t>
        <w:br/>
        <w:t>vn 0.5915 0.0823 -0.8021</w:t>
        <w:br/>
        <w:t>vn 0.4285 0.1714 -0.8871</w:t>
        <w:br/>
        <w:t>vn 0.9253 0.1425 -0.3514</w:t>
        <w:br/>
        <w:t>vn 0.9927 0.1021 0.0646</w:t>
        <w:br/>
        <w:t>vn 0.7186 -0.6885 0.0973</w:t>
        <w:br/>
        <w:t>vn 0.7397 -0.4571 -0.4939</w:t>
        <w:br/>
        <w:t>vn 0.5299 -0.5519 0.6439</w:t>
        <w:br/>
        <w:t>vn 0.8505 0.1541 0.5028</w:t>
        <w:br/>
        <w:t>vn 0.3946 -0.2553 0.8827</w:t>
        <w:br/>
        <w:t>vn 0.5756 0.5021 0.6454</w:t>
        <w:br/>
        <w:t>vn 0.5163 0.4293 0.7410</w:t>
        <w:br/>
        <w:t>vn 0.3223 0.7293 -0.6035</w:t>
        <w:br/>
        <w:t>vn 0.0649 0.1267 -0.9898</w:t>
        <w:br/>
        <w:t>vn 0.0019 0.1262 -0.9920</w:t>
        <w:br/>
        <w:t>vn 0.2792 0.7218 -0.6333</w:t>
        <w:br/>
        <w:t>vn 0.5374 0.7512 -0.3832</w:t>
        <w:br/>
        <w:t>vn 0.3485 0.1410 -0.9267</w:t>
        <w:br/>
        <w:t>vn 0.2188 0.1575 -0.9630</w:t>
        <w:br/>
        <w:t>vn 0.4407 0.7498 -0.4935</w:t>
        <w:br/>
        <w:t>vn 0.4812 -0.3881 0.7861</w:t>
        <w:br/>
        <w:t>vn 0.7275 0.3574 0.5856</w:t>
        <w:br/>
        <w:t>vn 0.7638 -0.2084 -0.6108</w:t>
        <w:br/>
        <w:t>vn 0.8163 0.5199 -0.2518</w:t>
        <w:br/>
        <w:t>vn -0.5025 -0.5479 0.6688</w:t>
        <w:br/>
        <w:t>vn -0.4841 -0.5438 0.6855</w:t>
        <w:br/>
        <w:t>vn -0.5909 -0.5037 0.6302</w:t>
        <w:br/>
        <w:t>vn -0.9298 0.0942 0.3558</w:t>
        <w:br/>
        <w:t>vn -0.8199 -0.2840 0.4970</w:t>
        <w:br/>
        <w:t>vn -0.8589 -0.2560 0.4435</w:t>
        <w:br/>
        <w:t>vn -0.7678 0.2256 -0.5997</w:t>
        <w:br/>
        <w:t>vn -0.6369 0.0463 -0.7695</w:t>
        <w:br/>
        <w:t>vn -0.6216 -0.0183 -0.7831</w:t>
        <w:br/>
        <w:t>vn -0.6631 0.0682 -0.7454</w:t>
        <w:br/>
        <w:t>vn -0.4793 -0.1923 -0.8563</w:t>
        <w:br/>
        <w:t>vn -0.4793 -0.1924 -0.8563</w:t>
        <w:br/>
        <w:t>vn -0.4806 -0.1972 -0.8545</w:t>
        <w:br/>
        <w:t>vn -0.3546 -0.5652 0.7448</w:t>
        <w:br/>
        <w:t>vn -0.2885 -0.5436 0.7882</w:t>
        <w:br/>
        <w:t>vn -0.2758 -0.6052 0.7468</w:t>
        <w:br/>
        <w:t>vn -0.3401 -0.5864 0.7351</w:t>
        <w:br/>
        <w:t>vn -0.5026 -0.1607 -0.8495</w:t>
        <w:br/>
        <w:t>vn -0.6034 -0.0828 -0.7931</w:t>
        <w:br/>
        <w:t>vn -0.5237 -0.1136 -0.8443</w:t>
        <w:br/>
        <w:t>vn -0.6074 -0.5406 0.5820</w:t>
        <w:br/>
        <w:t>vn -0.6351 -0.5110 0.5792</w:t>
        <w:br/>
        <w:t>vn -0.7565 -0.4431 0.4810</w:t>
        <w:br/>
        <w:t>vn -0.4291 -0.8671 0.2528</w:t>
        <w:br/>
        <w:t>vn -0.3582 -0.9015 0.2430</w:t>
        <w:br/>
        <w:t>vn -0.3499 -0.8952 0.2762</w:t>
        <w:br/>
        <w:t>vn 0.0372 0.9196 -0.3910</w:t>
        <w:br/>
        <w:t>vn 0.0984 0.8894 -0.4464</w:t>
        <w:br/>
        <w:t>vn 0.0171 0.9039 -0.4275</w:t>
        <w:br/>
        <w:t>vn 0.1011 0.6478 0.7551</w:t>
        <w:br/>
        <w:t>vn 0.3402 0.8193 0.4615</w:t>
        <w:br/>
        <w:t>vn 0.3616 0.8393 0.4059</w:t>
        <w:br/>
        <w:t>vn 0.1706 0.6636 0.7284</w:t>
        <w:br/>
        <w:t>vn -0.1513 -0.8393 -0.5221</w:t>
        <w:br/>
        <w:t>vn -0.1869 -0.7997 -0.5705</w:t>
        <w:br/>
        <w:t>vn 0.0298 -0.5651 -0.8245</w:t>
        <w:br/>
        <w:t>vn 0.1261 -0.6410 -0.7571</w:t>
        <w:br/>
        <w:t>vn 0.1710 -0.8190 -0.5478</w:t>
        <w:br/>
        <w:t>vn 0.0623 -0.9560 -0.2866</w:t>
        <w:br/>
        <w:t>vn -0.3500 -0.9206 -0.1730</w:t>
        <w:br/>
        <w:t>vn -0.1971 -0.9139 -0.3549</w:t>
        <w:br/>
        <w:t>vn 0.1618 0.9849 -0.0617</w:t>
        <w:br/>
        <w:t>vn 0.5789 0.8152 -0.0177</w:t>
        <w:br/>
        <w:t>vn 0.4651 0.8820 0.0756</w:t>
        <w:br/>
        <w:t>vn 0.0493 0.9543 0.2948</w:t>
        <w:br/>
        <w:t>vn 0.5730 0.8194 -0.0177</w:t>
        <w:br/>
        <w:t>vn 0.6008 0.7993 -0.0076</w:t>
        <w:br/>
        <w:t>vn 0.2491 0.9158 -0.3151</w:t>
        <w:br/>
        <w:t>vn 0.2783 0.8790 -0.3871</w:t>
        <w:br/>
        <w:t>vn -0.4557 -0.8896 -0.0328</w:t>
        <w:br/>
        <w:t>vn -0.0500 -0.9985 0.0235</w:t>
        <w:br/>
        <w:t>vn -0.0932 -0.9525 0.2899</w:t>
        <w:br/>
        <w:t>vn -0.4500 -0.8907 0.0637</w:t>
        <w:br/>
        <w:t>vn 0.2086 0.8853 -0.4156</w:t>
        <w:br/>
        <w:t>vn 0.1864 0.8721 -0.4525</w:t>
        <w:br/>
        <w:t>vn -0.2869 -0.9285 0.2358</w:t>
        <w:br/>
        <w:t>vn 0.3994 0.8932 0.2065</w:t>
        <w:br/>
        <w:t>vn 0.4079 0.9012 0.1463</w:t>
        <w:br/>
        <w:t>vn 0.2818 0.7592 0.5866</w:t>
        <w:br/>
        <w:t>vn 0.2674 0.7367 0.6211</w:t>
        <w:br/>
        <w:t>vn -0.3572 -0.8249 -0.4381</w:t>
        <w:br/>
        <w:t>vn -0.2037 -0.5158 -0.8321</w:t>
        <w:br/>
        <w:t>vn -0.1557 -0.5690 -0.8075</w:t>
        <w:br/>
        <w:t>vn -0.2982 -0.8087 -0.5070</w:t>
        <w:br/>
        <w:t>vn -0.0491 -0.5722 -0.8186</w:t>
        <w:br/>
        <w:t>vn -0.2330 -0.8043 -0.5466</w:t>
        <w:br/>
        <w:t>vn 0.4304 0.9010 -0.0552</w:t>
        <w:br/>
        <w:t>vn 0.5128 0.8576 -0.0386</w:t>
        <w:br/>
        <w:t>vn 0.2642 0.8761 -0.4033</w:t>
        <w:br/>
        <w:t>vn 0.2235 0.8742 -0.4311</w:t>
        <w:br/>
        <w:t>vn -0.0775 -0.8383 0.5397</w:t>
        <w:br/>
        <w:t>vn -0.3147 -0.9249 0.2133</w:t>
        <w:br/>
        <w:t>vn -0.3804 -0.9135 0.1442</w:t>
        <w:br/>
        <w:t>vn -0.0917 -0.8856 0.4553</w:t>
        <w:br/>
        <w:t>vn 0.3040 0.8446 0.4407</w:t>
        <w:br/>
        <w:t>vn 0.0211 0.6843 0.7289</w:t>
        <w:br/>
        <w:t>vn -0.0215 0.8191 0.5732</w:t>
        <w:br/>
        <w:t>vn 0.3336 0.8983 0.2859</w:t>
        <w:br/>
        <w:t>vn 0.6121 0.7332 -0.2961</w:t>
        <w:br/>
        <w:t>vn 0.6458 0.7138 -0.2710</w:t>
        <w:br/>
        <w:t>vn 0.5680 0.1007 -0.8169</w:t>
        <w:br/>
        <w:t>vn 0.4718 0.1315 -0.8719</w:t>
        <w:br/>
        <w:t>vn 0.9781 0.0688 -0.1962</w:t>
        <w:br/>
        <w:t>vn 0.9891 0.0756 0.1262</w:t>
        <w:br/>
        <w:t>vn 0.7049 -0.7002 0.1136</w:t>
        <w:br/>
        <w:t>vn 0.7744 -0.5329 -0.3410</w:t>
        <w:br/>
        <w:t>vn 0.5921 -0.5894 0.5496</w:t>
        <w:br/>
        <w:t>vn 0.8831 0.1626 0.4402</w:t>
        <w:br/>
        <w:t>vn 0.4106 0.6888 -0.5975</w:t>
        <w:br/>
        <w:t>vn 0.1889 0.1195 -0.9747</w:t>
        <w:br/>
        <w:t>vn 0.1762 0.1025 -0.9790</w:t>
        <w:br/>
        <w:t>vn 0.3941 0.6521 -0.6476</w:t>
        <w:br/>
        <w:t>vn 0.4798 0.7815 -0.3987</w:t>
        <w:br/>
        <w:t>vn 0.3267 0.1572 -0.9320</w:t>
        <w:br/>
        <w:t>vn 0.1855 0.1591 -0.9697</w:t>
        <w:br/>
        <w:t>vn 0.4018 0.7734 -0.4904</w:t>
        <w:br/>
        <w:t>vn 0.3158 -0.2093 0.9254</w:t>
        <w:br/>
        <w:t>vn 0.4118 -0.3254 0.8512</w:t>
        <w:br/>
        <w:t>vn 0.6860 0.3908 0.6137</w:t>
        <w:br/>
        <w:t>vn 0.5756 0.5061 0.6422</w:t>
        <w:br/>
        <w:t>vn 0.6823 -0.1072 -0.7232</w:t>
        <w:br/>
        <w:t>vn 0.7468 0.5796 -0.3262</w:t>
        <w:br/>
        <w:t>vn -0.6590 -0.4587 0.5961</w:t>
        <w:br/>
        <w:t>vn -0.5456 -0.5459 0.6358</w:t>
        <w:br/>
        <w:t>vn -0.9435 0.3113 -0.1134</w:t>
        <w:br/>
        <w:t>vn -0.9086 0.3955 -0.1345</w:t>
        <w:br/>
        <w:t>vn -0.7414 0.2036 -0.6395</w:t>
        <w:br/>
        <w:t>vn -0.2996 -0.4788 0.8252</w:t>
        <w:br/>
        <w:t>vn -0.2512 -0.4405 0.8619</w:t>
        <w:br/>
        <w:t>vn -0.2433 -0.5292 0.8129</w:t>
        <w:br/>
        <w:t>vn -0.3689 -0.5436 0.7539</w:t>
        <w:br/>
        <w:t>vn 0.4942 0.2124 -0.8430</w:t>
        <w:br/>
        <w:t>vn 0.5169 0.7394 -0.4314</w:t>
        <w:br/>
        <w:t>vn 0.4857 0.5312 -0.6942</w:t>
        <w:br/>
        <w:t>vn 0.8178 -0.5640 0.1141</w:t>
        <w:br/>
        <w:t>vn 0.9701 0.1317 -0.2041</w:t>
        <w:br/>
        <w:t>vn 0.8122 -0.3295 -0.4813</w:t>
        <w:br/>
        <w:t>vn 0.7151 0.3567 0.6011</w:t>
        <w:br/>
        <w:t>vn 0.8515 0.0390 0.5229</w:t>
        <w:br/>
        <w:t>vn 0.5088 -0.3489 0.7870</w:t>
        <w:br/>
        <w:t>vn 0.6224 0.0166 0.7825</w:t>
        <w:br/>
        <w:t>vn 0.2161 0.2491 -0.9441</w:t>
        <w:br/>
        <w:t>vn 0.3450 0.7412 -0.5758</w:t>
        <w:br/>
        <w:t>vn 0.3303 0.7216 -0.6084</w:t>
        <w:br/>
        <w:t>vn 0.1539 0.1477 -0.9770</w:t>
        <w:br/>
        <w:t>vn 0.4135 0.8110 -0.4139</w:t>
        <w:br/>
        <w:t>vn 0.3791 0.5904 -0.7125</w:t>
        <w:br/>
        <w:t>vn 0.3285 -0.2227 0.9179</w:t>
        <w:br/>
        <w:t>vn 0.5777 0.4110 0.7052</w:t>
        <w:br/>
        <w:t>vn 0.4155 -0.3276 0.8485</w:t>
        <w:br/>
        <w:t>vn 0.5708 0.2318 -0.7877</w:t>
        <w:br/>
        <w:t>vn 0.7370 0.0410 -0.6746</w:t>
        <w:br/>
        <w:t>vn 0.6521 0.5221 -0.5497</w:t>
        <w:br/>
        <w:t>vn 0.6796 0.7155 -0.1620</w:t>
        <w:br/>
        <w:t>vn 0.4474 -0.4136 0.7929</w:t>
        <w:br/>
        <w:t>vn 0.2382 0.1860 -0.9532</w:t>
        <w:br/>
        <w:t>vn 0.3473 0.1485 -0.9259</w:t>
        <w:br/>
        <w:t>vn 0.6253 0.7311 -0.2730</w:t>
        <w:br/>
        <w:t>vn 0.5421 0.7526 -0.3738</w:t>
        <w:br/>
        <w:t>vn 0.8283 0.4630 -0.3155</w:t>
        <w:br/>
        <w:t>vn 0.7276 0.6843 -0.0480</w:t>
        <w:br/>
        <w:t>vn 0.9902 0.0609 0.1256</w:t>
        <w:br/>
        <w:t>vn 0.7514 0.2737 0.6004</w:t>
        <w:br/>
        <w:t>vn 0.5336 -0.5493 0.6431</w:t>
        <w:br/>
        <w:t>vn -0.4654 -0.5393 0.7018</w:t>
        <w:br/>
        <w:t>vn -0.8811 -0.0920 0.4639</w:t>
        <w:br/>
        <w:t>vn 0.3794 0.8684 0.3194</w:t>
        <w:br/>
        <w:t>vn 0.2353 0.6862 0.6883</w:t>
        <w:br/>
        <w:t>vn 0.3900 0.7394 -0.5488</w:t>
        <w:br/>
        <w:t>vn 0.1330 0.1362 -0.9817</w:t>
        <w:br/>
        <w:t>vn 0.3704 0.7451 -0.5546</w:t>
        <w:br/>
        <w:t>vn -0.3850 -0.8308 -0.4019</w:t>
        <w:br/>
        <w:t>vn -0.2932 -0.5780 -0.7616</w:t>
        <w:br/>
        <w:t>vn 0.3685 -0.0437 0.9286</w:t>
        <w:br/>
        <w:t>vn 0.5252 0.7896 0.3173</w:t>
        <w:br/>
        <w:t>vn -0.6482 -0.7344 0.2012</w:t>
        <w:br/>
        <w:t>vn -0.0854 -0.9369 -0.3391</w:t>
        <w:br/>
        <w:t>vn -0.7038 -0.5786 -0.4121</w:t>
        <w:br/>
        <w:t>vn -0.8586 -0.4952 0.1323</w:t>
        <w:br/>
        <w:t>vn -0.7394 -0.0820 0.6683</w:t>
        <w:br/>
        <w:t>vn -0.9238 -0.2663 0.2750</w:t>
        <w:br/>
        <w:t>vn -0.9294 -0.2570 0.2648</w:t>
        <w:br/>
        <w:t>vn -0.7778 -0.0968 0.6210</w:t>
        <w:br/>
        <w:t>vn -0.4972 -0.8634 -0.0855</w:t>
        <w:br/>
        <w:t>vn -0.5516 0.0731 0.8309</w:t>
        <w:br/>
        <w:t>vn -0.6179 0.0474 0.7848</w:t>
        <w:br/>
        <w:t>vn -0.8867 -0.2936 0.3571</w:t>
        <w:br/>
        <w:t>vn -0.7574 -0.2437 0.6058</w:t>
        <w:br/>
        <w:t>vn -0.7189 -0.6874 -0.1033</w:t>
        <w:br/>
        <w:t>vn -0.7188 -0.6874 -0.1033</w:t>
        <w:br/>
        <w:t>vn -0.8112 -0.2450 0.5310</w:t>
        <w:br/>
        <w:t>vn -0.8720 -0.4839 -0.0731</w:t>
        <w:br/>
        <w:t>vn -0.8133 -0.5793 -0.0537</w:t>
        <w:br/>
        <w:t>vn -0.9364 -0.2997 -0.1825</w:t>
        <w:br/>
        <w:t>vn -0.8880 -0.3391 0.3107</w:t>
        <w:br/>
        <w:t>vn -0.7209 -0.3530 0.5964</w:t>
        <w:br/>
        <w:t>vn -0.6873 -0.3687 0.6258</w:t>
        <w:br/>
        <w:t>vn -0.9791 0.0380 -0.2000</w:t>
        <w:br/>
        <w:t>vn -0.9791 0.0379 -0.2000</w:t>
        <w:br/>
        <w:t>vn -0.6340 -0.3599 0.6845</w:t>
        <w:br/>
        <w:t>vn -0.9267 0.3727 0.0490</w:t>
        <w:br/>
        <w:t>vn -0.9267 0.3727 0.0489</w:t>
        <w:br/>
        <w:t>vn -0.6447 -0.3912 0.6567</w:t>
        <w:br/>
        <w:t>vn -0.8179 0.0711 0.5709</w:t>
        <w:br/>
        <w:t>vn -0.7252 0.5466 0.4187</w:t>
        <w:br/>
        <w:t>vn 0.1845 0.9001 0.3946</w:t>
        <w:br/>
        <w:t>vn -0.4624 0.3344 0.8212</w:t>
        <w:br/>
        <w:t>vn -0.7575 -0.4119 0.5065</w:t>
        <w:br/>
        <w:t>vn -0.8179 0.0712 0.5709</w:t>
        <w:br/>
        <w:t>vn -0.9035 -0.2492 0.3487</w:t>
        <w:br/>
        <w:t>vn -0.6300 -0.3454 0.6955</w:t>
        <w:br/>
        <w:t>vn 0.2791 0.7165 0.6393</w:t>
        <w:br/>
        <w:t>vn 0.2993 0.6959 0.6528</w:t>
        <w:br/>
        <w:t>vn 0.6137 0.7547 0.2319</w:t>
        <w:br/>
        <w:t>vn -0.0724 0.5730 0.8163</w:t>
        <w:br/>
        <w:t>vn -0.5085 0.0332 0.8604</w:t>
        <w:br/>
        <w:t>vn -0.1701 -0.8893 0.4245</w:t>
        <w:br/>
        <w:t>vn -0.1100 -0.9004 0.4209</w:t>
        <w:br/>
        <w:t>vn -0.0503 -0.7168 0.6954</w:t>
        <w:br/>
        <w:t>vn -0.0430 -0.5411 0.8399</w:t>
        <w:br/>
        <w:t>vn 0.0000 0.3415 0.9399</w:t>
        <w:br/>
        <w:t>vn -0.0699 0.3453 0.9359</w:t>
        <w:br/>
        <w:t>vn -0.0755 0.1112 0.9909</w:t>
        <w:br/>
        <w:t>vn -0.0000 0.1106 0.9939</w:t>
        <w:br/>
        <w:t>vn -0.0848 -0.0928 0.9921</w:t>
        <w:br/>
        <w:t>vn 0.0000 -0.0903 0.9959</w:t>
        <w:br/>
        <w:t>vn -0.0849 -0.2004 0.9760</w:t>
        <w:br/>
        <w:t>vn -0.0000 -0.2044 0.9789</w:t>
        <w:br/>
        <w:t>vn -0.0802 -0.3205 0.9438</w:t>
        <w:br/>
        <w:t>vn -0.0000 -0.3104 0.9506</w:t>
        <w:br/>
        <w:t>vn -0.1738 -0.2149 0.9611</w:t>
        <w:br/>
        <w:t>vn -0.1731 -0.0923 0.9806</w:t>
        <w:br/>
        <w:t>vn -0.1956 -0.3914 0.8992</w:t>
        <w:br/>
        <w:t>vn -0.0919 -0.3751 0.9224</w:t>
        <w:br/>
        <w:t>vn 0.0000 -0.3554 0.9347</w:t>
        <w:br/>
        <w:t>vn -0.1832 0.1192 0.9758</w:t>
        <w:br/>
        <w:t>vn -0.1299 -0.2843 0.9499</w:t>
        <w:br/>
        <w:t>vn 0.0000 -0.2643 0.9644</w:t>
        <w:br/>
        <w:t>vn -0.1819 -0.0934 0.9789</w:t>
        <w:br/>
        <w:t>vn 0.0000 -0.0632 0.9980</w:t>
        <w:br/>
        <w:t>vn -0.2293 0.1018 0.9680</w:t>
        <w:br/>
        <w:t>vn 0.0000 0.1438 0.9896</w:t>
        <w:br/>
        <w:t>vn -0.3954 -0.3542 0.8475</w:t>
        <w:br/>
        <w:t>vn -0.4628 -0.1358 0.8760</w:t>
        <w:br/>
        <w:t>vn -0.2700 -0.4830 0.8329</w:t>
        <w:br/>
        <w:t>vn -0.4809 0.0361 0.8760</w:t>
        <w:br/>
        <w:t>vn -0.3581 -0.6274 0.6915</w:t>
        <w:br/>
        <w:t>vn -0.5333 -0.3970 0.7470</w:t>
        <w:br/>
        <w:t>vn -0.6306 -0.1434 0.7628</w:t>
        <w:br/>
        <w:t>vn -0.2433 -0.5415 0.8047</w:t>
        <w:br/>
        <w:t>vn -0.6103 0.0702 0.7890</w:t>
        <w:br/>
        <w:t>vn -0.3520 -0.7121 0.6075</w:t>
        <w:br/>
        <w:t>vn -0.5674 -0.3893 0.7257</w:t>
        <w:br/>
        <w:t>vn -0.2283 -0.2338 0.9451</w:t>
        <w:br/>
        <w:t>vn -0.2606 -0.7700 0.5824</w:t>
        <w:br/>
        <w:t>vn -0.6395 -0.0258 0.7684</w:t>
        <w:br/>
        <w:t>vn -0.2660 -0.0622 0.9620</w:t>
        <w:br/>
        <w:t>vn -0.6093 -0.4694 0.6390</w:t>
        <w:br/>
        <w:t>vn -0.2879 -0.7137 0.6385</w:t>
        <w:br/>
        <w:t>vn -0.3105 0.1394 0.9403</w:t>
        <w:br/>
        <w:t>vn -0.2232 -0.7112 0.6667</w:t>
        <w:br/>
        <w:t>vn -0.1953 0.3496 0.9163</w:t>
        <w:br/>
        <w:t>vn 0.0000 0.4343 0.9008</w:t>
        <w:br/>
        <w:t>vn -0.0997 0.4462 0.8893</w:t>
        <w:br/>
        <w:t>vn 0.0000 0.4416 0.8972</w:t>
        <w:br/>
        <w:t>vn -0.1275 0.4611 0.8782</w:t>
        <w:br/>
        <w:t>vn -0.2625 0.4877 0.8326</w:t>
        <w:br/>
        <w:t>vn -0.2536 0.4499 0.8563</w:t>
        <w:br/>
        <w:t>vn -0.4590 0.4766 0.7498</w:t>
        <w:br/>
        <w:t>vn -0.4145 0.4537 0.7889</w:t>
        <w:br/>
        <w:t>vn -0.3082 0.3675 0.8775</w:t>
        <w:br/>
        <w:t>vn -0.6103 0.4495 0.6523</w:t>
        <w:br/>
        <w:t>vn -0.6410 0.4497 0.6220</w:t>
        <w:br/>
        <w:t>vn -0.3870 0.1691 0.9064</w:t>
        <w:br/>
        <w:t>vn -0.4037 0.3678 0.8377</w:t>
        <w:br/>
        <w:t>vn -0.5553 0.3782 0.7407</w:t>
        <w:br/>
        <w:t>vn -0.7938 0.4068 0.4521</w:t>
        <w:br/>
        <w:t>vn -0.7725 0.4045 0.4896</w:t>
        <w:br/>
        <w:t>vn -0.7337 0.3475 0.5839</w:t>
        <w:br/>
        <w:t>vn -0.5146 0.1909 0.8359</w:t>
        <w:br/>
        <w:t>vn -0.6956 0.1846 0.6943</w:t>
        <w:br/>
        <w:t>vn -0.8789 0.3335 0.3410</w:t>
        <w:br/>
        <w:t>vn -0.8802 0.3543 0.3159</w:t>
        <w:br/>
        <w:t>vn -0.8733 0.2709 0.4049</w:t>
        <w:br/>
        <w:t>vn -0.9261 0.2861 0.2459</w:t>
        <w:br/>
        <w:t>vn -0.9310 0.2541 0.2619</w:t>
        <w:br/>
        <w:t>vn -0.9355 0.1929 0.2959</w:t>
        <w:br/>
        <w:t>vn -0.9548 0.1990 0.2208</w:t>
        <w:br/>
        <w:t>vn -0.9554 0.2191 0.1981</w:t>
        <w:br/>
        <w:t>vn -0.9514 0.1603 0.2630</w:t>
        <w:br/>
        <w:t>vn -0.9778 0.1237 0.1691</w:t>
        <w:br/>
        <w:t>vn -0.9790 0.0569 0.1957</w:t>
        <w:br/>
        <w:t>vn -0.9762 0.0216 0.2157</w:t>
        <w:br/>
        <w:t>vn -0.9823 -0.1127 0.1499</w:t>
        <w:br/>
        <w:t>vn -0.9895 -0.1429 -0.0198</w:t>
        <w:br/>
        <w:t>vn -0.9723 -0.1392 0.1878</w:t>
        <w:br/>
        <w:t>vn -0.9736 -0.1662 0.1561</w:t>
        <w:br/>
        <w:t>vn -0.9591 -0.2224 0.1752</w:t>
        <w:br/>
        <w:t>vn -0.9656 -0.2155 0.1457</w:t>
        <w:br/>
        <w:t>vn -0.9751 -0.0401 0.2182</w:t>
        <w:br/>
        <w:t>vn -0.9436 0.1136 0.3109</w:t>
        <w:br/>
        <w:t>vn -0.9588 -0.2428 0.1478</w:t>
        <w:br/>
        <w:t>vn -0.9693 -0.2076 0.1317</w:t>
        <w:br/>
        <w:t>vn -0.9721 -0.1818 0.1481</w:t>
        <w:br/>
        <w:t>vn -0.9185 0.1291 0.3738</w:t>
        <w:br/>
        <w:t>vn -0.9601 -0.0710 0.2705</w:t>
        <w:br/>
        <w:t>vn -0.9208 0.0394 0.3881</w:t>
        <w:br/>
        <w:t>vn -0.8435 0.1499 0.5159</w:t>
        <w:br/>
        <w:t>vn -0.8654 0.0688 0.4964</w:t>
        <w:br/>
        <w:t>vn -0.7734 0.0546 0.6316</w:t>
        <w:br/>
        <w:t>vn -0.6422 0.0396 0.7655</w:t>
        <w:br/>
        <w:t>vn -0.4771 0.0240 0.8785</w:t>
        <w:br/>
        <w:t>vn -0.3446 -0.0093 0.9387</w:t>
        <w:br/>
        <w:t>vn -0.6918 -0.0306 0.7214</w:t>
        <w:br/>
        <w:t>vn -0.5686 -0.0644 0.8201</w:t>
        <w:br/>
        <w:t>vn -0.4176 -0.1306 0.8992</w:t>
        <w:br/>
        <w:t>vn -0.7811 -0.0242 0.6239</w:t>
        <w:br/>
        <w:t>vn -0.8643 -0.0460 0.5009</w:t>
        <w:br/>
        <w:t>vn -0.2968 -0.2031 0.9331</w:t>
        <w:br/>
        <w:t>vn -0.4351 -0.2505 0.8648</w:t>
        <w:br/>
        <w:t>vn -0.3211 -0.3477 0.8809</w:t>
        <w:br/>
        <w:t>vn -0.2566 -0.4604 0.8498</w:t>
        <w:br/>
        <w:t>vn -0.2515 -0.7566 0.6036</w:t>
        <w:br/>
        <w:t>vn -0.2362 -0.6642 0.7093</w:t>
        <w:br/>
        <w:t>vn -0.2402 -0.5685 0.7868</w:t>
        <w:br/>
        <w:t>vn -0.5741 -0.1753 0.7998</w:t>
        <w:br/>
        <w:t>vn -0.3432 -0.4879 0.8026</w:t>
        <w:br/>
        <w:t>vn -0.6780 -0.1211 0.7251</w:t>
        <w:br/>
        <w:t>vn -0.4541 -0.3966 0.7978</w:t>
        <w:br/>
        <w:t>vn -0.2012 -0.5855 0.7853</w:t>
        <w:br/>
        <w:t>vn -0.1441 -0.6284 0.7644</w:t>
        <w:br/>
        <w:t>vn -0.7788 -0.1231 0.6151</w:t>
        <w:br/>
        <w:t>vn -0.2783 -0.5362 0.7969</w:t>
        <w:br/>
        <w:t>vn -0.1422 -0.7003 0.6996</w:t>
        <w:br/>
        <w:t>vn -0.1761 -0.7544 0.6324</w:t>
        <w:br/>
        <w:t>vn -0.1577 -0.6181 0.7701</w:t>
        <w:br/>
        <w:t>vn -0.2580 -0.7596 0.5970</w:t>
        <w:br/>
        <w:t>vn -0.6317 -0.4795 0.6092</w:t>
        <w:br/>
        <w:t>vn -0.7287 0.0275 0.6843</w:t>
        <w:br/>
        <w:t>vn -0.8140 0.0719 0.5763</w:t>
        <w:br/>
        <w:t>vn -0.7836 0.6066 0.1340</w:t>
        <w:br/>
        <w:t>vn -0.6377 0.3483 0.6871</w:t>
        <w:br/>
        <w:t>vn -0.5176 0.2513 0.8179</w:t>
        <w:br/>
        <w:t>vn -0.4669 0.5900 0.6587</w:t>
        <w:br/>
        <w:t>vn -0.4922 0.8600 0.1344</w:t>
        <w:br/>
        <w:t>vn -0.3881 0.3715 0.8434</w:t>
        <w:br/>
        <w:t>vn -0.3087 0.9368 0.1645</w:t>
        <w:br/>
        <w:t>vn -0.3307 0.6615 0.6730</w:t>
        <w:br/>
        <w:t>vn -0.1803 0.9642 0.1945</w:t>
        <w:br/>
        <w:t>vn -0.2958 0.6258 0.7217</w:t>
        <w:br/>
        <w:t>vn -0.0829 0.9820 0.1697</w:t>
        <w:br/>
        <w:t>vn -0.2704 0.5697 0.7761</w:t>
        <w:br/>
        <w:t>vn -0.3260 0.2309 0.9167</w:t>
        <w:br/>
        <w:t>vn -0.3077 0.3269 0.8936</w:t>
        <w:br/>
        <w:t>vn -0.3469 0.1501 0.9258</w:t>
        <w:br/>
        <w:t>vn -0.0116 0.9799 0.1989</w:t>
        <w:br/>
        <w:t>vn -0.0755 0.9119 0.4034</w:t>
        <w:br/>
        <w:t>vn 0.1574 0.9674 0.1986</w:t>
        <w:br/>
        <w:t>vn 0.0278 0.8727 0.4874</w:t>
        <w:br/>
        <w:t>vn -0.3815 0.0499 0.9230</w:t>
        <w:br/>
        <w:t>vn -0.3549 -0.0544 0.9333</w:t>
        <w:br/>
        <w:t>vn 0.3863 0.8555 0.3449</w:t>
        <w:br/>
        <w:t>vn 0.0709 0.7545 0.6525</w:t>
        <w:br/>
        <w:t>vn -0.5127 -0.0792 0.8549</w:t>
        <w:br/>
        <w:t>vn -0.5006 -0.1789 0.8470</w:t>
        <w:br/>
        <w:t>vn -0.6593 -0.1545 0.7358</w:t>
        <w:br/>
        <w:t>vn -0.6750 -0.2614 0.6900</w:t>
        <w:br/>
        <w:t>vn -0.7411 -0.1930 0.6431</w:t>
        <w:br/>
        <w:t>vn -0.5687 -0.0576 0.8206</w:t>
        <w:br/>
        <w:t>vn -0.7611 -0.2779 0.5861</w:t>
        <w:br/>
        <w:t>vn -0.5658 -0.1309 0.8141</w:t>
        <w:br/>
        <w:t>vn -0.7747 -0.3627 0.5180</w:t>
        <w:br/>
        <w:t>vn -0.6717 -0.2892 0.6821</w:t>
        <w:br/>
        <w:t>vn -0.7250 -0.5094 0.4636</w:t>
        <w:br/>
        <w:t>vn -0.8402 -0.3990 0.3672</w:t>
        <w:br/>
        <w:t>vn -0.8809 -0.4082 0.2397</w:t>
        <w:br/>
        <w:t>vn -0.7963 -0.4243 0.4312</w:t>
        <w:br/>
        <w:t>vn -0.8302 -0.3485 0.4351</w:t>
        <w:br/>
        <w:t>vn -0.7257 -0.3594 0.5867</w:t>
        <w:br/>
        <w:t>vn -0.5545 -0.5331 0.6390</w:t>
        <w:br/>
        <w:t>vn -0.8485 -0.2877 0.4442</w:t>
        <w:br/>
        <w:t>vn -0.8784 -0.3348 0.3410</w:t>
        <w:br/>
        <w:t>vn -0.8092 -0.2887 0.5118</w:t>
        <w:br/>
        <w:t>vn -0.8004 -0.2122 0.5606</w:t>
        <w:br/>
        <w:t>vn -0.3957 -0.5253 0.7533</w:t>
        <w:br/>
        <w:t>vn -0.5901 -0.3492 0.7279</w:t>
        <w:br/>
        <w:t>vn -0.8538 -0.2255 0.4693</w:t>
        <w:br/>
        <w:t>vn -0.9079 -0.2741 0.3171</w:t>
        <w:br/>
        <w:t>vn -0.9191 -0.1026 0.3805</w:t>
        <w:br/>
        <w:t>vn -0.9566 -0.2210 0.1899</w:t>
        <w:br/>
        <w:t>vn -0.9658 -0.2239 0.1307</w:t>
        <w:br/>
        <w:t>vn -0.9460 -0.2653 0.1864</w:t>
        <w:br/>
        <w:t>vn -0.9363 -0.2296 0.2658</w:t>
        <w:br/>
        <w:t>vn -0.9132 -0.2557 0.3172</w:t>
        <w:br/>
        <w:t>vn -0.9676 -0.1965 0.1588</w:t>
        <w:br/>
        <w:t>vn -0.9585 -0.2585 0.1200</w:t>
        <w:br/>
        <w:t>vn -0.9620 -0.2447 0.1215</w:t>
        <w:br/>
        <w:t>vn -0.9563 -0.2432 0.1621</w:t>
        <w:br/>
        <w:t>vn -0.9040 -0.2420 0.3526</w:t>
        <w:br/>
        <w:t>vn -0.7660 -0.1237 0.6309</w:t>
        <w:br/>
        <w:t>vn -0.9470 -0.2755 0.1653</w:t>
        <w:br/>
        <w:t>vn -0.9001 -0.2109 0.3811</w:t>
        <w:br/>
        <w:t>vn -0.6486 -0.0753 0.7574</w:t>
        <w:br/>
        <w:t>vn -0.9505 -0.2857 0.1221</w:t>
        <w:br/>
        <w:t>vn -0.9481 -0.2719 0.1652</w:t>
        <w:br/>
        <w:t>vn -0.5641 0.0362 0.8249</w:t>
        <w:br/>
        <w:t>vn -0.9506 -0.2903 0.1099</w:t>
        <w:br/>
        <w:t>vn -0.4280 0.1791 0.8858</w:t>
        <w:br/>
        <w:t>vn -0.7141 -0.0586 0.6975</w:t>
        <w:br/>
        <w:t>vn -0.8904 -0.1912 0.4131</w:t>
        <w:br/>
        <w:t>vn -0.3705 0.2496 0.8947</w:t>
        <w:br/>
        <w:t>vn -0.6132 0.0504 0.7883</w:t>
        <w:br/>
        <w:t>vn -0.7299 -0.0510 0.6817</w:t>
        <w:br/>
        <w:t>vn -0.4686 0.1510 0.8704</w:t>
        <w:br/>
        <w:t>vn -0.3478 0.2669 0.8988</w:t>
        <w:br/>
        <w:t>vn -0.3991 0.2249 0.8889</w:t>
        <w:br/>
        <w:t>vn -0.3412 0.2910 0.8938</w:t>
        <w:br/>
        <w:t>vn -0.3676 0.2774 0.8876</w:t>
        <w:br/>
        <w:t>vn -0.5972 -0.0127 0.8020</w:t>
        <w:br/>
        <w:t>vn -0.4906 0.0614 0.8692</w:t>
        <w:br/>
        <w:t>vn -0.4333 0.1316 0.8916</w:t>
        <w:br/>
        <w:t>vn -0.7226 -0.0867 0.6858</w:t>
        <w:br/>
        <w:t>vn -0.3584 0.2982 0.8847</w:t>
        <w:br/>
        <w:t>vn -0.8833 -0.2061 0.4210</w:t>
        <w:br/>
        <w:t>vn -0.3739 0.3077 0.8749</w:t>
        <w:br/>
        <w:t>vn -0.9410 -0.2932 0.1691</w:t>
        <w:br/>
        <w:t>vn -0.9515 -0.2845 0.1170</w:t>
        <w:br/>
        <w:t>vn -0.4673 0.2521 0.8474</w:t>
        <w:br/>
        <w:t>vn -0.9394 -0.3321 0.0849</w:t>
        <w:br/>
        <w:t>vn -0.5575 0.1555 0.8154</w:t>
        <w:br/>
        <w:t>vn -0.9335 -0.3434 0.1030</w:t>
        <w:br/>
        <w:t>vn -0.9297 -0.3636 0.0591</w:t>
        <w:br/>
        <w:t>vn -0.9227 -0.3538 0.1531</w:t>
        <w:br/>
        <w:t>vn -0.9086 -0.4079 0.0892</w:t>
        <w:br/>
        <w:t>vn -0.8955 -0.4425 0.0485</w:t>
        <w:br/>
        <w:t>vn -0.8697 -0.2687 0.4140</w:t>
        <w:br/>
        <w:t>vn -0.7064 -0.1493 0.6919</w:t>
        <w:br/>
        <w:t>vn -0.5760 -0.0800 0.8135</w:t>
        <w:br/>
        <w:t>vn -0.4891 -0.0298 0.8717</w:t>
        <w:br/>
        <w:t>vn -0.8288 -0.3853 0.4058</w:t>
        <w:br/>
        <w:t>vn -0.6629 -0.2602 0.7020</w:t>
        <w:br/>
        <w:t>vn -0.5289 -0.1969 0.8255</w:t>
        <w:br/>
        <w:t>vn -0.8799 -0.4566 0.1316</w:t>
        <w:br/>
        <w:t>vn -0.8759 -0.4768 0.0737</w:t>
        <w:br/>
        <w:t>vn -0.8169 -0.5618 0.1303</w:t>
        <w:br/>
        <w:t>vn -0.7651 -0.5071 0.3969</w:t>
        <w:br/>
        <w:t>vn -0.8531 -0.5210 0.0301</w:t>
        <w:br/>
        <w:t>vn -0.8108 -0.5823 0.0596</w:t>
        <w:br/>
        <w:t>vn -0.6232 -0.6249 -0.4703</w:t>
        <w:br/>
        <w:t>vn -0.7141 -0.6752 -0.1846</w:t>
        <w:br/>
        <w:t>vn -0.8326 -0.5359 -0.1401</w:t>
        <w:br/>
        <w:t>vn -0.8925 -0.4490 -0.0425</w:t>
        <w:br/>
        <w:t>vn -0.5257 -0.5385 -0.6585</w:t>
        <w:br/>
        <w:t>vn -0.7236 -0.5241 -0.4491</w:t>
        <w:br/>
        <w:t>vn -0.4183 -0.6581 -0.6260</w:t>
        <w:br/>
        <w:t>vn -0.3965 -0.7243 -0.5641</w:t>
        <w:br/>
        <w:t>vn -0.5208 -0.7344 -0.4352</w:t>
        <w:br/>
        <w:t>vn -0.7838 -0.6208 0.0153</w:t>
        <w:br/>
        <w:t>vn -0.3892 -0.7998 -0.4570</w:t>
        <w:br/>
        <w:t>vn -0.4598 -0.8041 -0.3768</w:t>
        <w:br/>
        <w:t>vn -0.6311 -0.7623 -0.1434</w:t>
        <w:br/>
        <w:t>vn -0.3969 -0.8621 -0.3152</w:t>
        <w:br/>
        <w:t>vn -0.4019 -0.8662 -0.2970</w:t>
        <w:br/>
        <w:t>vn -0.5125 -0.8470 -0.1413</w:t>
        <w:br/>
        <w:t>vn -0.3794 -0.9036 -0.1989</w:t>
        <w:br/>
        <w:t>vn -0.3505 -0.9039 -0.2451</w:t>
        <w:br/>
        <w:t>vn -0.4272 -0.8946 -0.1309</w:t>
        <w:br/>
        <w:t>vn -0.6969 -0.7171 0.0102</w:t>
        <w:br/>
        <w:t>vn -0.2783 -0.9503 -0.1393</w:t>
        <w:br/>
        <w:t>vn -0.2871 -0.9343 -0.2111</w:t>
        <w:br/>
        <w:t>vn -0.7074 -0.7052 0.0475</w:t>
        <w:br/>
        <w:t>vn -0.7148 -0.6862 0.1346</w:t>
        <w:br/>
        <w:t>vn -0.6047 -0.7964 0.0146</w:t>
        <w:br/>
        <w:t>vn -0.6075 -0.7930 0.0465</w:t>
        <w:br/>
        <w:t>vn -0.5634 -0.8256 0.0319</w:t>
        <w:br/>
        <w:t>vn -0.5566 -0.8289 0.0558</w:t>
        <w:br/>
        <w:t>vn -0.5164 -0.8562 0.0176</w:t>
        <w:br/>
        <w:t>vn -0.5383 -0.8397 0.0726</w:t>
        <w:br/>
        <w:t>vn -0.3584 -0.9259 -0.1197</w:t>
        <w:br/>
        <w:t>vn -0.1776 -0.9768 -0.1194</w:t>
        <w:br/>
        <w:t>vn -0.0000 -0.9999 0.0156</w:t>
        <w:br/>
        <w:t>vn -0.1923 -0.9612 -0.1978</w:t>
        <w:br/>
        <w:t>vn -0.4613 -0.8873 0.0017</w:t>
        <w:br/>
        <w:t>vn 0.0000 -0.9987 -0.0510</w:t>
        <w:br/>
        <w:t>vn 0.0000 -0.9725 -0.2328</w:t>
        <w:br/>
        <w:t>vn -0.3636 -0.9300 -0.0540</w:t>
        <w:br/>
        <w:t>vn -0.4945 -0.8650 0.0849</w:t>
        <w:br/>
        <w:t>vn -0.4473 -0.8910 0.0772</w:t>
        <w:br/>
        <w:t>vn -0.2153 -0.9695 -0.1173</w:t>
        <w:br/>
        <w:t>vn -0.3210 -0.9456 0.0533</w:t>
        <w:br/>
        <w:t>vn -0.4828 -0.8429 0.2375</w:t>
        <w:br/>
        <w:t>vn -0.4992 -0.8395 0.2144</w:t>
        <w:br/>
        <w:t>vn -0.5305 -0.8266 0.1879</w:t>
        <w:br/>
        <w:t>vn -0.5562 -0.8142 0.1666</w:t>
        <w:br/>
        <w:t>vn -0.6078 -0.7801 0.1483</w:t>
        <w:br/>
        <w:t>vn -0.5038 -0.7458 0.4358</w:t>
        <w:br/>
        <w:t>vn -0.4745 -0.7343 0.4855</w:t>
        <w:br/>
        <w:t>vn -0.5670 -0.7218 0.3968</w:t>
        <w:br/>
        <w:t>vn -0.6718 -0.6284 0.3922</w:t>
        <w:br/>
        <w:t>vn -0.5850 -0.3952 0.7082</w:t>
        <w:br/>
        <w:t>vn -0.3965 -0.5831 0.7091</w:t>
        <w:br/>
        <w:t>vn -0.4882 -0.5091 0.7088</w:t>
        <w:br/>
        <w:t>vn -0.4343 -0.3425 0.8331</w:t>
        <w:br/>
        <w:t>vn -0.3375 -0.5931 0.7310</w:t>
        <w:br/>
        <w:t>vn -0.4405 -0.1886 0.8777</w:t>
        <w:br/>
        <w:t>vn -0.3088 -0.4667 0.8288</w:t>
        <w:br/>
        <w:t>vn -0.2448 -0.4876 0.8381</w:t>
        <w:br/>
        <w:t>vn -0.2913 -0.4536 0.8423</w:t>
        <w:br/>
        <w:t>vn -0.4399 0.0314 0.8975</w:t>
        <w:br/>
        <w:t>vn -0.3859 0.2056 0.8993</w:t>
        <w:br/>
        <w:t>vn -0.3967 -0.0827 0.9142</w:t>
        <w:br/>
        <w:t>vn -0.3838 0.1068 0.9172</w:t>
        <w:br/>
        <w:t>vn -0.3598 0.2532 0.8980</w:t>
        <w:br/>
        <w:t>vn -0.3792 0.2910 0.8784</w:t>
        <w:br/>
        <w:t>vn -0.3648 0.1536 0.9183</w:t>
        <w:br/>
        <w:t>vn -0.4006 0.2584 0.8790</w:t>
        <w:br/>
        <w:t>vn -0.4574 0.2527 0.8526</w:t>
        <w:br/>
        <w:t>vn -0.4897 0.2478 0.8359</w:t>
        <w:br/>
        <w:t>vn -0.4379 0.1522 0.8861</w:t>
        <w:br/>
        <w:t>vn -0.3624 -0.0041 0.9320</w:t>
        <w:br/>
        <w:t>vn -0.3809 0.0319 0.9241</w:t>
        <w:br/>
        <w:t>vn -0.3444 -0.3319 0.8782</w:t>
        <w:br/>
        <w:t>vn -0.3508 -0.1973 0.9154</w:t>
        <w:br/>
        <w:t>vn -0.3551 -0.1075 0.9286</w:t>
        <w:br/>
        <w:t>vn -0.2775 -0.4889 0.8270</w:t>
        <w:br/>
        <w:t>vn -0.3431 -0.3459 0.8733</w:t>
        <w:br/>
        <w:t>vn -0.2023 -0.5375 0.8187</w:t>
        <w:br/>
        <w:t>vn -0.2143 -0.4954 0.8418</w:t>
        <w:br/>
        <w:t>vn -0.3813 -0.2030 0.9019</w:t>
        <w:br/>
        <w:t>vn -0.3982 -0.0918 0.9127</w:t>
        <w:br/>
        <w:t>vn -0.1545 -0.5103 0.8460</w:t>
        <w:br/>
        <w:t>vn -0.5034 0.0090 0.8640</w:t>
        <w:br/>
        <w:t>vn -0.5622 0.1598 0.8115</w:t>
        <w:br/>
        <w:t>vn -0.6653 0.0287 0.7460</w:t>
        <w:br/>
        <w:t>vn -0.5308 -0.1792 0.8283</w:t>
        <w:br/>
        <w:t>vn -0.5504 0.1999 0.8107</w:t>
        <w:br/>
        <w:t>vn -0.5958 0.2406 0.7663</w:t>
        <w:br/>
        <w:t>vn -0.4213 -0.1624 0.8923</w:t>
        <w:br/>
        <w:t>vn -0.6839 0.2091 0.6990</w:t>
        <w:br/>
        <w:t>vn -0.5741 0.2224 0.7880</w:t>
        <w:br/>
        <w:t>vn -0.6662 0.2773 0.6923</w:t>
        <w:br/>
        <w:t>vn -0.7536 0.2822 0.5936</w:t>
        <w:br/>
        <w:t>vn -0.5111 0.1499 0.8463</w:t>
        <w:br/>
        <w:t>vn -0.3828 0.3834 0.8405</w:t>
        <w:br/>
        <w:t>vn -0.4682 0.4642 0.7519</w:t>
        <w:br/>
        <w:t>vn -0.2914 0.2659 0.9189</w:t>
        <w:br/>
        <w:t>vn -0.0000 0.3438 0.9390</w:t>
        <w:br/>
        <w:t>vn -0.5241 0.5253 0.6704</w:t>
        <w:br/>
        <w:t>vn -0.0000 0.4899 0.8718</w:t>
        <w:br/>
        <w:t>vn -0.0000 0.5912 0.8065</w:t>
        <w:br/>
        <w:t>vn -0.0000 0.6809 0.7324</w:t>
        <w:br/>
        <w:t>vn -0.5697 0.5569 0.6044</w:t>
        <w:br/>
        <w:t>vn -0.0000 0.7559 0.6547</w:t>
        <w:br/>
        <w:t>vn -0.8186 0.2427 0.5206</w:t>
        <w:br/>
        <w:t>vn -0.7763 0.1324 0.6163</w:t>
        <w:br/>
        <w:t>vn -0.8581 0.1464 0.4922</w:t>
        <w:br/>
        <w:t>vn -0.6240 0.5562 0.5489</w:t>
        <w:br/>
        <w:t>vn -0.8118 -0.0232 0.5835</w:t>
        <w:br/>
        <w:t>vn -0.6980 -0.1828 0.6924</w:t>
        <w:br/>
        <w:t>vn -0.4786 -0.2980 0.8259</w:t>
        <w:br/>
        <w:t>vn -0.6095 -0.4370 0.6614</w:t>
        <w:br/>
        <w:t>vn -0.7214 -0.2823 0.6323</w:t>
        <w:br/>
        <w:t>vn -0.4878 -0.1605 0.8581</w:t>
        <w:br/>
        <w:t>vn -0.4598 -0.0886 0.8836</w:t>
        <w:br/>
        <w:t>vn -0.3518 -0.4164 0.8384</w:t>
        <w:br/>
        <w:t>vn -0.4382 -0.6190 0.6518</w:t>
        <w:br/>
        <w:t>vn -0.2931 -0.0436 0.9551</w:t>
        <w:br/>
        <w:t>vn -0.4644 -0.2668 0.8445</w:t>
        <w:br/>
        <w:t>vn -0.5299 -0.4932 0.6900</w:t>
        <w:br/>
        <w:t>vn -0.8095 -0.0957 0.5792</w:t>
        <w:br/>
        <w:t>vn -0.6132 -0.3611 0.7026</w:t>
        <w:br/>
        <w:t>vn -0.6644 0.2947 0.6868</w:t>
        <w:br/>
        <w:t>vn -0.0000 -0.7265 0.6872</w:t>
        <w:br/>
        <w:t>vn 0.0000 -0.6240 0.7814</w:t>
        <w:br/>
        <w:t>vn 0.0000 -0.4671 0.8842</w:t>
        <w:br/>
        <w:t>vn -0.5987 -0.1219 0.7916</w:t>
        <w:br/>
        <w:t>vn -0.0000 0.8180 0.5752</w:t>
        <w:br/>
        <w:t>vn -0.0000 0.5863 0.8101</w:t>
        <w:br/>
        <w:t>vn -0.0000 -0.1201 0.9928</w:t>
        <w:br/>
        <w:t>vn -0.1920 -0.5238 0.8299</w:t>
        <w:br/>
        <w:t>vn -0.0000 -0.0293 0.9996</w:t>
        <w:br/>
        <w:t>vn -0.4632 -0.2075 0.8616</w:t>
        <w:br/>
        <w:t>vn -0.2646 -0.2093 0.9414</w:t>
        <w:br/>
        <w:t>vn -0.5288 -0.2357 0.8154</w:t>
        <w:br/>
        <w:t>vn -0.0000 -0.2112 0.9774</w:t>
        <w:br/>
        <w:t>vn -0.0000 -0.9969 0.0780</w:t>
        <w:br/>
        <w:t>vn 0.0000 -0.9803 0.1976</w:t>
        <w:br/>
        <w:t>vn -0.0061 -0.9817 0.1905</w:t>
        <w:br/>
        <w:t>vn -0.0050 -0.9978 0.0665</w:t>
        <w:br/>
        <w:t>vn -0.0460 -0.9839 0.1725</w:t>
        <w:br/>
        <w:t>vn -0.0216 -0.9989 0.0410</w:t>
        <w:br/>
        <w:t>vn -0.1546 -0.9775 0.1437</w:t>
        <w:br/>
        <w:t>vn -0.0620 -0.9980 0.0089</w:t>
        <w:br/>
        <w:t>vn -0.0343 -0.9992 0.0187</w:t>
        <w:br/>
        <w:t>vn -0.0925 -0.9836 0.1545</w:t>
        <w:br/>
        <w:t>vn -0.2341 -0.9576 0.1677</w:t>
        <w:br/>
        <w:t>vn -0.1217 -0.9897 0.0757</w:t>
        <w:br/>
        <w:t>vn -0.2336 -0.9435 0.2351</w:t>
        <w:br/>
        <w:t>vn -0.2007 -0.9531 0.2264</w:t>
        <w:br/>
        <w:t>vn -0.5493 -0.3321 0.7668</w:t>
        <w:br/>
        <w:t>vn -0.4236 -0.4442 0.7895</w:t>
        <w:br/>
        <w:t>vn -0.5201 -0.5170 0.6798</w:t>
        <w:br/>
        <w:t>vn -0.3174 -0.5993 0.7349</w:t>
        <w:br/>
        <w:t>vn -0.1580 -0.6363 0.7551</w:t>
        <w:br/>
        <w:t>vn -0.3949 -0.7042 0.5901</w:t>
        <w:br/>
        <w:t>vn -0.1743 -0.7374 0.6526</w:t>
        <w:br/>
        <w:t>vn -0.1153 -0.5487 0.8281</w:t>
        <w:br/>
        <w:t>vn -0.1302 -0.5116 0.8493</w:t>
        <w:br/>
        <w:t>vn -0.2188 -0.4422 0.8698</w:t>
        <w:br/>
        <w:t>vn -0.3088 -0.3463 0.8858</w:t>
        <w:br/>
        <w:t>vn -0.1673 -0.4444 0.8801</w:t>
        <w:br/>
        <w:t>vn -0.2093 -0.4789 0.8525</w:t>
        <w:br/>
        <w:t>vn -0.2114 -0.4950 0.8428</w:t>
        <w:br/>
        <w:t>vn -0.1951 -0.4963 0.8459</w:t>
        <w:br/>
        <w:t>vn -0.2138 -0.4602 0.8617</w:t>
        <w:br/>
        <w:t>vn -0.2063 -0.5009 0.8406</w:t>
        <w:br/>
        <w:t>vn -0.3260 -0.5462 0.7716</w:t>
        <w:br/>
        <w:t>vn -0.4500 -0.7183 0.5305</w:t>
        <w:br/>
        <w:t>vn -0.3131 -0.4955 0.8102</w:t>
        <w:br/>
        <w:t>vn -0.4327 -0.6802 0.5917</w:t>
        <w:br/>
        <w:t>vn -0.3456 -0.8962 0.2780</w:t>
        <w:br/>
        <w:t>vn -0.2847 -0.4404 0.8515</w:t>
        <w:br/>
        <w:t>vn -0.2900 -0.6697 0.6837</w:t>
        <w:br/>
        <w:t>vn -0.2160 -0.4134 0.8846</w:t>
        <w:br/>
        <w:t>vn -0.1927 -0.3792 0.9050</w:t>
        <w:br/>
        <w:t>vn -0.2118 -0.4946 0.8429</w:t>
        <w:br/>
        <w:t>vn -0.1686 -0.4929 0.8536</w:t>
        <w:br/>
        <w:t>vn -0.1850 -0.3930 0.9007</w:t>
        <w:br/>
        <w:t>vn -0.1306 -0.3555 0.9255</w:t>
        <w:br/>
        <w:t>vn -0.2756 -0.5916 0.7577</w:t>
        <w:br/>
        <w:t>vn -0.2763 -0.5231 0.8063</w:t>
        <w:br/>
        <w:t>vn -0.1938 -0.6510 0.7339</w:t>
        <w:br/>
        <w:t>vn -0.3731 -0.6104 0.6987</w:t>
        <w:br/>
        <w:t>vn -0.3896 -0.5071 0.7688</w:t>
        <w:br/>
        <w:t>vn -0.4578 -0.5622 0.6888</w:t>
        <w:br/>
        <w:t>vn -0.4723 -0.4979 0.7274</w:t>
        <w:br/>
        <w:t>vn -0.0398 0.1647 0.9855</w:t>
        <w:br/>
        <w:t>vn -0.2234 0.5120 0.8294</w:t>
        <w:br/>
        <w:t>vn -0.2835 0.5228 0.8039</w:t>
        <w:br/>
        <w:t>vn -0.2321 0.6759 0.6995</w:t>
        <w:br/>
        <w:t>vn -0.2001 0.5722 0.7953</w:t>
        <w:br/>
        <w:t>vn -0.2877 0.6419 0.7108</w:t>
        <w:br/>
        <w:t>vn -0.3395 0.4854 0.8057</w:t>
        <w:br/>
        <w:t>vn -0.2838 0.4734 0.8339</w:t>
        <w:br/>
        <w:t>vn -0.2290 0.6665 0.7095</w:t>
        <w:br/>
        <w:t>vn -0.1085 0.7070 0.6988</w:t>
        <w:br/>
        <w:t>vn -0.1336 0.4647 0.8753</w:t>
        <w:br/>
        <w:t>vn 0.0000 0.7169 0.6972</w:t>
        <w:br/>
        <w:t>vn -0.0000 0.4525 0.8917</w:t>
        <w:br/>
        <w:t>vn -0.2610 -0.7261 0.6362</w:t>
        <w:br/>
        <w:t>vn -0.3393 -0.6718 0.6584</w:t>
        <w:br/>
        <w:t>vn -0.1276 -0.7904 0.5991</w:t>
        <w:br/>
        <w:t>vn -0.1543 -0.7521 0.6408</w:t>
        <w:br/>
        <w:t>vn -0.1099 -0.6695 0.7347</w:t>
        <w:br/>
        <w:t>vn -0.1108 -0.4795 0.8705</w:t>
        <w:br/>
        <w:t>vn 0.0000 -0.8076 0.5897</w:t>
        <w:br/>
        <w:t>vn -0.0000 -0.7720 0.6356</w:t>
        <w:br/>
        <w:t>vn -0.0000 -0.6722 0.7404</w:t>
        <w:br/>
        <w:t>vn 0.0000 -0.4741 0.8805</w:t>
        <w:br/>
        <w:t>vn 0.0000 -0.3493 0.9370</w:t>
        <w:br/>
        <w:t>vn 0.0000 -0.9992 0.0394</w:t>
        <w:br/>
        <w:t>vn 0.0000 -0.9516 0.3074</w:t>
        <w:br/>
        <w:t>vn 0.0000 -0.6831 0.7303</w:t>
        <w:br/>
        <w:t>vn -0.0000 -0.3799 0.9250</w:t>
        <w:br/>
        <w:t>vn 0.0000 -0.9917 -0.1287</w:t>
        <w:br/>
        <w:t>vn -0.2174 -0.4565 0.8628</w:t>
        <w:br/>
        <w:t>vn -0.3202 -0.4461 0.8357</w:t>
        <w:br/>
        <w:t>vn -0.4305 -0.4305 0.7933</w:t>
        <w:br/>
        <w:t>vn -0.0820 0.0763 0.9937</w:t>
        <w:br/>
        <w:t>vn 0.0654 0.6745 0.7353</w:t>
        <w:br/>
        <w:t>vn -0.9778 -0.2051 -0.0424</w:t>
        <w:br/>
        <w:t>vn -0.9144 -0.2513 -0.3173</w:t>
        <w:br/>
        <w:t>vn -0.5692 -0.3603 -0.7390</w:t>
        <w:br/>
        <w:t>vn -0.1492 -0.8719 0.4664</w:t>
        <w:br/>
        <w:t>vn -0.2287 -0.8028 0.5507</w:t>
        <w:br/>
        <w:t>vn -0.1519 -0.4576 0.8761</w:t>
        <w:br/>
        <w:t>vn -0.0843 -0.6075 0.7898</w:t>
        <w:br/>
        <w:t>vn -0.3690 -0.8682 0.3319</w:t>
        <w:br/>
        <w:t>vn -0.4362 -0.7779 0.4523</w:t>
        <w:br/>
        <w:t>vn -0.4390 -0.8179 0.3719</w:t>
        <w:br/>
        <w:t>vn -0.5298 -0.6494 0.5455</w:t>
        <w:br/>
        <w:t>vn -0.0001 -0.8792 0.4765</w:t>
        <w:br/>
        <w:t>vn -0.0001 -0.6331 0.7741</w:t>
        <w:br/>
        <w:t>vn -0.1560 -0.6153 0.7727</w:t>
        <w:br/>
        <w:t>vn -0.0483 -0.8764 0.4792</w:t>
        <w:br/>
        <w:t>vn -0.3257 -0.5666 0.7569</w:t>
        <w:br/>
        <w:t>vn -0.1449 -0.8658 0.4790</w:t>
        <w:br/>
        <w:t>vn -0.4424 -0.5270 0.7256</w:t>
        <w:br/>
        <w:t>vn -0.2531 -0.8469 0.4676</w:t>
        <w:br/>
        <w:t>vn -0.5197 -0.5464 0.6568</w:t>
        <w:br/>
        <w:t>vn -0.3607 -0.8258 0.4335</w:t>
        <w:br/>
        <w:t>vn -0.3049 -0.1239 0.9443</w:t>
        <w:br/>
        <w:t>vn -0.1308 0.2603 0.9566</w:t>
        <w:br/>
        <w:t>vn -0.3332 0.2130 0.9185</w:t>
        <w:br/>
        <w:t>vn -0.4384 -0.2164 0.8724</w:t>
        <w:br/>
        <w:t>vn -0.4749 -0.3188 0.8203</w:t>
        <w:br/>
        <w:t>vn -0.3911 0.1161 0.9130</w:t>
        <w:br/>
        <w:t>vn -0.4755 -0.3535 0.8056</w:t>
        <w:br/>
        <w:t>vn -0.4227 0.0756 0.9031</w:t>
        <w:br/>
        <w:t>vn -0.3669 -0.4028 0.8385</w:t>
        <w:br/>
        <w:t>vn -0.3409 0.0371 0.9394</w:t>
        <w:br/>
        <w:t>vn -0.1581 -0.4473 0.8803</w:t>
        <w:br/>
        <w:t>vn -0.1471 -0.0068 0.9891</w:t>
        <w:br/>
        <w:t>vn -0.0000 -0.4548 0.8906</w:t>
        <w:br/>
        <w:t>vn -0.0000 -0.0246 0.9997</w:t>
        <w:br/>
        <w:t>vn 0.2821 0.4780 0.8319</w:t>
        <w:br/>
        <w:t>vn 0.2821 0.4779 0.8318</w:t>
        <w:br/>
        <w:t>vn 0.1801 -0.6873 -0.7037</w:t>
        <w:br/>
        <w:t>vn 0.3171 -0.8506 -0.4195</w:t>
        <w:br/>
        <w:t>vn -0.0853 -0.9368 -0.3392</w:t>
        <w:br/>
        <w:t>vn 0.3796 -0.3969 -0.8357</w:t>
        <w:br/>
        <w:t>vn 0.3100 -0.3034 -0.9010</w:t>
        <w:br/>
        <w:t>vn 0.4384 -0.2119 -0.8734</w:t>
        <w:br/>
        <w:t>vn 0.2885 0.0937 -0.9529</w:t>
        <w:br/>
        <w:t>vn 0.2295 0.4649 -0.8551</w:t>
        <w:br/>
        <w:t>vn 0.5682 0.6253 -0.5349</w:t>
        <w:br/>
        <w:t>vn 0.4431 0.2414 -0.8634</w:t>
        <w:br/>
        <w:t>vn 0.2580 -0.1288 -0.9575</w:t>
        <w:br/>
        <w:t>vn 0.0563 0.0717 -0.9958</w:t>
        <w:br/>
        <w:t>vn -0.0724 0.4357 -0.8972</w:t>
        <w:br/>
        <w:t>vn 0.2091 0.6971 -0.6858</w:t>
        <w:br/>
        <w:t>vn -0.0931 0.7465 -0.6588</w:t>
        <w:br/>
        <w:t>vn 0.0667 0.9455 -0.3187</w:t>
        <w:br/>
        <w:t>vn 0.3413 0.8863 -0.3131</w:t>
        <w:br/>
        <w:t>vn 0.1846 0.9001 0.3945</w:t>
        <w:br/>
        <w:t>vn 0.6137 0.7548 0.2319</w:t>
        <w:br/>
        <w:t>vn 0.0956 -0.3611 -0.9276</w:t>
        <w:br/>
        <w:t>vn -0.1367 -0.6218 -0.7711</w:t>
        <w:br/>
        <w:t>vn -0.1366 -0.6218 -0.7712</w:t>
        <w:br/>
        <w:t>vn -0.5692 -0.3603 -0.7391</w:t>
        <w:br/>
        <w:t>vn -0.7038 -0.5786 -0.4122</w:t>
        <w:br/>
        <w:t>vn 0.6482 -0.7344 0.2012</w:t>
        <w:br/>
        <w:t>vn 0.8586 -0.4952 0.1323</w:t>
        <w:br/>
        <w:t>vn 0.7038 -0.5786 -0.4121</w:t>
        <w:br/>
        <w:t>vn 0.0854 -0.9368 -0.3392</w:t>
        <w:br/>
        <w:t>vn 0.7394 -0.0820 0.6683</w:t>
        <w:br/>
        <w:t>vn 0.7778 -0.0968 0.6210</w:t>
        <w:br/>
        <w:t>vn 0.9294 -0.2570 0.2648</w:t>
        <w:br/>
        <w:t>vn 0.9238 -0.2663 0.2750</w:t>
        <w:br/>
        <w:t>vn 0.4972 -0.8634 -0.0856</w:t>
        <w:br/>
        <w:t>vn 0.5516 0.0731 0.8309</w:t>
        <w:br/>
        <w:t>vn 0.6179 0.0474 0.7848</w:t>
        <w:br/>
        <w:t>vn 0.7574 -0.2437 0.6058</w:t>
        <w:br/>
        <w:t>vn 0.8867 -0.2936 0.3571</w:t>
        <w:br/>
        <w:t>vn 0.7189 -0.6874 -0.1033</w:t>
        <w:br/>
        <w:t>vn 0.8112 -0.2450 0.5310</w:t>
        <w:br/>
        <w:t>vn 0.8720 -0.4840 -0.0731</w:t>
        <w:br/>
        <w:t>vn 0.8134 -0.5793 -0.0536</w:t>
        <w:br/>
        <w:t>vn 0.9364 -0.2997 -0.1824</w:t>
        <w:br/>
        <w:t>vn 0.8880 -0.3391 0.3107</w:t>
        <w:br/>
        <w:t>vn 0.8720 -0.4839 -0.0731</w:t>
        <w:br/>
        <w:t>vn 0.7209 -0.3530 0.5964</w:t>
        <w:br/>
        <w:t>vn 0.6873 -0.3687 0.6258</w:t>
        <w:br/>
        <w:t>vn 0.9791 0.0379 -0.2000</w:t>
        <w:br/>
        <w:t>vn 0.9791 0.0380 -0.2000</w:t>
        <w:br/>
        <w:t>vn 0.6339 -0.3599 0.6845</w:t>
        <w:br/>
        <w:t>vn 0.9267 0.3727 0.0489</w:t>
        <w:br/>
        <w:t>vn 0.6446 -0.3912 0.6568</w:t>
        <w:br/>
        <w:t>vn 0.7252 0.5466 0.4187</w:t>
        <w:br/>
        <w:t>vn 0.8179 0.0711 0.5709</w:t>
        <w:br/>
        <w:t>vn -0.1845 0.9001 0.3946</w:t>
        <w:br/>
        <w:t>vn 0.4624 0.3345 0.8212</w:t>
        <w:br/>
        <w:t>vn 0.8179 0.0712 0.5709</w:t>
        <w:br/>
        <w:t>vn 0.7575 -0.4119 0.5065</w:t>
        <w:br/>
        <w:t>vn 0.9035 -0.2492 0.3487</w:t>
        <w:br/>
        <w:t>vn 0.6300 -0.3454 0.6956</w:t>
        <w:br/>
        <w:t>vn -0.2791 0.7165 0.6393</w:t>
        <w:br/>
        <w:t>vn -0.6137 0.7547 0.2319</w:t>
        <w:br/>
        <w:t>vn -0.2993 0.6959 0.6528</w:t>
        <w:br/>
        <w:t>vn 0.0724 0.5730 0.8163</w:t>
        <w:br/>
        <w:t>vn 0.4623 0.3345 0.8212</w:t>
        <w:br/>
        <w:t>vn 0.5085 0.0332 0.8604</w:t>
        <w:br/>
        <w:t>vn 0.1701 -0.8889 0.4253</w:t>
        <w:br/>
        <w:t>vn 0.0429 -0.5399 0.8406</w:t>
        <w:br/>
        <w:t>vn 0.0502 -0.7166 0.6957</w:t>
        <w:br/>
        <w:t>vn 0.1099 -0.9005 0.4207</w:t>
        <w:br/>
        <w:t>vn 0.0755 0.1112 0.9909</w:t>
        <w:br/>
        <w:t>vn 0.0699 0.3453 0.9359</w:t>
        <w:br/>
        <w:t>vn 0.0849 -0.0927 0.9921</w:t>
        <w:br/>
        <w:t>vn 0.0849 -0.2004 0.9760</w:t>
        <w:br/>
        <w:t>vn 0.0802 -0.3204 0.9439</w:t>
        <w:br/>
        <w:t>vn 0.1738 -0.2149 0.9610</w:t>
        <w:br/>
        <w:t>vn 0.1731 -0.0923 0.9806</w:t>
        <w:br/>
        <w:t>vn 0.1956 -0.3914 0.8992</w:t>
        <w:br/>
        <w:t>vn 0.0919 -0.3751 0.9224</w:t>
        <w:br/>
        <w:t>vn 0.1832 0.1192 0.9758</w:t>
        <w:br/>
        <w:t>vn 0.1299 -0.2843 0.9499</w:t>
        <w:br/>
        <w:t>vn 0.1819 -0.0934 0.9789</w:t>
        <w:br/>
        <w:t>vn 0.2293 0.1018 0.9680</w:t>
        <w:br/>
        <w:t>vn 0.4628 -0.1358 0.8760</w:t>
        <w:br/>
        <w:t>vn 0.3954 -0.3541 0.8475</w:t>
        <w:br/>
        <w:t>vn 0.2700 -0.4830 0.8329</w:t>
        <w:br/>
        <w:t>vn 0.4809 0.0361 0.8760</w:t>
        <w:br/>
        <w:t>vn 0.5333 -0.3970 0.7470</w:t>
        <w:br/>
        <w:t>vn 0.3581 -0.6274 0.6915</w:t>
        <w:br/>
        <w:t>vn 0.6306 -0.1434 0.7628</w:t>
        <w:br/>
        <w:t>vn 0.2433 -0.5415 0.8047</w:t>
        <w:br/>
        <w:t>vn 0.6103 0.0702 0.7890</w:t>
        <w:br/>
        <w:t>vn 0.5673 -0.3893 0.7257</w:t>
        <w:br/>
        <w:t>vn 0.3520 -0.7121 0.6075</w:t>
        <w:br/>
        <w:t>vn 0.2283 -0.2338 0.9451</w:t>
        <w:br/>
        <w:t>vn 0.2606 -0.7700 0.5823</w:t>
        <w:br/>
        <w:t>vn 0.6395 -0.0258 0.7684</w:t>
        <w:br/>
        <w:t>vn 0.2660 -0.0622 0.9620</w:t>
        <w:br/>
        <w:t>vn 0.6093 -0.4694 0.6391</w:t>
        <w:br/>
        <w:t>vn 0.2879 -0.7137 0.6385</w:t>
        <w:br/>
        <w:t>vn 0.3105 0.1394 0.9403</w:t>
        <w:br/>
        <w:t>vn 0.2232 -0.7112 0.6667</w:t>
        <w:br/>
        <w:t>vn 0.1952 0.3495 0.9164</w:t>
        <w:br/>
        <w:t>vn 0.0997 0.4462 0.8893</w:t>
        <w:br/>
        <w:t>vn 0.1275 0.4611 0.8782</w:t>
        <w:br/>
        <w:t>vn 0.2536 0.4499 0.8563</w:t>
        <w:br/>
        <w:t>vn 0.2625 0.4877 0.8326</w:t>
        <w:br/>
        <w:t>vn 0.4145 0.4537 0.7889</w:t>
        <w:br/>
        <w:t>vn 0.4590 0.4766 0.7498</w:t>
        <w:br/>
        <w:t>vn 0.3082 0.3675 0.8775</w:t>
        <w:br/>
        <w:t>vn 0.6103 0.4495 0.6523</w:t>
        <w:br/>
        <w:t>vn 0.6410 0.4497 0.6220</w:t>
        <w:br/>
        <w:t>vn 0.3870 0.1691 0.9064</w:t>
        <w:br/>
        <w:t>vn 0.4037 0.3678 0.8377</w:t>
        <w:br/>
        <w:t>vn 0.5553 0.3782 0.7407</w:t>
        <w:br/>
        <w:t>vn 0.7725 0.4045 0.4896</w:t>
        <w:br/>
        <w:t>vn 0.7938 0.4068 0.4521</w:t>
        <w:br/>
        <w:t>vn 0.7337 0.3475 0.5839</w:t>
        <w:br/>
        <w:t>vn 0.5146 0.1909 0.8359</w:t>
        <w:br/>
        <w:t>vn 0.6956 0.1846 0.6943</w:t>
        <w:br/>
        <w:t>vn 0.8789 0.3335 0.3409</w:t>
        <w:br/>
        <w:t>vn 0.8802 0.3543 0.3159</w:t>
        <w:br/>
        <w:t>vn 0.8733 0.2709 0.4049</w:t>
        <w:br/>
        <w:t>vn 0.9310 0.2541 0.2619</w:t>
        <w:br/>
        <w:t>vn 0.9261 0.2861 0.2459</w:t>
        <w:br/>
        <w:t>vn 0.9355 0.1929 0.2959</w:t>
        <w:br/>
        <w:t>vn 0.9548 0.1990 0.2208</w:t>
        <w:br/>
        <w:t>vn 0.9554 0.2191 0.1981</w:t>
        <w:br/>
        <w:t>vn 0.9514 0.1603 0.2630</w:t>
        <w:br/>
        <w:t>vn 0.9790 0.0569 0.1957</w:t>
        <w:br/>
        <w:t>vn 0.9778 0.1237 0.1691</w:t>
        <w:br/>
        <w:t>vn 0.9762 0.0216 0.2157</w:t>
        <w:br/>
        <w:t>vn 0.9823 -0.1127 0.1499</w:t>
        <w:br/>
        <w:t>vn 0.9895 -0.1429 -0.0198</w:t>
        <w:br/>
        <w:t>vn 0.9736 -0.1662 0.1561</w:t>
        <w:br/>
        <w:t>vn 0.9723 -0.1392 0.1878</w:t>
        <w:br/>
        <w:t>vn 0.9591 -0.2224 0.1752</w:t>
        <w:br/>
        <w:t>vn 0.9656 -0.2155 0.1457</w:t>
        <w:br/>
        <w:t>vn 0.9751 -0.0401 0.2182</w:t>
        <w:br/>
        <w:t>vn 0.9436 0.1136 0.3109</w:t>
        <w:br/>
        <w:t>vn 0.9588 -0.2428 0.1478</w:t>
        <w:br/>
        <w:t>vn 0.9693 -0.2076 0.1317</w:t>
        <w:br/>
        <w:t>vn 0.9721 -0.1818 0.1481</w:t>
        <w:br/>
        <w:t>vn 0.9185 0.1291 0.3738</w:t>
        <w:br/>
        <w:t>vn 0.9601 -0.0710 0.2705</w:t>
        <w:br/>
        <w:t>vn 0.9208 0.0394 0.3881</w:t>
        <w:br/>
        <w:t>vn 0.8435 0.1498 0.5159</w:t>
        <w:br/>
        <w:t>vn 0.8654 0.0688 0.4964</w:t>
        <w:br/>
        <w:t>vn 0.7734 0.0546 0.6316</w:t>
        <w:br/>
        <w:t>vn 0.6422 0.0396 0.7655</w:t>
        <w:br/>
        <w:t>vn 0.4770 0.0240 0.8786</w:t>
        <w:br/>
        <w:t>vn 0.3446 -0.0093 0.9387</w:t>
        <w:br/>
        <w:t>vn 0.5686 -0.0644 0.8201</w:t>
        <w:br/>
        <w:t>vn 0.6918 -0.0306 0.7214</w:t>
        <w:br/>
        <w:t>vn 0.4176 -0.1306 0.8992</w:t>
        <w:br/>
        <w:t>vn 0.7811 -0.0242 0.6239</w:t>
        <w:br/>
        <w:t>vn 0.8643 -0.0460 0.5009</w:t>
        <w:br/>
        <w:t>vn 0.2968 -0.2031 0.9331</w:t>
        <w:br/>
        <w:t>vn 0.3211 -0.3476 0.8809</w:t>
        <w:br/>
        <w:t>vn 0.4351 -0.2505 0.8648</w:t>
        <w:br/>
        <w:t>vn 0.2565 -0.4603 0.8499</w:t>
        <w:br/>
        <w:t>vn 0.2515 -0.7566 0.6036</w:t>
        <w:br/>
        <w:t>vn 0.2362 -0.6642 0.7093</w:t>
        <w:br/>
        <w:t>vn 0.2402 -0.5686 0.7868</w:t>
        <w:br/>
        <w:t>vn 0.5742 -0.1753 0.7997</w:t>
        <w:br/>
        <w:t>vn 0.3432 -0.4879 0.8026</w:t>
        <w:br/>
        <w:t>vn 0.6780 -0.1211 0.7251</w:t>
        <w:br/>
        <w:t>vn 0.4540 -0.3967 0.7978</w:t>
        <w:br/>
        <w:t>vn 0.1441 -0.6285 0.7644</w:t>
        <w:br/>
        <w:t>vn 0.2010 -0.5856 0.7853</w:t>
        <w:br/>
        <w:t>vn 0.7788 -0.1231 0.6151</w:t>
        <w:br/>
        <w:t>vn 0.2782 -0.5363 0.7969</w:t>
        <w:br/>
        <w:t>vn 0.1423 -0.7003 0.6995</w:t>
        <w:br/>
        <w:t>vn 0.1761 -0.7544 0.6324</w:t>
        <w:br/>
        <w:t>vn 0.1576 -0.6182 0.7700</w:t>
        <w:br/>
        <w:t>vn 0.2579 -0.7596 0.5971</w:t>
        <w:br/>
        <w:t>vn 0.6317 -0.4794 0.6092</w:t>
        <w:br/>
        <w:t>vn 0.7287 0.0275 0.6843</w:t>
        <w:br/>
        <w:t>vn 0.8141 0.0719 0.5763</w:t>
        <w:br/>
        <w:t>vn 0.6376 0.3483 0.6871</w:t>
        <w:br/>
        <w:t>vn 0.7836 0.6066 0.1340</w:t>
        <w:br/>
        <w:t>vn 0.5176 0.2513 0.8179</w:t>
        <w:br/>
        <w:t>vn 0.4669 0.5900 0.6587</w:t>
        <w:br/>
        <w:t>vn 0.4922 0.8600 0.1345</w:t>
        <w:br/>
        <w:t>vn 0.3881 0.3715 0.8434</w:t>
        <w:br/>
        <w:t>vn 0.3307 0.6615 0.6731</w:t>
        <w:br/>
        <w:t>vn 0.3087 0.9368 0.1644</w:t>
        <w:br/>
        <w:t>vn 0.2958 0.6258 0.7217</w:t>
        <w:br/>
        <w:t>vn 0.1803 0.9642 0.1944</w:t>
        <w:br/>
        <w:t>vn 0.2704 0.5697 0.7761</w:t>
        <w:br/>
        <w:t>vn 0.0829 0.9820 0.1698</w:t>
        <w:br/>
        <w:t>vn 0.3260 0.2309 0.9168</w:t>
        <w:br/>
        <w:t>vn 0.3077 0.3269 0.8936</w:t>
        <w:br/>
        <w:t>vn 0.3468 0.1500 0.9259</w:t>
        <w:br/>
        <w:t>vn 0.0755 0.9119 0.4034</w:t>
        <w:br/>
        <w:t>vn 0.0115 0.9799 0.1990</w:t>
        <w:br/>
        <w:t>vn -0.0278 0.8728 0.4873</w:t>
        <w:br/>
        <w:t>vn -0.1574 0.9674 0.1986</w:t>
        <w:br/>
        <w:t>vn 0.3815 0.0499 0.9230</w:t>
        <w:br/>
        <w:t>vn 0.3549 -0.0544 0.9333</w:t>
        <w:br/>
        <w:t>vn -0.3863 0.8555 0.3449</w:t>
        <w:br/>
        <w:t>vn -0.0710 0.7546 0.6524</w:t>
        <w:br/>
        <w:t>vn 0.5127 -0.0792 0.8549</w:t>
        <w:br/>
        <w:t>vn 0.5006 -0.1790 0.8470</w:t>
        <w:br/>
        <w:t>vn 0.6593 -0.1545 0.7358</w:t>
        <w:br/>
        <w:t>vn 0.6750 -0.2614 0.6900</w:t>
        <w:br/>
        <w:t>vn 0.7411 -0.1930 0.6431</w:t>
        <w:br/>
        <w:t>vn 0.5687 -0.0577 0.8205</w:t>
        <w:br/>
        <w:t>vn 0.7611 -0.2779 0.5860</w:t>
        <w:br/>
        <w:t>vn 0.5658 -0.1309 0.8141</w:t>
        <w:br/>
        <w:t>vn 0.7747 -0.3627 0.5180</w:t>
        <w:br/>
        <w:t>vn 0.6717 -0.2892 0.6820</w:t>
        <w:br/>
        <w:t>vn 0.7250 -0.5094 0.4635</w:t>
        <w:br/>
        <w:t>vn 0.8808 -0.4082 0.2398</w:t>
        <w:br/>
        <w:t>vn 0.8402 -0.3990 0.3672</w:t>
        <w:br/>
        <w:t>vn 0.8302 -0.3485 0.4351</w:t>
        <w:br/>
        <w:t>vn 0.7963 -0.4243 0.4312</w:t>
        <w:br/>
        <w:t>vn 0.7257 -0.3594 0.5867</w:t>
        <w:br/>
        <w:t>vn 0.5544 -0.5332 0.6390</w:t>
        <w:br/>
        <w:t>vn 0.8485 -0.2877 0.4442</w:t>
        <w:br/>
        <w:t>vn 0.8784 -0.3348 0.3410</w:t>
        <w:br/>
        <w:t>vn 0.8092 -0.2887 0.5118</w:t>
        <w:br/>
        <w:t>vn 0.8004 -0.2122 0.5606</w:t>
        <w:br/>
        <w:t>vn 0.3956 -0.5253 0.7534</w:t>
        <w:br/>
        <w:t>vn 0.5900 -0.3493 0.7279</w:t>
        <w:br/>
        <w:t>vn 0.8538 -0.2255 0.4693</w:t>
        <w:br/>
        <w:t>vn 0.9079 -0.2741 0.3171</w:t>
        <w:br/>
        <w:t>vn 0.9191 -0.1026 0.3805</w:t>
        <w:br/>
        <w:t>vn 0.9566 -0.2211 0.1899</w:t>
        <w:br/>
        <w:t>vn 0.9460 -0.2653 0.1864</w:t>
        <w:br/>
        <w:t>vn 0.9658 -0.2239 0.1307</w:t>
        <w:br/>
        <w:t>vn 0.9363 -0.2296 0.2658</w:t>
        <w:br/>
        <w:t>vn 0.9132 -0.2557 0.3172</w:t>
        <w:br/>
        <w:t>vn 0.9676 -0.1965 0.1588</w:t>
        <w:br/>
        <w:t>vn 0.9585 -0.2585 0.1200</w:t>
        <w:br/>
        <w:t>vn 0.9620 -0.2446 0.1215</w:t>
        <w:br/>
        <w:t>vn 0.9563 -0.2432 0.1621</w:t>
        <w:br/>
        <w:t>vn 0.9040 -0.2420 0.3526</w:t>
        <w:br/>
        <w:t>vn 0.7660 -0.1237 0.6309</w:t>
        <w:br/>
        <w:t>vn 0.9469 -0.2757 0.1655</w:t>
        <w:br/>
        <w:t>vn 0.9001 -0.2109 0.3811</w:t>
        <w:br/>
        <w:t>vn 0.6486 -0.0753 0.7574</w:t>
        <w:br/>
        <w:t>vn 0.9505 -0.2857 0.1221</w:t>
        <w:br/>
        <w:t>vn 0.9481 -0.2718 0.1651</w:t>
        <w:br/>
        <w:t>vn 0.5642 0.0362 0.8249</w:t>
        <w:br/>
        <w:t>vn 0.9506 -0.2903 0.1099</w:t>
        <w:br/>
        <w:t>vn 0.4280 0.1791 0.8858</w:t>
        <w:br/>
        <w:t>vn 0.7141 -0.0586 0.6975</w:t>
        <w:br/>
        <w:t>vn 0.8904 -0.1912 0.4131</w:t>
        <w:br/>
        <w:t>vn 0.3705 0.2496 0.8947</w:t>
        <w:br/>
        <w:t>vn 0.6132 0.0503 0.7883</w:t>
        <w:br/>
        <w:t>vn 0.7299 -0.0510 0.6816</w:t>
        <w:br/>
        <w:t>vn 0.4686 0.1509 0.8704</w:t>
        <w:br/>
        <w:t>vn 0.3478 0.2669 0.8988</w:t>
        <w:br/>
        <w:t>vn 0.3991 0.2249 0.8889</w:t>
        <w:br/>
        <w:t>vn 0.3412 0.2910 0.8938</w:t>
        <w:br/>
        <w:t>vn 0.3676 0.2774 0.8876</w:t>
        <w:br/>
        <w:t>vn 0.4906 0.0614 0.8692</w:t>
        <w:br/>
        <w:t>vn 0.5972 -0.0127 0.8020</w:t>
        <w:br/>
        <w:t>vn 0.4334 0.1316 0.8916</w:t>
        <w:br/>
        <w:t>vn 0.7226 -0.0867 0.6858</w:t>
        <w:br/>
        <w:t>vn 0.3584 0.2982 0.8847</w:t>
        <w:br/>
        <w:t>vn 0.8833 -0.2061 0.4210</w:t>
        <w:br/>
        <w:t>vn 0.3739 0.3077 0.8749</w:t>
        <w:br/>
        <w:t>vn 0.9410 -0.2932 0.1691</w:t>
        <w:br/>
        <w:t>vn 0.9515 -0.2845 0.1170</w:t>
        <w:br/>
        <w:t>vn 0.4673 0.2521 0.8474</w:t>
        <w:br/>
        <w:t>vn 0.9394 -0.3321 0.0849</w:t>
        <w:br/>
        <w:t>vn 0.5575 0.1556 0.8154</w:t>
        <w:br/>
        <w:t>vn 0.9336 -0.3433 0.1030</w:t>
        <w:br/>
        <w:t>vn 0.9297 -0.3636 0.0591</w:t>
        <w:br/>
        <w:t>vn 0.9227 -0.3538 0.1531</w:t>
        <w:br/>
        <w:t>vn 0.9086 -0.4079 0.0892</w:t>
        <w:br/>
        <w:t>vn 0.8955 -0.4425 0.0485</w:t>
        <w:br/>
        <w:t>vn 0.8697 -0.2687 0.4140</w:t>
        <w:br/>
        <w:t>vn 0.7063 -0.1493 0.6920</w:t>
        <w:br/>
        <w:t>vn 0.5760 -0.0801 0.8135</w:t>
        <w:br/>
        <w:t>vn 0.4891 -0.0298 0.8717</w:t>
        <w:br/>
        <w:t>vn 0.6629 -0.2602 0.7020</w:t>
        <w:br/>
        <w:t>vn 0.8288 -0.3853 0.4058</w:t>
        <w:br/>
        <w:t>vn 0.5289 -0.1969 0.8255</w:t>
        <w:br/>
        <w:t>vn 0.8799 -0.4566 0.1316</w:t>
        <w:br/>
        <w:t>vn 0.8759 -0.4768 0.0737</w:t>
        <w:br/>
        <w:t>vn 0.8169 -0.5618 0.1303</w:t>
        <w:br/>
        <w:t>vn 0.7651 -0.5071 0.3969</w:t>
        <w:br/>
        <w:t>vn 0.8531 -0.5210 0.0301</w:t>
        <w:br/>
        <w:t>vn 0.8108 -0.5823 0.0596</w:t>
        <w:br/>
        <w:t>vn 0.6232 -0.6248 -0.4704</w:t>
        <w:br/>
        <w:t>vn 0.8326 -0.5359 -0.1401</w:t>
        <w:br/>
        <w:t>vn 0.7141 -0.6752 -0.1846</w:t>
        <w:br/>
        <w:t>vn 0.8925 -0.4490 -0.0425</w:t>
        <w:br/>
        <w:t>vn 0.5257 -0.5385 -0.6585</w:t>
        <w:br/>
        <w:t>vn 0.7236 -0.5241 -0.4491</w:t>
        <w:br/>
        <w:t>vn 0.4183 -0.6581 -0.6260</w:t>
        <w:br/>
        <w:t>vn 0.5208 -0.7344 -0.4352</w:t>
        <w:br/>
        <w:t>vn 0.3965 -0.7243 -0.5641</w:t>
        <w:br/>
        <w:t>vn 0.7838 -0.6208 0.0153</w:t>
        <w:br/>
        <w:t>vn 0.4598 -0.8041 -0.3768</w:t>
        <w:br/>
        <w:t>vn 0.3892 -0.7998 -0.4570</w:t>
        <w:br/>
        <w:t>vn 0.6311 -0.7623 -0.1435</w:t>
        <w:br/>
        <w:t>vn 0.4019 -0.8662 -0.2970</w:t>
        <w:br/>
        <w:t>vn 0.3969 -0.8621 -0.3152</w:t>
        <w:br/>
        <w:t>vn 0.5125 -0.8470 -0.1413</w:t>
        <w:br/>
        <w:t>vn 0.3505 -0.9039 -0.2451</w:t>
        <w:br/>
        <w:t>vn 0.3794 -0.9036 -0.1990</w:t>
        <w:br/>
        <w:t>vn 0.4272 -0.8946 -0.1309</w:t>
        <w:br/>
        <w:t>vn 0.6969 -0.7171 0.0102</w:t>
        <w:br/>
        <w:t>vn 0.2871 -0.9343 -0.2111</w:t>
        <w:br/>
        <w:t>vn 0.2783 -0.9503 -0.1393</w:t>
        <w:br/>
        <w:t>vn 0.7149 -0.6862 0.1346</w:t>
        <w:br/>
        <w:t>vn 0.7075 -0.7051 0.0476</w:t>
        <w:br/>
        <w:t>vn 0.6047 -0.7964 0.0146</w:t>
        <w:br/>
        <w:t>vn 0.6074 -0.7930 0.0465</w:t>
        <w:br/>
        <w:t>vn 0.5633 -0.8256 0.0320</w:t>
        <w:br/>
        <w:t>vn 0.5566 -0.8289 0.0558</w:t>
        <w:br/>
        <w:t>vn 0.5164 -0.8562 0.0176</w:t>
        <w:br/>
        <w:t>vn 0.5383 -0.8396 0.0726</w:t>
        <w:br/>
        <w:t>vn 0.3584 -0.9259 -0.1197</w:t>
        <w:br/>
        <w:t>vn 0.1776 -0.9768 -0.1194</w:t>
        <w:br/>
        <w:t>vn 0.1924 -0.9612 -0.1978</w:t>
        <w:br/>
        <w:t>vn 0.4613 -0.8873 0.0017</w:t>
        <w:br/>
        <w:t>vn 0.3636 -0.9300 -0.0540</w:t>
        <w:br/>
        <w:t>vn 0.4945 -0.8650 0.0849</w:t>
        <w:br/>
        <w:t>vn 0.4473 -0.8910 0.0772</w:t>
        <w:br/>
        <w:t>vn 0.2152 -0.9695 -0.1173</w:t>
        <w:br/>
        <w:t>vn 0.3209 -0.9456 0.0533</w:t>
        <w:br/>
        <w:t>vn 0.4992 -0.8395 0.2144</w:t>
        <w:br/>
        <w:t>vn 0.4827 -0.8429 0.2375</w:t>
        <w:br/>
        <w:t>vn 0.5562 -0.8142 0.1666</w:t>
        <w:br/>
        <w:t>vn 0.5304 -0.8266 0.1878</w:t>
        <w:br/>
        <w:t>vn 0.6078 -0.7801 0.1483</w:t>
        <w:br/>
        <w:t>vn 0.5038 -0.7458 0.4359</w:t>
        <w:br/>
        <w:t>vn 0.4745 -0.7343 0.4855</w:t>
        <w:br/>
        <w:t>vn 0.5670 -0.7218 0.3968</w:t>
        <w:br/>
        <w:t>vn 0.6718 -0.6284 0.3922</w:t>
        <w:br/>
        <w:t>vn 0.5850 -0.3952 0.7082</w:t>
        <w:br/>
        <w:t>vn 0.4882 -0.5091 0.7088</w:t>
        <w:br/>
        <w:t>vn 0.3965 -0.5831 0.7091</w:t>
        <w:br/>
        <w:t>vn 0.4343 -0.3425 0.8331</w:t>
        <w:br/>
        <w:t>vn 0.3375 -0.5931 0.7310</w:t>
        <w:br/>
        <w:t>vn 0.4405 -0.1886 0.8777</w:t>
        <w:br/>
        <w:t>vn 0.3088 -0.4667 0.8288</w:t>
        <w:br/>
        <w:t>vn 0.2448 -0.4876 0.8380</w:t>
        <w:br/>
        <w:t>vn 0.2913 -0.4536 0.8423</w:t>
        <w:br/>
        <w:t>vn 0.4399 0.0314 0.8975</w:t>
        <w:br/>
        <w:t>vn 0.3859 0.2056 0.8993</w:t>
        <w:br/>
        <w:t>vn 0.3968 -0.0827 0.9142</w:t>
        <w:br/>
        <w:t>vn 0.3837 0.1068 0.9173</w:t>
        <w:br/>
        <w:t>vn 0.3598 0.2532 0.8980</w:t>
        <w:br/>
        <w:t>vn 0.3792 0.2910 0.8784</w:t>
        <w:br/>
        <w:t>vn 0.3648 0.1536 0.9183</w:t>
        <w:br/>
        <w:t>vn 0.4006 0.2584 0.8791</w:t>
        <w:br/>
        <w:t>vn 0.4574 0.2527 0.8526</w:t>
        <w:br/>
        <w:t>vn 0.4897 0.2478 0.8359</w:t>
        <w:br/>
        <w:t>vn 0.4378 0.1522 0.8861</w:t>
        <w:br/>
        <w:t>vn 0.3625 -0.0041 0.9320</w:t>
        <w:br/>
        <w:t>vn 0.3809 0.0319 0.9241</w:t>
        <w:br/>
        <w:t>vn 0.3444 -0.3319 0.8782</w:t>
        <w:br/>
        <w:t>vn 0.3508 -0.1973 0.9154</w:t>
        <w:br/>
        <w:t>vn 0.3551 -0.1074 0.9286</w:t>
        <w:br/>
        <w:t>vn 0.2775 -0.4889 0.8270</w:t>
        <w:br/>
        <w:t>vn 0.3431 -0.3459 0.8733</w:t>
        <w:br/>
        <w:t>vn 0.2023 -0.5375 0.8187</w:t>
        <w:br/>
        <w:t>vn 0.2143 -0.4954 0.8418</w:t>
        <w:br/>
        <w:t>vn 0.3813 -0.2030 0.9019</w:t>
        <w:br/>
        <w:t>vn 0.3982 -0.0918 0.9127</w:t>
        <w:br/>
        <w:t>vn 0.1551 -0.5102 0.8460</w:t>
        <w:br/>
        <w:t>vn 0.5033 0.0090 0.8640</w:t>
        <w:br/>
        <w:t>vn 0.5621 0.1597 0.8115</w:t>
        <w:br/>
        <w:t>vn 0.6653 0.0286 0.7460</w:t>
        <w:br/>
        <w:t>vn 0.5308 -0.1792 0.8283</w:t>
        <w:br/>
        <w:t>vn 0.5503 0.1999 0.8107</w:t>
        <w:br/>
        <w:t>vn 0.5958 0.2406 0.7663</w:t>
        <w:br/>
        <w:t>vn 0.4213 -0.1624 0.8923</w:t>
        <w:br/>
        <w:t>vn 0.6839 0.2091 0.6990</w:t>
        <w:br/>
        <w:t>vn 0.5741 0.2224 0.7880</w:t>
        <w:br/>
        <w:t>vn 0.6662 0.2773 0.6923</w:t>
        <w:br/>
        <w:t>vn 0.7536 0.2822 0.5936</w:t>
        <w:br/>
        <w:t>vn 0.5111 0.1499 0.8463</w:t>
        <w:br/>
        <w:t>vn 0.3828 0.3834 0.8405</w:t>
        <w:br/>
        <w:t>vn 0.4682 0.4642 0.7519</w:t>
        <w:br/>
        <w:t>vn 0.2914 0.2659 0.9189</w:t>
        <w:br/>
        <w:t>vn 0.5240 0.5253 0.6704</w:t>
        <w:br/>
        <w:t>vn 0.5697 0.5569 0.6044</w:t>
        <w:br/>
        <w:t>vn 0.8186 0.2427 0.5206</w:t>
        <w:br/>
        <w:t>vn 0.7763 0.1324 0.6163</w:t>
        <w:br/>
        <w:t>vn 0.6240 0.5562 0.5490</w:t>
        <w:br/>
        <w:t>vn 0.8581 0.1464 0.4923</w:t>
        <w:br/>
        <w:t>vn 0.8118 -0.0232 0.5835</w:t>
        <w:br/>
        <w:t>vn 0.6980 -0.1828 0.6924</w:t>
        <w:br/>
        <w:t>vn 0.4786 -0.2979 0.8259</w:t>
        <w:br/>
        <w:t>vn 0.6095 -0.4371 0.6614</w:t>
        <w:br/>
        <w:t>vn 0.7215 -0.2824 0.6323</w:t>
        <w:br/>
        <w:t>vn 0.4598 -0.0885 0.8836</w:t>
        <w:br/>
        <w:t>vn 0.4878 -0.1605 0.8581</w:t>
        <w:br/>
        <w:t>vn 0.4381 -0.6190 0.6518</w:t>
        <w:br/>
        <w:t>vn 0.3518 -0.4163 0.8384</w:t>
        <w:br/>
        <w:t>vn 0.2931 -0.0436 0.9551</w:t>
        <w:br/>
        <w:t>vn 0.4644 -0.2668 0.8445</w:t>
        <w:br/>
        <w:t>vn 0.5299 -0.4932 0.6899</w:t>
        <w:br/>
        <w:t>vn 0.8095 -0.0956 0.5792</w:t>
        <w:br/>
        <w:t>vn 0.6132 -0.3611 0.7026</w:t>
        <w:br/>
        <w:t>vn 0.6644 0.2947 0.6868</w:t>
        <w:br/>
        <w:t>vn 0.5987 -0.1219 0.7916</w:t>
        <w:br/>
        <w:t>vn 0.5133 -0.4163 0.7505</w:t>
        <w:br/>
        <w:t>vn 0.4632 -0.2075 0.8616</w:t>
        <w:br/>
        <w:t>vn 0.2645 -0.2093 0.9414</w:t>
        <w:br/>
        <w:t>vn 0.5288 -0.2357 0.8154</w:t>
        <w:br/>
        <w:t>vn 0.0048 -0.9978 0.0664</w:t>
        <w:br/>
        <w:t>vn 0.0060 -0.9817 0.1904</w:t>
        <w:br/>
        <w:t>vn 0.0459 -0.9839 0.1725</w:t>
        <w:br/>
        <w:t>vn 0.0216 -0.9989 0.0408</w:t>
        <w:br/>
        <w:t>vn 0.1545 -0.9775 0.1437</w:t>
        <w:br/>
        <w:t>vn 0.0925 -0.9837 0.1544</w:t>
        <w:br/>
        <w:t>vn 0.0343 -0.9992 0.0185</w:t>
        <w:br/>
        <w:t>vn 0.0619 -0.9980 0.0089</w:t>
        <w:br/>
        <w:t>vn 0.2341 -0.9576 0.1677</w:t>
        <w:br/>
        <w:t>vn 0.1217 -0.9897 0.0755</w:t>
        <w:br/>
        <w:t>vn 0.2336 -0.9436 0.2347</w:t>
        <w:br/>
        <w:t>vn 0.2008 -0.9533 0.2256</w:t>
        <w:br/>
        <w:t>vn 0.5493 -0.3321 0.7668</w:t>
        <w:br/>
        <w:t>vn 0.5201 -0.5170 0.6799</w:t>
        <w:br/>
        <w:t>vn 0.4236 -0.4442 0.7895</w:t>
        <w:br/>
        <w:t>vn 0.3175 -0.5992 0.7350</w:t>
        <w:br/>
        <w:t>vn 0.1584 -0.6361 0.7552</w:t>
        <w:br/>
        <w:t>vn 0.3949 -0.7040 0.5903</w:t>
        <w:br/>
        <w:t>vn 0.1742 -0.7373 0.6528</w:t>
        <w:br/>
        <w:t>vn 0.1307 -0.5110 0.8496</w:t>
        <w:br/>
        <w:t>vn 0.1166 -0.5481 0.8282</w:t>
        <w:br/>
        <w:t>vn 0.2211 -0.4434 0.8686</w:t>
        <w:br/>
        <w:t>vn 0.3097 -0.3468 0.8853</w:t>
        <w:br/>
        <w:t>vn 0.1682 -0.4449 0.8796</w:t>
        <w:br/>
        <w:t>vn 0.2088 -0.4789 0.8527</w:t>
        <w:br/>
        <w:t>vn 0.2114 -0.4950 0.8428</w:t>
        <w:br/>
        <w:t>vn 0.1940 -0.4956 0.8466</w:t>
        <w:br/>
        <w:t>vn 0.2138 -0.4603 0.8617</w:t>
        <w:br/>
        <w:t>vn 0.2061 -0.4995 0.8414</w:t>
        <w:br/>
        <w:t>vn 0.3260 -0.5462 0.7716</w:t>
        <w:br/>
        <w:t>vn 0.4501 -0.7183 0.5306</w:t>
        <w:br/>
        <w:t>vn 0.3131 -0.4955 0.8102</w:t>
        <w:br/>
        <w:t>vn 0.4327 -0.6802 0.5917</w:t>
        <w:br/>
        <w:t>vn 0.3456 -0.8962 0.2780</w:t>
        <w:br/>
        <w:t>vn 0.2847 -0.4404 0.8515</w:t>
        <w:br/>
        <w:t>vn 0.2900 -0.6696 0.6837</w:t>
        <w:br/>
        <w:t>vn 0.2160 -0.4134 0.8846</w:t>
        <w:br/>
        <w:t>vn 0.1928 -0.3792 0.9050</w:t>
        <w:br/>
        <w:t>vn 0.2123 -0.4938 0.8432</w:t>
        <w:br/>
        <w:t>vn 0.1686 -0.4929 0.8536</w:t>
        <w:br/>
        <w:t>vn 0.1306 -0.3555 0.9255</w:t>
        <w:br/>
        <w:t>vn 0.1850 -0.3930 0.9007</w:t>
        <w:br/>
        <w:t>vn 0.2790 -0.5215 0.8063</w:t>
        <w:br/>
        <w:t>vn 0.2781 -0.5900 0.7580</w:t>
        <w:br/>
        <w:t>vn 0.1938 -0.6510 0.7339</w:t>
        <w:br/>
        <w:t>vn 0.3942 -0.5088 0.7654</w:t>
        <w:br/>
        <w:t>vn 0.3760 -0.6098 0.6977</w:t>
        <w:br/>
        <w:t>vn 0.4742 -0.4998 0.7248</w:t>
        <w:br/>
        <w:t>vn 0.4588 -0.5626 0.6877</w:t>
        <w:br/>
        <w:t>vn 0.0398 0.1646 0.9856</w:t>
        <w:br/>
        <w:t>vn 0.2234 0.5118 0.8295</w:t>
        <w:br/>
        <w:t>vn 0.2000 0.5718 0.7957</w:t>
        <w:br/>
        <w:t>vn 0.2321 0.6755 0.6998</w:t>
        <w:br/>
        <w:t>vn 0.2835 0.5227 0.8040</w:t>
        <w:br/>
        <w:t>vn 0.2877 0.6417 0.7110</w:t>
        <w:br/>
        <w:t>vn 0.3396 0.4852 0.8057</w:t>
        <w:br/>
        <w:t>vn 0.2837 0.4734 0.8339</w:t>
        <w:br/>
        <w:t>vn 0.2289 0.6666 0.7094</w:t>
        <w:br/>
        <w:t>vn 0.1085 0.7071 0.6988</w:t>
        <w:br/>
        <w:t>vn 0.1336 0.4647 0.8753</w:t>
        <w:br/>
        <w:t>vn 0.2609 -0.7261 0.6362</w:t>
        <w:br/>
        <w:t>vn 0.3393 -0.6718 0.6584</w:t>
        <w:br/>
        <w:t>vn 0.1543 -0.7521 0.6407</w:t>
        <w:br/>
        <w:t>vn 0.1275 -0.7904 0.5991</w:t>
        <w:br/>
        <w:t>vn 0.1098 -0.6695 0.7347</w:t>
        <w:br/>
        <w:t>vn 0.1107 -0.4795 0.8705</w:t>
        <w:br/>
        <w:t>vn 0.2182 -0.4573 0.8621</w:t>
        <w:br/>
        <w:t>vn 0.3232 -0.4503 0.8323</w:t>
        <w:br/>
        <w:t>vn 0.4317 -0.4332 0.7912</w:t>
        <w:br/>
        <w:t>vn 0.0821 0.0762 0.9937</w:t>
        <w:br/>
        <w:t>vn -0.0655 0.6746 0.7353</w:t>
        <w:br/>
        <w:t>vn 0.9778 -0.2051 -0.0424</w:t>
        <w:br/>
        <w:t>vn 0.9144 -0.2513 -0.3173</w:t>
        <w:br/>
        <w:t>vn 0.5692 -0.3603 -0.7390</w:t>
        <w:br/>
        <w:t>vn 0.1493 -0.8720 0.4663</w:t>
        <w:br/>
        <w:t>vn 0.0842 -0.6075 0.7899</w:t>
        <w:br/>
        <w:t>vn 0.1515 -0.4574 0.8762</w:t>
        <w:br/>
        <w:t>vn 0.2283 -0.8029 0.5507</w:t>
        <w:br/>
        <w:t>vn 0.4362 -0.7779 0.4523</w:t>
        <w:br/>
        <w:t>vn 0.3690 -0.8682 0.3318</w:t>
        <w:br/>
        <w:t>vn 0.5298 -0.6494 0.5455</w:t>
        <w:br/>
        <w:t>vn 0.4390 -0.8179 0.3718</w:t>
        <w:br/>
        <w:t>vn 0.0482 -0.8764 0.4791</w:t>
        <w:br/>
        <w:t>vn 0.1560 -0.6153 0.7727</w:t>
        <w:br/>
        <w:t>vn 0.1448 -0.8658 0.4790</w:t>
        <w:br/>
        <w:t>vn 0.3258 -0.5665 0.7569</w:t>
        <w:br/>
        <w:t>vn 0.2531 -0.8469 0.4676</w:t>
        <w:br/>
        <w:t>vn 0.4425 -0.5270 0.7256</w:t>
        <w:br/>
        <w:t>vn 0.3607 -0.8258 0.4335</w:t>
        <w:br/>
        <w:t>vn 0.5198 -0.5463 0.6568</w:t>
        <w:br/>
        <w:t>vn 0.1308 0.2604 0.9566</w:t>
        <w:br/>
        <w:t>vn 0.3049 -0.1237 0.9443</w:t>
        <w:br/>
        <w:t>vn 0.3331 0.2130 0.9185</w:t>
        <w:br/>
        <w:t>vn 0.4384 -0.2165 0.8723</w:t>
        <w:br/>
        <w:t>vn 0.3910 0.1161 0.9130</w:t>
        <w:br/>
        <w:t>vn 0.4749 -0.3188 0.8203</w:t>
        <w:br/>
        <w:t>vn 0.4227 0.0756 0.9031</w:t>
        <w:br/>
        <w:t>vn 0.4755 -0.3535 0.8056</w:t>
        <w:br/>
        <w:t>vn 0.3408 0.0371 0.9394</w:t>
        <w:br/>
        <w:t>vn 0.3669 -0.4028 0.8385</w:t>
        <w:br/>
        <w:t>vn 0.1471 -0.0068 0.9891</w:t>
        <w:br/>
        <w:t>vn 0.1580 -0.4474 0.8803</w:t>
        <w:br/>
        <w:t>vn -0.2820 0.4778 0.8320</w:t>
        <w:br/>
        <w:t>vn -0.1801 -0.6873 -0.7037</w:t>
        <w:br/>
        <w:t>vn 0.0854 -0.9369 -0.3391</w:t>
        <w:br/>
        <w:t>vn -0.3171 -0.8506 -0.4195</w:t>
        <w:br/>
        <w:t>vn -0.3796 -0.3969 -0.8357</w:t>
        <w:br/>
        <w:t>vn -0.3100 -0.3034 -0.9010</w:t>
        <w:br/>
        <w:t>vn -0.4384 -0.2119 -0.8734</w:t>
        <w:br/>
        <w:t>vn -0.2885 0.0937 -0.9529</w:t>
        <w:br/>
        <w:t>vn -0.4431 0.2414 -0.8634</w:t>
        <w:br/>
        <w:t>vn -0.5682 0.6253 -0.5349</w:t>
        <w:br/>
        <w:t>vn -0.2295 0.4649 -0.8551</w:t>
        <w:br/>
        <w:t>vn -0.2580 -0.1288 -0.9575</w:t>
        <w:br/>
        <w:t>vn -0.0563 0.0717 -0.9958</w:t>
        <w:br/>
        <w:t>vn 0.0724 0.4357 -0.8972</w:t>
        <w:br/>
        <w:t>vn -0.2091 0.6971 -0.6858</w:t>
        <w:br/>
        <w:t>vn 0.0930 0.7465 -0.6588</w:t>
        <w:br/>
        <w:t>vn -0.3413 0.8863 -0.3131</w:t>
        <w:br/>
        <w:t>vn -0.0667 0.9455 -0.3187</w:t>
        <w:br/>
        <w:t>vn -0.1846 0.9001 0.3946</w:t>
        <w:br/>
        <w:t>vn -0.0956 -0.3611 -0.9276</w:t>
        <w:br/>
        <w:t>vn 0.1367 -0.6218 -0.7711</w:t>
        <w:br/>
        <w:t>vn 0.1366 -0.6218 -0.7712</w:t>
        <w:br/>
        <w:t>vn 0.7038 -0.5786 -0.4122</w:t>
        <w:br/>
        <w:t>vn 0.5692 -0.3603 -0.7391</w:t>
        <w:br/>
        <w:t>vn 0.0835 -0.5579 0.8257</w:t>
        <w:br/>
        <w:t>vn 0.0864 -0.5356 0.8400</w:t>
        <w:br/>
        <w:t>vn 0.1616 -0.5025 0.8494</w:t>
        <w:br/>
        <w:t>vn 0.2370 -0.4743 0.8479</w:t>
        <w:br/>
        <w:t>vn 0.3155 -0.4616 0.8291</w:t>
        <w:br/>
        <w:t>vn 0.3779 -0.5324 0.7575</w:t>
        <w:br/>
        <w:t>vn 0.4329 -0.6298 0.6449</w:t>
        <w:br/>
        <w:t>vn 0.3543 -0.5016 0.7892</w:t>
        <w:br/>
        <w:t>vn 0.1399 -0.1610 0.9770</w:t>
        <w:br/>
        <w:t>vn 0.1382 0.0207 0.9902</w:t>
        <w:br/>
        <w:t>vn 0.2658 0.1039 0.9584</w:t>
        <w:br/>
        <w:t>vn 0.3046 0.1786 0.9356</w:t>
        <w:br/>
        <w:t>vn 0.2966 0.1998 0.9339</w:t>
        <w:br/>
        <w:t>vn -0.2554 -0.8516 0.4577</w:t>
        <w:br/>
        <w:t>vn -0.2808 -0.8540 0.4379</w:t>
        <w:br/>
        <w:t>vn 0.1314 0.7890 0.6002</w:t>
        <w:br/>
        <w:t>vn 0.3342 0.7597 0.5578</w:t>
        <w:br/>
        <w:t>vn -0.2252 -0.8062 0.5472</w:t>
        <w:br/>
        <w:t>vn -0.2252 -0.8062 0.5471</w:t>
        <w:br/>
        <w:t>vn -0.1104 0.7655 0.6339</w:t>
        <w:br/>
        <w:t>vn -0.2115 -0.7349 0.6443</w:t>
        <w:br/>
        <w:t>vn -0.2947 0.7207 0.6275</w:t>
        <w:br/>
        <w:t>vn -0.2141 -0.7097 0.6712</w:t>
        <w:br/>
        <w:t>vn -0.3890 0.6920 0.6081</w:t>
        <w:br/>
        <w:t>vn -0.2312 -0.7264 0.6472</w:t>
        <w:br/>
        <w:t>vn -0.5057 0.7006 0.5034</w:t>
        <w:br/>
        <w:t>vn -0.5056 0.7006 0.5034</w:t>
        <w:br/>
        <w:t>vn -0.5733 0.7518 0.3257</w:t>
        <w:br/>
        <w:t>vn -0.5733 0.7518 0.3256</w:t>
        <w:br/>
        <w:t>vn -0.4060 -0.7511 0.5206</w:t>
        <w:br/>
        <w:t>vn -0.4059 -0.7512 0.5206</w:t>
        <w:br/>
        <w:t>vn -0.5856 -0.6300 0.5100</w:t>
        <w:br/>
        <w:t>vn -0.5857 -0.6300 0.5099</w:t>
        <w:br/>
        <w:t>vn -0.5808 0.7927 0.1853</w:t>
        <w:br/>
        <w:t>vn -0.5807 0.7927 0.1852</w:t>
        <w:br/>
        <w:t>vn -0.6525 -0.5652 0.5048</w:t>
        <w:br/>
        <w:t>vn -0.5805 0.8022 0.1395</w:t>
        <w:br/>
        <w:t>vn -0.2652 -0.7738 0.5752</w:t>
        <w:br/>
        <w:t>vn -0.2651 -0.7738 0.5752</w:t>
        <w:br/>
        <w:t>vn 0.4411 0.7146 0.5429</w:t>
        <w:br/>
        <w:t>vn 0.2554 -0.8517 0.4576</w:t>
        <w:br/>
        <w:t>vn 0.2808 -0.8541 0.4377</w:t>
        <w:br/>
        <w:t>vn -0.1314 0.7890 0.6002</w:t>
        <w:br/>
        <w:t>vn -0.3341 0.7596 0.5580</w:t>
        <w:br/>
        <w:t>vn -0.3341 0.7596 0.5581</w:t>
        <w:br/>
        <w:t>vn 0.2252 -0.8062 0.5472</w:t>
        <w:br/>
        <w:t>vn 0.1104 0.7656 0.6338</w:t>
        <w:br/>
        <w:t>vn 0.2115 -0.7349 0.6443</w:t>
        <w:br/>
        <w:t>vn 0.2947 0.7207 0.6275</w:t>
        <w:br/>
        <w:t>vn 0.2141 -0.7097 0.6712</w:t>
        <w:br/>
        <w:t>vn 0.3890 0.6921 0.6080</w:t>
        <w:br/>
        <w:t>vn 0.2312 -0.7264 0.6472</w:t>
        <w:br/>
        <w:t>vn 0.5057 0.7006 0.5035</w:t>
        <w:br/>
        <w:t>vn 0.5057 0.7006 0.5034</w:t>
        <w:br/>
        <w:t>vn 0.5733 0.7519 0.3256</w:t>
        <w:br/>
        <w:t>vn 0.5732 0.7519 0.3257</w:t>
        <w:br/>
        <w:t>vn 0.4060 -0.7511 0.5206</w:t>
        <w:br/>
        <w:t>vn 0.5857 -0.6299 0.5101</w:t>
        <w:br/>
        <w:t>vn 0.5856 -0.6299 0.5101</w:t>
        <w:br/>
        <w:t>vn 0.4060 -0.7510 0.5207</w:t>
        <w:br/>
        <w:t>vn 0.5807 0.7928 0.1851</w:t>
        <w:br/>
        <w:t>vn 0.5806 0.7929 0.1851</w:t>
        <w:br/>
        <w:t>vn 0.6526 -0.5649 0.5049</w:t>
        <w:br/>
        <w:t>vn 0.5803 0.8024 0.1393</w:t>
        <w:br/>
        <w:t>vn 0.2652 -0.7738 0.5753</w:t>
        <w:br/>
        <w:t>vn 0.2651 -0.7738 0.5753</w:t>
        <w:br/>
        <w:t>vn -0.4411 0.7145 0.5431</w:t>
        <w:br/>
        <w:t>vn 0.4175 -0.7249 0.5479</w:t>
        <w:br/>
        <w:t>vn 0.3491 -0.7565 0.5531</w:t>
        <w:br/>
        <w:t>vn 0.4286 -0.8653 0.2601</w:t>
        <w:br/>
        <w:t>vn 0.5366 -0.6774 0.5032</w:t>
        <w:br/>
        <w:t>vn 0.5953 -0.7003 0.3939</w:t>
        <w:br/>
        <w:t>vn 0.4267 -0.9008 -0.0807</w:t>
        <w:br/>
        <w:t>vn 0.6066 -0.7556 0.2472</w:t>
        <w:br/>
        <w:t>vn 0.6347 -0.7658 0.1039</w:t>
        <w:br/>
        <w:t>vn 0.7343 -0.6782 0.0292</w:t>
        <w:br/>
        <w:t>vn 0.8221 -0.5665 0.0570</w:t>
        <w:br/>
        <w:t>vn 0.8650 -0.4873 0.1199</w:t>
        <w:br/>
        <w:t>vn 0.8877 -0.4287 0.1677</w:t>
        <w:br/>
        <w:t>vn 0.9192 -0.3113 0.2412</w:t>
        <w:br/>
        <w:t>vn -0.3491 -0.7565 0.5531</w:t>
        <w:br/>
        <w:t>vn -0.4175 -0.7249 0.5479</w:t>
        <w:br/>
        <w:t>vn -0.5366 -0.6774 0.5032</w:t>
        <w:br/>
        <w:t>vn -0.4286 -0.8653 0.2601</w:t>
        <w:br/>
        <w:t>vn -0.5953 -0.7003 0.3939</w:t>
        <w:br/>
        <w:t>vn -0.6066 -0.7556 0.2472</w:t>
        <w:br/>
        <w:t>vn -0.6347 -0.7658 0.1039</w:t>
        <w:br/>
        <w:t>vn -0.7343 -0.6782 0.0292</w:t>
        <w:br/>
        <w:t>vn -0.8221 -0.5664 0.0571</w:t>
        <w:br/>
        <w:t>vn -0.8650 -0.4873 0.1199</w:t>
        <w:br/>
        <w:t>vn -0.8877 -0.4287 0.1677</w:t>
        <w:br/>
        <w:t>vn -0.9192 -0.3113 0.2412</w:t>
        <w:br/>
        <w:t>vn -0.2191 0.4540 0.8637</w:t>
        <w:br/>
        <w:t>vn 0.1258 0.7662 0.6302</w:t>
        <w:br/>
        <w:t>vn -0.2250 0.7031 0.6745</w:t>
        <w:br/>
        <w:t>vn -0.5744 0.5678 0.5896</w:t>
        <w:br/>
        <w:t>vn -0.6507 0.5302 0.5436</w:t>
        <w:br/>
        <w:t>vn -0.5315 0.1941 0.8245</w:t>
        <w:br/>
        <w:t>vn -0.4728 0.2655 0.8402</w:t>
        <w:br/>
        <w:t>vn -0.3033 -0.1813 0.9355</w:t>
        <w:br/>
        <w:t>vn -0.2930 -0.0809 0.9527</w:t>
        <w:br/>
        <w:t>vn -0.5652 0.1494 0.8113</w:t>
        <w:br/>
        <w:t>vn -0.3271 -0.0613 0.9430</w:t>
        <w:br/>
        <w:t>vn -0.3681 -0.1015 0.9242</w:t>
        <w:br/>
        <w:t>vn 0.1214 0.7816 0.6119</w:t>
        <w:br/>
        <w:t>vn -0.1843 -0.0750 0.9800</w:t>
        <w:br/>
        <w:t>vn -0.2625 -0.3530 0.8980</w:t>
        <w:br/>
        <w:t>vn -0.2583 -0.0517 0.9647</w:t>
        <w:br/>
        <w:t>vn -0.2931 0.7724 0.5634</w:t>
        <w:br/>
        <w:t>vn -0.1623 0.8749 0.4563</w:t>
        <w:br/>
        <w:t>vn -0.1623 0.8749 0.4564</w:t>
        <w:br/>
        <w:t>vn -0.1464 0.8390 0.5241</w:t>
        <w:br/>
        <w:t>vn -0.1367 0.9047 0.4035</w:t>
        <w:br/>
        <w:t>vn -0.1888 -0.3049 0.9335</w:t>
        <w:br/>
        <w:t>vn -0.0954 0.0188 0.9953</w:t>
        <w:br/>
        <w:t>vn -0.0436 0.1794 0.9828</w:t>
        <w:br/>
        <w:t>vn -0.3258 0.3542 0.8766</w:t>
        <w:br/>
        <w:t>vn -0.3135 0.1334 0.9402</w:t>
        <w:br/>
        <w:t>vn 0.5353 -0.4331 -0.7252</w:t>
        <w:br/>
        <w:t>vn 0.2074 -0.2861 -0.9355</w:t>
        <w:br/>
        <w:t>vn 0.2270 -0.4257 -0.8759</w:t>
        <w:br/>
        <w:t>vn 0.4113 -0.5142 -0.7526</w:t>
        <w:br/>
        <w:t>vn -0.1591 -0.0881 -0.9833</w:t>
        <w:br/>
        <w:t>vn 0.0283 -0.3118 -0.9497</w:t>
        <w:br/>
        <w:t>vn -0.5690 0.4862 0.6632</w:t>
        <w:br/>
        <w:t>vn -0.5143 0.2409 0.8231</w:t>
        <w:br/>
        <w:t>vn 0.1989 -0.1788 -0.9636</w:t>
        <w:br/>
        <w:t>vn -0.2814 0.0106 0.9595</w:t>
        <w:br/>
        <w:t>vn 0.2397 -0.4632 -0.8532</w:t>
        <w:br/>
        <w:t>vn 0.3258 -0.5192 -0.7901</w:t>
        <w:br/>
        <w:t>vn 0.1503 -0.4005 -0.9039</w:t>
        <w:br/>
        <w:t>vn -0.5078 0.3022 0.8067</w:t>
        <w:br/>
        <w:t>vn -0.2930 0.7726 0.5633</w:t>
        <w:br/>
        <w:t>vn -0.0656 0.8986 0.4338</w:t>
        <w:br/>
        <w:t>vn -0.0860 0.8684 0.4884</w:t>
        <w:br/>
        <w:t>vn -0.0861 0.8682 0.4887</w:t>
        <w:br/>
        <w:t>vn -0.4880 0.0497 0.8714</w:t>
        <w:br/>
        <w:t>vn -0.4405 0.0210 0.8975</w:t>
        <w:br/>
        <w:t>vn -0.4405 0.0209 0.8975</w:t>
        <w:br/>
        <w:t>vn -0.5078 0.3021 0.8068</w:t>
        <w:br/>
        <w:t>vn -0.2583 -0.0518 0.9647</w:t>
        <w:br/>
        <w:t>vn 0.2189 0.4541 0.8636</w:t>
        <w:br/>
        <w:t>vn 0.2247 0.7032 0.6745</w:t>
        <w:br/>
        <w:t>vn -0.1264 0.7665 0.6297</w:t>
        <w:br/>
        <w:t>vn 0.5744 0.5677 0.5897</w:t>
        <w:br/>
        <w:t>vn 0.4728 0.2655 0.8402</w:t>
        <w:br/>
        <w:t>vn 0.5314 0.1941 0.8246</w:t>
        <w:br/>
        <w:t>vn 0.6506 0.5301 0.5439</w:t>
        <w:br/>
        <w:t>vn 0.2931 -0.0808 0.9527</w:t>
        <w:br/>
        <w:t>vn 0.3032 -0.1812 0.9355</w:t>
        <w:br/>
        <w:t>vn 0.5651 0.1493 0.8114</w:t>
        <w:br/>
        <w:t>vn 0.3273 -0.0612 0.9429</w:t>
        <w:br/>
        <w:t>vn 0.3680 -0.1014 0.9243</w:t>
        <w:br/>
        <w:t>vn -0.1217 0.7820 0.6112</w:t>
        <w:br/>
        <w:t>vn 0.1843 -0.0748 0.9800</w:t>
        <w:br/>
        <w:t>vn 0.2583 -0.0517 0.9647</w:t>
        <w:br/>
        <w:t>vn 0.2626 -0.3529 0.8980</w:t>
        <w:br/>
        <w:t>vn 0.2626 -0.3529 0.8981</w:t>
        <w:br/>
        <w:t>vn 0.2932 0.7724 0.5634</w:t>
        <w:br/>
        <w:t>vn 0.1465 0.8389 0.5242</w:t>
        <w:br/>
        <w:t>vn 0.1624 0.8750 0.4561</w:t>
        <w:br/>
        <w:t>vn 0.1624 0.8750 0.4560</w:t>
        <w:br/>
        <w:t>vn 0.1370 0.9047 0.4034</w:t>
        <w:br/>
        <w:t>vn 0.1888 -0.3048 0.9335</w:t>
        <w:br/>
        <w:t>vn 0.0954 0.0188 0.9953</w:t>
        <w:br/>
        <w:t>vn 0.3135 0.1333 0.9402</w:t>
        <w:br/>
        <w:t>vn 0.3258 0.3542 0.8766</w:t>
        <w:br/>
        <w:t>vn 0.0436 0.1794 0.9828</w:t>
        <w:br/>
        <w:t>vn -0.5353 -0.4331 -0.7251</w:t>
        <w:br/>
        <w:t>vn -0.4113 -0.5142 -0.7527</w:t>
        <w:br/>
        <w:t>vn -0.2270 -0.4256 -0.8759</w:t>
        <w:br/>
        <w:t>vn -0.2075 -0.2862 -0.9354</w:t>
        <w:br/>
        <w:t>vn -0.0282 -0.3118 -0.9497</w:t>
        <w:br/>
        <w:t>vn 0.1590 -0.0881 -0.9833</w:t>
        <w:br/>
        <w:t>vn 0.5689 0.4862 0.6633</w:t>
        <w:br/>
        <w:t>vn 0.5143 0.2409 0.8231</w:t>
        <w:br/>
        <w:t>vn -0.1990 -0.1788 -0.9635</w:t>
        <w:br/>
        <w:t>vn 0.2814 0.0106 0.9595</w:t>
        <w:br/>
        <w:t>vn -0.2397 -0.4632 -0.8532</w:t>
        <w:br/>
        <w:t>vn -0.3257 -0.5191 -0.7902</w:t>
        <w:br/>
        <w:t>vn -0.1503 -0.4005 -0.9039</w:t>
        <w:br/>
        <w:t>vn 0.5077 0.3021 0.8068</w:t>
        <w:br/>
        <w:t>vn 0.2931 0.7724 0.5634</w:t>
        <w:br/>
        <w:t>vn 0.0664 0.8978 0.4354</w:t>
        <w:br/>
        <w:t>vn 0.0865 0.8677 0.4894</w:t>
        <w:br/>
        <w:t>vn 0.0865 0.8678 0.4893</w:t>
        <w:br/>
        <w:t>vn 0.4879 0.0496 0.8715</w:t>
        <w:br/>
        <w:t>vn 0.4406 0.0209 0.8975</w:t>
        <w:br/>
        <w:t>vn 0.4406 0.0209 0.8974</w:t>
        <w:br/>
        <w:t>vn 0.2581 -0.0517 0.9647</w:t>
        <w:br/>
        <w:t>vn 0.5076 0.3020 0.8069</w:t>
        <w:br/>
        <w:t>vn -0.3287 -0.3654 0.8709</w:t>
        <w:br/>
        <w:t>vn -0.3729 -0.3109 0.8742</w:t>
        <w:br/>
        <w:t>vn -0.2928 -0.4597 0.8384</w:t>
        <w:br/>
        <w:t>vn -0.2423 -0.4696 0.8489</w:t>
        <w:br/>
        <w:t>vn -0.2423 -0.4696 0.8490</w:t>
        <w:br/>
        <w:t>vn -0.1658 -0.3940 0.9040</w:t>
        <w:br/>
        <w:t>vn -0.1503 -0.3507 0.9244</w:t>
        <w:br/>
        <w:t>vn 0.3285 -0.3653 0.8710</w:t>
        <w:br/>
        <w:t>vn 0.3727 -0.3109 0.8743</w:t>
        <w:br/>
        <w:t>vn 0.2928 -0.4597 0.8384</w:t>
        <w:br/>
        <w:t>vn 0.2423 -0.4697 0.8489</w:t>
        <w:br/>
        <w:t>vn 0.1658 -0.3941 0.9040</w:t>
        <w:br/>
        <w:t>vn 0.1658 -0.3940 0.9040</w:t>
        <w:br/>
        <w:t>vn 0.1503 -0.3506 0.9244</w:t>
        <w:br/>
        <w:t>vn 0.1400 -0.1610 0.9770</w:t>
        <w:br/>
        <w:t>vn 0.0575 -0.0087 0.9983</w:t>
        <w:br/>
        <w:t>vn -0.0835 -0.5579 0.8257</w:t>
        <w:br/>
        <w:t>vn -0.1576 -0.6182 0.7700</w:t>
        <w:br/>
        <w:t>vn -0.2231 -0.7111 0.6667</w:t>
        <w:br/>
        <w:t>vn -0.2880 -0.7138 0.6384</w:t>
        <w:br/>
        <w:t>vn -0.1423 -0.7003 0.6995</w:t>
        <w:br/>
        <w:t>vn -0.0864 -0.5356 0.8400</w:t>
        <w:br/>
        <w:t>vn -0.1615 -0.5024 0.8494</w:t>
        <w:br/>
        <w:t>vn -0.2011 -0.5855 0.7853</w:t>
        <w:br/>
        <w:t>vn -0.2370 -0.4743 0.8479</w:t>
        <w:br/>
        <w:t>vn -0.3155 -0.4616 0.8291</w:t>
        <w:br/>
        <w:t>vn -0.3956 -0.5253 0.7533</w:t>
        <w:br/>
        <w:t>vn -0.3779 -0.5323 0.7575</w:t>
        <w:br/>
        <w:t>vn -0.4329 -0.6298 0.6449</w:t>
        <w:br/>
        <w:t>vn -0.7250 -0.5094 0.4635</w:t>
        <w:br/>
        <w:t>vn -0.3543 -0.5016 0.7892</w:t>
        <w:br/>
        <w:t>vn -0.7963 -0.4242 0.4312</w:t>
        <w:br/>
        <w:t>vn -0.1399 -0.1610 0.9770</w:t>
        <w:br/>
        <w:t>vn -0.1400 -0.1610 0.9770</w:t>
        <w:br/>
        <w:t>vn -0.0575 -0.0087 0.9983</w:t>
        <w:br/>
        <w:t>vn -0.1382 0.0207 0.9902</w:t>
        <w:br/>
        <w:t>vn -0.6717 -0.2893 0.6820</w:t>
        <w:br/>
        <w:t>vn -0.2658 0.1039 0.9584</w:t>
        <w:br/>
        <w:t>vn -0.5686 -0.0576 0.8206</w:t>
        <w:br/>
        <w:t>vn -0.3046 0.1786 0.9356</w:t>
        <w:br/>
        <w:t>vn -0.2967 0.1997 0.9339</w:t>
        <w:br/>
        <w:t>vn 0.0244 -0.8166 0.5767</w:t>
        <w:br/>
        <w:t>vn 0.0245 -0.8166 0.5766</w:t>
        <w:br/>
        <w:t>vn -0.0246 -0.8249 0.5648</w:t>
        <w:br/>
        <w:t>vn -0.2662 -0.4749 0.8388</w:t>
        <w:br/>
        <w:t>vn -0.0425 -0.8451 0.5330</w:t>
        <w:br/>
        <w:t>vn -0.2114 -0.4750 0.8542</w:t>
        <w:br/>
        <w:t>vn 0.0357 -0.8338 0.5510</w:t>
        <w:br/>
        <w:t>vn 0.0358 -0.8338 0.5510</w:t>
        <w:br/>
        <w:t>vn -0.0895 -0.8731 0.4793</w:t>
        <w:br/>
        <w:t>vn -0.1475 -0.4353 0.8881</w:t>
        <w:br/>
        <w:t>vn -0.1863 -0.8597 0.4756</w:t>
        <w:br/>
        <w:t>vn -0.1077 -0.6335 0.7662</w:t>
        <w:br/>
        <w:t>vn -0.1945 -0.7918 0.5790</w:t>
        <w:br/>
        <w:t>vn -0.2527 -0.8724 0.4183</w:t>
        <w:br/>
        <w:t>vn 0.0560 -0.8480 0.5270</w:t>
        <w:br/>
        <w:t>vn 0.0561 -0.8480 0.5270</w:t>
        <w:br/>
        <w:t>vn -0.3395 -0.8827 0.3249</w:t>
        <w:br/>
        <w:t>vn -0.5865 -0.0179 0.8097</w:t>
        <w:br/>
        <w:t>vn -0.4822 -0.2259 0.8464</w:t>
        <w:br/>
        <w:t>vn -0.3920 -0.7874 0.4756</w:t>
        <w:br/>
        <w:t>vn -0.3233 -0.8177 0.4762</w:t>
        <w:br/>
        <w:t>vn -0.1415 -0.6714 0.7275</w:t>
        <w:br/>
        <w:t>vn -0.0341 -0.3602 0.9323</w:t>
        <w:br/>
        <w:t>vn -0.1364 -0.1664 0.9766</w:t>
        <w:br/>
        <w:t>vn -0.6980 -0.0174 0.7159</w:t>
        <w:br/>
        <w:t>vn -0.6797 -0.0357 0.7326</w:t>
        <w:br/>
        <w:t>vn -0.7381 -0.0781 0.6702</w:t>
        <w:br/>
        <w:t>vn -0.1898 -0.6835 0.7049</w:t>
        <w:br/>
        <w:t>vn -0.5012 -0.5243 0.6884</w:t>
        <w:br/>
        <w:t>vn -0.6161 -0.4784 0.6257</w:t>
        <w:br/>
        <w:t>vn -0.4730 -0.6585 0.5854</w:t>
        <w:br/>
        <w:t>vn -0.5429 -0.5553 0.6300</w:t>
        <w:br/>
        <w:t>vn -0.5562 -0.4955 0.6672</w:t>
        <w:br/>
        <w:t>vn -0.5561 -0.4955 0.6672</w:t>
        <w:br/>
        <w:t>vn -0.5573 -0.4396 0.7044</w:t>
        <w:br/>
        <w:t>vn -0.5611 -0.4209 0.7127</w:t>
        <w:br/>
        <w:t>vn -0.5611 -0.4210 0.7127</w:t>
        <w:br/>
        <w:t>vn -0.7450 -0.0856 0.6615</w:t>
        <w:br/>
        <w:t>vn -0.7646 -0.1766 0.6198</w:t>
        <w:br/>
        <w:t>vn 0.2402 0.5083 0.8270</w:t>
        <w:br/>
        <w:t>vn 0.1655 0.5163 0.8402</w:t>
        <w:br/>
        <w:t>vn 0.2403 0.5083 0.8270</w:t>
        <w:br/>
        <w:t>vn 0.1734 -0.2845 -0.9429</w:t>
        <w:br/>
        <w:t>vn -0.1145 -0.3641 -0.9243</w:t>
        <w:br/>
        <w:t>vn 0.0782 -0.2402 -0.9676</w:t>
        <w:br/>
        <w:t>vn 0.0191 -0.0931 -0.9955</w:t>
        <w:br/>
        <w:t>vn -0.1005 -0.1637 -0.9814</w:t>
        <w:br/>
        <w:t>vn -0.0998 -0.0293 -0.9946</w:t>
        <w:br/>
        <w:t>vn 0.0195 0.0659 -0.9976</w:t>
        <w:br/>
        <w:t>vn 0.5666 0.4964 -0.6577</w:t>
        <w:br/>
        <w:t>vn 0.2377 0.7235 -0.6481</w:t>
        <w:br/>
        <w:t>vn 0.3721 0.3716 -0.8506</w:t>
        <w:br/>
        <w:t>vn 0.4511 -0.5216 0.7242</w:t>
        <w:br/>
        <w:t>vn 0.5247 -0.5619 0.6395</w:t>
        <w:br/>
        <w:t>vn 0.6054 0.1938 0.7720</w:t>
        <w:br/>
        <w:t>vn 0.5349 0.4295 0.7276</w:t>
        <w:br/>
        <w:t>vn 0.4003 0.4852 0.7774</w:t>
        <w:br/>
        <w:t>vn -0.1246 0.0557 0.9906</w:t>
        <w:br/>
        <w:t>vn -0.2016 0.0347 0.9789</w:t>
        <w:br/>
        <w:t>vn -0.8229 -0.0942 0.5603</w:t>
        <w:br/>
        <w:t>vn -0.5598 -0.4257 0.7109</w:t>
        <w:br/>
        <w:t>vn -0.5012 -0.5243 0.6883</w:t>
        <w:br/>
        <w:t>vn 0.6013 -0.0088 0.7990</w:t>
        <w:br/>
        <w:t>vn -0.1720 -0.6278 0.7591</w:t>
        <w:br/>
        <w:t>vn -0.0804 -0.5289 0.8448</w:t>
        <w:br/>
        <w:t>vn -0.2712 -0.1620 0.9488</w:t>
        <w:br/>
        <w:t>vn -0.8760 0.1888 -0.4437</w:t>
        <w:br/>
        <w:t>vn -0.0991 0.3664 -0.9252</w:t>
        <w:br/>
        <w:t>vn 0.6412 0.7354 -0.2193</w:t>
        <w:br/>
        <w:t>vn 0.3885 0.6929 -0.6074</w:t>
        <w:br/>
        <w:t>vn 0.5622 0.7866 -0.2555</w:t>
        <w:br/>
        <w:t>vn 0.4788 0.8381 -0.2614</w:t>
        <w:br/>
        <w:t>vn 0.3023 0.7371 -0.6044</w:t>
        <w:br/>
        <w:t>vn 0.1855 0.7212 -0.6674</w:t>
        <w:br/>
        <w:t>vn 0.2760 0.8399 -0.4672</w:t>
        <w:br/>
        <w:t>vn 0.1577 0.6832 -0.7130</w:t>
        <w:br/>
        <w:t>vn 0.2426 0.7191 -0.6512</w:t>
        <w:br/>
        <w:t>vn 0.1540 0.6810 -0.7159</w:t>
        <w:br/>
        <w:t>vn 0.2682 0.6125 -0.7436</w:t>
        <w:br/>
        <w:t>vn 0.1216 0.7038 -0.6999</w:t>
        <w:br/>
        <w:t>vn 0.1412 0.6167 -0.7744</w:t>
        <w:br/>
        <w:t>vn 0.1227 0.7015 -0.7020</w:t>
        <w:br/>
        <w:t>vn 0.2172 0.5793 -0.7857</w:t>
        <w:br/>
        <w:t>vn 0.1809 0.6251 -0.7593</w:t>
        <w:br/>
        <w:t>vn 0.2346 0.8022 -0.5490</w:t>
        <w:br/>
        <w:t>vn 0.1550 0.6845 -0.7123</w:t>
        <w:br/>
        <w:t>vn 0.1504 0.6098 -0.7782</w:t>
        <w:br/>
        <w:t>vn 0.0046 0.8855 -0.4646</w:t>
        <w:br/>
        <w:t>vn 0.2394 0.2312 -0.9430</w:t>
        <w:br/>
        <w:t>vn 0.2433 0.2053 -0.9480</w:t>
        <w:br/>
        <w:t>vn 0.2433 0.2054 -0.9480</w:t>
        <w:br/>
        <w:t>vn -0.2638 0.0946 0.9599</w:t>
        <w:br/>
        <w:t>vn -0.6174 -0.2344 0.7509</w:t>
        <w:br/>
        <w:t>vn -0.5491 -0.3334 0.7664</w:t>
        <w:br/>
        <w:t>vn -0.2688 -0.0119 0.9631</w:t>
        <w:br/>
        <w:t>vn 0.1624 0.3973 0.9032</w:t>
        <w:br/>
        <w:t>vn 0.0713 0.3128 0.9472</w:t>
        <w:br/>
        <w:t>vn -0.6429 -0.2107 0.7364</w:t>
        <w:br/>
        <w:t>vn 0.1990 0.4037 0.8930</w:t>
        <w:br/>
        <w:t>vn 0.2391 0.2318 -0.9429</w:t>
        <w:br/>
        <w:t>vn -0.8388 -0.3365 0.4280</w:t>
        <w:br/>
        <w:t>vn -0.7796 -0.3680 0.5068</w:t>
        <w:br/>
        <w:t>vn -0.8720 -0.0225 0.4890</w:t>
        <w:br/>
        <w:t>vn -0.8986 -0.0349 0.4374</w:t>
        <w:br/>
        <w:t>vn -0.5868 -0.6667 0.4595</w:t>
        <w:br/>
        <w:t>vn -0.6992 -0.6070 0.3778</w:t>
        <w:br/>
        <w:t>vn 0.6505 0.4687 -0.5976</w:t>
        <w:br/>
        <w:t>vn 0.7389 0.4297 -0.5190</w:t>
        <w:br/>
        <w:t>vn 0.6505 0.4688 -0.5976</w:t>
        <w:br/>
        <w:t>vn -0.8677 -0.3216 0.3790</w:t>
        <w:br/>
        <w:t>vn 0.7817 0.4146 -0.4658</w:t>
        <w:br/>
        <w:t>vn 0.5621 0.7866 -0.2555</w:t>
        <w:br/>
        <w:t>vn 0.6670 0.7426 0.0597</w:t>
        <w:br/>
        <w:t>vn -0.0245 -0.8166 0.5767</w:t>
        <w:br/>
        <w:t>vn 0.2662 -0.4750 0.8388</w:t>
        <w:br/>
        <w:t>vn 0.0246 -0.8249 0.5647</w:t>
        <w:br/>
        <w:t>vn -0.0244 -0.8166 0.5767</w:t>
        <w:br/>
        <w:t>vn 0.1844 -0.5582 0.8089</w:t>
        <w:br/>
        <w:t>vn 0.0306 -0.8402 0.5414</w:t>
        <w:br/>
        <w:t>vn -0.0357 -0.8337 0.5510</w:t>
        <w:br/>
        <w:t>vn 0.0744 -0.8679 0.4911</w:t>
        <w:br/>
        <w:t>vn 0.1532 -0.4382 0.8857</w:t>
        <w:br/>
        <w:t>vn 0.1078 -0.6335 0.7662</w:t>
        <w:br/>
        <w:t>vn 0.1864 -0.8597 0.4755</w:t>
        <w:br/>
        <w:t>vn 0.2528 -0.8725 0.4182</w:t>
        <w:br/>
        <w:t>vn 0.1945 -0.7919 0.5788</w:t>
        <w:br/>
        <w:t>vn -0.0561 -0.8481 0.5269</w:t>
        <w:br/>
        <w:t>vn -0.0561 -0.8480 0.5269</w:t>
        <w:br/>
        <w:t>vn 0.3395 -0.8828 0.3248</w:t>
        <w:br/>
        <w:t>vn 0.5865 -0.0179 0.8097</w:t>
        <w:br/>
        <w:t>vn 0.4822 -0.2259 0.8464</w:t>
        <w:br/>
        <w:t>vn 0.3232 -0.8177 0.4763</w:t>
        <w:br/>
        <w:t>vn 0.3919 -0.7874 0.4758</w:t>
        <w:br/>
        <w:t>vn 0.1415 -0.6714 0.7275</w:t>
        <w:br/>
        <w:t>vn 0.0341 -0.3601 0.9323</w:t>
        <w:br/>
        <w:t>vn 0.1364 -0.1664 0.9766</w:t>
        <w:br/>
        <w:t>vn 0.6980 -0.0174 0.7159</w:t>
        <w:br/>
        <w:t>vn 0.7381 -0.0781 0.6702</w:t>
        <w:br/>
        <w:t>vn 0.6798 -0.0357 0.7325</w:t>
        <w:br/>
        <w:t>vn 0.1898 -0.6835 0.7049</w:t>
        <w:br/>
        <w:t>vn 0.6161 -0.4784 0.6257</w:t>
        <w:br/>
        <w:t>vn 0.5013 -0.5243 0.6883</w:t>
        <w:br/>
        <w:t>vn 0.4730 -0.6585 0.5854</w:t>
        <w:br/>
        <w:t>vn 0.5428 -0.5553 0.6300</w:t>
        <w:br/>
        <w:t>vn 0.5430 -0.5553 0.6300</w:t>
        <w:br/>
        <w:t>vn 0.5562 -0.4955 0.6672</w:t>
        <w:br/>
        <w:t>vn 0.5573 -0.4396 0.7044</w:t>
        <w:br/>
        <w:t>vn 0.5572 -0.4396 0.7044</w:t>
        <w:br/>
        <w:t>vn 0.5611 -0.4210 0.7127</w:t>
        <w:br/>
        <w:t>vn 0.7647 -0.1766 0.6198</w:t>
        <w:br/>
        <w:t>vn 0.7450 -0.0856 0.6616</w:t>
        <w:br/>
        <w:t>vn -0.2403 0.5084 0.8269</w:t>
        <w:br/>
        <w:t>vn -0.1656 0.5164 0.8402</w:t>
        <w:br/>
        <w:t>vn -0.1734 -0.2845 -0.9429</w:t>
        <w:br/>
        <w:t>vn -0.0782 -0.2402 -0.9676</w:t>
        <w:br/>
        <w:t>vn 0.1145 -0.3641 -0.9243</w:t>
        <w:br/>
        <w:t>vn -0.0191 -0.0931 -0.9955</w:t>
        <w:br/>
        <w:t>vn 0.1005 -0.1637 -0.9814</w:t>
        <w:br/>
        <w:t>vn -0.0195 0.0659 -0.9976</w:t>
        <w:br/>
        <w:t>vn 0.0998 -0.0293 -0.9946</w:t>
        <w:br/>
        <w:t>vn -0.5666 0.4964 -0.6577</w:t>
        <w:br/>
        <w:t>vn -0.3721 0.3716 -0.8506</w:t>
        <w:br/>
        <w:t>vn -0.2377 0.7235 -0.6481</w:t>
        <w:br/>
        <w:t>vn 0.1898 -0.6835 0.7048</w:t>
        <w:br/>
        <w:t>vn -0.5247 -0.5619 0.6394</w:t>
        <w:br/>
        <w:t>vn -0.4512 -0.5216 0.7241</w:t>
        <w:br/>
        <w:t>vn -0.6054 0.1939 0.7719</w:t>
        <w:br/>
        <w:t>vn -0.5349 0.4295 0.7276</w:t>
        <w:br/>
        <w:t>vn -0.4002 0.4851 0.7775</w:t>
        <w:br/>
        <w:t>vn -0.4005 0.4853 0.7773</w:t>
        <w:br/>
        <w:t>vn 0.1246 0.0558 0.9906</w:t>
        <w:br/>
        <w:t>vn 0.2016 0.0347 0.9789</w:t>
        <w:br/>
        <w:t>vn 0.8229 -0.0942 0.5603</w:t>
        <w:br/>
        <w:t>vn 0.5598 -0.4258 0.7109</w:t>
        <w:br/>
        <w:t>vn -0.4511 -0.5216 0.7241</w:t>
        <w:br/>
        <w:t>vn 0.5012 -0.5244 0.6883</w:t>
        <w:br/>
        <w:t>vn -0.6014 -0.0088 0.7989</w:t>
        <w:br/>
        <w:t>vn 0.0803 -0.5288 0.8449</w:t>
        <w:br/>
        <w:t>vn 0.1718 -0.6276 0.7593</w:t>
        <w:br/>
        <w:t>vn 0.2712 -0.1620 0.9488</w:t>
        <w:br/>
        <w:t>vn 0.8760 0.1888 -0.4437</w:t>
        <w:br/>
        <w:t>vn 0.0990 0.3664 -0.9252</w:t>
        <w:br/>
        <w:t>vn 0.1246 0.0557 0.9906</w:t>
        <w:br/>
        <w:t>vn -0.6412 0.7353 -0.2194</w:t>
        <w:br/>
        <w:t>vn -0.5621 0.7866 -0.2556</w:t>
        <w:br/>
        <w:t>vn -0.3885 0.6928 -0.6075</w:t>
        <w:br/>
        <w:t>vn -0.4788 0.8381 -0.2614</w:t>
        <w:br/>
        <w:t>vn -0.2761 0.8400 -0.4671</w:t>
        <w:br/>
        <w:t>vn -0.1855 0.7213 -0.6673</w:t>
        <w:br/>
        <w:t>vn -0.3023 0.7371 -0.6044</w:t>
        <w:br/>
        <w:t>vn -0.2426 0.7191 -0.6512</w:t>
        <w:br/>
        <w:t>vn -0.1577 0.6832 -0.7130</w:t>
        <w:br/>
        <w:t>vn -0.2682 0.6125 -0.7436</w:t>
        <w:br/>
        <w:t>vn -0.1540 0.6810 -0.7159</w:t>
        <w:br/>
        <w:t>vn -0.1216 0.7039 -0.6998</w:t>
        <w:br/>
        <w:t>vn -0.2172 0.5793 -0.7856</w:t>
        <w:br/>
        <w:t>vn -0.1227 0.7015 -0.7020</w:t>
        <w:br/>
        <w:t>vn -0.1412 0.6168 -0.7744</w:t>
        <w:br/>
        <w:t>vn -0.1809 0.6251 -0.7593</w:t>
        <w:br/>
        <w:t>vn -0.1550 0.6846 -0.7123</w:t>
        <w:br/>
        <w:t>vn -0.2345 0.8023 -0.5489</w:t>
        <w:br/>
        <w:t>vn -0.1504 0.6098 -0.7781</w:t>
        <w:br/>
        <w:t>vn -0.0047 0.8855 -0.4646</w:t>
        <w:br/>
        <w:t>vn 0.0991 0.3664 -0.9252</w:t>
        <w:br/>
        <w:t>vn -0.2394 0.2312 -0.9430</w:t>
        <w:br/>
        <w:t>vn -0.2395 0.2312 -0.9430</w:t>
        <w:br/>
        <w:t>vn -0.2434 0.2053 -0.9480</w:t>
        <w:br/>
        <w:t>vn -0.2433 0.2053 -0.9480</w:t>
        <w:br/>
        <w:t>vn 0.2640 0.0946 0.9599</w:t>
        <w:br/>
        <w:t>vn 0.2688 -0.0119 0.9631</w:t>
        <w:br/>
        <w:t>vn 0.5491 -0.3334 0.7664</w:t>
        <w:br/>
        <w:t>vn 0.6174 -0.2343 0.7510</w:t>
        <w:br/>
        <w:t>vn -0.1625 0.3973 0.9032</w:t>
        <w:br/>
        <w:t>vn -0.0713 0.3128 0.9471</w:t>
        <w:br/>
        <w:t>vn 0.6429 -0.2107 0.7364</w:t>
        <w:br/>
        <w:t>vn -0.1989 0.4038 0.8930</w:t>
        <w:br/>
        <w:t>vn -0.2392 0.2319 -0.9429</w:t>
        <w:br/>
        <w:t>vn 0.8389 -0.3364 0.4280</w:t>
        <w:br/>
        <w:t>vn 0.8986 -0.0349 0.4374</w:t>
        <w:br/>
        <w:t>vn 0.8720 -0.0224 0.4890</w:t>
        <w:br/>
        <w:t>vn 0.7796 -0.3680 0.5068</w:t>
        <w:br/>
        <w:t>vn 0.5867 -0.6668 0.4595</w:t>
        <w:br/>
        <w:t>vn 0.6992 -0.6069 0.3779</w:t>
        <w:br/>
        <w:t>vn -0.6505 0.4687 -0.5976</w:t>
        <w:br/>
        <w:t>vn -0.6505 0.4687 -0.5977</w:t>
        <w:br/>
        <w:t>vn -0.7390 0.4296 -0.5190</w:t>
        <w:br/>
        <w:t>vn -0.7390 0.4297 -0.5189</w:t>
        <w:br/>
        <w:t>vn 0.8677 -0.3215 0.3790</w:t>
        <w:br/>
        <w:t>vn -0.7817 0.4145 -0.4659</w:t>
        <w:br/>
        <w:t>vn -0.5622 0.7866 -0.2554</w:t>
        <w:br/>
        <w:t>vn -0.6671 0.7426 0.0598</w:t>
        <w:br/>
        <w:t>vn -0.4789 0.8381 -0.2611</w:t>
        <w:br/>
        <w:t>vn -0.6412 0.7353 -0.2193</w:t>
        <w:br/>
        <w:t>vn 0.0835 0.5579 -0.8257</w:t>
        <w:br/>
        <w:t>vn 0.1493 0.5554 -0.8181</w:t>
        <w:br/>
        <w:t>vn 0.0864 0.5356 -0.8400</w:t>
        <w:br/>
        <w:t>vn 0.1405 0.5105 -0.8483</w:t>
        <w:br/>
        <w:t>vn 0.2172 0.5793 -0.7856</w:t>
        <w:br/>
        <w:t>vn 0.1228 0.7015 -0.7020</w:t>
        <w:br/>
        <w:t>vn 0.3109 0.4516 -0.8363</w:t>
        <w:br/>
        <w:t>vn 0.3779 0.5323 -0.7575</w:t>
        <w:br/>
        <w:t>vn 0.2682 0.6126 -0.7435</w:t>
        <w:br/>
        <w:t>vn 0.4329 0.6298 -0.6449</w:t>
        <w:br/>
        <w:t>vn 0.1400 0.1610 -0.9770</w:t>
        <w:br/>
        <w:t>vn 0.1382 -0.0207 -0.9902</w:t>
        <w:br/>
        <w:t>vn 0.0194 0.0659 -0.9976</w:t>
        <w:br/>
        <w:t>vn 0.2658 -0.1039 -0.9584</w:t>
        <w:br/>
        <w:t>vn 0.3046 -0.1785 -0.9356</w:t>
        <w:br/>
        <w:t>vn 0.2967 -0.1997 -0.9339</w:t>
        <w:br/>
        <w:t>vn 0.3544 0.5016 -0.7892</w:t>
        <w:br/>
        <w:t>vn -0.1855 0.7212 -0.6674</w:t>
        <w:br/>
        <w:t>vn -0.0835 0.5579 -0.8257</w:t>
        <w:br/>
        <w:t>vn -0.1492 0.5555 -0.8180</w:t>
        <w:br/>
        <w:t>vn -0.1550 0.6845 -0.7123</w:t>
        <w:br/>
        <w:t>vn -0.0864 0.5356 -0.8400</w:t>
        <w:br/>
        <w:t>vn -0.3885 0.6929 -0.6074</w:t>
        <w:br/>
        <w:t>vn -0.1504 0.6098 -0.7782</w:t>
        <w:br/>
        <w:t>vn -0.1406 0.5105 -0.8483</w:t>
        <w:br/>
        <w:t>vn -0.2322 0.4661 -0.8537</w:t>
        <w:br/>
        <w:t>vn -0.2682 0.6126 -0.7435</w:t>
        <w:br/>
        <w:t>vn -0.3779 0.5323 -0.7575</w:t>
        <w:br/>
        <w:t>vn -0.3108 0.4515 -0.8364</w:t>
        <w:br/>
        <w:t>vn -0.2172 0.5793 -0.7857</w:t>
        <w:br/>
        <w:t>vn -0.4329 0.6298 -0.6449</w:t>
        <w:br/>
        <w:t>vn -0.1382 -0.0207 -0.9902</w:t>
        <w:br/>
        <w:t>vn -0.1400 0.1610 -0.9770</w:t>
        <w:br/>
        <w:t>vn -0.0781 -0.2402 -0.9676</w:t>
        <w:br/>
        <w:t>vn -0.2658 -0.1039 -0.9584</w:t>
        <w:br/>
        <w:t>vn -0.3045 -0.1786 -0.9356</w:t>
        <w:br/>
        <w:t>vn -0.2966 -0.1997 -0.9339</w:t>
        <w:br/>
        <w:t>vn -0.3543 0.5016 -0.7892</w:t>
        <w:br/>
        <w:t>vn 0.2322 0.4661 -0.8537</w:t>
        <w:br/>
        <w:t>vn -0.1226 0.7015 -0.7020</w:t>
        <w:br/>
        <w:t>vn -0.0949 -0.1572 0.9830</w:t>
        <w:br/>
        <w:t>vn -0.0242 -0.1208 0.9924</w:t>
        <w:br/>
        <w:t>vn -0.0786 -0.0424 0.9960</w:t>
        <w:br/>
        <w:t>vn -0.0644 -0.2599 0.9635</w:t>
        <w:br/>
        <w:t>vn -0.0564 0.0397 0.9976</w:t>
        <w:br/>
        <w:t>vn 0.0486 -0.2978 0.9534</w:t>
        <w:br/>
        <w:t>vn 0.0032 -0.3606 0.9327</w:t>
        <w:br/>
        <w:t>vn 0.0809 -0.4164 0.9056</w:t>
        <w:br/>
        <w:t>vn 0.0410 0.0269 0.9988</w:t>
        <w:br/>
        <w:t>vn 0.0362 0.1664 0.9854</w:t>
        <w:br/>
        <w:t>vn 0.1713 -0.3643 0.9154</w:t>
        <w:br/>
        <w:t>vn 0.2132 -0.4551 0.8645</w:t>
        <w:br/>
        <w:t>vn 0.2514 -0.1312 0.9590</w:t>
        <w:br/>
        <w:t>vn 0.3057 -0.3701 0.8773</w:t>
        <w:br/>
        <w:t>vn 0.3584 -0.4316 0.8278</w:t>
        <w:br/>
        <w:t>vn 0.1534 0.1216 0.9806</w:t>
        <w:br/>
        <w:t>vn 0.1772 0.2380 0.9550</w:t>
        <w:br/>
        <w:t>vn 0.4334 -0.3087 0.8467</w:t>
        <w:br/>
        <w:t>vn 0.4201 -0.3915 0.8186</w:t>
        <w:br/>
        <w:t>vn 0.5326 -0.2872 0.7962</w:t>
        <w:br/>
        <w:t>vn 0.3031 0.1565 0.9400</w:t>
        <w:br/>
        <w:t>vn 0.2769 0.2479 0.9284</w:t>
        <w:br/>
        <w:t>vn 0.4122 0.2093 0.8867</w:t>
        <w:br/>
        <w:t>vn 0.5141 -0.1481 0.8448</w:t>
        <w:br/>
        <w:t>vn 0.5647 -0.2085 0.7985</w:t>
        <w:br/>
        <w:t>vn 0.5855 -0.0570 0.8086</w:t>
        <w:br/>
        <w:t>vn 0.4773 0.0522 0.8772</w:t>
        <w:br/>
        <w:t>vn 0.5002 0.1446 0.8537</w:t>
        <w:br/>
        <w:t>vn 0.5609 0.0364 0.8271</w:t>
        <w:br/>
        <w:t>vn -0.2904 -0.1247 0.9487</w:t>
        <w:br/>
        <w:t>vn -0.2257 -0.0825 0.9707</w:t>
        <w:br/>
        <w:t>vn -0.2838 -0.0074 0.9589</w:t>
        <w:br/>
        <w:t>vn -0.2507 -0.2257 0.9414</w:t>
        <w:br/>
        <w:t>vn -0.2691 0.0753 0.9602</w:t>
        <w:br/>
        <w:t>vn -0.1362 -0.2561 0.9570</w:t>
        <w:br/>
        <w:t>vn -0.1726 -0.3227 0.9306</w:t>
        <w:br/>
        <w:t>vn -0.0868 -0.3746 0.9231</w:t>
        <w:br/>
        <w:t>vn -0.1732 0.0686 0.9825</w:t>
        <w:br/>
        <w:t>vn -0.1834 0.2066 0.9611</w:t>
        <w:br/>
        <w:t>vn -0.0039 -0.3160 0.9488</w:t>
        <w:br/>
        <w:t>vn 0.0528 -0.4064 0.9122</w:t>
        <w:br/>
        <w:t>vn 0.0508 -0.0764 0.9958</w:t>
        <w:br/>
        <w:t>vn 0.1361 -0.3135 0.9398</w:t>
        <w:br/>
        <w:t>vn 0.2003 -0.3729 0.9060</w:t>
        <w:br/>
        <w:t>vn -0.0645 0.1699 0.9833</w:t>
        <w:br/>
        <w:t>vn -0.0427 0.2868 0.9570</w:t>
        <w:br/>
        <w:t>vn 0.2624 -0.2455 0.9332</w:t>
        <w:br/>
        <w:t>vn 0.2594 -0.3285 0.9082</w:t>
        <w:br/>
        <w:t>vn 0.3664 -0.2200 0.9041</w:t>
        <w:br/>
        <w:t>vn 0.0881 0.2137 0.9729</w:t>
        <w:br/>
        <w:t>vn 0.0603 0.3031 0.9510</w:t>
        <w:br/>
        <w:t>vn 0.2031 0.2724 0.9405</w:t>
        <w:br/>
        <w:t>vn 0.3311 -0.0811 0.9401</w:t>
        <w:br/>
        <w:t>vn 0.3941 -0.1385 0.9086</w:t>
        <w:br/>
        <w:t>vn 0.4047 0.0164 0.9143</w:t>
        <w:br/>
        <w:t>vn 0.2781 0.1197 0.9531</w:t>
        <w:br/>
        <w:t>vn 0.3006 0.2117 0.9299</w:t>
        <w:br/>
        <w:t>vn 0.3726 0.1090 0.9216</w:t>
        <w:br/>
        <w:t>vn 0.5785 0.7579 0.3014</w:t>
        <w:br/>
        <w:t>vn 0.7843 0.5247 0.3310</w:t>
        <w:br/>
        <w:t>vn 0.2874 0.9263 0.2437</w:t>
        <w:br/>
        <w:t>vn -0.0584 0.9844 0.1658</w:t>
        <w:br/>
        <w:t>vn -0.0585 0.9844 0.1659</w:t>
        <w:br/>
        <w:t>vn 0.9038 0.2644 0.3366</w:t>
        <w:br/>
        <w:t>vn -0.3397 -0.2421 0.9088</w:t>
        <w:br/>
        <w:t>vn -0.2768 -0.2591 0.9253</w:t>
        <w:br/>
        <w:t>vn -0.2522 -0.2048 0.9458</w:t>
        <w:br/>
        <w:t>vn -0.2965 -0.1913 0.9357</w:t>
        <w:br/>
        <w:t>vn -0.3927 -0.2042 0.8967</w:t>
        <w:br/>
        <w:t>vn -0.3333 -0.1641 0.9284</w:t>
        <w:br/>
        <w:t>vn -0.2065 -0.2044 0.9569</w:t>
        <w:br/>
        <w:t>vn -0.2131 -0.2561 0.9429</w:t>
        <w:br/>
        <w:t>vn -0.3989 0.9129 0.0864</w:t>
        <w:br/>
        <w:t>vn -0.4284 -0.1525 0.8906</w:t>
        <w:br/>
        <w:t>vn -0.3578 -0.1279 0.9250</w:t>
        <w:br/>
        <w:t>vn -0.6766 0.7358 0.0276</w:t>
        <w:br/>
        <w:t>vn -0.6766 0.7358 0.0277</w:t>
        <w:br/>
        <w:t>vn -0.1561 -0.2373 0.9588</w:t>
        <w:br/>
        <w:t>vn -0.1638 -0.1921 0.9676</w:t>
        <w:br/>
        <w:t>vn -0.1113 -0.2046 0.9725</w:t>
        <w:br/>
        <w:t>vn -0.1287 -0.1690 0.9772</w:t>
        <w:br/>
        <w:t>vn -0.8671 0.4981 -0.0012</w:t>
        <w:br/>
        <w:t>vn -0.0829 -0.1637 0.9830</w:t>
        <w:br/>
        <w:t>vn -0.1050 -0.1389 0.9847</w:t>
        <w:br/>
        <w:t>vn -0.9717 0.2362 -0.0022</w:t>
        <w:br/>
        <w:t>vn -0.0705 -0.1197 0.9903</w:t>
        <w:br/>
        <w:t>vn -0.0933 -0.1049 0.9901</w:t>
        <w:br/>
        <w:t>vn -0.4436 -0.0928 0.8914</w:t>
        <w:br/>
        <w:t>vn -0.3678 -0.0862 0.9259</w:t>
        <w:br/>
        <w:t>vn -0.2040 -0.0740 0.9762</w:t>
        <w:br/>
        <w:t>vn -0.0931 -0.0709 0.9931</w:t>
        <w:br/>
        <w:t>vn 0.9452 -0.0035 0.3264</w:t>
        <w:br/>
        <w:t>vn 0.9452 -0.0034 0.3265</w:t>
        <w:br/>
        <w:t>vn 0.9121 -0.2705 0.3079</w:t>
        <w:br/>
        <w:t>vn 0.9121 -0.2705 0.3080</w:t>
        <w:br/>
        <w:t>vn -0.3620 -0.0443 0.9311</w:t>
        <w:br/>
        <w:t>vn -0.4351 -0.0323 0.8998</w:t>
        <w:br/>
        <w:t>vn 0.7994 -0.5282 0.2864</w:t>
        <w:br/>
        <w:t>vn 0.5974 -0.7574 0.2635</w:t>
        <w:br/>
        <w:t>vn 0.3081 -0.9211 0.2380</w:t>
        <w:br/>
        <w:t>vn -0.3404 -0.0075 0.9402</w:t>
        <w:br/>
        <w:t>vn -0.4030 0.0202 0.9150</w:t>
        <w:br/>
        <w:t>vn -0.3061 0.0202 0.9518</w:t>
        <w:br/>
        <w:t>vn -0.3528 0.0574 0.9339</w:t>
        <w:br/>
        <w:t>vn -0.2650 0.0352 0.9636</w:t>
        <w:br/>
        <w:t>vn -0.2932 0.0749 0.9531</w:t>
        <w:br/>
        <w:t>vn -0.1827 0.0283 0.9828</w:t>
        <w:br/>
        <w:t>vn -0.1490 0.0112 0.9888</w:t>
        <w:br/>
        <w:t>vn -0.1401 0.0294 0.9897</w:t>
        <w:br/>
        <w:t>vn -0.1819 0.0557 0.9817</w:t>
        <w:br/>
        <w:t>vn -0.1028 -0.0391 0.9939</w:t>
        <w:br/>
        <w:t>vn -0.2224 0.0375 0.9742</w:t>
        <w:br/>
        <w:t>vn -0.1219 -0.0111 0.9925</w:t>
        <w:br/>
        <w:t>vn -0.2338 0.0734 0.9695</w:t>
        <w:br/>
        <w:t>vn -0.1069 -0.0008 0.9943</w:t>
        <w:br/>
        <w:t>vn -0.0841 -0.0367 0.9958</w:t>
        <w:br/>
        <w:t>vn -0.0720 -0.0768 0.9944</w:t>
        <w:br/>
        <w:t>vn -0.9561 -0.2884 0.0512</w:t>
        <w:br/>
        <w:t>vn -0.8408 -0.5337 0.0904</w:t>
        <w:br/>
        <w:t>vn -0.6468 -0.7513 0.1312</w:t>
        <w:br/>
        <w:t>vn -0.6469 -0.7512 0.1312</w:t>
        <w:br/>
        <w:t>vn -0.0354 -0.9776 0.2076</w:t>
        <w:br/>
        <w:t>vn -0.0354 -0.9776 0.2075</w:t>
        <w:br/>
        <w:t>vn -0.9994 -0.0292 0.0181</w:t>
        <w:br/>
        <w:t>vn -0.3716 -0.9125 0.1711</w:t>
        <w:br/>
        <w:t>vn -0.0960 -0.1560 0.9831</w:t>
        <w:br/>
        <w:t>vn -0.0244 -0.1205 0.9924</w:t>
        <w:br/>
        <w:t>vn -0.0796 -0.0418 0.9960</w:t>
        <w:br/>
        <w:t>vn -0.0638 -0.2598 0.9635</w:t>
        <w:br/>
        <w:t>vn -0.0579 0.0403 0.9975</w:t>
        <w:br/>
        <w:t>vn 0.0491 -0.2984 0.9532</w:t>
        <w:br/>
        <w:t>vn 0.0041 -0.3610 0.9326</w:t>
        <w:br/>
        <w:t>vn 0.0808 -0.4165 0.9055</w:t>
        <w:br/>
        <w:t>vn 0.0405 0.0272 0.9988</w:t>
        <w:br/>
        <w:t>vn 0.0351 0.1669 0.9854</w:t>
        <w:br/>
        <w:t>vn 0.1714 -0.3645 0.9153</w:t>
        <w:br/>
        <w:t>vn 0.2132 -0.4553 0.8645</w:t>
        <w:br/>
        <w:t>vn 0.2515 -0.1320 0.9588</w:t>
        <w:br/>
        <w:t>vn 0.3061 -0.3701 0.8771</w:t>
        <w:br/>
        <w:t>vn 0.3583 -0.4312 0.8281</w:t>
        <w:br/>
        <w:t>vn 0.1528 0.1216 0.9807</w:t>
        <w:br/>
        <w:t>vn 0.1761 0.2378 0.9552</w:t>
        <w:br/>
        <w:t>vn 0.4333 -0.3089 0.8466</w:t>
        <w:br/>
        <w:t>vn 0.4197 -0.3914 0.8189</w:t>
        <w:br/>
        <w:t>vn 0.5313 -0.2874 0.7969</w:t>
        <w:br/>
        <w:t>vn 0.3028 0.1566 0.9401</w:t>
        <w:br/>
        <w:t>vn 0.2776 0.2481 0.9281</w:t>
        <w:br/>
        <w:t>vn 0.4125 0.2102 0.8864</w:t>
        <w:br/>
        <w:t>vn 0.5136 -0.1490 0.8450</w:t>
        <w:br/>
        <w:t>vn 0.5638 -0.2081 0.7992</w:t>
        <w:br/>
        <w:t>vn 0.5860 -0.0570 0.8083</w:t>
        <w:br/>
        <w:t>vn 0.4775 0.0520 0.8771</w:t>
        <w:br/>
        <w:t>vn 0.5004 0.1447 0.8536</w:t>
        <w:br/>
        <w:t>vn 0.5626 0.0368 0.8259</w:t>
        <w:br/>
        <w:t>vn -0.5785 0.7580 0.3014</w:t>
        <w:br/>
        <w:t>vn -0.7843 0.5246 0.3311</w:t>
        <w:br/>
        <w:t>vn -0.2873 0.9263 0.2438</w:t>
        <w:br/>
        <w:t>vn 0.0585 0.9844 0.1657</w:t>
        <w:br/>
        <w:t>vn -0.9037 0.2644 0.3367</w:t>
        <w:br/>
        <w:t>vn 0.3397 -0.2421 0.9088</w:t>
        <w:br/>
        <w:t>vn 0.2964 -0.1913 0.9357</w:t>
        <w:br/>
        <w:t>vn 0.2522 -0.2048 0.9458</w:t>
        <w:br/>
        <w:t>vn 0.2768 -0.2591 0.9253</w:t>
        <w:br/>
        <w:t>vn 0.3926 -0.2043 0.8967</w:t>
        <w:br/>
        <w:t>vn 0.3332 -0.1641 0.9285</w:t>
        <w:br/>
        <w:t>vn 0.2065 -0.2044 0.9569</w:t>
        <w:br/>
        <w:t>vn 0.2131 -0.2561 0.9429</w:t>
        <w:br/>
        <w:t>vn 0.3989 0.9129 0.0864</w:t>
        <w:br/>
        <w:t>vn 0.3989 0.9129 0.0865</w:t>
        <w:br/>
        <w:t>vn 0.4286 -0.1526 0.8905</w:t>
        <w:br/>
        <w:t>vn 0.3578 -0.1279 0.9250</w:t>
        <w:br/>
        <w:t>vn 0.6767 0.7358 0.0278</w:t>
        <w:br/>
        <w:t>vn 0.6766 0.7358 0.0278</w:t>
        <w:br/>
        <w:t>vn 0.1561 -0.2373 0.9588</w:t>
        <w:br/>
        <w:t>vn 0.1638 -0.1920 0.9676</w:t>
        <w:br/>
        <w:t>vn 0.1113 -0.2046 0.9725</w:t>
        <w:br/>
        <w:t>vn 0.1287 -0.1689 0.9772</w:t>
        <w:br/>
        <w:t>vn 0.8671 0.4981 -0.0011</w:t>
        <w:br/>
        <w:t>vn 0.8672 0.4980 -0.0011</w:t>
        <w:br/>
        <w:t>vn 0.0829 -0.1637 0.9830</w:t>
        <w:br/>
        <w:t>vn 0.1050 -0.1389 0.9847</w:t>
        <w:br/>
        <w:t>vn 0.9717 0.2362 -0.0021</w:t>
        <w:br/>
        <w:t>vn 0.0705 -0.1197 0.9903</w:t>
        <w:br/>
        <w:t>vn 0.0934 -0.1050 0.9901</w:t>
        <w:br/>
        <w:t>vn 0.4436 -0.0928 0.8914</w:t>
        <w:br/>
        <w:t>vn 0.3678 -0.0862 0.9259</w:t>
        <w:br/>
        <w:t>vn 0.2040 -0.0740 0.9762</w:t>
        <w:br/>
        <w:t>vn 0.0931 -0.0709 0.9931</w:t>
        <w:br/>
        <w:t>vn -0.9452 -0.0034 0.3265</w:t>
        <w:br/>
        <w:t>vn -0.9452 -0.0035 0.3265</w:t>
        <w:br/>
        <w:t>vn -0.9121 -0.2705 0.3081</w:t>
        <w:br/>
        <w:t>vn 0.4351 -0.0323 0.8998</w:t>
        <w:br/>
        <w:t>vn 0.3620 -0.0443 0.9311</w:t>
        <w:br/>
        <w:t>vn -0.7993 -0.5282 0.2865</w:t>
        <w:br/>
        <w:t>vn -0.5975 -0.7574 0.2634</w:t>
        <w:br/>
        <w:t>vn -0.3081 -0.9211 0.2380</w:t>
        <w:br/>
        <w:t>vn 0.4031 0.0202 0.9149</w:t>
        <w:br/>
        <w:t>vn 0.3404 -0.0075 0.9403</w:t>
        <w:br/>
        <w:t>vn 0.3527 0.0575 0.9340</w:t>
        <w:br/>
        <w:t>vn 0.3062 0.0202 0.9518</w:t>
        <w:br/>
        <w:t>vn 0.2931 0.0749 0.9531</w:t>
        <w:br/>
        <w:t>vn 0.2650 0.0352 0.9636</w:t>
        <w:br/>
        <w:t>vn 0.1827 0.0283 0.9828</w:t>
        <w:br/>
        <w:t>vn 0.1819 0.0557 0.9817</w:t>
        <w:br/>
        <w:t>vn 0.1401 0.0294 0.9897</w:t>
        <w:br/>
        <w:t>vn 0.1490 0.0112 0.9888</w:t>
        <w:br/>
        <w:t>vn 0.1028 -0.0391 0.9939</w:t>
        <w:br/>
        <w:t>vn 0.2224 0.0375 0.9742</w:t>
        <w:br/>
        <w:t>vn 0.1218 -0.0110 0.9925</w:t>
        <w:br/>
        <w:t>vn 0.2338 0.0734 0.9695</w:t>
        <w:br/>
        <w:t>vn 0.1070 -0.0008 0.9943</w:t>
        <w:br/>
        <w:t>vn 0.0841 -0.0367 0.9958</w:t>
        <w:br/>
        <w:t>vn 0.0720 -0.0768 0.9944</w:t>
        <w:br/>
        <w:t>vn 0.9562 -0.2884 0.0512</w:t>
        <w:br/>
        <w:t>vn 0.8408 -0.5337 0.0904</w:t>
        <w:br/>
        <w:t>vn 0.9562 -0.2883 0.0512</w:t>
        <w:br/>
        <w:t>vn 0.6469 -0.7512 0.1312</w:t>
        <w:br/>
        <w:t>vn 0.0353 -0.9776 0.2074</w:t>
        <w:br/>
        <w:t>vn 0.0354 -0.9776 0.2074</w:t>
        <w:br/>
        <w:t>vn 0.9994 -0.0292 0.0180</w:t>
        <w:br/>
        <w:t>vn 0.9994 -0.0292 0.0181</w:t>
        <w:br/>
        <w:t>vn 0.3716 -0.9125 0.1713</w:t>
        <w:br/>
        <w:t>vn -0.4382 -0.1532 0.8857</w:t>
        <w:br/>
        <w:t>vn -0.3733 -0.1212 0.9198</w:t>
        <w:br/>
        <w:t>vn -0.4223 -0.0397 0.9056</w:t>
        <w:br/>
        <w:t>vn -0.4073 -0.2580 0.8761</w:t>
        <w:br/>
        <w:t>vn -0.3984 0.0408 0.9163</w:t>
        <w:br/>
        <w:t>vn -0.2996 -0.3020 0.9050</w:t>
        <w:br/>
        <w:t>vn -0.3380 -0.3619 0.8688</w:t>
        <w:br/>
        <w:t>vn -0.2583 -0.4219 0.8691</w:t>
        <w:br/>
        <w:t>vn -0.3073 0.0232 0.9513</w:t>
        <w:br/>
        <w:t>vn -0.3005 0.1630 0.9397</w:t>
        <w:br/>
        <w:t>vn -0.1745 -0.3748 0.9106</w:t>
        <w:br/>
        <w:t>vn -0.1219 -0.4675 0.8756</w:t>
        <w:br/>
        <w:t>vn -0.1041 -0.1464 0.9837</w:t>
        <w:br/>
        <w:t>vn -0.0355 -0.3873 0.9213</w:t>
        <w:br/>
        <w:t>vn 0.0272 -0.4510 0.8921</w:t>
        <w:br/>
        <w:t>vn -0.1914 0.1118 0.9751</w:t>
        <w:br/>
        <w:t>vn -0.1558 0.2259 0.9616</w:t>
        <w:br/>
        <w:t>vn 0.0960 -0.3331 0.9380</w:t>
        <w:br/>
        <w:t>vn 0.0885 -0.4143 0.9058</w:t>
        <w:br/>
        <w:t>vn 0.2063 -0.3165 0.9259</w:t>
        <w:br/>
        <w:t>vn -0.0357 0.1387 0.9897</w:t>
        <w:br/>
        <w:t>vn -0.0505 0.2306 0.9717</w:t>
        <w:br/>
        <w:t>vn 0.0886 0.1866 0.9784</w:t>
        <w:br/>
        <w:t>vn 0.1802 -0.1769 0.9676</w:t>
        <w:br/>
        <w:t>vn 0.2413 -0.2385 0.9407</w:t>
        <w:br/>
        <w:t>vn 0.2657 -0.0880 0.9600</w:t>
        <w:br/>
        <w:t>vn 0.1447 0.0261 0.9891</w:t>
        <w:br/>
        <w:t>vn 0.1787 0.1168 0.9769</w:t>
        <w:br/>
        <w:t>vn 0.2414 0.0061 0.9704</w:t>
        <w:br/>
        <w:t>vn 0.6845 0.4055 -0.6058</w:t>
        <w:br/>
        <w:t>vn 0.6849 0.3169 -0.6561</w:t>
        <w:br/>
        <w:t>vn 0.7346 0.0398 -0.6773</w:t>
        <w:br/>
        <w:t>vn 0.7029 0.1465 -0.6960</w:t>
        <w:br/>
        <w:t>vn 0.2345 -0.5267 0.8170</w:t>
        <w:br/>
        <w:t>vn -0.0009 -0.5170 0.8560</w:t>
        <w:br/>
        <w:t>vn -0.0009 -0.8913 0.4534</w:t>
        <w:br/>
        <w:t>vn 0.2799 -0.8743 0.3966</w:t>
        <w:br/>
        <w:t>vn 0.5123 -0.8066 0.2947</w:t>
        <w:br/>
        <w:t>vn 0.4875 -0.5314 0.6928</w:t>
        <w:br/>
        <w:t>vn 0.8149 -0.5351 0.2227</w:t>
        <w:br/>
        <w:t>vn 0.7493 -0.3666 0.5515</w:t>
        <w:br/>
        <w:t>vn 0.8753 -0.0013 0.4836</w:t>
        <w:br/>
        <w:t>vn 0.5591 0.0235 0.8288</w:t>
        <w:br/>
        <w:t>vn 0.9837 0.0520 0.1724</w:t>
        <w:br/>
        <w:t>vn 0.7879 0.3591 0.5002</w:t>
        <w:br/>
        <w:t>vn 0.5129 0.6050 0.6090</w:t>
        <w:br/>
        <w:t>vn 0.8191 0.5529 0.1526</w:t>
        <w:br/>
        <w:t>vn 0.5003 0.8440 0.1931</w:t>
        <w:br/>
        <w:t>vn 0.1677 0.9604 0.2224</w:t>
        <w:br/>
        <w:t>vn 0.1941 0.7273 0.6583</w:t>
        <w:br/>
        <w:t>vn 0.0002 0.9738 0.2275</w:t>
        <w:br/>
        <w:t>vn 0.0004 0.7661 0.6427</w:t>
        <w:br/>
        <w:t>vn -0.0004 -0.3921 -0.9199</w:t>
        <w:br/>
        <w:t>vn -0.0003 -0.5338 -0.8456</w:t>
        <w:br/>
        <w:t>vn 0.0841 -0.5100 -0.8560</w:t>
        <w:br/>
        <w:t>vn 0.0603 -0.3764 -0.9245</w:t>
        <w:br/>
        <w:t>vn 0.1301 -0.4742 -0.8708</w:t>
        <w:br/>
        <w:t>vn -0.0041 -0.5456 -0.8380</w:t>
        <w:br/>
        <w:t>vn 0.2739 -0.2245 -0.9352</w:t>
        <w:br/>
        <w:t>vn 0.2109 -0.2545 -0.9438</w:t>
        <w:br/>
        <w:t>vn 0.1363 -0.3191 -0.9379</w:t>
        <w:br/>
        <w:t>vn 0.1698 -0.4133 -0.8946</w:t>
        <w:br/>
        <w:t>vn 0.1359 -0.7943 -0.5922</w:t>
        <w:br/>
        <w:t>vn -0.0043 -0.8173 -0.5762</w:t>
        <w:br/>
        <w:t>vn 0.7225 0.1594 -0.6728</w:t>
        <w:br/>
        <w:t>vn 0.4597 -0.0536 -0.8865</w:t>
        <w:br/>
        <w:t>vn 0.3388 -0.0402 -0.9400</w:t>
        <w:br/>
        <w:t>vn 0.2010 -0.4863 -0.8504</w:t>
        <w:br/>
        <w:t>vn 0.2623 -0.9108 -0.3188</w:t>
        <w:br/>
        <w:t>vn 0.0008 -0.9482 -0.3177</w:t>
        <w:br/>
        <w:t>vn 0.3330 -0.9411 0.0581</w:t>
        <w:br/>
        <w:t>vn 0.0013 -0.9958 0.0917</w:t>
        <w:br/>
        <w:t>vn 0.2393 -0.8085 -0.5376</w:t>
        <w:br/>
        <w:t>vn 0.3942 -0.4833 -0.7817</w:t>
        <w:br/>
        <w:t>vn 0.4860 -0.8735 0.0280</w:t>
        <w:br/>
        <w:t>vn 0.4083 -0.8934 -0.1876</w:t>
        <w:br/>
        <w:t>vn 0.8251 -0.5649 -0.0111</w:t>
        <w:br/>
        <w:t>vn 0.7636 -0.5085 -0.3981</w:t>
        <w:br/>
        <w:t>vn 0.4956 -0.7049 -0.5074</w:t>
        <w:br/>
        <w:t>vn 0.6703 -0.4127 -0.6167</w:t>
        <w:br/>
        <w:t>vn 0.9902 0.1362 -0.0321</w:t>
        <w:br/>
        <w:t>vn 0.8503 -0.0304 -0.5254</w:t>
        <w:br/>
        <w:t>vn 0.9383 0.0391 -0.3437</w:t>
        <w:br/>
        <w:t>vn 0.5236 -0.2986 -0.7979</w:t>
        <w:br/>
        <w:t>vn 0.7770 0.6265 0.0617</w:t>
        <w:br/>
        <w:t>vn 0.8495 0.4752 -0.2291</w:t>
        <w:br/>
        <w:t>vn 0.4594 0.8863 0.0583</w:t>
        <w:br/>
        <w:t>vn 0.4400 0.8828 -0.1643</w:t>
        <w:br/>
        <w:t>vn 0.1627 0.9823 0.0926</w:t>
        <w:br/>
        <w:t>vn 0.1512 0.9851 -0.0820</w:t>
        <w:br/>
        <w:t>vn 0.0001 0.9940 0.1094</w:t>
        <w:br/>
        <w:t>vn -0.0036 0.9999 -0.0122</w:t>
        <w:br/>
        <w:t>vn 0.2481 0.9061 -0.3427</w:t>
        <w:br/>
        <w:t>vn 0.0644 0.9449 -0.3209</w:t>
        <w:br/>
        <w:t>vn -0.0032 0.9601 -0.2797</w:t>
        <w:br/>
        <w:t>vn 0.3989 0.7096 -0.5808</w:t>
        <w:br/>
        <w:t>vn 0.3392 0.5262 -0.7797</w:t>
        <w:br/>
        <w:t>vn 0.3344 0.5339 -0.7766</w:t>
        <w:br/>
        <w:t>vn 0.2544 0.3761 -0.8910</w:t>
        <w:br/>
        <w:t>vn 0.3204 0.3576 -0.8772</w:t>
        <w:br/>
        <w:t>vn 0.1062 0.7338 -0.6710</w:t>
        <w:br/>
        <w:t>vn 0.1693 0.6962 -0.6976</w:t>
        <w:br/>
        <w:t>vn 0.2002 0.5588 -0.8048</w:t>
        <w:br/>
        <w:t>vn 0.1148 0.6034 -0.7891</w:t>
        <w:br/>
        <w:t>vn -0.0000 0.7460 -0.6660</w:t>
        <w:br/>
        <w:t>vn -0.0000 0.6157 -0.7880</w:t>
        <w:br/>
        <w:t>vn 0.2956 0.4558 -0.8396</w:t>
        <w:br/>
        <w:t>vn 0.2585 0.6183 -0.7422</w:t>
        <w:br/>
        <w:t>vn 0.2082 0.1101 0.9719</w:t>
        <w:br/>
        <w:t>vn 0.0001 0.1504 0.9886</w:t>
        <w:br/>
        <w:t>vn 0.2808 -0.0126 -0.9597</w:t>
        <w:br/>
        <w:t>vn 0.2719 -0.1689 -0.9474</w:t>
        <w:br/>
        <w:t>vn 0.2942 -0.1947 -0.9357</w:t>
        <w:br/>
        <w:t>vn 0.3205 -0.0580 -0.9455</w:t>
        <w:br/>
        <w:t>vn 0.7181 0.4604 -0.5219</w:t>
        <w:br/>
        <w:t>vn 0.2124 0.8109 -0.5453</w:t>
        <w:br/>
        <w:t>vn 0.0917 0.8565 -0.5079</w:t>
        <w:br/>
        <w:t>vn 0.0005 0.8790 -0.4769</w:t>
        <w:br/>
        <w:t>vn 0.3322 0.4958 -0.8023</w:t>
        <w:br/>
        <w:t>vn 0.4483 0.5179 -0.7285</w:t>
        <w:br/>
        <w:t>vn 0.4774 0.7626 -0.4366</w:t>
        <w:br/>
        <w:t>vn 0.5502 0.5874 -0.5935</w:t>
        <w:br/>
        <w:t>vn 0.6896 0.4779 -0.5442</w:t>
        <w:br/>
        <w:t>vn -0.6845 0.4055 -0.6059</w:t>
        <w:br/>
        <w:t>vn -0.7028 0.1464 -0.6961</w:t>
        <w:br/>
        <w:t>vn -0.7346 0.0398 -0.6773</w:t>
        <w:br/>
        <w:t>vn -0.6849 0.3169 -0.6561</w:t>
        <w:br/>
        <w:t>vn -0.2354 -0.5262 0.8171</w:t>
        <w:br/>
        <w:t>vn -0.2808 -0.8742 0.3962</w:t>
        <w:br/>
        <w:t>vn -0.4875 -0.5314 0.6928</w:t>
        <w:br/>
        <w:t>vn -0.5124 -0.8066 0.2947</w:t>
        <w:br/>
        <w:t>vn -0.8149 -0.5350 0.2227</w:t>
        <w:br/>
        <w:t>vn -0.7493 -0.3666 0.5515</w:t>
        <w:br/>
        <w:t>vn -0.5591 0.0235 0.8287</w:t>
        <w:br/>
        <w:t>vn -0.8753 -0.0012 0.4836</w:t>
        <w:br/>
        <w:t>vn -0.9837 0.0519 0.1724</w:t>
        <w:br/>
        <w:t>vn -0.7879 0.3591 0.5002</w:t>
        <w:br/>
        <w:t>vn -0.5129 0.6051 0.6090</w:t>
        <w:br/>
        <w:t>vn -0.8191 0.5529 0.1526</w:t>
        <w:br/>
        <w:t>vn -0.5003 0.8440 0.1931</w:t>
        <w:br/>
        <w:t>vn -0.1937 0.7273 0.6584</w:t>
        <w:br/>
        <w:t>vn -0.1675 0.9604 0.2225</w:t>
        <w:br/>
        <w:t>vn -0.0625 -0.3758 -0.9246</w:t>
        <w:br/>
        <w:t>vn -0.0854 -0.5106 -0.8556</w:t>
        <w:br/>
        <w:t>vn -0.1342 -0.4722 -0.8712</w:t>
        <w:br/>
        <w:t>vn -0.2729 -0.2251 -0.9353</w:t>
        <w:br/>
        <w:t>vn -0.1698 -0.4145 -0.8941</w:t>
        <w:br/>
        <w:t>vn -0.1364 -0.3191 -0.9379</w:t>
        <w:br/>
        <w:t>vn -0.2094 -0.2550 -0.9440</w:t>
        <w:br/>
        <w:t>vn -0.1393 -0.7939 -0.5919</w:t>
        <w:br/>
        <w:t>vn -0.7223 0.1594 -0.6730</w:t>
        <w:br/>
        <w:t>vn -0.3388 -0.0402 -0.9400</w:t>
        <w:br/>
        <w:t>vn -0.4597 -0.0536 -0.8865</w:t>
        <w:br/>
        <w:t>vn -0.2004 -0.4862 -0.8506</w:t>
        <w:br/>
        <w:t>vn -0.2616 -0.9111 -0.3184</w:t>
        <w:br/>
        <w:t>vn -0.3318 -0.9416 0.0571</w:t>
        <w:br/>
        <w:t>vn -0.2393 -0.8085 -0.5376</w:t>
        <w:br/>
        <w:t>vn -0.3942 -0.4833 -0.7817</w:t>
        <w:br/>
        <w:t>vn -0.4859 -0.8735 0.0280</w:t>
        <w:br/>
        <w:t>vn -0.4083 -0.8934 -0.1875</w:t>
        <w:br/>
        <w:t>vn -0.8251 -0.5649 -0.0111</w:t>
        <w:br/>
        <w:t>vn -0.7635 -0.5085 -0.3980</w:t>
        <w:br/>
        <w:t>vn -0.6703 -0.4127 -0.6167</w:t>
        <w:br/>
        <w:t>vn -0.4956 -0.7050 -0.5073</w:t>
        <w:br/>
        <w:t>vn -0.9902 0.1362 -0.0321</w:t>
        <w:br/>
        <w:t>vn -0.8503 -0.0303 -0.5254</w:t>
        <w:br/>
        <w:t>vn -0.9383 0.0391 -0.3437</w:t>
        <w:br/>
        <w:t>vn -0.5236 -0.2986 -0.7979</w:t>
        <w:br/>
        <w:t>vn -0.7770 0.6265 0.0617</w:t>
        <w:br/>
        <w:t>vn -0.8495 0.4752 -0.2291</w:t>
        <w:br/>
        <w:t>vn -0.4594 0.8863 0.0583</w:t>
        <w:br/>
        <w:t>vn -0.4400 0.8828 -0.1643</w:t>
        <w:br/>
        <w:t>vn -0.1626 0.9823 0.0926</w:t>
        <w:br/>
        <w:t>vn -0.1540 0.9853 -0.0737</w:t>
        <w:br/>
        <w:t>vn -0.2481 0.9061 -0.3427</w:t>
        <w:br/>
        <w:t>vn -0.0677 0.9481 -0.3108</w:t>
        <w:br/>
        <w:t>vn -0.3989 0.7096 -0.5808</w:t>
        <w:br/>
        <w:t>vn -0.3345 0.5338 -0.7766</w:t>
        <w:br/>
        <w:t>vn -0.3392 0.5263 -0.7798</w:t>
        <w:br/>
        <w:t>vn -0.2542 0.3761 -0.8910</w:t>
        <w:br/>
        <w:t>vn -0.3204 0.3575 -0.8772</w:t>
        <w:br/>
        <w:t>vn -0.1062 0.7338 -0.6710</w:t>
        <w:br/>
        <w:t>vn -0.1146 0.6034 -0.7892</w:t>
        <w:br/>
        <w:t>vn -0.2001 0.5587 -0.8048</w:t>
        <w:br/>
        <w:t>vn -0.1692 0.6962 -0.6976</w:t>
        <w:br/>
        <w:t>vn -0.2957 0.4557 -0.8396</w:t>
        <w:br/>
        <w:t>vn -0.2586 0.6182 -0.7422</w:t>
        <w:br/>
        <w:t>vn -0.2082 0.1104 0.9718</w:t>
        <w:br/>
        <w:t>vn -0.2807 -0.0126 -0.9597</w:t>
        <w:br/>
        <w:t>vn -0.3204 -0.0580 -0.9455</w:t>
        <w:br/>
        <w:t>vn -0.2942 -0.1947 -0.9357</w:t>
        <w:br/>
        <w:t>vn -0.2719 -0.1689 -0.9474</w:t>
        <w:br/>
        <w:t>vn -0.7181 0.4604 -0.5218</w:t>
        <w:br/>
        <w:t>vn -0.2124 0.8109 -0.5453</w:t>
        <w:br/>
        <w:t>vn -0.0912 0.8568 -0.5076</w:t>
        <w:br/>
        <w:t>vn -0.3322 0.4958 -0.8024</w:t>
        <w:br/>
        <w:t>vn -0.4483 0.5180 -0.7285</w:t>
        <w:br/>
        <w:t>vn -0.4774 0.7626 -0.4366</w:t>
        <w:br/>
        <w:t>vn -0.5502 0.5874 -0.5935</w:t>
        <w:br/>
        <w:t>vn -0.6894 0.4778 -0.5445</w:t>
        <w:br/>
        <w:t>vn -0.8528 0.4897 -0.1816</w:t>
        <w:br/>
        <w:t>vn -0.7473 0.6292 -0.2136</w:t>
        <w:br/>
        <w:t>vn -0.9483 0.1864 -0.2569</w:t>
        <w:br/>
        <w:t>vn -0.9630 0.1967 -0.1844</w:t>
        <w:br/>
        <w:t>vn -0.9767 0.2126 -0.0278</w:t>
        <w:br/>
        <w:t>vn -0.8544 0.5184 -0.0349</w:t>
        <w:br/>
        <w:t>vn -0.9742 0.2131 0.0737</w:t>
        <w:br/>
        <w:t>vn -0.9742 0.2131 0.0738</w:t>
        <w:br/>
        <w:t>vn -0.9712 0.1951 0.1371</w:t>
        <w:br/>
        <w:t>vn -0.9616 0.1726 0.2134</w:t>
        <w:br/>
        <w:t>vn -0.9535 0.1480 0.2625</w:t>
        <w:br/>
        <w:t>vn -0.9158 0.0681 0.3957</w:t>
        <w:br/>
        <w:t>vn -0.9158 0.0681 0.3958</w:t>
        <w:br/>
        <w:t>vn -0.7613 -0.1108 0.6388</w:t>
        <w:br/>
        <w:t>vn -0.4473 -0.2975 0.8435</w:t>
        <w:br/>
        <w:t>vn -0.4472 -0.2975 0.8435</w:t>
        <w:br/>
        <w:t>vn -0.0823 -0.3488 0.9336</w:t>
        <w:br/>
        <w:t>vn 0.0039 -0.3729 0.9279</w:t>
        <w:br/>
        <w:t>vn 0.1281 -0.3951 0.9097</w:t>
        <w:br/>
        <w:t>vn -0.0001 -0.4330 0.9014</w:t>
        <w:br/>
        <w:t>vn -0.0000 -0.4479 0.8941</w:t>
        <w:br/>
        <w:t>vn 0.1171 0.8022 0.5855</w:t>
        <w:br/>
        <w:t>vn 0.1224 0.7527 0.6468</w:t>
        <w:br/>
        <w:t>vn 0.0001 0.7609 0.6489</w:t>
        <w:br/>
        <w:t>vn 0.0001 0.8163 0.5776</w:t>
        <w:br/>
        <w:t>vn 0.0001 0.9062 0.4229</w:t>
        <w:br/>
        <w:t>vn 0.1046 0.8916 0.4405</w:t>
        <w:br/>
        <w:t>vn -0.1110 0.8584 0.5008</w:t>
        <w:br/>
        <w:t>vn -0.0929 0.7748 0.6254</w:t>
        <w:br/>
        <w:t>vn -0.0001 0.9474 0.3200</w:t>
        <w:br/>
        <w:t>vn 0.1169 0.9326 0.3414</w:t>
        <w:br/>
        <w:t>vn -0.1147 -0.9745 -0.1927</w:t>
        <w:br/>
        <w:t>vn -0.0000 -0.9831 -0.1829</w:t>
        <w:br/>
        <w:t>vn 0.0000 -0.9745 -0.2245</w:t>
        <w:br/>
        <w:t>vn -0.0979 -0.9822 -0.1604</w:t>
        <w:br/>
        <w:t>vn -0.1845 0.7428 0.6436</w:t>
        <w:br/>
        <w:t>vn -0.0849 0.7419 0.6651</w:t>
        <w:br/>
        <w:t>vn -0.0001 0.9626 0.2709</w:t>
        <w:br/>
        <w:t>vn 0.1498 0.9440 0.2939</w:t>
        <w:br/>
        <w:t>vn -0.1711 0.8260 0.5370</w:t>
        <w:br/>
        <w:t>vn -0.1245 0.9174 0.3779</w:t>
        <w:br/>
        <w:t>vn -0.0000 0.9750 0.2222</w:t>
        <w:br/>
        <w:t>vn 0.1513 0.9630 0.2228</w:t>
        <w:br/>
        <w:t>vn -0.1705 0.9049 0.3899</w:t>
        <w:br/>
        <w:t>vn -0.1526 0.9407 0.3030</w:t>
        <w:br/>
        <w:t>vn -0.2048 0.9363 0.2854</w:t>
        <w:br/>
        <w:t>vn -0.2008 0.9579 0.2050</w:t>
        <w:br/>
        <w:t>vn -0.0000 0.9822 0.1878</w:t>
        <w:br/>
        <w:t>vn 0.1139 0.9807 0.1588</w:t>
        <w:br/>
        <w:t>vn -0.2590 0.9484 0.1831</w:t>
        <w:br/>
        <w:t>vn -0.2429 0.9641 0.1077</w:t>
        <w:br/>
        <w:t>vn -0.2933 0.9523 0.0840</w:t>
        <w:br/>
        <w:t>vn -0.0000 0.9893 0.1456</w:t>
        <w:br/>
        <w:t>vn 0.0598 0.9919 0.1117</w:t>
        <w:br/>
        <w:t>vn -0.2647 0.9619 0.0678</w:t>
        <w:br/>
        <w:t>vn -0.2958 0.9534 0.0586</w:t>
        <w:br/>
        <w:t>vn -0.2890 0.9545 0.0729</w:t>
        <w:br/>
        <w:t>vn -0.2715 0.9623 0.0166</w:t>
        <w:br/>
        <w:t>vn 0.0211 0.9995 0.0240</w:t>
        <w:br/>
        <w:t>vn -0.2827 0.9566 -0.0707</w:t>
        <w:br/>
        <w:t>vn -0.3149 0.9484 -0.0370</w:t>
        <w:br/>
        <w:t>vn -0.8544 0.5185 -0.0350</w:t>
        <w:br/>
        <w:t>vn -0.0000 0.9995 0.0324</w:t>
        <w:br/>
        <w:t>vn -0.0079 0.9973 -0.0725</w:t>
        <w:br/>
        <w:t>vn -0.2337 0.9608 -0.1492</w:t>
        <w:br/>
        <w:t>vn 0.0000 1.0000 0.0014</w:t>
        <w:br/>
        <w:t>vn -0.0000 0.9959 -0.0907</w:t>
        <w:br/>
        <w:t>vn 0.0000 -0.9832 0.1827</w:t>
        <w:br/>
        <w:t>vn -0.3582 -0.9296 0.0872</w:t>
        <w:br/>
        <w:t>vn -0.3962 -0.9129 0.0979</w:t>
        <w:br/>
        <w:t>vn 0.0000 -0.9797 0.2003</w:t>
        <w:br/>
        <w:t>vn -0.5102 -0.8600 -0.0082</w:t>
        <w:br/>
        <w:t>vn -0.2993 -0.9527 0.0527</w:t>
        <w:br/>
        <w:t>vn -0.4397 -0.8981 -0.0051</w:t>
        <w:br/>
        <w:t>vn -0.0000 -0.9939 0.1106</w:t>
        <w:br/>
        <w:t>vn -0.0000 -0.9988 0.0494</w:t>
        <w:br/>
        <w:t>vn -0.2674 -0.9632 0.0293</w:t>
        <w:br/>
        <w:t>vn -0.3852 -0.9228 0.0094</w:t>
        <w:br/>
        <w:t>vn -0.2478 -0.9687 0.0148</w:t>
        <w:br/>
        <w:t>vn -0.3403 -0.9403 0.0044</w:t>
        <w:br/>
        <w:t>vn -0.0000 -0.9997 0.0253</w:t>
        <w:br/>
        <w:t>vn -0.2296 -0.9727 -0.0341</w:t>
        <w:br/>
        <w:t>vn -0.3053 -0.9511 -0.0458</w:t>
        <w:br/>
        <w:t>vn 0.0000 -0.9997 -0.0225</w:t>
        <w:br/>
        <w:t>vn -0.1972 -0.9763 -0.0890</w:t>
        <w:br/>
        <w:t>vn -0.2729 -0.9546 -0.1198</w:t>
        <w:br/>
        <w:t>vn 0.0000 -0.9983 -0.0579</w:t>
        <w:br/>
        <w:t>vn -0.2027 -0.9584 -0.2008</w:t>
        <w:br/>
        <w:t>vn -0.2329 -0.9562 -0.1773</w:t>
        <w:br/>
        <w:t>vn -0.1468 -0.9802 -0.1329</w:t>
        <w:br/>
        <w:t>vn -0.1746 -0.9801 -0.0942</w:t>
        <w:br/>
        <w:t>vn -0.0844 -0.9923 -0.0908</w:t>
        <w:br/>
        <w:t>vn -0.5509 -0.8346 -0.0034</w:t>
        <w:br/>
        <w:t>vn 0.0000 -0.9807 -0.1953</w:t>
        <w:br/>
        <w:t>vn 0.0000 -0.9962 -0.0872</w:t>
        <w:br/>
        <w:t>vn 0.8528 0.4897 -0.1816</w:t>
        <w:br/>
        <w:t>vn 0.9630 0.1967 -0.1844</w:t>
        <w:br/>
        <w:t>vn 0.9483 0.1865 -0.2569</w:t>
        <w:br/>
        <w:t>vn 0.7473 0.6292 -0.2137</w:t>
        <w:br/>
        <w:t>vn 0.8544 0.5185 -0.0346</w:t>
        <w:br/>
        <w:t>vn 0.9767 0.2127 -0.0276</w:t>
        <w:br/>
        <w:t>vn 0.9742 0.2132 0.0736</w:t>
        <w:br/>
        <w:t>vn 0.9712 0.1951 0.1368</w:t>
        <w:br/>
        <w:t>vn 0.9712 0.1951 0.1369</w:t>
        <w:br/>
        <w:t>vn 0.9616 0.1726 0.2134</w:t>
        <w:br/>
        <w:t>vn 0.9616 0.1726 0.2135</w:t>
        <w:br/>
        <w:t>vn 0.9535 0.1479 0.2627</w:t>
        <w:br/>
        <w:t>vn 0.9159 0.0679 0.3956</w:t>
        <w:br/>
        <w:t>vn 0.9159 0.0679 0.3957</w:t>
        <w:br/>
        <w:t>vn 0.7615 -0.1110 0.6386</w:t>
        <w:br/>
        <w:t>vn 0.4472 -0.2974 0.8436</w:t>
        <w:br/>
        <w:t>vn 0.4472 -0.2973 0.8436</w:t>
        <w:br/>
        <w:t>vn 0.0823 -0.3482 0.9338</w:t>
        <w:br/>
        <w:t>vn -0.0039 -0.3724 0.9281</w:t>
        <w:br/>
        <w:t>vn -0.1281 -0.3948 0.9098</w:t>
        <w:br/>
        <w:t>vn -0.1223 0.7528 0.6468</w:t>
        <w:br/>
        <w:t>vn -0.1170 0.8022 0.5854</w:t>
        <w:br/>
        <w:t>vn -0.1046 0.8915 0.4407</w:t>
        <w:br/>
        <w:t>vn 0.1108 0.8583 0.5010</w:t>
        <w:br/>
        <w:t>vn 0.0928 0.7746 0.6255</w:t>
        <w:br/>
        <w:t>vn -0.1171 0.9325 0.3415</w:t>
        <w:br/>
        <w:t>vn 0.1148 -0.9746 -0.1925</w:t>
        <w:br/>
        <w:t>vn 0.0979 -0.9822 -0.1604</w:t>
        <w:br/>
        <w:t>vn 0.1843 0.7426 0.6439</w:t>
        <w:br/>
        <w:t>vn 0.0848 0.7415 0.6656</w:t>
        <w:br/>
        <w:t>vn -0.1499 0.9440 0.2939</w:t>
        <w:br/>
        <w:t>vn 0.1709 0.8261 0.5370</w:t>
        <w:br/>
        <w:t>vn 0.1244 0.9174 0.3780</w:t>
        <w:br/>
        <w:t>vn -0.1514 0.9630 0.2228</w:t>
        <w:br/>
        <w:t>vn 0.1705 0.9049 0.3899</w:t>
        <w:br/>
        <w:t>vn 0.1526 0.9407 0.3029</w:t>
        <w:br/>
        <w:t>vn 0.2049 0.9363 0.2854</w:t>
        <w:br/>
        <w:t>vn 0.2008 0.9579 0.2050</w:t>
        <w:br/>
        <w:t>vn -0.1139 0.9807 0.1588</w:t>
        <w:br/>
        <w:t>vn 0.2591 0.9483 0.1831</w:t>
        <w:br/>
        <w:t>vn 0.2429 0.9640 0.1078</w:t>
        <w:br/>
        <w:t>vn 0.2933 0.9523 0.0841</w:t>
        <w:br/>
        <w:t>vn -0.0598 0.9919 0.1116</w:t>
        <w:br/>
        <w:t>vn 0.2647 0.9619 0.0678</w:t>
        <w:br/>
        <w:t>vn 0.2960 0.9534 0.0586</w:t>
        <w:br/>
        <w:t>vn 0.2893 0.9545 0.0727</w:t>
        <w:br/>
        <w:t>vn 0.2715 0.9623 0.0166</w:t>
        <w:br/>
        <w:t>vn -0.0212 0.9995 0.0240</w:t>
        <w:br/>
        <w:t>vn 0.8543 0.5186 -0.0346</w:t>
        <w:br/>
        <w:t>vn 0.3150 0.9484 -0.0366</w:t>
        <w:br/>
        <w:t>vn 0.2827 0.9566 -0.0706</w:t>
        <w:br/>
        <w:t>vn 0.0079 0.9973 -0.0724</w:t>
        <w:br/>
        <w:t>vn 0.2337 0.9608 -0.1493</w:t>
        <w:br/>
        <w:t>vn 0.3962 -0.9129 0.0978</w:t>
        <w:br/>
        <w:t>vn 0.3582 -0.9296 0.0871</w:t>
        <w:br/>
        <w:t>vn 0.5102 -0.8600 -0.0082</w:t>
        <w:br/>
        <w:t>vn 0.4398 -0.8981 -0.0051</w:t>
        <w:br/>
        <w:t>vn 0.2993 -0.9527 0.0527</w:t>
        <w:br/>
        <w:t>vn 0.2674 -0.9631 0.0293</w:t>
        <w:br/>
        <w:t>vn 0.3852 -0.9228 0.0093</w:t>
        <w:br/>
        <w:t>vn 0.2478 -0.9687 0.0148</w:t>
        <w:br/>
        <w:t>vn 0.3403 -0.9403 0.0044</w:t>
        <w:br/>
        <w:t>vn 0.3052 -0.9512 -0.0458</w:t>
        <w:br/>
        <w:t>vn 0.2295 -0.9727 -0.0341</w:t>
        <w:br/>
        <w:t>vn 0.2729 -0.9545 -0.1198</w:t>
        <w:br/>
        <w:t>vn 0.1972 -0.9763 -0.0890</w:t>
        <w:br/>
        <w:t>vn 0.2029 -0.9584 -0.2006</w:t>
        <w:br/>
        <w:t>vn 0.1469 -0.9802 -0.1328</w:t>
        <w:br/>
        <w:t>vn 0.2331 -0.9562 -0.1771</w:t>
        <w:br/>
        <w:t>vn 0.1746 -0.9801 -0.0943</w:t>
        <w:br/>
        <w:t>vn 0.0844 -0.9923 -0.0909</w:t>
        <w:br/>
        <w:t>vn 0.5509 -0.8346 -0.0034</w:t>
        <w:br/>
        <w:t>vn -0.9866 0.1375 0.0882</w:t>
        <w:br/>
        <w:t>vn -0.9869 0.1555 0.0420</w:t>
        <w:br/>
        <w:t>vn -0.9869 0.1555 0.0421</w:t>
        <w:br/>
        <w:t>vn -0.8888 0.0236 0.4577</w:t>
        <w:br/>
        <w:t>vn -0.5982 -0.1083 0.7940</w:t>
        <w:br/>
        <w:t>vn -0.5982 -0.1084 0.7940</w:t>
        <w:br/>
        <w:t>vn -0.4354 -0.1579 0.8863</w:t>
        <w:br/>
        <w:t>vn -0.2443 -0.1952 0.9499</w:t>
        <w:br/>
        <w:t>vn -0.0002 -0.2281 0.9736</w:t>
        <w:br/>
        <w:t>vn -0.0001 -0.2280 0.9737</w:t>
        <w:br/>
        <w:t>vn -0.0664 -0.2207 0.9731</w:t>
        <w:br/>
        <w:t>vn -0.0664 -0.2208 0.9731</w:t>
        <w:br/>
        <w:t>vn 0.0000 -0.9926 -0.1217</w:t>
        <w:br/>
        <w:t>vn -0.0223 -0.9921 -0.1238</w:t>
        <w:br/>
        <w:t>vn -0.0224 -0.9921 -0.1238</w:t>
        <w:br/>
        <w:t>vn 0.0001 -0.9926 -0.1217</w:t>
        <w:br/>
        <w:t>vn -0.0065 -0.9906 -0.1365</w:t>
        <w:br/>
        <w:t>vn -0.0064 -0.9906 -0.1366</w:t>
        <w:br/>
        <w:t>vn -0.0017 -0.9854 -0.1703</w:t>
        <w:br/>
        <w:t>vn -0.0016 -0.9854 -0.1702</w:t>
        <w:br/>
        <w:t>vn 0.0079 -0.9799 -0.1991</w:t>
        <w:br/>
        <w:t>vn 0.0081 -0.9799 -0.1991</w:t>
        <w:br/>
        <w:t>vn 0.0353 -0.9902 -0.1354</w:t>
        <w:br/>
        <w:t>vn 0.0238 -0.9959 -0.0874</w:t>
        <w:br/>
        <w:t>vn -0.0028 -0.9940 -0.1094</w:t>
        <w:br/>
        <w:t>vn -0.0029 -0.9940 -0.1094</w:t>
        <w:br/>
        <w:t>vn 0.9776 -0.1953 -0.0791</w:t>
        <w:br/>
        <w:t>vn 0.9783 -0.2035 -0.0395</w:t>
        <w:br/>
        <w:t>vn 0.9776 -0.1953 -0.0790</w:t>
        <w:br/>
        <w:t>vn 0.9130 -0.1146 -0.3915</w:t>
        <w:br/>
        <w:t>vn 0.5847 0.0285 -0.8107</w:t>
        <w:br/>
        <w:t>vn 0.5847 0.0285 -0.8108</w:t>
        <w:br/>
        <w:t>vn 0.2873 0.1295 -0.9491</w:t>
        <w:br/>
        <w:t>vn 0.2872 0.1294 -0.9491</w:t>
        <w:br/>
        <w:t>vn 0.2094 0.1936 -0.9585</w:t>
        <w:br/>
        <w:t>vn 0.1245 0.2399 -0.9628</w:t>
        <w:br/>
        <w:t>vn 0.0004 0.2616 -0.9652</w:t>
        <w:br/>
        <w:t>vn 0.1245 0.2398 -0.9628</w:t>
        <w:br/>
        <w:t>vn 0.9870 0.1554 0.0419</w:t>
        <w:br/>
        <w:t>vn 0.9866 0.1372 0.0884</w:t>
        <w:br/>
        <w:t>vn 0.8886 0.0233 0.4580</w:t>
        <w:br/>
        <w:t>vn 0.8886 0.0233 0.4581</w:t>
        <w:br/>
        <w:t>vn 0.5649 -0.2193 0.7955</w:t>
        <w:br/>
        <w:t>vn 0.5984 -0.1083 0.7939</w:t>
        <w:br/>
        <w:t>vn 0.4534 -0.2514 0.8551</w:t>
        <w:br/>
        <w:t>vn 0.4353 -0.1576 0.8864</w:t>
        <w:br/>
        <w:t>vn 0.2442 -0.1949 0.9499</w:t>
        <w:br/>
        <w:t>vn 0.0665 -0.2207 0.9731</w:t>
        <w:br/>
        <w:t>vn 0.0666 -0.2208 0.9731</w:t>
        <w:br/>
        <w:t>vn 0.0224 -0.9920 -0.1239</w:t>
        <w:br/>
        <w:t>vn 0.0224 -0.9920 -0.1238</w:t>
        <w:br/>
        <w:t>vn 0.0065 -0.9906 -0.1366</w:t>
        <w:br/>
        <w:t>vn -0.0008 -0.9891 -0.1471</w:t>
        <w:br/>
        <w:t>vn -0.0008 -0.9891 -0.1472</w:t>
        <w:br/>
        <w:t>vn -0.0354 -0.9902 -0.1354</w:t>
        <w:br/>
        <w:t>vn -0.0355 -0.9902 -0.1354</w:t>
        <w:br/>
        <w:t>vn -0.0201 -0.9786 -0.2048</w:t>
        <w:br/>
        <w:t>vn -0.0199 -0.9786 -0.2048</w:t>
        <w:br/>
        <w:t>vn -0.0237 -0.9959 -0.0874</w:t>
        <w:br/>
        <w:t>vn -0.0238 -0.9959 -0.0873</w:t>
        <w:br/>
        <w:t>vn 0.0029 -0.9940 -0.1095</w:t>
        <w:br/>
        <w:t>vn 0.0028 -0.9940 -0.1094</w:t>
        <w:br/>
        <w:t>vn -0.9783 -0.2034 -0.0395</w:t>
        <w:br/>
        <w:t>vn -0.9776 -0.1951 -0.0791</w:t>
        <w:br/>
        <w:t>vn -0.9130 -0.1145 -0.3916</w:t>
        <w:br/>
        <w:t>vn -0.4888 -0.0722 -0.8694</w:t>
        <w:br/>
        <w:t>vn -0.5848 0.0285 -0.8107</w:t>
        <w:br/>
        <w:t>vn -0.2871 -0.0013 -0.9579</w:t>
        <w:br/>
        <w:t>vn -0.2873 0.1294 -0.9491</w:t>
        <w:br/>
        <w:t>vn -0.2096 0.1934 -0.9585</w:t>
        <w:br/>
        <w:t>vn -0.1244 0.2396 -0.9629</w:t>
        <w:br/>
        <w:t>vn 0.5612 -0.2074 -0.8013</w:t>
        <w:br/>
        <w:t>vn 0.1596 -0.2586 -0.9527</w:t>
        <w:br/>
        <w:t>vn 0.4757 -0.4309 0.7668</w:t>
        <w:br/>
        <w:t>vn -0.7895 -0.5304 0.3089</w:t>
        <w:br/>
        <w:t>vn 0.1596 -0.2587 -0.9527</w:t>
        <w:br/>
        <w:t>vn -0.0002 0.2531 -0.9674</w:t>
        <w:br/>
        <w:t>vn -0.0002 0.2531 -0.9675</w:t>
        <w:br/>
        <w:t>vn 0.0899 0.2585 -0.9618</w:t>
        <w:br/>
        <w:t>vn -0.9976 -0.0265 0.0639</w:t>
        <w:br/>
        <w:t>vn -0.9985 -0.0387 -0.0382</w:t>
        <w:br/>
        <w:t>vn -0.8828 -0.0852 0.4620</w:t>
        <w:br/>
        <w:t>vn -0.5919 -0.1586 0.7902</w:t>
        <w:br/>
        <w:t>vn -0.3976 -0.1881 0.8981</w:t>
        <w:br/>
        <w:t>vn -0.2027 -0.2276 0.9524</w:t>
        <w:br/>
        <w:t>vn -0.0001 -0.2480 0.9688</w:t>
        <w:br/>
        <w:t>vn -0.0534 -0.2470 0.9676</w:t>
        <w:br/>
        <w:t>vn -0.0535 -0.2469 0.9676</w:t>
        <w:br/>
        <w:t>vn 0.9918 0.1141 -0.0567</w:t>
        <w:br/>
        <w:t>vn 0.9936 0.1003 0.0527</w:t>
        <w:br/>
        <w:t>vn 0.9936 0.1002 0.0527</w:t>
        <w:br/>
        <w:t>vn 0.9918 0.1142 -0.0567</w:t>
        <w:br/>
        <w:t>vn 0.9197 0.1880 -0.3446</w:t>
        <w:br/>
        <w:t>vn 0.5943 0.2769 -0.7551</w:t>
        <w:br/>
        <w:t>vn 0.2479 0.2774 -0.9282</w:t>
        <w:br/>
        <w:t>vn 0.2479 0.2773 -0.9282</w:t>
        <w:br/>
        <w:t>vn 0.1780 0.2684 -0.9467</w:t>
        <w:br/>
        <w:t>vn 0.1781 0.2684 -0.9467</w:t>
        <w:br/>
        <w:t>vn -0.0374 0.9952 0.0905</w:t>
        <w:br/>
        <w:t>vn -0.0138 0.9943 0.1061</w:t>
        <w:br/>
        <w:t>vn -0.0375 0.9952 0.0905</w:t>
        <w:br/>
        <w:t>vn -0.0431 0.9889 0.1419</w:t>
        <w:br/>
        <w:t>vn -0.0115 0.9795 0.2012</w:t>
        <w:br/>
        <w:t>vn -0.0115 0.9795 0.2011</w:t>
        <w:br/>
        <w:t>vn -0.0012 0.9856 0.1692</w:t>
        <w:br/>
        <w:t>vn -0.0011 0.9856 0.1691</w:t>
        <w:br/>
        <w:t>vn 0.0052 0.9910 0.1338</w:t>
        <w:br/>
        <w:t>vn 0.0201 0.9924 0.1215</w:t>
        <w:br/>
        <w:t>vn 0.0202 0.9924 0.1214</w:t>
        <w:br/>
        <w:t>vn 0.0000 0.9929 0.1192</w:t>
        <w:br/>
        <w:t>vn -0.0000 0.9929 0.1191</w:t>
        <w:br/>
        <w:t>vn -0.0902 0.2583 -0.9619</w:t>
        <w:br/>
        <w:t>vn 0.9985 -0.0388 -0.0382</w:t>
        <w:br/>
        <w:t>vn 0.9976 -0.0266 0.0644</w:t>
        <w:br/>
        <w:t>vn 0.9976 -0.0266 0.0643</w:t>
        <w:br/>
        <w:t>vn 0.9985 -0.0388 -0.0383</w:t>
        <w:br/>
        <w:t>vn 0.8826 -0.0851 0.4624</w:t>
        <w:br/>
        <w:t>vn 0.8826 -0.0850 0.4624</w:t>
        <w:br/>
        <w:t>vn 0.5927 -0.1576 0.7899</w:t>
        <w:br/>
        <w:t>vn 0.5927 -0.1576 0.7898</w:t>
        <w:br/>
        <w:t>vn 0.3974 -0.1867 0.8984</w:t>
        <w:br/>
        <w:t>vn 0.2013 -0.2266 0.9530</w:t>
        <w:br/>
        <w:t>vn 0.0529 -0.2466 0.9677</w:t>
        <w:br/>
        <w:t>vn -0.9936 0.1004 0.0526</w:t>
        <w:br/>
        <w:t>vn -0.9918 0.1143 -0.0567</w:t>
        <w:br/>
        <w:t>vn -0.9197 0.1881 -0.3445</w:t>
        <w:br/>
        <w:t>vn -0.9198 0.1881 -0.3445</w:t>
        <w:br/>
        <w:t>vn -0.5942 0.2769 -0.7551</w:t>
        <w:br/>
        <w:t>vn -0.5942 0.2770 -0.7551</w:t>
        <w:br/>
        <w:t>vn -0.2476 0.2772 -0.9284</w:t>
        <w:br/>
        <w:t>vn -0.2475 0.2773 -0.9284</w:t>
        <w:br/>
        <w:t>vn -0.1779 0.2681 -0.9468</w:t>
        <w:br/>
        <w:t>vn -0.1779 0.2682 -0.9468</w:t>
        <w:br/>
        <w:t>vn 0.0377 0.9952 0.0906</w:t>
        <w:br/>
        <w:t>vn 0.0139 0.9943 0.1060</w:t>
        <w:br/>
        <w:t>vn 0.0138 0.9943 0.1060</w:t>
        <w:br/>
        <w:t>vn 0.0431 0.9890 0.1417</w:t>
        <w:br/>
        <w:t>vn 0.0432 0.9890 0.1417</w:t>
        <w:br/>
        <w:t>vn 0.0109 0.9795 0.2010</w:t>
        <w:br/>
        <w:t>vn 0.0107 0.9795 0.2009</w:t>
        <w:br/>
        <w:t>vn 0.0010 0.9855 0.1695</w:t>
        <w:br/>
        <w:t>vn 0.0011 0.9855 0.1695</w:t>
        <w:br/>
        <w:t>vn -0.0050 0.9910 0.1339</w:t>
        <w:br/>
        <w:t>vn -0.0202 0.9924 0.1213</w:t>
        <w:br/>
        <w:t>vn -0.0197 0.9924 0.1215</w:t>
        <w:br/>
        <w:t>vn -0.1507 0.0650 -0.9864</w:t>
        <w:br/>
        <w:t>vn -0.1749 0.1256 -0.9765</w:t>
        <w:br/>
        <w:t>vn -0.6245 -0.1653 -0.7633</w:t>
        <w:br/>
        <w:t>vn -0.2742 0.9300 0.2449</w:t>
        <w:br/>
        <w:t>vn -0.1804 0.9642 0.1944</w:t>
        <w:br/>
        <w:t>vn -0.3087 0.9368 0.1646</w:t>
        <w:br/>
        <w:t>vn -0.0503 0.9485 0.3129</w:t>
        <w:br/>
        <w:t>vn -0.0830 0.9820 0.1697</w:t>
        <w:br/>
        <w:t>vn -0.4922 0.8600 0.1345</w:t>
        <w:br/>
        <w:t>vn -0.6543 0.7560 0.0190</w:t>
        <w:br/>
        <w:t>vn -0.0115 0.9799 0.1989</w:t>
        <w:br/>
        <w:t>vn -0.8130 0.3845 -0.4372</w:t>
        <w:br/>
        <w:t>vn -0.8131 0.3845 -0.4372</w:t>
        <w:br/>
        <w:t>vn -0.2970 0.2782 0.9134</w:t>
        <w:br/>
        <w:t>vn -0.2118 0.2766 0.9373</w:t>
        <w:br/>
        <w:t>vn -0.3978 0.4983 0.7704</w:t>
        <w:br/>
        <w:t>vn -0.5127 0.2687 0.8154</w:t>
        <w:br/>
        <w:t>vn -0.9083 -0.0297 -0.4172</w:t>
        <w:br/>
        <w:t>vn -0.7047 0.0096 -0.7094</w:t>
        <w:br/>
        <w:t>vn -0.6606 0.2509 0.7076</w:t>
        <w:br/>
        <w:t>vn -0.7241 -0.0632 0.6868</w:t>
        <w:br/>
        <w:t>vn -0.5757 -0.1874 0.7959</w:t>
        <w:br/>
        <w:t>vn -0.1620 -0.0826 -0.9833</w:t>
        <w:br/>
        <w:t>vn 0.3249 -0.6950 0.6414</w:t>
        <w:br/>
        <w:t>vn 0.3845 -0.4007 0.8316</w:t>
        <w:br/>
        <w:t>vn 0.0971 -0.1856 0.9778</w:t>
        <w:br/>
        <w:t>vn -0.2616 -0.1961 0.9451</w:t>
        <w:br/>
        <w:t>vn -0.0174 0.0259 -0.9995</w:t>
        <w:br/>
        <w:t>vn -0.0291 0.0498 -0.9983</w:t>
        <w:br/>
        <w:t>vn -0.4105 -0.9111 0.0363</w:t>
        <w:br/>
        <w:t>vn -0.6320 -0.7656 0.1201</w:t>
        <w:br/>
        <w:t>vn -0.6598 -0.7348 -0.1573</w:t>
        <w:br/>
        <w:t>vn -0.2848 -0.8267 0.4852</w:t>
        <w:br/>
        <w:t>vn -0.3746 -0.4344 0.8191</w:t>
        <w:br/>
        <w:t>vn 0.1125 -0.0588 -0.9919</w:t>
        <w:br/>
        <w:t>vn 0.0694 -0.0253 -0.9973</w:t>
        <w:br/>
        <w:t>vn -0.2065 -0.9641 0.1670</w:t>
        <w:br/>
        <w:t>vn 0.8983 -0.0397 -0.4377</w:t>
        <w:br/>
        <w:t>vn 0.5237 -0.1366 -0.8409</w:t>
        <w:br/>
        <w:t>vn 0.5594 -0.1330 -0.8182</w:t>
        <w:br/>
        <w:t>vn 0.7564 -0.0434 -0.6527</w:t>
        <w:br/>
        <w:t>vn 0.0805 -0.9647 0.2508</w:t>
        <w:br/>
        <w:t>vn 0.0780 -0.7995 0.5955</w:t>
        <w:br/>
        <w:t>vn -0.1318 -0.2034 0.9702</w:t>
        <w:br/>
        <w:t>vn 0.2824 -0.8970 0.3402</w:t>
        <w:br/>
        <w:t>vn 0.2343 -0.0905 -0.9679</w:t>
        <w:br/>
        <w:t>vn 0.2806 -0.1023 -0.9543</w:t>
        <w:br/>
        <w:t>vn 0.4066 -0.1221 -0.9054</w:t>
        <w:br/>
        <w:t>vn 0.4897 -0.7617 0.4243</w:t>
        <w:br/>
        <w:t>vn 0.8771 0.0452 -0.4782</w:t>
        <w:br/>
        <w:t>vn 0.9921 0.0031 -0.1257</w:t>
        <w:br/>
        <w:t>vn 0.2069 -0.0137 0.9783</w:t>
        <w:br/>
        <w:t>vn 0.8858 0.4361 -0.1588</w:t>
        <w:br/>
        <w:t>vn 0.8442 0.4744 -0.2495</w:t>
        <w:br/>
        <w:t>vn 0.9696 0.2326 -0.0756</w:t>
        <w:br/>
        <w:t>vn 0.0184 0.3004 0.9536</w:t>
        <w:br/>
        <w:t>vn 0.2126 0.3148 0.9250</w:t>
        <w:br/>
        <w:t>vn 0.7832 0.5565 -0.2773</w:t>
        <w:br/>
        <w:t>vn 0.7682 0.6248 -0.1400</w:t>
        <w:br/>
        <w:t>vn 0.5566 0.8271 -0.0778</w:t>
        <w:br/>
        <w:t>vn 0.0316 0.5654 0.8242</w:t>
        <w:br/>
        <w:t>vn -0.8932 -0.3935 0.2177</w:t>
        <w:br/>
        <w:t>vn 0.9865 -0.1632 0.0113</w:t>
        <w:br/>
        <w:t>vn 0.9110 0.4110 -0.0331</w:t>
        <w:br/>
        <w:t>vn 0.1507 0.0650 -0.9864</w:t>
        <w:br/>
        <w:t>vn 0.6245 -0.1653 -0.7633</w:t>
        <w:br/>
        <w:t>vn 0.1749 0.1256 -0.9765</w:t>
        <w:br/>
        <w:t>vn 0.2742 0.9300 0.2449</w:t>
        <w:br/>
        <w:t>vn 0.3088 0.9368 0.1645</w:t>
        <w:br/>
        <w:t>vn 0.1804 0.9642 0.1945</w:t>
        <w:br/>
        <w:t>vn 0.0830 0.9820 0.1697</w:t>
        <w:br/>
        <w:t>vn 0.0503 0.9485 0.3129</w:t>
        <w:br/>
        <w:t>vn 0.6543 0.7560 0.0190</w:t>
        <w:br/>
        <w:t>vn 0.0115 0.9799 0.1989</w:t>
        <w:br/>
        <w:t>vn -0.1574 0.9674 0.1985</w:t>
        <w:br/>
        <w:t>vn 0.8131 0.3845 -0.4372</w:t>
        <w:br/>
        <w:t>vn 0.8130 0.3845 -0.4372</w:t>
        <w:br/>
        <w:t>vn 0.2118 0.2766 0.9374</w:t>
        <w:br/>
        <w:t>vn 0.2970 0.2782 0.9134</w:t>
        <w:br/>
        <w:t>vn 0.3978 0.4983 0.7704</w:t>
        <w:br/>
        <w:t>vn 0.5127 0.2687 0.8154</w:t>
        <w:br/>
        <w:t>vn 0.9083 -0.0296 -0.4172</w:t>
        <w:br/>
        <w:t>vn 0.7047 0.0096 -0.7094</w:t>
        <w:br/>
        <w:t>vn 0.6606 0.2509 0.7076</w:t>
        <w:br/>
        <w:t>vn 0.5757 -0.1874 0.7959</w:t>
        <w:br/>
        <w:t>vn 0.7241 -0.0632 0.6868</w:t>
        <w:br/>
        <w:t>vn 0.1620 -0.0826 -0.9833</w:t>
        <w:br/>
        <w:t>vn -0.3249 -0.6950 0.6414</w:t>
        <w:br/>
        <w:t>vn -0.0971 -0.1856 0.9778</w:t>
        <w:br/>
        <w:t>vn -0.3845 -0.4007 0.8316</w:t>
        <w:br/>
        <w:t>vn 0.2616 -0.1961 0.9451</w:t>
        <w:br/>
        <w:t>vn 0.0291 0.0498 -0.9983</w:t>
        <w:br/>
        <w:t>vn 0.0174 0.0259 -0.9995</w:t>
        <w:br/>
        <w:t>vn 0.4105 -0.9112 0.0363</w:t>
        <w:br/>
        <w:t>vn 0.6598 -0.7348 -0.1573</w:t>
        <w:br/>
        <w:t>vn 0.6320 -0.7656 0.1201</w:t>
        <w:br/>
        <w:t>vn 0.2848 -0.8267 0.4852</w:t>
        <w:br/>
        <w:t>vn 0.3746 -0.4344 0.8191</w:t>
        <w:br/>
        <w:t>vn -0.0693 -0.0253 -0.9973</w:t>
        <w:br/>
        <w:t>vn -0.1125 -0.0588 -0.9919</w:t>
        <w:br/>
        <w:t>vn 0.2065 -0.9641 0.1669</w:t>
        <w:br/>
        <w:t>vn -0.8983 -0.0397 -0.4377</w:t>
        <w:br/>
        <w:t>vn -0.7563 -0.0434 -0.6527</w:t>
        <w:br/>
        <w:t>vn -0.5594 -0.1330 -0.8182</w:t>
        <w:br/>
        <w:t>vn -0.5236 -0.1366 -0.8409</w:t>
        <w:br/>
        <w:t>vn -0.0780 -0.7995 0.5955</w:t>
        <w:br/>
        <w:t>vn -0.0805 -0.9647 0.2508</w:t>
        <w:br/>
        <w:t>vn 0.1318 -0.2034 0.9702</w:t>
        <w:br/>
        <w:t>vn -0.2823 -0.8970 0.3402</w:t>
        <w:br/>
        <w:t>vn -0.2806 -0.1023 -0.9544</w:t>
        <w:br/>
        <w:t>vn -0.2343 -0.0905 -0.9679</w:t>
        <w:br/>
        <w:t>vn -0.4065 -0.1221 -0.9054</w:t>
        <w:br/>
        <w:t>vn -0.4897 -0.7617 0.4243</w:t>
        <w:br/>
        <w:t>vn -0.8771 0.0452 -0.4782</w:t>
        <w:br/>
        <w:t>vn -0.9921 0.0032 -0.1257</w:t>
        <w:br/>
        <w:t>vn -0.2069 -0.0137 0.9783</w:t>
        <w:br/>
        <w:t>vn -0.8858 0.4361 -0.1588</w:t>
        <w:br/>
        <w:t>vn -0.9696 0.2326 -0.0756</w:t>
        <w:br/>
        <w:t>vn -0.8442 0.4744 -0.2495</w:t>
        <w:br/>
        <w:t>vn -0.0184 0.3004 0.9536</w:t>
        <w:br/>
        <w:t>vn -0.2126 0.3148 0.9250</w:t>
        <w:br/>
        <w:t>vn -0.7833 0.5564 -0.2772</w:t>
        <w:br/>
        <w:t>vn -0.7681 0.6248 -0.1400</w:t>
        <w:br/>
        <w:t>vn -0.5566 0.8271 -0.0778</w:t>
        <w:br/>
        <w:t>vn -0.0316 0.5654 0.8242</w:t>
        <w:br/>
        <w:t>vn -0.3863 0.8555 0.3448</w:t>
        <w:br/>
        <w:t>vn 0.8931 -0.3935 0.2177</w:t>
        <w:br/>
        <w:t>vn -0.9865 -0.1632 0.0113</w:t>
        <w:br/>
        <w:t>vn -0.9111 0.4109 -0.0331</w:t>
        <w:br/>
        <w:t>vn -0.0000 -0.2631 0.9648</w:t>
        <w:br/>
        <w:t>vn -0.0000 -0.2632 0.9648</w:t>
        <w:br/>
        <w:t>vn -0.0000 -0.2630 0.9648</w:t>
        <w:br/>
        <w:t>vn -0.0000 -0.2632 0.9647</w:t>
        <w:br/>
        <w:t>vn 0.0001 -0.2631 0.9648</w:t>
        <w:br/>
        <w:t>vn 0.0001 -0.2632 0.9647</w:t>
        <w:br/>
        <w:t>vn -0.0001 -0.2632 0.9647</w:t>
        <w:br/>
        <w:t>vn -0.0001 -0.2631 0.9648</w:t>
        <w:br/>
        <w:t>vn 0.0001 -0.2632 0.9648</w:t>
        <w:br/>
        <w:t>vn 0.0001 -0.2630 0.9648</w:t>
        <w:br/>
        <w:t>vn -0.0001 -0.2632 0.9648</w:t>
        <w:br/>
        <w:t>vn -0.0002 -0.2631 0.9648</w:t>
        <w:br/>
        <w:t>vn -0.0001 -0.2630 0.9648</w:t>
        <w:br/>
        <w:t>vn 0.0000 -0.2633 0.9647</w:t>
        <w:br/>
        <w:t>vn 0.0000 -0.2634 0.9647</w:t>
        <w:br/>
        <w:t>vn -0.0001 -0.2623 0.9650</w:t>
        <w:br/>
        <w:t>vn -0.0001 -0.2641 0.9645</w:t>
        <w:br/>
        <w:t>vn -0.0001 -0.2635 0.9647</w:t>
        <w:br/>
        <w:t>vn 0.0005 -0.2634 0.9647</w:t>
        <w:br/>
        <w:t>vn 0.1419 -0.2522 0.9572</w:t>
        <w:br/>
        <w:t>vn 0.1410 -0.2543 0.9568</w:t>
        <w:br/>
        <w:t>vn 0.1412 -0.2548 0.9566</w:t>
        <w:br/>
        <w:t>vn 0.1428 -0.2527 0.9570</w:t>
        <w:br/>
        <w:t>vn 0.1418 -0.2548 0.9565</w:t>
        <w:br/>
        <w:t>vn 0.1435 -0.2532 0.9567</w:t>
        <w:br/>
        <w:t>vn 0.1421 -0.2552 0.9564</w:t>
        <w:br/>
        <w:t>vn 0.1441 -0.2540 0.9564</w:t>
        <w:br/>
        <w:t>vn 0.1423 -0.2556 0.9562</w:t>
        <w:br/>
        <w:t>vn 0.1445 -0.2548 0.9561</w:t>
        <w:br/>
        <w:t>vn 0.1424 -0.2561 0.9561</w:t>
        <w:br/>
        <w:t>vn 0.1447 -0.2557 0.9559</w:t>
        <w:br/>
        <w:t>vn 0.1421 -0.2566 0.9560</w:t>
        <w:br/>
        <w:t>vn 0.1447 -0.2566 0.9556</w:t>
        <w:br/>
        <w:t>vn 0.1424 -0.2571 0.9558</w:t>
        <w:br/>
        <w:t>vn 0.1447 -0.2576 0.9554</w:t>
        <w:br/>
        <w:t>vn 0.1422 -0.2576 0.9557</w:t>
        <w:br/>
        <w:t>vn 0.1443 -0.2584 0.9552</w:t>
        <w:br/>
        <w:t>vn 0.1416 -0.2577 0.9558</w:t>
        <w:br/>
        <w:t>vn 0.1438 -0.2592 0.9551</w:t>
        <w:br/>
        <w:t>vn 0.1416 -0.2584 0.9556</w:t>
        <w:br/>
        <w:t>vn 0.1432 -0.2600 0.9549</w:t>
        <w:br/>
        <w:t>vn 0.1412 -0.2587 0.9556</w:t>
        <w:br/>
        <w:t>vn 0.1424 -0.2606 0.9549</w:t>
        <w:br/>
        <w:t>vn 0.1408 -0.2590 0.9556</w:t>
        <w:br/>
        <w:t>vn 0.1415 -0.2610 0.9549</w:t>
        <w:br/>
        <w:t>vn 0.1403 -0.2591 0.9556</w:t>
        <w:br/>
        <w:t>vn 0.1406 -0.2613 0.9550</w:t>
        <w:br/>
        <w:t>vn 0.1398 -0.2588 0.9558</w:t>
        <w:br/>
        <w:t>vn 0.1396 -0.2614 0.9551</w:t>
        <w:br/>
        <w:t>vn 0.1394 -0.2586 0.9559</w:t>
        <w:br/>
        <w:t>vn 0.1387 -0.2613 0.9552</w:t>
        <w:br/>
        <w:t>vn 0.1389 -0.2587 0.9559</w:t>
        <w:br/>
        <w:t>vn 0.1378 -0.2610 0.9554</w:t>
        <w:br/>
        <w:t>vn 0.1383 -0.2587 0.9560</w:t>
        <w:br/>
        <w:t>vn 0.1369 -0.2606 0.9557</w:t>
        <w:br/>
        <w:t>vn 0.1379 -0.2584 0.9561</w:t>
        <w:br/>
        <w:t>vn 0.1362 -0.2600 0.9559</w:t>
        <w:br/>
        <w:t>vn 0.1376 -0.2580 0.9563</w:t>
        <w:br/>
        <w:t>vn 0.1356 -0.2593 0.9562</w:t>
        <w:br/>
        <w:t>vn 0.1374 -0.2576 0.9564</w:t>
        <w:br/>
        <w:t>vn 0.1352 -0.2584 0.9565</w:t>
        <w:br/>
        <w:t>vn 0.1372 -0.2571 0.9566</w:t>
        <w:br/>
        <w:t>vn 0.1349 -0.2575 0.9568</w:t>
        <w:br/>
        <w:t>vn 0.1372 -0.2566 0.9567</w:t>
        <w:br/>
        <w:t>vn 0.1349 -0.2566 0.9571</w:t>
        <w:br/>
        <w:t>vn 0.1373 -0.2561 0.9569</w:t>
        <w:br/>
        <w:t>vn 0.1350 -0.2556 0.9573</w:t>
        <w:br/>
        <w:t>vn 0.1375 -0.2556 0.9570</w:t>
        <w:br/>
        <w:t>vn 0.1354 -0.2547 0.9575</w:t>
        <w:br/>
        <w:t>vn 0.1377 -0.2552 0.9570</w:t>
        <w:br/>
        <w:t>vn 0.1359 -0.2539 0.9576</w:t>
        <w:br/>
        <w:t>vn 0.1383 -0.2550 0.9570</w:t>
        <w:br/>
        <w:t>vn 0.1365 -0.2532 0.9577</w:t>
        <w:br/>
        <w:t>vn 0.1385 -0.2545 0.9571</w:t>
        <w:br/>
        <w:t>vn 0.1373 -0.2526 0.9578</w:t>
        <w:br/>
        <w:t>vn 0.1390 -0.2542 0.9571</w:t>
        <w:br/>
        <w:t>vn 0.1382 -0.2521 0.9578</w:t>
        <w:br/>
        <w:t>vn 0.1395 -0.2541 0.9571</w:t>
        <w:br/>
        <w:t>vn 0.1391 -0.2518 0.9577</w:t>
        <w:br/>
        <w:t>vn 0.1400 -0.2540 0.9570</w:t>
        <w:br/>
        <w:t>vn 0.1401 -0.2518 0.9576</w:t>
        <w:br/>
        <w:t>vn 0.1399 -0.2566 0.9563</w:t>
        <w:br/>
        <w:t>vn 0.1405 -0.2541 0.9569</w:t>
        <w:br/>
        <w:t>vn 0.1410 -0.2519 0.9574</w:t>
        <w:br/>
        <w:t>vn -0.1419 -0.2522 0.9572</w:t>
        <w:br/>
        <w:t>vn -0.1428 -0.2526 0.9570</w:t>
        <w:br/>
        <w:t>vn -0.1412 -0.2548 0.9566</w:t>
        <w:br/>
        <w:t>vn -0.1408 -0.2546 0.9567</w:t>
        <w:br/>
        <w:t>vn -0.1434 -0.2532 0.9567</w:t>
        <w:br/>
        <w:t>vn -0.1418 -0.2548 0.9565</w:t>
        <w:br/>
        <w:t>vn -0.1441 -0.2540 0.9564</w:t>
        <w:br/>
        <w:t>vn -0.1421 -0.2552 0.9564</w:t>
        <w:br/>
        <w:t>vn -0.1445 -0.2548 0.9561</w:t>
        <w:br/>
        <w:t>vn -0.1423 -0.2556 0.9562</w:t>
        <w:br/>
        <w:t>vn -0.1447 -0.2557 0.9559</w:t>
        <w:br/>
        <w:t>vn -0.1424 -0.2561 0.9561</w:t>
        <w:br/>
        <w:t>vn -0.1447 -0.2566 0.9556</w:t>
        <w:br/>
        <w:t>vn -0.1420 -0.2566 0.9560</w:t>
        <w:br/>
        <w:t>vn -0.1447 -0.2576 0.9554</w:t>
        <w:br/>
        <w:t>vn -0.1424 -0.2571 0.9558</w:t>
        <w:br/>
        <w:t>vn -0.1443 -0.2584 0.9552</w:t>
        <w:br/>
        <w:t>vn -0.1422 -0.2576 0.9557</w:t>
        <w:br/>
        <w:t>vn -0.1438 -0.2592 0.9550</w:t>
        <w:br/>
        <w:t>vn -0.1420 -0.2580 0.9557</w:t>
        <w:br/>
        <w:t>vn -0.1432 -0.2600 0.9549</w:t>
        <w:br/>
        <w:t>vn -0.1416 -0.2584 0.9556</w:t>
        <w:br/>
        <w:t>vn -0.1424 -0.2606 0.9549</w:t>
        <w:br/>
        <w:t>vn -0.1412 -0.2587 0.9556</w:t>
        <w:br/>
        <w:t>vn -0.1415 -0.2610 0.9549</w:t>
        <w:br/>
        <w:t>vn -0.1408 -0.2590 0.9556</w:t>
        <w:br/>
        <w:t>vn -0.1406 -0.2613 0.9550</w:t>
        <w:br/>
        <w:t>vn -0.1403 -0.2591 0.9556</w:t>
        <w:br/>
        <w:t>vn -0.1396 -0.2614 0.9551</w:t>
        <w:br/>
        <w:t>vn -0.1397 -0.2592 0.9557</w:t>
        <w:br/>
        <w:t>vn -0.1387 -0.2613 0.9552</w:t>
        <w:br/>
        <w:t>vn -0.1393 -0.2586 0.9559</w:t>
        <w:br/>
        <w:t>vn -0.1378 -0.2610 0.9554</w:t>
        <w:br/>
        <w:t>vn -0.1389 -0.2587 0.9559</w:t>
        <w:br/>
        <w:t>vn -0.1369 -0.2606 0.9557</w:t>
        <w:br/>
        <w:t>vn -0.1383 -0.2587 0.9560</w:t>
        <w:br/>
        <w:t>vn -0.1362 -0.2600 0.9559</w:t>
        <w:br/>
        <w:t>vn -0.1382 -0.2582 0.9562</w:t>
        <w:br/>
        <w:t>vn -0.1356 -0.2593 0.9562</w:t>
        <w:br/>
        <w:t>vn -0.1376 -0.2580 0.9563</w:t>
        <w:br/>
        <w:t>vn -0.1352 -0.2584 0.9565</w:t>
        <w:br/>
        <w:t>vn -0.1378 -0.2574 0.9564</w:t>
        <w:br/>
        <w:t>vn -0.1349 -0.2575 0.9568</w:t>
        <w:br/>
        <w:t>vn -0.1372 -0.2571 0.9566</w:t>
        <w:br/>
        <w:t>vn -0.1349 -0.2566 0.9571</w:t>
        <w:br/>
        <w:t>vn -0.1372 -0.2566 0.9567</w:t>
        <w:br/>
        <w:t>vn -0.1350 -0.2556 0.9573</w:t>
        <w:br/>
        <w:t>vn -0.1373 -0.2561 0.9569</w:t>
        <w:br/>
        <w:t>vn -0.1354 -0.2547 0.9575</w:t>
        <w:br/>
        <w:t>vn -0.1375 -0.2556 0.9570</w:t>
        <w:br/>
        <w:t>vn -0.1359 -0.2539 0.9576</w:t>
        <w:br/>
        <w:t>vn -0.1377 -0.2552 0.9570</w:t>
        <w:br/>
        <w:t>vn -0.1365 -0.2532 0.9577</w:t>
        <w:br/>
        <w:t>vn -0.1383 -0.2550 0.9570</w:t>
        <w:br/>
        <w:t>vn -0.1373 -0.2526 0.9578</w:t>
        <w:br/>
        <w:t>vn -0.1385 -0.2545 0.9571</w:t>
        <w:br/>
        <w:t>vn -0.1382 -0.2521 0.9578</w:t>
        <w:br/>
        <w:t>vn -0.1390 -0.2545 0.9570</w:t>
        <w:br/>
        <w:t>vn -0.1391 -0.2518 0.9577</w:t>
        <w:br/>
        <w:t>vn -0.1395 -0.2541 0.9571</w:t>
        <w:br/>
        <w:t>vn -0.1401 -0.2518 0.9576</w:t>
        <w:br/>
        <w:t>vn -0.1400 -0.2540 0.9570</w:t>
        <w:br/>
        <w:t>vn -0.1399 -0.2566 0.9563</w:t>
        <w:br/>
        <w:t>vn -0.1410 -0.2519 0.9574</w:t>
        <w:br/>
        <w:t>vn -0.1404 -0.2544 0.9568</w:t>
        <w:br/>
        <w:t>usemtl 发</w:t>
        <w:br/>
        <w:t>s 1</w:t>
        <w:br/>
        <w:t>f 23248/1/1 23247/2/2 23246/3/3</w:t>
        <w:br/>
        <w:t>f 23250/4/4 23249/5/5 23246/3/3</w:t>
        <w:br/>
        <w:t>f 23252/6/6 23251/7/7 23246/3/3</w:t>
        <w:br/>
        <w:t>f 23254/8/8 23253/9/9 23246/3/3</w:t>
        <w:br/>
        <w:t>f 23253/9/9 23252/6/6 23246/3/3</w:t>
        <w:br/>
        <w:t>f 23255/10/10 23248/1/1 23246/3/3</w:t>
        <w:br/>
        <w:t>f 23256/11/11 23255/10/10 23246/3/3</w:t>
        <w:br/>
        <w:t>f 23257/12/12 23256/11/11 23246/3/3</w:t>
        <w:br/>
        <w:t>f 23247/2/2 23250/4/4 23246/3/3</w:t>
        <w:br/>
        <w:t>f 23258/13/13 23257/12/12 23246/3/3</w:t>
        <w:br/>
        <w:t>f 23251/7/7 23258/13/13 23246/3/3</w:t>
        <w:br/>
        <w:t>f 23249/5/5 23254/8/8 23246/3/3</w:t>
        <w:br/>
        <w:t>f 23262/14/14 23261/15/15 23260/16/16</w:t>
        <w:br/>
        <w:t>f 23259/17/17 23262/14/14 23260/16/16</w:t>
        <w:br/>
        <w:t>f 23263/18/18 23260/16/16 23261/15/15</w:t>
        <w:br/>
        <w:t>f 23264/19/19 23263/18/18 23261/15/15</w:t>
        <w:br/>
        <w:t>f 23265/20/20 23263/18/18 23264/19/19</w:t>
        <w:br/>
        <w:t>f 23266/21/21 23265/20/20 23264/19/19</w:t>
        <w:br/>
        <w:t>f 23266/21/21 23268/22/22 23267/23/23</w:t>
        <w:br/>
        <w:t>f 23265/20/20 23266/21/21 23267/23/23</w:t>
        <w:br/>
        <w:t>f 23269/24/24 23267/23/23 23268/22/22</w:t>
        <w:br/>
        <w:t>f 23270/25/25 23269/24/24 23268/22/22</w:t>
        <w:br/>
        <w:t>f 23270/25/25 23272/26/26 23271/27/27</w:t>
        <w:br/>
        <w:t>f 23269/24/24 23270/25/25 23271/27/27</w:t>
        <w:br/>
        <w:t>f 23274/28/28 23273/29/29 23271/27/27</w:t>
        <w:br/>
        <w:t>f 23272/26/26 23274/28/28 23271/27/27</w:t>
        <w:br/>
        <w:t>f 23276/30/30 23275/31/31 23273/29/29</w:t>
        <w:br/>
        <w:t>f 23274/28/28 23276/30/30 23273/29/29</w:t>
        <w:br/>
        <w:t>f 23278/32/32 23277/33/33 23275/31/31</w:t>
        <w:br/>
        <w:t>f 23276/30/30 23278/32/32 23275/31/31</w:t>
        <w:br/>
        <w:t>f 23280/34/34 23279/35/35 23277/33/33</w:t>
        <w:br/>
        <w:t>f 23278/32/32 23280/34/34 23277/33/33</w:t>
        <w:br/>
        <w:t>f 23282/36/36 23281/37/37 23279/35/35</w:t>
        <w:br/>
        <w:t>f 23280/34/34 23282/36/36 23279/35/35</w:t>
        <w:br/>
        <w:t>f 23284/38/38 23283/39/39 23281/37/37</w:t>
        <w:br/>
        <w:t>f 23282/36/36 23284/38/38 23281/37/37</w:t>
        <w:br/>
        <w:t>f 23288/40/40 23287/41/41 23286/42/42</w:t>
        <w:br/>
        <w:t>f 23285/43/42 23288/40/40 23286/42/42</w:t>
        <w:br/>
        <w:t>f 23290/44/43 23289/45/43 23287/41/41</w:t>
        <w:br/>
        <w:t>f 23288/40/40 23290/44/43 23287/41/41</w:t>
        <w:br/>
        <w:t>f 23294/46/44 23293/47/45 23292/48/45</w:t>
        <w:br/>
        <w:t>f 23291/49/43 23294/46/44 23292/48/45</w:t>
        <w:br/>
        <w:t>f 23293/47/45 23296/50/46 23295/51/46</w:t>
        <w:br/>
        <w:t>f 23292/48/45 23293/47/45 23295/51/46</w:t>
        <w:br/>
        <w:t>f 23296/50/46 23298/52/47 23297/53/47</w:t>
        <w:br/>
        <w:t>f 23295/51/46 23296/50/46 23297/53/47</w:t>
        <w:br/>
        <w:t>f 23299/54/48 23297/53/47 23298/52/47</w:t>
        <w:br/>
        <w:t>f 23300/55/49 23299/54/48 23298/52/47</w:t>
        <w:br/>
        <w:t>f 23300/55/49 23302/56/50 23301/57/51</w:t>
        <w:br/>
        <w:t>f 23299/54/48 23300/55/49 23301/57/51</w:t>
        <w:br/>
        <w:t>f 23302/56/50 23304/58/52 23303/59/53</w:t>
        <w:br/>
        <w:t>f 23301/57/51 23302/56/50 23303/59/53</w:t>
        <w:br/>
        <w:t>f 23306/60/54 23305/61/55 23303/59/53</w:t>
        <w:br/>
        <w:t>f 23304/58/52 23306/60/54 23303/59/53</w:t>
        <w:br/>
        <w:t>f 23308/62/56 23307/63/57 23305/61/55</w:t>
        <w:br/>
        <w:t>f 23306/60/54 23308/62/56 23305/61/55</w:t>
        <w:br/>
        <w:t>f 23310/64/58 23309/65/59 23307/63/57</w:t>
        <w:br/>
        <w:t>f 23308/62/56 23310/64/58 23307/63/57</w:t>
        <w:br/>
        <w:t>f 23285/43/42 23286/42/42 23309/65/59</w:t>
        <w:br/>
        <w:t>f 23310/64/58 23285/43/42 23309/65/59</w:t>
        <w:br/>
        <w:t>f 23313/66/60 23312/67/61 23311/68/62</w:t>
        <w:br/>
        <w:t>f 23312/67/61 23314/69/63 23311/68/62</w:t>
        <w:br/>
        <w:t>f 23314/69/63 23315/70/64 23311/68/62</w:t>
        <w:br/>
        <w:t>f 23315/70/64 23316/71/65 23311/68/62</w:t>
        <w:br/>
        <w:t>f 23316/71/65 23317/72/66 23311/68/62</w:t>
        <w:br/>
        <w:t>f 23317/72/66 23318/73/67 23311/68/62</w:t>
        <w:br/>
        <w:t>f 23318/73/67 23319/74/68 23311/68/62</w:t>
        <w:br/>
        <w:t>f 23319/74/68 23320/75/69 23311/68/62</w:t>
        <w:br/>
        <w:t>f 23320/75/69 23321/76/70 23311/68/62</w:t>
        <w:br/>
        <w:t>f 23321/76/70 23322/77/71 23311/68/62</w:t>
        <w:br/>
        <w:t>f 23322/77/71 23323/78/72 23311/68/62</w:t>
        <w:br/>
        <w:t>f 23323/78/72 23313/66/60 23311/68/62</w:t>
        <w:br/>
        <w:t>f 23327/79/73 23326/80/74 23325/81/74</w:t>
        <w:br/>
        <w:t>f 23324/82/75 23327/79/73 23325/81/74</w:t>
        <w:br/>
        <w:t>f 23330/83/76 23329/84/77 23328/85/78</w:t>
        <w:br/>
        <w:t>f 23331/86/78 23330/83/76 23328/85/78</w:t>
        <w:br/>
        <w:t>f 23333/87/79 23332/88/79 23331/86/78</w:t>
        <w:br/>
        <w:t>f 23328/85/78 23333/87/79 23331/86/78</w:t>
        <w:br/>
        <w:t>f 23335/89/80 23334/90/80 23325/81/74</w:t>
        <w:br/>
        <w:t>f 23326/80/74 23335/89/80 23325/81/74</w:t>
        <w:br/>
        <w:t>f 23336/91/81 23334/90/80 23335/89/80</w:t>
        <w:br/>
        <w:t>f 23337/92/81 23336/91/81 23335/89/80</w:t>
        <w:br/>
        <w:t>f 23339/93/82 23338/94/83 23332/88/79</w:t>
        <w:br/>
        <w:t>f 23333/87/79 23339/93/82 23332/88/79</w:t>
        <w:br/>
        <w:t>f 23343/95/84 23342/96/84 23341/97/85</w:t>
        <w:br/>
        <w:t>f 23340/98/85 23343/95/84 23341/97/85</w:t>
        <w:br/>
        <w:t>f 23347/99/86 23346/100/87 23345/101/88</w:t>
        <w:br/>
        <w:t>f 23344/102/86 23347/99/86 23345/101/88</w:t>
        <w:br/>
        <w:t>f 23350/103/89 23349/104/90 23348/105/91</w:t>
        <w:br/>
        <w:t>f 23351/106/92 23350/103/89 23348/105/91</w:t>
        <w:br/>
        <w:t>f 23354/107/93 23353/108/94 23352/109/95</w:t>
        <w:br/>
        <w:t>f 23355/110/96 23354/107/93 23352/109/95</w:t>
        <w:br/>
        <w:t>f 23359/111/97 23358/112/98 23357/113/99</w:t>
        <w:br/>
        <w:t>f 23356/114/100 23359/111/97 23357/113/99</w:t>
        <w:br/>
        <w:t>f 23363/115/101 23362/116/102 23361/117/103</w:t>
        <w:br/>
        <w:t>f 23360/118/104 23363/115/101 23361/117/103</w:t>
        <w:br/>
        <w:t>f 23365/119/105 23363/115/101 23360/118/104</w:t>
        <w:br/>
        <w:t>f 23364/120/106 23365/119/105 23360/118/104</w:t>
        <w:br/>
        <w:t>f 23367/121/107 23359/111/97 23356/114/100</w:t>
        <w:br/>
        <w:t>f 23366/122/108 23367/121/107 23356/114/100</w:t>
        <w:br/>
        <w:t>f 23370/123/109 23369/124/110 23368/125/111</w:t>
        <w:br/>
        <w:t>f 23371/126/112 23370/123/109 23368/125/111</w:t>
        <w:br/>
        <w:t>f 23344/102/86 23368/125/111 23369/124/110</w:t>
        <w:br/>
        <w:t>f 23347/99/86 23344/102/86 23369/124/110</w:t>
        <w:br/>
        <w:t>f 23341/97/85 23373/127/113 23372/128/113</w:t>
        <w:br/>
        <w:t>f 23340/98/85 23341/97/85 23372/128/113</w:t>
        <w:br/>
        <w:t>f 23375/129/114 23374/130/115 23372/128/113</w:t>
        <w:br/>
        <w:t>f 23373/127/113 23375/129/114 23372/128/113</w:t>
        <w:br/>
        <w:t>f 23324/82/75 23338/94/83 23339/93/82</w:t>
        <w:br/>
        <w:t>f 23327/79/73 23324/82/75 23339/93/82</w:t>
        <w:br/>
        <w:t>f 23367/121/107 23366/122/108 23376/131/116</w:t>
        <w:br/>
        <w:t>f 23377/132/117 23367/121/107 23376/131/116</w:t>
        <w:br/>
        <w:t>f 23342/96/84 23343/95/84 23370/123/109</w:t>
        <w:br/>
        <w:t>f 23371/126/112 23342/96/84 23370/123/109</w:t>
        <w:br/>
        <w:t>f 23377/132/117 23376/131/116 23361/117/103</w:t>
        <w:br/>
        <w:t>f 23362/116/102 23377/132/117 23361/117/103</w:t>
        <w:br/>
        <w:t>f 23379/133/96 23378/134/118 23357/113/99</w:t>
        <w:br/>
        <w:t>f 23358/112/98 23379/133/96 23357/113/99</w:t>
        <w:br/>
        <w:t>f 23380/135/119 23353/108/94 23354/107/93</w:t>
        <w:br/>
        <w:t>f 23381/136/120 23380/135/119 23354/107/93</w:t>
        <w:br/>
        <w:t>f 23383/137/121 23382/138/122 23349/104/90</w:t>
        <w:br/>
        <w:t>f 23350/103/89 23383/137/121 23349/104/90</w:t>
        <w:br/>
        <w:t>f 23384/139/123 23382/138/122 23383/137/121</w:t>
        <w:br/>
        <w:t>f 23385/140/105 23384/139/123 23383/137/121</w:t>
        <w:br/>
        <w:t>f 23386/141/124 23380/135/119 23381/136/120</w:t>
        <w:br/>
        <w:t>f 23387/142/125 23386/141/124 23381/136/120</w:t>
        <w:br/>
        <w:t>f 23351/106/92 23348/105/91 23386/141/124</w:t>
        <w:br/>
        <w:t>f 23387/142/125 23351/106/92 23386/141/124</w:t>
        <w:br/>
        <w:t>f 23391/143/126 23390/144/127 23389/145/128</w:t>
        <w:br/>
        <w:t>f 23388/146/129 23391/143/126 23389/145/128</w:t>
        <w:br/>
        <w:t>f 23394/147/130 23393/148/131 23392/149/132</w:t>
        <w:br/>
        <w:t>f 23395/150/133 23394/147/130 23392/149/132</w:t>
        <w:br/>
        <w:t>f 23396/151/134 23395/150/133 23392/149/132</w:t>
        <w:br/>
        <w:t>f 23397/152/119 23396/151/134 23392/149/132</w:t>
        <w:br/>
        <w:t>f 23398/153/135 23388/146/129 23389/145/128</w:t>
        <w:br/>
        <w:t>f 23399/154/136 23398/153/135 23389/145/128</w:t>
        <w:br/>
        <w:t>f 23399/154/136 23401/155/137 23400/156/138</w:t>
        <w:br/>
        <w:t>f 23398/153/135 23399/154/136 23400/156/138</w:t>
        <w:br/>
        <w:t>f 23402/157/139 23396/151/134 23397/152/119</w:t>
        <w:br/>
        <w:t>f 23403/158/140 23402/157/139 23397/152/119</w:t>
        <w:br/>
        <w:t>f 23390/144/127 23391/143/126 23402/157/139</w:t>
        <w:br/>
        <w:t>f 23403/158/140 23390/144/127 23402/157/139</w:t>
        <w:br/>
        <w:t>f 23349/104/90 23389/145/128 23390/144/127</w:t>
        <w:br/>
        <w:t>f 23348/105/91 23349/104/90 23390/144/127</w:t>
        <w:br/>
        <w:t>f 23382/138/122 23399/154/136 23389/145/128</w:t>
        <w:br/>
        <w:t>f 23349/104/90 23382/138/122 23389/145/128</w:t>
        <w:br/>
        <w:t>f 23382/138/122 23384/139/123 23401/155/137</w:t>
        <w:br/>
        <w:t>f 23399/154/136 23382/138/122 23401/155/137</w:t>
        <w:br/>
        <w:t>f 23360/118/104 23398/153/135 23400/156/138</w:t>
        <w:br/>
        <w:t>f 23364/120/106 23360/118/104 23400/156/138</w:t>
        <w:br/>
        <w:t>f 23360/118/104 23361/117/103 23388/146/129</w:t>
        <w:br/>
        <w:t>f 23398/153/135 23360/118/104 23388/146/129</w:t>
        <w:br/>
        <w:t>f 23361/117/103 23376/131/116 23391/143/126</w:t>
        <w:br/>
        <w:t>f 23388/146/129 23361/117/103 23391/143/126</w:t>
        <w:br/>
        <w:t>f 23376/131/116 23366/122/108 23402/157/139</w:t>
        <w:br/>
        <w:t>f 23391/143/126 23376/131/116 23402/157/139</w:t>
        <w:br/>
        <w:t>f 23366/122/108 23356/114/100 23396/151/134</w:t>
        <w:br/>
        <w:t>f 23402/157/139 23366/122/108 23396/151/134</w:t>
        <w:br/>
        <w:t>f 23357/113/99 23395/150/133 23396/151/134</w:t>
        <w:br/>
        <w:t>f 23356/114/100 23357/113/99 23396/151/134</w:t>
        <w:br/>
        <w:t>f 23357/113/99 23378/134/118 23394/147/130</w:t>
        <w:br/>
        <w:t>f 23395/150/133 23357/113/99 23394/147/130</w:t>
        <w:br/>
        <w:t>f 23353/108/94 23392/149/132 23393/148/131</w:t>
        <w:br/>
        <w:t>f 23352/109/95 23353/108/94 23393/148/131</w:t>
        <w:br/>
        <w:t>f 23353/108/94 23380/135/119 23397/152/119</w:t>
        <w:br/>
        <w:t>f 23392/149/132 23353/108/94 23397/152/119</w:t>
        <w:br/>
        <w:t>f 23386/141/124 23403/158/140 23397/152/119</w:t>
        <w:br/>
        <w:t>f 23380/135/119 23386/141/124 23397/152/119</w:t>
        <w:br/>
        <w:t>f 23348/105/91 23390/144/127 23403/158/140</w:t>
        <w:br/>
        <w:t>f 23386/141/124 23348/105/91 23403/158/140</w:t>
        <w:br/>
        <w:t>f 23407/159/141 23406/160/142 23405/161/143</w:t>
        <w:br/>
        <w:t>f 23404/162/144 23407/159/141 23405/161/143</w:t>
        <w:br/>
        <w:t>f 23410/163/145 23409/164/146 23408/165/147</w:t>
        <w:br/>
        <w:t>f 23414/166/148 23413/167/149 23412/168/150</w:t>
        <w:br/>
        <w:t>f 23411/169/151 23414/166/148 23412/168/150</w:t>
        <w:br/>
        <w:t>f 23418/170/152 23417/171/153 23416/172/154</w:t>
        <w:br/>
        <w:t>f 23415/173/155 23418/170/152 23416/172/154</w:t>
        <w:br/>
        <w:t>f 23422/174/156 23421/175/157 23420/176/158</w:t>
        <w:br/>
        <w:t>f 23419/177/159 23422/174/156 23420/176/158</w:t>
        <w:br/>
        <w:t>f 23426/178/160 23425/179/161 23424/180/162</w:t>
        <w:br/>
        <w:t>f 23423/181/163 23426/178/160 23424/180/162</w:t>
        <w:br/>
        <w:t>f 23407/159/141 23404/162/144 23427/182/164</w:t>
        <w:br/>
        <w:t>f 23428/183/165 23407/159/141 23427/182/164</w:t>
        <w:br/>
        <w:t>f 23408/165/147 23409/164/146 23429/184/166</w:t>
        <w:br/>
        <w:t>f 23406/160/142 23407/159/141 23409/164/146</w:t>
        <w:br/>
        <w:t>f 23410/163/145 23406/160/142 23409/164/146</w:t>
        <w:br/>
        <w:t>f 23411/169/151 23412/168/150 23417/171/153</w:t>
        <w:br/>
        <w:t>f 23418/170/152 23411/169/151 23417/171/153</w:t>
        <w:br/>
        <w:t>f 23425/179/161 23422/174/156 23419/177/159</w:t>
        <w:br/>
        <w:t>f 23424/180/162 23425/179/161 23419/177/159</w:t>
        <w:br/>
        <w:t>f 23428/183/165 23429/184/166 23409/164/146</w:t>
        <w:br/>
        <w:t>f 23407/159/141 23428/183/165 23409/164/146</w:t>
        <w:br/>
        <w:t>f 23406/160/142 23412/168/150 23413/167/149</w:t>
        <w:br/>
        <w:t>f 23405/161/143 23406/160/142 23413/167/149</w:t>
        <w:br/>
        <w:t>f 23408/165/147 23416/172/154 23417/171/153</w:t>
        <w:br/>
        <w:t>f 23410/163/145 23408/165/147 23417/171/153</w:t>
        <w:br/>
        <w:t>f 23419/177/159 23420/176/158 23408/165/147</w:t>
        <w:br/>
        <w:t>f 23429/184/166 23419/177/159 23408/165/147</w:t>
        <w:br/>
        <w:t>f 23423/181/163 23424/180/162 23428/183/165</w:t>
        <w:br/>
        <w:t>f 23427/182/164 23423/181/163 23428/183/165</w:t>
        <w:br/>
        <w:t>f 23410/163/145 23417/171/153 23412/168/150</w:t>
        <w:br/>
        <w:t>f 23406/160/142 23410/163/145 23412/168/150</w:t>
        <w:br/>
        <w:t>f 23424/180/162 23419/177/159 23429/184/166</w:t>
        <w:br/>
        <w:t>f 23428/183/165 23424/180/162 23429/184/166</w:t>
        <w:br/>
        <w:t>f 23432/185/167 23431/186/168 23430/187/169</w:t>
        <w:br/>
        <w:t>f 23435/188/170 23434/189/171 23433/190/172</w:t>
        <w:br/>
        <w:t>f 23436/191/173 23435/188/170 23433/190/172</w:t>
        <w:br/>
        <w:t>f 23439/192/174 23438/193/175 23437/194/176</w:t>
        <w:br/>
        <w:t>f 23440/195/177 23439/192/174 23437/194/176</w:t>
        <w:br/>
        <w:t>f 23430/187/169 23442/196/178 23441/197/179</w:t>
        <w:br/>
        <w:t>f 23432/185/167 23430/187/169 23441/197/179</w:t>
        <w:br/>
        <w:t>f 23444/198/180 23436/191/173 23433/190/172</w:t>
        <w:br/>
        <w:t>f 23443/199/181 23444/198/180 23433/190/172</w:t>
        <w:br/>
        <w:t>f 23446/200/182 23440/195/177 23437/194/176</w:t>
        <w:br/>
        <w:t>f 23445/201/183 23446/200/182 23437/194/176</w:t>
        <w:br/>
        <w:t>f 23431/186/168 23432/185/167 23436/191/173</w:t>
        <w:br/>
        <w:t>f 23444/198/180 23431/186/168 23436/191/173</w:t>
        <w:br/>
        <w:t>f 23436/191/173 23432/185/167 23441/197/179</w:t>
        <w:br/>
        <w:t>f 23435/188/170 23436/191/173 23441/197/179</w:t>
        <w:br/>
        <w:t>f 23442/196/178 23430/187/169 23440/195/177</w:t>
        <w:br/>
        <w:t>f 23446/200/182 23442/196/178 23440/195/177</w:t>
        <w:br/>
        <w:t>f 23440/195/177 23430/187/169 23431/186/168</w:t>
        <w:br/>
        <w:t>f 23439/192/174 23440/195/177 23431/186/168</w:t>
        <w:br/>
        <w:t>f 23450/202/184 23449/203/185 23448/204/186</w:t>
        <w:br/>
        <w:t>f 23447/205/187 23450/202/184 23448/204/186</w:t>
        <w:br/>
        <w:t>f 23447/205/187 23453/206/188 23452/207/189</w:t>
        <w:br/>
        <w:t>f 23451/208/190 23447/205/187 23452/207/189</w:t>
        <w:br/>
        <w:t>f 23453/206/188 23454/209/191 23452/207/189</w:t>
        <w:br/>
        <w:t>f 23453/206/188 23455/210/192 23454/209/191</w:t>
        <w:br/>
        <w:t>f 23459/211/193 23458/212/194 23457/213/195</w:t>
        <w:br/>
        <w:t>f 23456/214/196 23459/211/193 23457/213/195</w:t>
        <w:br/>
        <w:t>f 23463/215/197 23462/216/198 23461/217/199</w:t>
        <w:br/>
        <w:t>f 23460/218/200 23463/215/197 23461/217/199</w:t>
        <w:br/>
        <w:t>f 23462/216/198 23464/219/201 23461/217/199</w:t>
        <w:br/>
        <w:t>f 23462/216/198 23465/220/202 23464/219/201</w:t>
        <w:br/>
        <w:t>f 23462/216/198 23466/221/203 23465/220/202</w:t>
        <w:br/>
        <w:t>f 23449/203/185 23467/222/204 23466/221/203</w:t>
        <w:br/>
        <w:t>f 23451/208/190 23452/207/189 23469/223/205</w:t>
        <w:br/>
        <w:t>f 23468/224/206 23451/208/190 23469/223/205</w:t>
        <w:br/>
        <w:t>f 23452/207/189 23454/209/191 23471/225/207</w:t>
        <w:br/>
        <w:t>f 23470/226/208 23452/207/189 23471/225/207</w:t>
        <w:br/>
        <w:t>f 23473/227/209 23456/214/196 23457/213/195</w:t>
        <w:br/>
        <w:t>f 23472/228/210 23473/227/209 23457/213/195</w:t>
        <w:br/>
        <w:t>f 23476/229/211 23475/230/212 23474/231/213</w:t>
        <w:br/>
        <w:t>f 23479/232/214 23478/233/215 23477/234/216</w:t>
        <w:br/>
        <w:t>f 23461/217/199 23481/235/217 23480/236/218</w:t>
        <w:br/>
        <w:t>f 23460/218/200 23461/217/199 23480/236/218</w:t>
        <w:br/>
        <w:t>f 23461/217/199 23464/219/201 23482/237/219</w:t>
        <w:br/>
        <w:t>f 23481/235/217 23461/217/199 23482/237/219</w:t>
        <w:br/>
        <w:t>f 23464/219/201 23465/220/202 23484/238/220</w:t>
        <w:br/>
        <w:t>f 23483/239/221 23464/219/201 23484/238/220</w:t>
        <w:br/>
        <w:t>f 23465/220/202 23466/221/203 23485/240/222</w:t>
        <w:br/>
        <w:t>f 23484/238/220 23465/220/202 23485/240/222</w:t>
        <w:br/>
        <w:t>f 23487/241/223 23466/221/203 23467/222/204</w:t>
        <w:br/>
        <w:t>f 23486/242/224 23487/241/223 23467/222/204</w:t>
        <w:br/>
        <w:t>f 23490/243/225 23489/244/226 23488/245/227</w:t>
        <w:br/>
        <w:t>f 23493/246/228 23492/247/229 23491/248/230</w:t>
        <w:br/>
        <w:t>f 23495/249/231 23468/224/206 23469/223/205</w:t>
        <w:br/>
        <w:t>f 23494/250/232 23495/249/231 23469/223/205</w:t>
        <w:br/>
        <w:t>f 23497/251/233 23470/226/208 23471/225/207</w:t>
        <w:br/>
        <w:t>f 23496/252/234 23497/251/233 23471/225/207</w:t>
        <w:br/>
        <w:t>f 23500/253/235 23499/254/236 23498/255/237</w:t>
        <w:br/>
        <w:t>f 23473/227/209 23472/228/210 23501/256/238</w:t>
        <w:br/>
        <w:t>f 23502/257/239 23473/227/209 23501/256/238</w:t>
        <w:br/>
        <w:t>f 23504/258/240 23474/231/213 23475/230/212</w:t>
        <w:br/>
        <w:t>f 23503/259/241 23504/258/240 23475/230/212</w:t>
        <w:br/>
        <w:t>f 23477/234/216 23478/233/215 23505/260/242</w:t>
        <w:br/>
        <w:t>f 23508/261/243 23507/262/244 23506/263/245</w:t>
        <w:br/>
        <w:t>f 23480/236/218 23481/235/217 23510/264/246</w:t>
        <w:br/>
        <w:t>f 23509/265/247 23480/236/218 23510/264/246</w:t>
        <w:br/>
        <w:t>f 23482/237/219 23512/266/248 23511/267/249</w:t>
        <w:br/>
        <w:t>f 23481/235/217 23482/237/219 23511/267/249</w:t>
        <w:br/>
        <w:t>f 23483/239/221 23484/238/220 23514/268/250</w:t>
        <w:br/>
        <w:t>f 23513/269/251 23483/239/221 23514/268/250</w:t>
        <w:br/>
        <w:t>f 23485/240/222 23516/270/252 23515/271/253</w:t>
        <w:br/>
        <w:t>f 23484/238/220 23485/240/222 23515/271/253</w:t>
        <w:br/>
        <w:t>f 23487/241/223 23486/242/224 23518/272/254</w:t>
        <w:br/>
        <w:t>f 23517/273/255 23487/241/223 23518/272/254</w:t>
        <w:br/>
        <w:t>f 23488/245/227 23489/244/226 23520/274/256</w:t>
        <w:br/>
        <w:t>f 23519/275/257 23488/245/227 23520/274/256</w:t>
        <w:br/>
        <w:t>f 23491/248/230 23492/247/229 23522/276/258</w:t>
        <w:br/>
        <w:t>f 23521/277/259 23491/248/230 23522/276/258</w:t>
        <w:br/>
        <w:t>f 23525/278/260 23524/279/261 23523/280/262</w:t>
        <w:br/>
        <w:t>f 23448/204/186 23459/211/193 23453/206/188</w:t>
        <w:br/>
        <w:t>f 23447/205/187 23448/204/186 23453/206/188</w:t>
        <w:br/>
        <w:t>f 23448/204/186 23463/215/197 23458/212/194</w:t>
        <w:br/>
        <w:t>f 23459/211/193 23448/204/186 23458/212/194</w:t>
        <w:br/>
        <w:t>f 23498/255/237 23526/281/263 23496/252/234</w:t>
        <w:br/>
        <w:t>f 23528/282/264 23527/283/265 23499/254/236</w:t>
        <w:br/>
        <w:t>f 23502/257/239 23530/284/266 23529/285/267</w:t>
        <w:br/>
        <w:t>f 23504/258/240 23531/286/268 23501/256/238</w:t>
        <w:br/>
        <w:t>f 23505/260/242 23532/287/269 23503/259/241</w:t>
        <w:br/>
        <w:t>f 23533/288/270 23532/287/269 23505/260/242</w:t>
        <w:br/>
        <w:t>f 23506/263/245 23533/288/270 23505/260/242</w:t>
        <w:br/>
        <w:t>f 23509/265/247 23534/289/271 23507/262/244</w:t>
        <w:br/>
        <w:t>f 23511/267/249 23535/290/272 23510/264/246</w:t>
        <w:br/>
        <w:t>f 23513/269/251 23536/291/273 23512/266/248</w:t>
        <w:br/>
        <w:t>f 23515/271/253 23537/292/274 23514/268/250</w:t>
        <w:br/>
        <w:t>f 23517/273/255 23538/293/275 23516/270/252</w:t>
        <w:br/>
        <w:t>f 23519/275/257 23540/294/276 23539/295/277</w:t>
        <w:br/>
        <w:t>f 23521/277/259 23541/296/278 23520/274/256</w:t>
        <w:br/>
        <w:t>f 23523/280/262 23542/297/279 23522/276/258</w:t>
        <w:br/>
        <w:t>f 23495/249/231 23543/298/280 23524/279/261</w:t>
        <w:br/>
        <w:t>f 23547/299/281 23546/300/282 23545/301/283</w:t>
        <w:br/>
        <w:t>f 23544/302/284 23547/299/281 23545/301/283</w:t>
        <w:br/>
        <w:t>f 23549/303/263 23548/304/285 23546/300/282</w:t>
        <w:br/>
        <w:t>f 23547/299/281 23549/303/263 23546/300/282</w:t>
        <w:br/>
        <w:t>f 23550/305/286 23548/304/285 23549/303/263</w:t>
        <w:br/>
        <w:t>f 23551/306/287 23550/305/286 23549/303/263</w:t>
        <w:br/>
        <w:t>f 23552/307/288 23550/305/286 23551/306/287</w:t>
        <w:br/>
        <w:t>f 23553/308/289 23552/307/288 23551/306/287</w:t>
        <w:br/>
        <w:t>f 23555/309/268 23554/310/290 23552/307/288</w:t>
        <w:br/>
        <w:t>f 23553/308/289 23555/309/268 23552/307/288</w:t>
        <w:br/>
        <w:t>f 23557/311/291 23556/312/292 23554/310/290</w:t>
        <w:br/>
        <w:t>f 23555/309/268 23557/311/291 23554/310/290</w:t>
        <w:br/>
        <w:t>f 23558/313/293 23556/312/292 23557/311/291</w:t>
        <w:br/>
        <w:t>f 23559/314/294 23558/313/293 23557/311/291</w:t>
        <w:br/>
        <w:t>f 23560/315/295 23558/313/293 23559/314/294</w:t>
        <w:br/>
        <w:t>f 23561/316/271 23560/315/295 23559/314/294</w:t>
        <w:br/>
        <w:t>f 23563/317/296 23562/318/297 23560/315/295</w:t>
        <w:br/>
        <w:t>f 23561/316/271 23563/317/296 23560/315/295</w:t>
        <w:br/>
        <w:t>f 23565/319/298 23564/320/299 23562/318/297</w:t>
        <w:br/>
        <w:t>f 23563/317/296 23565/319/298 23562/318/297</w:t>
        <w:br/>
        <w:t>f 23566/321/300 23564/320/299 23565/319/298</w:t>
        <w:br/>
        <w:t>f 23567/322/274 23566/321/300 23565/319/298</w:t>
        <w:br/>
        <w:t>f 23568/323/301 23566/321/300 23567/322/274</w:t>
        <w:br/>
        <w:t>f 23569/324/302 23568/323/301 23567/322/274</w:t>
        <w:br/>
        <w:t>f 23571/325/303 23570/326/304 23568/323/301</w:t>
        <w:br/>
        <w:t>f 23569/324/302 23571/325/303 23568/323/301</w:t>
        <w:br/>
        <w:t>f 23573/327/305 23572/328/306 23570/326/304</w:t>
        <w:br/>
        <w:t>f 23571/325/303 23573/327/305 23570/326/304</w:t>
        <w:br/>
        <w:t>f 23574/329/307 23572/328/306 23573/327/305</w:t>
        <w:br/>
        <w:t>f 23575/330/308 23574/329/307 23573/327/305</w:t>
        <w:br/>
        <w:t>f 23545/301/283 23574/329/307 23575/330/308</w:t>
        <w:br/>
        <w:t>f 23544/302/284 23545/301/283 23575/330/308</w:t>
        <w:br/>
        <w:t>f 23577/331/309 23576/332/310 23545/301/283</w:t>
        <w:br/>
        <w:t>f 23546/300/282 23577/331/309 23545/301/283</w:t>
        <w:br/>
        <w:t>f 23578/333/311 23577/331/309 23546/300/282</w:t>
        <w:br/>
        <w:t>f 23548/304/285 23578/333/311 23546/300/282</w:t>
        <w:br/>
        <w:t>f 23550/305/286 23579/334/312 23578/333/311</w:t>
        <w:br/>
        <w:t>f 23548/304/285 23550/305/286 23578/333/311</w:t>
        <w:br/>
        <w:t>f 23552/307/288 23580/335/313 23579/334/312</w:t>
        <w:br/>
        <w:t>f 23550/305/286 23552/307/288 23579/334/312</w:t>
        <w:br/>
        <w:t>f 23581/336/314 23580/335/313 23552/307/288</w:t>
        <w:br/>
        <w:t>f 23554/310/290 23581/336/314 23552/307/288</w:t>
        <w:br/>
        <w:t>f 23582/337/315 23581/336/314 23554/310/290</w:t>
        <w:br/>
        <w:t>f 23556/312/292 23582/337/315 23554/310/290</w:t>
        <w:br/>
        <w:t>f 23583/338/316 23582/337/315 23556/312/292</w:t>
        <w:br/>
        <w:t>f 23558/313/293 23583/338/316 23556/312/292</w:t>
        <w:br/>
        <w:t>f 23560/315/295 23584/339/317 23583/338/316</w:t>
        <w:br/>
        <w:t>f 23558/313/293 23560/315/295 23583/338/316</w:t>
        <w:br/>
        <w:t>f 23585/340/318 23584/339/317 23560/315/295</w:t>
        <w:br/>
        <w:t>f 23562/318/297 23585/340/318 23560/315/295</w:t>
        <w:br/>
        <w:t>f 23564/320/299 23586/341/319 23585/340/318</w:t>
        <w:br/>
        <w:t>f 23562/318/297 23564/320/299 23585/340/318</w:t>
        <w:br/>
        <w:t>f 23566/321/300 23587/342/320 23586/341/319</w:t>
        <w:br/>
        <w:t>f 23564/320/299 23566/321/300 23586/341/319</w:t>
        <w:br/>
        <w:t>f 23568/323/301 23588/343/321 23587/342/320</w:t>
        <w:br/>
        <w:t>f 23566/321/300 23568/323/301 23587/342/320</w:t>
        <w:br/>
        <w:t>f 23589/344/322 23588/343/321 23568/323/301</w:t>
        <w:br/>
        <w:t>f 23570/326/304 23589/344/322 23568/323/301</w:t>
        <w:br/>
        <w:t>f 23590/345/323 23589/344/322 23570/326/304</w:t>
        <w:br/>
        <w:t>f 23572/328/306 23590/345/323 23570/326/304</w:t>
        <w:br/>
        <w:t>f 23574/329/307 23591/346/324 23590/345/323</w:t>
        <w:br/>
        <w:t>f 23572/328/306 23574/329/307 23590/345/323</w:t>
        <w:br/>
        <w:t>f 23545/301/283 23576/332/310 23591/346/324</w:t>
        <w:br/>
        <w:t>f 23574/329/307 23545/301/283 23591/346/324</w:t>
        <w:br/>
        <w:t>f 23577/331/309 23592/347/325 23576/332/310</w:t>
        <w:br/>
        <w:t>f 23578/333/311 23592/347/325 23577/331/309</w:t>
        <w:br/>
        <w:t>f 23579/334/312 23592/347/325 23578/333/311</w:t>
        <w:br/>
        <w:t>f 23580/335/313 23592/347/325 23579/334/312</w:t>
        <w:br/>
        <w:t>f 23581/336/314 23592/347/325 23580/335/313</w:t>
        <w:br/>
        <w:t>f 23582/337/315 23592/347/325 23581/336/314</w:t>
        <w:br/>
        <w:t>f 23583/338/316 23592/347/325 23582/337/315</w:t>
        <w:br/>
        <w:t>f 23584/339/317 23592/347/325 23583/338/316</w:t>
        <w:br/>
        <w:t>f 23585/340/318 23592/347/325 23584/339/317</w:t>
        <w:br/>
        <w:t>f 23586/341/319 23592/347/325 23585/340/318</w:t>
        <w:br/>
        <w:t>f 23587/342/320 23592/347/325 23586/341/319</w:t>
        <w:br/>
        <w:t>f 23588/343/321 23592/347/325 23587/342/320</w:t>
        <w:br/>
        <w:t>f 23589/344/322 23592/347/325 23588/343/321</w:t>
        <w:br/>
        <w:t>f 23590/345/323 23592/347/325 23589/344/322</w:t>
        <w:br/>
        <w:t>f 23591/346/324 23592/347/325 23590/345/323</w:t>
        <w:br/>
        <w:t>f 23576/332/310 23592/347/325 23591/346/324</w:t>
        <w:br/>
        <w:t>f 23469/223/205 23452/207/189 23470/226/208</w:t>
        <w:br/>
        <w:t>f 23508/261/243 23593/348/326 23460/218/200</w:t>
        <w:br/>
        <w:t>f 23480/236/218 23508/261/243 23460/218/200</w:t>
        <w:br/>
        <w:t>f 23494/250/232 23469/223/205 23470/226/208</w:t>
        <w:br/>
        <w:t>f 23497/251/233 23494/250/232 23470/226/208</w:t>
        <w:br/>
        <w:t>f 23507/262/244 23508/261/243 23480/236/218</w:t>
        <w:br/>
        <w:t>f 23509/265/247 23507/262/244 23480/236/218</w:t>
        <w:br/>
        <w:t>f 23543/298/280 23494/250/232 23594/349/327</w:t>
        <w:br/>
        <w:t>f 23507/262/244 23533/288/270 23506/263/245</w:t>
        <w:br/>
        <w:t>f 23493/246/228 23450/202/184 23595/350/328</w:t>
        <w:br/>
        <w:t>f 23482/237/219 23464/219/201 23483/239/221</w:t>
        <w:br/>
        <w:t>f 23492/247/229 23493/246/228 23595/350/328</w:t>
        <w:br/>
        <w:t>f 23525/278/260 23492/247/229 23595/350/328</w:t>
        <w:br/>
        <w:t>f 23512/266/248 23482/237/219 23483/239/221</w:t>
        <w:br/>
        <w:t>f 23513/269/251 23512/266/248 23483/239/221</w:t>
        <w:br/>
        <w:t>f 23523/280/262 23522/276/258 23492/247/229</w:t>
        <w:br/>
        <w:t>f 23525/278/260 23523/280/262 23492/247/229</w:t>
        <w:br/>
        <w:t>f 23457/213/195 23458/212/194 23476/229/211</w:t>
        <w:br/>
        <w:t>f 23462/216/198 23449/203/185 23466/221/203</w:t>
        <w:br/>
        <w:t>f 23472/228/210 23457/213/195 23476/229/211</w:t>
        <w:br/>
        <w:t>f 23474/231/213 23472/228/210 23476/229/211</w:t>
        <w:br/>
        <w:t>f 23485/240/222 23466/221/203 23487/241/223</w:t>
        <w:br/>
        <w:t>f 23472/228/210 23474/231/213 23504/258/240</w:t>
        <w:br/>
        <w:t>f 23501/256/238 23472/228/210 23504/258/240</w:t>
        <w:br/>
        <w:t>f 23517/273/255 23516/270/252 23485/240/222</w:t>
        <w:br/>
        <w:t>f 23487/241/223 23517/273/255 23485/240/222</w:t>
        <w:br/>
        <w:t>f 23455/210/192 23459/211/193 23456/214/196</w:t>
        <w:br/>
        <w:t>f 23455/210/192 23456/214/196 23473/227/209</w:t>
        <w:br/>
        <w:t>f 23596/351/329 23455/210/192 23473/227/209</w:t>
        <w:br/>
        <w:t>f 23467/222/204 23490/243/225 23488/245/227</w:t>
        <w:br/>
        <w:t>f 23486/242/224 23467/222/204 23488/245/227</w:t>
        <w:br/>
        <w:t>f 23529/285/267 23596/351/329 23473/227/209</w:t>
        <w:br/>
        <w:t>f 23502/257/239 23529/285/267 23473/227/209</w:t>
        <w:br/>
        <w:t>f 23518/272/254 23486/242/224 23539/295/277</w:t>
        <w:br/>
        <w:t>f 23490/243/225 23450/202/184 23493/246/228</w:t>
        <w:br/>
        <w:t>f 23489/244/226 23490/243/225 23493/246/228</w:t>
        <w:br/>
        <w:t>f 23491/248/230 23489/244/226 23493/246/228</w:t>
        <w:br/>
        <w:t>f 23514/268/250 23484/238/220 23515/271/253</w:t>
        <w:br/>
        <w:t>f 23521/277/259 23520/274/256 23489/244/226</w:t>
        <w:br/>
        <w:t>f 23491/248/230 23521/277/259 23489/244/226</w:t>
        <w:br/>
        <w:t>f 23595/350/328 23450/202/184 23447/205/187</w:t>
        <w:br/>
        <w:t>f 23451/208/190 23595/350/328 23447/205/187</w:t>
        <w:br/>
        <w:t>f 23595/350/328 23451/208/190 23468/224/206</w:t>
        <w:br/>
        <w:t>f 23525/278/260 23595/350/328 23468/224/206</w:t>
        <w:br/>
        <w:t>f 23510/264/246 23481/235/217 23511/267/249</w:t>
        <w:br/>
        <w:t>f 23524/279/261 23525/278/260 23468/224/206</w:t>
        <w:br/>
        <w:t>f 23495/249/231 23524/279/261 23468/224/206</w:t>
        <w:br/>
        <w:t>f 23448/204/186 23449/203/185 23462/216/198</w:t>
        <w:br/>
        <w:t>f 23463/215/197 23448/204/186 23462/216/198</w:t>
        <w:br/>
        <w:t>f 23479/232/214 23458/212/194 23593/348/326</w:t>
        <w:br/>
        <w:t>f 23471/225/207 23454/209/191 23500/253/235</w:t>
        <w:br/>
        <w:t>f 23478/233/215 23479/232/214 23593/348/326</w:t>
        <w:br/>
        <w:t>f 23508/261/243 23478/233/215 23593/348/326</w:t>
        <w:br/>
        <w:t>f 23496/252/234 23471/225/207 23500/253/235</w:t>
        <w:br/>
        <w:t>f 23498/255/237 23496/252/234 23500/253/235</w:t>
        <w:br/>
        <w:t>f 23478/233/215 23508/261/243 23506/263/245</w:t>
        <w:br/>
        <w:t>f 23505/260/242 23478/233/215 23506/263/245</w:t>
        <w:br/>
        <w:t>f 23476/229/211 23458/212/194 23479/232/214</w:t>
        <w:br/>
        <w:t>f 23500/253/235 23454/209/191 23455/210/192</w:t>
        <w:br/>
        <w:t>f 23596/351/329 23500/253/235 23455/210/192</w:t>
        <w:br/>
        <w:t>f 23475/230/212 23476/229/211 23479/232/214</w:t>
        <w:br/>
        <w:t>f 23477/234/216 23475/230/212 23479/232/214</w:t>
        <w:br/>
        <w:t>f 23499/254/236 23500/253/235 23596/351/329</w:t>
        <w:br/>
        <w:t>f 23528/282/264 23499/254/236 23596/351/329</w:t>
        <w:br/>
        <w:t>f 23503/259/241 23475/230/212 23477/234/216</w:t>
        <w:br/>
        <w:t>f 23505/260/242 23503/259/241 23477/234/216</w:t>
        <w:br/>
        <w:t>f 23528/282/264 23596/351/329 23529/285/267</w:t>
        <w:br/>
        <w:t>f 23467/222/204 23449/203/185 23490/243/225</w:t>
        <w:br/>
        <w:t>f 23494/250/232 23497/251/233 23594/349/327</w:t>
        <w:br/>
        <w:t>f 23543/298/280 23495/249/231 23494/250/232</w:t>
        <w:br/>
        <w:t>f 23542/297/279 23523/280/262 23524/279/261</w:t>
        <w:br/>
        <w:t>f 23543/298/280 23542/297/279 23524/279/261</w:t>
        <w:br/>
        <w:t>f 23541/296/278 23521/277/259 23522/276/258</w:t>
        <w:br/>
        <w:t>f 23542/297/279 23541/296/278 23522/276/258</w:t>
        <w:br/>
        <w:t>f 23540/294/276 23538/293/275 23539/295/277</w:t>
        <w:br/>
        <w:t>f 23540/294/276 23519/275/257 23520/274/256</w:t>
        <w:br/>
        <w:t>f 23541/296/278 23540/294/276 23520/274/256</w:t>
        <w:br/>
        <w:t>f 23538/293/275 23518/272/254 23539/295/277</w:t>
        <w:br/>
        <w:t>f 23538/293/275 23517/273/255 23518/272/254</w:t>
        <w:br/>
        <w:t>f 23537/292/274 23515/271/253 23516/270/252</w:t>
        <w:br/>
        <w:t>f 23538/293/275 23537/292/274 23516/270/252</w:t>
        <w:br/>
        <w:t>f 23536/291/273 23513/269/251 23514/268/250</w:t>
        <w:br/>
        <w:t>f 23537/292/274 23536/291/273 23514/268/250</w:t>
        <w:br/>
        <w:t>f 23535/290/272 23511/267/249 23512/266/248</w:t>
        <w:br/>
        <w:t>f 23536/291/273 23535/290/272 23512/266/248</w:t>
        <w:br/>
        <w:t>f 23534/289/271 23509/265/247 23510/264/246</w:t>
        <w:br/>
        <w:t>f 23535/290/272 23534/289/271 23510/264/246</w:t>
        <w:br/>
        <w:t>f 23507/262/244 23534/289/271 23533/288/270</w:t>
        <w:br/>
        <w:t>f 23532/287/269 23531/286/268 23504/258/240</w:t>
        <w:br/>
        <w:t>f 23503/259/241 23532/287/269 23504/258/240</w:t>
        <w:br/>
        <w:t>f 23530/284/266 23502/257/239 23501/256/238</w:t>
        <w:br/>
        <w:t>f 23531/286/268 23530/284/266 23501/256/238</w:t>
        <w:br/>
        <w:t>f 23526/281/263 23498/255/237 23499/254/236</w:t>
        <w:br/>
        <w:t>f 23527/283/265 23526/281/263 23499/254/236</w:t>
        <w:br/>
        <w:t>f 23527/283/265 23528/282/264 23529/285/267</w:t>
        <w:br/>
        <w:t>f 23530/284/266 23527/283/265 23529/285/267</w:t>
        <w:br/>
        <w:t>f 23594/349/327 23497/251/233 23496/252/234</w:t>
        <w:br/>
        <w:t>f 23526/281/263 23594/349/327 23496/252/234</w:t>
        <w:br/>
        <w:t>f 23463/215/197 23460/218/200 23593/348/326</w:t>
        <w:br/>
        <w:t>f 23458/212/194 23463/215/197 23593/348/326</w:t>
        <w:br/>
        <w:t>f 23453/206/188 23459/211/193 23455/210/192</w:t>
        <w:br/>
        <w:t>f 23490/243/225 23449/203/185 23450/202/184</w:t>
        <w:br/>
        <w:t>f 23519/275/257 23539/295/277 23486/242/224</w:t>
        <w:br/>
        <w:t>f 23488/245/227 23519/275/257 23486/242/224</w:t>
        <w:br/>
        <w:t>f 23600/352/330 23599/353/331 23598/354/332</w:t>
        <w:br/>
        <w:t>f 23597/355/333 23600/352/330 23598/354/332</w:t>
        <w:br/>
        <w:t>f 23601/356/334 23329/84/77 23330/83/76</w:t>
        <w:br/>
        <w:t>f 23602/357/335 23601/356/334 23330/83/76</w:t>
        <w:br/>
        <w:t>f 23604/358/336 23601/356/334 23602/357/335</w:t>
        <w:br/>
        <w:t>f 23603/359/336 23604/358/336 23602/357/335</w:t>
        <w:br/>
        <w:t>f 23606/360/337 23597/355/333 23598/354/332</w:t>
        <w:br/>
        <w:t>f 23605/361/337 23606/360/337 23598/354/332</w:t>
        <w:br/>
        <w:t>f 23606/360/337 23605/361/337 23607/362/338</w:t>
        <w:br/>
        <w:t>f 23608/363/339 23606/360/337 23607/362/338</w:t>
        <w:br/>
        <w:t>f 23603/359/336 23610/364/340 23609/365/340</w:t>
        <w:br/>
        <w:t>f 23604/358/336 23603/359/336 23609/365/340</w:t>
        <w:br/>
        <w:t>f 23614/366/341 23613/367/342 23612/368/343</w:t>
        <w:br/>
        <w:t>f 23611/369/344 23614/366/341 23612/368/343</w:t>
        <w:br/>
        <w:t>f 23616/370/345 23615/371/346 23345/101/88</w:t>
        <w:br/>
        <w:t>f 23346/100/87 23616/370/345 23345/101/88</w:t>
        <w:br/>
        <w:t>f 23619/372/347 23618/373/348 23617/374/349</w:t>
        <w:br/>
        <w:t>f 23620/375/350 23619/372/347 23617/374/349</w:t>
        <w:br/>
        <w:t>f 23352/109/95 23622/376/351 23621/377/352</w:t>
        <w:br/>
        <w:t>f 23355/110/96 23352/109/95 23621/377/352</w:t>
        <w:br/>
        <w:t>f 23626/378/353 23625/379/354 23624/380/355</w:t>
        <w:br/>
        <w:t>f 23623/381/356 23626/378/353 23624/380/355</w:t>
        <w:br/>
        <w:t>f 23630/382/357 23629/383/358 23628/384/359</w:t>
        <w:br/>
        <w:t>f 23627/385/360 23630/382/357 23628/384/359</w:t>
        <w:br/>
        <w:t>f 23632/386/361 23631/387/362 23629/383/358</w:t>
        <w:br/>
        <w:t>f 23630/382/357 23632/386/361 23629/383/358</w:t>
        <w:br/>
        <w:t>f 23634/388/363 23633/389/364 23625/379/354</w:t>
        <w:br/>
        <w:t>f 23626/378/353 23634/388/363 23625/379/354</w:t>
        <w:br/>
        <w:t>f 23637/390/365 23636/391/366 23635/392/367</w:t>
        <w:br/>
        <w:t>f 23638/393/368 23637/390/365 23635/392/367</w:t>
        <w:br/>
        <w:t>f 23615/371/346 23616/370/345 23636/391/366</w:t>
        <w:br/>
        <w:t>f 23637/390/365 23615/371/346 23636/391/366</w:t>
        <w:br/>
        <w:t>f 23612/368/343 23613/367/342 23640/394/369</w:t>
        <w:br/>
        <w:t>f 23639/395/370 23612/368/343 23640/394/369</w:t>
        <w:br/>
        <w:t>f 23640/394/369 23642/396/371 23641/397/372</w:t>
        <w:br/>
        <w:t>f 23639/395/370 23640/394/369 23641/397/372</w:t>
        <w:br/>
        <w:t>f 23609/365/340 23610/364/340 23599/353/331</w:t>
        <w:br/>
        <w:t>f 23600/352/330 23609/365/340 23599/353/331</w:t>
        <w:br/>
        <w:t>f 23643/398/373 23633/389/364 23634/388/363</w:t>
        <w:br/>
        <w:t>f 23644/399/374 23643/398/373 23634/388/363</w:t>
        <w:br/>
        <w:t>f 23635/392/367 23614/366/341 23611/369/344</w:t>
        <w:br/>
        <w:t>f 23638/393/368 23635/392/367 23611/369/344</w:t>
        <w:br/>
        <w:t>f 23644/399/374 23627/385/360 23628/384/359</w:t>
        <w:br/>
        <w:t>f 23643/398/373 23644/399/374 23628/384/359</w:t>
        <w:br/>
        <w:t>f 23379/133/96 23623/381/356 23624/380/355</w:t>
        <w:br/>
        <w:t>f 23378/134/118 23379/133/96 23624/380/355</w:t>
        <w:br/>
        <w:t>f 23621/377/352 23622/376/351 23645/400/375</w:t>
        <w:br/>
        <w:t>f 23646/401/376 23621/377/352 23645/400/375</w:t>
        <w:br/>
        <w:t>f 23648/402/377 23617/374/349 23618/373/348</w:t>
        <w:br/>
        <w:t>f 23647/403/378 23648/402/377 23618/373/348</w:t>
        <w:br/>
        <w:t>f 23648/402/377 23647/403/378 23649/404/379</w:t>
        <w:br/>
        <w:t>f 23650/405/361 23648/402/377 23649/404/379</w:t>
        <w:br/>
        <w:t>f 23646/401/376 23645/400/375 23651/406/380</w:t>
        <w:br/>
        <w:t>f 23652/407/381 23646/401/376 23651/406/380</w:t>
        <w:br/>
        <w:t>f 23620/375/350 23652/407/381 23651/406/380</w:t>
        <w:br/>
        <w:t>f 23619/372/347 23620/375/350 23651/406/380</w:t>
        <w:br/>
        <w:t>f 23656/408/382 23655/409/383 23654/410/384</w:t>
        <w:br/>
        <w:t>f 23653/411/385 23656/408/382 23654/410/384</w:t>
        <w:br/>
        <w:t>f 23657/412/386 23393/148/131 23394/147/130</w:t>
        <w:br/>
        <w:t>f 23658/413/387 23657/412/386 23394/147/130</w:t>
        <w:br/>
        <w:t>f 23657/412/386 23658/413/387 23659/414/388</w:t>
        <w:br/>
        <w:t>f 23660/415/375 23657/412/386 23659/414/388</w:t>
        <w:br/>
        <w:t>f 23654/410/384 23655/409/383 23661/416/389</w:t>
        <w:br/>
        <w:t>f 23662/417/390 23654/410/384 23661/416/389</w:t>
        <w:br/>
        <w:t>f 23662/417/390 23661/416/389 23664/418/391</w:t>
        <w:br/>
        <w:t>f 23663/419/392 23662/417/390 23664/418/391</w:t>
        <w:br/>
        <w:t>f 23660/415/375 23659/414/388 23665/420/393</w:t>
        <w:br/>
        <w:t>f 23666/421/394 23660/415/375 23665/420/393</w:t>
        <w:br/>
        <w:t>f 23653/411/385 23666/421/394 23665/420/393</w:t>
        <w:br/>
        <w:t>f 23656/408/382 23653/411/385 23665/420/393</w:t>
        <w:br/>
        <w:t>f 23653/411/385 23654/410/384 23618/373/348</w:t>
        <w:br/>
        <w:t>f 23619/372/347 23653/411/385 23618/373/348</w:t>
        <w:br/>
        <w:t>f 23654/410/384 23662/417/390 23647/403/378</w:t>
        <w:br/>
        <w:t>f 23618/373/348 23654/410/384 23647/403/378</w:t>
        <w:br/>
        <w:t>f 23647/403/378 23662/417/390 23663/419/392</w:t>
        <w:br/>
        <w:t>f 23649/404/379 23647/403/378 23663/419/392</w:t>
        <w:br/>
        <w:t>f 23664/418/391 23661/416/389 23629/383/358</w:t>
        <w:br/>
        <w:t>f 23631/387/362 23664/418/391 23629/383/358</w:t>
        <w:br/>
        <w:t>f 23629/383/358 23661/416/389 23655/409/383</w:t>
        <w:br/>
        <w:t>f 23628/384/359 23629/383/358 23655/409/383</w:t>
        <w:br/>
        <w:t>f 23628/384/359 23655/409/383 23656/408/382</w:t>
        <w:br/>
        <w:t>f 23643/398/373 23628/384/359 23656/408/382</w:t>
        <w:br/>
        <w:t>f 23643/398/373 23656/408/382 23665/420/393</w:t>
        <w:br/>
        <w:t>f 23633/389/364 23643/398/373 23665/420/393</w:t>
        <w:br/>
        <w:t>f 23633/389/364 23665/420/393 23659/414/388</w:t>
        <w:br/>
        <w:t>f 23625/379/354 23633/389/364 23659/414/388</w:t>
        <w:br/>
        <w:t>f 23659/414/388 23658/413/387 23624/380/355</w:t>
        <w:br/>
        <w:t>f 23625/379/354 23659/414/388 23624/380/355</w:t>
        <w:br/>
        <w:t>f 23624/380/355 23658/413/387 23394/147/130</w:t>
        <w:br/>
        <w:t>f 23378/134/118 23624/380/355 23394/147/130</w:t>
        <w:br/>
        <w:t>f 23393/148/131 23657/412/386 23622/376/351</w:t>
        <w:br/>
        <w:t>f 23352/109/95 23393/148/131 23622/376/351</w:t>
        <w:br/>
        <w:t>f 23622/376/351 23657/412/386 23660/415/375</w:t>
        <w:br/>
        <w:t>f 23645/400/375 23622/376/351 23660/415/375</w:t>
        <w:br/>
        <w:t>f 23660/415/375 23666/421/394 23651/406/380</w:t>
        <w:br/>
        <w:t>f 23645/400/375 23660/415/375 23651/406/380</w:t>
        <w:br/>
        <w:t>f 23666/421/394 23653/411/385 23619/372/347</w:t>
        <w:br/>
        <w:t>f 23651/406/380 23666/421/394 23619/372/347</w:t>
        <w:br/>
        <w:t>f 23670/422/395 23669/423/396 23668/424/397</w:t>
        <w:br/>
        <w:t>f 23667/425/398 23670/422/395 23668/424/397</w:t>
        <w:br/>
        <w:t>f 23673/426/399 23672/427/400 23671/428/401</w:t>
        <w:br/>
        <w:t>f 23677/429/402 23676/430/403 23675/431/404</w:t>
        <w:br/>
        <w:t>f 23674/432/405 23677/429/402 23675/431/404</w:t>
        <w:br/>
        <w:t>f 23681/433/406 23680/434/407 23679/435/408</w:t>
        <w:br/>
        <w:t>f 23678/436/409 23681/433/406 23679/435/408</w:t>
        <w:br/>
        <w:t>f 23685/437/410 23684/438/411 23683/439/412</w:t>
        <w:br/>
        <w:t>f 23682/440/413 23685/437/410 23683/439/412</w:t>
        <w:br/>
        <w:t>f 23689/441/414 23688/442/415 23687/443/416</w:t>
        <w:br/>
        <w:t>f 23686/444/417 23689/441/414 23687/443/416</w:t>
        <w:br/>
        <w:t>f 23690/445/418 23669/423/396 23670/422/395</w:t>
        <w:br/>
        <w:t>f 23691/446/419 23690/445/418 23670/422/395</w:t>
        <w:br/>
        <w:t>f 23672/427/400 23692/447/420 23671/428/401</w:t>
        <w:br/>
        <w:t>f 23667/425/398 23673/426/399 23671/428/401</w:t>
        <w:br/>
        <w:t>f 23670/422/395 23667/425/398 23671/428/401</w:t>
        <w:br/>
        <w:t>f 23676/430/403 23681/433/406 23678/436/409</w:t>
        <w:br/>
        <w:t>f 23675/431/404 23676/430/403 23678/436/409</w:t>
        <w:br/>
        <w:t>f 23686/444/417 23687/443/416 23684/438/411</w:t>
        <w:br/>
        <w:t>f 23685/437/410 23686/444/417 23684/438/411</w:t>
        <w:br/>
        <w:t>f 23671/428/401 23692/447/420 23691/446/419</w:t>
        <w:br/>
        <w:t>f 23670/422/395 23671/428/401 23691/446/419</w:t>
        <w:br/>
        <w:t>f 23667/425/398 23668/424/397 23674/432/405</w:t>
        <w:br/>
        <w:t>f 23675/431/404 23667/425/398 23674/432/405</w:t>
        <w:br/>
        <w:t>f 23672/427/400 23673/426/399 23678/436/409</w:t>
        <w:br/>
        <w:t>f 23679/435/408 23672/427/400 23678/436/409</w:t>
        <w:br/>
        <w:t>f 23684/438/411 23692/447/420 23672/427/400</w:t>
        <w:br/>
        <w:t>f 23683/439/412 23684/438/411 23672/427/400</w:t>
        <w:br/>
        <w:t>f 23688/442/415 23690/445/418 23691/446/419</w:t>
        <w:br/>
        <w:t>f 23687/443/416 23688/442/415 23691/446/419</w:t>
        <w:br/>
        <w:t>f 23673/426/399 23667/425/398 23675/431/404</w:t>
        <w:br/>
        <w:t>f 23678/436/409 23673/426/399 23675/431/404</w:t>
        <w:br/>
        <w:t>f 23687/443/416 23691/446/419 23692/447/420</w:t>
        <w:br/>
        <w:t>f 23684/438/411 23687/443/416 23692/447/420</w:t>
        <w:br/>
        <w:t>f 23695/448/421 23694/449/422 23693/450/423</w:t>
        <w:br/>
        <w:t>f 23698/451/424 23697/452/425 23696/453/426</w:t>
        <w:br/>
        <w:t>f 23699/454/427 23698/451/424 23696/453/426</w:t>
        <w:br/>
        <w:t>f 23702/455/428 23701/456/429 23700/457/430</w:t>
        <w:br/>
        <w:t>f 23703/458/431 23702/455/428 23700/457/430</w:t>
        <w:br/>
        <w:t>f 23694/449/422 23695/448/421 23705/459/432</w:t>
        <w:br/>
        <w:t>f 23704/460/433 23694/449/422 23705/459/432</w:t>
        <w:br/>
        <w:t>f 23707/461/434 23706/462/435 23698/451/424</w:t>
        <w:br/>
        <w:t>f 23699/454/427 23707/461/434 23698/451/424</w:t>
        <w:br/>
        <w:t>f 23709/463/436 23708/464/437 23702/455/428</w:t>
        <w:br/>
        <w:t>f 23703/458/431 23709/463/436 23702/455/428</w:t>
        <w:br/>
        <w:t>f 23699/454/427 23695/448/421 23693/450/423</w:t>
        <w:br/>
        <w:t>f 23707/461/434 23699/454/427 23693/450/423</w:t>
        <w:br/>
        <w:t>f 23699/454/427 23696/453/426 23705/459/432</w:t>
        <w:br/>
        <w:t>f 23695/448/421 23699/454/427 23705/459/432</w:t>
        <w:br/>
        <w:t>f 23703/458/431 23694/449/422 23704/460/433</w:t>
        <w:br/>
        <w:t>f 23709/463/436 23703/458/431 23704/460/433</w:t>
        <w:br/>
        <w:t>f 23703/458/431 23700/457/430 23693/450/423</w:t>
        <w:br/>
        <w:t>f 23694/449/422 23703/458/431 23693/450/423</w:t>
        <w:br/>
        <w:t>f 23713/465/438 23712/466/439 23711/467/440</w:t>
        <w:br/>
        <w:t>f 23710/468/441 23713/465/438 23711/467/440</w:t>
        <w:br/>
        <w:t>f 23712/466/439 23716/469/442 23715/470/443</w:t>
        <w:br/>
        <w:t>f 23714/471/444 23712/466/439 23715/470/443</w:t>
        <w:br/>
        <w:t>f 23714/471/444 23715/470/443 23717/472/445</w:t>
        <w:br/>
        <w:t>f 23714/471/444 23717/472/445 23718/473/446</w:t>
        <w:br/>
        <w:t>f 23722/474/447 23721/475/448 23720/476/449</w:t>
        <w:br/>
        <w:t>f 23719/477/450 23722/474/447 23720/476/449</w:t>
        <w:br/>
        <w:t>f 23726/478/451 23725/479/452 23724/480/453</w:t>
        <w:br/>
        <w:t>f 23723/481/454 23726/478/451 23724/480/453</w:t>
        <w:br/>
        <w:t>f 23723/481/454 23724/480/453 23727/482/455</w:t>
        <w:br/>
        <w:t>f 23723/481/454 23727/482/455 23728/483/456</w:t>
        <w:br/>
        <w:t>f 23723/481/454 23728/483/456 23729/484/457</w:t>
        <w:br/>
        <w:t>f 23710/468/441 23729/484/457 23730/485/458</w:t>
        <w:br/>
        <w:t>f 23716/469/442 23732/486/459 23731/487/460</w:t>
        <w:br/>
        <w:t>f 23715/470/443 23716/469/442 23731/487/460</w:t>
        <w:br/>
        <w:t>f 23715/470/443 23734/488/461 23733/489/462</w:t>
        <w:br/>
        <w:t>f 23717/472/445 23715/470/443 23733/489/462</w:t>
        <w:br/>
        <w:t>f 23736/490/463 23735/491/464 23720/476/449</w:t>
        <w:br/>
        <w:t>f 23721/475/448 23736/490/463 23720/476/449</w:t>
        <w:br/>
        <w:t>f 23739/492/465 23738/493/466 23737/494/467</w:t>
        <w:br/>
        <w:t>f 23742/495/468 23741/496/469 23740/497/470</w:t>
        <w:br/>
        <w:t>f 23744/498/471 23743/499/472 23724/480/453</w:t>
        <w:br/>
        <w:t>f 23725/479/452 23744/498/471 23724/480/453</w:t>
        <w:br/>
        <w:t>f 23724/480/453 23743/499/472 23745/500/473</w:t>
        <w:br/>
        <w:t>f 23727/482/455 23724/480/453 23745/500/473</w:t>
        <w:br/>
        <w:t>f 23727/482/455 23747/501/474 23746/502/475</w:t>
        <w:br/>
        <w:t>f 23728/483/456 23727/482/455 23746/502/475</w:t>
        <w:br/>
        <w:t>f 23728/483/456 23746/502/475 23748/503/476</w:t>
        <w:br/>
        <w:t>f 23729/484/457 23728/483/456 23748/503/476</w:t>
        <w:br/>
        <w:t>f 23750/504/477 23749/505/478 23730/485/458</w:t>
        <w:br/>
        <w:t>f 23729/484/457 23750/504/477 23730/485/458</w:t>
        <w:br/>
        <w:t>f 23753/506/479 23752/507/480 23751/508/481</w:t>
        <w:br/>
        <w:t>f 23756/509/482 23755/510/483 23754/511/484</w:t>
        <w:br/>
        <w:t>f 23758/512/485 23757/513/486 23731/487/460</w:t>
        <w:br/>
        <w:t>f 23732/486/459 23758/512/485 23731/487/460</w:t>
        <w:br/>
        <w:t>f 23760/514/487 23759/515/488 23733/489/462</w:t>
        <w:br/>
        <w:t>f 23734/488/461 23760/514/487 23733/489/462</w:t>
        <w:br/>
        <w:t>f 23763/516/489 23762/517/490 23761/518/491</w:t>
        <w:br/>
        <w:t>f 23764/519/492 23735/491/464 23736/490/463</w:t>
        <w:br/>
        <w:t>f 23765/520/493 23764/519/492 23736/490/463</w:t>
        <w:br/>
        <w:t>f 23767/521/494 23766/522/495 23737/494/467</w:t>
        <w:br/>
        <w:t>f 23738/493/466 23767/521/494 23737/494/467</w:t>
        <w:br/>
        <w:t>f 23741/496/469 23768/523/496 23740/497/470</w:t>
        <w:br/>
        <w:t>f 23771/524/497 23770/525/498 23769/526/499</w:t>
        <w:br/>
        <w:t>f 23744/498/471 23773/527/500 23772/528/501</w:t>
        <w:br/>
        <w:t>f 23743/499/472 23744/498/471 23772/528/501</w:t>
        <w:br/>
        <w:t>f 23775/529/502 23774/530/503 23745/500/473</w:t>
        <w:br/>
        <w:t>f 23743/499/472 23775/529/502 23745/500/473</w:t>
        <w:br/>
        <w:t>f 23747/501/474 23777/531/504 23776/532/505</w:t>
        <w:br/>
        <w:t>f 23746/502/475 23747/501/474 23776/532/505</w:t>
        <w:br/>
        <w:t>f 23779/533/506 23778/534/507 23748/503/476</w:t>
        <w:br/>
        <w:t>f 23746/502/475 23779/533/506 23748/503/476</w:t>
        <w:br/>
        <w:t>f 23750/504/477 23781/535/508 23780/536/509</w:t>
        <w:br/>
        <w:t>f 23749/505/478 23750/504/477 23780/536/509</w:t>
        <w:br/>
        <w:t>f 23752/507/480 23783/537/510 23782/538/511</w:t>
        <w:br/>
        <w:t>f 23751/508/481 23752/507/480 23782/538/511</w:t>
        <w:br/>
        <w:t>f 23755/510/483 23785/539/512 23784/540/513</w:t>
        <w:br/>
        <w:t>f 23754/511/484 23755/510/483 23784/540/513</w:t>
        <w:br/>
        <w:t>f 23788/541/514 23787/542/515 23786/543/516</w:t>
        <w:br/>
        <w:t>f 23711/467/440 23712/466/439 23714/471/444</w:t>
        <w:br/>
        <w:t>f 23722/474/447 23711/467/440 23714/471/444</w:t>
        <w:br/>
        <w:t>f 23719/477/450 23726/478/451 23711/467/440</w:t>
        <w:br/>
        <w:t>f 23722/474/447 23719/477/450 23711/467/440</w:t>
        <w:br/>
        <w:t>f 23762/517/490 23759/515/488 23789/544/517</w:t>
        <w:br/>
        <w:t>f 23791/545/518 23761/518/491 23790/546/519</w:t>
        <w:br/>
        <w:t>f 23765/520/493 23793/547/520 23792/548/521</w:t>
        <w:br/>
        <w:t>f 23767/521/494 23764/519/492 23794/549/522</w:t>
        <w:br/>
        <w:t>f 23768/523/496 23766/522/495 23795/550/523</w:t>
        <w:br/>
        <w:t>f 23768/523/496 23795/550/523 23796/551/524</w:t>
        <w:br/>
        <w:t>f 23770/525/498 23768/523/496 23796/551/524</w:t>
        <w:br/>
        <w:t>f 23773/527/500 23769/526/499 23797/552/525</w:t>
        <w:br/>
        <w:t>f 23775/529/502 23772/528/501 23798/553/526</w:t>
        <w:br/>
        <w:t>f 23777/531/504 23774/530/503 23799/554/527</w:t>
        <w:br/>
        <w:t>f 23779/533/506 23776/532/505 23800/555/528</w:t>
        <w:br/>
        <w:t>f 23781/535/508 23778/534/507 23801/556/529</w:t>
        <w:br/>
        <w:t>f 23783/537/510 23803/557/530 23802/558/531</w:t>
        <w:br/>
        <w:t>f 23785/539/512 23782/538/511 23804/559/532</w:t>
        <w:br/>
        <w:t>f 23787/542/515 23784/540/513 23805/560/533</w:t>
        <w:br/>
        <w:t>f 23758/512/485 23786/543/516 23806/561/534</w:t>
        <w:br/>
        <w:t>f 23810/562/535 23809/563/536 23808/564/537</w:t>
        <w:br/>
        <w:t>f 23807/565/538 23810/562/535 23808/564/537</w:t>
        <w:br/>
        <w:t>f 23812/566/517 23810/562/535 23807/565/538</w:t>
        <w:br/>
        <w:t>f 23811/567/539 23812/566/517 23807/565/538</w:t>
        <w:br/>
        <w:t>f 23812/566/517 23811/567/539 23813/568/540</w:t>
        <w:br/>
        <w:t>f 23814/569/541 23812/566/517 23813/568/540</w:t>
        <w:br/>
        <w:t>f 23814/569/541 23813/568/540 23815/570/542</w:t>
        <w:br/>
        <w:t>f 23816/571/543 23814/569/541 23815/570/542</w:t>
        <w:br/>
        <w:t>f 23818/572/544 23816/571/543 23815/570/542</w:t>
        <w:br/>
        <w:t>f 23817/573/545 23818/572/544 23815/570/542</w:t>
        <w:br/>
        <w:t>f 23820/574/546 23818/572/544 23817/573/545</w:t>
        <w:br/>
        <w:t>f 23819/575/547 23820/574/546 23817/573/545</w:t>
        <w:br/>
        <w:t>f 23820/574/546 23819/575/547 23821/576/548</w:t>
        <w:br/>
        <w:t>f 23822/577/524 23820/574/546 23821/576/548</w:t>
        <w:br/>
        <w:t>f 23822/577/524 23821/576/548 23823/578/549</w:t>
        <w:br/>
        <w:t>f 23824/579/525 23822/577/524 23823/578/549</w:t>
        <w:br/>
        <w:t>f 23826/580/550 23824/579/525 23823/578/549</w:t>
        <w:br/>
        <w:t>f 23825/581/551 23826/580/550 23823/578/549</w:t>
        <w:br/>
        <w:t>f 23828/582/527 23826/580/550 23825/581/551</w:t>
        <w:br/>
        <w:t>f 23827/583/552 23828/582/527 23825/581/551</w:t>
        <w:br/>
        <w:t>f 23828/582/527 23827/583/552 23829/584/553</w:t>
        <w:br/>
        <w:t>f 23830/585/554 23828/582/527 23829/584/553</w:t>
        <w:br/>
        <w:t>f 23830/585/554 23829/584/553 23831/586/555</w:t>
        <w:br/>
        <w:t>f 23832/587/556 23830/585/554 23831/586/555</w:t>
        <w:br/>
        <w:t>f 23834/588/557 23832/587/556 23831/586/555</w:t>
        <w:br/>
        <w:t>f 23833/589/558 23834/588/557 23831/586/555</w:t>
        <w:br/>
        <w:t>f 23836/590/532 23834/588/557 23833/589/558</w:t>
        <w:br/>
        <w:t>f 23835/591/559 23836/590/532 23833/589/558</w:t>
        <w:br/>
        <w:t>f 23836/590/532 23835/591/559 23837/592/560</w:t>
        <w:br/>
        <w:t>f 23838/593/561 23836/590/532 23837/592/560</w:t>
        <w:br/>
        <w:t>f 23838/593/561 23837/592/560 23808/564/537</w:t>
        <w:br/>
        <w:t>f 23809/563/536 23838/593/561 23808/564/537</w:t>
        <w:br/>
        <w:t>f 23808/564/537 23840/594/562 23839/595/563</w:t>
        <w:br/>
        <w:t>f 23807/565/538 23808/564/537 23839/595/563</w:t>
        <w:br/>
        <w:t>f 23807/565/538 23839/595/563 23841/596/564</w:t>
        <w:br/>
        <w:t>f 23811/567/539 23807/565/538 23841/596/564</w:t>
        <w:br/>
        <w:t>f 23813/568/540 23811/567/539 23841/596/564</w:t>
        <w:br/>
        <w:t>f 23842/597/565 23813/568/540 23841/596/564</w:t>
        <w:br/>
        <w:t>f 23815/570/542 23813/568/540 23842/597/565</w:t>
        <w:br/>
        <w:t>f 23843/598/566 23815/570/542 23842/597/565</w:t>
        <w:br/>
        <w:t>f 23815/570/542 23843/598/566 23844/599/567</w:t>
        <w:br/>
        <w:t>f 23817/573/545 23815/570/542 23844/599/567</w:t>
        <w:br/>
        <w:t>f 23817/573/545 23844/599/567 23845/600/568</w:t>
        <w:br/>
        <w:t>f 23819/575/547 23817/573/545 23845/600/568</w:t>
        <w:br/>
        <w:t>f 23819/575/547 23845/600/568 23846/601/569</w:t>
        <w:br/>
        <w:t>f 23821/576/548 23819/575/547 23846/601/569</w:t>
        <w:br/>
        <w:t>f 23823/578/549 23821/576/548 23846/601/569</w:t>
        <w:br/>
        <w:t>f 23847/602/570 23823/578/549 23846/601/569</w:t>
        <w:br/>
        <w:t>f 23823/578/549 23847/602/570 23848/603/571</w:t>
        <w:br/>
        <w:t>f 23825/581/551 23823/578/549 23848/603/571</w:t>
        <w:br/>
        <w:t>f 23827/583/552 23825/581/551 23848/603/571</w:t>
        <w:br/>
        <w:t>f 23849/604/572 23827/583/552 23848/603/571</w:t>
        <w:br/>
        <w:t>f 23829/584/553 23827/583/552 23849/604/572</w:t>
        <w:br/>
        <w:t>f 23850/605/573 23829/584/553 23849/604/572</w:t>
        <w:br/>
        <w:t>f 23831/586/555 23829/584/553 23850/605/573</w:t>
        <w:br/>
        <w:t>f 23851/606/574 23831/586/555 23850/605/573</w:t>
        <w:br/>
        <w:t>f 23831/586/555 23851/606/574 23852/607/575</w:t>
        <w:br/>
        <w:t>f 23833/589/558 23831/586/555 23852/607/575</w:t>
        <w:br/>
        <w:t>f 23833/589/558 23852/607/575 23853/608/576</w:t>
        <w:br/>
        <w:t>f 23835/591/559 23833/589/558 23853/608/576</w:t>
        <w:br/>
        <w:t>f 23837/592/560 23835/591/559 23853/608/576</w:t>
        <w:br/>
        <w:t>f 23854/609/577 23837/592/560 23853/608/576</w:t>
        <w:br/>
        <w:t>f 23808/564/537 23837/592/560 23854/609/577</w:t>
        <w:br/>
        <w:t>f 23840/594/562 23808/564/537 23854/609/577</w:t>
        <w:br/>
        <w:t>f 23839/595/563 23840/594/562 23855/610/578</w:t>
        <w:br/>
        <w:t>f 23841/596/564 23839/595/563 23855/610/578</w:t>
        <w:br/>
        <w:t>f 23842/597/565 23841/596/564 23855/610/578</w:t>
        <w:br/>
        <w:t>f 23843/598/566 23842/597/565 23855/610/578</w:t>
        <w:br/>
        <w:t>f 23844/599/567 23843/598/566 23855/610/578</w:t>
        <w:br/>
        <w:t>f 23845/600/568 23844/599/567 23855/610/578</w:t>
        <w:br/>
        <w:t>f 23846/601/569 23845/600/568 23855/610/578</w:t>
        <w:br/>
        <w:t>f 23847/602/570 23846/601/569 23855/610/578</w:t>
        <w:br/>
        <w:t>f 23848/603/571 23847/602/570 23855/610/578</w:t>
        <w:br/>
        <w:t>f 23849/604/572 23848/603/571 23855/610/578</w:t>
        <w:br/>
        <w:t>f 23850/605/573 23849/604/572 23855/610/578</w:t>
        <w:br/>
        <w:t>f 23851/606/574 23850/605/573 23855/610/578</w:t>
        <w:br/>
        <w:t>f 23852/607/575 23851/606/574 23855/610/578</w:t>
        <w:br/>
        <w:t>f 23853/608/576 23852/607/575 23855/610/578</w:t>
        <w:br/>
        <w:t>f 23854/609/577 23853/608/576 23855/610/578</w:t>
        <w:br/>
        <w:t>f 23840/594/562 23854/609/577 23855/610/578</w:t>
        <w:br/>
        <w:t>f 23731/487/460 23734/488/461 23715/470/443</w:t>
        <w:br/>
        <w:t>f 23771/524/497 23744/498/471 23725/479/452</w:t>
        <w:br/>
        <w:t>f 23856/611/579 23771/524/497 23725/479/452</w:t>
        <w:br/>
        <w:t>f 23757/513/486 23760/514/487 23734/488/461</w:t>
        <w:br/>
        <w:t>f 23731/487/460 23757/513/486 23734/488/461</w:t>
        <w:br/>
        <w:t>f 23744/498/471 23771/524/497 23769/526/499</w:t>
        <w:br/>
        <w:t>f 23773/527/500 23744/498/471 23769/526/499</w:t>
        <w:br/>
        <w:t>f 23806/561/534 23857/612/580 23757/513/486</w:t>
        <w:br/>
        <w:t>f 23769/526/499 23770/525/498 23796/551/524</w:t>
        <w:br/>
        <w:t>f 23756/509/482 23858/613/581 23713/465/438</w:t>
        <w:br/>
        <w:t>f 23745/500/473 23747/501/474 23727/482/455</w:t>
        <w:br/>
        <w:t>f 23754/511/484 23788/541/514 23858/613/581</w:t>
        <w:br/>
        <w:t>f 23756/509/482 23754/511/484 23858/613/581</w:t>
        <w:br/>
        <w:t>f 23747/501/474 23745/500/473 23774/530/503</w:t>
        <w:br/>
        <w:t>f 23777/531/504 23747/501/474 23774/530/503</w:t>
        <w:br/>
        <w:t>f 23787/542/515 23788/541/514 23754/511/484</w:t>
        <w:br/>
        <w:t>f 23784/540/513 23787/542/515 23754/511/484</w:t>
        <w:br/>
        <w:t>f 23720/476/449 23739/492/465 23719/477/450</w:t>
        <w:br/>
        <w:t>f 23723/481/454 23729/484/457 23710/468/441</w:t>
        <w:br/>
        <w:t>f 23735/491/464 23738/493/466 23739/492/465</w:t>
        <w:br/>
        <w:t>f 23720/476/449 23735/491/464 23739/492/465</w:t>
        <w:br/>
        <w:t>f 23748/503/476 23750/504/477 23729/484/457</w:t>
        <w:br/>
        <w:t>f 23767/521/494 23738/493/466 23735/491/464</w:t>
        <w:br/>
        <w:t>f 23764/519/492 23767/521/494 23735/491/464</w:t>
        <w:br/>
        <w:t>f 23781/535/508 23750/504/477 23748/503/476</w:t>
        <w:br/>
        <w:t>f 23778/534/507 23781/535/508 23748/503/476</w:t>
        <w:br/>
        <w:t>f 23718/473/446 23721/475/448 23722/474/447</w:t>
        <w:br/>
        <w:t>f 23736/490/463 23721/475/448 23718/473/446</w:t>
        <w:br/>
        <w:t>f 23859/614/582 23736/490/463 23718/473/446</w:t>
        <w:br/>
        <w:t>f 23730/485/458 23749/505/478 23752/507/480</w:t>
        <w:br/>
        <w:t>f 23753/506/479 23730/485/458 23752/507/480</w:t>
        <w:br/>
        <w:t>f 23793/547/520 23765/520/493 23736/490/463</w:t>
        <w:br/>
        <w:t>f 23859/614/582 23793/547/520 23736/490/463</w:t>
        <w:br/>
        <w:t>f 23780/536/509 23803/557/530 23749/505/478</w:t>
        <w:br/>
        <w:t>f 23753/506/479 23756/509/482 23713/465/438</w:t>
        <w:br/>
        <w:t>f 23751/508/481 23755/510/483 23756/509/482</w:t>
        <w:br/>
        <w:t>f 23753/506/479 23751/508/481 23756/509/482</w:t>
        <w:br/>
        <w:t>f 23776/532/505 23779/533/506 23746/502/475</w:t>
        <w:br/>
        <w:t>f 23785/539/512 23755/510/483 23751/508/481</w:t>
        <w:br/>
        <w:t>f 23782/538/511 23785/539/512 23751/508/481</w:t>
        <w:br/>
        <w:t>f 23858/613/581 23716/469/442 23712/466/439</w:t>
        <w:br/>
        <w:t>f 23713/465/438 23858/613/581 23712/466/439</w:t>
        <w:br/>
        <w:t>f 23732/486/459 23716/469/442 23858/613/581</w:t>
        <w:br/>
        <w:t>f 23788/541/514 23732/486/459 23858/613/581</w:t>
        <w:br/>
        <w:t>f 23772/528/501 23775/529/502 23743/499/472</w:t>
        <w:br/>
        <w:t>f 23732/486/459 23788/541/514 23786/543/516</w:t>
        <w:br/>
        <w:t>f 23758/512/485 23732/486/459 23786/543/516</w:t>
        <w:br/>
        <w:t>f 23723/481/454 23710/468/441 23711/467/440</w:t>
        <w:br/>
        <w:t>f 23726/478/451 23723/481/454 23711/467/440</w:t>
        <w:br/>
        <w:t>f 23742/495/468 23856/611/579 23719/477/450</w:t>
        <w:br/>
        <w:t>f 23733/489/462 23763/516/489 23717/472/445</w:t>
        <w:br/>
        <w:t>f 23740/497/470 23771/524/497 23856/611/579</w:t>
        <w:br/>
        <w:t>f 23742/495/468 23740/497/470 23856/611/579</w:t>
        <w:br/>
        <w:t>f 23759/515/488 23762/517/490 23763/516/489</w:t>
        <w:br/>
        <w:t>f 23733/489/462 23759/515/488 23763/516/489</w:t>
        <w:br/>
        <w:t>f 23770/525/498 23771/524/497 23740/497/470</w:t>
        <w:br/>
        <w:t>f 23768/523/496 23770/525/498 23740/497/470</w:t>
        <w:br/>
        <w:t>f 23739/492/465 23742/495/468 23719/477/450</w:t>
        <w:br/>
        <w:t>f 23718/473/446 23717/472/445 23763/516/489</w:t>
        <w:br/>
        <w:t>f 23859/614/582 23718/473/446 23763/516/489</w:t>
        <w:br/>
        <w:t>f 23737/494/467 23741/496/469 23742/495/468</w:t>
        <w:br/>
        <w:t>f 23739/492/465 23737/494/467 23742/495/468</w:t>
        <w:br/>
        <w:t>f 23761/518/491 23791/545/518 23859/614/582</w:t>
        <w:br/>
        <w:t>f 23763/516/489 23761/518/491 23859/614/582</w:t>
        <w:br/>
        <w:t>f 23766/522/495 23768/523/496 23741/496/469</w:t>
        <w:br/>
        <w:t>f 23737/494/467 23766/522/495 23741/496/469</w:t>
        <w:br/>
        <w:t>f 23791/545/518 23793/547/520 23859/614/582</w:t>
        <w:br/>
        <w:t>f 23730/485/458 23753/506/479 23710/468/441</w:t>
        <w:br/>
        <w:t>f 23757/513/486 23857/612/580 23760/514/487</w:t>
        <w:br/>
        <w:t>f 23806/561/534 23757/513/486 23758/512/485</w:t>
        <w:br/>
        <w:t>f 23805/560/533 23786/543/516 23787/542/515</w:t>
        <w:br/>
        <w:t>f 23806/561/534 23786/543/516 23805/560/533</w:t>
        <w:br/>
        <w:t>f 23804/559/532 23784/540/513 23785/539/512</w:t>
        <w:br/>
        <w:t>f 23805/560/533 23784/540/513 23804/559/532</w:t>
        <w:br/>
        <w:t>f 23802/558/531 23803/557/530 23801/556/529</w:t>
        <w:br/>
        <w:t>f 23802/558/531 23782/538/511 23783/537/510</w:t>
        <w:br/>
        <w:t>f 23804/559/532 23782/538/511 23802/558/531</w:t>
        <w:br/>
        <w:t>f 23801/556/529 23803/557/530 23780/536/509</w:t>
        <w:br/>
        <w:t>f 23801/556/529 23780/536/509 23781/535/508</w:t>
        <w:br/>
        <w:t>f 23800/555/528 23778/534/507 23779/533/506</w:t>
        <w:br/>
        <w:t>f 23801/556/529 23778/534/507 23800/555/528</w:t>
        <w:br/>
        <w:t>f 23799/554/527 23776/532/505 23777/531/504</w:t>
        <w:br/>
        <w:t>f 23800/555/528 23776/532/505 23799/554/527</w:t>
        <w:br/>
        <w:t>f 23798/553/526 23774/530/503 23775/529/502</w:t>
        <w:br/>
        <w:t>f 23799/554/527 23774/530/503 23798/553/526</w:t>
        <w:br/>
        <w:t>f 23797/552/525 23772/528/501 23773/527/500</w:t>
        <w:br/>
        <w:t>f 23798/553/526 23772/528/501 23797/552/525</w:t>
        <w:br/>
        <w:t>f 23769/526/499 23796/551/524 23797/552/525</w:t>
        <w:br/>
        <w:t>f 23795/550/523 23766/522/495 23767/521/494</w:t>
        <w:br/>
        <w:t>f 23794/549/522 23795/550/523 23767/521/494</w:t>
        <w:br/>
        <w:t>f 23792/548/521 23794/549/522 23764/519/492</w:t>
        <w:br/>
        <w:t>f 23765/520/493 23792/548/521 23764/519/492</w:t>
        <w:br/>
        <w:t>f 23789/544/517 23761/518/491 23762/517/490</w:t>
        <w:br/>
        <w:t>f 23790/546/519 23761/518/491 23789/544/517</w:t>
        <w:br/>
        <w:t>f 23790/546/519 23793/547/520 23791/545/518</w:t>
        <w:br/>
        <w:t>f 23792/548/521 23793/547/520 23790/546/519</w:t>
        <w:br/>
        <w:t>f 23857/612/580 23759/515/488 23760/514/487</w:t>
        <w:br/>
        <w:t>f 23789/544/517 23759/515/488 23857/612/580</w:t>
        <w:br/>
        <w:t>f 23726/478/451 23719/477/450 23856/611/579</w:t>
        <w:br/>
        <w:t>f 23725/479/452 23726/478/451 23856/611/579</w:t>
        <w:br/>
        <w:t>f 23714/471/444 23718/473/446 23722/474/447</w:t>
        <w:br/>
        <w:t>f 23753/506/479 23713/465/438 23710/468/441</w:t>
        <w:br/>
        <w:t>f 23749/505/478 23803/557/530 23783/537/510</w:t>
        <w:br/>
        <w:t>f 23752/507/480 23749/505/478 23783/537/510</w:t>
        <w:br/>
        <w:t>f 23862/615/583 23861/616/584 23860/617/585</w:t>
        <w:br/>
        <w:t>f 23863/618/586 23862/615/583 23860/617/585</w:t>
        <w:br/>
        <w:t>f 23865/619/587 23864/620/588 23862/615/583</w:t>
        <w:br/>
        <w:t>f 23863/618/586 23865/619/587 23862/615/583</w:t>
        <w:br/>
        <w:t>f 23867/621/589 23866/622/590 23864/620/588</w:t>
        <w:br/>
        <w:t>f 23865/619/587 23867/621/589 23864/620/588</w:t>
        <w:br/>
        <w:t>f 23869/623/591 23868/624/592 23866/622/590</w:t>
        <w:br/>
        <w:t>f 23867/621/589 23869/623/591 23866/622/590</w:t>
        <w:br/>
        <w:t>f 23871/625/593 23870/626/594 23868/624/592</w:t>
        <w:br/>
        <w:t>f 23869/623/591 23871/625/593 23868/624/592</w:t>
        <w:br/>
        <w:t>f 23873/627/595 23872/628/596 23870/626/594</w:t>
        <w:br/>
        <w:t>f 23871/625/593 23873/627/595 23870/626/594</w:t>
        <w:br/>
        <w:t>f 23875/629/597 23874/630/597 23872/628/596</w:t>
        <w:br/>
        <w:t>f 23873/627/595 23875/629/597 23872/628/596</w:t>
        <w:br/>
        <w:t>f 23879/631/598 23878/632/599 23877/633/599</w:t>
        <w:br/>
        <w:t>f 23876/634/600 23879/631/598 23877/633/599</w:t>
        <w:br/>
        <w:t>f 23878/632/599 23881/635/601 23880/636/602</w:t>
        <w:br/>
        <w:t>f 23877/633/599 23878/632/599 23880/636/602</w:t>
        <w:br/>
        <w:t>f 23882/637/603 23880/636/602 23881/635/601</w:t>
        <w:br/>
        <w:t>f 23883/638/604 23882/637/603 23881/635/601</w:t>
        <w:br/>
        <w:t>f 23883/638/604 23885/639/605 23884/640/605</w:t>
        <w:br/>
        <w:t>f 23882/637/603 23883/638/604 23884/640/605</w:t>
        <w:br/>
        <w:t>f 23885/639/605 23860/617/585 23861/616/584</w:t>
        <w:br/>
        <w:t>f 23884/640/605 23885/639/605 23861/616/584</w:t>
        <w:br/>
        <w:t>f 23888/641/606 23887/642/607 23886/643/608</w:t>
        <w:br/>
        <w:t>f 23889/644/609 23888/641/606 23886/643/608</w:t>
        <w:br/>
        <w:t>f 23891/645/610 23890/646/611 23888/641/606</w:t>
        <w:br/>
        <w:t>f 23889/644/609 23891/645/610 23888/641/606</w:t>
        <w:br/>
        <w:t>f 23893/647/612 23892/648/613 23890/646/611</w:t>
        <w:br/>
        <w:t>f 23891/645/610 23893/647/612 23890/646/611</w:t>
        <w:br/>
        <w:t>f 23895/649/614 23894/650/615 23892/648/613</w:t>
        <w:br/>
        <w:t>f 23893/647/612 23895/649/614 23892/648/613</w:t>
        <w:br/>
        <w:t>f 23897/651/616 23896/652/617 23894/650/615</w:t>
        <w:br/>
        <w:t>f 23895/649/614 23897/651/616 23894/650/615</w:t>
        <w:br/>
        <w:t>f 23899/653/618 23898/654/619 23896/652/617</w:t>
        <w:br/>
        <w:t>f 23897/651/616 23899/653/618 23896/652/617</w:t>
        <w:br/>
        <w:t>f 23901/655/620 23900/656/621 23898/654/619</w:t>
        <w:br/>
        <w:t>f 23899/653/618 23901/655/620 23898/654/619</w:t>
        <w:br/>
        <w:t>f 23901/655/620 23903/657/622 23902/658/623</w:t>
        <w:br/>
        <w:t>f 23900/656/621 23901/655/620 23902/658/623</w:t>
        <w:br/>
        <w:t>f 23904/659/624 23902/658/623 23903/657/622</w:t>
        <w:br/>
        <w:t>f 23905/660/625 23904/659/624 23903/657/622</w:t>
        <w:br/>
        <w:t>f 23906/661/626 23904/659/624 23905/660/625</w:t>
        <w:br/>
        <w:t>f 23907/662/627 23906/661/626 23905/660/625</w:t>
        <w:br/>
        <w:t>f 23907/662/627 23909/663/628 23908/664/629</w:t>
        <w:br/>
        <w:t>f 23906/661/626 23907/662/627 23908/664/629</w:t>
        <w:br/>
        <w:t>f 23909/663/628 23911/665/630 23910/666/631</w:t>
        <w:br/>
        <w:t>f 23908/664/629 23909/663/628 23910/666/631</w:t>
        <w:br/>
        <w:t>f 23914/667/632 23913/668/633 23912/669/634</w:t>
        <w:br/>
        <w:t>f 23913/668/633 23915/670/635 23912/669/634</w:t>
        <w:br/>
        <w:t>f 23915/670/635 23916/671/636 23912/669/634</w:t>
        <w:br/>
        <w:t>f 23916/671/636 23917/672/637 23912/669/634</w:t>
        <w:br/>
        <w:t>f 23917/672/637 23918/673/638 23912/669/634</w:t>
        <w:br/>
        <w:t>f 23918/673/638 23919/674/639 23912/669/634</w:t>
        <w:br/>
        <w:t>f 23919/674/639 23920/675/640 23912/669/634</w:t>
        <w:br/>
        <w:t>f 23920/675/640 23921/676/641 23912/669/634</w:t>
        <w:br/>
        <w:t>f 23921/676/641 23922/677/642 23912/669/634</w:t>
        <w:br/>
        <w:t>f 23922/677/642 23923/678/643 23912/669/634</w:t>
        <w:br/>
        <w:t>f 23923/678/643 23924/679/644 23912/669/634</w:t>
        <w:br/>
        <w:t>f 23924/679/644 23914/667/632 23912/669/634</w:t>
        <w:br/>
        <w:t>f 23927/680/645 23926/681/646 23925/682/647</w:t>
        <w:br/>
        <w:t>f 23926/681/646 23928/683/648 23925/682/647</w:t>
        <w:br/>
        <w:t>f 23928/683/648 23929/684/649 23925/682/647</w:t>
        <w:br/>
        <w:t>f 23929/684/649 23930/685/650 23925/682/647</w:t>
        <w:br/>
        <w:t>f 23930/685/650 23931/686/651 23925/682/647</w:t>
        <w:br/>
        <w:t>f 23931/686/651 23932/687/652 23925/682/647</w:t>
        <w:br/>
        <w:t>f 23932/687/652 23933/688/653 23925/682/647</w:t>
        <w:br/>
        <w:t>f 23933/688/653 23934/689/654 23925/682/647</w:t>
        <w:br/>
        <w:t>f 23934/689/654 23935/690/655 23925/682/647</w:t>
        <w:br/>
        <w:t>f 23935/690/655 23936/691/656 23925/682/647</w:t>
        <w:br/>
        <w:t>f 23936/691/656 23937/692/657 23925/682/647</w:t>
        <w:br/>
        <w:t>f 23937/692/657 23927/680/645 23925/682/647</w:t>
        <w:br/>
        <w:t>f 23940/693/658 23939/694/658 23938/695/659</w:t>
        <w:br/>
        <w:t>f 23944/696/660 23943/697/661 23942/698/662</w:t>
        <w:br/>
        <w:t>f 23941/699/663 23944/696/660 23942/698/662</w:t>
        <w:br/>
        <w:t>f 23947/700/664 23946/701/665 23945/702/664</w:t>
        <w:br/>
        <w:t>f 23941/699/663 23949/703/666 23948/704/667</w:t>
        <w:br/>
        <w:t>f 23944/696/660 23941/699/663 23948/704/667</w:t>
        <w:br/>
        <w:t>f 23947/700/664 23945/702/664 23939/694/658</w:t>
        <w:br/>
        <w:t>f 23940/693/658 23947/700/664 23939/694/658</w:t>
        <w:br/>
        <w:t>f 23942/698/662 23943/697/661 23950/705/668</w:t>
        <w:br/>
        <w:t>f 23954/706/669 23953/707/670 23952/708/670</w:t>
        <w:br/>
        <w:t>f 23951/709/669 23954/706/669 23952/708/670</w:t>
        <w:br/>
        <w:t>f 23954/706/669 23951/709/669 23955/710/671</w:t>
        <w:br/>
        <w:t>f 23958/711/672 23949/703/666 23957/712/673</w:t>
        <w:br/>
        <w:t>f 23956/713/674 23958/711/672 23957/712/673</w:t>
        <w:br/>
        <w:t>f 23956/713/674 23941/699/675 23960/714/676</w:t>
        <w:br/>
        <w:t>f 23959/715/677 23956/713/674 23960/714/676</w:t>
        <w:br/>
        <w:t>f 23950/705/668 23959/715/677 23942/698/662</w:t>
        <w:br/>
        <w:t>f 23963/716/678 23962/717/678 23961/718/679</w:t>
        <w:br/>
        <w:t>f 23967/719/680 23966/720/681 23965/721/682</w:t>
        <w:br/>
        <w:t>f 23964/722/683 23967/719/680 23965/721/682</w:t>
        <w:br/>
        <w:t>f 23970/723/684 23969/724/685 23968/725/686</w:t>
        <w:br/>
        <w:t>f 23964/722/683 23965/721/682 23972/726/687</w:t>
        <w:br/>
        <w:t>f 23971/727/687 23964/722/683 23972/726/687</w:t>
        <w:br/>
        <w:t>f 23963/716/678 23969/724/685 23970/723/684</w:t>
        <w:br/>
        <w:t>f 23962/717/678 23963/716/678 23970/723/684</w:t>
        <w:br/>
        <w:t>f 23966/720/681 23967/719/680 23973/728/688</w:t>
        <w:br/>
        <w:t>f 23977/729/689 23976/730/689 23975/731/690</w:t>
        <w:br/>
        <w:t>f 23974/732/690 23977/729/689 23975/731/690</w:t>
        <w:br/>
        <w:t>f 23978/733/691 23974/732/690 23975/731/690</w:t>
        <w:br/>
        <w:t>f 23982/734/692 23981/735/692 23980/736/693</w:t>
        <w:br/>
        <w:t>f 23979/737/694 23982/734/692 23980/736/693</w:t>
        <w:br/>
        <w:t>f 23979/737/694 23984/738/695 23983/739/696</w:t>
        <w:br/>
        <w:t>f 23964/722/697 23979/737/694 23983/739/696</w:t>
        <w:br/>
        <w:t>f 23973/728/688 23967/719/680 23984/738/698</w:t>
        <w:br/>
        <w:t>f 23988/740/699 23987/741/700 23986/742/701</w:t>
        <w:br/>
        <w:t>f 23985/743/701 23988/740/699 23986/742/701</w:t>
        <w:br/>
        <w:t>f 23992/744/702 23991/745/703 23990/746/704</w:t>
        <w:br/>
        <w:t>f 23989/747/705 23992/744/702 23990/746/704</w:t>
        <w:br/>
        <w:t>f 23995/748/706 23994/749/707 23993/750/708</w:t>
        <w:br/>
        <w:t>f 23996/751/709 23995/748/706 23993/750/708</w:t>
        <w:br/>
        <w:t>f 23994/749/707 23998/752/710 23997/753/711</w:t>
        <w:br/>
        <w:t>f 23993/750/708 23994/749/707 23997/753/711</w:t>
        <w:br/>
        <w:t>f 24002/754/710 24001/755/712 24000/756/713</w:t>
        <w:br/>
        <w:t>f 23999/757/711 24002/754/710 24000/756/713</w:t>
        <w:br/>
        <w:t>f 24005/758/714 24004/759/715 24003/760/716</w:t>
        <w:br/>
        <w:t>f 24008/761/717 24007/762/718 24006/763/718</w:t>
        <w:br/>
        <w:t>f 24012/764/719 24011/765/720 24010/766/721</w:t>
        <w:br/>
        <w:t>f 24009/767/722 24012/764/719 24010/766/721</w:t>
        <w:br/>
        <w:t>f 24014/768/723 24013/769/724 24010/766/721</w:t>
        <w:br/>
        <w:t>f 24011/765/720 24014/768/723 24010/766/721</w:t>
        <w:br/>
        <w:t>f 24018/770/725 24017/771/726 24016/772/726</w:t>
        <w:br/>
        <w:t>f 24015/773/725 24018/770/725 24016/772/726</w:t>
        <w:br/>
        <w:t>f 24022/774/727 24021/775/728 24020/776/729</w:t>
        <w:br/>
        <w:t>f 24019/777/727 24022/774/727 24020/776/729</w:t>
        <w:br/>
        <w:t>f 24026/778/730 24025/779/731 24024/780/731</w:t>
        <w:br/>
        <w:t>f 24023/781/730 24026/778/730 24024/780/731</w:t>
        <w:br/>
        <w:t>f 24025/779/731 24028/782/732 24027/783/733</w:t>
        <w:br/>
        <w:t>f 24024/780/731 24025/779/731 24027/783/733</w:t>
        <w:br/>
        <w:t>f 24032/784/734 24031/785/734 24030/786/735</w:t>
        <w:br/>
        <w:t>f 24029/787/736 24032/784/734 24030/786/735</w:t>
        <w:br/>
        <w:t>f 24036/788/737 24035/789/738 24034/790/739</w:t>
        <w:br/>
        <w:t>f 24033/791/740 24036/788/737 24034/790/739</w:t>
        <w:br/>
        <w:t>f 24040/792/741 24039/793/742 24038/794/743</w:t>
        <w:br/>
        <w:t>f 24037/795/744 24040/792/741 24038/794/743</w:t>
        <w:br/>
        <w:t>f 24043/796/745 24042/797/746 24041/798/745</w:t>
        <w:br/>
        <w:t>f 24046/799/747 24045/800/748 24044/801/749</w:t>
        <w:br/>
        <w:t>f 24050/802/750 24049/803/751 24048/804/752</w:t>
        <w:br/>
        <w:t>f 24047/805/753 24050/802/750 24048/804/752</w:t>
        <w:br/>
        <w:t>f 24054/806/754 24053/807/754 24052/808/755</w:t>
        <w:br/>
        <w:t>f 24051/809/755 24054/806/754 24052/808/755</w:t>
        <w:br/>
        <w:t>f 24057/810/756 24056/811/757 24055/812/758</w:t>
        <w:br/>
        <w:t>f 24061/813/759 24060/814/760 24059/815/761</w:t>
        <w:br/>
        <w:t>f 24058/816/762 24061/813/759 24059/815/761</w:t>
        <w:br/>
        <w:t>f 24065/817/763 24064/818/764 24063/819/765</w:t>
        <w:br/>
        <w:t>f 24062/820/766 24065/817/763 24063/819/765</w:t>
        <w:br/>
        <w:t>f 24068/821/767 24067/822/768 24066/823/769</w:t>
        <w:br/>
        <w:t>f 24070/824/770 24067/822/768 24068/821/767</w:t>
        <w:br/>
        <w:t>f 24069/825/771 24070/824/770 24068/821/767</w:t>
        <w:br/>
        <w:t>f 24074/826/772 24073/827/773 24072/828/774</w:t>
        <w:br/>
        <w:t>f 24071/829/775 24074/826/772 24072/828/774</w:t>
        <w:br/>
        <w:t>f 24078/830/776 24077/831/776 24076/832/777</w:t>
        <w:br/>
        <w:t>f 24075/833/777 24078/830/776 24076/832/777</w:t>
        <w:br/>
        <w:t>f 24081/834/778 24080/835/779 24079/836/780</w:t>
        <w:br/>
        <w:t>f 24085/837/781 24084/838/782 24083/839/783</w:t>
        <w:br/>
        <w:t>f 24082/840/784 24085/837/781 24083/839/783</w:t>
        <w:br/>
        <w:t>f 24082/840/785 24061/813/759 24058/816/762</w:t>
        <w:br/>
        <w:t>f 24086/841/786 24082/840/785 24058/816/762</w:t>
        <w:br/>
        <w:t>f 24088/842/787 24087/843/788 23996/751/709</w:t>
        <w:br/>
        <w:t>f 23993/750/708 24088/842/787 23996/751/709</w:t>
        <w:br/>
        <w:t>f 23997/753/711 24089/844/789 23993/750/708</w:t>
        <w:br/>
        <w:t>f 24000/756/713 24091/845/790 24090/846/791</w:t>
        <w:br/>
        <w:t>f 23999/757/711 24000/756/713 24090/846/791</w:t>
        <w:br/>
        <w:t>f 24048/804/752 24074/826/772 24071/829/775</w:t>
        <w:br/>
        <w:t>f 24080/835/779 24048/804/752 24071/829/775</w:t>
        <w:br/>
        <w:t>f 24074/826/772 24048/804/752 24049/803/751</w:t>
        <w:br/>
        <w:t>f 24092/847/792 24074/826/772 24049/803/751</w:t>
        <w:br/>
        <w:t>f 24096/848/793 24095/849/794 24094/850/795</w:t>
        <w:br/>
        <w:t>f 24093/851/796 24096/848/793 24094/850/795</w:t>
        <w:br/>
        <w:t>f 24067/822/768 24070/824/770 24098/852/797</w:t>
        <w:br/>
        <w:t>f 24097/853/798 24067/822/768 24098/852/797</w:t>
        <w:br/>
        <w:t>f 24067/822/768 24097/853/798 24099/854/799</w:t>
        <w:br/>
        <w:t>f 24066/823/769 24067/822/768 24099/854/799</w:t>
        <w:br/>
        <w:t>f 24062/820/766 24101/855/800 24100/856/801</w:t>
        <w:br/>
        <w:t>f 24065/817/763 24062/820/766 24100/856/801</w:t>
        <w:br/>
        <w:t>f 24060/814/760 24061/813/759 24084/838/782</w:t>
        <w:br/>
        <w:t>f 24102/857/802 24060/814/760 24084/838/782</w:t>
        <w:br/>
        <w:t>f 24074/826/772 24092/847/792 24103/858/803</w:t>
        <w:br/>
        <w:t>f 24073/827/773 24074/826/772 24103/858/803</w:t>
        <w:br/>
        <w:t>f 24107/859/804 24106/860/805 24105/861/805</w:t>
        <w:br/>
        <w:t>f 24104/862/806 24107/859/804 24105/861/805</w:t>
        <w:br/>
        <w:t>f 24007/762/718 24109/863/807 24108/864/808</w:t>
        <w:br/>
        <w:t>f 24006/763/718 24007/762/718 24108/864/808</w:t>
        <w:br/>
        <w:t>f 24003/760/716 24004/759/715 24111/865/809</w:t>
        <w:br/>
        <w:t>f 24110/866/810 24003/760/716 24111/865/809</w:t>
        <w:br/>
        <w:t>f 24112/867/811 24003/760/716 24110/866/810</w:t>
        <w:br/>
        <w:t>f 24116/868/812 24115/869/813 24114/870/814</w:t>
        <w:br/>
        <w:t>f 24113/871/815 24116/868/812 24114/870/814</w:t>
        <w:br/>
        <w:t>f 24077/831/776 24078/830/776 24118/872/816</w:t>
        <w:br/>
        <w:t>f 24117/873/817 24077/831/776 24118/872/816</w:t>
        <w:br/>
        <w:t>f 24053/807/754 24054/806/754 24120/874/818</w:t>
        <w:br/>
        <w:t>f 24119/875/819 24053/807/754 24120/874/818</w:t>
        <w:br/>
        <w:t>f 24031/785/734 24032/784/734 23985/743/701</w:t>
        <w:br/>
        <w:t>f 23986/742/701 24031/785/734 23985/743/701</w:t>
        <w:br/>
        <w:t>f 23989/747/705 24036/788/737 24033/791/740</w:t>
        <w:br/>
        <w:t>f 23992/744/702 23989/747/705 24033/791/740</w:t>
        <w:br/>
        <w:t>f 24124/876/820 24123/877/821 24122/878/822</w:t>
        <w:br/>
        <w:t>f 24121/879/823 24124/876/820 24122/878/822</w:t>
        <w:br/>
        <w:t>f 24126/880/824 24125/881/825 24123/877/821</w:t>
        <w:br/>
        <w:t>f 24130/882/826 24129/883/827 24128/884/828</w:t>
        <w:br/>
        <w:t>f 24127/885/828 24130/882/826 24128/884/828</w:t>
        <w:br/>
        <w:t>f 24134/886/829 24133/887/830 24132/888/830</w:t>
        <w:br/>
        <w:t>f 24131/889/829 24134/886/829 24132/888/830</w:t>
        <w:br/>
        <w:t>f 24131/889/829 24136/890/831 24135/891/832</w:t>
        <w:br/>
        <w:t>f 24134/886/829 24131/889/829 24135/891/832</w:t>
        <w:br/>
        <w:t>f 24140/892/833 24139/893/834 24138/894/835</w:t>
        <w:br/>
        <w:t>f 24137/895/836 24140/892/833 24138/894/835</w:t>
        <w:br/>
        <w:t>f 24144/896/837 24143/897/838 24142/898/839</w:t>
        <w:br/>
        <w:t>f 24141/899/840 24144/896/837 24142/898/839</w:t>
        <w:br/>
        <w:t>f 24148/900/841 24147/901/842 24146/902/843</w:t>
        <w:br/>
        <w:t>f 24145/903/844 24148/900/841 24146/902/843</w:t>
        <w:br/>
        <w:t>f 24147/901/842 24148/900/841 24150/904/845</w:t>
        <w:br/>
        <w:t>f 24149/905/845 24147/901/842 24150/904/845</w:t>
        <w:br/>
        <w:t>f 24153/906/846 24152/907/846 24142/898/839</w:t>
        <w:br/>
        <w:t>f 24151/908/847 24153/906/846 24142/898/839</w:t>
        <w:br/>
        <w:t>f 24155/909/848 24138/894/835 24139/893/834</w:t>
        <w:br/>
        <w:t>f 24154/910/849 24155/909/848 24139/893/834</w:t>
        <w:br/>
        <w:t>f 24157/911/744 24156/912/743 24035/789/738</w:t>
        <w:br/>
        <w:t>f 24036/788/737 24157/911/744 24035/789/738</w:t>
        <w:br/>
        <w:t>f 24066/823/769 24099/854/799 24159/913/800</w:t>
        <w:br/>
        <w:t>f 24158/914/766 24066/823/769 24159/913/800</w:t>
        <w:br/>
        <w:t>f 24068/821/767 24066/823/769 24158/914/766</w:t>
        <w:br/>
        <w:t>f 24160/915/765 24068/821/767 24158/914/766</w:t>
        <w:br/>
        <w:t>f 24163/916/850 24162/917/851 24161/918/852</w:t>
        <w:br/>
        <w:t>f 24059/815/761 24055/812/758 24058/816/762</w:t>
        <w:br/>
        <w:t>f 24041/798/745 24069/825/771 24068/821/767</w:t>
        <w:br/>
        <w:t>f 24043/796/745 24041/798/745 24068/821/767</w:t>
        <w:br/>
        <w:t>f 24045/800/748 24068/821/767 24160/915/765</w:t>
        <w:br/>
        <w:t>f 24044/801/749 24045/800/748 24160/915/765</w:t>
        <w:br/>
        <w:t>f 24064/818/764 24161/918/852 24162/917/851</w:t>
        <w:br/>
        <w:t>f 24063/819/765 24064/818/764 24162/917/851</w:t>
        <w:br/>
        <w:t>f 24055/812/758 24056/811/757 24086/841/786</w:t>
        <w:br/>
        <w:t>f 24058/816/762 24055/812/758 24086/841/786</w:t>
        <w:br/>
        <w:t>f 24166/919/853 24165/920/704 24164/921/854</w:t>
        <w:br/>
        <w:t>f 24090/846/791 24166/919/853 24164/921/854</w:t>
        <w:br/>
        <w:t>f 24127/885/828 24128/884/828 24167/922/855</w:t>
        <w:br/>
        <w:t>f 24089/844/789 24088/842/787 23993/750/708</w:t>
        <w:br/>
        <w:t>f 23999/757/711 24090/846/791 24164/921/854</w:t>
        <w:br/>
        <w:t>f 24122/878/822 24125/881/825 24168/923/856</w:t>
        <w:br/>
        <w:t>f 24125/881/825 24122/878/822 24123/877/821</w:t>
        <w:br/>
        <w:t>f 24169/924/857 24115/869/813 24125/881/825</w:t>
        <w:br/>
        <w:t>f 24126/880/824 24169/924/857 24125/881/825</w:t>
        <w:br/>
        <w:t>f 24096/848/793 24093/851/796 24171/925/858</w:t>
        <w:br/>
        <w:t>f 24170/926/859 24096/848/793 24171/925/858</w:t>
        <w:br/>
        <w:t>f 24174/927/860 24173/928/861 24009/767/862</w:t>
        <w:br/>
        <w:t>f 24172/929/863 24174/927/860 24009/767/862</w:t>
        <w:br/>
        <w:t>f 24175/930/864 24174/927/865 24010/766/721</w:t>
        <w:br/>
        <w:t>f 24013/769/724 24175/930/864 24010/766/721</w:t>
        <w:br/>
        <w:t>f 24121/879/823 24122/878/822 24093/851/796</w:t>
        <w:br/>
        <w:t>f 24094/850/795 24121/879/823 24093/851/796</w:t>
        <w:br/>
        <w:t>f 24094/850/795 24129/883/827 24130/882/826</w:t>
        <w:br/>
        <w:t>f 24143/897/838 24176/931/866 24151/908/847</w:t>
        <w:br/>
        <w:t>f 24142/898/839 24143/897/838 24151/908/847</w:t>
        <w:br/>
        <w:t>f 24097/853/798 24098/852/797 24029/787/736</w:t>
        <w:br/>
        <w:t>f 24030/786/735 24097/853/798 24029/787/736</w:t>
        <w:br/>
        <w:t>f 24035/789/738 24099/854/799 24097/853/798</w:t>
        <w:br/>
        <w:t>f 24030/786/735 24035/789/738 24097/853/798</w:t>
        <w:br/>
        <w:t>f 24156/912/743 24159/913/800 24099/854/799</w:t>
        <w:br/>
        <w:t>f 24035/789/738 24156/912/743 24099/854/799</w:t>
        <w:br/>
        <w:t>f 24039/793/742 24100/856/801 24101/855/800</w:t>
        <w:br/>
        <w:t>f 24038/794/743 24039/793/742 24101/855/800</w:t>
        <w:br/>
        <w:t>f 24084/838/782 24085/837/781 24075/833/777</w:t>
        <w:br/>
        <w:t>f 24076/832/777 24084/838/782 24075/833/777</w:t>
        <w:br/>
        <w:t>f 24102/857/802 24084/838/782 24051/809/755</w:t>
        <w:br/>
        <w:t>f 24052/808/755 24102/857/802 24051/809/755</w:t>
        <w:br/>
        <w:t>f 24093/851/796 24122/878/822 24168/923/856</w:t>
        <w:br/>
        <w:t>f 24171/925/858 24093/851/796 24168/923/856</w:t>
        <w:br/>
        <w:t>f 24180/932/867 24179/933/868 24178/934/869</w:t>
        <w:br/>
        <w:t>f 24177/935/870 24180/932/867 24178/934/869</w:t>
        <w:br/>
        <w:t>f 24091/845/790 24183/936/871 24182/937/872</w:t>
        <w:br/>
        <w:t>f 24181/938/873 24091/845/790 24182/937/872</w:t>
        <w:br/>
        <w:t>f 24185/939/874 24184/940/874 24141/899/840</w:t>
        <w:br/>
        <w:t>f 24142/898/839 24185/939/874 24141/899/840</w:t>
        <w:br/>
        <w:t>f 24187/941/875 24179/933/868 24180/932/867</w:t>
        <w:br/>
        <w:t>f 24186/942/876 24187/941/875 24180/932/867</w:t>
        <w:br/>
        <w:t>f 24037/795/744 24189/943/877 24188/944/878</w:t>
        <w:br/>
        <w:t>f 24040/792/741 24037/795/744 24188/944/878</w:t>
        <w:br/>
        <w:t>f 24193/945/837 24192/946/879 24191/947/880</w:t>
        <w:br/>
        <w:t>f 24190/948/881 24193/945/837 24191/947/880</w:t>
        <w:br/>
        <w:t>f 24195/949/882 24187/941/875 24186/942/876</w:t>
        <w:br/>
        <w:t>f 24194/950/883 24195/949/882 24186/942/876</w:t>
        <w:br/>
        <w:t>f 24079/836/780 24197/951/884 24196/952/885</w:t>
        <w:br/>
        <w:t>f 24080/835/779 24071/829/775 24198/953/886</w:t>
        <w:br/>
        <w:t>f 24197/951/884 24080/835/779 24198/953/886</w:t>
        <w:br/>
        <w:t>f 24200/954/887 24199/955/888 24197/951/884</w:t>
        <w:br/>
        <w:t>f 24198/953/886 24200/954/887 24197/951/884</w:t>
        <w:br/>
        <w:t>f 24195/949/882 24194/950/883 24201/956/889</w:t>
        <w:br/>
        <w:t>f 24118/872/816 24189/943/877 24072/828/774</w:t>
        <w:br/>
        <w:t>f 24189/943/877 24192/946/879 24072/828/774</w:t>
        <w:br/>
        <w:t>f 24186/942/876 24180/932/867 24202/957/890</w:t>
        <w:br/>
        <w:t>f 24203/958/891 24200/954/887 24198/953/886</w:t>
        <w:br/>
        <w:t>f 24201/956/889 24203/958/891 24198/953/886</w:t>
        <w:br/>
        <w:t>f 24192/946/879 24201/956/889 24072/828/774</w:t>
        <w:br/>
        <w:t>f 24206/959/892 24205/960/893 24204/961/894</w:t>
        <w:br/>
        <w:t>f 24210/962/895 24209/963/896 24208/964/897</w:t>
        <w:br/>
        <w:t>f 24207/965/898 24210/962/895 24208/964/897</w:t>
        <w:br/>
        <w:t>f 24209/963/896 24211/966/899 24208/964/897</w:t>
        <w:br/>
        <w:t>f 24215/967/900 24214/968/901 24213/969/902</w:t>
        <w:br/>
        <w:t>f 24212/970/903 24215/967/900 24213/969/902</w:t>
        <w:br/>
        <w:t>f 24219/971/904 24218/972/905 24217/973/906</w:t>
        <w:br/>
        <w:t>f 24216/974/907 24219/971/904 24217/973/906</w:t>
        <w:br/>
        <w:t>f 24218/972/905 24221/975/908 24220/976/909</w:t>
        <w:br/>
        <w:t>f 24217/973/906 24218/972/905 24220/976/909</w:t>
        <w:br/>
        <w:t>f 24225/977/910 24224/978/911 24223/979/912</w:t>
        <w:br/>
        <w:t>f 24222/980/913 24225/977/910 24223/979/912</w:t>
        <w:br/>
        <w:t>f 24112/867/811 24110/866/810 24218/972/905</w:t>
        <w:br/>
        <w:t>f 24219/971/904 24112/867/811 24218/972/905</w:t>
        <w:br/>
        <w:t>f 24109/863/807 24225/977/910 24222/980/913</w:t>
        <w:br/>
        <w:t>f 24108/864/808 24109/863/807 24222/980/913</w:t>
        <w:br/>
        <w:t>f 24110/866/810 24111/865/809 24221/975/908</w:t>
        <w:br/>
        <w:t>f 24218/972/905 24110/866/810 24221/975/908</w:t>
        <w:br/>
        <w:t>f 24214/968/901 24210/962/895 24207/965/898</w:t>
        <w:br/>
        <w:t>f 24213/969/902 24214/968/901 24207/965/898</w:t>
        <w:br/>
        <w:t>f 24212/970/903 24213/969/902 24227/981/914</w:t>
        <w:br/>
        <w:t>f 24226/982/915 24212/970/903 24227/981/914</w:t>
        <w:br/>
        <w:t>f 24213/969/902 24207/965/898 24228/983/916</w:t>
        <w:br/>
        <w:t>f 24227/981/914 24213/969/902 24228/983/916</w:t>
        <w:br/>
        <w:t>f 24229/984/917 24228/983/916 24207/965/898</w:t>
        <w:br/>
        <w:t>f 24208/964/897 24229/984/917 24207/965/898</w:t>
        <w:br/>
        <w:t>f 24211/966/899 24229/984/917 24208/964/897</w:t>
        <w:br/>
        <w:t>f 24139/893/834 24140/892/833 24135/891/832</w:t>
        <w:br/>
        <w:t>f 24136/890/831 24139/893/834 24135/891/832</w:t>
        <w:br/>
        <w:t>f 24154/910/849 24139/893/834 24136/890/831</w:t>
        <w:br/>
        <w:t>f 24146/902/843 24154/910/849 24136/890/831</w:t>
        <w:br/>
        <w:t>f 24028/782/732 24018/770/725 24015/773/725</w:t>
        <w:br/>
        <w:t>f 24027/783/733 24028/782/732 24015/773/725</w:t>
        <w:br/>
        <w:t>f 24021/775/728 24175/930/864 24013/769/724</w:t>
        <w:br/>
        <w:t>f 24020/776/729 24021/775/728 24013/769/724</w:t>
        <w:br/>
        <w:t>f 24014/768/723 24020/776/729 24013/769/724</w:t>
        <w:br/>
        <w:t>f 24017/771/726 24230/985/918 24016/772/726</w:t>
        <w:br/>
        <w:t>f 24231/986/919 24022/774/727 24019/777/727</w:t>
        <w:br/>
        <w:t>f 24232/987/920 24137/895/836 24138/894/835</w:t>
        <w:br/>
        <w:t>f 24155/909/848 24232/987/920 24138/894/835</w:t>
        <w:br/>
        <w:t>f 24026/778/730 24023/781/730 24095/849/794</w:t>
        <w:br/>
        <w:t>f 24096/848/793 24026/778/730 24095/849/794</w:t>
        <w:br/>
        <w:t>f 24152/907/846 24153/906/846 24149/905/845</w:t>
        <w:br/>
        <w:t>f 24150/904/845 24152/907/846 24149/905/845</w:t>
        <w:br/>
        <w:t>f 24185/939/874 24132/888/830 24133/887/830</w:t>
        <w:br/>
        <w:t>f 24184/940/874 24185/939/874 24133/887/830</w:t>
        <w:br/>
        <w:t>f 24106/860/805 24012/764/719 24009/767/722</w:t>
        <w:br/>
        <w:t>f 24105/861/805 24106/860/805 24009/767/722</w:t>
        <w:br/>
        <w:t>f 24173/928/861 24096/848/793 24170/926/859</w:t>
        <w:br/>
        <w:t>f 24009/767/862 24173/928/861 24170/926/859</w:t>
        <w:br/>
        <w:t>f 23988/740/699 24087/843/788 24088/842/787</w:t>
        <w:br/>
        <w:t>f 23987/741/700 23988/740/699 24088/842/787</w:t>
        <w:br/>
        <w:t>f 24088/842/787 24089/844/789 23990/746/704</w:t>
        <w:br/>
        <w:t>f 23987/741/700 24088/842/787 23990/746/704</w:t>
        <w:br/>
        <w:t>f 24072/828/774 24073/827/773 24117/873/817</w:t>
        <w:br/>
        <w:t>f 24118/872/816 24072/828/774 24117/873/817</w:t>
        <w:br/>
        <w:t>f 24073/827/773 24103/858/803 24119/875/819</w:t>
        <w:br/>
        <w:t>f 24117/873/817 24073/827/773 24119/875/819</w:t>
        <w:br/>
        <w:t>f 24123/877/821 24124/876/820 24165/920/704</w:t>
        <w:br/>
        <w:t>f 24166/919/853 24123/877/821 24165/920/704</w:t>
        <w:br/>
        <w:t>f 24203/958/891 24201/956/889 24194/950/883</w:t>
        <w:br/>
        <w:t>f 24233/988/921 24203/958/891 24194/950/883</w:t>
        <w:br/>
        <w:t>f 24201/956/889 24198/953/886 24071/829/775</w:t>
        <w:br/>
        <w:t>f 24072/828/774 24201/956/889 24071/829/775</w:t>
        <w:br/>
        <w:t>f 24237/989/922 24236/990/922 24235/991/923</w:t>
        <w:br/>
        <w:t>f 24234/992/924 24237/989/922 24235/991/923</w:t>
        <w:br/>
        <w:t>f 24240/993/925 24234/992/924 24239/994/926</w:t>
        <w:br/>
        <w:t>f 24238/995/925 24240/993/925 24239/994/926</w:t>
        <w:br/>
        <w:t>f 24244/996/927 24243/997/928 24242/998/929</w:t>
        <w:br/>
        <w:t>f 24241/999/927 24244/996/927 24242/998/929</w:t>
        <w:br/>
        <w:t>f 24247/1000/930 24246/1001/931 24245/1002/932</w:t>
        <w:br/>
        <w:t>f 24247/1000/930 24245/1002/932 24248/1003/933</w:t>
        <w:br/>
        <w:t>f 24252/1004/934 24251/1005/935 24250/1006/936</w:t>
        <w:br/>
        <w:t>f 24249/1007/937 24252/1004/934 24250/1006/936</w:t>
        <w:br/>
        <w:t>f 24245/1002/932 24246/1001/931 24254/1008/938</w:t>
        <w:br/>
        <w:t>f 24253/1009/939 24245/1002/932 24254/1008/938</w:t>
        <w:br/>
        <w:t>f 24256/1010/940 24254/1008/938 24246/1001/931</w:t>
        <w:br/>
        <w:t>f 24255/1011/941 24256/1010/940 24246/1001/931</w:t>
        <w:br/>
        <w:t>f 24247/1000/930 24257/1012/942 24255/1011/941</w:t>
        <w:br/>
        <w:t>f 24246/1001/931 24247/1000/930 24255/1011/941</w:t>
        <w:br/>
        <w:t>f 24259/1013/943 24258/1014/944 24257/1012/942</w:t>
        <w:br/>
        <w:t>f 24247/1000/930 24259/1013/943 24257/1012/942</w:t>
        <w:br/>
        <w:t>f 24261/1015/945 24250/1006/936 24251/1005/935</w:t>
        <w:br/>
        <w:t>f 24260/1016/946 24261/1015/945 24251/1005/935</w:t>
        <w:br/>
        <w:t>f 24265/1017/947 24264/1018/948 24263/1019/949</w:t>
        <w:br/>
        <w:t>f 24262/1020/950 24265/1017/947 24263/1019/949</w:t>
        <w:br/>
        <w:t>f 24268/1021/951 24249/1007/937 24267/1022/952</w:t>
        <w:br/>
        <w:t>f 24266/1023/953 24268/1021/951 24267/1022/952</w:t>
        <w:br/>
        <w:t>f 24264/1018/948 24270/1024/954 24269/1025/955</w:t>
        <w:br/>
        <w:t>f 24263/1019/949 24264/1018/948 24269/1025/955</w:t>
        <w:br/>
        <w:t>f 24262/1020/950 24272/1026/956 24271/1027/957</w:t>
        <w:br/>
        <w:t>f 24265/1017/947 24262/1020/950 24271/1027/957</w:t>
        <w:br/>
        <w:t>f 24276/1028/958 24275/1029/959 24274/1030/960</w:t>
        <w:br/>
        <w:t>f 24273/1031/961 24276/1028/958 24274/1030/960</w:t>
        <w:br/>
        <w:t>f 24276/1028/958 24279/1032/962 24278/1033/963</w:t>
        <w:br/>
        <w:t>f 24277/1034/964 24276/1028/958 24278/1033/963</w:t>
        <w:br/>
        <w:t>f 24243/997/928 24281/1035/965 24280/1036/965</w:t>
        <w:br/>
        <w:t>f 24242/998/929 24243/997/928 24280/1036/965</w:t>
        <w:br/>
        <w:t>f 24281/1035/965 24240/993/925 24238/995/925</w:t>
        <w:br/>
        <w:t>f 24280/1036/965 24281/1035/965 24238/995/925</w:t>
        <w:br/>
        <w:t>f 24260/1016/946 24251/1005/935 24283/1037/966</w:t>
        <w:br/>
        <w:t>f 24282/1038/967 24260/1016/946 24283/1037/966</w:t>
        <w:br/>
        <w:t>f 24251/1005/935 24252/1004/934 24283/1037/966</w:t>
        <w:br/>
        <w:t>f 24252/1004/934 24284/1039/968 24283/1037/966</w:t>
        <w:br/>
        <w:t>f 24249/1007/937 24250/1006/936 24001/755/712</w:t>
        <w:br/>
        <w:t>f 24002/754/710 24249/1007/937 24001/755/712</w:t>
        <w:br/>
        <w:t>f 24250/1006/936 24261/1015/945 24285/1040/969</w:t>
        <w:br/>
        <w:t>f 24001/755/712 24250/1006/936 24285/1040/969</w:t>
        <w:br/>
        <w:t>f 24275/1029/959 24276/1028/958 24277/1034/964</w:t>
        <w:br/>
        <w:t>f 24286/1041/970 24275/1029/959 24277/1034/964</w:t>
        <w:br/>
        <w:t>f 24279/1032/962 24276/1028/958 24273/1031/961</w:t>
        <w:br/>
        <w:t>f 24287/1042/971 24279/1032/962 24273/1031/961</w:t>
        <w:br/>
        <w:t>f 24272/1026/956 24244/996/927 24241/999/927</w:t>
        <w:br/>
        <w:t>f 24271/1027/957 24272/1026/956 24241/999/927</w:t>
        <w:br/>
        <w:t>f 24283/1037/966 24284/1039/968 24286/1041/970</w:t>
        <w:br/>
        <w:t>f 24277/1034/964 24283/1037/966 24286/1041/970</w:t>
        <w:br/>
        <w:t>f 24282/1038/967 24283/1037/966 24277/1034/964</w:t>
        <w:br/>
        <w:t>f 24278/1033/963 24282/1038/967 24277/1034/964</w:t>
        <w:br/>
        <w:t>f 24259/1013/943 24248/1003/933 24287/1042/971</w:t>
        <w:br/>
        <w:t>f 24273/1031/961 24259/1013/943 24287/1042/971</w:t>
        <w:br/>
        <w:t>f 24258/1014/944 24259/1013/943 24273/1031/961</w:t>
        <w:br/>
        <w:t>f 24274/1030/960 24258/1014/944 24273/1031/961</w:t>
        <w:br/>
        <w:t>f 24247/1000/930 24248/1003/933 24259/1013/943</w:t>
        <w:br/>
        <w:t>f 24245/1002/932 24288/1043/972 24248/1003/933</w:t>
        <w:br/>
        <w:t>f 24248/1003/933 24288/1043/972 24289/1044/973</w:t>
        <w:br/>
        <w:t>f 24287/1042/971 24248/1003/933 24289/1044/973</w:t>
        <w:br/>
        <w:t>f 24290/1045/974 24000/756/713 24001/755/712</w:t>
        <w:br/>
        <w:t>f 24285/1040/969 24290/1045/974 24001/755/712</w:t>
        <w:br/>
        <w:t>f 24260/1016/946 24292/1046/975 24291/1047/976</w:t>
        <w:br/>
        <w:t>f 24261/1015/945 24260/1016/946 24291/1047/976</w:t>
        <w:br/>
        <w:t>f 24282/1038/967 24293/1048/977 24292/1046/975</w:t>
        <w:br/>
        <w:t>f 24260/1016/946 24282/1038/967 24292/1046/975</w:t>
        <w:br/>
        <w:t>f 24293/1048/977 24282/1038/967 24278/1033/963</w:t>
        <w:br/>
        <w:t>f 24294/1049/978 24293/1048/977 24278/1033/963</w:t>
        <w:br/>
        <w:t>f 24294/1049/978 24278/1033/963 24279/1032/962</w:t>
        <w:br/>
        <w:t>f 24295/1050/979 24294/1049/978 24279/1032/962</w:t>
        <w:br/>
        <w:t>f 24295/1050/979 24279/1032/962 24287/1042/971</w:t>
        <w:br/>
        <w:t>f 24289/1044/973 24295/1050/979 24287/1042/971</w:t>
        <w:br/>
        <w:t>f 24297/1051/980 24296/1052/981 24114/870/814</w:t>
        <w:br/>
        <w:t>f 24115/869/813 24297/1051/980 24114/870/814</w:t>
        <w:br/>
        <w:t>f 24301/1053/982 24300/1054/983 24299/1055/984</w:t>
        <w:br/>
        <w:t>f 24298/1056/982 24301/1053/982 24299/1055/984</w:t>
        <w:br/>
        <w:t>f 24305/1057/985 24304/1058/986 24303/1059/987</w:t>
        <w:br/>
        <w:t>f 24302/1060/988 24305/1057/985 24303/1059/987</w:t>
        <w:br/>
        <w:t>f 24308/1061/989 24307/1062/990 24306/1063/991</w:t>
        <w:br/>
        <w:t>f 24309/1064/992 24308/1061/989 24306/1063/991</w:t>
        <w:br/>
        <w:t>f 24307/1062/990 24308/1061/989 24311/1065/993</w:t>
        <w:br/>
        <w:t>f 24310/1066/994 24307/1062/990 24311/1065/993</w:t>
        <w:br/>
        <w:t>f 24315/1067/994 24314/1068/993 24313/1069/995</w:t>
        <w:br/>
        <w:t>f 24312/1070/996 24315/1067/994 24313/1069/995</w:t>
        <w:br/>
        <w:t>f 24319/1071/997 24318/1072/998 24317/1073/999</w:t>
        <w:br/>
        <w:t>f 24316/1074/1000 24319/1071/997 24317/1073/999</w:t>
        <w:br/>
        <w:t>f 24322/1075/1001 24321/1076/1002 24320/1077/1003</w:t>
        <w:br/>
        <w:t>f 24325/1078/1004 24324/1079/1005 24323/1080/1006</w:t>
        <w:br/>
        <w:t>f 24329/1081/1007 24328/1082/922 24327/1083/922</w:t>
        <w:br/>
        <w:t>f 24326/1084/1008 24329/1081/1007 24327/1083/922</w:t>
        <w:br/>
        <w:t>f 24330/1085/1009 24329/1081/1007 24326/1084/1008</w:t>
        <w:br/>
        <w:t>f 24334/1086/1010 24333/1087/1011 24332/1088/1012</w:t>
        <w:br/>
        <w:t>f 24331/1089/1012 24334/1086/1010 24332/1088/1012</w:t>
        <w:br/>
        <w:t>f 24337/1090/1013 24336/1091/1014 24335/1092/1015</w:t>
        <w:br/>
        <w:t>f 24337/1090/1013 24338/1093/1016 24336/1091/1014</w:t>
        <w:br/>
        <w:t>f 24342/1094/1017 24341/1095/1018 24340/1096/1019</w:t>
        <w:br/>
        <w:t>f 24339/1097/1020 24342/1094/1017 24340/1096/1019</w:t>
        <w:br/>
        <w:t>f 24336/1091/1014 24344/1098/939 24343/1099/938</w:t>
        <w:br/>
        <w:t>f 24335/1092/1015 24336/1091/1014 24343/1099/938</w:t>
        <w:br/>
        <w:t>f 24335/1092/1015 24343/1099/938 24346/1100/940</w:t>
        <w:br/>
        <w:t>f 24345/1101/1021 24335/1092/1015 24346/1100/940</w:t>
        <w:br/>
        <w:t>f 24345/1101/1021 24347/1102/1022 24337/1090/1013</w:t>
        <w:br/>
        <w:t>f 24335/1092/1015 24345/1101/1021 24337/1090/1013</w:t>
        <w:br/>
        <w:t>f 24349/1103/1023 24337/1090/1013 24347/1102/1022</w:t>
        <w:br/>
        <w:t>f 24348/1104/1024 24349/1103/1023 24347/1102/1022</w:t>
        <w:br/>
        <w:t>f 24341/1095/1018 24342/1094/1017 24351/1105/1025</w:t>
        <w:br/>
        <w:t>f 24350/1106/1026 24341/1095/1018 24351/1105/1025</w:t>
        <w:br/>
        <w:t>f 24355/1107/1027 24354/1108/1028 24353/1109/1029</w:t>
        <w:br/>
        <w:t>f 24352/1110/1030 24355/1107/1027 24353/1109/1029</w:t>
        <w:br/>
        <w:t>f 24359/1111/1031 24358/1112/1032 24357/1113/1033</w:t>
        <w:br/>
        <w:t>f 24356/1114/1034 24359/1111/1031 24357/1113/1033</w:t>
        <w:br/>
        <w:t>f 24362/1115/1035 24361/1116/1036 24360/1117/1037</w:t>
        <w:br/>
        <w:t>f 24366/1118/1038 24365/1119/1039 24364/1120/1040</w:t>
        <w:br/>
        <w:t>f 24363/1121/1040 24366/1118/1038 24364/1120/1040</w:t>
        <w:br/>
        <w:t>f 24369/1122/1041 24368/1123/1042 24367/1124/1043</w:t>
        <w:br/>
        <w:t>f 24339/1097/1020 24369/1122/1041 24367/1124/1043</w:t>
        <w:br/>
        <w:t>f 24373/1125/1044 24372/1126/1045 24371/1127/1046</w:t>
        <w:br/>
        <w:t>f 24370/1128/1047 24373/1125/1044 24371/1127/1046</w:t>
        <w:br/>
        <w:t>f 24375/1129/1048 24370/1128/1047 24371/1127/1046</w:t>
        <w:br/>
        <w:t>f 24374/1130/1049 24375/1129/1048 24371/1127/1046</w:t>
        <w:br/>
        <w:t>f 24379/1131/1050 24378/1132/1050 24377/1133/1051</w:t>
        <w:br/>
        <w:t>f 24376/1134/1051 24379/1131/1050 24377/1133/1051</w:t>
        <w:br/>
        <w:t>f 24383/1135/1052 24382/1136/1052 24381/1137/1053</w:t>
        <w:br/>
        <w:t>f 24380/1138/1054 24383/1135/1052 24381/1137/1053</w:t>
        <w:br/>
        <w:t>f 24387/1139/1055 24386/1140/1055 24385/1141/1056</w:t>
        <w:br/>
        <w:t>f 24384/1142/1056 24387/1139/1055 24385/1141/1056</w:t>
        <w:br/>
        <w:t>f 24384/1142/1056 24385/1141/1056 24389/1143/1057</w:t>
        <w:br/>
        <w:t>f 24388/1144/1058 24384/1142/1056 24389/1143/1057</w:t>
        <w:br/>
        <w:t>f 24393/1145/1059 24392/1146/1060 24391/1147/1061</w:t>
        <w:br/>
        <w:t>f 24390/1148/1062 24393/1145/1059 24391/1147/1061</w:t>
        <w:br/>
        <w:t>f 24397/1149/1063 24396/1150/1064 24395/1151/1065</w:t>
        <w:br/>
        <w:t>f 24394/1152/1066 24397/1149/1063 24395/1151/1065</w:t>
        <w:br/>
        <w:t>f 24401/1153/1067 24400/1154/1068 24399/1155/1069</w:t>
        <w:br/>
        <w:t>f 24398/1156/1070 24401/1153/1067 24399/1155/1069</w:t>
        <w:br/>
        <w:t>f 24404/1157/1071 24403/1158/1071 24402/1159/1072</w:t>
        <w:br/>
        <w:t>f 24407/1160/1073 24406/1161/1074 24405/1162/1075</w:t>
        <w:br/>
        <w:t>f 24363/1121/1040 24364/1120/1040 24409/1163/1076</w:t>
        <w:br/>
        <w:t>f 24408/1164/1076 24363/1121/1040 24409/1163/1076</w:t>
        <w:br/>
        <w:t>f 24411/1165/1077 24410/1166/1078 24365/1119/1039</w:t>
        <w:br/>
        <w:t>f 24366/1118/1038 24411/1165/1077 24365/1119/1039</w:t>
        <w:br/>
        <w:t>f 24413/1167/1079 24412/1168/1080 24350/1106/1026</w:t>
        <w:br/>
        <w:t>f 24351/1105/1025 24413/1167/1079 24350/1106/1026</w:t>
        <w:br/>
        <w:t>f 24417/1169/1081 24416/1170/1082 24415/1171/1083</w:t>
        <w:br/>
        <w:t>f 24414/1172/1084 24417/1169/1081 24415/1171/1083</w:t>
        <w:br/>
        <w:t>f 24417/1169/1081 24420/1173/1085 24419/1174/1086</w:t>
        <w:br/>
        <w:t>f 24418/1175/1087 24417/1169/1081 24419/1174/1086</w:t>
        <w:br/>
        <w:t>f 24424/1176/1088 24423/1177/686 24422/1178/1089</w:t>
        <w:br/>
        <w:t>f 24421/1179/1090 24424/1176/1088 24422/1178/1089</w:t>
        <w:br/>
        <w:t>f 24428/1180/1091 24427/1181/1092 24426/1182/1092</w:t>
        <w:br/>
        <w:t>f 24425/1183/1091 24428/1180/1091 24426/1182/1092</w:t>
        <w:br/>
        <w:t>f 24431/1184/1093 24430/1185/1094 24429/1186/1095</w:t>
        <w:br/>
        <w:t>f 24435/1187/1096 24434/1188/1097 24433/1189/1098</w:t>
        <w:br/>
        <w:t>f 24432/1190/1099 24435/1187/1096 24433/1189/1098</w:t>
        <w:br/>
        <w:t>f 24439/1191/1100 24438/1192/1101 24437/1193/1102</w:t>
        <w:br/>
        <w:t>f 24436/1194/1103 24439/1191/1100 24437/1193/1102</w:t>
        <w:br/>
        <w:t>f 24442/1195/1104 24441/1196/1105 24440/1197/1106</w:t>
        <w:br/>
        <w:t>f 24442/1195/1104 24440/1197/1106 24444/1198/1107</w:t>
        <w:br/>
        <w:t>f 24443/1199/1108 24442/1195/1104 24444/1198/1107</w:t>
        <w:br/>
        <w:t>f 24446/1200/1109 24445/1201/1109 24306/1063/991</w:t>
        <w:br/>
        <w:t>f 24307/1062/990 24446/1200/1109 24306/1063/991</w:t>
        <w:br/>
        <w:t>f 24448/1202/1110 24447/1203/1110 24423/1177/686</w:t>
        <w:br/>
        <w:t>f 24424/1176/1088 24448/1202/1110 24423/1177/686</w:t>
        <w:br/>
        <w:t>f 24452/1204/1111 24451/1205/1112 24450/1206/1113</w:t>
        <w:br/>
        <w:t>f 24449/1207/1114 24452/1204/1111 24450/1206/1113</w:t>
        <w:br/>
        <w:t>f 24456/1208/1115 24455/1209/1116 24454/1210/1116</w:t>
        <w:br/>
        <w:t>f 24453/1211/1115 24456/1208/1115 24454/1210/1116</w:t>
        <w:br/>
        <w:t>f 24458/1212/1117 24422/1178/1089 24457/1213/1118</w:t>
        <w:br/>
        <w:t>f 24462/1214/1119 24461/1215/1120 24460/1216/1121</w:t>
        <w:br/>
        <w:t>f 24459/1217/1122 24462/1214/1119 24460/1216/1121</w:t>
        <w:br/>
        <w:t>f 24461/1215/1123 24463/1218/1124 24434/1188/1097</w:t>
        <w:br/>
        <w:t>f 24435/1187/1096 24461/1215/1123 24434/1188/1097</w:t>
        <w:br/>
        <w:t>f 24465/1219/1125 24464/1220/1125 24333/1087/1011</w:t>
        <w:br/>
        <w:t>f 24334/1086/1010 24465/1219/1125 24333/1087/1011</w:t>
        <w:br/>
        <w:t>f 24467/1221/1126 24466/1222/1126 24464/1220/1125</w:t>
        <w:br/>
        <w:t>f 24465/1219/1125 24467/1221/1126 24464/1220/1125</w:t>
        <w:br/>
        <w:t>f 24469/1223/1127 24350/1106/1026 24412/1168/1080</w:t>
        <w:br/>
        <w:t>f 24468/1224/1128 24469/1223/1127 24412/1168/1080</w:t>
        <w:br/>
        <w:t>f 24350/1106/1026 24469/1223/1127 24470/1225/1129</w:t>
        <w:br/>
        <w:t>f 24341/1095/1018 24350/1106/1026 24470/1225/1129</w:t>
        <w:br/>
        <w:t>f 24470/1225/1129 24340/1096/1019 24341/1095/1018</w:t>
        <w:br/>
        <w:t>f 24340/1096/1019 24472/1226/1130 24471/1227/1131</w:t>
        <w:br/>
        <w:t>f 24312/1070/996 24342/1094/1017 24339/1097/1020</w:t>
        <w:br/>
        <w:t>f 24315/1067/994 24312/1070/996 24339/1097/1020</w:t>
        <w:br/>
        <w:t>f 24342/1094/1017 24312/1070/996 24473/1228/1132</w:t>
        <w:br/>
        <w:t>f 24351/1105/1025 24342/1094/1017 24473/1228/1132</w:t>
        <w:br/>
        <w:t>f 24474/1229/1133 24413/1167/1079 24351/1105/1025</w:t>
        <w:br/>
        <w:t>f 24473/1228/1132 24474/1229/1133 24351/1105/1025</w:t>
        <w:br/>
        <w:t>f 24339/1097/1020 24340/1096/1019 24471/1227/1131</w:t>
        <w:br/>
        <w:t>f 24369/1122/1041 24339/1097/1020 24471/1227/1131</w:t>
        <w:br/>
        <w:t>f 24312/1070/996 24313/1069/995 24355/1107/1027</w:t>
        <w:br/>
        <w:t>f 24473/1228/1132 24312/1070/996 24355/1107/1027</w:t>
        <w:br/>
        <w:t>f 24473/1228/1132 24355/1107/1027 24352/1110/1030</w:t>
        <w:br/>
        <w:t>f 24474/1229/1133 24473/1228/1132 24352/1110/1030</w:t>
        <w:br/>
        <w:t>f 24300/1054/983 24308/1061/989 24309/1064/992</w:t>
        <w:br/>
        <w:t>f 24299/1055/984 24300/1054/983 24309/1064/992</w:t>
        <w:br/>
        <w:t>f 24311/1065/993 24308/1061/989 24305/1057/985</w:t>
        <w:br/>
        <w:t>f 24319/1071/997 24313/1069/995 24314/1068/993</w:t>
        <w:br/>
        <w:t>f 24318/1072/998 24319/1071/997 24314/1068/993</w:t>
        <w:br/>
        <w:t>f 24313/1069/995 24319/1071/997 24354/1108/1028</w:t>
        <w:br/>
        <w:t>f 24355/1107/1027 24313/1069/995 24354/1108/1028</w:t>
        <w:br/>
        <w:t>f 24449/1207/1114 24450/1206/1113 24422/1178/1089</w:t>
        <w:br/>
        <w:t>f 24458/1212/1117 24449/1207/1114 24422/1178/1089</w:t>
        <w:br/>
        <w:t>f 24450/1206/1113 24475/1230/1134 24421/1179/1090</w:t>
        <w:br/>
        <w:t>f 24422/1178/1089 24450/1206/1113 24421/1179/1090</w:t>
        <w:br/>
        <w:t>f 24316/1074/1000 24476/1231/1135 24354/1108/1028</w:t>
        <w:br/>
        <w:t>f 24319/1071/997 24316/1074/1000 24354/1108/1028</w:t>
        <w:br/>
        <w:t>f 24479/1232/1136 24478/1233/1137 24357/1113/1033</w:t>
        <w:br/>
        <w:t>f 24477/1234/1138 24479/1232/1136 24357/1113/1033</w:t>
        <w:br/>
        <w:t>f 24483/1235/1139 24482/1236/1140 24481/1237/1141</w:t>
        <w:br/>
        <w:t>f 24480/1238/1142 24483/1235/1139 24481/1237/1141</w:t>
        <w:br/>
        <w:t>f 24440/1197/1106 24485/1239/1143 24484/1240/1144</w:t>
        <w:br/>
        <w:t>f 24444/1198/1107 24440/1197/1106 24484/1240/1144</w:t>
        <w:br/>
        <w:t>f 24440/1197/1106 24441/1196/1105 24486/1241/1145</w:t>
        <w:br/>
        <w:t>f 24485/1239/1143 24440/1197/1106 24486/1241/1145</w:t>
        <w:br/>
        <w:t>f 24438/1192/1101 24439/1191/1100 24488/1242/1146</w:t>
        <w:br/>
        <w:t>f 24487/1243/1147 24438/1192/1101 24488/1242/1146</w:t>
        <w:br/>
        <w:t>f 24432/1190/1099 24489/1244/1148 24459/1217/1149</w:t>
        <w:br/>
        <w:t>f 24435/1187/1096 24432/1190/1099 24459/1217/1149</w:t>
        <w:br/>
        <w:t>f 24450/1206/1113 24451/1205/1112 24490/1245/1150</w:t>
        <w:br/>
        <w:t>f 24475/1230/1134 24450/1206/1113 24490/1245/1150</w:t>
        <w:br/>
        <w:t>f 24494/1246/1151 24493/1247/1151 24492/1248/1152</w:t>
        <w:br/>
        <w:t>f 24491/1249/1153 24494/1246/1151 24492/1248/1152</w:t>
        <w:br/>
        <w:t>f 24362/1115/1035 24360/1117/1037 24358/1112/1032</w:t>
        <w:br/>
        <w:t>f 24359/1111/1031 24362/1115/1035 24358/1112/1032</w:t>
        <w:br/>
        <w:t>f 24414/1172/1084 24495/1250/1154 24420/1173/1085</w:t>
        <w:br/>
        <w:t>f 24417/1169/1081 24414/1172/1084 24420/1173/1085</w:t>
        <w:br/>
        <w:t>f 24418/1175/1087 24496/1251/1155 24416/1170/1082</w:t>
        <w:br/>
        <w:t>f 24417/1169/1081 24418/1175/1087 24416/1170/1082</w:t>
        <w:br/>
        <w:t>f 24410/1166/1078 24411/1165/1077 24331/1089/1012</w:t>
        <w:br/>
        <w:t>f 24332/1088/1012 24410/1166/1078 24331/1089/1012</w:t>
        <w:br/>
        <w:t>f 24470/1225/1129 24420/1173/1085 24495/1250/1154</w:t>
        <w:br/>
        <w:t>f 24472/1226/1130 24470/1225/1129 24495/1250/1154</w:t>
        <w:br/>
        <w:t>f 24469/1223/1127 24419/1174/1086 24420/1173/1085</w:t>
        <w:br/>
        <w:t>f 24470/1225/1129 24469/1223/1127 24420/1173/1085</w:t>
        <w:br/>
        <w:t>f 24496/1251/1155 24338/1093/1016 24349/1103/1023</w:t>
        <w:br/>
        <w:t>f 24416/1170/1082 24496/1251/1155 24349/1103/1023</w:t>
        <w:br/>
        <w:t>f 24348/1104/1024 24415/1171/1083 24416/1170/1082</w:t>
        <w:br/>
        <w:t>f 24349/1103/1023 24348/1104/1024 24416/1170/1082</w:t>
        <w:br/>
        <w:t>f 24337/1090/1013 24349/1103/1023 24338/1093/1016</w:t>
        <w:br/>
        <w:t>f 24002/754/710 24267/1022/952 24249/1007/937</w:t>
        <w:br/>
        <w:t>f 24315/1067/994 24339/1097/1020 24367/1124/1043</w:t>
        <w:br/>
        <w:t>f 24249/1007/937 24268/1021/951 24497/1252/1156</w:t>
        <w:br/>
        <w:t>f 24252/1004/934 24249/1007/937 24497/1252/1156</w:t>
        <w:br/>
        <w:t>f 24499/1253/1157 24498/1254/1157 24323/1080/1006</w:t>
        <w:br/>
        <w:t>f 24324/1079/1005 24499/1253/1157 24323/1080/1006</w:t>
        <w:br/>
        <w:t>f 24321/1076/1002 24501/1255/1158 24500/1256/1159</w:t>
        <w:br/>
        <w:t>f 24320/1077/1003 24321/1076/1002 24500/1256/1159</w:t>
        <w:br/>
        <w:t>f 24502/1257/1160 24501/1255/1158 24321/1076/1002</w:t>
        <w:br/>
        <w:t>f 24505/1258/1161 24477/1234/1138 24504/1259/1162</w:t>
        <w:br/>
        <w:t>f 24503/1260/1163 24505/1258/1161 24504/1259/1162</w:t>
        <w:br/>
        <w:t>f 24509/1261/1164 24508/1262/1165 24507/1263/1166</w:t>
        <w:br/>
        <w:t>f 24506/1264/1167 24509/1261/1164 24507/1263/1166</w:t>
        <w:br/>
        <w:t>f 24511/1265/1168 24507/1263/1166 24510/1266/1169</w:t>
        <w:br/>
        <w:t>f 24357/1113/1033 24478/1233/1137 24512/1267/1170</w:t>
        <w:br/>
        <w:t>f 24356/1114/1034 24357/1113/1033 24512/1267/1170</w:t>
        <w:br/>
        <w:t>f 24358/1112/1032 24504/1259/1162 24477/1234/1138</w:t>
        <w:br/>
        <w:t>f 24357/1113/1033 24358/1112/1032 24477/1234/1138</w:t>
        <w:br/>
        <w:t>f 24513/1268/1171 24479/1232/1136 24477/1234/1138</w:t>
        <w:br/>
        <w:t>f 24505/1258/1161 24513/1268/1171 24477/1234/1138</w:t>
        <w:br/>
        <w:t>f 24516/1269/1172 24515/1270/1173 24514/1271/1174</w:t>
        <w:br/>
        <w:t>f 24514/1271/1174 24515/1270/1173 24517/1272/1175</w:t>
        <w:br/>
        <w:t>f 24517/1272/1175 24515/1270/1173 24518/1273/1176</w:t>
        <w:br/>
        <w:t>f 24521/1274/1177 24520/1275/1178 24519/1276/1179</w:t>
        <w:br/>
        <w:t>f 24524/1277/1180 24523/1278/1181 24522/1279/1182</w:t>
        <w:br/>
        <w:t>f 24526/1280/1183 24525/1281/1184 24524/1277/1180</w:t>
        <w:br/>
        <w:t>f 24522/1279/1182 24526/1280/1183 24524/1277/1180</w:t>
        <w:br/>
        <w:t>f 24530/1282/1185 24529/1283/1186 24528/1284/1187</w:t>
        <w:br/>
        <w:t>f 24527/1285/1188 24530/1282/1185 24528/1284/1187</w:t>
        <w:br/>
        <w:t>f 24534/1286/1189 24533/1287/1190 24532/1288/1191</w:t>
        <w:br/>
        <w:t>f 24531/1289/1192 24534/1286/1189 24532/1288/1191</w:t>
        <w:br/>
        <w:t>f 24525/1281/1184 24526/1280/1183 24536/1290/1193</w:t>
        <w:br/>
        <w:t>f 24535/1291/1194 24525/1281/1184 24536/1290/1193</w:t>
        <w:br/>
        <w:t>f 24540/1292/1195 24539/1293/1196 24538/1294/1197</w:t>
        <w:br/>
        <w:t>f 24537/1295/1198 24540/1292/1195 24538/1294/1197</w:t>
        <w:br/>
        <w:t>f 24543/1296/1199 24542/1297/1200 24541/1298/1201</w:t>
        <w:br/>
        <w:t>f 24539/1293/1196 24541/1298/1201 24542/1297/1200</w:t>
        <w:br/>
        <w:t>f 24538/1294/1197 24539/1293/1196 24542/1297/1200</w:t>
        <w:br/>
        <w:t>f 24529/1283/1186 24545/1299/1202 24544/1300/1203</w:t>
        <w:br/>
        <w:t>f 24528/1284/1187 24529/1283/1186 24544/1300/1203</w:t>
        <w:br/>
        <w:t>f 24547/1301/1204 24531/1289/1192 24532/1288/1191</w:t>
        <w:br/>
        <w:t>f 24546/1302/1204 24547/1301/1204 24532/1288/1191</w:t>
        <w:br/>
        <w:t>f 24551/1303/1205 24550/1304/977 24549/1305/1206</w:t>
        <w:br/>
        <w:t>f 24548/1306/1207 24551/1303/1205 24549/1305/1206</w:t>
        <w:br/>
        <w:t>f 24555/1307/1208 24554/1308/1209 24553/1309/1209</w:t>
        <w:br/>
        <w:t>f 24552/1310/1208 24555/1307/1208 24553/1309/1209</w:t>
        <w:br/>
        <w:t>f 24552/1310/1208 24557/1311/1210 24556/1312/1211</w:t>
        <w:br/>
        <w:t>f 24555/1307/1208 24552/1310/1208 24556/1312/1211</w:t>
        <w:br/>
        <w:t>f 24561/1313/1212 24560/1314/1213 24559/1315/1214</w:t>
        <w:br/>
        <w:t>f 24558/1316/1215 24561/1313/1212 24559/1315/1214</w:t>
        <w:br/>
        <w:t>f 24558/1316/1215 24559/1315/1214 24563/1317/1216</w:t>
        <w:br/>
        <w:t>f 24562/1318/1217 24558/1316/1215 24563/1317/1216</w:t>
        <w:br/>
        <w:t>f 24566/1319/1218 24565/1320/1219 24564/1321/1220</w:t>
        <w:br/>
        <w:t>f 24570/1322/1221 24569/1323/1222 24568/1324/1223</w:t>
        <w:br/>
        <w:t>f 24567/1325/1224 24570/1322/1221 24568/1324/1223</w:t>
        <w:br/>
        <w:t>f 24573/1326/1225 24572/1327/1226 24571/1328/1227</w:t>
        <w:br/>
        <w:t>f 24577/1329/1228 24576/1330/1229 24575/1331/1230</w:t>
        <w:br/>
        <w:t>f 24574/1332/1231 24577/1329/1228 24575/1331/1230</w:t>
        <w:br/>
        <w:t>f 24580/1333/1232 24579/1334/1233 24578/1335/1234</w:t>
        <w:br/>
        <w:t>f 24581/1336/1235 24580/1333/1232 24578/1335/1234</w:t>
        <w:br/>
        <w:t>f 24585/1337/1236 24584/1338/1237 24583/1339/1238</w:t>
        <w:br/>
        <w:t>f 24582/1340/1236 24585/1337/1236 24583/1339/1238</w:t>
        <w:br/>
        <w:t>f 24587/1341/1239 24585/1337/1236 24582/1340/1236</w:t>
        <w:br/>
        <w:t>f 24586/1342/1240 24587/1341/1239 24582/1340/1236</w:t>
        <w:br/>
        <w:t>f 24579/1334/1233 24580/1333/1232 24589/1343/1241</w:t>
        <w:br/>
        <w:t>f 24588/1344/1242 24579/1334/1233 24589/1343/1241</w:t>
        <w:br/>
        <w:t>f 24592/1345/1243 24591/1346/1244 24590/1347/1243</w:t>
        <w:br/>
        <w:t>f 24595/1348/1245 24594/1349/1246 24593/1350/1247</w:t>
        <w:br/>
        <w:t>f 24597/1351/1248 24577/1329/1228 24574/1332/1231</w:t>
        <w:br/>
        <w:t>f 24596/1352/1249 24597/1351/1248 24574/1332/1231</w:t>
        <w:br/>
        <w:t>f 24598/1353/1250 24575/1331/1230 24576/1330/1229</w:t>
        <w:br/>
        <w:t>f 24559/1315/1214 24598/1353/1250 24576/1330/1229</w:t>
        <w:br/>
        <w:t>f 24601/1354/1251 24600/1355/1252 24599/1356/1251</w:t>
        <w:br/>
        <w:t>f 24605/1357/1253 24604/1358/1254 24603/1359/1255</w:t>
        <w:br/>
        <w:t>f 24602/1360/1256 24605/1357/1253 24603/1359/1255</w:t>
        <w:br/>
        <w:t>f 24602/1360/1256 24607/1361/1257 24606/1362/1258</w:t>
        <w:br/>
        <w:t>f 24605/1357/1253 24602/1360/1256 24606/1362/1258</w:t>
        <w:br/>
        <w:t>f 24604/1358/1254 24605/1357/1253 24609/1363/1259</w:t>
        <w:br/>
        <w:t>f 24608/1364/1260 24604/1358/1254 24609/1363/1259</w:t>
        <w:br/>
        <w:t>f 24610/1365/1261 24609/1363/1259 24605/1357/1253</w:t>
        <w:br/>
        <w:t>f 24606/1362/1258 24610/1365/1261 24605/1357/1253</w:t>
        <w:br/>
        <w:t>f 24612/1366/1262 24606/1362/1258 24607/1361/1257</w:t>
        <w:br/>
        <w:t>f 24611/1367/1263 24612/1366/1262 24607/1361/1257</w:t>
        <w:br/>
        <w:t>f 24574/1332/1231 24575/1331/1230 24607/1361/1257</w:t>
        <w:br/>
        <w:t>f 24602/1360/1256 24574/1332/1231 24607/1361/1257</w:t>
        <w:br/>
        <w:t>f 24596/1352/1249 24574/1332/1231 24602/1360/1256</w:t>
        <w:br/>
        <w:t>f 24603/1359/1255 24596/1352/1249 24602/1360/1256</w:t>
        <w:br/>
        <w:t>f 24611/1367/1263 24607/1361/1257 24575/1331/1230</w:t>
        <w:br/>
        <w:t>f 24598/1353/1250 24611/1367/1263 24575/1331/1230</w:t>
        <w:br/>
        <w:t>f 24615/1368/1264 24614/1369/1265 24613/1370/1266</w:t>
        <w:br/>
        <w:t>f 24619/1371/1267 24618/1372/1268 24617/1373/1014</w:t>
        <w:br/>
        <w:t>f 24616/1374/1269 24619/1371/1267 24617/1373/1014</w:t>
        <w:br/>
        <w:t>f 24621/1375/1270 24615/1368/1264 24620/1376/1271</w:t>
        <w:br/>
        <w:t>f 24625/1377/1272 24624/1378/1273 24623/1379/1274</w:t>
        <w:br/>
        <w:t>f 24622/1380/1275 24625/1377/1272 24623/1379/1274</w:t>
        <w:br/>
        <w:t>f 24627/1381/1276 24625/1377/1272 24626/1382/1277</w:t>
        <w:br/>
        <w:t>f 24631/1383/1278 24630/1384/1279 24629/1385/1280</w:t>
        <w:br/>
        <w:t>f 24628/1386/1278 24631/1383/1278 24629/1385/1280</w:t>
        <w:br/>
        <w:t>f 24635/1387/1281 24634/1388/1281 24633/1389/1282</w:t>
        <w:br/>
        <w:t>f 24632/1390/1282 24635/1387/1281 24633/1389/1282</w:t>
        <w:br/>
        <w:t>f 24612/1366/1262 24636/1391/1283 24610/1365/1261</w:t>
        <w:br/>
        <w:t>f 24606/1362/1258 24612/1366/1262 24610/1365/1261</w:t>
        <w:br/>
        <w:t>f 24640/1392/1284 24639/1393/1285 24638/1394/1286</w:t>
        <w:br/>
        <w:t>f 24637/1395/1287 24640/1392/1284 24638/1394/1286</w:t>
        <w:br/>
        <w:t>f 24644/1396/1288 24643/1397/1289 24642/1398/1290</w:t>
        <w:br/>
        <w:t>f 24641/1399/1291 24644/1396/1288 24642/1398/1290</w:t>
        <w:br/>
        <w:t>f 24645/1400/1292 24640/1392/1284 24637/1395/1287</w:t>
        <w:br/>
        <w:t>f 24643/1397/1289 24619/1371/1267 24616/1374/1269</w:t>
        <w:br/>
        <w:t>f 24642/1398/1290 24643/1397/1289 24616/1374/1269</w:t>
        <w:br/>
        <w:t>f 24647/1401/1293 24583/1339/1294 24581/1336/1235</w:t>
        <w:br/>
        <w:t>f 24646/1402/1295 24647/1401/1293 24581/1336/1235</w:t>
        <w:br/>
        <w:t>f 24578/1335/1234 24648/1403/1296 24646/1402/1295</w:t>
        <w:br/>
        <w:t>f 24581/1336/1235 24578/1335/1234 24646/1402/1295</w:t>
        <w:br/>
        <w:t>f 24651/1404/1297 24650/1405/1298 24560/1314/1213</w:t>
        <w:br/>
        <w:t>f 24649/1406/1299 24651/1404/1297 24560/1314/1213</w:t>
        <w:br/>
        <w:t>f 24598/1353/1250 24560/1314/1213 24650/1405/1298</w:t>
        <w:br/>
        <w:t>f 24611/1367/1263 24598/1353/1250 24650/1405/1298</w:t>
        <w:br/>
        <w:t>f 24560/1314/1213 24598/1353/1250 24559/1315/1214</w:t>
        <w:br/>
        <w:t>f 24557/1311/1210 24653/1407/1300 24652/1408/1301</w:t>
        <w:br/>
        <w:t>f 24556/1312/1211 24557/1311/1210 24652/1408/1301</w:t>
        <w:br/>
        <w:t>f 24654/1409/1302 24572/1327/1226 24573/1326/1225</w:t>
        <w:br/>
        <w:t>f 24576/1330/1229 24563/1317/1216 24559/1315/1214</w:t>
        <w:br/>
        <w:t>f 24657/1410/1303 24656/1411/1304 24655/1412/1305</w:t>
        <w:br/>
        <w:t>f 24658/1413/1306 24619/1371/1267 24645/1400/1292</w:t>
        <w:br/>
        <w:t>f 24619/1371/1267 24643/1397/1289 24640/1392/1284</w:t>
        <w:br/>
        <w:t>f 24645/1400/1292 24619/1371/1267 24640/1392/1284</w:t>
        <w:br/>
        <w:t>f 24643/1397/1289 24644/1396/1288 24639/1393/1285</w:t>
        <w:br/>
        <w:t>f 24640/1392/1284 24643/1397/1289 24639/1393/1285</w:t>
        <w:br/>
        <w:t>f 24620/1376/1271 24615/1368/1264 24659/1414/1307</w:t>
        <w:br/>
        <w:t>f 24629/1385/1280 24630/1384/1279 24660/1415/1308</w:t>
        <w:br/>
        <w:t>f 24654/1409/1302 24661/1416/1309 24618/1372/1268</w:t>
        <w:br/>
        <w:t>f 24663/1417/1310 24662/1418/1311 24658/1413/1306</w:t>
        <w:br/>
        <w:t>f 24636/1391/1283 24612/1366/1262 24638/1394/1286</w:t>
        <w:br/>
        <w:t>f 24639/1393/1285 24636/1391/1283 24638/1394/1286</w:t>
        <w:br/>
        <w:t>f 24638/1394/1286 24612/1366/1262 24611/1367/1263</w:t>
        <w:br/>
        <w:t>f 24650/1405/1298 24638/1394/1286 24611/1367/1263</w:t>
        <w:br/>
        <w:t>f 24667/1419/1312 24666/1420/1260 24665/1421/1313</w:t>
        <w:br/>
        <w:t>f 24664/1422/1314 24667/1419/1312 24665/1421/1313</w:t>
        <w:br/>
        <w:t>f 24664/1422/1314 24669/1423/1315 24668/1424/1316</w:t>
        <w:br/>
        <w:t>f 24667/1419/1312 24664/1422/1314 24668/1424/1316</w:t>
        <w:br/>
        <w:t>f 24654/1409/1302 24573/1326/1225 24670/1425/1317</w:t>
        <w:br/>
        <w:t>f 24672/1426/1318 24568/1324/1223 24569/1323/1222</w:t>
        <w:br/>
        <w:t>f 24671/1427/1318 24672/1426/1318 24569/1323/1222</w:t>
        <w:br/>
        <w:t>f 24567/1325/1224 24673/1428/972 24570/1322/1221</w:t>
        <w:br/>
        <w:t>f 24654/1409/1302 24675/1429/1319 24674/1430/1320</w:t>
        <w:br/>
        <w:t>f 24654/1409/1302 24670/1425/1317 24675/1429/1319</w:t>
        <w:br/>
        <w:t>f 24677/1431/1321 24676/1432/1322 24655/1412/1305</w:t>
        <w:br/>
        <w:t>f 24656/1411/1304 24677/1431/1321 24655/1412/1305</w:t>
        <w:br/>
        <w:t>f 24681/1433/1323 24680/1434/1324 24679/1435/1325</w:t>
        <w:br/>
        <w:t>f 24678/1436/1326 24681/1433/1323 24679/1435/1325</w:t>
        <w:br/>
        <w:t>f 24682/1437/1312 24544/1300/1203 24604/1358/1254</w:t>
        <w:br/>
        <w:t>f 24608/1364/1260 24682/1437/1312 24604/1358/1254</w:t>
        <w:br/>
        <w:t>f 24545/1299/1202 24603/1359/1255 24604/1358/1254</w:t>
        <w:br/>
        <w:t>f 24544/1300/1203 24545/1299/1202 24604/1358/1254</w:t>
        <w:br/>
        <w:t>f 24683/1438/1327 24647/1401/1293 24646/1402/1295</w:t>
        <w:br/>
        <w:t>f 24596/1352/1249 24683/1438/1327 24646/1402/1295</w:t>
        <w:br/>
        <w:t>f 24596/1352/1249 24646/1402/1295 24648/1403/1296</w:t>
        <w:br/>
        <w:t>f 24597/1351/1248 24596/1352/1249 24648/1403/1296</w:t>
        <w:br/>
        <w:t>f 24636/1391/1283 24639/1393/1285 24644/1396/1288</w:t>
        <w:br/>
        <w:t>f 24684/1439/1328 24636/1391/1283 24644/1396/1288</w:t>
        <w:br/>
        <w:t>f 24684/1439/1328 24644/1396/1288 24641/1399/1291</w:t>
        <w:br/>
        <w:t>f 24685/1440/1329 24684/1439/1328 24641/1399/1291</w:t>
        <w:br/>
        <w:t>f 24614/1369/1265 24625/1377/1272 24622/1380/1275</w:t>
        <w:br/>
        <w:t>f 24613/1370/1266 24614/1369/1265 24622/1380/1275</w:t>
        <w:br/>
        <w:t>f 24689/1441/1330 24688/1442/1331 24687/1443/1331</w:t>
        <w:br/>
        <w:t>f 24686/1444/1330 24689/1441/1330 24687/1443/1331</w:t>
        <w:br/>
        <w:t>f 24625/1377/1272 24614/1369/1265 24690/1445/1332</w:t>
        <w:br/>
        <w:t>f 24626/1382/1277 24625/1377/1272 24690/1445/1332</w:t>
        <w:br/>
        <w:t>f 24614/1369/1265 24621/1375/1270 24690/1445/1332</w:t>
        <w:br/>
        <w:t>f 24624/1378/1273 24692/1446/1333 24691/1447/1334</w:t>
        <w:br/>
        <w:t>f 24623/1379/1274 24624/1378/1273 24691/1447/1334</w:t>
        <w:br/>
        <w:t>f 24608/1364/1260 24609/1363/1259 24692/1446/1333</w:t>
        <w:br/>
        <w:t>f 24624/1378/1273 24608/1364/1260 24692/1446/1333</w:t>
        <w:br/>
        <w:t>f 24692/1446/1333 24694/1448/1335 24693/1449/1336</w:t>
        <w:br/>
        <w:t>f 24691/1447/1334 24692/1446/1333 24693/1449/1336</w:t>
        <w:br/>
        <w:t>f 24609/1363/1259 24610/1365/1261 24694/1448/1335</w:t>
        <w:br/>
        <w:t>f 24692/1446/1333 24609/1363/1259 24694/1448/1335</w:t>
        <w:br/>
        <w:t>f 24694/1448/1335 24684/1439/1328 24685/1440/1329</w:t>
        <w:br/>
        <w:t>f 24693/1449/1336 24694/1448/1335 24685/1440/1329</w:t>
        <w:br/>
        <w:t>f 24610/1365/1261 24636/1391/1283 24684/1439/1328</w:t>
        <w:br/>
        <w:t>f 24694/1448/1335 24610/1365/1261 24684/1439/1328</w:t>
        <w:br/>
        <w:t>f 24696/1450/1337 24548/1306/1207 24549/1305/1206</w:t>
        <w:br/>
        <w:t>f 24695/1451/1338 24696/1450/1337 24549/1305/1206</w:t>
        <w:br/>
        <w:t>f 24650/1405/1298 24651/1404/1297 24637/1395/1287</w:t>
        <w:br/>
        <w:t>f 24638/1394/1286 24650/1405/1298 24637/1395/1287</w:t>
        <w:br/>
        <w:t>f 24560/1314/1213 24561/1313/1212 24697/1452/1339</w:t>
        <w:br/>
        <w:t>f 24649/1406/1299 24560/1314/1213 24697/1452/1339</w:t>
        <w:br/>
        <w:t>f 24698/1453/1340 24696/1450/1337 24695/1451/1338</w:t>
        <w:br/>
        <w:t>f 24651/1404/1297 24571/1328/1227 24645/1400/1292</w:t>
        <w:br/>
        <w:t>f 24637/1395/1287 24651/1404/1297 24645/1400/1292</w:t>
        <w:br/>
        <w:t>f 24649/1406/1299 24568/1324/1223 24571/1328/1227</w:t>
        <w:br/>
        <w:t>f 24651/1404/1297 24649/1406/1299 24571/1328/1227</w:t>
        <w:br/>
        <w:t>f 24649/1406/1299 24697/1452/1339 24567/1325/1224</w:t>
        <w:br/>
        <w:t>f 24568/1324/1223 24649/1406/1299 24567/1325/1224</w:t>
        <w:br/>
        <w:t>f 24673/1428/972 24567/1325/1224 24697/1452/1339</w:t>
        <w:br/>
        <w:t>f 24698/1453/1340 24673/1428/972 24697/1452/1339</w:t>
        <w:br/>
        <w:t>f 24613/1370/1266 24622/1380/1275 24700/1454/1133</w:t>
        <w:br/>
        <w:t>f 24699/1455/1030 24613/1370/1266 24700/1454/1133</w:t>
        <w:br/>
        <w:t>f 24622/1380/1275 24623/1379/1274 24701/1456/1079</w:t>
        <w:br/>
        <w:t>f 24700/1454/1133 24622/1380/1275 24701/1456/1079</w:t>
        <w:br/>
        <w:t>f 24615/1368/1264 24613/1370/1266 24699/1455/1030</w:t>
        <w:br/>
        <w:t>f 24702/1457/1029 24615/1368/1264 24699/1455/1030</w:t>
        <w:br/>
        <w:t>f 24623/1379/1274 24691/1447/1334 24703/1458/1080</w:t>
        <w:br/>
        <w:t>f 24701/1456/1079 24623/1379/1274 24703/1458/1080</w:t>
        <w:br/>
        <w:t>f 24691/1447/1334 24693/1449/1336 24704/1459/1128</w:t>
        <w:br/>
        <w:t>f 24703/1458/1080 24691/1447/1334 24704/1459/1128</w:t>
        <w:br/>
        <w:t>f 24693/1449/1336 24685/1440/1329 24705/1460/1341</w:t>
        <w:br/>
        <w:t>f 24704/1459/1128 24693/1449/1336 24705/1460/1341</w:t>
        <w:br/>
        <w:t>f 24707/1461/1016 24706/1462/1342 24642/1398/1290</w:t>
        <w:br/>
        <w:t>f 24616/1374/1269 24707/1461/1016 24642/1398/1290</w:t>
        <w:br/>
        <w:t>f 24641/1399/1291 24642/1398/1290 24706/1462/1342</w:t>
        <w:br/>
        <w:t>f 24708/1463/1343 24641/1399/1291 24706/1462/1342</w:t>
        <w:br/>
        <w:t>f 24616/1374/1269 24617/1373/1014 24707/1461/1016</w:t>
        <w:br/>
        <w:t>f 24708/1463/1343 24705/1460/1341 24685/1440/1329</w:t>
        <w:br/>
        <w:t>f 24641/1399/1291 24708/1463/1343 24685/1440/1329</w:t>
        <w:br/>
        <w:t>f 24621/1375/1270 24614/1369/1265 24615/1368/1264</w:t>
        <w:br/>
        <w:t>f 24628/1386/1278 24687/1443/1331 24688/1442/1331</w:t>
        <w:br/>
        <w:t>f 24631/1383/1278 24628/1386/1278 24688/1442/1331</w:t>
        <w:br/>
        <w:t>f 24710/1464/1344 24587/1341/1239 24586/1342/1240</w:t>
        <w:br/>
        <w:t>f 24709/1465/1344 24710/1464/1344 24586/1342/1240</w:t>
        <w:br/>
        <w:t>f 24594/1349/1246 24595/1348/1245 24588/1344/1242</w:t>
        <w:br/>
        <w:t>f 24589/1343/1241 24594/1349/1246 24588/1344/1242</w:t>
        <w:br/>
        <w:t>f 24535/1291/1194 24536/1290/1193 24533/1287/1190</w:t>
        <w:br/>
        <w:t>f 24534/1286/1189 24535/1291/1194 24533/1287/1190</w:t>
        <w:br/>
        <w:t>f 24527/1285/1188 24540/1292/1195 24537/1295/1198</w:t>
        <w:br/>
        <w:t>f 24530/1282/1185 24527/1285/1188 24537/1295/1198</w:t>
        <w:br/>
        <w:t>f 24713/1466/1345 24712/1467/1346 24677/1431/1321</w:t>
        <w:br/>
        <w:t>f 24711/1468/1347 24713/1466/1345 24677/1431/1321</w:t>
        <w:br/>
        <w:t>f 24566/1319/1218 24678/1436/1326 24679/1435/1325</w:t>
        <w:br/>
        <w:t>f 24565/1320/1219 24566/1319/1218 24679/1435/1325</w:t>
        <w:br/>
        <w:t>f 24716/1469/1348 24577/1329/1228 24715/1470/1349</w:t>
        <w:br/>
        <w:t>f 24714/1471/1350 24716/1469/1348 24715/1470/1349</w:t>
        <w:br/>
        <w:t>f 24577/1329/1228 24716/1469/1348 24563/1317/1216</w:t>
        <w:br/>
        <w:t>f 24576/1330/1229 24577/1329/1228 24563/1317/1216</w:t>
        <w:br/>
        <w:t>f 24570/1322/1221 24673/1428/972 24717/1472/1351</w:t>
        <w:br/>
        <w:t>f 24696/1450/1337 24697/1452/1339 24561/1313/1212</w:t>
        <w:br/>
        <w:t>f 24561/1313/1212 24558/1316/1215 24548/1306/1207</w:t>
        <w:br/>
        <w:t>f 24696/1450/1337 24561/1313/1212 24548/1306/1207</w:t>
        <w:br/>
        <w:t>f 24558/1316/1215 24562/1318/1217 24551/1303/1205</w:t>
        <w:br/>
        <w:t>f 24548/1306/1207 24558/1316/1215 24551/1303/1205</w:t>
        <w:br/>
        <w:t>f 24719/1473/1352 24718/1474/1353 24551/1303/1205</w:t>
        <w:br/>
        <w:t>f 24562/1318/1217 24719/1473/1352 24551/1303/1205</w:t>
        <w:br/>
        <w:t>f 24718/1474/1353 24719/1473/1352 24721/1475/1354</w:t>
        <w:br/>
        <w:t>f 24720/1476/1355 24718/1474/1353 24721/1475/1354</w:t>
        <w:br/>
        <w:t>f 24724/1477/1356 24723/1478/1357 24722/1479/1358</w:t>
        <w:br/>
        <w:t>f 24698/1453/1340 24697/1452/1339 24696/1450/1337</w:t>
        <w:br/>
        <w:t>f 24297/1051/980 24169/924/857 24726/1480/1359</w:t>
        <w:br/>
        <w:t>f 24725/1481/1360 24297/1051/980 24726/1480/1359</w:t>
        <w:br/>
        <w:t>f 24571/1328/1227 24572/1327/1226 24645/1400/1292</w:t>
        <w:br/>
        <w:t>f 24662/1418/1311 24619/1371/1267 24658/1413/1306</w:t>
        <w:br/>
        <w:t>f 24728/1482/1361 24727/1483/1362 24504/1259/1162</w:t>
        <w:br/>
        <w:t>f 24358/1112/1032 24728/1482/1361 24504/1259/1162</w:t>
        <w:br/>
        <w:t>f 24727/1483/1362 24729/1484/1363 24503/1260/1163</w:t>
        <w:br/>
        <w:t>f 24504/1259/1162 24727/1483/1362 24503/1260/1163</w:t>
        <w:br/>
        <w:t>f 24733/1485/1364 24732/1486/1365 24731/1487/1365</w:t>
        <w:br/>
        <w:t>f 24730/1488/1366 24733/1485/1364 24731/1487/1365</w:t>
        <w:br/>
        <w:t>f 24732/1486/1365 24735/1489/1367 24734/1490/1367</w:t>
        <w:br/>
        <w:t>f 24731/1487/1365 24732/1486/1365 24734/1490/1367</w:t>
        <w:br/>
        <w:t>f 24730/1488/1366 24553/1309/1209 24554/1308/1209</w:t>
        <w:br/>
        <w:t>f 24733/1485/1364 24730/1488/1366 24554/1308/1209</w:t>
        <w:br/>
        <w:t>f 24737/1491/1368 24297/1051/980 24725/1481/1360</w:t>
        <w:br/>
        <w:t>f 24736/1492/1368 24737/1491/1368 24725/1481/1360</w:t>
        <w:br/>
        <w:t>f 24738/1493/1369 24734/1490/1367 24735/1489/1367</w:t>
        <w:br/>
        <w:t>f 24741/1494/1370 24740/1495/1371 24739/1496/1372</w:t>
        <w:br/>
        <w:t>f 24736/1492/1368 24743/1497/1373 24742/1498/1374</w:t>
        <w:br/>
        <w:t>f 24737/1491/1368 24736/1492/1368 24742/1498/1374</w:t>
        <w:br/>
        <w:t>f 24743/1497/1373 24739/1496/1372 24740/1495/1371</w:t>
        <w:br/>
        <w:t>f 24742/1498/1374 24743/1497/1373 24740/1495/1371</w:t>
        <w:br/>
        <w:t>f 24452/1204/1111 24456/1208/1115 24453/1211/1115</w:t>
        <w:br/>
        <w:t>f 24451/1205/1112 24452/1204/1111 24453/1211/1115</w:t>
        <w:br/>
        <w:t>f 24451/1205/1112 24428/1180/1091 24425/1183/1091</w:t>
        <w:br/>
        <w:t>f 24490/1245/1150 24451/1205/1112 24425/1183/1091</w:t>
        <w:br/>
        <w:t>f 24390/1148/1062 24301/1053/982 24298/1056/982</w:t>
        <w:br/>
        <w:t>f 24393/1145/1059 24390/1148/1062 24298/1056/982</w:t>
        <w:br/>
        <w:t>f 24302/1060/988 24303/1059/987 24396/1150/1064</w:t>
        <w:br/>
        <w:t>f 24397/1149/1063 24302/1060/988 24396/1150/1064</w:t>
        <w:br/>
        <w:t>f 24746/1499/1375 24317/1073/999 24745/1500/1376</w:t>
        <w:br/>
        <w:t>f 24744/1501/1377 24746/1499/1375 24745/1500/1376</w:t>
        <w:br/>
        <w:t>f 24746/1499/1375 24747/1502/1378 24316/1074/1000</w:t>
        <w:br/>
        <w:t>f 24317/1073/999 24746/1499/1375 24316/1074/1000</w:t>
        <w:br/>
        <w:t>f 24478/1233/1137 24479/1232/1136 24509/1261/1164</w:t>
        <w:br/>
        <w:t>f 24476/1231/1135 24478/1233/1137 24509/1261/1164</w:t>
        <w:br/>
        <w:t>f 24479/1232/1136 24513/1268/1171 24508/1262/1165</w:t>
        <w:br/>
        <w:t>f 24509/1261/1164 24479/1232/1136 24508/1262/1165</w:t>
        <w:br/>
        <w:t>f 24615/1368/1264 24702/1457/1029 24659/1414/1307</w:t>
        <w:br/>
        <w:t>f 24751/1503/1379 24750/1504/1380 24749/1505/1381</w:t>
        <w:br/>
        <w:t>f 24748/1506/1381 24751/1503/1379 24749/1505/1381</w:t>
        <w:br/>
        <w:t>f 24755/1507/1382 24754/1508/1382 24753/1509/1383</w:t>
        <w:br/>
        <w:t>f 24752/1510/1383 24755/1507/1382 24753/1509/1383</w:t>
        <w:br/>
        <w:t>f 24757/1511/1384 24756/1512/1384 24752/1510/1383</w:t>
        <w:br/>
        <w:t>f 24753/1509/1383 24757/1511/1384 24752/1510/1383</w:t>
        <w:br/>
        <w:t>f 24748/1506/1381 24749/1505/1381 24756/1512/1384</w:t>
        <w:br/>
        <w:t>f 24757/1511/1384 24748/1506/1381 24756/1512/1384</w:t>
        <w:br/>
        <w:t>f 24761/1513/1385 24760/1514/1385 24759/1515/1386</w:t>
        <w:br/>
        <w:t>f 24758/1516/1386 24761/1513/1385 24759/1515/1386</w:t>
        <w:br/>
        <w:t>f 24758/1516/1386 24759/1515/1386 24763/1517/1387</w:t>
        <w:br/>
        <w:t>f 24762/1518/1388 24758/1516/1386 24763/1517/1387</w:t>
        <w:br/>
        <w:t>f 24762/1518/1388 24763/1517/1387 24765/1519/1389</w:t>
        <w:br/>
        <w:t>f 24764/1520/1389 24762/1518/1388 24765/1519/1389</w:t>
        <w:br/>
        <w:t>f 24764/1520/1389 24765/1519/1389 24767/1521/1390</w:t>
        <w:br/>
        <w:t>f 24766/1522/1390 24764/1520/1389 24767/1521/1390</w:t>
        <w:br/>
        <w:t>f 24768/1523/1391 24766/1522/1390 24767/1521/1390</w:t>
        <w:br/>
        <w:t>f 24751/1503/1379 24769/1524/1392 24750/1504/1380</w:t>
        <w:br/>
        <w:t>f 24754/1508/1382 24755/1507/1382 24771/1525/1393</w:t>
        <w:br/>
        <w:t>f 24770/1526/1394 24754/1508/1382 24771/1525/1393</w:t>
        <w:br/>
        <w:t>f 24773/1527/1395 24544/1300/1203 24682/1437/1312</w:t>
        <w:br/>
        <w:t>f 24772/1528/1316 24773/1527/1395 24682/1437/1312</w:t>
        <w:br/>
        <w:t>f 24776/1529/1396 24775/1530/1397 24774/1531/1398</w:t>
        <w:br/>
        <w:t>f 24778/1532/1399 24776/1529/1396 24774/1531/1398</w:t>
        <w:br/>
        <w:t>f 24777/1533/1400 24778/1532/1399 24774/1531/1398</w:t>
        <w:br/>
        <w:t>f 24777/1533/1400 24781/1534/1401 24780/1535/1195</w:t>
        <w:br/>
        <w:t>f 24779/1536/1188 24777/1533/1400 24780/1535/1195</w:t>
        <w:br/>
        <w:t>f 24781/1534/1401 24783/1537/1402 24782/1538/1196</w:t>
        <w:br/>
        <w:t>f 24780/1535/1195 24781/1534/1401 24782/1538/1196</w:t>
        <w:br/>
        <w:t>f 24783/1537/1402 24785/1539/1403 24784/1540/1201</w:t>
        <w:br/>
        <w:t>f 24782/1538/1196 24783/1537/1402 24784/1540/1201</w:t>
        <w:br/>
        <w:t>f 24786/1541/1404 24784/1540/1201 24785/1539/1403</w:t>
        <w:br/>
        <w:t>f 24546/1302/1204 24787/1542/1405 24547/1301/1204</w:t>
        <w:br/>
        <w:t>f 24531/1289/1192 24788/1543/1406 24545/1299/1202</w:t>
        <w:br/>
        <w:t>f 24529/1283/1186 24531/1289/1192 24545/1299/1202</w:t>
        <w:br/>
        <w:t>f 24529/1283/1186 24530/1282/1185 24534/1286/1189</w:t>
        <w:br/>
        <w:t>f 24531/1289/1192 24529/1283/1186 24534/1286/1189</w:t>
        <w:br/>
        <w:t>f 24530/1282/1185 24537/1295/1198 24535/1291/1194</w:t>
        <w:br/>
        <w:t>f 24534/1286/1189 24530/1282/1185 24535/1291/1194</w:t>
        <w:br/>
        <w:t>f 24525/1281/1184 24535/1291/1194 24537/1295/1198</w:t>
        <w:br/>
        <w:t>f 24789/1544/1407 24525/1281/1184 24537/1295/1198</w:t>
        <w:br/>
        <w:t>f 24525/1281/1184 24538/1294/1197 24542/1297/1200</w:t>
        <w:br/>
        <w:t>f 24524/1277/1180 24525/1281/1184 24542/1297/1200</w:t>
        <w:br/>
        <w:t>f 24542/1297/1200 24523/1278/1181 24524/1277/1180</w:t>
        <w:br/>
        <w:t>f 24793/1545/1408 24792/1546/1409 24791/1547/1409</w:t>
        <w:br/>
        <w:t>f 24790/1548/1408 24793/1545/1408 24791/1547/1409</w:t>
        <w:br/>
        <w:t>f 24795/1549/1410 24791/1547/1409 24792/1546/1409</w:t>
        <w:br/>
        <w:t>f 24794/1550/1410 24795/1549/1410 24792/1546/1409</w:t>
        <w:br/>
        <w:t>f 24797/1551/1411 24795/1549/1410 24794/1550/1410</w:t>
        <w:br/>
        <w:t>f 24796/1552/1411 24797/1551/1411 24794/1550/1410</w:t>
        <w:br/>
        <w:t>f 24590/1347/1243 24797/1551/1411 24796/1552/1411</w:t>
        <w:br/>
        <w:t>f 24592/1345/1243 24590/1347/1243 24796/1552/1411</w:t>
        <w:br/>
        <w:t>f 24798/1553/1412 24793/1545/1408 24790/1548/1408</w:t>
        <w:br/>
        <w:t>f 24683/1438/1327 24596/1352/1249 24603/1359/1255</w:t>
        <w:br/>
        <w:t>f 24683/1438/1327 24603/1359/1255 24545/1299/1202</w:t>
        <w:br/>
        <w:t>f 24788/1543/1406 24683/1438/1327 24545/1299/1202</w:t>
        <w:br/>
        <w:t>f 24709/1465/1344 24799/1554/1413 24710/1464/1344</w:t>
        <w:br/>
        <w:t>f 24579/1334/1233 24801/1555/1414 24800/1556/1415</w:t>
        <w:br/>
        <w:t>f 24578/1335/1234 24579/1334/1233 24800/1556/1415</w:t>
        <w:br/>
        <w:t>f 24588/1344/1242 24802/1557/1416 24801/1555/1414</w:t>
        <w:br/>
        <w:t>f 24579/1334/1233 24588/1344/1242 24801/1555/1414</w:t>
        <w:br/>
        <w:t>f 24597/1351/1248 24805/1558/1417 24804/1559/1418</w:t>
        <w:br/>
        <w:t>f 24803/1560/1418 24597/1351/1248 24804/1559/1418</w:t>
        <w:br/>
        <w:t>f 24578/1335/1234 24800/1556/1415 24806/1561/1419</w:t>
        <w:br/>
        <w:t>f 24648/1403/1296 24578/1335/1234 24806/1561/1419</w:t>
        <w:br/>
        <w:t>f 24648/1403/1296 24806/1561/1419 24805/1558/1417</w:t>
        <w:br/>
        <w:t>f 24597/1351/1248 24648/1403/1296 24805/1558/1417</w:t>
        <w:br/>
        <w:t>f 24595/1348/1245 24807/1562/1420 24802/1557/1416</w:t>
        <w:br/>
        <w:t>f 24588/1344/1242 24595/1348/1245 24802/1557/1416</w:t>
        <w:br/>
        <w:t>f 24595/1348/1245 24593/1350/1247 24807/1562/1420</w:t>
        <w:br/>
        <w:t>f 24811/1563/1421 24810/1564/1422 24809/1565/1423</w:t>
        <w:br/>
        <w:t>f 24808/1566/1424 24811/1563/1421 24809/1565/1423</w:t>
        <w:br/>
        <w:t>f 24813/1567/1425 24809/1565/1423 24810/1564/1422</w:t>
        <w:br/>
        <w:t>f 24812/1568/1426 24813/1567/1425 24810/1564/1422</w:t>
        <w:br/>
        <w:t>f 24817/1569/1427 24816/1570/1428 24815/1571/1429</w:t>
        <w:br/>
        <w:t>f 24814/1572/1430 24817/1569/1427 24815/1571/1429</w:t>
        <w:br/>
        <w:t>f 24818/1573/1431 24813/1567/1425 24812/1568/1426</w:t>
        <w:br/>
        <w:t>f 24820/1574/1432 24722/1479/1358 24819/1575/1433</w:t>
        <w:br/>
        <w:t>f 24252/1004/934 24497/1252/1156 24284/1039/968</w:t>
        <w:br/>
        <w:t>f 24340/1096/1019 24470/1225/1129 24472/1226/1130</w:t>
        <w:br/>
        <w:t>f 24290/1045/974 24183/936/871 24091/845/790</w:t>
        <w:br/>
        <w:t>f 24000/756/713 24290/1045/974 24091/845/790</w:t>
        <w:br/>
        <w:t>f 24819/1575/1433 24722/1479/1358 24822/1576/1434</w:t>
        <w:br/>
        <w:t>f 24821/1577/1435 24819/1575/1433 24822/1576/1434</w:t>
        <w:br/>
        <w:t>f 24825/1578/1436 24824/1579/1437 24823/1580/1438</w:t>
        <w:br/>
        <w:t>f 24720/1476/1355 24827/1581/976 24826/1582/1439</w:t>
        <w:br/>
        <w:t>f 24718/1474/1353 24720/1476/1355 24826/1582/1439</w:t>
        <w:br/>
        <w:t>f 24829/1583/1440 24828/1584/1441 24827/1581/976</w:t>
        <w:br/>
        <w:t>f 24720/1476/1355 24829/1583/1440 24827/1581/976</w:t>
        <w:br/>
        <w:t>f 24828/1584/1441 24829/1583/1440 24831/1585/1442</w:t>
        <w:br/>
        <w:t>f 24830/1586/1443 24828/1584/1441 24831/1585/1442</w:t>
        <w:br/>
        <w:t>f 24722/1479/1358 24723/1478/1357 24831/1585/1442</w:t>
        <w:br/>
        <w:t>f 24833/1587/1444 24824/1579/1437 24832/1588/1444</w:t>
        <w:br/>
        <w:t>f 24550/1304/977 24551/1303/1205 24718/1474/1353</w:t>
        <w:br/>
        <w:t>f 24826/1582/1439 24550/1304/977 24718/1474/1353</w:t>
        <w:br/>
        <w:t>f 24261/1015/945 24291/1047/976 24834/1589/1445</w:t>
        <w:br/>
        <w:t>f 24285/1040/969 24261/1015/945 24834/1589/1445</w:t>
        <w:br/>
        <w:t>f 24285/1040/969 24834/1589/1445 24835/1590/1443</w:t>
        <w:br/>
        <w:t>f 24290/1045/974 24285/1040/969 24835/1590/1443</w:t>
        <w:br/>
        <w:t>f 24835/1590/1443 24836/1591/1357 24183/936/871</w:t>
        <w:br/>
        <w:t>f 24290/1045/974 24835/1590/1443 24183/936/871</w:t>
        <w:br/>
        <w:t>f 24722/1479/1358 24831/1585/1442 24822/1576/1434</w:t>
        <w:br/>
        <w:t>f 24562/1318/1217 24563/1317/1216 24716/1469/1348</w:t>
        <w:br/>
        <w:t>f 24719/1473/1352 24562/1318/1217 24716/1469/1348</w:t>
        <w:br/>
        <w:t>f 24719/1473/1352 24716/1469/1348 24714/1471/1350</w:t>
        <w:br/>
        <w:t>f 24837/1592/1446 24719/1473/1352 24714/1471/1350</w:t>
        <w:br/>
        <w:t>f 24712/1467/1346 24838/1593/1447 24676/1432/1322</w:t>
        <w:br/>
        <w:t>f 24677/1431/1321 24712/1467/1346 24676/1432/1322</w:t>
        <w:br/>
        <w:t>f 24656/1411/1304 24839/1594/1448 24711/1468/1347</w:t>
        <w:br/>
        <w:t>f 24677/1431/1321 24656/1411/1304 24711/1468/1347</w:t>
        <w:br/>
        <w:t>f 24656/1411/1304 24657/1410/1303 24839/1594/1448</w:t>
        <w:br/>
        <w:t>f 24840/1595/1300 24824/1579/1437 24825/1578/1436</w:t>
        <w:br/>
        <w:t>f 24653/1407/1300 24841/1596/1436 24652/1408/1301</w:t>
        <w:br/>
        <w:t>f 24719/1473/1352 24837/1592/1446 24842/1597/1449</w:t>
        <w:br/>
        <w:t>f 24845/1598/1450 24844/1599/1450 24843/1600/1451</w:t>
        <w:br/>
        <w:t>f 24849/1601/1452 24848/1602/1452 24847/1603/1453</w:t>
        <w:br/>
        <w:t>f 24846/1604/1453 24849/1601/1452 24847/1603/1453</w:t>
        <w:br/>
        <w:t>f 24760/1514/1385 24761/1513/1385 24851/1605/1454</w:t>
        <w:br/>
        <w:t>f 24850/1606/1455 24760/1514/1385 24851/1605/1454</w:t>
        <w:br/>
        <w:t>f 24771/1525/1393 24852/1607/1456 24851/1605/1454</w:t>
        <w:br/>
        <w:t>f 24770/1526/1394 24771/1525/1393 24851/1605/1454</w:t>
        <w:br/>
        <w:t>f 24846/1604/1453 24847/1603/1453 24854/1608/1457</w:t>
        <w:br/>
        <w:t>f 24853/1609/1458 24846/1604/1453 24854/1608/1457</w:t>
        <w:br/>
        <w:t>f 24851/1605/1454 24856/1610/1459 24855/1611/1460</w:t>
        <w:br/>
        <w:t>f 24850/1606/1455 24851/1605/1454 24855/1611/1460</w:t>
        <w:br/>
        <w:t>f 24852/1607/1456 24857/1612/1461 24856/1610/1459</w:t>
        <w:br/>
        <w:t>f 24851/1605/1454 24852/1607/1456 24856/1610/1459</w:t>
        <w:br/>
        <w:t>f 24861/1613/1462 24860/1614/1462 24859/1615/1463</w:t>
        <w:br/>
        <w:t>f 24858/1616/1463 24861/1613/1462 24859/1615/1463</w:t>
        <w:br/>
        <w:t>f 24864/1617/1464 24863/1618/1464 24862/1619/1465</w:t>
        <w:br/>
        <w:t>f 24868/1620/1466 24867/1621/1467 24866/1622/1467</w:t>
        <w:br/>
        <w:t>f 24865/1623/1466 24868/1620/1466 24866/1622/1467</w:t>
        <w:br/>
        <w:t>f 24867/1621/1467 24863/1618/1464 24864/1617/1464</w:t>
        <w:br/>
        <w:t>f 24866/1622/1467 24867/1621/1467 24864/1617/1464</w:t>
        <w:br/>
        <w:t>f 24872/1624/1468 24871/1625/1469 24870/1626/1470</w:t>
        <w:br/>
        <w:t>f 24869/1627/1471 24872/1624/1468 24870/1626/1470</w:t>
        <w:br/>
        <w:t>f 24814/1572/1430 24815/1571/1429 24870/1626/1470</w:t>
        <w:br/>
        <w:t>f 24871/1625/1469 24814/1572/1430 24870/1626/1470</w:t>
        <w:br/>
        <w:t>f 24876/1628/1472 24875/1629/1473 24874/1630/1473</w:t>
        <w:br/>
        <w:t>f 24873/1631/1474 24876/1628/1472 24874/1630/1473</w:t>
        <w:br/>
        <w:t>f 24880/1632/1475 24879/1633/1475 24878/1634/1476</w:t>
        <w:br/>
        <w:t>f 24877/1635/1476 24880/1632/1475 24878/1634/1476</w:t>
        <w:br/>
        <w:t>f 24882/1636/1477 24881/1637/1478 24879/1633/1475</w:t>
        <w:br/>
        <w:t>f 24880/1632/1475 24882/1636/1477 24879/1633/1475</w:t>
        <w:br/>
        <w:t>f 24886/1638/1479 24885/1639/1480 24884/1640/1481</w:t>
        <w:br/>
        <w:t>f 24883/1641/1482 24886/1638/1479 24884/1640/1481</w:t>
        <w:br/>
        <w:t>f 24890/1642/1483 24889/1643/1484 24888/1644/1485</w:t>
        <w:br/>
        <w:t>f 24887/1645/1486 24890/1642/1483 24888/1644/1485</w:t>
        <w:br/>
        <w:t>f 24894/1646/1487 24893/1647/1488 24892/1648/1489</w:t>
        <w:br/>
        <w:t>f 24891/1649/1490 24894/1646/1487 24892/1648/1489</w:t>
        <w:br/>
        <w:t>f 24896/1650/1491 24894/1646/1487 24891/1649/1490</w:t>
        <w:br/>
        <w:t>f 24895/1651/1491 24896/1650/1491 24891/1649/1490</w:t>
        <w:br/>
        <w:t>f 24899/1652/1492 24898/1653/1493 24890/1642/1483</w:t>
        <w:br/>
        <w:t>f 24897/1654/1492 24899/1652/1492 24890/1642/1483</w:t>
        <w:br/>
        <w:t>f 24885/1639/1480 24886/1638/1479 24901/1655/1494</w:t>
        <w:br/>
        <w:t>f 24900/1656/1495 24885/1639/1480 24901/1655/1494</w:t>
        <w:br/>
        <w:t>f 24903/1657/1068 24397/1149/1063 24394/1152/1066</w:t>
        <w:br/>
        <w:t>f 24902/1658/1069 24903/1657/1068 24394/1152/1066</w:t>
        <w:br/>
        <w:t>f 24441/1196/1105 24905/1659/1101 24904/1660/1147</w:t>
        <w:br/>
        <w:t>f 24486/1241/1145 24441/1196/1105 24904/1660/1147</w:t>
        <w:br/>
        <w:t>f 24442/1195/1104 24906/1661/1102 24905/1659/1101</w:t>
        <w:br/>
        <w:t>f 24441/1196/1105 24442/1195/1104 24905/1659/1101</w:t>
        <w:br/>
        <w:t>f 24909/1662/1073 24908/1663/1496 24907/1664/1497</w:t>
        <w:br/>
        <w:t>f 24433/1189/1098 24434/1188/1097 24430/1185/1094</w:t>
        <w:br/>
        <w:t>f 24403/1158/1071 24404/1157/1071 24442/1195/1104</w:t>
        <w:br/>
        <w:t>f 24443/1199/1108 24403/1158/1071 24442/1195/1104</w:t>
        <w:br/>
        <w:t>f 24906/1661/1102 24442/1195/1104 24405/1162/1075</w:t>
        <w:br/>
        <w:t>f 24406/1161/1074 24906/1661/1102 24405/1162/1075</w:t>
        <w:br/>
        <w:t>f 24436/1194/1103 24437/1193/1102 24907/1664/1497</w:t>
        <w:br/>
        <w:t>f 24908/1663/1496 24436/1194/1103 24907/1664/1497</w:t>
        <w:br/>
        <w:t>f 24463/1218/1124 24429/1186/1095 24430/1185/1094</w:t>
        <w:br/>
        <w:t>f 24434/1188/1097 24463/1218/1124 24430/1185/1094</w:t>
        <w:br/>
        <w:t>f 24745/1500/1376 24317/1073/999 24318/1072/998</w:t>
        <w:br/>
        <w:t>f 24910/1665/985 24745/1500/1376 24318/1072/998</w:t>
        <w:br/>
        <w:t>f 24875/1629/1473 24911/1666/1498 24874/1630/1473</w:t>
        <w:br/>
        <w:t>f 24305/1057/985 24308/1061/989 24300/1054/983</w:t>
        <w:br/>
        <w:t>f 24314/1068/993 24910/1665/985 24318/1072/998</w:t>
        <w:br/>
        <w:t>f 24482/1236/1140 24512/1267/1170 24747/1502/1378</w:t>
        <w:br/>
        <w:t>f 24746/1499/1375 24482/1236/1140 24747/1502/1378</w:t>
        <w:br/>
        <w:t>f 24359/1111/1031 24356/1114/1034 24913/1667/1499</w:t>
        <w:br/>
        <w:t>f 24912/1668/1500 24359/1111/1031 24913/1667/1499</w:t>
        <w:br/>
        <w:t>f 24359/1111/1031 24912/1668/1500 24914/1669/1501</w:t>
        <w:br/>
        <w:t>f 24362/1115/1035 24359/1111/1031 24914/1669/1501</w:t>
        <w:br/>
        <w:t>f 24361/1116/1036 24362/1115/1035 24914/1669/1501</w:t>
        <w:br/>
        <w:t>f 24476/1231/1135 24316/1074/1000 24747/1502/1378</w:t>
        <w:br/>
        <w:t>f 24478/1233/1137 24476/1231/1135 24747/1502/1378</w:t>
        <w:br/>
        <w:t>f 24483/1235/1139 24915/1670/1502 24512/1267/1170</w:t>
        <w:br/>
        <w:t>f 24482/1236/1140 24483/1235/1139 24512/1267/1170</w:t>
        <w:br/>
        <w:t>f 24919/1671/1503 24918/1672/1504 24917/1673/1505</w:t>
        <w:br/>
        <w:t>f 24916/1674/1506 24919/1671/1503 24917/1673/1505</w:t>
        <w:br/>
        <w:t>f 24922/1675/1507 24921/1676/1508 24920/1677/1046</w:t>
        <w:br/>
        <w:t>f 24917/1673/1505 24922/1675/1507 24920/1677/1046</w:t>
        <w:br/>
        <w:t>f 24482/1236/1140 24746/1499/1375 24744/1501/1377</w:t>
        <w:br/>
        <w:t>f 24481/1237/1141 24482/1236/1140 24744/1501/1377</w:t>
        <w:br/>
        <w:t>f 24481/1237/1509 24876/1628/1472 24873/1631/1474</w:t>
        <w:br/>
        <w:t>f 24898/1653/1493 24923/1678/1510 24889/1643/1484</w:t>
        <w:br/>
        <w:t>f 24890/1642/1483 24898/1653/1493 24889/1643/1484</w:t>
        <w:br/>
        <w:t>f 24392/1146/1060 24484/1240/1144 24485/1239/1143</w:t>
        <w:br/>
        <w:t>f 24391/1147/1061 24392/1146/1060 24485/1239/1143</w:t>
        <w:br/>
        <w:t>f 24394/1152/1066 24391/1147/1061 24485/1239/1143</w:t>
        <w:br/>
        <w:t>f 24486/1241/1145 24394/1152/1066 24485/1239/1143</w:t>
        <w:br/>
        <w:t>f 24902/1658/1069 24394/1152/1066 24486/1241/1145</w:t>
        <w:br/>
        <w:t>f 24904/1660/1147 24902/1658/1069 24486/1241/1145</w:t>
        <w:br/>
        <w:t>f 24398/1156/1070 24399/1155/1069 24487/1243/1147</w:t>
        <w:br/>
        <w:t>f 24488/1242/1146 24398/1156/1070 24487/1243/1147</w:t>
        <w:br/>
        <w:t>f 24455/1209/1116 24462/1214/1119 24459/1217/1122</w:t>
        <w:br/>
        <w:t>f 24454/1210/1116 24455/1209/1116 24459/1217/1122</w:t>
        <w:br/>
        <w:t>f 24427/1181/1092 24459/1217/1149 24489/1244/1148</w:t>
        <w:br/>
        <w:t>f 24426/1182/1092 24427/1181/1092 24489/1244/1148</w:t>
        <w:br/>
        <w:t>f 24927/1679/1511 24926/1680/1512 24925/1681/1513</w:t>
        <w:br/>
        <w:t>f 24924/1682/1514 24927/1679/1511 24925/1681/1513</w:t>
        <w:br/>
        <w:t>f 24930/1683/1515 24929/1684/1516 24928/1685/1517</w:t>
        <w:br/>
        <w:t>f 24934/1686/1518 24933/1687/1519 24932/1688/1519</w:t>
        <w:br/>
        <w:t>f 24931/1689/1520 24934/1686/1518 24932/1688/1519</w:t>
        <w:br/>
        <w:t>f 24924/1682/1514 24934/1686/1518 24931/1689/1520</w:t>
        <w:br/>
        <w:t>f 24927/1679/1511 24924/1682/1514 24931/1689/1520</w:t>
        <w:br/>
        <w:t>f 24929/1684/1516 24934/1686/1518 24935/1690/1521</w:t>
        <w:br/>
        <w:t>f 24928/1685/1517 24929/1684/1516 24935/1690/1521</w:t>
        <w:br/>
        <w:t>f 24936/1691/1522 24932/1688/1519 24933/1687/1519</w:t>
        <w:br/>
        <w:t>f 24939/1692/1523 24938/1693/1524 24935/1690/1521</w:t>
        <w:br/>
        <w:t>f 24937/1694/1525 24939/1692/1523 24935/1690/1521</w:t>
        <w:br/>
        <w:t>f 24938/1693/1524 24940/1695/1526 24928/1685/1517</w:t>
        <w:br/>
        <w:t>f 24935/1690/1521 24938/1693/1524 24928/1685/1517</w:t>
        <w:br/>
        <w:t>f 24937/1694/1525 24942/1696/1527 24941/1697/1528</w:t>
        <w:br/>
        <w:t>f 24939/1692/1523 24937/1694/1525 24941/1697/1528</w:t>
        <w:br/>
        <w:t>f 24944/1698/1529 24890/1642/1483 24887/1645/1486</w:t>
        <w:br/>
        <w:t>f 24943/1699/1530 24944/1698/1529 24887/1645/1486</w:t>
        <w:br/>
        <w:t>f 24853/1609/1458 24854/1608/1457 24945/1700/1531</w:t>
        <w:br/>
        <w:t>f 24949/1701/1532 24948/1702/1533 24947/1703/1462</w:t>
        <w:br/>
        <w:t>f 24946/1704/1462 24949/1701/1532 24947/1703/1462</w:t>
        <w:br/>
        <w:t>f 24951/1705/1531 24950/1706/1534 24949/1701/1532</w:t>
        <w:br/>
        <w:t>f 24925/1681/1513 24926/1680/1512 24953/1707/1535</w:t>
        <w:br/>
        <w:t>f 24952/1708/1536 24925/1681/1513 24953/1707/1535</w:t>
        <w:br/>
        <w:t>f 24400/1154/1068 24401/1153/1067 24955/1709/1537</w:t>
        <w:br/>
        <w:t>f 24954/1710/1538 24400/1154/1068 24955/1709/1537</w:t>
        <w:br/>
        <w:t>f 24888/1644/1485 24889/1643/1484 24957/1711/1539</w:t>
        <w:br/>
        <w:t>f 24956/1712/1540 24888/1644/1485 24957/1711/1539</w:t>
        <w:br/>
        <w:t>f 24959/1713/1541 24958/1714/1542 24952/1708/1536</w:t>
        <w:br/>
        <w:t>f 24953/1707/1535 24959/1713/1541 24952/1708/1536</w:t>
        <w:br/>
        <w:t>f 24942/1696/1527 24961/1715/1543 24960/1716/1544</w:t>
        <w:br/>
        <w:t>f 24941/1697/1528 24942/1696/1527 24960/1716/1544</w:t>
        <w:br/>
        <w:t>f 24963/1717/1545 24520/1275/1178 24518/1273/1176</w:t>
        <w:br/>
        <w:t>f 24962/1718/1546 24963/1717/1545 24518/1273/1176</w:t>
        <w:br/>
        <w:t>f 24520/1275/1178 24963/1717/1545 24964/1719/1547</w:t>
        <w:br/>
        <w:t>f 24949/1701/1532 24520/1275/1178 24964/1719/1547</w:t>
        <w:br/>
        <w:t>f 24948/1702/1533 24949/1701/1532 24964/1719/1547</w:t>
        <w:br/>
        <w:t>f 24965/1720/1548 24948/1702/1533 24964/1719/1547</w:t>
        <w:br/>
        <w:t>f 24518/1273/1176 24515/1270/1173 24962/1718/1546</w:t>
        <w:br/>
        <w:t>f 24517/1272/1175 24518/1273/1176 24966/1721/1549</w:t>
        <w:br/>
        <w:t>f 24458/1212/1117 24968/1722/1550 24967/1723/1551</w:t>
        <w:br/>
        <w:t>f 24449/1207/1114 24458/1212/1117 24967/1723/1551</w:t>
        <w:br/>
        <w:t>f 24971/1724/1552 24970/1725/1545 24969/1726/1546</w:t>
        <w:br/>
        <w:t>f 24968/1722/1550 24971/1724/1552 24969/1726/1546</w:t>
        <w:br/>
        <w:t>f 24967/1723/1551 24968/1722/1550 24972/1727/1553</w:t>
        <w:br/>
        <w:t>f 24506/1264/1167 24507/1263/1166 24511/1265/1168</w:t>
        <w:br/>
        <w:t>f 24959/1713/1541 24967/1723/1551 24958/1714/1542</w:t>
        <w:br/>
        <w:t>f 24452/1204/1111 24449/1207/1114 24954/1710/1538</w:t>
        <w:br/>
        <w:t>f 24954/1710/1538 24449/1207/1114 24973/1728/1540</w:t>
        <w:br/>
        <w:t>f 24937/1694/1525 24935/1690/1521 24934/1686/1518</w:t>
        <w:br/>
        <w:t>f 24924/1682/1514 24937/1694/1525 24934/1686/1518</w:t>
        <w:br/>
        <w:t>f 24925/1681/1513 24942/1696/1527 24937/1694/1525</w:t>
        <w:br/>
        <w:t>f 24924/1682/1514 24925/1681/1513 24937/1694/1525</w:t>
        <w:br/>
        <w:t>f 24961/1715/1543 24942/1696/1527 24952/1708/1536</w:t>
        <w:br/>
        <w:t>f 24958/1714/1542 24961/1715/1543 24952/1708/1536</w:t>
        <w:br/>
        <w:t>f 24972/1727/1553 24968/1722/1550 24969/1726/1546</w:t>
        <w:br/>
        <w:t>f 24974/1729/1554 24972/1727/1553 24969/1726/1546</w:t>
        <w:br/>
        <w:t>f 24961/1715/1543 24972/1727/1553 24974/1729/1554</w:t>
        <w:br/>
        <w:t>f 24960/1716/1544 24961/1715/1543 24974/1729/1554</w:t>
        <w:br/>
        <w:t>f 24958/1714/1542 24967/1723/1551 24972/1727/1553</w:t>
        <w:br/>
        <w:t>f 24961/1715/1543 24958/1714/1542 24972/1727/1553</w:t>
        <w:br/>
        <w:t>f 24973/1728/1540 24449/1207/1114 24967/1723/1551</w:t>
        <w:br/>
        <w:t>f 24491/1249/1153 24492/1248/1152 24975/1730/1555</w:t>
        <w:br/>
        <w:t>f 24970/1725/1545 24971/1724/1552 24977/1731/1556</w:t>
        <w:br/>
        <w:t>f 24976/1732/1547 24970/1725/1545 24977/1731/1556</w:t>
        <w:br/>
        <w:t>f 24981/1733/1557 24980/1734/1558 24979/1735/1559</w:t>
        <w:br/>
        <w:t>f 24978/1736/1560 24981/1733/1557 24979/1735/1559</w:t>
        <w:br/>
        <w:t>f 24978/1736/1560 24979/1735/1559 24982/1737/1561</w:t>
        <w:br/>
        <w:t>f 24986/1738/1562 24985/1739/1563 24984/1740/1564</w:t>
        <w:br/>
        <w:t>f 24983/1741/1565 24986/1738/1562 24984/1740/1564</w:t>
        <w:br/>
        <w:t>f 24990/1742/1566 24989/1743/1567 24988/1744/1568</w:t>
        <w:br/>
        <w:t>f 24987/1745/1569 24990/1742/1566 24988/1744/1568</w:t>
        <w:br/>
        <w:t>f 24987/1745/1569 24988/1744/1568 24992/1746/1570</w:t>
        <w:br/>
        <w:t>f 24991/1747/1571 24987/1745/1569 24992/1746/1570</w:t>
        <w:br/>
        <w:t>f 24996/1748/1572 24995/1749/1572 24994/1750/1573</w:t>
        <w:br/>
        <w:t>f 24993/1751/1573 24996/1748/1572 24994/1750/1573</w:t>
        <w:br/>
        <w:t>f 24502/1257/1160 24990/1742/1566 24987/1745/1569</w:t>
        <w:br/>
        <w:t>f 24501/1255/1158 24502/1257/1160 24987/1745/1569</w:t>
        <w:br/>
        <w:t>f 24498/1254/1157 24499/1253/1157 24993/1751/1573</w:t>
        <w:br/>
        <w:t>f 24994/1750/1573 24498/1254/1157 24993/1751/1573</w:t>
        <w:br/>
        <w:t>f 24501/1255/1158 24987/1745/1569 24991/1747/1571</w:t>
        <w:br/>
        <w:t>f 24500/1256/1159 24501/1255/1158 24991/1747/1571</w:t>
        <w:br/>
        <w:t>f 24980/1734/1558 24981/1733/1557 24985/1739/1563</w:t>
        <w:br/>
        <w:t>f 24986/1738/1562 24980/1734/1558 24985/1739/1563</w:t>
        <w:br/>
        <w:t>f 24998/1752/1574 24986/1738/1562 24983/1741/1565</w:t>
        <w:br/>
        <w:t>f 24997/1753/1575 24998/1752/1574 24983/1741/1565</w:t>
        <w:br/>
        <w:t>f 24999/1754/1576 24980/1734/1558 24986/1738/1562</w:t>
        <w:br/>
        <w:t>f 24998/1752/1574 24999/1754/1576 24986/1738/1562</w:t>
        <w:br/>
        <w:t>f 24980/1734/1558 24999/1754/1576 25000/1755/1577</w:t>
        <w:br/>
        <w:t>f 24979/1735/1559 24980/1734/1558 25000/1755/1577</w:t>
        <w:br/>
        <w:t>f 24982/1737/1561 24979/1735/1559 25000/1755/1577</w:t>
        <w:br/>
        <w:t>f 25003/1756/1578 25002/1757/1579 25001/1758/1580</w:t>
        <w:br/>
        <w:t>f 25004/1759/1578 25003/1756/1578 25001/1758/1580</w:t>
        <w:br/>
        <w:t>f 24445/1201/1109 24446/1200/1109 25005/1760/1581</w:t>
        <w:br/>
        <w:t>f 24447/1203/1110 24448/1202/1110 25007/1761/1039</w:t>
        <w:br/>
        <w:t>f 25006/1762/1582 24447/1203/1110 25007/1761/1039</w:t>
        <w:br/>
        <w:t>f 24976/1732/1547 24977/1731/1556 25009/1763/1583</w:t>
        <w:br/>
        <w:t>f 25008/1764/1584 24976/1732/1547 25009/1763/1583</w:t>
        <w:br/>
        <w:t>f 25003/1756/1578 25004/1759/1578 25010/1765/1585</w:t>
        <w:br/>
        <w:t>f 24882/1636/1477 24884/1640/1481 24885/1639/1480</w:t>
        <w:br/>
        <w:t>f 24881/1637/1478 24882/1636/1477 24885/1639/1480</w:t>
        <w:br/>
        <w:t>f 24881/1637/1478 24885/1639/1480 24900/1656/1495</w:t>
        <w:br/>
        <w:t>f 24892/1648/1489 24881/1637/1478 24900/1656/1495</w:t>
        <w:br/>
        <w:t>f 24388/1144/1058 24389/1143/1057 24376/1134/1051</w:t>
        <w:br/>
        <w:t>f 24377/1133/1051 24388/1144/1058 24376/1134/1051</w:t>
        <w:br/>
        <w:t>f 24380/1138/1054 24381/1137/1053 24921/1676/1508</w:t>
        <w:br/>
        <w:t>f 24922/1675/1507 24380/1138/1054 24921/1676/1508</w:t>
        <w:br/>
        <w:t>f 24375/1129/1048 24374/1130/1049 25011/1766/1053</w:t>
        <w:br/>
        <w:t>f 24378/1132/1050 24379/1131/1050 25012/1767/1586</w:t>
        <w:br/>
        <w:t>f 25013/1768/1587 24382/1136/1052 24383/1135/1052</w:t>
        <w:br/>
        <w:t>f 25014/1769/1588 24886/1638/1479 24883/1641/1482</w:t>
        <w:br/>
        <w:t>f 24901/1655/1494 24886/1638/1479 25014/1769/1588</w:t>
        <w:br/>
        <w:t>f 24480/1238/1142 24386/1140/1055 24387/1139/1055</w:t>
        <w:br/>
        <w:t>f 24483/1235/1139 24480/1238/1142 24387/1139/1055</w:t>
        <w:br/>
        <w:t>f 24897/1654/1492 24896/1650/1491 24895/1651/1491</w:t>
        <w:br/>
        <w:t>f 24899/1652/1492 24897/1654/1492 24895/1651/1491</w:t>
        <w:br/>
        <w:t>f 24877/1635/1476 24878/1634/1476 24944/1698/1529</w:t>
        <w:br/>
        <w:t>f 24943/1699/1530 24877/1635/1476 24944/1698/1529</w:t>
        <w:br/>
        <w:t>f 24493/1247/1151 24494/1246/1151 24372/1126/1045</w:t>
        <w:br/>
        <w:t>f 24373/1125/1044 24493/1247/1151 24372/1126/1045</w:t>
        <w:br/>
        <w:t>f 24918/1672/1504 24919/1671/1503 24915/1670/1502</w:t>
        <w:br/>
        <w:t>f 24483/1235/1139 24918/1672/1504 24915/1670/1502</w:t>
        <w:br/>
        <w:t>f 24177/935/870 25015/1770/1589 24202/957/890</w:t>
        <w:br/>
        <w:t>f 24180/932/867 24177/935/870 24202/957/890</w:t>
        <w:br/>
        <w:t>f 25018/1771/1590 25017/1772/1591 25016/1773/1592</w:t>
        <w:br/>
        <w:t>f 25022/1774/1593 25021/1775/1593 25020/1776/1594</w:t>
        <w:br/>
        <w:t>f 25019/1777/1594 25022/1774/1593 25020/1776/1594</w:t>
        <w:br/>
        <w:t>f 25024/1778/1595 25023/1779/1595 25021/1775/1593</w:t>
        <w:br/>
        <w:t>f 25022/1774/1593 25024/1778/1595 25021/1775/1593</w:t>
        <w:br/>
        <w:t>f 25027/1780/1596 25026/1781/1597 25025/1782/1371</w:t>
        <w:br/>
        <w:t>f 25019/1777/1594 25020/1776/1594 25029/1783/1598</w:t>
        <w:br/>
        <w:t>f 25028/1784/1599 25019/1777/1594 25029/1783/1598</w:t>
        <w:br/>
        <w:t>f 25033/1785/1600 25032/1786/1601 25031/1787/1602</w:t>
        <w:br/>
        <w:t>f 25030/1788/891 25033/1785/1600 25031/1787/1602</w:t>
        <w:br/>
        <w:t>f 25035/1789/887 25030/1788/891 25031/1787/1602</w:t>
        <w:br/>
        <w:t>f 25034/1790/1603 25035/1789/887 25031/1787/1602</w:t>
        <w:br/>
        <w:t>f 24186/942/876 24202/957/890 24233/988/921</w:t>
        <w:br/>
        <w:t>f 24194/950/883 24186/942/876 24233/988/921</w:t>
        <w:br/>
        <w:t>f 25039/1791/1604 25038/1792/1604 25037/1793/1605</w:t>
        <w:br/>
        <w:t>f 25036/1794/1605 25039/1791/1604 25037/1793/1605</w:t>
        <w:br/>
        <w:t>f 25036/1794/1605 25037/1793/1605 25041/1795/1606</w:t>
        <w:br/>
        <w:t>f 25040/1796/1607 25036/1794/1605 25041/1795/1606</w:t>
        <w:br/>
        <w:t>f 25041/1795/1606 25025/1782/1371 25026/1781/1597</w:t>
        <w:br/>
        <w:t>f 25040/1796/1607 25041/1795/1606 25026/1781/1597</w:t>
        <w:br/>
        <w:t>f 25028/1784/1599 25029/1783/1598 25042/1797/1608</w:t>
        <w:br/>
        <w:t>f 25043/1798/1609 25018/1771/1590 25016/1773/1592</w:t>
        <w:br/>
        <w:t>f 25016/1773/1592 25045/1799/1610 25044/1800/1611</w:t>
        <w:br/>
        <w:t>f 25016/1773/1592 25017/1772/1591 25045/1799/1610</w:t>
        <w:br/>
        <w:t>f 25032/1786/1601 25033/1785/1600 25023/1779/1595</w:t>
        <w:br/>
        <w:t>f 25024/1778/1595 25032/1786/1601 25023/1779/1595</w:t>
        <w:br/>
        <w:t>f 24196/952/885 24197/951/884 24199/955/888</w:t>
        <w:br/>
        <w:t>f 25046/1801/1612 24196/952/885 24199/955/888</w:t>
        <w:br/>
        <w:t>f 25050/1802/1436 25049/1803/1613 25048/1804/1614</w:t>
        <w:br/>
        <w:t>f 25047/1805/888 25050/1802/1436 25048/1804/1614</w:t>
        <w:br/>
        <w:t>f 25047/1805/888 25035/1789/887 25034/1790/1603</w:t>
        <w:br/>
        <w:t>f 25050/1802/1436 25047/1805/888 25034/1790/1603</w:t>
        <w:br/>
        <w:t>f 25052/1806/1615 23994/749/707 23995/748/706</w:t>
        <w:br/>
        <w:t>f 25051/1807/1615 25052/1806/1615 23995/748/706</w:t>
        <w:br/>
        <w:t>f 25054/1808/1616 24050/802/750 24047/805/753</w:t>
        <w:br/>
        <w:t>f 25053/1809/1616 25054/1808/1616 24047/805/753</w:t>
        <w:br/>
        <w:t>f 25057/1810/1617 25056/1811/1468 25055/1812/1618</w:t>
        <w:br/>
        <w:t>f 25048/1804/1614 25057/1810/1617 25055/1812/1618</w:t>
        <w:br/>
        <w:t>f 25059/1813/1471 25058/1814/1619 25055/1812/1618</w:t>
        <w:br/>
        <w:t>f 25056/1811/1468 25059/1813/1471 25055/1812/1618</w:t>
        <w:br/>
        <w:t>f 25046/1801/1612 25061/1815/1618 25060/1816/1620</w:t>
        <w:br/>
        <w:t>f 24196/952/885 25046/1801/1612 25060/1816/1620</w:t>
        <w:br/>
        <w:t>f 25065/1817/1621 25064/1818/1622 25063/1819/1622</w:t>
        <w:br/>
        <w:t>f 25062/1820/1623 25065/1817/1621 25063/1819/1622</w:t>
        <w:br/>
        <w:t>f 25051/1807/1615 25066/1821/1624 25052/1806/1615</w:t>
        <w:br/>
        <w:t>f 25053/1809/1616 25068/1822/1625 25067/1823/950</w:t>
        <w:br/>
        <w:t>f 25054/1808/1616 25053/1809/1616 25067/1823/950</w:t>
        <w:br/>
        <w:t>f 25061/1815/1618 25070/1824/1619 25069/1825/1626</w:t>
        <w:br/>
        <w:t>f 25060/1816/1620 25061/1815/1618 25069/1825/1626</w:t>
        <w:br/>
        <w:t>f 25064/1818/1622 25071/1826/1627 25063/1819/1622</w:t>
        <w:br/>
        <w:t>f 25073/1827/1429 24856/1610/1628 25072/1828/1629</w:t>
        <w:br/>
        <w:t>f 24870/1626/1470 24815/1571/1429 25074/1829/1629</w:t>
        <w:br/>
        <w:t>f 24239/994/926 24234/992/924 24235/991/923</w:t>
        <w:br/>
        <w:t>f 24330/1085/1009 24326/1084/1008 24466/1222/1126</w:t>
        <w:br/>
        <w:t>f 24467/1221/1126 24330/1085/1009 24466/1222/1126</w:t>
        <w:br/>
        <w:t>f 25006/1762/1582 25007/1761/1039 25075/1830/1078</w:t>
        <w:br/>
        <w:t>f 24968/1722/1550 25076/1831/1630 24971/1724/1552</w:t>
        <w:br/>
        <w:t>f 24458/1212/1117 24457/1213/1118 25076/1831/1630</w:t>
        <w:br/>
        <w:t>f 24458/1212/1117 25076/1831/1630 24968/1722/1550</w:t>
        <w:br/>
        <w:t>f 24081/834/778 24048/804/752 24080/835/779</w:t>
        <w:br/>
        <w:t>f 24080/835/779 24197/951/884 24079/836/780</w:t>
        <w:br/>
        <w:t>f 25077/1832/956 25067/1823/950 25068/1822/1625</w:t>
        <w:br/>
        <w:t>f 25081/1833/1631 25080/1834/1632 25079/1835/1403</w:t>
        <w:br/>
        <w:t>f 25078/1836/1633 25081/1833/1631 25079/1835/1403</w:t>
        <w:br/>
        <w:t>f 25078/1836/1633 25083/1837/1634 25082/1838/1634</w:t>
        <w:br/>
        <w:t>f 25081/1833/1631 25078/1836/1633 25082/1838/1634</w:t>
        <w:br/>
        <w:t>f 25082/1838/1634 25083/1837/1634 25085/1839/1635</w:t>
        <w:br/>
        <w:t>f 25084/1840/1635 25082/1838/1634 25085/1839/1635</w:t>
        <w:br/>
        <w:t>f 25087/1841/1636 25086/1842/1637 25084/1840/1635</w:t>
        <w:br/>
        <w:t>f 25085/1839/1635 25087/1841/1636 25084/1840/1635</w:t>
        <w:br/>
        <w:t>f 25090/1843/1398 25089/1844/1638 25088/1845/1638</w:t>
        <w:br/>
        <w:t>f 25086/1842/1639 25090/1843/1398 25088/1845/1638</w:t>
        <w:br/>
        <w:t>f 25088/1845/1638 25089/1844/1638 25092/1846/1640</w:t>
        <w:br/>
        <w:t>f 25091/1847/1640 25088/1845/1638 25092/1846/1640</w:t>
        <w:br/>
        <w:t>f 24852/1607/1456 24858/1616/1463 24859/1615/1463</w:t>
        <w:br/>
        <w:t>f 24857/1612/1461 24852/1607/1456 24859/1615/1463</w:t>
        <w:br/>
        <w:t>f 23953/707/670 25094/1848/1641 25093/1849/1642</w:t>
        <w:br/>
        <w:t>f 23952/708/670 23953/707/670 25093/1849/1642</w:t>
        <w:br/>
        <w:t>f 23976/730/689 23977/729/689 25096/1850/1643</w:t>
        <w:br/>
        <w:t>f 25095/1851/1552 23976/730/689 25096/1850/1643</w:t>
        <w:br/>
        <w:t>f 25098/1852/1644 25097/1853/1556 25095/1851/1552</w:t>
        <w:br/>
        <w:t>f 25096/1850/1643 25098/1852/1644 25095/1851/1552</w:t>
        <w:br/>
        <w:t>f 25100/1854/1583 25097/1853/1556 25098/1852/1644</w:t>
        <w:br/>
        <w:t>f 25099/1855/1645 25100/1854/1583 25098/1852/1644</w:t>
        <w:br/>
        <w:t>f 25094/1848/1641 25102/1856/1620 25101/1857/1646</w:t>
        <w:br/>
        <w:t>f 25093/1849/1642 25094/1848/1641 25101/1857/1646</w:t>
        <w:br/>
        <w:t>f 25104/1858/1626 25103/1859/1647 25101/1857/1646</w:t>
        <w:br/>
        <w:t>f 25102/1856/1620 25104/1858/1626 25101/1857/1646</w:t>
        <w:br/>
        <w:t>f 25080/1834/1632 25105/1860/1648 25079/1835/1403</w:t>
        <w:br/>
        <w:t>f 25109/1861/1649 25108/1862/1650 25107/1863/1651</w:t>
        <w:br/>
        <w:t>f 25106/1864/1652 25109/1861/1649 25107/1863/1651</w:t>
        <w:br/>
        <w:t>f 25106/1864/1652 25111/1865/1653 25110/1866/1654</w:t>
        <w:br/>
        <w:t>f 25109/1861/1649 25106/1864/1652 25110/1866/1654</w:t>
        <w:br/>
        <w:t>f 25115/1867/1655 25114/1868/1656 25113/1869/1656</w:t>
        <w:br/>
        <w:t>f 25112/1870/1655 25115/1867/1655 25113/1869/1656</w:t>
        <w:br/>
        <w:t>f 25119/1871/1657 25118/1872/1658 25117/1873/1659</w:t>
        <w:br/>
        <w:t>f 25116/1874/1660 25119/1871/1657 25117/1873/1659</w:t>
        <w:br/>
        <w:t>f 25123/1875/1661 25122/1876/1662 25121/1877/1663</w:t>
        <w:br/>
        <w:t>f 25120/1878/1613 25123/1875/1661 25121/1877/1663</w:t>
        <w:br/>
        <w:t>f 25127/1879/1664 25126/1880/1665 25125/1881/1665</w:t>
        <w:br/>
        <w:t>f 25124/1882/1664 25127/1879/1664 25125/1881/1665</w:t>
        <w:br/>
        <w:t>f 25129/1883/1666 25110/1866/1654 25111/1865/1653</w:t>
        <w:br/>
        <w:t>f 25128/1884/1667 25129/1883/1666 25111/1865/1653</w:t>
        <w:br/>
        <w:t>f 25117/1873/1659 25118/1872/1658 24829/1583/1440</w:t>
        <w:br/>
        <w:t>f 24680/1434/1324 24681/1433/1323 25106/1864/1652</w:t>
        <w:br/>
        <w:t>f 25107/1863/1651 24680/1434/1324 25106/1864/1652</w:t>
        <w:br/>
        <w:t>f 25122/1876/1662 24871/1625/1469 24872/1624/1468</w:t>
        <w:br/>
        <w:t>f 25121/1877/1663 25122/1876/1662 24872/1624/1468</w:t>
        <w:br/>
        <w:t>f 24712/1467/1346 24713/1466/1345 25128/1884/1667</w:t>
        <w:br/>
        <w:t>f 25111/1865/1653 24712/1467/1346 25128/1884/1667</w:t>
        <w:br/>
        <w:t>f 25120/1878/1613 24825/1578/1436 24823/1580/1438</w:t>
        <w:br/>
        <w:t>f 25123/1875/1661 25120/1878/1613 24823/1580/1438</w:t>
        <w:br/>
        <w:t>f 24720/1476/1355 24721/1475/1354 25117/1873/1659</w:t>
        <w:br/>
        <w:t>f 24829/1583/1440 24720/1476/1355 25117/1873/1659</w:t>
        <w:br/>
        <w:t>f 24822/1576/1434 24831/1585/1442 24829/1583/1440</w:t>
        <w:br/>
        <w:t>f 25118/1872/1658 24822/1576/1434 24829/1583/1440</w:t>
        <w:br/>
        <w:t>f 25112/1870/1655 24811/1563/1421 24808/1566/1424</w:t>
        <w:br/>
        <w:t>f 25115/1867/1655 25112/1870/1655 24808/1566/1424</w:t>
        <w:br/>
        <w:t>f 24844/1599/1450 24845/1598/1450 25116/1874/1660</w:t>
        <w:br/>
        <w:t>f 25117/1873/1659 24844/1599/1450 25116/1874/1660</w:t>
        <w:br/>
        <w:t>f 24821/1577/1435 24822/1576/1434 25118/1872/1658</w:t>
        <w:br/>
        <w:t>f 25119/1871/1657 24821/1577/1435 25118/1872/1658</w:t>
        <w:br/>
        <w:t>f 24838/1593/1447 24712/1467/1346 25111/1865/1653</w:t>
        <w:br/>
        <w:t>f 25106/1864/1652 24838/1593/1447 25111/1865/1653</w:t>
        <w:br/>
        <w:t>f 25110/1866/1654 25129/1883/1666 24842/1597/1449</w:t>
        <w:br/>
        <w:t>f 24837/1592/1446 25110/1866/1654 24842/1597/1449</w:t>
        <w:br/>
        <w:t>f 25109/1861/1649 25110/1866/1654 24837/1592/1446</w:t>
        <w:br/>
        <w:t>f 24714/1471/1350 25109/1861/1649 24837/1592/1446</w:t>
        <w:br/>
        <w:t>f 25108/1862/1650 25109/1861/1649 24714/1471/1350</w:t>
        <w:br/>
        <w:t>f 24715/1470/1349 25108/1862/1650 24714/1471/1350</w:t>
        <w:br/>
        <w:t>f 25114/1868/1656 24817/1569/1427 24814/1572/1430</w:t>
        <w:br/>
        <w:t>f 25113/1869/1656 25114/1868/1656 24814/1572/1430</w:t>
        <w:br/>
        <w:t>f 24871/1625/1469 25127/1879/1664 25124/1882/1664</w:t>
        <w:br/>
        <w:t>f 25130/1885/1668 24871/1625/1469 25124/1882/1664</w:t>
        <w:br/>
        <w:t>f 25126/1880/1665 24868/1620/1466 24865/1623/1466</w:t>
        <w:br/>
        <w:t>f 25125/1881/1665 25126/1880/1665 24865/1623/1466</w:t>
        <w:br/>
        <w:t>f 25048/1804/1614 25049/1803/1613 25057/1810/1617</w:t>
        <w:br/>
        <w:t>f 25134/1886/1669 25133/1887/1669 25132/1888/1670</w:t>
        <w:br/>
        <w:t>f 25131/1889/1670 25134/1886/1669 25132/1888/1670</w:t>
        <w:br/>
        <w:t>f 25138/1890/1671 25137/1891/1672 25136/1892/1673</w:t>
        <w:br/>
        <w:t>f 25135/1893/1674 25138/1890/1671 25136/1892/1673</w:t>
        <w:br/>
        <w:t>f 25142/1894/1675 25141/1895/1676 25140/1896/1677</w:t>
        <w:br/>
        <w:t>f 25139/1897/1678 25142/1894/1675 25140/1896/1677</w:t>
        <w:br/>
        <w:t>f 25146/1898/1679 25145/1899/1680 25144/1900/1678</w:t>
        <w:br/>
        <w:t>f 25143/1901/1677 25146/1898/1679 25144/1900/1678</w:t>
        <w:br/>
        <w:t>f 25147/1902/1681 25138/1890/1671 25135/1893/1674</w:t>
        <w:br/>
        <w:t>f 24601/1354/1251 24599/1356/1251 25136/1892/1673</w:t>
        <w:br/>
        <w:t>f 25137/1891/1672 24601/1354/1251 25136/1892/1673</w:t>
        <w:br/>
        <w:t>f 24669/1423/1315 25146/1898/1679 25143/1901/1677</w:t>
        <w:br/>
        <w:t>f 24668/1424/1316 24669/1423/1315 25143/1901/1677</w:t>
        <w:br/>
        <w:t>f 25148/1903/1682 25144/1900/1678 25145/1899/1680</w:t>
        <w:br/>
        <w:t>f 25141/1895/1676 24773/1527/1395 24772/1528/1316</w:t>
        <w:br/>
        <w:t>f 25140/1896/1677 25141/1895/1676 24772/1528/1316</w:t>
        <w:br/>
        <w:t>f 25149/1904/1682 25142/1894/1675 25139/1897/1678</w:t>
        <w:br/>
        <w:t>f 25131/1889/1670 25132/1888/1670 24848/1602/1452</w:t>
        <w:br/>
        <w:t>f 24849/1601/1452 25131/1889/1670 24848/1602/1452</w:t>
        <w:br/>
        <w:t>f 25134/1886/1669 25150/1905/1683 25133/1887/1669</w:t>
        <w:br/>
        <w:t>f 25151/1906/1356 24726/1480/1359 24169/924/857</w:t>
        <w:br/>
        <w:t>f 24182/937/872 25151/1906/1356 24169/924/857</w:t>
        <w:br/>
        <w:t>f 24166/919/853 24181/938/873 24126/880/824</w:t>
        <w:br/>
        <w:t>f 24123/877/821 24166/919/853 24126/880/824</w:t>
        <w:br/>
        <w:t>f 24181/938/873 24166/919/853 24090/846/791</w:t>
        <w:br/>
        <w:t>f 24091/845/790 24181/938/873 24090/846/791</w:t>
        <w:br/>
        <w:t>f 24836/1591/1357 25151/1906/1356 24182/937/872</w:t>
        <w:br/>
        <w:t>f 24183/936/871 24836/1591/1357 24182/937/872</w:t>
        <w:br/>
        <w:t>f 24169/924/857 24126/880/824 24181/938/873</w:t>
        <w:br/>
        <w:t>f 24182/937/872 24169/924/857 24181/938/873</w:t>
        <w:br/>
        <w:t>f 24169/924/857 24297/1051/980 24115/869/813</w:t>
        <w:br/>
        <w:t>f 25154/1907/1684 25153/1908/1685 25152/1909/1686</w:t>
        <w:br/>
        <w:t>f 25157/1910/1687 25156/1911/1688 25155/1912/1689</w:t>
        <w:br/>
        <w:t>f 25156/1911/1688 25157/1910/1687 25158/1913/1690</w:t>
        <w:br/>
        <w:t>f 25152/1909/1686 25153/1908/1685 25159/1914/1691</w:t>
        <w:br/>
        <w:t>f 25162/1915/1692 25161/1916/1693 25160/1917/1692</w:t>
        <w:br/>
        <w:t>f 25164/1918/1694 25163/1919/1695 25154/1907/1684</w:t>
        <w:br/>
        <w:t>f 24171/925/858 24116/868/812 24113/871/815</w:t>
        <w:br/>
        <w:t>f 25165/1920/1696 24171/925/858 24113/871/815</w:t>
        <w:br/>
        <w:t>f 24168/923/856 24116/868/812 24171/925/858</w:t>
        <w:br/>
        <w:t>f 24125/881/825 24115/869/813 24116/868/812</w:t>
        <w:br/>
        <w:t>f 24168/923/856 24125/881/825 24116/868/812</w:t>
        <w:br/>
        <w:t>f 24925/1681/1513 24952/1708/1536 24942/1696/1527</w:t>
        <w:br/>
        <w:t>f 24928/1685/1517 25166/1921/1697 24930/1683/1515</w:t>
        <w:br/>
        <w:t>f 24512/1267/1170 24913/1667/1499 24356/1114/1034</w:t>
        <w:br/>
        <w:t>f 24360/1117/1037 24728/1482/1361 24358/1112/1032</w:t>
        <w:br/>
        <w:t>f 24468/1224/1128 25167/1922/1341 24419/1174/1086</w:t>
        <w:br/>
        <w:t>f 24469/1223/1127 24468/1224/1128 24419/1174/1086</w:t>
        <w:br/>
        <w:t>f 24418/1175/1087 24419/1174/1086 25167/1922/1341</w:t>
        <w:br/>
        <w:t>f 25168/1923/1698 24418/1175/1087 25167/1922/1341</w:t>
        <w:br/>
        <w:t>f 24496/1251/1155 24418/1175/1087 25168/1923/1698</w:t>
        <w:br/>
        <w:t>f 25172/1924/1699 25171/1925/1699 25170/1926/1700</w:t>
        <w:br/>
        <w:t>f 25169/1927/1700 25172/1924/1699 25170/1926/1700</w:t>
        <w:br/>
        <w:t>f 25176/1928/1701 25175/1929/1702 25174/1930/1703</w:t>
        <w:br/>
        <w:t>f 25173/1931/1704 25176/1928/1701 25174/1930/1703</w:t>
        <w:br/>
        <w:t>f 25178/1932/1705 25176/1928/1701 25173/1931/1704</w:t>
        <w:br/>
        <w:t>f 25177/1933/1706 25178/1932/1705 25173/1931/1704</w:t>
        <w:br/>
        <w:t>f 25180/1934/1707 25179/1935/1708 25178/1932/1705</w:t>
        <w:br/>
        <w:t>f 25177/1933/1706 25180/1934/1707 25178/1932/1705</w:t>
        <w:br/>
        <w:t>f 25184/1936/1709 25183/1937/1710 25182/1938/1710</w:t>
        <w:br/>
        <w:t>f 25181/1939/1709 25184/1936/1709 25182/1938/1710</w:t>
        <w:br/>
        <w:t>f 25176/1928/1701 25178/1932/1705 24727/1483/1362</w:t>
        <w:br/>
        <w:t>f 24728/1482/1361 25176/1928/1701 24727/1483/1362</w:t>
        <w:br/>
        <w:t>f 25178/1932/1705 25179/1935/1708 24729/1484/1363</w:t>
        <w:br/>
        <w:t>f 24727/1483/1362 25178/1932/1705 24729/1484/1363</w:t>
        <w:br/>
        <w:t>f 25177/1933/1706 25173/1931/1704 25185/1940/1711</w:t>
        <w:br/>
        <w:t>f 25186/1941/1712 25184/1936/1709 25181/1939/1709</w:t>
        <w:br/>
        <w:t>f 25185/1940/1711 25180/1934/1707 25177/1933/1706</w:t>
        <w:br/>
        <w:t>f 25183/1937/1710 24928/1685/1517 24940/1695/1526</w:t>
        <w:br/>
        <w:t>f 25182/1938/1710 25183/1937/1710 24940/1695/1526</w:t>
        <w:br/>
        <w:t>f 25187/1942/1713 25171/1925/1699 25172/1924/1699</w:t>
        <w:br/>
        <w:t>f 25169/1927/1700 25170/1926/1700 25189/1943/1714</w:t>
        <w:br/>
        <w:t>f 25188/1944/1714 25169/1927/1700 25189/1943/1714</w:t>
        <w:br/>
        <w:t>f 25175/1929/1702 25176/1928/1701 24728/1482/1361</w:t>
        <w:br/>
        <w:t>f 24360/1117/1037 25175/1929/1702 24728/1482/1361</w:t>
        <w:br/>
        <w:t>f 25185/1940/1711 25173/1931/1704 25174/1930/1703</w:t>
        <w:br/>
        <w:t>f 24506/1264/1167 24476/1231/1135 24509/1261/1164</w:t>
        <w:br/>
        <w:t>f 25192/1945/1715 25191/1946/1715 25190/1947/1715</w:t>
        <w:br/>
        <w:t>f 25195/1948/1716 25194/1949/1167 25193/1950/1168</w:t>
        <w:br/>
        <w:t>f 24506/1264/1167 24353/1109/1029 24476/1231/1135</w:t>
        <w:br/>
        <w:t>f 24512/1267/1170 24478/1233/1137 24747/1502/1378</w:t>
        <w:br/>
        <w:t>f 25199/1951/1717 25198/1952/1718 25197/1953/1719</w:t>
        <w:br/>
        <w:t>f 25196/1954/1720 25199/1951/1717 25197/1953/1719</w:t>
        <w:br/>
        <w:t>f 25201/1955/1721 25200/1956/1722 25196/1954/1720</w:t>
        <w:br/>
        <w:t>f 25197/1953/1719 25201/1955/1721 25196/1954/1720</w:t>
        <w:br/>
        <w:t>f 25203/1957/1723 25202/1958/1724 25200/1956/1722</w:t>
        <w:br/>
        <w:t>f 25201/1955/1721 25203/1957/1723 25200/1956/1722</w:t>
        <w:br/>
        <w:t>f 25207/1959/1725 25206/1960/1726 25205/1961/1727</w:t>
        <w:br/>
        <w:t>f 25204/1962/1728 25207/1959/1725 25205/1961/1727</w:t>
        <w:br/>
        <w:t>f 25209/1963/1729 25205/1961/1727 25206/1960/1726</w:t>
        <w:br/>
        <w:t>f 25208/1964/1730 25209/1963/1729 25206/1960/1726</w:t>
        <w:br/>
        <w:t>f 25213/1965/1731 25212/1966/1731 25211/1967/1732</w:t>
        <w:br/>
        <w:t>f 25210/1968/1733 25213/1965/1731 25211/1967/1732</w:t>
        <w:br/>
        <w:t>f 25154/1907/1684 25201/1955/1721 25197/1953/1719</w:t>
        <w:br/>
        <w:t>f 25153/1908/1685 25154/1907/1684 25197/1953/1719</w:t>
        <w:br/>
        <w:t>f 25206/1960/1726 25207/1959/1725 25158/1913/1690</w:t>
        <w:br/>
        <w:t>f 25157/1910/1687 25206/1960/1726 25158/1913/1690</w:t>
        <w:br/>
        <w:t>f 25198/1952/1718 25159/1914/1691 25153/1908/1685</w:t>
        <w:br/>
        <w:t>f 25197/1953/1719 25198/1952/1718 25153/1908/1685</w:t>
        <w:br/>
        <w:t>f 25208/1964/1730 25206/1960/1726 25157/1910/1687</w:t>
        <w:br/>
        <w:t>f 25155/1912/1689 25208/1964/1730 25157/1910/1687</w:t>
        <w:br/>
        <w:t>f 25162/1915/1692 25160/1917/1692 25212/1966/1731</w:t>
        <w:br/>
        <w:t>f 25213/1965/1731 25162/1915/1692 25212/1966/1731</w:t>
        <w:br/>
        <w:t>f 25200/1956/1722 24113/871/815 24114/870/814</w:t>
        <w:br/>
        <w:t>f 25196/1954/1720 25200/1956/1722 24114/870/814</w:t>
        <w:br/>
        <w:t>f 24178/934/869 25204/1962/1728 25205/1961/1727</w:t>
        <w:br/>
        <w:t>f 24177/935/870 24178/934/869 25205/1961/1727</w:t>
        <w:br/>
        <w:t>f 24296/1052/981 25199/1951/1717 25196/1954/1720</w:t>
        <w:br/>
        <w:t>f 24114/870/814 24296/1052/981 25196/1954/1720</w:t>
        <w:br/>
        <w:t>f 25045/1799/1610 25017/1772/1591 25210/1968/1733</w:t>
        <w:br/>
        <w:t>f 25211/1967/1732 25045/1799/1610 25210/1968/1733</w:t>
        <w:br/>
        <w:t>f 25015/1770/1589 24177/935/870 25205/1961/1727</w:t>
        <w:br/>
        <w:t>f 25209/1963/1729 25015/1770/1589 25205/1961/1727</w:t>
        <w:br/>
        <w:t>f 24113/871/815 25200/1956/1722 25202/1958/1724</w:t>
        <w:br/>
        <w:t>f 25165/1920/1696 24113/871/815 25202/1958/1724</w:t>
        <w:br/>
        <w:t>f 25163/1919/1695 25203/1957/1723 25201/1955/1721</w:t>
        <w:br/>
        <w:t>f 25154/1907/1684 25163/1919/1695 25201/1955/1721</w:t>
        <w:br/>
        <w:t>f 24949/1701/1532 24950/1706/1534 25214/1969/1734</w:t>
        <w:br/>
        <w:t>f 24520/1275/1178 24949/1701/1532 25214/1969/1734</w:t>
        <w:br/>
        <w:t>f 24632/1390/1282 24633/1389/1282 25216/1970/1735</w:t>
        <w:br/>
        <w:t>f 25215/1971/1735 24632/1390/1282 25216/1970/1735</w:t>
        <w:br/>
        <w:t>f 24624/1378/1273 24625/1377/1272 25217/1972/1736</w:t>
        <w:br/>
        <w:t>f 24608/1364/1260 24624/1378/1273 25217/1972/1736</w:t>
        <w:br/>
        <w:t>f 25221/1973/1737 25220/1974/1738 25219/1975/1739</w:t>
        <w:br/>
        <w:t>f 25218/1976/1740 25221/1973/1737 25219/1975/1739</w:t>
        <w:br/>
        <w:t>f 25224/1977/1741 25223/1978/1742 25222/1979/1742</w:t>
        <w:br/>
        <w:t>f 25225/1980/1741 25224/1977/1741 25222/1979/1742</w:t>
        <w:br/>
        <w:t>f 25229/1981/1743 25228/1982/1744 25227/1983/1745</w:t>
        <w:br/>
        <w:t>f 25226/1984/1746 25229/1981/1743 25227/1983/1745</w:t>
        <w:br/>
        <w:t>f 25231/1985/1747 25229/1981/1743 25226/1984/1746</w:t>
        <w:br/>
        <w:t>f 25230/1986/1748 25231/1985/1747 25226/1984/1746</w:t>
        <w:br/>
        <w:t>f 25220/1974/1738 25221/1973/1737 25233/1987/1749</w:t>
        <w:br/>
        <w:t>f 25232/1988/1750 25220/1974/1738 25233/1987/1749</w:t>
        <w:br/>
        <w:t>f 25237/1989/1751 25236/1990/1752 25235/1991/1753</w:t>
        <w:br/>
        <w:t>f 25234/1992/1754 25237/1989/1751 25235/1991/1753</w:t>
        <w:br/>
        <w:t>f 25240/1993/1755 25239/1994/1755 25238/1995/1756</w:t>
        <w:br/>
        <w:t>f 25241/1996/1756 25240/1993/1755 25238/1995/1756</w:t>
        <w:br/>
        <w:t>f 25245/1997/1757 25244/1998/1758 25243/1999/1759</w:t>
        <w:br/>
        <w:t>f 25242/2000/1760 25245/1997/1757 25243/1999/1759</w:t>
        <w:br/>
        <w:t>f 25247/2001/1761 25246/2002/1762 25244/1998/1758</w:t>
        <w:br/>
        <w:t>f 25245/1997/1757 25247/2001/1761 25244/1998/1758</w:t>
        <w:br/>
        <w:t>f 25234/1992/1754 25249/2003/1763 25248/2004/1764</w:t>
        <w:br/>
        <w:t>f 25237/1989/1751 25234/1992/1754 25248/2004/1764</w:t>
        <w:br/>
        <w:t>f 24270/1024/954 25222/1979/1742 25223/1978/1742</w:t>
        <w:br/>
        <w:t>f 24269/1025/955 24270/1024/954 25223/1978/1742</w:t>
        <w:br/>
        <w:t>f 24266/1023/953 24267/1022/952 25226/1984/1746</w:t>
        <w:br/>
        <w:t>f 25227/1983/1745 24266/1023/953 25226/1984/1746</w:t>
        <w:br/>
        <w:t>f 25230/1986/1748 25226/1984/1746 24267/1022/952</w:t>
        <w:br/>
        <w:t>f 24002/754/710 25230/1986/1748 24267/1022/952</w:t>
        <w:br/>
        <w:t>f 25228/1982/1744 25229/1981/1743 24217/973/906</w:t>
        <w:br/>
        <w:t>f 24220/976/909 25228/1982/1744 24217/973/906</w:t>
        <w:br/>
        <w:t>f 25225/1980/1741 24223/979/912 24224/978/911</w:t>
        <w:br/>
        <w:t>f 25224/1977/1741 25225/1980/1741 24224/978/911</w:t>
        <w:br/>
        <w:t>f 25229/1981/1743 25231/1985/1747 24216/974/907</w:t>
        <w:br/>
        <w:t>f 24217/973/906 25229/1981/1743 24216/974/907</w:t>
        <w:br/>
        <w:t>f 24212/970/903 25221/1973/1737 25218/1976/1740</w:t>
        <w:br/>
        <w:t>f 24215/967/900 24212/970/903 25218/1976/1740</w:t>
        <w:br/>
        <w:t>f 25220/1974/1738 25065/1817/1621 25062/1820/1623</w:t>
        <w:br/>
        <w:t>f 25219/1975/1739 25220/1974/1738 25062/1820/1623</w:t>
        <w:br/>
        <w:t>f 25232/1988/1750 25250/2005/1765 25065/1817/1621</w:t>
        <w:br/>
        <w:t>f 25220/1974/1738 25232/1988/1750 25065/1817/1621</w:t>
        <w:br/>
        <w:t>f 24226/982/915 25233/1987/1749 25221/1973/1737</w:t>
        <w:br/>
        <w:t>f 24212/970/903 24226/982/915 25221/1973/1737</w:t>
        <w:br/>
        <w:t>f 24408/1164/1076 24409/1163/1076 25239/1994/1755</w:t>
        <w:br/>
        <w:t>f 25240/1993/1755 24408/1164/1076 25239/1994/1755</w:t>
        <w:br/>
        <w:t>f 24368/1123/1042 25243/1999/1759 25244/1998/1758</w:t>
        <w:br/>
        <w:t>f 24367/1124/1043 24368/1123/1042 25244/1998/1758</w:t>
        <w:br/>
        <w:t>f 25246/2002/1762 24315/1067/994 24367/1124/1043</w:t>
        <w:br/>
        <w:t>f 25244/1998/1758 25246/2002/1762 24367/1124/1043</w:t>
        <w:br/>
        <w:t>f 25242/2000/1760 24992/1746/1570 24988/1744/1568</w:t>
        <w:br/>
        <w:t>f 25245/1997/1757 25242/2000/1760 24988/1744/1568</w:t>
        <w:br/>
        <w:t>f 25241/1996/1756 25238/1995/1756 24995/1749/1572</w:t>
        <w:br/>
        <w:t>f 24996/1748/1572 25241/1996/1756 24995/1749/1572</w:t>
        <w:br/>
        <w:t>f 25245/1997/1757 24988/1744/1568 24989/1743/1567</w:t>
        <w:br/>
        <w:t>f 25247/2001/1761 25245/1997/1757 24989/1743/1567</w:t>
        <w:br/>
        <w:t>f 25236/1990/1752 25237/1989/1751 24983/1741/1565</w:t>
        <w:br/>
        <w:t>f 24984/1740/1564 25236/1990/1752 24983/1741/1565</w:t>
        <w:br/>
        <w:t>f 25001/1758/1580 25002/1757/1579 25234/1992/1754</w:t>
        <w:br/>
        <w:t>f 25235/1991/1753 25001/1758/1580 25234/1992/1754</w:t>
        <w:br/>
        <w:t>f 25249/2003/1763 25002/1757/1579 25251/2006/1766</w:t>
        <w:br/>
        <w:t>f 25234/1992/1754 25002/1757/1579 25249/2003/1763</w:t>
        <w:br/>
        <w:t>f 25237/1989/1751 25248/2004/1764 24997/1753/1575</w:t>
        <w:br/>
        <w:t>f 24983/1741/1565 25237/1989/1751 24997/1753/1575</w:t>
        <w:br/>
        <w:t>f 24689/1441/1330 24686/1444/1330 25215/1971/1735</w:t>
        <w:br/>
        <w:t>f 25216/1970/1735 24689/1441/1330 25215/1971/1735</w:t>
        <w:br/>
        <w:t>f 24627/1381/1276 25217/1972/1736 24625/1377/1272</w:t>
        <w:br/>
        <w:t>f 24520/1275/1178 24521/1274/1177 24966/1721/1549</w:t>
        <w:br/>
        <w:t>f 24518/1273/1176 24520/1275/1178 24966/1721/1549</w:t>
        <w:br/>
        <w:t>f 24519/1276/1179 24520/1275/1178 25214/1969/1734</w:t>
        <w:br/>
        <w:t>f 24353/1109/1029 24354/1108/1028 24476/1231/1135</w:t>
        <w:br/>
        <w:t>f 24723/1478/1357 24830/1586/1443 24831/1585/1442</w:t>
        <w:br/>
        <w:t>f 25254/2007/1767 25253/2008/1767 25252/2009/1768</w:t>
        <w:br/>
        <w:t>f 25255/2010/1768 25254/2007/1767 25252/2009/1768</w:t>
        <w:br/>
        <w:t>f 25259/2011/1769 25258/2012/1770 25257/2013/1770</w:t>
        <w:br/>
        <w:t>f 25256/2014/1769 25259/2011/1769 25257/2013/1770</w:t>
        <w:br/>
        <w:t>f 25263/2015/1771 25262/2016/1771 25261/2017/1772</w:t>
        <w:br/>
        <w:t>f 25260/2018/1773 25263/2015/1771 25261/2017/1772</w:t>
        <w:br/>
        <w:t>f 25267/2019/1774 25266/2020/1774 25265/2021/1775</w:t>
        <w:br/>
        <w:t>f 25264/2022/1775 25267/2019/1774 25265/2021/1775</w:t>
        <w:br/>
        <w:t>f 25271/2023/1776 25270/2024/1777 25269/2025/1778</w:t>
        <w:br/>
        <w:t>f 25268/2026/1778 25271/2023/1776 25269/2025/1778</w:t>
        <w:br/>
        <w:t>f 25275/2027/1779 25274/2028/1780 25273/2029/1780</w:t>
        <w:br/>
        <w:t>f 25272/2030/1781 25275/2027/1779 25273/2029/1780</w:t>
        <w:br/>
        <w:t>f 25276/2031/1782 25266/2020/1774 25267/2019/1774</w:t>
        <w:br/>
        <w:t>f 25269/2025/1778 25276/2031/1782 25268/2026/1778</w:t>
        <w:br/>
        <w:t>f 25275/2027/1779 25272/2030/1781 25277/2032/1783</w:t>
        <w:br/>
        <w:t>f 25281/2033/1784 25280/2034/1785 25279/2035/1786</w:t>
        <w:br/>
        <w:t>f 25278/2036/1786 25281/2033/1784 25279/2035/1786</w:t>
        <w:br/>
        <w:t>f 25285/2037/1787 25284/2038/1787 25283/2039/1788</w:t>
        <w:br/>
        <w:t>f 25282/2040/1788 25285/2037/1787 25283/2039/1788</w:t>
        <w:br/>
        <w:t>f 25286/2041/1789 25282/2040/1788 25283/2039/1788</w:t>
        <w:br/>
        <w:t>f 25290/2042/1790 25289/2043/1791 25288/2044/1792</w:t>
        <w:br/>
        <w:t>f 25287/2045/1793 25290/2042/1790 25288/2044/1792</w:t>
        <w:br/>
        <w:t>f 25293/2046/1794 25292/2047/1795 25291/2048/1795</w:t>
        <w:br/>
        <w:t>f 25294/2049/1794 25293/2046/1794 25291/2048/1795</w:t>
        <w:br/>
        <w:t>f 25297/2050/1796 25296/2051/1797 25295/2052/1797</w:t>
        <w:br/>
        <w:t>f 25298/2053/1796 25297/2050/1796 25295/2052/1797</w:t>
        <w:br/>
        <w:t>f 25301/2054/1798 25300/2055/1798 25299/2056/1799</w:t>
        <w:br/>
        <w:t>f 25302/2057/1799 25301/2054/1798 25299/2056/1799</w:t>
        <w:br/>
        <w:t>f 25254/2007/1767 25293/2046/1794 25294/2049/1794</w:t>
        <w:br/>
        <w:t>f 25253/2008/1767 25254/2007/1767 25294/2049/1794</w:t>
        <w:br/>
        <w:t>f 25287/2045/1793 25288/2044/1792 25259/2011/1769</w:t>
        <w:br/>
        <w:t>f 25256/2014/1769 25287/2045/1793 25259/2011/1769</w:t>
        <w:br/>
        <w:t>f 25263/2015/1771 25297/2050/1796 25298/2053/1796</w:t>
        <w:br/>
        <w:t>f 25262/2016/1771 25263/2015/1771 25298/2053/1796</w:t>
        <w:br/>
        <w:t>f 25292/2047/1795 25270/2024/1777 25271/2023/1776</w:t>
        <w:br/>
        <w:t>f 25291/2048/1795 25292/2047/1795 25271/2023/1776</w:t>
        <w:br/>
        <w:t>f 25296/2051/1797 25273/2029/1780 25274/2028/1780</w:t>
        <w:br/>
        <w:t>f 25295/2052/1797 25296/2051/1797 25274/2028/1780</w:t>
        <w:br/>
        <w:t>f 25264/2022/1775 25265/2021/1775 25289/2043/1791</w:t>
        <w:br/>
        <w:t>f 25290/2042/1790 25264/2022/1775 25289/2043/1791</w:t>
        <w:br/>
        <w:t>f 25300/2055/1798 25301/2054/1798 25278/2036/1786</w:t>
        <w:br/>
        <w:t>f 25279/2035/1786 25300/2055/1798 25278/2036/1786</w:t>
        <w:br/>
        <w:t>f 25284/2038/1787 25285/2037/1787 25302/2057/1799</w:t>
        <w:br/>
        <w:t>f 25299/2056/1799 25284/2038/1787 25302/2057/1799</w:t>
        <w:br/>
        <w:t>f 25305/2058/1800 25304/2059/1801 25303/2060/1801</w:t>
        <w:br/>
        <w:t>f 25306/2061/1802 25305/2058/1800 25303/2060/1801</w:t>
        <w:br/>
        <w:t>f 25310/2062/1803 25309/2063/1803 25308/2064/1804</w:t>
        <w:br/>
        <w:t>f 25307/2065/1804 25310/2062/1803 25308/2064/1804</w:t>
        <w:br/>
        <w:t>f 25314/2066/1805 25313/2067/1806 25312/2068/1807</w:t>
        <w:br/>
        <w:t>f 25311/2069/1808 25314/2066/1805 25312/2068/1807</w:t>
        <w:br/>
        <w:t>f 25318/2070/1809 25317/2071/1810 25316/2072/1810</w:t>
        <w:br/>
        <w:t>f 25315/2073/1809 25318/2070/1809 25316/2072/1810</w:t>
        <w:br/>
        <w:t>f 25322/2074/1811 25321/2075/1812 25320/2076/1812</w:t>
        <w:br/>
        <w:t>f 25319/2077/1813 25322/2074/1811 25320/2076/1812</w:t>
        <w:br/>
        <w:t>f 25326/2078/1814 25325/2079/1815 25324/2080/1816</w:t>
        <w:br/>
        <w:t>f 25323/2081/1816 25326/2078/1814 25324/2080/1816</w:t>
        <w:br/>
        <w:t>f 25327/2082/1817 25318/2070/1809 25315/2073/1809</w:t>
        <w:br/>
        <w:t>f 25320/2076/1812 25321/2075/1812 25327/2082/1817</w:t>
        <w:br/>
        <w:t>f 25326/2078/1814 25328/2083/1818 25325/2079/1815</w:t>
        <w:br/>
        <w:t>f 25332/2084/1819 25331/2085/1820 25330/2086/1820</w:t>
        <w:br/>
        <w:t>f 25329/2087/1819 25332/2084/1819 25330/2086/1820</w:t>
        <w:br/>
        <w:t>f 25336/2088/1821 25335/2089/1822 25334/2090/1822</w:t>
        <w:br/>
        <w:t>f 25333/2091/1821 25336/2088/1821 25334/2090/1822</w:t>
        <w:br/>
        <w:t>f 25337/2092/1823 25334/2090/1822 25335/2089/1822</w:t>
        <w:br/>
        <w:t>f 25341/2093/1824 25340/2094/1825 25339/2095/1826</w:t>
        <w:br/>
        <w:t>f 25338/2096/1824 25341/2093/1824 25339/2095/1826</w:t>
        <w:br/>
        <w:t>f 25344/2097/1827 25343/2098/1827 25342/2099/1828</w:t>
        <w:br/>
        <w:t>f 25345/2100/1829 25344/2097/1827 25342/2099/1828</w:t>
        <w:br/>
        <w:t>f 25348/2101/1830 25347/2102/1830 25346/2103/1831</w:t>
        <w:br/>
        <w:t>f 25349/2104/1831 25348/2101/1830 25346/2103/1831</w:t>
        <w:br/>
        <w:t>f 25352/2105/1832 25351/2106/1833 25350/2107/1833</w:t>
        <w:br/>
        <w:t>f 25353/2108/1832 25352/2105/1832 25350/2107/1833</w:t>
        <w:br/>
        <w:t>f 25345/2100/1829 25342/2099/1828 25303/2060/1801</w:t>
        <w:br/>
        <w:t>f 25304/2059/1801 25345/2100/1829 25303/2060/1801</w:t>
        <w:br/>
        <w:t>f 25310/2062/1803 25339/2095/1826 25340/2094/1825</w:t>
        <w:br/>
        <w:t>f 25309/2063/1803 25310/2062/1803 25340/2094/1825</w:t>
        <w:br/>
        <w:t>f 25349/2104/1831 25346/2103/1831 25314/2066/1805</w:t>
        <w:br/>
        <w:t>f 25311/2069/1808 25349/2104/1831 25314/2066/1805</w:t>
        <w:br/>
        <w:t>f 25322/2074/1811 25319/2077/1813 25343/2098/1827</w:t>
        <w:br/>
        <w:t>f 25344/2097/1827 25322/2074/1811 25343/2098/1827</w:t>
        <w:br/>
        <w:t>f 25347/2102/1830 25348/2101/1830 25323/2081/1816</w:t>
        <w:br/>
        <w:t>f 25324/2080/1816 25347/2102/1830 25323/2081/1816</w:t>
        <w:br/>
        <w:t>f 25317/2071/1810 25341/2093/1824 25338/2096/1824</w:t>
        <w:br/>
        <w:t>f 25316/2072/1810 25317/2071/1810 25338/2096/1824</w:t>
        <w:br/>
        <w:t>f 25331/2085/1820 25352/2105/1832 25353/2108/1832</w:t>
        <w:br/>
        <w:t>f 25330/2086/1820 25331/2085/1820 25353/2108/1832</w:t>
        <w:br/>
        <w:t>f 25351/2106/1833 25336/2088/1821 25333/2091/1821</w:t>
        <w:br/>
        <w:t>f 25350/2107/1833 25351/2106/1833 25333/2091/1821</w:t>
        <w:br/>
        <w:t>f 25357/2109/1834 25356/2110/1835 25355/2111/1836</w:t>
        <w:br/>
        <w:t>f 25354/2112/1837 25357/2109/1834 25355/2111/1836</w:t>
        <w:br/>
        <w:t>f 25359/2113/1838 25357/2109/1834 25354/2112/1837</w:t>
        <w:br/>
        <w:t>f 25358/2114/1839 25359/2113/1838 25354/2112/1837</w:t>
        <w:br/>
        <w:t>f 25361/2115/1840 25359/2113/1838 25358/2114/1839</w:t>
        <w:br/>
        <w:t>f 25360/2116/1841 25361/2115/1840 25358/2114/1839</w:t>
        <w:br/>
        <w:t>f 25363/2117/1842 25362/2118/1843 25356/2110/1835</w:t>
        <w:br/>
        <w:t>f 25357/2109/1834 25363/2117/1842 25356/2110/1835</w:t>
        <w:br/>
        <w:t>f 25364/2119/1844 25363/2117/1842 25357/2109/1834</w:t>
        <w:br/>
        <w:t>f 25359/2113/1838 25364/2119/1844 25357/2109/1834</w:t>
        <w:br/>
        <w:t>f 25365/2120/1845 25364/2119/1844 25359/2113/1838</w:t>
        <w:br/>
        <w:t>f 25361/2115/1840 25365/2120/1845 25359/2113/1838</w:t>
        <w:br/>
        <w:t>f 25367/2121/1846 25366/2122/1847 25362/2118/1843</w:t>
        <w:br/>
        <w:t>f 25363/2117/1842 25367/2121/1846 25362/2118/1843</w:t>
        <w:br/>
        <w:t>f 25368/2123/1848 25367/2121/1846 25363/2117/1842</w:t>
        <w:br/>
        <w:t>f 25364/2119/1844 25368/2123/1848 25363/2117/1842</w:t>
        <w:br/>
        <w:t>f 25369/2124/1849 25368/2123/1848 25364/2119/1844</w:t>
        <w:br/>
        <w:t>f 25365/2120/1845 25369/2124/1849 25364/2119/1844</w:t>
        <w:br/>
        <w:t>f 25370/2125/1850 25366/2122/1847 25367/2121/1846</w:t>
        <w:br/>
        <w:t>f 25371/2126/1851 25370/2125/1850 25367/2121/1846</w:t>
        <w:br/>
        <w:t>f 25372/2127/1852 25371/2126/1851 25367/2121/1846</w:t>
        <w:br/>
        <w:t>f 25368/2123/1848 25372/2127/1852 25367/2121/1846</w:t>
        <w:br/>
        <w:t>f 25373/2128/1853 25372/2127/1852 25368/2123/1848</w:t>
        <w:br/>
        <w:t>f 25369/2124/1849 25373/2128/1853 25368/2123/1848</w:t>
        <w:br/>
        <w:t>f 25377/2129/1854 25376/2130/1855 25375/2131/1856</w:t>
        <w:br/>
        <w:t>f 25374/2132/1857 25377/2129/1854 25375/2131/1856</w:t>
        <w:br/>
        <w:t>f 25379/2133/1858 25378/2134/1859 25376/2130/1855</w:t>
        <w:br/>
        <w:t>f 25377/2129/1854 25379/2133/1858 25376/2130/1855</w:t>
        <w:br/>
        <w:t>f 25381/2135/1860 25380/2136/1861 25378/2134/1859</w:t>
        <w:br/>
        <w:t>f 25379/2133/1858 25381/2135/1860 25378/2134/1859</w:t>
        <w:br/>
        <w:t>f 25380/2136/1861 25381/2135/1860 25383/2137/1862</w:t>
        <w:br/>
        <w:t>f 25382/2138/1863 25380/2136/1861 25383/2137/1862</w:t>
        <w:br/>
        <w:t>f 25385/2139/1864 25384/2140/1865 25375/2131/1856</w:t>
        <w:br/>
        <w:t>f 25376/2130/1855 25385/2139/1864 25375/2131/1856</w:t>
        <w:br/>
        <w:t>f 25386/2141/1866 25385/2139/1864 25376/2130/1855</w:t>
        <w:br/>
        <w:t>f 25378/2134/1859 25386/2141/1866 25376/2130/1855</w:t>
        <w:br/>
        <w:t>f 25387/2142/1867 25386/2141/1866 25378/2134/1859</w:t>
        <w:br/>
        <w:t>f 25380/2136/1861 25387/2142/1867 25378/2134/1859</w:t>
        <w:br/>
        <w:t>f 25380/2136/1861 25382/2138/1863 25388/2143/1868</w:t>
        <w:br/>
        <w:t>f 25387/2142/1867 25380/2136/1861 25388/2143/1868</w:t>
        <w:br/>
        <w:t>f 25361/2115/1840 25360/2116/1841 25384/2140/1865</w:t>
        <w:br/>
        <w:t>f 25385/2139/1864 25361/2115/1840 25384/2140/1865</w:t>
        <w:br/>
        <w:t>f 25365/2120/1845 25361/2115/1840 25385/2139/1864</w:t>
        <w:br/>
        <w:t>f 25386/2141/1866 25365/2120/1845 25385/2139/1864</w:t>
        <w:br/>
        <w:t>f 25369/2124/1849 25365/2120/1845 25386/2141/1866</w:t>
        <w:br/>
        <w:t>f 25387/2142/1867 25369/2124/1849 25386/2141/1866</w:t>
        <w:br/>
        <w:t>f 25388/2143/1868 25373/2128/1853 25369/2124/1849</w:t>
        <w:br/>
        <w:t>f 25387/2142/1867 25388/2143/1868 25369/2124/1849</w:t>
        <w:br/>
        <w:t>f 25392/2144/1869 25391/2145/1870 25390/2146/1871</w:t>
        <w:br/>
        <w:t>f 25389/2147/1872 25392/2144/1869 25390/2146/1871</w:t>
        <w:br/>
        <w:t>f 25394/2148/1873 25392/2144/1869 25389/2147/1872</w:t>
        <w:br/>
        <w:t>f 25393/2149/1874 25394/2148/1873 25389/2147/1872</w:t>
        <w:br/>
        <w:t>f 25396/2150/1875 25394/2148/1873 25393/2149/1874</w:t>
        <w:br/>
        <w:t>f 25395/2151/1876 25396/2150/1875 25393/2149/1874</w:t>
        <w:br/>
        <w:t>f 25396/2150/1875 25395/2151/1876 25397/2152/1877</w:t>
        <w:br/>
        <w:t>f 25398/2153/1878 25396/2150/1875 25397/2152/1877</w:t>
        <w:br/>
        <w:t>f 25400/2154/1879 25399/2155/1880 25391/2145/1870</w:t>
        <w:br/>
        <w:t>f 25392/2144/1869 25400/2154/1879 25391/2145/1870</w:t>
        <w:br/>
        <w:t>f 25401/2156/1881 25400/2154/1879 25392/2144/1869</w:t>
        <w:br/>
        <w:t>f 25394/2148/1873 25401/2156/1881 25392/2144/1869</w:t>
        <w:br/>
        <w:t>f 25402/2157/1882 25401/2156/1881 25394/2148/1873</w:t>
        <w:br/>
        <w:t>f 25396/2150/1875 25402/2157/1882 25394/2148/1873</w:t>
        <w:br/>
        <w:t>f 25402/2157/1882 25396/2150/1875 25398/2153/1878</w:t>
        <w:br/>
        <w:t>f 25403/2158/1883 25402/2157/1882 25398/2153/1878</w:t>
        <w:br/>
        <w:t>f 25401/2156/1881 25402/2157/1882 25404/2159/1884</w:t>
        <w:br/>
        <w:t>f 25402/2157/1882 25405/2160/1885 25404/2159/1884</w:t>
        <w:br/>
        <w:t>f 25399/2155/1880 25400/2154/1879 25407/2161/1886</w:t>
        <w:br/>
        <w:t>f 25406/2162/1887 25399/2155/1880 25407/2161/1886</w:t>
        <w:br/>
        <w:t>f 25400/2154/1879 25401/2156/1881 25408/2163/1888</w:t>
        <w:br/>
        <w:t>f 25407/2161/1886 25400/2154/1879 25408/2163/1888</w:t>
        <w:br/>
        <w:t>f 25401/2156/1881 25404/2159/1884 25408/2163/1888</w:t>
        <w:br/>
        <w:t>f 25404/2159/1884 25405/2160/1885 25409/2164/1889</w:t>
        <w:br/>
        <w:t>f 25412/2165/1890 25411/2166/1891 25410/2167/1892</w:t>
        <w:br/>
        <w:t>f 25410/2167/1892 25414/2168/1893 25413/2169/1894</w:t>
        <w:br/>
        <w:t>f 25416/2170/1895 25415/2171/1896 25414/2168/1893</w:t>
        <w:br/>
        <w:t>f 25418/2172/1897 25416/2170/1895 25417/2173/1898</w:t>
        <w:br/>
        <w:t>f 25419/2174/1899 25418/2172/1897 25417/2173/1898</w:t>
        <w:br/>
        <w:t>f 25410/2167/1892 25421/2175/1900 25420/2176/1901</w:t>
        <w:br/>
        <w:t>f 25412/2165/1890 25410/2167/1892 25420/2176/1901</w:t>
        <w:br/>
        <w:t>f 25424/2177/1902 25423/2178/1903 25422/2179/1904</w:t>
        <w:br/>
        <w:t>f 25421/2175/1900 25426/2180/1905 25425/2181/1906</w:t>
        <w:br/>
        <w:t>f 25420/2176/1901 25421/2175/1900 25425/2181/1906</w:t>
        <w:br/>
        <w:t>f 25426/2180/1905 25428/2182/1907 25427/2183/1908</w:t>
        <w:br/>
        <w:t>f 25425/2181/1906 25426/2180/1905 25427/2183/1908</w:t>
        <w:br/>
        <w:t>f 25430/2184/1909 25429/2185/1910 25428/2182/1907</w:t>
        <w:br/>
        <w:t>f 25426/2180/1905 25430/2184/1909 25428/2182/1907</w:t>
        <w:br/>
        <w:t>f 25434/2186/1911 25433/2187/1912 25432/2188/1913</w:t>
        <w:br/>
        <w:t>f 25431/2189/1914 25434/2186/1911 25432/2188/1913</w:t>
        <w:br/>
        <w:t>f 25436/2190/1915 25435/2191/1916 25355/2111/1836</w:t>
        <w:br/>
        <w:t>f 25356/2110/1835 25436/2190/1915 25355/2111/1836</w:t>
        <w:br/>
        <w:t>f 25437/2192/1917 25436/2190/1915 25356/2110/1835</w:t>
        <w:br/>
        <w:t>f 25362/2118/1843 25437/2192/1917 25356/2110/1835</w:t>
        <w:br/>
        <w:t>f 25438/2193/1918 25437/2192/1917 25362/2118/1843</w:t>
        <w:br/>
        <w:t>f 25366/2122/1847 25438/2193/1918 25362/2118/1843</w:t>
        <w:br/>
        <w:t>f 25439/2194/1919 25438/2193/1918 25366/2122/1847</w:t>
        <w:br/>
        <w:t>f 25370/2125/1850 25439/2194/1919 25366/2122/1847</w:t>
        <w:br/>
        <w:t>f 25440/2195/1920 25389/2147/1872 25390/2146/1871</w:t>
        <w:br/>
        <w:t>f 25441/2196/1921 25440/2195/1920 25390/2146/1871</w:t>
        <w:br/>
        <w:t>f 25436/2190/1915 25440/2195/1920 25441/2196/1921</w:t>
        <w:br/>
        <w:t>f 25435/2191/1916 25436/2190/1915 25441/2196/1921</w:t>
        <w:br/>
        <w:t>f 25442/2197/1922 25393/2149/1874 25389/2147/1872</w:t>
        <w:br/>
        <w:t>f 25440/2195/1920 25442/2197/1922 25389/2147/1872</w:t>
        <w:br/>
        <w:t>f 25437/2192/1917 25442/2197/1922 25440/2195/1920</w:t>
        <w:br/>
        <w:t>f 25436/2190/1915 25437/2192/1917 25440/2195/1920</w:t>
        <w:br/>
        <w:t>f 25444/2198/1923 25443/2199/1876 25393/2149/1874</w:t>
        <w:br/>
        <w:t>f 25442/2197/1922 25444/2198/1923 25393/2149/1874</w:t>
        <w:br/>
        <w:t>f 25438/2193/1918 25444/2198/1923 25442/2197/1922</w:t>
        <w:br/>
        <w:t>f 25437/2192/1917 25438/2193/1918 25442/2197/1922</w:t>
        <w:br/>
        <w:t>f 25446/2200/1924 25445/2201/1877 25443/2199/1876</w:t>
        <w:br/>
        <w:t>f 25444/2198/1923 25446/2200/1924 25443/2199/1876</w:t>
        <w:br/>
        <w:t>f 25438/2193/1918 25439/2194/1919 25446/2200/1924</w:t>
        <w:br/>
        <w:t>f 25444/2198/1923 25438/2193/1918 25446/2200/1924</w:t>
        <w:br/>
        <w:t>f 25374/2132/1857 25448/2202/1925 25447/2203/1926</w:t>
        <w:br/>
        <w:t>f 25377/2129/1854 25374/2132/1857 25447/2203/1926</w:t>
        <w:br/>
        <w:t>f 25450/2204/1927 25449/2205/1928 25447/2203/1926</w:t>
        <w:br/>
        <w:t>f 25448/2202/1925 25450/2204/1927 25447/2203/1926</w:t>
        <w:br/>
        <w:t>f 25450/2204/1927 25452/2206/1929 25451/2207/1930</w:t>
        <w:br/>
        <w:t>f 25449/2205/1928 25450/2204/1927 25451/2207/1930</w:t>
        <w:br/>
        <w:t>f 25453/2208/1931 25379/2133/1858 25377/2129/1854</w:t>
        <w:br/>
        <w:t>f 25447/2203/1926 25453/2208/1931 25377/2129/1854</w:t>
        <w:br/>
        <w:t>f 25453/2208/1931 25455/2209/1932 25454/2210/1933</w:t>
        <w:br/>
        <w:t>f 25381/2135/1860 25453/2208/1931 25456/2211/1934</w:t>
        <w:br/>
        <w:t>f 25453/2208/1931 25454/2210/1933 25456/2211/1934</w:t>
        <w:br/>
        <w:t>f 25457/2212/1935 25456/2211/1934 25454/2210/1933</w:t>
        <w:br/>
        <w:t>f 25458/2213/1936 25457/2212/1935 25454/2210/1933</w:t>
        <w:br/>
        <w:t>f 25459/2214/1937 25383/2137/1862 25381/2135/1860</w:t>
        <w:br/>
        <w:t>f 25456/2211/1934 25459/2214/1937 25381/2135/1860</w:t>
        <w:br/>
        <w:t>f 25456/2211/1934 25457/2212/1935 25460/2215/1938</w:t>
        <w:br/>
        <w:t>f 25459/2214/1937 25456/2211/1934 25460/2215/1938</w:t>
        <w:br/>
        <w:t>f 25462/2216/1939 25461/2217/1940 25412/2165/1890</w:t>
        <w:br/>
        <w:t>f 25420/2176/1901 25462/2216/1939 25412/2165/1890</w:t>
        <w:br/>
        <w:t>f 25463/2218/1941 25462/2216/1939 25420/2176/1901</w:t>
        <w:br/>
        <w:t>f 25425/2181/1906 25463/2218/1941 25420/2176/1901</w:t>
        <w:br/>
        <w:t>f 25464/2219/1942 25463/2218/1941 25425/2181/1906</w:t>
        <w:br/>
        <w:t>f 25427/2183/1908 25464/2219/1942 25425/2181/1906</w:t>
        <w:br/>
        <w:t>f 25466/2220/1943 25465/2221/1944 25461/2217/1940</w:t>
        <w:br/>
        <w:t>f 25462/2216/1939 25466/2220/1943 25461/2217/1940</w:t>
        <w:br/>
        <w:t>f 25462/2216/1939 25463/2218/1941 25467/2222/1945</w:t>
        <w:br/>
        <w:t>f 25466/2220/1943 25462/2216/1939 25467/2222/1945</w:t>
        <w:br/>
        <w:t>f 25468/2223/1946 25467/2222/1945 25463/2218/1941</w:t>
        <w:br/>
        <w:t>f 25464/2219/1942 25468/2223/1946 25463/2218/1941</w:t>
        <w:br/>
        <w:t>f 25472/2224/1947 25471/2225/1948 25470/2226/1949</w:t>
        <w:br/>
        <w:t>f 25469/2227/1950 25472/2224/1947 25470/2226/1949</w:t>
        <w:br/>
        <w:t>f 25458/2213/1936 25474/2228/1951 25473/2229/1952</w:t>
        <w:br/>
        <w:t>f 25457/2212/1935 25458/2213/1936 25473/2229/1952</w:t>
        <w:br/>
        <w:t>f 25460/2215/1938 25457/2212/1935 25473/2229/1952</w:t>
        <w:br/>
        <w:t>f 25475/2230/1953 25460/2215/1938 25473/2229/1952</w:t>
        <w:br/>
        <w:t>f 25374/2132/1857 25375/2131/1856 25476/2231/1954</w:t>
        <w:br/>
        <w:t>f 25375/2131/1856 25477/2232/1955 25476/2231/1954</w:t>
        <w:br/>
        <w:t>f 25384/2140/1865 25479/2233/1956 25478/2234/1957</w:t>
        <w:br/>
        <w:t>f 25384/2140/1865 25480/2235/1958 25479/2233/1956</w:t>
        <w:br/>
        <w:t>f 25483/2236/1959 25482/2237/1960 25481/2238/1961</w:t>
        <w:br/>
        <w:t>f 25478/2234/1957 25479/2233/1956 25484/2239/1962</w:t>
        <w:br/>
        <w:t>f 25479/2233/1956 25486/2240/1963 25485/2241/1964</w:t>
        <w:br/>
        <w:t>f 25487/2242/1965 25354/2112/1837 25355/2111/1836</w:t>
        <w:br/>
        <w:t>f 25435/2191/1916 25487/2242/1965 25355/2111/1836</w:t>
        <w:br/>
        <w:t>f 25487/2242/1965 25435/2191/1916 25488/2243/1966</w:t>
        <w:br/>
        <w:t>f 25489/2244/1967 25358/2114/1839 25354/2112/1837</w:t>
        <w:br/>
        <w:t>f 25487/2242/1965 25489/2244/1967 25354/2112/1837</w:t>
        <w:br/>
        <w:t>f 25490/2245/1968 25489/2244/1967 25487/2242/1965</w:t>
        <w:br/>
        <w:t>f 25488/2243/1966 25490/2245/1968 25487/2242/1965</w:t>
        <w:br/>
        <w:t>f 25360/2116/1841 25492/2246/1969 25491/2247/1970</w:t>
        <w:br/>
        <w:t>f 25495/2248/1971 25494/2249/1972 25493/2250/1973</w:t>
        <w:br/>
        <w:t>f 25496/2251/1974 25441/2196/1921 25390/2146/1871</w:t>
        <w:br/>
        <w:t>f 25391/2145/1870 25496/2251/1974 25390/2146/1871</w:t>
        <w:br/>
        <w:t>f 25497/2252/1975 25496/2251/1974 25391/2145/1870</w:t>
        <w:br/>
        <w:t>f 25399/2155/1880 25497/2252/1975 25391/2145/1870</w:t>
        <w:br/>
        <w:t>f 25406/2162/1887 25498/2253/1976 25497/2252/1975</w:t>
        <w:br/>
        <w:t>f 25399/2155/1880 25406/2162/1887 25497/2252/1975</w:t>
        <w:br/>
        <w:t>f 25441/2196/1921 25496/2251/1974 25499/2254/1977</w:t>
        <w:br/>
        <w:t>f 25499/2254/1977 25496/2251/1974 25497/2252/1975</w:t>
        <w:br/>
        <w:t>f 25500/2255/1978 25499/2254/1977 25497/2252/1975</w:t>
        <w:br/>
        <w:t>f 25498/2253/1976 25501/2256/1979 25500/2255/1978</w:t>
        <w:br/>
        <w:t>f 25497/2252/1975 25498/2253/1976 25500/2255/1978</w:t>
        <w:br/>
        <w:t>f 25435/2191/1916 25441/2196/1921 25499/2254/1977</w:t>
        <w:br/>
        <w:t>f 25488/2243/1966 25435/2191/1916 25499/2254/1977</w:t>
        <w:br/>
        <w:t>f 25488/2243/1966 25499/2254/1977 25500/2255/1978</w:t>
        <w:br/>
        <w:t>f 25490/2245/1968 25488/2243/1966 25500/2255/1978</w:t>
        <w:br/>
        <w:t>f 25501/2256/1979 25503/2257/1980 25502/2258/1981</w:t>
        <w:br/>
        <w:t>f 25461/2217/1940 25504/2259/1982 25411/2166/1891</w:t>
        <w:br/>
        <w:t>f 25412/2165/1890 25461/2217/1940 25411/2166/1891</w:t>
        <w:br/>
        <w:t>f 25507/2260/1983 25506/2261/1984 25505/2262/1985</w:t>
        <w:br/>
        <w:t>f 25504/2259/1982 25509/2263/1986 25508/2264/1987</w:t>
        <w:br/>
        <w:t>f 25411/2166/1891 25504/2259/1982 25508/2264/1987</w:t>
        <w:br/>
        <w:t>f 25504/2259/1982 25510/2265/1988 25509/2263/1986</w:t>
        <w:br/>
        <w:t>f 25510/2265/1988 25482/2237/1960 25484/2239/1962</w:t>
        <w:br/>
        <w:t>f 25511/2266/1989 25510/2265/1988 25484/2239/1962</w:t>
        <w:br/>
        <w:t>f 25509/2263/1986 25512/2267/1990 25417/2173/1898</w:t>
        <w:br/>
        <w:t>f 25508/2264/1987 25509/2263/1986 25417/2173/1898</w:t>
        <w:br/>
        <w:t>f 25509/2263/1986 25511/2266/1989 25513/2268/1991</w:t>
        <w:br/>
        <w:t>f 25512/2267/1990 25509/2263/1986 25513/2268/1991</w:t>
        <w:br/>
        <w:t>f 25513/2268/1992 25515/2269/1993 25514/2270/1993</w:t>
        <w:br/>
        <w:t>f 25512/2267/1990 25516/2271/1994 25419/2174/1899</w:t>
        <w:br/>
        <w:t>f 25417/2173/1898 25512/2267/1990 25419/2174/1899</w:t>
        <w:br/>
        <w:t>f 25516/2271/1994 25518/2272/1995 25517/2273/1996</w:t>
        <w:br/>
        <w:t>f 25517/2273/1996 25518/2272/1995 25519/2274/1997</w:t>
        <w:br/>
        <w:t>f 25449/2205/1928 25520/2275/1998 25455/2209/1932</w:t>
        <w:br/>
        <w:t>f 25447/2203/1926 25449/2205/1928 25455/2209/1932</w:t>
        <w:br/>
        <w:t>f 25470/2226/1949 25471/2225/1948 25522/2276/1999</w:t>
        <w:br/>
        <w:t>f 25521/2277/2000 25470/2226/1949 25522/2276/1999</w:t>
        <w:br/>
        <w:t>f 25525/2278/2001 25524/2279/2002 25523/2280/2003</w:t>
        <w:br/>
        <w:t>f 25526/2281/2004 25525/2278/2001 25523/2280/2003</w:t>
        <w:br/>
        <w:t>f 25528/2282/2005 25520/2275/1998 25527/2283/2006</w:t>
        <w:br/>
        <w:t>f 25531/2284/2007 25530/2285/2008 25529/2286/2009</w:t>
        <w:br/>
        <w:t>f 25532/2287/2010 25531/2284/2007 25529/2286/2009</w:t>
        <w:br/>
        <w:t>f 25469/2227/1950 25470/2226/1949 25533/2288/2011</w:t>
        <w:br/>
        <w:t>f 25536/2289/2012 25466/2220/1943 25535/2290/2013</w:t>
        <w:br/>
        <w:t>f 25534/2291/2014 25536/2289/2012 25535/2290/2013</w:t>
        <w:br/>
        <w:t>f 25537/2292/2015 25466/2220/1943 25467/2222/1945</w:t>
        <w:br/>
        <w:t>f 25539/2293/2016 25452/2206/1929 25538/2294/2017</w:t>
        <w:br/>
        <w:t>f 25541/2295/2018 25540/2296/2019 25527/2283/2006</w:t>
        <w:br/>
        <w:t>f 25470/2226/1949 25521/2277/2000 25533/2288/2011</w:t>
        <w:br/>
        <w:t>f 25536/2289/2012 25542/2297/2020 25533/2288/2011</w:t>
        <w:br/>
        <w:t>f 25544/2298/2021 25543/2299/2022 25521/2277/2000</w:t>
        <w:br/>
        <w:t>f 25522/2276/1999 25544/2298/2021 25521/2277/2000</w:t>
        <w:br/>
        <w:t>f 25469/2227/1950 25542/2297/2020 25545/2300/2023</w:t>
        <w:br/>
        <w:t>f 25472/2224/1947 25469/2227/1950 25545/2300/2023</w:t>
        <w:br/>
        <w:t>f 25546/2301/2024 25474/2228/1951 25458/2213/1936</w:t>
        <w:br/>
        <w:t>f 25528/2282/2005 25546/2301/2024 25458/2213/1936</w:t>
        <w:br/>
        <w:t>f 25539/2293/2016 25547/2302/2025 25451/2207/1930</w:t>
        <w:br/>
        <w:t>f 25452/2206/1929 25539/2293/2016 25451/2207/1930</w:t>
        <w:br/>
        <w:t>f 25520/2275/1998 25449/2205/1928 25451/2207/1930</w:t>
        <w:br/>
        <w:t>f 25527/2283/2006 25520/2275/1998 25451/2207/1930</w:t>
        <w:br/>
        <w:t>f 25476/2231/1954 25525/2278/2001 25526/2281/2004</w:t>
        <w:br/>
        <w:t>f 25547/2302/2025 25541/2295/2018 25527/2283/2006</w:t>
        <w:br/>
        <w:t>f 25453/2208/1931 25447/2203/1926 25455/2209/1932</w:t>
        <w:br/>
        <w:t>f 25520/2275/1998 25454/2210/1933 25455/2209/1932</w:t>
        <w:br/>
        <w:t>f 25374/2132/1857 25476/2231/1954 25448/2202/1925</w:t>
        <w:br/>
        <w:t>f 25476/2231/1954 25526/2281/2004 25450/2204/1927</w:t>
        <w:br/>
        <w:t>f 25448/2202/1925 25476/2231/1954 25450/2204/1927</w:t>
        <w:br/>
        <w:t>f 25450/2204/1927 25526/2281/2004 25452/2206/1929</w:t>
        <w:br/>
        <w:t>f 25528/2282/2005 25458/2213/1936 25454/2210/1933</w:t>
        <w:br/>
        <w:t>f 25520/2275/1998 25528/2282/2005 25454/2210/1933</w:t>
        <w:br/>
        <w:t>f 25451/2207/1930 25547/2302/2025 25527/2283/2006</w:t>
        <w:br/>
        <w:t>f 25507/2260/1983 25505/2262/1985 25548/2303/2026</w:t>
        <w:br/>
        <w:t>f 25548/2303/2026 25505/2262/1985 25549/2304/2027</w:t>
        <w:br/>
        <w:t>f 25548/2303/2026 25549/2304/2027 25550/2305/2028</w:t>
        <w:br/>
        <w:t>f 25375/2131/1856 25384/2140/1865 25478/2234/1957</w:t>
        <w:br/>
        <w:t>f 25483/2236/1959 25375/2131/1856 25478/2234/1957</w:t>
        <w:br/>
        <w:t>f 25525/2278/2001 25476/2231/1954 25477/2232/1955</w:t>
        <w:br/>
        <w:t>f 25482/2237/1960 25510/2265/1988 25551/2306/2029</w:t>
        <w:br/>
        <w:t>f 25481/2238/1961 25482/2237/1960 25551/2306/2029</w:t>
        <w:br/>
        <w:t>f 25484/2239/1962 25482/2237/1960 25483/2236/1959</w:t>
        <w:br/>
        <w:t>f 25478/2234/1957 25484/2239/1962 25483/2236/1959</w:t>
        <w:br/>
        <w:t>f 25492/2246/1969 25502/2258/1981 25503/2257/1980</w:t>
        <w:br/>
        <w:t>f 25501/2256/1979 25517/2273/1996 25503/2257/1980</w:t>
        <w:br/>
        <w:t>f 25358/2114/1839 25489/2244/1967 25492/2246/1969</w:t>
        <w:br/>
        <w:t>f 25360/2116/1841 25358/2114/1839 25492/2246/1969</w:t>
        <w:br/>
        <w:t>f 25516/2271/1994 25517/2273/1996 25501/2256/1979</w:t>
        <w:br/>
        <w:t>f 25530/2285/2008 25506/2261/1984 25465/2221/1944</w:t>
        <w:br/>
        <w:t>f 25465/2221/1944 25506/2261/1984 25461/2217/1940</w:t>
        <w:br/>
        <w:t>f 25521/2277/2000 25543/2299/2022 25533/2288/2011</w:t>
        <w:br/>
        <w:t>f 25506/2261/1984 25530/2285/2008 25505/2262/1985</w:t>
        <w:br/>
        <w:t>f 25506/2261/1984 25507/2260/1983 25504/2259/1982</w:t>
        <w:br/>
        <w:t>f 25375/2131/1856 25483/2236/1959 25477/2232/1955</w:t>
        <w:br/>
        <w:t>f 25477/2232/1955 25483/2236/1959 25525/2278/2001</w:t>
        <w:br/>
        <w:t>f 25506/2261/1984 25504/2259/1982 25461/2217/1940</w:t>
        <w:br/>
        <w:t>f 25513/2268/1991 25511/2266/1989 25484/2239/1962</w:t>
        <w:br/>
        <w:t>f 25479/2233/1956 25514/2270/1993 25515/2269/1993</w:t>
        <w:br/>
        <w:t>f 25517/2273/2030 25493/2250/1973 25494/2249/1972</w:t>
        <w:br/>
        <w:t>f 25491/2247/1970 25492/2246/1969 25503/2257/1980</w:t>
        <w:br/>
        <w:t>f 25360/2116/1841 25491/2247/1970 25480/2235/1958</w:t>
        <w:br/>
        <w:t>f 25516/2271/1994 25512/2267/1990 25518/2272/1995</w:t>
        <w:br/>
        <w:t>f 25518/2272/1995 25513/2268/1991 25486/2240/1963</w:t>
        <w:br/>
        <w:t>f 25519/2274/1997 25518/2272/1995 25486/2240/1963</w:t>
        <w:br/>
        <w:t>f 25480/2235/1958 25491/2247/1970 25519/2274/1997</w:t>
        <w:br/>
        <w:t>f 25480/2235/1958 25519/2274/1997 25486/2240/1963</w:t>
        <w:br/>
        <w:t>f 25479/2233/1956 25480/2235/1958 25486/2240/1963</w:t>
        <w:br/>
        <w:t>f 25513/2268/1991 25485/2241/1964 25486/2240/1963</w:t>
        <w:br/>
        <w:t>f 25384/2140/1865 25360/2116/1841 25480/2235/1958</w:t>
        <w:br/>
        <w:t>f 25512/2267/1990 25513/2268/1991 25518/2272/1995</w:t>
        <w:br/>
        <w:t>f 25552/2307/2031 25410/2167/1892 25413/2169/1894</w:t>
        <w:br/>
        <w:t>f 25426/2180/1905 25554/2308/2032 25553/2309/2033</w:t>
        <w:br/>
        <w:t>f 25430/2184/1909 25426/2180/1905 25553/2309/2033</w:t>
        <w:br/>
        <w:t>f 25433/2187/1912 25430/2184/1909 25556/2310/2034</w:t>
        <w:br/>
        <w:t>f 25555/2311/2035 25433/2187/1912 25556/2310/2034</w:t>
        <w:br/>
        <w:t>f 25559/2312/2036 25558/2313/2037 25557/2314/2038</w:t>
        <w:br/>
        <w:t>f 25423/2178/1903 25559/2312/2036 25557/2314/2038</w:t>
        <w:br/>
        <w:t>f 25424/2177/1902 25560/2315/2039 25416/2170/1895</w:t>
        <w:br/>
        <w:t>f 25560/2315/2039 25415/2171/1896 25416/2170/1895</w:t>
        <w:br/>
        <w:t>f 25562/2316/2040 25561/2317/2041 25413/2169/1894</w:t>
        <w:br/>
        <w:t>f 25563/2318/2042 25562/2316/2040 25413/2169/1894</w:t>
        <w:br/>
        <w:t>f 25564/2319/2043 25562/2316/2040 25563/2318/2042</w:t>
        <w:br/>
        <w:t>f 25415/2171/1896 25564/2319/2043 25563/2318/2042</w:t>
        <w:br/>
        <w:t>f 25560/2315/2039 25565/2320/2044 25564/2319/2043</w:t>
        <w:br/>
        <w:t>f 25415/2171/1896 25560/2315/2039 25564/2319/2043</w:t>
        <w:br/>
        <w:t>f 25566/2321/2045 25565/2320/2044 25560/2315/2039</w:t>
        <w:br/>
        <w:t>f 25424/2177/1902 25566/2321/2045 25560/2315/2039</w:t>
        <w:br/>
        <w:t>f 25567/2322/2046 25566/2321/2045 25424/2177/1902</w:t>
        <w:br/>
        <w:t>f 25422/2179/1904 25567/2322/2046 25424/2177/1902</w:t>
        <w:br/>
        <w:t>f 25568/2323/2047 25567/2322/2046 25422/2179/1904</w:t>
        <w:br/>
        <w:t>f 25557/2314/2038 25568/2323/2047 25422/2179/1904</w:t>
        <w:br/>
        <w:t>f 25569/2324/2048 25568/2323/2047 25557/2314/2038</w:t>
        <w:br/>
        <w:t>f 25558/2313/2037 25569/2324/2048 25557/2314/2038</w:t>
        <w:br/>
        <w:t>f 25555/2311/2035 25570/2325/2049 25569/2324/2048</w:t>
        <w:br/>
        <w:t>f 25558/2313/2037 25555/2311/2035 25569/2324/2048</w:t>
        <w:br/>
        <w:t>f 25570/2325/2049 25555/2311/2035 25556/2310/2034</w:t>
        <w:br/>
        <w:t>f 25571/2326/2050 25570/2325/2049 25556/2310/2034</w:t>
        <w:br/>
        <w:t>f 25553/2309/2033 25572/2327/2051 25571/2326/2050</w:t>
        <w:br/>
        <w:t>f 25556/2310/2034 25553/2309/2033 25571/2326/2050</w:t>
        <w:br/>
        <w:t>f 25554/2308/2032 25573/2328/2052 25572/2327/2051</w:t>
        <w:br/>
        <w:t>f 25553/2309/2033 25554/2308/2032 25572/2327/2051</w:t>
        <w:br/>
        <w:t>f 25575/2329/2053 25574/2330/2054 25573/2328/2052</w:t>
        <w:br/>
        <w:t>f 25554/2308/2032 25575/2329/2053 25573/2328/2052</w:t>
        <w:br/>
        <w:t>f 25552/2307/2031 25576/2331/2055 25574/2330/2054</w:t>
        <w:br/>
        <w:t>f 25575/2329/2053 25552/2307/2031 25574/2330/2054</w:t>
        <w:br/>
        <w:t>f 25552/2307/2031 25413/2169/1894 25561/2317/2041</w:t>
        <w:br/>
        <w:t>f 25576/2331/2055 25552/2307/2031 25561/2317/2041</w:t>
        <w:br/>
        <w:t>f 25433/2187/1912 25555/2311/2035 25558/2313/2037</w:t>
        <w:br/>
        <w:t>f 25559/2312/2036 25433/2187/1912 25558/2313/2037</w:t>
        <w:br/>
        <w:t>f 25557/2314/2038 25422/2179/1904 25423/2178/1903</w:t>
        <w:br/>
        <w:t>f 25426/2180/1905 25421/2175/1900 25554/2308/2032</w:t>
        <w:br/>
        <w:t>f 25421/2175/1900 25575/2329/2053 25554/2308/2032</w:t>
        <w:br/>
        <w:t>f 25552/2307/2031 25575/2329/2053 25421/2175/1900</w:t>
        <w:br/>
        <w:t>f 25410/2167/1892 25552/2307/2031 25421/2175/1900</w:t>
        <w:br/>
        <w:t>f 25532/2287/2010 25529/2286/2009 25543/2299/2022</w:t>
        <w:br/>
        <w:t>f 25544/2298/2021 25532/2287/2010 25543/2299/2022</w:t>
        <w:br/>
        <w:t>f 25542/2297/2020 25536/2289/2012 25534/2291/2014</w:t>
        <w:br/>
        <w:t>f 25545/2300/2023 25542/2297/2020 25534/2291/2014</w:t>
        <w:br/>
        <w:t>f 25526/2281/2004 25523/2280/2003 25538/2294/2017</w:t>
        <w:br/>
        <w:t>f 25452/2206/1929 25526/2281/2004 25538/2294/2017</w:t>
        <w:br/>
        <w:t>f 25540/2296/2019 25546/2301/2024 25528/2282/2005</w:t>
        <w:br/>
        <w:t>f 25529/2286/2009 25530/2285/2008 25465/2221/1944</w:t>
        <w:br/>
        <w:t>f 25533/2288/2011 25529/2286/2009 25465/2221/1944</w:t>
        <w:br/>
        <w:t>f 25465/2221/1944 25466/2220/1943 25536/2289/2012</w:t>
        <w:br/>
        <w:t>f 25533/2288/2011 25465/2221/1944 25536/2289/2012</w:t>
        <w:br/>
        <w:t>f 25411/2166/1891 25508/2264/1987 25414/2168/1893</w:t>
        <w:br/>
        <w:t>f 25410/2167/1892 25411/2166/1891 25414/2168/1893</w:t>
        <w:br/>
        <w:t>f 25508/2264/1987 25417/2173/1898 25416/2170/1895</w:t>
        <w:br/>
        <w:t>f 25414/2168/1893 25508/2264/1987 25416/2170/1895</w:t>
        <w:br/>
        <w:t>f 25510/2265/1988 25511/2266/1989 25509/2263/1986</w:t>
        <w:br/>
        <w:t>f 25490/2245/1968 25502/2258/1981 25492/2246/1969</w:t>
        <w:br/>
        <w:t>f 25489/2244/1967 25490/2245/1968 25492/2246/1969</w:t>
        <w:br/>
        <w:t>f 25502/2258/1981 25490/2245/1968 25500/2255/1978</w:t>
        <w:br/>
        <w:t>f 25501/2256/1979 25502/2258/1981 25500/2255/1978</w:t>
        <w:br/>
        <w:t>f 25424/2177/1902 25416/2170/1895 25418/2172/1897</w:t>
        <w:br/>
        <w:t>f 25423/2178/1903 25424/2177/1902 25418/2172/1897</w:t>
        <w:br/>
        <w:t>f 25579/2332/2056 25578/2333/2057 25577/2334/2058</w:t>
        <w:br/>
        <w:t>f 25580/2335/2059 25578/2333/2057 25579/2332/2056</w:t>
        <w:br/>
        <w:t>f 25581/2336/2060 25578/2333/2057 25580/2335/2059</w:t>
        <w:br/>
        <w:t>f 25582/2337/2061 25578/2333/2057 25581/2336/2060</w:t>
        <w:br/>
        <w:t>f 25583/2338/2062 25578/2333/2057 25582/2337/2061</w:t>
        <w:br/>
        <w:t>f 25584/2339/2063 25578/2333/2057 25583/2338/2062</w:t>
        <w:br/>
        <w:t>f 25585/2340/2064 25578/2333/2057 25584/2339/2063</w:t>
        <w:br/>
        <w:t>f 25586/2341/2065 25578/2333/2057 25585/2340/2064</w:t>
        <w:br/>
        <w:t>f 25587/2342/2066 25578/2333/2057 25586/2341/2065</w:t>
        <w:br/>
        <w:t>f 25588/2343/2067 25578/2333/2057 25587/2342/2066</w:t>
        <w:br/>
        <w:t>f 25589/2344/2068 25578/2333/2057 25588/2343/2067</w:t>
        <w:br/>
        <w:t>f 25590/2345/2069 25578/2333/2057 25589/2344/2068</w:t>
        <w:br/>
        <w:t>f 25591/2346/2070 25578/2333/2057 25590/2345/2069</w:t>
        <w:br/>
        <w:t>f 25577/2334/2058 25578/2333/2057 25591/2346/2070</w:t>
        <w:br/>
        <w:t>f 25594/2347/2071 25593/2348/2072 25592/2349/2073</w:t>
        <w:br/>
        <w:t>f 25595/2350/2074 25594/2347/2071 25592/2349/2073</w:t>
        <w:br/>
        <w:t>f 25597/2351/2075 25596/2352/2076 25594/2347/2071</w:t>
        <w:br/>
        <w:t>f 25595/2350/2074 25597/2351/2075 25594/2347/2071</w:t>
        <w:br/>
        <w:t>f 25599/2353/2077 25598/2354/2078 25596/2352/2076</w:t>
        <w:br/>
        <w:t>f 25597/2351/2075 25599/2353/2077 25596/2352/2076</w:t>
        <w:br/>
        <w:t>f 25601/2355/2079 25600/2356/2080 25598/2354/2078</w:t>
        <w:br/>
        <w:t>f 25599/2353/2077 25601/2355/2079 25598/2354/2078</w:t>
        <w:br/>
        <w:t>f 25603/2357/2081 25602/2358/2082 25600/2356/2080</w:t>
        <w:br/>
        <w:t>f 25601/2355/2079 25603/2357/2081 25600/2356/2080</w:t>
        <w:br/>
        <w:t>f 25605/2359/2083 25604/2360/2084 25602/2358/2082</w:t>
        <w:br/>
        <w:t>f 25603/2357/2081 25605/2359/2083 25602/2358/2082</w:t>
        <w:br/>
        <w:t>f 25607/2361/2085 25606/2362/2086 25604/2360/2084</w:t>
        <w:br/>
        <w:t>f 25605/2359/2083 25607/2361/2085 25604/2360/2084</w:t>
        <w:br/>
        <w:t>f 25609/2363/2087 25608/2364/2088 25606/2362/2086</w:t>
        <w:br/>
        <w:t>f 25607/2361/2085 25609/2363/2087 25606/2362/2086</w:t>
        <w:br/>
        <w:t>f 25608/2364/2088 25609/2363/2087 25610/2365/2089</w:t>
        <w:br/>
        <w:t>f 25611/2366/2090 25608/2364/2088 25610/2365/2089</w:t>
        <w:br/>
        <w:t>f 25612/2367/2091 25611/2366/2090 25610/2365/2089</w:t>
        <w:br/>
        <w:t>f 25613/2368/2092 25612/2367/2091 25610/2365/2089</w:t>
        <w:br/>
        <w:t>f 25614/2369/2093 25612/2367/2091 25613/2368/2092</w:t>
        <w:br/>
        <w:t>f 25615/2370/2094 25614/2369/2093 25613/2368/2092</w:t>
        <w:br/>
        <w:t>f 25616/2371/2095 25614/2369/2093 25615/2370/2094</w:t>
        <w:br/>
        <w:t>f 25617/2372/2096 25616/2371/2095 25615/2370/2094</w:t>
        <w:br/>
        <w:t>f 25618/2373/2097 25616/2371/2095 25617/2372/2096</w:t>
        <w:br/>
        <w:t>f 25619/2374/2098 25618/2373/2097 25617/2372/2096</w:t>
        <w:br/>
        <w:t>f 25593/2348/2072 25618/2373/2097 25619/2374/2098</w:t>
        <w:br/>
        <w:t>f 25592/2349/2073 25593/2348/2072 25619/2374/2098</w:t>
        <w:br/>
        <w:t>f 25434/2186/1911 25429/2185/1910 25430/2184/1909</w:t>
        <w:br/>
        <w:t>f 25433/2187/1912 25434/2186/1911 25430/2184/1909</w:t>
        <w:br/>
        <w:t>f 25430/2184/1909 25553/2309/2033 25556/2310/2034</w:t>
        <w:br/>
        <w:t>f 25414/2168/1893 25563/2318/2042 25413/2169/1894</w:t>
        <w:br/>
        <w:t>f 25415/2171/1896 25563/2318/2042 25414/2168/1893</w:t>
        <w:br/>
        <w:t>f 25418/2172/1897 25419/2174/1899 25406/2162/1887</w:t>
        <w:br/>
        <w:t>f 25407/2161/1886 25418/2172/1897 25406/2162/1887</w:t>
        <w:br/>
        <w:t>f 25423/2178/1903 25418/2172/1897 25407/2161/1886</w:t>
        <w:br/>
        <w:t>f 25408/2163/1888 25423/2178/1903 25407/2161/1886</w:t>
        <w:br/>
        <w:t>f 25559/2312/2036 25423/2178/1903 25408/2163/1888</w:t>
        <w:br/>
        <w:t>f 25620/2375/2099 25559/2312/2036 25408/2163/1888</w:t>
        <w:br/>
        <w:t>f 25431/2189/1914 25432/2188/1913 25622/2376/2100</w:t>
        <w:br/>
        <w:t>f 25621/2377/2101 25431/2189/1914 25622/2376/2100</w:t>
        <w:br/>
        <w:t>f 25516/2271/1994 25498/2253/1976 25406/2162/1887</w:t>
        <w:br/>
        <w:t>f 25419/2174/1899 25516/2271/1994 25406/2162/1887</w:t>
        <w:br/>
        <w:t>f 25498/2253/1976 25516/2271/1994 25501/2256/1979</w:t>
        <w:br/>
        <w:t>f 25579/2332/2056 25577/2334/2058 25593/2348/2072</w:t>
        <w:br/>
        <w:t>f 25594/2347/2071 25579/2332/2056 25593/2348/2072</w:t>
        <w:br/>
        <w:t>f 25596/2352/2076 25580/2335/2059 25579/2332/2056</w:t>
        <w:br/>
        <w:t>f 25594/2347/2071 25596/2352/2076 25579/2332/2056</w:t>
        <w:br/>
        <w:t>f 25598/2354/2078 25581/2336/2060 25580/2335/2059</w:t>
        <w:br/>
        <w:t>f 25596/2352/2076 25598/2354/2078 25580/2335/2059</w:t>
        <w:br/>
        <w:t>f 25600/2356/2080 25582/2337/2061 25581/2336/2060</w:t>
        <w:br/>
        <w:t>f 25598/2354/2078 25600/2356/2080 25581/2336/2060</w:t>
        <w:br/>
        <w:t>f 25602/2358/2082 25583/2338/2062 25582/2337/2061</w:t>
        <w:br/>
        <w:t>f 25600/2356/2080 25602/2358/2082 25582/2337/2061</w:t>
        <w:br/>
        <w:t>f 25584/2339/2063 25583/2338/2062 25602/2358/2082</w:t>
        <w:br/>
        <w:t>f 25604/2360/2084 25584/2339/2063 25602/2358/2082</w:t>
        <w:br/>
        <w:t>f 25585/2340/2064 25584/2339/2063 25604/2360/2084</w:t>
        <w:br/>
        <w:t>f 25606/2362/2086 25585/2340/2064 25604/2360/2084</w:t>
        <w:br/>
        <w:t>f 25586/2341/2065 25585/2340/2064 25606/2362/2086</w:t>
        <w:br/>
        <w:t>f 25608/2364/2088 25586/2341/2065 25606/2362/2086</w:t>
        <w:br/>
        <w:t>f 25611/2366/2090 25587/2342/2066 25586/2341/2065</w:t>
        <w:br/>
        <w:t>f 25608/2364/2088 25611/2366/2090 25586/2341/2065</w:t>
        <w:br/>
        <w:t>f 25612/2367/2091 25588/2343/2067 25587/2342/2066</w:t>
        <w:br/>
        <w:t>f 25611/2366/2090 25612/2367/2091 25587/2342/2066</w:t>
        <w:br/>
        <w:t>f 25614/2369/2093 25589/2344/2068 25588/2343/2067</w:t>
        <w:br/>
        <w:t>f 25612/2367/2091 25614/2369/2093 25588/2343/2067</w:t>
        <w:br/>
        <w:t>f 25616/2371/2095 25590/2345/2069 25589/2344/2068</w:t>
        <w:br/>
        <w:t>f 25614/2369/2093 25616/2371/2095 25589/2344/2068</w:t>
        <w:br/>
        <w:t>f 25591/2346/2070 25590/2345/2069 25616/2371/2095</w:t>
        <w:br/>
        <w:t>f 25618/2373/2097 25591/2346/2070 25616/2371/2095</w:t>
        <w:br/>
        <w:t>f 25577/2334/2058 25591/2346/2070 25618/2373/2097</w:t>
        <w:br/>
        <w:t>f 25593/2348/2072 25577/2334/2058 25618/2373/2097</w:t>
        <w:br/>
        <w:t>f 25621/2377/2101 25624/2378/2102 25623/2379/2103</w:t>
        <w:br/>
        <w:t>f 25625/2380/2104 25620/2375/2099 25408/2163/1888</w:t>
        <w:br/>
        <w:t>f 25432/2188/1913 25559/2312/2036 25620/2375/2099</w:t>
        <w:br/>
        <w:t>f 25622/2376/2100 25432/2188/1913 25620/2375/2099</w:t>
        <w:br/>
        <w:t>f 25622/2376/2100 25620/2375/2099 25625/2380/2104</w:t>
        <w:br/>
        <w:t>f 25624/2378/2102 25622/2376/2100 25625/2380/2104</w:t>
        <w:br/>
        <w:t>f 25433/2187/1912 25559/2312/2036 25432/2188/1913</w:t>
        <w:br/>
        <w:t>f 25402/2157/1882 25403/2158/1883 25405/2160/1885</w:t>
        <w:br/>
        <w:t>f 25627/2381/2105 25626/2382/2106 25409/2164/1889</w:t>
        <w:br/>
        <w:t>f 25405/2160/1885 25627/2381/2105 25409/2164/1889</w:t>
        <w:br/>
        <w:t>f 25403/2158/1883 25627/2381/2105 25405/2160/1885</w:t>
        <w:br/>
        <w:t>f 25409/2164/1889 25625/2380/2104 25404/2159/1884</w:t>
        <w:br/>
        <w:t>f 25626/2382/2106 25623/2379/2103 25624/2378/2102</w:t>
        <w:br/>
        <w:t>f 25409/2164/1889 25626/2382/2106 25624/2378/2102</w:t>
        <w:br/>
        <w:t>f 25409/2164/1889 25624/2378/2102 25625/2380/2104</w:t>
        <w:br/>
        <w:t>f 25540/2296/2019 25528/2282/2005 25527/2283/2006</w:t>
        <w:br/>
        <w:t>f 25404/2159/1884 25625/2380/2104 25408/2163/1888</w:t>
        <w:br/>
        <w:t>f 25504/2259/1982 25507/2260/1983 25510/2265/1988</w:t>
        <w:br/>
        <w:t>f 25542/2297/2020 25469/2227/1950 25533/2288/2011</w:t>
        <w:br/>
        <w:t>f 25543/2299/2022 25529/2286/2009 25533/2288/2011</w:t>
        <w:br/>
        <w:t>f 25381/2135/1860 25379/2133/1858 25453/2208/1931</w:t>
        <w:br/>
        <w:t>f 25631/2383/2107 25630/2384/2108 25629/2385/2109</w:t>
        <w:br/>
        <w:t>f 25628/2386/2110 25631/2383/2107 25629/2385/2109</w:t>
        <w:br/>
        <w:t>f 25633/2387/2111 25632/2388/2112 25630/2384/2108</w:t>
        <w:br/>
        <w:t>f 25631/2383/2107 25633/2387/2111 25630/2384/2108</w:t>
        <w:br/>
        <w:t>f 25635/2389/2113 25634/2390/2114 25632/2388/2112</w:t>
        <w:br/>
        <w:t>f 25633/2387/2111 25635/2389/2113 25632/2388/2112</w:t>
        <w:br/>
        <w:t>f 25637/2391/2115 25631/2383/2107 25628/2386/2110</w:t>
        <w:br/>
        <w:t>f 25636/2392/2116 25637/2391/2115 25628/2386/2110</w:t>
        <w:br/>
        <w:t>f 25638/2393/2117 25633/2387/2111 25631/2383/2107</w:t>
        <w:br/>
        <w:t>f 25637/2391/2115 25638/2393/2117 25631/2383/2107</w:t>
        <w:br/>
        <w:t>f 25639/2394/2118 25635/2389/2113 25633/2387/2111</w:t>
        <w:br/>
        <w:t>f 25638/2393/2117 25639/2394/2118 25633/2387/2111</w:t>
        <w:br/>
        <w:t>f 25641/2395/2119 25637/2391/2115 25636/2392/2116</w:t>
        <w:br/>
        <w:t>f 25640/2396/2120 25641/2395/2119 25636/2392/2116</w:t>
        <w:br/>
        <w:t>f 25642/2397/2121 25638/2393/2117 25637/2391/2115</w:t>
        <w:br/>
        <w:t>f 25641/2395/2119 25642/2397/2121 25637/2391/2115</w:t>
        <w:br/>
        <w:t>f 25643/2398/2122 25639/2394/2118 25638/2393/2117</w:t>
        <w:br/>
        <w:t>f 25642/2397/2121 25643/2398/2122 25638/2393/2117</w:t>
        <w:br/>
        <w:t>f 25641/2395/2119 25640/2396/2120 25370/2125/1850</w:t>
        <w:br/>
        <w:t>f 25371/2126/1851 25641/2395/2119 25370/2125/1850</w:t>
        <w:br/>
        <w:t>f 25372/2127/1852 25642/2397/2121 25641/2395/2119</w:t>
        <w:br/>
        <w:t>f 25371/2126/1851 25372/2127/1852 25641/2395/2119</w:t>
        <w:br/>
        <w:t>f 25373/2128/1853 25643/2398/2122 25642/2397/2121</w:t>
        <w:br/>
        <w:t>f 25372/2127/1852 25373/2128/1853 25642/2397/2121</w:t>
        <w:br/>
        <w:t>f 25647/2399/2123 25646/2400/2124 25645/2401/2125</w:t>
        <w:br/>
        <w:t>f 25644/2402/2126 25647/2399/2123 25645/2401/2125</w:t>
        <w:br/>
        <w:t>f 25649/2403/2127 25647/2399/2123 25644/2402/2126</w:t>
        <w:br/>
        <w:t>f 25648/2404/2128 25649/2403/2127 25644/2402/2126</w:t>
        <w:br/>
        <w:t>f 25651/2405/2129 25649/2403/2127 25648/2404/2128</w:t>
        <w:br/>
        <w:t>f 25650/2406/2130 25651/2405/2129 25648/2404/2128</w:t>
        <w:br/>
        <w:t>f 25650/2406/2130 25382/2138/1863 25383/2137/1862</w:t>
        <w:br/>
        <w:t>f 25651/2405/2129 25650/2406/2130 25383/2137/1862</w:t>
        <w:br/>
        <w:t>f 25645/2401/2125 25653/2407/2131 25652/2408/2132</w:t>
        <w:br/>
        <w:t>f 25644/2402/2126 25645/2401/2125 25652/2408/2132</w:t>
        <w:br/>
        <w:t>f 25644/2402/2126 25652/2408/2132 25654/2409/2133</w:t>
        <w:br/>
        <w:t>f 25648/2404/2128 25644/2402/2126 25654/2409/2133</w:t>
        <w:br/>
        <w:t>f 25648/2404/2128 25654/2409/2133 25655/2410/2134</w:t>
        <w:br/>
        <w:t>f 25650/2406/2130 25648/2404/2128 25655/2410/2134</w:t>
        <w:br/>
        <w:t>f 25650/2406/2130 25655/2410/2134 25388/2143/1868</w:t>
        <w:br/>
        <w:t>f 25382/2138/1863 25650/2406/2130 25388/2143/1868</w:t>
        <w:br/>
        <w:t>f 25653/2407/2131 25634/2390/2114 25635/2389/2113</w:t>
        <w:br/>
        <w:t>f 25652/2408/2132 25653/2407/2131 25635/2389/2113</w:t>
        <w:br/>
        <w:t>f 25652/2408/2132 25635/2389/2113 25639/2394/2118</w:t>
        <w:br/>
        <w:t>f 25654/2409/2133 25652/2408/2132 25639/2394/2118</w:t>
        <w:br/>
        <w:t>f 25654/2409/2133 25639/2394/2118 25643/2398/2122</w:t>
        <w:br/>
        <w:t>f 25655/2410/2134 25654/2409/2133 25643/2398/2122</w:t>
        <w:br/>
        <w:t>f 25388/2143/1868 25655/2410/2134 25643/2398/2122</w:t>
        <w:br/>
        <w:t>f 25373/2128/1853 25388/2143/1868 25643/2398/2122</w:t>
        <w:br/>
        <w:t>f 25659/2411/2135 25658/2412/2136 25657/2413/2137</w:t>
        <w:br/>
        <w:t>f 25656/2414/2138 25659/2411/2135 25657/2413/2137</w:t>
        <w:br/>
        <w:t>f 25661/2415/2139 25660/2416/2140 25658/2412/2136</w:t>
        <w:br/>
        <w:t>f 25659/2411/2135 25661/2415/2139 25658/2412/2136</w:t>
        <w:br/>
        <w:t>f 25663/2417/2141 25662/2418/2142 25660/2416/2140</w:t>
        <w:br/>
        <w:t>f 25661/2415/2139 25663/2417/2141 25660/2416/2140</w:t>
        <w:br/>
        <w:t>f 25397/2152/1877 25662/2418/2142 25663/2417/2141</w:t>
        <w:br/>
        <w:t>f 25398/2153/1878 25397/2152/1877 25663/2417/2141</w:t>
        <w:br/>
        <w:t>f 25665/2419/2143 25659/2411/2135 25656/2414/2138</w:t>
        <w:br/>
        <w:t>f 25664/2420/2144 25665/2419/2143 25656/2414/2138</w:t>
        <w:br/>
        <w:t>f 25666/2421/2145 25661/2415/2139 25659/2411/2135</w:t>
        <w:br/>
        <w:t>f 25665/2419/2143 25666/2421/2145 25659/2411/2135</w:t>
        <w:br/>
        <w:t>f 25667/2422/2146 25663/2417/2141 25661/2415/2139</w:t>
        <w:br/>
        <w:t>f 25666/2421/2145 25667/2422/2146 25661/2415/2139</w:t>
        <w:br/>
        <w:t>f 25398/2153/1878 25663/2417/2141 25667/2422/2146</w:t>
        <w:br/>
        <w:t>f 25403/2158/1883 25398/2153/1878 25667/2422/2146</w:t>
        <w:br/>
        <w:t>f 25666/2421/2145 25668/2423/2147 25667/2422/2146</w:t>
        <w:br/>
        <w:t>f 25667/2422/2146 25668/2423/2147 25669/2424/2148</w:t>
        <w:br/>
        <w:t>f 25664/2420/2144 25671/2425/2149 25670/2426/2150</w:t>
        <w:br/>
        <w:t>f 25665/2419/2143 25664/2420/2144 25670/2426/2150</w:t>
        <w:br/>
        <w:t>f 25665/2419/2143 25670/2426/2150 25672/2427/2151</w:t>
        <w:br/>
        <w:t>f 25666/2421/2145 25665/2419/2143 25672/2427/2151</w:t>
        <w:br/>
        <w:t>f 25666/2421/2145 25672/2427/2151 25668/2423/2147</w:t>
        <w:br/>
        <w:t>f 25668/2423/2147 25673/2428/2152 25669/2424/2148</w:t>
        <w:br/>
        <w:t>f 25676/2429/2153 25675/2430/2154 25674/2431/2155</w:t>
        <w:br/>
        <w:t>f 25675/2430/2154 25678/2432/2156 25677/2433/2157</w:t>
        <w:br/>
        <w:t>f 25680/2434/2158 25677/2433/2157 25679/2435/2159</w:t>
        <w:br/>
        <w:t>f 25682/2436/2160 25680/2434/2158 25681/2437/2161</w:t>
        <w:br/>
        <w:t>f 25683/2438/2162 25682/2436/2160 25681/2437/2161</w:t>
        <w:br/>
        <w:t>f 25675/2430/2154 25676/2429/2153 25685/2439/2163</w:t>
        <w:br/>
        <w:t>f 25684/2440/2164 25675/2430/2154 25685/2439/2163</w:t>
        <w:br/>
        <w:t>f 25688/2441/2165 25687/2442/2166 25686/2443/2167</w:t>
        <w:br/>
        <w:t>f 25684/2440/2164 25685/2439/2163 25690/2444/2168</w:t>
        <w:br/>
        <w:t>f 25689/2445/2169 25684/2440/2164 25690/2444/2168</w:t>
        <w:br/>
        <w:t>f 25689/2445/2169 25690/2444/2168 25427/2183/1908</w:t>
        <w:br/>
        <w:t>f 25428/2182/1907 25689/2445/2169 25427/2183/1908</w:t>
        <w:br/>
        <w:t>f 25691/2446/2170 25689/2445/2169 25428/2182/1907</w:t>
        <w:br/>
        <w:t>f 25429/2185/1910 25691/2446/2170 25428/2182/1907</w:t>
        <w:br/>
        <w:t>f 25434/2186/1911 25431/2189/1914 25693/2447/2171</w:t>
        <w:br/>
        <w:t>f 25692/2448/2172 25434/2186/1911 25693/2447/2171</w:t>
        <w:br/>
        <w:t>f 25695/2449/2173 25628/2386/2110 25629/2385/2109</w:t>
        <w:br/>
        <w:t>f 25694/2450/2174 25695/2449/2173 25629/2385/2109</w:t>
        <w:br/>
        <w:t>f 25696/2451/2175 25636/2392/2116 25628/2386/2110</w:t>
        <w:br/>
        <w:t>f 25695/2449/2173 25696/2451/2175 25628/2386/2110</w:t>
        <w:br/>
        <w:t>f 25697/2452/2176 25640/2396/2120 25636/2392/2116</w:t>
        <w:br/>
        <w:t>f 25696/2451/2175 25697/2452/2176 25636/2392/2116</w:t>
        <w:br/>
        <w:t>f 25439/2194/1919 25370/2125/1850 25640/2396/2120</w:t>
        <w:br/>
        <w:t>f 25697/2452/2176 25439/2194/1919 25640/2396/2120</w:t>
        <w:br/>
        <w:t>f 25657/2413/2137 25658/2412/2136 25698/2453/2177</w:t>
        <w:br/>
        <w:t>f 25699/2454/2178 25657/2413/2137 25698/2453/2177</w:t>
        <w:br/>
        <w:t>f 25699/2454/2178 25698/2453/2177 25695/2449/2173</w:t>
        <w:br/>
        <w:t>f 25694/2450/2174 25699/2454/2178 25695/2449/2173</w:t>
        <w:br/>
        <w:t>f 25658/2412/2136 25660/2416/2140 25700/2455/2179</w:t>
        <w:br/>
        <w:t>f 25698/2453/2177 25658/2412/2136 25700/2455/2179</w:t>
        <w:br/>
        <w:t>f 25698/2453/2177 25700/2455/2179 25696/2451/2175</w:t>
        <w:br/>
        <w:t>f 25695/2449/2173 25698/2453/2177 25696/2451/2175</w:t>
        <w:br/>
        <w:t>f 25660/2416/2140 25702/2456/2142 25701/2457/2180</w:t>
        <w:br/>
        <w:t>f 25700/2455/2179 25660/2416/2140 25701/2457/2180</w:t>
        <w:br/>
        <w:t>f 25700/2455/2179 25701/2457/2180 25697/2452/2176</w:t>
        <w:br/>
        <w:t>f 25696/2451/2175 25700/2455/2179 25697/2452/2176</w:t>
        <w:br/>
        <w:t>f 25702/2456/2142 25445/2201/1877 25446/2200/1924</w:t>
        <w:br/>
        <w:t>f 25701/2457/2180 25702/2456/2142 25446/2200/1924</w:t>
        <w:br/>
        <w:t>f 25697/2452/2176 25701/2457/2180 25446/2200/1924</w:t>
        <w:br/>
        <w:t>f 25439/2194/1919 25697/2452/2176 25446/2200/1924</w:t>
        <w:br/>
        <w:t>f 25704/2458/2181 25703/2459/2182 25646/2400/2124</w:t>
        <w:br/>
        <w:t>f 25647/2399/2123 25704/2458/2181 25646/2400/2124</w:t>
        <w:br/>
        <w:t>f 25704/2458/2181 25706/2460/2183 25705/2461/2184</w:t>
        <w:br/>
        <w:t>f 25703/2459/2182 25704/2458/2181 25705/2461/2184</w:t>
        <w:br/>
        <w:t>f 25705/2461/2184 25706/2460/2183 25708/2462/2185</w:t>
        <w:br/>
        <w:t>f 25707/2463/2186 25705/2461/2184 25708/2462/2185</w:t>
        <w:br/>
        <w:t>f 25647/2399/2123 25649/2403/2127 25709/2464/2187</w:t>
        <w:br/>
        <w:t>f 25704/2458/2181 25647/2399/2123 25709/2464/2187</w:t>
        <w:br/>
        <w:t>f 25709/2464/2187 25711/2465/2188 25710/2466/2189</w:t>
        <w:br/>
        <w:t>f 25651/2405/2129 25712/2467/2190 25709/2464/2187</w:t>
        <w:br/>
        <w:t>f 25709/2464/2187 25712/2467/2190 25711/2465/2188</w:t>
        <w:br/>
        <w:t>f 25711/2465/2188 25712/2467/2190 25713/2468/2191</w:t>
        <w:br/>
        <w:t>f 25714/2469/2192 25711/2465/2188 25713/2468/2191</w:t>
        <w:br/>
        <w:t>f 25651/2405/2129 25383/2137/1862 25459/2214/1937</w:t>
        <w:br/>
        <w:t>f 25712/2467/2190 25651/2405/2129 25459/2214/1937</w:t>
        <w:br/>
        <w:t>f 25460/2215/1938 25713/2468/2191 25712/2467/2190</w:t>
        <w:br/>
        <w:t>f 25459/2214/1937 25460/2215/1938 25712/2467/2190</w:t>
        <w:br/>
        <w:t>f 25716/2470/2193 25685/2439/2163 25676/2429/2153</w:t>
        <w:br/>
        <w:t>f 25715/2471/2194 25716/2470/2193 25676/2429/2153</w:t>
        <w:br/>
        <w:t>f 25717/2472/2195 25690/2444/2168 25685/2439/2163</w:t>
        <w:br/>
        <w:t>f 25716/2470/2193 25717/2472/2195 25685/2439/2163</w:t>
        <w:br/>
        <w:t>f 25464/2219/1942 25427/2183/1908 25690/2444/2168</w:t>
        <w:br/>
        <w:t>f 25717/2472/2195 25464/2219/1942 25690/2444/2168</w:t>
        <w:br/>
        <w:t>f 25719/2473/2196 25716/2470/2193 25715/2471/2194</w:t>
        <w:br/>
        <w:t>f 25718/2474/2197 25719/2473/2196 25715/2471/2194</w:t>
        <w:br/>
        <w:t>f 25716/2470/2193 25719/2473/2196 25720/2475/2198</w:t>
        <w:br/>
        <w:t>f 25717/2472/2195 25716/2470/2193 25720/2475/2198</w:t>
        <w:br/>
        <w:t>f 25468/2223/1946 25464/2219/1942 25717/2472/2195</w:t>
        <w:br/>
        <w:t>f 25720/2475/2198 25468/2223/1946 25717/2472/2195</w:t>
        <w:br/>
        <w:t>f 25724/2476/2199 25723/2477/2200 25722/2478/2201</w:t>
        <w:br/>
        <w:t>f 25721/2479/2202 25724/2476/2199 25722/2478/2201</w:t>
        <w:br/>
        <w:t>f 25726/2480/2203 25725/2481/2204 25714/2469/2192</w:t>
        <w:br/>
        <w:t>f 25713/2468/2191 25726/2480/2203 25714/2469/2192</w:t>
        <w:br/>
        <w:t>f 25726/2480/2203 25713/2468/2191 25460/2215/1938</w:t>
        <w:br/>
        <w:t>f 25475/2230/1953 25726/2480/2203 25460/2215/1938</w:t>
        <w:br/>
        <w:t>f 25646/2400/2124 25727/2482/2205 25645/2401/2125</w:t>
        <w:br/>
        <w:t>f 25645/2401/2125 25727/2482/2205 25728/2483/2206</w:t>
        <w:br/>
        <w:t>f 25653/2407/2131 25730/2484/2207 25729/2485/2208</w:t>
        <w:br/>
        <w:t>f 25653/2407/2131 25729/2485/2208 25731/2486/2209</w:t>
        <w:br/>
        <w:t>f 25734/2487/2210 25733/2488/2211 25732/2489/2212</w:t>
        <w:br/>
        <w:t>f 25730/2484/2207 25735/2490/2213 25729/2485/2208</w:t>
        <w:br/>
        <w:t>f 25729/2485/2208 25737/2491/2214 25736/2492/2215</w:t>
        <w:br/>
        <w:t>f 25629/2385/2109 25630/2384/2108 25738/2493/2216</w:t>
        <w:br/>
        <w:t>f 25694/2450/2174 25629/2385/2109 25738/2493/2216</w:t>
        <w:br/>
        <w:t>f 25738/2493/2216 25739/2494/2217 25694/2450/2174</w:t>
        <w:br/>
        <w:t>f 25630/2384/2108 25632/2388/2112 25740/2495/2218</w:t>
        <w:br/>
        <w:t>f 25738/2493/2216 25630/2384/2108 25740/2495/2218</w:t>
        <w:br/>
        <w:t>f 25738/2493/2216 25740/2495/2218 25741/2496/2219</w:t>
        <w:br/>
        <w:t>f 25739/2494/2217 25738/2493/2216 25741/2496/2219</w:t>
        <w:br/>
        <w:t>f 25634/2390/2114 25743/2497/2220 25742/2498/2221</w:t>
        <w:br/>
        <w:t>f 25746/2499/2222 25745/2500/2223 25744/2501/2224</w:t>
        <w:br/>
        <w:t>f 25747/2502/2225 25656/2414/2138 25657/2413/2137</w:t>
        <w:br/>
        <w:t>f 25699/2454/2178 25747/2502/2225 25657/2413/2137</w:t>
        <w:br/>
        <w:t>f 25748/2503/2226 25664/2420/2144 25656/2414/2138</w:t>
        <w:br/>
        <w:t>f 25747/2502/2225 25748/2503/2226 25656/2414/2138</w:t>
        <w:br/>
        <w:t>f 25748/2503/2226 25749/2504/2227 25671/2425/2149</w:t>
        <w:br/>
        <w:t>f 25664/2420/2144 25748/2503/2226 25671/2425/2149</w:t>
        <w:br/>
        <w:t>f 25699/2454/2178 25750/2505/2228 25747/2502/2225</w:t>
        <w:br/>
        <w:t>f 25748/2503/2226 25747/2502/2225 25750/2505/2228</w:t>
        <w:br/>
        <w:t>f 25751/2506/2229 25748/2503/2226 25750/2505/2228</w:t>
        <w:br/>
        <w:t>f 25751/2506/2229 25752/2507/2230 25749/2504/2227</w:t>
        <w:br/>
        <w:t>f 25748/2503/2226 25751/2506/2229 25749/2504/2227</w:t>
        <w:br/>
        <w:t>f 25750/2505/2228 25699/2454/2178 25694/2450/2174</w:t>
        <w:br/>
        <w:t>f 25739/2494/2217 25750/2505/2228 25694/2450/2174</w:t>
        <w:br/>
        <w:t>f 25751/2506/2229 25750/2505/2228 25739/2494/2217</w:t>
        <w:br/>
        <w:t>f 25741/2496/2219 25751/2506/2229 25739/2494/2217</w:t>
        <w:br/>
        <w:t>f 25752/2507/2230 25754/2508/2231 25753/2509/2232</w:t>
        <w:br/>
        <w:t>f 25715/2471/2194 25676/2429/2153 25674/2431/2155</w:t>
        <w:br/>
        <w:t>f 25755/2510/2233 25715/2471/2194 25674/2431/2155</w:t>
        <w:br/>
        <w:t>f 25758/2511/2234 25757/2512/2235 25756/2513/2236</w:t>
        <w:br/>
        <w:t>f 25760/2514/2237 25759/2515/2238 25755/2510/2233</w:t>
        <w:br/>
        <w:t>f 25674/2431/2155 25760/2514/2237 25755/2510/2233</w:t>
        <w:br/>
        <w:t>f 25755/2510/2233 25759/2515/2238 25761/2516/2239</w:t>
        <w:br/>
        <w:t>f 25735/2490/2213 25732/2489/2212 25761/2516/2239</w:t>
        <w:br/>
        <w:t>f 25762/2517/2240 25735/2490/2213 25761/2516/2239</w:t>
        <w:br/>
        <w:t>f 25759/2515/2238 25760/2514/2237 25682/2436/2160</w:t>
        <w:br/>
        <w:t>f 25763/2518/2241 25759/2515/2238 25682/2436/2160</w:t>
        <w:br/>
        <w:t>f 25764/2519/2242 25762/2517/2240 25759/2515/2238</w:t>
        <w:br/>
        <w:t>f 25763/2518/2241 25764/2519/2242 25759/2515/2238</w:t>
        <w:br/>
        <w:t>f 25764/2519/2243 25766/2520/2244 25765/2521/2244</w:t>
        <w:br/>
        <w:t>f 25763/2518/2241 25682/2436/2160 25683/2438/2162</w:t>
        <w:br/>
        <w:t>f 25767/2522/2245 25763/2518/2241 25683/2438/2162</w:t>
        <w:br/>
        <w:t>f 25767/2522/2245 25769/2523/2246 25768/2524/2247</w:t>
        <w:br/>
        <w:t>f 25769/2523/2246 25770/2525/2248 25768/2524/2247</w:t>
        <w:br/>
        <w:t>f 25706/2460/2183 25704/2458/2181 25710/2466/2189</w:t>
        <w:br/>
        <w:t>f 25771/2526/2249 25706/2460/2183 25710/2466/2189</w:t>
        <w:br/>
        <w:t>f 25722/2478/2201 25773/2527/2250 25772/2528/2251</w:t>
        <w:br/>
        <w:t>f 25721/2479/2202 25722/2478/2201 25772/2528/2251</w:t>
        <w:br/>
        <w:t>f 25776/2529/2252 25775/2530/2253 25774/2531/2254</w:t>
        <w:br/>
        <w:t>f 25777/2532/2255 25776/2529/2252 25774/2531/2254</w:t>
        <w:br/>
        <w:t>f 25779/2533/2256 25778/2534/2257 25771/2526/2249</w:t>
        <w:br/>
        <w:t>f 25782/2535/2258 25781/2536/2259 25780/2537/2260</w:t>
        <w:br/>
        <w:t>f 25783/2538/2261 25782/2535/2258 25780/2537/2260</w:t>
        <w:br/>
        <w:t>f 25723/2477/2200 25784/2539/2262 25722/2478/2201</w:t>
        <w:br/>
        <w:t>f 25787/2540/2263 25786/2541/2264 25785/2542/2265</w:t>
        <w:br/>
        <w:t>f 25719/2473/2196 25787/2540/2263 25785/2542/2265</w:t>
        <w:br/>
        <w:t>f 25788/2543/2266 25720/2475/2198 25719/2473/2196</w:t>
        <w:br/>
        <w:t>f 25790/2544/2267 25789/2545/2268 25707/2463/2186</w:t>
        <w:br/>
        <w:t>f 25792/2546/2269 25778/2534/2257 25791/2547/2270</w:t>
        <w:br/>
        <w:t>f 25722/2478/2201 25784/2539/2262 25773/2527/2250</w:t>
        <w:br/>
        <w:t>f 25787/2540/2263 25784/2539/2262 25793/2548/2271</w:t>
        <w:br/>
        <w:t>f 25795/2549/2272 25772/2528/2251 25773/2527/2250</w:t>
        <w:br/>
        <w:t>f 25794/2550/2273 25795/2549/2272 25773/2527/2250</w:t>
        <w:br/>
        <w:t>f 25723/2477/2200 25724/2476/2199 25796/2551/2274</w:t>
        <w:br/>
        <w:t>f 25793/2548/2271 25723/2477/2200 25796/2551/2274</w:t>
        <w:br/>
        <w:t>f 25797/2552/2275 25779/2533/2256 25714/2469/2192</w:t>
        <w:br/>
        <w:t>f 25725/2481/2204 25797/2552/2275 25714/2469/2192</w:t>
        <w:br/>
        <w:t>f 25790/2544/2267 25707/2463/2186 25708/2462/2185</w:t>
        <w:br/>
        <w:t>f 25798/2553/2276 25790/2544/2267 25708/2462/2185</w:t>
        <w:br/>
        <w:t>f 25771/2526/2249 25778/2534/2257 25708/2462/2185</w:t>
        <w:br/>
        <w:t>f 25706/2460/2183 25771/2526/2249 25708/2462/2185</w:t>
        <w:br/>
        <w:t>f 25727/2482/2205 25777/2532/2255 25774/2531/2254</w:t>
        <w:br/>
        <w:t>f 25798/2553/2276 25778/2534/2257 25792/2546/2269</w:t>
        <w:br/>
        <w:t>f 25709/2464/2187 25710/2466/2189 25704/2458/2181</w:t>
        <w:br/>
        <w:t>f 25771/2526/2249 25710/2466/2189 25711/2465/2188</w:t>
        <w:br/>
        <w:t>f 25646/2400/2124 25703/2459/2182 25727/2482/2205</w:t>
        <w:br/>
        <w:t>f 25727/2482/2205 25703/2459/2182 25705/2461/2184</w:t>
        <w:br/>
        <w:t>f 25777/2532/2255 25727/2482/2205 25705/2461/2184</w:t>
        <w:br/>
        <w:t>f 25705/2461/2184 25707/2463/2186 25777/2532/2255</w:t>
        <w:br/>
        <w:t>f 25779/2533/2256 25771/2526/2249 25711/2465/2188</w:t>
        <w:br/>
        <w:t>f 25714/2469/2192 25779/2533/2256 25711/2465/2188</w:t>
        <w:br/>
        <w:t>f 25708/2462/2185 25778/2534/2257 25798/2553/2276</w:t>
        <w:br/>
        <w:t>f 25758/2511/2234 25799/2554/2277 25757/2512/2235</w:t>
        <w:br/>
        <w:t>f 25799/2554/2277 25800/2555/2278 25757/2512/2235</w:t>
        <w:br/>
        <w:t>f 25799/2554/2277 25801/2556/2279 25800/2555/2278</w:t>
        <w:br/>
        <w:t>f 25645/2401/2125 25734/2487/2210 25730/2484/2207</w:t>
        <w:br/>
        <w:t>f 25653/2407/2131 25645/2401/2125 25730/2484/2207</w:t>
        <w:br/>
        <w:t>f 25774/2531/2254 25728/2483/2206 25727/2482/2205</w:t>
        <w:br/>
        <w:t>f 25802/2557/2280 25761/2516/2239 25732/2489/2212</w:t>
        <w:br/>
        <w:t>f 25733/2488/2211 25802/2557/2280 25732/2489/2212</w:t>
        <w:br/>
        <w:t>f 25734/2487/2210 25732/2489/2212 25735/2490/2213</w:t>
        <w:br/>
        <w:t>f 25730/2484/2207 25734/2487/2210 25735/2490/2213</w:t>
        <w:br/>
        <w:t>f 25742/2498/2221 25753/2509/2232 25754/2508/2231</w:t>
        <w:br/>
        <w:t>f 25752/2507/2230 25753/2509/2232 25769/2523/2246</w:t>
        <w:br/>
        <w:t>f 25632/2388/2112 25742/2498/2221 25740/2495/2218</w:t>
        <w:br/>
        <w:t>f 25634/2390/2114 25742/2498/2221 25632/2388/2112</w:t>
        <w:br/>
        <w:t>f 25767/2522/2245 25752/2507/2230 25769/2523/2246</w:t>
        <w:br/>
        <w:t>f 25781/2536/2259 25718/2474/2197 25756/2513/2236</w:t>
        <w:br/>
        <w:t>f 25718/2474/2197 25715/2471/2194 25756/2513/2236</w:t>
        <w:br/>
        <w:t>f 25773/2527/2250 25784/2539/2262 25794/2550/2273</w:t>
        <w:br/>
        <w:t>f 25756/2513/2236 25757/2512/2235 25781/2536/2259</w:t>
        <w:br/>
        <w:t>f 25756/2513/2236 25755/2510/2233 25758/2511/2234</w:t>
        <w:br/>
        <w:t>f 25645/2401/2125 25728/2483/2206 25734/2487/2210</w:t>
        <w:br/>
        <w:t>f 25728/2483/2206 25774/2531/2254 25734/2487/2210</w:t>
        <w:br/>
        <w:t>f 25756/2513/2236 25715/2471/2194 25755/2510/2233</w:t>
        <w:br/>
        <w:t>f 25764/2519/2242 25735/2490/2213 25762/2517/2240</w:t>
        <w:br/>
        <w:t>f 25729/2485/2208 25765/2521/2244 25766/2520/2244</w:t>
        <w:br/>
        <w:t>f 25769/2523/2281 25744/2501/2224 25745/2500/2223</w:t>
        <w:br/>
        <w:t>f 25743/2497/2220 25753/2509/2232 25742/2498/2221</w:t>
        <w:br/>
        <w:t>f 25634/2390/2114 25731/2486/2209 25743/2497/2220</w:t>
        <w:br/>
        <w:t>f 25767/2522/2245 25768/2524/2247 25763/2518/2241</w:t>
        <w:br/>
        <w:t>f 25768/2524/2247 25770/2525/2248 25736/2492/2215</w:t>
        <w:br/>
        <w:t>f 25764/2519/2242 25768/2524/2247 25736/2492/2215</w:t>
        <w:br/>
        <w:t>f 25731/2486/2209 25770/2525/2248 25743/2497/2220</w:t>
        <w:br/>
        <w:t>f 25731/2486/2209 25729/2485/2208 25736/2492/2215</w:t>
        <w:br/>
        <w:t>f 25770/2525/2248 25731/2486/2209 25736/2492/2215</w:t>
        <w:br/>
        <w:t>f 25764/2519/2242 25736/2492/2215 25737/2491/2214</w:t>
        <w:br/>
        <w:t>f 25653/2407/2131 25731/2486/2209 25634/2390/2114</w:t>
        <w:br/>
        <w:t>f 25763/2518/2241 25768/2524/2247 25764/2519/2242</w:t>
        <w:br/>
        <w:t>f 25803/2558/2282 25678/2432/2156 25675/2430/2154</w:t>
        <w:br/>
        <w:t>f 25805/2559/2283 25804/2560/2284 25689/2445/2169</w:t>
        <w:br/>
        <w:t>f 25691/2446/2170 25805/2559/2283 25689/2445/2169</w:t>
        <w:br/>
        <w:t>f 25692/2448/2172 25807/2561/2285 25806/2562/2286</w:t>
        <w:br/>
        <w:t>f 25691/2446/2170 25692/2448/2172 25806/2562/2286</w:t>
        <w:br/>
        <w:t>f 25810/2563/2287 25809/2564/2288 25808/2565/2289</w:t>
        <w:br/>
        <w:t>f 25686/2443/2167 25810/2563/2287 25808/2565/2289</w:t>
        <w:br/>
        <w:t>f 25688/2441/2165 25680/2434/2158 25811/2566/2290</w:t>
        <w:br/>
        <w:t>f 25811/2566/2290 25680/2434/2158 25679/2435/2159</w:t>
        <w:br/>
        <w:t>f 25678/2432/2156 25813/2567/2291 25812/2568/2292</w:t>
        <w:br/>
        <w:t>f 25814/2569/2293 25678/2432/2156 25812/2568/2292</w:t>
        <w:br/>
        <w:t>f 25814/2569/2293 25812/2568/2292 25815/2570/2294</w:t>
        <w:br/>
        <w:t>f 25679/2435/2159 25814/2569/2293 25815/2570/2294</w:t>
        <w:br/>
        <w:t>f 25811/2566/2290 25679/2435/2159 25815/2570/2294</w:t>
        <w:br/>
        <w:t>f 25816/2571/2295 25811/2566/2290 25815/2570/2294</w:t>
        <w:br/>
        <w:t>f 25811/2566/2290 25816/2571/2295 25817/2572/2296</w:t>
        <w:br/>
        <w:t>f 25688/2441/2165 25811/2566/2290 25817/2572/2296</w:t>
        <w:br/>
        <w:t>f 25688/2441/2165 25817/2572/2296 25818/2573/2297</w:t>
        <w:br/>
        <w:t>f 25687/2442/2166 25688/2441/2165 25818/2573/2297</w:t>
        <w:br/>
        <w:t>f 25687/2442/2166 25818/2573/2297 25819/2574/2298</w:t>
        <w:br/>
        <w:t>f 25810/2563/2287 25687/2442/2166 25819/2574/2298</w:t>
        <w:br/>
        <w:t>f 25810/2563/2287 25819/2574/2298 25820/2575/2299</w:t>
        <w:br/>
        <w:t>f 25809/2564/2288 25810/2563/2287 25820/2575/2299</w:t>
        <w:br/>
        <w:t>f 25809/2564/2288 25820/2575/2299 25821/2576/2300</w:t>
        <w:br/>
        <w:t>f 25807/2561/2285 25809/2564/2288 25821/2576/2300</w:t>
        <w:br/>
        <w:t>f 25806/2562/2286 25807/2561/2285 25821/2576/2300</w:t>
        <w:br/>
        <w:t>f 25822/2577/2301 25806/2562/2286 25821/2576/2300</w:t>
        <w:br/>
        <w:t>f 25805/2559/2283 25806/2562/2286 25822/2577/2301</w:t>
        <w:br/>
        <w:t>f 25823/2578/2302 25805/2559/2283 25822/2577/2301</w:t>
        <w:br/>
        <w:t>f 25804/2560/2284 25805/2559/2283 25823/2578/2302</w:t>
        <w:br/>
        <w:t>f 25824/2579/2303 25804/2560/2284 25823/2578/2302</w:t>
        <w:br/>
        <w:t>f 25826/2580/2304 25804/2560/2284 25824/2579/2303</w:t>
        <w:br/>
        <w:t>f 25825/2581/2305 25826/2580/2304 25824/2579/2303</w:t>
        <w:br/>
        <w:t>f 25803/2558/2282 25826/2580/2304 25825/2581/2305</w:t>
        <w:br/>
        <w:t>f 25827/2582/2306 25803/2558/2282 25825/2581/2305</w:t>
        <w:br/>
        <w:t>f 25803/2558/2282 25827/2582/2306 25813/2567/2291</w:t>
        <w:br/>
        <w:t>f 25678/2432/2156 25803/2558/2282 25813/2567/2291</w:t>
        <w:br/>
        <w:t>f 25692/2448/2172 25808/2565/2289 25809/2564/2288</w:t>
        <w:br/>
        <w:t>f 25807/2561/2285 25692/2448/2172 25809/2564/2288</w:t>
        <w:br/>
        <w:t>f 25810/2563/2287 25686/2443/2167 25687/2442/2166</w:t>
        <w:br/>
        <w:t>f 25689/2445/2169 25804/2560/2284 25684/2440/2164</w:t>
        <w:br/>
        <w:t>f 25684/2440/2164 25804/2560/2284 25826/2580/2304</w:t>
        <w:br/>
        <w:t>f 25803/2558/2282 25675/2430/2154 25684/2440/2164</w:t>
        <w:br/>
        <w:t>f 25826/2580/2304 25803/2558/2282 25684/2440/2164</w:t>
        <w:br/>
        <w:t>f 25783/2538/2261 25795/2549/2272 25794/2550/2273</w:t>
        <w:br/>
        <w:t>f 25782/2535/2258 25783/2538/2261 25794/2550/2273</w:t>
        <w:br/>
        <w:t>f 25793/2548/2271 25796/2551/2274 25786/2541/2264</w:t>
        <w:br/>
        <w:t>f 25787/2540/2263 25793/2548/2271 25786/2541/2264</w:t>
        <w:br/>
        <w:t>f 25789/2545/2268 25776/2529/2252 25777/2532/2255</w:t>
        <w:br/>
        <w:t>f 25707/2463/2186 25789/2545/2268 25777/2532/2255</w:t>
        <w:br/>
        <w:t>f 25791/2547/2270 25779/2533/2256 25797/2552/2275</w:t>
        <w:br/>
        <w:t>f 25782/2535/2258 25784/2539/2262 25718/2474/2197</w:t>
        <w:br/>
        <w:t>f 25781/2536/2259 25782/2535/2258 25718/2474/2197</w:t>
        <w:br/>
        <w:t>f 25718/2474/2197 25784/2539/2262 25787/2540/2263</w:t>
        <w:br/>
        <w:t>f 25719/2473/2196 25718/2474/2197 25787/2540/2263</w:t>
        <w:br/>
        <w:t>f 25674/2431/2155 25675/2430/2154 25677/2433/2157</w:t>
        <w:br/>
        <w:t>f 25760/2514/2237 25674/2431/2155 25677/2433/2157</w:t>
        <w:br/>
        <w:t>f 25760/2514/2237 25677/2433/2157 25680/2434/2158</w:t>
        <w:br/>
        <w:t>f 25682/2436/2160 25760/2514/2237 25680/2434/2158</w:t>
        <w:br/>
        <w:t>f 25761/2516/2239 25759/2515/2238 25762/2517/2240</w:t>
        <w:br/>
        <w:t>f 25742/2498/2221 25754/2508/2231 25741/2496/2219</w:t>
        <w:br/>
        <w:t>f 25740/2495/2218 25742/2498/2221 25741/2496/2219</w:t>
        <w:br/>
        <w:t>f 25751/2506/2229 25741/2496/2219 25754/2508/2231</w:t>
        <w:br/>
        <w:t>f 25752/2507/2230 25751/2506/2229 25754/2508/2231</w:t>
        <w:br/>
        <w:t>f 25688/2441/2165 25686/2443/2167 25681/2437/2161</w:t>
        <w:br/>
        <w:t>f 25680/2434/2158 25688/2441/2165 25681/2437/2161</w:t>
        <w:br/>
        <w:t>f 25830/2583/2307 25829/2584/2308 25828/2585/2309</w:t>
        <w:br/>
        <w:t>f 25831/2586/2310 25830/2583/2307 25828/2585/2309</w:t>
        <w:br/>
        <w:t>f 25832/2587/2311 25831/2586/2310 25828/2585/2309</w:t>
        <w:br/>
        <w:t>f 25833/2588/2312 25832/2587/2311 25828/2585/2309</w:t>
        <w:br/>
        <w:t>f 25834/2589/2313 25833/2588/2312 25828/2585/2309</w:t>
        <w:br/>
        <w:t>f 25835/2590/2314 25834/2589/2313 25828/2585/2309</w:t>
        <w:br/>
        <w:t>f 25836/2591/2315 25835/2590/2314 25828/2585/2309</w:t>
        <w:br/>
        <w:t>f 25837/2592/2316 25836/2591/2315 25828/2585/2309</w:t>
        <w:br/>
        <w:t>f 25838/2593/2317 25837/2592/2316 25828/2585/2309</w:t>
        <w:br/>
        <w:t>f 25839/2594/2318 25838/2593/2317 25828/2585/2309</w:t>
        <w:br/>
        <w:t>f 25840/2595/2319 25839/2594/2318 25828/2585/2309</w:t>
        <w:br/>
        <w:t>f 25841/2596/2320 25840/2595/2319 25828/2585/2309</w:t>
        <w:br/>
        <w:t>f 25842/2597/2321 25841/2596/2320 25828/2585/2309</w:t>
        <w:br/>
        <w:t>f 25829/2584/2308 25842/2597/2321 25828/2585/2309</w:t>
        <w:br/>
        <w:t>f 25845/2598/2291 25844/2599/2322 25843/2600/2323</w:t>
        <w:br/>
        <w:t>f 25846/2601/2292 25845/2598/2291 25843/2600/2323</w:t>
        <w:br/>
        <w:t>f 25848/2602/2294 25846/2601/2292 25843/2600/2323</w:t>
        <w:br/>
        <w:t>f 25847/2603/2324 25848/2602/2294 25843/2600/2323</w:t>
        <w:br/>
        <w:t>f 25850/2604/2325 25848/2602/2294 25847/2603/2324</w:t>
        <w:br/>
        <w:t>f 25849/2605/2326 25850/2604/2325 25847/2603/2324</w:t>
        <w:br/>
        <w:t>f 25852/2606/2327 25850/2604/2325 25849/2605/2326</w:t>
        <w:br/>
        <w:t>f 25851/2607/2328 25852/2606/2327 25849/2605/2326</w:t>
        <w:br/>
        <w:t>f 25854/2608/2329 25852/2606/2327 25851/2607/2328</w:t>
        <w:br/>
        <w:t>f 25853/2609/2330 25854/2608/2329 25851/2607/2328</w:t>
        <w:br/>
        <w:t>f 25856/2610/2331 25854/2608/2329 25853/2609/2330</w:t>
        <w:br/>
        <w:t>f 25855/2611/2332 25856/2610/2331 25853/2609/2330</w:t>
        <w:br/>
        <w:t>f 25858/2612/2333 25856/2610/2331 25855/2611/2332</w:t>
        <w:br/>
        <w:t>f 25857/2613/2334 25858/2612/2333 25855/2611/2332</w:t>
        <w:br/>
        <w:t>f 25860/2614/2335 25858/2612/2333 25857/2613/2334</w:t>
        <w:br/>
        <w:t>f 25859/2615/2336 25860/2614/2335 25857/2613/2334</w:t>
        <w:br/>
        <w:t>f 25861/2616/2337 25860/2614/2335 25859/2615/2336</w:t>
        <w:br/>
        <w:t>f 25862/2617/2338 25861/2616/2337 25859/2615/2336</w:t>
        <w:br/>
        <w:t>f 25861/2616/2337 25862/2617/2338 25863/2618/2339</w:t>
        <w:br/>
        <w:t>f 25864/2619/2340 25861/2616/2337 25863/2618/2339</w:t>
        <w:br/>
        <w:t>f 25864/2619/2340 25863/2618/2339 25865/2620/2341</w:t>
        <w:br/>
        <w:t>f 25866/2621/2342 25864/2619/2340 25865/2620/2341</w:t>
        <w:br/>
        <w:t>f 25866/2621/2342 25865/2620/2341 25867/2622/2343</w:t>
        <w:br/>
        <w:t>f 25868/2623/2344 25866/2621/2342 25867/2622/2343</w:t>
        <w:br/>
        <w:t>f 25868/2623/2344 25867/2622/2343 25869/2624/2345</w:t>
        <w:br/>
        <w:t>f 25870/2625/2346 25868/2623/2344 25869/2624/2345</w:t>
        <w:br/>
        <w:t>f 25870/2625/2346 25869/2624/2345 25844/2599/2322</w:t>
        <w:br/>
        <w:t>f 25845/2598/2291 25870/2625/2346 25844/2599/2322</w:t>
        <w:br/>
        <w:t>f 25691/2446/2170 25429/2185/1910 25434/2186/1911</w:t>
        <w:br/>
        <w:t>f 25692/2448/2172 25691/2446/2170 25434/2186/1911</w:t>
        <w:br/>
        <w:t>f 25691/2446/2170 25806/2562/2286 25805/2559/2283</w:t>
        <w:br/>
        <w:t>f 25677/2433/2157 25678/2432/2156 25814/2569/2293</w:t>
        <w:br/>
        <w:t>f 25679/2435/2159 25677/2433/2157 25814/2569/2293</w:t>
        <w:br/>
        <w:t>f 25681/2437/2161 25670/2426/2150 25671/2425/2149</w:t>
        <w:br/>
        <w:t>f 25683/2438/2162 25681/2437/2161 25671/2425/2149</w:t>
        <w:br/>
        <w:t>f 25686/2443/2167 25672/2427/2151 25670/2426/2150</w:t>
        <w:br/>
        <w:t>f 25681/2437/2161 25686/2443/2167 25670/2426/2150</w:t>
        <w:br/>
        <w:t>f 25808/2565/2289 25871/2626/2347 25672/2427/2151</w:t>
        <w:br/>
        <w:t>f 25686/2443/2167 25808/2565/2289 25672/2427/2151</w:t>
        <w:br/>
        <w:t>f 25431/2189/1914 25621/2377/2101 25872/2627/2348</w:t>
        <w:br/>
        <w:t>f 25693/2447/2171 25431/2189/1914 25872/2627/2348</w:t>
        <w:br/>
        <w:t>f 25671/2425/2149 25749/2504/2227 25767/2522/2245</w:t>
        <w:br/>
        <w:t>f 25683/2438/2162 25671/2425/2149 25767/2522/2245</w:t>
        <w:br/>
        <w:t>f 25749/2504/2227 25752/2507/2230 25767/2522/2245</w:t>
        <w:br/>
        <w:t>f 25844/2599/2322 25829/2584/2308 25830/2583/2307</w:t>
        <w:br/>
        <w:t>f 25843/2600/2323 25844/2599/2322 25830/2583/2307</w:t>
        <w:br/>
        <w:t>f 25847/2603/2324 25843/2600/2323 25830/2583/2307</w:t>
        <w:br/>
        <w:t>f 25831/2586/2310 25847/2603/2324 25830/2583/2307</w:t>
        <w:br/>
        <w:t>f 25849/2605/2326 25847/2603/2324 25831/2586/2310</w:t>
        <w:br/>
        <w:t>f 25832/2587/2311 25849/2605/2326 25831/2586/2310</w:t>
        <w:br/>
        <w:t>f 25851/2607/2328 25849/2605/2326 25832/2587/2311</w:t>
        <w:br/>
        <w:t>f 25833/2588/2312 25851/2607/2328 25832/2587/2311</w:t>
        <w:br/>
        <w:t>f 25853/2609/2330 25851/2607/2328 25833/2588/2312</w:t>
        <w:br/>
        <w:t>f 25834/2589/2313 25853/2609/2330 25833/2588/2312</w:t>
        <w:br/>
        <w:t>f 25853/2609/2330 25834/2589/2313 25835/2590/2314</w:t>
        <w:br/>
        <w:t>f 25855/2611/2332 25853/2609/2330 25835/2590/2314</w:t>
        <w:br/>
        <w:t>f 25855/2611/2332 25835/2590/2314 25836/2591/2315</w:t>
        <w:br/>
        <w:t>f 25857/2613/2334 25855/2611/2332 25836/2591/2315</w:t>
        <w:br/>
        <w:t>f 25857/2613/2334 25836/2591/2315 25837/2592/2316</w:t>
        <w:br/>
        <w:t>f 25859/2615/2336 25857/2613/2334 25837/2592/2316</w:t>
        <w:br/>
        <w:t>f 25862/2617/2338 25859/2615/2336 25837/2592/2316</w:t>
        <w:br/>
        <w:t>f 25838/2593/2317 25862/2617/2338 25837/2592/2316</w:t>
        <w:br/>
        <w:t>f 25863/2618/2339 25862/2617/2338 25838/2593/2317</w:t>
        <w:br/>
        <w:t>f 25839/2594/2318 25863/2618/2339 25838/2593/2317</w:t>
        <w:br/>
        <w:t>f 25865/2620/2341 25863/2618/2339 25839/2594/2318</w:t>
        <w:br/>
        <w:t>f 25840/2595/2319 25865/2620/2341 25839/2594/2318</w:t>
        <w:br/>
        <w:t>f 25867/2622/2343 25865/2620/2341 25840/2595/2319</w:t>
        <w:br/>
        <w:t>f 25841/2596/2320 25867/2622/2343 25840/2595/2319</w:t>
        <w:br/>
        <w:t>f 25867/2622/2343 25841/2596/2320 25842/2597/2321</w:t>
        <w:br/>
        <w:t>f 25869/2624/2345 25867/2622/2343 25842/2597/2321</w:t>
        <w:br/>
        <w:t>f 25869/2624/2345 25842/2597/2321 25829/2584/2308</w:t>
        <w:br/>
        <w:t>f 25844/2599/2322 25869/2624/2345 25829/2584/2308</w:t>
        <w:br/>
        <w:t>f 25621/2377/2101 25873/2628/2349 25872/2627/2348</w:t>
        <w:br/>
        <w:t>f 25874/2629/2350 25672/2427/2151 25871/2626/2347</w:t>
        <w:br/>
        <w:t>f 25693/2447/2171 25872/2627/2348 25871/2626/2347</w:t>
        <w:br/>
        <w:t>f 25808/2565/2289 25693/2447/2171 25871/2626/2347</w:t>
        <w:br/>
        <w:t>f 25872/2627/2348 25873/2628/2349 25874/2629/2350</w:t>
        <w:br/>
        <w:t>f 25871/2626/2347 25872/2627/2348 25874/2629/2350</w:t>
        <w:br/>
        <w:t>f 25692/2448/2172 25693/2447/2171 25808/2565/2289</w:t>
        <w:br/>
        <w:t>f 25667/2422/2146 25669/2424/2148 25403/2158/1883</w:t>
        <w:br/>
        <w:t>f 25627/2381/2105 25669/2424/2148 25673/2428/2152</w:t>
        <w:br/>
        <w:t>f 25626/2382/2106 25627/2381/2105 25673/2428/2152</w:t>
        <w:br/>
        <w:t>f 25403/2158/1883 25669/2424/2148 25627/2381/2105</w:t>
        <w:br/>
        <w:t>f 25673/2428/2152 25668/2423/2147 25874/2629/2350</w:t>
        <w:br/>
        <w:t>f 25626/2382/2106 25673/2428/2152 25873/2628/2349</w:t>
        <w:br/>
        <w:t>f 25623/2379/2103 25626/2382/2106 25873/2628/2349</w:t>
        <w:br/>
        <w:t>f 25673/2428/2152 25874/2629/2350 25873/2628/2349</w:t>
        <w:br/>
        <w:t>f 25791/2547/2270 25778/2534/2257 25779/2533/2256</w:t>
        <w:br/>
        <w:t>f 25668/2423/2147 25672/2427/2151 25874/2629/2350</w:t>
        <w:br/>
        <w:t>f 25755/2510/2233 25761/2516/2239 25758/2511/2234</w:t>
        <w:br/>
        <w:t>f 25793/2548/2271 25784/2539/2262 25723/2477/2200</w:t>
        <w:br/>
        <w:t>f 25794/2550/2273 25784/2539/2262 25782/2535/2258</w:t>
        <w:br/>
        <w:t>f 25651/2405/2129 25709/2464/2187 25649/2403/2127</w:t>
        <w:br/>
        <w:t>f 25877/2630/2351 25876/2631/2352 25875/2632/2353</w:t>
        <w:br/>
        <w:t>f 25878/2633/2354 25877/2630/2351 25875/2632/2353</w:t>
        <w:br/>
        <w:t>f 25881/2634/2355 25880/2635/2356 25879/2636/2356</w:t>
        <w:br/>
        <w:t>f 25882/2637/2357 25881/2634/2355 25879/2636/2356</w:t>
        <w:br/>
        <w:t>f 25886/2638/2358 25885/2639/2359 25884/2640/2360</w:t>
        <w:br/>
        <w:t>f 25883/2641/2361 25886/2638/2358 25884/2640/2360</w:t>
        <w:br/>
        <w:t>f 25888/2642/2362 25887/2643/2363 25884/2640/2360</w:t>
        <w:br/>
        <w:t>f 25885/2639/2359 25888/2642/2362 25884/2640/2360</w:t>
        <w:br/>
        <w:t>f 25876/2631/2352 25890/2644/2364 25889/2645/2365</w:t>
        <w:br/>
        <w:t>f 25875/2632/2353 25876/2631/2352 25889/2645/2365</w:t>
        <w:br/>
        <w:t>f 25880/2635/2356 25892/2646/2366 25891/2647/2367</w:t>
        <w:br/>
        <w:t>f 25879/2636/2356 25880/2635/2356 25891/2647/2367</w:t>
        <w:br/>
        <w:t>f 25883/2641/2361 25884/2640/2360 25894/2648/2368</w:t>
        <w:br/>
        <w:t>f 25893/2649/2369 25883/2641/2361 25894/2648/2368</w:t>
        <w:br/>
        <w:t>f 25884/2640/2360 25887/2643/2363 25889/2645/2365</w:t>
        <w:br/>
        <w:t>f 25894/2648/2368 25884/2640/2360 25889/2645/2365</w:t>
        <w:br/>
        <w:t>f 25890/2644/2364 25896/2650/2370 25895/2651/2371</w:t>
        <w:br/>
        <w:t>f 25889/2645/2365 25890/2644/2364 25895/2651/2371</w:t>
        <w:br/>
        <w:t>f 25892/2646/2366 25898/2652/2372 25897/2653/2372</w:t>
        <w:br/>
        <w:t>f 25891/2647/2367 25892/2646/2366 25897/2653/2372</w:t>
        <w:br/>
        <w:t>f 25893/2649/2369 25894/2648/2368 25900/2654/2373</w:t>
        <w:br/>
        <w:t>f 25899/2655/2374 25893/2649/2369 25900/2654/2373</w:t>
        <w:br/>
        <w:t>f 25894/2648/2368 25889/2645/2365 25895/2651/2371</w:t>
        <w:br/>
        <w:t>f 25900/2654/2373 25894/2648/2368 25895/2651/2371</w:t>
        <w:br/>
        <w:t>f 25896/2650/2370 25902/2656/2375 25901/2657/2376</w:t>
        <w:br/>
        <w:t>f 25895/2651/2371 25896/2650/2370 25901/2657/2376</w:t>
        <w:br/>
        <w:t>f 25898/2652/2372 25904/2658/2377 25903/2659/2378</w:t>
        <w:br/>
        <w:t>f 25897/2653/2372 25898/2652/2372 25903/2659/2378</w:t>
        <w:br/>
        <w:t>f 25899/2655/2374 25900/2654/2373 25906/2660/2379</w:t>
        <w:br/>
        <w:t>f 25905/2661/2380 25899/2655/2374 25906/2660/2379</w:t>
        <w:br/>
        <w:t>f 25900/2654/2373 25895/2651/2371 25901/2657/2376</w:t>
        <w:br/>
        <w:t>f 25906/2660/2379 25900/2654/2373 25901/2657/2376</w:t>
        <w:br/>
        <w:t>f 25901/2657/2376 25902/2656/2375 25908/2662/2381</w:t>
        <w:br/>
        <w:t>f 25907/2663/2382 25901/2657/2376 25908/2662/2381</w:t>
        <w:br/>
        <w:t>f 25903/2659/2378 25904/2658/2377 25910/2664/2383</w:t>
        <w:br/>
        <w:t>f 25909/2665/2383 25903/2659/2378 25910/2664/2383</w:t>
        <w:br/>
        <w:t>f 25906/2660/2379 25912/2666/2384 25911/2667/2385</w:t>
        <w:br/>
        <w:t>f 25905/2661/2380 25906/2660/2379 25911/2667/2385</w:t>
        <w:br/>
        <w:t>f 25901/2657/2376 25907/2663/2382 25912/2666/2384</w:t>
        <w:br/>
        <w:t>f 25906/2660/2379 25901/2657/2376 25912/2666/2384</w:t>
        <w:br/>
        <w:t>f 25907/2663/2382 25908/2662/2381 25914/2668/2386</w:t>
        <w:br/>
        <w:t>f 25913/2669/2387 25907/2663/2382 25914/2668/2386</w:t>
        <w:br/>
        <w:t>f 25909/2665/2383 25910/2664/2383 25916/2670/2388</w:t>
        <w:br/>
        <w:t>f 25915/2671/2388 25909/2665/2383 25916/2670/2388</w:t>
        <w:br/>
        <w:t>f 25912/2666/2384 25918/2672/2389 25917/2673/2390</w:t>
        <w:br/>
        <w:t>f 25911/2667/2385 25912/2666/2384 25917/2673/2390</w:t>
        <w:br/>
        <w:t>f 25907/2663/2382 25913/2669/2387 25918/2672/2389</w:t>
        <w:br/>
        <w:t>f 25912/2666/2384 25907/2663/2382 25918/2672/2389</w:t>
        <w:br/>
        <w:t>f 25913/2669/2387 25914/2668/2386 25920/2674/2391</w:t>
        <w:br/>
        <w:t>f 25919/2675/2391 25913/2669/2387 25920/2674/2391</w:t>
        <w:br/>
        <w:t>f 25915/2671/2388 25916/2670/2388 25922/2676/2392</w:t>
        <w:br/>
        <w:t>f 25921/2677/2393 25915/2671/2388 25922/2676/2392</w:t>
        <w:br/>
        <w:t>f 25918/2672/2389 25924/2678/2394 25923/2679/2395</w:t>
        <w:br/>
        <w:t>f 25917/2673/2390 25918/2672/2389 25923/2679/2395</w:t>
        <w:br/>
        <w:t>f 25918/2672/2389 25913/2669/2387 25925/2680/2396</w:t>
        <w:br/>
        <w:t>f 25924/2678/2394 25918/2672/2389 25925/2680/2396</w:t>
        <w:br/>
        <w:t>f 25919/2675/2391 25920/2674/2391 25927/2681/2397</w:t>
        <w:br/>
        <w:t>f 25926/2682/2397 25919/2675/2391 25927/2681/2397</w:t>
        <w:br/>
        <w:t>f 25921/2677/2393 25922/2676/2392 25929/2683/2398</w:t>
        <w:br/>
        <w:t>f 25928/2684/2398 25921/2677/2393 25929/2683/2398</w:t>
        <w:br/>
        <w:t>f 25924/2678/2394 25931/2685/2399 25930/2686/2400</w:t>
        <w:br/>
        <w:t>f 25923/2679/2395 25924/2678/2394 25930/2686/2400</w:t>
        <w:br/>
        <w:t>f 25924/2678/2394 25925/2680/2396 25932/2687/2401</w:t>
        <w:br/>
        <w:t>f 25931/2685/2399 25924/2678/2394 25932/2687/2401</w:t>
        <w:br/>
        <w:t>f 25936/2688/2402 25935/2689/2403 25934/2690/2404</w:t>
        <w:br/>
        <w:t>f 25933/2691/2405 25936/2688/2402 25934/2690/2404</w:t>
        <w:br/>
        <w:t>f 25938/2692/2398 25937/2693/2406 25934/2690/2404</w:t>
        <w:br/>
        <w:t>f 25939/2694/2398 25938/2692/2398 25934/2690/2404</w:t>
        <w:br/>
        <w:t>f 25943/2695/2407 25942/2696/2408 25941/2697/2409</w:t>
        <w:br/>
        <w:t>f 25940/2698/2410 25943/2695/2407 25941/2697/2409</w:t>
        <w:br/>
        <w:t>f 25942/2696/2408 25945/2699/2401 25944/2700/2411</w:t>
        <w:br/>
        <w:t>f 25941/2697/2409 25942/2696/2408 25944/2700/2411</w:t>
        <w:br/>
        <w:t>f 25933/2691/2405 25934/2690/2404 25947/2701/2412</w:t>
        <w:br/>
        <w:t>f 25946/2702/2413 25933/2691/2405 25947/2701/2412</w:t>
        <w:br/>
        <w:t>f 25937/2693/2406 25948/2703/2414 25947/2701/2412</w:t>
        <w:br/>
        <w:t>f 25934/2690/2404 25937/2693/2406 25947/2701/2412</w:t>
        <w:br/>
        <w:t>f 25940/2698/2410 25941/2697/2409 25950/2704/2415</w:t>
        <w:br/>
        <w:t>f 25949/2705/2416 25940/2698/2410 25950/2704/2415</w:t>
        <w:br/>
        <w:t>f 25941/2697/2409 25944/2700/2411 25951/2706/2417</w:t>
        <w:br/>
        <w:t>f 25950/2704/2415 25941/2697/2409 25951/2706/2417</w:t>
        <w:br/>
        <w:t>f 25947/2701/2412 25953/2707/2418 25952/2708/2419</w:t>
        <w:br/>
        <w:t>f 25946/2702/2413 25947/2701/2412 25952/2708/2419</w:t>
        <w:br/>
        <w:t>f 25947/2701/2412 25948/2703/2414 25954/2709/2420</w:t>
        <w:br/>
        <w:t>f 25953/2707/2418 25947/2701/2412 25954/2709/2420</w:t>
        <w:br/>
        <w:t>f 25950/2704/2415 25956/2710/2421 25955/2711/2422</w:t>
        <w:br/>
        <w:t>f 25949/2705/2416 25950/2704/2415 25955/2711/2422</w:t>
        <w:br/>
        <w:t>f 25951/2706/2417 25957/2712/2423 25956/2710/2421</w:t>
        <w:br/>
        <w:t>f 25950/2704/2415 25951/2706/2417 25956/2710/2421</w:t>
        <w:br/>
        <w:t>f 25953/2707/2418 25877/2630/2351 25878/2633/2354</w:t>
        <w:br/>
        <w:t>f 25952/2708/2419 25953/2707/2418 25878/2633/2354</w:t>
        <w:br/>
        <w:t>f 25954/2709/2420 25881/2634/2355 25882/2637/2357</w:t>
        <w:br/>
        <w:t>f 25953/2707/2418 25954/2709/2420 25882/2637/2357</w:t>
        <w:br/>
        <w:t>f 25955/2711/2422 25956/2710/2421 25885/2639/2359</w:t>
        <w:br/>
        <w:t>f 25886/2638/2358 25955/2711/2422 25885/2639/2359</w:t>
        <w:br/>
        <w:t>f 25957/2712/2423 25888/2642/2362 25885/2639/2359</w:t>
        <w:br/>
        <w:t>f 25956/2710/2421 25957/2712/2423 25885/2639/2359</w:t>
        <w:br/>
        <w:t>f 25960/2713/2424 25959/2714/2425 25958/2715/2426</w:t>
        <w:br/>
        <w:t>f 25961/2716/2427 25960/2713/2424 25958/2715/2426</w:t>
        <w:br/>
        <w:t>f 25964/2717/2428 25963/2718/2429 25962/2719/2430</w:t>
        <w:br/>
        <w:t>f 25965/2720/2431 25964/2717/2428 25962/2719/2430</w:t>
        <w:br/>
        <w:t>f 25967/2721/2432 25966/2722/2433 25963/2718/2429</w:t>
        <w:br/>
        <w:t>f 25964/2717/2428 25967/2721/2432 25963/2718/2429</w:t>
        <w:br/>
        <w:t>f 25971/2723/2434 25970/2724/2435 25969/2725/2436</w:t>
        <w:br/>
        <w:t>f 25968/2726/2437 25971/2723/2434 25969/2725/2436</w:t>
        <w:br/>
        <w:t>f 25970/2724/2435 25973/2727/2438 25972/2728/2439</w:t>
        <w:br/>
        <w:t>f 25969/2725/2436 25970/2724/2435 25972/2728/2439</w:t>
        <w:br/>
        <w:t>f 25977/2729/2440 25976/2730/2441 25975/2731/2442</w:t>
        <w:br/>
        <w:t>f 25974/2732/2443 25977/2729/2440 25975/2731/2442</w:t>
        <w:br/>
        <w:t>f 25958/2715/2426 25959/2714/2425 25979/2733/2444</w:t>
        <w:br/>
        <w:t>f 25978/2734/2445 25958/2715/2426 25979/2733/2444</w:t>
        <w:br/>
        <w:t>f 25962/2719/2430 25963/2718/2429 25981/2735/2446</w:t>
        <w:br/>
        <w:t>f 25980/2736/2447 25962/2719/2430 25981/2735/2446</w:t>
        <w:br/>
        <w:t>f 25963/2718/2429 25966/2722/2433 25982/2737/2448</w:t>
        <w:br/>
        <w:t>f 25981/2735/2446 25963/2718/2429 25982/2737/2448</w:t>
        <w:br/>
        <w:t>f 25969/2725/2436 25984/2738/2449 25983/2739/2450</w:t>
        <w:br/>
        <w:t>f 25968/2726/2437 25969/2725/2436 25983/2739/2450</w:t>
        <w:br/>
        <w:t>f 25972/2728/2439 25985/2740/2451 25984/2738/2449</w:t>
        <w:br/>
        <w:t>f 25969/2725/2436 25972/2728/2439 25984/2738/2449</w:t>
        <w:br/>
        <w:t>f 25975/2731/2442 25987/2741/2452 25986/2742/2453</w:t>
        <w:br/>
        <w:t>f 25974/2732/2443 25975/2731/2442 25986/2742/2453</w:t>
        <w:br/>
        <w:t>f 25979/2733/2444 25989/2743/2454 25988/2744/2454</w:t>
        <w:br/>
        <w:t>f 25978/2734/2445 25979/2733/2444 25988/2744/2454</w:t>
        <w:br/>
        <w:t>f 25981/2735/2446 25991/2745/2455 25990/2746/2456</w:t>
        <w:br/>
        <w:t>f 25980/2736/2447 25981/2735/2446 25990/2746/2456</w:t>
        <w:br/>
        <w:t>f 25982/2737/2448 25992/2747/2457 25991/2745/2455</w:t>
        <w:br/>
        <w:t>f 25981/2735/2446 25982/2737/2448 25991/2745/2455</w:t>
        <w:br/>
        <w:t>f 25983/2739/2450 25984/2738/2449 25994/2748/2458</w:t>
        <w:br/>
        <w:t>f 25993/2749/2459 25983/2739/2450 25994/2748/2458</w:t>
        <w:br/>
        <w:t>f 25984/2738/2449 25985/2740/2451 25995/2750/2460</w:t>
        <w:br/>
        <w:t>f 25994/2748/2458 25984/2738/2449 25995/2750/2460</w:t>
        <w:br/>
        <w:t>f 25986/2742/2453 25987/2741/2452 25997/2751/2461</w:t>
        <w:br/>
        <w:t>f 25996/2752/2461 25986/2742/2453 25997/2751/2461</w:t>
        <w:br/>
        <w:t>f 25988/2744/2454 25989/2743/2454 25999/2753/2462</w:t>
        <w:br/>
        <w:t>f 25998/2754/2462 25988/2744/2454 25999/2753/2462</w:t>
        <w:br/>
        <w:t>f 25990/2746/2456 25991/2745/2455 26001/2755/2463</w:t>
        <w:br/>
        <w:t>f 26000/2756/2464 25990/2746/2456 26001/2755/2463</w:t>
        <w:br/>
        <w:t>f 25991/2745/2455 25992/2747/2457 26002/2757/2465</w:t>
        <w:br/>
        <w:t>f 26001/2755/2463 25991/2745/2455 26002/2757/2465</w:t>
        <w:br/>
        <w:t>f 25994/2748/2458 26004/2758/2466 26003/2759/2467</w:t>
        <w:br/>
        <w:t>f 25993/2749/2459 25994/2748/2458 26003/2759/2467</w:t>
        <w:br/>
        <w:t>f 25995/2750/2460 26005/2760/2468 26004/2758/2466</w:t>
        <w:br/>
        <w:t>f 25994/2748/2458 25995/2750/2460 26004/2758/2466</w:t>
        <w:br/>
        <w:t>f 25997/2751/2461 26007/2761/2469 26006/2762/2469</w:t>
        <w:br/>
        <w:t>f 25996/2752/2461 25997/2751/2461 26006/2762/2469</w:t>
        <w:br/>
        <w:t>f 26010/2763/2470 26009/2764/2471 26008/2765/2472</w:t>
        <w:br/>
        <w:t>f 26011/2766/2470 26010/2763/2470 26008/2765/2472</w:t>
        <w:br/>
        <w:t>f 26014/2767/2473 26013/2768/2474 26012/2769/2475</w:t>
        <w:br/>
        <w:t>f 26015/2770/2476 26014/2767/2473 26012/2769/2475</w:t>
        <w:br/>
        <w:t>f 26017/2771/2465 26016/2772/2477 26013/2768/2474</w:t>
        <w:br/>
        <w:t>f 26014/2767/2473 26017/2771/2465 26013/2768/2474</w:t>
        <w:br/>
        <w:t>f 26021/2773/2478 26020/2774/2466 26019/2775/2479</w:t>
        <w:br/>
        <w:t>f 26018/2776/2480 26021/2773/2478 26019/2775/2479</w:t>
        <w:br/>
        <w:t>f 26020/2774/2466 26023/2777/2481 26022/2778/2482</w:t>
        <w:br/>
        <w:t>f 26019/2775/2479 26020/2774/2466 26022/2778/2482</w:t>
        <w:br/>
        <w:t>f 26027/2779/2469 26026/2780/2469 26025/2781/2483</w:t>
        <w:br/>
        <w:t>f 26024/2782/2483 26027/2779/2469 26025/2781/2483</w:t>
        <w:br/>
        <w:t>f 26008/2765/2472 26009/2764/2471 26029/2783/2484</w:t>
        <w:br/>
        <w:t>f 26028/2784/2485 26008/2765/2472 26029/2783/2484</w:t>
        <w:br/>
        <w:t>f 26012/2769/2475 26013/2768/2474 26031/2785/2486</w:t>
        <w:br/>
        <w:t>f 26030/2786/2487 26012/2769/2475 26031/2785/2486</w:t>
        <w:br/>
        <w:t>f 26013/2768/2474 26016/2772/2477 26032/2787/2488</w:t>
        <w:br/>
        <w:t>f 26031/2785/2486 26013/2768/2474 26032/2787/2488</w:t>
        <w:br/>
        <w:t>f 26019/2775/2479 26034/2788/2489 26033/2789/2488</w:t>
        <w:br/>
        <w:t>f 26018/2776/2480 26019/2775/2479 26033/2789/2488</w:t>
        <w:br/>
        <w:t>f 26022/2778/2482 26035/2790/2490 26034/2788/2489</w:t>
        <w:br/>
        <w:t>f 26019/2775/2479 26022/2778/2482 26034/2788/2489</w:t>
        <w:br/>
        <w:t>f 26025/2781/2483 26037/2791/2491 26036/2792/2491</w:t>
        <w:br/>
        <w:t>f 26024/2782/2483 26025/2781/2483 26036/2792/2491</w:t>
        <w:br/>
        <w:t>f 26029/2783/2484 26039/2793/2492 26038/2794/2492</w:t>
        <w:br/>
        <w:t>f 26028/2784/2485 26029/2783/2484 26038/2794/2492</w:t>
        <w:br/>
        <w:t>f 26031/2785/2486 26041/2795/2493 26040/2796/2494</w:t>
        <w:br/>
        <w:t>f 26030/2786/2487 26031/2785/2486 26040/2796/2494</w:t>
        <w:br/>
        <w:t>f 26032/2787/2488 26042/2797/2495 26041/2795/2493</w:t>
        <w:br/>
        <w:t>f 26031/2785/2486 26032/2787/2488 26041/2795/2493</w:t>
        <w:br/>
        <w:t>f 26033/2789/2488 26034/2788/2489 26044/2798/2496</w:t>
        <w:br/>
        <w:t>f 26043/2799/2497 26033/2789/2488 26044/2798/2496</w:t>
        <w:br/>
        <w:t>f 26034/2788/2489 26035/2790/2490 26045/2800/2498</w:t>
        <w:br/>
        <w:t>f 26044/2798/2496 26034/2788/2489 26045/2800/2498</w:t>
        <w:br/>
        <w:t>f 26036/2792/2491 26037/2791/2491 26047/2801/2499</w:t>
        <w:br/>
        <w:t>f 26046/2802/2500 26036/2792/2491 26047/2801/2499</w:t>
        <w:br/>
        <w:t>f 26038/2794/2492 26039/2793/2492 25960/2713/2424</w:t>
        <w:br/>
        <w:t>f 25961/2716/2427 26038/2794/2492 25960/2713/2424</w:t>
        <w:br/>
        <w:t>f 26040/2796/2494 26041/2795/2493 25964/2717/2428</w:t>
        <w:br/>
        <w:t>f 25965/2720/2431 26040/2796/2494 25964/2717/2428</w:t>
        <w:br/>
        <w:t>f 26041/2795/2493 26042/2797/2495 25967/2721/2432</w:t>
        <w:br/>
        <w:t>f 25964/2717/2428 26041/2795/2493 25967/2721/2432</w:t>
        <w:br/>
        <w:t>f 26044/2798/2496 25970/2724/2435 25971/2723/2434</w:t>
        <w:br/>
        <w:t>f 26043/2799/2497 26044/2798/2496 25971/2723/2434</w:t>
        <w:br/>
        <w:t>f 26045/2800/2498 25973/2727/2438 25970/2724/2435</w:t>
        <w:br/>
        <w:t>f 26044/2798/2496 26045/2800/2498 25970/2724/2435</w:t>
        <w:br/>
        <w:t>f 26047/2801/2499 25976/2730/2441 25977/2729/2440</w:t>
        <w:br/>
        <w:t>f 26046/2802/2500 26047/2801/2499 25977/2729/2440</w:t>
        <w:br/>
        <w:t>f 26050/2803/2501 26049/2804/2502 26048/2805/2503</w:t>
        <w:br/>
        <w:t>f 26051/2806/2501 26050/2803/2501 26048/2805/2503</w:t>
        <w:br/>
        <w:t>f 26054/2807/2504 26053/2808/2505 26052/2809/2506</w:t>
        <w:br/>
        <w:t>f 26055/2810/2507 26054/2807/2504 26052/2809/2506</w:t>
        <w:br/>
        <w:t>f 26057/2811/2508 26056/2812/2509 26053/2808/2505</w:t>
        <w:br/>
        <w:t>f 26054/2807/2504 26057/2811/2508 26053/2808/2505</w:t>
        <w:br/>
        <w:t>f 26061/2813/2510 26060/2814/2511 26059/2815/2512</w:t>
        <w:br/>
        <w:t>f 26058/2816/2513 26061/2813/2510 26059/2815/2512</w:t>
        <w:br/>
        <w:t>f 26060/2814/2511 26063/2817/2514 26062/2818/2515</w:t>
        <w:br/>
        <w:t>f 26059/2815/2512 26060/2814/2511 26062/2818/2515</w:t>
        <w:br/>
        <w:t>f 26067/2819/2516 26066/2820/2516 26065/2821/2517</w:t>
        <w:br/>
        <w:t>f 26064/2822/2518 26067/2819/2516 26065/2821/2517</w:t>
        <w:br/>
        <w:t>f 26048/2805/2503 26049/2804/2502 26069/2823/2519</w:t>
        <w:br/>
        <w:t>f 26068/2824/2519 26048/2805/2503 26069/2823/2519</w:t>
        <w:br/>
        <w:t>f 26052/2809/2506 26053/2808/2505 26071/2825/2520</w:t>
        <w:br/>
        <w:t>f 26070/2826/2521 26052/2809/2506 26071/2825/2520</w:t>
        <w:br/>
        <w:t>f 26053/2808/2505 26056/2812/2509 26072/2827/2522</w:t>
        <w:br/>
        <w:t>f 26071/2825/2520 26053/2808/2505 26072/2827/2522</w:t>
        <w:br/>
        <w:t>f 26059/2815/2512 26074/2828/2523 26073/2829/2522</w:t>
        <w:br/>
        <w:t>f 26058/2816/2513 26059/2815/2512 26073/2829/2522</w:t>
        <w:br/>
        <w:t>f 26062/2818/2515 26075/2830/2524 26074/2828/2523</w:t>
        <w:br/>
        <w:t>f 26059/2815/2512 26062/2818/2515 26074/2828/2523</w:t>
        <w:br/>
        <w:t>f 26065/2821/2517 26077/2831/2525 26076/2832/2525</w:t>
        <w:br/>
        <w:t>f 26064/2822/2518 26065/2821/2517 26076/2832/2525</w:t>
        <w:br/>
        <w:t>f 26069/2823/2519 26079/2833/2526 26078/2834/2527</w:t>
        <w:br/>
        <w:t>f 26068/2824/2519 26069/2823/2519 26078/2834/2527</w:t>
        <w:br/>
        <w:t>f 26071/2825/2520 26081/2835/2528 26080/2836/2529</w:t>
        <w:br/>
        <w:t>f 26070/2826/2521 26071/2825/2520 26080/2836/2529</w:t>
        <w:br/>
        <w:t>f 26072/2827/2522 26082/2837/2530 26081/2835/2528</w:t>
        <w:br/>
        <w:t>f 26071/2825/2520 26072/2827/2522 26081/2835/2528</w:t>
        <w:br/>
        <w:t>f 26073/2829/2522 26074/2828/2523 26084/2838/2531</w:t>
        <w:br/>
        <w:t>f 26083/2839/2532 26073/2829/2522 26084/2838/2531</w:t>
        <w:br/>
        <w:t>f 26074/2828/2523 26075/2830/2524 26085/2840/2533</w:t>
        <w:br/>
        <w:t>f 26084/2838/2531 26074/2828/2523 26085/2840/2533</w:t>
        <w:br/>
        <w:t>f 26076/2832/2525 26077/2831/2525 26087/2841/2534</w:t>
        <w:br/>
        <w:t>f 26086/2842/2534 26076/2832/2525 26087/2841/2534</w:t>
        <w:br/>
        <w:t>f 26078/2834/2527 26079/2833/2526 26089/2843/2535</w:t>
        <w:br/>
        <w:t>f 26088/2844/2536 26078/2834/2527 26089/2843/2535</w:t>
        <w:br/>
        <w:t>f 26080/2836/2529 26081/2835/2528 26091/2845/2537</w:t>
        <w:br/>
        <w:t>f 26090/2846/2538 26080/2836/2529 26091/2845/2537</w:t>
        <w:br/>
        <w:t>f 26081/2835/2528 26082/2837/2530 26092/2847/2539</w:t>
        <w:br/>
        <w:t>f 26091/2845/2537 26081/2835/2528 26092/2847/2539</w:t>
        <w:br/>
        <w:t>f 26084/2838/2531 26094/2848/2540 26093/2849/2541</w:t>
        <w:br/>
        <w:t>f 26083/2839/2532 26084/2838/2531 26093/2849/2541</w:t>
        <w:br/>
        <w:t>f 26085/2840/2533 26095/2850/2542 26094/2848/2540</w:t>
        <w:br/>
        <w:t>f 26084/2838/2531 26085/2840/2533 26094/2848/2540</w:t>
        <w:br/>
        <w:t>f 26087/2841/2534 26097/2851/2543 26096/2852/2544</w:t>
        <w:br/>
        <w:t>f 26086/2842/2534 26087/2841/2534 26096/2852/2544</w:t>
        <w:br/>
        <w:t>f 26100/2853/2545 26099/2854/2546 26098/2855/2546</w:t>
        <w:br/>
        <w:t>f 26101/2856/2545 26100/2853/2545 26098/2855/2546</w:t>
        <w:br/>
        <w:t>f 26104/2857/2547 26103/2858/2548 26102/2859/2549</w:t>
        <w:br/>
        <w:t>f 26105/2860/2538 26104/2857/2547 26102/2859/2549</w:t>
        <w:br/>
        <w:t>f 26107/2861/2550 26106/2862/2551 26103/2858/2548</w:t>
        <w:br/>
        <w:t>f 26104/2857/2547 26107/2861/2550 26103/2858/2548</w:t>
        <w:br/>
        <w:t>f 26111/2863/2552 26110/2864/2553 26109/2865/2554</w:t>
        <w:br/>
        <w:t>f 26108/2866/2555 26111/2863/2552 26109/2865/2554</w:t>
        <w:br/>
        <w:t>f 26110/2864/2553 26113/2867/2542 26112/2868/2556</w:t>
        <w:br/>
        <w:t>f 26109/2865/2554 26110/2864/2553 26112/2868/2556</w:t>
        <w:br/>
        <w:t>f 26117/2869/2544 26116/2870/2544 26115/2871/2557</w:t>
        <w:br/>
        <w:t>f 26114/2872/2557 26117/2869/2544 26115/2871/2557</w:t>
        <w:br/>
        <w:t>f 26098/2855/2546 26099/2854/2546 26119/2873/2558</w:t>
        <w:br/>
        <w:t>f 26118/2874/2558 26098/2855/2546 26119/2873/2558</w:t>
        <w:br/>
        <w:t>f 26102/2859/2549 26103/2858/2548 26121/2875/2559</w:t>
        <w:br/>
        <w:t>f 26120/2876/2560 26102/2859/2549 26121/2875/2559</w:t>
        <w:br/>
        <w:t>f 26103/2858/2548 26106/2862/2551 26122/2877/2561</w:t>
        <w:br/>
        <w:t>f 26121/2875/2559 26103/2858/2548 26122/2877/2561</w:t>
        <w:br/>
        <w:t>f 26109/2865/2554 26124/2878/2562 26123/2879/2561</w:t>
        <w:br/>
        <w:t>f 26108/2866/2555 26109/2865/2554 26123/2879/2561</w:t>
        <w:br/>
        <w:t>f 26112/2868/2556 26125/2880/2563 26124/2878/2562</w:t>
        <w:br/>
        <w:t>f 26109/2865/2554 26112/2868/2556 26124/2878/2562</w:t>
        <w:br/>
        <w:t>f 26115/2871/2557 26127/2881/2564 26126/2882/2565</w:t>
        <w:br/>
        <w:t>f 26114/2872/2557 26115/2871/2557 26126/2882/2565</w:t>
        <w:br/>
        <w:t>f 26119/2873/2558 26129/2883/2566 26128/2884/2567</w:t>
        <w:br/>
        <w:t>f 26118/2874/2558 26119/2873/2558 26128/2884/2567</w:t>
        <w:br/>
        <w:t>f 26121/2875/2559 26131/2885/2568 26130/2886/2569</w:t>
        <w:br/>
        <w:t>f 26120/2876/2560 26121/2875/2559 26130/2886/2569</w:t>
        <w:br/>
        <w:t>f 26122/2877/2561 26132/2887/2570 26131/2885/2568</w:t>
        <w:br/>
        <w:t>f 26121/2875/2559 26122/2877/2561 26131/2885/2568</w:t>
        <w:br/>
        <w:t>f 26123/2879/2561 26124/2878/2562 26134/2888/2571</w:t>
        <w:br/>
        <w:t>f 26133/2889/2572 26123/2879/2561 26134/2888/2571</w:t>
        <w:br/>
        <w:t>f 26124/2878/2562 26125/2880/2563 26135/2890/2573</w:t>
        <w:br/>
        <w:t>f 26134/2888/2571 26124/2878/2562 26135/2890/2573</w:t>
        <w:br/>
        <w:t>f 26126/2882/2565 26127/2881/2564 26137/2891/2574</w:t>
        <w:br/>
        <w:t>f 26136/2892/2575 26126/2882/2565 26137/2891/2574</w:t>
        <w:br/>
        <w:t>f 26128/2884/2567 26129/2883/2566 26050/2803/2501</w:t>
        <w:br/>
        <w:t>f 26051/2806/2501 26128/2884/2567 26050/2803/2501</w:t>
        <w:br/>
        <w:t>f 26130/2886/2569 26131/2885/2568 26054/2807/2504</w:t>
        <w:br/>
        <w:t>f 26055/2810/2507 26130/2886/2569 26054/2807/2504</w:t>
        <w:br/>
        <w:t>f 26131/2885/2568 26132/2887/2570 26057/2811/2508</w:t>
        <w:br/>
        <w:t>f 26054/2807/2504 26131/2885/2568 26057/2811/2508</w:t>
        <w:br/>
        <w:t>f 26134/2888/2571 26060/2814/2511 26061/2813/2510</w:t>
        <w:br/>
        <w:t>f 26133/2889/2572 26134/2888/2571 26061/2813/2510</w:t>
        <w:br/>
        <w:t>f 26135/2890/2573 26063/2817/2514 26060/2814/2511</w:t>
        <w:br/>
        <w:t>f 26134/2888/2571 26135/2890/2573 26060/2814/2511</w:t>
        <w:br/>
        <w:t>f 26137/2891/2574 26066/2820/2516 26067/2819/2516</w:t>
        <w:br/>
        <w:t>f 26136/2892/2575 26137/2891/2574 26067/2819/2516</w:t>
        <w:br/>
        <w:t>f 26140/2893/2576 26139/2894/2577 26138/2895/2578</w:t>
        <w:br/>
        <w:t>f 26141/2896/2579 26140/2893/2576 26138/2895/2578</w:t>
        <w:br/>
        <w:t>f 26144/2897/2580 26143/2898/2580 26142/2899/2581</w:t>
        <w:br/>
        <w:t>f 26145/2900/2582 26144/2897/2580 26142/2899/2581</w:t>
        <w:br/>
        <w:t>f 26149/2901/2583 26148/2902/2584 26147/2903/2585</w:t>
        <w:br/>
        <w:t>f 26146/2904/2586 26149/2901/2583 26147/2903/2585</w:t>
        <w:br/>
        <w:t>f 26147/2903/2585 26151/2905/2587 26150/2906/2588</w:t>
        <w:br/>
        <w:t>f 26146/2904/2586 26147/2903/2585 26150/2906/2588</w:t>
        <w:br/>
        <w:t>f 26153/2907/2589 26152/2908/2590 26139/2894/2577</w:t>
        <w:br/>
        <w:t>f 26140/2893/2576 26153/2907/2589 26139/2894/2577</w:t>
        <w:br/>
        <w:t>f 26155/2909/2591 26154/2910/2592 26143/2898/2580</w:t>
        <w:br/>
        <w:t>f 26144/2897/2580 26155/2909/2591 26143/2898/2580</w:t>
        <w:br/>
        <w:t>f 26148/2902/2584 26157/2911/2593 26156/2912/2594</w:t>
        <w:br/>
        <w:t>f 26147/2903/2585 26148/2902/2584 26156/2912/2594</w:t>
        <w:br/>
        <w:t>f 26147/2903/2585 26156/2912/2594 26153/2907/2589</w:t>
        <w:br/>
        <w:t>f 26151/2905/2587 26147/2903/2585 26153/2907/2589</w:t>
        <w:br/>
        <w:t>f 26159/2913/2595 26158/2914/2596 26152/2908/2590</w:t>
        <w:br/>
        <w:t>f 26153/2907/2589 26159/2913/2595 26152/2908/2590</w:t>
        <w:br/>
        <w:t>f 26161/2915/2597 26160/2916/2597 26154/2910/2592</w:t>
        <w:br/>
        <w:t>f 26155/2909/2591 26161/2915/2597 26154/2910/2592</w:t>
        <w:br/>
        <w:t>f 26157/2911/2593 26163/2917/2598 26162/2918/2599</w:t>
        <w:br/>
        <w:t>f 26156/2912/2594 26157/2911/2593 26162/2918/2599</w:t>
        <w:br/>
        <w:t>f 26156/2912/2594 26162/2918/2599 26159/2913/2595</w:t>
        <w:br/>
        <w:t>f 26153/2907/2589 26156/2912/2594 26159/2913/2595</w:t>
        <w:br/>
        <w:t>f 26165/2919/2600 26164/2920/2601 26158/2914/2596</w:t>
        <w:br/>
        <w:t>f 26159/2913/2595 26165/2919/2600 26158/2914/2596</w:t>
        <w:br/>
        <w:t>f 26167/2921/2602 26166/2922/2602 26160/2916/2597</w:t>
        <w:br/>
        <w:t>f 26161/2915/2597 26167/2921/2602 26160/2916/2597</w:t>
        <w:br/>
        <w:t>f 26163/2917/2598 26169/2923/2603 26168/2924/2604</w:t>
        <w:br/>
        <w:t>f 26162/2918/2599 26163/2917/2598 26168/2924/2604</w:t>
        <w:br/>
        <w:t>f 26162/2918/2599 26168/2924/2604 26165/2919/2600</w:t>
        <w:br/>
        <w:t>f 26159/2913/2595 26162/2918/2599 26165/2919/2600</w:t>
        <w:br/>
        <w:t>f 26165/2919/2600 26171/2925/2605 26170/2926/2606</w:t>
        <w:br/>
        <w:t>f 26164/2920/2601 26165/2919/2600 26170/2926/2606</w:t>
        <w:br/>
        <w:t>f 26167/2921/2602 26173/2927/2607 26172/2928/2607</w:t>
        <w:br/>
        <w:t>f 26166/2922/2602 26167/2921/2602 26172/2928/2607</w:t>
        <w:br/>
        <w:t>f 26175/2929/2608 26174/2930/2609 26168/2924/2604</w:t>
        <w:br/>
        <w:t>f 26169/2923/2603 26175/2929/2608 26168/2924/2604</w:t>
        <w:br/>
        <w:t>f 26174/2930/2609 26171/2925/2605 26165/2919/2600</w:t>
        <w:br/>
        <w:t>f 26168/2924/2604 26174/2930/2609 26165/2919/2600</w:t>
        <w:br/>
        <w:t>f 26171/2925/2605 26177/2931/2610 26176/2932/2611</w:t>
        <w:br/>
        <w:t>f 26170/2926/2606 26171/2925/2605 26176/2932/2611</w:t>
        <w:br/>
        <w:t>f 26173/2927/2607 26179/2933/2612 26178/2934/2612</w:t>
        <w:br/>
        <w:t>f 26172/2928/2607 26173/2927/2607 26178/2934/2612</w:t>
        <w:br/>
        <w:t>f 26181/2935/2613 26180/2936/2614 26174/2930/2609</w:t>
        <w:br/>
        <w:t>f 26175/2929/2608 26181/2935/2613 26174/2930/2609</w:t>
        <w:br/>
        <w:t>f 26180/2936/2614 26177/2931/2610 26171/2925/2605</w:t>
        <w:br/>
        <w:t>f 26174/2930/2609 26180/2936/2614 26171/2925/2605</w:t>
        <w:br/>
        <w:t>f 26177/2931/2610 26183/2937/2615 26182/2938/2615</w:t>
        <w:br/>
        <w:t>f 26176/2932/2611 26177/2931/2610 26182/2938/2615</w:t>
        <w:br/>
        <w:t>f 26179/2933/2612 26185/2939/2616 26184/2940/2617</w:t>
        <w:br/>
        <w:t>f 26178/2934/2612 26179/2933/2612 26184/2940/2617</w:t>
        <w:br/>
        <w:t>f 26187/2941/2618 26186/2942/2619 26180/2936/2614</w:t>
        <w:br/>
        <w:t>f 26181/2935/2613 26187/2941/2618 26180/2936/2614</w:t>
        <w:br/>
        <w:t>f 26180/2936/2614 26186/2942/2619 26188/2943/2620</w:t>
        <w:br/>
        <w:t>f 26177/2931/2610 26180/2936/2614 26188/2943/2620</w:t>
        <w:br/>
        <w:t>f 26183/2937/2615 26190/2944/2621 26189/2945/2621</w:t>
        <w:br/>
        <w:t>f 26182/2938/2615 26183/2937/2615 26189/2945/2621</w:t>
        <w:br/>
        <w:t>f 26185/2939/2616 26192/2946/2622 26191/2947/2623</w:t>
        <w:br/>
        <w:t>f 26184/2940/2617 26185/2939/2616 26191/2947/2623</w:t>
        <w:br/>
        <w:t>f 26194/2948/2624 26193/2949/2625 26186/2942/2619</w:t>
        <w:br/>
        <w:t>f 26187/2941/2618 26194/2948/2624 26186/2942/2619</w:t>
        <w:br/>
        <w:t>f 26186/2942/2619 26193/2949/2625 26195/2950/2626</w:t>
        <w:br/>
        <w:t>f 26188/2943/2620 26186/2942/2619 26195/2950/2626</w:t>
        <w:br/>
        <w:t>f 26199/2951/2621 26198/2952/2627 26197/2953/2628</w:t>
        <w:br/>
        <w:t>f 26196/2954/2621 26199/2951/2621 26197/2953/2628</w:t>
        <w:br/>
        <w:t>f 26197/2953/2628 26201/2955/2629 26200/2956/2623</w:t>
        <w:br/>
        <w:t>f 26202/2957/2623 26197/2953/2628 26200/2956/2623</w:t>
        <w:br/>
        <w:t>f 26206/2958/2624 26205/2959/2630 26204/2960/2631</w:t>
        <w:br/>
        <w:t>f 26203/2961/2632 26206/2958/2624 26204/2960/2631</w:t>
        <w:br/>
        <w:t>f 26203/2961/2632 26204/2960/2631 26208/2962/2633</w:t>
        <w:br/>
        <w:t>f 26207/2963/2626 26203/2961/2632 26208/2962/2633</w:t>
        <w:br/>
        <w:t>f 26198/2952/2627 26210/2964/2634 26209/2965/2635</w:t>
        <w:br/>
        <w:t>f 26197/2953/2628 26198/2952/2627 26209/2965/2635</w:t>
        <w:br/>
        <w:t>f 26209/2965/2635 26211/2966/2636 26201/2955/2629</w:t>
        <w:br/>
        <w:t>f 26197/2953/2628 26209/2965/2635 26201/2955/2629</w:t>
        <w:br/>
        <w:t>f 26205/2959/2630 26213/2967/2637 26212/2968/2638</w:t>
        <w:br/>
        <w:t>f 26204/2960/2631 26205/2959/2630 26212/2968/2638</w:t>
        <w:br/>
        <w:t>f 26204/2960/2631 26212/2968/2638 26214/2969/2639</w:t>
        <w:br/>
        <w:t>f 26208/2962/2633 26204/2960/2631 26214/2969/2639</w:t>
        <w:br/>
        <w:t>f 26216/2970/2640 26215/2971/2641 26209/2965/2635</w:t>
        <w:br/>
        <w:t>f 26210/2964/2634 26216/2970/2640 26209/2965/2635</w:t>
        <w:br/>
        <w:t>f 26209/2965/2635 26215/2971/2641 26217/2972/2642</w:t>
        <w:br/>
        <w:t>f 26211/2966/2636 26209/2965/2635 26217/2972/2642</w:t>
        <w:br/>
        <w:t>f 26219/2973/2643 26218/2974/2644 26212/2968/2638</w:t>
        <w:br/>
        <w:t>f 26213/2967/2637 26219/2973/2643 26212/2968/2638</w:t>
        <w:br/>
        <w:t>f 26218/2974/2644 26220/2975/2645 26214/2969/2639</w:t>
        <w:br/>
        <w:t>f 26212/2968/2638 26218/2974/2644 26214/2969/2639</w:t>
        <w:br/>
        <w:t>f 26141/2896/2579 26138/2895/2578 26215/2971/2641</w:t>
        <w:br/>
        <w:t>f 26216/2970/2640 26141/2896/2579 26215/2971/2641</w:t>
        <w:br/>
        <w:t>f 26145/2900/2582 26142/2899/2581 26217/2972/2642</w:t>
        <w:br/>
        <w:t>f 26215/2971/2641 26145/2900/2582 26217/2972/2642</w:t>
        <w:br/>
        <w:t>f 26219/2973/2643 26149/2901/2583 26146/2904/2586</w:t>
        <w:br/>
        <w:t>f 26218/2974/2644 26219/2973/2643 26146/2904/2586</w:t>
        <w:br/>
        <w:t>f 26146/2904/2586 26150/2906/2588 26220/2975/2645</w:t>
        <w:br/>
        <w:t>f 26218/2974/2644 26146/2904/2586 26220/2975/2645</w:t>
        <w:br/>
        <w:t>f 26223/2976/2646 26222/2977/2647 26221/2978/2648</w:t>
        <w:br/>
        <w:t>f 26224/2979/2649 26223/2976/2646 26221/2978/2648</w:t>
        <w:br/>
        <w:t>f 26227/2980/2650 26226/2981/2651 26225/2982/2652</w:t>
        <w:br/>
        <w:t>f 26228/2983/2653 26227/2980/2650 26225/2982/2652</w:t>
        <w:br/>
        <w:t>f 26226/2981/2651 26230/2984/2654 26229/2985/2655</w:t>
        <w:br/>
        <w:t>f 26225/2982/2652 26226/2981/2651 26229/2985/2655</w:t>
        <w:br/>
        <w:t>f 26234/2986/2656 26233/2987/2657 26232/2988/2658</w:t>
        <w:br/>
        <w:t>f 26231/2989/2659 26234/2986/2656 26232/2988/2658</w:t>
        <w:br/>
        <w:t>f 26231/2989/2659 26232/2988/2658 26236/2990/2660</w:t>
        <w:br/>
        <w:t>f 26235/2991/2661 26231/2989/2659 26236/2990/2660</w:t>
        <w:br/>
        <w:t>f 26240/2992/2662 26239/2993/2663 26238/2994/2664</w:t>
        <w:br/>
        <w:t>f 26237/2995/2665 26240/2992/2662 26238/2994/2664</w:t>
        <w:br/>
        <w:t>f 26223/2976/2646 26242/2996/2666 26241/2997/2667</w:t>
        <w:br/>
        <w:t>f 26222/2977/2647 26223/2976/2646 26241/2997/2667</w:t>
        <w:br/>
        <w:t>f 26227/2980/2650 26244/2998/2668 26243/2999/2669</w:t>
        <w:br/>
        <w:t>f 26226/2981/2651 26227/2980/2650 26243/2999/2669</w:t>
        <w:br/>
        <w:t>f 26226/2981/2651 26243/2999/2669 26245/3000/2670</w:t>
        <w:br/>
        <w:t>f 26230/2984/2654 26226/2981/2651 26245/3000/2670</w:t>
        <w:br/>
        <w:t>f 26247/3001/2671 26246/3002/2672 26232/2988/2658</w:t>
        <w:br/>
        <w:t>f 26233/2987/2657 26247/3001/2671 26232/2988/2658</w:t>
        <w:br/>
        <w:t>f 26246/3002/2672 26248/3003/2673 26236/2990/2660</w:t>
        <w:br/>
        <w:t>f 26232/2988/2658 26246/3002/2672 26236/2990/2660</w:t>
        <w:br/>
        <w:t>f 26250/3004/2674 26249/3005/2675 26238/2994/2664</w:t>
        <w:br/>
        <w:t>f 26239/2993/2663 26250/3004/2674 26238/2994/2664</w:t>
        <w:br/>
        <w:t>f 26252/3006/2676 26251/3007/2676 26241/2997/2667</w:t>
        <w:br/>
        <w:t>f 26242/2996/2666 26252/3006/2676 26241/2997/2667</w:t>
        <w:br/>
        <w:t>f 26254/3008/2677 26253/3009/2678 26243/2999/2669</w:t>
        <w:br/>
        <w:t>f 26244/2998/2668 26254/3008/2677 26243/2999/2669</w:t>
        <w:br/>
        <w:t>f 26253/3009/2678 26255/3010/2679 26245/3000/2670</w:t>
        <w:br/>
        <w:t>f 26243/2999/2669 26253/3009/2678 26245/3000/2670</w:t>
        <w:br/>
        <w:t>f 26247/3001/2671 26257/3011/2680 26256/3012/2681</w:t>
        <w:br/>
        <w:t>f 26246/3002/2672 26247/3001/2671 26256/3012/2681</w:t>
        <w:br/>
        <w:t>f 26246/3002/2672 26256/3012/2681 26258/3013/2682</w:t>
        <w:br/>
        <w:t>f 26248/3003/2673 26246/3002/2672 26258/3013/2682</w:t>
        <w:br/>
        <w:t>f 26250/3004/2674 26260/3014/2683 26259/3015/2683</w:t>
        <w:br/>
        <w:t>f 26249/3005/2675 26250/3004/2674 26259/3015/2683</w:t>
        <w:br/>
        <w:t>f 26252/3006/2676 26262/3016/2684 26261/3017/2684</w:t>
        <w:br/>
        <w:t>f 26251/3007/2676 26252/3006/2676 26261/3017/2684</w:t>
        <w:br/>
        <w:t>f 26254/3008/2677 26264/3018/2685 26263/3019/2686</w:t>
        <w:br/>
        <w:t>f 26253/3009/2678 26254/3008/2677 26263/3019/2686</w:t>
        <w:br/>
        <w:t>f 26253/3009/2678 26263/3019/2686 26265/3020/2687</w:t>
        <w:br/>
        <w:t>f 26255/3010/2679 26253/3009/2678 26265/3020/2687</w:t>
        <w:br/>
        <w:t>f 26267/3021/2688 26266/3022/2689 26256/3012/2681</w:t>
        <w:br/>
        <w:t>f 26257/3011/2680 26267/3021/2688 26256/3012/2681</w:t>
        <w:br/>
        <w:t>f 26266/3022/2689 26268/3023/2690 26258/3013/2682</w:t>
        <w:br/>
        <w:t>f 26256/3012/2681 26266/3022/2689 26258/3013/2682</w:t>
        <w:br/>
        <w:t>f 26270/3024/2691 26269/3025/2691 26259/3015/2683</w:t>
        <w:br/>
        <w:t>f 26260/3014/2683 26270/3024/2691 26259/3015/2683</w:t>
        <w:br/>
        <w:t>f 26273/3026/2692 26272/3027/2692 26271/3028/2684</w:t>
        <w:br/>
        <w:t>f 26274/3029/2684 26273/3026/2692 26271/3028/2684</w:t>
        <w:br/>
        <w:t>f 26277/3030/2693 26276/3031/2694 26275/3032/2695</w:t>
        <w:br/>
        <w:t>f 26278/3033/2696 26277/3030/2693 26275/3032/2695</w:t>
        <w:br/>
        <w:t>f 26276/3031/2694 26280/3034/2697 26279/3035/2688</w:t>
        <w:br/>
        <w:t>f 26275/3032/2695 26276/3031/2694 26279/3035/2688</w:t>
        <w:br/>
        <w:t>f 26284/3036/2698 26283/3037/2697 26282/3038/2699</w:t>
        <w:br/>
        <w:t>f 26281/3039/2700 26284/3036/2698 26282/3038/2699</w:t>
        <w:br/>
        <w:t>f 26281/3039/2700 26282/3038/2699 26286/3040/2701</w:t>
        <w:br/>
        <w:t>f 26285/3041/2702 26281/3039/2700 26286/3040/2701</w:t>
        <w:br/>
        <w:t>f 26290/3042/2703 26289/3043/2704 26288/3044/2704</w:t>
        <w:br/>
        <w:t>f 26287/3045/2691 26290/3042/2703 26288/3044/2704</w:t>
        <w:br/>
        <w:t>f 26273/3026/2692 26292/3046/2705 26291/3047/2706</w:t>
        <w:br/>
        <w:t>f 26272/3027/2692 26273/3026/2692 26291/3047/2706</w:t>
        <w:br/>
        <w:t>f 26277/3030/2693 26294/3048/2707 26293/3049/2708</w:t>
        <w:br/>
        <w:t>f 26276/3031/2694 26277/3030/2693 26293/3049/2708</w:t>
        <w:br/>
        <w:t>f 26276/3031/2694 26293/3049/2708 26295/3050/2709</w:t>
        <w:br/>
        <w:t>f 26280/3034/2697 26276/3031/2694 26295/3050/2709</w:t>
        <w:br/>
        <w:t>f 26297/3051/2709 26296/3052/2710 26282/3038/2699</w:t>
        <w:br/>
        <w:t>f 26283/3037/2697 26297/3051/2709 26282/3038/2699</w:t>
        <w:br/>
        <w:t>f 26296/3052/2710 26298/3053/2711 26286/3040/2701</w:t>
        <w:br/>
        <w:t>f 26282/3038/2699 26296/3052/2710 26286/3040/2701</w:t>
        <w:br/>
        <w:t>f 26300/3054/2712 26299/3055/2712 26288/3044/2704</w:t>
        <w:br/>
        <w:t>f 26289/3043/2704 26300/3054/2712 26288/3044/2704</w:t>
        <w:br/>
        <w:t>f 26302/3056/2713 26301/3057/2713 26291/3047/2706</w:t>
        <w:br/>
        <w:t>f 26292/3046/2705 26302/3056/2713 26291/3047/2706</w:t>
        <w:br/>
        <w:t>f 26304/3058/2714 26303/3059/2715 26293/3049/2708</w:t>
        <w:br/>
        <w:t>f 26294/3048/2707 26304/3058/2714 26293/3049/2708</w:t>
        <w:br/>
        <w:t>f 26303/3059/2715 26305/3060/2716 26295/3050/2709</w:t>
        <w:br/>
        <w:t>f 26293/3049/2708 26303/3059/2715 26295/3050/2709</w:t>
        <w:br/>
        <w:t>f 26297/3051/2709 26307/3061/2716 26306/3062/2717</w:t>
        <w:br/>
        <w:t>f 26296/3052/2710 26297/3051/2709 26306/3062/2717</w:t>
        <w:br/>
        <w:t>f 26296/3052/2710 26306/3062/2717 26308/3063/2718</w:t>
        <w:br/>
        <w:t>f 26298/3053/2711 26296/3052/2710 26308/3063/2718</w:t>
        <w:br/>
        <w:t>f 26300/3054/2712 26310/3064/2719 26309/3065/2720</w:t>
        <w:br/>
        <w:t>f 26299/3055/2712 26300/3054/2712 26309/3065/2720</w:t>
        <w:br/>
        <w:t>f 26302/3056/2713 26224/2979/2649 26221/2978/2648</w:t>
        <w:br/>
        <w:t>f 26301/3057/2713 26302/3056/2713 26221/2978/2648</w:t>
        <w:br/>
        <w:t>f 26304/3058/2714 26228/2983/2653 26225/2982/2652</w:t>
        <w:br/>
        <w:t>f 26303/3059/2715 26304/3058/2714 26225/2982/2652</w:t>
        <w:br/>
        <w:t>f 26303/3059/2715 26225/2982/2652 26229/2985/2655</w:t>
        <w:br/>
        <w:t>f 26305/3060/2716 26303/3059/2715 26229/2985/2655</w:t>
        <w:br/>
        <w:t>f 26234/2986/2656 26231/2989/2659 26306/3062/2717</w:t>
        <w:br/>
        <w:t>f 26307/3061/2716 26234/2986/2656 26306/3062/2717</w:t>
        <w:br/>
        <w:t>f 26231/2989/2659 26235/2991/2661 26308/3063/2718</w:t>
        <w:br/>
        <w:t>f 26306/3062/2717 26231/2989/2659 26308/3063/2718</w:t>
        <w:br/>
        <w:t>f 26240/2992/2662 26237/2995/2665 26309/3065/2720</w:t>
        <w:br/>
        <w:t>f 26310/3064/2719 26240/2992/2662 26309/3065/2720</w:t>
        <w:br/>
        <w:t>f 26313/3066/2721 26312/3067/2722 26311/3068/2723</w:t>
        <w:br/>
        <w:t>f 26314/3069/2724 26313/3066/2721 26311/3068/2723</w:t>
        <w:br/>
        <w:t>f 26317/3070/2725 26316/3071/2726 26315/3072/2727</w:t>
        <w:br/>
        <w:t>f 26318/3073/2728 26317/3070/2725 26315/3072/2727</w:t>
        <w:br/>
        <w:t>f 26316/3071/2726 26320/3074/2729 26319/3075/2730</w:t>
        <w:br/>
        <w:t>f 26315/3072/2727 26316/3071/2726 26319/3075/2730</w:t>
        <w:br/>
        <w:t>f 26324/3076/2731 26323/3077/2729 26322/3078/2732</w:t>
        <w:br/>
        <w:t>f 26321/3079/2733 26324/3076/2731 26322/3078/2732</w:t>
        <w:br/>
        <w:t>f 26321/3079/2733 26322/3078/2732 26326/3080/2734</w:t>
        <w:br/>
        <w:t>f 26325/3081/2735 26321/3079/2733 26326/3080/2734</w:t>
        <w:br/>
        <w:t>f 26330/3082/2736 26329/3083/2737 26328/3084/2738</w:t>
        <w:br/>
        <w:t>f 26327/3085/2736 26330/3082/2736 26328/3084/2738</w:t>
        <w:br/>
        <w:t>f 26313/3066/2721 26332/3086/2739 26331/3087/2739</w:t>
        <w:br/>
        <w:t>f 26312/3067/2722 26313/3066/2721 26331/3087/2739</w:t>
        <w:br/>
        <w:t>f 26317/3070/2725 26334/3088/2740 26333/3089/2741</w:t>
        <w:br/>
        <w:t>f 26316/3071/2726 26317/3070/2725 26333/3089/2741</w:t>
        <w:br/>
        <w:t>f 26316/3071/2726 26333/3089/2741 26335/3090/2742</w:t>
        <w:br/>
        <w:t>f 26320/3074/2729 26316/3071/2726 26335/3090/2742</w:t>
        <w:br/>
        <w:t>f 26337/3091/2742 26336/3092/2743 26322/3078/2732</w:t>
        <w:br/>
        <w:t>f 26323/3077/2729 26337/3091/2742 26322/3078/2732</w:t>
        <w:br/>
        <w:t>f 26336/3092/2743 26338/3093/2744 26326/3080/2734</w:t>
        <w:br/>
        <w:t>f 26322/3078/2732 26336/3092/2743 26326/3080/2734</w:t>
        <w:br/>
        <w:t>f 26340/3094/2745 26339/3095/2745 26328/3084/2738</w:t>
        <w:br/>
        <w:t>f 26329/3083/2737 26340/3094/2745 26328/3084/2738</w:t>
        <w:br/>
        <w:t>f 26342/3096/2746 26341/3097/2747 26331/3087/2739</w:t>
        <w:br/>
        <w:t>f 26332/3086/2739 26342/3096/2746 26331/3087/2739</w:t>
        <w:br/>
        <w:t>f 26344/3098/2748 26343/3099/2749 26333/3089/2741</w:t>
        <w:br/>
        <w:t>f 26334/3088/2740 26344/3098/2748 26333/3089/2741</w:t>
        <w:br/>
        <w:t>f 26343/3099/2749 26345/3100/2750 26335/3090/2742</w:t>
        <w:br/>
        <w:t>f 26333/3089/2741 26343/3099/2749 26335/3090/2742</w:t>
        <w:br/>
        <w:t>f 26337/3091/2742 26347/3101/2751 26346/3102/2752</w:t>
        <w:br/>
        <w:t>f 26336/3092/2743 26337/3091/2742 26346/3102/2752</w:t>
        <w:br/>
        <w:t>f 26336/3092/2743 26346/3102/2752 26348/3103/2753</w:t>
        <w:br/>
        <w:t>f 26338/3093/2744 26336/3092/2743 26348/3103/2753</w:t>
        <w:br/>
        <w:t>f 26340/3094/2745 26350/3104/2754 26349/3105/2754</w:t>
        <w:br/>
        <w:t>f 26339/3095/2745 26340/3094/2745 26349/3105/2754</w:t>
        <w:br/>
        <w:t>f 26342/3096/2746 26352/3106/2755 26351/3107/2756</w:t>
        <w:br/>
        <w:t>f 26341/3097/2747 26342/3096/2746 26351/3107/2756</w:t>
        <w:br/>
        <w:t>f 26344/3098/2748 26354/3108/2757 26353/3109/2758</w:t>
        <w:br/>
        <w:t>f 26343/3099/2749 26344/3098/2748 26353/3109/2758</w:t>
        <w:br/>
        <w:t>f 26343/3099/2749 26353/3109/2758 26355/3110/2759</w:t>
        <w:br/>
        <w:t>f 26345/3100/2750 26343/3099/2749 26355/3110/2759</w:t>
        <w:br/>
        <w:t>f 26357/3111/2760 26356/3112/2761 26346/3102/2752</w:t>
        <w:br/>
        <w:t>f 26347/3101/2751 26357/3111/2760 26346/3102/2752</w:t>
        <w:br/>
        <w:t>f 26356/3112/2761 26358/3113/2762 26348/3103/2753</w:t>
        <w:br/>
        <w:t>f 26346/3102/2752 26356/3112/2761 26348/3103/2753</w:t>
        <w:br/>
        <w:t>f 26360/3114/2763 26359/3115/2763 26349/3105/2754</w:t>
        <w:br/>
        <w:t>f 26350/3104/2754 26360/3114/2763 26349/3105/2754</w:t>
        <w:br/>
        <w:t>f 26363/3116/2764 26362/3117/2765 26361/3118/2766</w:t>
        <w:br/>
        <w:t>f 26364/3119/2766 26363/3116/2764 26361/3118/2766</w:t>
        <w:br/>
        <w:t>f 26367/3120/2767 26366/3121/2768 26365/3122/2758</w:t>
        <w:br/>
        <w:t>f 26368/3123/2757 26367/3120/2767 26365/3122/2758</w:t>
        <w:br/>
        <w:t>f 26366/3121/2768 26370/3124/2769 26369/3125/2770</w:t>
        <w:br/>
        <w:t>f 26365/3122/2758 26366/3121/2768 26369/3125/2770</w:t>
        <w:br/>
        <w:t>f 26374/3126/2771 26373/3127/2772 26372/3128/2773</w:t>
        <w:br/>
        <w:t>f 26371/3129/2774 26374/3126/2771 26372/3128/2773</w:t>
        <w:br/>
        <w:t>f 26371/3129/2774 26372/3128/2773 26376/3130/2775</w:t>
        <w:br/>
        <w:t>f 26375/3131/2776 26371/3129/2774 26376/3130/2775</w:t>
        <w:br/>
        <w:t>f 26380/3132/2777 26379/3133/2778 26378/3134/2778</w:t>
        <w:br/>
        <w:t>f 26377/3135/2777 26380/3132/2777 26378/3134/2778</w:t>
        <w:br/>
        <w:t>f 26363/3116/2764 26382/3136/2779 26381/3137/2779</w:t>
        <w:br/>
        <w:t>f 26362/3117/2765 26363/3116/2764 26381/3137/2779</w:t>
        <w:br/>
        <w:t>f 26367/3120/2767 26384/3138/2780 26383/3139/2781</w:t>
        <w:br/>
        <w:t>f 26366/3121/2768 26367/3120/2767 26383/3139/2781</w:t>
        <w:br/>
        <w:t>f 26366/3121/2768 26383/3139/2781 26385/3140/2782</w:t>
        <w:br/>
        <w:t>f 26370/3124/2769 26366/3121/2768 26385/3140/2782</w:t>
        <w:br/>
        <w:t>f 26387/3141/2782 26386/3142/2783 26372/3128/2773</w:t>
        <w:br/>
        <w:t>f 26373/3127/2772 26387/3141/2782 26372/3128/2773</w:t>
        <w:br/>
        <w:t>f 26386/3142/2783 26388/3143/2784 26376/3130/2775</w:t>
        <w:br/>
        <w:t>f 26372/3128/2773 26386/3142/2783 26376/3130/2775</w:t>
        <w:br/>
        <w:t>f 26390/3144/2785 26389/3145/2786 26378/3134/2778</w:t>
        <w:br/>
        <w:t>f 26379/3133/2778 26390/3144/2785 26378/3134/2778</w:t>
        <w:br/>
        <w:t>f 26392/3146/2787 26391/3147/2787 26381/3137/2779</w:t>
        <w:br/>
        <w:t>f 26382/3136/2779 26392/3146/2787 26381/3137/2779</w:t>
        <w:br/>
        <w:t>f 26394/3148/2788 26393/3149/2789 26383/3139/2781</w:t>
        <w:br/>
        <w:t>f 26384/3138/2780 26394/3148/2788 26383/3139/2781</w:t>
        <w:br/>
        <w:t>f 26393/3149/2789 26395/3150/2790 26385/3140/2782</w:t>
        <w:br/>
        <w:t>f 26383/3139/2781 26393/3149/2789 26385/3140/2782</w:t>
        <w:br/>
        <w:t>f 26387/3141/2782 26397/3151/2791 26396/3152/2792</w:t>
        <w:br/>
        <w:t>f 26386/3142/2783 26387/3141/2782 26396/3152/2792</w:t>
        <w:br/>
        <w:t>f 26386/3142/2783 26396/3152/2792 26398/3153/2793</w:t>
        <w:br/>
        <w:t>f 26388/3143/2784 26386/3142/2783 26398/3153/2793</w:t>
        <w:br/>
        <w:t>f 26390/3144/2785 26400/3154/2794 26399/3155/2795</w:t>
        <w:br/>
        <w:t>f 26389/3145/2786 26390/3144/2785 26399/3155/2795</w:t>
        <w:br/>
        <w:t>f 26392/3146/2787 26314/3069/2724 26311/3068/2723</w:t>
        <w:br/>
        <w:t>f 26391/3147/2787 26392/3146/2787 26311/3068/2723</w:t>
        <w:br/>
        <w:t>f 26394/3148/2788 26318/3073/2728 26315/3072/2727</w:t>
        <w:br/>
        <w:t>f 26393/3149/2789 26394/3148/2788 26315/3072/2727</w:t>
        <w:br/>
        <w:t>f 26393/3149/2789 26315/3072/2727 26319/3075/2730</w:t>
        <w:br/>
        <w:t>f 26395/3150/2790 26393/3149/2789 26319/3075/2730</w:t>
        <w:br/>
        <w:t>f 26324/3076/2731 26321/3079/2733 26396/3152/2792</w:t>
        <w:br/>
        <w:t>f 26397/3151/2791 26324/3076/2731 26396/3152/2792</w:t>
        <w:br/>
        <w:t>f 26321/3079/2733 26325/3081/2735 26398/3153/2793</w:t>
        <w:br/>
        <w:t>f 26396/3152/2792 26321/3079/2733 26398/3153/2793</w:t>
        <w:br/>
        <w:t>f 26330/3082/2736 26327/3085/2736 26399/3155/2795</w:t>
        <w:br/>
        <w:t>f 26400/3154/2794 26330/3082/2736 26399/3155/2795</w:t>
        <w:br/>
        <w:t>f 26404/3156/2796 26403/3157/2797 26402/3158/2798</w:t>
        <w:br/>
        <w:t>f 26401/3159/2799 26404/3156/2796 26402/3158/2798</w:t>
        <w:br/>
        <w:t>f 26408/3160/2800 26407/3161/2801 26406/3162/2802</w:t>
        <w:br/>
        <w:t>f 26405/3163/2803 26408/3160/2800 26406/3162/2802</w:t>
        <w:br/>
        <w:t>f 26411/3164/2804 26410/3165/2805 26409/3166/2806</w:t>
        <w:br/>
        <w:t>f 26415/3167/2807 26414/3168/2808 26413/3169/2809</w:t>
        <w:br/>
        <w:t>f 26412/3170/2810 26415/3167/2807 26413/3169/2809</w:t>
        <w:br/>
        <w:t>f 26413/3169/2809 26418/3171/2811 26417/3172/2812</w:t>
        <w:br/>
        <w:t>f 26416/3173/2813 26413/3169/2809 26417/3172/2812</w:t>
        <w:br/>
        <w:t>f 26414/3168/2808 26419/3174/2814 26418/3171/2811</w:t>
        <w:br/>
        <w:t>f 26413/3169/2809 26414/3168/2808 26418/3171/2811</w:t>
        <w:br/>
        <w:t>f 26419/3174/2814 26414/3168/2808 26411/3164/2804</w:t>
        <w:br/>
        <w:t>f 26420/3175/2815 26419/3174/2814 26411/3164/2804</w:t>
        <w:br/>
        <w:t>f 26423/3176/2816 26422/3177/2817 26421/3178/2818</w:t>
        <w:br/>
        <w:t>f 26427/3179/2819 26426/3180/2820 26425/3181/2821</w:t>
        <w:br/>
        <w:t>f 26424/3182/2822 26427/3179/2819 26425/3181/2821</w:t>
        <w:br/>
        <w:t>f 26431/3183/2823 26430/3184/2824 26429/3185/2825</w:t>
        <w:br/>
        <w:t>f 26428/3186/2826 26431/3183/2823 26429/3185/2825</w:t>
        <w:br/>
        <w:t>f 26421/3178/2818 26432/3187/2827 26423/3176/2816</w:t>
        <w:br/>
        <w:t>f 26434/3188/2828 26433/3189/2829 26422/3177/2817</w:t>
        <w:br/>
        <w:t>f 26435/3190/2830 26433/3189/2829 26434/3188/2828</w:t>
        <w:br/>
        <w:t>f 26438/3191/2831 26437/3192/2832 26436/3193/2833</w:t>
        <w:br/>
        <w:t>f 26441/3194/2834 26440/3195/2834 26439/3196/2834</w:t>
        <w:br/>
        <w:t>f 26445/3197/2835 26444/3198/2836 26443/3199/2837</w:t>
        <w:br/>
        <w:t>f 26442/3200/2838 26445/3197/2835 26443/3199/2837</w:t>
        <w:br/>
        <w:t>f 26449/3201/2839 26448/3202/2840 26447/3203/2841</w:t>
        <w:br/>
        <w:t>f 26446/3204/2842 26449/3201/2839 26447/3203/2841</w:t>
        <w:br/>
        <w:t>f 26452/3205/2843 26451/3206/2844 26450/3207/2845</w:t>
        <w:br/>
        <w:t>f 26456/3208/2846 26455/3209/2847 26454/3210/2848</w:t>
        <w:br/>
        <w:t>f 26453/3211/2849 26456/3208/2846 26454/3210/2848</w:t>
        <w:br/>
        <w:t>f 26460/3212/2850 26459/3213/2851 26458/3214/2852</w:t>
        <w:br/>
        <w:t>f 26457/3215/2853 26460/3212/2850 26458/3214/2852</w:t>
        <w:br/>
        <w:t>f 26459/3213/2851 26460/3212/2850 26462/3216/2854</w:t>
        <w:br/>
        <w:t>f 26461/3217/2855 26459/3213/2851 26462/3216/2854</w:t>
        <w:br/>
        <w:t>f 26461/3217/2855 26462/3216/2854 26464/3218/2856</w:t>
        <w:br/>
        <w:t>f 26463/3219/2857 26461/3217/2855 26464/3218/2856</w:t>
        <w:br/>
        <w:t>f 26462/3216/2854 26466/3220/2858 26465/3221/2859</w:t>
        <w:br/>
        <w:t>f 26464/3218/2856 26462/3216/2854 26465/3221/2859</w:t>
        <w:br/>
        <w:t>f 26470/3222/2860 26469/3223/2861 26468/3224/2862</w:t>
        <w:br/>
        <w:t>f 26467/3225/2863 26470/3222/2860 26468/3224/2862</w:t>
        <w:br/>
        <w:t>f 26463/3219/2857 26464/3218/2856 26472/3226/2864</w:t>
        <w:br/>
        <w:t>f 26471/3227/2865 26463/3219/2857 26472/3226/2864</w:t>
        <w:br/>
        <w:t>f 26474/3228/2866 26473/3229/2867 26467/3225/2863</w:t>
        <w:br/>
        <w:t>f 26468/3224/2862 26474/3228/2866 26467/3225/2863</w:t>
        <w:br/>
        <w:t>f 26464/3218/2856 26465/3221/2859 26475/3230/2868</w:t>
        <w:br/>
        <w:t>f 26472/3226/2864 26464/3218/2856 26475/3230/2868</w:t>
        <w:br/>
        <w:t>f 26477/3231/2869 26476/3232/2870 26473/3229/2867</w:t>
        <w:br/>
        <w:t>f 26474/3228/2866 26477/3231/2869 26473/3229/2867</w:t>
        <w:br/>
        <w:t>f 26476/3232/2870 26477/3231/2869 26479/3233/2871</w:t>
        <w:br/>
        <w:t>f 26478/3234/2872 26476/3232/2870 26479/3233/2871</w:t>
        <w:br/>
        <w:t>f 26467/3225/2863 26481/3235/2873 26480/3236/2874</w:t>
        <w:br/>
        <w:t>f 26470/3222/2860 26467/3225/2863 26480/3236/2874</w:t>
        <w:br/>
        <w:t>f 26483/3237/2875 26480/3236/2874 26481/3235/2873</w:t>
        <w:br/>
        <w:t>f 26482/3238/2876 26483/3237/2875 26481/3235/2873</w:t>
        <w:br/>
        <w:t>f 26472/3226/2864 26475/3230/2868 26485/3239/2877</w:t>
        <w:br/>
        <w:t>f 26484/3240/2878 26472/3226/2864 26485/3239/2877</w:t>
        <w:br/>
        <w:t>f 26472/3226/2864 26484/3240/2878 26486/3241/2879</w:t>
        <w:br/>
        <w:t>f 26471/3227/2865 26472/3226/2864 26486/3241/2879</w:t>
        <w:br/>
        <w:t>f 26487/3242/2880 26481/3235/2873 26467/3225/2863</w:t>
        <w:br/>
        <w:t>f 26473/3229/2867 26487/3242/2880 26467/3225/2863</w:t>
        <w:br/>
        <w:t>f 26487/3242/2880 26473/3229/2867 26476/3232/2870</w:t>
        <w:br/>
        <w:t>f 26488/3243/2881 26487/3242/2880 26476/3232/2870</w:t>
        <w:br/>
        <w:t>f 26488/3243/2881 26476/3232/2870 26486/3241/2879</w:t>
        <w:br/>
        <w:t>f 26484/3240/2878 26488/3243/2881 26486/3241/2879</w:t>
        <w:br/>
        <w:t>f 26489/3244/2882 26488/3243/2881 26484/3240/2878</w:t>
        <w:br/>
        <w:t>f 26485/3239/2877 26489/3244/2882 26484/3240/2878</w:t>
        <w:br/>
        <w:t>f 26490/3245/2883 26482/3238/2876 26481/3235/2873</w:t>
        <w:br/>
        <w:t>f 26487/3242/2880 26490/3245/2883 26481/3235/2873</w:t>
        <w:br/>
        <w:t>f 26489/3244/2882 26490/3245/2883 26487/3242/2880</w:t>
        <w:br/>
        <w:t>f 26488/3243/2881 26489/3244/2882 26487/3242/2880</w:t>
        <w:br/>
        <w:t>f 26494/3246/2884 26493/3247/2885 26492/3248/2886</w:t>
        <w:br/>
        <w:t>f 26491/3249/2887 26494/3246/2884 26492/3248/2886</w:t>
        <w:br/>
        <w:t>f 26491/3249/2887 26492/3248/2886 26448/3202/2840</w:t>
        <w:br/>
        <w:t>f 26495/3250/2888 26491/3249/2887 26448/3202/2840</w:t>
        <w:br/>
        <w:t>f 26496/3251/2889 26495/3250/2888 26448/3202/2840</w:t>
        <w:br/>
        <w:t>f 26449/3201/2839 26496/3251/2889 26448/3202/2840</w:t>
        <w:br/>
        <w:t>f 26428/3186/2826 26498/3252/2890 26497/3253/2891</w:t>
        <w:br/>
        <w:t>f 26431/3183/2823 26428/3186/2826 26497/3253/2891</w:t>
        <w:br/>
        <w:t>f 26498/3252/2890 26500/3254/2892 26499/3255/2893</w:t>
        <w:br/>
        <w:t>f 26497/3253/2891 26498/3252/2890 26499/3255/2893</w:t>
        <w:br/>
        <w:t>f 26502/3256/2894 26429/3185/2825 26430/3184/2824</w:t>
        <w:br/>
        <w:t>f 26501/3257/2895 26502/3256/2894 26430/3184/2824</w:t>
        <w:br/>
        <w:t>f 26506/3258/2896 26505/3259/2897 26504/3260/2898</w:t>
        <w:br/>
        <w:t>f 26503/3261/2899 26506/3258/2896 26504/3260/2898</w:t>
        <w:br/>
        <w:t>f 26493/3247/2885 26502/3256/2894 26501/3257/2895</w:t>
        <w:br/>
        <w:t>f 26492/3248/2886 26493/3247/2885 26501/3257/2895</w:t>
        <w:br/>
        <w:t>f 26507/3262/2900 26418/3171/2811 26419/3174/2814</w:t>
        <w:br/>
        <w:t>f 26508/3263/2901 26507/3262/2900 26419/3174/2814</w:t>
        <w:br/>
        <w:t>f 26509/3264/2902 26508/3263/2901 26419/3174/2814</w:t>
        <w:br/>
        <w:t>f 26420/3175/2815 26509/3264/2902 26419/3174/2814</w:t>
        <w:br/>
        <w:t>f 26405/3163/2803 26406/3162/2802 26508/3263/2901</w:t>
        <w:br/>
        <w:t>f 26509/3264/2902 26405/3163/2803 26508/3263/2901</w:t>
        <w:br/>
        <w:t>f 26418/3171/2811 26507/3262/2900 26510/3265/2903</w:t>
        <w:br/>
        <w:t>f 26417/3172/2812 26418/3171/2811 26510/3265/2903</w:t>
        <w:br/>
        <w:t>f 26468/3224/2862 26512/3266/2904 26511/3267/2905</w:t>
        <w:br/>
        <w:t>f 26474/3228/2866 26468/3224/2862 26511/3267/2905</w:t>
        <w:br/>
        <w:t>f 26514/3268/2906 26479/3233/2871 26477/3231/2869</w:t>
        <w:br/>
        <w:t>f 26513/3269/2907 26514/3268/2906 26477/3231/2869</w:t>
        <w:br/>
        <w:t>f 26412/3170/2810 26514/3268/2906 26513/3269/2907</w:t>
        <w:br/>
        <w:t>f 26415/3167/2807 26412/3170/2810 26513/3269/2907</w:t>
        <w:br/>
        <w:t>f 26512/3266/2904 26410/3165/2805 26511/3267/2905</w:t>
        <w:br/>
        <w:t>f 26514/3268/2906 26412/3170/2810 26516/3270/2908</w:t>
        <w:br/>
        <w:t>f 26515/3271/2909 26514/3268/2906 26516/3270/2908</w:t>
        <w:br/>
        <w:t>f 26518/3272/2910 26517/3273/2911 26478/3234/2872</w:t>
        <w:br/>
        <w:t>f 26479/3233/2871 26518/3272/2910 26478/3234/2872</w:t>
        <w:br/>
        <w:t>f 26412/3170/2810 26413/3169/2809 26416/3173/2813</w:t>
        <w:br/>
        <w:t>f 26516/3270/2908 26412/3170/2810 26416/3173/2813</w:t>
        <w:br/>
        <w:t>f 26434/3188/2828 26422/3177/2817 26519/3274/2912</w:t>
        <w:br/>
        <w:t>f 26521/3275/2913 26461/3217/2855 26463/3219/2857</w:t>
        <w:br/>
        <w:t>f 26520/3276/2914 26521/3275/2913 26463/3219/2857</w:t>
        <w:br/>
        <w:t>f 26524/3277/2915 26523/3278/2916 26522/3279/2917</w:t>
        <w:br/>
        <w:t>f 26521/3275/2913 26524/3277/2915 26522/3279/2917</w:t>
        <w:br/>
        <w:t>f 26459/3213/2851 26522/3279/2917 26525/3280/2918</w:t>
        <w:br/>
        <w:t>f 26458/3214/2852 26459/3213/2851 26525/3280/2918</w:t>
        <w:br/>
        <w:t>f 26479/3233/2871 26514/3268/2906 26515/3271/2909</w:t>
        <w:br/>
        <w:t>f 26518/3272/2910 26479/3233/2871 26515/3271/2909</w:t>
        <w:br/>
        <w:t>f 26528/3281/2919 26527/3282/2920 26526/3283/2921</w:t>
        <w:br/>
        <w:t>f 26529/3284/2922 26528/3281/2919 26526/3283/2921</w:t>
        <w:br/>
        <w:t>f 26532/3285/2923 26528/3281/2919 26531/3286/2924</w:t>
        <w:br/>
        <w:t>f 26530/3287/2925 26532/3285/2923 26531/3286/2924</w:t>
        <w:br/>
        <w:t>f 26527/3282/2920 26525/3280/2918 26533/3288/2926</w:t>
        <w:br/>
        <w:t>f 26526/3283/2921 26527/3282/2920 26533/3288/2926</w:t>
        <w:br/>
        <w:t>f 26532/3285/2923 26535/3289/2927 26454/3210/2848</w:t>
        <w:br/>
        <w:t>f 26534/3290/2928 26532/3285/2923 26454/3210/2848</w:t>
        <w:br/>
        <w:t>f 26537/3291/2929 26427/3179/2819 26433/3189/2829</w:t>
        <w:br/>
        <w:t>f 26536/3292/2930 26537/3291/2929 26433/3189/2829</w:t>
        <w:br/>
        <w:t>f 26539/3293/2931 26538/3294/2932 26471/3227/2865</w:t>
        <w:br/>
        <w:t>f 26486/3241/2879 26539/3293/2931 26471/3227/2865</w:t>
        <w:br/>
        <w:t>f 26522/3279/2917 26523/3278/2916 26533/3288/2926</w:t>
        <w:br/>
        <w:t>f 26525/3280/2918 26522/3279/2917 26533/3288/2926</w:t>
        <w:br/>
        <w:t>f 26542/3295/2933 26530/3287/2925 26541/3296/2934</w:t>
        <w:br/>
        <w:t>f 26540/3297/2935 26542/3295/2933 26541/3296/2934</w:t>
        <w:br/>
        <w:t>f 26425/3181/2821 26426/3180/2820 26499/3255/2893</w:t>
        <w:br/>
        <w:t>f 26500/3254/2892 26425/3181/2821 26499/3255/2893</w:t>
        <w:br/>
        <w:t>f 26505/3259/2897 26506/3258/2896 26531/3286/2924</w:t>
        <w:br/>
        <w:t>f 26529/3284/2922 26505/3259/2897 26531/3286/2924</w:t>
        <w:br/>
        <w:t>f 26543/3298/2936 26532/3285/2923 26530/3287/2925</w:t>
        <w:br/>
        <w:t>f 26542/3295/2933 26543/3298/2936 26530/3287/2925</w:t>
        <w:br/>
        <w:t>f 26528/3281/2919 26529/3284/2922 26531/3286/2924</w:t>
        <w:br/>
        <w:t>f 26534/3290/2928 26454/3210/2848 26455/3209/2847</w:t>
        <w:br/>
        <w:t>f 26544/3299/2937 26534/3290/2928 26455/3209/2847</w:t>
        <w:br/>
        <w:t>f 26527/3282/2920 26544/3299/2937 26458/3214/2852</w:t>
        <w:br/>
        <w:t>f 26525/3280/2918 26527/3282/2920 26458/3214/2852</w:t>
        <w:br/>
        <w:t>f 26547/3300/2938 26546/3301/2939 26545/3302/2940</w:t>
        <w:br/>
        <w:t>f 26548/3303/2941 26450/3207/2845 26451/3206/2844</w:t>
        <w:br/>
        <w:t>f 26456/3208/2846 26548/3303/2941 26546/3301/2939</w:t>
        <w:br/>
        <w:t>f 26549/3304/2942 26456/3208/2846 26546/3301/2939</w:t>
        <w:br/>
        <w:t>f 26550/3305/2943 26452/3205/2843 26442/3200/2838</w:t>
        <w:br/>
        <w:t>f 26443/3199/2837 26550/3305/2943 26442/3200/2838</w:t>
        <w:br/>
        <w:t>f 26549/3304/2942 26546/3301/2939 26547/3300/2938</w:t>
        <w:br/>
        <w:t>f 26460/3212/2850 26549/3304/2942 26547/3300/2938</w:t>
        <w:br/>
        <w:t>f 26552/3306/2944 26551/3307/2945 26540/3297/2935</w:t>
        <w:br/>
        <w:t>f 26541/3296/2934 26552/3306/2944 26540/3297/2935</w:t>
        <w:br/>
        <w:t>f 26540/3297/2935 26551/3307/2945 26430/3184/2824</w:t>
        <w:br/>
        <w:t>f 26431/3183/2823 26540/3297/2935 26430/3184/2824</w:t>
        <w:br/>
        <w:t>f 26540/3297/2935 26431/3183/2823 26553/3308/2946</w:t>
        <w:br/>
        <w:t>f 26542/3295/2933 26540/3297/2935 26553/3308/2946</w:t>
        <w:br/>
        <w:t>f 26430/3184/2824 26551/3307/2945 26501/3257/2895</w:t>
        <w:br/>
        <w:t>f 26446/3204/2842 26447/3203/2841 26503/3261/2899</w:t>
        <w:br/>
        <w:t>f 26504/3260/2898 26446/3204/2842 26503/3261/2899</w:t>
        <w:br/>
        <w:t>f 26402/3158/2798 26510/3265/2903 26507/3262/2900</w:t>
        <w:br/>
        <w:t>f 26401/3159/2799 26402/3158/2798 26507/3262/2900</w:t>
        <w:br/>
        <w:t>f 26554/3309/2947 26543/3298/2936 26542/3295/2933</w:t>
        <w:br/>
        <w:t>f 26553/3308/2946 26554/3309/2947 26542/3295/2933</w:t>
        <w:br/>
        <w:t>f 26555/3310/2948 26448/3202/2840 26492/3248/2886</w:t>
        <w:br/>
        <w:t>f 26501/3257/2895 26555/3310/2948 26492/3248/2886</w:t>
        <w:br/>
        <w:t>f 26508/3263/2901 26406/3162/2802 26401/3159/2799</w:t>
        <w:br/>
        <w:t>f 26507/3262/2900 26508/3263/2901 26401/3159/2799</w:t>
        <w:br/>
        <w:t>f 26406/3162/2802 26407/3161/2801 26404/3156/2796</w:t>
        <w:br/>
        <w:t>f 26401/3159/2799 26406/3162/2802 26404/3156/2796</w:t>
        <w:br/>
        <w:t>f 26535/3289/2927 26556/3311/2949 26453/3211/2849</w:t>
        <w:br/>
        <w:t>f 26454/3210/2848 26535/3289/2927 26453/3211/2849</w:t>
        <w:br/>
        <w:t>f 26544/3299/2937 26455/3209/2847 26457/3215/2853</w:t>
        <w:br/>
        <w:t>f 26458/3214/2852 26544/3299/2937 26457/3215/2853</w:t>
        <w:br/>
        <w:t>f 26535/3289/2927 26532/3285/2923 26543/3298/2936</w:t>
        <w:br/>
        <w:t>f 26539/3293/2931 26478/3234/2872 26517/3273/2911</w:t>
        <w:br/>
        <w:t>f 26557/3312/2950 26539/3293/2931 26517/3273/2911</w:t>
        <w:br/>
        <w:t>f 26447/3203/2841 26448/3202/2840 26555/3310/2948</w:t>
        <w:br/>
        <w:t>f 26503/3261/2899 26552/3306/2944 26541/3296/2934</w:t>
        <w:br/>
        <w:t>f 26506/3258/2896 26503/3261/2899 26541/3296/2934</w:t>
        <w:br/>
        <w:t>f 26461/3217/2855 26521/3275/2913 26522/3279/2917</w:t>
        <w:br/>
        <w:t>f 26459/3213/2851 26461/3217/2855 26522/3279/2917</w:t>
        <w:br/>
        <w:t>f 26486/3241/2879 26476/3232/2870 26478/3234/2872</w:t>
        <w:br/>
        <w:t>f 26539/3293/2931 26486/3241/2879 26478/3234/2872</w:t>
        <w:br/>
        <w:t>f 26491/3249/2887 26407/3161/2801 26408/3160/2800</w:t>
        <w:br/>
        <w:t>f 26494/3246/2884 26491/3249/2887 26408/3160/2800</w:t>
        <w:br/>
        <w:t>f 26407/3161/2801 26491/3249/2887 26495/3250/2888</w:t>
        <w:br/>
        <w:t>f 26404/3156/2796 26407/3161/2801 26495/3250/2888</w:t>
        <w:br/>
        <w:t>f 26495/3250/2888 26496/3251/2889 26403/3157/2797</w:t>
        <w:br/>
        <w:t>f 26404/3156/2796 26495/3250/2888 26403/3157/2797</w:t>
        <w:br/>
        <w:t>f 26415/3167/2807 26513/3269/2907 26511/3267/2905</w:t>
        <w:br/>
        <w:t>f 26410/3165/2805 26415/3167/2807 26511/3267/2905</w:t>
        <w:br/>
        <w:t>f 26414/3168/2808 26415/3167/2807 26410/3165/2805</w:t>
        <w:br/>
        <w:t>f 26528/3281/2919 26534/3290/2928 26544/3299/2937</w:t>
        <w:br/>
        <w:t>f 26527/3282/2920 26528/3281/2919 26544/3299/2937</w:t>
        <w:br/>
        <w:t>f 26530/3287/2925 26531/3286/2924 26506/3258/2896</w:t>
        <w:br/>
        <w:t>f 26541/3296/2934 26530/3287/2925 26506/3258/2896</w:t>
        <w:br/>
        <w:t>f 26552/3306/2944 26503/3261/2899 26447/3203/2841</w:t>
        <w:br/>
        <w:t>f 26555/3310/2948 26552/3306/2944 26447/3203/2841</w:t>
        <w:br/>
        <w:t>f 26455/3209/2847 26456/3208/2846 26549/3304/2942</w:t>
        <w:br/>
        <w:t>f 26457/3215/2853 26455/3209/2847 26549/3304/2942</w:t>
        <w:br/>
        <w:t>f 26551/3307/2945 26552/3306/2944 26555/3310/2948</w:t>
        <w:br/>
        <w:t>f 26501/3257/2895 26551/3307/2945 26555/3310/2948</w:t>
        <w:br/>
        <w:t>f 26431/3183/2823 26497/3253/2891 26553/3308/2946</w:t>
        <w:br/>
        <w:t>f 26554/3309/2947 26499/3255/2893 26426/3180/2820</w:t>
        <w:br/>
        <w:t>f 26558/3313/2951 26554/3309/2947 26426/3180/2820</w:t>
        <w:br/>
        <w:t>f 26556/3311/2949 26559/3314/2952 26450/3207/2845</w:t>
        <w:br/>
        <w:t>f 26453/3211/2849 26556/3311/2949 26450/3207/2845</w:t>
        <w:br/>
        <w:t>f 26553/3308/2946 26497/3253/2891 26499/3255/2893</w:t>
        <w:br/>
        <w:t>f 26554/3309/2947 26553/3308/2946 26499/3255/2893</w:t>
        <w:br/>
        <w:t>f 26474/3228/2866 26511/3267/2905 26513/3269/2907</w:t>
        <w:br/>
        <w:t>f 26477/3231/2869 26474/3228/2866 26513/3269/2907</w:t>
        <w:br/>
        <w:t>f 26560/3315/2953 26512/3266/2904 26468/3224/2862</w:t>
        <w:br/>
        <w:t>f 26469/3223/2861 26560/3315/2953 26468/3224/2862</w:t>
        <w:br/>
        <w:t>f 26560/3315/2953 26409/3166/2806 26410/3165/2805</w:t>
        <w:br/>
        <w:t>f 26512/3266/2904 26560/3315/2953 26410/3165/2805</w:t>
        <w:br/>
        <w:t>f 26548/3303/2941 26456/3208/2846 26453/3211/2849</w:t>
        <w:br/>
        <w:t>f 26450/3207/2845 26548/3303/2941 26453/3211/2849</w:t>
        <w:br/>
        <w:t>f 26438/3191/2831 26436/3193/2833 26433/3189/2829</w:t>
        <w:br/>
        <w:t>f 26536/3292/2930 26433/3189/2829 26436/3193/2833</w:t>
        <w:br/>
        <w:t>f 26445/3197/2835 26536/3292/2930 26436/3193/2833</w:t>
        <w:br/>
        <w:t>f 26536/3292/2930 26445/3197/2835 26442/3200/2838</w:t>
        <w:br/>
        <w:t>f 26559/3314/2952 26536/3292/2930 26442/3200/2838</w:t>
        <w:br/>
        <w:t>f 26537/3291/2929 26536/3292/2930 26559/3314/2952</w:t>
        <w:br/>
        <w:t>f 26556/3311/2949 26537/3291/2929 26559/3314/2952</w:t>
        <w:br/>
        <w:t>f 26528/3281/2919 26532/3285/2923 26534/3290/2928</w:t>
        <w:br/>
        <w:t>f 26452/3205/2843 26450/3207/2845 26559/3314/2952</w:t>
        <w:br/>
        <w:t>f 26442/3200/2838 26452/3205/2843 26559/3314/2952</w:t>
        <w:br/>
        <w:t>f 26549/3304/2942 26460/3212/2850 26457/3215/2853</w:t>
        <w:br/>
        <w:t>f 26411/3164/2804 26414/3168/2808 26410/3165/2805</w:t>
        <w:br/>
        <w:t>f 26543/3298/2936 26554/3309/2947 26558/3313/2951</w:t>
        <w:br/>
        <w:t>f 26535/3289/2927 26543/3298/2936 26558/3313/2951</w:t>
        <w:br/>
        <w:t>f 26422/3177/2817 26427/3179/2819 26424/3182/2822</w:t>
        <w:br/>
        <w:t>f 26421/3178/2818 26422/3177/2817 26424/3182/2822</w:t>
        <w:br/>
        <w:t>f 26433/3189/2829 26427/3179/2819 26422/3177/2817</w:t>
        <w:br/>
        <w:t>f 26558/3313/2951 26537/3291/2929 26556/3311/2949</w:t>
        <w:br/>
        <w:t>f 26535/3289/2927 26558/3313/2951 26556/3311/2949</w:t>
        <w:br/>
        <w:t>f 26426/3180/2820 26427/3179/2819 26537/3291/2929</w:t>
        <w:br/>
        <w:t>f 26558/3313/2951 26426/3180/2820 26537/3291/2929</w:t>
        <w:br/>
        <w:t>f 26520/3276/2914 26463/3219/2857 26471/3227/2865</w:t>
        <w:br/>
        <w:t>f 26538/3294/2932 26520/3276/2914 26471/3227/2865</w:t>
        <w:br/>
        <w:t>f 26538/3294/2932 26539/3293/2931 26557/3312/2950</w:t>
        <w:br/>
        <w:t>f 26557/3312/2950 26561/3316/2954 26520/3276/2914</w:t>
        <w:br/>
        <w:t>f 26538/3294/2932 26557/3312/2950 26520/3276/2914</w:t>
        <w:br/>
        <w:t>f 26561/3316/2954 26524/3277/2915 26521/3275/2913</w:t>
        <w:br/>
        <w:t>f 26520/3276/2914 26561/3316/2954 26521/3275/2913</w:t>
        <w:br/>
        <w:t>f 26460/3212/2850 26547/3300/2938 26466/3220/2858</w:t>
        <w:br/>
        <w:t>f 26462/3216/2854 26460/3212/2850 26466/3220/2858</w:t>
        <w:br/>
        <w:t>f 26436/3193/2833 26444/3198/2836 26445/3197/2835</w:t>
        <w:br/>
        <w:t>f 26565/3317/2955 26564/3318/2956 26563/3319/2957</w:t>
        <w:br/>
        <w:t>f 26562/3320/2958 26565/3317/2955 26563/3319/2957</w:t>
        <w:br/>
        <w:t>f 26567/3321/2959 26566/3322/2960 26408/3160/2800</w:t>
        <w:br/>
        <w:t>f 26405/3163/2803 26567/3321/2959 26408/3160/2800</w:t>
        <w:br/>
        <w:t>f 26411/3164/2804 26409/3166/2806 26568/3323/2961</w:t>
        <w:br/>
        <w:t>f 26572/3324/2962 26571/3325/2963 26570/3326/2964</w:t>
        <w:br/>
        <w:t>f 26569/3327/2965 26572/3324/2962 26570/3326/2964</w:t>
        <w:br/>
        <w:t>f 26570/3326/2964 26575/3328/2966 26574/3329/2967</w:t>
        <w:br/>
        <w:t>f 26573/3330/2968 26570/3326/2964 26574/3329/2967</w:t>
        <w:br/>
        <w:t>f 26573/3330/2968 26576/3331/2969 26569/3327/2965</w:t>
        <w:br/>
        <w:t>f 26570/3326/2964 26573/3330/2968 26569/3327/2965</w:t>
        <w:br/>
        <w:t>f 26411/3164/2804 26569/3327/2965 26576/3331/2969</w:t>
        <w:br/>
        <w:t>f 26420/3175/2815 26411/3164/2804 26576/3331/2969</w:t>
        <w:br/>
        <w:t>f 26578/3332/2970 26421/3178/2818 26577/3333/2971</w:t>
        <w:br/>
        <w:t>f 26580/3334/2972 26424/3182/2822 26425/3181/2821</w:t>
        <w:br/>
        <w:t>f 26579/3335/2973 26580/3334/2972 26425/3181/2821</w:t>
        <w:br/>
        <w:t>f 26582/3336/2974 26428/3186/2826 26429/3185/2825</w:t>
        <w:br/>
        <w:t>f 26581/3337/2975 26582/3336/2974 26429/3185/2825</w:t>
        <w:br/>
        <w:t>f 26421/3178/2818 26578/3332/2970 26432/3187/2827</w:t>
        <w:br/>
        <w:t>f 26584/3338/2976 26577/3333/2971 26583/3339/2977</w:t>
        <w:br/>
        <w:t>f 26585/3340/2978 26584/3338/2976 26583/3339/2977</w:t>
        <w:br/>
        <w:t>f 26589/3341/2979 26588/3342/2980 26587/3343/2981</w:t>
        <w:br/>
        <w:t>f 26586/3344/2982 26589/3341/2979 26587/3343/2981</w:t>
        <w:br/>
        <w:t>f 26593/3345/2983 26592/3346/2984 26591/3347/2985</w:t>
        <w:br/>
        <w:t>f 26590/3348/2986 26593/3345/2983 26591/3347/2985</w:t>
        <w:br/>
        <w:t>f 26596/3349/2987 26595/3350/2988 26594/3351/2989</w:t>
        <w:br/>
        <w:t>f 26600/3352/2990 26599/3353/2991 26598/3354/2992</w:t>
        <w:br/>
        <w:t>f 26597/3355/2993 26600/3352/2990 26598/3354/2992</w:t>
        <w:br/>
        <w:t>f 26604/3356/2994 26603/3357/2995 26602/3358/2996</w:t>
        <w:br/>
        <w:t>f 26601/3359/2997 26604/3356/2994 26602/3358/2996</w:t>
        <w:br/>
        <w:t>f 26606/3360/2998 26602/3358/2996 26603/3357/2995</w:t>
        <w:br/>
        <w:t>f 26605/3361/2999 26606/3360/2998 26603/3357/2995</w:t>
        <w:br/>
        <w:t>f 26605/3361/2999 26608/3362/3000 26607/3363/3001</w:t>
        <w:br/>
        <w:t>f 26606/3360/2998 26605/3361/2999 26607/3363/3001</w:t>
        <w:br/>
        <w:t>f 26610/3364/3002 26609/3365/3003 26606/3360/2998</w:t>
        <w:br/>
        <w:t>f 26607/3363/3001 26610/3364/3002 26606/3360/2998</w:t>
        <w:br/>
        <w:t>f 26470/3222/2860 26612/3366/3004 26611/3367/3005</w:t>
        <w:br/>
        <w:t>f 26469/3223/2861 26470/3222/2860 26611/3367/3005</w:t>
        <w:br/>
        <w:t>f 26614/3368/3006 26607/3363/3001 26608/3362/3000</w:t>
        <w:br/>
        <w:t>f 26613/3369/3007 26614/3368/3006 26608/3362/3000</w:t>
        <w:br/>
        <w:t>f 26612/3366/3004 26616/3370/3008 26615/3371/3009</w:t>
        <w:br/>
        <w:t>f 26611/3367/3005 26612/3366/3004 26615/3371/3009</w:t>
        <w:br/>
        <w:t>f 26617/3372/3010 26610/3364/3002 26607/3363/3001</w:t>
        <w:br/>
        <w:t>f 26614/3368/3006 26617/3372/3010 26607/3363/3001</w:t>
        <w:br/>
        <w:t>f 26619/3373/3011 26615/3371/3009 26616/3370/3008</w:t>
        <w:br/>
        <w:t>f 26618/3374/3012 26619/3373/3011 26616/3370/3008</w:t>
        <w:br/>
        <w:t>f 26618/3374/3012 26621/3375/3013 26620/3376/3014</w:t>
        <w:br/>
        <w:t>f 26619/3373/3011 26618/3374/3012 26620/3376/3014</w:t>
        <w:br/>
        <w:t>f 26612/3366/3004 26470/3222/2860 26480/3236/2874</w:t>
        <w:br/>
        <w:t>f 26622/3377/3015 26612/3366/3004 26480/3236/2874</w:t>
        <w:br/>
        <w:t>f 26622/3377/3015 26480/3236/2874 26483/3237/2875</w:t>
        <w:br/>
        <w:t>f 26623/3378/3016 26622/3377/3015 26483/3237/2875</w:t>
        <w:br/>
        <w:t>f 26614/3368/3006 26625/3379/3017 26624/3380/3018</w:t>
        <w:br/>
        <w:t>f 26617/3372/3010 26614/3368/3006 26624/3380/3018</w:t>
        <w:br/>
        <w:t>f 26614/3368/3006 26613/3369/3007 26626/3381/3019</w:t>
        <w:br/>
        <w:t>f 26625/3379/3017 26614/3368/3006 26626/3381/3019</w:t>
        <w:br/>
        <w:t>f 26612/3366/3004 26622/3377/3015 26627/3382/3020</w:t>
        <w:br/>
        <w:t>f 26616/3370/3008 26612/3366/3004 26627/3382/3020</w:t>
        <w:br/>
        <w:t>f 26627/3382/3020 26628/3383/3021 26618/3374/3012</w:t>
        <w:br/>
        <w:t>f 26616/3370/3008 26627/3382/3020 26618/3374/3012</w:t>
        <w:br/>
        <w:t>f 26628/3383/3021 26625/3379/3017 26626/3381/3019</w:t>
        <w:br/>
        <w:t>f 26618/3374/3012 26628/3383/3021 26626/3381/3019</w:t>
        <w:br/>
        <w:t>f 26625/3379/3017 26628/3383/3021 26629/3384/3022</w:t>
        <w:br/>
        <w:t>f 26624/3380/3018 26625/3379/3017 26629/3384/3022</w:t>
        <w:br/>
        <w:t>f 26630/3385/3023 26627/3382/3020 26622/3377/3015</w:t>
        <w:br/>
        <w:t>f 26623/3378/3016 26630/3385/3023 26622/3377/3015</w:t>
        <w:br/>
        <w:t>f 26627/3382/3020 26630/3385/3023 26629/3384/3022</w:t>
        <w:br/>
        <w:t>f 26628/3383/3021 26627/3382/3020 26629/3384/3022</w:t>
        <w:br/>
        <w:t>f 26494/3246/2884 26632/3386/3024 26631/3387/3025</w:t>
        <w:br/>
        <w:t>f 26493/3247/2885 26494/3246/2884 26631/3387/3025</w:t>
        <w:br/>
        <w:t>f 26632/3386/3024 26633/3388/3026 26590/3348/2986</w:t>
        <w:br/>
        <w:t>f 26631/3387/3025 26632/3386/3024 26590/3348/2986</w:t>
        <w:br/>
        <w:t>f 26634/3389/3027 26593/3345/2983 26590/3348/2986</w:t>
        <w:br/>
        <w:t>f 26633/3388/3026 26634/3389/3027 26590/3348/2986</w:t>
        <w:br/>
        <w:t>f 26428/3186/2826 26582/3336/2974 26635/3390/3028</w:t>
        <w:br/>
        <w:t>f 26498/3252/2890 26428/3186/2826 26635/3390/3028</w:t>
        <w:br/>
        <w:t>f 26498/3252/2890 26635/3390/3028 26636/3391/3029</w:t>
        <w:br/>
        <w:t>f 26500/3254/2892 26498/3252/2890 26636/3391/3029</w:t>
        <w:br/>
        <w:t>f 26502/3256/2894 26637/3392/3030 26581/3337/2975</w:t>
        <w:br/>
        <w:t>f 26429/3185/2825 26502/3256/2894 26581/3337/2975</w:t>
        <w:br/>
        <w:t>f 26641/3393/3031 26640/3394/3032 26639/3395/3033</w:t>
        <w:br/>
        <w:t>f 26638/3396/3034 26641/3393/3031 26639/3395/3033</w:t>
        <w:br/>
        <w:t>f 26493/3247/2885 26631/3387/3025 26637/3392/3030</w:t>
        <w:br/>
        <w:t>f 26502/3256/2894 26493/3247/2885 26637/3392/3030</w:t>
        <w:br/>
        <w:t>f 26576/3331/2969 26573/3330/2968 26642/3397/3035</w:t>
        <w:br/>
        <w:t>f 26643/3398/3036 26576/3331/2969 26642/3397/3035</w:t>
        <w:br/>
        <w:t>f 26509/3264/2902 26420/3175/2815 26576/3331/2969</w:t>
        <w:br/>
        <w:t>f 26643/3398/3036 26509/3264/2902 26576/3331/2969</w:t>
        <w:br/>
        <w:t>f 26643/3398/3036 26567/3321/2959 26405/3163/2803</w:t>
        <w:br/>
        <w:t>f 26509/3264/2902 26643/3398/3036 26405/3163/2803</w:t>
        <w:br/>
        <w:t>f 26573/3330/2968 26574/3329/2967 26644/3399/3037</w:t>
        <w:br/>
        <w:t>f 26642/3397/3035 26573/3330/2968 26644/3399/3037</w:t>
        <w:br/>
        <w:t>f 26611/3367/3005 26615/3371/3009 26646/3400/3038</w:t>
        <w:br/>
        <w:t>f 26645/3401/3039 26611/3367/3005 26646/3400/3038</w:t>
        <w:br/>
        <w:t>f 26648/3402/3040 26647/3403/3041 26619/3373/3011</w:t>
        <w:br/>
        <w:t>f 26620/3376/3014 26648/3402/3040 26619/3373/3011</w:t>
        <w:br/>
        <w:t>f 26571/3325/2963 26572/3324/2962 26647/3403/3041</w:t>
        <w:br/>
        <w:t>f 26648/3402/3040 26571/3325/2963 26647/3403/3041</w:t>
        <w:br/>
        <w:t>f 26645/3401/3039 26646/3400/3038 26568/3323/2961</w:t>
        <w:br/>
        <w:t>f 26648/3402/3040 26650/3404/3042 26649/3405/3043</w:t>
        <w:br/>
        <w:t>f 26571/3325/2963 26648/3402/3040 26649/3405/3043</w:t>
        <w:br/>
        <w:t>f 26621/3375/3013 26652/3406/3044 26651/3407/3045</w:t>
        <w:br/>
        <w:t>f 26620/3376/3014 26621/3375/3013 26651/3407/3045</w:t>
        <w:br/>
        <w:t>f 26571/3325/2963 26649/3405/3043 26575/3328/2966</w:t>
        <w:br/>
        <w:t>f 26570/3326/2964 26571/3325/2963 26575/3328/2966</w:t>
        <w:br/>
        <w:t>f 26584/3338/2976 26653/3408/3046 26577/3333/2971</w:t>
        <w:br/>
        <w:t>f 26608/3362/3000 26605/3361/2999 26655/3409/3047</w:t>
        <w:br/>
        <w:t>f 26654/3410/3048 26608/3362/3000 26655/3409/3047</w:t>
        <w:br/>
        <w:t>f 26658/3411/3049 26655/3409/3047 26657/3412/3050</w:t>
        <w:br/>
        <w:t>f 26656/3413/3051 26658/3411/3049 26657/3412/3050</w:t>
        <w:br/>
        <w:t>f 26603/3357/2995 26604/3356/2994 26659/3414/3052</w:t>
        <w:br/>
        <w:t>f 26657/3412/3050 26603/3357/2995 26659/3414/3052</w:t>
        <w:br/>
        <w:t>f 26620/3376/3014 26651/3407/3045 26650/3404/3042</w:t>
        <w:br/>
        <w:t>f 26648/3402/3040 26620/3376/3014 26650/3404/3042</w:t>
        <w:br/>
        <w:t>f 26662/3415/3053 26661/3416/3054 26660/3417/3055</w:t>
        <w:br/>
        <w:t>f 26663/3418/3056 26662/3415/3053 26660/3417/3055</w:t>
        <w:br/>
        <w:t>f 26666/3419/3057 26665/3420/3058 26664/3421/3059</w:t>
        <w:br/>
        <w:t>f 26662/3415/3053 26666/3419/3057 26664/3421/3059</w:t>
        <w:br/>
        <w:t>f 26663/3418/3056 26660/3417/3055 26667/3422/3060</w:t>
        <w:br/>
        <w:t>f 26659/3414/3052 26663/3418/3056 26667/3422/3060</w:t>
        <w:br/>
        <w:t>f 26600/3352/2990 26669/3423/3061 26666/3419/3057</w:t>
        <w:br/>
        <w:t>f 26668/3424/3062 26600/3352/2990 26666/3419/3057</w:t>
        <w:br/>
        <w:t>f 26583/3339/2977 26580/3334/2972 26671/3425/3063</w:t>
        <w:br/>
        <w:t>f 26670/3426/3064 26583/3339/2977 26671/3425/3063</w:t>
        <w:br/>
        <w:t>f 26673/3427/3065 26626/3381/3019 26613/3369/3007</w:t>
        <w:br/>
        <w:t>f 26672/3428/3066 26673/3427/3065 26613/3369/3007</w:t>
        <w:br/>
        <w:t>f 26657/3412/3050 26659/3414/3052 26667/3422/3060</w:t>
        <w:br/>
        <w:t>f 26656/3413/3051 26657/3412/3050 26667/3422/3060</w:t>
        <w:br/>
        <w:t>f 26676/3429/3067 26675/3430/3068 26674/3431/3069</w:t>
        <w:br/>
        <w:t>f 26665/3420/3058 26676/3429/3067 26674/3431/3069</w:t>
        <w:br/>
        <w:t>f 26636/3391/3029 26579/3335/2973 26425/3181/2821</w:t>
        <w:br/>
        <w:t>f 26500/3254/2892 26636/3391/3029 26425/3181/2821</w:t>
        <w:br/>
        <w:t>f 26638/3396/3034 26661/3416/3054 26664/3421/3059</w:t>
        <w:br/>
        <w:t>f 26641/3393/3031 26638/3396/3034 26664/3421/3059</w:t>
        <w:br/>
        <w:t>f 26665/3420/3058 26666/3419/3057 26677/3432/3070</w:t>
        <w:br/>
        <w:t>f 26676/3429/3067 26665/3420/3058 26677/3432/3070</w:t>
        <w:br/>
        <w:t>f 26662/3415/3053 26664/3421/3059 26661/3416/3054</w:t>
        <w:br/>
        <w:t>f 26599/3353/2991 26600/3352/2990 26668/3424/3062</w:t>
        <w:br/>
        <w:t>f 26678/3433/3071 26599/3353/2991 26668/3424/3062</w:t>
        <w:br/>
        <w:t>f 26604/3356/2994 26678/3433/3071 26663/3418/3056</w:t>
        <w:br/>
        <w:t>f 26659/3414/3052 26604/3356/2994 26663/3418/3056</w:t>
        <w:br/>
        <w:t>f 26681/3434/3072 26680/3435/3073 26679/3436/3074</w:t>
        <w:br/>
        <w:t>f 26682/3437/3075 26594/3351/2989 26595/3350/2988</w:t>
        <w:br/>
        <w:t>f 26598/3354/2992 26683/3438/3076 26679/3436/3074</w:t>
        <w:br/>
        <w:t>f 26682/3437/3075 26598/3354/2992 26679/3436/3074</w:t>
        <w:br/>
        <w:t>f 26588/3342/2980 26596/3349/2987 26684/3439/3077</w:t>
        <w:br/>
        <w:t>f 26587/3343/2981 26588/3342/2980 26684/3439/3077</w:t>
        <w:br/>
        <w:t>f 26683/3438/3076 26602/3358/2996 26681/3434/3072</w:t>
        <w:br/>
        <w:t>f 26679/3436/3074 26683/3438/3076 26681/3434/3072</w:t>
        <w:br/>
        <w:t>f 26686/3440/3078 26674/3431/3069 26675/3430/3068</w:t>
        <w:br/>
        <w:t>f 26685/3441/3079 26686/3440/3078 26675/3430/3068</w:t>
        <w:br/>
        <w:t>f 26675/3430/3068 26582/3336/2974 26581/3337/2975</w:t>
        <w:br/>
        <w:t>f 26685/3441/3079 26675/3430/3068 26581/3337/2975</w:t>
        <w:br/>
        <w:t>f 26675/3430/3068 26676/3429/3067 26687/3442/3080</w:t>
        <w:br/>
        <w:t>f 26582/3336/2974 26675/3430/3068 26687/3442/3080</w:t>
        <w:br/>
        <w:t>f 26581/3337/2975 26637/3392/3030 26685/3441/3079</w:t>
        <w:br/>
        <w:t>f 26640/3394/3032 26591/3347/2985 26592/3346/2984</w:t>
        <w:br/>
        <w:t>f 26639/3395/3033 26640/3394/3032 26592/3346/2984</w:t>
        <w:br/>
        <w:t>f 26642/3397/3035 26644/3399/3037 26565/3317/2955</w:t>
        <w:br/>
        <w:t>f 26562/3320/2958 26642/3397/3035 26565/3317/2955</w:t>
        <w:br/>
        <w:t>f 26676/3429/3067 26677/3432/3070 26688/3443/3081</w:t>
        <w:br/>
        <w:t>f 26687/3442/3080 26676/3429/3067 26688/3443/3081</w:t>
        <w:br/>
        <w:t>f 26689/3444/3082 26637/3392/3030 26631/3387/3025</w:t>
        <w:br/>
        <w:t>f 26590/3348/2986 26689/3444/3082 26631/3387/3025</w:t>
        <w:br/>
        <w:t>f 26643/3398/3036 26642/3397/3035 26562/3320/2958</w:t>
        <w:br/>
        <w:t>f 26567/3321/2959 26643/3398/3036 26562/3320/2958</w:t>
        <w:br/>
        <w:t>f 26567/3321/2959 26562/3320/2958 26563/3319/2957</w:t>
        <w:br/>
        <w:t>f 26566/3322/2960 26567/3321/2959 26563/3319/2957</w:t>
        <w:br/>
        <w:t>f 26597/3355/2993 26690/3445/3083 26669/3423/3061</w:t>
        <w:br/>
        <w:t>f 26600/3352/2990 26597/3355/2993 26669/3423/3061</w:t>
        <w:br/>
        <w:t>f 26601/3359/2997 26599/3353/2991 26678/3433/3071</w:t>
        <w:br/>
        <w:t>f 26604/3356/2994 26601/3359/2997 26678/3433/3071</w:t>
        <w:br/>
        <w:t>f 26669/3423/3061 26677/3432/3070 26666/3419/3057</w:t>
        <w:br/>
        <w:t>f 26673/3427/3065 26691/3446/3084 26652/3406/3044</w:t>
        <w:br/>
        <w:t>f 26621/3375/3013 26673/3427/3065 26652/3406/3044</w:t>
        <w:br/>
        <w:t>f 26591/3347/2985 26689/3444/3082 26590/3348/2986</w:t>
        <w:br/>
        <w:t>f 26674/3431/3069 26686/3440/3078 26640/3394/3032</w:t>
        <w:br/>
        <w:t>f 26641/3393/3031 26674/3431/3069 26640/3394/3032</w:t>
        <w:br/>
        <w:t>f 26605/3361/2999 26603/3357/2995 26657/3412/3050</w:t>
        <w:br/>
        <w:t>f 26655/3409/3047 26605/3361/2999 26657/3412/3050</w:t>
        <w:br/>
        <w:t>f 26626/3381/3019 26673/3427/3065 26621/3375/3013</w:t>
        <w:br/>
        <w:t>f 26618/3374/3012 26626/3381/3019 26621/3375/3013</w:t>
        <w:br/>
        <w:t>f 26632/3386/3024 26494/3246/2884 26408/3160/2800</w:t>
        <w:br/>
        <w:t>f 26566/3322/2960 26632/3386/3024 26408/3160/2800</w:t>
        <w:br/>
        <w:t>f 26633/3388/3026 26632/3386/3024 26566/3322/2960</w:t>
        <w:br/>
        <w:t>f 26563/3319/2957 26633/3388/3026 26566/3322/2960</w:t>
        <w:br/>
        <w:t>f 26633/3388/3026 26563/3319/2957 26564/3318/2956</w:t>
        <w:br/>
        <w:t>f 26634/3389/3027 26633/3388/3026 26564/3318/2956</w:t>
        <w:br/>
        <w:t>f 26646/3400/3038 26647/3403/3041 26572/3324/2962</w:t>
        <w:br/>
        <w:t>f 26568/3323/2961 26646/3400/3038 26572/3324/2962</w:t>
        <w:br/>
        <w:t>f 26569/3327/2965 26568/3323/2961 26572/3324/2962</w:t>
        <w:br/>
        <w:t>f 26678/3433/3071 26668/3424/3062 26662/3415/3053</w:t>
        <w:br/>
        <w:t>f 26663/3418/3056 26678/3433/3071 26662/3415/3053</w:t>
        <w:br/>
        <w:t>f 26641/3393/3031 26664/3421/3059 26665/3420/3058</w:t>
        <w:br/>
        <w:t>f 26674/3431/3069 26641/3393/3031 26665/3420/3058</w:t>
        <w:br/>
        <w:t>f 26686/3440/3078 26689/3444/3082 26591/3347/2985</w:t>
        <w:br/>
        <w:t>f 26640/3394/3032 26686/3440/3078 26591/3347/2985</w:t>
        <w:br/>
        <w:t>f 26683/3438/3076 26598/3354/2992 26599/3353/2991</w:t>
        <w:br/>
        <w:t>f 26601/3359/2997 26683/3438/3076 26599/3353/2991</w:t>
        <w:br/>
        <w:t>f 26685/3441/3079 26637/3392/3030 26689/3444/3082</w:t>
        <w:br/>
        <w:t>f 26686/3440/3078 26685/3441/3079 26689/3444/3082</w:t>
        <w:br/>
        <w:t>f 26582/3336/2974 26687/3442/3080 26635/3390/3028</w:t>
        <w:br/>
        <w:t>f 26579/3335/2973 26636/3391/3029 26688/3443/3081</w:t>
        <w:br/>
        <w:t>f 26692/3447/3085 26579/3335/2973 26688/3443/3081</w:t>
        <w:br/>
        <w:t>f 26595/3350/2988 26693/3448/3086 26690/3445/3083</w:t>
        <w:br/>
        <w:t>f 26597/3355/2993 26595/3350/2988 26690/3445/3083</w:t>
        <w:br/>
        <w:t>f 26687/3442/3080 26688/3443/3081 26636/3391/3029</w:t>
        <w:br/>
        <w:t>f 26635/3390/3028 26687/3442/3080 26636/3391/3029</w:t>
        <w:br/>
        <w:t>f 26615/3371/3009 26619/3373/3011 26647/3403/3041</w:t>
        <w:br/>
        <w:t>f 26646/3400/3038 26615/3371/3009 26647/3403/3041</w:t>
        <w:br/>
        <w:t>f 26560/3315/2953 26469/3223/2861 26611/3367/3005</w:t>
        <w:br/>
        <w:t>f 26645/3401/3039 26560/3315/2953 26611/3367/3005</w:t>
        <w:br/>
        <w:t>f 26568/3323/2961 26409/3166/2806 26560/3315/2953</w:t>
        <w:br/>
        <w:t>f 26645/3401/3039 26568/3323/2961 26560/3315/2953</w:t>
        <w:br/>
        <w:t>f 26597/3355/2993 26598/3354/2992 26682/3437/3075</w:t>
        <w:br/>
        <w:t>f 26595/3350/2988 26597/3355/2993 26682/3437/3075</w:t>
        <w:br/>
        <w:t>f 26695/3449/3087 26583/3339/2977 26694/3450/3088</w:t>
        <w:br/>
        <w:t>f 26670/3426/3064 26589/3341/2979 26694/3450/3088</w:t>
        <w:br/>
        <w:t>f 26583/3339/2977 26670/3426/3064 26694/3450/3088</w:t>
        <w:br/>
        <w:t>f 26588/3342/2980 26589/3341/2979 26670/3426/3064</w:t>
        <w:br/>
        <w:t>f 26693/3448/3086 26588/3342/2980 26670/3426/3064</w:t>
        <w:br/>
        <w:t>f 26693/3448/3086 26670/3426/3064 26671/3425/3063</w:t>
        <w:br/>
        <w:t>f 26690/3445/3083 26693/3448/3086 26671/3425/3063</w:t>
        <w:br/>
        <w:t>f 26662/3415/3053 26668/3424/3062 26666/3419/3057</w:t>
        <w:br/>
        <w:t>f 26693/3448/3086 26595/3350/2988 26596/3349/2987</w:t>
        <w:br/>
        <w:t>f 26588/3342/2980 26693/3448/3086 26596/3349/2987</w:t>
        <w:br/>
        <w:t>f 26683/3438/3076 26601/3359/2997 26602/3358/2996</w:t>
        <w:br/>
        <w:t>f 26411/3164/2804 26568/3323/2961 26569/3327/2965</w:t>
        <w:br/>
        <w:t>f 26692/3447/3085 26688/3443/3081 26677/3432/3070</w:t>
        <w:br/>
        <w:t>f 26669/3423/3061 26692/3447/3085 26677/3432/3070</w:t>
        <w:br/>
        <w:t>f 26577/3333/2971 26421/3178/2818 26424/3182/2822</w:t>
        <w:br/>
        <w:t>f 26580/3334/2972 26577/3333/2971 26424/3182/2822</w:t>
        <w:br/>
        <w:t>f 26583/3339/2977 26577/3333/2971 26580/3334/2972</w:t>
        <w:br/>
        <w:t>f 26692/3447/3085 26669/3423/3061 26690/3445/3083</w:t>
        <w:br/>
        <w:t>f 26671/3425/3063 26692/3447/3085 26690/3445/3083</w:t>
        <w:br/>
        <w:t>f 26579/3335/2973 26692/3447/3085 26671/3425/3063</w:t>
        <w:br/>
        <w:t>f 26580/3334/2972 26579/3335/2973 26671/3425/3063</w:t>
        <w:br/>
        <w:t>f 26654/3410/3048 26672/3428/3066 26613/3369/3007</w:t>
        <w:br/>
        <w:t>f 26608/3362/3000 26654/3410/3048 26613/3369/3007</w:t>
        <w:br/>
        <w:t>f 26672/3428/3066 26691/3446/3084 26673/3427/3065</w:t>
        <w:br/>
        <w:t>f 26691/3446/3084 26672/3428/3066 26654/3410/3048</w:t>
        <w:br/>
        <w:t>f 26696/3451/3089 26691/3446/3084 26654/3410/3048</w:t>
        <w:br/>
        <w:t>f 26696/3451/3089 26654/3410/3048 26655/3409/3047</w:t>
        <w:br/>
        <w:t>f 26658/3411/3049 26696/3451/3089 26655/3409/3047</w:t>
        <w:br/>
        <w:t>f 26602/3358/2996 26606/3360/2998 26609/3365/3003</w:t>
        <w:br/>
        <w:t>f 26681/3434/3072 26602/3358/2996 26609/3365/3003</w:t>
        <w:br/>
        <w:t>f 26694/3450/3088 26589/3341/2979 26586/3344/2982</w:t>
        <w:br/>
        <w:t>f 26698/3452/3090 26547/3300/2938 26697/3453/3091</w:t>
        <w:br/>
        <w:t>f 26697/3453/3091 26547/3300/2938 26545/3302/2940</w:t>
        <w:br/>
        <w:t>f 26699/3454/3092 26697/3453/3091 26545/3302/2940</w:t>
        <w:br/>
        <w:t>f 26700/3455/3093 26547/3300/2938 26698/3452/3090</w:t>
        <w:br/>
        <w:t>f 26466/3220/2858 26547/3300/2938 26700/3455/3093</w:t>
        <w:br/>
        <w:t>f 26466/3220/2858 26700/3455/3093 26701/3456/3094</w:t>
        <w:br/>
        <w:t>f 26465/3221/2859 26466/3220/2858 26701/3456/3094</w:t>
        <w:br/>
        <w:t>f 26465/3221/2859 26701/3456/3094 26702/3457/3095</w:t>
        <w:br/>
        <w:t>f 26475/3230/2868 26465/3221/2859 26702/3457/3095</w:t>
        <w:br/>
        <w:t>f 26475/3230/2868 26702/3457/3095 26703/3458/3096</w:t>
        <w:br/>
        <w:t>f 26485/3239/2877 26475/3230/2868 26703/3458/3096</w:t>
        <w:br/>
        <w:t>f 26704/3459/3097 26489/3244/2882 26485/3239/2877</w:t>
        <w:br/>
        <w:t>f 26703/3458/3096 26704/3459/3097 26485/3239/2877</w:t>
        <w:br/>
        <w:t>f 26489/3244/2882 26704/3459/3097 26705/3460/3098</w:t>
        <w:br/>
        <w:t>f 26490/3245/2883 26489/3244/2882 26705/3460/3098</w:t>
        <w:br/>
        <w:t>f 26482/3238/2876 26490/3245/2883 26705/3460/3098</w:t>
        <w:br/>
        <w:t>f 26706/3461/3099 26482/3238/2876 26705/3460/3098</w:t>
        <w:br/>
        <w:t>f 26707/3462/3100 26483/3237/2875 26482/3238/2876</w:t>
        <w:br/>
        <w:t>f 26706/3461/3099 26707/3462/3100 26482/3238/2876</w:t>
        <w:br/>
        <w:t>f 26709/3463/3101 26708/3464/3102 26681/3434/3072</w:t>
        <w:br/>
        <w:t>f 26680/3435/3073 26681/3434/3072 26708/3464/3102</w:t>
        <w:br/>
        <w:t>f 26710/3465/3103 26680/3435/3073 26708/3464/3102</w:t>
        <w:br/>
        <w:t>f 26711/3466/3104 26709/3463/3101 26681/3434/3072</w:t>
        <w:br/>
        <w:t>f 26609/3365/3003 26711/3466/3104 26681/3434/3072</w:t>
        <w:br/>
        <w:t>f 26712/3467/3105 26711/3466/3104 26609/3365/3003</w:t>
        <w:br/>
        <w:t>f 26610/3364/3002 26712/3467/3105 26609/3365/3003</w:t>
        <w:br/>
        <w:t>f 26713/3468/3106 26712/3467/3105 26610/3364/3002</w:t>
        <w:br/>
        <w:t>f 26617/3372/3010 26713/3468/3106 26610/3364/3002</w:t>
        <w:br/>
        <w:t>f 26714/3469/3107 26713/3468/3106 26617/3372/3010</w:t>
        <w:br/>
        <w:t>f 26624/3380/3018 26714/3469/3107 26617/3372/3010</w:t>
        <w:br/>
        <w:t>f 26624/3380/3018 26629/3384/3022 26715/3470/3108</w:t>
        <w:br/>
        <w:t>f 26714/3469/3107 26624/3380/3018 26715/3470/3108</w:t>
        <w:br/>
        <w:t>f 26716/3471/3109 26715/3470/3108 26629/3384/3022</w:t>
        <w:br/>
        <w:t>f 26630/3385/3023 26716/3471/3109 26629/3384/3022</w:t>
        <w:br/>
        <w:t>f 26623/3378/3016 26717/3472/3110 26716/3471/3109</w:t>
        <w:br/>
        <w:t>f 26630/3385/3023 26623/3378/3016 26716/3471/3109</w:t>
        <w:br/>
        <w:t>f 26707/3462/3100 26717/3472/3110 26623/3378/3016</w:t>
        <w:br/>
        <w:t>f 26483/3237/2875 26707/3462/3100 26623/3378/3016</w:t>
        <w:br/>
        <w:t>f 26634/3389/3027 26564/3318/2956 26719/3473/3111</w:t>
        <w:br/>
        <w:t>f 26718/3474/3112 26634/3389/3027 26719/3473/3111</w:t>
        <w:br/>
        <w:t>f 26723/3475/3113 26722/3476/3114 26721/3477/3115</w:t>
        <w:br/>
        <w:t>f 26720/3478/3116 26723/3475/3113 26721/3477/3115</w:t>
        <w:br/>
        <w:t>f 26725/3479/3117 26724/3480/3118 26718/3474/3112</w:t>
        <w:br/>
        <w:t>f 26719/3473/3111 26725/3479/3117 26718/3474/3112</w:t>
        <w:br/>
        <w:t>f 26729/3481/3119 26728/3482/3120 26727/3483/3121</w:t>
        <w:br/>
        <w:t>f 26726/3484/3122 26729/3481/3119 26727/3483/3121</w:t>
        <w:br/>
        <w:t>f 26732/3485/3123 26731/3486/3124 26730/3487/3125</w:t>
        <w:br/>
        <w:t>f 26733/3488/3126 26651/3407/3045 26652/3406/3044</w:t>
        <w:br/>
        <w:t>f 26728/3482/3120 26736/3489/3127 26735/3490/3128</w:t>
        <w:br/>
        <w:t>f 26734/3491/3129 26728/3482/3120 26735/3490/3128</w:t>
        <w:br/>
        <w:t>f 26739/3492/3130 26738/3493/3131 26737/3494/3130</w:t>
        <w:br/>
        <w:t>f 26742/3495/3132 26741/3496/3133 26740/3497/3134</w:t>
        <w:br/>
        <w:t>f 26644/3399/3037 26744/3498/3135 26743/3499/3136</w:t>
        <w:br/>
        <w:t>f 26565/3317/2955 26644/3399/3037 26743/3499/3136</w:t>
        <w:br/>
        <w:t>f 26746/3500/3137 26743/3499/3136 26744/3498/3135</w:t>
        <w:br/>
        <w:t>f 26745/3501/3138 26746/3500/3137 26744/3498/3135</w:t>
        <w:br/>
        <w:t>f 26722/3476/3114 26747/3502/3139 26733/3488/3126</w:t>
        <w:br/>
        <w:t>f 26748/3503/3140 26722/3476/3114 26733/3488/3126</w:t>
        <w:br/>
        <w:t>f 26722/3476/3114 26723/3475/3113 26747/3502/3139</w:t>
        <w:br/>
        <w:t>f 26574/3329/2967 26720/3478/3116 26744/3498/3135</w:t>
        <w:br/>
        <w:t>f 26644/3399/3037 26574/3329/2967 26744/3498/3135</w:t>
        <w:br/>
        <w:t>f 26720/3478/3116 26574/3329/2967 26575/3328/2966</w:t>
        <w:br/>
        <w:t>f 26747/3502/3139 26650/3404/3042 26651/3407/3045</w:t>
        <w:br/>
        <w:t>f 26733/3488/3126 26747/3502/3139 26651/3407/3045</w:t>
        <w:br/>
        <w:t>f 26658/3411/3049 26726/3484/3122 26731/3486/3124</w:t>
        <w:br/>
        <w:t>f 26696/3451/3089 26658/3411/3049 26731/3486/3124</w:t>
        <w:br/>
        <w:t>f 26656/3413/3051 26729/3481/3119 26726/3484/3122</w:t>
        <w:br/>
        <w:t>f 26658/3411/3049 26656/3413/3051 26726/3484/3122</w:t>
        <w:br/>
        <w:t>f 26575/3328/2966 26649/3405/3043 26723/3475/3113</w:t>
        <w:br/>
        <w:t>f 26720/3478/3116 26575/3328/2966 26723/3475/3113</w:t>
        <w:br/>
        <w:t>f 26729/3481/3119 26656/3413/3051 26667/3422/3060</w:t>
        <w:br/>
        <w:t>f 26736/3489/3127 26729/3481/3119 26667/3422/3060</w:t>
        <w:br/>
        <w:t>f 26660/3417/3055 26735/3490/3128 26736/3489/3127</w:t>
        <w:br/>
        <w:t>f 26667/3422/3060 26660/3417/3055 26736/3489/3127</w:t>
        <w:br/>
        <w:t>f 26735/3490/3128 26661/3416/3054 26749/3504/3141</w:t>
        <w:br/>
        <w:t>f 26728/3482/3120 26729/3481/3119 26736/3489/3127</w:t>
        <w:br/>
        <w:t>f 26724/3480/3118 26741/3496/3133 26751/3505/3142</w:t>
        <w:br/>
        <w:t>f 26750/3506/3143 26724/3480/3118 26751/3505/3142</w:t>
        <w:br/>
        <w:t>f 26649/3405/3043 26650/3404/3042 26747/3502/3139</w:t>
        <w:br/>
        <w:t>f 26723/3475/3113 26649/3405/3043 26747/3502/3139</w:t>
        <w:br/>
        <w:t>f 26740/3497/3134 26734/3491/3144 26738/3493/3145</w:t>
        <w:br/>
        <w:t>f 26752/3507/3146 26740/3497/3134 26738/3493/3145</w:t>
        <w:br/>
        <w:t>f 26749/3504/3141 26661/3416/3054 26638/3396/3034</w:t>
        <w:br/>
        <w:t>f 26752/3507/3146 26749/3504/3141 26638/3396/3034</w:t>
        <w:br/>
        <w:t>f 26752/3507/3146 26638/3396/3034 26639/3395/3033</w:t>
        <w:br/>
        <w:t>f 26742/3495/3132 26752/3507/3146 26639/3395/3033</w:t>
        <w:br/>
        <w:t>f 26740/3497/3134 26752/3507/3146 26742/3495/3132</w:t>
        <w:br/>
        <w:t>f 26639/3395/3033 26592/3346/2984 26751/3505/3142</w:t>
        <w:br/>
        <w:t>f 26742/3495/3132 26639/3395/3033 26751/3505/3142</w:t>
        <w:br/>
        <w:t>f 26718/3474/3112 26750/3506/3143 26593/3345/2983</w:t>
        <w:br/>
        <w:t>f 26634/3389/3027 26718/3474/3112 26593/3345/2983</w:t>
        <w:br/>
        <w:t>f 26750/3506/3143 26751/3505/3142 26592/3346/2984</w:t>
        <w:br/>
        <w:t>f 26593/3345/2983 26750/3506/3143 26592/3346/2984</w:t>
        <w:br/>
        <w:t>f 26732/3485/3123 26691/3446/3084 26696/3451/3089</w:t>
        <w:br/>
        <w:t>f 26731/3486/3124 26732/3485/3123 26696/3451/3089</w:t>
        <w:br/>
        <w:t>f 26732/3485/3123 26733/3488/3126 26652/3406/3044</w:t>
        <w:br/>
        <w:t>f 26691/3446/3084 26732/3485/3123 26652/3406/3044</w:t>
        <w:br/>
        <w:t>f 26719/3473/3111 26564/3318/2956 26565/3317/2955</w:t>
        <w:br/>
        <w:t>f 26743/3499/3136 26719/3473/3111 26565/3317/2955</w:t>
        <w:br/>
        <w:t>f 26719/3473/3111 26743/3499/3136 26746/3500/3137</w:t>
        <w:br/>
        <w:t>f 26725/3479/3117 26719/3473/3111 26746/3500/3137</w:t>
        <w:br/>
        <w:t>f 26732/3485/3123 26748/3503/3140 26733/3488/3126</w:t>
        <w:br/>
        <w:t>f 26730/3487/3125 26731/3486/3124 26726/3484/3122</w:t>
        <w:br/>
        <w:t>f 26727/3483/3121 26730/3487/3125 26726/3484/3122</w:t>
        <w:br/>
        <w:t>f 26748/3503/3140 26732/3485/3123 26730/3487/3125</w:t>
        <w:br/>
        <w:t>f 26750/3506/3143 26718/3474/3112 26724/3480/3118</w:t>
        <w:br/>
        <w:t>f 26745/3501/3138 26744/3498/3135 26720/3478/3116</w:t>
        <w:br/>
        <w:t>f 26721/3477/3115 26745/3501/3138 26720/3478/3116</w:t>
        <w:br/>
        <w:t>f 26742/3495/3132 26751/3505/3142 26741/3496/3133</w:t>
        <w:br/>
        <w:t>f 26660/3417/3055 26661/3416/3054 26735/3490/3128</w:t>
        <w:br/>
        <w:t>f 26756/3508/3147 26755/3509/3148 26754/3510/3149</w:t>
        <w:br/>
        <w:t>f 26753/3511/3149 26756/3508/3147 26754/3510/3149</w:t>
        <w:br/>
        <w:t>f 26759/3512/3150 26755/3509/3148 26758/3513/3151</w:t>
        <w:br/>
        <w:t>f 26757/3514/3150 26759/3512/3150 26758/3513/3151</w:t>
        <w:br/>
        <w:t>f 26757/3514/3150 26761/3515/3152 26760/3516/3152</w:t>
        <w:br/>
        <w:t>f 26759/3512/3150 26757/3514/3150 26760/3516/3152</w:t>
        <w:br/>
        <w:t>f 26763/3517/3153 26760/3516/3152 26761/3515/3152</w:t>
        <w:br/>
        <w:t>f 26762/3518/3153 26763/3517/3153 26761/3515/3152</w:t>
        <w:br/>
        <w:t>f 26762/3518/3153 26765/3519/3154 26764/3520/3154</w:t>
        <w:br/>
        <w:t>f 26763/3517/3153 26762/3518/3153 26764/3520/3154</w:t>
        <w:br/>
        <w:t>f 26766/3521/3155 26764/3520/3154 26765/3519/3154</w:t>
        <w:br/>
        <w:t>f 26767/3522/3155 26766/3521/3155 26765/3519/3154</w:t>
        <w:br/>
        <w:t>f 26771/3523/3156 26770/3524/3156 26769/3525/3157</w:t>
        <w:br/>
        <w:t>f 26768/3526/3157 26771/3523/3156 26769/3525/3157</w:t>
        <w:br/>
        <w:t>f 26770/3524/3156 26771/3523/3156 26773/3527/3158</w:t>
        <w:br/>
        <w:t>f 26772/3528/3158 26770/3524/3156 26773/3527/3158</w:t>
        <w:br/>
        <w:t>f 26775/3529/3159 26774/3530/3160 26772/3528/3158</w:t>
        <w:br/>
        <w:t>f 26773/3527/3158 26775/3529/3159 26772/3528/3158</w:t>
        <w:br/>
        <w:t>f 26774/3530/3160 26775/3529/3159 26777/3531/3161</w:t>
        <w:br/>
        <w:t>f 26776/3532/3161 26774/3530/3160 26777/3531/3161</w:t>
        <w:br/>
        <w:t>f 26753/3511/3149 26754/3510/3149 26776/3532/3161</w:t>
        <w:br/>
        <w:t>f 26777/3531/3161 26753/3511/3149 26776/3532/3161</w:t>
        <w:br/>
        <w:t>f 26769/3525/3157 26766/3521/3155 26767/3522/3155</w:t>
        <w:br/>
        <w:t>f 26768/3526/3157 26769/3525/3157 26767/3522/3155</w:t>
        <w:br/>
        <w:t>f 26758/3513/3151 26755/3509/3148 26756/3508/3147</w:t>
        <w:br/>
        <w:t>f 26496/3251/2889 26779/3533/3162 26778/3534/3163</w:t>
        <w:br/>
        <w:t>f 26403/3157/2797 26496/3251/2889 26778/3534/3163</w:t>
        <w:br/>
        <w:t>f 26783/3535/3164 26782/3536/3165 26781/3537/3166</w:t>
        <w:br/>
        <w:t>f 26780/3538/3167 26783/3535/3164 26781/3537/3166</w:t>
        <w:br/>
        <w:t>f 26785/3539/3168 26778/3534/3163 26779/3533/3162</w:t>
        <w:br/>
        <w:t>f 26784/3540/3169 26785/3539/3168 26779/3533/3162</w:t>
        <w:br/>
        <w:t>f 26789/3541/3170 26788/3542/3171 26787/3543/3172</w:t>
        <w:br/>
        <w:t>f 26786/3544/3173 26789/3541/3170 26787/3543/3172</w:t>
        <w:br/>
        <w:t>f 26792/3545/3174 26791/3546/3175 26790/3547/3176</w:t>
        <w:br/>
        <w:t>f 26793/3548/3177 26517/3273/2911 26518/3272/2910</w:t>
        <w:br/>
        <w:t>f 26786/3544/3173 26796/3549/3178 26795/3550/3179</w:t>
        <w:br/>
        <w:t>f 26794/3551/3180 26786/3544/3173 26795/3550/3179</w:t>
        <w:br/>
        <w:t>f 26799/3552/3181 26798/3553/3181 26797/3554/3182</w:t>
        <w:br/>
        <w:t>f 26802/3555/3183 26801/3556/3184 26800/3557/3185</w:t>
        <w:br/>
        <w:t>f 26510/3265/2903 26402/3158/2798 26804/3558/3186</w:t>
        <w:br/>
        <w:t>f 26803/3559/3187 26510/3265/2903 26804/3558/3186</w:t>
        <w:br/>
        <w:t>f 26806/3560/3188 26805/3561/3189 26803/3559/3187</w:t>
        <w:br/>
        <w:t>f 26804/3558/3186 26806/3560/3188 26803/3559/3187</w:t>
        <w:br/>
        <w:t>f 26793/3548/3177 26807/3562/3190 26780/3538/3167</w:t>
        <w:br/>
        <w:t>f 26808/3563/3191 26793/3548/3177 26780/3538/3167</w:t>
        <w:br/>
        <w:t>f 26780/3538/3167 26807/3562/3190 26783/3535/3164</w:t>
        <w:br/>
        <w:t>f 26417/3172/2812 26510/3265/2903 26803/3559/3187</w:t>
        <w:br/>
        <w:t>f 26782/3536/3165 26417/3172/2812 26803/3559/3187</w:t>
        <w:br/>
        <w:t>f 26782/3536/3165 26416/3173/2813 26417/3172/2812</w:t>
        <w:br/>
        <w:t>f 26518/3272/2910 26515/3271/2909 26807/3562/3190</w:t>
        <w:br/>
        <w:t>f 26793/3548/3177 26518/3272/2910 26807/3562/3190</w:t>
        <w:br/>
        <w:t>f 26524/3277/2915 26561/3316/2954 26790/3547/3176</w:t>
        <w:br/>
        <w:t>f 26788/3542/3171 26524/3277/2915 26790/3547/3176</w:t>
        <w:br/>
        <w:t>f 26523/3278/2916 26524/3277/2915 26788/3542/3171</w:t>
        <w:br/>
        <w:t>f 26789/3541/3170 26523/3278/2916 26788/3542/3171</w:t>
        <w:br/>
        <w:t>f 26416/3173/2813 26782/3536/3165 26783/3535/3164</w:t>
        <w:br/>
        <w:t>f 26516/3270/2908 26416/3173/2813 26783/3535/3164</w:t>
        <w:br/>
        <w:t>f 26789/3541/3170 26794/3551/3180 26533/3288/2926</w:t>
        <w:br/>
        <w:t>f 26523/3278/2916 26789/3541/3170 26533/3288/2926</w:t>
        <w:br/>
        <w:t>f 26526/3283/2921 26533/3288/2926 26794/3551/3180</w:t>
        <w:br/>
        <w:t>f 26795/3550/3179 26526/3283/2921 26794/3551/3180</w:t>
        <w:br/>
        <w:t>f 26795/3550/3179 26809/3564/3192 26529/3284/2922</w:t>
        <w:br/>
        <w:t>f 26786/3544/3173 26794/3551/3180 26789/3541/3170</w:t>
        <w:br/>
        <w:t>f 26784/3540/3169 26811/3565/3193 26810/3566/3194</w:t>
        <w:br/>
        <w:t>f 26800/3557/3185 26784/3540/3169 26810/3566/3194</w:t>
        <w:br/>
        <w:t>f 26516/3270/2908 26783/3535/3164 26807/3562/3190</w:t>
        <w:br/>
        <w:t>f 26515/3271/2909 26516/3270/2908 26807/3562/3190</w:t>
        <w:br/>
        <w:t>f 26801/3556/3184 26812/3567/3195 26797/3554/3182</w:t>
        <w:br/>
        <w:t>f 26796/3549/3196 26801/3556/3184 26797/3554/3182</w:t>
        <w:br/>
        <w:t>f 26809/3564/3192 26812/3567/3195 26505/3259/2897</w:t>
        <w:br/>
        <w:t>f 26529/3284/2922 26809/3564/3192 26505/3259/2897</w:t>
        <w:br/>
        <w:t>f 26812/3567/3195 26802/3555/3183 26504/3260/2898</w:t>
        <w:br/>
        <w:t>f 26505/3259/2897 26812/3567/3195 26504/3260/2898</w:t>
        <w:br/>
        <w:t>f 26801/3556/3184 26802/3555/3183 26812/3567/3195</w:t>
        <w:br/>
        <w:t>f 26504/3260/2898 26802/3555/3183 26810/3566/3194</w:t>
        <w:br/>
        <w:t>f 26446/3204/2842 26504/3260/2898 26810/3566/3194</w:t>
        <w:br/>
        <w:t>f 26779/3533/3162 26496/3251/2889 26449/3201/2839</w:t>
        <w:br/>
        <w:t>f 26811/3565/3193 26779/3533/3162 26449/3201/2839</w:t>
        <w:br/>
        <w:t>f 26811/3565/3193 26449/3201/2839 26446/3204/2842</w:t>
        <w:br/>
        <w:t>f 26810/3566/3194 26811/3565/3193 26446/3204/2842</w:t>
        <w:br/>
        <w:t>f 26792/3545/3174 26790/3547/3176 26561/3316/2954</w:t>
        <w:br/>
        <w:t>f 26557/3312/2950 26792/3545/3174 26561/3316/2954</w:t>
        <w:br/>
        <w:t>f 26792/3545/3174 26557/3312/2950 26517/3273/2911</w:t>
        <w:br/>
        <w:t>f 26793/3548/3177 26792/3545/3174 26517/3273/2911</w:t>
        <w:br/>
        <w:t>f 26778/3534/3163 26804/3558/3186 26402/3158/2798</w:t>
        <w:br/>
        <w:t>f 26403/3157/2797 26778/3534/3163 26402/3158/2798</w:t>
        <w:br/>
        <w:t>f 26778/3534/3163 26785/3539/3168 26806/3560/3188</w:t>
        <w:br/>
        <w:t>f 26804/3558/3186 26778/3534/3163 26806/3560/3188</w:t>
        <w:br/>
        <w:t>f 26792/3545/3174 26793/3548/3177 26808/3563/3191</w:t>
        <w:br/>
        <w:t>f 26791/3546/3175 26787/3543/3172 26788/3542/3171</w:t>
        <w:br/>
        <w:t>f 26790/3547/3176 26791/3546/3175 26788/3542/3171</w:t>
        <w:br/>
        <w:t>f 26808/3563/3191 26791/3546/3175 26792/3545/3174</w:t>
        <w:br/>
        <w:t>f 26811/3565/3193 26784/3540/3169 26779/3533/3162</w:t>
        <w:br/>
        <w:t>f 26805/3561/3189 26781/3537/3166 26782/3536/3165</w:t>
        <w:br/>
        <w:t>f 26803/3559/3187 26805/3561/3189 26782/3536/3165</w:t>
        <w:br/>
        <w:t>f 26802/3555/3183 26800/3557/3185 26810/3566/3194</w:t>
        <w:br/>
        <w:t>f 26526/3283/2921 26795/3550/3179 26529/3284/2922</w:t>
        <w:br/>
        <w:t>f 26816/3568/3197 26815/3569/3198 26814/3570/3199</w:t>
        <w:br/>
        <w:t>f 26813/3571/3200 26816/3568/3197 26814/3570/3199</w:t>
        <w:br/>
        <w:t>f 26819/3572/3201 26818/3573/3201 26817/3574/3202</w:t>
        <w:br/>
        <w:t>f 26813/3571/3200 26819/3572/3201 26817/3574/3202</w:t>
        <w:br/>
        <w:t>f 26818/3573/3201 26819/3572/3201 26821/3575/3203</w:t>
        <w:br/>
        <w:t>f 26820/3576/3203 26818/3573/3201 26821/3575/3203</w:t>
        <w:br/>
        <w:t>f 26823/3577/3204 26822/3578/3204 26820/3576/3203</w:t>
        <w:br/>
        <w:t>f 26821/3575/3203 26823/3577/3204 26820/3576/3203</w:t>
        <w:br/>
        <w:t>f 26822/3578/3204 26823/3577/3204 26825/3579/3205</w:t>
        <w:br/>
        <w:t>f 26824/3580/3205 26822/3578/3204 26825/3579/3205</w:t>
        <w:br/>
        <w:t>f 26824/3580/3205 26825/3579/3205 26826/3581/3206</w:t>
        <w:br/>
        <w:t>f 26827/3582/3206 26824/3580/3205 26826/3581/3206</w:t>
        <w:br/>
        <w:t>f 26831/3583/3207 26830/3584/3208 26829/3585/3208</w:t>
        <w:br/>
        <w:t>f 26828/3586/3207 26831/3583/3207 26829/3585/3208</w:t>
        <w:br/>
        <w:t>f 26828/3586/3207 26833/3587/3209 26832/3588/3209</w:t>
        <w:br/>
        <w:t>f 26831/3583/3207 26828/3586/3207 26832/3588/3209</w:t>
        <w:br/>
        <w:t>f 26835/3589/3210 26832/3588/3209 26833/3587/3209</w:t>
        <w:br/>
        <w:t>f 26834/3590/3211 26835/3589/3210 26833/3587/3209</w:t>
        <w:br/>
        <w:t>f 26834/3590/3211 26837/3591/3212 26836/3592/3212</w:t>
        <w:br/>
        <w:t>f 26835/3589/3210 26834/3590/3211 26836/3592/3212</w:t>
        <w:br/>
        <w:t>f 26815/3569/3198 26836/3592/3212 26837/3591/3212</w:t>
        <w:br/>
        <w:t>f 26814/3570/3199 26815/3569/3198 26837/3591/3212</w:t>
        <w:br/>
        <w:t>f 26829/3585/3208 26830/3584/3208 26827/3582/3206</w:t>
        <w:br/>
        <w:t>f 26826/3581/3206 26829/3585/3208 26827/3582/3206</w:t>
        <w:br/>
        <w:t>f 26817/3574/3202 26816/3568/3197 26813/3571/3200</w:t>
        <w:br/>
        <w:t>f 26840/3593/3213 26839/3594/3214 26838/3595/3215</w:t>
        <w:br/>
        <w:t>f 26844/3596/3216 26843/3597/3217 26842/3598/3218</w:t>
        <w:br/>
        <w:t>f 26841/3599/3219 26844/3596/3216 26842/3598/3218</w:t>
        <w:br/>
        <w:t>f 26839/3594/3214 26845/3600/3220 26838/3595/3215</w:t>
        <w:br/>
        <w:t>f 26841/3599/3219 26842/3598/3218 26847/3601/3221</w:t>
        <w:br/>
        <w:t>f 26846/3602/3222 26841/3599/3219 26847/3601/3221</w:t>
        <w:br/>
        <w:t>f 26848/3603/3223 26845/3600/3220 26839/3594/3214</w:t>
        <w:br/>
        <w:t>f 26844/3596/3216 26841/3599/3219 26839/3594/3214</w:t>
        <w:br/>
        <w:t>f 26848/3603/3223 26839/3594/3214 26841/3599/3219</w:t>
        <w:br/>
        <w:t>f 26849/3604/3224 26848/3603/3223 26841/3599/3219</w:t>
        <w:br/>
        <w:t>f 26849/3604/3224 26841/3599/3219 26846/3602/3222</w:t>
        <w:br/>
        <w:t>f 26850/3605/3225 26849/3604/3224 26846/3602/3222</w:t>
        <w:br/>
        <w:t>f 26853/3606/3226 26852/3607/3227 26851/3608/3228</w:t>
        <w:br/>
        <w:t>f 26848/3603/3223 26849/3604/3224 26852/3607/3227</w:t>
        <w:br/>
        <w:t>f 26852/3607/3227 26854/3609/3229 26851/3608/3228</w:t>
        <w:br/>
        <w:t>f 26840/3593/3213 26838/3595/3215 26855/3610/3230</w:t>
        <w:br/>
        <w:t>f 26852/3607/3227 26849/3604/3224 26850/3605/3225</w:t>
        <w:br/>
        <w:t>f 26850/3605/3225 26854/3609/3229 26852/3607/3227</w:t>
        <w:br/>
        <w:t>f 26855/3610/3230 26843/3597/3217 26840/3593/3213</w:t>
        <w:br/>
        <w:t>f 26853/3606/3226 26848/3603/3223 26852/3607/3227</w:t>
        <w:br/>
        <w:t>f 26858/3611/3231 26857/3612/3232 26856/3613/3233</w:t>
        <w:br/>
        <w:t>f 26860/3614/3234 26859/3615/3235 26842/3598/3218</w:t>
        <w:br/>
        <w:t>f 26843/3597/3217 26860/3614/3234 26842/3598/3218</w:t>
        <w:br/>
        <w:t>f 26856/3613/3233 26857/3612/3232 26861/3616/3236</w:t>
        <w:br/>
        <w:t>f 26864/3617/3237 26863/3618/3237 26862/3619/3238</w:t>
        <w:br/>
        <w:t>f 26859/3615/3235 26865/3620/3239 26847/3601/3221</w:t>
        <w:br/>
        <w:t>f 26842/3598/3218 26859/3615/3235 26847/3601/3221</w:t>
        <w:br/>
        <w:t>f 26862/3619/3240 26856/3613/3233 26861/3616/3236</w:t>
        <w:br/>
        <w:t>f 26868/3621/3241 26867/3622/3241 26866/3623/3241</w:t>
        <w:br/>
        <w:t>f 26860/3614/3234 26856/3613/3233 26859/3615/3235</w:t>
        <w:br/>
        <w:t>f 26862/3619/3240 26869/3624/3242 26859/3615/3235</w:t>
        <w:br/>
        <w:t>f 26856/3613/3233 26862/3619/3240 26859/3615/3235</w:t>
        <w:br/>
        <w:t>f 26869/3624/3242 26870/3625/3243 26865/3620/3239</w:t>
        <w:br/>
        <w:t>f 26859/3615/3235 26869/3624/3242 26865/3620/3239</w:t>
        <w:br/>
        <w:t>f 26873/3626/3244 26872/3627/3245 26871/3628/3246</w:t>
        <w:br/>
        <w:t>f 26862/3619/3240 26871/3628/3246 26869/3624/3242</w:t>
        <w:br/>
        <w:t>f 26871/3628/3246 26872/3627/3245 26874/3629/3247</w:t>
        <w:br/>
        <w:t>f 26858/3611/3231 26875/3630/3248 26857/3612/3232</w:t>
        <w:br/>
        <w:t>f 26871/3628/3246 26870/3625/3243 26869/3624/3242</w:t>
        <w:br/>
        <w:t>f 26870/3625/3243 26871/3628/3246 26874/3629/3247</w:t>
        <w:br/>
        <w:t>f 26875/3630/3248 26858/3611/3231 26843/3597/3217</w:t>
        <w:br/>
        <w:t>f 26873/3626/3244 26871/3628/3246 26862/3619/3240</w:t>
        <w:br/>
        <w:t>f 26879/3631/3249 26878/3632/3250 26877/3633/3251</w:t>
        <w:br/>
        <w:t>f 26876/3634/3252 26879/3631/3249 26877/3633/3251</w:t>
        <w:br/>
        <w:t>f 26883/3635/3253 26882/3636/3254 26881/3637/3255</w:t>
        <w:br/>
        <w:t>f 26880/3638/3256 26883/3635/3253 26881/3637/3255</w:t>
        <w:br/>
        <w:t>f 26886/3639/3257 26885/3640/3258 26884/3641/3259</w:t>
        <w:br/>
        <w:t>f 26887/3642/3260 26886/3639/3257 26884/3641/3259</w:t>
        <w:br/>
        <w:t>f 26891/3643/3261 26890/3644/3262 26889/3645/3263</w:t>
        <w:br/>
        <w:t>f 26888/3646/3264 26891/3643/3261 26889/3645/3263</w:t>
        <w:br/>
        <w:t>f 26888/3646/3264 26889/3645/3263 26893/3647/3265</w:t>
        <w:br/>
        <w:t>f 26892/3648/3266 26888/3646/3264 26893/3647/3265</w:t>
        <w:br/>
        <w:t>f 26895/3649/3267 26894/3650/3268 26889/3645/3263</w:t>
        <w:br/>
        <w:t>f 26890/3644/3262 26895/3649/3267 26889/3645/3263</w:t>
        <w:br/>
        <w:t>f 26899/3651/3269 26898/3652/3270 26897/3653/3271</w:t>
        <w:br/>
        <w:t>f 26896/3654/3272 26899/3651/3269 26897/3653/3271</w:t>
        <w:br/>
        <w:t>f 26889/3645/3263 26894/3650/3268 26900/3655/3273</w:t>
        <w:br/>
        <w:t>f 26893/3647/3265 26889/3645/3263 26900/3655/3273</w:t>
        <w:br/>
        <w:t>f 26896/3654/3272 26895/3649/3267 26890/3644/3262</w:t>
        <w:br/>
        <w:t>f 26899/3651/3269 26896/3654/3272 26890/3644/3262</w:t>
        <w:br/>
        <w:t>f 26892/3648/3266 26893/3647/3265 26878/3632/3250</w:t>
        <w:br/>
        <w:t>f 26879/3631/3249 26892/3648/3266 26878/3632/3250</w:t>
        <w:br/>
        <w:t>f 26903/3656/3274 26902/3657/3275 26901/3658/3276</w:t>
        <w:br/>
        <w:t>f 26907/3659/3277 26906/3660/3278 26905/3661/3278</w:t>
        <w:br/>
        <w:t>f 26904/3662/3277 26907/3659/3277 26905/3661/3278</w:t>
        <w:br/>
        <w:t>f 26906/3660/3278 26909/3663/3279 26908/3664/3280</w:t>
        <w:br/>
        <w:t>f 26905/3661/3278 26906/3660/3278 26908/3664/3280</w:t>
        <w:br/>
        <w:t>f 26911/3665/3281 26908/3664/3280 26909/3663/3279</w:t>
        <w:br/>
        <w:t>f 26910/3666/3282 26911/3665/3281 26909/3663/3279</w:t>
        <w:br/>
        <w:t>f 26915/3667/3283 26914/3668/3284 26913/3669/3285</w:t>
        <w:br/>
        <w:t>f 26912/3670/3285 26915/3667/3283 26913/3669/3285</w:t>
        <w:br/>
        <w:t>f 26919/3671/3286 26918/3672/3287 26917/3673/3287</w:t>
        <w:br/>
        <w:t>f 26916/3674/3288 26919/3671/3286 26917/3673/3287</w:t>
        <w:br/>
        <w:t>f 26923/3675/3289 26922/3676/3290 26921/3677/3291</w:t>
        <w:br/>
        <w:t>f 26920/3678/3292 26923/3675/3289 26921/3677/3291</w:t>
        <w:br/>
        <w:t>f 26925/3679/3293 26921/3677/3291 26922/3676/3290</w:t>
        <w:br/>
        <w:t>f 26924/3680/3294 26925/3679/3293 26922/3676/3290</w:t>
        <w:br/>
        <w:t>f 26925/3679/3293 26924/3680/3294 26927/3681/3295</w:t>
        <w:br/>
        <w:t>f 26926/3682/3296 26925/3679/3293 26927/3681/3295</w:t>
        <w:br/>
        <w:t>f 26926/3682/3296 26927/3681/3295 26929/3683/3297</w:t>
        <w:br/>
        <w:t>f 26928/3684/3298 26926/3682/3296 26929/3683/3297</w:t>
        <w:br/>
        <w:t>f 26933/3685/3299 26932/3686/3300 26931/3687/3300</w:t>
        <w:br/>
        <w:t>f 26930/3688/3299 26933/3685/3299 26931/3687/3300</w:t>
        <w:br/>
        <w:t>f 26937/3689/3301 26936/3690/3302 26935/3691/3303</w:t>
        <w:br/>
        <w:t>f 26934/3692/3304 26937/3689/3301 26935/3691/3303</w:t>
        <w:br/>
        <w:t>f 26941/3693/3305 26940/3694/3306 26939/3695/3307</w:t>
        <w:br/>
        <w:t>f 26938/3696/3308 26941/3693/3305 26939/3695/3307</w:t>
        <w:br/>
        <w:t>f 26944/3697/3309 26943/3698/3310 26942/3699/3311</w:t>
        <w:br/>
        <w:t>f 26944/3697/3309 26942/3699/3311 26946/3700/3312</w:t>
        <w:br/>
        <w:t>f 26945/3701/3313 26944/3697/3309 26946/3700/3312</w:t>
        <w:br/>
        <w:t>f 26948/3702/3314 26947/3703/3315 26945/3701/3313</w:t>
        <w:br/>
        <w:t>f 26946/3700/3312 26948/3702/3314 26945/3701/3313</w:t>
        <w:br/>
        <w:t>f 26952/3704/3316 26951/3705/3317 26950/3706/3318</w:t>
        <w:br/>
        <w:t>f 26949/3707/3319 26952/3704/3316 26950/3706/3318</w:t>
        <w:br/>
        <w:t>f 26955/3708/3320 26954/3709/3321 26953/3710/3322</w:t>
        <w:br/>
        <w:t>f 26957/3711/3323 26956/3712/3256 26943/3698/3310</w:t>
        <w:br/>
        <w:t>f 26944/3697/3309 26957/3711/3323 26943/3698/3310</w:t>
        <w:br/>
        <w:t>f 26919/3671/3286 26916/3674/3288 26912/3670/3285</w:t>
        <w:br/>
        <w:t>f 26913/3669/3285 26919/3671/3286 26912/3670/3285</w:t>
        <w:br/>
        <w:t>f 26958/3713/3324 26955/3708/3320 26951/3705/3317</w:t>
        <w:br/>
        <w:t>f 26952/3704/3316 26958/3713/3324 26951/3705/3317</w:t>
        <w:br/>
        <w:t>f 26960/3714/3325 26959/3715/3325 26931/3687/3300</w:t>
        <w:br/>
        <w:t>f 26932/3686/3300 26960/3714/3325 26931/3687/3300</w:t>
        <w:br/>
        <w:t>f 26920/3678/3292 26962/3716/3326 26961/3717/3327</w:t>
        <w:br/>
        <w:t>f 26923/3675/3289 26920/3678/3292 26961/3717/3327</w:t>
        <w:br/>
        <w:t>f 26966/3718/3328 26965/3719/3329 26964/3720/3330</w:t>
        <w:br/>
        <w:t>f 26963/3721/3331 26966/3718/3328 26964/3720/3330</w:t>
        <w:br/>
        <w:t>f 26966/3718/3328 26963/3721/3331 26949/3707/3319</w:t>
        <w:br/>
        <w:t>f 26950/3706/3318 26966/3718/3328 26949/3707/3319</w:t>
        <w:br/>
        <w:t>f 26918/3672/3287 26961/3717/3327 26962/3716/3326</w:t>
        <w:br/>
        <w:t>f 26917/3673/3287 26918/3672/3287 26962/3716/3326</w:t>
        <w:br/>
        <w:t>f 26968/3722/3332 26967/3723/3333 26936/3690/3302</w:t>
        <w:br/>
        <w:t>f 26937/3689/3301 26968/3722/3332 26936/3690/3302</w:t>
        <w:br/>
        <w:t>f 26957/3711/3323 26944/3697/3309 26945/3701/3313</w:t>
        <w:br/>
        <w:t>f 26969/3724/3280 26957/3711/3323 26945/3701/3313</w:t>
        <w:br/>
        <w:t>f 26969/3724/3280 26945/3701/3313 26947/3703/3315</w:t>
        <w:br/>
        <w:t>f 26970/3725/3334 26969/3724/3280 26947/3703/3315</w:t>
        <w:br/>
        <w:t>f 26970/3725/3334 26947/3703/3315 26972/3726/3335</w:t>
        <w:br/>
        <w:t>f 26971/3727/3336 26970/3725/3334 26972/3726/3335</w:t>
        <w:br/>
        <w:t>f 26976/3728/3337 26975/3729/3338 26974/3730/3339</w:t>
        <w:br/>
        <w:t>f 26973/3731/3340 26976/3728/3337 26974/3730/3339</w:t>
        <w:br/>
        <w:t>f 26980/3732/3341 26979/3733/3342 26978/3734/3343</w:t>
        <w:br/>
        <w:t>f 26977/3735/3344 26980/3732/3341 26978/3734/3343</w:t>
        <w:br/>
        <w:t>f 26982/3736/3345 26886/3639/3257 26887/3642/3260</w:t>
        <w:br/>
        <w:t>f 26981/3737/3346 26982/3736/3345 26887/3642/3260</w:t>
        <w:br/>
        <w:t>f 26984/3738/3347 26982/3736/3345 26981/3737/3346</w:t>
        <w:br/>
        <w:t>f 26983/3739/3347 26984/3738/3347 26981/3737/3346</w:t>
        <w:br/>
        <w:t>f 26988/3740/3348 26987/3741/3349 26986/3742/3350</w:t>
        <w:br/>
        <w:t>f 26985/3743/3351 26988/3740/3348 26986/3742/3350</w:t>
        <w:br/>
        <w:t>f 26991/3744/3352 26990/3745/3353 26989/3746/3354</w:t>
        <w:br/>
        <w:t>f 26991/3744/3352 26989/3746/3354 26992/3747/3355</w:t>
        <w:br/>
        <w:t>f 26996/3748/3356 26995/3749/3357 26994/3750/3358</w:t>
        <w:br/>
        <w:t>f 26993/3751/3359 26996/3748/3356 26994/3750/3358</w:t>
        <w:br/>
        <w:t>f 26998/3752/3360 26994/3750/3358 26997/3753/3361</w:t>
        <w:br/>
        <w:t>f 26990/3745/3353 26996/3748/3356 26993/3751/3359</w:t>
        <w:br/>
        <w:t>f 26989/3746/3354 26990/3745/3353 26993/3751/3359</w:t>
        <w:br/>
        <w:t>f 26989/3746/3354 26993/3751/3359 26999/3754/3362</w:t>
        <w:br/>
        <w:t>f 26992/3747/3355 26989/3746/3354 26999/3754/3362</w:t>
        <w:br/>
        <w:t>f 26983/3739/3347 26986/3742/3350 26987/3741/3349</w:t>
        <w:br/>
        <w:t>f 26984/3738/3347 26983/3739/3347 26987/3741/3349</w:t>
        <w:br/>
        <w:t>f 26938/3696/3308 26980/3732/3341 26977/3735/3344</w:t>
        <w:br/>
        <w:t>f 26941/3693/3305 26938/3696/3308 26977/3735/3344</w:t>
        <w:br/>
        <w:t>f 27003/3755/3363 27002/3756/3364 27001/3757/3365</w:t>
        <w:br/>
        <w:t>f 27000/3758/3366 27003/3755/3363 27001/3757/3365</w:t>
        <w:br/>
        <w:t>f 27007/3759/3367 27006/3760/3368 27005/3761/3369</w:t>
        <w:br/>
        <w:t>f 27004/3762/3370 27007/3759/3367 27005/3761/3369</w:t>
        <w:br/>
        <w:t>f 27009/3763/3371 27007/3759/3367 27004/3762/3370</w:t>
        <w:br/>
        <w:t>f 27008/3764/3372 27009/3763/3371 27004/3762/3370</w:t>
        <w:br/>
        <w:t>f 27002/3756/3364 27009/3763/3371 27008/3764/3372</w:t>
        <w:br/>
        <w:t>f 27001/3757/3365 27002/3756/3364 27008/3764/3372</w:t>
        <w:br/>
        <w:t>f 27013/3765/3373 27012/3766/3374 27011/3767/3375</w:t>
        <w:br/>
        <w:t>f 27010/3768/3376 27013/3765/3373 27011/3767/3375</w:t>
        <w:br/>
        <w:t>f 27015/3769/3377 27013/3765/3373 27010/3768/3376</w:t>
        <w:br/>
        <w:t>f 27014/3770/3378 27015/3769/3377 27010/3768/3376</w:t>
        <w:br/>
        <w:t>f 27019/3771/3379 27018/3772/3380 27017/3773/3381</w:t>
        <w:br/>
        <w:t>f 27016/3774/3382 27019/3771/3379 27017/3773/3381</w:t>
        <w:br/>
        <w:t>f 27019/3771/3379 27016/3774/3382 27011/3767/3375</w:t>
        <w:br/>
        <w:t>f 27012/3766/3374 27019/3771/3379 27011/3767/3375</w:t>
        <w:br/>
        <w:t>f 27022/3775/3383 27021/3776/3384 27020/3777/3385</w:t>
        <w:br/>
        <w:t>f 27023/3778/3386 27022/3775/3383 27020/3777/3385</w:t>
        <w:br/>
        <w:t>f 27026/3779/3387 27025/3780/3388 27024/3781/3389</w:t>
        <w:br/>
        <w:t>f 27027/3782/3390 27026/3779/3387 27024/3781/3389</w:t>
        <w:br/>
        <w:t>f 27030/3783/3391 27029/3784/3392 27028/3785/3393</w:t>
        <w:br/>
        <w:t>f 26985/3743/3351 26986/3742/3350 27032/3786/3394</w:t>
        <w:br/>
        <w:t>f 27031/3787/3395 26985/3743/3351 27032/3786/3394</w:t>
        <w:br/>
        <w:t>f 27036/3788/3396 27035/3789/3397 27034/3790/3398</w:t>
        <w:br/>
        <w:t>f 27033/3791/3399 27036/3788/3396 27034/3790/3398</w:t>
        <w:br/>
        <w:t>f 27040/3792/3400 27039/3793/3401 27038/3794/3402</w:t>
        <w:br/>
        <w:t>f 27037/3795/3403 27040/3792/3400 27038/3794/3402</w:t>
        <w:br/>
        <w:t>f 27044/3796/3404 27043/3797/3405 27042/3798/3406</w:t>
        <w:br/>
        <w:t>f 27041/3799/3407 27044/3796/3404 27042/3798/3406</w:t>
        <w:br/>
        <w:t>f 27048/3800/3408 27047/3801/3409 27046/3802/3410</w:t>
        <w:br/>
        <w:t>f 27045/3803/3411 27048/3800/3408 27046/3802/3410</w:t>
        <w:br/>
        <w:t>f 27050/3804/3412 27003/3755/3363 27000/3758/3366</w:t>
        <w:br/>
        <w:t>f 27049/3805/3413 27050/3804/3412 27000/3758/3366</w:t>
        <w:br/>
        <w:t>f 27052/3806/3414 27050/3804/3412 27049/3805/3413</w:t>
        <w:br/>
        <w:t>f 27051/3807/3415 27052/3806/3414 27049/3805/3413</w:t>
        <w:br/>
        <w:t>f 27054/3808/3416 27052/3806/3414 27051/3807/3415</w:t>
        <w:br/>
        <w:t>f 27053/3809/3416 27054/3808/3416 27051/3807/3415</w:t>
        <w:br/>
        <w:t>f 27053/3809/3416 27032/3786/3394 26986/3742/3350</w:t>
        <w:br/>
        <w:t>f 27054/3808/3416 27053/3809/3416 26986/3742/3350</w:t>
        <w:br/>
        <w:t>f 27058/3810/3417 27057/3811/3418 27056/3812/3419</w:t>
        <w:br/>
        <w:t>f 27055/3813/3420 27058/3810/3417 27056/3812/3419</w:t>
        <w:br/>
        <w:t>f 27056/3812/3419 27035/3789/3397 27036/3788/3396</w:t>
        <w:br/>
        <w:t>f 27055/3813/3420 27056/3812/3419 27036/3788/3396</w:t>
        <w:br/>
        <w:t>f 27059/3814/3421 27037/3795/3403 27038/3794/3402</w:t>
        <w:br/>
        <w:t>f 27060/3815/3422 27059/3814/3421 27038/3794/3402</w:t>
        <w:br/>
        <w:t>f 26898/3652/3270 26899/3651/3269 27062/3816/3423</w:t>
        <w:br/>
        <w:t>f 27061/3817/3424 26898/3652/3270 27062/3816/3423</w:t>
        <w:br/>
        <w:t>f 27065/3818/3425 27064/3819/3426 27063/3820/3427</w:t>
        <w:br/>
        <w:t>f 27066/3821/3428 27065/3818/3425 27063/3820/3427</w:t>
        <w:br/>
        <w:t>f 27027/3782/3390 27068/3822/3429 27067/3823/3430</w:t>
        <w:br/>
        <w:t>f 27026/3779/3387 27027/3782/3390 27067/3823/3430</w:t>
        <w:br/>
        <w:t>f 27068/3822/3429 27066/3821/3428 27063/3820/3427</w:t>
        <w:br/>
        <w:t>f 27067/3823/3430 27068/3822/3429 27063/3820/3427</w:t>
        <w:br/>
        <w:t>f 27059/3814/3421 27070/3824/3431 27069/3825/3432</w:t>
        <w:br/>
        <w:t>f 27037/3795/3403 27059/3814/3421 27069/3825/3432</w:t>
        <w:br/>
        <w:t>f 27071/3826/3433 27066/3821/3428 27068/3822/3429</w:t>
        <w:br/>
        <w:t>f 27072/3827/3434 27071/3826/3433 27068/3822/3429</w:t>
        <w:br/>
        <w:t>f 27073/3828/3435 27072/3827/3434 27068/3822/3429</w:t>
        <w:br/>
        <w:t>f 27027/3782/3390 27073/3828/3435 27068/3822/3429</w:t>
        <w:br/>
        <w:t>f 27027/3782/3390 27024/3781/3389 27074/3829/3436</w:t>
        <w:br/>
        <w:t>f 27075/3830/3437 27046/3802/3410 27047/3801/3409</w:t>
        <w:br/>
        <w:t>f 27075/3830/3437 27069/3825/3432 27076/3831/3438</w:t>
        <w:br/>
        <w:t>f 27079/3832/3439 27078/3833/3431 27077/3834/3440</w:t>
        <w:br/>
        <w:t>f 27071/3826/3433 27072/3827/3434 27080/3835/3441</w:t>
        <w:br/>
        <w:t>f 27072/3827/3434 27073/3828/3435 27082/3836/3442</w:t>
        <w:br/>
        <w:t>f 27081/3837/3443 27072/3827/3434 27082/3836/3442</w:t>
        <w:br/>
        <w:t>f 27082/3836/3442 26897/3653/3271 26898/3652/3270</w:t>
        <w:br/>
        <w:t>f 27083/3838/3444 27082/3836/3442 26898/3652/3270</w:t>
        <w:br/>
        <w:t>f 27084/3839/3445 27083/3838/3444 26898/3652/3270</w:t>
        <w:br/>
        <w:t>f 27061/3817/3424 27084/3839/3445 26898/3652/3270</w:t>
        <w:br/>
        <w:t>f 27083/3838/3444 27085/3840/3446 27082/3836/3442</w:t>
        <w:br/>
        <w:t>f 27088/3841/3447 27087/3842/3448 27086/3843/3449</w:t>
        <w:br/>
        <w:t>f 27090/3844/3450 27086/3843/3449 27087/3842/3448</w:t>
        <w:br/>
        <w:t>f 27089/3845/3451 27090/3844/3450 27087/3842/3448</w:t>
        <w:br/>
        <w:t>f 27093/3846/3452 27044/3796/3404 27092/3847/3453</w:t>
        <w:br/>
        <w:t>f 27091/3848/3454 27093/3846/3452 27092/3847/3453</w:t>
        <w:br/>
        <w:t>f 27021/3776/3384 27017/3773/3381 27018/3772/3380</w:t>
        <w:br/>
        <w:t>f 27020/3777/3385 27021/3776/3384 27018/3772/3380</w:t>
        <w:br/>
        <w:t>f 27069/3825/3432 27094/3849/3455 27040/3792/3400</w:t>
        <w:br/>
        <w:t>f 27037/3795/3403 27069/3825/3432 27040/3792/3400</w:t>
        <w:br/>
        <w:t>f 27031/3787/3395 27030/3783/3391 26994/3750/3358</w:t>
        <w:br/>
        <w:t>f 26985/3743/3351 27031/3787/3395 26994/3750/3358</w:t>
        <w:br/>
        <w:t>f 27096/3850/3456 26884/3641/3259 26885/3640/3258</w:t>
        <w:br/>
        <w:t>f 27095/3851/3456 27096/3850/3456 26885/3640/3258</w:t>
        <w:br/>
        <w:t>f 27100/3852/3457 27099/3853/3458 27098/3854/3459</w:t>
        <w:br/>
        <w:t>f 27097/3855/3460 27100/3852/3457 27098/3854/3459</w:t>
        <w:br/>
        <w:t>f 27099/3853/3458 27102/3856/3461 27101/3857/3462</w:t>
        <w:br/>
        <w:t>f 27098/3854/3459 27099/3853/3458 27101/3857/3462</w:t>
        <w:br/>
        <w:t>f 27102/3856/3461 27096/3850/3456 27095/3851/3456</w:t>
        <w:br/>
        <w:t>f 27101/3857/3462 27102/3856/3461 27095/3851/3456</w:t>
        <w:br/>
        <w:t>f 26893/3647/3265 26900/3655/3273 27103/3858/3463</w:t>
        <w:br/>
        <w:t>f 26878/3632/3250 26893/3647/3265 27103/3858/3463</w:t>
        <w:br/>
        <w:t>f 27106/3859/3424 27105/3860/3464 27089/3845/3451</w:t>
        <w:br/>
        <w:t>f 27104/3861/3465 27106/3859/3424 27089/3845/3451</w:t>
        <w:br/>
        <w:t>f 27105/3860/3464 27106/3859/3424 27091/3848/3454</w:t>
        <w:br/>
        <w:t>f 27092/3847/3453 27105/3860/3464 27091/3848/3454</w:t>
        <w:br/>
        <w:t>f 26890/3644/3262 26891/3643/3261 27062/3816/3423</w:t>
        <w:br/>
        <w:t>f 26899/3651/3269 26890/3644/3262 27062/3816/3423</w:t>
        <w:br/>
        <w:t>f 27110/3862/3466 27109/3863/3467 27108/3864/3468</w:t>
        <w:br/>
        <w:t>f 27107/3865/3469 27110/3862/3466 27108/3864/3468</w:t>
        <w:br/>
        <w:t>f 26928/3684/3298 26929/3683/3297 27109/3863/3467</w:t>
        <w:br/>
        <w:t>f 27110/3862/3466 26928/3684/3298 27109/3863/3467</w:t>
        <w:br/>
        <w:t>f 27107/3865/3469 27108/3864/3468 27112/3866/3470</w:t>
        <w:br/>
        <w:t>f 27111/3867/3471 27107/3865/3469 27112/3866/3470</w:t>
        <w:br/>
        <w:t>f 27023/3778/3386 27074/3829/3436 27113/3868/3472</w:t>
        <w:br/>
        <w:t>f 27022/3775/3383 27023/3778/3386 27113/3868/3472</w:t>
        <w:br/>
        <w:t>f 27073/3828/3435 27074/3829/3436 26897/3653/3271</w:t>
        <w:br/>
        <w:t>f 27082/3836/3442 27073/3828/3435 26897/3653/3271</w:t>
        <w:br/>
        <w:t>f 27117/3869/3473 27116/3870/3474 27115/3871/3475</w:t>
        <w:br/>
        <w:t>f 27114/3872/3476 27117/3869/3473 27115/3871/3475</w:t>
        <w:br/>
        <w:t>f 27118/3873/3477 27114/3872/3476 27115/3871/3475</w:t>
        <w:br/>
        <w:t>f 27122/3874/3478 27121/3875/3479 27120/3876/3480</w:t>
        <w:br/>
        <w:t>f 27119/3877/3481 27122/3874/3478 27120/3876/3480</w:t>
        <w:br/>
        <w:t>f 27119/3877/3481 27124/3878/3482 27123/3879/3482</w:t>
        <w:br/>
        <w:t>f 27122/3874/3478 27119/3877/3481 27123/3879/3482</w:t>
        <w:br/>
        <w:t>f 26910/3666/3282 26883/3635/3253 26880/3638/3256</w:t>
        <w:br/>
        <w:t>f 26911/3665/3281 26910/3666/3282 26880/3638/3256</w:t>
        <w:br/>
        <w:t>f 27126/3880/3483 27120/3876/3480 27121/3875/3479</w:t>
        <w:br/>
        <w:t>f 27125/3881/3484 27126/3880/3483 27121/3875/3479</w:t>
        <w:br/>
        <w:t>f 26959/3715/3325 26960/3714/3325 27128/3882/3485</w:t>
        <w:br/>
        <w:t>f 27127/3883/3486 26959/3715/3325 27128/3882/3485</w:t>
        <w:br/>
        <w:t>f 27129/3884/3487 26972/3726/3335 26947/3703/3315</w:t>
        <w:br/>
        <w:t>f 26948/3702/3314 27129/3884/3487 26947/3703/3315</w:t>
        <w:br/>
        <w:t>f 27125/3881/3484 27130/3885/3488 26903/3656/3274</w:t>
        <w:br/>
        <w:t>f 27126/3880/3483 27125/3881/3484 26903/3656/3274</w:t>
        <w:br/>
        <w:t>f 27128/3882/3485 27131/3886/3489 27127/3883/3486</w:t>
        <w:br/>
        <w:t>f 27133/3887/3314 27132/3888/3490 27131/3886/3489</w:t>
        <w:br/>
        <w:t>f 26964/3720/3330 26965/3719/3329 27135/3889/3491</w:t>
        <w:br/>
        <w:t>f 27134/3890/3290 26964/3720/3330 27135/3889/3491</w:t>
        <w:br/>
        <w:t>f 27134/3890/3290 27135/3889/3491 27137/3891/3492</w:t>
        <w:br/>
        <w:t>f 27136/3892/3294 27134/3890/3290 27137/3891/3492</w:t>
        <w:br/>
        <w:t>f 27136/3892/3294 27137/3891/3492 27139/3893/3493</w:t>
        <w:br/>
        <w:t>f 27138/3894/3295 27136/3892/3294 27139/3893/3493</w:t>
        <w:br/>
        <w:t>f 27138/3894/3295 27139/3893/3493 26935/3691/3303</w:t>
        <w:br/>
        <w:t>f 27140/3895/3494 27138/3894/3295 26935/3691/3303</w:t>
        <w:br/>
        <w:t>f 27140/3895/3494 26935/3691/3303 26936/3690/3302</w:t>
        <w:br/>
        <w:t>f 27141/3896/3467 27140/3895/3494 26936/3690/3302</w:t>
        <w:br/>
        <w:t>f 27141/3896/3467 26936/3690/3302 26967/3723/3333</w:t>
        <w:br/>
        <w:t>f 27142/3897/3495 27141/3896/3467 26967/3723/3333</w:t>
        <w:br/>
        <w:t>f 27144/3898/3496 27143/3899/3497 27142/3897/3495</w:t>
        <w:br/>
        <w:t>f 26967/3723/3333 27144/3898/3496 27142/3897/3495</w:t>
        <w:br/>
        <w:t>f 27147/3900/3252 27146/3901/3498 26975/3729/3338</w:t>
        <w:br/>
        <w:t>f 27145/3902/3249 27147/3900/3252 26975/3729/3338</w:t>
        <w:br/>
        <w:t>f 26976/3728/3337 27148/3903/3266 27145/3902/3249</w:t>
        <w:br/>
        <w:t>f 26975/3729/3338 26976/3728/3337 27145/3902/3249</w:t>
        <w:br/>
        <w:t>f 27043/3797/3405 27149/3904/3264 27148/3903/3266</w:t>
        <w:br/>
        <w:t>f 26976/3728/3337 27043/3797/3405 27148/3903/3266</w:t>
        <w:br/>
        <w:t>f 27149/3904/3264 27043/3797/3405 27044/3796/3404</w:t>
        <w:br/>
        <w:t>f 27093/3846/3452 27149/3904/3264 27044/3796/3404</w:t>
        <w:br/>
        <w:t>f 27090/3844/3450 27089/3845/3451 27105/3860/3464</w:t>
        <w:br/>
        <w:t>f 27150/3905/3499 27090/3844/3450 27105/3860/3464</w:t>
        <w:br/>
        <w:t>f 27092/3847/3453 27151/3906/3500 27150/3905/3499</w:t>
        <w:br/>
        <w:t>f 27105/3860/3464 27092/3847/3453 27150/3905/3499</w:t>
        <w:br/>
        <w:t>f 27041/3799/3407 27151/3906/3500 27092/3847/3453</w:t>
        <w:br/>
        <w:t>f 27044/3796/3404 27041/3799/3407 27092/3847/3453</w:t>
        <w:br/>
        <w:t>f 26966/3718/3328 27153/3907/3501 27152/3908/3502</w:t>
        <w:br/>
        <w:t>f 26965/3719/3329 26966/3718/3328 27152/3908/3502</w:t>
        <w:br/>
        <w:t>f 26950/3706/3318 27154/3909/3503 27153/3907/3501</w:t>
        <w:br/>
        <w:t>f 26966/3718/3328 26950/3706/3318 27153/3907/3501</w:t>
        <w:br/>
        <w:t>f 26951/3705/3317 27155/3910/3504 27154/3909/3503</w:t>
        <w:br/>
        <w:t>f 26950/3706/3318 26951/3705/3317 27154/3909/3503</w:t>
        <w:br/>
        <w:t>f 26951/3705/3317 26955/3708/3320 27156/3911/3505</w:t>
        <w:br/>
        <w:t>f 27155/3910/3504 26951/3705/3317 27156/3911/3505</w:t>
        <w:br/>
        <w:t>f 26903/3656/3274 26962/3716/3326 26920/3678/3292</w:t>
        <w:br/>
        <w:t>f 26903/3656/3274 26920/3678/3292 26902/3657/3275</w:t>
        <w:br/>
        <w:t>f 26883/3635/3253 26910/3666/3282 27158/3912/3506</w:t>
        <w:br/>
        <w:t>f 27157/3913/3507 26883/3635/3253 27158/3912/3506</w:t>
        <w:br/>
        <w:t>f 26910/3666/3282 26909/3663/3279 26921/3677/3291</w:t>
        <w:br/>
        <w:t>f 27158/3912/3506 26910/3666/3282 26921/3677/3291</w:t>
        <w:br/>
        <w:t>f 26909/3663/3279 26902/3657/3275 26920/3678/3292</w:t>
        <w:br/>
        <w:t>f 26921/3677/3291 26909/3663/3279 26920/3678/3292</w:t>
        <w:br/>
        <w:t>f 26985/3743/3351 26994/3750/3358 26995/3749/3357</w:t>
        <w:br/>
        <w:t>f 26988/3740/3348 26985/3743/3351 26995/3749/3357</w:t>
        <w:br/>
        <w:t>f 26965/3719/3329 27152/3908/3502 27159/3914/3508</w:t>
        <w:br/>
        <w:t>f 27135/3889/3491 26965/3719/3329 27159/3914/3508</w:t>
        <w:br/>
        <w:t>f 27135/3889/3491 27159/3914/3508 27160/3915/3509</w:t>
        <w:br/>
        <w:t>f 27137/3891/3492 27135/3889/3491 27160/3915/3509</w:t>
        <w:br/>
        <w:t>f 27139/3893/3493 27137/3891/3492 27160/3915/3509</w:t>
        <w:br/>
        <w:t>f 27161/3916/3510 27139/3893/3493 27160/3915/3509</w:t>
        <w:br/>
        <w:t>f 26935/3691/3303 27139/3893/3493 27161/3916/3510</w:t>
        <w:br/>
        <w:t>f 26934/3692/3304 26935/3691/3303 27161/3916/3510</w:t>
        <w:br/>
        <w:t>f 27043/3797/3405 26976/3728/3337 26973/3731/3340</w:t>
        <w:br/>
        <w:t>f 27042/3798/3406 27043/3797/3405 26973/3731/3340</w:t>
        <w:br/>
        <w:t>f 27094/3849/3455 27047/3801/3409 27162/3917/3511</w:t>
        <w:br/>
        <w:t>f 27094/3849/3455 27162/3917/3511 27040/3792/3400</w:t>
        <w:br/>
        <w:t>f 26979/3733/3342 27164/3918/3512 27163/3919/3513</w:t>
        <w:br/>
        <w:t>f 26978/3734/3343 26979/3733/3342 27163/3919/3513</w:t>
        <w:br/>
        <w:t>f 27167/3920/3514 27166/3921/3515 26974/3730/3339</w:t>
        <w:br/>
        <w:t>f 27165/3922/3516 27167/3920/3514 26974/3730/3339</w:t>
        <w:br/>
        <w:t>f 27035/3789/3397 27169/3923/3517 27168/3924/3518</w:t>
        <w:br/>
        <w:t>f 27034/3790/3398 27035/3789/3397 27168/3924/3518</w:t>
        <w:br/>
        <w:t>f 27170/3925/3383 27169/3923/3517 27035/3789/3397</w:t>
        <w:br/>
        <w:t>f 27056/3812/3419 27170/3925/3383 27035/3789/3397</w:t>
        <w:br/>
        <w:t>f 27171/3926/3384 27170/3925/3383 27056/3812/3419</w:t>
        <w:br/>
        <w:t>f 27057/3811/3418 27171/3926/3384 27056/3812/3419</w:t>
        <w:br/>
        <w:t>f 27173/3927/3519 27172/3928/3520 27171/3926/3384</w:t>
        <w:br/>
        <w:t>f 27057/3811/3418 27173/3927/3519 27171/3926/3384</w:t>
        <w:br/>
        <w:t>f 27097/3855/3460 27098/3854/3459 27107/3865/3469</w:t>
        <w:br/>
        <w:t>f 27111/3867/3471 27097/3855/3460 27107/3865/3469</w:t>
        <w:br/>
        <w:t>f 27098/3854/3459 27174/3929/3462 27110/3862/3466</w:t>
        <w:br/>
        <w:t>f 27107/3865/3469 27098/3854/3459 27110/3862/3466</w:t>
        <w:br/>
        <w:t>f 27175/3930/3521 26881/3637/3255 26882/3636/3254</w:t>
        <w:br/>
        <w:t>f 26954/3709/3321 26955/3708/3320 26958/3713/3324</w:t>
        <w:br/>
        <w:t>f 26928/3684/3298 27110/3862/3466 27174/3929/3462</w:t>
        <w:br/>
        <w:t>f 26882/3636/3254 26928/3684/3298 27174/3929/3462</w:t>
        <w:br/>
        <w:t>f 26882/3636/3254 26883/3635/3253 27157/3913/3507</w:t>
        <w:br/>
        <w:t>f 26928/3684/3298 26882/3636/3254 27157/3913/3507</w:t>
        <w:br/>
        <w:t>f 27176/3931/3522 27129/3884/3487 26948/3702/3314</w:t>
        <w:br/>
        <w:t>f 27178/3932/3483 27177/3933/3523 27131/3886/3489</w:t>
        <w:br/>
        <w:t>f 27131/3886/3489 27132/3888/3490 27127/3883/3486</w:t>
        <w:br/>
        <w:t>f 27179/3934/3524 27144/3898/3496 26967/3723/3333</w:t>
        <w:br/>
        <w:t>f 26968/3722/3332 27179/3934/3524 26967/3723/3333</w:t>
        <w:br/>
        <w:t>f 26975/3729/3338 27146/3901/3498 27165/3922/3516</w:t>
        <w:br/>
        <w:t>f 26974/3730/3339 26975/3729/3338 27165/3922/3516</w:t>
        <w:br/>
        <w:t>f 27180/3935/3525 26877/3633/3251 26878/3632/3250</w:t>
        <w:br/>
        <w:t>f 27103/3858/3463 27180/3935/3525 26878/3632/3250</w:t>
        <w:br/>
        <w:t>f 27184/3936/3526 27183/3937/3527 27182/3938/3528</w:t>
        <w:br/>
        <w:t>f 27181/3939/3529 27184/3936/3526 27182/3938/3528</w:t>
        <w:br/>
        <w:t>f 27166/3921/3515 27185/3940/3530 26973/3731/3340</w:t>
        <w:br/>
        <w:t>f 26974/3730/3339 27166/3921/3515 26973/3731/3340</w:t>
        <w:br/>
        <w:t>f 27042/3798/3406 27186/3941/3531 27041/3799/3407</w:t>
        <w:br/>
        <w:t>f 27185/3940/3530 27186/3941/3531 27042/3798/3406</w:t>
        <w:br/>
        <w:t>f 26973/3731/3340 27185/3940/3530 27042/3798/3406</w:t>
        <w:br/>
        <w:t>f 27190/3942/3532 27189/3943/3532 27188/3944/3533</w:t>
        <w:br/>
        <w:t>f 27187/3945/3533 27190/3942/3532 27188/3944/3533</w:t>
        <w:br/>
        <w:t>f 27193/3946/3534 27192/3947/3535 27191/3948/3535</w:t>
        <w:br/>
        <w:t>f 27187/3945/3533 27188/3944/3533 27194/3949/3536</w:t>
        <w:br/>
        <w:t>f 27198/3950/3537 27197/3951/3538 27196/3952/3417</w:t>
        <w:br/>
        <w:t>f 27195/3953/3539 27198/3950/3537 27196/3952/3417</w:t>
        <w:br/>
        <w:t>f 27202/3954/3540 27201/3955/3541 27200/3956/3542</w:t>
        <w:br/>
        <w:t>f 27199/3957/3540 27202/3954/3540 27200/3956/3542</w:t>
        <w:br/>
        <w:t>f 27204/3958/3543 27202/3954/3540 27199/3957/3540</w:t>
        <w:br/>
        <w:t>f 27203/3959/3543 27204/3958/3543 27199/3957/3540</w:t>
        <w:br/>
        <w:t>f 27206/3960/3544 27204/3958/3543 27203/3959/3543</w:t>
        <w:br/>
        <w:t>f 27205/3961/3545 27206/3960/3544 27203/3959/3543</w:t>
        <w:br/>
        <w:t>f 27209/3962/3546 27208/3963/3546 27207/3964/3547</w:t>
        <w:br/>
        <w:t>f 27211/3965/3548 27206/3960/3544 27205/3961/3545</w:t>
        <w:br/>
        <w:t>f 27210/3966/3549 27211/3965/3548 27205/3961/3545</w:t>
        <w:br/>
        <w:t>f 27213/3967/3550 27211/3965/3548 27210/3966/3549</w:t>
        <w:br/>
        <w:t>f 27212/3968/3551 27213/3967/3550 27210/3966/3549</w:t>
        <w:br/>
        <w:t>f 27215/3969/3552 27213/3967/3550 27212/3968/3551</w:t>
        <w:br/>
        <w:t>f 27214/3970/3553 27215/3969/3552 27212/3968/3551</w:t>
        <w:br/>
        <w:t>f 27217/3971/3554 27215/3969/3552 27214/3970/3553</w:t>
        <w:br/>
        <w:t>f 27216/3972/3555 27217/3971/3554 27214/3970/3553</w:t>
        <w:br/>
        <w:t>f 27219/3973/3556 27217/3971/3554 27216/3972/3555</w:t>
        <w:br/>
        <w:t>f 27218/3974/3557 27219/3973/3556 27216/3972/3555</w:t>
        <w:br/>
        <w:t>f 27221/3975/3558 27219/3973/3556 27218/3974/3557</w:t>
        <w:br/>
        <w:t>f 27220/3976/3559 27221/3975/3558 27218/3974/3557</w:t>
        <w:br/>
        <w:t>f 27223/3977/3560 27222/3978/3561 27221/3975/3558</w:t>
        <w:br/>
        <w:t>f 27220/3976/3559 27223/3977/3560 27221/3975/3558</w:t>
        <w:br/>
        <w:t>f 27225/3979/3562 27224/3980/3563 27222/3978/3561</w:t>
        <w:br/>
        <w:t>f 27223/3977/3560 27225/3979/3562 27222/3978/3561</w:t>
        <w:br/>
        <w:t>f 27227/3981/3564 27226/3982/3565 27224/3980/3563</w:t>
        <w:br/>
        <w:t>f 27225/3979/3562 27227/3981/3564 27224/3980/3563</w:t>
        <w:br/>
        <w:t>f 27229/3983/3566 27226/3982/3565 27227/3981/3564</w:t>
        <w:br/>
        <w:t>f 27228/3984/3567 27229/3983/3566 27227/3981/3564</w:t>
        <w:br/>
        <w:t>f 27231/3985/3568 27229/3983/3566 27228/3984/3567</w:t>
        <w:br/>
        <w:t>f 27230/3986/3568 27231/3985/3568 27228/3984/3567</w:t>
        <w:br/>
        <w:t>f 27233/3987/3569 27208/3963/3546 27209/3962/3546</w:t>
        <w:br/>
        <w:t>f 27232/3988/3569 27233/3987/3569 27209/3962/3546</w:t>
        <w:br/>
        <w:t>f 27057/3811/3418 27058/3810/3417 27234/3989/3538</w:t>
        <w:br/>
        <w:t>f 27173/3927/3519 27057/3811/3418 27234/3989/3538</w:t>
        <w:br/>
        <w:t>f 27238/3990/3570 27237/3991/3571 27236/3992/3572</w:t>
        <w:br/>
        <w:t>f 27235/3993/3571 27238/3990/3570 27236/3992/3572</w:t>
        <w:br/>
        <w:t>f 27239/3994/3573 27182/3938/3528 27183/3937/3527</w:t>
        <w:br/>
        <w:t>f 27236/3992/3574 27239/3994/3573 27183/3937/3527</w:t>
        <w:br/>
        <w:t>f 27182/3938/3528 27239/3994/3573 27240/3995/3575</w:t>
        <w:br/>
        <w:t>f 27243/3996/3576 27240/3995/3575 27242/3997/3577</w:t>
        <w:br/>
        <w:t>f 27241/3998/3578 27243/3996/3576 27242/3997/3577</w:t>
        <w:br/>
        <w:t>f 27241/3998/3578 27242/3997/3577 27245/3999/3579</w:t>
        <w:br/>
        <w:t>f 27244/4000/3580 27241/3998/3578 27245/3999/3579</w:t>
        <w:br/>
        <w:t>f 27247/4001/3581 27246/4002/3582 27244/4000/3580</w:t>
        <w:br/>
        <w:t>f 27245/3999/3579 27247/4001/3581 27244/4000/3580</w:t>
        <w:br/>
        <w:t>f 27249/4003/3583 27248/4004/3584 27246/4002/3582</w:t>
        <w:br/>
        <w:t>f 27247/4001/3581 27249/4003/3583 27246/4002/3582</w:t>
        <w:br/>
        <w:t>f 27251/4005/3585 27250/4006/3586 27248/4004/3584</w:t>
        <w:br/>
        <w:t>f 27249/4003/3583 27251/4005/3585 27248/4004/3584</w:t>
        <w:br/>
        <w:t>f 27253/4007/3587 27252/4008/3588 27250/4006/3586</w:t>
        <w:br/>
        <w:t>f 27251/4005/3585 27253/4007/3587 27250/4006/3586</w:t>
        <w:br/>
        <w:t>f 27255/4009/3589 27254/4010/3590 27252/4008/3588</w:t>
        <w:br/>
        <w:t>f 27253/4007/3587 27255/4009/3589 27252/4008/3588</w:t>
        <w:br/>
        <w:t>f 27257/4011/3591 27256/4012/3592 27254/4010/3590</w:t>
        <w:br/>
        <w:t>f 27255/4009/3589 27257/4011/3591 27254/4010/3590</w:t>
        <w:br/>
        <w:t>f 27261/4013/3593 27260/4014/3593 27259/4015/3594</w:t>
        <w:br/>
        <w:t>f 27258/4016/3595 27261/4013/3593 27259/4015/3594</w:t>
        <w:br/>
        <w:t>f 27191/3948/3535 27192/3947/3535 27263/4017/3596</w:t>
        <w:br/>
        <w:t>f 27262/4018/3596 27191/3948/3535 27263/4017/3596</w:t>
        <w:br/>
        <w:t>f 27266/4019/3597 27265/4020/3420 27264/4021/3598</w:t>
        <w:br/>
        <w:t>f 27268/4022/3599 27090/3844/3450 27150/3905/3499</w:t>
        <w:br/>
        <w:t>f 27267/4023/3600 27268/4022/3599 27150/3905/3499</w:t>
        <w:br/>
        <w:t>f 27267/4023/3600 27150/3905/3499 27151/3906/3500</w:t>
        <w:br/>
        <w:t>f 27269/4024/3601 27267/4023/3600 27151/3906/3500</w:t>
        <w:br/>
        <w:t>f 27272/4025/3602 27271/4026/3603 27270/4027/3541</w:t>
        <w:br/>
        <w:t>f 27238/3990/3570 27272/4025/3602 27270/4027/3541</w:t>
        <w:br/>
        <w:t>f 27201/3955/3541 27274/4028/3604 27273/4029/3605</w:t>
        <w:br/>
        <w:t>f 27200/3956/3542 27201/3955/3541 27273/4029/3605</w:t>
        <w:br/>
        <w:t>f 27278/4030/3606 27277/4031/3607 27276/4032/3608</w:t>
        <w:br/>
        <w:t>f 27275/4033/3609 27278/4030/3606 27276/4032/3608</w:t>
        <w:br/>
        <w:t>f 27275/4033/3609 27276/4032/3608 27279/4034/3610</w:t>
        <w:br/>
        <w:t>f 27280/4035/3611 27275/4033/3609 27279/4034/3610</w:t>
        <w:br/>
        <w:t>f 27162/3917/3511 27048/3800/3408 27281/4036/3610</w:t>
        <w:br/>
        <w:t>f 27264/4021/3598 27265/4020/3420 27275/4033/3609</w:t>
        <w:br/>
        <w:t>f 27280/4035/3611 27264/4021/3598 27275/4033/3609</w:t>
        <w:br/>
        <w:t>f 27282/4037/3611 27086/3843/3449 27090/3844/3450</w:t>
        <w:br/>
        <w:t>f 27268/4022/3599 27282/4037/3611 27090/3844/3450</w:t>
        <w:br/>
        <w:t>f 27232/3988/3569 27231/3985/3568 27230/3986/3568</w:t>
        <w:br/>
        <w:t>f 27233/3987/3569 27232/3988/3569 27230/3986/3568</w:t>
        <w:br/>
        <w:t>f 27262/4018/3596 27263/4017/3596 27260/4014/3593</w:t>
        <w:br/>
        <w:t>f 27261/4013/3593 27262/4018/3596 27260/4014/3593</w:t>
        <w:br/>
        <w:t>f 27284/4038/3612 27283/4039/3613 27189/3943/3532</w:t>
        <w:br/>
        <w:t>f 27190/3942/3532 27284/4038/3612 27189/3943/3532</w:t>
        <w:br/>
        <w:t>f 27210/3966/3549 27285/4040/3614 27212/3968/3551</w:t>
        <w:br/>
        <w:t>f 27214/3970/3553 27212/3968/3551 27285/4040/3614</w:t>
        <w:br/>
        <w:t>f 27286/4041/3615 27214/3970/3553 27285/4040/3614</w:t>
        <w:br/>
        <w:t>f 27220/3976/3559 27218/3974/3557 27288/4042/3616</w:t>
        <w:br/>
        <w:t>f 27287/4043/3617 27220/3976/3559 27288/4042/3616</w:t>
        <w:br/>
        <w:t>f 27220/3976/3559 27287/4043/3617 27289/4044/3618</w:t>
        <w:br/>
        <w:t>f 27223/3977/3560 27220/3976/3559 27289/4044/3618</w:t>
        <w:br/>
        <w:t>f 27292/4045/3619 27291/4046/3620 27290/4047/3621</w:t>
        <w:br/>
        <w:t>f 27296/4048/3622 27295/4049/3623 27294/4050/3624</w:t>
        <w:br/>
        <w:t>f 27293/4051/3625 27296/4048/3622 27294/4050/3624</w:t>
        <w:br/>
        <w:t>f 27300/4052/3626 27299/4053/3626 27298/4054/3627</w:t>
        <w:br/>
        <w:t>f 27297/4055/3628 27300/4052/3626 27298/4054/3627</w:t>
        <w:br/>
        <w:t>f 27225/3979/3562 27223/3977/3560 27289/4044/3618</w:t>
        <w:br/>
        <w:t>f 27301/4056/3620 27225/3979/3562 27289/4044/3618</w:t>
        <w:br/>
        <w:t>f 27305/4057/3629 27304/4058/3630 27303/4059/3631</w:t>
        <w:br/>
        <w:t>f 27302/4060/3629 27305/4057/3629 27303/4059/3631</w:t>
        <w:br/>
        <w:t>f 27307/4061/3632 27305/4057/3629 27302/4060/3629</w:t>
        <w:br/>
        <w:t>f 27306/4062/3632 27307/4061/3632 27302/4060/3629</w:t>
        <w:br/>
        <w:t>f 27309/4063/3633 27307/4061/3632 27306/4062/3632</w:t>
        <w:br/>
        <w:t>f 27308/4064/3633 27309/4063/3633 27306/4062/3632</w:t>
        <w:br/>
        <w:t>f 27313/4065/3634 27312/4066/3635 27311/4067/3635</w:t>
        <w:br/>
        <w:t>f 27310/4068/3636 27313/4065/3634 27311/4067/3635</w:t>
        <w:br/>
        <w:t>f 27317/4069/3637 27316/4070/3638 27315/4071/3638</w:t>
        <w:br/>
        <w:t>f 27314/4072/3594 27317/4069/3637 27315/4071/3638</w:t>
        <w:br/>
        <w:t>f 27319/4073/3639 27318/4074/3639 27317/4069/3637</w:t>
        <w:br/>
        <w:t>f 27314/4072/3594 27319/4073/3639 27317/4069/3637</w:t>
        <w:br/>
        <w:t>f 27323/4075/3640 27322/4076/3641 27321/4077/3642</w:t>
        <w:br/>
        <w:t>f 27320/4078/3642 27323/4075/3640 27321/4077/3642</w:t>
        <w:br/>
        <w:t>f 27295/4049/3623 27296/4048/3622 27322/4076/3641</w:t>
        <w:br/>
        <w:t>f 27323/4075/3640 27295/4049/3623 27322/4076/3641</w:t>
        <w:br/>
        <w:t>f 27327/4079/3643 27326/4080/3644 27325/4081/3645</w:t>
        <w:br/>
        <w:t>f 27324/4082/3646 27327/4079/3643 27325/4081/3645</w:t>
        <w:br/>
        <w:t>f 27326/4080/3644 27327/4079/3643 27292/4045/3619</w:t>
        <w:br/>
        <w:t>f 27290/4047/3621 27326/4080/3644 27292/4045/3619</w:t>
        <w:br/>
        <w:t>f 27308/4064/3633 27311/4067/3635 27312/4066/3635</w:t>
        <w:br/>
        <w:t>f 27309/4063/3633 27308/4064/3633 27312/4066/3635</w:t>
        <w:br/>
        <w:t>f 27293/4051/3625 27294/4050/3624 27299/4053/3626</w:t>
        <w:br/>
        <w:t>f 27300/4052/3626 27293/4051/3625 27299/4053/3626</w:t>
        <w:br/>
        <w:t>f 27330/4083/3647 27329/4084/3648 27328/4085/3649</w:t>
        <w:br/>
        <w:t>f 27298/4054/3627 27331/4086/3650 27297/4055/3628</w:t>
        <w:br/>
        <w:t>f 27335/4087/3651 27334/4088/3652 27333/4089/3653</w:t>
        <w:br/>
        <w:t>f 27332/4090/3654 27335/4087/3651 27333/4089/3653</w:t>
        <w:br/>
        <w:t>f 27334/4088/3652 27337/4091/3655 27336/4092/3656</w:t>
        <w:br/>
        <w:t>f 27333/4089/3653 27334/4088/3652 27336/4092/3656</w:t>
        <w:br/>
        <w:t>f 27337/4091/3655 27339/4093/3657 27338/4094/3658</w:t>
        <w:br/>
        <w:t>f 27336/4092/3656 27337/4091/3655 27338/4094/3658</w:t>
        <w:br/>
        <w:t>f 27339/4093/3657 27341/4095/3659 27340/4096/3660</w:t>
        <w:br/>
        <w:t>f 27338/4094/3658 27339/4093/3657 27340/4096/3660</w:t>
        <w:br/>
        <w:t>f 27341/4095/3659 27343/4097/3661 27342/4098/3662</w:t>
        <w:br/>
        <w:t>f 27340/4096/3660 27341/4095/3659 27342/4098/3662</w:t>
        <w:br/>
        <w:t>f 27346/4099/3663 27345/4100/3664 27343/4097/3661</w:t>
        <w:br/>
        <w:t>f 27344/4101/3665 27346/4099/3663 27343/4097/3661</w:t>
        <w:br/>
        <w:t>f 27345/4100/3664 27346/4099/3663 27348/4102/3666</w:t>
        <w:br/>
        <w:t>f 27347/4103/3667 27345/4100/3664 27348/4102/3666</w:t>
        <w:br/>
        <w:t>f 27350/4104/3668 27258/4016/3595 27259/4015/3594</w:t>
        <w:br/>
        <w:t>f 27349/4105/3668 27350/4104/3668 27259/4015/3594</w:t>
        <w:br/>
        <w:t>f 27257/4011/3591 27350/4104/3668 27349/4105/3668</w:t>
        <w:br/>
        <w:t>f 27256/4012/3592 27257/4011/3591 27349/4105/3668</w:t>
        <w:br/>
        <w:t>f 27276/4032/3608 27277/4031/3607 27352/4106/3401</w:t>
        <w:br/>
        <w:t>f 27351/4107/3400 27276/4032/3608 27352/4106/3401</w:t>
        <w:br/>
        <w:t>f 27320/4078/3642 27321/4077/3642 27318/4074/3639</w:t>
        <w:br/>
        <w:t>f 27319/4073/3639 27320/4078/3642 27318/4074/3639</w:t>
        <w:br/>
        <w:t>f 27304/4058/3630 27335/4087/3651 27332/4090/3654</w:t>
        <w:br/>
        <w:t>f 27303/4059/3631 27304/4058/3630 27332/4090/3654</w:t>
        <w:br/>
        <w:t>f 27216/3972/3555 27214/3970/3553 27286/4041/3615</w:t>
        <w:br/>
        <w:t>f 27353/4108/3669 27216/3972/3555 27286/4041/3615</w:t>
        <w:br/>
        <w:t>f 27218/3974/3557 27216/3972/3555 27353/4108/3669</w:t>
        <w:br/>
        <w:t>f 27288/4042/3616 27218/3974/3557 27353/4108/3669</w:t>
        <w:br/>
        <w:t>f 27355/4109/3670 27354/4110/3671 27256/4012/3592</w:t>
        <w:br/>
        <w:t>f 27254/4010/3590 27256/4012/3592 27354/4110/3671</w:t>
        <w:br/>
        <w:t>f 27356/4111/3660 27254/4010/3590 27354/4110/3671</w:t>
        <w:br/>
        <w:t>f 27252/4008/3588 27358/4112/3662 27357/4113/3672</w:t>
        <w:br/>
        <w:t>f 27250/4006/3586 27252/4008/3588 27357/4113/3672</w:t>
        <w:br/>
        <w:t>f 27252/4008/3588 27254/4010/3590 27356/4111/3660</w:t>
        <w:br/>
        <w:t>f 27358/4112/3662 27252/4008/3588 27356/4111/3660</w:t>
        <w:br/>
        <w:t>f 27359/4114/3673 27324/4082/3646 27325/4081/3645</w:t>
        <w:br/>
        <w:t>f 27363/4115/3674 27362/4116/3674 27361/4117/3675</w:t>
        <w:br/>
        <w:t>f 27360/4118/3676 27363/4115/3674 27361/4117/3675</w:t>
        <w:br/>
        <w:t>f 27365/4119/3677 27364/4120/3677 27362/4116/3674</w:t>
        <w:br/>
        <w:t>f 27363/4115/3674 27365/4119/3677 27362/4116/3674</w:t>
        <w:br/>
        <w:t>f 27367/4121/3678 27366/4122/3678 27364/4120/3677</w:t>
        <w:br/>
        <w:t>f 27365/4119/3677 27367/4121/3678 27364/4120/3677</w:t>
        <w:br/>
        <w:t>f 27366/4122/3678 27367/4121/3678 27369/4123/3679</w:t>
        <w:br/>
        <w:t>f 27368/4124/3679 27366/4122/3678 27369/4123/3679</w:t>
        <w:br/>
        <w:t>f 27370/4125/3680 27359/4114/3673 27368/4124/3679</w:t>
        <w:br/>
        <w:t>f 27369/4123/3679 27370/4125/3680 27368/4124/3679</w:t>
        <w:br/>
        <w:t>f 27359/4114/3673 27370/4125/3680 27371/4126/3681</w:t>
        <w:br/>
        <w:t>f 27324/4082/3646 27359/4114/3673 27371/4126/3681</w:t>
        <w:br/>
        <w:t>f 27373/4127/3648 27372/4128/3647 27360/4118/3682</w:t>
        <w:br/>
        <w:t>f 27344/4101/3665 27343/4097/3661 27341/4095/3659</w:t>
        <w:br/>
        <w:t>f 27374/4129/3683 27344/4101/3665 27341/4095/3659</w:t>
        <w:br/>
        <w:t>f 27375/4130/3684 27374/4129/3683 27341/4095/3659</w:t>
        <w:br/>
        <w:t>f 27339/4093/3657 27375/4130/3684 27341/4095/3659</w:t>
        <w:br/>
        <w:t>f 27376/4131/3685 27375/4130/3684 27339/4093/3657</w:t>
        <w:br/>
        <w:t>f 27337/4091/3655 27376/4131/3685 27339/4093/3657</w:t>
        <w:br/>
        <w:t>f 27377/4132/3686 27376/4131/3685 27337/4091/3655</w:t>
        <w:br/>
        <w:t>f 27334/4088/3652 27377/4132/3686 27337/4091/3655</w:t>
        <w:br/>
        <w:t>f 27378/4133/3687 27377/4132/3686 27334/4088/3652</w:t>
        <w:br/>
        <w:t>f 27335/4087/3651 27378/4133/3687 27334/4088/3652</w:t>
        <w:br/>
        <w:t>f 27335/4087/3651 27304/4058/3630 27379/4134/3688</w:t>
        <w:br/>
        <w:t>f 27378/4133/3687 27335/4087/3651 27379/4134/3688</w:t>
        <w:br/>
        <w:t>f 27381/4135/3689 27379/4134/3688 27304/4058/3630</w:t>
        <w:br/>
        <w:t>f 27380/4136/3689 27381/4135/3689 27304/4058/3630</w:t>
        <w:br/>
        <w:t>f 27383/4137/3690 27381/4135/3689 27380/4136/3689</w:t>
        <w:br/>
        <w:t>f 27382/4138/3691 27383/4137/3690 27380/4136/3689</w:t>
        <w:br/>
        <w:t>f 27385/4139/3692 27383/4137/3690 27382/4138/3691</w:t>
        <w:br/>
        <w:t>f 27384/4140/3693 27385/4139/3692 27382/4138/3691</w:t>
        <w:br/>
        <w:t>f 27384/4140/3693 27387/4141/3694 27386/4142/3694</w:t>
        <w:br/>
        <w:t>f 27385/4139/3692 27384/4140/3693 27386/4142/3694</w:t>
        <w:br/>
        <w:t>f 27329/4084/3648 27386/4142/3694 27387/4141/3694</w:t>
        <w:br/>
        <w:t>f 27328/4085/3649 27329/4084/3648 27387/4141/3694</w:t>
        <w:br/>
        <w:t>f 27310/4068/3636 27388/4143/3695 27313/4065/3634</w:t>
        <w:br/>
        <w:t>f 27315/4071/3638 27316/4070/3638 27389/4144/3696</w:t>
        <w:br/>
        <w:t>f 27391/4145/3697 27284/4038/3612 27390/4146/3698</w:t>
        <w:br/>
        <w:t>f 27324/4082/3646 27371/4126/3681 27392/4147/3699</w:t>
        <w:br/>
        <w:t>f 27355/4109/3670 27256/4012/3592 27393/4148/3700</w:t>
        <w:br/>
        <w:t>f 27355/4109/3670 27393/4148/3700 27394/4149/3701</w:t>
        <w:br/>
        <w:t>f 27395/4150/3619 27228/3984/3567 27227/3981/3564</w:t>
        <w:br/>
        <w:t>f 27324/4082/3646 27392/4147/3699 27327/4079/3643</w:t>
        <w:br/>
        <w:t>f 27396/4151/3702 27391/4145/3697 27390/4146/3698</w:t>
        <w:br/>
        <w:t>f 27395/4150/3619 27227/3981/3564 27225/3979/3562</w:t>
        <w:br/>
        <w:t>f 27395/4150/3619 27225/3979/3562 27301/4056/3620</w:t>
        <w:br/>
        <w:t>f 27398/4152/3703 27397/4153/3701 27283/4039/3613</w:t>
        <w:br/>
        <w:t>f 27345/4100/3664 27399/4154/3704 27342/4098/3662</w:t>
        <w:br/>
        <w:t>f 27343/4097/3661 27345/4100/3664 27342/4098/3662</w:t>
        <w:br/>
        <w:t>f 27391/4145/3697 27283/4039/3613 27284/4038/3612</w:t>
        <w:br/>
        <w:t>f 27151/3906/3500 27041/3799/3407 27400/4155/3705</w:t>
        <w:br/>
        <w:t>f 27269/4024/3601 27151/3906/3500 27400/4155/3705</w:t>
        <w:br/>
        <w:t>f 27404/4156/3706 27403/4157/3707 27402/4158/3708</w:t>
        <w:br/>
        <w:t>f 27401/4159/3709 27404/4156/3706 27402/4158/3708</w:t>
        <w:br/>
        <w:t>f 27407/4160/3542 27406/4161/3605 27186/3941/3531</w:t>
        <w:br/>
        <w:t>f 27405/4162/3710 27407/4160/3542 27186/3941/3531</w:t>
        <w:br/>
        <w:t>f 27173/3927/3519 27234/3989/3538 27271/4026/3603</w:t>
        <w:br/>
        <w:t>f 27272/4025/3602 27173/3927/3519 27271/4026/3603</w:t>
        <w:br/>
        <w:t>f 27274/4028/3604 27197/3951/3538 27198/3950/3537</w:t>
        <w:br/>
        <w:t>f 27273/4029/3605 27274/4028/3604 27198/3950/3537</w:t>
        <w:br/>
        <w:t>f 27400/4155/3705 27186/3941/3531 27406/4161/3605</w:t>
        <w:br/>
        <w:t>f 27086/3843/3449 27282/4037/3611 27281/4036/3610</w:t>
        <w:br/>
        <w:t>f 27048/3800/3408 27086/3843/3449 27281/4036/3610</w:t>
        <w:br/>
        <w:t>f 27048/3800/3408 27162/3917/3511 27047/3801/3409</w:t>
        <w:br/>
        <w:t>f 27276/4032/3608 27351/4107/3400 27408/4163/3711</w:t>
        <w:br/>
        <w:t>f 27172/3928/3520 27173/3927/3519 27272/4025/3602</w:t>
        <w:br/>
        <w:t>f 27409/4164/3382 27172/3928/3520 27272/4025/3602</w:t>
        <w:br/>
        <w:t>f 27409/4164/3382 27272/4025/3602 27411/4165/3712</w:t>
        <w:br/>
        <w:t>f 27410/4166/3713 27409/4164/3382 27411/4165/3712</w:t>
        <w:br/>
        <w:t>f 27183/3937/3527 27413/4167/3376 27412/4168/3714</w:t>
        <w:br/>
        <w:t>f 27238/3990/3570 27183/3937/3527 27412/4168/3714</w:t>
        <w:br/>
        <w:t>f 27403/4157/3707 27415/4169/3715 27414/4170/3716</w:t>
        <w:br/>
        <w:t>f 27402/4158/3708 27403/4157/3707 27414/4170/3716</w:t>
        <w:br/>
        <w:t>f 27181/3939/3529 27182/3938/3528 27243/3996/3576</w:t>
        <w:br/>
        <w:t>f 27250/4006/3586 27357/4113/3672 27416/4171/3717</w:t>
        <w:br/>
        <w:t>f 27248/4004/3584 27250/4006/3586 27416/4171/3717</w:t>
        <w:br/>
        <w:t>f 27419/4172/3718 27415/4169/3715 27418/4173/3719</w:t>
        <w:br/>
        <w:t>f 27417/4174/3720 27419/4172/3718 27418/4173/3719</w:t>
        <w:br/>
        <w:t>f 27421/4175/3721 27420/4176/3722 27419/4172/3718</w:t>
        <w:br/>
        <w:t>f 27417/4174/3720 27421/4175/3721 27419/4172/3718</w:t>
        <w:br/>
        <w:t>f 27423/4177/3723 27422/4178/3724 27420/4176/3722</w:t>
        <w:br/>
        <w:t>f 27421/4175/3721 27423/4177/3723 27420/4176/3722</w:t>
        <w:br/>
        <w:t>f 27422/4178/3724 27423/4177/3723 27424/4179/3725</w:t>
        <w:br/>
        <w:t>f 27347/4103/3667 27422/4178/3724 27424/4179/3725</w:t>
        <w:br/>
        <w:t>f 27415/4169/3715 27419/4172/3718 27425/4180/3726</w:t>
        <w:br/>
        <w:t>f 27414/4170/3716 27415/4169/3715 27425/4180/3726</w:t>
        <w:br/>
        <w:t>f 27427/4181/3727 27243/3996/3576 27241/3998/3578</w:t>
        <w:br/>
        <w:t>f 27426/4182/3728 27427/4181/3727 27241/3998/3578</w:t>
        <w:br/>
        <w:t>f 27244/4000/3580 27428/4183/3729 27426/4182/3728</w:t>
        <w:br/>
        <w:t>f 27241/3998/3578 27244/4000/3580 27426/4182/3728</w:t>
        <w:br/>
        <w:t>f 27347/4103/3667 27348/4102/3666 27429/4184/3730</w:t>
        <w:br/>
        <w:t>f 27422/4178/3724 27347/4103/3667 27429/4184/3730</w:t>
        <w:br/>
        <w:t>f 27422/4178/3724 27429/4184/3730 27430/4185/3731</w:t>
        <w:br/>
        <w:t>f 27420/4176/3722 27422/4178/3724 27430/4185/3731</w:t>
        <w:br/>
        <w:t>f 27419/4172/3718 27420/4176/3722 27430/4185/3731</w:t>
        <w:br/>
        <w:t>f 27425/4180/3726 27419/4172/3718 27430/4185/3731</w:t>
        <w:br/>
        <w:t>f 27246/4002/3582 27431/4186/3732 27428/4183/3729</w:t>
        <w:br/>
        <w:t>f 27244/4000/3580 27246/4002/3582 27428/4183/3729</w:t>
        <w:br/>
        <w:t>f 27248/4004/3584 27416/4171/3717 27431/4186/3732</w:t>
        <w:br/>
        <w:t>f 27246/4002/3582 27248/4004/3584 27431/4186/3732</w:t>
        <w:br/>
        <w:t>f 27347/4103/3667 27424/4179/3725 27399/4154/3704</w:t>
        <w:br/>
        <w:t>f 27345/4100/3664 27347/4103/3667 27399/4154/3704</w:t>
        <w:br/>
        <w:t>f 27408/4163/3711 27279/4034/3610 27276/4032/3608</w:t>
        <w:br/>
        <w:t>f 27435/4187/3733 27434/4188/3733 27433/4189/3734</w:t>
        <w:br/>
        <w:t>f 27432/4190/3734 27435/4187/3733 27433/4189/3734</w:t>
        <w:br/>
        <w:t>f 27439/4191/3735 27438/4192/3736 27437/4193/3737</w:t>
        <w:br/>
        <w:t>f 27436/4194/3735 27439/4191/3735 27437/4193/3737</w:t>
        <w:br/>
        <w:t>f 27443/4195/3738 27442/4196/3738 27441/4197/3739</w:t>
        <w:br/>
        <w:t>f 27440/4198/3740 27443/4195/3738 27441/4197/3739</w:t>
        <w:br/>
        <w:t>f 27447/4199/3741 27446/4200/3742 27445/4201/3742</w:t>
        <w:br/>
        <w:t>f 27444/4202/3741 27447/4199/3741 27445/4201/3742</w:t>
        <w:br/>
        <w:t>f 26915/3667/3283 27437/4193/3737 27438/4192/3736</w:t>
        <w:br/>
        <w:t>f 26914/3668/3284 26915/3667/3283 27438/4192/3736</w:t>
        <w:br/>
        <w:t>f 27446/4200/3742 26933/3685/3299 26930/3688/3299</w:t>
        <w:br/>
        <w:t>f 27445/4201/3742 27446/4200/3742 26930/3688/3299</w:t>
        <w:br/>
        <w:t>f 27442/4196/3738 27443/4195/3738 26953/3710/3322</w:t>
        <w:br/>
        <w:t>f 26954/3709/3321 27442/4196/3738 26953/3710/3322</w:t>
        <w:br/>
        <w:t>f 27436/4194/3735 27448/4203/3743 27439/4191/3735</w:t>
        <w:br/>
        <w:t>f 27449/4204/3744 27434/4188/3733 27435/4187/3733</w:t>
        <w:br/>
        <w:t>f 27441/4197/3739 27450/4205/3745 27440/4198/3740</w:t>
        <w:br/>
        <w:t>f 27123/3879/3482 27124/3878/3482 27432/4190/3734</w:t>
        <w:br/>
        <w:t>f 27433/4189/3734 27123/3879/3482 27432/4190/3734</w:t>
        <w:br/>
        <w:t>f 27451/4206/3746 27447/4199/3741 27444/4202/3741</w:t>
        <w:br/>
        <w:t>f 27455/4207/3747 27454/4208/3748 27453/4209/3749</w:t>
        <w:br/>
        <w:t>f 27452/4210/3750 27455/4207/3747 27453/4209/3749</w:t>
        <w:br/>
        <w:t>f 27457/4211/3751 27453/4209/3749 27454/4208/3748</w:t>
        <w:br/>
        <w:t>f 27456/4212/3752 27457/4211/3751 27454/4208/3748</w:t>
        <w:br/>
        <w:t>f 27459/4213/3753 27457/4211/3751 27456/4212/3752</w:t>
        <w:br/>
        <w:t>f 27458/4214/3754 27459/4213/3753 27456/4212/3752</w:t>
        <w:br/>
        <w:t>f 27463/4215/3755 27462/4216/3756 27461/4217/3757</w:t>
        <w:br/>
        <w:t>f 27460/4218/3758 27463/4215/3755 27461/4217/3757</w:t>
        <w:br/>
        <w:t>f 27465/4219/3754 27460/4218/3758 27461/4217/3757</w:t>
        <w:br/>
        <w:t>f 27464/4220/3759 27465/4219/3754 27461/4217/3757</w:t>
        <w:br/>
        <w:t>f 27468/4221/3760 27467/4222/3761 27466/4223/3762</w:t>
        <w:br/>
        <w:t>f 27469/4224/3763 27468/4221/3760 27466/4223/3762</w:t>
        <w:br/>
        <w:t>f 27473/4225/3764 27472/4226/3765 27471/4227/3766</w:t>
        <w:br/>
        <w:t>f 27470/4228/3767 27473/4225/3764 27471/4227/3766</w:t>
        <w:br/>
        <w:t>f 27097/3855/3460 27111/3867/3471 27456/4212/3752</w:t>
        <w:br/>
        <w:t>f 27454/4208/3748 27097/3855/3460 27456/4212/3752</w:t>
        <w:br/>
        <w:t>f 27453/4209/3749 27457/4211/3751 26877/3633/3251</w:t>
        <w:br/>
        <w:t>f 27462/4216/3756 27165/3922/3516 27146/3901/3498</w:t>
        <w:br/>
        <w:t>f 27461/4217/3757 27462/4216/3756 27146/3901/3498</w:t>
        <w:br/>
        <w:t>f 27006/3760/3368 27469/4224/3763 27466/4223/3762</w:t>
        <w:br/>
        <w:t>f 27005/3761/3369 27006/3760/3368 27466/4223/3762</w:t>
        <w:br/>
        <w:t>f 27100/3852/3457 27097/3855/3460 27454/4208/3748</w:t>
        <w:br/>
        <w:t>f 27455/4207/3747 27100/3852/3457 27454/4208/3748</w:t>
        <w:br/>
        <w:t>f 26877/3633/3251 27180/3935/3525 27452/4210/3750</w:t>
        <w:br/>
        <w:t>f 27453/4209/3749 26877/3633/3251 27452/4210/3750</w:t>
        <w:br/>
        <w:t>f 27460/4218/3758 27465/4219/3754 27143/3899/3497</w:t>
        <w:br/>
        <w:t>f 27144/3898/3496 27460/4218/3758 27143/3899/3497</w:t>
        <w:br/>
        <w:t>f 27464/4220/3759 27461/4217/3757 27146/3901/3498</w:t>
        <w:br/>
        <w:t>f 27147/3900/3252 27464/4220/3759 27146/3901/3498</w:t>
        <w:br/>
        <w:t>f 27111/3867/3471 27112/3866/3470 27458/4214/3754</w:t>
        <w:br/>
        <w:t>f 27456/4212/3752 27111/3867/3471 27458/4214/3754</w:t>
        <w:br/>
        <w:t>f 27472/4226/3765 27163/3919/3513 27164/3918/3512</w:t>
        <w:br/>
        <w:t>f 27471/4227/3766 27472/4226/3765 27164/3918/3512</w:t>
        <w:br/>
        <w:t>f 27165/3922/3516 27473/4225/3764 27470/4228/3767</w:t>
        <w:br/>
        <w:t>f 27167/3920/3514 27165/3922/3516 27470/4228/3767</w:t>
        <w:br/>
        <w:t>f 27144/3898/3496 27179/3934/3524 27463/4215/3755</w:t>
        <w:br/>
        <w:t>f 27460/4218/3758 27144/3898/3496 27463/4215/3755</w:t>
        <w:br/>
        <w:t>f 27457/4211/3751 27459/4213/3753 26876/3634/3252</w:t>
        <w:br/>
        <w:t>f 26877/3633/3251 27457/4211/3751 26876/3634/3252</w:t>
        <w:br/>
        <w:t>f 27468/4221/3760 27015/3769/3377 27014/3770/3378</w:t>
        <w:br/>
        <w:t>f 27467/4222/3761 27468/4221/3760 27014/3770/3378</w:t>
        <w:br/>
        <w:t>f 27475/4229/3768 27418/4173/3769 27474/4230/3768</w:t>
        <w:br/>
        <w:t>f 27401/4159/3709 27407/4160/3542 27405/4162/3710</w:t>
        <w:br/>
        <w:t>f 27404/4156/3706 27401/4159/3709 27405/4162/3710</w:t>
        <w:br/>
        <w:t>f 27427/4181/3727 27181/3939/3529 27243/3996/3576</w:t>
        <w:br/>
        <w:t>f 27403/4157/3707 27418/4173/3719 27415/4169/3715</w:t>
        <w:br/>
        <w:t>f 27275/4033/3609 27265/4020/3420 27476/4231/3396</w:t>
        <w:br/>
        <w:t>f 27275/4033/3609 27476/4231/3396 27477/4232/3399</w:t>
        <w:br/>
        <w:t>f 27278/4030/3606 27275/4033/3609 27477/4232/3399</w:t>
        <w:br/>
        <w:t>f 27266/4019/3597 27195/3953/3539 27196/3952/3417</w:t>
        <w:br/>
        <w:t>f 27266/4019/3597 27196/3952/3417 27265/4020/3420</w:t>
        <w:br/>
        <w:t>f 27027/3782/3390 27074/3829/3436 27073/3828/3435</w:t>
        <w:br/>
        <w:t>f 27478/4233/3770 27023/3778/3386 27020/3777/3385</w:t>
        <w:br/>
        <w:t>f 27113/3868/3472 27024/3781/3389 27025/3780/3388</w:t>
        <w:br/>
        <w:t>f 27479/4234/3771 27113/3868/3472 27025/3780/3388</w:t>
        <w:br/>
        <w:t>f 27024/3781/3389 27113/3868/3472 27074/3829/3436</w:t>
        <w:br/>
        <w:t>f 27023/3778/3386 26897/3653/3271 27074/3829/3436</w:t>
        <w:br/>
        <w:t>f 27243/3996/3576 27182/3938/3528 27240/3995/3575</w:t>
        <w:br/>
        <w:t>f 27483/4235/3772 27482/4236/3773 27481/4237/3774</w:t>
        <w:br/>
        <w:t>f 27480/4238/3772 27483/4235/3772 27481/4237/3774</w:t>
        <w:br/>
        <w:t>f 27486/4239/3775 27485/4240/3776 27484/4241/3777</w:t>
        <w:br/>
        <w:t>f 27490/4242/3778 27489/4243/3779 27488/4244/3779</w:t>
        <w:br/>
        <w:t>f 27487/4245/3778 27490/4242/3778 27488/4244/3779</w:t>
        <w:br/>
        <w:t>f 27494/4246/3780 27493/4247/3781 27492/4248/3782</w:t>
        <w:br/>
        <w:t>f 27491/4249/3780 27494/4246/3780 27492/4248/3782</w:t>
        <w:br/>
        <w:t>f 27498/4250/3783 27497/4251/3784 27496/4252/3785</w:t>
        <w:br/>
        <w:t>f 27495/4253/3786 27498/4250/3783 27496/4252/3785</w:t>
        <w:br/>
        <w:t>f 27502/4254/3787 27501/4255/3788 27500/4256/3789</w:t>
        <w:br/>
        <w:t>f 27499/4257/3789 27502/4254/3787 27500/4256/3789</w:t>
        <w:br/>
        <w:t>f 27505/4258/3790 27504/4259/3775 27503/4260/3777</w:t>
        <w:br/>
        <w:t>f 27508/4261/3791 27507/4262/3792 27506/4263/3793</w:t>
        <w:br/>
        <w:t>f 27510/4264/3794 27509/4265/3795 27505/4258/3790</w:t>
        <w:br/>
        <w:t>f 27503/4260/3777 27510/4264/3794 27505/4258/3790</w:t>
        <w:br/>
        <w:t>f 27485/4240/3776 27512/4266/3796 27511/4267/3794</w:t>
        <w:br/>
        <w:t>f 27484/4241/3777 27485/4240/3776 27511/4267/3794</w:t>
        <w:br/>
        <w:t>f 26904/3662/3277 27492/4248/3782 27493/4247/3781</w:t>
        <w:br/>
        <w:t>f 26907/3659/3277 26904/3662/3277 27493/4247/3781</w:t>
        <w:br/>
        <w:t>f 26971/3727/3336 26972/3726/3335 27497/4251/3784</w:t>
        <w:br/>
        <w:t>f 27498/4250/3783 26971/3727/3336 27497/4251/3784</w:t>
        <w:br/>
        <w:t>f 27491/4249/3780 27514/4268/3797 27513/4269/3797</w:t>
        <w:br/>
        <w:t>f 27494/4246/3780 27491/4249/3780 27513/4269/3797</w:t>
        <w:br/>
        <w:t>f 27516/4270/3798 27515/4271/3798 27495/4253/3786</w:t>
        <w:br/>
        <w:t>f 27496/4252/3785 27516/4270/3798 27495/4253/3786</w:t>
        <w:br/>
        <w:t>f 27520/4272/3799 27519/4273/3800 27518/4274/3801</w:t>
        <w:br/>
        <w:t>f 27517/4275/3799 27520/4272/3799 27518/4274/3801</w:t>
        <w:br/>
        <w:t>f 27480/4238/3772 27520/4272/3799 27517/4275/3799</w:t>
        <w:br/>
        <w:t>f 27483/4235/3772 27480/4238/3772 27517/4275/3799</w:t>
        <w:br/>
        <w:t>f 27515/4271/3798 27516/4270/3798 27499/4257/3789</w:t>
        <w:br/>
        <w:t>f 27500/4256/3789 27515/4271/3798 27499/4257/3789</w:t>
        <w:br/>
        <w:t>f 27487/4245/3778 27513/4269/3797 27514/4268/3797</w:t>
        <w:br/>
        <w:t>f 27490/4242/3778 27487/4245/3778 27514/4268/3797</w:t>
        <w:br/>
        <w:t>f 27522/4276/3802 27481/4237/3774 27482/4236/3773</w:t>
        <w:br/>
        <w:t>f 27521/4277/3802 27522/4276/3802 27482/4236/3773</w:t>
        <w:br/>
        <w:t>f 27502/4254/3787 27509/4265/3795 27510/4264/3794</w:t>
        <w:br/>
        <w:t>f 27501/4255/3788 27502/4254/3787 27510/4264/3794</w:t>
        <w:br/>
        <w:t>f 27512/4266/3796 27488/4244/3779 27489/4243/3779</w:t>
        <w:br/>
        <w:t>f 27511/4267/3794 27512/4266/3796 27489/4243/3779</w:t>
        <w:br/>
        <w:t>f 27526/4278/3803 27525/4279/3804 27524/4280/3805</w:t>
        <w:br/>
        <w:t>f 27523/4281/3806 27526/4278/3803 27524/4280/3805</w:t>
        <w:br/>
        <w:t>f 27525/4279/3804 27526/4278/3803 27528/4282/3807</w:t>
        <w:br/>
        <w:t>f 27527/4283/3808 27525/4279/3804 27528/4282/3807</w:t>
        <w:br/>
        <w:t>f 27530/4284/3809 27529/4285/3810 27527/4283/3808</w:t>
        <w:br/>
        <w:t>f 27528/4282/3807 27530/4284/3809 27527/4283/3808</w:t>
        <w:br/>
        <w:t>f 27521/4277/3802 27532/4286/3811 27531/4287/3812</w:t>
        <w:br/>
        <w:t>f 27522/4276/3802 27521/4277/3802 27531/4287/3812</w:t>
        <w:br/>
        <w:t>f 27529/4285/3810 27530/4284/3809 27507/4262/3792</w:t>
        <w:br/>
        <w:t>f 27508/4261/3791 27529/4285/3810 27507/4262/3792</w:t>
        <w:br/>
        <w:t>f 27532/4286/3811 27533/4288/3813 27531/4287/3812</w:t>
        <w:br/>
        <w:t>f 26972/3726/3335 27129/3884/3487 27534/4289/3814</w:t>
        <w:br/>
        <w:t>f 27497/4251/3784 26972/3726/3335 27534/4289/3814</w:t>
        <w:br/>
        <w:t>f 27497/4251/3784 27534/4289/3814 27523/4281/3806</w:t>
        <w:br/>
        <w:t>f 27496/4252/3785 27497/4251/3784 27523/4281/3806</w:t>
        <w:br/>
        <w:t>f 27536/4290/3815 27518/4274/3801 27519/4273/3800</w:t>
        <w:br/>
        <w:t>f 27535/4291/3815 27536/4290/3815 27519/4273/3800</w:t>
        <w:br/>
        <w:t>f 26901/3658/3276 27536/4290/3815 27535/4291/3815</w:t>
        <w:br/>
        <w:t>f 26903/3656/3274 26901/3658/3276 27535/4291/3815</w:t>
        <w:br/>
        <w:t>f 27129/3884/3487 27176/3931/3522 27534/4289/3814</w:t>
        <w:br/>
        <w:t>f 27537/4292/3816 26998/3752/3360 26997/3753/3361</w:t>
        <w:br/>
        <w:t>f 26998/3752/3360 26999/3754/3362 26993/3751/3359</w:t>
        <w:br/>
        <w:t>f 27030/3783/3391 27028/3785/3393 26994/3750/3358</w:t>
        <w:br/>
        <w:t>f 27541/4293/3817 27540/4294/3818 27539/4295/3819</w:t>
        <w:br/>
        <w:t>f 27538/4296/3817 27541/4293/3817 27539/4295/3819</w:t>
        <w:br/>
        <w:t>f 27545/4297/3820 27544/4298/3821 27543/4299/3822</w:t>
        <w:br/>
        <w:t>f 27542/4300/3823 27545/4297/3820 27543/4299/3822</w:t>
        <w:br/>
        <w:t>f 27543/4299/3822 27537/4292/3816 26997/3753/3361</w:t>
        <w:br/>
        <w:t>f 27542/4300/3823 27543/4299/3822 26997/3753/3361</w:t>
        <w:br/>
        <w:t>f 27538/4296/3817 27028/3785/3393 27029/3784/3392</w:t>
        <w:br/>
        <w:t>f 27541/4293/3817 27538/4296/3817 27029/3784/3392</w:t>
        <w:br/>
        <w:t>f 27546/4301/3824 27539/4295/3819 27540/4294/3818</w:t>
        <w:br/>
        <w:t>f 27547/4302/3825 27544/4298/3821 27545/4297/3820</w:t>
        <w:br/>
        <w:t>f 26994/3750/3358 26998/3752/3360 26993/3751/3359</w:t>
        <w:br/>
        <w:t>f 26955/3708/3320 26953/3710/3322 27156/3911/3505</w:t>
        <w:br/>
        <w:t>f 27089/3845/3451 27087/3842/3448 27548/4303/3826</w:t>
        <w:br/>
        <w:t>f 27048/3800/3408 27045/3803/3411 27088/3841/3447</w:t>
        <w:br/>
        <w:t>f 27048/3800/3408 27088/3841/3447 27086/3843/3449</w:t>
        <w:br/>
        <w:t>f 27079/3832/3439 27077/3834/3440 27117/3869/3473</w:t>
        <w:br/>
        <w:t>f 27549/4304/3827 27079/3832/3439 27117/3869/3473</w:t>
        <w:br/>
        <w:t>f 27075/3830/3437 27094/3849/3455 27069/3825/3432</w:t>
        <w:br/>
        <w:t>f 27075/3830/3437 27047/3801/3409 27094/3849/3455</w:t>
        <w:br/>
        <w:t>f 27551/4305/3828 27070/3824/3431 27550/4306/3829</w:t>
        <w:br/>
        <w:t>f 27553/4307/3830 27552/4308/3831 27551/4305/3828</w:t>
        <w:br/>
        <w:t>f 27554/4309/3832 27553/4307/3830 27551/4305/3828</w:t>
        <w:br/>
        <w:t>f 27556/4310/3833 27553/4307/3830 27554/4309/3832</w:t>
        <w:br/>
        <w:t>f 27555/4311/3834 27556/4310/3833 27554/4309/3832</w:t>
        <w:br/>
        <w:t>f 27558/4312/3835 27556/4310/3833 27555/4311/3834</w:t>
        <w:br/>
        <w:t>f 27557/4313/3836 27558/4312/3835 27555/4311/3834</w:t>
        <w:br/>
        <w:t>f 27548/4303/3826 27558/4312/3835 27557/4313/3836</w:t>
        <w:br/>
        <w:t>f 27559/4314/3837 27548/4303/3826 27557/4313/3836</w:t>
        <w:br/>
        <w:t>f 27562/4315/3838 27561/4316/3839 27555/4311/3834</w:t>
        <w:br/>
        <w:t>f 27560/4317/3840 27562/4315/3838 27555/4311/3834</w:t>
        <w:br/>
        <w:t>f 27555/4311/3834 27561/4316/3839 27563/4318/3841</w:t>
        <w:br/>
        <w:t>f 27557/4313/3836 27555/4311/3834 27563/4318/3841</w:t>
        <w:br/>
        <w:t>f 27553/4307/3830 27556/4310/3833 27045/3803/3411</w:t>
        <w:br/>
        <w:t>f 27046/3802/3410 27553/4307/3830 27045/3803/3411</w:t>
        <w:br/>
        <w:t>f 27558/4312/3835 27088/3841/3447 27045/3803/3411</w:t>
        <w:br/>
        <w:t>f 27556/4310/3833 27558/4312/3835 27045/3803/3411</w:t>
        <w:br/>
        <w:t>f 27088/3841/3447 27558/4312/3835 27548/4303/3826</w:t>
        <w:br/>
        <w:t>f 27087/3842/3448 27088/3841/3447 27548/4303/3826</w:t>
        <w:br/>
        <w:t>f 27557/4313/3836 27563/4318/3841 27564/4319/3842</w:t>
        <w:br/>
        <w:t>f 27559/4314/3837 27557/4313/3836 27564/4319/3842</w:t>
        <w:br/>
        <w:t>f 27075/3830/3437 27076/3831/3438 27553/4307/3830</w:t>
        <w:br/>
        <w:t>f 27046/3802/3410 27075/3830/3437 27553/4307/3830</w:t>
        <w:br/>
        <w:t>f 27550/4306/3829 27562/4315/3838 27554/4309/3832</w:t>
        <w:br/>
        <w:t>f 27551/4305/3828 27550/4306/3829 27554/4309/3832</w:t>
        <w:br/>
        <w:t>f 27069/3825/3432 27070/3824/3431 27551/4305/3828</w:t>
        <w:br/>
        <w:t>f 27565/4320/3843 27118/3873/3477 27115/3871/3475</w:t>
        <w:br/>
        <w:t>f 27566/4321/3844 27549/4304/3827 27117/3869/3473</w:t>
        <w:br/>
        <w:t>f 27114/3872/3476 27566/4321/3844 27117/3869/3473</w:t>
        <w:br/>
        <w:t>f 27568/4322/3845 27567/4323/3846 27077/3834/3440</w:t>
        <w:br/>
        <w:t>f 27078/3833/3431 27568/4322/3845 27077/3834/3440</w:t>
        <w:br/>
        <w:t>f 27118/3873/3477 27566/4321/3844 27114/3872/3476</w:t>
        <w:br/>
        <w:t>f 27548/4303/3826 27569/4324/3847 27089/3845/3451</w:t>
        <w:br/>
        <w:t>f 27069/3825/3432 27551/4305/3828 27552/4308/3831</w:t>
        <w:br/>
        <w:t>f 27570/4325/3311 26939/3695/3307 26940/3694/3306</w:t>
        <w:br/>
        <w:t>f 27568/4322/3845 27078/3833/3431 27571/4326/3848</w:t>
        <w:br/>
        <w:t>f 27065/3818/3425 27568/4322/3845 27571/4326/3848</w:t>
        <w:br/>
        <w:t>f 27077/3834/3440 27567/4323/3846 27116/3870/3474</w:t>
        <w:br/>
        <w:t>f 27117/3869/3473 27077/3834/3440 27116/3870/3474</w:t>
        <w:br/>
        <w:t>f 27548/4303/3826 27559/4314/3837 27569/4324/3847</w:t>
        <w:br/>
        <w:t>f 27104/3861/3465 27089/3845/3451 27569/4324/3847</w:t>
        <w:br/>
        <w:t>f 27574/4327/3849 27573/4328/3850 27572/4329/3850</w:t>
        <w:br/>
        <w:t>f 27578/4330/3851 27577/4331/3852 27576/4332/3853</w:t>
        <w:br/>
        <w:t>f 27575/4333/3854 27578/4330/3851 27576/4332/3853</w:t>
        <w:br/>
        <w:t>f 27582/4334/3855 27581/4335/3856 27580/4336/3857</w:t>
        <w:br/>
        <w:t>f 27579/4337/3858 27582/4334/3855 27580/4336/3857</w:t>
        <w:br/>
        <w:t>f 27586/4338/3859 27585/4339/3860 27584/4340/3861</w:t>
        <w:br/>
        <w:t>f 27583/4341/3862 27586/4338/3859 27584/4340/3861</w:t>
        <w:br/>
        <w:t>f 27588/4342/3863 27587/4343/3864 27581/4335/3856</w:t>
        <w:br/>
        <w:t>f 27582/4334/3855 27588/4342/3863 27581/4335/3856</w:t>
        <w:br/>
        <w:t>f 27581/4335/3856 27590/4344/3865 27589/4345/3866</w:t>
        <w:br/>
        <w:t>f 27580/4336/3857 27581/4335/3856 27589/4345/3866</w:t>
        <w:br/>
        <w:t>f 27593/4346/3867 27592/4347/3868 27591/4348/3868</w:t>
        <w:br/>
        <w:t>f 27595/4349/3869 27594/4350/3870 27585/4339/3860</w:t>
        <w:br/>
        <w:t>f 27586/4338/3859 27595/4349/3869 27585/4339/3860</w:t>
        <w:br/>
        <w:t>f 27590/4344/3865 27581/4335/3856 27587/4343/3864</w:t>
        <w:br/>
        <w:t>f 27596/4351/3871 27590/4344/3865 27587/4343/3864</w:t>
        <w:br/>
        <w:t>f 27590/4344/3865 27598/4352/3872 27597/4353/3873</w:t>
        <w:br/>
        <w:t>f 27589/4345/3866 27590/4344/3865 27597/4353/3873</w:t>
        <w:br/>
        <w:t>f 27600/4354/3874 27599/4355/3875 27594/4350/3870</w:t>
        <w:br/>
        <w:t>f 27595/4349/3869 27600/4354/3874 27594/4350/3870</w:t>
        <w:br/>
        <w:t>f 27598/4352/3872 27590/4344/3865 27596/4351/3871</w:t>
        <w:br/>
        <w:t>f 27601/4356/3876 27598/4352/3872 27596/4351/3871</w:t>
        <w:br/>
        <w:t>f 27598/4352/3872 27603/4357/3877 27602/4358/3878</w:t>
        <w:br/>
        <w:t>f 27597/4353/3873 27598/4352/3872 27602/4358/3878</w:t>
        <w:br/>
        <w:t>f 27605/4359/3879 27604/4360/3880 27599/4355/3875</w:t>
        <w:br/>
        <w:t>f 27600/4354/3874 27605/4359/3879 27599/4355/3875</w:t>
        <w:br/>
        <w:t>f 27603/4357/3877 27598/4352/3872 27601/4356/3876</w:t>
        <w:br/>
        <w:t>f 27606/4361/3881 27603/4357/3877 27601/4356/3876</w:t>
        <w:br/>
        <w:t>f 27603/4357/3877 27608/4362/3882 27607/4363/3882</w:t>
        <w:br/>
        <w:t>f 27602/4358/3878 27603/4357/3877 27607/4363/3882</w:t>
        <w:br/>
        <w:t>f 27610/4364/3883 27609/4365/3884 27604/4360/3880</w:t>
        <w:br/>
        <w:t>f 27605/4359/3879 27610/4364/3883 27604/4360/3880</w:t>
        <w:br/>
        <w:t>f 27612/4366/3885 27611/4367/3886 27603/4357/3877</w:t>
        <w:br/>
        <w:t>f 27606/4361/3881 27612/4366/3885 27603/4357/3877</w:t>
        <w:br/>
        <w:t>f 27608/4362/3882 27614/4368/3887 27613/4369/3888</w:t>
        <w:br/>
        <w:t>f 27607/4363/3882 27608/4362/3882 27613/4369/3888</w:t>
        <w:br/>
        <w:t>f 27610/4364/3883 27616/4370/3889 27615/4371/3890</w:t>
        <w:br/>
        <w:t>f 27609/4365/3884 27610/4364/3883 27615/4371/3890</w:t>
        <w:br/>
        <w:t>f 27618/4372/3891 27617/4373/3892 27611/4367/3886</w:t>
        <w:br/>
        <w:t>f 27612/4366/3885 27618/4372/3891 27611/4367/3886</w:t>
        <w:br/>
        <w:t>f 27614/4368/3887 27619/4374/3893 27613/4369/3888</w:t>
        <w:br/>
        <w:t>f 27621/4375/3894 27620/4376/3895 27616/4370/3889</w:t>
        <w:br/>
        <w:t>f 27616/4370/3889 27622/4377/3896 27615/4371/3890</w:t>
        <w:br/>
        <w:t>f 27624/4378/3897 27623/4379/3898 27617/4373/3899</w:t>
        <w:br/>
        <w:t>f 27628/4380/3900 27627/4381/3901 27626/4382/3902</w:t>
        <w:br/>
        <w:t>f 27625/4383/3903 27628/4380/3900 27626/4382/3902</w:t>
        <w:br/>
        <w:t>f 27631/4384/3904 27630/4385/3905 27629/4386/3906</w:t>
        <w:br/>
        <w:t>f 27583/4341/3862 27631/4384/3904 27629/4386/3906</w:t>
        <w:br/>
        <w:t>f 27632/4387/3907 27586/4338/3859 27583/4341/3862</w:t>
        <w:br/>
        <w:t>f 27629/4386/3906 27632/4387/3907 27583/4341/3862</w:t>
        <w:br/>
        <w:t>f 27633/4388/3908 27595/4349/3869 27586/4338/3859</w:t>
        <w:br/>
        <w:t>f 27632/4387/3907 27633/4388/3908 27586/4338/3859</w:t>
        <w:br/>
        <w:t>f 27637/4389/3909 27636/4390/3910 27635/4391/3911</w:t>
        <w:br/>
        <w:t>f 27634/4392/3912 27637/4389/3909 27635/4391/3911</w:t>
        <w:br/>
        <w:t>f 27641/4393/3913 27640/4394/3914 27639/4395/3915</w:t>
        <w:br/>
        <w:t>f 27638/4396/3913 27641/4393/3913 27639/4395/3915</w:t>
        <w:br/>
        <w:t>f 27643/4397/3916 27641/4393/3913 27638/4396/3913</w:t>
        <w:br/>
        <w:t>f 27642/4398/3916 27643/4397/3916 27638/4396/3913</w:t>
        <w:br/>
        <w:t>f 27645/4399/3917 27643/4397/3916 27642/4398/3916</w:t>
        <w:br/>
        <w:t>f 27644/4400/3917 27645/4399/3917 27642/4398/3916</w:t>
        <w:br/>
        <w:t>f 27647/4401/3918 27645/4399/3917 27644/4400/3917</w:t>
        <w:br/>
        <w:t>f 27646/4402/3919 27647/4401/3918 27644/4400/3917</w:t>
        <w:br/>
        <w:t>f 27649/4403/3920 27648/4404/3921 27625/4383/3903</w:t>
        <w:br/>
        <w:t>f 27626/4382/3902 27649/4403/3920 27625/4383/3903</w:t>
        <w:br/>
        <w:t>f 27619/4374/3893 27647/4401/3922 27613/4369/3888</w:t>
        <w:br/>
        <w:t>f 27652/4405/3923 27651/4406/3924 27650/4407/3925</w:t>
        <w:br/>
        <w:t>f 27654/4408/3926 27582/4334/3855 27579/4337/3858</w:t>
        <w:br/>
        <w:t>f 27653/4409/3926 27654/4408/3926 27579/4337/3858</w:t>
        <w:br/>
        <w:t>f 27583/4341/3862 27584/4340/3861 27655/4410/3927</w:t>
        <w:br/>
        <w:t>f 27631/4384/3904 27583/4341/3862 27655/4410/3927</w:t>
        <w:br/>
        <w:t>f 27657/4411/3927 27588/4342/3863 27582/4334/3855</w:t>
        <w:br/>
        <w:t>f 27656/4412/3928 27657/4411/3927 27582/4334/3855</w:t>
        <w:br/>
        <w:t>f 27661/4413/3929 27660/4414/3930 27659/4415/3931</w:t>
        <w:br/>
        <w:t>f 27658/4416/3932 27661/4413/3929 27659/4415/3931</w:t>
        <w:br/>
        <w:t>f 27663/4417/3933 27662/4418/3933 27630/4385/3905</w:t>
        <w:br/>
        <w:t>f 27631/4384/3904 27663/4417/3933 27630/4385/3905</w:t>
        <w:br/>
        <w:t>f 27666/4419/3934 27665/4420/3837 27664/4421/3935</w:t>
        <w:br/>
        <w:t>f 27667/4422/3936 27666/4419/3934 27660/4414/3930</w:t>
        <w:br/>
        <w:t>f 27661/4413/3929 27667/4422/3936 27660/4414/3930</w:t>
        <w:br/>
        <w:t>f 27662/4418/3933 27663/4417/3933 27668/4423/3937</w:t>
        <w:br/>
        <w:t>f 27670/4424/3902 27666/4419/3934 27664/4421/3935</w:t>
        <w:br/>
        <w:t>f 27669/4425/3920 27670/4424/3902 27664/4421/3935</w:t>
        <w:br/>
        <w:t>f 27660/4414/3930 27672/4426/3938 27671/4427/3911</w:t>
        <w:br/>
        <w:t>f 27659/4415/3931 27660/4414/3930 27671/4427/3911</w:t>
        <w:br/>
        <w:t>f 27674/4428/3939 27673/4429/3940 27648/4404/3921</w:t>
        <w:br/>
        <w:t>f 27649/4403/3920 27674/4428/3939 27648/4404/3921</w:t>
        <w:br/>
        <w:t>f 27664/4421/3935 27675/4430/3939 27669/4425/3920</w:t>
        <w:br/>
        <w:t>f 27678/4431/3941 27677/4432/3942 27676/4433/3942</w:t>
        <w:br/>
        <w:t>f 27679/4434/3943 27678/4431/3941 27676/4433/3942</w:t>
        <w:br/>
        <w:t>f 27682/4435/3443 27681/4436/3446 27678/4431/3941</w:t>
        <w:br/>
        <w:t>f 27680/4437/3944 27682/4435/3443 27678/4431/3941</w:t>
        <w:br/>
        <w:t>f 27677/4432/3942 27684/4438/3945 27683/4439/3945</w:t>
        <w:br/>
        <w:t>f 27676/4433/3942 27677/4432/3942 27683/4439/3945</w:t>
        <w:br/>
        <w:t>f 27687/4440/3946 27686/4441/3947 27685/4442/3948</w:t>
        <w:br/>
        <w:t>f 27690/4443/3949 27689/4444/3950 27688/4445/3951</w:t>
        <w:br/>
        <w:t>f 27691/4446/3952 27690/4443/3949 27688/4445/3951</w:t>
        <w:br/>
        <w:t>f 27694/4447/3953 27693/4448/3954 27692/4449/3955</w:t>
        <w:br/>
        <w:t>f 27695/4450/3956 27694/4447/3953 27692/4449/3955</w:t>
        <w:br/>
        <w:t>f 27699/4451/3957 27698/4452/3958 27697/4453/3959</w:t>
        <w:br/>
        <w:t>f 27696/4454/3959 27699/4451/3957 27697/4453/3959</w:t>
        <w:br/>
        <w:t>f 27658/4416/3932 27659/4415/3931 27698/4452/3958</w:t>
        <w:br/>
        <w:t>f 27699/4451/3957 27658/4416/3932 27698/4452/3958</w:t>
        <w:br/>
        <w:t>f 27696/4454/3959 27697/4453/3959 27701/4455/3960</w:t>
        <w:br/>
        <w:t>f 27700/4456/3960 27696/4454/3959 27701/4455/3960</w:t>
        <w:br/>
        <w:t>f 27703/4457/3961 27702/4458/3961 27689/4444/3950</w:t>
        <w:br/>
        <w:t>f 27690/4443/3949 27703/4457/3961 27689/4444/3950</w:t>
        <w:br/>
        <w:t>f 27693/4448/3954 27705/4459/3962 27704/4460/3962</w:t>
        <w:br/>
        <w:t>f 27692/4449/3955 27693/4448/3954 27704/4460/3962</w:t>
        <w:br/>
        <w:t>f 27707/4461/3963 27706/4462/3963 27650/4407/3925</w:t>
        <w:br/>
        <w:t>f 27651/4406/3924 27707/4461/3963 27650/4407/3925</w:t>
        <w:br/>
        <w:t>f 27710/4463/3964 27709/4464/3965 27708/4465/3964</w:t>
        <w:br/>
        <w:t>f 27713/4466/3966 27712/4467/3967 27711/4468/3966</w:t>
        <w:br/>
        <w:t>f 27703/4457/3961 27715/4469/3968 27714/4470/3968</w:t>
        <w:br/>
        <w:t>f 27702/4458/3961 27703/4457/3961 27714/4470/3968</w:t>
        <w:br/>
        <w:t>f 27716/4471/3969 27704/4460/3962 27705/4459/3962</w:t>
        <w:br/>
        <w:t>f 27717/4472/3970 27716/4471/3969 27705/4459/3962</w:t>
        <w:br/>
        <w:t>f 27700/4456/3960 27701/4455/3960 27719/4473/3971</w:t>
        <w:br/>
        <w:t>f 27718/4474/3971 27700/4456/3960 27719/4473/3971</w:t>
        <w:br/>
        <w:t>f 27718/4474/3971 27719/4473/3971 27721/4475/3972</w:t>
        <w:br/>
        <w:t>f 27720/4476/3972 27718/4474/3971 27721/4475/3972</w:t>
        <w:br/>
        <w:t>f 27715/4469/3968 27723/4477/3973 27722/4478/3973</w:t>
        <w:br/>
        <w:t>f 27714/4470/3968 27715/4469/3968 27722/4478/3973</w:t>
        <w:br/>
        <w:t>f 27717/4472/3970 27725/4479/3974 27724/4480/3974</w:t>
        <w:br/>
        <w:t>f 27716/4471/3969 27717/4472/3970 27724/4480/3974</w:t>
        <w:br/>
        <w:t>f 27729/4481/3975 27728/4482/3976 27727/4483/3976</w:t>
        <w:br/>
        <w:t>f 27726/4484/3908 27729/4481/3975 27727/4483/3976</w:t>
        <w:br/>
        <w:t>f 27733/4485/3977 27732/4486/3977 27731/4487/3978</w:t>
        <w:br/>
        <w:t>f 27730/4488/3979 27733/4485/3977 27731/4487/3978</w:t>
        <w:br/>
        <w:t>f 27728/4482/3976 27735/4489/3980 27734/4490/3980</w:t>
        <w:br/>
        <w:t>f 27727/4483/3976 27728/4482/3976 27734/4490/3980</w:t>
        <w:br/>
        <w:t>f 27735/4489/3980 27732/4486/3977 27733/4485/3977</w:t>
        <w:br/>
        <w:t>f 27734/4490/3980 27735/4489/3980 27733/4485/3977</w:t>
        <w:br/>
        <w:t>f 27736/4491/3907 27729/4481/3975 27726/4484/3908</w:t>
        <w:br/>
        <w:t>f 27600/4354/3874 27738/4492/3981 27737/4493/3982</w:t>
        <w:br/>
        <w:t>f 27605/4359/3879 27600/4354/3874 27737/4493/3982</w:t>
        <w:br/>
        <w:t>f 27605/4359/3879 27737/4493/3982 27739/4494/3983</w:t>
        <w:br/>
        <w:t>f 27610/4364/3883 27605/4359/3879 27739/4494/3983</w:t>
        <w:br/>
        <w:t>f 27621/4375/3894 27616/4370/3889 27610/4364/3883</w:t>
        <w:br/>
        <w:t>f 27739/4494/3983 27621/4375/3894 27610/4364/3883</w:t>
        <w:br/>
        <w:t>f 27720/4476/3972 27721/4475/3972 27741/4495/3984</w:t>
        <w:br/>
        <w:t>f 27740/4496/3984 27720/4476/3972 27741/4495/3984</w:t>
        <w:br/>
        <w:t>f 27723/4477/3973 27743/4497/3985 27742/4498/3986</w:t>
        <w:br/>
        <w:t>f 27722/4478/3973 27723/4477/3973 27742/4498/3986</w:t>
        <w:br/>
        <w:t>f 27745/4499/3987 27744/4500/3987 27724/4480/3974</w:t>
        <w:br/>
        <w:t>f 27725/4479/3974 27745/4499/3987 27724/4480/3974</w:t>
        <w:br/>
        <w:t>f 27747/4501/3988 27746/4502/3988 27730/4488/3979</w:t>
        <w:br/>
        <w:t>f 27731/4487/3978 27747/4501/3988 27730/4488/3979</w:t>
        <w:br/>
        <w:t>f 27740/4496/3984 27741/4495/3984 27706/4462/3963</w:t>
        <w:br/>
        <w:t>f 27707/4461/3963 27740/4496/3984 27706/4462/3963</w:t>
        <w:br/>
        <w:t>f 27743/4497/3985 27710/4463/3964 27708/4465/3964</w:t>
        <w:br/>
        <w:t>f 27742/4498/3986 27743/4497/3985 27708/4465/3964</w:t>
        <w:br/>
        <w:t>f 27713/4466/3966 27711/4468/3966 27744/4500/3987</w:t>
        <w:br/>
        <w:t>f 27745/4499/3987 27713/4466/3966 27744/4500/3987</w:t>
        <w:br/>
        <w:t>f 27591/4348/3868 27592/4347/3868 27746/4502/3988</w:t>
        <w:br/>
        <w:t>f 27747/4501/3988 27591/4348/3868 27746/4502/3988</w:t>
        <w:br/>
        <w:t>f 27694/4447/3953 27695/4450/3956 27748/4503/3989</w:t>
        <w:br/>
        <w:t>f 27639/4395/3915 27640/4394/3914 27636/4390/3910</w:t>
        <w:br/>
        <w:t>f 27637/4389/3909 27639/4395/3915 27636/4390/3910</w:t>
        <w:br/>
        <w:t>f 27750/4504/3990 27749/4505/3991 27673/4429/3940</w:t>
        <w:br/>
        <w:t>f 27674/4428/3939 27750/4504/3990 27673/4429/3940</w:t>
        <w:br/>
        <w:t>f 27751/4506/3910 27698/4452/3958 27659/4415/3931</w:t>
        <w:br/>
        <w:t>f 27671/4427/3911 27751/4506/3910 27659/4415/3931</w:t>
        <w:br/>
        <w:t>f 27627/4381/3901 27628/4380/3900 27634/4392/3912</w:t>
        <w:br/>
        <w:t>f 27635/4391/3911 27627/4381/3901 27634/4392/3912</w:t>
        <w:br/>
        <w:t>f 27672/4426/3938 27660/4414/3930 27666/4419/3934</w:t>
        <w:br/>
        <w:t>f 27670/4424/3902 27672/4426/3938 27666/4419/3934</w:t>
        <w:br/>
        <w:t>f 27691/4446/3952 27688/4445/3951 27698/4452/3958</w:t>
        <w:br/>
        <w:t>f 27751/4506/3910 27691/4446/3952 27698/4452/3958</w:t>
        <w:br/>
        <w:t>f 27595/4349/3869 27633/4388/3908 27738/4492/3981</w:t>
        <w:br/>
        <w:t>f 27600/4354/3874 27595/4349/3869 27738/4492/3981</w:t>
        <w:br/>
        <w:t>f 27681/4436/3446 27752/4507/3444 27575/4333/3854</w:t>
        <w:br/>
        <w:t>f 27678/4431/3941 27681/4436/3446 27575/4333/3854</w:t>
        <w:br/>
        <w:t>f 27679/4434/3943 27753/4508/3992 27680/4437/3944</w:t>
        <w:br/>
        <w:t>f 27678/4431/3941 27679/4434/3943 27680/4437/3944</w:t>
        <w:br/>
        <w:t>f 27577/4331/3852 27657/4411/3927 27656/4412/3928</w:t>
        <w:br/>
        <w:t>f 27576/4332/3853 27577/4331/3852 27656/4412/3928</w:t>
        <w:br/>
        <w:t>f 27684/4438/3945 27654/4408/3926 27653/4409/3926</w:t>
        <w:br/>
        <w:t>f 27683/4439/3945 27684/4438/3945 27653/4409/3926</w:t>
        <w:br/>
        <w:t>f 27685/4442/3948 27756/4509/3993 27755/4510/3994</w:t>
        <w:br/>
        <w:t>f 27754/4511/3995 27685/4442/3948 27755/4510/3994</w:t>
        <w:br/>
        <w:t>f 27758/4512/3996 27757/4513/3441 27756/4509/3993</w:t>
        <w:br/>
        <w:t>f 27685/4442/3948 27758/4512/3996 27756/4509/3993</w:t>
        <w:br/>
        <w:t>f 27756/4509/3993 27680/4437/3944 27753/4508/3992</w:t>
        <w:br/>
        <w:t>f 27755/4510/3994 27756/4509/3993 27753/4508/3992</w:t>
        <w:br/>
        <w:t>f 27757/4513/3441 27682/4435/3443 27680/4437/3944</w:t>
        <w:br/>
        <w:t>f 27756/4509/3993 27757/4513/3441 27680/4437/3944</w:t>
        <w:br/>
        <w:t>f 27761/4514/3997 27749/4505/3998 27760/4515/3474</w:t>
        <w:br/>
        <w:t>f 27759/4516/3999 27761/4514/3997 27760/4515/3474</w:t>
        <w:br/>
        <w:t>f 27573/4328/3850 27761/4514/3997 27759/4516/3999</w:t>
        <w:br/>
        <w:t>f 27572/4329/3850 27573/4328/3850 27759/4516/3999</w:t>
        <w:br/>
        <w:t>f 27686/4441/3947 27758/4512/3996 27685/4442/3948</w:t>
        <w:br/>
        <w:t>f 27687/4440/3946 27685/4442/3948 27754/4511/3995</w:t>
        <w:br/>
        <w:t>f 27065/3818/3425 27571/4326/3848 27064/3819/3426</w:t>
        <w:br/>
        <w:t>f 27085/3840/3446 27081/3837/3443 27082/3836/3442</w:t>
        <w:br/>
        <w:t>f 27762/4517/3847 27665/4420/3837 27666/4419/3934</w:t>
        <w:br/>
        <w:t>f 27667/4422/3936 27762/4517/3847 27666/4419/3934</w:t>
        <w:br/>
        <w:t>f 27072/3827/3434 27081/3837/3443 27080/3835/3441</w:t>
        <w:br/>
        <w:t>f 27765/4518/3851 27764/4519/4000 27763/4520/4001</w:t>
        <w:br/>
        <w:t>f 27763/4520/4001 27764/4519/4000 27631/4384/3904</w:t>
        <w:br/>
        <w:t>f 27655/4410/3927 27763/4520/4001 27631/4384/3904</w:t>
        <w:br/>
        <w:t>f 27400/4155/3705 27041/3799/3407 27186/3941/3531</w:t>
        <w:br/>
        <w:t>f 27769/4521/4002 27768/4522/4003 27767/4523/4004</w:t>
        <w:br/>
        <w:t>f 27766/4524/4005 27769/4521/4002 27767/4523/4004</w:t>
        <w:br/>
        <w:t>f 27771/4525/4006 27770/4526/4007 27769/4521/4002</w:t>
        <w:br/>
        <w:t>f 27766/4524/4005 27771/4525/4006 27769/4521/4002</w:t>
        <w:br/>
        <w:t>f 27775/4527/4008 27774/4528/4009 27773/4529/4010</w:t>
        <w:br/>
        <w:t>f 27772/4530/4011 27775/4527/4008 27773/4529/4010</w:t>
        <w:br/>
        <w:t>f 27778/4531/4012 27777/4532/4013 27776/4533/4014</w:t>
        <w:br/>
        <w:t>f 27778/4531/4012 27776/4533/4014 27779/4534/4015</w:t>
        <w:br/>
        <w:t>f 27783/4535/4016 27782/4536/4017 27781/4537/4018</w:t>
        <w:br/>
        <w:t>f 27780/4538/4019 27783/4535/4016 27781/4537/4018</w:t>
        <w:br/>
        <w:t>f 27779/4534/4015 27776/4533/4014 27780/4538/4019</w:t>
        <w:br/>
        <w:t>f 27781/4537/4018 27779/4534/4015 27780/4538/4019</w:t>
        <w:br/>
        <w:t>f 27770/4526/4007 27771/4525/4006 27774/4528/4009</w:t>
        <w:br/>
        <w:t>f 27775/4527/4008 27770/4526/4007 27774/4528/4009</w:t>
        <w:br/>
        <w:t>f 27776/4533/4014 27777/4532/4013 27784/4539/4020</w:t>
        <w:br/>
        <w:t>f 27780/4538/4019 27776/4533/4014 27784/4539/4020</w:t>
        <w:br/>
        <w:t>f 27784/4539/4020 27786/4540/4021 27785/4541/4022</w:t>
        <w:br/>
        <w:t>f 27775/4527/4008 27772/4530/4011 27788/4542/4023</w:t>
        <w:br/>
        <w:t>f 27787/4543/4024 27775/4527/4008 27788/4542/4023</w:t>
        <w:br/>
        <w:t>f 27789/4544/4025 27770/4526/4007 27775/4527/4008</w:t>
        <w:br/>
        <w:t>f 27787/4543/4024 27789/4544/4025 27775/4527/4008</w:t>
        <w:br/>
        <w:t>f 27790/4545/4026 27769/4521/4002 27770/4526/4007</w:t>
        <w:br/>
        <w:t>f 27789/4544/4025 27790/4545/4026 27770/4526/4007</w:t>
        <w:br/>
        <w:t>f 27791/4546/4027 27768/4522/4003 27769/4521/4002</w:t>
        <w:br/>
        <w:t>f 27790/4545/4026 27791/4546/4027 27769/4521/4002</w:t>
        <w:br/>
        <w:t>f 27767/4523/4004 27768/4522/4003 27792/4547/4028</w:t>
        <w:br/>
        <w:t>f 27794/4548/4029 27792/4547/4028 27793/4549/4030</w:t>
        <w:br/>
        <w:t>f 27797/4550/4031 27796/4551/4032 27793/4549/4030</w:t>
        <w:br/>
        <w:t>f 27795/4552/4033 27797/4550/4031 27793/4549/4030</w:t>
        <w:br/>
        <w:t>f 27795/4552/4033 27793/4549/4030 27768/4522/4003</w:t>
        <w:br/>
        <w:t>f 27791/4546/4027 27795/4552/4033 27768/4522/4003</w:t>
        <w:br/>
        <w:t>f 27801/4553/4034 27800/4554/4035 27799/4555/4036</w:t>
        <w:br/>
        <w:t>f 27798/4556/4037 27801/4553/4034 27799/4555/4036</w:t>
        <w:br/>
        <w:t>f 27805/4557/4038 27804/4558/4039 27803/4559/4040</w:t>
        <w:br/>
        <w:t>f 27802/4560/4041 27805/4557/4038 27803/4559/4040</w:t>
        <w:br/>
        <w:t>f 27802/4560/4041 27807/4561/4042 27806/4562/4043</w:t>
        <w:br/>
        <w:t>f 27805/4557/4038 27802/4560/4041 27806/4562/4043</w:t>
        <w:br/>
        <w:t>f 27806/4562/4043 27807/4561/4042 27797/4550/4031</w:t>
        <w:br/>
        <w:t>f 27808/4563/4044 27806/4562/4043 27797/4550/4031</w:t>
        <w:br/>
        <w:t>f 27808/4563/4044 27811/4564/4045 27810/4565/3366</w:t>
        <w:br/>
        <w:t>f 27809/4566/3365 27808/4563/4044 27810/4565/3366</w:t>
        <w:br/>
        <w:t>f 27811/4564/4045 27795/4552/4033 27791/4546/4027</w:t>
        <w:br/>
        <w:t>f 27812/4567/4046 27811/4564/4045 27791/4546/4027</w:t>
        <w:br/>
        <w:t>f 27814/4568/4047 27789/4544/4025 27787/4543/4024</w:t>
        <w:br/>
        <w:t>f 27813/4569/4048 27814/4568/4047 27787/4543/4024</w:t>
        <w:br/>
        <w:t>f 27788/4542/4023 27815/4570/4049 27813/4569/4048</w:t>
        <w:br/>
        <w:t>f 27787/4543/4024 27788/4542/4023 27813/4569/4048</w:t>
        <w:br/>
        <w:t>f 27817/4571/4050 27785/4541/4022 27786/4540/4021</w:t>
        <w:br/>
        <w:t>f 27816/4572/4051 27817/4571/4050 27786/4540/4021</w:t>
        <w:br/>
        <w:t>f 27790/4545/4026 27818/4573/4052 27812/4567/4046</w:t>
        <w:br/>
        <w:t>f 27791/4546/4027 27790/4545/4026 27812/4567/4046</w:t>
        <w:br/>
        <w:t>f 27818/4573/4052 27790/4545/4026 27789/4544/4025</w:t>
        <w:br/>
        <w:t>f 27814/4568/4047 27818/4573/4052 27789/4544/4025</w:t>
        <w:br/>
        <w:t>f 27798/4556/4037 27820/4574/3341 27819/4575/4053</w:t>
        <w:br/>
        <w:t>f 27801/4553/4034 27798/4556/4037 27819/4575/4053</w:t>
        <w:br/>
        <w:t>f 27819/4575/4053 27820/4574/3341 27796/4551/4032</w:t>
        <w:br/>
        <w:t>f 27797/4550/4031 27819/4575/4053 27796/4551/4032</w:t>
        <w:br/>
        <w:t>f 27815/4570/4049 27788/4542/4023 27785/4541/4022</w:t>
        <w:br/>
        <w:t>f 27817/4571/4050 27815/4570/4049 27785/4541/4022</w:t>
        <w:br/>
        <w:t>f 27788/4542/4023 27772/4530/4011 27783/4535/4016</w:t>
        <w:br/>
        <w:t>f 27785/4541/4022 27788/4542/4023 27783/4535/4016</w:t>
        <w:br/>
        <w:t>f 27822/4576/3370 27821/4577/4054 27804/4558/4039</w:t>
        <w:br/>
        <w:t>f 27805/4557/4038 27822/4576/3370 27804/4558/4039</w:t>
        <w:br/>
        <w:t>f 27823/4578/3372 27822/4576/3370 27805/4557/4038</w:t>
        <w:br/>
        <w:t>f 27806/4562/4043 27823/4578/3372 27805/4557/4038</w:t>
        <w:br/>
        <w:t>f 27809/4566/3365 27823/4578/3372 27806/4562/4043</w:t>
        <w:br/>
        <w:t>f 27808/4563/4044 27809/4566/3365 27806/4562/4043</w:t>
        <w:br/>
        <w:t>f 27808/4563/4044 27797/4550/4031 27795/4552/4033</w:t>
        <w:br/>
        <w:t>f 27811/4564/4045 27808/4563/4044 27795/4552/4033</w:t>
        <w:br/>
        <w:t>f 27824/4579/3413 27810/4565/3366 27811/4564/4045</w:t>
        <w:br/>
        <w:t>f 27812/4567/4046 27824/4579/3413 27811/4564/4045</w:t>
        <w:br/>
        <w:t>f 27818/4573/4052 27825/4580/3415 27824/4579/3413</w:t>
        <w:br/>
        <w:t>f 27812/4567/4046 27818/4573/4052 27824/4579/3413</w:t>
        <w:br/>
        <w:t>f 27825/4580/3415 27818/4573/4052 27814/4568/4047</w:t>
        <w:br/>
        <w:t>f 27826/4581/4055 27825/4580/3415 27814/4568/4047</w:t>
        <w:br/>
        <w:t>f 27826/4581/4055 27814/4568/4047 27813/4569/4048</w:t>
        <w:br/>
        <w:t>f 27772/4530/4011 27773/4529/4010 27782/4536/4017</w:t>
        <w:br/>
        <w:t>f 27783/4535/4016 27772/4530/4011 27782/4536/4017</w:t>
        <w:br/>
        <w:t>f 27829/4582/4056 27828/4583/4057 27827/4584/3378</w:t>
        <w:br/>
        <w:t>f 27831/4585/4058 27792/4547/4059 27830/4586/3258</w:t>
        <w:br/>
        <w:t>f 27835/4587/3707 27834/4588/3706 27833/4589/3515</w:t>
        <w:br/>
        <w:t>f 27832/4590/3514 27835/4587/3707 27833/4589/3515</w:t>
        <w:br/>
        <w:t>f 27837/4591/3530 27833/4589/3515 27834/4588/3706</w:t>
        <w:br/>
        <w:t>f 27836/4592/3710 27837/4591/3530 27834/4588/3706</w:t>
        <w:br/>
        <w:t>f 27841/4593/4060 27840/4594/3762 27839/4595/4061</w:t>
        <w:br/>
        <w:t>f 27838/4596/4062 27841/4593/4060 27839/4595/4061</w:t>
        <w:br/>
        <w:t>f 27841/4593/4060 27838/4596/4062 27843/4597/4063</w:t>
        <w:br/>
        <w:t>f 27842/4598/4064 27841/4593/4060 27843/4597/4063</w:t>
        <w:br/>
        <w:t>f 27847/4599/3767 27846/4600/3766 27845/4601/4065</w:t>
        <w:br/>
        <w:t>f 27844/4602/4066 27847/4599/3767 27845/4601/4065</w:t>
        <w:br/>
        <w:t>f 27800/4554/4035 27845/4601/4065 27846/4600/3766</w:t>
        <w:br/>
        <w:t>f 27799/4555/4036 27800/4554/4035 27846/4600/3766</w:t>
        <w:br/>
        <w:t>f 27821/4577/4054 27840/4594/3762 27841/4593/4060</w:t>
        <w:br/>
        <w:t>f 27804/4558/4039 27821/4577/4054 27841/4593/4060</w:t>
        <w:br/>
        <w:t>f 27843/4597/4063 27838/4596/4062 27828/4583/4057</w:t>
        <w:br/>
        <w:t>f 27842/4598/4064 27803/4559/4040 27804/4558/4039</w:t>
        <w:br/>
        <w:t>f 27841/4593/4060 27842/4598/4064 27804/4558/4039</w:t>
        <w:br/>
        <w:t>f 27839/4595/4061 27827/4584/3378 27828/4583/4057</w:t>
        <w:br/>
        <w:t>f 27838/4596/4062 27839/4595/4061 27828/4583/4057</w:t>
        <w:br/>
        <w:t>f 27832/4590/3514 27847/4599/3767 27844/4602/4066</w:t>
        <w:br/>
        <w:t>f 27835/4587/3707 27832/4590/3514 27844/4602/4066</w:t>
        <w:br/>
        <w:t>f 27837/4591/3530 27836/4592/3710 27848/4603/4067</w:t>
        <w:br/>
        <w:t>f 27843/4597/4063 27828/4583/4057 27849/4604/4068</w:t>
        <w:br/>
        <w:t>f 27792/4547/4028 27768/4522/4003 27793/4549/4030</w:t>
        <w:br/>
        <w:t>f 27853/4605/4069 27852/4606/4070 27851/4607/4071</w:t>
        <w:br/>
        <w:t>f 27850/4608/4069 27853/4605/4069 27851/4607/4071</w:t>
        <w:br/>
        <w:t>f 27857/4609/4072 27856/4610/4073 27855/4611/4074</w:t>
        <w:br/>
        <w:t>f 27854/4612/4075 27857/4609/4072 27855/4611/4074</w:t>
        <w:br/>
        <w:t>f 27852/4606/4070 27816/4572/4051 27786/4540/4021</w:t>
        <w:br/>
        <w:t>f 27851/4607/4071 27852/4606/4070 27786/4540/4021</w:t>
        <w:br/>
        <w:t>f 27786/4540/4021 27784/4539/4020 27854/4612/4075</w:t>
        <w:br/>
        <w:t>f 27851/4607/4071 27786/4540/4021 27854/4612/4075</w:t>
        <w:br/>
        <w:t>f 27850/4608/4069 27858/4613/4076 27853/4605/4069</w:t>
        <w:br/>
        <w:t>f 27859/4614/4077 27856/4610/4073 27857/4609/4072</w:t>
        <w:br/>
        <w:t>f 27784/4539/4020 27785/4541/4022 27783/4535/4016</w:t>
        <w:br/>
        <w:t>f 27784/4539/4020 27783/4535/4016 27780/4538/4019</w:t>
        <w:br/>
        <w:t>f 27880/4615/4078 27879/4616/4079 27878/4617/4080</w:t>
        <w:br/>
        <w:t>f 27877/4618/4081 27880/4615/4078 27878/4617/4080</w:t>
        <w:br/>
        <w:t>f 27884/4619/4082 27883/4620/4083 27882/4621/4084</w:t>
        <w:br/>
        <w:t>f 27881/4622/4085 27884/4619/4082 27882/4621/4084</w:t>
        <w:br/>
        <w:t>f 27887/4623/4086 27886/4624/4087 27885/4625/4088</w:t>
        <w:br/>
        <w:t>f 27888/4626/4089 27887/4623/4086 27885/4625/4088</w:t>
        <w:br/>
        <w:t>f 27892/4627/4090 27891/4628/4091 27890/4629/4092</w:t>
        <w:br/>
        <w:t>f 27889/4630/4093 27892/4627/4090 27890/4629/4092</w:t>
        <w:br/>
        <w:t>f 27891/4628/4091 27894/4631/4094 27893/4632/4095</w:t>
        <w:br/>
        <w:t>f 27890/4629/4092 27891/4628/4091 27893/4632/4095</w:t>
        <w:br/>
        <w:t>f 27896/4633/4096 27889/4630/4093 27890/4629/4092</w:t>
        <w:br/>
        <w:t>f 27895/4634/4097 27896/4633/4096 27890/4629/4092</w:t>
        <w:br/>
        <w:t>f 27900/4635/4098 27899/4636/4099 27898/4637/4100</w:t>
        <w:br/>
        <w:t>f 27897/4638/4101 27900/4635/4098 27898/4637/4100</w:t>
        <w:br/>
        <w:t>f 27890/4629/4092 27893/4632/4095 27901/4639/4102</w:t>
        <w:br/>
        <w:t>f 27895/4634/4097 27890/4629/4092 27901/4639/4102</w:t>
        <w:br/>
        <w:t>f 27899/4636/4099 27900/4635/4098 27889/4630/4093</w:t>
        <w:br/>
        <w:t>f 27896/4633/4096 27899/4636/4099 27889/4630/4093</w:t>
        <w:br/>
        <w:t>f 27894/4631/4094 27880/4615/4078 27877/4618/4081</w:t>
        <w:br/>
        <w:t>f 27893/4632/4095 27894/4631/4094 27877/4618/4081</w:t>
        <w:br/>
        <w:t>f 27904/4640/4103 27903/4641/4104 27902/4642/4105</w:t>
        <w:br/>
        <w:t>f 27908/4643/4106 27907/4644/4106 27906/4645/4107</w:t>
        <w:br/>
        <w:t>f 27905/4646/4107 27908/4643/4106 27906/4645/4107</w:t>
        <w:br/>
        <w:t>f 27905/4646/4107 27906/4645/4107 27910/4647/4108</w:t>
        <w:br/>
        <w:t>f 27909/4648/4109 27905/4646/4107 27910/4647/4108</w:t>
        <w:br/>
        <w:t>f 27912/4649/4110 27911/4650/4111 27909/4648/4109</w:t>
        <w:br/>
        <w:t>f 27910/4647/4108 27912/4649/4110 27909/4648/4109</w:t>
        <w:br/>
        <w:t>f 27916/4651/4112 27915/4652/4113 27914/4653/4114</w:t>
        <w:br/>
        <w:t>f 27913/4654/4115 27916/4651/4112 27914/4653/4114</w:t>
        <w:br/>
        <w:t>f 27920/4655/4116 27919/4656/4116 27918/4657/4117</w:t>
        <w:br/>
        <w:t>f 27917/4658/4117 27920/4655/4116 27918/4657/4117</w:t>
        <w:br/>
        <w:t>f 27924/4659/4118 27923/4660/4119 27922/4661/4120</w:t>
        <w:br/>
        <w:t>f 27921/4662/4121 27924/4659/4118 27922/4661/4120</w:t>
        <w:br/>
        <w:t>f 27926/4663/4122 27925/4664/4123 27921/4662/4121</w:t>
        <w:br/>
        <w:t>f 27922/4661/4120 27926/4663/4122 27921/4662/4121</w:t>
        <w:br/>
        <w:t>f 27926/4663/4122 27928/4665/4124 27927/4666/4125</w:t>
        <w:br/>
        <w:t>f 27925/4664/4123 27926/4663/4122 27927/4666/4125</w:t>
        <w:br/>
        <w:t>f 27928/4665/4124 27930/4667/4126 27929/4668/4127</w:t>
        <w:br/>
        <w:t>f 27927/4666/4125 27928/4665/4124 27929/4668/4127</w:t>
        <w:br/>
        <w:t>f 27934/4669/4128 27933/4670/4128 27932/4671/4129</w:t>
        <w:br/>
        <w:t>f 27931/4672/4129 27934/4669/4128 27932/4671/4129</w:t>
        <w:br/>
        <w:t>f 27938/4673/4130 27937/4674/4131 27936/4675/4132</w:t>
        <w:br/>
        <w:t>f 27935/4676/4133 27938/4673/4130 27936/4675/4132</w:t>
        <w:br/>
        <w:t>f 27942/4677/4134 27941/4678/4135 27940/4679/4136</w:t>
        <w:br/>
        <w:t>f 27939/4680/4137 27942/4677/4134 27940/4679/4136</w:t>
        <w:br/>
        <w:t>f 27945/4681/4138 27944/4682/4139 27943/4683/4136</w:t>
        <w:br/>
        <w:t>f 27945/4681/4138 27947/4684/4140 27946/4685/4141</w:t>
        <w:br/>
        <w:t>f 27944/4682/4139 27945/4681/4138 27946/4685/4141</w:t>
        <w:br/>
        <w:t>f 27949/4686/4142 27946/4685/4141 27947/4684/4140</w:t>
        <w:br/>
        <w:t>f 27948/4687/4143 27949/4686/4142 27947/4684/4140</w:t>
        <w:br/>
        <w:t>f 27953/4688/4144 27952/4689/4145 27951/4690/4146</w:t>
        <w:br/>
        <w:t>f 27950/4691/4147 27953/4688/4144 27951/4690/4146</w:t>
        <w:br/>
        <w:t>f 27956/4692/4148 27955/4693/4149 27954/4694/4150</w:t>
        <w:br/>
        <w:t>f 27958/4695/4151 27945/4681/4138 27943/4683/4136</w:t>
        <w:br/>
        <w:t>f 27957/4696/4083 27958/4695/4151 27943/4683/4136</w:t>
        <w:br/>
        <w:t>f 27915/4652/4113 27919/4656/4116 27920/4655/4116</w:t>
        <w:br/>
        <w:t>f 27914/4653/4114 27915/4652/4113 27920/4655/4116</w:t>
        <w:br/>
        <w:t>f 27959/4697/4152 27953/4688/4144 27950/4691/4147</w:t>
        <w:br/>
        <w:t>f 27956/4692/4148 27959/4697/4152 27950/4691/4147</w:t>
        <w:br/>
        <w:t>f 27961/4698/4153 27931/4672/4129 27932/4671/4129</w:t>
        <w:br/>
        <w:t>f 27960/4699/4153 27961/4698/4153 27932/4671/4129</w:t>
        <w:br/>
        <w:t>f 27923/4660/4119 27924/4659/4118 27963/4700/4154</w:t>
        <w:br/>
        <w:t>f 27962/4701/4155 27923/4660/4119 27963/4700/4154</w:t>
        <w:br/>
        <w:t>f 27967/4702/4156 27966/4703/4157 27965/4704/4158</w:t>
        <w:br/>
        <w:t>f 27964/4705/4159 27967/4702/4156 27965/4704/4158</w:t>
        <w:br/>
        <w:t>f 27952/4689/4145 27966/4703/4157 27967/4702/4156</w:t>
        <w:br/>
        <w:t>f 27951/4690/4146 27952/4689/4145 27967/4702/4156</w:t>
        <w:br/>
        <w:t>f 27917/4658/4117 27918/4657/4117 27962/4701/4155</w:t>
        <w:br/>
        <w:t>f 27963/4700/4154 27917/4658/4117 27962/4701/4155</w:t>
        <w:br/>
        <w:t>f 27969/4706/4160 27938/4673/4130 27935/4676/4133</w:t>
        <w:br/>
        <w:t>f 27968/4707/4161 27969/4706/4160 27935/4676/4133</w:t>
        <w:br/>
        <w:t>f 27958/4695/4151 27970/4708/4108 27947/4684/4140</w:t>
        <w:br/>
        <w:t>f 27945/4681/4138 27958/4695/4151 27947/4684/4140</w:t>
        <w:br/>
        <w:t>f 27970/4708/4108 27971/4709/4162 27948/4687/4143</w:t>
        <w:br/>
        <w:t>f 27947/4684/4140 27970/4708/4108 27948/4687/4143</w:t>
        <w:br/>
        <w:t>f 27971/4709/4162 27973/4710/4163 27972/4711/4164</w:t>
        <w:br/>
        <w:t>f 27948/4687/4143 27971/4709/4162 27972/4711/4164</w:t>
        <w:br/>
        <w:t>f 27977/4712/4165 27976/4713/4166 27975/4714/4167</w:t>
        <w:br/>
        <w:t>f 27974/4715/4168 27977/4712/4165 27975/4714/4167</w:t>
        <w:br/>
        <w:t>f 27981/4716/4169 27980/4717/4170 27979/4718/4171</w:t>
        <w:br/>
        <w:t>f 27978/4719/4172 27981/4716/4169 27979/4718/4171</w:t>
        <w:br/>
        <w:t>f 27983/4720/4173 27982/4721/4173 27888/4626/4089</w:t>
        <w:br/>
        <w:t>f 27885/4625/4088 27983/4720/4173 27888/4626/4089</w:t>
        <w:br/>
        <w:t>f 27985/4722/4174 27984/4723/4174 27982/4721/4173</w:t>
        <w:br/>
        <w:t>f 27983/4720/4173 27985/4722/4174 27982/4721/4173</w:t>
        <w:br/>
        <w:t>f 27989/4724/4175 27988/4725/4176 27987/4726/4177</w:t>
        <w:br/>
        <w:t>f 27986/4727/4178 27989/4724/4175 27987/4726/4177</w:t>
        <w:br/>
        <w:t>f 27992/4728/4179 27991/4729/4180 27990/4730/4181</w:t>
        <w:br/>
        <w:t>f 27992/4728/4179 27993/4731/4182 27991/4729/4180</w:t>
        <w:br/>
        <w:t>f 27997/4732/4183 27996/4733/4184 27995/4734/4185</w:t>
        <w:br/>
        <w:t>f 27994/4735/4186 27997/4732/4183 27995/4734/4185</w:t>
        <w:br/>
        <w:t>f 27999/4736/4187 27998/4737/4188 27995/4734/4185</w:t>
        <w:br/>
        <w:t>f 27990/4730/4181 27991/4729/4180 27996/4733/4184</w:t>
        <w:br/>
        <w:t>f 27997/4732/4183 27990/4730/4181 27996/4733/4184</w:t>
        <w:br/>
        <w:t>f 27991/4729/4180 27993/4731/4182 28000/4738/4189</w:t>
        <w:br/>
        <w:t>f 27996/4733/4184 27991/4729/4180 28000/4738/4189</w:t>
        <w:br/>
        <w:t>f 27984/4723/4174 27985/4722/4174 27986/4727/4178</w:t>
        <w:br/>
        <w:t>f 27987/4726/4177 27984/4723/4174 27986/4727/4178</w:t>
        <w:br/>
        <w:t>f 27941/4678/4135 27942/4677/4134 27980/4717/4170</w:t>
        <w:br/>
        <w:t>f 27981/4716/4169 27941/4678/4135 27980/4717/4170</w:t>
        <w:br/>
        <w:t>f 28004/4739/4190 28003/4740/4191 28002/4741/4192</w:t>
        <w:br/>
        <w:t>f 28001/4742/4193 28004/4739/4190 28002/4741/4192</w:t>
        <w:br/>
        <w:t>f 28008/4743/4194 28007/4744/4195 28006/4745/4196</w:t>
        <w:br/>
        <w:t>f 28005/4746/4197 28008/4743/4194 28006/4745/4196</w:t>
        <w:br/>
        <w:t>f 28010/4747/4198 28009/4748/4199 28007/4744/4195</w:t>
        <w:br/>
        <w:t>f 28008/4743/4194 28010/4747/4198 28007/4744/4195</w:t>
        <w:br/>
        <w:t>f 28001/4742/4193 28002/4741/4192 28009/4748/4199</w:t>
        <w:br/>
        <w:t>f 28010/4747/4198 28001/4742/4193 28009/4748/4199</w:t>
        <w:br/>
        <w:t>f 28014/4749/4200 28013/4750/4201 28012/4751/4202</w:t>
        <w:br/>
        <w:t>f 28011/4752/4203 28014/4749/4200 28012/4751/4202</w:t>
        <w:br/>
        <w:t>f 28016/4753/4204 28015/4754/4205 28013/4750/4201</w:t>
        <w:br/>
        <w:t>f 28014/4749/4200 28016/4753/4204 28013/4750/4201</w:t>
        <w:br/>
        <w:t>f 28020/4755/4206 28019/4756/4207 28018/4757/4208</w:t>
        <w:br/>
        <w:t>f 28017/4758/4209 28020/4755/4206 28018/4757/4208</w:t>
        <w:br/>
        <w:t>f 28020/4755/4206 28011/4752/4203 28012/4751/4202</w:t>
        <w:br/>
        <w:t>f 28019/4756/4207 28020/4755/4206 28012/4751/4202</w:t>
        <w:br/>
        <w:t>f 28023/4759/4210 28022/4760/4211 28021/4761/4212</w:t>
        <w:br/>
        <w:t>f 28024/4762/4213 28023/4759/4210 28021/4761/4212</w:t>
        <w:br/>
        <w:t>f 28027/4763/4214 28026/4764/4215 28025/4765/4216</w:t>
        <w:br/>
        <w:t>f 28028/4766/4217 28027/4763/4214 28025/4765/4216</w:t>
        <w:br/>
        <w:t>f 28031/4767/4218 28030/4768/4219 28029/4769/4220</w:t>
        <w:br/>
        <w:t>f 27988/4725/4176 28033/4770/4221 28032/4771/4222</w:t>
        <w:br/>
        <w:t>f 27987/4726/4177 27988/4725/4176 28032/4771/4222</w:t>
        <w:br/>
        <w:t>f 28037/4772/4223 28036/4773/4224 28035/4774/4225</w:t>
        <w:br/>
        <w:t>f 28034/4775/4226 28037/4772/4223 28035/4774/4225</w:t>
        <w:br/>
        <w:t>f 28041/4776/4227 28040/4777/4228 28039/4778/4229</w:t>
        <w:br/>
        <w:t>f 28038/4779/4230 28041/4776/4227 28039/4778/4229</w:t>
        <w:br/>
        <w:t>f 28045/4780/4231 28044/4781/4232 28043/4782/4233</w:t>
        <w:br/>
        <w:t>f 28042/4783/4234 28045/4780/4231 28043/4782/4233</w:t>
        <w:br/>
        <w:t>f 28049/4784/4235 28048/4785/4236 28047/4786/4237</w:t>
        <w:br/>
        <w:t>f 28046/4787/4238 28049/4784/4235 28047/4786/4237</w:t>
        <w:br/>
        <w:t>f 28051/4788/4239 28050/4789/4240 28003/4740/4191</w:t>
        <w:br/>
        <w:t>f 28004/4739/4190 28051/4788/4239 28003/4740/4191</w:t>
        <w:br/>
        <w:t>f 28053/4790/4241 28052/4791/4242 28050/4789/4240</w:t>
        <w:br/>
        <w:t>f 28051/4788/4239 28053/4790/4241 28050/4789/4240</w:t>
        <w:br/>
        <w:t>f 28055/4792/4243 28054/4793/4243 28052/4791/4242</w:t>
        <w:br/>
        <w:t>f 28053/4790/4241 28055/4792/4243 28052/4791/4242</w:t>
        <w:br/>
        <w:t>f 28054/4793/4243 28055/4792/4243 27987/4726/4177</w:t>
        <w:br/>
        <w:t>f 28032/4771/4222 28054/4793/4243 27987/4726/4177</w:t>
        <w:br/>
        <w:t>f 28059/4794/4244 28058/4795/4245 28057/4796/4246</w:t>
        <w:br/>
        <w:t>f 28056/4797/4247 28059/4794/4244 28057/4796/4246</w:t>
        <w:br/>
        <w:t>f 28057/4796/4246 28058/4795/4245 28037/4772/4223</w:t>
        <w:br/>
        <w:t>f 28034/4775/4226 28057/4796/4246 28037/4772/4223</w:t>
        <w:br/>
        <w:t>f 28039/4778/4229 28040/4777/4228 28060/4798/4248</w:t>
        <w:br/>
        <w:t>f 28061/4799/4249 28039/4778/4229 28060/4798/4248</w:t>
        <w:br/>
        <w:t>f 27897/4638/4101 28063/4800/4250 28062/4801/4251</w:t>
        <w:br/>
        <w:t>f 27900/4635/4098 27897/4638/4101 28062/4801/4251</w:t>
        <w:br/>
        <w:t>f 28066/4802/4252 28065/4803/4253 28064/4804/4254</w:t>
        <w:br/>
        <w:t>f 28067/4805/4255 28066/4802/4252 28064/4804/4254</w:t>
        <w:br/>
        <w:t>f 28069/4806/4256 28068/4807/4257 28028/4766/4217</w:t>
        <w:br/>
        <w:t>f 28025/4765/4216 28069/4806/4256 28028/4766/4217</w:t>
        <w:br/>
        <w:t>f 28068/4807/4257 28069/4806/4256 28066/4802/4252</w:t>
        <w:br/>
        <w:t>f 28067/4805/4255 28068/4807/4257 28066/4802/4252</w:t>
        <w:br/>
        <w:t>f 28060/4798/4248 28040/4777/4228 28071/4808/4258</w:t>
        <w:br/>
        <w:t>f 28070/4809/4259 28060/4798/4248 28071/4808/4258</w:t>
        <w:br/>
        <w:t>f 28068/4807/4257 28067/4805/4255 28072/4810/4260</w:t>
        <w:br/>
        <w:t>f 28073/4811/4261 28068/4807/4257 28072/4810/4260</w:t>
        <w:br/>
        <w:t>f 28074/4812/4262 28028/4766/4217 28068/4807/4257</w:t>
        <w:br/>
        <w:t>f 28073/4811/4261 28074/4812/4262 28068/4807/4257</w:t>
        <w:br/>
        <w:t>f 28028/4766/4217 28075/4813/4263 28027/4763/4214</w:t>
        <w:br/>
        <w:t>f 28076/4814/4264 28046/4787/4238 28047/4786/4237</w:t>
        <w:br/>
        <w:t>f 28076/4814/4264 28077/4815/4265 28071/4808/4258</w:t>
        <w:br/>
        <w:t>f 28080/4816/4266 28079/4817/4267 28078/4818/4259</w:t>
        <w:br/>
        <w:t>f 28072/4810/4260 28081/4819/4268 28073/4811/4261</w:t>
        <w:br/>
        <w:t>f 28073/4811/4261 28083/4820/4269 28082/4821/4270</w:t>
        <w:br/>
        <w:t>f 28074/4812/4262 28073/4811/4261 28082/4821/4270</w:t>
        <w:br/>
        <w:t>f 28082/4821/4270 28084/4822/4271 27897/4638/4101</w:t>
        <w:br/>
        <w:t>f 27898/4637/4100 28082/4821/4270 27897/4638/4101</w:t>
        <w:br/>
        <w:t>f 28085/4823/4272 28063/4800/4250 27897/4638/4101</w:t>
        <w:br/>
        <w:t>f 28084/4822/4271 28085/4823/4272 27897/4638/4101</w:t>
        <w:br/>
        <w:t>f 28084/4822/4271 28082/4821/4270 28086/4824/4273</w:t>
        <w:br/>
        <w:t>f 28089/4825/4274 28088/4826/4275 28087/4827/4276</w:t>
        <w:br/>
        <w:t>f 28091/4828/4277 28090/4829/4278 28087/4827/4276</w:t>
        <w:br/>
        <w:t>f 28088/4826/4275 28091/4828/4277 28087/4827/4276</w:t>
        <w:br/>
        <w:t>f 28094/4830/4279 28093/4831/4280 28092/4832/4281</w:t>
        <w:br/>
        <w:t>f 28045/4780/4231 28094/4830/4279 28092/4832/4281</w:t>
        <w:br/>
        <w:t>f 28022/4760/4211 28023/4759/4210 28017/4758/4209</w:t>
        <w:br/>
        <w:t>f 28018/4757/4208 28022/4760/4211 28017/4758/4209</w:t>
        <w:br/>
        <w:t>f 28041/4776/4227 28095/4833/4282 28071/4808/4258</w:t>
        <w:br/>
        <w:t>f 28040/4777/4228 28041/4776/4227 28071/4808/4258</w:t>
        <w:br/>
        <w:t>f 28033/4770/4221 27988/4725/4176 27995/4734/4185</w:t>
        <w:br/>
        <w:t>f 28031/4767/4218 28033/4770/4221 27995/4734/4185</w:t>
        <w:br/>
        <w:t>f 28097/4834/4283 28096/4835/4283 27886/4624/4087</w:t>
        <w:br/>
        <w:t>f 27887/4623/4086 28097/4834/4283 27886/4624/4087</w:t>
        <w:br/>
        <w:t>f 28101/4836/4284 28100/4837/4285 28099/4838/4286</w:t>
        <w:br/>
        <w:t>f 28098/4839/4287 28101/4836/4284 28099/4838/4286</w:t>
        <w:br/>
        <w:t>f 28098/4839/4287 28099/4838/4286 28103/4840/4288</w:t>
        <w:br/>
        <w:t>f 28102/4841/4289 28098/4839/4287 28103/4840/4288</w:t>
        <w:br/>
        <w:t>f 28102/4841/4289 28103/4840/4288 28096/4835/4283</w:t>
        <w:br/>
        <w:t>f 28097/4834/4283 28102/4841/4289 28096/4835/4283</w:t>
        <w:br/>
        <w:t>f 27893/4632/4095 27877/4618/4081 28104/4842/4290</w:t>
        <w:br/>
        <w:t>f 27901/4639/4102 27893/4632/4095 28104/4842/4290</w:t>
        <w:br/>
        <w:t>f 28107/4843/4250 28106/4844/4291 28090/4829/4278</w:t>
        <w:br/>
        <w:t>f 28105/4845/4292 28107/4843/4250 28090/4829/4278</w:t>
        <w:br/>
        <w:t>f 28105/4845/4292 28092/4832/4281 28093/4831/4280</w:t>
        <w:br/>
        <w:t>f 28107/4843/4250 28105/4845/4292 28093/4831/4280</w:t>
        <w:br/>
        <w:t>f 27889/4630/4093 27900/4635/4098 28062/4801/4251</w:t>
        <w:br/>
        <w:t>f 27892/4627/4090 27889/4630/4093 28062/4801/4251</w:t>
        <w:br/>
        <w:t>f 28111/4846/4293 28110/4847/4294 28109/4848/4295</w:t>
        <w:br/>
        <w:t>f 28108/4849/4296 28111/4846/4293 28109/4848/4295</w:t>
        <w:br/>
        <w:t>f 27930/4667/4126 28111/4846/4293 28108/4849/4296</w:t>
        <w:br/>
        <w:t>f 27929/4668/4127 27930/4667/4126 28108/4849/4296</w:t>
        <w:br/>
        <w:t>f 28110/4847/4294 28113/4850/4297 28112/4851/4298</w:t>
        <w:br/>
        <w:t>f 28109/4848/4295 28110/4847/4294 28112/4851/4298</w:t>
        <w:br/>
        <w:t>f 28024/4762/4213 28021/4761/4212 28114/4852/4299</w:t>
        <w:br/>
        <w:t>f 28075/4813/4263 28024/4762/4213 28114/4852/4299</w:t>
        <w:br/>
        <w:t>f 28074/4812/4262 28082/4821/4270 27898/4637/4100</w:t>
        <w:br/>
        <w:t>f 28075/4813/4263 28074/4812/4262 27898/4637/4100</w:t>
        <w:br/>
        <w:t>f 28118/4853/4300 28117/4854/4301 28116/4855/4302</w:t>
        <w:br/>
        <w:t>f 28115/4856/4303 28118/4853/4300 28116/4855/4302</w:t>
        <w:br/>
        <w:t>f 28119/4857/4304 28116/4855/4302 28117/4854/4301</w:t>
        <w:br/>
        <w:t>f 28123/4858/4305 28122/4859/4306 28121/4860/4307</w:t>
        <w:br/>
        <w:t>f 28120/4861/4308 28123/4858/4305 28121/4860/4307</w:t>
        <w:br/>
        <w:t>f 28122/4859/4306 28123/4858/4305 28125/4862/4309</w:t>
        <w:br/>
        <w:t>f 28124/4863/4309 28122/4859/4306 28125/4862/4309</w:t>
        <w:br/>
        <w:t>f 27911/4650/4111 27912/4649/4110 27883/4620/4083</w:t>
        <w:br/>
        <w:t>f 27884/4619/4082 27911/4650/4111 27883/4620/4083</w:t>
        <w:br/>
        <w:t>f 28127/4864/4310 28126/4865/4311 28120/4861/4308</w:t>
        <w:br/>
        <w:t>f 28121/4860/4307 28127/4864/4310 28120/4861/4308</w:t>
        <w:br/>
        <w:t>f 27960/4699/4153 28129/4866/4312 28128/4867/4313</w:t>
        <w:br/>
        <w:t>f 27961/4698/4153 27960/4699/4153 28128/4867/4313</w:t>
        <w:br/>
        <w:t>f 28130/4868/4314 27949/4686/4142 27948/4687/4143</w:t>
        <w:br/>
        <w:t>f 27972/4711/4164 28130/4868/4314 27948/4687/4143</w:t>
        <w:br/>
        <w:t>f 28126/4865/4311 28127/4864/4310 27904/4640/4103</w:t>
        <w:br/>
        <w:t>f 28131/4869/4315 28126/4865/4311 27904/4640/4103</w:t>
        <w:br/>
        <w:t>f 28128/4867/4313 28129/4866/4312 28132/4870/4316</w:t>
        <w:br/>
        <w:t>f 28134/4871/4142 28132/4870/4316 28133/4872/4317</w:t>
        <w:br/>
        <w:t>f 27965/4704/4158 28136/4873/4121 28135/4874/4318</w:t>
        <w:br/>
        <w:t>f 27964/4705/4159 27965/4704/4158 28135/4874/4318</w:t>
        <w:br/>
        <w:t>f 28136/4873/4121 28138/4875/4123 28137/4876/4319</w:t>
        <w:br/>
        <w:t>f 28135/4874/4318 28136/4873/4121 28137/4876/4319</w:t>
        <w:br/>
        <w:t>f 28138/4875/4123 28140/4877/4125 28139/4878/4320</w:t>
        <w:br/>
        <w:t>f 28137/4876/4319 28138/4875/4123 28139/4878/4320</w:t>
        <w:br/>
        <w:t>f 28140/4877/4125 28141/4879/4321 27936/4675/4132</w:t>
        <w:br/>
        <w:t>f 28139/4878/4320 28140/4877/4125 27936/4675/4132</w:t>
        <w:br/>
        <w:t>f 28141/4879/4321 28142/4880/4296 27935/4676/4133</w:t>
        <w:br/>
        <w:t>f 27936/4675/4132 28141/4879/4321 27935/4676/4133</w:t>
        <w:br/>
        <w:t>f 28142/4880/4296 28143/4881/4295 27968/4707/4161</w:t>
        <w:br/>
        <w:t>f 27935/4676/4133 28142/4880/4296 27968/4707/4161</w:t>
        <w:br/>
        <w:t>f 28145/4882/4322 27968/4707/4161 28143/4881/4295</w:t>
        <w:br/>
        <w:t>f 28144/4883/4323 28145/4882/4322 28143/4881/4295</w:t>
        <w:br/>
        <w:t>f 28148/4884/4079 28147/4885/4078 27974/4715/4168</w:t>
        <w:br/>
        <w:t>f 28146/4886/4324 28148/4884/4079 27974/4715/4168</w:t>
        <w:br/>
        <w:t>f 27977/4712/4165 27974/4715/4168 28147/4885/4078</w:t>
        <w:br/>
        <w:t>f 28149/4887/4094 27977/4712/4165 28147/4885/4078</w:t>
        <w:br/>
        <w:t>f 28042/4783/4234 27977/4712/4165 28149/4887/4094</w:t>
        <w:br/>
        <w:t>f 28150/4888/4091 28042/4783/4234 28149/4887/4094</w:t>
        <w:br/>
        <w:t>f 28150/4888/4091 28094/4830/4279 28045/4780/4231</w:t>
        <w:br/>
        <w:t>f 28042/4783/4234 28150/4888/4091 28045/4780/4231</w:t>
        <w:br/>
        <w:t>f 28105/4845/4292 28090/4829/4278 28091/4828/4277</w:t>
        <w:br/>
        <w:t>f 28151/4889/4325 28105/4845/4292 28091/4828/4277</w:t>
        <w:br/>
        <w:t>f 28092/4832/4281 28105/4845/4292 28151/4889/4325</w:t>
        <w:br/>
        <w:t>f 28152/4890/4326 28092/4832/4281 28151/4889/4325</w:t>
        <w:br/>
        <w:t>f 28044/4781/4232 28045/4780/4231 28092/4832/4281</w:t>
        <w:br/>
        <w:t>f 28152/4890/4326 28044/4781/4232 28092/4832/4281</w:t>
        <w:br/>
        <w:t>f 27967/4702/4156 27964/4705/4159 28154/4891/4327</w:t>
        <w:br/>
        <w:t>f 28153/4892/4328 27967/4702/4156 28154/4891/4327</w:t>
        <w:br/>
        <w:t>f 27951/4690/4146 27967/4702/4156 28153/4892/4328</w:t>
        <w:br/>
        <w:t>f 28155/4893/4329 27951/4690/4146 28153/4892/4328</w:t>
        <w:br/>
        <w:t>f 27950/4691/4147 27951/4690/4146 28155/4893/4329</w:t>
        <w:br/>
        <w:t>f 28156/4894/4330 27950/4691/4147 28155/4893/4329</w:t>
        <w:br/>
        <w:t>f 27950/4691/4147 28156/4894/4330 28157/4895/4331</w:t>
        <w:br/>
        <w:t>f 27956/4692/4148 27950/4691/4147 28157/4895/4331</w:t>
        <w:br/>
        <w:t>f 27904/4640/4103 27923/4660/4119 27962/4701/4155</w:t>
        <w:br/>
        <w:t>f 27904/4640/4103 27902/4642/4105 27923/4660/4119</w:t>
        <w:br/>
        <w:t>f 27884/4619/4082 28159/4896/4332 28158/4897/4333</w:t>
        <w:br/>
        <w:t>f 27911/4650/4111 27884/4619/4082 28158/4897/4333</w:t>
        <w:br/>
        <w:t>f 27911/4650/4111 28158/4897/4333 27922/4661/4120</w:t>
        <w:br/>
        <w:t>f 27909/4648/4109 27911/4650/4111 27922/4661/4120</w:t>
        <w:br/>
        <w:t>f 27909/4648/4109 27922/4661/4120 27923/4660/4119</w:t>
        <w:br/>
        <w:t>f 27902/4642/4105 27909/4648/4109 27923/4660/4119</w:t>
        <w:br/>
        <w:t>f 27988/4725/4176 27989/4724/4175 27994/4735/4186</w:t>
        <w:br/>
        <w:t>f 27995/4734/4185 27988/4725/4176 27994/4735/4186</w:t>
        <w:br/>
        <w:t>f 27964/4705/4159 28135/4874/4318 28160/4898/4334</w:t>
        <w:br/>
        <w:t>f 28154/4891/4327 27964/4705/4159 28160/4898/4334</w:t>
        <w:br/>
        <w:t>f 28135/4874/4318 28137/4876/4319 28161/4899/4335</w:t>
        <w:br/>
        <w:t>f 28160/4898/4334 28135/4874/4318 28161/4899/4335</w:t>
        <w:br/>
        <w:t>f 28139/4878/4320 28162/4900/4336 28161/4899/4335</w:t>
        <w:br/>
        <w:t>f 28137/4876/4319 28139/4878/4320 28161/4899/4335</w:t>
        <w:br/>
        <w:t>f 27936/4675/4132 27937/4674/4131 28162/4900/4336</w:t>
        <w:br/>
        <w:t>f 28139/4878/4320 27936/4675/4132 28162/4900/4336</w:t>
        <w:br/>
        <w:t>f 28042/4783/4234 28043/4782/4233 27976/4713/4166</w:t>
        <w:br/>
        <w:t>f 27977/4712/4165 28042/4783/4234 27976/4713/4166</w:t>
        <w:br/>
        <w:t>f 28095/4833/4282 28163/4901/4337 28046/4787/4238</w:t>
        <w:br/>
        <w:t>f 28095/4833/4282 28041/4776/4227 28163/4901/4337</w:t>
        <w:br/>
        <w:t>f 27978/4719/4172 27979/4718/4171 28165/4902/4338</w:t>
        <w:br/>
        <w:t>f 28164/4903/4339 27978/4719/4172 28165/4902/4338</w:t>
        <w:br/>
        <w:t>f 28168/4904/4340 28167/4905/4341 27975/4714/4167</w:t>
        <w:br/>
        <w:t>f 28166/4906/4342 28168/4904/4340 27975/4714/4167</w:t>
        <w:br/>
        <w:t>f 28034/4775/4226 28035/4774/4225 28170/4907/4343</w:t>
        <w:br/>
        <w:t>f 28169/4908/4344 28034/4775/4226 28170/4907/4343</w:t>
        <w:br/>
        <w:t>f 28171/4909/4212 28057/4796/4246 28034/4775/4226</w:t>
        <w:br/>
        <w:t>f 28169/4908/4344 28171/4909/4212 28034/4775/4226</w:t>
        <w:br/>
        <w:t>f 28172/4910/4211 28056/4797/4247 28057/4796/4246</w:t>
        <w:br/>
        <w:t>f 28171/4909/4212 28172/4910/4211 28057/4796/4246</w:t>
        <w:br/>
        <w:t>f 28174/4911/4345 28056/4797/4247 28172/4910/4211</w:t>
        <w:br/>
        <w:t>f 28173/4912/4208 28174/4911/4345 28172/4910/4211</w:t>
        <w:br/>
        <w:t>f 28100/4837/4285 28113/4850/4297 28110/4847/4294</w:t>
        <w:br/>
        <w:t>f 28099/4838/4286 28100/4837/4285 28110/4847/4294</w:t>
        <w:br/>
        <w:t>f 28099/4838/4286 28110/4847/4294 28111/4846/4293</w:t>
        <w:br/>
        <w:t>f 28175/4913/4288 28099/4838/4286 28111/4846/4293</w:t>
        <w:br/>
        <w:t>f 28176/4914/4346 27881/4622/4085 27882/4621/4084</w:t>
        <w:br/>
        <w:t>f 27954/4694/4150 27959/4697/4152 27956/4692/4148</w:t>
        <w:br/>
        <w:t>f 27930/4667/4126 27881/4622/4085 28175/4913/4288</w:t>
        <w:br/>
        <w:t>f 28111/4846/4293 27930/4667/4126 28175/4913/4288</w:t>
        <w:br/>
        <w:t>f 27881/4622/4085 27930/4667/4126 28159/4896/4332</w:t>
        <w:br/>
        <w:t>f 27884/4619/4082 27881/4622/4085 28159/4896/4332</w:t>
        <w:br/>
        <w:t>f 28177/4915/4347 27949/4686/4142 28130/4868/4314</w:t>
        <w:br/>
        <w:t>f 28179/4916/4310 28132/4870/4316 28178/4917/4348</w:t>
        <w:br/>
        <w:t>f 28132/4870/4316 28129/4866/4312 28133/4872/4317</w:t>
        <w:br/>
        <w:t>f 28180/4918/4349 27969/4706/4160 27968/4707/4161</w:t>
        <w:br/>
        <w:t>f 28145/4882/4322 28180/4918/4349 27968/4707/4161</w:t>
        <w:br/>
        <w:t>f 27974/4715/4168 27975/4714/4167 28167/4905/4341</w:t>
        <w:br/>
        <w:t>f 28146/4886/4324 27974/4715/4168 28167/4905/4341</w:t>
        <w:br/>
        <w:t>f 28181/4919/4350 28104/4842/4290 27877/4618/4081</w:t>
        <w:br/>
        <w:t>f 27878/4617/4080 28181/4919/4350 27877/4618/4081</w:t>
        <w:br/>
        <w:t>f 28185/4920/4351 28184/4921/4352 28183/4922/4353</w:t>
        <w:br/>
        <w:t>f 28182/4923/4354 28185/4920/4351 28183/4922/4353</w:t>
        <w:br/>
        <w:t>f 28166/4906/4342 27975/4714/4167 27976/4713/4166</w:t>
        <w:br/>
        <w:t>f 28186/4924/4355 28166/4906/4342 27976/4713/4166</w:t>
        <w:br/>
        <w:t>f 28043/4782/4233 28044/4781/4232 28187/4925/4356</w:t>
        <w:br/>
        <w:t>f 28186/4924/4355 27976/4713/4166 28043/4782/4233</w:t>
        <w:br/>
        <w:t>f 28187/4925/4356 28186/4924/4355 28043/4782/4233</w:t>
        <w:br/>
        <w:t>f 28191/4926/4357 28190/4927/4358 28189/4928/4358</w:t>
        <w:br/>
        <w:t>f 28188/4929/4357 28191/4926/4357 28189/4928/4358</w:t>
        <w:br/>
        <w:t>f 28194/4930/4359 28193/4931/4360 28192/4932/4360</w:t>
        <w:br/>
        <w:t>f 28190/4927/4358 28195/4933/4361 28189/4928/4358</w:t>
        <w:br/>
        <w:t>f 28199/4934/4362 28198/4935/4363 28197/4936/4244</w:t>
        <w:br/>
        <w:t>f 28196/4937/4364 28199/4934/4362 28197/4936/4244</w:t>
        <w:br/>
        <w:t>f 28203/4938/4365 28202/4939/4365 28201/4940/4366</w:t>
        <w:br/>
        <w:t>f 28200/4941/4367 28203/4938/4365 28201/4940/4366</w:t>
        <w:br/>
        <w:t>f 28205/4942/4368 28204/4943/4369 28202/4939/4365</w:t>
        <w:br/>
        <w:t>f 28203/4938/4365 28205/4942/4368 28202/4939/4365</w:t>
        <w:br/>
        <w:t>f 28207/4944/4370 28206/4945/4371 28204/4943/4369</w:t>
        <w:br/>
        <w:t>f 28205/4942/4368 28207/4944/4370 28204/4943/4369</w:t>
        <w:br/>
        <w:t>f 28210/4946/4372 28209/4947/4373 28208/4948/4374</w:t>
        <w:br/>
        <w:t>f 28212/4949/4375 28211/4950/4376 28206/4945/4371</w:t>
        <w:br/>
        <w:t>f 28207/4944/4370 28212/4949/4375 28206/4945/4371</w:t>
        <w:br/>
        <w:t>f 28214/4951/4377 28213/4952/4378 28211/4950/4376</w:t>
        <w:br/>
        <w:t>f 28212/4949/4375 28214/4951/4377 28211/4950/4376</w:t>
        <w:br/>
        <w:t>f 28216/4953/4379 28215/4954/4380 28213/4952/4378</w:t>
        <w:br/>
        <w:t>f 28214/4951/4377 28216/4953/4379 28213/4952/4378</w:t>
        <w:br/>
        <w:t>f 28218/4955/4381 28217/4956/4382 28215/4954/4380</w:t>
        <w:br/>
        <w:t>f 28216/4953/4379 28218/4955/4381 28215/4954/4380</w:t>
        <w:br/>
        <w:t>f 28220/4957/4383 28219/4958/4384 28217/4956/4382</w:t>
        <w:br/>
        <w:t>f 28218/4955/4381 28220/4957/4383 28217/4956/4382</w:t>
        <w:br/>
        <w:t>f 28222/4959/4385 28221/4960/4386 28219/4958/4384</w:t>
        <w:br/>
        <w:t>f 28220/4957/4383 28222/4959/4385 28219/4958/4384</w:t>
        <w:br/>
        <w:t>f 28224/4961/4387 28221/4960/4386 28222/4959/4385</w:t>
        <w:br/>
        <w:t>f 28223/4962/4388 28224/4961/4387 28222/4959/4385</w:t>
        <w:br/>
        <w:t>f 28226/4963/4389 28224/4961/4387 28223/4962/4388</w:t>
        <w:br/>
        <w:t>f 28225/4964/4390 28226/4963/4389 28223/4962/4388</w:t>
        <w:br/>
        <w:t>f 28228/4965/4391 28226/4963/4389 28225/4964/4390</w:t>
        <w:br/>
        <w:t>f 28227/4966/4392 28228/4965/4391 28225/4964/4390</w:t>
        <w:br/>
        <w:t>f 28230/4967/4393 28229/4968/4394 28228/4965/4391</w:t>
        <w:br/>
        <w:t>f 28227/4966/4392 28230/4967/4393 28228/4965/4391</w:t>
        <w:br/>
        <w:t>f 28232/4969/4395 28231/4970/4395 28229/4968/4394</w:t>
        <w:br/>
        <w:t>f 28230/4967/4393 28232/4969/4395 28229/4968/4394</w:t>
        <w:br/>
        <w:t>f 28234/4971/4396 28233/4972/4396 28210/4946/4372</w:t>
        <w:br/>
        <w:t>f 28208/4948/4374 28234/4971/4396 28210/4946/4372</w:t>
        <w:br/>
        <w:t>f 28056/4797/4247 28174/4911/4345 28235/4973/4364</w:t>
        <w:br/>
        <w:t>f 28059/4794/4244 28056/4797/4247 28235/4973/4364</w:t>
        <w:br/>
        <w:t>f 28239/4974/4397 28238/4975/4398 28237/4976/4399</w:t>
        <w:br/>
        <w:t>f 28236/4977/4398 28239/4974/4397 28237/4976/4399</w:t>
        <w:br/>
        <w:t>f 28240/4978/4400 28237/4976/4401 28182/4923/4354</w:t>
        <w:br/>
        <w:t>f 28183/4922/4353 28240/4978/4400 28182/4923/4354</w:t>
        <w:br/>
        <w:t>f 28183/4922/4353 28241/4979/4402 28240/4978/4400</w:t>
        <w:br/>
        <w:t>f 28244/4980/4403 28243/4981/4404 28242/4982/4405</w:t>
        <w:br/>
        <w:t>f 28241/4979/4402 28244/4980/4403 28242/4982/4405</w:t>
        <w:br/>
        <w:t>f 28243/4981/4404 28246/4983/4406 28245/4984/4407</w:t>
        <w:br/>
        <w:t>f 28242/4982/4405 28243/4981/4404 28245/4984/4407</w:t>
        <w:br/>
        <w:t>f 28248/4985/4408 28245/4984/4407 28246/4983/4406</w:t>
        <w:br/>
        <w:t>f 28247/4986/4409 28248/4985/4408 28246/4983/4406</w:t>
        <w:br/>
        <w:t>f 28250/4987/4410 28248/4985/4408 28247/4986/4409</w:t>
        <w:br/>
        <w:t>f 28249/4988/4411 28250/4987/4410 28247/4986/4409</w:t>
        <w:br/>
        <w:t>f 28252/4989/4412 28250/4987/4410 28249/4988/4411</w:t>
        <w:br/>
        <w:t>f 28251/4990/4413 28252/4989/4412 28249/4988/4411</w:t>
        <w:br/>
        <w:t>f 28254/4991/4414 28252/4989/4412 28251/4990/4413</w:t>
        <w:br/>
        <w:t>f 28253/4992/4415 28254/4991/4414 28251/4990/4413</w:t>
        <w:br/>
        <w:t>f 28256/4993/4416 28254/4991/4414 28253/4992/4415</w:t>
        <w:br/>
        <w:t>f 28255/4994/4417 28256/4993/4416 28253/4992/4415</w:t>
        <w:br/>
        <w:t>f 28258/4995/4418 28256/4993/4416 28255/4994/4417</w:t>
        <w:br/>
        <w:t>f 28257/4996/4419 28258/4995/4418 28255/4994/4417</w:t>
        <w:br/>
        <w:t>f 28262/4997/4420 28261/4998/4421 28260/4999/4422</w:t>
        <w:br/>
        <w:t>f 28259/5000/4420 28262/4997/4420 28260/4999/4422</w:t>
        <w:br/>
        <w:t>f 28193/4931/4360 28264/5001/4423 28263/5002/4423</w:t>
        <w:br/>
        <w:t>f 28192/4932/4360 28193/4931/4360 28263/5002/4423</w:t>
        <w:br/>
        <w:t>f 28267/5003/4424 28266/5004/4425 28265/5005/4426</w:t>
        <w:br/>
        <w:t>f 28269/5006/4427 28268/5007/4428 28151/4889/4325</w:t>
        <w:br/>
        <w:t>f 28091/4828/4277 28269/5006/4427 28151/4889/4325</w:t>
        <w:br/>
        <w:t>f 28268/5007/4428 28270/5008/4429 28152/4890/4326</w:t>
        <w:br/>
        <w:t>f 28151/4889/4325 28268/5007/4428 28152/4890/4326</w:t>
        <w:br/>
        <w:t>f 28273/5009/4430 28239/4974/4397 28272/5010/4367</w:t>
        <w:br/>
        <w:t>f 28271/5011/4431 28273/5009/4430 28272/5010/4367</w:t>
        <w:br/>
        <w:t>f 28200/4941/4367 28201/4940/4366 28275/5012/4432</w:t>
        <w:br/>
        <w:t>f 28274/5013/4433 28200/4941/4367 28275/5012/4432</w:t>
        <w:br/>
        <w:t>f 28279/5014/4434 28278/5015/4435 28277/5016/4436</w:t>
        <w:br/>
        <w:t>f 28276/5017/4437 28279/5014/4434 28277/5016/4436</w:t>
        <w:br/>
        <w:t>f 28280/5018/4438 28277/5016/4436 28278/5015/4435</w:t>
        <w:br/>
        <w:t>f 28281/5019/4439 28280/5018/4438 28278/5015/4435</w:t>
        <w:br/>
        <w:t>f 28163/4901/4337 28282/5020/4438 28049/4784/4235</w:t>
        <w:br/>
        <w:t>f 28266/5004/4425 28281/5019/4439 28278/5015/4435</w:t>
        <w:br/>
        <w:t>f 28265/5005/4426 28266/5004/4425 28278/5015/4435</w:t>
        <w:br/>
        <w:t>f 28283/5021/4439 28269/5006/4427 28091/4828/4277</w:t>
        <w:br/>
        <w:t>f 28088/4826/4275 28283/5021/4439 28091/4828/4277</w:t>
        <w:br/>
        <w:t>f 28233/4972/4396 28234/4971/4396 28231/4970/4395</w:t>
        <w:br/>
        <w:t>f 28232/4969/4395 28233/4972/4396 28231/4970/4395</w:t>
        <w:br/>
        <w:t>f 28264/5001/4423 28262/4997/4420 28259/5000/4420</w:t>
        <w:br/>
        <w:t>f 28263/5002/4423 28264/5001/4423 28259/5000/4420</w:t>
        <w:br/>
        <w:t>f 28285/5022/4440 28191/4926/4357 28188/4929/4357</w:t>
        <w:br/>
        <w:t>f 28284/5023/4441 28285/5022/4440 28188/4929/4357</w:t>
        <w:br/>
        <w:t>f 28211/4950/4376 28213/4952/4378 28286/5024/4442</w:t>
        <w:br/>
        <w:t>f 28215/4954/4380 28287/5025/4443 28286/5024/4442</w:t>
        <w:br/>
        <w:t>f 28213/4952/4378 28215/4954/4380 28286/5024/4442</w:t>
        <w:br/>
        <w:t>f 28221/4960/4386 28289/5026/4444 28288/5027/4445</w:t>
        <w:br/>
        <w:t>f 28219/4958/4384 28221/4960/4386 28288/5027/4445</w:t>
        <w:br/>
        <w:t>f 28290/5028/4446 28289/5026/4444 28221/4960/4386</w:t>
        <w:br/>
        <w:t>f 28224/4961/4387 28290/5028/4446 28221/4960/4386</w:t>
        <w:br/>
        <w:t>f 28293/5029/4447 28292/5030/4448 28291/5031/4449</w:t>
        <w:br/>
        <w:t>f 28297/5032/4450 28296/5033/4451 28295/5034/4452</w:t>
        <w:br/>
        <w:t>f 28294/5035/4453 28297/5032/4450 28295/5034/4452</w:t>
        <w:br/>
        <w:t>f 28301/5036/4454 28300/5037/4455 28299/5038/4455</w:t>
        <w:br/>
        <w:t>f 28298/5039/4454 28301/5036/4454 28299/5038/4455</w:t>
        <w:br/>
        <w:t>f 28226/4963/4389 28302/5040/4449 28290/5028/4446</w:t>
        <w:br/>
        <w:t>f 28224/4961/4387 28226/4963/4389 28290/5028/4446</w:t>
        <w:br/>
        <w:t>f 28306/5041/4456 28305/5042/4456 28304/5043/4457</w:t>
        <w:br/>
        <w:t>f 28303/5044/4458 28306/5041/4456 28304/5043/4457</w:t>
        <w:br/>
        <w:t>f 28308/5045/4459 28307/5046/4459 28305/5042/4456</w:t>
        <w:br/>
        <w:t>f 28306/5041/4456 28308/5045/4459 28305/5042/4456</w:t>
        <w:br/>
        <w:t>f 28310/5047/4460 28309/5048/4460 28307/5046/4459</w:t>
        <w:br/>
        <w:t>f 28308/5045/4459 28310/5047/4460 28307/5046/4459</w:t>
        <w:br/>
        <w:t>f 28314/5049/4461 28313/5050/4462 28312/5051/4463</w:t>
        <w:br/>
        <w:t>f 28311/5052/4463 28314/5049/4461 28312/5051/4463</w:t>
        <w:br/>
        <w:t>f 28318/5053/4464 28317/5054/4422 28316/5055/4465</w:t>
        <w:br/>
        <w:t>f 28315/5056/4465 28318/5053/4464 28316/5055/4465</w:t>
        <w:br/>
        <w:t>f 28320/5057/4466 28317/5054/4422 28318/5053/4464</w:t>
        <w:br/>
        <w:t>f 28319/5058/4466 28320/5057/4466 28318/5053/4464</w:t>
        <w:br/>
        <w:t>f 28324/5059/4467 28323/5060/4468 28322/5061/4468</w:t>
        <w:br/>
        <w:t>f 28321/5062/4467 28324/5059/4467 28322/5061/4468</w:t>
        <w:br/>
        <w:t>f 28294/5035/4453 28324/5059/4467 28321/5062/4467</w:t>
        <w:br/>
        <w:t>f 28297/5032/4450 28294/5035/4453 28321/5062/4467</w:t>
        <w:br/>
        <w:t>f 28328/5063/4469 28327/5064/4470 28326/5065/4471</w:t>
        <w:br/>
        <w:t>f 28325/5066/4472 28328/5063/4469 28326/5065/4471</w:t>
        <w:br/>
        <w:t>f 28325/5066/4472 28292/5030/4448 28293/5029/4447</w:t>
        <w:br/>
        <w:t>f 28328/5063/4469 28325/5066/4472 28293/5029/4447</w:t>
        <w:br/>
        <w:t>f 28309/5048/4460 28310/5047/4460 28311/5052/4463</w:t>
        <w:br/>
        <w:t>f 28312/5051/4463 28309/5048/4460 28311/5052/4463</w:t>
        <w:br/>
        <w:t>f 28296/5033/4451 28301/5036/4454 28298/5039/4454</w:t>
        <w:br/>
        <w:t>f 28295/5034/4452 28296/5033/4451 28298/5039/4454</w:t>
        <w:br/>
        <w:t>f 28331/5067/4473 28330/5068/4474 28329/5069/4475</w:t>
        <w:br/>
        <w:t>f 28299/5038/4455 28300/5037/4455 28332/5070/4476</w:t>
        <w:br/>
        <w:t>f 28336/5071/4477 28335/5072/4478 28334/5073/4479</w:t>
        <w:br/>
        <w:t>f 28333/5074/4480 28336/5071/4477 28334/5073/4479</w:t>
        <w:br/>
        <w:t>f 28333/5074/4480 28334/5073/4479 28338/5075/4481</w:t>
        <w:br/>
        <w:t>f 28337/5076/4482 28333/5074/4480 28338/5075/4481</w:t>
        <w:br/>
        <w:t>f 28337/5076/4482 28338/5075/4481 28340/5077/4483</w:t>
        <w:br/>
        <w:t>f 28339/5078/4484 28337/5076/4482 28340/5077/4483</w:t>
        <w:br/>
        <w:t>f 28339/5078/4484 28340/5077/4483 28342/5079/4485</w:t>
        <w:br/>
        <w:t>f 28341/5080/4486 28339/5078/4484 28342/5079/4485</w:t>
        <w:br/>
        <w:t>f 28341/5080/4486 28342/5079/4485 28344/5081/4487</w:t>
        <w:br/>
        <w:t>f 28343/5082/4488 28341/5080/4486 28344/5081/4487</w:t>
        <w:br/>
        <w:t>f 28347/5083/4489 28346/5084/4490 28343/5082/4488</w:t>
        <w:br/>
        <w:t>f 28345/5085/4491 28347/5083/4489 28343/5082/4488</w:t>
        <w:br/>
        <w:t>f 28345/5085/4491 28349/5086/4492 28348/5087/4493</w:t>
        <w:br/>
        <w:t>f 28347/5083/4489 28345/5085/4491 28348/5087/4493</w:t>
        <w:br/>
        <w:t>f 28351/5088/4494 28350/5089/4494 28260/4999/4422</w:t>
        <w:br/>
        <w:t>f 28261/4998/4421 28351/5088/4494 28260/4999/4422</w:t>
        <w:br/>
        <w:t>f 28258/4995/4418 28257/4996/4419 28350/5089/4494</w:t>
        <w:br/>
        <w:t>f 28351/5088/4494 28258/4995/4418 28350/5089/4494</w:t>
        <w:br/>
        <w:t>f 28277/5016/4436 28353/5090/4227 28352/5091/4230</w:t>
        <w:br/>
        <w:t>f 28276/5017/4437 28277/5016/4436 28352/5091/4230</w:t>
        <w:br/>
        <w:t>f 28323/5060/4468 28320/5057/4466 28319/5058/4466</w:t>
        <w:br/>
        <w:t>f 28322/5061/4468 28323/5060/4468 28319/5058/4466</w:t>
        <w:br/>
        <w:t>f 28303/5044/4458 28304/5043/4457 28335/5072/4478</w:t>
        <w:br/>
        <w:t>f 28336/5071/4477 28303/5044/4458 28335/5072/4478</w:t>
        <w:br/>
        <w:t>f 28217/4956/4382 28354/5092/4495 28287/5025/4443</w:t>
        <w:br/>
        <w:t>f 28215/4954/4380 28217/4956/4382 28287/5025/4443</w:t>
        <w:br/>
        <w:t>f 28219/4958/4384 28288/5027/4445 28354/5092/4495</w:t>
        <w:br/>
        <w:t>f 28217/4956/4382 28219/4958/4384 28354/5092/4495</w:t>
        <w:br/>
        <w:t>f 28356/5093/4496 28257/4996/4419 28355/5094/4497</w:t>
        <w:br/>
        <w:t>f 28255/4994/4417 28357/5095/4485 28355/5094/4497</w:t>
        <w:br/>
        <w:t>f 28257/4996/4419 28255/4994/4417 28355/5094/4497</w:t>
        <w:br/>
        <w:t>f 28253/4992/4415 28251/4990/4413 28359/5096/4498</w:t>
        <w:br/>
        <w:t>f 28358/5097/4487 28253/4992/4415 28359/5096/4498</w:t>
        <w:br/>
        <w:t>f 28253/4992/4415 28358/5097/4487 28357/5095/4485</w:t>
        <w:br/>
        <w:t>f 28255/4994/4417 28253/4992/4415 28357/5095/4485</w:t>
        <w:br/>
        <w:t>f 28360/5098/4499 28326/5065/4471 28327/5064/4470</w:t>
        <w:br/>
        <w:t>f 28364/5099/4500 28363/5100/4501 28362/5101/4502</w:t>
        <w:br/>
        <w:t>f 28361/5102/4500 28364/5099/4500 28362/5101/4502</w:t>
        <w:br/>
        <w:t>f 28366/5103/4503 28364/5099/4500 28361/5102/4500</w:t>
        <w:br/>
        <w:t>f 28365/5104/4503 28366/5103/4503 28361/5102/4500</w:t>
        <w:br/>
        <w:t>f 28368/5105/4504 28366/5103/4503 28365/5104/4503</w:t>
        <w:br/>
        <w:t>f 28367/5106/4505 28368/5105/4504 28365/5104/4503</w:t>
        <w:br/>
        <w:t>f 28367/5106/4505 28370/5107/4506 28369/5108/4506</w:t>
        <w:br/>
        <w:t>f 28368/5105/4504 28367/5106/4505 28369/5108/4506</w:t>
        <w:br/>
        <w:t>f 28371/5109/4507 28369/5108/4506 28370/5107/4506</w:t>
        <w:br/>
        <w:t>f 28360/5098/4499 28371/5109/4507 28370/5107/4506</w:t>
        <w:br/>
        <w:t>f 28360/5098/4499 28327/5064/4470 28372/5110/4508</w:t>
        <w:br/>
        <w:t>f 28371/5109/4507 28360/5098/4499 28372/5110/4508</w:t>
        <w:br/>
        <w:t>f 28374/5111/4475 28363/5100/4509 28373/5112/4473</w:t>
        <w:br/>
        <w:t>f 28346/5084/4490 28375/5113/4510 28341/5080/4486</w:t>
        <w:br/>
        <w:t>f 28343/5082/4488 28346/5084/4490 28341/5080/4486</w:t>
        <w:br/>
        <w:t>f 28376/5114/4511 28339/5078/4484 28341/5080/4486</w:t>
        <w:br/>
        <w:t>f 28375/5113/4510 28376/5114/4511 28341/5080/4486</w:t>
        <w:br/>
        <w:t>f 28377/5115/4512 28337/5076/4482 28339/5078/4484</w:t>
        <w:br/>
        <w:t>f 28376/5114/4511 28377/5115/4512 28339/5078/4484</w:t>
        <w:br/>
        <w:t>f 28378/5116/4513 28333/5074/4480 28337/5076/4482</w:t>
        <w:br/>
        <w:t>f 28377/5115/4512 28378/5116/4513 28337/5076/4482</w:t>
        <w:br/>
        <w:t>f 28379/5117/4514 28336/5071/4477 28333/5074/4480</w:t>
        <w:br/>
        <w:t>f 28378/5116/4513 28379/5117/4514 28333/5074/4480</w:t>
        <w:br/>
        <w:t>f 28336/5071/4477 28379/5117/4514 28380/5118/4515</w:t>
        <w:br/>
        <w:t>f 28303/5044/4458 28336/5071/4477 28380/5118/4515</w:t>
        <w:br/>
        <w:t>f 28382/5119/4516 28381/5120/4516 28303/5044/4458</w:t>
        <w:br/>
        <w:t>f 28380/5118/4515 28382/5119/4516 28303/5044/4458</w:t>
        <w:br/>
        <w:t>f 28384/5121/4517 28383/5122/4518 28381/5120/4516</w:t>
        <w:br/>
        <w:t>f 28382/5119/4516 28384/5121/4517 28381/5120/4516</w:t>
        <w:br/>
        <w:t>f 28386/5123/4519 28385/5124/4520 28383/5122/4518</w:t>
        <w:br/>
        <w:t>f 28384/5121/4517 28386/5123/4519 28383/5122/4518</w:t>
        <w:br/>
        <w:t>f 28385/5124/4520 28386/5123/4519 28388/5125/4521</w:t>
        <w:br/>
        <w:t>f 28387/5126/4521 28385/5124/4520 28388/5125/4521</w:t>
        <w:br/>
        <w:t>f 28329/5069/4475 28330/5068/4474 28387/5126/4521</w:t>
        <w:br/>
        <w:t>f 28388/5125/4521 28329/5069/4475 28387/5126/4521</w:t>
        <w:br/>
        <w:t>f 28313/5050/4462 28314/5049/4461 28389/5127/4522</w:t>
        <w:br/>
        <w:t>f 28316/5055/4465 28390/5128/4523 28315/5056/4465</w:t>
        <w:br/>
        <w:t>f 28392/5129/4524 28391/5130/4525 28285/5022/4440</w:t>
        <w:br/>
        <w:t>f 28327/5064/4470 28393/5131/4526 28372/5110/4508</w:t>
        <w:br/>
        <w:t>f 28356/5093/4496 28394/5132/4527 28257/4996/4419</w:t>
        <w:br/>
        <w:t>f 28356/5093/4496 28395/5133/4528 28394/5132/4527</w:t>
        <w:br/>
        <w:t>f 28396/5134/4447 28228/4965/4391 28229/4968/4394</w:t>
        <w:br/>
        <w:t>f 28327/5064/4470 28328/5063/4469 28393/5131/4526</w:t>
        <w:br/>
        <w:t>f 28397/5135/4529 28391/5130/4525 28392/5129/4524</w:t>
        <w:br/>
        <w:t>f 28396/5134/4447 28226/4963/4389 28228/4965/4391</w:t>
        <w:br/>
        <w:t>f 28396/5134/4447 28302/5040/4449 28226/4963/4389</w:t>
        <w:br/>
        <w:t>f 28399/5136/4530 28284/5023/4441 28398/5137/4528</w:t>
        <w:br/>
        <w:t>f 28345/5085/4491 28343/5082/4488 28344/5081/4487</w:t>
        <w:br/>
        <w:t>f 28400/5138/4531 28345/5085/4491 28344/5081/4487</w:t>
        <w:br/>
        <w:t>f 28392/5129/4524 28285/5022/4440 28284/5023/4441</w:t>
        <w:br/>
        <w:t>f 28152/4890/4326 28270/5008/4429 28401/5139/4532</w:t>
        <w:br/>
        <w:t>f 28044/4781/4232 28152/4890/4326 28401/5139/4532</w:t>
        <w:br/>
        <w:t>f 28405/5140/4533 28404/5141/4534 28403/5142/4535</w:t>
        <w:br/>
        <w:t>f 28402/5143/4536 28405/5140/4533 28403/5142/4535</w:t>
        <w:br/>
        <w:t>f 28408/5144/4366 28407/5145/4537 28187/4925/4356</w:t>
        <w:br/>
        <w:t>f 28406/5146/4432 28408/5144/4366 28187/4925/4356</w:t>
        <w:br/>
        <w:t>f 28174/4911/4345 28273/5009/4430 28271/5011/4431</w:t>
        <w:br/>
        <w:t>f 28235/4973/4364 28174/4911/4345 28271/5011/4431</w:t>
        <w:br/>
        <w:t>f 28274/5013/4433 28275/5012/4432 28199/4934/4362</w:t>
        <w:br/>
        <w:t>f 28196/4937/4364 28274/5013/4433 28199/4934/4362</w:t>
        <w:br/>
        <w:t>f 28401/5139/4532 28406/5146/4432 28187/4925/4356</w:t>
        <w:br/>
        <w:t>f 28088/4826/4275 28049/4784/4235 28282/5020/4438</w:t>
        <w:br/>
        <w:t>f 28283/5021/4439 28088/4826/4275 28282/5020/4438</w:t>
        <w:br/>
        <w:t>f 28049/4784/4235 28046/4787/4238 28163/4901/4337</w:t>
        <w:br/>
        <w:t>f 28277/5016/4436 28409/5147/4538 28353/5090/4227</w:t>
        <w:br/>
        <w:t>f 28173/4912/4208 28410/5148/4207 28273/5009/4430</w:t>
        <w:br/>
        <w:t>f 28174/4911/4345 28173/4912/4208 28273/5009/4430</w:t>
        <w:br/>
        <w:t>f 28410/5148/4207 28412/5149/4539 28411/5150/4540</w:t>
        <w:br/>
        <w:t>f 28273/5009/4430 28410/5148/4207 28411/5150/4540</w:t>
        <w:br/>
        <w:t>f 28182/4923/4354 28239/4974/4397 28414/5151/4541</w:t>
        <w:br/>
        <w:t>f 28413/5152/4201 28182/4923/4354 28414/5151/4541</w:t>
        <w:br/>
        <w:t>f 28402/5143/4536 28403/5142/4535 28416/5153/4542</w:t>
        <w:br/>
        <w:t>f 28415/5154/4543 28402/5143/4536 28416/5153/4542</w:t>
        <w:br/>
        <w:t>f 28184/4921/4352 28244/4980/4403 28183/4922/4353</w:t>
        <w:br/>
        <w:t>f 28251/4990/4413 28249/4988/4411 28417/5155/4544</w:t>
        <w:br/>
        <w:t>f 28359/5096/4498 28251/4990/4413 28417/5155/4544</w:t>
        <w:br/>
        <w:t>f 28420/5156/4545 28419/5157/4546 28418/5158/4547</w:t>
        <w:br/>
        <w:t>f 28415/5154/4543 28420/5156/4545 28418/5158/4547</w:t>
        <w:br/>
        <w:t>f 28422/5159/4548 28419/5157/4546 28420/5156/4545</w:t>
        <w:br/>
        <w:t>f 28421/5160/4549 28422/5159/4548 28420/5156/4545</w:t>
        <w:br/>
        <w:t>f 28424/5161/4550 28422/5159/4548 28421/5160/4549</w:t>
        <w:br/>
        <w:t>f 28423/5162/4551 28424/5161/4550 28421/5160/4549</w:t>
        <w:br/>
        <w:t>f 28423/5162/4551 28349/5086/4492 28425/5163/4552</w:t>
        <w:br/>
        <w:t>f 28424/5161/4550 28423/5162/4551 28425/5163/4552</w:t>
        <w:br/>
        <w:t>f 28415/5154/4543 28416/5153/4542 28426/5164/4553</w:t>
        <w:br/>
        <w:t>f 28420/5156/4545 28415/5154/4543 28426/5164/4553</w:t>
        <w:br/>
        <w:t>f 28428/5165/4554 28427/5166/4555 28243/4981/4404</w:t>
        <w:br/>
        <w:t>f 28244/4980/4403 28428/5165/4554 28243/4981/4404</w:t>
        <w:br/>
        <w:t>f 28246/4983/4406 28243/4981/4404 28427/5166/4555</w:t>
        <w:br/>
        <w:t>f 28429/5167/4556 28246/4983/4406 28427/5166/4555</w:t>
        <w:br/>
        <w:t>f 28349/5086/4492 28423/5162/4551 28430/5168/4557</w:t>
        <w:br/>
        <w:t>f 28348/5087/4493 28349/5086/4492 28430/5168/4557</w:t>
        <w:br/>
        <w:t>f 28423/5162/4551 28421/5160/4549 28431/5169/4558</w:t>
        <w:br/>
        <w:t>f 28430/5168/4557 28423/5162/4551 28431/5169/4558</w:t>
        <w:br/>
        <w:t>f 28420/5156/4545 28426/5164/4553 28431/5169/4558</w:t>
        <w:br/>
        <w:t>f 28421/5160/4549 28420/5156/4545 28431/5169/4558</w:t>
        <w:br/>
        <w:t>f 28247/4986/4409 28246/4983/4406 28429/5167/4556</w:t>
        <w:br/>
        <w:t>f 28432/5170/4559 28247/4986/4409 28429/5167/4556</w:t>
        <w:br/>
        <w:t>f 28249/4988/4411 28247/4986/4409 28432/5170/4559</w:t>
        <w:br/>
        <w:t>f 28417/5155/4544 28249/4988/4411 28432/5170/4559</w:t>
        <w:br/>
        <w:t>f 28349/5086/4492 28345/5085/4491 28400/5138/4531</w:t>
        <w:br/>
        <w:t>f 28425/5163/4552 28349/5086/4492 28400/5138/4531</w:t>
        <w:br/>
        <w:t>f 28409/5147/4538 28277/5016/4436 28280/5018/4438</w:t>
        <w:br/>
        <w:t>f 28436/5171/4560 28435/5172/4561 28434/5173/4561</w:t>
        <w:br/>
        <w:t>f 28433/5174/4560 28436/5171/4560 28434/5173/4561</w:t>
        <w:br/>
        <w:t>f 28440/5175/4562 28439/5176/4562 28438/5177/4563</w:t>
        <w:br/>
        <w:t>f 28437/5178/4563 28440/5175/4562 28438/5177/4563</w:t>
        <w:br/>
        <w:t>f 28444/5179/4564 28443/5180/4565 28442/5181/4566</w:t>
        <w:br/>
        <w:t>f 28441/5182/4564 28444/5179/4564 28442/5181/4566</w:t>
        <w:br/>
        <w:t>f 28448/5183/4567 28447/5184/4567 28446/5185/4568</w:t>
        <w:br/>
        <w:t>f 28445/5186/4569 28448/5183/4567 28446/5185/4568</w:t>
        <w:br/>
        <w:t>f 27916/4651/4112 27913/4654/4115 28437/5178/4563</w:t>
        <w:br/>
        <w:t>f 28438/5177/4563 27916/4651/4112 28437/5178/4563</w:t>
        <w:br/>
        <w:t>f 28445/5186/4569 28446/5185/4568 27933/4670/4128</w:t>
        <w:br/>
        <w:t>f 27934/4669/4128 28445/5186/4569 27933/4670/4128</w:t>
        <w:br/>
        <w:t>f 28441/5182/4564 27954/4694/4150 27955/4693/4149</w:t>
        <w:br/>
        <w:t>f 28444/5179/4564 28441/5182/4564 27955/4693/4149</w:t>
        <w:br/>
        <w:t>f 28439/5176/4562 28440/5175/4562 28449/5187/4570</w:t>
        <w:br/>
        <w:t>f 28450/5188/4571 28436/5171/4560 28433/5174/4560</w:t>
        <w:br/>
        <w:t>f 28442/5181/4566 28443/5180/4565 28451/5189/4572</w:t>
        <w:br/>
        <w:t>f 28435/5172/4561 28124/4863/4309 28125/4862/4309</w:t>
        <w:br/>
        <w:t>f 28434/5173/4561 28435/5172/4561 28125/4862/4309</w:t>
        <w:br/>
        <w:t>f 28452/5190/4573 28447/5184/4567 28448/5183/4567</w:t>
        <w:br/>
        <w:t>f 28456/5191/4574 28455/5192/4575 28454/5193/4576</w:t>
        <w:br/>
        <w:t>f 28453/5194/4577 28456/5191/4574 28454/5193/4576</w:t>
        <w:br/>
        <w:t>f 28458/5195/4578 28457/5196/4579 28453/5194/4577</w:t>
        <w:br/>
        <w:t>f 28454/5193/4576 28458/5195/4578 28453/5194/4577</w:t>
        <w:br/>
        <w:t>f 28460/5197/4580 28459/5198/4581 28457/5196/4579</w:t>
        <w:br/>
        <w:t>f 28458/5195/4578 28460/5197/4580 28457/5196/4579</w:t>
        <w:br/>
        <w:t>f 28464/5199/4582 28463/5200/4583 28462/5201/4584</w:t>
        <w:br/>
        <w:t>f 28461/5202/4585 28464/5199/4582 28462/5201/4584</w:t>
        <w:br/>
        <w:t>f 28466/5203/4581 28465/5204/4586 28462/5201/4584</w:t>
        <w:br/>
        <w:t>f 28463/5200/4583 28466/5203/4581 28462/5201/4584</w:t>
        <w:br/>
        <w:t>f 28469/5205/4587 28468/5206/4588 28467/5207/4589</w:t>
        <w:br/>
        <w:t>f 28470/5208/4590 28469/5205/4587 28467/5207/4589</w:t>
        <w:br/>
        <w:t>f 28474/5209/4591 28473/5210/4592 28472/5211/4593</w:t>
        <w:br/>
        <w:t>f 28471/5212/4594 28474/5209/4591 28472/5211/4593</w:t>
        <w:br/>
        <w:t>f 28100/4837/4285 28453/5194/4577 28457/5196/4579</w:t>
        <w:br/>
        <w:t>f 28113/4850/4297 28100/4837/4285 28457/5196/4579</w:t>
        <w:br/>
        <w:t>f 28454/5193/4576 27878/4617/4080 28458/5195/4578</w:t>
        <w:br/>
        <w:t>f 28461/5202/4585 28462/5201/4584 28146/4886/4324</w:t>
        <w:br/>
        <w:t>f 28167/4905/4341 28461/5202/4585 28146/4886/4324</w:t>
        <w:br/>
        <w:t>f 28005/4746/4197 28006/4745/4196 28469/5205/4587</w:t>
        <w:br/>
        <w:t>f 28470/5208/4590 28005/4746/4197 28469/5205/4587</w:t>
        <w:br/>
        <w:t>f 28101/4836/4284 28456/5191/4574 28453/5194/4577</w:t>
        <w:br/>
        <w:t>f 28100/4837/4285 28101/4836/4284 28453/5194/4577</w:t>
        <w:br/>
        <w:t>f 27878/4617/4080 28454/5193/4576 28455/5192/4575</w:t>
        <w:br/>
        <w:t>f 28181/4919/4350 27878/4617/4080 28455/5192/4575</w:t>
        <w:br/>
        <w:t>f 28463/5200/4583 28145/4882/4322 28144/4883/4323</w:t>
        <w:br/>
        <w:t>f 28466/5203/4581 28463/5200/4583 28144/4883/4323</w:t>
        <w:br/>
        <w:t>f 28465/5204/4586 28148/4884/4079 28146/4886/4324</w:t>
        <w:br/>
        <w:t>f 28462/5201/4584 28465/5204/4586 28146/4886/4324</w:t>
        <w:br/>
        <w:t>f 28113/4850/4297 28457/5196/4579 28459/5198/4581</w:t>
        <w:br/>
        <w:t>f 28112/4851/4298 28113/4850/4297 28459/5198/4581</w:t>
        <w:br/>
        <w:t>f 28471/5212/4594 28472/5211/4593 28164/4903/4339</w:t>
        <w:br/>
        <w:t>f 28165/4902/4338 28471/5212/4594 28164/4903/4339</w:t>
        <w:br/>
        <w:t>f 28167/4905/4341 28168/4904/4340 28473/5210/4592</w:t>
        <w:br/>
        <w:t>f 28474/5209/4591 28167/4905/4341 28473/5210/4592</w:t>
        <w:br/>
        <w:t>f 28464/5199/4582 28180/4918/4349 28145/4882/4322</w:t>
        <w:br/>
        <w:t>f 28463/5200/4583 28464/5199/4582 28145/4882/4322</w:t>
        <w:br/>
        <w:t>f 28458/5195/4578 27878/4617/4080 27879/4616/4079</w:t>
        <w:br/>
        <w:t>f 28460/5197/4580 28458/5195/4578 27879/4616/4079</w:t>
        <w:br/>
        <w:t>f 28467/5207/4589 28468/5206/4588 28015/4754/4205</w:t>
        <w:br/>
        <w:t>f 28016/4753/4204 28467/5207/4589 28015/4754/4205</w:t>
        <w:br/>
        <w:t>f 28476/5213/4595 28475/5214/4595 28418/5158/4596</w:t>
        <w:br/>
        <w:t>f 28404/5141/4534 28405/5140/4533 28407/5145/4537</w:t>
        <w:br/>
        <w:t>f 28408/5144/4366 28404/5141/4534 28407/5145/4537</w:t>
        <w:br/>
        <w:t>f 28428/5165/4554 28244/4980/4403 28184/4921/4352</w:t>
        <w:br/>
        <w:t>f 28402/5143/4536 28415/5154/4543 28418/5158/4547</w:t>
        <w:br/>
        <w:t>f 28278/5015/4435 28477/5215/4223 28265/5005/4426</w:t>
        <w:br/>
        <w:t>f 28278/5015/4435 28279/5014/4434 28478/5216/4224</w:t>
        <w:br/>
        <w:t>f 28477/5215/4223 28278/5015/4435 28478/5216/4224</w:t>
        <w:br/>
        <w:t>f 28267/5003/4424 28197/4936/4244 28198/4935/4363</w:t>
        <w:br/>
        <w:t>f 28267/5003/4424 28265/5005/4426 28197/4936/4244</w:t>
        <w:br/>
        <w:t>f 28028/4766/4217 28074/4812/4262 28075/4813/4263</w:t>
        <w:br/>
        <w:t>f 28479/5217/4597 28023/4759/4210 28024/4762/4213</w:t>
        <w:br/>
        <w:t>f 28026/4764/4215 28027/4763/4214 28114/4852/4299</w:t>
        <w:br/>
        <w:t>f 28480/5218/4598 28026/4764/4215 28114/4852/4299</w:t>
        <w:br/>
        <w:t>f 28027/4763/4214 28075/4813/4263 28114/4852/4299</w:t>
        <w:br/>
        <w:t>f 28024/4762/4213 28075/4813/4263 27898/4637/4100</w:t>
        <w:br/>
        <w:t>f 28244/4980/4403 28241/4979/4402 28183/4922/4353</w:t>
        <w:br/>
        <w:t>f 28484/5219/4599 28483/5220/4599 28482/5221/4600</w:t>
        <w:br/>
        <w:t>f 28481/5222/4600 28484/5219/4599 28482/5221/4600</w:t>
        <w:br/>
        <w:t>f 28487/5223/4601 28486/5224/4602 28485/5225/4603</w:t>
        <w:br/>
        <w:t>f 28491/5226/4604 28490/5227/4604 28489/5228/4605</w:t>
        <w:br/>
        <w:t>f 28488/5229/4605 28491/5226/4604 28489/5228/4605</w:t>
        <w:br/>
        <w:t>f 28495/5230/4606 28494/5231/4606 28493/5232/4607</w:t>
        <w:br/>
        <w:t>f 28492/5233/4608 28495/5230/4606 28493/5232/4607</w:t>
        <w:br/>
        <w:t>f 28499/5234/4609 28498/5235/4610 28497/5236/4611</w:t>
        <w:br/>
        <w:t>f 28496/5237/4612 28499/5234/4609 28497/5236/4611</w:t>
        <w:br/>
        <w:t>f 28503/5238/4613 28502/5239/4614 28501/5240/4614</w:t>
        <w:br/>
        <w:t>f 28500/5241/4615 28503/5238/4613 28501/5240/4614</w:t>
        <w:br/>
        <w:t>f 28506/5242/4616 28505/5243/4602 28504/5244/4617</w:t>
        <w:br/>
        <w:t>f 28509/5245/4618 28508/5246/4619 28507/5247/4620</w:t>
        <w:br/>
        <w:t>f 28511/5248/4621 28505/5243/4602 28506/5242/4616</w:t>
        <w:br/>
        <w:t>f 28510/5249/4622 28511/5248/4621 28506/5242/4616</w:t>
        <w:br/>
        <w:t>f 28485/5225/4603 28486/5224/4602 28513/5250/4621</w:t>
        <w:br/>
        <w:t>f 28512/5251/4623 28485/5225/4603 28513/5250/4621</w:t>
        <w:br/>
        <w:t>f 27907/4644/4106 27908/4643/4106 28492/5233/4608</w:t>
        <w:br/>
        <w:t>f 28493/5232/4607 27907/4644/4106 28492/5233/4608</w:t>
        <w:br/>
        <w:t>f 27973/4710/4163 28499/5234/4609 28496/5237/4612</w:t>
        <w:br/>
        <w:t>f 27972/4711/4164 27973/4710/4163 28496/5237/4612</w:t>
        <w:br/>
        <w:t>f 28494/5231/4606 28495/5230/4606 28515/5252/4624</w:t>
        <w:br/>
        <w:t>f 28514/5253/4624 28494/5231/4606 28515/5252/4624</w:t>
        <w:br/>
        <w:t>f 28517/5254/4625 28497/5236/4611 28498/5235/4610</w:t>
        <w:br/>
        <w:t>f 28516/5255/4626 28517/5254/4625 28498/5235/4610</w:t>
        <w:br/>
        <w:t>f 28521/5256/4627 28520/5257/4627 28519/5258/4628</w:t>
        <w:br/>
        <w:t>f 28518/5259/4629 28521/5256/4627 28519/5258/4628</w:t>
        <w:br/>
        <w:t>f 28483/5220/4599 28484/5219/4599 28520/5257/4627</w:t>
        <w:br/>
        <w:t>f 28521/5256/4627 28483/5220/4599 28520/5257/4627</w:t>
        <w:br/>
        <w:t>f 28516/5255/4626 28501/5240/4614 28502/5239/4614</w:t>
        <w:br/>
        <w:t>f 28517/5254/4625 28516/5255/4626 28502/5239/4614</w:t>
        <w:br/>
        <w:t>f 28490/5227/4604 28491/5226/4604 28514/5253/4624</w:t>
        <w:br/>
        <w:t>f 28515/5252/4624 28490/5227/4604 28514/5253/4624</w:t>
        <w:br/>
        <w:t>f 28523/5260/4630 28522/5261/4630 28481/5222/4600</w:t>
        <w:br/>
        <w:t>f 28482/5221/4600 28523/5260/4630 28481/5222/4600</w:t>
        <w:br/>
        <w:t>f 28503/5238/4613 28500/5241/4615 28511/5248/4621</w:t>
        <w:br/>
        <w:t>f 28510/5249/4622 28503/5238/4613 28511/5248/4621</w:t>
        <w:br/>
        <w:t>f 28512/5251/4623 28513/5250/4621 28488/5229/4605</w:t>
        <w:br/>
        <w:t>f 28489/5228/4605 28512/5251/4623 28488/5229/4605</w:t>
        <w:br/>
        <w:t>f 28527/5262/4631 28526/5263/4632 28525/5264/4633</w:t>
        <w:br/>
        <w:t>f 28524/5265/4634 28527/5262/4631 28525/5264/4633</w:t>
        <w:br/>
        <w:t>f 28524/5265/4634 28529/5266/4635 28528/5267/4636</w:t>
        <w:br/>
        <w:t>f 28527/5262/4631 28524/5265/4634 28528/5267/4636</w:t>
        <w:br/>
        <w:t>f 28531/5268/4637 28528/5267/4636 28529/5266/4635</w:t>
        <w:br/>
        <w:t>f 28530/5269/4638 28531/5268/4637 28529/5266/4635</w:t>
        <w:br/>
        <w:t>f 28522/5261/4630 28523/5260/4630 28533/5270/4639</w:t>
        <w:br/>
        <w:t>f 28532/5271/4640 28522/5261/4630 28533/5270/4639</w:t>
        <w:br/>
        <w:t>f 28530/5269/4638 28509/5245/4618 28507/5247/4620</w:t>
        <w:br/>
        <w:t>f 28531/5268/4637 28530/5269/4638 28507/5247/4620</w:t>
        <w:br/>
        <w:t>f 28532/5271/4640 28533/5270/4639 28534/5272/4641</w:t>
        <w:br/>
        <w:t>f 27972/4711/4164 28496/5237/4612 28535/5273/4642</w:t>
        <w:br/>
        <w:t>f 28130/4868/4314 27972/4711/4164 28535/5273/4642</w:t>
        <w:br/>
        <w:t>f 28496/5237/4612 28497/5236/4611 28526/5263/4632</w:t>
        <w:br/>
        <w:t>f 28535/5273/4642 28496/5237/4612 28526/5263/4632</w:t>
        <w:br/>
        <w:t>f 28537/5274/4643 28536/5275/4643 28518/5259/4629</w:t>
        <w:br/>
        <w:t>f 28519/5258/4628 28537/5274/4643 28518/5259/4629</w:t>
        <w:br/>
        <w:t>f 27903/4641/4104 27904/4640/4103 28536/5275/4643</w:t>
        <w:br/>
        <w:t>f 28537/5274/4643 27903/4641/4104 28536/5275/4643</w:t>
        <w:br/>
        <w:t>f 28130/4868/4314 28535/5273/4642 28177/4915/4347</w:t>
        <w:br/>
        <w:t>f 28538/5276/4644 27998/4737/4188 27999/4736/4187</w:t>
        <w:br/>
        <w:t>f 27999/4736/4187 27996/4733/4184 28000/4738/4189</w:t>
        <w:br/>
        <w:t>f 28031/4767/4218 27995/4734/4185 28030/4768/4219</w:t>
        <w:br/>
        <w:t>f 28542/5277/4645 28541/5278/4645 28540/5279/4646</w:t>
        <w:br/>
        <w:t>f 28539/5280/4647 28542/5277/4645 28540/5279/4646</w:t>
        <w:br/>
        <w:t>f 28546/5281/4648 28545/5282/4649 28544/5283/4650</w:t>
        <w:br/>
        <w:t>f 28543/5284/4651 28546/5281/4648 28544/5283/4650</w:t>
        <w:br/>
        <w:t>f 28544/5283/4650 28545/5282/4649 27998/4737/4188</w:t>
        <w:br/>
        <w:t>f 28538/5276/4644 28544/5283/4650 27998/4737/4188</w:t>
        <w:br/>
        <w:t>f 28541/5278/4645 28542/5277/4645 28029/4769/4220</w:t>
        <w:br/>
        <w:t>f 28030/4768/4219 28541/5278/4645 28029/4769/4220</w:t>
        <w:br/>
        <w:t>f 28547/5285/4652 28539/5280/4647 28540/5279/4646</w:t>
        <w:br/>
        <w:t>f 28548/5286/4653 28546/5281/4648 28543/5284/4651</w:t>
        <w:br/>
        <w:t>f 27995/4734/4185 27996/4733/4184 27999/4736/4187</w:t>
        <w:br/>
        <w:t>f 27956/4692/4148 28157/4895/4331 27955/4693/4149</w:t>
        <w:br/>
        <w:t>f 28090/4829/4278 28549/5287/4654 28087/4827/4276</w:t>
        <w:br/>
        <w:t>f 28049/4784/4235 28089/4825/4274 28048/4785/4236</w:t>
        <w:br/>
        <w:t>f 28049/4784/4235 28088/4826/4275 28089/4825/4274</w:t>
        <w:br/>
        <w:t>f 28080/4816/4266 28550/5288/4655 28118/4853/4300</w:t>
        <w:br/>
        <w:t>f 28079/4817/4267 28080/4816/4266 28118/4853/4300</w:t>
        <w:br/>
        <w:t>f 28076/4814/4264 28071/4808/4258 28095/4833/4282</w:t>
        <w:br/>
        <w:t>f 28076/4814/4264 28095/4833/4282 28046/4787/4238</w:t>
        <w:br/>
        <w:t>f 28552/5289/4656 28551/5290/4657 28070/4809/4259</w:t>
        <w:br/>
        <w:t>f 28552/5289/4656 28554/5291/4658 28553/5292/4659</w:t>
        <w:br/>
        <w:t>f 28555/5293/4660 28552/5289/4656 28553/5292/4659</w:t>
        <w:br/>
        <w:t>f 28557/5294/4661 28556/5295/4662 28555/5293/4660</w:t>
        <w:br/>
        <w:t>f 28553/5292/4659 28557/5294/4661 28555/5293/4660</w:t>
        <w:br/>
        <w:t>f 28559/5296/4663 28558/5297/4664 28556/5295/4662</w:t>
        <w:br/>
        <w:t>f 28557/5294/4661 28559/5296/4663 28556/5295/4662</w:t>
        <w:br/>
        <w:t>f 28549/5287/4654 28560/5298/4665 28558/5297/4664</w:t>
        <w:br/>
        <w:t>f 28559/5296/4663 28549/5287/4654 28558/5297/4664</w:t>
        <w:br/>
        <w:t>f 28563/5299/4666 28562/5300/4667 28556/5295/4662</w:t>
        <w:br/>
        <w:t>f 28561/5301/4668 28563/5299/4666 28556/5295/4662</w:t>
        <w:br/>
        <w:t>f 28556/5295/4662 28558/5297/4664 28564/5302/4669</w:t>
        <w:br/>
        <w:t>f 28561/5301/4668 28556/5295/4662 28564/5302/4669</w:t>
        <w:br/>
        <w:t>f 28553/5292/4659 28047/4786/4237 28048/4785/4236</w:t>
        <w:br/>
        <w:t>f 28557/5294/4661 28553/5292/4659 28048/4785/4236</w:t>
        <w:br/>
        <w:t>f 28559/5296/4663 28557/5294/4661 28048/4785/4236</w:t>
        <w:br/>
        <w:t>f 28089/4825/4274 28559/5296/4663 28048/4785/4236</w:t>
        <w:br/>
        <w:t>f 28089/4825/4274 28087/4827/4276 28549/5287/4654</w:t>
        <w:br/>
        <w:t>f 28559/5296/4663 28089/4825/4274 28549/5287/4654</w:t>
        <w:br/>
        <w:t>f 28558/5297/4664 28560/5298/4665 28565/5303/4670</w:t>
        <w:br/>
        <w:t>f 28564/5302/4669 28558/5297/4664 28565/5303/4670</w:t>
        <w:br/>
        <w:t>f 28076/4814/4264 28047/4786/4237 28553/5292/4659</w:t>
        <w:br/>
        <w:t>f 28077/4815/4265 28076/4814/4264 28553/5292/4659</w:t>
        <w:br/>
        <w:t>f 28551/5290/4657 28552/5289/4656 28555/5293/4660</w:t>
        <w:br/>
        <w:t>f 28563/5299/4666 28551/5290/4657 28555/5293/4660</w:t>
        <w:br/>
        <w:t>f 28071/4808/4258 28552/5289/4656 28070/4809/4259</w:t>
        <w:br/>
        <w:t>f 28566/5304/4671 28116/4855/4302 28119/4857/4304</w:t>
        <w:br/>
        <w:t>f 28567/5305/4672 28117/4854/4301 28118/4853/4300</w:t>
        <w:br/>
        <w:t>f 28550/5288/4655 28567/5305/4672 28118/4853/4300</w:t>
        <w:br/>
        <w:t>f 28079/4817/4267 28569/5306/4673 28568/5307/4674</w:t>
        <w:br/>
        <w:t>f 28078/4818/4259 28079/4817/4267 28568/5307/4674</w:t>
        <w:br/>
        <w:t>f 28119/4857/4304 28117/4854/4301 28567/5305/4672</w:t>
        <w:br/>
        <w:t>f 28549/5287/4654 28090/4829/4278 28570/5308/4675</w:t>
        <w:br/>
        <w:t>f 28071/4808/4258 28554/5291/4658 28552/5289/4656</w:t>
        <w:br/>
        <w:t>f 28571/5309/4139 27939/4680/4137 27940/4679/4136</w:t>
        <w:br/>
        <w:t>f 28568/5307/4674 28064/4804/4254 28572/5310/4676</w:t>
        <w:br/>
        <w:t>f 28078/4818/4259 28568/5307/4674 28572/5310/4676</w:t>
        <w:br/>
        <w:t>f 28115/4856/4303 28569/5306/4673 28079/4817/4267</w:t>
        <w:br/>
        <w:t>f 28118/4853/4300 28115/4856/4303 28079/4817/4267</w:t>
        <w:br/>
        <w:t>f 28549/5287/4654 28570/5308/4675 28560/5298/4665</w:t>
        <w:br/>
        <w:t>f 28106/4844/4291 28570/5308/4675 28090/4829/4278</w:t>
        <w:br/>
        <w:t>f 28575/5311/4677 28574/5312/4678 28573/5313/4678</w:t>
        <w:br/>
        <w:t>f 28579/5314/4679 28578/5315/4680 28577/5316/4681</w:t>
        <w:br/>
        <w:t>f 28576/5317/4682 28579/5314/4679 28577/5316/4681</w:t>
        <w:br/>
        <w:t>f 28583/5318/4683 28582/5319/4684 28581/5320/4685</w:t>
        <w:br/>
        <w:t>f 28580/5321/4686 28583/5318/4683 28581/5320/4685</w:t>
        <w:br/>
        <w:t>f 28587/5322/4687 28586/5323/4688 28585/5324/4689</w:t>
        <w:br/>
        <w:t>f 28584/5325/4690 28587/5322/4687 28585/5324/4689</w:t>
        <w:br/>
        <w:t>f 28589/5326/4691 28583/5318/4683 28580/5321/4686</w:t>
        <w:br/>
        <w:t>f 28588/5327/4692 28589/5326/4691 28580/5321/4686</w:t>
        <w:br/>
        <w:t>f 28580/5321/4686 28581/5320/4685 28591/5328/4693</w:t>
        <w:br/>
        <w:t>f 28590/5329/4694 28580/5321/4686 28591/5328/4693</w:t>
        <w:br/>
        <w:t>f 28594/5330/4695 28593/5331/4696 28592/5332/4696</w:t>
        <w:br/>
        <w:t>f 28596/5333/4697 28587/5322/4687 28584/5325/4690</w:t>
        <w:br/>
        <w:t>f 28595/5334/4698 28596/5333/4697 28584/5325/4690</w:t>
        <w:br/>
        <w:t>f 28588/5327/4692 28580/5321/4686 28590/5329/4694</w:t>
        <w:br/>
        <w:t>f 28597/5335/4699 28588/5327/4692 28590/5329/4694</w:t>
        <w:br/>
        <w:t>f 28590/5329/4694 28591/5328/4693 28599/5336/4700</w:t>
        <w:br/>
        <w:t>f 28598/5337/4701 28590/5329/4694 28599/5336/4700</w:t>
        <w:br/>
        <w:t>f 28601/5338/4702 28596/5333/4697 28595/5334/4698</w:t>
        <w:br/>
        <w:t>f 28600/5339/4703 28601/5338/4702 28595/5334/4698</w:t>
        <w:br/>
        <w:t>f 28597/5335/4699 28590/5329/4694 28598/5337/4701</w:t>
        <w:br/>
        <w:t>f 28602/5340/4704 28597/5335/4699 28598/5337/4701</w:t>
        <w:br/>
        <w:t>f 28598/5337/4701 28599/5336/4700 28604/5341/4705</w:t>
        <w:br/>
        <w:t>f 28603/5342/4706 28598/5337/4701 28604/5341/4705</w:t>
        <w:br/>
        <w:t>f 28606/5343/4707 28601/5338/4702 28600/5339/4703</w:t>
        <w:br/>
        <w:t>f 28605/5344/4708 28606/5343/4707 28600/5339/4703</w:t>
        <w:br/>
        <w:t>f 28602/5340/4704 28598/5337/4701 28603/5342/4706</w:t>
        <w:br/>
        <w:t>f 28607/5345/4709 28602/5340/4704 28603/5342/4706</w:t>
        <w:br/>
        <w:t>f 28603/5342/4706 28604/5341/4705 28609/5346/4710</w:t>
        <w:br/>
        <w:t>f 28608/5347/4710 28603/5342/4706 28609/5346/4710</w:t>
        <w:br/>
        <w:t>f 28611/5348/4711 28606/5343/4707 28605/5344/4708</w:t>
        <w:br/>
        <w:t>f 28610/5349/4712 28611/5348/4711 28605/5344/4708</w:t>
        <w:br/>
        <w:t>f 28613/5350/4713 28607/5345/4709 28603/5342/4706</w:t>
        <w:br/>
        <w:t>f 28612/5351/4714 28613/5350/4713 28603/5342/4706</w:t>
        <w:br/>
        <w:t>f 28608/5347/4710 28609/5346/4710 28615/5352/4715</w:t>
        <w:br/>
        <w:t>f 28614/5353/4716 28608/5347/4710 28615/5352/4715</w:t>
        <w:br/>
        <w:t>f 28611/5348/4711 28610/5349/4712 28617/5354/4717</w:t>
        <w:br/>
        <w:t>f 28616/5355/4718 28611/5348/4711 28617/5354/4717</w:t>
        <w:br/>
        <w:t>f 28619/5356/4719 28613/5350/4713 28612/5351/4714</w:t>
        <w:br/>
        <w:t>f 28618/5357/4720 28619/5356/4719 28612/5351/4714</w:t>
        <w:br/>
        <w:t>f 28614/5353/4716 28615/5352/4715 28620/5358/4721</w:t>
        <w:br/>
        <w:t>f 28622/5359/4722 28616/5355/4718 28621/5360/4723</w:t>
        <w:br/>
        <w:t>f 28616/5355/4718 28617/5354/4717 28623/5361/4724</w:t>
        <w:br/>
        <w:t>f 28625/5362/4725 28618/5357/4720 28624/5363/4726</w:t>
        <w:br/>
        <w:t>f 28629/5364/4727 28628/5365/4728 28627/5366/4729</w:t>
        <w:br/>
        <w:t>f 28626/5367/4730 28629/5364/4727 28627/5366/4729</w:t>
        <w:br/>
        <w:t>f 28632/5368/4731 28631/5369/4732 28630/5370/4733</w:t>
        <w:br/>
        <w:t>f 28586/5323/4688 28632/5368/4731 28630/5370/4733</w:t>
        <w:br/>
        <w:t>f 28633/5371/4734 28632/5368/4731 28586/5323/4688</w:t>
        <w:br/>
        <w:t>f 28587/5322/4687 28633/5371/4734 28586/5323/4688</w:t>
        <w:br/>
        <w:t>f 28634/5372/4735 28633/5371/4734 28587/5322/4687</w:t>
        <w:br/>
        <w:t>f 28596/5333/4697 28634/5372/4735 28587/5322/4687</w:t>
        <w:br/>
        <w:t>f 28638/5373/4736 28637/5374/4737 28636/5375/4738</w:t>
        <w:br/>
        <w:t>f 28635/5376/4739 28638/5373/4736 28636/5375/4738</w:t>
        <w:br/>
        <w:t>f 28642/5377/4740 28641/5378/4740 28640/5379/4741</w:t>
        <w:br/>
        <w:t>f 28639/5380/4741 28642/5377/4740 28640/5379/4741</w:t>
        <w:br/>
        <w:t>f 28644/5381/4742 28643/5382/4742 28641/5378/4740</w:t>
        <w:br/>
        <w:t>f 28642/5377/4740 28644/5381/4742 28641/5378/4740</w:t>
        <w:br/>
        <w:t>f 28646/5383/4743 28645/5384/4743 28643/5382/4742</w:t>
        <w:br/>
        <w:t>f 28644/5381/4742 28646/5383/4743 28643/5382/4742</w:t>
        <w:br/>
        <w:t>f 28648/5385/4744 28647/5386/4745 28645/5384/4743</w:t>
        <w:br/>
        <w:t>f 28646/5383/4743 28648/5385/4744 28645/5384/4743</w:t>
        <w:br/>
        <w:t>f 28628/5365/4728 28650/5387/4746 28649/5388/4747</w:t>
        <w:br/>
        <w:t>f 28627/5366/4729 28628/5365/4728 28649/5388/4747</w:t>
        <w:br/>
        <w:t>f 28620/5358/4721 28615/5352/4715 28648/5385/4744</w:t>
        <w:br/>
        <w:t>f 28653/5389/4748 28652/5390/4749 28651/5391/4749</w:t>
        <w:br/>
        <w:t>f 28655/5392/4750 28654/5393/4750 28582/5319/4684</w:t>
        <w:br/>
        <w:t>f 28583/5318/4683 28655/5392/4750 28582/5319/4684</w:t>
        <w:br/>
        <w:t>f 28586/5323/4688 28630/5370/4733 28656/5394/4751</w:t>
        <w:br/>
        <w:t>f 28585/5324/4689 28586/5323/4688 28656/5394/4751</w:t>
        <w:br/>
        <w:t>f 28658/5395/4751 28657/5396/4752 28583/5318/4683</w:t>
        <w:br/>
        <w:t>f 28589/5326/4691 28658/5395/4751 28583/5318/4683</w:t>
        <w:br/>
        <w:t>f 28662/5397/4753 28661/5398/4754 28660/5399/4755</w:t>
        <w:br/>
        <w:t>f 28659/5400/4756 28662/5397/4753 28660/5399/4755</w:t>
        <w:br/>
        <w:t>f 28664/5401/4757 28630/5370/4733 28631/5369/4732</w:t>
        <w:br/>
        <w:t>f 28663/5402/4757 28664/5401/4757 28631/5369/4732</w:t>
        <w:br/>
        <w:t>f 28667/5403/4758 28666/5404/4759 28665/5405/4760</w:t>
        <w:br/>
        <w:t>f 28659/5400/4756 28667/5403/4758 28668/5406/4761</w:t>
        <w:br/>
        <w:t>f 28662/5397/4753 28659/5400/4756 28668/5406/4761</w:t>
        <w:br/>
        <w:t>f 28663/5402/4757 28669/5407/4762 28664/5401/4757</w:t>
        <w:br/>
        <w:t>f 28671/5408/4763 28670/5409/4747 28666/5404/4759</w:t>
        <w:br/>
        <w:t>f 28667/5403/4758 28671/5408/4763 28666/5404/4759</w:t>
        <w:br/>
        <w:t>f 28659/5400/4756 28660/5399/4755 28673/5410/4738</w:t>
        <w:br/>
        <w:t>f 28672/5411/4730 28659/5400/4756 28673/5410/4738</w:t>
        <w:br/>
        <w:t>f 28675/5412/4764 28649/5388/4747 28650/5387/4746</w:t>
        <w:br/>
        <w:t>f 28674/5413/4765 28675/5412/4764 28650/5387/4746</w:t>
        <w:br/>
        <w:t>f 28666/5404/4759 28670/5409/4747 28676/5414/4764</w:t>
        <w:br/>
        <w:t>f 28679/5415/4766 28678/5416/4767 28677/5417/4768</w:t>
        <w:br/>
        <w:t>f 28680/5418/4769 28679/5415/4766 28677/5417/4768</w:t>
        <w:br/>
        <w:t>f 28683/5419/4269 28682/5420/4770 28677/5417/4768</w:t>
        <w:br/>
        <w:t>f 28681/5421/4273 28683/5419/4269 28677/5417/4768</w:t>
        <w:br/>
        <w:t>f 28678/5416/4767 28679/5415/4766 28685/5422/4771</w:t>
        <w:br/>
        <w:t>f 28684/5423/4771 28678/5416/4767 28685/5422/4771</w:t>
        <w:br/>
        <w:t>f 28688/5424/4254 28687/5425/4772 28686/5426/4773</w:t>
        <w:br/>
        <w:t>f 28691/5427/4774 28690/5428/4775 28689/5429/4776</w:t>
        <w:br/>
        <w:t>f 28692/5430/4777 28691/5427/4774 28689/5429/4776</w:t>
        <w:br/>
        <w:t>f 28695/5431/4778 28694/5432/4779 28693/5433/4780</w:t>
        <w:br/>
        <w:t>f 28696/5434/4780 28695/5431/4778 28693/5433/4780</w:t>
        <w:br/>
        <w:t>f 28700/5435/4781 28699/5436/4782 28698/5437/4782</w:t>
        <w:br/>
        <w:t>f 28697/5438/4783 28700/5435/4781 28698/5437/4782</w:t>
        <w:br/>
        <w:t>f 28697/5438/4783 28660/5399/4755 28661/5398/4754</w:t>
        <w:br/>
        <w:t>f 28700/5435/4781 28697/5438/4783 28661/5398/4754</w:t>
        <w:br/>
        <w:t>f 28699/5436/4782 28702/5439/4784 28701/5440/4784</w:t>
        <w:br/>
        <w:t>f 28698/5437/4782 28699/5436/4782 28701/5440/4784</w:t>
        <w:br/>
        <w:t>f 28690/5428/4775 28704/5441/4785 28703/5442/4785</w:t>
        <w:br/>
        <w:t>f 28689/5429/4776 28690/5428/4775 28703/5442/4785</w:t>
        <w:br/>
        <w:t>f 28694/5432/4779 28695/5431/4778 28706/5443/4786</w:t>
        <w:br/>
        <w:t>f 28705/5444/4786 28694/5432/4779 28706/5443/4786</w:t>
        <w:br/>
        <w:t>f 28708/5445/4787 28651/5391/4749 28652/5390/4749</w:t>
        <w:br/>
        <w:t>f 28707/5446/4787 28708/5445/4787 28652/5390/4749</w:t>
        <w:br/>
        <w:t>f 28711/5447/4788 28710/5448/4789 28709/5449/4790</w:t>
        <w:br/>
        <w:t>f 28714/5450/4791 28713/5451/4791 28712/5452/4792</w:t>
        <w:br/>
        <w:t>f 28703/5442/4785 28704/5441/4785 28716/5453/4793</w:t>
        <w:br/>
        <w:t>f 28715/5454/4793 28703/5442/4785 28716/5453/4793</w:t>
        <w:br/>
        <w:t>f 28705/5444/4786 28706/5443/4786 28717/5455/4794</w:t>
        <w:br/>
        <w:t>f 28718/5456/4795 28705/5444/4786 28717/5455/4794</w:t>
        <w:br/>
        <w:t>f 28702/5439/4784 28720/5457/4796 28719/5458/4796</w:t>
        <w:br/>
        <w:t>f 28701/5440/4784 28702/5439/4784 28719/5458/4796</w:t>
        <w:br/>
        <w:t>f 28720/5457/4796 28722/5459/4797 28721/5460/4798</w:t>
        <w:br/>
        <w:t>f 28719/5458/4796 28720/5457/4796 28721/5460/4798</w:t>
        <w:br/>
        <w:t>f 28715/5454/4793 28716/5453/4793 28724/5461/4799</w:t>
        <w:br/>
        <w:t>f 28723/5462/4799 28715/5454/4793 28724/5461/4799</w:t>
        <w:br/>
        <w:t>f 28718/5456/4795 28717/5455/4794 28726/5463/4800</w:t>
        <w:br/>
        <w:t>f 28725/5464/4800 28718/5456/4795 28726/5463/4800</w:t>
        <w:br/>
        <w:t>f 28730/5465/4801 28729/5466/4735 28728/5467/4802</w:t>
        <w:br/>
        <w:t>f 28727/5468/4802 28730/5465/4801 28728/5467/4802</w:t>
        <w:br/>
        <w:t>f 28734/5469/4803 28733/5470/4804 28732/5471/4805</w:t>
        <w:br/>
        <w:t>f 28731/5472/4803 28734/5469/4803 28732/5471/4805</w:t>
        <w:br/>
        <w:t>f 28727/5468/4802 28728/5467/4802 28736/5473/4806</w:t>
        <w:br/>
        <w:t>f 28735/5474/4806 28727/5468/4802 28736/5473/4806</w:t>
        <w:br/>
        <w:t>f 28734/5469/4803 28731/5472/4803 28735/5474/4806</w:t>
        <w:br/>
        <w:t>f 28736/5473/4806 28734/5469/4803 28735/5474/4806</w:t>
        <w:br/>
        <w:t>f 28737/5475/4807 28729/5466/4735 28730/5465/4801</w:t>
        <w:br/>
        <w:t>f 28739/5476/4808 28738/5477/4809 28601/5338/4702</w:t>
        <w:br/>
        <w:t>f 28606/5343/4707 28739/5476/4808 28601/5338/4702</w:t>
        <w:br/>
        <w:t>f 28740/5478/4810 28739/5476/4808 28606/5343/4707</w:t>
        <w:br/>
        <w:t>f 28611/5348/4711 28740/5478/4810 28606/5343/4707</w:t>
        <w:br/>
        <w:t>f 28622/5359/4722 28740/5478/4810 28611/5348/4711</w:t>
        <w:br/>
        <w:t>f 28616/5355/4718 28622/5359/4722 28611/5348/4711</w:t>
        <w:br/>
        <w:t>f 28722/5459/4797 28742/5479/4811 28741/5480/4811</w:t>
        <w:br/>
        <w:t>f 28721/5460/4798 28722/5459/4797 28741/5480/4811</w:t>
        <w:br/>
        <w:t>f 28723/5462/4799 28724/5461/4799 28744/5481/4812</w:t>
        <w:br/>
        <w:t>f 28743/5482/4812 28723/5462/4799 28744/5481/4812</w:t>
        <w:br/>
        <w:t>f 28746/5483/4813 28725/5464/4800 28726/5463/4800</w:t>
        <w:br/>
        <w:t>f 28745/5484/4813 28746/5483/4813 28726/5463/4800</w:t>
        <w:br/>
        <w:t>f 28748/5485/4814 28732/5471/4805 28733/5470/4804</w:t>
        <w:br/>
        <w:t>f 28747/5486/4814 28748/5485/4814 28733/5470/4804</w:t>
        <w:br/>
        <w:t>f 28742/5479/4811 28708/5445/4787 28707/5446/4787</w:t>
        <w:br/>
        <w:t>f 28741/5480/4811 28742/5479/4811 28707/5446/4787</w:t>
        <w:br/>
        <w:t>f 28743/5482/4812 28744/5481/4812 28710/5448/4789</w:t>
        <w:br/>
        <w:t>f 28711/5447/4788 28743/5482/4812 28710/5448/4789</w:t>
        <w:br/>
        <w:t>f 28714/5450/4791 28746/5483/4813 28745/5484/4813</w:t>
        <w:br/>
        <w:t>f 28713/5451/4791 28714/5450/4791 28745/5484/4813</w:t>
        <w:br/>
        <w:t>f 28747/5486/4814 28592/5332/4696 28593/5331/4696</w:t>
        <w:br/>
        <w:t>f 28748/5485/4814 28747/5486/4814 28593/5331/4696</w:t>
        <w:br/>
        <w:t>f 28693/5433/4780 28749/5487/4815 28696/5434/4780</w:t>
        <w:br/>
        <w:t>f 28640/5379/4741 28638/5373/4736 28635/5376/4739</w:t>
        <w:br/>
        <w:t>f 28639/5380/4741 28640/5379/4741 28635/5376/4739</w:t>
        <w:br/>
        <w:t>f 28751/5488/4816 28675/5412/4764 28674/5413/4765</w:t>
        <w:br/>
        <w:t>f 28750/5489/4817 28751/5488/4816 28674/5413/4765</w:t>
        <w:br/>
        <w:t>f 28752/5490/4739 28673/5410/4738 28660/5399/4755</w:t>
        <w:br/>
        <w:t>f 28697/5438/4783 28752/5490/4739 28660/5399/4755</w:t>
        <w:br/>
        <w:t>f 28626/5367/4730 28636/5375/4738 28637/5374/4737</w:t>
        <w:br/>
        <w:t>f 28629/5364/4727 28626/5367/4730 28637/5374/4737</w:t>
        <w:br/>
        <w:t>f 28672/5411/4730 28671/5408/4763 28667/5403/4758</w:t>
        <w:br/>
        <w:t>f 28659/5400/4756 28672/5411/4730 28667/5403/4758</w:t>
        <w:br/>
        <w:t>f 28692/5430/4777 28752/5490/4739 28697/5438/4783</w:t>
        <w:br/>
        <w:t>f 28691/5427/4774 28692/5430/4777 28697/5438/4783</w:t>
        <w:br/>
        <w:t>f 28738/5477/4809 28634/5372/4735 28596/5333/4697</w:t>
        <w:br/>
        <w:t>f 28601/5338/4702 28738/5477/4809 28596/5333/4697</w:t>
        <w:br/>
        <w:t>f 28681/5421/4273 28677/5417/4768 28578/5315/4680</w:t>
        <w:br/>
        <w:t>f 28753/5491/4271 28681/5421/4273 28578/5315/4680</w:t>
        <w:br/>
        <w:t>f 28680/5418/4769 28677/5417/4768 28682/5420/4770</w:t>
        <w:br/>
        <w:t>f 28754/5492/4818 28680/5418/4769 28682/5420/4770</w:t>
        <w:br/>
        <w:t>f 28576/5317/4682 28577/5316/4681 28657/5396/4752</w:t>
        <w:br/>
        <w:t>f 28658/5395/4751 28576/5317/4682 28657/5396/4752</w:t>
        <w:br/>
        <w:t>f 28684/5423/4771 28685/5422/4771 28654/5393/4750</w:t>
        <w:br/>
        <w:t>f 28655/5392/4750 28684/5423/4771 28654/5393/4750</w:t>
        <w:br/>
        <w:t>f 28687/5425/4772 28757/5493/4819 28756/5494/4820</w:t>
        <w:br/>
        <w:t>f 28755/5495/4821 28687/5425/4772 28756/5494/4820</w:t>
        <w:br/>
        <w:t>f 28759/5496/4822 28687/5425/4772 28755/5495/4821</w:t>
        <w:br/>
        <w:t>f 28758/5497/4268 28759/5496/4822 28755/5495/4821</w:t>
        <w:br/>
        <w:t>f 28755/5495/4821 28756/5494/4820 28754/5492/4818</w:t>
        <w:br/>
        <w:t>f 28682/5420/4770 28755/5495/4821 28754/5492/4818</w:t>
        <w:br/>
        <w:t>f 28758/5497/4268 28755/5495/4821 28682/5420/4770</w:t>
        <w:br/>
        <w:t>f 28683/5419/4269 28758/5497/4268 28682/5420/4770</w:t>
        <w:br/>
        <w:t>f 28762/5498/4823 28761/5499/4823 28760/5500/4303</w:t>
        <w:br/>
        <w:t>f 28750/5489/4817 28762/5498/4823 28760/5500/4303</w:t>
        <w:br/>
        <w:t>f 28573/5313/4678 28574/5312/4678 28761/5499/4823</w:t>
        <w:br/>
        <w:t>f 28762/5498/4823 28573/5313/4678 28761/5499/4823</w:t>
        <w:br/>
        <w:t>f 28686/5426/4773 28687/5425/4772 28759/5496/4822</w:t>
        <w:br/>
        <w:t>f 28688/5424/4254 28757/5493/4819 28687/5425/4772</w:t>
        <w:br/>
        <w:t>f 28064/4804/4254 28065/4803/4253 28572/5310/4676</w:t>
        <w:br/>
        <w:t>f 28086/4824/4273 28082/4821/4270 28083/4820/4269</w:t>
        <w:br/>
        <w:t>f 28667/5403/4758 28665/5405/4760 28763/5501/4675</w:t>
        <w:br/>
        <w:t>f 28668/5406/4761 28667/5403/4758 28763/5501/4675</w:t>
        <w:br/>
        <w:t>f 28073/4811/4261 28081/4819/4268 28083/4820/4269</w:t>
        <w:br/>
        <w:t>f 28766/5502/4679 28765/5503/4824 28764/5504/4825</w:t>
        <w:br/>
        <w:t>f 28765/5503/4824 28656/5394/4751 28630/5370/4733</w:t>
        <w:br/>
        <w:t>f 28764/5504/4825 28765/5503/4824 28630/5370/4733</w:t>
        <w:br/>
        <w:t>f 28401/5139/4532 28187/4925/4356 28044/4781/4232</w:t>
        <w:br/>
        <w:t>f 28770/5505/4826 28769/5506/4827 28768/5507/4828</w:t>
        <w:br/>
        <w:t>f 28767/5508/4829 28770/5505/4826 28768/5507/4828</w:t>
        <w:br/>
        <w:t>f 28772/5509/4830 28769/5506/4827 28770/5505/4826</w:t>
        <w:br/>
        <w:t>f 28771/5510/4831 28772/5509/4830 28770/5505/4826</w:t>
        <w:br/>
        <w:t>f 28776/5511/4832 28775/5512/4833 28774/5513/4834</w:t>
        <w:br/>
        <w:t>f 28773/5514/4835 28776/5511/4832 28774/5513/4834</w:t>
        <w:br/>
        <w:t>f 28779/5515/4836 28778/5516/4837 28777/5517/4838</w:t>
        <w:br/>
        <w:t>f 28779/5515/4836 28780/5518/4839 28778/5516/4837</w:t>
        <w:br/>
        <w:t>f 28784/5519/4840 28783/5520/4841 28782/5521/4842</w:t>
        <w:br/>
        <w:t>f 28781/5522/4843 28784/5519/4840 28782/5521/4842</w:t>
        <w:br/>
        <w:t>f 28780/5518/4839 28782/5521/4842 28783/5520/4841</w:t>
        <w:br/>
        <w:t>f 28778/5516/4837 28780/5518/4839 28783/5520/4841</w:t>
        <w:br/>
        <w:t>f 28771/5510/4831 28776/5511/4832 28773/5514/4835</w:t>
        <w:br/>
        <w:t>f 28772/5509/4830 28771/5510/4831 28773/5514/4835</w:t>
        <w:br/>
        <w:t>f 28778/5516/4837 28783/5520/4841 28785/5523/4844</w:t>
        <w:br/>
        <w:t>f 28777/5517/4838 28778/5516/4837 28785/5523/4844</w:t>
        <w:br/>
        <w:t>f 28785/5523/4844 28787/5524/4845 28786/5525/4846</w:t>
        <w:br/>
        <w:t>f 28776/5511/4832 28789/5526/4847 28788/5527/4848</w:t>
        <w:br/>
        <w:t>f 28775/5512/4833 28776/5511/4832 28788/5527/4848</w:t>
        <w:br/>
        <w:t>f 28790/5528/4849 28789/5526/4847 28776/5511/4832</w:t>
        <w:br/>
        <w:t>f 28771/5510/4831 28790/5528/4849 28776/5511/4832</w:t>
        <w:br/>
        <w:t>f 28791/5529/4850 28790/5528/4849 28771/5510/4831</w:t>
        <w:br/>
        <w:t>f 28770/5505/4826 28791/5529/4850 28771/5510/4831</w:t>
        <w:br/>
        <w:t>f 28792/5530/4851 28791/5529/4850 28770/5505/4826</w:t>
        <w:br/>
        <w:t>f 28767/5508/4829 28792/5530/4851 28770/5505/4826</w:t>
        <w:br/>
        <w:t>f 28768/5507/4828 28793/5531/4852 28767/5508/4829</w:t>
        <w:br/>
        <w:t>f 28795/5532/4853 28794/5533/4854 28793/5531/4852</w:t>
        <w:br/>
        <w:t>f 28798/5534/4855 28797/5535/4856 28794/5533/4854</w:t>
        <w:br/>
        <w:t>f 28796/5536/4857 28798/5534/4855 28794/5533/4854</w:t>
        <w:br/>
        <w:t>f 28797/5535/4856 28792/5530/4851 28767/5508/4829</w:t>
        <w:br/>
        <w:t>f 28794/5533/4854 28797/5535/4856 28767/5508/4829</w:t>
        <w:br/>
        <w:t>f 28802/5537/4858 28801/5538/4859 28800/5539/4339</w:t>
        <w:br/>
        <w:t>f 28799/5540/4860 28802/5537/4858 28800/5539/4339</w:t>
        <w:br/>
        <w:t>f 28806/5541/4861 28805/5542/4862 28804/5543/4863</w:t>
        <w:br/>
        <w:t>f 28803/5544/4864 28806/5541/4861 28804/5543/4863</w:t>
        <w:br/>
        <w:t>f 28805/5542/4862 28806/5541/4861 28808/5545/4865</w:t>
        <w:br/>
        <w:t>f 28807/5546/4866 28805/5542/4862 28808/5545/4865</w:t>
        <w:br/>
        <w:t>f 28808/5545/4865 28809/5547/4867 28798/5534/4855</w:t>
        <w:br/>
        <w:t>f 28807/5546/4866 28808/5545/4865 28798/5534/4855</w:t>
        <w:br/>
        <w:t>f 28809/5547/4867 28812/5548/4192 28811/5549/4191</w:t>
        <w:br/>
        <w:t>f 28810/5550/4868 28809/5547/4867 28811/5549/4191</w:t>
        <w:br/>
        <w:t>f 28810/5550/4868 28813/5551/4869 28792/5530/4851</w:t>
        <w:br/>
        <w:t>f 28797/5535/4856 28810/5550/4868 28792/5530/4851</w:t>
        <w:br/>
        <w:t>f 28815/5552/4870 28814/5553/4871 28789/5526/4847</w:t>
        <w:br/>
        <w:t>f 28790/5528/4849 28815/5552/4870 28789/5526/4847</w:t>
        <w:br/>
        <w:t>f 28788/5527/4848 28789/5526/4847 28814/5553/4871</w:t>
        <w:br/>
        <w:t>f 28816/5554/4872 28788/5527/4848 28814/5553/4871</w:t>
        <w:br/>
        <w:t>f 28818/5555/4873 28817/5556/4874 28786/5525/4846</w:t>
        <w:br/>
        <w:t>f 28787/5524/4845 28818/5555/4873 28786/5525/4846</w:t>
        <w:br/>
        <w:t>f 28791/5529/4850 28792/5530/4851 28813/5551/4869</w:t>
        <w:br/>
        <w:t>f 28819/5557/4875 28791/5529/4850 28813/5551/4869</w:t>
        <w:br/>
        <w:t>f 28819/5557/4875 28815/5552/4870 28790/5528/4849</w:t>
        <w:br/>
        <w:t>f 28791/5529/4850 28819/5557/4875 28790/5528/4849</w:t>
        <w:br/>
        <w:t>f 28801/5538/4859 28802/5537/4858 28821/5558/4876</w:t>
        <w:br/>
        <w:t>f 28820/5559/4169 28801/5538/4859 28821/5558/4876</w:t>
        <w:br/>
        <w:t>f 28821/5558/4876 28798/5534/4855 28796/5536/4857</w:t>
        <w:br/>
        <w:t>f 28820/5559/4169 28821/5558/4876 28796/5536/4857</w:t>
        <w:br/>
        <w:t>f 28816/5554/4872 28818/5555/4873 28787/5524/4845</w:t>
        <w:br/>
        <w:t>f 28788/5527/4848 28816/5554/4872 28787/5524/4845</w:t>
        <w:br/>
        <w:t>f 28788/5527/4848 28787/5524/4845 28784/5519/4840</w:t>
        <w:br/>
        <w:t>f 28775/5512/4833 28788/5527/4848 28784/5519/4840</w:t>
        <w:br/>
        <w:t>f 28823/5560/4195 28806/5541/4861 28803/5544/4864</w:t>
        <w:br/>
        <w:t>f 28822/5561/4196 28823/5560/4195 28803/5544/4864</w:t>
        <w:br/>
        <w:t>f 28824/5562/4199 28808/5545/4865 28806/5541/4861</w:t>
        <w:br/>
        <w:t>f 28823/5560/4195 28824/5562/4199 28806/5541/4861</w:t>
        <w:br/>
        <w:t>f 28812/5548/4192 28809/5547/4867 28808/5545/4865</w:t>
        <w:br/>
        <w:t>f 28824/5562/4199 28812/5548/4192 28808/5545/4865</w:t>
        <w:br/>
        <w:t>f 28809/5547/4867 28810/5550/4868 28797/5535/4856</w:t>
        <w:br/>
        <w:t>f 28798/5534/4855 28809/5547/4867 28797/5535/4856</w:t>
        <w:br/>
        <w:t>f 28825/5563/4240 28813/5551/4869 28810/5550/4868</w:t>
        <w:br/>
        <w:t>f 28811/5549/4191 28825/5563/4240 28810/5550/4868</w:t>
        <w:br/>
        <w:t>f 28819/5557/4875 28813/5551/4869 28825/5563/4240</w:t>
        <w:br/>
        <w:t>f 28826/5564/4242 28819/5557/4875 28825/5563/4240</w:t>
        <w:br/>
        <w:t>f 28826/5564/4242 28827/5565/4877 28815/5552/4870</w:t>
        <w:br/>
        <w:t>f 28819/5557/4875 28826/5564/4242 28815/5552/4870</w:t>
        <w:br/>
        <w:t>f 28827/5565/4877 28814/5553/4871 28815/5552/4870</w:t>
        <w:br/>
        <w:t>f 28775/5512/4833 28784/5519/4840 28781/5522/4843</w:t>
        <w:br/>
        <w:t>f 28774/5513/4834 28775/5512/4833 28781/5522/4843</w:t>
        <w:br/>
        <w:t>f 28830/5566/4878 28829/5567/4879 28828/5568/4880</w:t>
        <w:br/>
        <w:t>f 28832/5569/4881 28831/5570/4087 28793/5531/4882</w:t>
        <w:br/>
        <w:t>f 28836/5571/4536 28835/5572/4340 28834/5573/4342</w:t>
        <w:br/>
        <w:t>f 28833/5574/4533 28836/5571/4536 28834/5573/4342</w:t>
        <w:br/>
        <w:t>f 28838/5575/4355 28837/5576/4537 28833/5574/4533</w:t>
        <w:br/>
        <w:t>f 28834/5573/4342 28838/5575/4355 28833/5574/4533</w:t>
        <w:br/>
        <w:t>f 28842/5577/4883 28841/5578/4884 28840/5579/4588</w:t>
        <w:br/>
        <w:t>f 28839/5580/4587 28842/5577/4883 28840/5579/4588</w:t>
        <w:br/>
        <w:t>f 28842/5577/4883 28844/5581/4885 28843/5582/4886</w:t>
        <w:br/>
        <w:t>f 28841/5578/4884 28842/5577/4883 28843/5582/4886</w:t>
        <w:br/>
        <w:t>f 28848/5583/4592 28847/5584/4887 28846/5585/4888</w:t>
        <w:br/>
        <w:t>f 28845/5586/4593 28848/5583/4592 28846/5585/4888</w:t>
        <w:br/>
        <w:t>f 28799/5540/4860 28800/5539/4339 28845/5586/4593</w:t>
        <w:br/>
        <w:t>f 28846/5585/4888 28799/5540/4860 28845/5586/4593</w:t>
        <w:br/>
        <w:t>f 28822/5561/4196 28803/5544/4864 28842/5577/4883</w:t>
        <w:br/>
        <w:t>f 28839/5580/4587 28822/5561/4196 28842/5577/4883</w:t>
        <w:br/>
        <w:t>f 28843/5582/4886 28828/5568/4880 28841/5578/4884</w:t>
        <w:br/>
        <w:t>f 28844/5581/4885 28842/5577/4883 28803/5544/4864</w:t>
        <w:br/>
        <w:t>f 28804/5543/4863 28844/5581/4885 28803/5544/4864</w:t>
        <w:br/>
        <w:t>f 28840/5579/4588 28841/5578/4884 28828/5568/4880</w:t>
        <w:br/>
        <w:t>f 28829/5567/4879 28840/5579/4588 28828/5568/4880</w:t>
        <w:br/>
        <w:t>f 28835/5572/4340 28836/5571/4536 28847/5584/4887</w:t>
        <w:br/>
        <w:t>f 28848/5583/4592 28835/5572/4340 28847/5584/4887</w:t>
        <w:br/>
        <w:t>f 28838/5575/4355 28849/5587/4889 28837/5576/4537</w:t>
        <w:br/>
        <w:t>f 28843/5582/4886 28850/5588/4890 28828/5568/4880</w:t>
        <w:br/>
        <w:t>f 28793/5531/4852 28794/5533/4854 28767/5508/4829</w:t>
        <w:br/>
        <w:t>f 28854/5589/4891 28853/5590/4891 28852/5591/4892</w:t>
        <w:br/>
        <w:t>f 28851/5592/4893 28854/5589/4891 28852/5591/4892</w:t>
        <w:br/>
        <w:t>f 28858/5593/4894 28857/5594/4895 28856/5595/4896</w:t>
        <w:br/>
        <w:t>f 28855/5596/4897 28858/5593/4894 28856/5595/4896</w:t>
        <w:br/>
        <w:t>f 28851/5592/4893 28852/5591/4892 28786/5525/4846</w:t>
        <w:br/>
        <w:t>f 28817/5556/4874 28851/5592/4893 28786/5525/4846</w:t>
        <w:br/>
        <w:t>f 28786/5525/4846 28852/5591/4892 28857/5594/4895</w:t>
        <w:br/>
        <w:t>f 28785/5523/4844 28786/5525/4846 28857/5594/4895</w:t>
        <w:br/>
        <w:t>f 28853/5590/4891 28854/5589/4891 28859/5597/4898</w:t>
        <w:br/>
        <w:t>f 28860/5598/4899 28858/5593/4894 28855/5596/4897</w:t>
        <w:br/>
        <w:t>f 28785/5523/4844 28784/5519/4840 28787/5524/4845</w:t>
        <w:br/>
        <w:t>f 28785/5523/4844 28783/5520/4841 28784/5519/4840</w:t>
        <w:br/>
        <w:t>f 25621/2377/2101 25622/2376/2100 25624/2378/2102</w:t>
        <w:br/>
        <w:t>f 25621/2377/2101 25623/2379/2103 25873/2628/2349</w:t>
        <w:br/>
        <w:t>usemtl 皮带</w:t>
        <w:br/>
        <w:t>f 8023/5599/4900 8022/5600/4901 8021/5601/4902</w:t>
        <w:br/>
        <w:t>f 8020/5602/4903 8023/5599/4900 8021/5601/4902</w:t>
        <w:br/>
        <w:t>f 8027/5603/4904 8026/5604/4905 8025/5605/4906</w:t>
        <w:br/>
        <w:t>f 8024/5606/4907 8027/5603/4904 8025/5605/4906</w:t>
        <w:br/>
        <w:t>f 8031/5607/4908 8030/5608/4909 8029/5609/4910</w:t>
        <w:br/>
        <w:t>f 8028/5610/4911 8031/5607/4908 8029/5609/4910</w:t>
        <w:br/>
        <w:t>f 8033/5611/4912 8029/5609/4910 8030/5608/4909</w:t>
        <w:br/>
        <w:t>f 8032/5612/4913 8033/5611/4912 8030/5608/4909</w:t>
        <w:br/>
        <w:t>f 8037/5613/4914 8036/5614/4915 8035/5615/4916</w:t>
        <w:br/>
        <w:t>f 8034/5616/4917 8037/5613/4914 8035/5615/4916</w:t>
        <w:br/>
        <w:t>f 8039/5617/4918 8038/5618/4919 8036/5614/4915</w:t>
        <w:br/>
        <w:t>f 8037/5613/4914 8039/5617/4918 8036/5614/4915</w:t>
        <w:br/>
        <w:t>f 8041/5619/4920 8025/5605/4906 8026/5604/4905</w:t>
        <w:br/>
        <w:t>f 8040/5620/4921 8041/5619/4920 8026/5604/4905</w:t>
        <w:br/>
        <w:t>f 8043/5621/4922 8034/5616/4917 8035/5615/4916</w:t>
        <w:br/>
        <w:t>f 8042/5622/4923 8043/5621/4922 8035/5615/4916</w:t>
        <w:br/>
        <w:t>f 8045/5623/4924 8041/5619/4920 8040/5620/4921</w:t>
        <w:br/>
        <w:t>f 8044/5624/4925 8045/5623/4924 8040/5620/4921</w:t>
        <w:br/>
        <w:t>f 8048/5625/4926 8044/5624/4925 8047/5626/4927</w:t>
        <w:br/>
        <w:t>f 8046/5627/4928 8048/5625/4926 8047/5626/4927</w:t>
        <w:br/>
        <w:t>f 8052/5628/4929 8051/5629/4930 8050/5630/4931</w:t>
        <w:br/>
        <w:t>f 8049/5631/4932 8052/5628/4929 8050/5630/4931</w:t>
        <w:br/>
        <w:t>f 8055/5632/4933 8054/5633/4934 8047/5626/4927</w:t>
        <w:br/>
        <w:t>f 8053/5634/4935 8055/5632/4933 8047/5626/4927</w:t>
        <w:br/>
        <w:t>f 8046/5627/4928 8047/5626/4927 8054/5633/4934</w:t>
        <w:br/>
        <w:t>f 8056/5635/4936 8046/5627/4928 8054/5633/4934</w:t>
        <w:br/>
        <w:t>f 8060/5636/4937 8059/5637/4938 8058/5638/4939</w:t>
        <w:br/>
        <w:t>f 8057/5639/4940 8060/5636/4937 8058/5638/4939</w:t>
        <w:br/>
        <w:t>f 8063/5640/4941 8062/5641/4942 8061/5642/4943</w:t>
        <w:br/>
        <w:t>f 8060/5636/4937 8063/5640/4941 8061/5642/4943</w:t>
        <w:br/>
        <w:t>f 8060/5636/4937 8057/5639/4940 8064/5643/4944</w:t>
        <w:br/>
        <w:t>f 8063/5640/4941 8060/5636/4937 8064/5643/4944</w:t>
        <w:br/>
        <w:t>f 8057/5639/4940 8066/5644/4945 8065/5645/4946</w:t>
        <w:br/>
        <w:t>f 8057/5639/4940 8065/5645/4946 8067/5646/4947</w:t>
        <w:br/>
        <w:t>f 8064/5643/4944 8057/5639/4940 8067/5646/4947</w:t>
        <w:br/>
        <w:t>f 8069/5647/4948 8021/5601/4902 8022/5600/4901</w:t>
        <w:br/>
        <w:t>f 8068/5648/4949 8069/5647/4948 8022/5600/4901</w:t>
        <w:br/>
        <w:t>f 8056/5635/4936 8031/5607/4908 8028/5610/4911</w:t>
        <w:br/>
        <w:t>f 8046/5627/4928 8056/5635/4936 8028/5610/4911</w:t>
        <w:br/>
        <w:t>f 8048/5625/4926 8043/5621/4922 8042/5622/4923</w:t>
        <w:br/>
        <w:t>f 8070/5649/4950 8048/5625/4926 8042/5622/4923</w:t>
        <w:br/>
        <w:t>f 8033/5611/4912 8032/5612/4913 8072/5650/4951</w:t>
        <w:br/>
        <w:t>f 8071/5651/4952 8033/5611/4912 8072/5650/4951</w:t>
        <w:br/>
        <w:t>f 8053/5634/4935 8051/5629/4930 8052/5628/4929</w:t>
        <w:br/>
        <w:t>f 8055/5632/4933 8053/5634/4935 8052/5628/4929</w:t>
        <w:br/>
        <w:t>f 8067/5646/4947 8050/5630/4931 8027/5603/4904</w:t>
        <w:br/>
        <w:t>f 8020/5602/4903 8067/5646/4947 8027/5603/4904</w:t>
        <w:br/>
        <w:t>f 8049/5631/4932 8050/5630/4931 8067/5646/4947</w:t>
        <w:br/>
        <w:t>f 8065/5645/4946 8049/5631/4932 8067/5646/4947</w:t>
        <w:br/>
        <w:t>f 8049/5631/4932 8073/5652/4953 8052/5628/4929</w:t>
        <w:br/>
        <w:t>f 8072/5650/4951 8076/5653/4954 8075/5654/4955</w:t>
        <w:br/>
        <w:t>f 8074/5655/4956 8072/5650/4951 8075/5654/4955</w:t>
        <w:br/>
        <w:t>f 8065/5645/4946 8066/5644/4945 8077/5656/4957</w:t>
        <w:br/>
        <w:t>f 8069/5647/4948 8078/5657/4958 8062/5641/4942</w:t>
        <w:br/>
        <w:t>f 8063/5640/4941 8069/5647/4948 8062/5641/4942</w:t>
        <w:br/>
        <w:t>f 8020/5602/4903 8021/5601/4902 8064/5643/4944</w:t>
        <w:br/>
        <w:t>f 8067/5646/4947 8020/5602/4903 8064/5643/4944</w:t>
        <w:br/>
        <w:t>f 8026/5604/4905 8027/5603/4904 8050/5630/4931</w:t>
        <w:br/>
        <w:t>f 8051/5629/4930 8026/5604/4905 8050/5630/4931</w:t>
        <w:br/>
        <w:t>f 8037/5613/4914 8034/5616/4917 8029/5609/4910</w:t>
        <w:br/>
        <w:t>f 8033/5611/4912 8037/5613/4914 8029/5609/4910</w:t>
        <w:br/>
        <w:t>f 8071/5651/4952 8039/5617/4918 8037/5613/4914</w:t>
        <w:br/>
        <w:t>f 8033/5611/4912 8071/5651/4952 8037/5613/4914</w:t>
        <w:br/>
        <w:t>f 8040/5620/4921 8026/5604/4905 8051/5629/4930</w:t>
        <w:br/>
        <w:t>f 8053/5634/4935 8040/5620/4921 8051/5629/4930</w:t>
        <w:br/>
        <w:t>f 8034/5616/4917 8043/5621/4922 8028/5610/4911</w:t>
        <w:br/>
        <w:t>f 8029/5609/4910 8034/5616/4917 8028/5610/4911</w:t>
        <w:br/>
        <w:t>f 8044/5624/4925 8040/5620/4921 8053/5634/4935</w:t>
        <w:br/>
        <w:t>f 8047/5626/4927 8044/5624/4925 8053/5634/4935</w:t>
        <w:br/>
        <w:t>f 8044/5624/4925 8048/5625/4926 8070/5649/4950</w:t>
        <w:br/>
        <w:t>f 8045/5623/4924 8044/5624/4925 8070/5649/4950</w:t>
        <w:br/>
        <w:t>f 8021/5601/4902 8069/5647/4948 8063/5640/4941</w:t>
        <w:br/>
        <w:t>f 8064/5643/4944 8021/5601/4902 8063/5640/4941</w:t>
        <w:br/>
        <w:t>f 8043/5621/4922 8048/5625/4926 8046/5627/4928</w:t>
        <w:br/>
        <w:t>f 8028/5610/4911 8043/5621/4922 8046/5627/4928</w:t>
        <w:br/>
        <w:t>f 8020/5602/4903 8027/5603/4904 8024/5606/4907</w:t>
        <w:br/>
        <w:t>f 8023/5599/4900 8020/5602/4903 8024/5606/4907</w:t>
        <w:br/>
        <w:t>f 8079/5658/4959 8076/5653/4954 8072/5650/4951</w:t>
        <w:br/>
        <w:t>f 8032/5612/4913 8079/5658/4959 8072/5650/4951</w:t>
        <w:br/>
        <w:t>f 8056/5635/4936 8054/5633/4934 8081/5659/4960</w:t>
        <w:br/>
        <w:t>f 8080/5660/4961 8056/5635/4936 8081/5659/4960</w:t>
        <w:br/>
        <w:t>f 8068/5648/4949 8082/5661/4962 8078/5657/4958</w:t>
        <w:br/>
        <w:t>f 8069/5647/4948 8068/5648/4949 8078/5657/4958</w:t>
        <w:br/>
        <w:t>f 8054/5633/4934 8055/5632/4933 8083/5662/4963</w:t>
        <w:br/>
        <w:t>f 8081/5659/4960 8054/5633/4934 8083/5662/4963</w:t>
        <w:br/>
        <w:t>f 8030/5608/4909 8031/5607/4908 8085/5663/4964</w:t>
        <w:br/>
        <w:t>f 8084/5664/4965 8030/5608/4909 8085/5663/4964</w:t>
        <w:br/>
        <w:t>f 8032/5612/4913 8030/5608/4909 8084/5664/4965</w:t>
        <w:br/>
        <w:t>f 8079/5658/4959 8032/5612/4913 8084/5664/4965</w:t>
        <w:br/>
        <w:t>f 8031/5607/4908 8056/5635/4936 8080/5660/4961</w:t>
        <w:br/>
        <w:t>f 8085/5663/4964 8031/5607/4908 8080/5660/4961</w:t>
        <w:br/>
        <w:t>f 8052/5628/4929 8073/5652/4953 8083/5662/4963</w:t>
        <w:br/>
        <w:t>f 8055/5632/4933 8052/5628/4929 8083/5662/4963</w:t>
        <w:br/>
        <w:t>f 8059/5637/4938 8060/5636/4937 8061/5642/4943</w:t>
        <w:br/>
        <w:t>f 8086/5665/4966 8059/5637/4938 8061/5642/4943</w:t>
        <w:br/>
        <w:t>f 8066/5644/4945 8057/5639/4940 8087/5666/4967</w:t>
        <w:br/>
        <w:t>f 8057/5639/4940 8058/5638/4939 8087/5666/4967</w:t>
        <w:br/>
        <w:t>f 8077/5656/4968 8073/5652/4953 8049/5631/4932</w:t>
        <w:br/>
        <w:t>f 8039/5617/4918 8071/5651/4952 8089/5667/4969</w:t>
        <w:br/>
        <w:t>f 8088/5668/4970 8039/5617/4918 8089/5667/4969</w:t>
        <w:br/>
        <w:t>f 8071/5651/4952 8072/5650/4951 8074/5655/4956</w:t>
        <w:br/>
        <w:t>f 8089/5667/4969 8071/5651/4952 8074/5655/4956</w:t>
        <w:br/>
        <w:t>f 8038/5618/4919 8039/5617/4918 8088/5668/4970</w:t>
        <w:br/>
        <w:t>f 8090/5669/4971 8038/5618/4919 8088/5668/4970</w:t>
        <w:br/>
        <w:t>f 8065/5645/4946 8091/5670/4972 8049/5631/4932</w:t>
        <w:br/>
        <w:t>f 8095/5671/4973 8094/5672/4974 8093/5673/4975</w:t>
        <w:br/>
        <w:t>f 8092/5674/4976 8095/5671/4973 8093/5673/4975</w:t>
        <w:br/>
        <w:t>f 8097/5675/4977 8095/5671/4973 8092/5674/4976</w:t>
        <w:br/>
        <w:t>f 8096/5676/4978 8097/5675/4977 8092/5674/4976</w:t>
        <w:br/>
        <w:t>f 8099/5677/4979 8097/5675/4977 8096/5676/4978</w:t>
        <w:br/>
        <w:t>f 8098/5678/4980 8099/5677/4979 8096/5676/4978</w:t>
        <w:br/>
        <w:t>f 8101/5679/4981 8100/5680/4982 8099/5677/4979</w:t>
        <w:br/>
        <w:t>f 8098/5678/4980 8101/5679/4981 8099/5677/4979</w:t>
        <w:br/>
        <w:t>f 8105/5681/4983 8104/5682/4984 8103/5683/4985</w:t>
        <w:br/>
        <w:t>f 8102/5684/4986 8105/5681/4983 8103/5683/4985</w:t>
        <w:br/>
        <w:t>f 8107/5685/4987 8106/5686/4988 8104/5682/4984</w:t>
        <w:br/>
        <w:t>f 8105/5681/4983 8107/5685/4987 8104/5682/4984</w:t>
        <w:br/>
        <w:t>f 8098/5678/4980 8096/5676/4978 8109/5687/4989</w:t>
        <w:br/>
        <w:t>f 8108/5688/4990 8098/5678/4980 8109/5687/4989</w:t>
        <w:br/>
        <w:t>f 8096/5676/4978 8092/5674/4976 8110/5689/4991</w:t>
        <w:br/>
        <w:t>f 8109/5687/4989 8096/5676/4978 8110/5689/4991</w:t>
        <w:br/>
        <w:t>f 8092/5674/4976 8093/5673/4975 8111/5690/4992</w:t>
        <w:br/>
        <w:t>f 8110/5689/4991 8092/5674/4976 8111/5690/4992</w:t>
        <w:br/>
        <w:t>f 8108/5688/4990 8112/5691/4993 8101/5679/4981</w:t>
        <w:br/>
        <w:t>f 8098/5678/4980 8108/5688/4990 8101/5679/4981</w:t>
        <w:br/>
        <w:t>f 8114/5692/4994 8105/5681/4983 8102/5684/4986</w:t>
        <w:br/>
        <w:t>f 8113/5693/4995 8114/5692/4994 8102/5684/4986</w:t>
        <w:br/>
        <w:t>f 8105/5681/4983 8114/5692/4994 8115/5694/4996</w:t>
        <w:br/>
        <w:t>f 8107/5685/4987 8105/5681/4983 8115/5694/4996</w:t>
        <w:br/>
        <w:t>f 8113/5693/4995 8117/5695/4997 8116/5696/4998</w:t>
        <w:br/>
        <w:t>f 8114/5692/4994 8113/5693/4995 8116/5696/4998</w:t>
        <w:br/>
        <w:t>f 8118/5697/4999 8115/5694/4996 8114/5692/4994</w:t>
        <w:br/>
        <w:t>f 8116/5696/4998 8118/5697/4999 8114/5692/4994</w:t>
        <w:br/>
        <w:t>f 8122/5698/5000 8121/5699/5001 8120/5700/5002</w:t>
        <w:br/>
        <w:t>f 8119/5701/5003 8122/5698/5000 8120/5700/5002</w:t>
        <w:br/>
        <w:t>f 8119/5701/5003 8120/5700/5002 8124/5702/5004</w:t>
        <w:br/>
        <w:t>f 8123/5703/5005 8119/5701/5003 8124/5702/5004</w:t>
        <w:br/>
        <w:t>f 8127/5704/5006 8126/5705/5007 8125/5706/5008</w:t>
        <w:br/>
        <w:t>f 8129/5707/5009 8128/5708/5010 8108/5688/4990</w:t>
        <w:br/>
        <w:t>f 8109/5687/4989 8129/5707/5009 8108/5688/4990</w:t>
        <w:br/>
        <w:t>f 8125/5706/5008 8130/5709/5011 8127/5704/5006</w:t>
        <w:br/>
        <w:t>f 8131/5710/5012 8130/5709/5011 8125/5706/5008</w:t>
        <w:br/>
        <w:t>f 8130/5709/5011 8131/5710/5012 8132/5711/5013</w:t>
        <w:br/>
        <w:t>f 8125/5706/5008 8134/5712/5014 8133/5713/5015</w:t>
        <w:br/>
        <w:t>f 8125/5706/5008 8136/5714/5016 8135/5715/5017</w:t>
        <w:br/>
        <w:t>f 8138/5716/5018 8137/5717/5019 8133/5713/5015</w:t>
        <w:br/>
        <w:t>f 8142/5718/5020 8141/5719/5021 8140/5720/5022</w:t>
        <w:br/>
        <w:t>f 8139/5721/5023 8142/5718/5020 8140/5720/5022</w:t>
        <w:br/>
        <w:t>f 8111/5690/4992 8145/5722/5024 8144/5723/5025</w:t>
        <w:br/>
        <w:t>f 8143/5724/5026 8111/5690/4992 8144/5723/5025</w:t>
        <w:br/>
        <w:t>f 8109/5687/4989 8110/5689/4991 8146/5725/5027</w:t>
        <w:br/>
        <w:t>f 8129/5707/5009 8109/5687/4989 8146/5725/5027</w:t>
        <w:br/>
        <w:t>f 8125/5706/5008 8133/5713/5015 8136/5714/5016</w:t>
        <w:br/>
        <w:t>f 8130/5709/5011 8132/5711/5013 8147/5726/5028</w:t>
        <w:br/>
        <w:t>f 8137/5717/5019 8138/5716/5018 8148/5727/5029</w:t>
        <w:br/>
        <w:t>f 8125/5706/5008 8126/5705/5007 8134/5712/5014</w:t>
        <w:br/>
        <w:t>f 8125/5706/5008 8135/5715/5017 8131/5710/5012</w:t>
        <w:br/>
        <w:t>f 8148/5727/5029 8140/5720/5022 8141/5719/5021</w:t>
        <w:br/>
        <w:t>f 8149/5728/5030 8140/5720/5022 8148/5727/5029</w:t>
        <w:br/>
        <w:t>f 8112/5691/4993 8108/5688/4990 8128/5708/5010</w:t>
        <w:br/>
        <w:t>f 8150/5729/5031 8112/5691/4993 8128/5708/5010</w:t>
        <w:br/>
        <w:t>f 8152/5730/5032 8126/5705/5007 8127/5704/5006</w:t>
        <w:br/>
        <w:t>f 8151/5731/5033 8152/5730/5032 8127/5704/5006</w:t>
        <w:br/>
        <w:t>f 8148/5727/5029 8138/5716/5018 8149/5728/5030</w:t>
        <w:br/>
        <w:t>f 8143/5724/5026 8146/5725/5027 8110/5689/4991</w:t>
        <w:br/>
        <w:t>f 8111/5690/4992 8143/5724/5026 8110/5689/4991</w:t>
        <w:br/>
        <w:t>f 8145/5722/5024 8154/5732/5034 8153/5733/5035</w:t>
        <w:br/>
        <w:t>f 8144/5723/5025 8145/5722/5024 8153/5733/5035</w:t>
        <w:br/>
        <w:t>f 8133/5713/5015 8134/5712/5014 8138/5716/5018</w:t>
        <w:br/>
        <w:t>f 8133/5713/5015 8137/5717/5019 8136/5714/5016</w:t>
        <w:br/>
        <w:t>f 8156/5734/5036 8155/5735/5037 8120/5700/5002</w:t>
        <w:br/>
        <w:t>f 8121/5699/5001 8156/5734/5036 8120/5700/5002</w:t>
        <w:br/>
        <w:t>f 8155/5735/5037 8157/5736/5038 8124/5702/5004</w:t>
        <w:br/>
        <w:t>f 8120/5700/5002 8155/5735/5037 8124/5702/5004</w:t>
        <w:br/>
        <w:t>f 8130/5709/5011 8158/5737/5039 8151/5731/5033</w:t>
        <w:br/>
        <w:t>f 8127/5704/5006 8130/5709/5011 8151/5731/5033</w:t>
        <w:br/>
        <w:t>f 8093/5673/4975 8159/5738/5040 8145/5722/5024</w:t>
        <w:br/>
        <w:t>f 8111/5690/4992 8093/5673/4975 8145/5722/5024</w:t>
        <w:br/>
        <w:t>f 8161/5739/5041 8160/5740/5042 8154/5732/5034</w:t>
        <w:br/>
        <w:t>f 8161/5739/5041 8154/5732/5034 8145/5722/5024</w:t>
        <w:br/>
        <w:t>f 8159/5738/5040 8161/5739/5041 8145/5722/5024</w:t>
        <w:br/>
        <w:t>f 8161/5739/5041 8163/5741/5043 8162/5742/5044</w:t>
        <w:br/>
        <w:t>f 8160/5740/5042 8161/5739/5041 8162/5742/5044</w:t>
        <w:br/>
        <w:t>f 8159/5738/5040 8164/5743/5045 8163/5741/5043</w:t>
        <w:br/>
        <w:t>f 8161/5739/5041 8159/5738/5040 8163/5741/5043</w:t>
        <w:br/>
        <w:t>f 8159/5738/5040 8093/5673/4975 8094/5672/4974</w:t>
        <w:br/>
        <w:t>f 8164/5743/5045 8159/5738/5040 8094/5672/4974</w:t>
        <w:br/>
        <w:t>f 8158/5737/5039 8156/5734/5036 8121/5699/5001</w:t>
        <w:br/>
        <w:t>f 8151/5731/5033 8158/5737/5039 8121/5699/5001</w:t>
        <w:br/>
        <w:t>f 8122/5698/5000 8152/5730/5032 8151/5731/5033</w:t>
        <w:br/>
        <w:t>f 8121/5699/5001 8122/5698/5000 8151/5731/5033</w:t>
        <w:br/>
        <w:t>f 8117/5695/4997 8113/5693/4995 8112/5691/4993</w:t>
        <w:br/>
        <w:t>f 8150/5729/5031 8117/5695/4997 8112/5691/4993</w:t>
        <w:br/>
        <w:t>f 8113/5693/4995 8102/5684/4986 8101/5679/4981</w:t>
        <w:br/>
        <w:t>f 8112/5691/4993 8113/5693/4995 8101/5679/4981</w:t>
        <w:br/>
        <w:t>f 8102/5684/4986 8103/5683/4985 8100/5680/4982</w:t>
        <w:br/>
        <w:t>f 8101/5679/4981 8102/5684/4986 8100/5680/4982</w:t>
        <w:br/>
        <w:t>f 8144/5723/5025 8153/5733/5035 8139/5721/5023</w:t>
        <w:br/>
        <w:t>f 8140/5720/5022 8144/5723/5025 8139/5721/5023</w:t>
        <w:br/>
        <w:t>f 8143/5724/5026 8144/5723/5025 8140/5720/5022</w:t>
        <w:br/>
        <w:t>f 8149/5728/5030 8143/5724/5026 8140/5720/5022</w:t>
        <w:br/>
        <w:t>f 8149/5728/5030 8138/5716/5018 8146/5725/5027</w:t>
        <w:br/>
        <w:t>f 8143/5724/5026 8149/5728/5030 8146/5725/5027</w:t>
        <w:br/>
        <w:t>f 8129/5707/5009 8146/5725/5027 8138/5716/5018</w:t>
        <w:br/>
        <w:t>f 8134/5712/5014 8129/5707/5009 8138/5716/5018</w:t>
        <w:br/>
        <w:t>f 8134/5712/5014 8126/5705/5007 8128/5708/5010</w:t>
        <w:br/>
        <w:t>f 8129/5707/5009 8134/5712/5014 8128/5708/5010</w:t>
        <w:br/>
        <w:t>f 8150/5729/5031 8128/5708/5010 8126/5705/5007</w:t>
        <w:br/>
        <w:t>f 8152/5730/5032 8150/5729/5031 8126/5705/5007</w:t>
        <w:br/>
        <w:t>f 8122/5698/5000 8117/5695/4997 8150/5729/5031</w:t>
        <w:br/>
        <w:t>f 8152/5730/5032 8122/5698/5000 8150/5729/5031</w:t>
        <w:br/>
        <w:t>f 8117/5695/4997 8122/5698/5000 8119/5701/5003</w:t>
        <w:br/>
        <w:t>f 8116/5696/4998 8117/5695/4997 8119/5701/5003</w:t>
        <w:br/>
        <w:t>f 8123/5703/5005 8118/5697/4999 8116/5696/4998</w:t>
        <w:br/>
        <w:t>f 8119/5701/5003 8123/5703/5005 8116/5696/4998</w:t>
        <w:br/>
        <w:t>f 9507/5744/5046 9506/5745/5047 9505/5746/5048</w:t>
        <w:br/>
        <w:t>f 9504/5747/5049 9507/5744/5046 9505/5746/5048</w:t>
        <w:br/>
        <w:t>f 9511/5748/5050 9510/5749/5051 9509/5750/5052</w:t>
        <w:br/>
        <w:t>f 9508/5751/5053 9511/5748/5050 9509/5750/5052</w:t>
        <w:br/>
        <w:t>f 9515/5752/5054 9514/5753/5055 9513/5754/5056</w:t>
        <w:br/>
        <w:t>f 9512/5755/5057 9515/5752/5054 9513/5754/5056</w:t>
        <w:br/>
        <w:t>f 9517/5756/5058 9516/5757/5059 9512/5755/5057</w:t>
        <w:br/>
        <w:t>f 9513/5754/5056 9517/5756/5058 9512/5755/5057</w:t>
        <w:br/>
        <w:t>f 9521/5758/5060 9520/5759/5061 9519/5760/5062</w:t>
        <w:br/>
        <w:t>f 9518/5761/5063 9521/5758/5060 9519/5760/5062</w:t>
        <w:br/>
        <w:t>f 9523/5762/5064 9521/5758/5060 9518/5761/5063</w:t>
        <w:br/>
        <w:t>f 9522/5763/5065 9523/5762/5064 9518/5761/5063</w:t>
        <w:br/>
        <w:t>f 9525/5764/5066 9524/5765/5067 9508/5751/5053</w:t>
        <w:br/>
        <w:t>f 9509/5750/5052 9525/5764/5066 9508/5751/5053</w:t>
        <w:br/>
        <w:t>f 9527/5766/5068 9526/5767/5069 9519/5760/5062</w:t>
        <w:br/>
        <w:t>f 9520/5759/5061 9527/5766/5068 9519/5760/5062</w:t>
        <w:br/>
        <w:t>f 9529/5768/5070 9528/5769/5071 9524/5765/5067</w:t>
        <w:br/>
        <w:t>f 9525/5764/5066 9529/5768/5070 9524/5765/5067</w:t>
        <w:br/>
        <w:t>f 9532/5770/5072 9531/5771/5073 9530/5772/5074</w:t>
        <w:br/>
        <w:t>f 9528/5769/5071 9532/5770/5072 9530/5772/5074</w:t>
        <w:br/>
        <w:t>f 9536/5773/5075 9535/5774/5076 9534/5775/5077</w:t>
        <w:br/>
        <w:t>f 9533/5776/5078 9536/5773/5075 9534/5775/5077</w:t>
        <w:br/>
        <w:t>f 9539/5777/5079 9538/5778/5080 9530/5772/5074</w:t>
        <w:br/>
        <w:t>f 9537/5779/5081 9539/5777/5079 9530/5772/5074</w:t>
        <w:br/>
        <w:t>f 9531/5771/5073 9540/5780/5082 9537/5779/5081</w:t>
        <w:br/>
        <w:t>f 9530/5772/5074 9531/5771/5073 9537/5779/5081</w:t>
        <w:br/>
        <w:t>f 9544/5781/5083 9543/5782/5084 9542/5783/5085</w:t>
        <w:br/>
        <w:t>f 9541/5784/5086 9544/5781/5083 9542/5783/5085</w:t>
        <w:br/>
        <w:t>f 9545/5785/5087 9544/5781/5083 8061/5642/4943</w:t>
        <w:br/>
        <w:t>f 8062/5641/4942 9545/5785/5087 8061/5642/4943</w:t>
        <w:br/>
        <w:t>f 9544/5781/5083 9545/5785/5087 9546/5786/5088</w:t>
        <w:br/>
        <w:t>f 9543/5782/5084 9544/5781/5083 9546/5786/5088</w:t>
        <w:br/>
        <w:t>f 9543/5782/5084 9548/5787/5089 9547/5788/5090</w:t>
        <w:br/>
        <w:t>f 9543/5782/5084 9546/5786/5088 9549/5789/5091</w:t>
        <w:br/>
        <w:t>f 9548/5787/5089 9543/5782/5084 9549/5789/5091</w:t>
        <w:br/>
        <w:t>f 9551/5790/5092 9550/5791/5093 9504/5747/5049</w:t>
        <w:br/>
        <w:t>f 9505/5746/5048 9551/5790/5092 9504/5747/5049</w:t>
        <w:br/>
        <w:t>f 9540/5780/5082 9531/5771/5073 9514/5753/5055</w:t>
        <w:br/>
        <w:t>f 9515/5752/5054 9540/5780/5082 9514/5753/5055</w:t>
        <w:br/>
        <w:t>f 9532/5770/5072 9552/5792/5094 9526/5767/5069</w:t>
        <w:br/>
        <w:t>f 9527/5766/5068 9532/5770/5072 9526/5767/5069</w:t>
        <w:br/>
        <w:t>f 9517/5756/5058 9554/5793/5095 9553/5794/5096</w:t>
        <w:br/>
        <w:t>f 9516/5757/5059 9517/5756/5058 9553/5794/5096</w:t>
        <w:br/>
        <w:t>f 9538/5778/5080 9539/5777/5079 9536/5773/5075</w:t>
        <w:br/>
        <w:t>f 9533/5776/5078 9538/5778/5080 9536/5773/5075</w:t>
        <w:br/>
        <w:t>f 9506/5745/5047 9511/5748/5050 9534/5775/5077</w:t>
        <w:br/>
        <w:t>f 9549/5789/5091 9506/5745/5047 9534/5775/5077</w:t>
        <w:br/>
        <w:t>f 9535/5774/5076 9548/5787/5089 9549/5789/5091</w:t>
        <w:br/>
        <w:t>f 9534/5775/5077 9535/5774/5076 9549/5789/5091</w:t>
        <w:br/>
        <w:t>f 9535/5774/5076 9536/5773/5075 9555/5795/5097</w:t>
        <w:br/>
        <w:t>f 9553/5794/5096 8074/5655/4956 8075/5654/4955</w:t>
        <w:br/>
        <w:t>f 9556/5796/5098 9553/5794/5096 8075/5654/4955</w:t>
        <w:br/>
        <w:t>f 9548/5787/5089 9557/5797/5099 9547/5788/5090</w:t>
        <w:br/>
        <w:t>f 9551/5790/5092 9545/5785/5087 8062/5641/4942</w:t>
        <w:br/>
        <w:t>f 8078/5657/4958 9551/5790/5092 8062/5641/4942</w:t>
        <w:br/>
        <w:t>f 9506/5745/5047 9549/5789/5091 9546/5786/5088</w:t>
        <w:br/>
        <w:t>f 9505/5746/5048 9506/5745/5047 9546/5786/5088</w:t>
        <w:br/>
        <w:t>f 9508/5751/5053 9533/5776/5078 9534/5775/5077</w:t>
        <w:br/>
        <w:t>f 9511/5748/5050 9508/5751/5053 9534/5775/5077</w:t>
        <w:br/>
        <w:t>f 9521/5758/5060 9517/5756/5058 9513/5754/5056</w:t>
        <w:br/>
        <w:t>f 9520/5759/5061 9521/5758/5060 9513/5754/5056</w:t>
        <w:br/>
        <w:t>f 9554/5793/5095 9517/5756/5058 9521/5758/5060</w:t>
        <w:br/>
        <w:t>f 9523/5762/5064 9554/5793/5095 9521/5758/5060</w:t>
        <w:br/>
        <w:t>f 9524/5765/5067 9538/5778/5080 9533/5776/5078</w:t>
        <w:br/>
        <w:t>f 9508/5751/5053 9524/5765/5067 9533/5776/5078</w:t>
        <w:br/>
        <w:t>f 9520/5759/5061 9513/5754/5056 9514/5753/5055</w:t>
        <w:br/>
        <w:t>f 9527/5766/5068 9520/5759/5061 9514/5753/5055</w:t>
        <w:br/>
        <w:t>f 9528/5769/5071 9530/5772/5074 9538/5778/5080</w:t>
        <w:br/>
        <w:t>f 9524/5765/5067 9528/5769/5071 9538/5778/5080</w:t>
        <w:br/>
        <w:t>f 9528/5769/5071 9529/5768/5070 9552/5792/5094</w:t>
        <w:br/>
        <w:t>f 9532/5770/5072 9528/5769/5071 9552/5792/5094</w:t>
        <w:br/>
        <w:t>f 9505/5746/5048 9546/5786/5088 9545/5785/5087</w:t>
        <w:br/>
        <w:t>f 9551/5790/5092 9505/5746/5048 9545/5785/5087</w:t>
        <w:br/>
        <w:t>f 9527/5766/5068 9514/5753/5055 9531/5771/5073</w:t>
        <w:br/>
        <w:t>f 9532/5770/5072 9527/5766/5068 9531/5771/5073</w:t>
        <w:br/>
        <w:t>f 9506/5745/5047 9507/5744/5046 9510/5749/5051</w:t>
        <w:br/>
        <w:t>f 9511/5748/5050 9506/5745/5047 9510/5749/5051</w:t>
        <w:br/>
        <w:t>f 9553/5794/5096 9556/5796/5098 9558/5798/5100</w:t>
        <w:br/>
        <w:t>f 9516/5757/5059 9553/5794/5096 9558/5798/5100</w:t>
        <w:br/>
        <w:t>f 9540/5780/5082 9560/5799/5101 9559/5800/5102</w:t>
        <w:br/>
        <w:t>f 9537/5779/5081 9540/5780/5082 9559/5800/5102</w:t>
        <w:br/>
        <w:t>f 9550/5791/5093 9551/5790/5092 8078/5657/4958</w:t>
        <w:br/>
        <w:t>f 8082/5661/4962 9550/5791/5093 8078/5657/4958</w:t>
        <w:br/>
        <w:t>f 9537/5779/5081 9559/5800/5102 9561/5801/5103</w:t>
        <w:br/>
        <w:t>f 9539/5777/5079 9537/5779/5081 9561/5801/5103</w:t>
        <w:br/>
        <w:t>f 9512/5755/5057 9563/5802/5104 9562/5803/5105</w:t>
        <w:br/>
        <w:t>f 9515/5752/5054 9512/5755/5057 9562/5803/5105</w:t>
        <w:br/>
        <w:t>f 9516/5757/5059 9558/5798/5100 9563/5802/5104</w:t>
        <w:br/>
        <w:t>f 9512/5755/5057 9516/5757/5059 9563/5802/5104</w:t>
        <w:br/>
        <w:t>f 9515/5752/5054 9562/5803/5105 9560/5799/5101</w:t>
        <w:br/>
        <w:t>f 9540/5780/5082 9515/5752/5054 9560/5799/5101</w:t>
        <w:br/>
        <w:t>f 9561/5801/5103 9555/5795/5097 9536/5773/5075</w:t>
        <w:br/>
        <w:t>f 9539/5777/5079 9561/5801/5103 9536/5773/5075</w:t>
        <w:br/>
        <w:t>f 8061/5642/4943 9544/5781/5083 9541/5784/5086</w:t>
        <w:br/>
        <w:t>f 8086/5665/4966 8061/5642/4943 9541/5784/5086</w:t>
        <w:br/>
        <w:t>f 9547/5788/5090 9564/5804/5106 9543/5782/5084</w:t>
        <w:br/>
        <w:t>f 9543/5782/5084 9564/5804/5106 9542/5783/5085</w:t>
        <w:br/>
        <w:t>f 9557/5797/5107 9535/5774/5076 9555/5795/5097</w:t>
        <w:br/>
        <w:t>f 9523/5762/5064 8088/5668/4970 8089/5667/4969</w:t>
        <w:br/>
        <w:t>f 9554/5793/5095 9523/5762/5064 8089/5667/4969</w:t>
        <w:br/>
        <w:t>f 9554/5793/5095 8089/5667/4969 8074/5655/4956</w:t>
        <w:br/>
        <w:t>f 9553/5794/5096 9554/5793/5095 8074/5655/4956</w:t>
        <w:br/>
        <w:t>f 9522/5763/5065 8090/5669/4971 8088/5668/4970</w:t>
        <w:br/>
        <w:t>f 9523/5762/5064 9522/5763/5065 8088/5668/4970</w:t>
        <w:br/>
        <w:t>f 9548/5787/5089 9535/5774/5076 9565/5805/5108</w:t>
        <w:br/>
        <w:t>f 9569/5806/5109 9568/5807/5110 9567/5808/5111</w:t>
        <w:br/>
        <w:t>f 9566/5809/5112 9569/5806/5109 9567/5808/5111</w:t>
        <w:br/>
        <w:t>f 9571/5810/5113 9570/5811/5114 9568/5807/5110</w:t>
        <w:br/>
        <w:t>f 9569/5806/5109 9571/5810/5113 9568/5807/5110</w:t>
        <w:br/>
        <w:t>f 9573/5812/5115 9572/5813/5116 9570/5811/5114</w:t>
        <w:br/>
        <w:t>f 9571/5810/5113 9573/5812/5115 9570/5811/5114</w:t>
        <w:br/>
        <w:t>f 9575/5814/5117 9572/5813/5116 9573/5812/5115</w:t>
        <w:br/>
        <w:t>f 9574/5815/5118 9575/5814/5117 9573/5812/5115</w:t>
        <w:br/>
        <w:t>f 9579/5816/5119 9578/5817/5120 9577/5818/5121</w:t>
        <w:br/>
        <w:t>f 9576/5819/5122 9579/5816/5119 9577/5818/5121</w:t>
        <w:br/>
        <w:t>f 8107/5685/4987 9579/5816/5119 9576/5819/5122</w:t>
        <w:br/>
        <w:t>f 8106/5686/4988 8107/5685/4987 9576/5819/5122</w:t>
        <w:br/>
        <w:t>f 9572/5813/5116 9581/5820/5123 9580/5821/5124</w:t>
        <w:br/>
        <w:t>f 9570/5811/5114 9572/5813/5116 9580/5821/5124</w:t>
        <w:br/>
        <w:t>f 9570/5811/5114 9580/5821/5124 9582/5822/5125</w:t>
        <w:br/>
        <w:t>f 9568/5807/5110 9570/5811/5114 9582/5822/5125</w:t>
        <w:br/>
        <w:t>f 9568/5807/5110 9582/5822/5125 9583/5823/5126</w:t>
        <w:br/>
        <w:t>f 9567/5808/5111 9568/5807/5110 9583/5823/5126</w:t>
        <w:br/>
        <w:t>f 9581/5820/5123 9572/5813/5116 9575/5814/5117</w:t>
        <w:br/>
        <w:t>f 9584/5824/5127 9581/5820/5123 9575/5814/5117</w:t>
        <w:br/>
        <w:t>f 9586/5825/5128 9585/5826/5129 9578/5817/5120</w:t>
        <w:br/>
        <w:t>f 9579/5816/5119 9586/5825/5128 9578/5817/5120</w:t>
        <w:br/>
        <w:t>f 9579/5816/5119 8107/5685/4987 8115/5694/4996</w:t>
        <w:br/>
        <w:t>f 9586/5825/5128 9579/5816/5119 8115/5694/4996</w:t>
        <w:br/>
        <w:t>f 9585/5826/5129 9586/5825/5128 9588/5827/5130</w:t>
        <w:br/>
        <w:t>f 9587/5828/5131 9585/5826/5129 9588/5827/5130</w:t>
        <w:br/>
        <w:t>f 8118/5697/4999 9588/5827/5130 9586/5825/5128</w:t>
        <w:br/>
        <w:t>f 8115/5694/4996 8118/5697/4999 9586/5825/5128</w:t>
        <w:br/>
        <w:t>f 9592/5829/5132 9591/5830/5133 9590/5831/5134</w:t>
        <w:br/>
        <w:t>f 9589/5832/5135 9592/5829/5132 9590/5831/5134</w:t>
        <w:br/>
        <w:t>f 9591/5830/5133 8123/5703/5005 8124/5702/5004</w:t>
        <w:br/>
        <w:t>f 9590/5831/5134 9591/5830/5133 8124/5702/5004</w:t>
        <w:br/>
        <w:t>f 9595/5833/5136 9594/5834/5137 9593/5835/5138</w:t>
        <w:br/>
        <w:t>f 9597/5836/5139 9580/5821/5124 9581/5820/5123</w:t>
        <w:br/>
        <w:t>f 9596/5837/5140 9597/5836/5139 9581/5820/5123</w:t>
        <w:br/>
        <w:t>f 9594/5834/5137 9595/5833/5136 9598/5838/5141</w:t>
        <w:br/>
        <w:t>f 9599/5839/5142 9594/5834/5137 9598/5838/5141</w:t>
        <w:br/>
        <w:t>f 9598/5838/5141 9600/5840/5143 9599/5839/5142</w:t>
        <w:br/>
        <w:t>f 9594/5834/5137 9602/5841/5144 9601/5842/5145</w:t>
        <w:br/>
        <w:t>f 9594/5834/5137 9604/5843/5146 9603/5844/5147</w:t>
        <w:br/>
        <w:t>f 9606/5845/5148 9602/5841/5144 9605/5846/5149</w:t>
        <w:br/>
        <w:t>f 8142/5718/5020 8139/5721/5023 9608/5847/5150</w:t>
        <w:br/>
        <w:t>f 9607/5848/5151 8142/5718/5020 9608/5847/5150</w:t>
        <w:br/>
        <w:t>f 9583/5823/5126 9611/5849/5152 9610/5850/5153</w:t>
        <w:br/>
        <w:t>f 9609/5851/5154 9583/5823/5126 9610/5850/5153</w:t>
        <w:br/>
        <w:t>f 9580/5821/5124 9597/5836/5139 9612/5852/5155</w:t>
        <w:br/>
        <w:t>f 9582/5822/5125 9580/5821/5124 9612/5852/5155</w:t>
        <w:br/>
        <w:t>f 9594/5834/5137 9603/5844/5147 9602/5841/5144</w:t>
        <w:br/>
        <w:t>f 9598/5838/5141 9613/5853/5156 9600/5840/5143</w:t>
        <w:br/>
        <w:t>f 9605/5846/5149 9614/5854/5157 9606/5845/5148</w:t>
        <w:br/>
        <w:t>f 9594/5834/5137 9601/5842/5145 9593/5835/5138</w:t>
        <w:br/>
        <w:t>f 9594/5834/5137 9599/5839/5142 9604/5843/5146</w:t>
        <w:br/>
        <w:t>f 9614/5854/5157 9607/5848/5151 9608/5847/5150</w:t>
        <w:br/>
        <w:t>f 9615/5855/5158 9614/5854/5157 9608/5847/5150</w:t>
        <w:br/>
        <w:t>f 9584/5824/5127 9616/5856/5159 9596/5837/5140</w:t>
        <w:br/>
        <w:t>f 9581/5820/5123 9584/5824/5127 9596/5837/5140</w:t>
        <w:br/>
        <w:t>f 9618/5857/5160 9617/5858/5161 9595/5833/5136</w:t>
        <w:br/>
        <w:t>f 9593/5835/5138 9618/5857/5160 9595/5833/5136</w:t>
        <w:br/>
        <w:t>f 9614/5854/5157 9615/5855/5158 9606/5845/5148</w:t>
        <w:br/>
        <w:t>f 9611/5849/5152 9583/5823/5126 9582/5822/5125</w:t>
        <w:br/>
        <w:t>f 9612/5852/5155 9611/5849/5152 9582/5822/5125</w:t>
        <w:br/>
        <w:t>f 9609/5851/5154 9610/5850/5153 8153/5733/5035</w:t>
        <w:br/>
        <w:t>f 8154/5732/5034 9609/5851/5154 8153/5733/5035</w:t>
        <w:br/>
        <w:t>f 9602/5841/5144 9606/5845/5148 9601/5842/5145</w:t>
        <w:br/>
        <w:t>f 9602/5841/5144 9603/5844/5147 9605/5846/5149</w:t>
        <w:br/>
        <w:t>f 9620/5859/5162 9589/5832/5135 9590/5831/5134</w:t>
        <w:br/>
        <w:t>f 9619/5860/5163 9620/5859/5162 9590/5831/5134</w:t>
        <w:br/>
        <w:t>f 9619/5860/5163 9590/5831/5134 8124/5702/5004</w:t>
        <w:br/>
        <w:t>f 8157/5736/5038 9619/5860/5163 8124/5702/5004</w:t>
        <w:br/>
        <w:t>f 9598/5838/5141 9595/5833/5136 9617/5858/5161</w:t>
        <w:br/>
        <w:t>f 9621/5861/5164 9598/5838/5141 9617/5858/5161</w:t>
        <w:br/>
        <w:t>f 9567/5808/5111 9583/5823/5126 9609/5851/5154</w:t>
        <w:br/>
        <w:t>f 9622/5862/5165 9567/5808/5111 9609/5851/5154</w:t>
        <w:br/>
        <w:t>f 9623/5863/5166 8154/5732/5034 8160/5740/5042</w:t>
        <w:br/>
        <w:t>f 9623/5863/5166 9622/5862/5165 9609/5851/5154</w:t>
        <w:br/>
        <w:t>f 8154/5732/5034 9623/5863/5166 9609/5851/5154</w:t>
        <w:br/>
        <w:t>f 9623/5863/5166 8160/5740/5042 8162/5742/5044</w:t>
        <w:br/>
        <w:t>f 9624/5864/5167 9623/5863/5166 8162/5742/5044</w:t>
        <w:br/>
        <w:t>f 9622/5862/5165 9623/5863/5166 9624/5864/5167</w:t>
        <w:br/>
        <w:t>f 9625/5865/5168 9622/5862/5165 9624/5864/5167</w:t>
        <w:br/>
        <w:t>f 9622/5862/5165 9625/5865/5168 9566/5809/5112</w:t>
        <w:br/>
        <w:t>f 9567/5808/5111 9622/5862/5165 9566/5809/5112</w:t>
        <w:br/>
        <w:t>f 9621/5861/5164 9617/5858/5161 9589/5832/5135</w:t>
        <w:br/>
        <w:t>f 9620/5859/5162 9621/5861/5164 9589/5832/5135</w:t>
        <w:br/>
        <w:t>f 9592/5829/5132 9589/5832/5135 9617/5858/5161</w:t>
        <w:br/>
        <w:t>f 9618/5857/5160 9592/5829/5132 9617/5858/5161</w:t>
        <w:br/>
        <w:t>f 9587/5828/5131 9616/5856/5159 9584/5824/5127</w:t>
        <w:br/>
        <w:t>f 9585/5826/5129 9587/5828/5131 9584/5824/5127</w:t>
        <w:br/>
        <w:t>f 9585/5826/5129 9584/5824/5127 9575/5814/5117</w:t>
        <w:br/>
        <w:t>f 9578/5817/5120 9585/5826/5129 9575/5814/5117</w:t>
        <w:br/>
        <w:t>f 9578/5817/5120 9575/5814/5117 9574/5815/5118</w:t>
        <w:br/>
        <w:t>f 9577/5818/5121 9578/5817/5120 9574/5815/5118</w:t>
        <w:br/>
        <w:t>f 9610/5850/5153 9608/5847/5150 8139/5721/5023</w:t>
        <w:br/>
        <w:t>f 8153/5733/5035 9610/5850/5153 8139/5721/5023</w:t>
        <w:br/>
        <w:t>f 9611/5849/5152 9615/5855/5158 9608/5847/5150</w:t>
        <w:br/>
        <w:t>f 9610/5850/5153 9611/5849/5152 9608/5847/5150</w:t>
        <w:br/>
        <w:t>f 9615/5855/5158 9611/5849/5152 9612/5852/5155</w:t>
        <w:br/>
        <w:t>f 9606/5845/5148 9615/5855/5158 9612/5852/5155</w:t>
        <w:br/>
        <w:t>f 9597/5836/5139 9601/5842/5145 9606/5845/5148</w:t>
        <w:br/>
        <w:t>f 9612/5852/5155 9597/5836/5139 9606/5845/5148</w:t>
        <w:br/>
        <w:t>f 9601/5842/5145 9597/5836/5139 9596/5837/5140</w:t>
        <w:br/>
        <w:t>f 9593/5835/5138 9601/5842/5145 9596/5837/5140</w:t>
        <w:br/>
        <w:t>f 9616/5856/5159 9618/5857/5160 9593/5835/5138</w:t>
        <w:br/>
        <w:t>f 9596/5837/5140 9616/5856/5159 9593/5835/5138</w:t>
        <w:br/>
        <w:t>f 9592/5829/5132 9618/5857/5160 9616/5856/5159</w:t>
        <w:br/>
        <w:t>f 9587/5828/5131 9592/5829/5132 9616/5856/5159</w:t>
        <w:br/>
        <w:t>f 9587/5828/5131 9588/5827/5130 9591/5830/5133</w:t>
        <w:br/>
        <w:t>f 9592/5829/5132 9587/5828/5131 9591/5830/5133</w:t>
        <w:br/>
        <w:t>f 8123/5703/5005 9591/5830/5133 9588/5827/5130</w:t>
        <w:br/>
        <w:t>f 8118/5697/4999 8123/5703/5005 9588/5827/5130</w:t>
        <w:br/>
        <w:t>f 14133/5866/5169 14132/5867/5170 14131/5868/5171</w:t>
        <w:br/>
        <w:t>f 14130/5869/5172 14133/5866/5169 14131/5868/5171</w:t>
        <w:br/>
        <w:t>f 14137/5870/5173 14136/5871/5174 14135/5872/5175</w:t>
        <w:br/>
        <w:t>f 14134/5873/5176 14137/5870/5173 14135/5872/5175</w:t>
        <w:br/>
        <w:t>f 14141/5874/5174 14140/5875/5177 14139/5876/5178</w:t>
        <w:br/>
        <w:t>f 14138/5877/5179 14141/5874/5174 14139/5876/5178</w:t>
        <w:br/>
        <w:t>f 14143/5878/5180 14142/5879/5181 14139/5876/5178</w:t>
        <w:br/>
        <w:t>f 14140/5875/5177 14143/5878/5180 14139/5876/5178</w:t>
        <w:br/>
        <w:t>f 14145/5880/5182 14144/5881/5183 14142/5879/5181</w:t>
        <w:br/>
        <w:t>f 14143/5878/5180 14145/5880/5182 14142/5879/5181</w:t>
        <w:br/>
        <w:t>f 14149/5882/5184 14148/5883/5185 14147/5884/5186</w:t>
        <w:br/>
        <w:t>f 14146/5885/5187 14149/5882/5184 14147/5884/5186</w:t>
        <w:br/>
        <w:t>f 14151/5886/5188 14150/5887/5189 14136/5871/5174</w:t>
        <w:br/>
        <w:t>f 14137/5870/5173 14151/5886/5188 14136/5871/5174</w:t>
        <w:br/>
        <w:t>f 14153/5888/5190 14143/5878/5180 14152/5889/5191</w:t>
        <w:br/>
        <w:t>f 14153/5888/5190 14154/5890/5192 14145/5880/5182</w:t>
        <w:br/>
        <w:t>f 14143/5878/5180 14153/5888/5190 14145/5880/5182</w:t>
        <w:br/>
        <w:t>f 14156/5891/5193 14155/5892/5194 14132/5867/5170</w:t>
        <w:br/>
        <w:t>f 14133/5866/5169 14156/5891/5193 14132/5867/5170</w:t>
        <w:br/>
        <w:t>f 14146/5885/5187 14158/5893/5195 14157/5894/5196</w:t>
        <w:br/>
        <w:t>f 14149/5882/5184 14146/5885/5187 14157/5894/5196</w:t>
        <w:br/>
        <w:t>f 14159/5895/5197 14140/5875/5177 14141/5874/5174</w:t>
        <w:br/>
        <w:t>f 14160/5896/5189 14159/5895/5197 14141/5874/5174</w:t>
        <w:br/>
        <w:t>f 14152/5889/5191 14143/5878/5180 14140/5875/5177</w:t>
        <w:br/>
        <w:t>f 14161/5897/5198 14152/5889/5191 14140/5875/5177</w:t>
        <w:br/>
        <w:t>f 14133/5866/5169 14163/5898/5199 14162/5899/5200</w:t>
        <w:br/>
        <w:t>f 14156/5891/5193 14133/5866/5169 14162/5899/5200</w:t>
        <w:br/>
        <w:t>f 14163/5898/5199 14133/5866/5169 14130/5869/5172</w:t>
        <w:br/>
        <w:t>f 14164/5900/5201 14163/5898/5199 14130/5869/5172</w:t>
        <w:br/>
        <w:t>f 14168/5901/5202 14167/5902/5203 14166/5903/5204</w:t>
        <w:br/>
        <w:t>f 14165/5904/5205 14168/5901/5202 14166/5903/5204</w:t>
        <w:br/>
        <w:t>f 14170/5905/5206 14169/5906/5207 14165/5904/5205</w:t>
        <w:br/>
        <w:t>f 14166/5903/5204 14170/5905/5206 14165/5904/5205</w:t>
        <w:br/>
        <w:t>f 14174/5907/5208 14173/5908/5209 14172/5909/5210</w:t>
        <w:br/>
        <w:t>f 14171/5910/5211 14174/5907/5208 14172/5909/5210</w:t>
        <w:br/>
        <w:t>f 14178/5911/5212 14177/5912/5213 14176/5913/5214</w:t>
        <w:br/>
        <w:t>f 14175/5914/5215 14178/5911/5212 14176/5913/5214</w:t>
        <w:br/>
        <w:t>f 14182/5915/5216 14181/5916/5217 14180/5917/5218</w:t>
        <w:br/>
        <w:t>f 14179/5918/5219 14182/5915/5216 14180/5917/5218</w:t>
        <w:br/>
        <w:t>f 14184/5919/5220 14183/5920/5212 14181/5916/5217</w:t>
        <w:br/>
        <w:t>f 14182/5915/5216 14184/5919/5220 14181/5916/5217</w:t>
        <w:br/>
        <w:t>f 14176/5913/5214 14177/5912/5213 14186/5921/5221</w:t>
        <w:br/>
        <w:t>f 14185/5922/5222 14176/5913/5214 14186/5921/5221</w:t>
        <w:br/>
        <w:t>f 14190/5923/5223 14189/5924/5224 14188/5925/5225</w:t>
        <w:br/>
        <w:t>f 14187/5926/5226 14190/5923/5223 14188/5925/5225</w:t>
        <w:br/>
        <w:t>f 14193/5927/5227 14192/5928/5228 14189/5924/5224</w:t>
        <w:br/>
        <w:t>f 14191/5929/5229 14193/5927/5227 14189/5924/5224</w:t>
        <w:br/>
        <w:t>f 14196/5930/5228 14195/5931/5230 14194/5932/5231</w:t>
        <w:br/>
        <w:t>f 14200/5933/5232 14199/5934/5233 14198/5935/5234</w:t>
        <w:br/>
        <w:t>f 14197/5936/5235 14200/5933/5232 14198/5935/5234</w:t>
        <w:br/>
        <w:t>f 14197/5936/5235 14198/5935/5234 14202/5937/5236</w:t>
        <w:br/>
        <w:t>f 14201/5938/5237 14197/5936/5235 14202/5937/5236</w:t>
        <w:br/>
        <w:t>f 14186/5921/5221 14204/5939/5238 14203/5940/5239</w:t>
        <w:br/>
        <w:t>f 14185/5922/5222 14186/5921/5221 14203/5940/5239</w:t>
        <w:br/>
        <w:t>f 14207/5941/5240 14206/5942/5241 14205/5943/5242</w:t>
        <w:br/>
        <w:t>f 14209/5944/5243 14207/5941/5244 14208/5945/5245</w:t>
        <w:br/>
        <w:t>f 14212/5946/5246 14211/5947/5247 14210/5948/5248</w:t>
        <w:br/>
        <w:t>f 14215/5949/5249 14203/5940/5239 14214/5950/5250</w:t>
        <w:br/>
        <w:t>f 14213/5951/5251 14215/5949/5249 14214/5950/5250</w:t>
        <w:br/>
        <w:t>f 14219/5952/5252 14218/5953/5253 14217/5954/5254</w:t>
        <w:br/>
        <w:t>f 14216/5955/5255 14219/5952/5252 14217/5954/5254</w:t>
        <w:br/>
        <w:t>f 14223/5956/5256 14222/5957/5253 14221/5958/5252</w:t>
        <w:br/>
        <w:t>f 14220/5959/5257 14223/5956/5256 14221/5958/5252</w:t>
        <w:br/>
        <w:t>f 14216/5955/5255 14217/5954/5254 14225/5960/5258</w:t>
        <w:br/>
        <w:t>f 14224/5961/5259 14216/5955/5255 14225/5960/5258</w:t>
        <w:br/>
        <w:t>f 14227/5962/5260 14223/5956/5256 14220/5959/5257</w:t>
        <w:br/>
        <w:t>f 14226/5963/5261 14227/5962/5260 14220/5959/5257</w:t>
        <w:br/>
        <w:t>f 14230/5964/5262 14229/5965/5263 14228/5966/5264</w:t>
        <w:br/>
        <w:t>f 14216/5955/5255 14231/5967/5265 14228/5966/5264</w:t>
        <w:br/>
        <w:t>f 14229/5965/5263 14216/5955/5255 14228/5966/5264</w:t>
        <w:br/>
        <w:t>f 14233/5968/5266 14232/5969/5263 14193/5927/5227</w:t>
        <w:br/>
        <w:t>f 14191/5929/5229 14233/5968/5266 14193/5927/5227</w:t>
        <w:br/>
        <w:t>f 14236/5970/5267 14235/5971/5268 14234/5972/5269</w:t>
        <w:br/>
        <w:t>f 14240/5973/5270 14239/5974/5271 14238/5975/5272</w:t>
        <w:br/>
        <w:t>f 14237/5976/5273 14240/5973/5270 14238/5975/5272</w:t>
        <w:br/>
        <w:t>f 14244/5977/5274 14243/5978/5275 14242/5979/5272</w:t>
        <w:br/>
        <w:t>f 14241/5980/5276 14244/5977/5274 14242/5979/5272</w:t>
        <w:br/>
        <w:t>f 14237/5976/5273 14224/5961/5259 14225/5960/5258</w:t>
        <w:br/>
        <w:t>f 14240/5973/5270 14237/5976/5273 14225/5960/5258</w:t>
        <w:br/>
        <w:t>f 14227/5962/5260 14226/5963/5261 14243/5978/5275</w:t>
        <w:br/>
        <w:t>f 14244/5977/5274 14227/5962/5260 14243/5978/5275</w:t>
        <w:br/>
        <w:t>f 14248/5981/5277 14247/5982/5278 14246/5983/5279</w:t>
        <w:br/>
        <w:t>f 14245/5984/5280 14248/5981/5277 14246/5983/5279</w:t>
        <w:br/>
        <w:t>f 14251/5985/5280 14250/5986/5281 14249/5987/5282</w:t>
        <w:br/>
        <w:t>f 14255/5988/5283 14254/5989/5284 14253/5990/5285</w:t>
        <w:br/>
        <w:t>f 14252/5991/5286 14255/5988/5283 14253/5990/5285</w:t>
        <w:br/>
        <w:t>f 14259/5992/5287 14258/5993/5284 14257/5994/5288</w:t>
        <w:br/>
        <w:t>f 14256/5995/5289 14259/5992/5287 14257/5994/5288</w:t>
        <w:br/>
        <w:t>f 14256/5995/5289 14257/5994/5288 14261/5996/5290</w:t>
        <w:br/>
        <w:t>f 14260/5997/5291 14256/5995/5289 14261/5996/5290</w:t>
        <w:br/>
        <w:t>f 14263/5998/5292 14255/5988/5283 14252/5991/5286</w:t>
        <w:br/>
        <w:t>f 14262/5999/5293 14263/5998/5292 14252/5991/5286</w:t>
        <w:br/>
        <w:t>f 14266/6000/5294 14265/6001/5295 14264/6002/5296</w:t>
        <w:br/>
        <w:t>f 14246/5983/5279 14247/5982/5278 14268/6003/5297</w:t>
        <w:br/>
        <w:t>f 14267/6004/5298 14246/5983/5279 14268/6003/5297</w:t>
        <w:br/>
        <w:t>f 14250/5986/5281 14270/6005/5299 14269/6006/5300</w:t>
        <w:br/>
        <w:t>f 14274/6007/5301 14273/6008/5302 14272/6009/5303</w:t>
        <w:br/>
        <w:t>f 14271/6010/5304 14274/6007/5301 14272/6009/5303</w:t>
        <w:br/>
        <w:t>f 14278/6011/5305 14277/6012/5306 14276/6013/5307</w:t>
        <w:br/>
        <w:t>f 14275/6014/5308 14278/6011/5305 14276/6013/5307</w:t>
        <w:br/>
        <w:t>f 14280/6015/5309 14279/6016/5310 14275/6014/5308</w:t>
        <w:br/>
        <w:t>f 14276/6013/5307 14280/6015/5309 14275/6014/5308</w:t>
        <w:br/>
        <w:t>f 14260/5997/5291 14261/5996/5290 14279/6016/5310</w:t>
        <w:br/>
        <w:t>f 14280/6015/5309 14260/5997/5291 14279/6016/5310</w:t>
        <w:br/>
        <w:t>f 14277/6012/5306 14278/6011/5305 14263/5998/5292</w:t>
        <w:br/>
        <w:t>f 14262/5999/5293 14277/6012/5306 14263/5998/5292</w:t>
        <w:br/>
        <w:t>f 14280/6015/5309 14282/6017/5311 14281/6018/5312</w:t>
        <w:br/>
        <w:t>f 14260/5997/5291 14280/6015/5309 14281/6018/5312</w:t>
        <w:br/>
        <w:t>f 14286/6019/5313 14285/6020/5314 14284/6021/5315</w:t>
        <w:br/>
        <w:t>f 14283/6022/5316 14286/6019/5313 14284/6021/5315</w:t>
        <w:br/>
        <w:t>f 14290/6023/5317 14289/6024/5318 14288/6025/5319</w:t>
        <w:br/>
        <w:t>f 14287/6026/5320 14290/6023/5317 14288/6025/5319</w:t>
        <w:br/>
        <w:t>f 14289/6024/5318 14292/6027/5321 14291/6028/5322</w:t>
        <w:br/>
        <w:t>f 14288/6025/5319 14289/6024/5318 14291/6028/5322</w:t>
        <w:br/>
        <w:t>f 14296/6029/5323 14295/6030/5324 14294/6031/5325</w:t>
        <w:br/>
        <w:t>f 14293/6032/5326 14296/6029/5323 14294/6031/5325</w:t>
        <w:br/>
        <w:t>f 14300/6033/5327 14299/6034/5328 14298/6035/5329</w:t>
        <w:br/>
        <w:t>f 14297/6036/5330 14300/6033/5327 14298/6035/5329</w:t>
        <w:br/>
        <w:t>f 14303/6037/5331 14302/6038/5332 14301/6039/5333</w:t>
        <w:br/>
        <w:t>f 14305/6040/5334 14304/6041/5328 14302/6038/5332</w:t>
        <w:br/>
        <w:t>f 14297/6036/5330 14291/6028/5322 14292/6027/5321</w:t>
        <w:br/>
        <w:t>f 14303/6037/5331 14306/6042/5335 14302/6038/5332</w:t>
        <w:br/>
        <w:t>f 14309/6043/5336 14308/6044/5337 14307/6045/5338</w:t>
        <w:br/>
        <w:t>f 14313/6046/5339 14312/6047/5340 14311/6048/5341</w:t>
        <w:br/>
        <w:t>f 14310/6049/5342 14313/6046/5339 14311/6048/5341</w:t>
        <w:br/>
        <w:t>f 14312/6047/5340 14313/6046/5339 14315/6050/5343</w:t>
        <w:br/>
        <w:t>f 14314/6051/5344 14312/6047/5340 14315/6050/5343</w:t>
        <w:br/>
        <w:t>f 14319/6052/5345 14318/6053/5346 14317/6054/5344</w:t>
        <w:br/>
        <w:t>f 14316/6055/5343 14319/6052/5345 14317/6054/5344</w:t>
        <w:br/>
        <w:t>f 14283/6022/5316 14320/6056/5347 14269/6006/5300</w:t>
        <w:br/>
        <w:t>f 14324/6057/5348 14323/6058/5349 14322/6059/5350</w:t>
        <w:br/>
        <w:t>f 14321/6060/5351 14324/6057/5348 14322/6059/5350</w:t>
        <w:br/>
        <w:t>f 14324/6057/5348 14326/6061/5352 14325/6062/5353</w:t>
        <w:br/>
        <w:t>f 14323/6058/5349 14324/6057/5348 14325/6062/5353</w:t>
        <w:br/>
        <w:t>f 14328/6063/5354 14325/6062/5353 14326/6061/5352</w:t>
        <w:br/>
        <w:t>f 14327/6064/5355 14328/6063/5354 14326/6061/5352</w:t>
        <w:br/>
        <w:t>f 14330/6065/5356 14329/6066/5357 14327/6064/5355</w:t>
        <w:br/>
        <w:t>f 14326/6061/5352 14330/6065/5356 14327/6064/5355</w:t>
        <w:br/>
        <w:t>f 14334/6067/5358 14333/6068/5359 14332/6069/5360</w:t>
        <w:br/>
        <w:t>f 14331/6070/5361 14334/6067/5358 14332/6069/5360</w:t>
        <w:br/>
        <w:t>f 14335/6071/5362 14330/6065/5356 14326/6061/5352</w:t>
        <w:br/>
        <w:t>f 14324/6057/5348 14335/6071/5362 14326/6061/5352</w:t>
        <w:br/>
        <w:t>f 14336/6072/5363 14169/5906/5207 14288/6025/5319</w:t>
        <w:br/>
        <w:t>f 14291/6028/5322 14336/6072/5363 14288/6025/5319</w:t>
        <w:br/>
        <w:t>f 14169/5906/5207 14170/5905/5206 14287/6026/5320</w:t>
        <w:br/>
        <w:t>f 14288/6025/5319 14169/5906/5207 14287/6026/5320</w:t>
        <w:br/>
        <w:t>f 14291/6028/5322 14297/6036/5330 14337/6073/5364</w:t>
        <w:br/>
        <w:t>f 14336/6072/5363 14291/6028/5322 14337/6073/5364</w:t>
        <w:br/>
        <w:t>f 14293/6032/5326 14294/6031/5325 14339/6074/5365</w:t>
        <w:br/>
        <w:t>f 14338/6075/5366 14293/6032/5326 14339/6074/5365</w:t>
        <w:br/>
        <w:t>f 14343/6076/5367 14342/6077/5368 14341/6078/5369</w:t>
        <w:br/>
        <w:t>f 14340/6079/5370 14343/6076/5367 14341/6078/5369</w:t>
        <w:br/>
        <w:t>f 14165/5904/5205 14321/6060/5351 14322/6059/5350</w:t>
        <w:br/>
        <w:t>f 14168/5901/5202 14165/5904/5205 14322/6059/5350</w:t>
        <w:br/>
        <w:t>f 14319/6052/5345 14199/5934/5233 14200/5933/5232</w:t>
        <w:br/>
        <w:t>f 14308/6044/5337 14319/6052/5345 14200/5933/5232</w:t>
        <w:br/>
        <w:t>f 14307/6045/5338 14344/6080/5371 14309/6043/5336</w:t>
        <w:br/>
        <w:t>f 14185/5922/5222 14203/5940/5239 14215/5949/5249</w:t>
        <w:br/>
        <w:t>f 14176/5913/5214 14185/5922/5222 14345/6081/5372</w:t>
        <w:br/>
        <w:t>f 14191/5929/5229 14236/5970/5267 14346/6082/5373</w:t>
        <w:br/>
        <w:t>f 14247/5982/5278 14248/5981/5277 14347/6083/5374</w:t>
        <w:br/>
        <w:t>f 14312/6047/5340 14314/6051/5344 14348/6084/5375</w:t>
        <w:br/>
        <w:t>f 14302/6038/5332 14312/6047/5340 14348/6084/5375</w:t>
        <w:br/>
        <w:t>f 14336/6072/5363 14321/6060/5351 14165/5904/5205</w:t>
        <w:br/>
        <w:t>f 14169/5906/5207 14336/6072/5363 14165/5904/5205</w:t>
        <w:br/>
        <w:t>f 14349/6085/5376 14315/6050/5343 14313/6046/5339</w:t>
        <w:br/>
        <w:t>f 14199/5934/5233 14319/6052/5345 14316/6055/5343</w:t>
        <w:br/>
        <w:t>f 14350/6086/5376 14199/5934/5233 14316/6055/5343</w:t>
        <w:br/>
        <w:t>f 14353/6087/5377 14352/6088/5378 14351/6089/5379</w:t>
        <w:br/>
        <w:t>f 14352/6088/5378 14355/6090/5380 14354/6091/5381</w:t>
        <w:br/>
        <w:t>f 14357/6092/5382 14356/6093/5383 14338/6075/5366</w:t>
        <w:br/>
        <w:t>f 14339/6074/5365 14357/6092/5382 14338/6075/5366</w:t>
        <w:br/>
        <w:t>f 14361/6094/5384 14360/6095/5385 14359/6096/5386</w:t>
        <w:br/>
        <w:t>f 14358/6097/5387 14361/6094/5384 14359/6096/5386</w:t>
        <w:br/>
        <w:t>f 14349/6085/5376 14313/6046/5339 14310/6049/5342</w:t>
        <w:br/>
        <w:t>f 14362/6098/5388 14349/6085/5376 14310/6049/5342</w:t>
        <w:br/>
        <w:t>f 14366/6099/5389 14365/6100/5390 14364/6101/5391</w:t>
        <w:br/>
        <w:t>f 14363/6102/5392 14366/6099/5389 14364/6101/5391</w:t>
        <w:br/>
        <w:t>f 14363/6102/5392 14282/6017/5311 14280/6015/5309</w:t>
        <w:br/>
        <w:t>f 14276/6013/5307 14363/6102/5392 14280/6015/5309</w:t>
        <w:br/>
        <w:t>f 14364/6101/5391 14282/6017/5311 14363/6102/5392</w:t>
        <w:br/>
        <w:t>f 14368/6103/5393 14367/6104/5394 14285/6020/5314</w:t>
        <w:br/>
        <w:t>f 14202/5937/5236 14198/5935/5234 14369/6105/5385</w:t>
        <w:br/>
        <w:t>f 14373/6106/5395 14372/6107/5396 14371/6108/5397</w:t>
        <w:br/>
        <w:t>f 14370/6109/5398 14373/6106/5395 14371/6108/5397</w:t>
        <w:br/>
        <w:t>f 14376/6110/5399 14375/6111/5400 14374/6112/5401</w:t>
        <w:br/>
        <w:t>f 14377/6113/5402 14376/6110/5399 14374/6112/5401</w:t>
        <w:br/>
        <w:t>f 14380/6114/5403 14379/6115/5404 14378/6116/5405</w:t>
        <w:br/>
        <w:t>f 14382/6117/5406 14381/6118/5407 14370/6109/5398</w:t>
        <w:br/>
        <w:t>f 14371/6108/5397 14382/6117/5406 14370/6109/5398</w:t>
        <w:br/>
        <w:t>f 14384/6119/5408 14383/6120/5409 14376/6110/5399</w:t>
        <w:br/>
        <w:t>f 14377/6113/5402 14384/6119/5408 14376/6110/5399</w:t>
        <w:br/>
        <w:t>f 14387/6121/5410 14386/6122/5411 14385/6123/5412</w:t>
        <w:br/>
        <w:t>f 14388/6124/5413 14387/6121/5410 14385/6123/5412</w:t>
        <w:br/>
        <w:t>f 14391/6125/5414 14390/6126/5415 14389/6127/5416</w:t>
        <w:br/>
        <w:t>f 14395/6128/5417 14394/6129/5418 14393/6130/5419</w:t>
        <w:br/>
        <w:t>f 14392/6131/5420 14395/6128/5417 14393/6130/5419</w:t>
        <w:br/>
        <w:t>f 14397/6132/5320 14294/6031/5325 14295/6030/5324</w:t>
        <w:br/>
        <w:t>f 14396/6133/5317 14397/6132/5320 14295/6030/5324</w:t>
        <w:br/>
        <w:t>f 14400/6134/5421 14399/6135/5422 14398/6136/5423</w:t>
        <w:br/>
        <w:t>f 14402/6137/5424 14299/6034/5328 14300/6033/5327</w:t>
        <w:br/>
        <w:t>f 14401/6138/5425 14402/6137/5424 14300/6033/5327</w:t>
        <w:br/>
        <w:t>f 14404/6139/5426 14403/6140/5427 14402/6137/5424</w:t>
        <w:br/>
        <w:t>f 14401/6138/5425 14404/6139/5426 14402/6137/5424</w:t>
        <w:br/>
        <w:t>f 14407/6141/5428 14406/6142/5427 14405/6143/5429</w:t>
        <w:br/>
        <w:t>f 14382/6117/5406 14404/6139/5426 14401/6138/5425</w:t>
        <w:br/>
        <w:t>f 14381/6118/5407 14382/6117/5406 14401/6138/5425</w:t>
        <w:br/>
        <w:t>f 14409/6144/5430 14408/6145/5431 14386/6122/5411</w:t>
        <w:br/>
        <w:t>f 14387/6121/5410 14409/6144/5430 14386/6122/5411</w:t>
        <w:br/>
        <w:t>f 14393/6130/5419 14394/6129/5418 14411/6146/5432</w:t>
        <w:br/>
        <w:t>f 14410/6147/5433 14393/6130/5419 14411/6146/5432</w:t>
        <w:br/>
        <w:t>f 14413/6148/5434 14412/6149/5435 14400/6134/5421</w:t>
        <w:br/>
        <w:t>f 14384/6119/5408 14415/6150/5436 14414/6151/5437</w:t>
        <w:br/>
        <w:t>f 14383/6120/5409 14384/6119/5408 14414/6151/5437</w:t>
        <w:br/>
        <w:t>f 14411/6146/5432 14304/6041/5438 14416/6152/5424</w:t>
        <w:br/>
        <w:t>f 14410/6147/5433 14411/6146/5432 14416/6152/5424</w:t>
        <w:br/>
        <w:t>f 14370/6109/5398 14381/6118/5407 14418/6153/5439</w:t>
        <w:br/>
        <w:t>f 14417/6154/5440 14370/6109/5398 14418/6153/5439</w:t>
        <w:br/>
        <w:t>f 14420/6155/5441 14395/6128/5417 14392/6131/5420</w:t>
        <w:br/>
        <w:t>f 14419/6156/5395 14420/6155/5441 14392/6131/5420</w:t>
        <w:br/>
        <w:t>f 14421/6157/5442 14385/6123/5412 14377/6113/5402</w:t>
        <w:br/>
        <w:t>f 14374/6112/5401 14421/6157/5442 14377/6113/5402</w:t>
        <w:br/>
        <w:t>f 14300/6033/5327 14418/6153/5439 14381/6118/5407</w:t>
        <w:br/>
        <w:t>f 14401/6138/5425 14300/6033/5327 14381/6118/5407</w:t>
        <w:br/>
        <w:t>f 14415/6150/5436 14423/6158/5443 14422/6159/5444</w:t>
        <w:br/>
        <w:t>f 14414/6151/5437 14415/6150/5436 14422/6159/5444</w:t>
        <w:br/>
        <w:t>f 14405/6143/5429 14425/6160/5445 14424/6161/5446</w:t>
        <w:br/>
        <w:t>f 14407/6141/5428 14405/6143/5429 14424/6161/5446</w:t>
        <w:br/>
        <w:t>f 14424/6161/5446 14425/6160/5445 14426/6162/5447</w:t>
        <w:br/>
        <w:t>f 14380/6114/5403 14424/6161/5446 14426/6162/5447</w:t>
        <w:br/>
        <w:t>f 14427/6163/5448 14423/6158/5443 14415/6150/5436</w:t>
        <w:br/>
        <w:t>f 14408/6145/5431 14427/6163/5448 14415/6150/5436</w:t>
        <w:br/>
        <w:t>f 14431/6164/5443 14430/6165/5448 14429/6166/5449</w:t>
        <w:br/>
        <w:t>f 14428/6167/5450 14431/6164/5443 14429/6166/5449</w:t>
        <w:br/>
        <w:t>f 14434/6168/5451 14433/6169/5452 14432/6170/5453</w:t>
        <w:br/>
        <w:t>f 14438/6171/5401 14437/6172/5454 14436/6173/5423</w:t>
        <w:br/>
        <w:t>f 14435/6174/5442 14438/6171/5401 14436/6173/5423</w:t>
        <w:br/>
        <w:t>f 14388/6124/5413 14385/6123/5412 14421/6157/5442</w:t>
        <w:br/>
        <w:t>f 14409/6144/5430 14427/6163/5448 14408/6145/5431</w:t>
        <w:br/>
        <w:t>f 14440/6175/5455 14439/6176/5456 14430/6165/5448</w:t>
        <w:br/>
        <w:t>f 14435/6174/5442 14442/6177/5457 14441/6178/5458</w:t>
        <w:br/>
        <w:t>f 14386/6122/5411 14384/6119/5408 14377/6113/5402</w:t>
        <w:br/>
        <w:t>f 14385/6123/5412 14386/6122/5411 14377/6113/5402</w:t>
        <w:br/>
        <w:t>f 14386/6122/5411 14408/6145/5431 14415/6150/5436</w:t>
        <w:br/>
        <w:t>f 14384/6119/5408 14386/6122/5411 14415/6150/5436</w:t>
        <w:br/>
        <w:t>f 14444/6179/5459 14360/6095/5385 14361/6094/5384</w:t>
        <w:br/>
        <w:t>f 14443/6180/5460 14444/6179/5459 14361/6094/5384</w:t>
        <w:br/>
        <w:t>f 14202/5937/5236 14369/6105/5385 14445/6181/5461</w:t>
        <w:br/>
        <w:t>f 14449/6182/5462 14448/6183/5463 14447/6184/5464</w:t>
        <w:br/>
        <w:t>f 14446/6185/5465 14449/6182/5462 14447/6184/5464</w:t>
        <w:br/>
        <w:t>f 14453/6186/5466 14452/6187/5467 14451/6188/5468</w:t>
        <w:br/>
        <w:t>f 14450/6189/5469 14453/6186/5466 14451/6188/5468</w:t>
        <w:br/>
        <w:t>f 14457/6190/5470 14456/6191/5471 14455/6192/5472</w:t>
        <w:br/>
        <w:t>f 14454/6193/5473 14457/6190/5470 14455/6192/5472</w:t>
        <w:br/>
        <w:t>f 14456/6191/5471 14459/6194/5474 14458/6195/5475</w:t>
        <w:br/>
        <w:t>f 14455/6192/5472 14456/6191/5471 14458/6195/5475</w:t>
        <w:br/>
        <w:t>f 14463/6196/5476 14462/6197/5477 14461/6198/5471</w:t>
        <w:br/>
        <w:t>f 14460/6199/5478 14463/6196/5476 14461/6198/5471</w:t>
        <w:br/>
        <w:t>f 14453/6186/5466 14464/6200/5479 14201/5938/5237</w:t>
        <w:br/>
        <w:t>f 14202/5937/5236 14453/6186/5466 14201/5938/5237</w:t>
        <w:br/>
        <w:t>f 14464/6200/5479 14453/6186/5466 14450/6189/5469</w:t>
        <w:br/>
        <w:t>f 14465/6201/5480 14464/6200/5479 14450/6189/5469</w:t>
        <w:br/>
        <w:t>f 14454/6193/5473 14455/6192/5472 14467/6202/5481</w:t>
        <w:br/>
        <w:t>f 14466/6203/5482 14454/6193/5473 14467/6202/5481</w:t>
        <w:br/>
        <w:t>f 14468/6204/5483 14467/6202/5481 14455/6192/5472</w:t>
        <w:br/>
        <w:t>f 14458/6195/5475 14468/6204/5483 14455/6192/5472</w:t>
        <w:br/>
        <w:t>f 14472/6205/5484 14471/6206/5485 14470/6207/5486</w:t>
        <w:br/>
        <w:t>f 14469/6208/5487 14472/6205/5484 14470/6207/5486</w:t>
        <w:br/>
        <w:t>f 14475/6209/5488 14474/6210/5489 14473/6211/5490</w:t>
        <w:br/>
        <w:t>f 14477/6212/5491 14476/6213/5492 14462/6197/5477</w:t>
        <w:br/>
        <w:t>f 14463/6196/5476 14477/6212/5491 14462/6197/5477</w:t>
        <w:br/>
        <w:t>f 14443/6180/5460 14361/6094/5384 14214/5950/5250</w:t>
        <w:br/>
        <w:t>f 14478/6214/5493 14443/6180/5460 14214/5950/5250</w:t>
        <w:br/>
        <w:t>f 14482/6215/5494 14481/6216/5495 14480/6217/5496</w:t>
        <w:br/>
        <w:t>f 14479/6218/5497 14482/6215/5494 14480/6217/5496</w:t>
        <w:br/>
        <w:t>f 14484/6219/5498 14483/6220/5499 14203/5940/5239</w:t>
        <w:br/>
        <w:t>f 14204/5939/5238 14484/6219/5498 14203/5940/5239</w:t>
        <w:br/>
        <w:t>f 14487/6221/5500 14486/6222/5501 14485/6223/5502</w:t>
        <w:br/>
        <w:t>f 14488/6224/5503 14487/6221/5500 14485/6223/5502</w:t>
        <w:br/>
        <w:t>f 14492/6225/5500 14491/6226/5504 14490/6227/5505</w:t>
        <w:br/>
        <w:t>f 14489/6228/5506 14492/6225/5500 14490/6227/5505</w:t>
        <w:br/>
        <w:t>f 14494/6229/5507 14493/6230/5508 14491/6226/5504</w:t>
        <w:br/>
        <w:t>f 14492/6225/5500 14494/6229/5507 14491/6226/5504</w:t>
        <w:br/>
        <w:t>f 14496/6231/5509 14495/6232/5507 14487/6221/5500</w:t>
        <w:br/>
        <w:t>f 14488/6224/5503 14496/6231/5509 14487/6221/5500</w:t>
        <w:br/>
        <w:t>f 14500/6233/5510 14499/6234/5511 14498/6235/5512</w:t>
        <w:br/>
        <w:t>f 14497/6236/5513 14500/6233/5510 14498/6235/5512</w:t>
        <w:br/>
        <w:t>f 14504/6237/5514 14503/6238/5510 14502/6239/5515</w:t>
        <w:br/>
        <w:t>f 14501/6240/5516 14504/6237/5514 14502/6239/5515</w:t>
        <w:br/>
        <w:t>f 14464/6200/5479 14493/6230/5508 14505/6241/5517</w:t>
        <w:br/>
        <w:t>f 14201/5938/5237 14464/6200/5479 14505/6241/5517</w:t>
        <w:br/>
        <w:t>f 14491/6226/5504 14465/6201/5480 14506/6242/5518</w:t>
        <w:br/>
        <w:t>f 14490/6227/5505 14491/6226/5504 14506/6242/5518</w:t>
        <w:br/>
        <w:t>f 14468/6204/5483 14507/6243/5519 14498/6235/5512</w:t>
        <w:br/>
        <w:t>f 14467/6202/5481 14468/6204/5483 14498/6235/5512</w:t>
        <w:br/>
        <w:t>f 14499/6234/5511 14466/6203/5482 14467/6202/5481</w:t>
        <w:br/>
        <w:t>f 14498/6235/5512 14499/6234/5511 14467/6202/5481</w:t>
        <w:br/>
        <w:t>f 14472/6205/5484 14509/6244/5520 14508/6245/5521</w:t>
        <w:br/>
        <w:t>f 14471/6206/5485 14472/6205/5484 14508/6245/5521</w:t>
        <w:br/>
        <w:t>f 14477/6212/5491 14504/6237/5514 14501/6240/5516</w:t>
        <w:br/>
        <w:t>f 14476/6213/5492 14477/6212/5491 14501/6240/5516</w:t>
        <w:br/>
        <w:t>f 14203/5940/5239 14483/6220/5499 14478/6214/5493</w:t>
        <w:br/>
        <w:t>f 14214/5950/5250 14203/5940/5239 14478/6214/5493</w:t>
        <w:br/>
        <w:t>f 14480/6217/5496 14511/6246/5522 14510/6247/5523</w:t>
        <w:br/>
        <w:t>f 14479/6218/5497 14480/6217/5496 14510/6247/5523</w:t>
        <w:br/>
        <w:t>f 14513/6248/5524 14458/6195/5475 14459/6194/5474</w:t>
        <w:br/>
        <w:t>f 14512/6249/5525 14513/6248/5524 14459/6194/5474</w:t>
        <w:br/>
        <w:t>f 14514/6250/5526 14468/6204/5483 14458/6195/5475</w:t>
        <w:br/>
        <w:t>f 14513/6248/5524 14514/6250/5526 14458/6195/5475</w:t>
        <w:br/>
        <w:t>f 14514/6250/5526 14515/6251/5527 14507/6243/5519</w:t>
        <w:br/>
        <w:t>f 14468/6204/5483 14514/6250/5526 14507/6243/5519</w:t>
        <w:br/>
        <w:t>f 14512/6249/5525 14516/6252/5528 14470/6207/5486</w:t>
        <w:br/>
        <w:t>f 14513/6248/5524 14512/6249/5525 14470/6207/5486</w:t>
        <w:br/>
        <w:t>f 14509/6244/5520 14517/6253/5529 14508/6245/5521</w:t>
        <w:br/>
        <w:t>f 14519/6254/5530 14507/6243/5519 14515/6251/5527</w:t>
        <w:br/>
        <w:t>f 14518/6255/5531 14519/6254/5530 14515/6251/5527</w:t>
        <w:br/>
        <w:t>f 14521/6256/5532 14450/6189/5469 14451/6188/5468</w:t>
        <w:br/>
        <w:t>f 14520/6257/5465 14521/6256/5532 14451/6188/5468</w:t>
        <w:br/>
        <w:t>f 14506/6242/5518 14465/6201/5480 14450/6189/5469</w:t>
        <w:br/>
        <w:t>f 14521/6256/5532 14506/6242/5518 14450/6189/5469</w:t>
        <w:br/>
        <w:t>f 14465/6201/5480 14491/6226/5504 14493/6230/5508</w:t>
        <w:br/>
        <w:t>f 14464/6200/5479 14465/6201/5480 14493/6230/5508</w:t>
        <w:br/>
        <w:t>f 14523/6258/5530 14511/6246/5522 14522/6259/5533</w:t>
        <w:br/>
        <w:t>f 14461/6198/5471 14462/6197/5477 14525/6260/5534</w:t>
        <w:br/>
        <w:t>f 14524/6261/5474 14461/6198/5471 14525/6260/5534</w:t>
        <w:br/>
        <w:t>f 14476/6213/5492 14526/6262/5535 14525/6260/5534</w:t>
        <w:br/>
        <w:t>f 14462/6197/5477 14476/6213/5492 14525/6260/5534</w:t>
        <w:br/>
        <w:t>f 14527/6263/5536 14501/6240/5516 14502/6239/5515</w:t>
        <w:br/>
        <w:t>f 14523/6258/5530 14527/6263/5536 14502/6239/5515</w:t>
        <w:br/>
        <w:t>f 14497/6236/5513 14498/6235/5512 14507/6243/5519</w:t>
        <w:br/>
        <w:t>f 14519/6254/5530 14497/6236/5513 14507/6243/5519</w:t>
        <w:br/>
        <w:t>f 14476/6213/5492 14501/6240/5516 14527/6263/5536</w:t>
        <w:br/>
        <w:t>f 14526/6262/5535 14476/6213/5492 14527/6263/5536</w:t>
        <w:br/>
        <w:t>f 14528/6264/5525 14524/6261/5474 14481/6216/5495</w:t>
        <w:br/>
        <w:t>f 14482/6215/5494 14528/6264/5525 14481/6216/5495</w:t>
        <w:br/>
        <w:t>f 14470/6207/5486 14516/6252/5528 14469/6208/5487</w:t>
        <w:br/>
        <w:t>f 14508/6245/5521 14517/6253/5529 14518/6255/5531</w:t>
        <w:br/>
        <w:t>f 14515/6251/5527 14508/6245/5521 14518/6255/5531</w:t>
        <w:br/>
        <w:t>f 14473/6211/5490 14529/6265/5528 14475/6209/5488</w:t>
        <w:br/>
        <w:t>f 14532/6266/5529 14531/6267/5537 14510/6247/5523</w:t>
        <w:br/>
        <w:t>f 14530/6268/5531 14532/6266/5529 14510/6247/5523</w:t>
        <w:br/>
        <w:t>f 14535/6269/5538 14534/6270/5539 14533/6271/5540</w:t>
        <w:br/>
        <w:t>f 14537/6272/5537 14534/6270/5539 14536/6273/5541</w:t>
        <w:br/>
        <w:t>f 14540/6274/5542 14539/6275/5543 14538/6276/5544</w:t>
        <w:br/>
        <w:t>f 14482/6215/5494 14541/6277/5538 14529/6265/5528</w:t>
        <w:br/>
        <w:t>f 14528/6264/5525 14482/6215/5494 14529/6265/5528</w:t>
        <w:br/>
        <w:t>f 14543/6278/5520 14542/6279/5545 14532/6266/5529</w:t>
        <w:br/>
        <w:t>f 14513/6248/5524 14470/6207/5486 14471/6206/5485</w:t>
        <w:br/>
        <w:t>f 14514/6250/5526 14513/6248/5524 14471/6206/5485</w:t>
        <w:br/>
        <w:t>f 14471/6206/5485 14508/6245/5521 14515/6251/5527</w:t>
        <w:br/>
        <w:t>f 14514/6250/5526 14471/6206/5485 14515/6251/5527</w:t>
        <w:br/>
        <w:t>f 14547/6280/5546 14546/6281/5547 14545/6282/5548</w:t>
        <w:br/>
        <w:t>f 14544/6283/5549 14547/6280/5546 14545/6282/5548</w:t>
        <w:br/>
        <w:t>f 14551/6284/5550 14550/6285/5551 14549/6286/5552</w:t>
        <w:br/>
        <w:t>f 14548/6287/5546 14551/6284/5550 14549/6286/5552</w:t>
        <w:br/>
        <w:t>f 14555/6288/5553 14554/6289/5554 14553/6290/5555</w:t>
        <w:br/>
        <w:t>f 14552/6291/5556 14555/6288/5553 14553/6290/5555</w:t>
        <w:br/>
        <w:t>f 14559/6292/5557 14558/6293/5555 14557/6294/5558</w:t>
        <w:br/>
        <w:t>f 14556/6295/5559 14559/6292/5557 14557/6294/5558</w:t>
        <w:br/>
        <w:t>f 14562/6296/5554 14561/6297/5560 14560/6298/5561</w:t>
        <w:br/>
        <w:t>f 14558/6293/5555 14562/6296/5554 14560/6298/5561</w:t>
        <w:br/>
        <w:t>f 14550/6285/5551 14551/6284/5550 14564/6299/5562</w:t>
        <w:br/>
        <w:t>f 14563/6300/5563 14550/6285/5551 14564/6299/5562</w:t>
        <w:br/>
        <w:t>f 14566/6301/5564 14565/6302/5565 14555/6288/5553</w:t>
        <w:br/>
        <w:t>f 14552/6291/5556 14566/6301/5564 14555/6288/5553</w:t>
        <w:br/>
        <w:t>f 14570/6303/5566 14569/6304/5567 14568/6305/5568</w:t>
        <w:br/>
        <w:t>f 14567/6306/5569 14570/6303/5566 14568/6305/5568</w:t>
        <w:br/>
        <w:t>f 14573/6307/5570 14572/6308/5571 14571/6309/5572</w:t>
        <w:br/>
        <w:t>f 14575/6310/5573 14556/6295/5559 14557/6294/5558</w:t>
        <w:br/>
        <w:t>f 14574/6311/5574 14575/6310/5573 14557/6294/5558</w:t>
        <w:br/>
        <w:t>f 14577/6312/5575 14576/6313/5576 14560/6298/5561</w:t>
        <w:br/>
        <w:t>f 14561/6297/5560 14577/6312/5575 14560/6298/5561</w:t>
        <w:br/>
        <w:t>f 14546/6281/5547 14580/6314/5577 14579/6315/5578</w:t>
        <w:br/>
        <w:t>f 14578/6316/5579 14546/6281/5547 14579/6315/5578</w:t>
        <w:br/>
        <w:t>f 14584/6317/5580 14583/6318/5581 14582/6319/5582</w:t>
        <w:br/>
        <w:t>f 14581/6320/5583 14584/6317/5580 14582/6319/5582</w:t>
        <w:br/>
        <w:t>f 14588/6321/5582 14587/6322/5584 14586/6323/5585</w:t>
        <w:br/>
        <w:t>f 14585/6324/5583 14588/6321/5582 14586/6323/5585</w:t>
        <w:br/>
        <w:t>f 14587/6322/5584 14588/6321/5582 14590/6325/5586</w:t>
        <w:br/>
        <w:t>f 14589/6326/5587 14587/6322/5584 14590/6325/5586</w:t>
        <w:br/>
        <w:t>f 14583/6318/5581 14592/6327/5588 14591/6328/5586</w:t>
        <w:br/>
        <w:t>f 14582/6319/5582 14583/6318/5581 14591/6328/5586</w:t>
        <w:br/>
        <w:t>f 14596/6329/5589 14595/6330/5590 14594/6331/5591</w:t>
        <w:br/>
        <w:t>f 14593/6332/5592 14596/6329/5589 14594/6331/5591</w:t>
        <w:br/>
        <w:t>f 14599/6333/5593 14598/6334/5594 14597/6335/5592</w:t>
        <w:br/>
        <w:t>f 14600/6336/5595 14599/6333/5593 14597/6335/5592</w:t>
        <w:br/>
        <w:t>f 14602/6337/5596 14601/6338/5597 14600/6336/5595</w:t>
        <w:br/>
        <w:t>f 14597/6335/5592 14602/6337/5596 14600/6336/5595</w:t>
        <w:br/>
        <w:t>f 14605/6339/5598 14604/6340/5599 14603/6341/5596</w:t>
        <w:br/>
        <w:t>f 14593/6332/5592 14605/6339/5598 14603/6341/5596</w:t>
        <w:br/>
        <w:t>f 14587/6322/5584 14564/6299/5562 14606/6342/5600</w:t>
        <w:br/>
        <w:t>f 14586/6323/5585 14587/6322/5584 14606/6342/5600</w:t>
        <w:br/>
        <w:t>f 14566/6301/5564 14600/6336/5595 14601/6338/5597</w:t>
        <w:br/>
        <w:t>f 14565/6302/5565 14566/6301/5564 14601/6338/5597</w:t>
        <w:br/>
        <w:t>f 14569/6304/5567 14570/6303/5566 14608/6343/5601</w:t>
        <w:br/>
        <w:t>f 14607/6344/5602 14569/6304/5567 14608/6343/5601</w:t>
        <w:br/>
        <w:t>f 14575/6310/5573 14574/6311/5574 14594/6331/5591</w:t>
        <w:br/>
        <w:t>f 14595/6330/5590 14575/6310/5573 14594/6331/5591</w:t>
        <w:br/>
        <w:t>f 14577/6312/5575 14604/6340/5599 14605/6339/5598</w:t>
        <w:br/>
        <w:t>f 14576/6313/5576 14577/6312/5575 14605/6339/5598</w:t>
        <w:br/>
        <w:t>f 14592/6327/5588 14583/6318/5581 14578/6316/5579</w:t>
        <w:br/>
        <w:t>f 14579/6315/5578 14592/6327/5588 14578/6316/5579</w:t>
        <w:br/>
        <w:t>f 14611/6345/5603 14581/6320/5583 14610/6346/5604</w:t>
        <w:br/>
        <w:t>f 14609/6347/5605 14611/6345/5603 14610/6346/5604</w:t>
        <w:br/>
        <w:t>f 14586/6323/5585 14613/6348/5606 14612/6349/5604</w:t>
        <w:br/>
        <w:t>f 14585/6324/5583 14586/6323/5585 14612/6349/5604</w:t>
        <w:br/>
        <w:t>f 14609/6347/5605 14615/6350/5607 14614/6351/5608</w:t>
        <w:br/>
        <w:t>f 14611/6345/5603 14609/6347/5605 14614/6351/5608</w:t>
        <w:br/>
        <w:t>f 14606/6342/5600 14618/6352/5609 14617/6353/5610</w:t>
        <w:br/>
        <w:t>f 14616/6354/5611 14606/6342/5600 14617/6353/5610</w:t>
        <w:br/>
        <w:t>f 14552/6291/5556 14620/6355/5612 14619/6356/5613</w:t>
        <w:br/>
        <w:t>f 14566/6301/5564 14552/6291/5556 14619/6356/5613</w:t>
        <w:br/>
        <w:t>f 14566/6301/5564 14619/6356/5613 14599/6333/5593</w:t>
        <w:br/>
        <w:t>f 14600/6336/5595 14566/6301/5564 14599/6333/5593</w:t>
        <w:br/>
        <w:t>f 14553/6290/5555 14621/6357/5557 14620/6355/5612</w:t>
        <w:br/>
        <w:t>f 14552/6291/5556 14553/6290/5555 14620/6355/5612</w:t>
        <w:br/>
        <w:t>f 14568/6305/5568 14620/6355/5612 14621/6357/5557</w:t>
        <w:br/>
        <w:t>f 14622/6358/5614 14568/6305/5568 14621/6357/5557</w:t>
        <w:br/>
        <w:t>f 14608/6343/5601 14623/6359/5615 14607/6344/5602</w:t>
        <w:br/>
        <w:t>f 14618/6352/5609 14551/6284/5550 14548/6287/5546</w:t>
        <w:br/>
        <w:t>f 14624/6360/5616 14618/6352/5609 14548/6287/5546</w:t>
        <w:br/>
        <w:t>f 14564/6299/5562 14551/6284/5550 14618/6352/5609</w:t>
        <w:br/>
        <w:t>f 14606/6342/5600 14564/6299/5562 14618/6352/5609</w:t>
        <w:br/>
        <w:t>f 14578/6316/5579 14625/6361/5617 14545/6282/5548</w:t>
        <w:br/>
        <w:t>f 14546/6281/5547 14578/6316/5579 14545/6282/5548</w:t>
        <w:br/>
        <w:t>f 14583/6318/5581 14584/6317/5580 14625/6361/5617</w:t>
        <w:br/>
        <w:t>f 14578/6316/5579 14583/6318/5581 14625/6361/5617</w:t>
        <w:br/>
        <w:t>f 14627/6362/5618 14575/6310/5573 14626/6363/5619</w:t>
        <w:br/>
        <w:t>f 14626/6363/5619 14575/6310/5573 14628/6364/5620</w:t>
        <w:br/>
        <w:t>f 14622/6358/5614 14567/6306/5569 14568/6305/5568</w:t>
        <w:br/>
        <w:t>f 14607/6344/5602 14623/6359/5615 14598/6334/5594</w:t>
        <w:br/>
        <w:t>f 14599/6333/5593 14607/6344/5602 14598/6334/5594</w:t>
        <w:br/>
        <w:t>f 14631/6365/5614 14630/6366/5621 14629/6367/5622</w:t>
        <w:br/>
        <w:t>f 14595/6330/5590 14596/6329/5589 14633/6368/5615</w:t>
        <w:br/>
        <w:t>f 14632/6369/5623 14595/6330/5590 14633/6368/5615</w:t>
        <w:br/>
        <w:t>f 14636/6370/5624 14635/6371/5625 14634/6372/5621</w:t>
        <w:br/>
        <w:t>f 14638/6373/5626 14636/6370/5624 14637/6374/5627</w:t>
        <w:br/>
        <w:t>f 14618/6352/5609 14624/6360/5616 14639/6375/5628</w:t>
        <w:br/>
        <w:t>f 14617/6353/5610 14618/6352/5609 14639/6375/5628</w:t>
        <w:br/>
        <w:t>f 14573/6307/5629 14641/6376/5630 14640/6377/5631</w:t>
        <w:br/>
        <w:t>f 14631/6365/5614 14559/6292/5557 14556/6295/5559</w:t>
        <w:br/>
        <w:t>f 14630/6366/5621 14631/6365/5614 14556/6295/5559</w:t>
        <w:br/>
        <w:t>f 14643/6378/5632 14642/6379/5633 14633/6368/5615</w:t>
        <w:br/>
        <w:t>f 14620/6355/5612 14568/6305/5568 14569/6304/5567</w:t>
        <w:br/>
        <w:t>f 14619/6356/5613 14620/6355/5612 14569/6304/5567</w:t>
        <w:br/>
        <w:t>f 14607/6344/5602 14599/6333/5593 14619/6356/5613</w:t>
        <w:br/>
        <w:t>f 14569/6304/5567 14607/6344/5602 14619/6356/5613</w:t>
        <w:br/>
        <w:t>f 14647/6380/5634 14646/6381/5635 14645/6382/5636</w:t>
        <w:br/>
        <w:t>f 14644/6383/5637 14647/6380/5634 14645/6382/5636</w:t>
        <w:br/>
        <w:t>f 14218/5953/5253 14649/6384/5634 14648/6385/5638</w:t>
        <w:br/>
        <w:t>f 14217/5954/5254 14218/5953/5253 14648/6385/5638</w:t>
        <w:br/>
        <w:t>f 14653/6386/5639 14652/6387/5637 14651/6388/5640</w:t>
        <w:br/>
        <w:t>f 14650/6389/5641 14653/6386/5639 14651/6388/5640</w:t>
        <w:br/>
        <w:t>f 14657/6390/5642 14656/6391/5643 14655/6392/5644</w:t>
        <w:br/>
        <w:t>f 14654/6393/5645 14657/6390/5642 14655/6392/5644</w:t>
        <w:br/>
        <w:t>f 14661/6394/5642 14660/6395/5646 14659/6396/5647</w:t>
        <w:br/>
        <w:t>f 14658/6397/5643 14661/6394/5642 14659/6396/5647</w:t>
        <w:br/>
        <w:t>f 14664/6398/5648 14663/6399/5649 14662/6400/5640</w:t>
        <w:br/>
        <w:t>f 14644/6383/5637 14664/6398/5648 14662/6400/5640</w:t>
        <w:br/>
        <w:t>f 14217/5954/5254 14648/6385/5638 14665/6401/5650</w:t>
        <w:br/>
        <w:t>f 14225/5960/5258 14217/5954/5254 14665/6401/5650</w:t>
        <w:br/>
        <w:t>f 14653/6386/5639 14650/6389/5641 14667/6402/5651</w:t>
        <w:br/>
        <w:t>f 14666/6403/5652 14653/6386/5639 14667/6402/5651</w:t>
        <w:br/>
        <w:t>f 14654/6393/5645 14655/6392/5644 14669/6404/5653</w:t>
        <w:br/>
        <w:t>f 14668/6405/5654 14654/6393/5645 14669/6404/5653</w:t>
        <w:br/>
        <w:t>f 14673/6406/5655 14672/6407/5656 14671/6408/5657</w:t>
        <w:br/>
        <w:t>f 14670/6409/5658 14673/6406/5655 14671/6408/5657</w:t>
        <w:br/>
        <w:t>f 14676/6410/5659 14675/6411/5660 14674/6412/5661</w:t>
        <w:br/>
        <w:t>f 14678/6413/5662 14677/6414/5663 14659/6396/5647</w:t>
        <w:br/>
        <w:t>f 14660/6395/5646 14678/6413/5662 14659/6396/5647</w:t>
        <w:br/>
        <w:t>f 14663/6399/5649 14664/6398/5648 14680/6415/5664</w:t>
        <w:br/>
        <w:t>f 14679/6416/5665 14663/6399/5649 14680/6415/5664</w:t>
        <w:br/>
        <w:t>f 14681/6417/5666 14646/6381/5635 14223/5956/5256</w:t>
        <w:br/>
        <w:t>f 14227/5962/5260 14681/6417/5666 14223/5956/5256</w:t>
        <w:br/>
        <w:t>f 14681/6417/5666 14682/6418/5667 14645/6382/5636</w:t>
        <w:br/>
        <w:t>f 14646/6381/5635 14681/6417/5666 14645/6382/5636</w:t>
        <w:br/>
        <w:t>f 14686/6419/5668 14685/6420/5669 14684/6421/5670</w:t>
        <w:br/>
        <w:t>f 14683/6422/5671 14686/6419/5668 14684/6421/5670</w:t>
        <w:br/>
        <w:t>f 14690/6423/5672 14689/6424/5673 14688/6425/5674</w:t>
        <w:br/>
        <w:t>f 14687/6426/5675 14690/6423/5672 14688/6425/5674</w:t>
        <w:br/>
        <w:t>f 14694/6427/5674 14693/6428/5676 14692/6429/5677</w:t>
        <w:br/>
        <w:t>f 14691/6430/5675 14694/6427/5674 14692/6429/5677</w:t>
        <w:br/>
        <w:t>f 14239/5974/5271 14240/5973/5270 14693/6428/5676</w:t>
        <w:br/>
        <w:t>f 14694/6427/5674 14239/5974/5271 14693/6428/5676</w:t>
        <w:br/>
        <w:t>f 14241/5980/5276 14688/6425/5674 14689/6424/5673</w:t>
        <w:br/>
        <w:t>f 14244/5977/5274 14241/5980/5276 14689/6424/5673</w:t>
        <w:br/>
        <w:t>f 14698/6431/5678 14697/6432/5679 14696/6433/5680</w:t>
        <w:br/>
        <w:t>f 14695/6434/5681 14698/6431/5678 14696/6433/5680</w:t>
        <w:br/>
        <w:t>f 14702/6435/5680 14701/6436/5682 14700/6437/5683</w:t>
        <w:br/>
        <w:t>f 14699/6438/5681 14702/6435/5680 14700/6437/5683</w:t>
        <w:br/>
        <w:t>f 14704/6439/5684 14691/6430/5675 14692/6429/5677</w:t>
        <w:br/>
        <w:t>f 14703/6440/5685 14704/6439/5684 14692/6429/5677</w:t>
        <w:br/>
        <w:t>f 14707/6441/5686 14687/6426/5675 14706/6442/5684</w:t>
        <w:br/>
        <w:t>f 14705/6443/5687 14707/6441/5686 14706/6442/5684</w:t>
        <w:br/>
        <w:t>f 14693/6428/5676 14665/6401/5650 14666/6403/5652</w:t>
        <w:br/>
        <w:t>f 14692/6429/5677 14693/6428/5676 14666/6403/5652</w:t>
        <w:br/>
        <w:t>f 14700/6437/5683 14701/6436/5682 14668/6405/5654</w:t>
        <w:br/>
        <w:t>f 14669/6404/5653 14700/6437/5683 14668/6405/5654</w:t>
        <w:br/>
        <w:t>f 14692/6429/5677 14666/6403/5652 14667/6402/5651</w:t>
        <w:br/>
        <w:t>f 14703/6440/5685 14692/6429/5677 14667/6402/5651</w:t>
        <w:br/>
        <w:t>f 14673/6406/5655 14670/6409/5658 14709/6444/5688</w:t>
        <w:br/>
        <w:t>f 14708/6445/5689 14673/6406/5655 14709/6444/5688</w:t>
        <w:br/>
        <w:t>f 14697/6432/5679 14698/6431/5678 14677/6414/5663</w:t>
        <w:br/>
        <w:t>f 14678/6413/5662 14697/6432/5679 14677/6414/5663</w:t>
        <w:br/>
        <w:t>f 14680/6415/5664 14707/6441/5686 14705/6443/5687</w:t>
        <w:br/>
        <w:t>f 14679/6416/5665 14680/6415/5664 14705/6443/5687</w:t>
        <w:br/>
        <w:t>f 14682/6418/5667 14681/6417/5666 14689/6424/5673</w:t>
        <w:br/>
        <w:t>f 14690/6423/5672 14682/6418/5667 14689/6424/5673</w:t>
        <w:br/>
        <w:t>f 14244/5977/5274 14689/6424/5673 14681/6417/5666</w:t>
        <w:br/>
        <w:t>f 14227/5962/5260 14244/5977/5274 14681/6417/5666</w:t>
        <w:br/>
        <w:t>f 14686/6419/5668 14683/6422/5671 14711/6446/5690</w:t>
        <w:br/>
        <w:t>f 14710/6447/5691 14686/6419/5668 14711/6446/5690</w:t>
        <w:br/>
        <w:t>f 14655/6392/5644 14656/6391/5643 14713/6448/5692</w:t>
        <w:br/>
        <w:t>f 14712/6449/5693 14655/6392/5644 14713/6448/5692</w:t>
        <w:br/>
        <w:t>f 14714/6450/5694 14669/6404/5653 14655/6392/5644</w:t>
        <w:br/>
        <w:t>f 14712/6449/5693 14714/6450/5694 14655/6392/5644</w:t>
        <w:br/>
        <w:t>f 14715/6451/5695 14700/6437/5683 14669/6404/5653</w:t>
        <w:br/>
        <w:t>f 14714/6450/5694 14715/6451/5695 14669/6404/5653</w:t>
        <w:br/>
        <w:t>f 14672/6407/5656 14712/6449/5693 14713/6448/5692</w:t>
        <w:br/>
        <w:t>f 14716/6452/5696 14672/6407/5656 14713/6448/5692</w:t>
        <w:br/>
        <w:t>f 14709/6444/5688 14717/6453/5697 14708/6445/5689</w:t>
        <w:br/>
        <w:t>f 14699/6438/5681 14700/6437/5683 14715/6451/5695</w:t>
        <w:br/>
        <w:t>f 14718/6454/5698 14699/6438/5681 14715/6451/5695</w:t>
        <w:br/>
        <w:t>f 14222/5957/5253 14223/5956/5256 14646/6381/5635</w:t>
        <w:br/>
        <w:t>f 14647/6380/5634 14222/5957/5253 14646/6381/5635</w:t>
        <w:br/>
        <w:t>f 14653/6386/5639 14648/6385/5638 14649/6384/5634</w:t>
        <w:br/>
        <w:t>f 14652/6387/5637 14653/6386/5639 14649/6384/5634</w:t>
        <w:br/>
        <w:t>f 14648/6385/5638 14653/6386/5639 14666/6403/5652</w:t>
        <w:br/>
        <w:t>f 14665/6401/5650 14648/6385/5638 14666/6403/5652</w:t>
        <w:br/>
        <w:t>f 14665/6401/5650 14693/6428/5676 14240/5973/5270</w:t>
        <w:br/>
        <w:t>f 14225/5960/5258 14665/6401/5650 14240/5973/5270</w:t>
        <w:br/>
        <w:t>f 14711/6446/5690 14695/6434/5681 14719/6455/5699</w:t>
        <w:br/>
        <w:t>f 14710/6447/5691 14711/6446/5690 14719/6455/5699</w:t>
        <w:br/>
        <w:t>f 14720/6456/5692 14658/6397/5643 14684/6421/5670</w:t>
        <w:br/>
        <w:t>f 14685/6420/5669 14720/6456/5692 14684/6421/5670</w:t>
        <w:br/>
        <w:t>f 14721/6457/5700 14686/6419/5668 14710/6447/5691</w:t>
        <w:br/>
        <w:t>f 14672/6407/5656 14716/6452/5696 14671/6408/5657</w:t>
        <w:br/>
        <w:t>f 14708/6445/5689 14717/6453/5697 14718/6454/5698</w:t>
        <w:br/>
        <w:t>f 14715/6451/5695 14708/6445/5689 14718/6454/5698</w:t>
        <w:br/>
        <w:t>f 14685/6420/5669 14723/6458/5701 14722/6459/5696</w:t>
        <w:br/>
        <w:t>f 14720/6456/5692 14685/6420/5669 14722/6459/5696</w:t>
        <w:br/>
        <w:t>f 14725/6460/5697 14724/6461/5702 14710/6447/5691</w:t>
        <w:br/>
        <w:t>f 14719/6455/5699 14725/6460/5697 14710/6447/5691</w:t>
        <w:br/>
        <w:t>f 14674/6412/5661 14727/6462/5703 14726/6463/5701</w:t>
        <w:br/>
        <w:t>f 14730/6464/5704 14729/6465/5705 14728/6466/5706</w:t>
        <w:br/>
        <w:t>f 14732/6467/5707 14731/6468/5708 14725/6460/5697</w:t>
        <w:br/>
        <w:t>f 14672/6407/5656 14673/6406/5655 14714/6450/5694</w:t>
        <w:br/>
        <w:t>f 14712/6449/5693 14672/6407/5656 14714/6450/5694</w:t>
        <w:br/>
        <w:t>f 14714/6450/5694 14673/6406/5655 14708/6445/5689</w:t>
        <w:br/>
        <w:t>f 14715/6451/5695 14714/6450/5694 14708/6445/5689</w:t>
        <w:br/>
        <w:t>f 14254/5989/5284 14255/5988/5283 14734/6469/5709</w:t>
        <w:br/>
        <w:t>f 14733/6470/5710 14254/5989/5284 14734/6469/5709</w:t>
        <w:br/>
        <w:t>f 14738/6471/5711 14737/6472/5712 14736/6473/5713</w:t>
        <w:br/>
        <w:t>f 14735/6474/5714 14738/6471/5711 14736/6473/5713</w:t>
        <w:br/>
        <w:t>f 14742/6475/5711 14741/6476/5715 14740/6477/5716</w:t>
        <w:br/>
        <w:t>f 14739/6478/5717 14742/6475/5711 14740/6477/5716</w:t>
        <w:br/>
        <w:t>f 14746/6479/5718 14745/6480/5719 14744/6481/5720</w:t>
        <w:br/>
        <w:t>f 14743/6482/5721 14746/6479/5718 14744/6481/5720</w:t>
        <w:br/>
        <w:t>f 14748/6483/5722 14747/6484/5723 14735/6474/5714</w:t>
        <w:br/>
        <w:t>f 14736/6473/5713 14748/6483/5722 14735/6474/5714</w:t>
        <w:br/>
        <w:t>f 14752/6485/5724 14751/6486/5725 14750/6487/5726</w:t>
        <w:br/>
        <w:t>f 14749/6488/5727 14752/6485/5724 14750/6487/5726</w:t>
        <w:br/>
        <w:t>f 14755/6489/5728 14754/6490/5729 14753/6491/5730</w:t>
        <w:br/>
        <w:t>f 14757/6492/5731 14756/6493/5732 14740/6477/5716</w:t>
        <w:br/>
        <w:t>f 14741/6476/5715 14757/6492/5731 14740/6477/5716</w:t>
        <w:br/>
        <w:t>f 14761/6494/5733 14760/6495/5734 14759/6496/5735</w:t>
        <w:br/>
        <w:t>f 14758/6497/5736 14761/6494/5733 14759/6496/5735</w:t>
        <w:br/>
        <w:t>f 14763/6498/5737 14278/6011/5305 14275/6014/5308</w:t>
        <w:br/>
        <w:t>f 14762/6499/5738 14763/6498/5737 14275/6014/5308</w:t>
        <w:br/>
        <w:t>f 14275/6014/5308 14279/6016/5310 14764/6500/5739</w:t>
        <w:br/>
        <w:t>f 14762/6499/5738 14275/6014/5308 14764/6500/5739</w:t>
        <w:br/>
        <w:t>f 14768/6501/5740 14767/6502/5741 14766/6503/5742</w:t>
        <w:br/>
        <w:t>f 14765/6504/5743 14768/6501/5740 14766/6503/5742</w:t>
        <w:br/>
        <w:t>f 14766/6503/5742 14770/6505/5744 14769/6506/5745</w:t>
        <w:br/>
        <w:t>f 14765/6504/5743 14766/6503/5742 14769/6506/5745</w:t>
        <w:br/>
        <w:t>f 14772/6507/5746 14762/6499/5738 14764/6500/5739</w:t>
        <w:br/>
        <w:t>f 14771/6508/5747 14772/6507/5746 14764/6500/5739</w:t>
        <w:br/>
        <w:t>f 14774/6509/5748 14762/6499/5738 14772/6507/5746</w:t>
        <w:br/>
        <w:t>f 14773/6510/5749 14774/6509/5748 14772/6507/5746</w:t>
        <w:br/>
        <w:t>f 14764/6500/5739 14279/6016/5310 14261/5996/5290</w:t>
        <w:br/>
        <w:t>f 14746/6479/5718 14764/6500/5739 14261/5996/5290</w:t>
        <w:br/>
        <w:t>f 14748/6483/5722 14769/6506/5745 14770/6505/5744</w:t>
        <w:br/>
        <w:t>f 14747/6484/5723 14748/6483/5722 14770/6505/5744</w:t>
        <w:br/>
        <w:t>f 14752/6485/5724 14749/6488/5727 14776/6511/5750</w:t>
        <w:br/>
        <w:t>f 14775/6512/5751 14752/6485/5724 14776/6511/5750</w:t>
        <w:br/>
        <w:t>f 14757/6492/5731 14767/6502/5741 14768/6501/5740</w:t>
        <w:br/>
        <w:t>f 14756/6493/5732 14757/6492/5731 14768/6501/5740</w:t>
        <w:br/>
        <w:t>f 14778/6513/5752 14774/6509/5748 14773/6510/5749</w:t>
        <w:br/>
        <w:t>f 14777/6514/5753 14778/6513/5752 14773/6510/5749</w:t>
        <w:br/>
        <w:t>f 14761/6494/5733 14758/6497/5736 14780/6515/5754</w:t>
        <w:br/>
        <w:t>f 14779/6516/5755 14761/6494/5733 14780/6515/5754</w:t>
        <w:br/>
        <w:t>f 14782/6517/5756 14736/6473/5713 14737/6472/5712</w:t>
        <w:br/>
        <w:t>f 14781/6518/5757 14782/6517/5756 14737/6472/5712</w:t>
        <w:br/>
        <w:t>f 14783/6519/5758 14748/6483/5722 14736/6473/5713</w:t>
        <w:br/>
        <w:t>f 14782/6517/5756 14783/6519/5758 14736/6473/5713</w:t>
        <w:br/>
        <w:t>f 14784/6520/5759 14769/6506/5745 14748/6483/5722</w:t>
        <w:br/>
        <w:t>f 14783/6519/5758 14784/6520/5759 14748/6483/5722</w:t>
        <w:br/>
        <w:t>f 14743/6482/5721 14771/6508/5747 14764/6500/5739</w:t>
        <w:br/>
        <w:t>f 14746/6479/5718 14743/6482/5721 14764/6500/5739</w:t>
        <w:br/>
        <w:t>f 14786/6521/5760 14785/6522/5761 14778/6513/5752</w:t>
        <w:br/>
        <w:t>f 14777/6514/5753 14786/6521/5760 14778/6513/5752</w:t>
        <w:br/>
        <w:t>f 14785/6522/5761 14786/6521/5760 14787/6523/5762</w:t>
        <w:br/>
        <w:t>f 14733/6470/5710 14785/6522/5761 14787/6523/5762</w:t>
        <w:br/>
        <w:t>f 14744/6481/5720 14745/6480/5719 14789/6524/5710</w:t>
        <w:br/>
        <w:t>f 14788/6525/5762 14744/6481/5720 14789/6524/5710</w:t>
        <w:br/>
        <w:t>f 14781/6518/5757 14790/6526/5763 14751/6486/5725</w:t>
        <w:br/>
        <w:t>f 14782/6517/5756 14781/6518/5757 14751/6486/5725</w:t>
        <w:br/>
        <w:t>f 14776/6511/5750 14791/6527/5764 14775/6512/5751</w:t>
        <w:br/>
        <w:t>f 14769/6506/5745 14784/6520/5759 14792/6528/5765</w:t>
        <w:br/>
        <w:t>f 14765/6504/5743 14769/6506/5745 14792/6528/5765</w:t>
        <w:br/>
        <w:t>f 14745/6480/5719 14257/5994/5288 14258/5993/5284</w:t>
        <w:br/>
        <w:t>f 14789/6524/5710 14745/6480/5719 14258/5993/5284</w:t>
        <w:br/>
        <w:t>f 14257/5994/5288 14745/6480/5719 14746/6479/5718</w:t>
        <w:br/>
        <w:t>f 14261/5996/5290 14257/5994/5288 14746/6479/5718</w:t>
        <w:br/>
        <w:t>f 14780/6515/5754 14765/6504/5743 14792/6528/5765</w:t>
        <w:br/>
        <w:t>f 14779/6516/5755 14780/6515/5754 14792/6528/5765</w:t>
        <w:br/>
        <w:t>f 14793/6529/5766 14739/6478/5717 14759/6496/5735</w:t>
        <w:br/>
        <w:t>f 14760/6495/5734 14793/6529/5766 14759/6496/5735</w:t>
        <w:br/>
        <w:t>f 14761/6494/5733 14794/6530/5767 14760/6495/5734</w:t>
        <w:br/>
        <w:t>f 14797/6531/5768 14796/6532/5769 14795/6533/5770</w:t>
        <w:br/>
        <w:t>f 14751/6486/5725 14790/6526/5763 14750/6487/5726</w:t>
        <w:br/>
        <w:t>f 14792/6528/5765 14784/6520/5759 14775/6512/5751</w:t>
        <w:br/>
        <w:t>f 14791/6527/5764 14792/6528/5765 14775/6512/5751</w:t>
        <w:br/>
        <w:t>f 14800/6534/5771 14799/6535/5772 14798/6536/5773</w:t>
        <w:br/>
        <w:t>f 14779/6516/5755 14792/6528/5765 14791/6527/5764</w:t>
        <w:br/>
        <w:t>f 14801/6537/5769 14779/6516/5755 14791/6527/5764</w:t>
        <w:br/>
        <w:t>f 14803/6538/5774 14802/6539/5775 14795/6533/5770</w:t>
        <w:br/>
        <w:t>f 14805/6540/5776 14804/6541/5777 14795/6533/5770</w:t>
        <w:br/>
        <w:t>f 14760/6495/5734 14800/6534/5771 14798/6536/5773</w:t>
        <w:br/>
        <w:t>f 14793/6529/5766 14760/6495/5734 14798/6536/5773</w:t>
        <w:br/>
        <w:t>f 14776/6511/5750 14806/6542/5778 14791/6527/5764</w:t>
        <w:br/>
        <w:t>f 14751/6486/5725 14752/6485/5724 14783/6519/5758</w:t>
        <w:br/>
        <w:t>f 14782/6517/5756 14751/6486/5725 14783/6519/5758</w:t>
        <w:br/>
        <w:t>f 14783/6519/5758 14752/6485/5724 14775/6512/5751</w:t>
        <w:br/>
        <w:t>f 14784/6520/5759 14783/6519/5758 14775/6512/5751</w:t>
        <w:br/>
        <w:t>f 14199/5934/5233 14350/6086/5376 14807/6543/5386</w:t>
        <w:br/>
        <w:t>f 14198/5935/5234 14199/5934/5233 14807/6543/5386</w:t>
        <w:br/>
        <w:t>f 14294/6031/5325 14397/6132/5320 14808/6544/5206</w:t>
        <w:br/>
        <w:t>f 14339/6074/5365 14294/6031/5325 14808/6544/5206</w:t>
        <w:br/>
        <w:t>f 14357/6092/5382 14811/6545/5204 14810/6546/5203</w:t>
        <w:br/>
        <w:t>f 14809/6547/5779 14357/6092/5382 14810/6546/5203</w:t>
        <w:br/>
        <w:t>f 14335/6071/5362 14812/6548/5780 14309/6043/5336</w:t>
        <w:br/>
        <w:t>f 14283/6022/5316 14335/6071/5362 14309/6043/5336</w:t>
        <w:br/>
        <w:t>f 14812/6548/5780 14335/6071/5362 14324/6057/5348</w:t>
        <w:br/>
        <w:t>f 14321/6060/5351 14812/6548/5780 14324/6057/5348</w:t>
        <w:br/>
        <w:t>f 14339/6074/5365 14808/6544/5206 14811/6545/5204</w:t>
        <w:br/>
        <w:t>f 14357/6092/5382 14339/6074/5365 14811/6545/5204</w:t>
        <w:br/>
        <w:t>f 14325/6062/5353 14328/6063/5354 14814/6549/5781</w:t>
        <w:br/>
        <w:t>f 14813/6550/5782 14325/6062/5353 14814/6549/5781</w:t>
        <w:br/>
        <w:t>f 14816/6551/5783 14815/6552/5784 14351/6089/5379</w:t>
        <w:br/>
        <w:t>f 14352/6088/5378 14816/6551/5783 14351/6089/5379</w:t>
        <w:br/>
        <w:t>f 14819/6553/5785 14818/6554/5786 14817/6555/5787</w:t>
        <w:br/>
        <w:t>f 14820/6556/5788 14819/6553/5785 14817/6555/5787</w:t>
        <w:br/>
        <w:t>f 14210/5948/5248 14213/5951/5251 14358/6097/5387</w:t>
        <w:br/>
        <w:t>f 14362/6098/5388 14210/5948/5248 14358/6097/5387</w:t>
        <w:br/>
        <w:t>f 14211/5947/5247 14215/5949/5249 14213/5951/5251</w:t>
        <w:br/>
        <w:t>f 14210/5948/5248 14211/5947/5247 14213/5951/5251</w:t>
        <w:br/>
        <w:t>f 14234/5972/5269 14271/6010/5304 14347/6083/5374</w:t>
        <w:br/>
        <w:t>f 14821/6557/5789 14234/5972/5269 14347/6083/5374</w:t>
        <w:br/>
        <w:t>f 14364/6101/5391 14368/6103/5393 14285/6020/5314</w:t>
        <w:br/>
        <w:t>f 14282/6017/5311 14364/6101/5391 14285/6020/5314</w:t>
        <w:br/>
        <w:t>f 14282/6017/5311 14285/6020/5314 14286/6019/5313</w:t>
        <w:br/>
        <w:t>f 14281/6018/5312 14282/6017/5311 14286/6019/5313</w:t>
        <w:br/>
        <w:t>f 14417/6154/5440 14822/6558/5790 14373/6106/5395</w:t>
        <w:br/>
        <w:t>f 14370/6109/5398 14417/6154/5440 14373/6106/5395</w:t>
        <w:br/>
        <w:t>f 14295/6030/5324 14296/6029/5323 14394/6129/5418</w:t>
        <w:br/>
        <w:t>f 14395/6128/5417 14295/6030/5324 14394/6129/5418</w:t>
        <w:br/>
        <w:t>f 14411/6146/5432 14303/6037/5331 14304/6041/5438</w:t>
        <w:br/>
        <w:t>f 14411/6146/5432 14394/6129/5418 14296/6029/5323</w:t>
        <w:br/>
        <w:t>f 14303/6037/5331 14411/6146/5432 14296/6029/5323</w:t>
        <w:br/>
        <w:t>f 14825/6559/5791 14824/6560/5792 14448/6183/5463</w:t>
        <w:br/>
        <w:t>f 14823/6561/5793 14825/6559/5791 14448/6183/5463</w:t>
        <w:br/>
        <w:t>f 14825/6559/5791 14496/6231/5509 14488/6224/5503</w:t>
        <w:br/>
        <w:t>f 14824/6560/5792 14825/6559/5791 14488/6224/5503</w:t>
        <w:br/>
        <w:t>f 14823/6561/5793 14448/6183/5463 14449/6182/5462</w:t>
        <w:br/>
        <w:t>f 14826/6562/5467 14823/6561/5793 14449/6182/5462</w:t>
        <w:br/>
        <w:t>f 14580/6314/5577 14546/6281/5547 14547/6280/5546</w:t>
        <w:br/>
        <w:t>f 14827/6563/5552 14580/6314/5577 14547/6280/5546</w:t>
        <w:br/>
        <w:t>f 14589/6326/5587 14563/6300/5563 14564/6299/5562</w:t>
        <w:br/>
        <w:t>f 14587/6322/5584 14589/6326/5587 14564/6299/5562</w:t>
        <w:br/>
        <w:t>f 14829/6564/5794 14828/6565/5795 14614/6351/5608</w:t>
        <w:br/>
        <w:t>f 14615/6350/5607 14829/6564/5794 14614/6351/5608</w:t>
        <w:br/>
        <w:t>f 14828/6565/5795 14829/6564/5794 14830/6566/5628</w:t>
        <w:br/>
        <w:t>f 14544/6283/5549 14828/6565/5795 14830/6566/5628</w:t>
        <w:br/>
        <w:t>f 14586/6323/5585 14606/6342/5600 14616/6354/5611</w:t>
        <w:br/>
        <w:t>f 14613/6348/5606 14586/6323/5585 14616/6354/5611</w:t>
        <w:br/>
        <w:t>f 14365/6100/5390 14831/6567/5796 14368/6103/5393</w:t>
        <w:br/>
        <w:t>f 14364/6101/5391 14365/6100/5390 14368/6103/5393</w:t>
        <w:br/>
        <w:t>f 14344/6080/5371 14194/5932/5231 14195/5931/5230</w:t>
        <w:br/>
        <w:t>f 14824/6560/5792 14488/6224/5503 14485/6223/5502</w:t>
        <w:br/>
        <w:t>f 14832/6568/5797 14824/6560/5792 14485/6223/5502</w:t>
        <w:br/>
        <w:t>f 14447/6184/5464 14448/6183/5463 14824/6560/5792</w:t>
        <w:br/>
        <w:t>f 14832/6568/5797 14447/6184/5464 14824/6560/5792</w:t>
        <w:br/>
        <w:t>f 14833/6569/5798 14263/5998/5292 14278/6011/5305</w:t>
        <w:br/>
        <w:t>f 14763/6498/5737 14833/6569/5798 14278/6011/5305</w:t>
        <w:br/>
        <w:t>f 14263/5998/5292 14833/6569/5798 14734/6469/5709</w:t>
        <w:br/>
        <w:t>f 14255/5988/5283 14263/5998/5292 14734/6469/5709</w:t>
        <w:br/>
        <w:t>f 14835/6570/5799 14834/6571/5800 14407/6141/5428</w:t>
        <w:br/>
        <w:t>f 14424/6161/5446 14835/6570/5799 14407/6141/5428</w:t>
        <w:br/>
        <w:t>f 14378/6116/5405 14835/6570/5799 14424/6161/5446</w:t>
        <w:br/>
        <w:t>f 14380/6114/5403 14378/6116/5405 14424/6161/5446</w:t>
        <w:br/>
        <w:t>f 14838/6572/5801 14837/6573/5802 14836/6574/5803</w:t>
        <w:br/>
        <w:t>f 14838/6572/5801 14345/6081/5372 14837/6573/5802</w:t>
        <w:br/>
        <w:t>f 14345/6081/5372 14838/6572/5801 14190/5923/5223</w:t>
        <w:br/>
        <w:t>f 14176/5913/5214 14345/6081/5372 14190/5923/5223</w:t>
        <w:br/>
        <w:t>f 14190/5923/5223 14838/6572/5801 14836/6574/5803</w:t>
        <w:br/>
        <w:t>f 14189/5924/5224 14190/5923/5223 14836/6574/5803</w:t>
        <w:br/>
        <w:t>f 14361/6094/5384 14358/6097/5387 14213/5951/5251</w:t>
        <w:br/>
        <w:t>f 14214/5950/5250 14361/6094/5384 14213/5951/5251</w:t>
        <w:br/>
        <w:t>f 14347/6083/5374 14248/5981/5277 14839/6575/5804</w:t>
        <w:br/>
        <w:t>f 14821/6557/5789 14347/6083/5374 14839/6575/5804</w:t>
        <w:br/>
        <w:t>f 14839/6575/5804 14233/5968/5266 14346/6082/5373</w:t>
        <w:br/>
        <w:t>f 14821/6557/5789 14839/6575/5804 14346/6082/5373</w:t>
        <w:br/>
        <w:t>f 14831/6567/5796 14365/6100/5390 14273/6008/5302</w:t>
        <w:br/>
        <w:t>f 14274/6007/5301 14831/6567/5796 14273/6008/5302</w:t>
        <w:br/>
        <w:t>f 14840/6576/5805 14273/6008/5302 14365/6100/5390</w:t>
        <w:br/>
        <w:t>f 14366/6099/5389 14840/6576/5805 14365/6100/5390</w:t>
        <w:br/>
        <w:t>f 14323/6058/5349 14842/6577/5806 14841/6578/5807</w:t>
        <w:br/>
        <w:t>f 14322/6059/5350 14323/6058/5349 14841/6578/5807</w:t>
        <w:br/>
        <w:t>f 14168/5901/5202 14322/6059/5350 14841/6578/5807</w:t>
        <w:br/>
        <w:t>f 14843/6579/5808 14168/5901/5202 14841/6578/5807</w:t>
        <w:br/>
        <w:t>f 14323/6058/5349 14325/6062/5353 14813/6550/5782</w:t>
        <w:br/>
        <w:t>f 14842/6577/5806 14323/6058/5349 14813/6550/5782</w:t>
        <w:br/>
        <w:t>f 14809/6547/5779 14810/6546/5203 14845/6580/5809</w:t>
        <w:br/>
        <w:t>f 14844/6581/5810 14809/6547/5779 14845/6580/5809</w:t>
        <w:br/>
        <w:t>f 14167/5902/5203 14168/5901/5202 14843/6579/5808</w:t>
        <w:br/>
        <w:t>f 14846/6582/5811 14167/5902/5203 14843/6579/5808</w:t>
        <w:br/>
        <w:t>f 14319/6052/5345 14308/6044/5337 14337/6073/5364</w:t>
        <w:br/>
        <w:t>f 14318/6053/5346 14319/6052/5345 14337/6073/5364</w:t>
        <w:br/>
        <w:t>f 14812/6548/5780 14337/6073/5364 14308/6044/5337</w:t>
        <w:br/>
        <w:t>f 14309/6043/5336 14812/6548/5780 14308/6044/5337</w:t>
        <w:br/>
        <w:t>f 14234/5972/5269 14821/6557/5789 14346/6082/5373</w:t>
        <w:br/>
        <w:t>f 14236/5970/5267 14234/5972/5269 14346/6082/5373</w:t>
        <w:br/>
        <w:t>f 14318/6053/5346 14297/6036/5330 14847/6583/5375</w:t>
        <w:br/>
        <w:t>f 14317/6054/5344 14318/6053/5346 14847/6583/5375</w:t>
        <w:br/>
        <w:t>f 14812/6548/5780 14321/6060/5351 14336/6072/5363</w:t>
        <w:br/>
        <w:t>f 14337/6073/5364 14812/6548/5780 14336/6072/5363</w:t>
        <w:br/>
        <w:t>f 14176/5913/5214 14190/5923/5223 14187/5926/5226</w:t>
        <w:br/>
        <w:t>f 14175/5914/5215 14176/5913/5214 14187/5926/5226</w:t>
        <w:br/>
        <w:t>f 14848/6584/5812 14188/5925/5225 14189/5924/5224</w:t>
        <w:br/>
        <w:t>f 14192/5928/5228 14848/6584/5812 14189/5924/5224</w:t>
        <w:br/>
        <w:t>f 14272/6009/5303 14247/5982/5278 14271/6010/5304</w:t>
        <w:br/>
        <w:t>f 14309/6043/5336 14320/6056/5347 14283/6022/5316</w:t>
        <w:br/>
        <w:t>f 14210/5948/5248 14362/6098/5388 14212/5946/5246</w:t>
        <w:br/>
        <w:t>f 14310/6049/5342 14311/6048/5341 14849/6585/5813</w:t>
        <w:br/>
        <w:t>f 14212/5946/5246 14310/6049/5342 14849/6585/5813</w:t>
        <w:br/>
        <w:t>f 14341/6078/5369 14849/6585/5813 14311/6048/5341</w:t>
        <w:br/>
        <w:t>f 14340/6079/5370 14341/6078/5369 14311/6048/5341</w:t>
        <w:br/>
        <w:t>f 14306/6042/5335 14343/6076/5367 14340/6079/5370</w:t>
        <w:br/>
        <w:t>f 14302/6038/5332 14306/6042/5335 14340/6079/5370</w:t>
        <w:br/>
        <w:t>f 14312/6047/5340 14302/6038/5332 14340/6079/5370</w:t>
        <w:br/>
        <w:t>f 14311/6048/5341 14312/6047/5340 14340/6079/5370</w:t>
        <w:br/>
        <w:t>f 14359/6096/5386 14349/6085/5376 14362/6098/5388</w:t>
        <w:br/>
        <w:t>f 14358/6097/5387 14359/6096/5386 14362/6098/5388</w:t>
        <w:br/>
        <w:t>f 14342/6077/5368 14343/6076/5367 14338/6075/5366</w:t>
        <w:br/>
        <w:t>f 14356/6093/5383 14342/6077/5368 14338/6075/5366</w:t>
        <w:br/>
        <w:t>f 14293/6032/5326 14338/6075/5366 14343/6076/5367</w:t>
        <w:br/>
        <w:t>f 14306/6042/5335 14293/6032/5326 14343/6076/5367</w:t>
        <w:br/>
        <w:t>f 14296/6029/5323 14293/6032/5326 14306/6042/5335</w:t>
        <w:br/>
        <w:t>f 14303/6037/5331 14296/6029/5323 14306/6042/5335</w:t>
        <w:br/>
        <w:t>f 14284/6021/5315 14367/6104/5394 14329/6066/5357</w:t>
        <w:br/>
        <w:t>f 14330/6065/5356 14284/6021/5315 14329/6066/5357</w:t>
        <w:br/>
        <w:t>f 14284/6021/5315 14330/6065/5356 14335/6071/5362</w:t>
        <w:br/>
        <w:t>f 14283/6022/5316 14284/6021/5315 14335/6071/5362</w:t>
        <w:br/>
        <w:t>f 14173/5908/5209 14851/6586/5814 14850/6587/5815</w:t>
        <w:br/>
        <w:t>f 14172/5909/5210 14173/5908/5209 14850/6587/5815</w:t>
        <w:br/>
        <w:t>f 14333/6068/5359 14334/6067/5358 14853/6588/5816</w:t>
        <w:br/>
        <w:t>f 14852/6589/5817 14333/6068/5359 14853/6588/5816</w:t>
        <w:br/>
        <w:t>f 14308/6044/5337 14200/5933/5232 14208/5945/5245</w:t>
        <w:br/>
        <w:t>f 14855/6590/5818 14722/6459/5696 14854/6591/5703</w:t>
        <w:br/>
        <w:t>f 14318/6053/5346 14337/6073/5364 14297/6036/5330</w:t>
        <w:br/>
        <w:t>f 14356/6093/5383 14357/6092/5382 14809/6547/5779</w:t>
        <w:br/>
        <w:t>f 14353/6087/5377 14356/6093/5383 14809/6547/5779</w:t>
        <w:br/>
        <w:t>f 14858/6592/5727 14857/6593/5819 14856/6594/5820</w:t>
        <w:br/>
        <w:t>f 14776/6511/5750 14749/6488/5727 14806/6542/5778</w:t>
        <w:br/>
        <w:t>f 14859/6595/5821 14855/6590/5818 14854/6591/5703</w:t>
        <w:br/>
        <w:t>f 14732/6467/5707 14860/6596/5821 14731/6468/5708</w:t>
        <w:br/>
        <w:t>f 14447/6184/5464 14861/6597/5822 14446/6185/5465</w:t>
        <w:br/>
        <w:t>f 14832/6568/5797 14862/6598/5823 14861/6597/5822</w:t>
        <w:br/>
        <w:t>f 14447/6184/5464 14832/6568/5797 14861/6597/5822</w:t>
        <w:br/>
        <w:t>f 14832/6568/5797 14485/6223/5502 14863/6599/5824</w:t>
        <w:br/>
        <w:t>f 14862/6598/5823 14832/6568/5797 14863/6599/5824</w:t>
        <w:br/>
        <w:t>f 14485/6223/5502 14486/6222/5501 14863/6599/5824</w:t>
        <w:br/>
        <w:t>f 14862/6598/5823 14863/6599/5824 14865/6600/5825</w:t>
        <w:br/>
        <w:t>f 14864/6601/5826 14862/6598/5823 14865/6600/5825</w:t>
        <w:br/>
        <w:t>f 14862/6598/5823 14864/6601/5826 14866/6602/5827</w:t>
        <w:br/>
        <w:t>f 14861/6597/5822 14862/6598/5823 14866/6602/5827</w:t>
        <w:br/>
        <w:t>f 14867/6603/5828 14524/6261/5474 14525/6260/5534</w:t>
        <w:br/>
        <w:t>f 14526/6262/5535 14868/6604/5829 14867/6603/5828</w:t>
        <w:br/>
        <w:t>f 14525/6260/5534 14526/6262/5535 14867/6603/5828</w:t>
        <w:br/>
        <w:t>f 14522/6259/5533 14868/6604/5829 14526/6262/5535</w:t>
        <w:br/>
        <w:t>f 14527/6263/5536 14522/6259/5533 14526/6262/5535</w:t>
        <w:br/>
        <w:t>f 14522/6259/5533 14527/6263/5536 14523/6258/5530</w:t>
        <w:br/>
        <w:t>f 14511/6246/5522 14480/6217/5496 14868/6604/5829</w:t>
        <w:br/>
        <w:t>f 14522/6259/5533 14511/6246/5522 14868/6604/5829</w:t>
        <w:br/>
        <w:t>f 14868/6604/5829 14480/6217/5496 14481/6216/5495</w:t>
        <w:br/>
        <w:t>f 14867/6603/5828 14868/6604/5829 14481/6216/5495</w:t>
        <w:br/>
        <w:t>f 14545/6282/5548 14869/6605/5830 14544/6283/5549</w:t>
        <w:br/>
        <w:t>f 14625/6361/5617 14870/6606/5831 14869/6605/5830</w:t>
        <w:br/>
        <w:t>f 14545/6282/5548 14625/6361/5617 14869/6605/5830</w:t>
        <w:br/>
        <w:t>f 14625/6361/5617 14584/6317/5580 14871/6607/5832</w:t>
        <w:br/>
        <w:t>f 14870/6606/5831 14625/6361/5617 14871/6607/5832</w:t>
        <w:br/>
        <w:t>f 14584/6317/5580 14581/6320/5583 14871/6607/5832</w:t>
        <w:br/>
        <w:t>f 14870/6606/5831 14871/6607/5832 14611/6345/5603</w:t>
        <w:br/>
        <w:t>f 14614/6351/5608 14870/6606/5831 14611/6345/5603</w:t>
        <w:br/>
        <w:t>f 14870/6606/5831 14614/6351/5608 14828/6565/5795</w:t>
        <w:br/>
        <w:t>f 14869/6605/5830 14870/6606/5831 14828/6565/5795</w:t>
        <w:br/>
        <w:t>f 14872/6608/5833 14558/6293/5555 14560/6298/5561</w:t>
        <w:br/>
        <w:t>f 14576/6313/5576 14873/6609/5834 14872/6608/5833</w:t>
        <w:br/>
        <w:t>f 14560/6298/5561 14576/6313/5576 14872/6608/5833</w:t>
        <w:br/>
        <w:t>f 14576/6313/5576 14605/6339/5598 14874/6610/5835</w:t>
        <w:br/>
        <w:t>f 14873/6609/5834 14576/6313/5576 14874/6610/5835</w:t>
        <w:br/>
        <w:t>f 14874/6610/5835 14593/6332/5592 14594/6331/5591</w:t>
        <w:br/>
        <w:t>f 14594/6331/5591 14574/6311/5574 14873/6609/5834</w:t>
        <w:br/>
        <w:t>f 14874/6610/5835 14594/6331/5591 14873/6609/5834</w:t>
        <w:br/>
        <w:t>f 14873/6609/5834 14574/6311/5574 14557/6294/5558</w:t>
        <w:br/>
        <w:t>f 14872/6608/5833 14873/6609/5834 14557/6294/5558</w:t>
        <w:br/>
        <w:t>f 14645/6382/5636 14875/6611/5836 14644/6383/5637</w:t>
        <w:br/>
        <w:t>f 14682/6418/5667 14876/6612/5837 14875/6611/5836</w:t>
        <w:br/>
        <w:t>f 14645/6382/5636 14682/6418/5667 14875/6611/5836</w:t>
        <w:br/>
        <w:t>f 14682/6418/5667 14690/6423/5672 14877/6613/5838</w:t>
        <w:br/>
        <w:t>f 14876/6612/5837 14682/6418/5667 14877/6613/5838</w:t>
        <w:br/>
        <w:t>f 14690/6423/5672 14687/6426/5675 14877/6613/5838</w:t>
        <w:br/>
        <w:t>f 14876/6612/5837 14877/6613/5838 14707/6441/5686</w:t>
        <w:br/>
        <w:t>f 14680/6415/5664 14876/6612/5837 14707/6441/5686</w:t>
        <w:br/>
        <w:t>f 14876/6612/5837 14680/6415/5664 14664/6398/5648</w:t>
        <w:br/>
        <w:t>f 14875/6611/5836 14876/6612/5837 14664/6398/5648</w:t>
        <w:br/>
        <w:t>f 14878/6614/5839 14658/6397/5643 14659/6396/5647</w:t>
        <w:br/>
        <w:t>f 14677/6414/5663 14879/6615/5840 14878/6614/5839</w:t>
        <w:br/>
        <w:t>f 14659/6396/5647 14677/6414/5663 14878/6614/5839</w:t>
        <w:br/>
        <w:t>f 14677/6414/5663 14698/6431/5678 14880/6616/5841</w:t>
        <w:br/>
        <w:t>f 14879/6615/5840 14677/6414/5663 14880/6616/5841</w:t>
        <w:br/>
        <w:t>f 14698/6431/5678 14695/6434/5681 14880/6616/5841</w:t>
        <w:br/>
        <w:t>f 14711/6446/5690 14683/6422/5671 14879/6615/5840</w:t>
        <w:br/>
        <w:t>f 14880/6616/5841 14711/6446/5690 14879/6615/5840</w:t>
        <w:br/>
        <w:t>f 14879/6615/5840 14683/6422/5671 14684/6421/5670</w:t>
        <w:br/>
        <w:t>f 14878/6614/5839 14879/6615/5840 14684/6421/5670</w:t>
        <w:br/>
        <w:t>f 14734/6469/5709 14881/6617/5842 14733/6470/5710</w:t>
        <w:br/>
        <w:t>f 14833/6569/5798 14882/6618/5843 14881/6617/5842</w:t>
        <w:br/>
        <w:t>f 14734/6469/5709 14833/6569/5798 14881/6617/5842</w:t>
        <w:br/>
        <w:t>f 14883/6619/5844 14882/6618/5843 14833/6569/5798</w:t>
        <w:br/>
        <w:t>f 14763/6498/5737 14883/6619/5844 14833/6569/5798</w:t>
        <w:br/>
        <w:t>f 14763/6498/5737 14762/6499/5738 14883/6619/5844</w:t>
        <w:br/>
        <w:t>f 14778/6513/5752 14882/6618/5843 14883/6619/5844</w:t>
        <w:br/>
        <w:t>f 14774/6509/5748 14778/6513/5752 14883/6619/5844</w:t>
        <w:br/>
        <w:t>f 14882/6618/5843 14778/6513/5752 14785/6522/5761</w:t>
        <w:br/>
        <w:t>f 14881/6617/5842 14882/6618/5843 14785/6522/5761</w:t>
        <w:br/>
        <w:t>f 14884/6620/5845 14739/6478/5717 14740/6477/5716</w:t>
        <w:br/>
        <w:t>f 14756/6493/5732 14885/6621/5846 14884/6620/5845</w:t>
        <w:br/>
        <w:t>f 14740/6477/5716 14756/6493/5732 14884/6620/5845</w:t>
        <w:br/>
        <w:t>f 14756/6493/5732 14768/6501/5740 14886/6622/5847</w:t>
        <w:br/>
        <w:t>f 14885/6621/5846 14756/6493/5732 14886/6622/5847</w:t>
        <w:br/>
        <w:t>f 14768/6501/5740 14765/6504/5743 14886/6622/5847</w:t>
        <w:br/>
        <w:t>f 14780/6515/5754 14758/6497/5736 14885/6621/5846</w:t>
        <w:br/>
        <w:t>f 14886/6622/5847 14780/6515/5754 14885/6621/5846</w:t>
        <w:br/>
        <w:t>f 14885/6621/5846 14758/6497/5736 14759/6496/5735</w:t>
        <w:br/>
        <w:t>f 14884/6620/5845 14885/6621/5846 14759/6496/5735</w:t>
        <w:br/>
        <w:t>f 14416/6152/5424 14406/6142/5427 14834/6571/5800</w:t>
        <w:br/>
        <w:t>f 14410/6147/5433 14416/6152/5424 14834/6571/5800</w:t>
        <w:br/>
        <w:t>f 14393/6130/5419 14410/6147/5433 14834/6571/5800</w:t>
        <w:br/>
        <w:t>f 14835/6570/5799 14393/6130/5419 14834/6571/5800</w:t>
        <w:br/>
        <w:t>f 14392/6131/5420 14393/6130/5419 14835/6570/5799</w:t>
        <w:br/>
        <w:t>f 14378/6116/5405 14392/6131/5420 14835/6570/5799</w:t>
        <w:br/>
        <w:t>f 14419/6156/5395 14392/6131/5420 14378/6116/5405</w:t>
        <w:br/>
        <w:t>f 14887/6623/5848 14419/6156/5395 14378/6116/5405</w:t>
        <w:br/>
        <w:t>f 14438/6171/5401 14889/6624/5400 14888/6625/5849</w:t>
        <w:br/>
        <w:t>f 14437/6172/5454 14438/6171/5401 14888/6625/5849</w:t>
        <w:br/>
        <w:t>f 14891/6626/5850 14437/6172/5454 14888/6625/5849</w:t>
        <w:br/>
        <w:t>f 14890/6627/5851 14891/6626/5850 14888/6625/5849</w:t>
        <w:br/>
        <w:t>f 14891/6626/5850 14890/6627/5851 14892/6628/5852</w:t>
        <w:br/>
        <w:t>f 14428/6167/5450 14891/6626/5850 14892/6628/5852</w:t>
        <w:br/>
        <w:t>f 14892/6628/5852 14893/6629/5444 14431/6164/5443</w:t>
        <w:br/>
        <w:t>f 14428/6167/5450 14892/6628/5852 14431/6164/5443</w:t>
        <w:br/>
        <w:t>f 14866/6602/5827 14463/6196/5476 14460/6199/5478</w:t>
        <w:br/>
        <w:t>f 14446/6185/5465 14866/6602/5827 14460/6199/5478</w:t>
        <w:br/>
        <w:t>f 14454/6193/5473 14521/6256/5532 14520/6257/5465</w:t>
        <w:br/>
        <w:t>f 14457/6190/5470 14454/6193/5473 14520/6257/5465</w:t>
        <w:br/>
        <w:t>f 14466/6203/5482 14506/6242/5518 14521/6256/5532</w:t>
        <w:br/>
        <w:t>f 14454/6193/5473 14466/6203/5482 14521/6256/5532</w:t>
        <w:br/>
        <w:t>f 14490/6227/5505 14506/6242/5518 14466/6203/5482</w:t>
        <w:br/>
        <w:t>f 14499/6234/5511 14490/6227/5505 14466/6203/5482</w:t>
        <w:br/>
        <w:t>f 14489/6228/5506 14490/6227/5505 14499/6234/5511</w:t>
        <w:br/>
        <w:t>f 14500/6233/5510 14489/6228/5506 14499/6234/5511</w:t>
        <w:br/>
        <w:t>f 14865/6600/5825 14486/6222/5501 14503/6238/5510</w:t>
        <w:br/>
        <w:t>f 14504/6237/5514 14865/6600/5825 14503/6238/5510</w:t>
        <w:br/>
        <w:t>f 14864/6601/5826 14865/6600/5825 14504/6237/5514</w:t>
        <w:br/>
        <w:t>f 14477/6212/5491 14864/6601/5826 14504/6237/5514</w:t>
        <w:br/>
        <w:t>f 14463/6196/5476 14866/6602/5827 14864/6601/5826</w:t>
        <w:br/>
        <w:t>f 14477/6212/5491 14463/6196/5476 14864/6601/5826</w:t>
        <w:br/>
        <w:t>f 14615/6350/5607 14577/6312/5575 14561/6297/5560</w:t>
        <w:br/>
        <w:t>f 14829/6564/5794 14615/6350/5607 14561/6297/5560</w:t>
        <w:br/>
        <w:t>f 14615/6350/5607 14609/6347/5605 14604/6340/5599</w:t>
        <w:br/>
        <w:t>f 14577/6312/5575 14615/6350/5607 14604/6340/5599</w:t>
        <w:br/>
        <w:t>f 14609/6347/5605 14610/6346/5604 14603/6341/5596</w:t>
        <w:br/>
        <w:t>f 14604/6340/5599 14609/6347/5605 14603/6341/5596</w:t>
        <w:br/>
        <w:t>f 14612/6349/5604 14613/6348/5606 14601/6338/5597</w:t>
        <w:br/>
        <w:t>f 14602/6337/5596 14612/6349/5604 14601/6338/5597</w:t>
        <w:br/>
        <w:t>f 14613/6348/5606 14616/6354/5611 14565/6302/5565</w:t>
        <w:br/>
        <w:t>f 14601/6338/5597 14613/6348/5606 14565/6302/5565</w:t>
        <w:br/>
        <w:t>f 14616/6354/5611 14617/6353/5610 14555/6288/5553</w:t>
        <w:br/>
        <w:t>f 14565/6302/5565 14616/6354/5611 14555/6288/5553</w:t>
        <w:br/>
        <w:t>f 14639/6375/5628 14554/6289/5554 14555/6288/5553</w:t>
        <w:br/>
        <w:t>f 14617/6353/5610 14639/6375/5628 14555/6288/5553</w:t>
        <w:br/>
        <w:t>f 14829/6564/5794 14561/6297/5560 14562/6296/5554</w:t>
        <w:br/>
        <w:t>f 14830/6566/5628 14829/6564/5794 14562/6296/5554</w:t>
        <w:br/>
        <w:t>f 14705/6443/5687 14706/6442/5684 14696/6433/5680</w:t>
        <w:br/>
        <w:t>f 14697/6432/5679 14705/6443/5687 14696/6433/5680</w:t>
        <w:br/>
        <w:t>f 14704/6439/5684 14703/6440/5685 14701/6436/5682</w:t>
        <w:br/>
        <w:t>f 14702/6435/5680 14704/6439/5684 14701/6436/5682</w:t>
        <w:br/>
        <w:t>f 14703/6440/5685 14667/6402/5651 14668/6405/5654</w:t>
        <w:br/>
        <w:t>f 14701/6436/5682 14703/6440/5685 14668/6405/5654</w:t>
        <w:br/>
        <w:t>f 14668/6405/5654 14667/6402/5651 14650/6389/5641</w:t>
        <w:br/>
        <w:t>f 14654/6393/5645 14668/6405/5654 14650/6389/5641</w:t>
        <w:br/>
        <w:t>f 14651/6388/5640 14657/6390/5642 14654/6393/5645</w:t>
        <w:br/>
        <w:t>f 14650/6389/5641 14651/6388/5640 14654/6393/5645</w:t>
        <w:br/>
        <w:t>f 14663/6399/5649 14660/6395/5646 14661/6394/5642</w:t>
        <w:br/>
        <w:t>f 14662/6400/5640 14663/6399/5649 14661/6394/5642</w:t>
        <w:br/>
        <w:t>f 14679/6416/5665 14678/6413/5662 14660/6395/5646</w:t>
        <w:br/>
        <w:t>f 14663/6399/5649 14679/6416/5665 14660/6395/5646</w:t>
        <w:br/>
        <w:t>f 14679/6416/5665 14705/6443/5687 14697/6432/5679</w:t>
        <w:br/>
        <w:t>f 14678/6413/5662 14679/6416/5665 14697/6432/5679</w:t>
        <w:br/>
        <w:t>f 14741/6476/5715 14786/6521/5760 14777/6514/5753</w:t>
        <w:br/>
        <w:t>f 14757/6492/5731 14741/6476/5715 14777/6514/5753</w:t>
        <w:br/>
        <w:t>f 14777/6514/5753 14773/6510/5749 14767/6502/5741</w:t>
        <w:br/>
        <w:t>f 14757/6492/5731 14777/6514/5753 14767/6502/5741</w:t>
        <w:br/>
        <w:t>f 14773/6510/5749 14772/6507/5746 14766/6503/5742</w:t>
        <w:br/>
        <w:t>f 14767/6502/5741 14773/6510/5749 14766/6503/5742</w:t>
        <w:br/>
        <w:t>f 14770/6505/5744 14766/6503/5742 14772/6507/5746</w:t>
        <w:br/>
        <w:t>f 14771/6508/5747 14770/6505/5744 14772/6507/5746</w:t>
        <w:br/>
        <w:t>f 14747/6484/5723 14770/6505/5744 14771/6508/5747</w:t>
        <w:br/>
        <w:t>f 14743/6482/5721 14747/6484/5723 14771/6508/5747</w:t>
        <w:br/>
        <w:t>f 14735/6474/5714 14747/6484/5723 14743/6482/5721</w:t>
        <w:br/>
        <w:t>f 14744/6481/5720 14735/6474/5714 14743/6482/5721</w:t>
        <w:br/>
        <w:t>f 14735/6474/5714 14744/6481/5720 14788/6525/5762</w:t>
        <w:br/>
        <w:t>f 14738/6471/5711 14735/6474/5714 14788/6525/5762</w:t>
        <w:br/>
        <w:t>f 14742/6475/5711 14787/6523/5762 14786/6521/5760</w:t>
        <w:br/>
        <w:t>f 14741/6476/5715 14742/6475/5711 14786/6521/5760</w:t>
        <w:br/>
        <w:t>f 14185/5922/5222 14215/5949/5249 14211/5947/5247</w:t>
        <w:br/>
        <w:t>f 14191/5929/5229 14189/5924/5224 14836/6574/5803</w:t>
        <w:br/>
        <w:t>f 14268/6003/5297 14247/5982/5278 14272/6009/5303</w:t>
        <w:br/>
        <w:t>f 14840/6576/5805 14268/6003/5297 14272/6009/5303</w:t>
        <w:br/>
        <w:t>f 14273/6008/5302 14840/6576/5805 14272/6009/5303</w:t>
        <w:br/>
        <w:t>f 14831/6567/5796 14274/6007/5301 14852/6589/5817</w:t>
        <w:br/>
        <w:t>f 14201/5938/5237 14505/6241/5517 14209/5944/5243</w:t>
        <w:br/>
        <w:t>f 14197/5936/5235 14201/5938/5237 14209/5944/5243</w:t>
        <w:br/>
        <w:t>f 14197/5936/5235 14209/5944/5243 14208/5945/5245</w:t>
        <w:br/>
        <w:t>f 14200/5933/5232 14197/5936/5235 14208/5945/5245</w:t>
        <w:br/>
        <w:t>f 14179/5918/5219 14307/6045/5338 14208/5945/5245</w:t>
        <w:br/>
        <w:t>f 14182/5915/5216 14179/5918/5219 14208/5945/5245</w:t>
        <w:br/>
        <w:t>f 14895/6630/5853 14184/5919/5220 14894/6631/5854</w:t>
        <w:br/>
        <w:t>f 14194/5932/5231 14179/5918/5219 14180/5917/5218</w:t>
        <w:br/>
        <w:t>f 14896/6632/5855 14194/5932/5231 14180/5917/5218</w:t>
        <w:br/>
        <w:t>f 14179/5918/5219 14194/5932/5231 14344/6080/5371</w:t>
        <w:br/>
        <w:t>f 14307/6045/5338 14179/5918/5219 14344/6080/5371</w:t>
        <w:br/>
        <w:t>f 14344/6080/5371 14231/5967/5265 14897/6633/5856</w:t>
        <w:br/>
        <w:t>f 14320/6056/5347 14344/6080/5371 14897/6633/5856</w:t>
        <w:br/>
        <w:t>f 14224/5961/5259 14897/6633/5856 14231/5967/5265</w:t>
        <w:br/>
        <w:t>f 14216/5955/5255 14224/5961/5259 14231/5967/5265</w:t>
        <w:br/>
        <w:t>f 14896/6632/5855 14898/6634/5812 14196/5930/5228</w:t>
        <w:br/>
        <w:t>f 14194/5932/5231 14896/6632/5855 14196/5930/5228</w:t>
        <w:br/>
        <w:t>f 14897/6633/5856 14249/5987/5282 14269/6006/5300</w:t>
        <w:br/>
        <w:t>f 14320/6056/5347 14897/6633/5856 14269/6006/5300</w:t>
        <w:br/>
        <w:t>f 14281/6018/5312 14286/6019/5313 14269/6006/5300</w:t>
        <w:br/>
        <w:t>f 14270/6005/5299 14281/6018/5312 14269/6006/5300</w:t>
        <w:br/>
        <w:t>f 14224/5961/5259 14237/5976/5273 14249/5987/5282</w:t>
        <w:br/>
        <w:t>f 14897/6633/5856 14224/5961/5259 14249/5987/5282</w:t>
        <w:br/>
        <w:t>f 14260/5997/5291 14281/6018/5312 14270/6005/5299</w:t>
        <w:br/>
        <w:t>f 14256/5995/5289 14260/5997/5291 14270/6005/5299</w:t>
        <w:br/>
        <w:t>f 14493/6230/5508 14494/6229/5507 14899/6635/5498</w:t>
        <w:br/>
        <w:t>f 14505/6241/5517 14493/6230/5508 14899/6635/5498</w:t>
        <w:br/>
        <w:t>f 14580/6314/5577 14827/6563/5552 14178/5911/5212</w:t>
        <w:br/>
        <w:t>f 14175/5914/5215 14580/6314/5577 14178/5911/5212</w:t>
        <w:br/>
        <w:t>f 14175/5914/5215 14187/5926/5226 14579/6315/5578</w:t>
        <w:br/>
        <w:t>f 14580/6314/5577 14175/5914/5215 14579/6315/5578</w:t>
        <w:br/>
        <w:t>f 14579/6315/5578 14187/5926/5226 14188/5925/5225</w:t>
        <w:br/>
        <w:t>f 14592/6327/5588 14579/6315/5578 14188/5925/5225</w:t>
        <w:br/>
        <w:t>f 14848/6584/5812 14591/6328/5586 14592/6327/5588</w:t>
        <w:br/>
        <w:t>f 14188/5925/5225 14848/6584/5812 14592/6327/5588</w:t>
        <w:br/>
        <w:t>f 14898/6634/5812 14896/6632/5855 14589/6326/5587</w:t>
        <w:br/>
        <w:t>f 14590/6325/5586 14898/6634/5812 14589/6326/5587</w:t>
        <w:br/>
        <w:t>f 14896/6632/5855 14180/5917/5218 14563/6300/5563</w:t>
        <w:br/>
        <w:t>f 14589/6326/5587 14896/6632/5855 14563/6300/5563</w:t>
        <w:br/>
        <w:t>f 14563/6300/5563 14180/5917/5218 14181/5916/5217</w:t>
        <w:br/>
        <w:t>f 14550/6285/5551 14563/6300/5563 14181/5916/5217</w:t>
        <w:br/>
        <w:t>f 14550/6285/5551 14181/5916/5217 14183/5920/5212</w:t>
        <w:br/>
        <w:t>f 14549/6286/5552 14550/6285/5551 14183/5920/5212</w:t>
        <w:br/>
        <w:t>f 14220/5959/5257 14221/5958/5252 14232/5969/5263</w:t>
        <w:br/>
        <w:t>f 14233/5968/5266 14220/5959/5257 14232/5969/5263</w:t>
        <w:br/>
        <w:t>f 14219/5952/5252 14216/5955/5255 14229/5965/5263</w:t>
        <w:br/>
        <w:t>f 14243/5978/5275 14248/5981/5277 14245/5984/5280</w:t>
        <w:br/>
        <w:t>f 14242/5979/5272 14243/5978/5275 14245/5984/5280</w:t>
        <w:br/>
        <w:t>f 14839/6575/5804 14248/5981/5277 14243/5978/5275</w:t>
        <w:br/>
        <w:t>f 14226/5963/5261 14839/6575/5804 14243/5978/5275</w:t>
        <w:br/>
        <w:t>f 14226/5963/5261 14220/5959/5257 14233/5968/5266</w:t>
        <w:br/>
        <w:t>f 14839/6575/5804 14226/5963/5261 14233/5968/5266</w:t>
        <w:br/>
        <w:t>f 14252/5991/5286 14253/5990/5285 14267/6004/5298</w:t>
        <w:br/>
        <w:t>f 14268/6003/5297 14252/5991/5286 14267/6004/5298</w:t>
        <w:br/>
        <w:t>f 14265/6001/5298 14259/5992/5287 14256/5995/5289</w:t>
        <w:br/>
        <w:t>f 14900/6636/5857 14265/6001/5298 14256/5995/5289</w:t>
        <w:br/>
        <w:t>f 14277/6012/5306 14366/6099/5389 14363/6102/5392</w:t>
        <w:br/>
        <w:t>f 14276/6013/5307 14277/6012/5306 14363/6102/5392</w:t>
        <w:br/>
        <w:t>f 14366/6099/5389 14277/6012/5306 14262/5999/5293</w:t>
        <w:br/>
        <w:t>f 14840/6576/5805 14366/6099/5389 14262/5999/5293</w:t>
        <w:br/>
        <w:t>f 14262/5999/5293 14252/5991/5286 14268/6003/5297</w:t>
        <w:br/>
        <w:t>f 14840/6576/5805 14262/5999/5293 14268/6003/5297</w:t>
        <w:br/>
        <w:t>f 14484/6219/5498 14495/6232/5507 14496/6231/5509</w:t>
        <w:br/>
        <w:t>f 14483/6220/5499 14484/6219/5498 14496/6231/5509</w:t>
        <w:br/>
        <w:t>f 14823/6561/5793 14826/6562/5467 14444/6179/5459</w:t>
        <w:br/>
        <w:t>f 14443/6180/5460 14823/6561/5793 14444/6179/5459</w:t>
        <w:br/>
        <w:t>f 14478/6214/5493 14825/6559/5791 14823/6561/5793</w:t>
        <w:br/>
        <w:t>f 14443/6180/5460 14478/6214/5493 14823/6561/5793</w:t>
        <w:br/>
        <w:t>f 14825/6559/5791 14478/6214/5493 14483/6220/5499</w:t>
        <w:br/>
        <w:t>f 14496/6231/5509 14825/6559/5791 14483/6220/5499</w:t>
        <w:br/>
        <w:t>f 14202/5937/5236 14445/6181/5461 14452/6187/5467</w:t>
        <w:br/>
        <w:t>f 14453/6186/5466 14202/5937/5236 14452/6187/5467</w:t>
        <w:br/>
        <w:t>f 14237/5976/5273 14238/5975/5272 14251/5985/5280</w:t>
        <w:br/>
        <w:t>f 14249/5987/5282 14237/5976/5273 14251/5985/5280</w:t>
        <w:br/>
        <w:t>f 14395/6128/5417 14420/6155/5441 14396/6133/5317</w:t>
        <w:br/>
        <w:t>f 14295/6030/5324 14395/6128/5417 14396/6133/5317</w:t>
        <w:br/>
        <w:t>f 14892/6628/5852 14890/6627/5851 14425/6160/5445</w:t>
        <w:br/>
        <w:t>f 14405/6143/5429 14892/6628/5852 14425/6160/5445</w:t>
        <w:br/>
        <w:t>f 14425/6160/5445 14890/6627/5851 14888/6625/5849</w:t>
        <w:br/>
        <w:t>f 14426/6162/5447 14425/6160/5445 14888/6625/5849</w:t>
        <w:br/>
        <w:t>f 14426/6162/5447 14888/6625/5849 14889/6624/5400</w:t>
        <w:br/>
        <w:t>f 14887/6623/5396 14426/6162/5447 14889/6624/5400</w:t>
        <w:br/>
        <w:t>f 14375/6111/5400 14376/6110/5399 14371/6108/5397</w:t>
        <w:br/>
        <w:t>f 14372/6107/5396 14375/6111/5400 14371/6108/5397</w:t>
        <w:br/>
        <w:t>f 14383/6120/5409 14382/6117/5406 14371/6108/5397</w:t>
        <w:br/>
        <w:t>f 14376/6110/5399 14383/6120/5409 14371/6108/5397</w:t>
        <w:br/>
        <w:t>f 14414/6151/5437 14404/6139/5426 14382/6117/5406</w:t>
        <w:br/>
        <w:t>f 14383/6120/5409 14414/6151/5437 14382/6117/5406</w:t>
        <w:br/>
        <w:t>f 14404/6139/5426 14414/6151/5437 14422/6159/5444</w:t>
        <w:br/>
        <w:t>f 14403/6140/5427 14404/6139/5426 14422/6159/5444</w:t>
        <w:br/>
        <w:t>f 14405/6143/5429 14406/6142/5427 14893/6629/5444</w:t>
        <w:br/>
        <w:t>f 14892/6628/5852 14405/6143/5429 14893/6629/5444</w:t>
        <w:br/>
        <w:t>f 14342/6077/5368 14351/6089/5379 14901/6637/5858</w:t>
        <w:br/>
        <w:t>f 14341/6078/5369 14342/6077/5368 14901/6637/5858</w:t>
        <w:br/>
        <w:t>f 14212/5946/5246 14849/6585/5813 14817/6555/5787</w:t>
        <w:br/>
        <w:t>f 14818/6554/5786 14212/5946/5246 14817/6555/5787</w:t>
        <w:br/>
        <w:t>f 14155/5892/5194 14156/5891/5193 14354/6091/5381</w:t>
        <w:br/>
        <w:t>f 14355/6090/5380 14155/5892/5194 14354/6091/5381</w:t>
        <w:br/>
        <w:t>f 14158/5893/5195 14174/5907/5208 14171/5910/5211</w:t>
        <w:br/>
        <w:t>f 14157/5894/5196 14158/5893/5195 14171/5910/5211</w:t>
        <w:br/>
        <w:t>f 14161/5897/5198 14903/6638/5859 14902/6639/5860</w:t>
        <w:br/>
        <w:t>f 14152/5889/5191 14161/5897/5198 14902/6639/5860</w:t>
        <w:br/>
        <w:t>f 14905/6640/5861 14904/6641/5862 14159/5895/5197</w:t>
        <w:br/>
        <w:t>f 14160/5896/5189 14905/6640/5861 14159/5895/5197</w:t>
        <w:br/>
        <w:t>f 14159/5895/5197 14904/6641/5862 14903/6638/5859</w:t>
        <w:br/>
        <w:t>f 14161/5897/5198 14159/5895/5197 14903/6638/5859</w:t>
        <w:br/>
        <w:t>f 14907/6642/5863 14906/6643/5864 14154/5890/5192</w:t>
        <w:br/>
        <w:t>f 14153/5888/5190 14907/6642/5863 14154/5890/5192</w:t>
        <w:br/>
        <w:t>f 14902/6639/5860 14903/6638/5859 14841/6578/5807</w:t>
        <w:br/>
        <w:t>f 14842/6577/5806 14902/6639/5860 14841/6578/5807</w:t>
        <w:br/>
        <w:t>f 14843/6579/5808 14841/6578/5807 14903/6638/5859</w:t>
        <w:br/>
        <w:t>f 14904/6641/5862 14843/6579/5808 14903/6638/5859</w:t>
        <w:br/>
        <w:t>f 14842/6577/5806 14813/6550/5782 14907/6642/5863</w:t>
        <w:br/>
        <w:t>f 14902/6639/5860 14842/6577/5806 14907/6642/5863</w:t>
        <w:br/>
        <w:t>f 14844/6581/5810 14909/6644/5865 14908/6645/5866</w:t>
        <w:br/>
        <w:t>f 14843/6579/5808 14904/6641/5862 14905/6640/5861</w:t>
        <w:br/>
        <w:t>f 14846/6582/5811 14843/6579/5808 14905/6640/5861</w:t>
        <w:br/>
        <w:t>f 14910/6646/5861 14150/5887/5189 14151/5886/5188</w:t>
        <w:br/>
        <w:t>f 14909/6644/5865 14910/6646/5861 14151/5886/5188</w:t>
        <w:br/>
        <w:t>f 14813/6550/5782 14814/6549/5781 14906/6643/5864</w:t>
        <w:br/>
        <w:t>f 14907/6642/5863 14813/6550/5782 14906/6643/5864</w:t>
        <w:br/>
        <w:t>f 14902/6639/5860 14907/6642/5863 14153/5888/5190</w:t>
        <w:br/>
        <w:t>f 14152/5889/5191 14902/6639/5860 14153/5888/5190</w:t>
        <w:br/>
        <w:t>f 14332/6069/5360 14850/6587/5815 14851/6586/5814</w:t>
        <w:br/>
        <w:t>f 14331/6070/5361 14332/6069/5360 14851/6586/5814</w:t>
        <w:br/>
        <w:t>f 14911/6647/5867 14901/6637/5858 14351/6089/5379</w:t>
        <w:br/>
        <w:t>f 14815/6552/5784 14911/6647/5867 14351/6089/5379</w:t>
        <w:br/>
        <w:t>f 14820/6556/5788 14817/6555/5787 14901/6637/5858</w:t>
        <w:br/>
        <w:t>f 14911/6647/5867 14820/6556/5788 14901/6637/5858</w:t>
        <w:br/>
        <w:t>f 14901/6637/5858 14817/6555/5787 14849/6585/5813</w:t>
        <w:br/>
        <w:t>f 14341/6078/5369 14901/6637/5858 14849/6585/5813</w:t>
        <w:br/>
        <w:t>f 14353/6087/5377 14351/6089/5379 14342/6077/5368</w:t>
        <w:br/>
        <w:t>f 14356/6093/5383 14353/6087/5377 14342/6077/5368</w:t>
        <w:br/>
        <w:t>f 14912/6648/5868 14816/6551/5783 14352/6088/5378</w:t>
        <w:br/>
        <w:t>f 14354/6091/5381 14912/6648/5868 14352/6088/5378</w:t>
        <w:br/>
        <w:t>f 14844/6581/5810 14352/6088/5378 14353/6087/5377</w:t>
        <w:br/>
        <w:t>f 14809/6547/5779 14844/6581/5810 14353/6087/5377</w:t>
        <w:br/>
        <w:t>f 14912/6648/5868 14354/6091/5381 14156/5891/5193</w:t>
        <w:br/>
        <w:t>f 14162/5899/5200 14912/6648/5868 14156/5891/5193</w:t>
        <w:br/>
        <w:t>f 14544/6283/5549 14869/6605/5830 14828/6565/5795</w:t>
        <w:br/>
        <w:t>f 14871/6607/5832 14581/6320/5583 14611/6345/5603</w:t>
        <w:br/>
        <w:t>f 14446/6185/5465 14861/6597/5822 14866/6602/5827</w:t>
        <w:br/>
        <w:t>f 14191/5929/5229 14346/6082/5373 14233/5968/5266</w:t>
        <w:br/>
        <w:t>f 14185/5922/5222 14211/5947/5247 14345/6081/5372</w:t>
        <w:br/>
        <w:t>f 14836/6574/5803 14236/5970/5267 14191/5929/5229</w:t>
        <w:br/>
        <w:t>f 14837/6573/5802 14345/6081/5372 14913/6649/5869</w:t>
        <w:br/>
        <w:t>f 14271/6010/5304 14247/5982/5278 14347/6083/5374</w:t>
        <w:br/>
        <w:t>f 14283/6022/5316 14269/6006/5300 14286/6019/5313</w:t>
        <w:br/>
        <w:t>f 14250/5986/5281 14269/6006/5300 14249/5987/5282</w:t>
        <w:br/>
        <w:t>f 14914/6650/5870 14228/5966/5264 14231/5967/5265</w:t>
        <w:br/>
        <w:t>f 14208/5945/5245 14894/6631/5854 14182/5915/5216</w:t>
        <w:br/>
        <w:t>f 14486/6222/5501 14865/6600/5825 14863/6599/5824</w:t>
        <w:br/>
        <w:t>f 14872/6608/5833 14557/6294/5558 14558/6293/5555</w:t>
        <w:br/>
        <w:t>f 14874/6610/5835 14605/6339/5598 14593/6332/5592</w:t>
        <w:br/>
        <w:t>f 14867/6603/5828 14481/6216/5495 14524/6261/5474</w:t>
        <w:br/>
        <w:t>f 14511/6246/5522 14523/6258/5530 14530/6268/5531</w:t>
        <w:br/>
        <w:t>f 14510/6247/5523 14511/6246/5522 14530/6268/5531</w:t>
        <w:br/>
        <w:t>f 14878/6614/5839 14684/6421/5670 14658/6397/5643</w:t>
        <w:br/>
        <w:t>f 14695/6434/5681 14711/6446/5690 14880/6616/5841</w:t>
        <w:br/>
        <w:t>f 14875/6611/5836 14664/6398/5648 14644/6383/5637</w:t>
        <w:br/>
        <w:t>f 14687/6426/5675 14707/6441/5686 14877/6613/5838</w:t>
        <w:br/>
        <w:t>f 14881/6617/5842 14785/6522/5761 14733/6470/5710</w:t>
        <w:br/>
        <w:t>f 14762/6499/5738 14774/6509/5748 14883/6619/5844</w:t>
        <w:br/>
        <w:t>f 14884/6620/5845 14759/6496/5735 14739/6478/5717</w:t>
        <w:br/>
        <w:t>f 14765/6504/5743 14780/6515/5754 14886/6622/5847</w:t>
        <w:br/>
        <w:t>f 14235/5971/5268 14271/6010/5304 14234/5972/5269</w:t>
        <w:br/>
        <w:t>f 14235/5971/5268 14852/6589/5817 14274/6007/5301</w:t>
        <w:br/>
        <w:t>f 14271/6010/5304 14235/5971/5268 14274/6007/5301</w:t>
        <w:br/>
        <w:t>f 14289/6024/5318 14290/6023/5317 14822/6558/5790</w:t>
        <w:br/>
        <w:t>f 14417/6154/5440 14289/6024/5318 14822/6558/5790</w:t>
        <w:br/>
        <w:t>f 14292/6027/5321 14289/6024/5318 14417/6154/5440</w:t>
        <w:br/>
        <w:t>f 14418/6153/5439 14292/6027/5321 14417/6154/5440</w:t>
        <w:br/>
        <w:t>f 14297/6036/5330 14292/6027/5321 14418/6153/5439</w:t>
        <w:br/>
        <w:t>f 14300/6033/5327 14297/6036/5330 14418/6153/5439</w:t>
        <w:br/>
        <w:t>f 14196/5930/5228 14915/6651/5871 14195/5931/5230</w:t>
        <w:br/>
        <w:t>f 14916/6652/5872 14270/6005/5299 14250/5986/5281</w:t>
        <w:br/>
        <w:t>f 14251/5985/5280 14917/6653/5279 14250/5986/5281</w:t>
        <w:br/>
        <w:t>f 14184/5919/5220 14182/5915/5216 14894/6631/5854</w:t>
        <w:br/>
        <w:t>f 14207/5941/5244 14209/5944/5243 14918/6654/5873</w:t>
        <w:br/>
        <w:t>f 14920/6655/5874 14919/6656/5875 14505/6241/5517</w:t>
        <w:br/>
        <w:t>f 14899/6635/5498 14920/6655/5874 14505/6241/5517</w:t>
        <w:br/>
        <w:t>f 14198/5935/5234 14807/6543/5386 14369/6105/5385</w:t>
        <w:br/>
        <w:t>f 14308/6044/5337 14208/5945/5245 14307/6045/5338</w:t>
        <w:br/>
        <w:t>f 14309/6043/5336 14344/6080/5371 14320/6056/5347</w:t>
        <w:br/>
        <w:t>f 14819/6553/5785 14837/6573/5802 14913/6649/5869</w:t>
        <w:br/>
        <w:t>f 14818/6554/5786 14819/6553/5785 14913/6649/5869</w:t>
        <w:br/>
        <w:t>f 14212/5946/5246 14818/6554/5786 14211/5947/5247</w:t>
        <w:br/>
        <w:t>f 14362/6098/5388 14310/6049/5342 14212/5946/5246</w:t>
        <w:br/>
        <w:t>f 14380/6114/5403 14426/6162/5447 14887/6623/5396</w:t>
        <w:br/>
        <w:t>f 14407/6141/5428 14834/6571/5800 14406/6142/5427</w:t>
        <w:br/>
        <w:t>f 14923/6657/5876 14922/6658/5877 14921/6659/5878</w:t>
        <w:br/>
        <w:t>f 14542/6279/5545 14543/6278/5520 14924/6660/5489</w:t>
        <w:br/>
        <w:t>f 14534/6270/5539 14925/6661/5879 14533/6271/5540</w:t>
        <w:br/>
        <w:t>f 14927/6662/5880 14926/6663/5881 14534/6270/5539</w:t>
        <w:br/>
        <w:t>f 14534/6270/5539 14928/6664/5882 14925/6661/5879</w:t>
        <w:br/>
        <w:t>f 14926/6663/5881 14928/6664/5882 14534/6270/5539</w:t>
        <w:br/>
        <w:t>f 14539/6275/5543 14929/6665/5883 14538/6276/5544</w:t>
        <w:br/>
        <w:t>f 14922/6658/5877 14540/6274/5884 14921/6659/5878</w:t>
        <w:br/>
        <w:t>f 14535/6269/5538 14536/6273/5541 14534/6270/5539</w:t>
        <w:br/>
        <w:t>f 14537/6272/5537 14927/6662/5880 14534/6270/5539</w:t>
        <w:br/>
        <w:t>f 14479/6218/5497 14510/6247/5523 14930/6666/5885</w:t>
        <w:br/>
        <w:t>f 14510/6247/5523 14531/6267/5537 14930/6666/5885</w:t>
        <w:br/>
        <w:t>f 14537/6272/5537 14536/6273/5541 14931/6667/5886</w:t>
        <w:br/>
        <w:t>f 14536/6273/5541 14932/6668/5887 14931/6667/5886</w:t>
        <w:br/>
        <w:t>f 14482/6215/5494 14479/6218/5497 14933/6669/5888</w:t>
        <w:br/>
        <w:t>f 14479/6218/5497 14934/6670/5889 14933/6669/5888</w:t>
        <w:br/>
        <w:t>f 14536/6273/5541 14535/6269/5538 14935/6671/5888</w:t>
        <w:br/>
        <w:t>f 14541/6277/5538 14482/6215/5494 14933/6669/5888</w:t>
        <w:br/>
        <w:t>f 14934/6670/5889 14479/6218/5497 14930/6666/5885</w:t>
        <w:br/>
        <w:t>f 14932/6668/5887 14536/6273/5541 14935/6671/5888</w:t>
        <w:br/>
        <w:t>f 14474/6210/5489 14936/6672/5484 14473/6211/5490</w:t>
        <w:br/>
        <w:t>f 14543/6278/5520 14937/6673/5484 14924/6660/5489</w:t>
        <w:br/>
        <w:t>f 14595/6330/5590 14632/6369/5623 14628/6364/5620</w:t>
        <w:br/>
        <w:t>f 14939/6674/5620 14938/6675/5623 14636/6370/5624</w:t>
        <w:br/>
        <w:t>f 14556/6295/5559 14575/6310/5573 14627/6362/5618</w:t>
        <w:br/>
        <w:t>f 14940/6676/5618 14636/6370/5624 14634/6372/5621</w:t>
        <w:br/>
        <w:t>f 14627/6362/5618 14630/6366/5621 14556/6295/5559</w:t>
        <w:br/>
        <w:t>f 14628/6364/5620 14575/6310/5573 14595/6330/5590</w:t>
        <w:br/>
        <w:t>f 14939/6674/5620 14636/6370/5624 14941/6677/5619</w:t>
        <w:br/>
        <w:t>f 14941/6677/5619 14636/6370/5624 14940/6676/5618</w:t>
        <w:br/>
        <w:t>f 14642/6379/5633 14643/6378/5632 14942/6678/5571</w:t>
        <w:br/>
        <w:t>f 14944/6679/5890 14943/6680/5891 14629/6367/5622</w:t>
        <w:br/>
        <w:t>f 14643/6378/5632 14945/6681/5892 14942/6678/5571</w:t>
        <w:br/>
        <w:t>f 14944/6679/5890 14946/6682/5566 14943/6680/5891</w:t>
        <w:br/>
        <w:t>f 14636/6370/5624 14938/6675/5623 14637/6374/5627</w:t>
        <w:br/>
        <w:t>f 14636/6370/5624 14638/6373/5626 14635/6371/5625</w:t>
        <w:br/>
        <w:t>f 14572/6308/5571 14947/6683/5893 14571/6309/5572</w:t>
        <w:br/>
        <w:t>f 14641/6376/5630 14948/6684/5633 14640/6377/5631</w:t>
        <w:br/>
        <w:t>f 14950/6685/5702 14728/6466/5706 14949/6686/5894</w:t>
        <w:br/>
        <w:t>f 14721/6457/5700 14710/6447/5691 14724/6461/5702</w:t>
        <w:br/>
        <w:t>f 14951/6687/5895 14686/6419/5668 14721/6457/5700</w:t>
        <w:br/>
        <w:t>f 14728/6466/5706 14726/6463/5701 14952/6688/5896</w:t>
        <w:br/>
        <w:t>f 14953/6689/5896 14686/6419/5668 14951/6687/5895</w:t>
        <w:br/>
        <w:t>f 14685/6420/5669 14686/6419/5668 14953/6689/5896</w:t>
        <w:br/>
        <w:t>f 14953/6689/5896 14723/6458/5701 14685/6420/5669</w:t>
        <w:br/>
        <w:t>f 14949/6686/5894 14728/6466/5706 14954/6690/5897</w:t>
        <w:br/>
        <w:t>f 14954/6690/5897 14728/6466/5706 14952/6688/5896</w:t>
        <w:br/>
        <w:t>f 14950/6685/5702 14955/6691/5898 14730/6464/5704</w:t>
        <w:br/>
        <w:t>f 14728/6466/5706 14729/6465/5705 14674/6412/5661</w:t>
        <w:br/>
        <w:t>f 14859/6595/5821 14854/6591/5703 14956/6692/5899</w:t>
        <w:br/>
        <w:t>f 14676/6410/5900 14730/6464/5704 14957/6693/5899</w:t>
        <w:br/>
        <w:t>f 14958/6694/5901 14731/6468/5708 14860/6596/5821</w:t>
        <w:br/>
        <w:t>f 14730/6464/5704 14955/6691/5898 14957/6693/5899</w:t>
        <w:br/>
        <w:t>f 14675/6411/5660 14727/6462/5703 14674/6412/5661</w:t>
        <w:br/>
        <w:t>f 14960/6695/5902 14761/6494/5733 14959/6696/5768</w:t>
        <w:br/>
        <w:t>f 14959/6696/5768 14761/6494/5733 14779/6516/5755</w:t>
        <w:br/>
        <w:t>f 14959/6696/5768 14779/6516/5755 14801/6537/5769</w:t>
        <w:br/>
        <w:t>f 14800/6534/5771 14760/6495/5734 14794/6530/5767</w:t>
        <w:br/>
        <w:t>f 14961/6697/5767 14795/6533/5770 14802/6539/5775</w:t>
        <w:br/>
        <w:t>f 14794/6530/5767 14761/6494/5733 14960/6695/5902</w:t>
        <w:br/>
        <w:t>f 14795/6533/5770 14804/6541/5777 14803/6538/5774</w:t>
        <w:br/>
        <w:t>f 14796/6532/5769 14805/6540/5776 14795/6533/5770</w:t>
        <w:br/>
        <w:t>f 14858/6592/5727 14856/6594/5820 14962/6698/5903</w:t>
        <w:br/>
        <w:t>f 14965/6699/5904 14964/6700/5905 14963/6701/5729</w:t>
        <w:br/>
        <w:t>f 14966/6702/5729 14806/6542/5778 14749/6488/5727</w:t>
        <w:br/>
        <w:t>f 14963/6701/5729 14755/6489/5906 14965/6699/5904</w:t>
        <w:br/>
        <w:t>f 14754/6490/5729 14967/6703/5907 14753/6491/5730</w:t>
        <w:br/>
        <w:t>f 14797/6531/5768 14795/6533/5770 14968/6704/5908</w:t>
        <w:br/>
        <w:t>f 14968/6704/5908 14795/6533/5770 14961/6697/5767</w:t>
        <w:br/>
        <w:t>f 14970/6705/5909 14400/6134/5421 14969/6706/5910</w:t>
        <w:br/>
        <w:t>f 14428/6167/5450 14429/6166/5449 14971/6707/5910</w:t>
        <w:br/>
        <w:t>f 14971/6707/5910 14891/6626/5850 14428/6167/5450</w:t>
        <w:br/>
        <w:t>f 14969/6706/5910 14400/6134/5421 14972/6708/5911</w:t>
        <w:br/>
        <w:t>f 14436/6173/5423 14437/6172/5454 14973/6709/5912</w:t>
        <w:br/>
        <w:t>f 14437/6172/5454 14891/6626/5850 14973/6709/5912</w:t>
        <w:br/>
        <w:t>f 14974/6710/5913 14972/6708/5911 14400/6134/5421</w:t>
        <w:br/>
        <w:t>f 14974/6710/5913 14400/6134/5421 14398/6136/5423</w:t>
        <w:br/>
        <w:t>f 14973/6709/5912 14891/6626/5850 14975/6711/5914</w:t>
        <w:br/>
        <w:t>f 14975/6711/5914 14891/6626/5850 14971/6707/5910</w:t>
        <w:br/>
        <w:t>f 14400/6134/5421 14970/6705/5909 14413/6148/5434</w:t>
        <w:br/>
        <w:t>f 14400/6134/5421 14412/6149/5435 14399/6135/5422</w:t>
        <w:br/>
        <w:t>f 14976/6712/5453 14439/6176/5456 14440/6175/5455</w:t>
        <w:br/>
        <w:t>f 14977/6713/5410 14976/6712/5453 14440/6175/5455</w:t>
        <w:br/>
        <w:t>f 14979/6714/5453 14978/6715/5410 14441/6178/5458</w:t>
        <w:br/>
        <w:t>f 14442/6177/5457 14979/6714/5453 14441/6178/5458</w:t>
        <w:br/>
        <w:t>f 14389/6127/5416 14980/6716/5915 14391/6125/5414</w:t>
        <w:br/>
        <w:t>f 14432/6170/5453 14390/6126/5916 14434/6168/5451</w:t>
        <w:br/>
        <w:t>f 14367/6104/5394 14853/6588/5816 14334/6067/5358</w:t>
        <w:br/>
        <w:t>f 14329/6066/5357 14367/6104/5394 14334/6067/5358</w:t>
        <w:br/>
        <w:t>f 14329/6066/5357 14334/6067/5358 14331/6070/5361</w:t>
        <w:br/>
        <w:t>f 14327/6064/5355 14329/6066/5357 14331/6070/5361</w:t>
        <w:br/>
        <w:t>f 14851/6586/5814 14328/6063/5354 14327/6064/5355</w:t>
        <w:br/>
        <w:t>f 14331/6070/5361 14851/6586/5814 14327/6064/5355</w:t>
        <w:br/>
        <w:t>f 14814/6549/5781 14328/6063/5354 14851/6586/5814</w:t>
        <w:br/>
        <w:t>f 14173/5908/5209 14814/6549/5781 14851/6586/5814</w:t>
        <w:br/>
        <w:t>f 14173/5908/5209 14174/5907/5208 14906/6643/5864</w:t>
        <w:br/>
        <w:t>f 14814/6549/5781 14173/5908/5209 14906/6643/5864</w:t>
        <w:br/>
        <w:t>f 14906/6643/5864 14174/5907/5208 14158/5893/5195</w:t>
        <w:br/>
        <w:t>f 14154/5890/5192 14906/6643/5864 14158/5893/5195</w:t>
        <w:br/>
        <w:t>f 14154/5890/5192 14158/5893/5195 14146/5885/5187</w:t>
        <w:br/>
        <w:t>f 14145/5880/5182 14154/5890/5192 14146/5885/5187</w:t>
        <w:br/>
        <w:t>f 14146/5885/5187 14147/5884/5186 14144/5881/5183</w:t>
        <w:br/>
        <w:t>f 14145/5880/5182 14146/5885/5187 14144/5881/5183</w:t>
        <w:br/>
        <w:t>f 14853/6588/5816 14367/6104/5394 14368/6103/5393</w:t>
        <w:br/>
        <w:t>f 14285/6020/5314 14367/6104/5394 14284/6021/5315</w:t>
        <w:br/>
        <w:t>f 14161/5897/5198 14140/5875/5177 14159/5895/5197</w:t>
        <w:br/>
        <w:t>f 14853/6588/5816 14368/6103/5393 14831/6567/5796</w:t>
        <w:br/>
        <w:t>f 14852/6589/5817 14853/6588/5816 14831/6567/5796</w:t>
        <w:br/>
        <w:t>f 14982/6717/5917 14981/6718/5918 14148/5883/5185</w:t>
        <w:br/>
        <w:t>f 14149/5882/5184 14982/6717/5917 14148/5883/5185</w:t>
        <w:br/>
        <w:t>f 14149/5882/5184 14157/5894/5196 14983/6719/5919</w:t>
        <w:br/>
        <w:t>f 14982/6717/5917 14149/5882/5184 14983/6719/5919</w:t>
        <w:br/>
        <w:t>f 14157/5894/5196 14171/5910/5211 14984/6720/5920</w:t>
        <w:br/>
        <w:t>f 14983/6719/5919 14157/5894/5196 14984/6720/5920</w:t>
        <w:br/>
        <w:t>f 14171/5910/5211 14172/5909/5210 14985/6721/5921</w:t>
        <w:br/>
        <w:t>f 14984/6720/5920 14171/5910/5211 14985/6721/5921</w:t>
        <w:br/>
        <w:t>f 14172/5909/5210 14850/6587/5815 14986/6722/5922</w:t>
        <w:br/>
        <w:t>f 14985/6721/5921 14172/5909/5210 14986/6722/5922</w:t>
        <w:br/>
        <w:t>f 14850/6587/5815 14332/6069/5360 14987/6723/5923</w:t>
        <w:br/>
        <w:t>f 14986/6722/5922 14850/6587/5815 14987/6723/5923</w:t>
        <w:br/>
        <w:t>f 14332/6069/5360 14333/6068/5359 14988/6724/5924</w:t>
        <w:br/>
        <w:t>f 14987/6723/5923 14332/6069/5360 14988/6724/5924</w:t>
        <w:br/>
        <w:t>f 14852/6589/5817 14235/5971/5268 14988/6724/5924</w:t>
        <w:br/>
        <w:t>f 14333/6068/5359 14852/6589/5817 14988/6724/5924</w:t>
        <w:br/>
        <w:t>f 14164/5900/5201 14981/6718/5918 14982/6717/5917</w:t>
        <w:br/>
        <w:t>f 14163/5898/5199 14164/5900/5201 14982/6717/5917</w:t>
        <w:br/>
        <w:t>f 14982/6717/5917 14983/6719/5919 14162/5899/5200</w:t>
        <w:br/>
        <w:t>f 14163/5898/5199 14982/6717/5917 14162/5899/5200</w:t>
        <w:br/>
        <w:t>f 14912/6648/5868 14162/5899/5200 14983/6719/5919</w:t>
        <w:br/>
        <w:t>f 14984/6720/5920 14912/6648/5868 14983/6719/5919</w:t>
        <w:br/>
        <w:t>f 14984/6720/5920 14985/6721/5921 14816/6551/5783</w:t>
        <w:br/>
        <w:t>f 14912/6648/5868 14984/6720/5920 14816/6551/5783</w:t>
        <w:br/>
        <w:t>f 14985/6721/5921 14986/6722/5922 14815/6552/5784</w:t>
        <w:br/>
        <w:t>f 14816/6551/5783 14985/6721/5921 14815/6552/5784</w:t>
        <w:br/>
        <w:t>f 14986/6722/5922 14987/6723/5923 14911/6647/5867</w:t>
        <w:br/>
        <w:t>f 14815/6552/5784 14986/6722/5922 14911/6647/5867</w:t>
        <w:br/>
        <w:t>f 14988/6724/5924 14820/6556/5788 14911/6647/5867</w:t>
        <w:br/>
        <w:t>f 14987/6723/5923 14988/6724/5924 14911/6647/5867</w:t>
        <w:br/>
        <w:t>f 14235/5971/5268 14819/6553/5785 14820/6556/5788</w:t>
        <w:br/>
        <w:t>f 14988/6724/5924 14235/5971/5268 14820/6556/5788</w:t>
        <w:br/>
        <w:t>f 14236/5970/5267 14819/6553/5785 14235/5971/5268</w:t>
        <w:br/>
        <w:t>f 14989/6725/5925 14155/5892/5194 14355/6090/5380</w:t>
        <w:br/>
        <w:t>f 14908/6645/5866 14989/6725/5925 14355/6090/5380</w:t>
        <w:br/>
        <w:t>f 14155/5892/5194 14989/6725/5925 14990/6726/5926</w:t>
        <w:br/>
        <w:t>f 14132/5867/5170 14155/5892/5194 14990/6726/5926</w:t>
        <w:br/>
        <w:t>f 14991/6727/5927 14131/5868/5171 14132/5867/5170</w:t>
        <w:br/>
        <w:t>f 14990/6726/5926 14991/6727/5927 14132/5867/5170</w:t>
        <w:br/>
        <w:t>f 14990/6726/5926 14137/5870/5173 14134/5873/5176</w:t>
        <w:br/>
        <w:t>f 14991/6727/5927 14990/6726/5926 14134/5873/5176</w:t>
        <w:br/>
        <w:t>f 14989/6725/5925 14151/5886/5188 14137/5870/5173</w:t>
        <w:br/>
        <w:t>f 14990/6726/5926 14989/6725/5925 14137/5870/5173</w:t>
        <w:br/>
        <w:t>f 14908/6645/5866 14909/6644/5865 14151/5886/5188</w:t>
        <w:br/>
        <w:t>f 14989/6725/5925 14908/6645/5866 14151/5886/5188</w:t>
        <w:br/>
        <w:t>f 14355/6090/5380 14844/6581/5810 14908/6645/5866</w:t>
        <w:br/>
        <w:t>f 14352/6088/5378 14844/6581/5810 14355/6090/5380</w:t>
        <w:br/>
        <w:t>f 14910/6646/5861 14909/6644/5865 14845/6580/5809</w:t>
        <w:br/>
        <w:t>f 14845/6580/5809 14909/6644/5865 14844/6581/5810</w:t>
        <w:br/>
        <w:t>f 14913/6649/5869 14345/6081/5372 14211/5947/5247</w:t>
        <w:br/>
        <w:t>f 14211/5947/5247 14818/6554/5786 14913/6649/5869</w:t>
        <w:br/>
        <w:t>f 14236/5970/5267 14837/6573/5802 14819/6553/5785</w:t>
        <w:br/>
        <w:t>f 14236/5970/5267 14836/6574/5803 14837/6573/5802</w:t>
        <w:br/>
        <w:t>f 14439/6176/5456 14429/6166/5449 14430/6165/5448</w:t>
        <w:br/>
        <w:t>f 14435/6174/5442 14436/6173/5423 14442/6177/5457</w:t>
        <w:br/>
        <w:t>f 14799/6535/5772 14857/6593/5726 14798/6536/5773</w:t>
        <w:br/>
        <w:t>f 14806/6542/5778 14801/6537/5769 14791/6527/5764</w:t>
        <w:br/>
        <w:t>f 14796/6532/5769 14964/6700/5778 14805/6540/5776</w:t>
        <w:br/>
        <w:t>f 14803/6538/5774 14967/6703/5928 14802/6539/5775</w:t>
        <w:br/>
        <w:t>f 14731/6468/5708 14724/6461/5702 14725/6460/5697</w:t>
        <w:br/>
        <w:t>f 14730/6464/5704 14728/6466/5706 14950/6685/5702</w:t>
        <w:br/>
        <w:t>f 14726/6463/5701 14728/6466/5706 14674/6412/5661</w:t>
        <w:br/>
        <w:t>f 14722/6459/5696 14723/6458/5701 14854/6591/5703</w:t>
        <w:br/>
        <w:t>f 14629/6367/5622 14943/6680/5891 14631/6365/5614</w:t>
        <w:br/>
        <w:t>f 14571/6309/5572 14947/6683/5893 14634/6372/5929</w:t>
        <w:br/>
        <w:t>f 14642/6379/5633 14632/6369/5623 14633/6368/5615</w:t>
        <w:br/>
        <w:t>f 14938/6675/5623 14948/6684/5633 14637/6374/5627</w:t>
        <w:br/>
        <w:t>f 14529/6265/5528 14541/6277/5538 14475/6209/5488</w:t>
        <w:br/>
        <w:t>f 14542/6279/5545 14531/6267/5537 14532/6266/5529</w:t>
        <w:br/>
        <w:t>f 14970/6705/5909 14433/6169/5930 14413/6148/5434</w:t>
        <w:br/>
        <w:t>f 14399/6135/5422 14992/6728/5931 14398/6136/5423</w:t>
        <w:br/>
        <w:t>f 14996/6729/5932 14995/6730/5933 14994/6731/5934</w:t>
        <w:br/>
        <w:t>f 14993/6732/5935 14996/6729/5932 14994/6731/5934</w:t>
        <w:br/>
        <w:t>f 15000/6733/5936 14999/6734/5937 14998/6735/5938</w:t>
        <w:br/>
        <w:t>f 14997/6736/5939 15000/6733/5936 14998/6735/5938</w:t>
        <w:br/>
        <w:t>f 15004/6737/5939 15003/6738/5940 15002/6739/5941</w:t>
        <w:br/>
        <w:t>f 15001/6740/5942 15004/6737/5939 15002/6739/5941</w:t>
        <w:br/>
        <w:t>f 15006/6741/5943 15001/6740/5942 15002/6739/5941</w:t>
        <w:br/>
        <w:t>f 15005/6742/5944 15006/6741/5943 15002/6739/5941</w:t>
        <w:br/>
        <w:t>f 15008/6743/5945 15006/6741/5943 15005/6742/5944</w:t>
        <w:br/>
        <w:t>f 15007/6744/5946 15008/6743/5945 15005/6742/5944</w:t>
        <w:br/>
        <w:t>f 15012/6745/5947 15011/6746/5948 15010/6747/5949</w:t>
        <w:br/>
        <w:t>f 15009/6748/5950 15012/6745/5947 15010/6747/5949</w:t>
        <w:br/>
        <w:t>f 15014/6749/5951 15000/6733/5936 14997/6736/5939</w:t>
        <w:br/>
        <w:t>f 15013/6750/5952 15014/6749/5951 14997/6736/5939</w:t>
        <w:br/>
        <w:t>f 15016/6751/5953 15015/6752/5954 15006/6741/5943</w:t>
        <w:br/>
        <w:t>f 15016/6751/5953 15006/6741/5943 15008/6743/5945</w:t>
        <w:br/>
        <w:t>f 15017/6753/5955 15016/6751/5953 15008/6743/5945</w:t>
        <w:br/>
        <w:t>f 15019/6754/5956 14996/6729/5932 14993/6732/5935</w:t>
        <w:br/>
        <w:t>f 15018/6755/5957 15019/6754/5956 14993/6732/5935</w:t>
        <w:br/>
        <w:t>f 15011/6746/5948 15012/6745/5947 15021/6756/5958</w:t>
        <w:br/>
        <w:t>f 15020/6757/5959 15011/6746/5948 15021/6756/5958</w:t>
        <w:br/>
        <w:t>f 15004/6737/5939 15001/6740/5942 15022/6758/5960</w:t>
        <w:br/>
        <w:t>f 15023/6759/5952 15004/6737/5939 15022/6758/5960</w:t>
        <w:br/>
        <w:t>f 15015/6752/5954 15024/6760/5961 15001/6740/5942</w:t>
        <w:br/>
        <w:t>f 15006/6741/5943 15015/6752/5954 15001/6740/5942</w:t>
        <w:br/>
        <w:t>f 14996/6729/5932 15019/6754/5956 15026/6761/5962</w:t>
        <w:br/>
        <w:t>f 15025/6762/5963 14996/6729/5932 15026/6761/5962</w:t>
        <w:br/>
        <w:t>f 15025/6762/5963 15027/6763/5964 14995/6730/5933</w:t>
        <w:br/>
        <w:t>f 14996/6729/5932 15025/6762/5963 14995/6730/5933</w:t>
        <w:br/>
        <w:t>f 15031/6764/5965 15030/6765/5966 15029/6766/5967</w:t>
        <w:br/>
        <w:t>f 15028/6767/5968 15031/6764/5965 15029/6766/5967</w:t>
        <w:br/>
        <w:t>f 15033/6768/5969 15029/6766/5967 15030/6765/5966</w:t>
        <w:br/>
        <w:t>f 15032/6769/5970 15033/6768/5969 15030/6765/5966</w:t>
        <w:br/>
        <w:t>f 15037/6770/5971 15036/6771/5972 15035/6772/5973</w:t>
        <w:br/>
        <w:t>f 15034/6773/5974 15037/6770/5971 15035/6772/5973</w:t>
        <w:br/>
        <w:t>f 15041/6774/5975 15040/6775/5976 15039/6776/5977</w:t>
        <w:br/>
        <w:t>f 15038/6777/5978 15041/6774/5975 15039/6776/5977</w:t>
        <w:br/>
        <w:t>f 15045/6778/5979 15044/6779/5980 15043/6780/5981</w:t>
        <w:br/>
        <w:t>f 15042/6781/5982 15045/6778/5979 15043/6780/5981</w:t>
        <w:br/>
        <w:t>f 15047/6782/5978 15045/6778/5979 15042/6781/5982</w:t>
        <w:br/>
        <w:t>f 15046/6783/5975 15047/6782/5978 15042/6781/5982</w:t>
        <w:br/>
        <w:t>f 15039/6776/5977 15049/6784/5983 15048/6785/5984</w:t>
        <w:br/>
        <w:t>f 15038/6777/5978 15039/6776/5977 15048/6785/5984</w:t>
        <w:br/>
        <w:t>f 15053/6786/5985 15052/6787/5986 15051/6788/5987</w:t>
        <w:br/>
        <w:t>f 15050/6789/5988 15053/6786/5985 15051/6788/5987</w:t>
        <w:br/>
        <w:t>f 15056/6790/5989 15055/6791/5990 15050/6789/5988</w:t>
        <w:br/>
        <w:t>f 15054/6792/5991 15056/6790/5989 15050/6789/5988</w:t>
        <w:br/>
        <w:t>f 15059/6793/5991 15058/6794/5992 15057/6795/5993</w:t>
        <w:br/>
        <w:t>f 15063/6796/5994 15062/6797/5995 15061/6798/5996</w:t>
        <w:br/>
        <w:t>f 15060/6799/5997 15063/6796/5994 15061/6798/5996</w:t>
        <w:br/>
        <w:t>f 15062/6797/5995 15065/6800/5998 15064/6801/5999</w:t>
        <w:br/>
        <w:t>f 15061/6798/5996 15062/6797/5995 15064/6801/5999</w:t>
        <w:br/>
        <w:t>f 15048/6785/5984 15049/6784/5983 15067/6802/6000</w:t>
        <w:br/>
        <w:t>f 15066/6803/6001 15048/6785/5984 15067/6802/6000</w:t>
        <w:br/>
        <w:t>f 15070/6804/6002 15069/6805/6003 15068/6806/6004</w:t>
        <w:br/>
        <w:t>f 15072/6807/6005 15071/6808/6006 15070/6804/6007</w:t>
        <w:br/>
        <w:t>f 15075/6809/6008 15074/6810/6009 15073/6811/6010</w:t>
        <w:br/>
        <w:t>f 15078/6812/6011 15077/6813/6012 15076/6814/6013</w:t>
        <w:br/>
        <w:t>f 15067/6802/6000 15078/6812/6011 15076/6814/6013</w:t>
        <w:br/>
        <w:t>f 15082/6815/6014 15081/6816/6015 15080/6817/6016</w:t>
        <w:br/>
        <w:t>f 15079/6818/6017 15082/6815/6014 15080/6817/6016</w:t>
        <w:br/>
        <w:t>f 15086/6819/6018 15085/6820/6019 15084/6821/6014</w:t>
        <w:br/>
        <w:t>f 15083/6822/6017 15086/6819/6018 15084/6821/6014</w:t>
        <w:br/>
        <w:t>f 15081/6816/6015 15088/6823/6020 15087/6824/6021</w:t>
        <w:br/>
        <w:t>f 15080/6817/6016 15081/6816/6015 15087/6824/6021</w:t>
        <w:br/>
        <w:t>f 15090/6825/6022 15089/6826/6023 15085/6820/6019</w:t>
        <w:br/>
        <w:t>f 15086/6819/6018 15090/6825/6022 15085/6820/6019</w:t>
        <w:br/>
        <w:t>f 15093/6827/6024 15092/6828/6025 15091/6829/6026</w:t>
        <w:br/>
        <w:t>f 15081/6816/6015 15091/6829/6026 15092/6828/6025</w:t>
        <w:br/>
        <w:t>f 15094/6830/6027 15081/6816/6015 15092/6828/6025</w:t>
        <w:br/>
        <w:t>f 15096/6831/6028 15055/6791/5990 15056/6790/5989</w:t>
        <w:br/>
        <w:t>f 15095/6832/6029 15096/6831/6028 15056/6790/5989</w:t>
        <w:br/>
        <w:t>f 15099/6833/6030 15098/6834/6031 15097/6835/6032</w:t>
        <w:br/>
        <w:t>f 15103/6836/6033 15102/6837/6034 15101/6838/6035</w:t>
        <w:br/>
        <w:t>f 15100/6839/6036 15103/6836/6033 15101/6838/6035</w:t>
        <w:br/>
        <w:t>f 15107/6840/6037 15106/6841/6036 15105/6842/6035</w:t>
        <w:br/>
        <w:t>f 15104/6843/6038 15107/6840/6037 15105/6842/6035</w:t>
        <w:br/>
        <w:t>f 15102/6837/6034 15103/6836/6033 15087/6824/6021</w:t>
        <w:br/>
        <w:t>f 15088/6823/6020 15102/6837/6034 15087/6824/6021</w:t>
        <w:br/>
        <w:t>f 15090/6825/6022 15107/6840/6037 15104/6843/6038</w:t>
        <w:br/>
        <w:t>f 15089/6826/6023 15090/6825/6022 15104/6843/6038</w:t>
        <w:br/>
        <w:t>f 15111/6844/6039 15110/6845/6040 15109/6846/6041</w:t>
        <w:br/>
        <w:t>f 15108/6847/6042 15111/6844/6039 15109/6846/6041</w:t>
        <w:br/>
        <w:t>f 15114/6848/6043 15113/6849/6044 15112/6850/6045</w:t>
        <w:br/>
        <w:t>f 15118/6851/6046 15117/6852/6047 15116/6853/6048</w:t>
        <w:br/>
        <w:t>f 15115/6854/6049 15118/6851/6046 15116/6853/6048</w:t>
        <w:br/>
        <w:t>f 15122/6855/6048 15121/6856/6050 15120/6857/6051</w:t>
        <w:br/>
        <w:t>f 15119/6858/6049 15122/6855/6048 15120/6857/6051</w:t>
        <w:br/>
        <w:t>f 15121/6856/6050 15124/6859/6052 15123/6860/6053</w:t>
        <w:br/>
        <w:t>f 15120/6857/6051 15121/6856/6050 15123/6860/6053</w:t>
        <w:br/>
        <w:t>f 15126/6861/6054 15125/6862/6055 15117/6852/6047</w:t>
        <w:br/>
        <w:t>f 15118/6851/6046 15126/6861/6054 15117/6852/6047</w:t>
        <w:br/>
        <w:t>f 15129/6863/6056 15128/6864/6057 15127/6865/6058</w:t>
        <w:br/>
        <w:t>f 15109/6846/6041 15131/6866/6059 15130/6867/6060</w:t>
        <w:br/>
        <w:t>f 15108/6847/6042 15109/6846/6041 15130/6867/6060</w:t>
        <w:br/>
        <w:t>f 15112/6850/6045 15133/6868/6061 15132/6869/6062</w:t>
        <w:br/>
        <w:t>f 15137/6870/6063 15136/6871/6064 15135/6872/6065</w:t>
        <w:br/>
        <w:t>f 15134/6873/6066 15137/6870/6063 15135/6872/6065</w:t>
        <w:br/>
        <w:t>f 15141/6874/6067 15140/6875/6068 15139/6876/6069</w:t>
        <w:br/>
        <w:t>f 15138/6877/6070 15141/6874/6067 15139/6876/6069</w:t>
        <w:br/>
        <w:t>f 15143/6878/6071 15139/6876/6069 15140/6875/6068</w:t>
        <w:br/>
        <w:t>f 15142/6879/6072 15143/6878/6071 15140/6875/6068</w:t>
        <w:br/>
        <w:t>f 15124/6859/6052 15143/6878/6071 15142/6879/6072</w:t>
        <w:br/>
        <w:t>f 15123/6860/6053 15124/6859/6052 15142/6879/6072</w:t>
        <w:br/>
        <w:t>f 15138/6877/6070 15125/6862/6055 15126/6861/6054</w:t>
        <w:br/>
        <w:t>f 15141/6874/6067 15138/6877/6070 15126/6861/6054</w:t>
        <w:br/>
        <w:t>f 15143/6878/6071 15124/6859/6052 15145/6880/6073</w:t>
        <w:br/>
        <w:t>f 15144/6881/6074 15143/6878/6071 15145/6880/6073</w:t>
        <w:br/>
        <w:t>f 15149/6882/6075 15148/6883/6076 15147/6884/6077</w:t>
        <w:br/>
        <w:t>f 15146/6885/6078 15149/6882/6075 15147/6884/6077</w:t>
        <w:br/>
        <w:t>f 15153/6886/6079 15152/6887/6080 15151/6888/6081</w:t>
        <w:br/>
        <w:t>f 15150/6889/6082 15153/6886/6079 15151/6888/6081</w:t>
        <w:br/>
        <w:t>f 15150/6889/6082 15151/6888/6081 15155/6890/6083</w:t>
        <w:br/>
        <w:t>f 15154/6891/6084 15150/6889/6082 15155/6890/6083</w:t>
        <w:br/>
        <w:t>f 15159/6892/6085 15158/6893/6086 15157/6894/6087</w:t>
        <w:br/>
        <w:t>f 15156/6895/6088 15159/6892/6085 15157/6894/6087</w:t>
        <w:br/>
        <w:t>f 15163/6896/6089 15162/6897/6090 15161/6898/6091</w:t>
        <w:br/>
        <w:t>f 15160/6899/6092 15163/6896/6089 15161/6898/6091</w:t>
        <w:br/>
        <w:t>f 15166/6900/6093 15165/6901/6094 15164/6902/6095</w:t>
        <w:br/>
        <w:t>f 15168/6903/6091 15164/6902/6095 15167/6904/6096</w:t>
        <w:br/>
        <w:t>f 15162/6897/6090 15154/6891/6084 15155/6890/6083</w:t>
        <w:br/>
        <w:t>f 15166/6900/6093 15164/6902/6095 15169/6905/6097</w:t>
        <w:br/>
        <w:t>f 15172/6906/6098 15171/6907/6099 15170/6908/6100</w:t>
        <w:br/>
        <w:t>f 15176/6909/6101 15175/6910/6102 15174/6911/6103</w:t>
        <w:br/>
        <w:t>f 15173/6912/6104 15176/6909/6101 15174/6911/6103</w:t>
        <w:br/>
        <w:t>f 15173/6912/6104 15178/6913/6105 15177/6914/6106</w:t>
        <w:br/>
        <w:t>f 15176/6909/6101 15173/6912/6104 15177/6914/6106</w:t>
        <w:br/>
        <w:t>f 15182/6915/6107 15181/6916/6106 15180/6917/6105</w:t>
        <w:br/>
        <w:t>f 15179/6918/6108 15182/6915/6107 15180/6917/6105</w:t>
        <w:br/>
        <w:t>f 15148/6883/6076 15133/6868/6061 15183/6919/6109</w:t>
        <w:br/>
        <w:t>f 15187/6920/6110 15186/6921/6111 15185/6922/6112</w:t>
        <w:br/>
        <w:t>f 15184/6923/6113 15187/6920/6110 15185/6922/6112</w:t>
        <w:br/>
        <w:t>f 15187/6920/6110 15184/6923/6113 15189/6924/6114</w:t>
        <w:br/>
        <w:t>f 15188/6925/6115 15187/6920/6110 15189/6924/6114</w:t>
        <w:br/>
        <w:t>f 15191/6926/6116 15190/6927/6117 15188/6925/6115</w:t>
        <w:br/>
        <w:t>f 15189/6924/6114 15191/6926/6116 15188/6925/6115</w:t>
        <w:br/>
        <w:t>f 15193/6928/6118 15188/6925/6115 15190/6927/6117</w:t>
        <w:br/>
        <w:t>f 15192/6929/6119 15193/6928/6118 15190/6927/6117</w:t>
        <w:br/>
        <w:t>f 15197/6930/6120 15196/6931/6121 15195/6932/6122</w:t>
        <w:br/>
        <w:t>f 15194/6933/6123 15197/6930/6120 15195/6932/6122</w:t>
        <w:br/>
        <w:t>f 15198/6934/6124 15187/6920/6110 15188/6925/6115</w:t>
        <w:br/>
        <w:t>f 15193/6928/6118 15198/6934/6124 15188/6925/6115</w:t>
        <w:br/>
        <w:t>f 15199/6935/6125 15155/6890/6083 15151/6888/6081</w:t>
        <w:br/>
        <w:t>f 15032/6769/5970 15199/6935/6125 15151/6888/6081</w:t>
        <w:br/>
        <w:t>f 15032/6769/5970 15151/6888/6081 15152/6887/6080</w:t>
        <w:br/>
        <w:t>f 15033/6768/5969 15032/6769/5970 15152/6887/6080</w:t>
        <w:br/>
        <w:t>f 15155/6890/6083 15199/6935/6125 15200/6936/6126</w:t>
        <w:br/>
        <w:t>f 15162/6897/6090 15155/6890/6083 15200/6936/6126</w:t>
        <w:br/>
        <w:t>f 15158/6893/6086 15202/6937/6127 15201/6938/6128</w:t>
        <w:br/>
        <w:t>f 15157/6894/6087 15158/6893/6086 15201/6938/6128</w:t>
        <w:br/>
        <w:t>f 15206/6939/6129 15205/6940/6130 15204/6941/6131</w:t>
        <w:br/>
        <w:t>f 15203/6942/6132 15206/6939/6129 15204/6941/6131</w:t>
        <w:br/>
        <w:t>f 15030/6765/5966 15031/6764/5965 15185/6922/6112</w:t>
        <w:br/>
        <w:t>f 15186/6921/6111 15030/6765/5966 15185/6922/6112</w:t>
        <w:br/>
        <w:t>f 15182/6915/6107 15170/6908/6100 15063/6796/5994</w:t>
        <w:br/>
        <w:t>f 15060/6799/5997 15182/6915/6107 15063/6796/5994</w:t>
        <w:br/>
        <w:t>f 15171/6907/6099 15172/6906/6098 15207/6943/6133</w:t>
        <w:br/>
        <w:t>f 15049/6784/5983 15078/6812/6011 15067/6802/6000</w:t>
        <w:br/>
        <w:t>f 15039/6776/5977 15208/6944/6134 15049/6784/5983</w:t>
        <w:br/>
        <w:t>f 15055/6791/5990 15209/6945/6135 15099/6833/6030</w:t>
        <w:br/>
        <w:t>f 15108/6847/6042 15210/6946/6136 15111/6844/6039</w:t>
        <w:br/>
        <w:t>f 15173/6912/6104 15164/6902/6095 15211/6947/6137</w:t>
        <w:br/>
        <w:t>f 15178/6913/6105 15173/6912/6104 15211/6947/6137</w:t>
        <w:br/>
        <w:t>f 15199/6935/6125 15032/6769/5970 15030/6765/5966</w:t>
        <w:br/>
        <w:t>f 15186/6921/6111 15199/6935/6125 15030/6765/5966</w:t>
        <w:br/>
        <w:t>f 15212/6948/6138 15176/6909/6101 15177/6914/6106</w:t>
        <w:br/>
        <w:t>f 15060/6799/5997 15213/6949/6138 15181/6916/6106</w:t>
        <w:br/>
        <w:t>f 15182/6915/6107 15060/6799/5997 15181/6916/6106</w:t>
        <w:br/>
        <w:t>f 15216/6950/6139 15215/6951/6140 15214/6952/6141</w:t>
        <w:br/>
        <w:t>f 15214/6952/6141 15218/6953/6142 15217/6954/6143</w:t>
        <w:br/>
        <w:t>f 15220/6955/6144 15201/6938/6128 15202/6937/6127</w:t>
        <w:br/>
        <w:t>f 15219/6956/6145 15220/6955/6144 15202/6937/6127</w:t>
        <w:br/>
        <w:t>f 15224/6957/6146 15223/6958/6147 15222/6959/6148</w:t>
        <w:br/>
        <w:t>f 15221/6960/6149 15224/6957/6146 15222/6959/6148</w:t>
        <w:br/>
        <w:t>f 15212/6948/6138 15225/6961/6150 15175/6910/6102</w:t>
        <w:br/>
        <w:t>f 15176/6909/6101 15212/6948/6138 15175/6910/6102</w:t>
        <w:br/>
        <w:t>f 15229/6962/6151 15228/6963/6152 15227/6964/6153</w:t>
        <w:br/>
        <w:t>f 15226/6965/6154 15229/6962/6151 15227/6964/6153</w:t>
        <w:br/>
        <w:t>f 15228/6963/6152 15139/6876/6069 15143/6878/6071</w:t>
        <w:br/>
        <w:t>f 15144/6881/6074 15228/6963/6152 15143/6878/6071</w:t>
        <w:br/>
        <w:t>f 15227/6964/6153 15228/6963/6152 15144/6881/6074</w:t>
        <w:br/>
        <w:t>f 15231/6966/6155 15146/6885/6078 15230/6967/6156</w:t>
        <w:br/>
        <w:t>f 15064/6801/5999 15232/6968/6149 15061/6798/5996</w:t>
        <w:br/>
        <w:t>f 15236/6969/6157 15235/6970/6158 15234/6971/6159</w:t>
        <w:br/>
        <w:t>f 15233/6972/6160 15236/6969/6157 15234/6971/6159</w:t>
        <w:br/>
        <w:t>f 15239/6973/6161 15238/6974/6162 15237/6975/6163</w:t>
        <w:br/>
        <w:t>f 15240/6976/6164 15239/6973/6161 15237/6975/6163</w:t>
        <w:br/>
        <w:t>f 15243/6977/6165 15242/6978/6166 15241/6979/6167</w:t>
        <w:br/>
        <w:t>f 15245/6980/6168 15234/6971/6159 15235/6970/6158</w:t>
        <w:br/>
        <w:t>f 15244/6981/6169 15245/6980/6168 15235/6970/6158</w:t>
        <w:br/>
        <w:t>f 15247/6982/6170 15240/6976/6164 15237/6975/6163</w:t>
        <w:br/>
        <w:t>f 15246/6983/6171 15247/6982/6170 15237/6975/6163</w:t>
        <w:br/>
        <w:t>f 15250/6984/6172 15249/6985/6173 15248/6986/6174</w:t>
        <w:br/>
        <w:t>f 15251/6987/6175 15250/6984/6172 15248/6986/6174</w:t>
        <w:br/>
        <w:t>f 15254/6988/6176 15253/6989/6177 15252/6990/6178</w:t>
        <w:br/>
        <w:t>f 15258/6991/6179 15257/6992/6180 15256/6993/6181</w:t>
        <w:br/>
        <w:t>f 15255/6994/6182 15258/6991/6179 15256/6993/6181</w:t>
        <w:br/>
        <w:t>f 15260/6995/6080 15259/6996/6079 15156/6895/6088</w:t>
        <w:br/>
        <w:t>f 15157/6894/6087 15260/6995/6080 15156/6895/6088</w:t>
        <w:br/>
        <w:t>f 15263/6997/6183 15262/6998/6184 15261/6999/6185</w:t>
        <w:br/>
        <w:t>f 15265/7000/6186 15264/7001/6187 15163/6896/6089</w:t>
        <w:br/>
        <w:t>f 15160/6899/6092 15265/7000/6186 15163/6896/6089</w:t>
        <w:br/>
        <w:t>f 15267/7002/6188 15264/7001/6187 15265/7000/6186</w:t>
        <w:br/>
        <w:t>f 15266/7003/6189 15267/7002/6188 15265/7000/6186</w:t>
        <w:br/>
        <w:t>f 15270/7004/6190 15269/7005/6191 15268/7006/6189</w:t>
        <w:br/>
        <w:t>f 15245/6980/6168 15244/6981/6169 15264/7001/6187</w:t>
        <w:br/>
        <w:t>f 15267/7002/6188 15245/6980/6168 15264/7001/6187</w:t>
        <w:br/>
        <w:t>f 15272/7007/6192 15248/6986/6174 15249/6985/6173</w:t>
        <w:br/>
        <w:t>f 15271/7008/6193 15272/7007/6192 15249/6985/6173</w:t>
        <w:br/>
        <w:t>f 15256/6993/6181 15274/7009/6194 15273/7010/6195</w:t>
        <w:br/>
        <w:t>f 15255/6994/6182 15256/6993/6181 15273/7010/6195</w:t>
        <w:br/>
        <w:t>f 15276/7011/6196 15263/6997/6183 15275/7012/6197</w:t>
        <w:br/>
        <w:t>f 15247/6982/6170 15246/6983/6171 15278/7013/6198</w:t>
        <w:br/>
        <w:t>f 15277/7014/6199 15247/6982/6170 15278/7013/6198</w:t>
        <w:br/>
        <w:t>f 15273/7010/6195 15274/7009/6194 15279/7015/6200</w:t>
        <w:br/>
        <w:t>f 15167/6904/6096 15273/7010/6195 15279/7015/6200</w:t>
        <w:br/>
        <w:t>f 15235/6970/6158 15281/7016/6201 15280/7017/6202</w:t>
        <w:br/>
        <w:t>f 15244/6981/6169 15235/6970/6158 15280/7017/6202</w:t>
        <w:br/>
        <w:t>f 15283/7018/6203 15282/7019/6157 15257/6992/6180</w:t>
        <w:br/>
        <w:t>f 15258/6991/6179 15283/7018/6203 15257/6992/6180</w:t>
        <w:br/>
        <w:t>f 15284/7020/6204 15239/6973/6161 15240/6976/6164</w:t>
        <w:br/>
        <w:t>f 15250/6984/6172 15284/7020/6204 15240/6976/6164</w:t>
        <w:br/>
        <w:t>f 15163/6896/6089 15264/7001/6187 15244/6981/6169</w:t>
        <w:br/>
        <w:t>f 15280/7017/6202 15163/6896/6089 15244/6981/6169</w:t>
        <w:br/>
        <w:t>f 15277/7014/6199 15278/7013/6198 15286/7021/6205</w:t>
        <w:br/>
        <w:t>f 15285/7022/6206 15277/7014/6199 15286/7021/6205</w:t>
        <w:br/>
        <w:t>f 15269/7005/6191 15270/7004/6190 15288/7023/6207</w:t>
        <w:br/>
        <w:t>f 15287/7024/6208 15269/7005/6191 15288/7023/6207</w:t>
        <w:br/>
        <w:t>f 15288/7023/6207 15243/6977/6165 15289/7025/6209</w:t>
        <w:br/>
        <w:t>f 15287/7024/6208 15288/7023/6207 15289/7025/6209</w:t>
        <w:br/>
        <w:t>f 15290/7026/6210 15271/7008/6193 15277/7014/6199</w:t>
        <w:br/>
        <w:t>f 15285/7022/6206 15290/7026/6210 15277/7014/6199</w:t>
        <w:br/>
        <w:t>f 15294/7027/6206 15293/7028/6211 15292/7029/6212</w:t>
        <w:br/>
        <w:t>f 15291/7030/6213 15294/7027/6206 15292/7029/6212</w:t>
        <w:br/>
        <w:t>f 15297/7031/6214 15296/7032/6177 15295/7033/6215</w:t>
        <w:br/>
        <w:t>f 15301/7034/6216 15300/7035/6217 15299/7036/6184</w:t>
        <w:br/>
        <w:t>f 15298/7037/6218 15301/7034/6216 15299/7036/6184</w:t>
        <w:br/>
        <w:t>f 15251/6987/6175 15284/7020/6204 15250/6984/6172</w:t>
        <w:br/>
        <w:t>f 15272/7007/6192 15271/7008/6193 15290/7026/6210</w:t>
        <w:br/>
        <w:t>f 15303/7038/6192 15291/7030/6213 15302/7039/6219</w:t>
        <w:br/>
        <w:t>f 15300/7035/6217 15305/7040/6175 15304/7041/6220</w:t>
        <w:br/>
        <w:t>f 15249/6985/6173 15250/6984/6172 15240/6976/6164</w:t>
        <w:br/>
        <w:t>f 15247/6982/6170 15249/6985/6173 15240/6976/6164</w:t>
        <w:br/>
        <w:t>f 15249/6985/6173 15247/6982/6170 15277/7014/6199</w:t>
        <w:br/>
        <w:t>f 15271/7008/6193 15249/6985/6173 15277/7014/6199</w:t>
        <w:br/>
        <w:t>f 15307/7042/6221 15306/7043/6222 15224/6957/6146</w:t>
        <w:br/>
        <w:t>f 15221/6960/6149 15307/7042/6221 15224/6957/6146</w:t>
        <w:br/>
        <w:t>f 15064/6801/5999 15308/7044/6223 15232/6968/6149</w:t>
        <w:br/>
        <w:t>f 15312/7045/6224 15311/7046/6225 15310/7047/6226</w:t>
        <w:br/>
        <w:t>f 15309/7048/6227 15312/7045/6224 15310/7047/6226</w:t>
        <w:br/>
        <w:t>f 15316/7049/6228 15315/7050/6229 15314/7051/6230</w:t>
        <w:br/>
        <w:t>f 15313/7052/6231 15316/7049/6228 15314/7051/6230</w:t>
        <w:br/>
        <w:t>f 15320/7053/6232 15319/7054/6233 15318/7055/6234</w:t>
        <w:br/>
        <w:t>f 15317/7056/6235 15320/7053/6232 15318/7055/6234</w:t>
        <w:br/>
        <w:t>f 15317/7056/6235 15318/7055/6234 15322/7057/6236</w:t>
        <w:br/>
        <w:t>f 15321/7058/6237 15317/7056/6235 15322/7057/6236</w:t>
        <w:br/>
        <w:t>f 15326/7059/6238 15325/7060/6232 15324/7061/6235</w:t>
        <w:br/>
        <w:t>f 15323/7062/6239 15326/7059/6238 15324/7061/6235</w:t>
        <w:br/>
        <w:t>f 15316/7049/6228 15064/6801/5999 15065/6800/5998</w:t>
        <w:br/>
        <w:t>f 15327/7063/6240 15316/7049/6228 15065/6800/5998</w:t>
        <w:br/>
        <w:t>f 15327/7063/6240 15328/7064/6241 15315/7050/6229</w:t>
        <w:br/>
        <w:t>f 15316/7049/6228 15327/7063/6240 15315/7050/6229</w:t>
        <w:br/>
        <w:t>f 15319/7054/6233 15330/7065/6242 15329/7066/6243</w:t>
        <w:br/>
        <w:t>f 15318/7055/6234 15319/7054/6233 15329/7066/6243</w:t>
        <w:br/>
        <w:t>f 15331/7067/6244 15322/7057/6236 15318/7055/6234</w:t>
        <w:br/>
        <w:t>f 15329/7066/6243 15331/7067/6244 15318/7055/6234</w:t>
        <w:br/>
        <w:t>f 15335/7068/6245 15334/7069/6246 15333/7070/6247</w:t>
        <w:br/>
        <w:t>f 15332/7071/6248 15335/7068/6245 15333/7070/6247</w:t>
        <w:br/>
        <w:t>f 15338/7072/6249 15337/7073/6246 15336/7074/6250</w:t>
        <w:br/>
        <w:t>f 15340/7075/6251 15326/7059/6238 15323/7062/6239</w:t>
        <w:br/>
        <w:t>f 15339/7076/6252 15340/7075/6251 15323/7062/6239</w:t>
        <w:br/>
        <w:t>f 15306/7043/6222 15341/7077/6253 15076/6814/6013</w:t>
        <w:br/>
        <w:t>f 15224/6957/6146 15306/7043/6222 15076/6814/6013</w:t>
        <w:br/>
        <w:t>f 15345/7078/6254 15344/7079/6255 15343/7080/6256</w:t>
        <w:br/>
        <w:t>f 15342/7081/6257 15345/7078/6254 15343/7080/6256</w:t>
        <w:br/>
        <w:t>f 15347/7082/6258 15066/6803/6001 15067/6802/6000</w:t>
        <w:br/>
        <w:t>f 15346/7083/6259 15347/7082/6258 15067/6802/6000</w:t>
        <w:br/>
        <w:t>f 15350/7084/6260 15349/7085/6261 15348/7086/6262</w:t>
        <w:br/>
        <w:t>f 15351/7087/6263 15350/7084/6260 15348/7086/6262</w:t>
        <w:br/>
        <w:t>f 15355/7088/6264 15354/7089/6265 15353/7090/6266</w:t>
        <w:br/>
        <w:t>f 15352/7091/6267 15355/7088/6264 15353/7090/6266</w:t>
        <w:br/>
        <w:t>f 15357/7092/6268 15355/7088/6264 15352/7091/6267</w:t>
        <w:br/>
        <w:t>f 15356/7093/6269 15357/7092/6268 15352/7091/6267</w:t>
        <w:br/>
        <w:t>f 15359/7094/6270 15351/7087/6263 15348/7086/6262</w:t>
        <w:br/>
        <w:t>f 15358/7095/6268 15359/7094/6270 15348/7086/6262</w:t>
        <w:br/>
        <w:t>f 15363/7096/6271 15362/7097/6272 15361/7098/6273</w:t>
        <w:br/>
        <w:t>f 15360/7099/6274 15363/7096/6271 15361/7098/6273</w:t>
        <w:br/>
        <w:t>f 15367/7100/6275 15366/7101/6276 15365/7102/6277</w:t>
        <w:br/>
        <w:t>f 15364/7103/6278 15367/7100/6275 15365/7102/6277</w:t>
        <w:br/>
        <w:t>f 15327/7063/6240 15065/6800/5998 15368/7104/6279</w:t>
        <w:br/>
        <w:t>f 15356/7093/6269 15327/7063/6240 15368/7104/6279</w:t>
        <w:br/>
        <w:t>f 15352/7091/6267 15353/7090/6266 15369/7105/6280</w:t>
        <w:br/>
        <w:t>f 15328/7064/6241 15352/7091/6267 15369/7105/6280</w:t>
        <w:br/>
        <w:t>f 15331/7067/6244 15329/7066/6243 15361/7098/6273</w:t>
        <w:br/>
        <w:t>f 15370/7106/6281 15331/7067/6244 15361/7098/6273</w:t>
        <w:br/>
        <w:t>f 15360/7099/6274 15361/7098/6273 15329/7066/6243</w:t>
        <w:br/>
        <w:t>f 15330/7065/6242 15360/7099/6274 15329/7066/6243</w:t>
        <w:br/>
        <w:t>f 15335/7068/6245 15332/7071/6248 15372/7107/6282</w:t>
        <w:br/>
        <w:t>f 15371/7108/6283 15335/7068/6245 15372/7107/6282</w:t>
        <w:br/>
        <w:t>f 15340/7075/6251 15339/7076/6252 15366/7101/6276</w:t>
        <w:br/>
        <w:t>f 15367/7100/6275 15340/7075/6251 15366/7101/6276</w:t>
        <w:br/>
        <w:t>f 15067/6802/6000 15076/6814/6013 15341/7077/6253</w:t>
        <w:br/>
        <w:t>f 15346/7083/6259 15067/6802/6000 15341/7077/6253</w:t>
        <w:br/>
        <w:t>f 15343/7080/6256 15344/7079/6255 15374/7109/6284</w:t>
        <w:br/>
        <w:t>f 15373/7110/6285 15343/7080/6256 15374/7109/6284</w:t>
        <w:br/>
        <w:t>f 15376/7111/6286 15375/7112/6287 15321/7058/6237</w:t>
        <w:br/>
        <w:t>f 15322/7057/6236 15376/7111/6286 15321/7058/6237</w:t>
        <w:br/>
        <w:t>f 15377/7113/6288 15376/7111/6286 15322/7057/6236</w:t>
        <w:br/>
        <w:t>f 15331/7067/6244 15377/7113/6288 15322/7057/6236</w:t>
        <w:br/>
        <w:t>f 15377/7113/6288 15331/7067/6244 15370/7106/6281</w:t>
        <w:br/>
        <w:t>f 15378/7114/6289 15377/7113/6288 15370/7106/6281</w:t>
        <w:br/>
        <w:t>f 15375/7112/6287 15376/7111/6286 15333/7070/6247</w:t>
        <w:br/>
        <w:t>f 15379/7115/6290 15375/7112/6287 15333/7070/6247</w:t>
        <w:br/>
        <w:t>f 15371/7108/6283 15372/7107/6282 15380/7116/6291</w:t>
        <w:br/>
        <w:t>f 15382/7117/6292 15381/7118/6293 15378/7114/6289</w:t>
        <w:br/>
        <w:t>f 15370/7106/6281 15382/7117/6292 15378/7114/6289</w:t>
        <w:br/>
        <w:t>f 15384/7119/6294 15383/7120/6225 15314/7051/6230</w:t>
        <w:br/>
        <w:t>f 15315/7050/6229 15384/7119/6294 15314/7051/6230</w:t>
        <w:br/>
        <w:t>f 15369/7105/6280 15384/7119/6294 15315/7050/6229</w:t>
        <w:br/>
        <w:t>f 15328/7064/6241 15369/7105/6280 15315/7050/6229</w:t>
        <w:br/>
        <w:t>f 15328/7064/6241 15327/7063/6240 15356/7093/6269</w:t>
        <w:br/>
        <w:t>f 15352/7091/6267 15328/7064/6241 15356/7093/6269</w:t>
        <w:br/>
        <w:t>f 15386/7121/6295 15385/7122/6296 15373/7110/6285</w:t>
        <w:br/>
        <w:t>f 15324/7061/6235 15388/7123/6237 15387/7124/6297</w:t>
        <w:br/>
        <w:t>f 15323/7062/6239 15324/7061/6235 15387/7124/6297</w:t>
        <w:br/>
        <w:t>f 15339/7076/6252 15323/7062/6239 15387/7124/6297</w:t>
        <w:br/>
        <w:t>f 15389/7125/6298 15339/7076/6252 15387/7124/6297</w:t>
        <w:br/>
        <w:t>f 15390/7126/6299 15386/7121/6295 15365/7102/6277</w:t>
        <w:br/>
        <w:t>f 15366/7101/6276 15390/7126/6299 15365/7102/6277</w:t>
        <w:br/>
        <w:t>f 15362/7097/6272 15382/7117/6292 15370/7106/6281</w:t>
        <w:br/>
        <w:t>f 15361/7098/6273 15362/7097/6272 15370/7106/6281</w:t>
        <w:br/>
        <w:t>f 15339/7076/6252 15389/7125/6298 15390/7126/6299</w:t>
        <w:br/>
        <w:t>f 15366/7101/6276 15339/7076/6252 15390/7126/6299</w:t>
        <w:br/>
        <w:t>f 15391/7127/6287 15345/7078/6254 15342/7081/6257</w:t>
        <w:br/>
        <w:t>f 15388/7123/6237 15391/7127/6287 15342/7081/6257</w:t>
        <w:br/>
        <w:t>f 15333/7070/6247 15334/7069/6246 15379/7115/6290</w:t>
        <w:br/>
        <w:t>f 15372/7107/6282 15378/7114/6289 15381/7118/6293</w:t>
        <w:br/>
        <w:t>f 15380/7116/6291 15372/7107/6282 15381/7118/6293</w:t>
        <w:br/>
        <w:t>f 15337/7073/6246 15338/7072/6249 15392/7128/6290</w:t>
        <w:br/>
        <w:t>f 15395/7129/6291 15394/7130/6293 15374/7109/6284</w:t>
        <w:br/>
        <w:t>f 15393/7131/6300 15395/7129/6291 15374/7109/6284</w:t>
        <w:br/>
        <w:t>f 15398/7132/6301 15397/7133/6302 15396/7134/6303</w:t>
        <w:br/>
        <w:t>f 15400/7135/6300 15399/7136/6304 15396/7134/6303</w:t>
        <w:br/>
        <w:t>f 15403/7137/6305 15402/7138/6250 15401/7139/6306</w:t>
        <w:br/>
        <w:t>f 15345/7078/6254 15391/7127/6287 15392/7128/6290</w:t>
        <w:br/>
        <w:t>f 15404/7140/6301 15345/7078/6254 15392/7128/6290</w:t>
        <w:br/>
        <w:t>f 15406/7141/6283 15395/7129/6291 15405/7142/6307</w:t>
        <w:br/>
        <w:t>f 15376/7111/6286 15377/7113/6288 15332/7071/6248</w:t>
        <w:br/>
        <w:t>f 15333/7070/6247 15376/7111/6286 15332/7071/6248</w:t>
        <w:br/>
        <w:t>f 15332/7071/6248 15377/7113/6288 15378/7114/6289</w:t>
        <w:br/>
        <w:t>f 15372/7107/6282 15332/7071/6248 15378/7114/6289</w:t>
        <w:br/>
        <w:t>f 15410/7143/6308 15409/7144/6309 15408/7145/6310</w:t>
        <w:br/>
        <w:t>f 15407/7146/6311 15410/7143/6308 15408/7145/6310</w:t>
        <w:br/>
        <w:t>f 15414/7147/6312 15413/7148/6308 15412/7149/6313</w:t>
        <w:br/>
        <w:t>f 15411/7150/6314 15414/7147/6312 15412/7149/6313</w:t>
        <w:br/>
        <w:t>f 15418/7151/6315 15417/7152/6316 15416/7153/6317</w:t>
        <w:br/>
        <w:t>f 15415/7154/6318 15418/7151/6315 15416/7153/6317</w:t>
        <w:br/>
        <w:t>f 15422/7155/6319 15421/7156/6320 15420/7157/6321</w:t>
        <w:br/>
        <w:t>f 15419/7158/6317 15422/7155/6319 15420/7157/6321</w:t>
        <w:br/>
        <w:t>f 15425/7159/6318 15419/7158/6317 15424/7160/6322</w:t>
        <w:br/>
        <w:t>f 15423/7161/6323 15425/7159/6318 15424/7160/6322</w:t>
        <w:br/>
        <w:t>f 15411/7150/6314 15427/7162/6324 15426/7163/6325</w:t>
        <w:br/>
        <w:t>f 15414/7147/6312 15411/7150/6314 15426/7163/6325</w:t>
        <w:br/>
        <w:t>f 15429/7164/6326 15417/7152/6316 15418/7151/6315</w:t>
        <w:br/>
        <w:t>f 15428/7165/6327 15429/7164/6326 15418/7151/6315</w:t>
        <w:br/>
        <w:t>f 15433/7166/6328 15432/7167/6329 15431/7168/6330</w:t>
        <w:br/>
        <w:t>f 15430/7169/6331 15433/7166/6328 15431/7168/6330</w:t>
        <w:br/>
        <w:t>f 15436/7170/6332 15435/7171/6333 15434/7172/6334</w:t>
        <w:br/>
        <w:t>f 15438/7173/6335 15437/7174/6336 15420/7157/6321</w:t>
        <w:br/>
        <w:t>f 15421/7156/6320 15438/7173/6335 15420/7157/6321</w:t>
        <w:br/>
        <w:t>f 15440/7175/6337 15423/7161/6323 15424/7160/6322</w:t>
        <w:br/>
        <w:t>f 15439/7176/6338 15440/7175/6337 15424/7160/6322</w:t>
        <w:br/>
        <w:t>f 15407/7146/6311 15443/7177/6339 15442/7178/6340</w:t>
        <w:br/>
        <w:t>f 15441/7179/6341 15407/7146/6311 15442/7178/6340</w:t>
        <w:br/>
        <w:t>f 15447/7180/6342 15446/7181/6343 15445/7182/6344</w:t>
        <w:br/>
        <w:t>f 15444/7183/6345 15447/7180/6342 15445/7182/6344</w:t>
        <w:br/>
        <w:t>f 15451/7184/6344 15450/7185/6343 15449/7186/6346</w:t>
        <w:br/>
        <w:t>f 15448/7187/6347 15451/7184/6344 15449/7186/6346</w:t>
        <w:br/>
        <w:t>f 15448/7187/6347 15453/7188/6348 15452/7189/6349</w:t>
        <w:br/>
        <w:t>f 15451/7184/6344 15448/7187/6347 15452/7189/6349</w:t>
        <w:br/>
        <w:t>f 15444/7183/6345 15445/7182/6344 15455/7190/6349</w:t>
        <w:br/>
        <w:t>f 15454/7191/6350 15444/7183/6345 15455/7190/6349</w:t>
        <w:br/>
        <w:t>f 15459/7192/6351 15458/7193/6352 15457/7194/6353</w:t>
        <w:br/>
        <w:t>f 15456/7195/6354 15459/7192/6351 15457/7194/6353</w:t>
        <w:br/>
        <w:t>f 15462/7196/6352 15461/7197/6355 15460/7198/6356</w:t>
        <w:br/>
        <w:t>f 15463/7199/6357 15462/7196/6352 15460/7198/6356</w:t>
        <w:br/>
        <w:t>f 15465/7200/6358 15462/7196/6352 15463/7199/6357</w:t>
        <w:br/>
        <w:t>f 15464/7201/6359 15465/7200/6358 15463/7199/6357</w:t>
        <w:br/>
        <w:t>f 15468/7202/6360 15458/7193/6352 15467/7203/6358</w:t>
        <w:br/>
        <w:t>f 15466/7204/6361 15468/7202/6360 15467/7203/6358</w:t>
        <w:br/>
        <w:t>f 15448/7187/6347 15449/7186/6346 15469/7205/6362</w:t>
        <w:br/>
        <w:t>f 15426/7163/6325 15448/7187/6347 15469/7205/6362</w:t>
        <w:br/>
        <w:t>f 15429/7164/6326 15428/7165/6327 15464/7201/6359</w:t>
        <w:br/>
        <w:t>f 15463/7199/6357 15429/7164/6326 15464/7201/6359</w:t>
        <w:br/>
        <w:t>f 15430/7169/6331 15471/7206/6363 15470/7207/6364</w:t>
        <w:br/>
        <w:t>f 15433/7166/6328 15430/7169/6331 15470/7207/6364</w:t>
        <w:br/>
        <w:t>f 15438/7173/6335 15456/7195/6354 15457/7194/6353</w:t>
        <w:br/>
        <w:t>f 15437/7174/6336 15438/7173/6335 15457/7194/6353</w:t>
        <w:br/>
        <w:t>f 15440/7175/6337 15439/7176/6338 15468/7202/6360</w:t>
        <w:br/>
        <w:t>f 15466/7204/6361 15440/7175/6337 15468/7202/6360</w:t>
        <w:br/>
        <w:t>f 15454/7191/6350 15442/7178/6340 15443/7177/6339</w:t>
        <w:br/>
        <w:t>f 15444/7183/6345 15454/7191/6350 15443/7177/6339</w:t>
        <w:br/>
        <w:t>f 15474/7208/6365 15473/7209/6366 15472/7210/6367</w:t>
        <w:br/>
        <w:t>f 15446/7181/6343 15474/7208/6365 15472/7210/6367</w:t>
        <w:br/>
        <w:t>f 15476/7211/6368 15475/7212/6369 15449/7186/6346</w:t>
        <w:br/>
        <w:t>f 15450/7185/6343 15476/7211/6368 15449/7186/6346</w:t>
        <w:br/>
        <w:t>f 15473/7209/6366 15474/7208/6365 15478/7213/6370</w:t>
        <w:br/>
        <w:t>f 15477/7214/6371 15473/7209/6366 15478/7213/6370</w:t>
        <w:br/>
        <w:t>f 15469/7205/6362 15481/7215/6372 15480/7216/6373</w:t>
        <w:br/>
        <w:t>f 15479/7217/6374 15469/7205/6362 15480/7216/6373</w:t>
        <w:br/>
        <w:t>f 15417/7152/6316 15429/7164/6326 15483/7218/6375</w:t>
        <w:br/>
        <w:t>f 15482/7219/6376 15417/7152/6316 15483/7218/6375</w:t>
        <w:br/>
        <w:t>f 15429/7164/6326 15463/7199/6357 15460/7198/6356</w:t>
        <w:br/>
        <w:t>f 15483/7218/6375 15429/7164/6326 15460/7198/6356</w:t>
        <w:br/>
        <w:t>f 15416/7153/6317 15417/7152/6316 15482/7219/6376</w:t>
        <w:br/>
        <w:t>f 15484/7220/6319 15416/7153/6317 15482/7219/6376</w:t>
        <w:br/>
        <w:t>f 15431/7168/6330 15485/7221/6377 15484/7220/6319</w:t>
        <w:br/>
        <w:t>f 15482/7219/6376 15431/7168/6330 15484/7220/6319</w:t>
        <w:br/>
        <w:t>f 15470/7207/6364 15471/7206/6363 15486/7222/6378</w:t>
        <w:br/>
        <w:t>f 15479/7217/6374 15487/7223/6309 15413/7148/6308</w:t>
        <w:br/>
        <w:t>f 15414/7147/6312 15479/7217/6374 15413/7148/6308</w:t>
        <w:br/>
        <w:t>f 15426/7163/6325 15469/7205/6362 15479/7217/6374</w:t>
        <w:br/>
        <w:t>f 15414/7147/6312 15426/7163/6325 15479/7217/6374</w:t>
        <w:br/>
        <w:t>f 15443/7177/6339 15407/7146/6311 15408/7145/6310</w:t>
        <w:br/>
        <w:t>f 15488/7224/6379 15443/7177/6339 15408/7145/6310</w:t>
        <w:br/>
        <w:t>f 15488/7224/6379 15447/7180/6342 15444/7183/6345</w:t>
        <w:br/>
        <w:t>f 15443/7177/6339 15488/7224/6379 15444/7183/6345</w:t>
        <w:br/>
        <w:t>f 15490/7225/6380 15489/7226/6381 15438/7173/6335</w:t>
        <w:br/>
        <w:t>f 15489/7226/6381 15491/7227/6382 15438/7173/6335</w:t>
        <w:br/>
        <w:t>f 15485/7221/6377 15431/7168/6330 15432/7167/6329</w:t>
        <w:br/>
        <w:t>f 15471/7206/6363 15460/7198/6356 15461/7197/6355</w:t>
        <w:br/>
        <w:t>f 15486/7222/6378 15471/7206/6363 15461/7197/6355</w:t>
        <w:br/>
        <w:t>f 15494/7228/6377 15493/7229/6383 15492/7230/6384</w:t>
        <w:br/>
        <w:t>f 15456/7195/6354 15496/7231/6385 15495/7232/6378</w:t>
        <w:br/>
        <w:t>f 15459/7192/6351 15456/7195/6354 15495/7232/6378</w:t>
        <w:br/>
        <w:t>f 15499/7233/6386 15498/7234/6384 15497/7235/6387</w:t>
        <w:br/>
        <w:t>f 15501/7236/6388 15500/7237/6389 15499/7233/6386</w:t>
        <w:br/>
        <w:t>f 15479/7217/6374 15480/7216/6373 15502/7238/6390</w:t>
        <w:br/>
        <w:t>f 15487/7223/6309 15479/7217/6374 15502/7238/6390</w:t>
        <w:br/>
        <w:t>f 15436/7170/6332 15504/7239/6391 15503/7240/6392</w:t>
        <w:br/>
        <w:t>f 15494/7228/6377 15492/7230/6384 15421/7156/6320</w:t>
        <w:br/>
        <w:t>f 15422/7155/6319 15494/7228/6377 15421/7156/6320</w:t>
        <w:br/>
        <w:t>f 15506/7241/6364 15495/7232/6378 15505/7242/6393</w:t>
        <w:br/>
        <w:t>f 15482/7219/6376 15483/7218/6375 15430/7169/6331</w:t>
        <w:br/>
        <w:t>f 15431/7168/6330 15482/7219/6376 15430/7169/6331</w:t>
        <w:br/>
        <w:t>f 15471/7206/6363 15430/7169/6331 15483/7218/6375</w:t>
        <w:br/>
        <w:t>f 15460/7198/6356 15471/7206/6363 15483/7218/6375</w:t>
        <w:br/>
        <w:t>f 15510/7243/6394 15509/7244/6395 15508/7245/6396</w:t>
        <w:br/>
        <w:t>f 15507/7246/6397 15510/7243/6394 15508/7245/6396</w:t>
        <w:br/>
        <w:t>f 15079/6818/6017 15080/6817/6016 15512/7247/6398</w:t>
        <w:br/>
        <w:t>f 15511/7248/6399 15079/6818/6017 15512/7247/6398</w:t>
        <w:br/>
        <w:t>f 15516/7249/6400 15515/7250/6401 15514/7251/6402</w:t>
        <w:br/>
        <w:t>f 15513/7252/6395 15516/7249/6400 15514/7251/6402</w:t>
        <w:br/>
        <w:t>f 15520/7253/6403 15519/7254/6404 15518/7255/6405</w:t>
        <w:br/>
        <w:t>f 15517/7256/6406 15520/7253/6403 15518/7255/6405</w:t>
        <w:br/>
        <w:t>f 15524/7257/6407 15523/7258/6406 15522/7259/6408</w:t>
        <w:br/>
        <w:t>f 15521/7260/6409 15524/7257/6407 15522/7259/6408</w:t>
        <w:br/>
        <w:t>f 15527/7261/6410 15509/7244/6395 15526/7262/6402</w:t>
        <w:br/>
        <w:t>f 15525/7263/6411 15527/7261/6410 15526/7262/6402</w:t>
        <w:br/>
        <w:t>f 15080/6817/6016 15087/6824/6021 15528/7264/6412</w:t>
        <w:br/>
        <w:t>f 15512/7247/6398 15080/6817/6016 15528/7264/6412</w:t>
        <w:br/>
        <w:t>f 15516/7249/6400 15530/7265/6413 15529/7266/6414</w:t>
        <w:br/>
        <w:t>f 15515/7250/6401 15516/7249/6400 15529/7266/6414</w:t>
        <w:br/>
        <w:t>f 15519/7254/6404 15532/7267/6415 15531/7268/6416</w:t>
        <w:br/>
        <w:t>f 15518/7255/6405 15519/7254/6404 15531/7268/6416</w:t>
        <w:br/>
        <w:t>f 15536/7269/6417 15535/7270/6418 15534/7271/6419</w:t>
        <w:br/>
        <w:t>f 15533/7272/6420 15536/7269/6417 15534/7271/6419</w:t>
        <w:br/>
        <w:t>f 15539/7273/6421 15538/7274/6422 15537/7275/6423</w:t>
        <w:br/>
        <w:t>f 15541/7276/6424 15521/7260/6409 15522/7259/6408</w:t>
        <w:br/>
        <w:t>f 15540/7277/6425 15541/7276/6424 15522/7259/6408</w:t>
        <w:br/>
        <w:t>f 15525/7263/6411 15543/7278/6426 15542/7279/6427</w:t>
        <w:br/>
        <w:t>f 15527/7261/6410 15525/7263/6411 15542/7279/6427</w:t>
        <w:br/>
        <w:t>f 15544/7280/6428 15090/6825/6022 15086/6819/6018</w:t>
        <w:br/>
        <w:t>f 15507/7246/6397 15544/7280/6428 15086/6819/6018</w:t>
        <w:br/>
        <w:t>f 15544/7280/6428 15507/7246/6397 15508/7245/6396</w:t>
        <w:br/>
        <w:t>f 15545/7281/6429 15544/7280/6428 15508/7245/6396</w:t>
        <w:br/>
        <w:t>f 15549/7282/6430 15548/7283/6431 15547/7284/6432</w:t>
        <w:br/>
        <w:t>f 15546/7285/6433 15549/7282/6430 15547/7284/6432</w:t>
        <w:br/>
        <w:t>f 15553/7286/6434 15552/7287/6435 15551/7288/6436</w:t>
        <w:br/>
        <w:t>f 15550/7289/6437 15553/7286/6434 15551/7288/6436</w:t>
        <w:br/>
        <w:t>f 15557/7290/6436 15556/7291/6435 15555/7292/6438</w:t>
        <w:br/>
        <w:t>f 15554/7293/6439 15557/7290/6436 15555/7292/6438</w:t>
        <w:br/>
        <w:t>f 15100/6839/6036 15557/7290/6436 15554/7293/6439</w:t>
        <w:br/>
        <w:t>f 15103/6836/6033 15100/6839/6036 15554/7293/6439</w:t>
        <w:br/>
        <w:t>f 15106/6841/6036 15107/6840/6037 15550/7289/6437</w:t>
        <w:br/>
        <w:t>f 15551/7288/6436 15106/6841/6036 15550/7289/6437</w:t>
        <w:br/>
        <w:t>f 15561/7294/6440 15560/7295/6441 15559/7296/6442</w:t>
        <w:br/>
        <w:t>f 15558/7297/6443 15561/7294/6440 15559/7296/6442</w:t>
        <w:br/>
        <w:t>f 15565/7298/6442 15564/7299/6444 15563/7300/6445</w:t>
        <w:br/>
        <w:t>f 15562/7301/6446 15565/7298/6442 15563/7300/6445</w:t>
        <w:br/>
        <w:t>f 15567/7302/6447 15566/7303/6448 15555/7292/6438</w:t>
        <w:br/>
        <w:t>f 15556/7291/6435 15567/7302/6447 15555/7292/6438</w:t>
        <w:br/>
        <w:t>f 15570/7304/6449 15569/7305/6450 15568/7306/6447</w:t>
        <w:br/>
        <w:t>f 15552/7287/6435 15570/7304/6449 15568/7306/6447</w:t>
        <w:br/>
        <w:t>f 15554/7293/6439 15555/7292/6438 15530/7265/6413</w:t>
        <w:br/>
        <w:t>f 15528/7264/6412 15554/7293/6439 15530/7265/6413</w:t>
        <w:br/>
        <w:t>f 15532/7267/6415 15562/7301/6446 15563/7300/6445</w:t>
        <w:br/>
        <w:t>f 15531/7268/6416 15532/7267/6415 15563/7300/6445</w:t>
        <w:br/>
        <w:t>f 15555/7292/6438 15566/7303/6448 15529/7266/6414</w:t>
        <w:br/>
        <w:t>f 15530/7265/6413 15555/7292/6438 15529/7266/6414</w:t>
        <w:br/>
        <w:t>f 15536/7269/6417 15572/7307/6451 15571/7308/6452</w:t>
        <w:br/>
        <w:t>f 15535/7270/6418 15536/7269/6417 15571/7308/6452</w:t>
        <w:br/>
        <w:t>f 15540/7277/6425 15561/7294/6440 15558/7297/6443</w:t>
        <w:br/>
        <w:t>f 15541/7276/6424 15540/7277/6425 15558/7297/6443</w:t>
        <w:br/>
        <w:t>f 15542/7279/6427 15543/7278/6426 15569/7305/6450</w:t>
        <w:br/>
        <w:t>f 15570/7304/6449 15542/7279/6427 15569/7305/6450</w:t>
        <w:br/>
        <w:t>f 15545/7281/6429 15553/7286/6434 15550/7289/6437</w:t>
        <w:br/>
        <w:t>f 15544/7280/6428 15545/7281/6429 15550/7289/6437</w:t>
        <w:br/>
        <w:t>f 15107/6840/6037 15090/6825/6022 15544/7280/6428</w:t>
        <w:br/>
        <w:t>f 15550/7289/6437 15107/6840/6037 15544/7280/6428</w:t>
        <w:br/>
        <w:t>f 15549/7282/6430 15574/7309/6453 15573/7310/6454</w:t>
        <w:br/>
        <w:t>f 15548/7283/6431 15549/7282/6430 15573/7310/6454</w:t>
        <w:br/>
        <w:t>f 15518/7255/6405 15576/7311/6455 15575/7312/6456</w:t>
        <w:br/>
        <w:t>f 15517/7256/6406 15518/7255/6405 15575/7312/6456</w:t>
        <w:br/>
        <w:t>f 15577/7313/6457 15576/7311/6455 15518/7255/6405</w:t>
        <w:br/>
        <w:t>f 15531/7268/6416 15577/7313/6457 15518/7255/6405</w:t>
        <w:br/>
        <w:t>f 15578/7314/6458 15577/7313/6457 15531/7268/6416</w:t>
        <w:br/>
        <w:t>f 15563/7300/6445 15578/7314/6458 15531/7268/6416</w:t>
        <w:br/>
        <w:t>f 15533/7272/6420 15579/7315/6459 15575/7312/6456</w:t>
        <w:br/>
        <w:t>f 15576/7311/6455 15533/7272/6420 15575/7312/6456</w:t>
        <w:br/>
        <w:t>f 15571/7308/6452 15572/7307/6451 15580/7316/6460</w:t>
        <w:br/>
        <w:t>f 15564/7299/6444 15581/7317/6461 15578/7314/6458</w:t>
        <w:br/>
        <w:t>f 15563/7300/6445 15564/7299/6444 15578/7314/6458</w:t>
        <w:br/>
        <w:t>f 15083/6822/6017 15510/7243/6394 15507/7246/6397</w:t>
        <w:br/>
        <w:t>f 15086/6819/6018 15083/6822/6017 15507/7246/6397</w:t>
        <w:br/>
        <w:t>f 15516/7249/6400 15513/7252/6395 15511/7248/6399</w:t>
        <w:br/>
        <w:t>f 15512/7247/6398 15516/7249/6400 15511/7248/6399</w:t>
        <w:br/>
        <w:t>f 15512/7247/6398 15528/7264/6412 15530/7265/6413</w:t>
        <w:br/>
        <w:t>f 15516/7249/6400 15512/7247/6398 15530/7265/6413</w:t>
        <w:br/>
        <w:t>f 15528/7264/6412 15087/6824/6021 15103/6836/6033</w:t>
        <w:br/>
        <w:t>f 15554/7293/6439 15528/7264/6412 15103/6836/6033</w:t>
        <w:br/>
        <w:t>f 15573/7310/6454 15574/7309/6453 15582/7318/6462</w:t>
        <w:br/>
        <w:t>f 15560/7295/6441 15573/7310/6454 15582/7318/6462</w:t>
        <w:br/>
        <w:t>f 15583/7319/6456 15546/7285/6433 15547/7284/6432</w:t>
        <w:br/>
        <w:t>f 15523/7258/6406 15583/7319/6456 15547/7284/6432</w:t>
        <w:br/>
        <w:t>f 15584/7320/6463 15574/7309/6453 15549/7282/6430</w:t>
        <w:br/>
        <w:t>f 15533/7272/6420 15534/7271/6419 15579/7315/6459</w:t>
        <w:br/>
        <w:t>f 15572/7307/6451 15578/7314/6458 15581/7317/6461</w:t>
        <w:br/>
        <w:t>f 15580/7316/6460 15572/7307/6451 15581/7317/6461</w:t>
        <w:br/>
        <w:t>f 15546/7285/6433 15583/7319/6456 15586/7321/6459</w:t>
        <w:br/>
        <w:t>f 15585/7322/6464 15546/7285/6433 15586/7321/6459</w:t>
        <w:br/>
        <w:t>f 15588/7323/6460 15582/7318/6462 15574/7309/6453</w:t>
        <w:br/>
        <w:t>f 15587/7324/6465 15588/7323/6460 15574/7309/6453</w:t>
        <w:br/>
        <w:t>f 15538/7274/6422 15590/7325/6464 15589/7326/6466</w:t>
        <w:br/>
        <w:t>f 15593/7327/6467 15592/7328/6468 15591/7329/6469</w:t>
        <w:br/>
        <w:t>f 15595/7330/6470 15588/7323/6460 15594/7331/6471</w:t>
        <w:br/>
        <w:t>f 15533/7272/6420 15576/7311/6455 15577/7313/6457</w:t>
        <w:br/>
        <w:t>f 15536/7269/6417 15533/7272/6420 15577/7313/6457</w:t>
        <w:br/>
        <w:t>f 15577/7313/6457 15578/7314/6458 15572/7307/6451</w:t>
        <w:br/>
        <w:t>f 15536/7269/6417 15577/7313/6457 15572/7307/6451</w:t>
        <w:br/>
        <w:t>f 15115/6854/6049 15597/7332/6472 15596/7333/6473</w:t>
        <w:br/>
        <w:t>f 15118/6851/6046 15115/6854/6049 15596/7333/6473</w:t>
        <w:br/>
        <w:t>f 15601/7334/6474 15600/7335/6475 15599/7336/6476</w:t>
        <w:br/>
        <w:t>f 15598/7337/6477 15601/7334/6474 15599/7336/6476</w:t>
        <w:br/>
        <w:t>f 15605/7338/6474 15604/7339/6477 15603/7340/6478</w:t>
        <w:br/>
        <w:t>f 15602/7341/6479 15605/7338/6474 15603/7340/6478</w:t>
        <w:br/>
        <w:t>f 15609/7342/6480 15608/7343/6481 15607/7344/6482</w:t>
        <w:br/>
        <w:t>f 15606/7345/6483 15609/7342/6480 15607/7344/6482</w:t>
        <w:br/>
        <w:t>f 15611/7346/6484 15599/7336/6476 15600/7335/6475</w:t>
        <w:br/>
        <w:t>f 15610/7347/6485 15611/7346/6484 15600/7335/6475</w:t>
        <w:br/>
        <w:t>f 15615/7348/6486 15614/7349/6487 15613/7350/6488</w:t>
        <w:br/>
        <w:t>f 15612/7351/6489 15615/7348/6486 15613/7350/6488</w:t>
        <w:br/>
        <w:t>f 15618/7352/6490 15617/7353/6491 15616/7354/6492</w:t>
        <w:br/>
        <w:t>f 15620/7355/6493 15602/7341/6479 15603/7340/6478</w:t>
        <w:br/>
        <w:t>f 15619/7356/6494 15620/7355/6493 15603/7340/6478</w:t>
        <w:br/>
        <w:t>f 15624/7357/6495 15623/7358/6496 15622/7359/6497</w:t>
        <w:br/>
        <w:t>f 15621/7360/6498 15624/7357/6495 15622/7359/6497</w:t>
        <w:br/>
        <w:t>f 15626/7361/6499 15625/7362/6500 15140/6875/6068</w:t>
        <w:br/>
        <w:t>f 15141/6874/6067 15626/7361/6499 15140/6875/6068</w:t>
        <w:br/>
        <w:t>f 15140/6875/6068 15625/7362/6500 15627/7363/6501</w:t>
        <w:br/>
        <w:t>f 15142/6879/6072 15140/6875/6068 15627/7363/6501</w:t>
        <w:br/>
        <w:t>f 15631/7364/6502 15630/7365/6503 15629/7366/6504</w:t>
        <w:br/>
        <w:t>f 15628/7367/6505 15631/7364/6502 15629/7366/6504</w:t>
        <w:br/>
        <w:t>f 15629/7366/6504 15630/7365/6503 15633/7368/6506</w:t>
        <w:br/>
        <w:t>f 15632/7369/6507 15629/7366/6504 15633/7368/6506</w:t>
        <w:br/>
        <w:t>f 15635/7370/6508 15634/7371/6509 15627/7363/6501</w:t>
        <w:br/>
        <w:t>f 15625/7362/6500 15635/7370/6508 15627/7363/6501</w:t>
        <w:br/>
        <w:t>f 15637/7372/6510 15636/7373/6511 15635/7370/6508</w:t>
        <w:br/>
        <w:t>f 15625/7362/6500 15637/7372/6510 15635/7370/6508</w:t>
        <w:br/>
        <w:t>f 15627/7363/6501 15609/7342/6480 15123/6860/6053</w:t>
        <w:br/>
        <w:t>f 15142/6879/6072 15627/7363/6501 15123/6860/6053</w:t>
        <w:br/>
        <w:t>f 15611/7346/6484 15610/7347/6485 15632/7369/6507</w:t>
        <w:br/>
        <w:t>f 15633/7368/6506 15611/7346/6484 15632/7369/6507</w:t>
        <w:br/>
        <w:t>f 15615/7348/6486 15639/7374/6512 15638/7375/6513</w:t>
        <w:br/>
        <w:t>f 15614/7349/6487 15615/7348/6486 15638/7375/6513</w:t>
        <w:br/>
        <w:t>f 15620/7355/6493 15619/7356/6494 15631/7364/6502</w:t>
        <w:br/>
        <w:t>f 15628/7367/6505 15620/7355/6493 15631/7364/6502</w:t>
        <w:br/>
        <w:t>f 15641/7376/6514 15640/7377/6515 15636/7373/6511</w:t>
        <w:br/>
        <w:t>f 15637/7372/6510 15641/7376/6514 15636/7373/6511</w:t>
        <w:br/>
        <w:t>f 15624/7357/6495 15643/7378/6516 15642/7379/6517</w:t>
        <w:br/>
        <w:t>f 15623/7358/6496 15624/7357/6495 15642/7379/6517</w:t>
        <w:br/>
        <w:t>f 15645/7380/6518 15644/7381/6519 15598/7337/6477</w:t>
        <w:br/>
        <w:t>f 15599/7336/6476 15645/7380/6518 15598/7337/6477</w:t>
        <w:br/>
        <w:t>f 15646/7382/6520 15645/7380/6518 15599/7336/6476</w:t>
        <w:br/>
        <w:t>f 15611/7346/6484 15646/7382/6520 15599/7336/6476</w:t>
        <w:br/>
        <w:t>f 15647/7383/6521 15646/7382/6520 15611/7346/6484</w:t>
        <w:br/>
        <w:t>f 15633/7368/6506 15647/7383/6521 15611/7346/6484</w:t>
        <w:br/>
        <w:t>f 15608/7343/6481 15609/7342/6480 15627/7363/6501</w:t>
        <w:br/>
        <w:t>f 15634/7371/6509 15608/7343/6481 15627/7363/6501</w:t>
        <w:br/>
        <w:t>f 15649/7384/6522 15640/7377/6515 15641/7376/6514</w:t>
        <w:br/>
        <w:t>f 15648/7385/6523 15649/7384/6522 15641/7376/6514</w:t>
        <w:br/>
        <w:t>f 15648/7385/6523 15597/7332/6472 15650/7386/6524</w:t>
        <w:br/>
        <w:t>f 15649/7384/6522 15648/7385/6523 15650/7386/6524</w:t>
        <w:br/>
        <w:t>f 15607/7344/6482 15652/7387/6524 15651/7388/6525</w:t>
        <w:br/>
        <w:t>f 15606/7345/6483 15607/7344/6482 15651/7388/6525</w:t>
        <w:br/>
        <w:t>f 15644/7381/6519 15645/7380/6518 15612/7351/6489</w:t>
        <w:br/>
        <w:t>f 15653/7389/6526 15644/7381/6519 15612/7351/6489</w:t>
        <w:br/>
        <w:t>f 15638/7375/6513 15639/7374/6512 15654/7390/6527</w:t>
        <w:br/>
        <w:t>f 15633/7368/6506 15630/7365/6503 15655/7391/6528</w:t>
        <w:br/>
        <w:t>f 15647/7383/6521 15633/7368/6506 15655/7391/6528</w:t>
        <w:br/>
        <w:t>f 15606/7345/6483 15651/7388/6525 15119/6858/6049</w:t>
        <w:br/>
        <w:t>f 15120/6857/6051 15606/7345/6483 15119/6858/6049</w:t>
        <w:br/>
        <w:t>f 15120/6857/6051 15123/6860/6053 15609/7342/6480</w:t>
        <w:br/>
        <w:t>f 15606/7345/6483 15120/6857/6051 15609/7342/6480</w:t>
        <w:br/>
        <w:t>f 15642/7379/6517 15643/7378/6516 15655/7391/6528</w:t>
        <w:br/>
        <w:t>f 15630/7365/6503 15642/7379/6517 15655/7391/6528</w:t>
        <w:br/>
        <w:t>f 15656/7392/6529 15621/7360/6498 15622/7359/6497</w:t>
        <w:br/>
        <w:t>f 15604/7339/6477 15656/7392/6529 15622/7359/6497</w:t>
        <w:br/>
        <w:t>f 15624/7357/6495 15621/7360/6498 15657/7393/6530</w:t>
        <w:br/>
        <w:t>f 15660/7394/6531 15659/7395/6532 15658/7396/6533</w:t>
        <w:br/>
        <w:t>f 15612/7351/6489 15613/7350/6488 15653/7389/6526</w:t>
        <w:br/>
        <w:t>f 15655/7391/6528 15654/7390/6527 15639/7374/6512</w:t>
        <w:br/>
        <w:t>f 15647/7383/6521 15655/7391/6528 15639/7374/6512</w:t>
        <w:br/>
        <w:t>f 15663/7397/6534 15662/7398/6535 15661/7399/6536</w:t>
        <w:br/>
        <w:t>f 15643/7378/6516 15664/7400/6533 15654/7390/6527</w:t>
        <w:br/>
        <w:t>f 15655/7391/6528 15643/7378/6516 15654/7390/6527</w:t>
        <w:br/>
        <w:t>f 15666/7401/6537 15659/7395/6532 15665/7402/6538</w:t>
        <w:br/>
        <w:t>f 15668/7403/6539 15659/7395/6532 15667/7404/6540</w:t>
        <w:br/>
        <w:t>f 15621/7360/6498 15656/7392/6529 15662/7398/6535</w:t>
        <w:br/>
        <w:t>f 15663/7397/6534 15621/7360/6498 15662/7398/6535</w:t>
        <w:br/>
        <w:t>f 15638/7375/6513 15654/7390/6527 15669/7405/6541</w:t>
        <w:br/>
        <w:t>f 15612/7351/6489 15645/7380/6518 15646/7382/6520</w:t>
        <w:br/>
        <w:t>f 15615/7348/6486 15612/7351/6489 15646/7382/6520</w:t>
        <w:br/>
        <w:t>f 15646/7382/6520 15647/7383/6521 15639/7374/6512</w:t>
        <w:br/>
        <w:t>f 15615/7348/6486 15646/7382/6520 15639/7374/6512</w:t>
        <w:br/>
        <w:t>f 15060/6799/5997 15061/6798/5996 15670/7406/6542</w:t>
        <w:br/>
        <w:t>f 15213/6949/6138 15060/6799/5997 15670/7406/6542</w:t>
        <w:br/>
        <w:t>f 15157/6894/6087 15201/6938/6128 15671/7407/5969</w:t>
        <w:br/>
        <w:t>f 15260/6995/6080 15157/6894/6087 15671/7407/5969</w:t>
        <w:br/>
        <w:t>f 15220/6955/6144 15674/7408/6543 15673/7409/5968</w:t>
        <w:br/>
        <w:t>f 15672/7410/6544 15220/6955/6144 15673/7409/5968</w:t>
        <w:br/>
        <w:t>f 15198/6934/6124 15148/6883/6076 15172/6906/6098</w:t>
        <w:br/>
        <w:t>f 15675/7411/6545 15198/6934/6124 15172/6906/6098</w:t>
        <w:br/>
        <w:t>f 15675/7411/6545 15186/6921/6111 15187/6920/6110</w:t>
        <w:br/>
        <w:t>f 15198/6934/6124 15675/7411/6545 15187/6920/6110</w:t>
        <w:br/>
        <w:t>f 15201/6938/6128 15220/6955/6144 15672/7410/6544</w:t>
        <w:br/>
        <w:t>f 15671/7407/5969 15201/6938/6128 15672/7410/6544</w:t>
        <w:br/>
        <w:t>f 15189/6924/6114 15677/7412/6546 15676/7413/6547</w:t>
        <w:br/>
        <w:t>f 15191/6926/6116 15189/6924/6114 15676/7413/6547</w:t>
        <w:br/>
        <w:t>f 15679/7414/6548 15214/6952/6141 15215/6951/6140</w:t>
        <w:br/>
        <w:t>f 15678/7415/6549 15679/7414/6548 15215/6951/6140</w:t>
        <w:br/>
        <w:t>f 15682/7416/6550 15681/7417/6551 15680/7418/6552</w:t>
        <w:br/>
        <w:t>f 15683/7419/6553 15682/7416/6550 15680/7418/6552</w:t>
        <w:br/>
        <w:t>f 15074/6810/6009 15225/6961/6150 15223/6958/6147</w:t>
        <w:br/>
        <w:t>f 15077/6813/6012 15074/6810/6009 15223/6958/6147</w:t>
        <w:br/>
        <w:t>f 15073/6811/6010 15074/6810/6009 15077/6813/6012</w:t>
        <w:br/>
        <w:t>f 15078/6812/6011 15073/6811/6010 15077/6813/6012</w:t>
        <w:br/>
        <w:t>f 15098/6834/6031 15684/7420/6554 15210/6946/6136</w:t>
        <w:br/>
        <w:t>f 15136/6871/6064 15098/6834/6031 15210/6946/6136</w:t>
        <w:br/>
        <w:t>f 15227/6964/6153 15144/6881/6074 15146/6885/6078</w:t>
        <w:br/>
        <w:t>f 15231/6966/6155 15227/6964/6153 15146/6885/6078</w:t>
        <w:br/>
        <w:t>f 15144/6881/6074 15145/6880/6073 15149/6882/6075</w:t>
        <w:br/>
        <w:t>f 15146/6885/6078 15144/6881/6074 15149/6882/6075</w:t>
        <w:br/>
        <w:t>f 15281/7016/6201 15235/6970/6158 15236/6969/6157</w:t>
        <w:br/>
        <w:t>f 15685/7421/6203 15281/7016/6201 15236/6969/6157</w:t>
        <w:br/>
        <w:t>f 15156/6895/6088 15258/6991/6179 15255/6994/6182</w:t>
        <w:br/>
        <w:t>f 15159/6892/6085 15156/6895/6088 15255/6994/6182</w:t>
        <w:br/>
        <w:t>f 15273/7010/6195 15167/6904/6096 15166/6900/6093</w:t>
        <w:br/>
        <w:t>f 15273/7010/6195 15166/6900/6093 15159/6892/6085</w:t>
        <w:br/>
        <w:t>f 15255/6994/6182 15273/7010/6195 15159/6892/6085</w:t>
        <w:br/>
        <w:t>f 15688/7422/6555 15687/7423/6556 15309/7048/6227</w:t>
        <w:br/>
        <w:t>f 15686/7424/6557 15688/7422/6555 15309/7048/6227</w:t>
        <w:br/>
        <w:t>f 15351/7087/6263 15359/7094/6270 15688/7422/6555</w:t>
        <w:br/>
        <w:t>f 15686/7424/6557 15351/7087/6263 15688/7422/6555</w:t>
        <w:br/>
        <w:t>f 15687/7423/6556 15689/7425/6231 15312/7045/6224</w:t>
        <w:br/>
        <w:t>f 15309/7048/6227 15687/7423/6556 15312/7045/6224</w:t>
        <w:br/>
        <w:t>f 15441/7179/6341 15690/7426/6313 15410/7143/6308</w:t>
        <w:br/>
        <w:t>f 15407/7146/6311 15441/7179/6341 15410/7143/6308</w:t>
        <w:br/>
        <w:t>f 15453/7188/6348 15448/7187/6347 15426/7163/6325</w:t>
        <w:br/>
        <w:t>f 15427/7162/6324 15453/7188/6348 15426/7163/6325</w:t>
        <w:br/>
        <w:t>f 15692/7427/6558 15477/7214/6371 15478/7213/6370</w:t>
        <w:br/>
        <w:t>f 15691/7428/6559 15692/7427/6558 15478/7213/6370</w:t>
        <w:br/>
        <w:t>f 15691/7428/6559 15409/7144/6309 15693/7429/6390</w:t>
        <w:br/>
        <w:t>f 15692/7427/6558 15691/7428/6559 15693/7429/6390</w:t>
        <w:br/>
        <w:t>f 15449/7186/6346 15475/7212/6369 15481/7215/6372</w:t>
        <w:br/>
        <w:t>f 15469/7205/6362 15449/7186/6346 15481/7215/6372</w:t>
        <w:br/>
        <w:t>f 15226/6965/6154 15227/6964/6153 15231/6966/6155</w:t>
        <w:br/>
        <w:t>f 15694/7430/6560 15226/6965/6154 15231/6966/6155</w:t>
        <w:br/>
        <w:t>f 15207/6943/6133 15057/6795/5993 15058/6794/5992</w:t>
        <w:br/>
        <w:t>f 15686/7424/6557 15695/7431/6561 15350/7084/6260</w:t>
        <w:br/>
        <w:t>f 15351/7087/6263 15686/7424/6557 15350/7084/6260</w:t>
        <w:br/>
        <w:t>f 15310/7047/6226 15695/7431/6561 15686/7424/6557</w:t>
        <w:br/>
        <w:t>f 15309/7048/6227 15310/7047/6226 15686/7424/6557</w:t>
        <w:br/>
        <w:t>f 15696/7432/6562 15626/7361/6499 15141/6874/6067</w:t>
        <w:br/>
        <w:t>f 15126/6861/6054 15696/7432/6562 15141/6874/6067</w:t>
        <w:br/>
        <w:t>f 15126/6861/6054 15118/6851/6046 15596/7333/6473</w:t>
        <w:br/>
        <w:t>f 15696/7432/6562 15126/6861/6054 15596/7333/6473</w:t>
        <w:br/>
        <w:t>f 15698/7433/6563 15288/7023/6207 15270/7004/6190</w:t>
        <w:br/>
        <w:t>f 15697/7434/6564 15698/7433/6563 15270/7004/6190</w:t>
        <w:br/>
        <w:t>f 15242/6978/6166 15243/6977/6165 15288/7023/6207</w:t>
        <w:br/>
        <w:t>f 15698/7433/6563 15242/6978/6166 15288/7023/6207</w:t>
        <w:br/>
        <w:t>f 15701/7435/6565 15700/7436/6566 15699/7437/6567</w:t>
        <w:br/>
        <w:t>f 15701/7435/6565 15699/7437/6567 15208/6944/6134</w:t>
        <w:br/>
        <w:t>f 15208/6944/6134 15039/6776/5977 15053/6786/5985</w:t>
        <w:br/>
        <w:t>f 15701/7435/6565 15208/6944/6134 15053/6786/5985</w:t>
        <w:br/>
        <w:t>f 15053/6786/5985 15050/6789/5988 15700/7436/6566</w:t>
        <w:br/>
        <w:t>f 15701/7435/6565 15053/6786/5985 15700/7436/6566</w:t>
        <w:br/>
        <w:t>f 15224/6957/6146 15076/6814/6013 15077/6813/6012</w:t>
        <w:br/>
        <w:t>f 15223/6958/6147 15224/6957/6146 15077/6813/6012</w:t>
        <w:br/>
        <w:t>f 15210/6946/6136 15684/7420/6554 15702/7438/6568</w:t>
        <w:br/>
        <w:t>f 15111/6844/6039 15210/6946/6136 15702/7438/6568</w:t>
        <w:br/>
        <w:t>f 15702/7438/6568 15684/7420/6554 15209/6945/6135</w:t>
        <w:br/>
        <w:t>f 15096/6831/6028 15702/7438/6568 15209/6945/6135</w:t>
        <w:br/>
        <w:t>f 15694/7430/6560 15137/6870/6063 15134/6873/6066</w:t>
        <w:br/>
        <w:t>f 15226/6965/6154 15694/7430/6560 15134/6873/6066</w:t>
        <w:br/>
        <w:t>f 15703/7439/6569 15229/6962/6151 15226/6965/6154</w:t>
        <w:br/>
        <w:t>f 15134/6873/6066 15703/7439/6569 15226/6965/6154</w:t>
        <w:br/>
        <w:t>f 15184/6923/6113 15185/6922/6112 15705/7440/6570</w:t>
        <w:br/>
        <w:t>f 15704/7441/6571 15184/6923/6113 15705/7440/6570</w:t>
        <w:br/>
        <w:t>f 15031/6764/5965 15706/7442/6572 15705/7440/6570</w:t>
        <w:br/>
        <w:t>f 15185/6922/6112 15031/6764/5965 15705/7440/6570</w:t>
        <w:br/>
        <w:t>f 15184/6923/6113 15704/7441/6571 15677/7412/6546</w:t>
        <w:br/>
        <w:t>f 15189/6924/6114 15184/6923/6113 15677/7412/6546</w:t>
        <w:br/>
        <w:t>f 15674/7408/6543 15708/7443/6573 15707/7444/6574</w:t>
        <w:br/>
        <w:t>f 15673/7409/5968 15674/7408/6543 15707/7444/6574</w:t>
        <w:br/>
        <w:t>f 15028/6767/5968 15709/7445/6575 15706/7442/6572</w:t>
        <w:br/>
        <w:t>f 15031/6764/5965 15028/6767/5968 15706/7442/6572</w:t>
        <w:br/>
        <w:t>f 15182/6915/6107 15179/6918/6108 15200/6936/6126</w:t>
        <w:br/>
        <w:t>f 15170/6908/6100 15182/6915/6107 15200/6936/6126</w:t>
        <w:br/>
        <w:t>f 15675/7411/6545 15172/6906/6098 15170/6908/6100</w:t>
        <w:br/>
        <w:t>f 15200/6936/6126 15675/7411/6545 15170/6908/6100</w:t>
        <w:br/>
        <w:t>f 15098/6834/6031 15099/6833/6030 15209/6945/6135</w:t>
        <w:br/>
        <w:t>f 15684/7420/6554 15098/6834/6031 15209/6945/6135</w:t>
        <w:br/>
        <w:t>f 15179/6918/6108 15180/6917/6105 15710/7446/6137</w:t>
        <w:br/>
        <w:t>f 15162/6897/6090 15179/6918/6108 15710/7446/6137</w:t>
        <w:br/>
        <w:t>f 15675/7411/6545 15200/6936/6126 15199/6935/6125</w:t>
        <w:br/>
        <w:t>f 15186/6921/6111 15675/7411/6545 15199/6935/6125</w:t>
        <w:br/>
        <w:t>f 15039/6776/5977 15040/6775/5976 15052/6787/5986</w:t>
        <w:br/>
        <w:t>f 15053/6786/5985 15039/6776/5977 15052/6787/5986</w:t>
        <w:br/>
        <w:t>f 15711/7447/6576 15054/6792/5991 15050/6789/5988</w:t>
        <w:br/>
        <w:t>f 15051/6788/5987 15711/7447/6576 15050/6789/5988</w:t>
        <w:br/>
        <w:t>f 15135/6872/6065 15136/6871/6064 15108/6847/6042</w:t>
        <w:br/>
        <w:t>f 15172/6906/6098 15148/6883/6076 15183/6919/6109</w:t>
        <w:br/>
        <w:t>f 15074/6810/6009 15075/6809/6008 15225/6961/6150</w:t>
        <w:br/>
        <w:t>f 15175/6910/6102 15075/6809/6008 15712/7448/6577</w:t>
        <w:br/>
        <w:t>f 15174/6911/6103 15175/6910/6102 15712/7448/6577</w:t>
        <w:br/>
        <w:t>f 15204/6941/6131 15205/6940/6130 15174/6911/6103</w:t>
        <w:br/>
        <w:t>f 15712/7448/6577 15204/6941/6131 15174/6911/6103</w:t>
        <w:br/>
        <w:t>f 15169/6905/6097 15164/6902/6095 15205/6940/6130</w:t>
        <w:br/>
        <w:t>f 15206/6939/6129 15169/6905/6097 15205/6940/6130</w:t>
        <w:br/>
        <w:t>f 15173/6912/6104 15174/6911/6103 15205/6940/6130</w:t>
        <w:br/>
        <w:t>f 15164/6902/6095 15173/6912/6104 15205/6940/6130</w:t>
        <w:br/>
        <w:t>f 15222/6959/6148 15223/6958/6147 15225/6961/6150</w:t>
        <w:br/>
        <w:t>f 15212/6948/6138 15222/6959/6148 15225/6961/6150</w:t>
        <w:br/>
        <w:t>f 15203/6942/6132 15219/6956/6145 15202/6937/6127</w:t>
        <w:br/>
        <w:t>f 15206/6939/6129 15203/6942/6132 15202/6937/6127</w:t>
        <w:br/>
        <w:t>f 15158/6893/6086 15169/6905/6097 15206/6939/6129</w:t>
        <w:br/>
        <w:t>f 15202/6937/6127 15158/6893/6086 15206/6939/6129</w:t>
        <w:br/>
        <w:t>f 15159/6892/6085 15166/6900/6093 15169/6905/6097</w:t>
        <w:br/>
        <w:t>f 15158/6893/6086 15159/6892/6085 15169/6905/6097</w:t>
        <w:br/>
        <w:t>f 15147/6884/6077 15193/6928/6118 15192/6929/6119</w:t>
        <w:br/>
        <w:t>f 15230/6967/6156 15147/6884/6077 15192/6929/6119</w:t>
        <w:br/>
        <w:t>f 15147/6884/6077 15148/6883/6076 15198/6934/6124</w:t>
        <w:br/>
        <w:t>f 15193/6928/6118 15147/6884/6077 15198/6934/6124</w:t>
        <w:br/>
        <w:t>f 15034/6773/5974 15035/6772/5973 15714/7449/6578</w:t>
        <w:br/>
        <w:t>f 15713/7450/6579 15034/6773/5974 15714/7449/6578</w:t>
        <w:br/>
        <w:t>f 15194/6933/6123 15716/7451/6580 15715/7452/6581</w:t>
        <w:br/>
        <w:t>f 15197/6930/6120 15194/6933/6123 15715/7452/6581</w:t>
        <w:br/>
        <w:t>f 15170/6908/6100 15071/6808/6006 15063/6796/5994</w:t>
        <w:br/>
        <w:t>f 15718/7453/6582 15717/7454/6583 15586/7321/6459</w:t>
        <w:br/>
        <w:t>f 15179/6918/6108 15162/6897/6090 15200/6936/6126</w:t>
        <w:br/>
        <w:t>f 15219/6956/6145 15216/6950/6139 15674/7408/6543</w:t>
        <w:br/>
        <w:t>f 15220/6955/6144 15219/6956/6145 15674/7408/6543</w:t>
        <w:br/>
        <w:t>f 15721/7455/6487 15720/7456/6584 15719/7457/6585</w:t>
        <w:br/>
        <w:t>f 15638/7375/6513 15669/7405/6541 15614/7349/6487</w:t>
        <w:br/>
        <w:t>f 15722/7458/6586 15717/7454/6583 15718/7453/6582</w:t>
        <w:br/>
        <w:t>f 15595/7330/6470 15594/7331/6471 15723/7459/6418</w:t>
        <w:br/>
        <w:t>f 15310/7047/6226 15311/7046/6225 15724/7460/6587</w:t>
        <w:br/>
        <w:t>f 15695/7431/6561 15310/7047/6226 15724/7460/6587</w:t>
        <w:br/>
        <w:t>f 15725/7461/6588 15695/7431/6561 15724/7460/6587</w:t>
        <w:br/>
        <w:t>f 15695/7431/6561 15725/7461/6588 15726/7462/6589</w:t>
        <w:br/>
        <w:t>f 15350/7084/6260 15695/7431/6561 15726/7462/6589</w:t>
        <w:br/>
        <w:t>f 15350/7084/6260 15726/7462/6589 15349/7085/6261</w:t>
        <w:br/>
        <w:t>f 15725/7461/6588 15728/7463/6590 15727/7464/6591</w:t>
        <w:br/>
        <w:t>f 15726/7462/6589 15725/7461/6588 15727/7464/6591</w:t>
        <w:br/>
        <w:t>f 15725/7461/6588 15724/7460/6587 15729/7465/6592</w:t>
        <w:br/>
        <w:t>f 15728/7463/6590 15725/7461/6588 15729/7465/6592</w:t>
        <w:br/>
        <w:t>f 15730/7466/6593 15387/7124/6297 15388/7123/6237</w:t>
        <w:br/>
        <w:t>f 15389/7125/6298 15387/7124/6297 15730/7466/6593</w:t>
        <w:br/>
        <w:t>f 15731/7467/6594 15389/7125/6298 15730/7466/6593</w:t>
        <w:br/>
        <w:t>f 15385/7122/6296 15390/7126/6299 15389/7125/6298</w:t>
        <w:br/>
        <w:t>f 15731/7467/6594 15385/7122/6296 15389/7125/6298</w:t>
        <w:br/>
        <w:t>f 15385/7122/6296 15386/7121/6295 15390/7126/6299</w:t>
        <w:br/>
        <w:t>f 15373/7110/6285 15385/7122/6296 15731/7467/6594</w:t>
        <w:br/>
        <w:t>f 15343/7080/6256 15373/7110/6285 15731/7467/6594</w:t>
        <w:br/>
        <w:t>f 15731/7467/6594 15730/7466/6593 15342/7081/6257</w:t>
        <w:br/>
        <w:t>f 15343/7080/6256 15731/7467/6594 15342/7081/6257</w:t>
        <w:br/>
        <w:t>f 15408/7145/6310 15409/7144/6309 15732/7468/6595</w:t>
        <w:br/>
        <w:t>f 15488/7224/6379 15408/7145/6310 15732/7468/6595</w:t>
        <w:br/>
        <w:t>f 15733/7469/6596 15488/7224/6379 15732/7468/6595</w:t>
        <w:br/>
        <w:t>f 15488/7224/6379 15733/7469/6596 15734/7470/6597</w:t>
        <w:br/>
        <w:t>f 15447/7180/6342 15488/7224/6379 15734/7470/6597</w:t>
        <w:br/>
        <w:t>f 15447/7180/6342 15734/7470/6597 15446/7181/6343</w:t>
        <w:br/>
        <w:t>f 15733/7469/6596 15478/7213/6370 15474/7208/6365</w:t>
        <w:br/>
        <w:t>f 15734/7470/6597 15733/7469/6596 15474/7208/6365</w:t>
        <w:br/>
        <w:t>f 15733/7469/6596 15732/7468/6595 15691/7428/6559</w:t>
        <w:br/>
        <w:t>f 15478/7213/6370 15733/7469/6596 15691/7428/6559</w:t>
        <w:br/>
        <w:t>f 15735/7471/6598 15424/7160/6322 15419/7158/6317</w:t>
        <w:br/>
        <w:t>f 15439/7176/6338 15424/7160/6322 15735/7471/6598</w:t>
        <w:br/>
        <w:t>f 15736/7472/6599 15439/7176/6338 15735/7471/6598</w:t>
        <w:br/>
        <w:t>f 15439/7176/6338 15736/7472/6599 15737/7473/6600</w:t>
        <w:br/>
        <w:t>f 15468/7202/6360 15439/7176/6338 15737/7473/6600</w:t>
        <w:br/>
        <w:t>f 15737/7473/6600 15457/7194/6353 15458/7193/6352</w:t>
        <w:br/>
        <w:t>f 15457/7194/6353 15737/7473/6600 15736/7472/6599</w:t>
        <w:br/>
        <w:t>f 15437/7174/6336 15457/7194/6353 15736/7472/6599</w:t>
        <w:br/>
        <w:t>f 15736/7472/6599 15735/7471/6598 15420/7157/6321</w:t>
        <w:br/>
        <w:t>f 15437/7174/6336 15736/7472/6599 15420/7157/6321</w:t>
        <w:br/>
        <w:t>f 15508/7245/6396 15509/7244/6395 15738/7474/6601</w:t>
        <w:br/>
        <w:t>f 15545/7281/6429 15508/7245/6396 15738/7474/6601</w:t>
        <w:br/>
        <w:t>f 15739/7475/6602 15545/7281/6429 15738/7474/6601</w:t>
        <w:br/>
        <w:t>f 15545/7281/6429 15739/7475/6602 15740/7476/6603</w:t>
        <w:br/>
        <w:t>f 15553/7286/6434 15545/7281/6429 15740/7476/6603</w:t>
        <w:br/>
        <w:t>f 15553/7286/6434 15740/7476/6603 15552/7287/6435</w:t>
        <w:br/>
        <w:t>f 15739/7475/6602 15542/7279/6427 15570/7304/6449</w:t>
        <w:br/>
        <w:t>f 15740/7476/6603 15739/7475/6602 15570/7304/6449</w:t>
        <w:br/>
        <w:t>f 15739/7475/6602 15738/7474/6601 15527/7261/6410</w:t>
        <w:br/>
        <w:t>f 15542/7279/6427 15739/7475/6602 15527/7261/6410</w:t>
        <w:br/>
        <w:t>f 15741/7477/6604 15522/7259/6408 15523/7258/6406</w:t>
        <w:br/>
        <w:t>f 15540/7277/6425 15522/7259/6408 15741/7477/6604</w:t>
        <w:br/>
        <w:t>f 15742/7478/6605 15540/7277/6425 15741/7477/6604</w:t>
        <w:br/>
        <w:t>f 15540/7277/6425 15742/7478/6605 15743/7479/6606</w:t>
        <w:br/>
        <w:t>f 15561/7294/6440 15540/7277/6425 15743/7479/6606</w:t>
        <w:br/>
        <w:t>f 15561/7294/6440 15743/7479/6606 15560/7295/6441</w:t>
        <w:br/>
        <w:t>f 15573/7310/6454 15743/7479/6606 15742/7478/6605</w:t>
        <w:br/>
        <w:t>f 15548/7283/6431 15573/7310/6454 15742/7478/6605</w:t>
        <w:br/>
        <w:t>f 15742/7478/6605 15741/7477/6604 15547/7284/6432</w:t>
        <w:br/>
        <w:t>f 15548/7283/6431 15742/7478/6605 15547/7284/6432</w:t>
        <w:br/>
        <w:t>f 15596/7333/6473 15597/7332/6472 15744/7480/6607</w:t>
        <w:br/>
        <w:t>f 15696/7432/6562 15596/7333/6473 15744/7480/6607</w:t>
        <w:br/>
        <w:t>f 15745/7481/6608 15696/7432/6562 15744/7480/6607</w:t>
        <w:br/>
        <w:t>f 15746/7482/6609 15626/7361/6499 15696/7432/6562</w:t>
        <w:br/>
        <w:t>f 15745/7481/6608 15746/7482/6609 15696/7432/6562</w:t>
        <w:br/>
        <w:t>f 15626/7361/6499 15746/7482/6609 15625/7362/6500</w:t>
        <w:br/>
        <w:t>f 15641/7376/6514 15637/7372/6510 15746/7482/6609</w:t>
        <w:br/>
        <w:t>f 15745/7481/6608 15641/7376/6514 15746/7482/6609</w:t>
        <w:br/>
        <w:t>f 15745/7481/6608 15744/7480/6607 15648/7385/6523</w:t>
        <w:br/>
        <w:t>f 15641/7376/6514 15745/7481/6608 15648/7385/6523</w:t>
        <w:br/>
        <w:t>f 15747/7483/6610 15603/7340/6478 15604/7339/6477</w:t>
        <w:br/>
        <w:t>f 15619/7356/6494 15603/7340/6478 15747/7483/6610</w:t>
        <w:br/>
        <w:t>f 15748/7484/6611 15619/7356/6494 15747/7483/6610</w:t>
        <w:br/>
        <w:t>f 15619/7356/6494 15748/7484/6611 15749/7485/6612</w:t>
        <w:br/>
        <w:t>f 15631/7364/6502 15619/7356/6494 15749/7485/6612</w:t>
        <w:br/>
        <w:t>f 15631/7364/6502 15749/7485/6612 15630/7365/6503</w:t>
        <w:br/>
        <w:t>f 15642/7379/6517 15749/7485/6612 15748/7484/6611</w:t>
        <w:br/>
        <w:t>f 15623/7358/6496 15642/7379/6517 15748/7484/6611</w:t>
        <w:br/>
        <w:t>f 15748/7484/6611 15747/7483/6610 15622/7359/6497</w:t>
        <w:br/>
        <w:t>f 15623/7358/6496 15748/7484/6611 15622/7359/6497</w:t>
        <w:br/>
        <w:t>f 15279/7015/6200 15274/7009/6194 15697/7434/6564</w:t>
        <w:br/>
        <w:t>f 15268/7006/6189 15279/7015/6200 15697/7434/6564</w:t>
        <w:br/>
        <w:t>f 15256/6993/6181 15698/7433/6563 15697/7434/6564</w:t>
        <w:br/>
        <w:t>f 15274/7009/6194 15256/6993/6181 15697/7434/6564</w:t>
        <w:br/>
        <w:t>f 15257/6992/6180 15242/6978/6166 15698/7433/6563</w:t>
        <w:br/>
        <w:t>f 15256/6993/6181 15257/6992/6180 15698/7433/6563</w:t>
        <w:br/>
        <w:t>f 15282/7019/6157 15750/7486/6613 15242/6978/6166</w:t>
        <w:br/>
        <w:t>f 15257/6992/6180 15282/7019/6157 15242/6978/6166</w:t>
        <w:br/>
        <w:t>f 15301/7034/6216 15298/7037/6218 15752/7487/6614</w:t>
        <w:br/>
        <w:t>f 15751/7488/6162 15301/7034/6216 15752/7487/6614</w:t>
        <w:br/>
        <w:t>f 15754/7489/6615 15753/7490/6616 15752/7487/6614</w:t>
        <w:br/>
        <w:t>f 15298/7037/6218 15754/7489/6615 15752/7487/6614</w:t>
        <w:br/>
        <w:t>f 15754/7489/6615 15293/7028/6211 15755/7491/6617</w:t>
        <w:br/>
        <w:t>f 15753/7490/6616 15754/7489/6615 15755/7491/6617</w:t>
        <w:br/>
        <w:t>f 15755/7491/6617 15293/7028/6211 15294/7027/6206</w:t>
        <w:br/>
        <w:t>f 15756/7492/6205 15755/7491/6617 15294/7027/6206</w:t>
        <w:br/>
        <w:t>f 15729/7465/6592 15311/7046/6225 15325/7060/6232</w:t>
        <w:br/>
        <w:t>f 15326/7059/6238 15729/7465/6592 15325/7060/6232</w:t>
        <w:br/>
        <w:t>f 15319/7054/6233 15320/7053/6232 15383/7120/6225</w:t>
        <w:br/>
        <w:t>f 15384/7119/6294 15319/7054/6233 15383/7120/6225</w:t>
        <w:br/>
        <w:t>f 15330/7065/6242 15319/7054/6233 15384/7119/6294</w:t>
        <w:br/>
        <w:t>f 15369/7105/6280 15330/7065/6242 15384/7119/6294</w:t>
        <w:br/>
        <w:t>f 15353/7090/6266 15360/7099/6274 15330/7065/6242</w:t>
        <w:br/>
        <w:t>f 15369/7105/6280 15353/7090/6266 15330/7065/6242</w:t>
        <w:br/>
        <w:t>f 15354/7089/6265 15363/7096/6271 15360/7099/6274</w:t>
        <w:br/>
        <w:t>f 15353/7090/6266 15354/7089/6265 15360/7099/6274</w:t>
        <w:br/>
        <w:t>f 15727/7464/6591 15367/7100/6275 15364/7103/6278</w:t>
        <w:br/>
        <w:t>f 15349/7085/6261 15727/7464/6591 15364/7103/6278</w:t>
        <w:br/>
        <w:t>f 15728/7463/6590 15340/7075/6251 15367/7100/6275</w:t>
        <w:br/>
        <w:t>f 15727/7464/6591 15728/7463/6590 15367/7100/6275</w:t>
        <w:br/>
        <w:t>f 15326/7059/6238 15340/7075/6251 15728/7463/6590</w:t>
        <w:br/>
        <w:t>f 15729/7465/6592 15326/7059/6238 15728/7463/6590</w:t>
        <w:br/>
        <w:t>f 15477/7214/6371 15692/7427/6558 15423/7161/6323</w:t>
        <w:br/>
        <w:t>f 15440/7175/6337 15477/7214/6371 15423/7161/6323</w:t>
        <w:br/>
        <w:t>f 15477/7214/6371 15440/7175/6337 15466/7204/6361</w:t>
        <w:br/>
        <w:t>f 15473/7209/6366 15477/7214/6371 15466/7204/6361</w:t>
        <w:br/>
        <w:t>f 15473/7209/6366 15466/7204/6361 15467/7203/6358</w:t>
        <w:br/>
        <w:t>f 15472/7210/6367 15473/7209/6366 15467/7203/6358</w:t>
        <w:br/>
        <w:t>f 15476/7211/6368 15465/7200/6358 15464/7201/6359</w:t>
        <w:br/>
        <w:t>f 15475/7212/6369 15476/7211/6368 15464/7201/6359</w:t>
        <w:br/>
        <w:t>f 15475/7212/6369 15464/7201/6359 15428/7165/6327</w:t>
        <w:br/>
        <w:t>f 15481/7215/6372 15475/7212/6369 15428/7165/6327</w:t>
        <w:br/>
        <w:t>f 15481/7215/6372 15428/7165/6327 15418/7151/6315</w:t>
        <w:br/>
        <w:t>f 15480/7216/6373 15481/7215/6372 15418/7151/6315</w:t>
        <w:br/>
        <w:t>f 15502/7238/6390 15480/7216/6373 15418/7151/6315</w:t>
        <w:br/>
        <w:t>f 15415/7154/6318 15502/7238/6390 15418/7151/6315</w:t>
        <w:br/>
        <w:t>f 15692/7427/6558 15693/7429/6390 15425/7159/6318</w:t>
        <w:br/>
        <w:t>f 15423/7161/6323 15692/7427/6558 15425/7159/6318</w:t>
        <w:br/>
        <w:t>f 15569/7305/6450 15558/7297/6443 15559/7296/6442</w:t>
        <w:br/>
        <w:t>f 15568/7306/6447 15569/7305/6450 15559/7296/6442</w:t>
        <w:br/>
        <w:t>f 15567/7302/6447 15565/7298/6442 15562/7301/6446</w:t>
        <w:br/>
        <w:t>f 15566/7303/6448 15567/7302/6447 15562/7301/6446</w:t>
        <w:br/>
        <w:t>f 15566/7303/6448 15562/7301/6446 15532/7267/6415</w:t>
        <w:br/>
        <w:t>f 15529/7266/6414 15566/7303/6448 15532/7267/6415</w:t>
        <w:br/>
        <w:t>f 15515/7250/6401 15529/7266/6414 15532/7267/6415</w:t>
        <w:br/>
        <w:t>f 15519/7254/6404 15515/7250/6401 15532/7267/6415</w:t>
        <w:br/>
        <w:t>f 15514/7251/6402 15515/7250/6401 15519/7254/6404</w:t>
        <w:br/>
        <w:t>f 15520/7253/6403 15514/7251/6402 15519/7254/6404</w:t>
        <w:br/>
        <w:t>f 15525/7263/6411 15526/7262/6402 15524/7257/6407</w:t>
        <w:br/>
        <w:t>f 15521/7260/6409 15525/7263/6411 15524/7257/6407</w:t>
        <w:br/>
        <w:t>f 15543/7278/6426 15525/7263/6411 15521/7260/6409</w:t>
        <w:br/>
        <w:t>f 15541/7276/6424 15543/7278/6426 15521/7260/6409</w:t>
        <w:br/>
        <w:t>f 15543/7278/6426 15541/7276/6424 15558/7297/6443</w:t>
        <w:br/>
        <w:t>f 15569/7305/6450 15543/7278/6426 15558/7297/6443</w:t>
        <w:br/>
        <w:t>f 15602/7341/6479 15620/7355/6493 15640/7377/6515</w:t>
        <w:br/>
        <w:t>f 15649/7384/6522 15602/7341/6479 15640/7377/6515</w:t>
        <w:br/>
        <w:t>f 15640/7377/6515 15620/7355/6493 15628/7367/6505</w:t>
        <w:br/>
        <w:t>f 15636/7373/6511 15640/7377/6515 15628/7367/6505</w:t>
        <w:br/>
        <w:t>f 15636/7373/6511 15628/7367/6505 15629/7366/6504</w:t>
        <w:br/>
        <w:t>f 15635/7370/6508 15636/7373/6511 15629/7366/6504</w:t>
        <w:br/>
        <w:t>f 15632/7369/6507 15634/7371/6509 15635/7370/6508</w:t>
        <w:br/>
        <w:t>f 15629/7366/6504 15632/7369/6507 15635/7370/6508</w:t>
        <w:br/>
        <w:t>f 15610/7347/6485 15608/7343/6481 15634/7371/6509</w:t>
        <w:br/>
        <w:t>f 15632/7369/6507 15610/7347/6485 15634/7371/6509</w:t>
        <w:br/>
        <w:t>f 15600/7335/6475 15607/7344/6482 15608/7343/6481</w:t>
        <w:br/>
        <w:t>f 15610/7347/6485 15600/7335/6475 15608/7343/6481</w:t>
        <w:br/>
        <w:t>f 15600/7335/6475 15601/7334/6474 15652/7387/6524</w:t>
        <w:br/>
        <w:t>f 15607/7344/6482 15600/7335/6475 15652/7387/6524</w:t>
        <w:br/>
        <w:t>f 15605/7338/6474 15602/7341/6479 15649/7384/6522</w:t>
        <w:br/>
        <w:t>f 15650/7386/6524 15605/7338/6474 15649/7384/6522</w:t>
        <w:br/>
        <w:t>f 15049/6784/5983 15073/6811/6010 15078/6812/6011</w:t>
        <w:br/>
        <w:t>f 15055/6791/5990 15700/7436/6566 15050/6789/5988</w:t>
        <w:br/>
        <w:t>f 15130/6867/6060 15135/6872/6065 15108/6847/6042</w:t>
        <w:br/>
        <w:t>f 15703/7439/6569 15134/6873/6066 15135/6872/6065</w:t>
        <w:br/>
        <w:t>f 15130/6867/6060 15703/7439/6569 15135/6872/6065</w:t>
        <w:br/>
        <w:t>f 15694/7430/6560 15716/7451/6580 15137/6870/6063</w:t>
        <w:br/>
        <w:t>f 15065/6800/5998 15062/6797/5995 15072/6807/6005</w:t>
        <w:br/>
        <w:t>f 15368/7104/6279 15065/6800/5998 15072/6807/6005</w:t>
        <w:br/>
        <w:t>f 15062/6797/5995 15063/6796/5994 15071/6808/6006</w:t>
        <w:br/>
        <w:t>f 15072/6807/6005 15062/6797/5995 15071/6808/6006</w:t>
        <w:br/>
        <w:t>f 15044/6779/5980 15045/6778/5979 15071/6808/6006</w:t>
        <w:br/>
        <w:t>f 15171/6907/6099 15044/6779/5980 15071/6808/6006</w:t>
        <w:br/>
        <w:t>f 15758/7493/6618 15757/7494/6619 15047/6782/5978</w:t>
        <w:br/>
        <w:t>f 15058/6794/5992 15759/7495/6620 15043/6780/5981</w:t>
        <w:br/>
        <w:t>f 15044/6779/5980 15058/6794/5992 15043/6780/5981</w:t>
        <w:br/>
        <w:t>f 15044/6779/5980 15171/6907/6099 15207/6943/6133</w:t>
        <w:br/>
        <w:t>f 15058/6794/5992 15044/6779/5980 15207/6943/6133</w:t>
        <w:br/>
        <w:t>f 15207/6943/6133 15183/6919/6109 15760/7496/6621</w:t>
        <w:br/>
        <w:t>f 15094/6830/6027 15207/6943/6133 15760/7496/6621</w:t>
        <w:br/>
        <w:t>f 15088/6823/6020 15081/6816/6015 15094/6830/6027</w:t>
        <w:br/>
        <w:t>f 15760/7496/6621 15088/6823/6020 15094/6830/6027</w:t>
        <w:br/>
        <w:t>f 15759/7495/6620 15058/6794/5992 15059/6793/5991</w:t>
        <w:br/>
        <w:t>f 15761/7497/6576 15759/7495/6620 15059/6793/5991</w:t>
        <w:br/>
        <w:t>f 15760/7496/6621 15183/6919/6109 15133/6868/6061</w:t>
        <w:br/>
        <w:t>f 15113/6849/6044 15760/7496/6621 15133/6868/6061</w:t>
        <w:br/>
        <w:t>f 15145/6880/6073 15132/6869/6062 15133/6868/6061</w:t>
        <w:br/>
        <w:t>f 15149/6882/6075 15145/6880/6073 15133/6868/6061</w:t>
        <w:br/>
        <w:t>f 15088/6823/6020 15760/7496/6621 15113/6849/6044</w:t>
        <w:br/>
        <w:t>f 15102/6837/6034 15088/6823/6020 15113/6849/6044</w:t>
        <w:br/>
        <w:t>f 15124/6859/6052 15121/6856/6050 15132/6869/6062</w:t>
        <w:br/>
        <w:t>f 15145/6880/6073 15124/6859/6052 15132/6869/6062</w:t>
        <w:br/>
        <w:t>f 15356/7093/6269 15368/7104/6279 15762/7498/6258</w:t>
        <w:br/>
        <w:t>f 15357/7092/6268 15356/7093/6269 15762/7498/6258</w:t>
        <w:br/>
        <w:t>f 15441/7179/6341 15040/6775/5976 15041/6774/5975</w:t>
        <w:br/>
        <w:t>f 15690/7426/6313 15441/7179/6341 15041/6774/5975</w:t>
        <w:br/>
        <w:t>f 15040/6775/5976 15441/7179/6341 15442/7178/6340</w:t>
        <w:br/>
        <w:t>f 15052/6787/5986 15040/6775/5976 15442/7178/6340</w:t>
        <w:br/>
        <w:t>f 15442/7178/6340 15454/7191/6350 15051/6788/5987</w:t>
        <w:br/>
        <w:t>f 15052/6787/5986 15442/7178/6340 15051/6788/5987</w:t>
        <w:br/>
        <w:t>f 15711/7447/6576 15051/6788/5987 15454/7191/6350</w:t>
        <w:br/>
        <w:t>f 15455/7190/6349 15711/7447/6576 15454/7191/6350</w:t>
        <w:br/>
        <w:t>f 15761/7497/6576 15452/7189/6349 15453/7188/6348</w:t>
        <w:br/>
        <w:t>f 15759/7495/6620 15761/7497/6576 15453/7188/6348</w:t>
        <w:br/>
        <w:t>f 15759/7495/6620 15453/7188/6348 15427/7162/6324</w:t>
        <w:br/>
        <w:t>f 15043/6780/5981 15759/7495/6620 15427/7162/6324</w:t>
        <w:br/>
        <w:t>f 15427/7162/6324 15411/7150/6314 15042/6781/5982</w:t>
        <w:br/>
        <w:t>f 15043/6780/5981 15427/7162/6324 15042/6781/5982</w:t>
        <w:br/>
        <w:t>f 15411/7150/6314 15412/7149/6313 15046/6783/5975</w:t>
        <w:br/>
        <w:t>f 15042/6781/5982 15411/7150/6314 15046/6783/5975</w:t>
        <w:br/>
        <w:t>f 15085/6820/6019 15096/6831/6028 15095/6832/6029</w:t>
        <w:br/>
        <w:t>f 15084/6821/6014 15085/6820/6019 15095/6832/6029</w:t>
        <w:br/>
        <w:t>f 15082/6815/6014 15091/6829/6026 15081/6816/6015</w:t>
        <w:br/>
        <w:t>f 15104/6843/6038 15105/6842/6035 15110/6845/6040</w:t>
        <w:br/>
        <w:t>f 15111/6844/6039 15104/6843/6038 15110/6845/6040</w:t>
        <w:br/>
        <w:t>f 15702/7438/6568 15089/6826/6023 15104/6843/6038</w:t>
        <w:br/>
        <w:t>f 15111/6844/6039 15702/7438/6568 15104/6843/6038</w:t>
        <w:br/>
        <w:t>f 15089/6826/6023 15702/7438/6568 15096/6831/6028</w:t>
        <w:br/>
        <w:t>f 15085/6820/6019 15089/6826/6023 15096/6831/6028</w:t>
        <w:br/>
        <w:t>f 15117/6852/6047 15130/6867/6060 15131/6866/6059</w:t>
        <w:br/>
        <w:t>f 15116/6853/6048 15117/6852/6047 15131/6866/6059</w:t>
        <w:br/>
        <w:t>f 15127/6865/6059 15763/7499/6622 15121/6856/6050</w:t>
        <w:br/>
        <w:t>f 15122/6855/6048 15127/6865/6059 15121/6856/6050</w:t>
        <w:br/>
        <w:t>f 15138/6877/6070 15139/6876/6069 15228/6963/6152</w:t>
        <w:br/>
        <w:t>f 15229/6962/6151 15138/6877/6070 15228/6963/6152</w:t>
        <w:br/>
        <w:t>f 15229/6962/6151 15703/7439/6569 15125/6862/6055</w:t>
        <w:br/>
        <w:t>f 15138/6877/6070 15229/6962/6151 15125/6862/6055</w:t>
        <w:br/>
        <w:t>f 15125/6862/6055 15703/7439/6569 15130/6867/6060</w:t>
        <w:br/>
        <w:t>f 15117/6852/6047 15125/6862/6055 15130/6867/6060</w:t>
        <w:br/>
        <w:t>f 15347/7082/6258 15346/7083/6259 15359/7094/6270</w:t>
        <w:br/>
        <w:t>f 15358/7095/6268 15347/7082/6258 15359/7094/6270</w:t>
        <w:br/>
        <w:t>f 15687/7423/6556 15306/7043/6222 15307/7042/6221</w:t>
        <w:br/>
        <w:t>f 15689/7425/6231 15687/7423/6556 15307/7042/6221</w:t>
        <w:br/>
        <w:t>f 15687/7423/6556 15688/7422/6555 15341/7077/6253</w:t>
        <w:br/>
        <w:t>f 15306/7043/6222 15687/7423/6556 15341/7077/6253</w:t>
        <w:br/>
        <w:t>f 15688/7422/6555 15359/7094/6270 15346/7083/6259</w:t>
        <w:br/>
        <w:t>f 15341/7077/6253 15688/7422/6555 15346/7083/6259</w:t>
        <w:br/>
        <w:t>f 15064/6801/5999 15316/7049/6228 15313/7052/6231</w:t>
        <w:br/>
        <w:t>f 15308/7044/6223 15064/6801/5999 15313/7052/6231</w:t>
        <w:br/>
        <w:t>f 15102/6837/6034 15113/6849/6044 15114/6848/6043</w:t>
        <w:br/>
        <w:t>f 15101/6838/6035 15102/6837/6034 15114/6848/6043</w:t>
        <w:br/>
        <w:t>f 15258/6991/6179 15156/6895/6088 15259/6996/6079</w:t>
        <w:br/>
        <w:t>f 15283/7018/6203 15258/6991/6179 15259/6996/6079</w:t>
        <w:br/>
        <w:t>f 15755/7491/6617 15269/7005/6191 15287/7024/6208</w:t>
        <w:br/>
        <w:t>f 15753/7490/6616 15755/7491/6617 15287/7024/6208</w:t>
        <w:br/>
        <w:t>f 15287/7024/6208 15289/7025/6209 15752/7487/6614</w:t>
        <w:br/>
        <w:t>f 15753/7490/6616 15287/7024/6208 15752/7487/6614</w:t>
        <w:br/>
        <w:t>f 15289/7025/6209 15750/7486/6160 15751/7488/6162</w:t>
        <w:br/>
        <w:t>f 15752/7487/6614 15289/7025/6209 15751/7488/6162</w:t>
        <w:br/>
        <w:t>f 15238/6974/6162 15233/6972/6160 15234/6971/6159</w:t>
        <w:br/>
        <w:t>f 15237/6975/6163 15238/6974/6162 15234/6971/6159</w:t>
        <w:br/>
        <w:t>f 15246/6983/6171 15237/6975/6163 15234/6971/6159</w:t>
        <w:br/>
        <w:t>f 15245/6980/6168 15246/6983/6171 15234/6971/6159</w:t>
        <w:br/>
        <w:t>f 15245/6980/6168 15267/7002/6188 15278/7013/6198</w:t>
        <w:br/>
        <w:t>f 15246/6983/6171 15245/6980/6168 15278/7013/6198</w:t>
        <w:br/>
        <w:t>f 15267/7002/6188 15266/7003/6189 15286/7021/6205</w:t>
        <w:br/>
        <w:t>f 15278/7013/6198 15267/7002/6188 15286/7021/6205</w:t>
        <w:br/>
        <w:t>f 15269/7005/6191 15755/7491/6617 15756/7492/6205</w:t>
        <w:br/>
        <w:t>f 15268/7006/6189 15269/7005/6191 15756/7492/6205</w:t>
        <w:br/>
        <w:t>f 15203/6942/6132 15204/6941/6131 15764/7500/6623</w:t>
        <w:br/>
        <w:t>f 15215/6951/6140 15203/6942/6132 15764/7500/6623</w:t>
        <w:br/>
        <w:t>f 15075/6809/6008 15681/7417/6551 15682/7416/6550</w:t>
        <w:br/>
        <w:t>f 15712/7448/6577 15075/6809/6008 15682/7416/6550</w:t>
        <w:br/>
        <w:t>f 15018/6755/5957 15217/6954/6143 15218/6953/6142</w:t>
        <w:br/>
        <w:t>f 15019/6754/5956 15018/6755/5957 15218/6953/6142</w:t>
        <w:br/>
        <w:t>f 15020/6757/5959 15021/6756/5958 15036/6771/5972</w:t>
        <w:br/>
        <w:t>f 15037/6770/5971 15020/6757/5959 15036/6771/5972</w:t>
        <w:br/>
        <w:t>f 15024/6760/5961 15015/6752/5954 15766/7501/6624</w:t>
        <w:br/>
        <w:t>f 15765/7502/6625 15024/6760/5961 15766/7501/6624</w:t>
        <w:br/>
        <w:t>f 15768/7503/6626 15023/6759/5952 15022/6758/5960</w:t>
        <w:br/>
        <w:t>f 15767/7504/6627 15768/7503/6626 15022/6758/5960</w:t>
        <w:br/>
        <w:t>f 15765/7502/6625 15767/7504/6627 15022/6758/5960</w:t>
        <w:br/>
        <w:t>f 15024/6760/5961 15765/7502/6625 15022/6758/5960</w:t>
        <w:br/>
        <w:t>f 15770/7505/6628 15016/6751/5953 15017/6753/5955</w:t>
        <w:br/>
        <w:t>f 15769/7506/6629 15770/7505/6628 15017/6753/5955</w:t>
        <w:br/>
        <w:t>f 15766/7501/6624 15704/7441/6571 15705/7440/6570</w:t>
        <w:br/>
        <w:t>f 15765/7502/6625 15766/7501/6624 15705/7440/6570</w:t>
        <w:br/>
        <w:t>f 15706/7442/6572 15767/7504/6627 15765/7502/6625</w:t>
        <w:br/>
        <w:t>f 15705/7440/6570 15706/7442/6572 15765/7502/6625</w:t>
        <w:br/>
        <w:t>f 15704/7441/6571 15766/7501/6624 15770/7505/6628</w:t>
        <w:br/>
        <w:t>f 15677/7412/6546 15704/7441/6571 15770/7505/6628</w:t>
        <w:br/>
        <w:t>f 15708/7443/6573 15772/7507/6630 15771/7508/6631</w:t>
        <w:br/>
        <w:t>f 15706/7442/6572 15709/7445/6575 15768/7503/6626</w:t>
        <w:br/>
        <w:t>f 15767/7504/6627 15706/7442/6572 15768/7503/6626</w:t>
        <w:br/>
        <w:t>f 15773/7509/6626 15771/7508/6631 15014/6749/5951</w:t>
        <w:br/>
        <w:t>f 15013/6750/5952 15773/7509/6626 15014/6749/5951</w:t>
        <w:br/>
        <w:t>f 15677/7412/6546 15770/7505/6628 15769/7506/6629</w:t>
        <w:br/>
        <w:t>f 15676/7413/6547 15677/7412/6546 15769/7506/6629</w:t>
        <w:br/>
        <w:t>f 15766/7501/6624 15015/6752/5954 15016/6751/5953</w:t>
        <w:br/>
        <w:t>f 15770/7505/6628 15766/7501/6624 15016/6751/5953</w:t>
        <w:br/>
        <w:t>f 15195/6932/6122 15196/6931/6121 15713/7450/6579</w:t>
        <w:br/>
        <w:t>f 15714/7449/6578 15195/6932/6122 15713/7450/6579</w:t>
        <w:br/>
        <w:t>f 15774/7510/6632 15678/7415/6549 15215/6951/6140</w:t>
        <w:br/>
        <w:t>f 15764/7500/6623 15774/7510/6632 15215/6951/6140</w:t>
        <w:br/>
        <w:t>f 15683/7419/6553 15774/7510/6632 15764/7500/6623</w:t>
        <w:br/>
        <w:t>f 15682/7416/6550 15683/7419/6553 15764/7500/6623</w:t>
        <w:br/>
        <w:t>f 15712/7448/6577 15682/7416/6550 15764/7500/6623</w:t>
        <w:br/>
        <w:t>f 15204/6941/6131 15712/7448/6577 15764/7500/6623</w:t>
        <w:br/>
        <w:t>f 15216/6950/6139 15219/6956/6145 15203/6942/6132</w:t>
        <w:br/>
        <w:t>f 15215/6951/6140 15216/6950/6139 15203/6942/6132</w:t>
        <w:br/>
        <w:t>f 15775/7511/6633 15218/6953/6142 15214/6952/6141</w:t>
        <w:br/>
        <w:t>f 15679/7414/6548 15775/7511/6633 15214/6952/6141</w:t>
        <w:br/>
        <w:t>f 15708/7443/6573 15674/7408/6543 15216/6950/6139</w:t>
        <w:br/>
        <w:t>f 15214/6952/6141 15708/7443/6573 15216/6950/6139</w:t>
        <w:br/>
        <w:t>f 15019/6754/5956 15218/6953/6142 15775/7511/6633</w:t>
        <w:br/>
        <w:t>f 15026/6761/5962 15019/6754/5956 15775/7511/6633</w:t>
        <w:br/>
        <w:t>f 15409/7144/6309 15691/7428/6559 15732/7468/6595</w:t>
        <w:br/>
        <w:t>f 15734/7470/6597 15474/7208/6365 15446/7181/6343</w:t>
        <w:br/>
        <w:t>f 15311/7046/6225 15729/7465/6592 15724/7460/6587</w:t>
        <w:br/>
        <w:t>f 15055/6791/5990 15096/6831/6028 15209/6945/6135</w:t>
        <w:br/>
        <w:t>f 15049/6784/5983 15208/6944/6134 15073/6811/6010</w:t>
        <w:br/>
        <w:t>f 15700/7436/6566 15055/6791/5990 15099/6833/6030</w:t>
        <w:br/>
        <w:t>f 15699/7437/6567 15776/7512/6634 15208/6944/6134</w:t>
        <w:br/>
        <w:t>f 15136/6871/6064 15210/6946/6136 15108/6847/6042</w:t>
        <w:br/>
        <w:t>f 15148/6883/6076 15149/6882/6075 15133/6868/6061</w:t>
        <w:br/>
        <w:t>f 15112/6850/6045 15113/6849/6044 15133/6868/6061</w:t>
        <w:br/>
        <w:t>f 15777/7513/6635 15094/6830/6027 15092/6828/6025</w:t>
        <w:br/>
        <w:t>f 15071/6808/6006 15045/6778/5979 15757/7494/6619</w:t>
        <w:br/>
        <w:t>f 15349/7085/6261 15726/7462/6589 15727/7464/6591</w:t>
        <w:br/>
        <w:t>f 15735/7471/6598 15419/7158/6317 15420/7157/6321</w:t>
        <w:br/>
        <w:t>f 15737/7473/6600 15458/7193/6352 15468/7202/6360</w:t>
        <w:br/>
        <w:t>f 15730/7466/6593 15388/7123/6237 15342/7081/6257</w:t>
        <w:br/>
        <w:t>f 15373/7110/6285 15374/7109/6284 15394/7130/6293</w:t>
        <w:br/>
        <w:t>f 15386/7121/6295 15373/7110/6285 15394/7130/6293</w:t>
        <w:br/>
        <w:t>f 15741/7477/6604 15523/7258/6406 15547/7284/6432</w:t>
        <w:br/>
        <w:t>f 15560/7295/6441 15743/7479/6606 15573/7310/6454</w:t>
        <w:br/>
        <w:t>f 15738/7474/6601 15509/7244/6395 15527/7261/6410</w:t>
        <w:br/>
        <w:t>f 15552/7287/6435 15740/7476/6603 15570/7304/6449</w:t>
        <w:br/>
        <w:t>f 15744/7480/6607 15597/7332/6472 15648/7385/6523</w:t>
        <w:br/>
        <w:t>f 15625/7362/6500 15746/7482/6609 15637/7372/6510</w:t>
        <w:br/>
        <w:t>f 15747/7483/6610 15604/7339/6477 15622/7359/6497</w:t>
        <w:br/>
        <w:t>f 15630/7365/6503 15749/7485/6612 15642/7379/6517</w:t>
        <w:br/>
        <w:t>f 15097/6835/6032 15098/6834/6031 15136/6871/6064</w:t>
        <w:br/>
        <w:t>f 15097/6835/6032 15136/6871/6064 15137/6870/6063</w:t>
        <w:br/>
        <w:t>f 15716/7451/6580 15097/6835/6032 15137/6870/6063</w:t>
        <w:br/>
        <w:t>f 15150/6889/6082 15281/7016/6201 15685/7421/6203</w:t>
        <w:br/>
        <w:t>f 15153/6886/6079 15150/6889/6082 15685/7421/6203</w:t>
        <w:br/>
        <w:t>f 15154/6891/6084 15280/7017/6202 15281/7016/6201</w:t>
        <w:br/>
        <w:t>f 15150/6889/6082 15154/6891/6084 15281/7016/6201</w:t>
        <w:br/>
        <w:t>f 15162/6897/6090 15163/6896/6089 15280/7017/6202</w:t>
        <w:br/>
        <w:t>f 15154/6891/6084 15162/6897/6090 15280/7017/6202</w:t>
        <w:br/>
        <w:t>f 15059/6793/5991 15057/6795/5993 15778/7514/6636</w:t>
        <w:br/>
        <w:t>f 15779/7515/6637 15112/6850/6045 15132/6869/6062</w:t>
        <w:br/>
        <w:t>f 15114/6848/6043 15112/6850/6045 15780/7516/6638</w:t>
        <w:br/>
        <w:t>f 15047/6782/5978 15757/7494/6619 15045/6778/5979</w:t>
        <w:br/>
        <w:t>f 15070/6804/6007 15781/7517/6639 15072/6807/6005</w:t>
        <w:br/>
        <w:t>f 15783/7518/6640 15762/7498/6258 15368/7104/6279</w:t>
        <w:br/>
        <w:t>f 15782/7519/6641 15783/7518/6640 15368/7104/6279</w:t>
        <w:br/>
        <w:t>f 15061/6798/5996 15232/6968/6149 15670/7406/6542</w:t>
        <w:br/>
        <w:t>f 15170/6908/6100 15171/6907/6099 15071/6808/6006</w:t>
        <w:br/>
        <w:t>f 15172/6906/6098 15183/6919/6109 15207/6943/6133</w:t>
        <w:br/>
        <w:t>f 15680/7418/6552 15681/7417/6551 15776/7512/6634</w:t>
        <w:br/>
        <w:t>f 15699/7437/6567 15680/7418/6552 15776/7512/6634</w:t>
        <w:br/>
        <w:t>f 15075/6809/6008 15073/6811/6010 15681/7417/6551</w:t>
        <w:br/>
        <w:t>f 15225/6961/6150 15075/6809/6008 15175/6910/6102</w:t>
        <w:br/>
        <w:t>f 15243/6977/6165 15750/7486/6160 15289/7025/6209</w:t>
        <w:br/>
        <w:t>f 15270/7004/6190 15268/7006/6189 15697/7434/6564</w:t>
        <w:br/>
        <w:t>f 15786/7520/6642 15785/7521/6643 15784/7522/6644</w:t>
        <w:br/>
        <w:t>f 15405/7142/6307 15787/7523/6250 15406/7141/6283</w:t>
        <w:br/>
        <w:t>f 15396/7134/6303 15397/7133/6302 15788/7524/6645</w:t>
        <w:br/>
        <w:t>f 15790/7525/6646 15396/7134/6303 15789/7526/6647</w:t>
        <w:br/>
        <w:t>f 15396/7134/6303 15788/7524/6645 15791/7527/6648</w:t>
        <w:br/>
        <w:t>f 15789/7526/6647 15396/7134/6303 15791/7527/6648</w:t>
        <w:br/>
        <w:t>f 15401/7139/6306 15402/7138/6250 15792/7528/6307</w:t>
        <w:br/>
        <w:t>f 15784/7522/6644 15785/7521/6643 15403/7137/6649</w:t>
        <w:br/>
        <w:t>f 15398/7132/6301 15396/7134/6303 15399/7136/6304</w:t>
        <w:br/>
        <w:t>f 15400/7135/6300 15396/7134/6303 15790/7525/6646</w:t>
        <w:br/>
        <w:t>f 15344/7079/6255 15793/7529/6650 15374/7109/6284</w:t>
        <w:br/>
        <w:t>f 15374/7109/6284 15793/7529/6650 15393/7131/6300</w:t>
        <w:br/>
        <w:t>f 15400/7135/6300 15794/7530/6651 15399/7136/6304</w:t>
        <w:br/>
        <w:t>f 15399/7136/6304 15794/7530/6651 15795/7531/6652</w:t>
        <w:br/>
        <w:t>f 15345/7078/6254 15796/7532/6653 15344/7079/6255</w:t>
        <w:br/>
        <w:t>f 15344/7079/6255 15796/7532/6653 15797/7533/6652</w:t>
        <w:br/>
        <w:t>f 15399/7136/6304 15798/7534/6654 15398/7132/6301</w:t>
        <w:br/>
        <w:t>f 15404/7140/6301 15796/7532/6653 15345/7078/6254</w:t>
        <w:br/>
        <w:t>f 15797/7533/6652 15793/7529/6650 15344/7079/6255</w:t>
        <w:br/>
        <w:t>f 15795/7531/6652 15798/7534/6654 15399/7136/6304</w:t>
        <w:br/>
        <w:t>f 15336/7074/6250 15337/7073/6246 15799/7535/6245</w:t>
        <w:br/>
        <w:t>f 15406/7141/6283 15787/7523/6250 15800/7536/6245</w:t>
        <w:br/>
        <w:t>f 15456/7195/6354 15491/7227/6382 15496/7231/6385</w:t>
        <w:br/>
        <w:t>f 15802/7537/6382 15499/7233/6386 15801/7538/6385</w:t>
        <w:br/>
        <w:t>f 15421/7156/6320 15490/7225/6380 15438/7173/6335</w:t>
        <w:br/>
        <w:t>f 15803/7539/6380 15498/7234/6384 15499/7233/6386</w:t>
        <w:br/>
        <w:t>f 15490/7225/6380 15421/7156/6320 15492/7230/6384</w:t>
        <w:br/>
        <w:t>f 15491/7227/6382 15456/7195/6354 15438/7173/6335</w:t>
        <w:br/>
        <w:t>f 15802/7537/6382 15804/7540/6655 15499/7233/6386</w:t>
        <w:br/>
        <w:t>f 15804/7540/6655 15803/7539/6380 15499/7233/6386</w:t>
        <w:br/>
        <w:t>f 15505/7242/6393 15805/7541/6656 15506/7241/6364</w:t>
        <w:br/>
        <w:t>f 15807/7542/6334 15493/7229/6383 15806/7543/6657</w:t>
        <w:br/>
        <w:t>f 15506/7241/6364 15805/7541/6656 15808/7544/6328</w:t>
        <w:br/>
        <w:t>f 15807/7542/6334 15806/7543/6657 15809/7545/6658</w:t>
        <w:br/>
        <w:t>f 15499/7233/6386 15500/7237/6389 15801/7538/6385</w:t>
        <w:br/>
        <w:t>f 15499/7233/6386 15497/7235/6387 15501/7236/6388</w:t>
        <w:br/>
        <w:t>f 15434/7172/6334 15435/7171/6333 15810/7546/6659</w:t>
        <w:br/>
        <w:t>f 15503/7240/6392 15504/7239/6391 15811/7547/6660</w:t>
        <w:br/>
        <w:t>f 15813/7548/6465 15812/7549/6661 15592/7328/6468</w:t>
        <w:br/>
        <w:t>f 15584/7320/6463 15587/7324/6465 15574/7309/6453</w:t>
        <w:br/>
        <w:t>f 15814/7550/6662 15584/7320/6463 15549/7282/6430</w:t>
        <w:br/>
        <w:t>f 15592/7328/6468 15815/7551/6663 15590/7325/6464</w:t>
        <w:br/>
        <w:t>f 15816/7552/6663 15814/7550/6662 15549/7282/6430</w:t>
        <w:br/>
        <w:t>f 15546/7285/6433 15816/7552/6663 15549/7282/6430</w:t>
        <w:br/>
        <w:t>f 15816/7552/6663 15546/7285/6433 15585/7322/6464</w:t>
        <w:br/>
        <w:t>f 15812/7549/6661 15817/7553/6662 15592/7328/6468</w:t>
        <w:br/>
        <w:t>f 15817/7553/6662 15815/7551/6663 15592/7328/6468</w:t>
        <w:br/>
        <w:t>f 15813/7548/6465 15593/7327/6467 15818/7554/6471</w:t>
        <w:br/>
        <w:t>f 15592/7328/6468 15538/7274/6422 15591/7329/6469</w:t>
        <w:br/>
        <w:t>f 15722/7458/6586 15819/7555/6664 15717/7454/6583</w:t>
        <w:br/>
        <w:t>f 15539/7273/6665 15820/7556/6666 15593/7327/6467</w:t>
        <w:br/>
        <w:t>f 15821/7557/6666 15723/7459/6418 15594/7331/6471</w:t>
        <w:br/>
        <w:t>f 15593/7327/6467 15820/7556/6666 15818/7554/6471</w:t>
        <w:br/>
        <w:t>f 15537/7275/6423 15538/7274/6422 15589/7326/6466</w:t>
        <w:br/>
        <w:t>f 15823/7558/6667 15822/7559/6531 15624/7357/6495</w:t>
        <w:br/>
        <w:t>f 15822/7559/6531 15643/7378/6516 15624/7357/6495</w:t>
        <w:br/>
        <w:t>f 15822/7559/6531 15664/7400/6533 15643/7378/6516</w:t>
        <w:br/>
        <w:t>f 15663/7397/6534 15657/7393/6530 15621/7360/6498</w:t>
        <w:br/>
        <w:t>f 15824/7560/6530 15665/7402/6538 15659/7395/6532</w:t>
        <w:br/>
        <w:t>f 15657/7393/6530 15823/7558/6667 15624/7357/6495</w:t>
        <w:br/>
        <w:t>f 15659/7395/6532 15666/7401/6537 15667/7404/6540</w:t>
        <w:br/>
        <w:t>f 15658/7396/6533 15659/7395/6532 15668/7403/6539</w:t>
        <w:br/>
        <w:t>f 15721/7455/6487 15825/7561/6492 15720/7456/6584</w:t>
        <w:br/>
        <w:t>f 15828/7562/6668 15827/7563/6669 15826/7564/6670</w:t>
        <w:br/>
        <w:t>f 15829/7565/6671 15614/7349/6487 15669/7405/6541</w:t>
        <w:br/>
        <w:t>f 15827/7563/6669 15828/7562/6668 15618/7352/6672</w:t>
        <w:br/>
        <w:t>f 15616/7354/6492 15617/7353/6491 15830/7566/6536</w:t>
        <w:br/>
        <w:t>f 15660/7394/6531 15831/7567/6673 15659/7395/6532</w:t>
        <w:br/>
        <w:t>f 15831/7567/6673 15824/7560/6530 15659/7395/6532</w:t>
        <w:br/>
        <w:t>f 15833/7568/6674 15832/7569/6675 15263/6997/6183</w:t>
        <w:br/>
        <w:t>f 15293/7028/6211 15834/7570/6675 15292/7029/6212</w:t>
        <w:br/>
        <w:t>f 15834/7570/6675 15293/7028/6211 15754/7489/6615</w:t>
        <w:br/>
        <w:t>f 15832/7569/6675 15835/7571/6676 15263/6997/6183</w:t>
        <w:br/>
        <w:t>f 15299/7036/6184 15836/7572/6677 15298/7037/6218</w:t>
        <w:br/>
        <w:t>f 15298/7037/6218 15836/7572/6677 15754/7489/6615</w:t>
        <w:br/>
        <w:t>f 15837/7573/6677 15263/6997/6183 15835/7571/6676</w:t>
        <w:br/>
        <w:t>f 15837/7573/6677 15262/6998/6184 15263/6997/6183</w:t>
        <w:br/>
        <w:t>f 15836/7572/6677 15838/7574/6678 15754/7489/6615</w:t>
        <w:br/>
        <w:t>f 15838/7574/6678 15834/7570/6675 15754/7489/6615</w:t>
        <w:br/>
        <w:t>f 15263/6997/6183 15276/7011/6196 15833/7568/6674</w:t>
        <w:br/>
        <w:t>f 15263/6997/6183 15261/6999/6185 15275/7012/6197</w:t>
        <w:br/>
        <w:t>f 15303/7038/6192 15302/7039/6219 15839/7575/6177</w:t>
        <w:br/>
        <w:t>f 15840/7576/6174 15303/7038/6192 15839/7575/6177</w:t>
        <w:br/>
        <w:t>f 15305/7040/6175 15842/7577/6174 15841/7578/6177</w:t>
        <w:br/>
        <w:t>f 15304/7041/6220 15305/7040/6175 15841/7578/6177</w:t>
        <w:br/>
        <w:t>f 15253/6989/6177 15254/6988/6176 15843/7579/6679</w:t>
        <w:br/>
        <w:t>f 15296/7032/6177 15297/7031/6214 15252/6990/6178</w:t>
        <w:br/>
        <w:t>f 15230/6967/6156 15192/6929/6119 15197/6930/6120</w:t>
        <w:br/>
        <w:t>f 15715/7452/6581 15230/6967/6156 15197/6930/6120</w:t>
        <w:br/>
        <w:t>f 15192/6929/6119 15190/6927/6117 15196/6931/6121</w:t>
        <w:br/>
        <w:t>f 15197/6930/6120 15192/6929/6119 15196/6931/6121</w:t>
        <w:br/>
        <w:t>f 15713/7450/6579 15196/6931/6121 15190/6927/6117</w:t>
        <w:br/>
        <w:t>f 15191/6926/6116 15713/7450/6579 15190/6927/6117</w:t>
        <w:br/>
        <w:t>f 15676/7413/6547 15034/6773/5974 15713/7450/6579</w:t>
        <w:br/>
        <w:t>f 15191/6926/6116 15676/7413/6547 15713/7450/6579</w:t>
        <w:br/>
        <w:t>f 15034/6773/5974 15676/7413/6547 15769/7506/6629</w:t>
        <w:br/>
        <w:t>f 15037/6770/5971 15034/6773/5974 15769/7506/6629</w:t>
        <w:br/>
        <w:t>f 15769/7506/6629 15017/6753/5955 15020/6757/5959</w:t>
        <w:br/>
        <w:t>f 15037/6770/5971 15769/7506/6629 15020/6757/5959</w:t>
        <w:br/>
        <w:t>f 15017/6753/5955 15008/6743/5945 15011/6746/5948</w:t>
        <w:br/>
        <w:t>f 15020/6757/5959 15017/6753/5955 15011/6746/5948</w:t>
        <w:br/>
        <w:t>f 15011/6746/5948 15008/6743/5945 15007/6744/5946</w:t>
        <w:br/>
        <w:t>f 15010/6747/5949 15011/6746/5948 15007/6744/5946</w:t>
        <w:br/>
        <w:t>f 15715/7452/6581 15231/6966/6155 15230/6967/6156</w:t>
        <w:br/>
        <w:t>f 15146/6885/6078 15147/6884/6077 15230/6967/6156</w:t>
        <w:br/>
        <w:t>f 15024/6760/5961 15022/6758/5960 15001/6740/5942</w:t>
        <w:br/>
        <w:t>f 15694/7430/6560 15231/6966/6155 15715/7452/6581</w:t>
        <w:br/>
        <w:t>f 15716/7451/6580 15694/7430/6560 15715/7452/6581</w:t>
        <w:br/>
        <w:t>f 15845/7580/6680 15012/6745/5947 15009/6748/5950</w:t>
        <w:br/>
        <w:t>f 15844/7581/6681 15845/7580/6680 15009/6748/5950</w:t>
        <w:br/>
        <w:t>f 15012/6745/5947 15845/7580/6680 15846/7582/6682</w:t>
        <w:br/>
        <w:t>f 15021/6756/5958 15012/6745/5947 15846/7582/6682</w:t>
        <w:br/>
        <w:t>f 15021/6756/5958 15846/7582/6682 15847/7583/6683</w:t>
        <w:br/>
        <w:t>f 15036/6771/5972 15021/6756/5958 15847/7583/6683</w:t>
        <w:br/>
        <w:t>f 15036/6771/5972 15847/7583/6683 15848/7584/6684</w:t>
        <w:br/>
        <w:t>f 15035/6772/5973 15036/6771/5972 15848/7584/6684</w:t>
        <w:br/>
        <w:t>f 15035/6772/5973 15848/7584/6684 15849/7585/6685</w:t>
        <w:br/>
        <w:t>f 15714/7449/6578 15035/6772/5973 15849/7585/6685</w:t>
        <w:br/>
        <w:t>f 15714/7449/6578 15849/7585/6685 15850/7586/6686</w:t>
        <w:br/>
        <w:t>f 15195/6932/6122 15714/7449/6578 15850/7586/6686</w:t>
        <w:br/>
        <w:t>f 15195/6932/6122 15850/7586/6686 15851/7587/6687</w:t>
        <w:br/>
        <w:t>f 15194/6933/6123 15195/6932/6122 15851/7587/6687</w:t>
        <w:br/>
        <w:t>f 15716/7451/6580 15194/6933/6123 15851/7587/6687</w:t>
        <w:br/>
        <w:t>f 15097/6835/6032 15716/7451/6580 15851/7587/6687</w:t>
        <w:br/>
        <w:t>f 15845/7580/6680 15844/7581/6681 15027/6763/5964</w:t>
        <w:br/>
        <w:t>f 15025/6762/5963 15845/7580/6680 15027/6763/5964</w:t>
        <w:br/>
        <w:t>f 15845/7580/6680 15025/6762/5963 15026/6761/5962</w:t>
        <w:br/>
        <w:t>f 15846/7582/6682 15845/7580/6680 15026/6761/5962</w:t>
        <w:br/>
        <w:t>f 15775/7511/6633 15847/7583/6683 15846/7582/6682</w:t>
        <w:br/>
        <w:t>f 15026/6761/5962 15775/7511/6633 15846/7582/6682</w:t>
        <w:br/>
        <w:t>f 15847/7583/6683 15775/7511/6633 15679/7414/6548</w:t>
        <w:br/>
        <w:t>f 15848/7584/6684 15847/7583/6683 15679/7414/6548</w:t>
        <w:br/>
        <w:t>f 15848/7584/6684 15679/7414/6548 15678/7415/6549</w:t>
        <w:br/>
        <w:t>f 15849/7585/6685 15848/7584/6684 15678/7415/6549</w:t>
        <w:br/>
        <w:t>f 15849/7585/6685 15678/7415/6549 15774/7510/6632</w:t>
        <w:br/>
        <w:t>f 15850/7586/6686 15849/7585/6685 15774/7510/6632</w:t>
        <w:br/>
        <w:t>f 15851/7587/6687 15850/7586/6686 15774/7510/6632</w:t>
        <w:br/>
        <w:t>f 15683/7419/6553 15851/7587/6687 15774/7510/6632</w:t>
        <w:br/>
        <w:t>f 15097/6835/6032 15851/7587/6687 15683/7419/6553</w:t>
        <w:br/>
        <w:t>f 15680/7418/6552 15097/6835/6032 15683/7419/6553</w:t>
        <w:br/>
        <w:t>f 15099/6833/6030 15097/6835/6032 15680/7418/6552</w:t>
        <w:br/>
        <w:t>f 15852/7588/6688 15772/7507/6630 15217/6954/6143</w:t>
        <w:br/>
        <w:t>f 15018/6755/5957 15852/7588/6688 15217/6954/6143</w:t>
        <w:br/>
        <w:t>f 15018/6755/5957 14993/6732/5935 15853/7589/6689</w:t>
        <w:br/>
        <w:t>f 15852/7588/6688 15018/6755/5957 15853/7589/6689</w:t>
        <w:br/>
        <w:t>f 15854/7590/6690 15853/7589/6689 14993/6732/5935</w:t>
        <w:br/>
        <w:t>f 14994/6731/5934 15854/7590/6690 14993/6732/5935</w:t>
        <w:br/>
        <w:t>f 15853/7589/6689 15854/7590/6690 14999/6734/5937</w:t>
        <w:br/>
        <w:t>f 15000/6733/5936 15853/7589/6689 14999/6734/5937</w:t>
        <w:br/>
        <w:t>f 15852/7588/6688 15853/7589/6689 15000/6733/5936</w:t>
        <w:br/>
        <w:t>f 15014/6749/5951 15852/7588/6688 15000/6733/5936</w:t>
        <w:br/>
        <w:t>f 15772/7507/6630 15852/7588/6688 15014/6749/5951</w:t>
        <w:br/>
        <w:t>f 15771/7508/6631 15772/7507/6630 15014/6749/5951</w:t>
        <w:br/>
        <w:t>f 15217/6954/6143 15772/7507/6630 15708/7443/6573</w:t>
        <w:br/>
        <w:t>f 15214/6952/6141 15217/6954/6143 15708/7443/6573</w:t>
        <w:br/>
        <w:t>f 15773/7509/6626 15707/7444/6574 15771/7508/6631</w:t>
        <w:br/>
        <w:t>f 15707/7444/6574 15708/7443/6573 15771/7508/6631</w:t>
        <w:br/>
        <w:t>f 15776/7512/6634 15073/6811/6010 15208/6944/6134</w:t>
        <w:br/>
        <w:t>f 15073/6811/6010 15776/7512/6634 15681/7417/6551</w:t>
        <w:br/>
        <w:t>f 15099/6833/6030 15680/7418/6552 15699/7437/6567</w:t>
        <w:br/>
        <w:t>f 15099/6833/6030 15699/7437/6567 15700/7436/6566</w:t>
        <w:br/>
        <w:t>f 15302/7039/6219 15291/7030/6213 15292/7029/6212</w:t>
        <w:br/>
        <w:t>f 15300/7035/6217 15304/7041/6220 15299/7036/6184</w:t>
        <w:br/>
        <w:t>f 15661/7399/6536 15662/7398/6535 15719/7457/6585</w:t>
        <w:br/>
        <w:t>f 15669/7405/6541 15654/7390/6527 15664/7400/6533</w:t>
        <w:br/>
        <w:t>f 15658/7396/6533 15668/7403/6539 15826/7564/6541</w:t>
        <w:br/>
        <w:t>f 15666/7401/6537 15665/7402/6538 15830/7566/6691</w:t>
        <w:br/>
        <w:t>f 15594/7331/6471 15588/7323/6460 15587/7324/6465</w:t>
        <w:br/>
        <w:t>f 15593/7327/6467 15813/7548/6465 15592/7328/6468</w:t>
        <w:br/>
        <w:t>f 15590/7325/6464 15538/7274/6422 15592/7328/6468</w:t>
        <w:br/>
        <w:t>f 15586/7321/6459 15717/7454/6583 15585/7322/6464</w:t>
        <w:br/>
        <w:t>f 15493/7229/6383 15494/7228/6377 15806/7543/6657</w:t>
        <w:br/>
        <w:t>f 15435/7171/6333 15498/7234/6692 15810/7546/6659</w:t>
        <w:br/>
        <w:t>f 15505/7242/6393 15495/7232/6378 15496/7231/6385</w:t>
        <w:br/>
        <w:t>f 15801/7538/6385 15500/7237/6389 15811/7547/6693</w:t>
        <w:br/>
        <w:t>f 15392/7128/6290 15338/7072/6249 15404/7140/6301</w:t>
        <w:br/>
        <w:t>f 15405/7142/6307 15395/7129/6291 15393/7131/6300</w:t>
        <w:br/>
        <w:t>f 15833/7568/6674 15276/7011/6196 15295/7033/6694</w:t>
        <w:br/>
        <w:t>f 15261/6999/6185 15262/6998/6184 15855/7591/6695</w:t>
        <w:br/>
        <w:t>f 15951/7592/6696 15950/7593/6697 15949/7594/6698</w:t>
        <w:br/>
        <w:t>f 15958/7595/6699 15951/7592/6696 15957/7596/6700</w:t>
        <w:br/>
        <w:t>f 15957/7596/6700 15962/7597/6701 15958/7595/6699</w:t>
        <w:br/>
        <w:t>f 15950/7593/6697 15967/7598/6702 15966/7599/6703</w:t>
        <w:br/>
        <w:t>f 15965/7600/6704 15950/7593/6697 15966/7599/6703</w:t>
        <w:br/>
        <w:t>f 15962/7597/6701 15969/7601/6705 15968/7602/6706</w:t>
        <w:br/>
        <w:t>f 15976/7603/6707 15975/7604/6708 15974/7605/6709</w:t>
        <w:br/>
        <w:t>f 15977/7606/6710 15976/7603/6707 15974/7605/6709</w:t>
        <w:br/>
        <w:t>f 15978/7607/6711 15975/7604/6708 15976/7603/6707</w:t>
        <w:br/>
        <w:t>f 15979/7608/6712 15978/7607/6711 15976/7603/6707</w:t>
        <w:br/>
        <w:t>f 15981/7609/6713 15980/7610/6714 15965/7600/6704</w:t>
        <w:br/>
        <w:t>f 15966/7599/6703 15981/7609/6713 15965/7600/6704</w:t>
        <w:br/>
        <w:t>f 15985/7611/6715 15984/7612/6716 15983/7613/6717</w:t>
        <w:br/>
        <w:t>f 15982/7614/6718 15985/7611/6715 15983/7613/6717</w:t>
        <w:br/>
        <w:t>f 15982/7614/6718 15987/7615/6719 15986/7616/6720</w:t>
        <w:br/>
        <w:t>f 15985/7611/6715 15982/7614/6718 15986/7616/6720</w:t>
        <w:br/>
        <w:t>f 15989/7617/6721 15983/7613/6717 15984/7612/6716</w:t>
        <w:br/>
        <w:t>f 15988/7618/6722 15989/7617/6721 15984/7612/6716</w:t>
        <w:br/>
        <w:t>f 15991/7619/6723 15989/7617/6721 15988/7618/6722</w:t>
        <w:br/>
        <w:t>f 15990/7620/6724 15991/7619/6723 15988/7618/6722</w:t>
        <w:br/>
        <w:t>f 15993/7621/6725 15991/7619/6723 15990/7620/6724</w:t>
        <w:br/>
        <w:t>f 15992/7622/6726 15993/7621/6725 15990/7620/6724</w:t>
        <w:br/>
        <w:t>f 15968/7602/6706 15996/7623/6725 15995/7624/6726</w:t>
        <w:br/>
        <w:t>f 15994/7625/6727 15968/7602/6706 15995/7624/6726</w:t>
        <w:br/>
        <w:t>f 15958/7595/6699 15968/7602/6706 15994/7625/6727</w:t>
        <w:br/>
        <w:t>f 15997/7626/6728 15958/7595/6699 15994/7625/6727</w:t>
        <w:br/>
        <w:t>f 15967/7598/6702 15950/7593/6697 15958/7595/6699</w:t>
        <w:br/>
        <w:t>f 15997/7626/6728 15967/7598/6702 15958/7595/6699</w:t>
        <w:br/>
        <w:t>f 16000/7627/6729 15986/7616/6720 15999/7628/6730</w:t>
        <w:br/>
        <w:t>f 15998/7629/6731 16000/7627/6729 15999/7628/6730</w:t>
        <w:br/>
        <w:t>f 15979/7608/6712 16000/7627/6729 15998/7629/6731</w:t>
        <w:br/>
        <w:t>f 15978/7607/6711 15979/7608/6712 15998/7629/6731</w:t>
        <w:br/>
        <w:t>f 16002/7630/6732 16001/7631/6733 15984/7612/6716</w:t>
        <w:br/>
        <w:t>f 15985/7611/6715 16002/7630/6732 15984/7612/6716</w:t>
        <w:br/>
        <w:t>f 16000/7627/6729 15979/7608/6712 16004/7632/6734</w:t>
        <w:br/>
        <w:t>f 16003/7633/6735 16000/7627/6729 16004/7632/6734</w:t>
        <w:br/>
        <w:t>f 15976/7603/6707 16005/7634/6736 16004/7632/6734</w:t>
        <w:br/>
        <w:t>f 15979/7608/6712 15976/7603/6707 16004/7632/6734</w:t>
        <w:br/>
        <w:t>f 16005/7634/6736 15976/7603/6707 15977/7606/6710</w:t>
        <w:br/>
        <w:t>f 16006/7635/6737 16005/7634/6736 15977/7606/6710</w:t>
        <w:br/>
        <w:t>f 15981/7609/6713 16007/7636/6738 16006/7635/6737</w:t>
        <w:br/>
        <w:t>f 15977/7606/6710 15981/7609/6713 16006/7635/6737</w:t>
        <w:br/>
        <w:t>f 15980/7610/6714 15981/7609/6713 15977/7606/6710</w:t>
        <w:br/>
        <w:t>f 15974/7605/6709 15980/7610/6714 15977/7606/6710</w:t>
        <w:br/>
        <w:t>f 16011/7637/6739 16010/7638/6740 16009/7639/6741</w:t>
        <w:br/>
        <w:t>f 16008/7640/6742 16011/7637/6739 16009/7639/6741</w:t>
        <w:br/>
        <w:t>f 16013/7641/6743 16012/7642/6744 15990/7620/6724</w:t>
        <w:br/>
        <w:t>f 15988/7618/6722 16013/7641/6743 15990/7620/6724</w:t>
        <w:br/>
        <w:t>f 16017/7643/6740 16016/7644/6745 16015/7645/6746</w:t>
        <w:br/>
        <w:t>f 16014/7646/6741 16017/7643/6740 16015/7645/6746</w:t>
        <w:br/>
        <w:t>f 16016/7644/6745 16019/7647/6747 16018/7648/6748</w:t>
        <w:br/>
        <w:t>f 16015/7645/6746 16016/7644/6745 16018/7648/6748</w:t>
        <w:br/>
        <w:t>f 16021/7649/6749 16020/7650/6750 15967/7598/6702</w:t>
        <w:br/>
        <w:t>f 15997/7626/6728 16021/7649/6749 15967/7598/6702</w:t>
        <w:br/>
        <w:t>f 16022/7651/6751 15983/7613/6717 15989/7617/6721</w:t>
        <w:br/>
        <w:t>f 15996/7623/6725 15968/7602/6706 15969/7601/6705</w:t>
        <w:br/>
        <w:t>f 16023/7652/6752 15996/7623/6725 15969/7601/6705</w:t>
        <w:br/>
        <w:t>f 15991/7619/6723 16024/7653/6753 16022/7651/6751</w:t>
        <w:br/>
        <w:t>f 15989/7617/6721 15991/7619/6723 16022/7651/6751</w:t>
        <w:br/>
        <w:t>f 15993/7621/6725 16025/7654/6754 15991/7619/6723</w:t>
        <w:br/>
        <w:t>f 15962/7597/6701 15968/7602/6706 15958/7595/6699</w:t>
        <w:br/>
        <w:t>f 15950/7593/6697 15951/7592/6696 15958/7595/6699</w:t>
        <w:br/>
        <w:t>f 15966/7599/6703 16026/7655/6755 16007/7636/6738</w:t>
        <w:br/>
        <w:t>f 15981/7609/6713 15966/7599/6703 16007/7636/6738</w:t>
        <w:br/>
        <w:t>f 16003/7633/6735 16027/7656/6756 15986/7616/6720</w:t>
        <w:br/>
        <w:t>f 16000/7627/6729 16003/7633/6735 15986/7616/6720</w:t>
        <w:br/>
        <w:t>f 16030/7657/6757 16029/7658/6758 16028/7659/6759</w:t>
        <w:br/>
        <w:t>f 16031/7660/6760 16030/7657/6757 16028/7659/6759</w:t>
        <w:br/>
        <w:t>f 16034/7661/6761 16033/7662/6762 16032/7663/6763</w:t>
        <w:br/>
        <w:t>f 16035/7664/6764 16034/7661/6761 16032/7663/6763</w:t>
        <w:br/>
        <w:t>f 16024/7653/6753 15991/7619/6723 16025/7654/6754</w:t>
        <w:br/>
        <w:t>f 16040/7665/6765 16039/7666/6766 16038/7667/6767</w:t>
        <w:br/>
        <w:t>f 16037/7668/6768 16040/7665/6765 16038/7667/6767</w:t>
        <w:br/>
        <w:t>f 15965/7600/6704 15949/7594/6698 15950/7593/6697</w:t>
        <w:br/>
        <w:t>f 16035/7664/6764 16032/7663/6763 16029/7658/6758</w:t>
        <w:br/>
        <w:t>f 16030/7657/6757 16035/7664/6764 16029/7658/6758</w:t>
        <w:br/>
        <w:t>f 16061/7669/6769 16066/7670/6770 16103/7671/6771</w:t>
        <w:br/>
        <w:t>f 16104/7672/6772 16061/7669/6769 16103/7671/6771</w:t>
        <w:br/>
        <w:t>f 16060/7673/6773 16061/7669/6769 16104/7672/6772</w:t>
        <w:br/>
        <w:t>f 16105/7674/6774 16060/7673/6773 16104/7672/6772</w:t>
        <w:br/>
        <w:t>f 16071/7675/6775 16060/7673/6773 16105/7674/6774</w:t>
        <w:br/>
        <w:t>f 16106/7676/6776 16071/7675/6775 16105/7674/6774</w:t>
        <w:br/>
        <w:t>f 16108/7677/6777 16107/7678/6778 16008/7640/6742</w:t>
        <w:br/>
        <w:t>f 16009/7639/6741 16108/7677/6777 16008/7640/6742</w:t>
        <w:br/>
        <w:t>f 16034/7661/6761 16011/7637/6739 16008/7640/6742</w:t>
        <w:br/>
        <w:t>f 16033/7662/6762 16034/7661/6761 16008/7640/6742</w:t>
        <w:br/>
        <w:t>f 16110/7679/6779 16109/7680/6780 16014/7646/6741</w:t>
        <w:br/>
        <w:t>f 16015/7645/6746 16110/7679/6779 16014/7646/6741</w:t>
        <w:br/>
        <w:t>f 16111/7681/6781 16110/7679/6779 16015/7645/6746</w:t>
        <w:br/>
        <w:t>f 16018/7648/6748 16111/7681/6781 16015/7645/6746</w:t>
        <w:br/>
        <w:t>f 16018/7648/6748 16019/7647/6747 16037/7668/6768</w:t>
        <w:br/>
        <w:t>f 16038/7667/6767 16018/7648/6748 16037/7668/6768</w:t>
        <w:br/>
        <w:t>f 16040/7665/6765 16071/7675/6775 16106/7676/6776</w:t>
        <w:br/>
        <w:t>f 16039/7666/6766 16040/7665/6765 16106/7676/6776</w:t>
        <w:br/>
        <w:t>f 16031/7660/6760 16028/7659/6759 16103/7671/6771</w:t>
        <w:br/>
        <w:t>f 16066/7670/6770 16031/7660/6760 16103/7671/6771</w:t>
        <w:br/>
        <w:t>f 16113/7682/6782 16112/7683/6783 16028/7659/6759</w:t>
        <w:br/>
        <w:t>f 16029/7658/6758 16113/7682/6782 16028/7659/6759</w:t>
        <w:br/>
        <w:t>f 16115/7684/6784 16114/7685/6785 16032/7663/6763</w:t>
        <w:br/>
        <w:t>f 16033/7662/6762 16115/7684/6784 16032/7663/6763</w:t>
        <w:br/>
        <w:t>f 16039/7666/6766 16117/7686/6786 16116/7687/6787</w:t>
        <w:br/>
        <w:t>f 16038/7667/6767 16039/7666/6766 16116/7687/6787</w:t>
        <w:br/>
        <w:t>f 16029/7658/6758 16032/7663/6763 16114/7685/6785</w:t>
        <w:br/>
        <w:t>f 16113/7682/6782 16029/7658/6758 16114/7685/6785</w:t>
        <w:br/>
        <w:t>f 16119/7688/6788 16104/7672/6772 16103/7671/6771</w:t>
        <w:br/>
        <w:t>f 16118/7689/6789 16119/7688/6788 16103/7671/6771</w:t>
        <w:br/>
        <w:t>f 16120/7690/6790 16104/7672/6772 16119/7688/6788</w:t>
        <w:br/>
        <w:t>f 16105/7674/6774 16104/7672/6772 16120/7690/6790</w:t>
        <w:br/>
        <w:t>f 16121/7691/6791 16105/7674/6774 16120/7690/6790</w:t>
        <w:br/>
        <w:t>f 16106/7676/6776 16105/7674/6774 16121/7691/6791</w:t>
        <w:br/>
        <w:t>f 16122/7692/6792 16106/7676/6776 16121/7691/6791</w:t>
        <w:br/>
        <w:t>f 16033/7662/6762 16008/7640/6742 16107/7678/6778</w:t>
        <w:br/>
        <w:t>f 16115/7684/6784 16033/7662/6762 16107/7678/6778</w:t>
        <w:br/>
        <w:t>f 16111/7681/6781 16018/7648/6748 16038/7667/6767</w:t>
        <w:br/>
        <w:t>f 16116/7687/6787 16111/7681/6781 16038/7667/6767</w:t>
        <w:br/>
        <w:t>f 16117/7686/6786 16039/7666/6766 16106/7676/6776</w:t>
        <w:br/>
        <w:t>f 16122/7692/6792 16117/7686/6786 16106/7676/6776</w:t>
        <w:br/>
        <w:t>f 16103/7671/6771 16028/7659/6759 16112/7683/6783</w:t>
        <w:br/>
        <w:t>f 16118/7689/6789 16103/7671/6771 16112/7683/6783</w:t>
        <w:br/>
        <w:t>f 15992/7622/6726 15990/7620/6724 16012/7642/6744</w:t>
        <w:br/>
        <w:t>f 16123/7693/6793 15992/7622/6726 16012/7642/6744</w:t>
        <w:br/>
        <w:t>f 15994/7625/6727 15995/7624/6726 16125/7694/6793</w:t>
        <w:br/>
        <w:t>f 16124/7695/6794 15994/7625/6727 16125/7694/6793</w:t>
        <w:br/>
        <w:t>f 15997/7626/6728 15994/7625/6727 16124/7695/6794</w:t>
        <w:br/>
        <w:t>f 16021/7649/6749 15997/7626/6728 16124/7695/6794</w:t>
        <w:br/>
        <w:t>f 15985/7611/6715 15986/7616/6720 16027/7656/6756</w:t>
        <w:br/>
        <w:t>f 16002/7630/6732 15985/7611/6715 16027/7656/6756</w:t>
        <w:br/>
        <w:t>f 15988/7618/6722 15984/7612/6716 16001/7631/6733</w:t>
        <w:br/>
        <w:t>f 16013/7641/6743 15988/7618/6722 16001/7631/6733</w:t>
        <w:br/>
        <w:t>f 16026/7655/6755 15966/7599/6703 15967/7598/6702</w:t>
        <w:br/>
        <w:t>f 16020/7650/6750 16026/7655/6755 15967/7598/6702</w:t>
        <w:br/>
        <w:t>f 15986/7616/6720 15987/7615/6719 15999/7628/6730</w:t>
        <w:br/>
        <w:t>f 16943/7696/6795 16942/7697/6796 16941/7698/6797</w:t>
        <w:br/>
        <w:t>f 16950/7699/6798 16949/7700/6799 16943/7696/6795</w:t>
        <w:br/>
        <w:t>f 16949/7700/6799 16950/7699/6798 16954/7701/6800</w:t>
        <w:br/>
        <w:t>f 16941/7698/6797 16959/7702/6801 16958/7703/6802</w:t>
        <w:br/>
        <w:t>f 16957/7704/6803 16941/7698/6797 16958/7703/6802</w:t>
        <w:br/>
        <w:t>f 16954/7701/6800 16961/7705/6804 16960/7706/6805</w:t>
        <w:br/>
        <w:t>f 16968/7707/6806 16967/7708/6807 16966/7709/6808</w:t>
        <w:br/>
        <w:t>f 16969/7710/6809 16968/7707/6806 16966/7709/6808</w:t>
        <w:br/>
        <w:t>f 16966/7709/6808 16967/7708/6807 16970/7711/6810</w:t>
        <w:br/>
        <w:t>f 16971/7712/6811 16966/7709/6808 16970/7711/6810</w:t>
        <w:br/>
        <w:t>f 16959/7702/6801 16973/7713/6812 16972/7714/6813</w:t>
        <w:br/>
        <w:t>f 16958/7703/6802 16959/7702/6801 16972/7714/6813</w:t>
        <w:br/>
        <w:t>f 16977/7715/6814 16976/7716/6815 16975/7717/6816</w:t>
        <w:br/>
        <w:t>f 16974/7718/6817 16977/7715/6814 16975/7717/6816</w:t>
        <w:br/>
        <w:t>f 16976/7716/6815 16977/7715/6814 16979/7719/6818</w:t>
        <w:br/>
        <w:t>f 16978/7720/6819 16976/7716/6815 16979/7719/6818</w:t>
        <w:br/>
        <w:t>f 16981/7721/6820 16980/7722/6821 16974/7718/6817</w:t>
        <w:br/>
        <w:t>f 16975/7717/6816 16981/7721/6820 16974/7718/6817</w:t>
        <w:br/>
        <w:t>f 16983/7723/6822 16982/7724/6823 16980/7722/6821</w:t>
        <w:br/>
        <w:t>f 16981/7721/6820 16983/7723/6822 16980/7722/6821</w:t>
        <w:br/>
        <w:t>f 16985/7725/6824 16984/7726/6825 16982/7724/6823</w:t>
        <w:br/>
        <w:t>f 16983/7723/6822 16985/7725/6824 16982/7724/6823</w:t>
        <w:br/>
        <w:t>f 16961/7705/6804 16988/7727/6826 16987/7728/6825</w:t>
        <w:br/>
        <w:t>f 16986/7729/6824 16961/7705/6804 16987/7728/6825</w:t>
        <w:br/>
        <w:t>f 16950/7699/6798 16989/7730/6827 16988/7727/6826</w:t>
        <w:br/>
        <w:t>f 16961/7705/6804 16950/7699/6798 16988/7727/6826</w:t>
        <w:br/>
        <w:t>f 16957/7704/6803 16989/7730/6827 16950/7699/6798</w:t>
        <w:br/>
        <w:t>f 16941/7698/6797 16957/7704/6803 16950/7699/6798</w:t>
        <w:br/>
        <w:t>f 16992/7731/6828 16991/7732/6829 16990/7733/6830</w:t>
        <w:br/>
        <w:t>f 16979/7719/6818 16992/7731/6828 16990/7733/6830</w:t>
        <w:br/>
        <w:t>f 16991/7732/6829 16992/7731/6828 16971/7712/6811</w:t>
        <w:br/>
        <w:t>f 16970/7711/6810 16991/7732/6829 16971/7712/6811</w:t>
        <w:br/>
        <w:t>f 16994/7734/6831 16977/7715/6814 16974/7718/6817</w:t>
        <w:br/>
        <w:t>f 16993/7735/6832 16994/7734/6831 16974/7718/6817</w:t>
        <w:br/>
        <w:t>f 16992/7731/6828 16996/7736/6833 16995/7737/6834</w:t>
        <w:br/>
        <w:t>f 16971/7712/6811 16992/7731/6828 16995/7737/6834</w:t>
        <w:br/>
        <w:t>f 16966/7709/6808 16971/7712/6811 16995/7737/6834</w:t>
        <w:br/>
        <w:t>f 16997/7738/6835 16966/7709/6808 16995/7737/6834</w:t>
        <w:br/>
        <w:t>f 16969/7710/6809 16966/7709/6808 16997/7738/6835</w:t>
        <w:br/>
        <w:t>f 16998/7739/6836 16969/7710/6809 16997/7738/6835</w:t>
        <w:br/>
        <w:t>f 16972/7714/6813 16969/7710/6809 16998/7739/6836</w:t>
        <w:br/>
        <w:t>f 16999/7740/6837 16972/7714/6813 16998/7739/6836</w:t>
        <w:br/>
        <w:t>f 16973/7713/6812 16968/7707/6806 16969/7710/6809</w:t>
        <w:br/>
        <w:t>f 16972/7714/6813 16973/7713/6812 16969/7710/6809</w:t>
        <w:br/>
        <w:t>f 17003/7741/6838 17002/7742/6839 17001/7743/6840</w:t>
        <w:br/>
        <w:t>f 17000/7744/6841 17003/7741/6838 17001/7743/6840</w:t>
        <w:br/>
        <w:t>f 17005/7745/6842 16980/7722/6821 16982/7724/6823</w:t>
        <w:br/>
        <w:t>f 17004/7746/6843 17005/7745/6842 16982/7724/6823</w:t>
        <w:br/>
        <w:t>f 17009/7747/6841 17008/7748/6840 17007/7749/6844</w:t>
        <w:br/>
        <w:t>f 17006/7750/6845 17009/7747/6841 17007/7749/6844</w:t>
        <w:br/>
        <w:t>f 17006/7750/6845 17007/7749/6844 17011/7751/6846</w:t>
        <w:br/>
        <w:t>f 17010/7752/6847 17006/7750/6845 17011/7751/6846</w:t>
        <w:br/>
        <w:t>f 17013/7753/6848 16989/7730/6827 16957/7704/6803</w:t>
        <w:br/>
        <w:t>f 17012/7754/6849 17013/7753/6848 16957/7704/6803</w:t>
        <w:br/>
        <w:t>f 17014/7755/6850 16981/7721/6820 16975/7717/6816</w:t>
        <w:br/>
        <w:t>f 16960/7706/6805 16961/7705/6804 16986/7729/6824</w:t>
        <w:br/>
        <w:t>f 17015/7756/6851 16960/7706/6805 16986/7729/6824</w:t>
        <w:br/>
        <w:t>f 17014/7755/6850 17016/7757/6852 16983/7723/6822</w:t>
        <w:br/>
        <w:t>f 16981/7721/6820 17014/7755/6850 16983/7723/6822</w:t>
        <w:br/>
        <w:t>f 16985/7725/6824 16983/7723/6822 17017/7758/6853</w:t>
        <w:br/>
        <w:t>f 16954/7701/6800 16950/7699/6798 16961/7705/6804</w:t>
        <w:br/>
        <w:t>f 16941/7698/6797 16950/7699/6798 16943/7696/6795</w:t>
        <w:br/>
        <w:t>f 16958/7703/6802 16972/7714/6813 16999/7740/6837</w:t>
        <w:br/>
        <w:t>f 17018/7759/6854 16958/7703/6802 16999/7740/6837</w:t>
        <w:br/>
        <w:t>f 16996/7736/6833 16992/7731/6828 16979/7719/6818</w:t>
        <w:br/>
        <w:t>f 17019/7760/6855 16996/7736/6833 16979/7719/6818</w:t>
        <w:br/>
        <w:t>f 17022/7761/6856 17021/7762/6857 17020/7763/6858</w:t>
        <w:br/>
        <w:t>f 17023/7764/6859 17022/7761/6856 17020/7763/6858</w:t>
        <w:br/>
        <w:t>f 17026/7765/6860 17025/7766/6861 17024/7767/6862</w:t>
        <w:br/>
        <w:t>f 17027/7768/6863 17026/7765/6860 17024/7767/6862</w:t>
        <w:br/>
        <w:t>f 17016/7757/6852 17017/7758/6853 16983/7723/6822</w:t>
        <w:br/>
        <w:t>f 17032/7769/6864 17031/7770/6865 17030/7771/6866</w:t>
        <w:br/>
        <w:t>f 17029/7772/6867 17032/7769/6864 17030/7771/6866</w:t>
        <w:br/>
        <w:t>f 16959/7702/6801 16941/7698/6797 16942/7697/6796</w:t>
        <w:br/>
        <w:t>f 17021/7762/6857 17026/7765/6860 17027/7768/6863</w:t>
        <w:br/>
        <w:t>f 17020/7763/6858 17021/7762/6857 17027/7768/6863</w:t>
        <w:br/>
        <w:t>f 17095/7773/6868 17057/7774/6869 17053/7775/6870</w:t>
        <w:br/>
        <w:t>f 17096/7776/6871 17095/7773/6868 17053/7775/6870</w:t>
        <w:br/>
        <w:t>f 17051/7777/6872 17097/7778/6873 17096/7776/6871</w:t>
        <w:br/>
        <w:t>f 17053/7775/6870 17051/7777/6872 17096/7776/6871</w:t>
        <w:br/>
        <w:t>f 17097/7778/6873 17051/7777/6872 17063/7779/6874</w:t>
        <w:br/>
        <w:t>f 17098/7780/6875 17097/7778/6873 17063/7779/6874</w:t>
        <w:br/>
        <w:t>f 17100/7781/6876 17001/7743/6840 17002/7742/6839</w:t>
        <w:br/>
        <w:t>f 17099/7782/6877 17100/7781/6876 17002/7742/6839</w:t>
        <w:br/>
        <w:t>f 17024/7767/6862 17025/7766/6861 17002/7742/6839</w:t>
        <w:br/>
        <w:t>f 17003/7741/6838 17024/7767/6862 17002/7742/6839</w:t>
        <w:br/>
        <w:t>f 17102/7783/6878 17007/7749/6844 17008/7748/6840</w:t>
        <w:br/>
        <w:t>f 17101/7784/6879 17102/7783/6878 17008/7748/6840</w:t>
        <w:br/>
        <w:t>f 17103/7785/6880 17011/7751/6846 17007/7749/6844</w:t>
        <w:br/>
        <w:t>f 17102/7783/6878 17103/7785/6880 17007/7749/6844</w:t>
        <w:br/>
        <w:t>f 17011/7751/6846 17030/7771/6866 17031/7770/6865</w:t>
        <w:br/>
        <w:t>f 17010/7752/6847 17011/7751/6846 17031/7770/6865</w:t>
        <w:br/>
        <w:t>f 17098/7780/6875 17063/7779/6874 17032/7769/6864</w:t>
        <w:br/>
        <w:t>f 17029/7772/6867 17098/7780/6875 17032/7769/6864</w:t>
        <w:br/>
        <w:t>f 17095/7773/6868 17022/7761/6856 17023/7764/6859</w:t>
        <w:br/>
        <w:t>f 17057/7774/6869 17095/7773/6868 17023/7764/6859</w:t>
        <w:br/>
        <w:t>f 17105/7786/6881 17021/7762/6857 17022/7761/6856</w:t>
        <w:br/>
        <w:t>f 17104/7787/6882 17105/7786/6881 17022/7761/6856</w:t>
        <w:br/>
        <w:t>f 17107/7788/6883 17025/7766/6861 17026/7765/6860</w:t>
        <w:br/>
        <w:t>f 17106/7789/6884 17107/7788/6883 17026/7765/6860</w:t>
        <w:br/>
        <w:t>f 17029/7772/6867 17030/7771/6866 17109/7790/6885</w:t>
        <w:br/>
        <w:t>f 17108/7791/6886 17029/7772/6867 17109/7790/6885</w:t>
        <w:br/>
        <w:t>f 17021/7762/6857 17105/7786/6881 17106/7789/6884</w:t>
        <w:br/>
        <w:t>f 17026/7765/6860 17021/7762/6857 17106/7789/6884</w:t>
        <w:br/>
        <w:t>f 17111/7792/6887 17110/7793/6888 17095/7773/6868</w:t>
        <w:br/>
        <w:t>f 17096/7776/6871 17111/7792/6887 17095/7773/6868</w:t>
        <w:br/>
        <w:t>f 17112/7794/6889 17111/7792/6887 17096/7776/6871</w:t>
        <w:br/>
        <w:t>f 17097/7778/6873 17113/7795/6890 17112/7794/6889</w:t>
        <w:br/>
        <w:t>f 17096/7776/6871 17097/7778/6873 17112/7794/6889</w:t>
        <w:br/>
        <w:t>f 17113/7795/6890 17097/7778/6873 17098/7780/6875</w:t>
        <w:br/>
        <w:t>f 17114/7796/6891 17113/7795/6890 17098/7780/6875</w:t>
        <w:br/>
        <w:t>f 17025/7766/6861 17107/7788/6883 17099/7782/6877</w:t>
        <w:br/>
        <w:t>f 17002/7742/6839 17025/7766/6861 17099/7782/6877</w:t>
        <w:br/>
        <w:t>f 17103/7785/6880 17109/7790/6885 17030/7771/6866</w:t>
        <w:br/>
        <w:t>f 17011/7751/6846 17103/7785/6880 17030/7771/6866</w:t>
        <w:br/>
        <w:t>f 17108/7791/6886 17114/7796/6891 17098/7780/6875</w:t>
        <w:br/>
        <w:t>f 17029/7772/6867 17108/7791/6886 17098/7780/6875</w:t>
        <w:br/>
        <w:t>f 17095/7773/6868 17110/7793/6888 17104/7787/6882</w:t>
        <w:br/>
        <w:t>f 17022/7761/6856 17095/7773/6868 17104/7787/6882</w:t>
        <w:br/>
        <w:t>f 16984/7726/6825 17115/7797/6892 17004/7746/6843</w:t>
        <w:br/>
        <w:t>f 16982/7724/6823 16984/7726/6825 17004/7746/6843</w:t>
        <w:br/>
        <w:t>f 16988/7727/6826 17117/7798/6893 17116/7799/6892</w:t>
        <w:br/>
        <w:t>f 16987/7728/6825 16988/7727/6826 17116/7799/6892</w:t>
        <w:br/>
        <w:t>f 16989/7730/6827 17013/7753/6848 17117/7798/6893</w:t>
        <w:br/>
        <w:t>f 16988/7727/6826 16989/7730/6827 17117/7798/6893</w:t>
        <w:br/>
        <w:t>f 16977/7715/6814 16994/7734/6831 17019/7760/6855</w:t>
        <w:br/>
        <w:t>f 16979/7719/6818 16977/7715/6814 17019/7760/6855</w:t>
        <w:br/>
        <w:t>f 16980/7722/6821 17005/7745/6842 16993/7735/6832</w:t>
        <w:br/>
        <w:t>f 16974/7718/6817 16980/7722/6821 16993/7735/6832</w:t>
        <w:br/>
        <w:t>f 17018/7759/6854 17012/7754/6849 16957/7704/6803</w:t>
        <w:br/>
        <w:t>f 16958/7703/6802 17018/7759/6854 16957/7704/6803</w:t>
        <w:br/>
        <w:t>f 16979/7719/6818 16990/7733/6830 16978/7720/6819</w:t>
        <w:br/>
        <w:t>f 21892/7800/6894 21891/7801/6895 21890/7802/6896</w:t>
        <w:br/>
        <w:t>f 21895/7803/6897 21894/7804/6898 21893/7805/6899</w:t>
        <w:br/>
        <w:t>f 21892/7800/6894 21897/7806/6900 21896/7807/6901</w:t>
        <w:br/>
        <w:t>f 21900/7808/6902 21899/7809/6903 21898/7810/6904</w:t>
        <w:br/>
        <w:t>f 21899/7809/6903 21901/7811/6905 21894/7804/6898</w:t>
        <w:br/>
        <w:t>f 21898/7810/6904 21899/7809/6903 21894/7804/6898</w:t>
        <w:br/>
        <w:t>f 21904/7812/6906 21900/7808/6902 21903/7813/6907</w:t>
        <w:br/>
        <w:t>f 21902/7814/6908 21904/7812/6906 21903/7813/6907</w:t>
        <w:br/>
        <w:t>f 21894/7804/6898 21897/7806/6900 21893/7805/6899</w:t>
        <w:br/>
        <w:t>f 21895/7803/6897 21905/7815/6909 21898/7810/6904</w:t>
        <w:br/>
        <w:t>f 21894/7804/6898 21895/7803/6897 21898/7810/6904</w:t>
        <w:br/>
        <w:t>f 21898/7810/6904 21905/7815/6909 21900/7808/6902</w:t>
        <w:br/>
        <w:t>f 21897/7806/6900 21894/7804/6898 21896/7807/6901</w:t>
        <w:br/>
        <w:t>f 21894/7804/6898 21901/7811/6905 21896/7807/6901</w:t>
        <w:br/>
        <w:t>f 21903/7813/6907 21900/7808/6902 21905/7815/6909</w:t>
        <w:br/>
        <w:t>f 21906/7816/6910 21899/7809/6903 21900/7808/6902</w:t>
        <w:br/>
        <w:t>f 21906/7816/6910 21900/7808/6902 21904/7812/6906</w:t>
        <w:br/>
        <w:t>f 21909/7817/6911 21908/7818/6912 21907/7819/6913</w:t>
        <w:br/>
        <w:t>f 21912/7820/6914 21911/7821/6915 21910/7822/6916</w:t>
        <w:br/>
        <w:t>f 21909/7817/6917 21914/7823/6918 21913/7824/6919</w:t>
        <w:br/>
        <w:t>f 21917/7825/6920 21916/7826/6921 21915/7827/6922</w:t>
        <w:br/>
        <w:t>f 21915/7827/6922 21916/7826/6921 21910/7822/6916</w:t>
        <w:br/>
        <w:t>f 21918/7828/6923 21915/7827/6922 21910/7822/6916</w:t>
        <w:br/>
        <w:t>f 21904/7812/6906 21902/7814/6908 21919/7829/6924</w:t>
        <w:br/>
        <w:t>f 21917/7825/6920 21904/7812/6906 21919/7829/6924</w:t>
        <w:br/>
        <w:t>f 21910/7822/6916 21911/7821/6915 21913/7824/6919</w:t>
        <w:br/>
        <w:t>f 21912/7820/6914 21910/7822/6916 21916/7826/6921</w:t>
        <w:br/>
        <w:t>f 21920/7830/6925 21912/7820/6914 21916/7826/6921</w:t>
        <w:br/>
        <w:t>f 21916/7826/6921 21917/7825/6920 21920/7830/6925</w:t>
        <w:br/>
        <w:t>f 21913/7824/6919 21914/7823/6918 21910/7822/6916</w:t>
        <w:br/>
        <w:t>f 21910/7822/6916 21914/7823/6918 21918/7828/6923</w:t>
        <w:br/>
        <w:t>f 21919/7829/6924 21920/7830/6925 21917/7825/6920</w:t>
        <w:br/>
        <w:t>f 21906/7816/6910 21917/7825/6920 21915/7827/6922</w:t>
        <w:br/>
        <w:t>f 21906/7816/6910 21904/7812/6906 21917/7825/6920</w:t>
        <w:br/>
        <w:t>f 16113/7682/6782 16114/7685/6785 16001/7631/6733</w:t>
        <w:br/>
        <w:t>f 16002/7630/6732 16113/7682/6782 16001/7631/6733</w:t>
        <w:br/>
        <w:t>f 16119/7688/6788 16118/7689/6789 16003/7633/6735</w:t>
        <w:br/>
        <w:t>f 16004/7632/6734 16119/7688/6788 16003/7633/6735</w:t>
        <w:br/>
        <w:t>f 16005/7634/6736 16120/7690/6790 16119/7688/6788</w:t>
        <w:br/>
        <w:t>f 16004/7632/6734 16005/7634/6736 16119/7688/6788</w:t>
        <w:br/>
        <w:t>f 16121/7691/6791 16120/7690/6790 16005/7634/6736</w:t>
        <w:br/>
        <w:t>f 16006/7635/6737 16121/7691/6791 16005/7634/6736</w:t>
        <w:br/>
        <w:t>f 16007/7636/6738 16122/7692/6792 16121/7691/6791</w:t>
        <w:br/>
        <w:t>f 16006/7635/6737 16007/7636/6738 16121/7691/6791</w:t>
        <w:br/>
        <w:t>f 16115/7684/6784 16107/7678/6778 16012/7642/6744</w:t>
        <w:br/>
        <w:t>f 16013/7641/6743 16115/7684/6784 16012/7642/6744</w:t>
        <w:br/>
        <w:t>f 16021/7649/6749 16111/7681/6781 16116/7687/6787</w:t>
        <w:br/>
        <w:t>f 16020/7650/6750 16021/7649/6749 16116/7687/6787</w:t>
        <w:br/>
        <w:t>f 16026/7655/6755 16117/7686/6786 16122/7692/6792</w:t>
        <w:br/>
        <w:t>f 16007/7636/6738 16026/7655/6755 16122/7692/6792</w:t>
        <w:br/>
        <w:t>f 16118/7689/6789 16112/7683/6783 16027/7656/6756</w:t>
        <w:br/>
        <w:t>f 16003/7633/6735 16118/7689/6789 16027/7656/6756</w:t>
        <w:br/>
        <w:t>f 16123/7693/6793 16012/7642/6744 16107/7678/6778</w:t>
        <w:br/>
        <w:t>f 16108/7677/6777 16123/7693/6793 16107/7678/6778</w:t>
        <w:br/>
        <w:t>f 16124/7695/6794 16125/7694/6793 16109/7680/6780</w:t>
        <w:br/>
        <w:t>f 16110/7679/6779 16124/7695/6794 16109/7680/6780</w:t>
        <w:br/>
        <w:t>f 16021/7649/6749 16124/7695/6794 16110/7679/6779</w:t>
        <w:br/>
        <w:t>f 16111/7681/6781 16021/7649/6749 16110/7679/6779</w:t>
        <w:br/>
        <w:t>f 16002/7630/6732 16027/7656/6756 16112/7683/6783</w:t>
        <w:br/>
        <w:t>f 16113/7682/6782 16002/7630/6732 16112/7683/6783</w:t>
        <w:br/>
        <w:t>f 16013/7641/6743 16001/7631/6733 16114/7685/6785</w:t>
        <w:br/>
        <w:t>f 16115/7684/6784 16013/7641/6743 16114/7685/6785</w:t>
        <w:br/>
        <w:t>f 16117/7686/6786 16026/7655/6755 16020/7650/6750</w:t>
        <w:br/>
        <w:t>f 16116/7687/6787 16117/7686/6786 16020/7650/6750</w:t>
        <w:br/>
        <w:t>f 16993/7735/6832 17106/7789/6884 17105/7786/6881</w:t>
        <w:br/>
        <w:t>f 16994/7734/6831 16993/7735/6832 17105/7786/6881</w:t>
        <w:br/>
        <w:t>f 16996/7736/6833 17110/7793/6888 17111/7792/6887</w:t>
        <w:br/>
        <w:t>f 16995/7737/6834 16996/7736/6833 17111/7792/6887</w:t>
        <w:br/>
        <w:t>f 17111/7792/6887 17112/7794/6889 16997/7738/6835</w:t>
        <w:br/>
        <w:t>f 16995/7737/6834 17111/7792/6887 16997/7738/6835</w:t>
        <w:br/>
        <w:t>f 16997/7738/6835 17112/7794/6889 17113/7795/6890</w:t>
        <w:br/>
        <w:t>f 16998/7739/6836 16997/7738/6835 17113/7795/6890</w:t>
        <w:br/>
        <w:t>f 17113/7795/6890 17114/7796/6891 16999/7740/6837</w:t>
        <w:br/>
        <w:t>f 16998/7739/6836 17113/7795/6890 16999/7740/6837</w:t>
        <w:br/>
        <w:t>f 17004/7746/6843 17099/7782/6877 17107/7788/6883</w:t>
        <w:br/>
        <w:t>f 17005/7745/6842 17004/7746/6843 17107/7788/6883</w:t>
        <w:br/>
        <w:t>f 17109/7790/6885 17103/7785/6880 17013/7753/6848</w:t>
        <w:br/>
        <w:t>f 17012/7754/6849 17109/7790/6885 17013/7753/6848</w:t>
        <w:br/>
        <w:t>f 17114/7796/6891 17108/7791/6886 17018/7759/6854</w:t>
        <w:br/>
        <w:t>f 16999/7740/6837 17114/7796/6891 17018/7759/6854</w:t>
        <w:br/>
        <w:t>f 17019/7760/6855 17104/7787/6882 17110/7793/6888</w:t>
        <w:br/>
        <w:t>f 16996/7736/6833 17019/7760/6855 17110/7793/6888</w:t>
        <w:br/>
        <w:t>f 17099/7782/6877 17004/7746/6843 17115/7797/6892</w:t>
        <w:br/>
        <w:t>f 17100/7781/6876 17099/7782/6877 17115/7797/6892</w:t>
        <w:br/>
        <w:t>f 17101/7784/6879 17116/7799/6892 17117/7798/6893</w:t>
        <w:br/>
        <w:t>f 17102/7783/6878 17101/7784/6879 17117/7798/6893</w:t>
        <w:br/>
        <w:t>f 17102/7783/6878 17117/7798/6893 17013/7753/6848</w:t>
        <w:br/>
        <w:t>f 17103/7785/6880 17102/7783/6878 17013/7753/6848</w:t>
        <w:br/>
        <w:t>f 17104/7787/6882 17019/7760/6855 16994/7734/6831</w:t>
        <w:br/>
        <w:t>f 17105/7786/6881 17104/7787/6882 16994/7734/6831</w:t>
        <w:br/>
        <w:t>f 17106/7789/6884 16993/7735/6832 17005/7745/6842</w:t>
        <w:br/>
        <w:t>f 17107/7788/6883 17106/7789/6884 17005/7745/6842</w:t>
        <w:br/>
        <w:t>f 17012/7754/6849 17018/7759/6854 17108/7791/6886</w:t>
        <w:br/>
        <w:t>f 17109/7790/6885 17012/7754/6849 17108/7791/6886</w:t>
        <w:br/>
        <w:t>f 6736/7831/6926 6735/7832/6927 6734/7833/6928</w:t>
        <w:br/>
        <w:t>f 6737/7834/6929 6736/7831/6926 6734/7833/6928</w:t>
        <w:br/>
        <w:t>f 6740/7835/6930 6739/7836/6931 6738/7837/6932</w:t>
        <w:br/>
        <w:t>f 6741/7838/6933 6740/7835/6930 6738/7837/6932</w:t>
        <w:br/>
        <w:t>f 6766/7839/6934 6765/7840/6935 6734/7833/6928</w:t>
        <w:br/>
        <w:t>f 6735/7832/6927 6766/7839/6934 6734/7833/6928</w:t>
        <w:br/>
        <w:t>f 6769/7841/6936 6768/7842/6937 6767/7843/6938</w:t>
        <w:br/>
        <w:t>f 6770/7844/6939 6769/7841/6936 6767/7843/6938</w:t>
        <w:br/>
        <w:t>f 6773/7845/6940 6772/7846/6941 6771/7847/6942</w:t>
        <w:br/>
        <w:t>f 6774/7848/6943 6773/7845/6940 6771/7847/6942</w:t>
        <w:br/>
        <w:t>f 6777/7849/6944 6776/7850/6945 6775/7851/6946</w:t>
        <w:br/>
        <w:t>f 6777/7849/6944 6775/7851/6946 6778/7852/6947</w:t>
        <w:br/>
        <w:t>f 6781/7853/6948 6780/7854/6949 6779/7855/6950</w:t>
        <w:br/>
        <w:t>f 6781/7853/6948 6779/7855/6950 6782/7856/6951</w:t>
        <w:br/>
        <w:t>f 6785/7857/6952 6784/7858/6952 6783/7859/6953</w:t>
        <w:br/>
        <w:t>f 6786/7860/6954 6785/7857/6952 6783/7859/6953</w:t>
        <w:br/>
        <w:t>f 6788/7861/6955 6787/7862/6956 6784/7858/6952</w:t>
        <w:br/>
        <w:t>f 6785/7857/6952 6788/7861/6955 6784/7858/6952</w:t>
        <w:br/>
        <w:t>f 6792/7863/6957 6791/7864/6958 6790/7865/6959</w:t>
        <w:br/>
        <w:t>f 6789/7866/6960 6792/7863/6957 6790/7865/6959</w:t>
        <w:br/>
        <w:t>f 6794/7867/6961 6793/7868/6962 6791/7864/6958</w:t>
        <w:br/>
        <w:t>f 6792/7863/6957 6794/7867/6961 6791/7864/6958</w:t>
        <w:br/>
        <w:t>f 6796/7869/6963 6789/7866/6960 6795/7870/6964</w:t>
        <w:br/>
        <w:t>f 6797/7871/6965 6796/7869/6963 6795/7870/6964</w:t>
        <w:br/>
        <w:t>f 6799/7872/6966 6798/7873/6967 6795/7870/6964</w:t>
        <w:br/>
        <w:t>f 6803/7874/6968 6802/7875/6969 6801/7876/6970</w:t>
        <w:br/>
        <w:t>f 6800/7877/6971 6803/7874/6968 6801/7876/6970</w:t>
        <w:br/>
        <w:t>f 6799/7872/6966 6806/7878/6972 6805/7879/6973</w:t>
        <w:br/>
        <w:t>f 6804/7880/6974 6799/7872/6966 6805/7879/6973</w:t>
        <w:br/>
        <w:t>f 6810/7881/6975 6809/7882/6976 6808/7883/6977</w:t>
        <w:br/>
        <w:t>f 6807/7884/6978 6810/7881/6975 6808/7883/6977</w:t>
        <w:br/>
        <w:t>f 6809/7882/6976 6812/7885/6979 6811/7886/6980</w:t>
        <w:br/>
        <w:t>f 6808/7883/6977 6809/7882/6976 6811/7886/6980</w:t>
        <w:br/>
        <w:t>f 6814/7887/6981 6813/7888/6982 6808/7883/6977</w:t>
        <w:br/>
        <w:t>f 6811/7886/6980 6814/7887/6981 6808/7883/6977</w:t>
        <w:br/>
        <w:t>f 6816/7889/6983 6808/7883/6977 6813/7888/6982</w:t>
        <w:br/>
        <w:t>f 6815/7890/6983 6816/7889/6983 6813/7888/6982</w:t>
        <w:br/>
        <w:t>f 6807/7884/6978 6818/7891/6984 6817/7892/6985</w:t>
        <w:br/>
        <w:t>f 6810/7881/6975 6807/7884/6978 6817/7892/6985</w:t>
        <w:br/>
        <w:t>f 6820/7893/6986 6819/7894/6987 6816/7889/6983</w:t>
        <w:br/>
        <w:t>f 6815/7890/6983 6820/7893/6986 6816/7889/6983</w:t>
        <w:br/>
        <w:t>f 6820/7893/6986 6822/7895/6988 6821/7896/6989</w:t>
        <w:br/>
        <w:t>f 6818/7891/6984 6820/7893/6986 6821/7896/6989</w:t>
        <w:br/>
        <w:t>f 6821/7896/6989 6823/7897/6990 6817/7892/6985</w:t>
        <w:br/>
        <w:t>f 6818/7891/6984 6821/7896/6989 6817/7892/6985</w:t>
        <w:br/>
        <w:t>f 6826/7898/6991 6825/7899/6992 6824/7900/6993</w:t>
        <w:br/>
        <w:t>f 6829/7901/6994 6828/7902/6995 6827/7903/6996</w:t>
        <w:br/>
        <w:t>f 6830/7904/6997 6829/7901/6994 6827/7903/6996</w:t>
        <w:br/>
        <w:t>f 6829/7901/6994 6831/7905/6998 6828/7902/6995</w:t>
        <w:br/>
        <w:t>f 6789/7866/6960 6790/7865/6959 6832/7906/6999</w:t>
        <w:br/>
        <w:t>f 6795/7870/6964 6789/7866/6960 6832/7906/6999</w:t>
        <w:br/>
        <w:t>f 6835/7907/7000 6832/7906/6999 6834/7908/7001</w:t>
        <w:br/>
        <w:t>f 6833/7909/7002 6835/7907/7000 6834/7908/7001</w:t>
        <w:br/>
        <w:t>f 6832/7906/6999 6835/7907/7000 6799/7872/6966</w:t>
        <w:br/>
        <w:t>f 6795/7870/6964 6832/7906/6999 6799/7872/6966</w:t>
        <w:br/>
        <w:t>f 6811/7886/6980 6836/7910/7003 6814/7887/6981</w:t>
        <w:br/>
        <w:t>f 6812/7885/6979 6805/7879/6973 6811/7886/6980</w:t>
        <w:br/>
        <w:t>f 6833/7909/7002 6836/7910/7003 6806/7878/6972</w:t>
        <w:br/>
        <w:t>f 6835/7907/7000 6833/7909/7002 6806/7878/6972</w:t>
        <w:br/>
        <w:t>f 6839/7911/7004 6838/7912/7005 6837/7913/7006</w:t>
        <w:br/>
        <w:t>f 6830/7904/6997 6827/7903/6996 6840/7914/7007</w:t>
        <w:br/>
        <w:t>f 6839/7911/7004 6830/7904/6997 6840/7914/7007</w:t>
        <w:br/>
        <w:t>f 6840/7914/7007 6841/7915/7008 6838/7912/7005</w:t>
        <w:br/>
        <w:t>f 6845/7916/7009 6844/7917/7010 6843/7918/7011</w:t>
        <w:br/>
        <w:t>f 6842/7919/7012 6845/7916/7009 6843/7918/7011</w:t>
        <w:br/>
        <w:t>f 6842/7919/7012 6843/7918/7011 6847/7920/7013</w:t>
        <w:br/>
        <w:t>f 6846/7921/7014 6842/7919/7012 6847/7920/7013</w:t>
        <w:br/>
        <w:t>f 6842/7919/7012 6846/7921/7014 6848/7922/7015</w:t>
        <w:br/>
        <w:t>f 6849/7923/7016 6842/7919/7012 6848/7922/7015</w:t>
        <w:br/>
        <w:t>f 6851/7924/7017 6850/7925/7018 6849/7923/7016</w:t>
        <w:br/>
        <w:t>f 6848/7922/7015 6851/7924/7017 6849/7923/7016</w:t>
        <w:br/>
        <w:t>f 6847/7920/7013 6852/7926/7019 6825/7899/6992</w:t>
        <w:br/>
        <w:t>f 6855/7927/7020 6854/7928/7021 6853/7929/7022</w:t>
        <w:br/>
        <w:t>f 6856/7930/7023 6855/7927/7020 6853/7929/7022</w:t>
        <w:br/>
        <w:t>f 6858/7931/7024 6857/7932/7025 6821/7896/6989</w:t>
        <w:br/>
        <w:t>f 6822/7895/6988 6858/7931/7024 6821/7896/6989</w:t>
        <w:br/>
        <w:t>f 6862/7933/7026 6861/7934/7027 6860/7935/7028</w:t>
        <w:br/>
        <w:t>f 6859/7936/7029 6862/7933/7026 6860/7935/7028</w:t>
        <w:br/>
        <w:t>f 6857/7932/7025 6858/7931/7024 6864/7937/7030</w:t>
        <w:br/>
        <w:t>f 6863/7938/7031 6857/7932/7025 6864/7937/7030</w:t>
        <w:br/>
        <w:t>f 6865/7939/7032 6857/7932/7025 6863/7938/7031</w:t>
        <w:br/>
        <w:t>f 6866/7940/7033 6865/7939/7032 6863/7938/7031</w:t>
        <w:br/>
        <w:t>f 6857/7932/7025 6865/7939/7032 6823/7897/6990</w:t>
        <w:br/>
        <w:t>f 6821/7896/6989 6857/7932/7025 6823/7897/6990</w:t>
        <w:br/>
        <w:t>f 6860/7935/7028 6869/7941/7034 6868/7942/7035</w:t>
        <w:br/>
        <w:t>f 6867/7943/7036 6860/7935/7028 6868/7942/7035</w:t>
        <w:br/>
        <w:t>f 6870/7944/7037 6861/7934/7027 6854/7928/7021</w:t>
        <w:br/>
        <w:t>f 6861/7934/7027 6870/7944/7037 6869/7941/7034</w:t>
        <w:br/>
        <w:t>f 6860/7935/7028 6861/7934/7027 6869/7941/7034</w:t>
        <w:br/>
        <w:t>f 6873/7945/7038 6867/7943/7036 6872/7946/7039</w:t>
        <w:br/>
        <w:t>f 6871/7947/7040 6873/7945/7038 6872/7946/7039</w:t>
        <w:br/>
        <w:t>f 6859/7936/7029 6860/7935/7028 6867/7943/7036</w:t>
        <w:br/>
        <w:t>f 6873/7945/7038 6859/7936/7029 6867/7943/7036</w:t>
        <w:br/>
        <w:t>f 6855/7927/7020 6856/7930/7023 6847/7920/7013</w:t>
        <w:br/>
        <w:t>f 6843/7918/7011 6855/7927/7020 6847/7920/7013</w:t>
        <w:br/>
        <w:t>f 6844/7917/7010 6855/7927/7020 6843/7918/7011</w:t>
        <w:br/>
        <w:t>f 6875/7948/7041 6802/7875/6969 6874/7949/7042</w:t>
        <w:br/>
        <w:t>f 6879/7950/7043 6878/7951/7044 6877/7952/7045</w:t>
        <w:br/>
        <w:t>f 6876/7953/7046 6879/7950/7043 6877/7952/7045</w:t>
        <w:br/>
        <w:t>f 6789/7866/6960 6796/7869/6963 6877/7952/7045</w:t>
        <w:br/>
        <w:t>f 6792/7863/6957 6789/7866/6960 6877/7952/7045</w:t>
        <w:br/>
        <w:t>f 6883/7954/7047 6882/7955/7048 6881/7956/7049</w:t>
        <w:br/>
        <w:t>f 6880/7957/7050 6883/7954/7047 6881/7956/7049</w:t>
        <w:br/>
        <w:t>f 6880/7957/7050 6881/7956/7049 6885/7958/7051</w:t>
        <w:br/>
        <w:t>f 6884/7959/7052 6880/7957/7050 6885/7958/7051</w:t>
        <w:br/>
        <w:t>f 6883/7954/7047 6888/7960/7053 6887/7961/7054</w:t>
        <w:br/>
        <w:t>f 6886/7962/7055 6883/7954/7047 6887/7961/7054</w:t>
        <w:br/>
        <w:t>f 6883/7954/7047 6886/7962/7055 6882/7955/7048</w:t>
        <w:br/>
        <w:t>f 6888/7960/7053 6891/7963/7056 6890/7964/7057</w:t>
        <w:br/>
        <w:t>f 6889/7965/7058 6888/7960/7053 6890/7964/7057</w:t>
        <w:br/>
        <w:t>f 6891/7963/7056 6893/7966/7059 6892/7967/7060</w:t>
        <w:br/>
        <w:t>f 6890/7964/7057 6891/7963/7056 6892/7967/7060</w:t>
        <w:br/>
        <w:t>f 6893/7966/7059 6895/7968/7061 6894/7969/7062</w:t>
        <w:br/>
        <w:t>f 6892/7967/7060 6893/7966/7059 6894/7969/7062</w:t>
        <w:br/>
        <w:t>f 6895/7968/7061 6897/7970/7063 6896/7971/7064</w:t>
        <w:br/>
        <w:t>f 6894/7969/7062 6895/7968/7061 6896/7971/7064</w:t>
        <w:br/>
        <w:t>f 6794/7867/6961 6899/7972/7065 6898/7973/7066</w:t>
        <w:br/>
        <w:t>f 6902/7974/7067 6901/7975/7068 6900/7976/7069</w:t>
        <w:br/>
        <w:t>f 6906/7977/7070 6905/7978/7071 6904/7979/7072</w:t>
        <w:br/>
        <w:t>f 6903/7980/7073 6906/7977/7070 6904/7979/7072</w:t>
        <w:br/>
        <w:t>f 6876/7953/7046 6908/7981/7074 6907/7982/7075</w:t>
        <w:br/>
        <w:t>f 6879/7950/7043 6876/7953/7046 6907/7982/7075</w:t>
        <w:br/>
        <w:t>f 6910/7983/7076 6909/7984/7077 6782/7856/6951</w:t>
        <w:br/>
        <w:t>f 6779/7855/6950 6910/7983/7076 6782/7856/6951</w:t>
        <w:br/>
        <w:t>f 6912/7985/7078 6910/7983/7076 6779/7855/6950</w:t>
        <w:br/>
        <w:t>f 6911/7986/7079 6912/7985/7078 6779/7855/6950</w:t>
        <w:br/>
        <w:t>f 6837/7913/7006 6838/7912/7005 6910/7983/7076</w:t>
        <w:br/>
        <w:t>f 6912/7985/7078 6837/7913/7006 6910/7983/7076</w:t>
        <w:br/>
        <w:t>f 6838/7912/7005 6841/7915/7008 6909/7984/7077</w:t>
        <w:br/>
        <w:t>f 6910/7983/7076 6838/7912/7005 6909/7984/7077</w:t>
        <w:br/>
        <w:t>f 6915/7987/7080 6914/7988/7081 6913/7989/7082</w:t>
        <w:br/>
        <w:t>f 6918/7990/7083 6913/7989/7082 6917/7991/7084</w:t>
        <w:br/>
        <w:t>f 6916/7992/7085 6918/7990/7083 6917/7991/7084</w:t>
        <w:br/>
        <w:t>f 6921/7993/7086 6920/7994/7087 6919/7995/7088</w:t>
        <w:br/>
        <w:t>f 6922/7996/7089 6921/7993/7086 6919/7995/7088</w:t>
        <w:br/>
        <w:t>f 6921/7993/7086 6923/7997/7090 6920/7994/7087</w:t>
        <w:br/>
        <w:t>f 6919/7995/7088 6925/7998/7091 6924/7999/7092</w:t>
        <w:br/>
        <w:t>f 6897/7970/7063 6927/8000/7093 6926/8001/7094</w:t>
        <w:br/>
        <w:t>f 6896/7971/7064 6897/7970/7063 6926/8001/7094</w:t>
        <w:br/>
        <w:t>f 6931/8002/7095 6930/8003/7096 6929/8004/7097</w:t>
        <w:br/>
        <w:t>f 6928/8005/7097 6931/8002/7095 6929/8004/7097</w:t>
        <w:br/>
        <w:t>f 6931/8002/7095 6933/8006/7098 6932/8007/7098</w:t>
        <w:br/>
        <w:t>f 6930/8003/7096 6931/8002/7095 6932/8007/7098</w:t>
        <w:br/>
        <w:t>f 6936/8008/7099 6935/8009/7100 6934/8010/7100</w:t>
        <w:br/>
        <w:t>f 6937/8011/7099 6936/8008/7099 6934/8010/7100</w:t>
        <w:br/>
        <w:t>f 6937/8011/7099 6939/8012/7101 6938/8013/7102</w:t>
        <w:br/>
        <w:t>f 6936/8008/7099 6937/8011/7099 6938/8013/7102</w:t>
        <w:br/>
        <w:t>f 6943/8014/7103 6942/8015/7104 6941/8016/7105</w:t>
        <w:br/>
        <w:t>f 6940/8017/7106 6943/8014/7103 6941/8016/7105</w:t>
        <w:br/>
        <w:t>f 6946/8018/7107 6945/8019/7108 6944/8020/7109</w:t>
        <w:br/>
        <w:t>f 6947/8021/7110 6946/8018/7107 6944/8020/7109</w:t>
        <w:br/>
        <w:t>f 6950/8022/7111 6949/8023/7112 6948/8024/7113</w:t>
        <w:br/>
        <w:t>f 6951/8025/7111 6950/8022/7111 6948/8024/7113</w:t>
        <w:br/>
        <w:t>f 6935/8009/7100 6950/8022/7111 6951/8025/7111</w:t>
        <w:br/>
        <w:t>f 6934/8010/7100 6935/8009/7100 6951/8025/7111</w:t>
        <w:br/>
        <w:t>f 6955/8026/7114 6954/8027/7115 6953/8028/7116</w:t>
        <w:br/>
        <w:t>f 6952/8029/7117 6955/8026/7114 6953/8028/7116</w:t>
        <w:br/>
        <w:t>f 6959/8030/7118 6958/8031/7119 6957/8032/7120</w:t>
        <w:br/>
        <w:t>f 6956/8033/7120 6959/8030/7118 6957/8032/7120</w:t>
        <w:br/>
        <w:t>f 6961/8034/7121 6960/8035/7121 6958/8031/7119</w:t>
        <w:br/>
        <w:t>f 6959/8030/7118 6961/8034/7121 6958/8031/7119</w:t>
        <w:br/>
        <w:t>f 6963/8036/7122 6962/8037/7122 6956/8033/7120</w:t>
        <w:br/>
        <w:t>f 6957/8032/7120 6963/8036/7122 6956/8033/7120</w:t>
        <w:br/>
        <w:t>f 6962/8037/7122 6963/8036/7122 6932/8007/7098</w:t>
        <w:br/>
        <w:t>f 6933/8006/7098 6962/8037/7122 6932/8007/7098</w:t>
        <w:br/>
        <w:t>f 6966/8038/7123 6965/8039/7124 6964/8040/7125</w:t>
        <w:br/>
        <w:t>f 6916/7992/7085 6966/8038/7123 6964/8040/7125</w:t>
        <w:br/>
        <w:t>f 6967/8041/7126 6921/7993/7086 6922/7996/7089</w:t>
        <w:br/>
        <w:t>f 6918/7990/7083 6967/8041/7126 6922/7996/7089</w:t>
        <w:br/>
        <w:t>f 6916/7992/7085 6964/8040/7125 6967/8041/7126</w:t>
        <w:br/>
        <w:t>f 6918/7990/7083 6916/7992/7085 6967/8041/7126</w:t>
        <w:br/>
        <w:t>f 6969/8042/7127 6968/8043/7128 6926/8001/7094</w:t>
        <w:br/>
        <w:t>f 6927/8000/7093 6969/8042/7127 6926/8001/7094</w:t>
        <w:br/>
        <w:t>f 6973/8044/7129 6972/8045/7130 6971/8046/7131</w:t>
        <w:br/>
        <w:t>f 6970/8047/7132 6973/8044/7129 6971/8046/7131</w:t>
        <w:br/>
        <w:t>f 6970/8047/7132 6971/8046/7131 6968/8043/7128</w:t>
        <w:br/>
        <w:t>f 6969/8042/7127 6970/8047/7132 6968/8043/7128</w:t>
        <w:br/>
        <w:t>f 6977/8048/7133 6976/8049/7134 6975/8050/7135</w:t>
        <w:br/>
        <w:t>f 6974/8051/7136 6977/8048/7133 6975/8050/7135</w:t>
        <w:br/>
        <w:t>f 6974/8051/7136 6975/8050/7135 6972/8045/7130</w:t>
        <w:br/>
        <w:t>f 6973/8044/7129 6974/8051/7136 6972/8045/7130</w:t>
        <w:br/>
        <w:t>f 6980/8052/7137 6979/8053/7138 6978/8054/7139</w:t>
        <w:br/>
        <w:t>f 6981/8055/7140 6980/8052/7137 6978/8054/7139</w:t>
        <w:br/>
        <w:t>f 6981/8055/7140 6982/8056/7141 6980/8052/7137</w:t>
        <w:br/>
        <w:t>f 6980/8052/7137 6849/7923/7016 6850/7925/7018</w:t>
        <w:br/>
        <w:t>f 6842/7919/7012 6849/7923/7016 6982/8056/7141</w:t>
        <w:br/>
        <w:t>f 6845/7916/7009 6842/7919/7012 6982/8056/7141</w:t>
        <w:br/>
        <w:t>f 6845/7916/7009 6982/8056/7141 6983/8057/7142</w:t>
        <w:br/>
        <w:t>f 6984/8058/7143 6845/7916/7009 6983/8057/7142</w:t>
        <w:br/>
        <w:t>f 6844/7917/7010 6845/7916/7009 6984/8058/7143</w:t>
        <w:br/>
        <w:t>f 6985/8059/7144 6844/7917/7010 6984/8058/7143</w:t>
        <w:br/>
        <w:t>f 6986/8060/7145 6854/7928/7021 6855/7927/7020</w:t>
        <w:br/>
        <w:t>f 6987/8061/7146 6986/8060/7145 6855/7927/7020</w:t>
        <w:br/>
        <w:t>f 6855/7927/7020 6844/7917/7010 6987/8061/7146</w:t>
        <w:br/>
        <w:t>f 6985/8059/7144 6988/8062/7147 6987/8061/7146</w:t>
        <w:br/>
        <w:t>f 6844/7917/7010 6985/8059/7144 6987/8061/7146</w:t>
        <w:br/>
        <w:t>f 6988/8062/7147 6989/8063/7148 6986/8060/7145</w:t>
        <w:br/>
        <w:t>f 6987/8061/7146 6988/8062/7147 6986/8060/7145</w:t>
        <w:br/>
        <w:t>f 6991/8064/7149 6869/7941/7034 6870/7944/7037</w:t>
        <w:br/>
        <w:t>f 6990/8065/7150 6991/8064/7149 6870/7944/7037</w:t>
        <w:br/>
        <w:t>f 6990/8065/7150 6870/7944/7037 6854/7928/7021</w:t>
        <w:br/>
        <w:t>f 6986/8060/7145 6990/8065/7150 6854/7928/7021</w:t>
        <w:br/>
        <w:t>f 6989/8063/7148 6992/8066/7151 6990/8065/7150</w:t>
        <w:br/>
        <w:t>f 6986/8060/7145 6989/8063/7148 6990/8065/7150</w:t>
        <w:br/>
        <w:t>f 6990/8065/7150 6992/8066/7151 6993/8067/7152</w:t>
        <w:br/>
        <w:t>f 6991/8064/7149 6990/8065/7150 6993/8067/7152</w:t>
        <w:br/>
        <w:t>f 6996/8068/7153 6995/8069/7153 6994/8070/7154</w:t>
        <w:br/>
        <w:t>f 6997/8071/7154 6996/8068/7153 6994/8070/7154</w:t>
        <w:br/>
        <w:t>f 6997/8071/7154 6994/8070/7154 6998/8072/7155</w:t>
        <w:br/>
        <w:t>f 6999/8073/7155 6997/8071/7154 6998/8072/7155</w:t>
        <w:br/>
        <w:t>f 6995/8069/7153 6996/8068/7153 7000/8074/7156</w:t>
        <w:br/>
        <w:t>f 7001/8075/7156 6995/8069/7153 7000/8074/7156</w:t>
        <w:br/>
        <w:t>f 7003/8076/7157 7001/8075/7156 7000/8074/7156</w:t>
        <w:br/>
        <w:t>f 7002/8077/7157 7003/8076/7157 7000/8074/7156</w:t>
        <w:br/>
        <w:t>f 7005/8078/7158 7004/8079/7158 7003/8076/7157</w:t>
        <w:br/>
        <w:t>f 7002/8077/7157 7005/8078/7158 7003/8076/7157</w:t>
        <w:br/>
        <w:t>f 7007/8080/7159 7006/8081/7159 7004/8079/7158</w:t>
        <w:br/>
        <w:t>f 7005/8078/7158 7007/8080/7159 7004/8079/7158</w:t>
        <w:br/>
        <w:t>f 7006/8081/7159 7007/8080/7159 7009/8082/7160</w:t>
        <w:br/>
        <w:t>f 7008/8083/7160 7006/8081/7159 7009/8082/7160</w:t>
        <w:br/>
        <w:t>f 7008/8083/7160 7009/8082/7160 6928/8005/7097</w:t>
        <w:br/>
        <w:t>f 6929/8004/7097 7008/8083/7160 6928/8005/7097</w:t>
        <w:br/>
        <w:t>f 6837/7913/7006 7010/8084/7161 6839/7911/7004</w:t>
        <w:br/>
        <w:t>f 6839/7911/7004 7010/8084/7161 6830/7904/6997</w:t>
        <w:br/>
        <w:t>f 6916/7992/7085 6917/7991/7084 7011/8085/7162</w:t>
        <w:br/>
        <w:t>f 6966/8038/7123 6916/7992/7085 7011/8085/7162</w:t>
        <w:br/>
        <w:t>f 6966/8038/7123 7011/8085/7162 6940/8017/7106</w:t>
        <w:br/>
        <w:t>f 7015/8086/7163 7014/8087/7163 7013/8088/7164</w:t>
        <w:br/>
        <w:t>f 7012/8089/7164 7015/8086/7163 7013/8088/7164</w:t>
        <w:br/>
        <w:t>f 6783/7859/6953 7017/8090/7165 7016/8091/7165</w:t>
        <w:br/>
        <w:t>f 6786/7860/6954 6783/7859/6953 7016/8091/7165</w:t>
        <w:br/>
        <w:t>f 7019/8092/7166 7018/8093/7167 6900/7976/7069</w:t>
        <w:br/>
        <w:t>f 7022/8094/7168 7021/8095/7169 7020/8096/7170</w:t>
        <w:br/>
        <w:t>f 7019/8092/7166 7022/8094/7168 7020/8096/7170</w:t>
        <w:br/>
        <w:t>f 7026/8097/7171 7025/8098/7172 7024/8099/7173</w:t>
        <w:br/>
        <w:t>f 7023/8100/7174 7026/8097/7171 7024/8099/7173</w:t>
        <w:br/>
        <w:t>f 6871/7947/7040 7028/8101/7171 7027/8102/7174</w:t>
        <w:br/>
        <w:t>f 7029/8103/7175 6871/7947/7040 7027/8102/7174</w:t>
        <w:br/>
        <w:t>f 7027/8102/7174 7030/8104/7176 7029/8103/7175</w:t>
        <w:br/>
        <w:t>f 7031/8105/7177 7025/8098/7172 7026/8097/7171</w:t>
        <w:br/>
        <w:t>f 7031/8105/7177 7026/8097/7171 7033/8106/7178</w:t>
        <w:br/>
        <w:t>f 7032/8107/7179 7031/8105/7177 7033/8106/7178</w:t>
        <w:br/>
        <w:t>f 6872/7946/7039 7036/8108/7180 7035/8109/7181</w:t>
        <w:br/>
        <w:t>f 7034/8110/7178 6872/7946/7039 7035/8109/7181</w:t>
        <w:br/>
        <w:t>f 7037/8111/7182 7032/8107/7179 7033/8106/7178</w:t>
        <w:br/>
        <w:t>f 7038/8112/7183 7037/8111/7182 7033/8106/7178</w:t>
        <w:br/>
        <w:t>f 7032/8107/7179 7039/8113/7184 7031/8105/7177</w:t>
        <w:br/>
        <w:t>f 7021/8095/7169 7025/8098/7172 7031/8105/7177</w:t>
        <w:br/>
        <w:t>f 7039/8113/7184 7021/8095/7169 7031/8105/7177</w:t>
        <w:br/>
        <w:t>f 7039/8113/7184 7032/8107/7179 7040/8114/7185</w:t>
        <w:br/>
        <w:t>f 7044/8115/7186 7043/8116/7187 7042/8117/7188</w:t>
        <w:br/>
        <w:t>f 7041/8118/7189 7044/8115/7186 7042/8117/7188</w:t>
        <w:br/>
        <w:t>f 7047/8119/7190 7046/8120/7191 7045/8121/7191</w:t>
        <w:br/>
        <w:t>f 7048/8122/7190 7047/8119/7190 7045/8121/7191</w:t>
        <w:br/>
        <w:t>f 7052/8123/7192 7051/8124/7192 7050/8125/7190</w:t>
        <w:br/>
        <w:t>f 7049/8126/7190 7052/8123/7192 7050/8125/7190</w:t>
        <w:br/>
        <w:t>f 6871/7947/7040 6872/7946/7039 7034/8110/7178</w:t>
        <w:br/>
        <w:t>f 7028/8101/7171 6871/7947/7040 7034/8110/7178</w:t>
        <w:br/>
        <w:t>f 7054/8127/7193 7053/8128/7194 6775/7851/6946</w:t>
        <w:br/>
        <w:t>f 7055/8129/7195 7054/8127/7193 6775/7851/6946</w:t>
        <w:br/>
        <w:t>f 6776/7850/6945 7056/8130/7196 7055/8129/7195</w:t>
        <w:br/>
        <w:t>f 6775/7851/6946 6776/7850/6945 7055/8129/7195</w:t>
        <w:br/>
        <w:t>f 7056/8130/7196 7021/8095/7169 7039/8113/7184</w:t>
        <w:br/>
        <w:t>f 7055/8129/7195 7056/8130/7196 7039/8113/7184</w:t>
        <w:br/>
        <w:t>f 7058/8131/7197 7057/8132/7198 7053/8128/7194</w:t>
        <w:br/>
        <w:t>f 6946/8018/7107 6947/8021/7110 7058/8131/7197</w:t>
        <w:br/>
        <w:t>f 7055/8129/7195 7039/8113/7184 7040/8114/7185</w:t>
        <w:br/>
        <w:t>f 7054/8127/7193 7055/8129/7195 7040/8114/7185</w:t>
        <w:br/>
        <w:t>f 7058/8131/7197 6955/8026/7114 6946/8018/7107</w:t>
        <w:br/>
        <w:t>f 7062/8133/7199 7061/8134/7200 7060/8135/7201</w:t>
        <w:br/>
        <w:t>f 7059/8136/7202 7062/8133/7199 7060/8135/7201</w:t>
        <w:br/>
        <w:t>f 6869/7941/7034 6991/8064/7149 7062/8133/7199</w:t>
        <w:br/>
        <w:t>f 6868/7942/7035 6869/7941/7034 7062/8133/7199</w:t>
        <w:br/>
        <w:t>f 6991/8064/7149 6993/8067/7152 7061/8134/7200</w:t>
        <w:br/>
        <w:t>f 7062/8133/7199 6991/8064/7149 7061/8134/7200</w:t>
        <w:br/>
        <w:t>f 7063/8137/7203 6953/8028/7116 7044/8115/7186</w:t>
        <w:br/>
        <w:t>f 7041/8118/7189 7063/8137/7203 7044/8115/7186</w:t>
        <w:br/>
        <w:t>f 7046/8120/7191 6948/8024/7113 6949/8023/7112</w:t>
        <w:br/>
        <w:t>f 7045/8121/7191 7046/8120/7191 6949/8023/7112</w:t>
        <w:br/>
        <w:t>f 6884/7959/7052 6885/7958/7051 7065/8138/7204</w:t>
        <w:br/>
        <w:t>f 7064/8139/7205 6884/7959/7052 7065/8138/7204</w:t>
        <w:br/>
        <w:t>f 7064/8139/7205 7065/8138/7204 7067/8140/7206</w:t>
        <w:br/>
        <w:t>f 7066/8141/7207 7064/8139/7205 7067/8140/7206</w:t>
        <w:br/>
        <w:t>f 7071/8142/7208 7070/8143/7207 7069/8144/7209</w:t>
        <w:br/>
        <w:t>f 7068/8145/7210 7071/8142/7208 7069/8144/7209</w:t>
        <w:br/>
        <w:t>f 7073/8146/7211 7071/8142/7208 7068/8145/7210</w:t>
        <w:br/>
        <w:t>f 7072/8147/7212 7073/8146/7211 7068/8145/7210</w:t>
        <w:br/>
        <w:t>f 7076/8148/7213 7075/8149/7214 7074/8150/7215</w:t>
        <w:br/>
        <w:t>f 7072/8147/7212 7076/8148/7213 7074/8150/7215</w:t>
        <w:br/>
        <w:t>f 7075/8149/7214 7078/8151/7216 7077/8152/7217</w:t>
        <w:br/>
        <w:t>f 7074/8150/7215 7075/8149/7214 7077/8152/7217</w:t>
        <w:br/>
        <w:t>f 7080/8153/7218 7077/8152/7217 7079/8154/7219</w:t>
        <w:br/>
        <w:t>f 6977/8048/7133 7080/8153/7218 7079/8154/7219</w:t>
        <w:br/>
        <w:t>f 7082/8155/7220 7081/8156/7221 6976/8049/7134</w:t>
        <w:br/>
        <w:t>f 7079/8154/7219 7082/8155/7220 6976/8049/7134</w:t>
        <w:br/>
        <w:t>f 7070/8143/7207 7083/8157/7206 7069/8144/7209</w:t>
        <w:br/>
        <w:t>f 7051/8124/7192 7052/8123/7192 7084/8158/7222</w:t>
        <w:br/>
        <w:t>f 7085/8159/7222 7051/8124/7192 7084/8158/7222</w:t>
        <w:br/>
        <w:t>f 7085/8159/7222 7084/8158/7222 6999/8073/7155</w:t>
        <w:br/>
        <w:t>f 6998/8072/7155 7085/8159/7222 6999/8073/7155</w:t>
        <w:br/>
        <w:t>f 6863/7938/7031 6864/7937/7030 7087/8160/7223</w:t>
        <w:br/>
        <w:t>f 7086/8161/7224 6863/7938/7031 7087/8160/7223</w:t>
        <w:br/>
        <w:t>f 7086/8161/7224 7087/8160/7223 6871/7947/7040</w:t>
        <w:br/>
        <w:t>f 7029/8103/7175 7086/8161/7224 6871/7947/7040</w:t>
        <w:br/>
        <w:t>f 7029/8103/7175 7030/8104/7176 7088/8162/7225</w:t>
        <w:br/>
        <w:t>f 7086/8161/7224 7029/8103/7175 7088/8162/7225</w:t>
        <w:br/>
        <w:t>f 7086/8161/7224 7088/8162/7225 6866/7940/7033</w:t>
        <w:br/>
        <w:t>f 6863/7938/7031 7086/8161/7224 6866/7940/7033</w:t>
        <w:br/>
        <w:t>f 7090/8163/7226 7089/8164/7227 6765/7840/6935</w:t>
        <w:br/>
        <w:t>f 7091/8165/7228 7090/8163/7226 6765/7840/6935</w:t>
        <w:br/>
        <w:t>f 6770/7844/6939 6908/7981/7074 7090/8163/7226</w:t>
        <w:br/>
        <w:t>f 7091/8165/7228 6770/7844/6939 7090/8163/7226</w:t>
        <w:br/>
        <w:t>f 6805/7879/6973 7092/8166/7229 6804/7880/6974</w:t>
        <w:br/>
        <w:t>f 6804/7880/6974 7094/8167/7230 7093/8168/7231</w:t>
        <w:br/>
        <w:t>f 6799/7872/6966 6804/7880/6974 6798/7873/6967</w:t>
        <w:br/>
        <w:t>f 7093/8168/7231 6797/7871/6965 6798/7873/6967</w:t>
        <w:br/>
        <w:t>f 6797/7871/6965 6795/7870/6964 6798/7873/6967</w:t>
        <w:br/>
        <w:t>f 6835/7907/7000 6806/7878/6972 6799/7872/6966</w:t>
        <w:br/>
        <w:t>f 6805/7879/6973 6806/7878/6972 6811/7886/6980</w:t>
        <w:br/>
        <w:t>f 6778/7852/6947 6772/7846/6941 6773/7845/6940</w:t>
        <w:br/>
        <w:t>f 6777/7849/6944 6778/7852/6947 6773/7845/6940</w:t>
        <w:br/>
        <w:t>f 6888/7960/7053 6889/7965/7058 6887/7961/7054</w:t>
        <w:br/>
        <w:t>f 6960/8035/7121 6961/8034/7121 6938/8013/7102</w:t>
        <w:br/>
        <w:t>f 6939/8012/7101 6960/8035/7121 6938/8013/7102</w:t>
        <w:br/>
        <w:t>f 6947/8021/7110 6944/8020/7109 6942/8015/7104</w:t>
        <w:br/>
        <w:t>f 6943/8014/7103 6947/8021/7110 6942/8015/7104</w:t>
        <w:br/>
        <w:t>f 7015/8086/7163 7016/8091/7165 7017/8090/7165</w:t>
        <w:br/>
        <w:t>f 7014/8087/7163 7015/8086/7163 7017/8090/7165</w:t>
        <w:br/>
        <w:t>f 6902/7974/7067 7096/8169/7232 7095/8170/7233</w:t>
        <w:br/>
        <w:t>f 6903/7980/7073 6902/7974/7067 7095/8170/7233</w:t>
        <w:br/>
        <w:t>f 6793/7868/6962 6898/7973/7066 7098/8171/7234</w:t>
        <w:br/>
        <w:t>f 7097/8172/7235 6793/7868/6962 7098/8171/7234</w:t>
        <w:br/>
        <w:t>f 7097/8172/7235 7098/8171/7234 6906/7977/7070</w:t>
        <w:br/>
        <w:t>f 7099/8173/7236 7097/8172/7235 6906/7977/7070</w:t>
        <w:br/>
        <w:t>f 6791/7864/6958 7101/8174/7237 7100/8175/7238</w:t>
        <w:br/>
        <w:t>f 6790/7865/6959 6791/7864/6958 7100/8175/7238</w:t>
        <w:br/>
        <w:t>f 6787/7862/6956 6788/7861/6955 7101/8174/7237</w:t>
        <w:br/>
        <w:t>f 6791/7864/6958 6787/7862/6956 7101/8174/7237</w:t>
        <w:br/>
        <w:t>f 7099/8173/7236 6906/7977/7070 6903/7980/7073</w:t>
        <w:br/>
        <w:t>f 7095/8170/7233 7099/8173/7236 6903/7980/7073</w:t>
        <w:br/>
        <w:t>f 6902/7974/7067 6900/7976/7069 7018/8093/7167</w:t>
        <w:br/>
        <w:t>f 7096/8169/7232 6902/7974/7067 7018/8093/7167</w:t>
        <w:br/>
        <w:t>f 7019/8092/7166 7020/8096/7170 7012/8089/7164</w:t>
        <w:br/>
        <w:t>f 7013/8088/7164 7019/8092/7166 7012/8089/7164</w:t>
        <w:br/>
        <w:t>f 7102/8176/7239 6924/7999/7092 6925/7998/7091</w:t>
        <w:br/>
        <w:t>f 6924/7999/7092 7104/8177/7240 7103/8178/7241</w:t>
        <w:br/>
        <w:t>f 6839/7911/7004 6840/7914/7007 6838/7912/7005</w:t>
        <w:br/>
        <w:t>f 7106/8179/7242 7105/8180/7243 6829/7901/6994</w:t>
        <w:br/>
        <w:t>f 6830/7904/6997 7106/8179/7242 6829/7901/6994</w:t>
        <w:br/>
        <w:t>f 6837/7913/7006 6914/7988/7081 7107/8181/7244</w:t>
        <w:br/>
        <w:t>f 7057/8132/7198 7108/8182/7245 6772/7846/6941</w:t>
        <w:br/>
        <w:t>f 6778/7852/6947 7057/8132/7198 6772/7846/6941</w:t>
        <w:br/>
        <w:t>f 6955/8026/7114 7058/8131/7197 7053/8128/7194</w:t>
        <w:br/>
        <w:t>f 7054/8127/7193 6955/8026/7114 7053/8128/7194</w:t>
        <w:br/>
        <w:t>f 6954/8027/7115 6955/8026/7114 7054/8127/7193</w:t>
        <w:br/>
        <w:t>f 7040/8114/7185 6954/8027/7115 7054/8127/7193</w:t>
        <w:br/>
        <w:t>f 7109/8183/7246 6978/8054/7139 6979/8053/7138</w:t>
        <w:br/>
        <w:t>f 7108/8182/7245 7111/8184/7247 7110/8185/7248</w:t>
        <w:br/>
        <w:t>f 6772/7846/6941 7108/8182/7245 7110/8185/7248</w:t>
        <w:br/>
        <w:t>f 7037/8111/7182 6954/8027/7115 7040/8114/7185</w:t>
        <w:br/>
        <w:t>f 7032/8107/7179 7037/8111/7182 7040/8114/7185</w:t>
        <w:br/>
        <w:t>f 6737/7834/6929 7113/8186/7249 7112/8187/7250</w:t>
        <w:br/>
        <w:t>f 6801/7876/6970 7092/8166/7229 6800/7877/6971</w:t>
        <w:br/>
        <w:t>f 6812/7885/6979 6809/7882/6976 7114/8188/7251</w:t>
        <w:br/>
        <w:t>f 6800/7877/6971 6812/7885/6979 7114/8188/7251</w:t>
        <w:br/>
        <w:t>f 7115/8189/7252 6823/7897/6990 6865/7939/7032</w:t>
        <w:br/>
        <w:t>f 6823/7897/6990 7115/8189/7252 7116/8190/7253</w:t>
        <w:br/>
        <w:t>f 6817/7892/6985 6823/7897/6990 7116/8190/7253</w:t>
        <w:br/>
        <w:t>f 6878/7951/7044 6899/7972/7065 6792/7863/6957</w:t>
        <w:br/>
        <w:t>f 6877/7952/7045 6878/7951/7044 6792/7863/6957</w:t>
        <w:br/>
        <w:t>f 6796/7869/6963 7117/8191/7254 6876/7953/7046</w:t>
        <w:br/>
        <w:t>f 6877/7952/7045 6796/7869/6963 6876/7953/7046</w:t>
        <w:br/>
        <w:t>f 6902/7974/7067 6903/7980/7073 6904/7979/7072</w:t>
        <w:br/>
        <w:t>f 6901/7975/7068 6902/7974/7067 6904/7979/7072</w:t>
        <w:br/>
        <w:t>f 7113/8186/7249 6737/7834/6929 6734/7833/6928</w:t>
        <w:br/>
        <w:t>f 6801/7876/6970 6802/7875/6969 7113/8186/7249</w:t>
        <w:br/>
        <w:t>f 6811/7886/6980 6806/7878/6972 6836/7910/7003</w:t>
        <w:br/>
        <w:t>f 6797/7871/6965 7118/8192/7255 7117/8191/7254</w:t>
        <w:br/>
        <w:t>f 6796/7869/6963 6797/7871/6965 7117/8191/7254</w:t>
        <w:br/>
        <w:t>f 6802/7875/6969 7119/8193/7256 6874/7949/7042</w:t>
        <w:br/>
        <w:t>f 7121/8194/7257 7120/8195/7258 6802/7875/6969</w:t>
        <w:br/>
        <w:t>f 6803/7874/6968 7121/8194/7257 6802/7875/6969</w:t>
        <w:br/>
        <w:t>f 6802/7875/6969 7120/8195/7258 7119/8193/7256</w:t>
        <w:br/>
        <w:t>f 7113/8186/7249 7089/8164/7227 7094/8167/7230</w:t>
        <w:br/>
        <w:t>f 6908/7981/7074 6770/7844/6939 6767/7843/6938</w:t>
        <w:br/>
        <w:t>f 6907/7982/7075 6908/7981/7074 6767/7843/6938</w:t>
        <w:br/>
        <w:t>f 7090/8163/7226 7117/8191/7254 7118/8192/7255</w:t>
        <w:br/>
        <w:t>f 7089/8164/7227 7090/8163/7226 7118/8192/7255</w:t>
        <w:br/>
        <w:t>f 6908/7981/7074 6876/7953/7046 7117/8191/7254</w:t>
        <w:br/>
        <w:t>f 7090/8163/7226 6908/7981/7074 7117/8191/7254</w:t>
        <w:br/>
        <w:t>f 7092/8166/7229 6801/7876/6970 7094/8167/7230</w:t>
        <w:br/>
        <w:t>f 7093/8168/7231 7094/8167/7230 7089/8164/7227</w:t>
        <w:br/>
        <w:t>f 7118/8192/7255 7093/8168/7231 7089/8164/7227</w:t>
        <w:br/>
        <w:t>f 7092/8166/7229 7094/8167/7230 6804/7880/6974</w:t>
        <w:br/>
        <w:t>f 6804/7880/6974 7093/8168/7231 6798/7873/6967</w:t>
        <w:br/>
        <w:t>f 7093/8168/7231 7118/8192/7255 6797/7871/6965</w:t>
        <w:br/>
        <w:t>f 6812/7885/6979 6800/7877/6971 7092/8166/7229</w:t>
        <w:br/>
        <w:t>f 7092/8166/7229 6805/7879/6973 6812/7885/6979</w:t>
        <w:br/>
        <w:t>f 6801/7876/6970 7113/8186/7249 7094/8167/7230</w:t>
        <w:br/>
        <w:t>f 7113/8186/7249 6734/7833/6928 7089/8164/7227</w:t>
        <w:br/>
        <w:t>f 6914/7988/7081 6837/7913/7006 6912/7985/7078</w:t>
        <w:br/>
        <w:t>f 6913/7989/7082 6914/7988/7081 6912/7985/7078</w:t>
        <w:br/>
        <w:t>f 6913/7989/7082 6912/7985/7078 6911/7986/7079</w:t>
        <w:br/>
        <w:t>f 6917/7991/7084 6913/7989/7082 6911/7986/7079</w:t>
        <w:br/>
        <w:t>f 6917/7991/7084 6911/7986/7079 7122/8196/7259</w:t>
        <w:br/>
        <w:t>f 7011/8085/7162 6917/7991/7084 7122/8196/7259</w:t>
        <w:br/>
        <w:t>f 7011/8085/7162 7122/8196/7259 7111/8184/7247</w:t>
        <w:br/>
        <w:t>f 7104/8177/7240 6924/7999/7092 7102/8176/7239</w:t>
        <w:br/>
        <w:t>f 6915/7987/7080 7103/8178/7241 7107/8181/7244</w:t>
        <w:br/>
        <w:t>f 6914/7988/7081 6915/7987/7080 7107/8181/7244</w:t>
        <w:br/>
        <w:t>f 6947/8021/7110 6943/8014/7103 7108/8182/7245</w:t>
        <w:br/>
        <w:t>f 7057/8132/7198 6947/8021/7110 7108/8182/7245</w:t>
        <w:br/>
        <w:t>f 7108/8182/7245 6943/8014/7103 6940/8017/7106</w:t>
        <w:br/>
        <w:t>f 7111/8184/7247 7108/8182/7245 6940/8017/7106</w:t>
        <w:br/>
        <w:t>f 7123/8197/7260 6829/7901/6994 7105/8180/7243</w:t>
        <w:br/>
        <w:t>f 7123/8197/7260 6826/7898/6991 6824/7900/6993</w:t>
        <w:br/>
        <w:t>f 6831/7905/6998 7123/8197/7260 6824/7900/6993</w:t>
        <w:br/>
        <w:t>f 6931/8002/7095 6979/8053/7138 6920/7994/7087</w:t>
        <w:br/>
        <w:t>f 7125/8198/7261 6944/8020/7109 6945/8019/7108</w:t>
        <w:br/>
        <w:t>f 7124/8199/7262 7125/8198/7261 6945/8019/7108</w:t>
        <w:br/>
        <w:t>f 6941/8016/7105 6942/8015/7104 7127/8200/7263</w:t>
        <w:br/>
        <w:t>f 7126/8201/7264 6941/8016/7105 7127/8200/7263</w:t>
        <w:br/>
        <w:t>f 7128/8202/7265 6952/8029/7117 6953/8028/7116</w:t>
        <w:br/>
        <w:t>f 7063/8137/7203 7128/8202/7265 6953/8028/7116</w:t>
        <w:br/>
        <w:t>f 6952/8029/7117 7128/8202/7265 7124/8199/7262</w:t>
        <w:br/>
        <w:t>f 6945/8019/7108 6952/8029/7117 7124/8199/7262</w:t>
        <w:br/>
        <w:t>f 7130/8203/7266 6964/8040/7125 6965/8039/7124</w:t>
        <w:br/>
        <w:t>f 7129/8204/7267 7130/8203/7266 6965/8039/7124</w:t>
        <w:br/>
        <w:t>f 6965/8039/7124 6941/8016/7105 7126/8201/7264</w:t>
        <w:br/>
        <w:t>f 7129/8204/7267 6965/8039/7124 7126/8201/7264</w:t>
        <w:br/>
        <w:t>f 7131/8205/7268 6967/8041/7126 6964/8040/7125</w:t>
        <w:br/>
        <w:t>f 7130/8203/7266 7131/8205/7268 6964/8040/7125</w:t>
        <w:br/>
        <w:t>f 6923/7997/7090 6921/7993/7086 6967/8041/7126</w:t>
        <w:br/>
        <w:t>f 7131/8205/7268 6923/7997/7090 6967/8041/7126</w:t>
        <w:br/>
        <w:t>f 7133/8206/7187 7059/8136/7202 7060/8135/7201</w:t>
        <w:br/>
        <w:t>f 7132/8207/7269 7133/8206/7187 7060/8135/7201</w:t>
        <w:br/>
        <w:t>f 7127/8200/7263 6942/8015/7104 6944/8020/7109</w:t>
        <w:br/>
        <w:t>f 7125/8198/7261 7127/8200/7263 6944/8020/7109</w:t>
        <w:br/>
        <w:t>f 6965/8039/7124 6966/8038/7123 6940/8017/7106</w:t>
        <w:br/>
        <w:t>f 6941/8016/7105 6965/8039/7124 6940/8017/7106</w:t>
        <w:br/>
        <w:t>f 6946/8018/7107 6955/8026/7114 6952/8029/7117</w:t>
        <w:br/>
        <w:t>f 6945/8019/7108 6946/8018/7107 6952/8029/7117</w:t>
        <w:br/>
        <w:t>f 6954/8027/7115 7037/8111/7182 7044/8115/7186</w:t>
        <w:br/>
        <w:t>f 6953/8028/7116 6954/8027/7115 7044/8115/7186</w:t>
        <w:br/>
        <w:t>f 7037/8111/7182 7038/8112/7183 7043/8116/7187</w:t>
        <w:br/>
        <w:t>f 7044/8115/7186 7037/8111/7182 7043/8116/7187</w:t>
        <w:br/>
        <w:t>f 7036/8108/7180 7059/8136/7202 7133/8206/7187</w:t>
        <w:br/>
        <w:t>f 7035/8109/7181 7036/8108/7180 7133/8206/7187</w:t>
        <w:br/>
        <w:t>f 7059/8136/7202 7036/8108/7180 6868/7942/7035</w:t>
        <w:br/>
        <w:t>f 7062/8133/7199 7059/8136/7202 6868/7942/7035</w:t>
        <w:br/>
        <w:t>f 7123/8197/7260 6848/7922/7015 6846/7921/7014</w:t>
        <w:br/>
        <w:t>f 6826/7898/6991 7123/8197/7260 6846/7921/7014</w:t>
        <w:br/>
        <w:t>f 6848/7922/7015 7123/8197/7260 7105/8180/7243</w:t>
        <w:br/>
        <w:t>f 6851/7924/7017 6848/7922/7015 7105/8180/7243</w:t>
        <w:br/>
        <w:t>f 7105/8180/7243 7106/8179/7242 7134/8208/7270</w:t>
        <w:br/>
        <w:t>f 6851/7924/7017 7105/8180/7243 7134/8208/7270</w:t>
        <w:br/>
        <w:t>f 7106/8179/7242 6830/7904/6997 7010/8084/7161</w:t>
        <w:br/>
        <w:t>f 6846/7921/7014 6847/7920/7013 6825/7899/6992</w:t>
        <w:br/>
        <w:t>f 6826/7898/6991 6846/7921/7014 6825/7899/6992</w:t>
        <w:br/>
        <w:t>f 6774/7848/6943 6771/7847/6942 6780/7854/6949</w:t>
        <w:br/>
        <w:t>f 6781/7853/6948 6774/7848/6943 6780/7854/6949</w:t>
        <w:br/>
        <w:t>f 7058/8131/7197 6947/8021/7110 7057/8132/7198</w:t>
        <w:br/>
        <w:t>f 7135/8209/7271 6853/7929/7022 6861/7934/7027</w:t>
        <w:br/>
        <w:t>f 6862/7933/7026 7135/8209/7271 6861/7934/7027</w:t>
        <w:br/>
        <w:t>f 7135/8209/7271 6852/7926/7019 6856/7930/7023</w:t>
        <w:br/>
        <w:t>f 6853/7929/7022 7135/8209/7271 6856/7930/7023</w:t>
        <w:br/>
        <w:t>f 6790/7865/6959 7100/8175/7238 6834/7908/7001</w:t>
        <w:br/>
        <w:t>f 6832/7906/6999 6790/7865/6959 6834/7908/7001</w:t>
        <w:br/>
        <w:t>f 6899/7972/7065 6794/7867/6961 6792/7863/6957</w:t>
        <w:br/>
        <w:t>f 7022/8094/7168 7024/8099/7173 7025/8098/7172</w:t>
        <w:br/>
        <w:t>f 7021/8095/7169 7022/8094/7168 7025/8098/7172</w:t>
        <w:br/>
        <w:t>f 6810/7881/6975 7138/8210/7272 6809/7882/6976</w:t>
        <w:br/>
        <w:t>f 6810/7881/6975 7140/8211/7273 7139/8212/7274</w:t>
        <w:br/>
        <w:t>f 6810/7881/6975 7139/8212/7274 7138/8210/7272</w:t>
        <w:br/>
        <w:t>f 7138/8210/7272 7114/8188/7251 6809/7882/6976</w:t>
        <w:br/>
        <w:t>f 6847/7920/7013 6856/7930/7023 6852/7926/7019</w:t>
        <w:br/>
        <w:t>f 7036/8108/7180 6872/7946/7039 6867/7943/7036</w:t>
        <w:br/>
        <w:t>f 6868/7942/7035 7036/8108/7180 6867/7943/7036</w:t>
        <w:br/>
        <w:t>f 7143/8213/7275 6736/7831/6926 6737/7834/6929</w:t>
        <w:br/>
        <w:t>f 7144/8214/7275 7143/8213/7275 6737/7834/6929</w:t>
        <w:br/>
        <w:t>f 7144/8214/7275 7146/8215/7276 7145/8216/7277</w:t>
        <w:br/>
        <w:t>f 7143/8213/7275 7144/8214/7275 7145/8216/7277</w:t>
        <w:br/>
        <w:t>f 6769/7841/6936 6770/7844/6939 7091/8165/7228</w:t>
        <w:br/>
        <w:t>f 7147/8217/7278 6769/7841/6936 7091/8165/7228</w:t>
        <w:br/>
        <w:t>f 7147/8217/7278 7091/8165/7228 6765/7840/6935</w:t>
        <w:br/>
        <w:t>f 6766/7839/6934 7147/8217/7278 6765/7840/6935</w:t>
        <w:br/>
        <w:t>f 7089/8164/7227 6734/7833/6928 6765/7840/6935</w:t>
        <w:br/>
        <w:t>f 7145/8216/7277 7146/8215/7276 6741/7838/6933</w:t>
        <w:br/>
        <w:t>f 6738/7837/6932 7145/8216/7277 6741/7838/6933</w:t>
        <w:br/>
        <w:t>f 6905/7978/7071 6906/7977/7070 7098/8171/7234</w:t>
        <w:br/>
        <w:t>f 6861/7934/7027 6853/7929/7022 6854/7928/7021</w:t>
        <w:br/>
        <w:t>f 6980/8052/7137 6982/8056/7141 6849/7923/7016</w:t>
        <w:br/>
        <w:t>f 6981/8055/7140 6983/8057/7142 6982/8056/7141</w:t>
        <w:br/>
        <w:t>f 6787/7862/7279 6794/7867/6961 6898/7973/7066</w:t>
        <w:br/>
        <w:t>f 6810/7881/6975 6817/7892/6985 7140/8211/7273</w:t>
        <w:br/>
        <w:t>f 6817/7892/6985 7116/8190/7253 7140/8211/7273</w:t>
        <w:br/>
        <w:t>f 7159/8218/7280 7158/8219/7281 7157/8220/7282</w:t>
        <w:br/>
        <w:t>f 7157/8220/7282 7161/8221/7283 7160/8222/7284</w:t>
        <w:br/>
        <w:t>f 7162/8223/7285 7157/8220/7282 7160/8222/7284</w:t>
        <w:br/>
        <w:t>f 7244/8224/7286 7243/8225/7287 7242/8226/7288</w:t>
        <w:br/>
        <w:t>f 7245/8227/7289 7244/8224/7286 7242/8226/7288</w:t>
        <w:br/>
        <w:t>f 7247/8228/7290 7246/8229/7291 7245/8227/7289</w:t>
        <w:br/>
        <w:t>f 7242/8226/7288 7247/8228/7290 7245/8227/7289</w:t>
        <w:br/>
        <w:t>f 7247/8228/7290 7160/8222/7284 7161/8221/7283</w:t>
        <w:br/>
        <w:t>f 7246/8229/7291 7247/8228/7290 7161/8221/7283</w:t>
        <w:br/>
        <w:t>f 7159/8218/7280 7157/8220/7282 7162/8223/7285</w:t>
        <w:br/>
        <w:t>f 7275/8230/7292 7159/8218/7280 7162/8223/7285</w:t>
        <w:br/>
        <w:t>f 7299/8231/7293 7298/8232/7294 7297/8233/7295</w:t>
        <w:br/>
        <w:t>f 7300/8234/7296 7299/8231/7293 7297/8233/7295</w:t>
        <w:br/>
        <w:t>f 7297/8233/7295 7302/8235/7297 7301/8236/7298</w:t>
        <w:br/>
        <w:t>f 7300/8234/7296 7297/8233/7295 7301/8236/7298</w:t>
        <w:br/>
        <w:t>f 7302/8235/7297 7304/8237/7299 7303/8238/7300</w:t>
        <w:br/>
        <w:t>f 7301/8236/7298 7302/8235/7297 7303/8238/7300</w:t>
        <w:br/>
        <w:t>f 7304/8237/7299 7306/8239/7301 7305/8240/7302</w:t>
        <w:br/>
        <w:t>f 7303/8238/7300 7304/8237/7299 7305/8240/7302</w:t>
        <w:br/>
        <w:t>f 7306/8239/7301 7308/8241/7303 7307/8242/7304</w:t>
        <w:br/>
        <w:t>f 7305/8240/7302 7306/8239/7301 7307/8242/7304</w:t>
        <w:br/>
        <w:t>f 7275/8230/7292 7162/8223/7285 7315/8243/7305</w:t>
        <w:br/>
        <w:t>f 7314/8244/7306 7275/8230/7292 7315/8243/7305</w:t>
        <w:br/>
        <w:t>f 7162/8223/7285 7160/8222/7284 7316/8245/7307</w:t>
        <w:br/>
        <w:t>f 7315/8243/7305 7162/8223/7285 7316/8245/7307</w:t>
        <w:br/>
        <w:t>f 7160/8222/7284 7247/8228/7290 7317/8246/7308</w:t>
        <w:br/>
        <w:t>f 7316/8245/7307 7160/8222/7284 7317/8246/7308</w:t>
        <w:br/>
        <w:t>f 7242/8226/7288 7318/8247/7309 7317/8246/7308</w:t>
        <w:br/>
        <w:t>f 7247/8228/7290 7242/8226/7288 7317/8246/7308</w:t>
        <w:br/>
        <w:t>f 7243/8225/7287 7319/8248/7310 7318/8247/7309</w:t>
        <w:br/>
        <w:t>f 7242/8226/7288 7243/8225/7287 7318/8247/7309</w:t>
        <w:br/>
        <w:t>f 7336/8249/7311 7297/8233/7295 7298/8232/7294</w:t>
        <w:br/>
        <w:t>f 7337/8250/7312 7336/8249/7311 7298/8232/7294</w:t>
        <w:br/>
        <w:t>f 7338/8251/4959 7302/8235/7297 7297/8233/7295</w:t>
        <w:br/>
        <w:t>f 7336/8249/7311 7338/8251/4959 7297/8233/7295</w:t>
        <w:br/>
        <w:t>f 7339/8252/4965 7304/8237/7299 7302/8235/7297</w:t>
        <w:br/>
        <w:t>f 7338/8251/4959 7339/8252/4965 7302/8235/7297</w:t>
        <w:br/>
        <w:t>f 7339/8252/4965 7340/8253/4964 7306/8239/7301</w:t>
        <w:br/>
        <w:t>f 7304/8237/7299 7339/8252/4965 7306/8239/7301</w:t>
        <w:br/>
        <w:t>f 7340/8253/4964 7341/8254/7313 7308/8241/7303</w:t>
        <w:br/>
        <w:t>f 7306/8239/7301 7340/8253/4964 7308/8241/7303</w:t>
        <w:br/>
        <w:t>f 7315/8243/7305 7305/8240/7302 7307/8242/7304</w:t>
        <w:br/>
        <w:t>f 7314/8244/7306 7315/8243/7305 7307/8242/7304</w:t>
        <w:br/>
        <w:t>f 7315/8243/7305 7316/8245/7307 7303/8238/7300</w:t>
        <w:br/>
        <w:t>f 7305/8240/7302 7315/8243/7305 7303/8238/7300</w:t>
        <w:br/>
        <w:t>f 7316/8245/7307 7344/8255/7314 7343/8256/7315</w:t>
        <w:br/>
        <w:t>f 7303/8238/7300 7316/8245/7307 7343/8256/7315</w:t>
        <w:br/>
        <w:t>f 7344/8255/7314 7346/8257/7316 7345/8258/7317</w:t>
        <w:br/>
        <w:t>f 7343/8256/7315 7344/8255/7314 7345/8258/7317</w:t>
        <w:br/>
        <w:t>f 7346/8257/7316 7348/8259/7318 7347/8260/7318</w:t>
        <w:br/>
        <w:t>f 7345/8258/7317 7346/8257/7316 7347/8260/7318</w:t>
        <w:br/>
        <w:t>f 7380/8261/7319 7379/8262/7320 7378/8263/7321</w:t>
        <w:br/>
        <w:t>f 7377/8264/7322 7380/8261/7319 7378/8263/7321</w:t>
        <w:br/>
        <w:t>f 7380/8261/7319 7377/8264/7322 7381/8265/7323</w:t>
        <w:br/>
        <w:t>f 7382/8266/7324 7380/8261/7319 7381/8265/7323</w:t>
        <w:br/>
        <w:t>f 7377/8264/7322 7378/8263/7321 7384/8267/7325</w:t>
        <w:br/>
        <w:t>f 7383/8268/7326 7377/8264/7322 7384/8267/7325</w:t>
        <w:br/>
        <w:t>f 7383/8268/7326 7385/8269/7327 7381/8265/7323</w:t>
        <w:br/>
        <w:t>f 7377/8264/7322 7383/8268/7326 7381/8265/7323</w:t>
        <w:br/>
        <w:t>f 7387/8270/7328 7386/8271/7329 7379/8262/7320</w:t>
        <w:br/>
        <w:t>f 7380/8261/7319 7387/8270/7328 7379/8262/7320</w:t>
        <w:br/>
        <w:t>f 7380/8261/7319 7382/8266/7324 7388/8272/7330</w:t>
        <w:br/>
        <w:t>f 7387/8270/7328 7380/8261/7319 7388/8272/7330</w:t>
        <w:br/>
        <w:t>f 7390/8273/7331 7389/8274/7332 7385/8269/7327</w:t>
        <w:br/>
        <w:t>f 7383/8268/7326 7390/8273/7331 7385/8269/7327</w:t>
        <w:br/>
        <w:t>f 7383/8268/7326 7384/8267/7325 7391/8275/7333</w:t>
        <w:br/>
        <w:t>f 7390/8273/7331 7383/8268/7326 7391/8275/7333</w:t>
        <w:br/>
        <w:t>f 7381/8265/7323 7392/8276/7334 7382/8266/7324</w:t>
        <w:br/>
        <w:t>f 7385/8269/7327 7394/8277/7335 7393/8278/7336</w:t>
        <w:br/>
        <w:t>f 7382/8266/7324 7395/8279/7337 7388/8272/7330</w:t>
        <w:br/>
        <w:t>f 7397/8280/7338 7388/8272/7330 7396/8281/7339</w:t>
        <w:br/>
        <w:t>f 7398/8282/7340 7397/8280/7338 7396/8281/7339</w:t>
        <w:br/>
        <w:t>f 7399/8283/7341 7385/8269/7327 7389/8274/7332</w:t>
        <w:br/>
        <w:t>f 7402/8284/7342 7401/8285/7343 7400/8286/7344</w:t>
        <w:br/>
        <w:t>f 7406/8287/7345 7405/8288/7346 7404/8289/7347</w:t>
        <w:br/>
        <w:t>f 7403/8290/7348 7406/8287/7345 7404/8289/7347</w:t>
        <w:br/>
        <w:t>f 7410/8291/7349 7409/8292/7350 7408/8293/7351</w:t>
        <w:br/>
        <w:t>f 7407/8294/7352 7410/8291/7349 7408/8293/7351</w:t>
        <w:br/>
        <w:t>f 7412/8295/7353 7411/8296/7354 7409/8292/7350</w:t>
        <w:br/>
        <w:t>f 7410/8291/7349 7412/8295/7353 7409/8292/7350</w:t>
        <w:br/>
        <w:t>f 7414/8297/7355 7413/8298/7356 7411/8296/7354</w:t>
        <w:br/>
        <w:t>f 7412/8295/7353 7414/8297/7355 7411/8296/7354</w:t>
        <w:br/>
        <w:t>f 7403/8290/7348 7404/8289/7347 7391/8275/7333</w:t>
        <w:br/>
        <w:t>f 7401/8285/7343 7403/8290/7348 7391/8275/7333</w:t>
        <w:br/>
        <w:t>f 7402/8284/7342 7400/8286/7344 7413/8298/7356</w:t>
        <w:br/>
        <w:t>f 7414/8297/7355 7402/8284/7342 7413/8298/7356</w:t>
        <w:br/>
        <w:t>f 7409/8292/7350 7416/8299/7357 7415/8300/7358</w:t>
        <w:br/>
        <w:t>f 7408/8293/7351 7409/8292/7350 7415/8300/7358</w:t>
        <w:br/>
        <w:t>f 7411/8296/7354 7417/8301/7359 7416/8299/7357</w:t>
        <w:br/>
        <w:t>f 7409/8292/7350 7411/8296/7354 7416/8299/7357</w:t>
        <w:br/>
        <w:t>f 7413/8298/7356 7418/8302/7360 7417/8301/7359</w:t>
        <w:br/>
        <w:t>f 7411/8296/7354 7413/8298/7356 7417/8301/7359</w:t>
        <w:br/>
        <w:t>f 7400/8286/7344 7418/8302/7360 7413/8298/7356</w:t>
        <w:br/>
        <w:t>f 7416/8299/7357 7386/8271/7329 7419/8303/7361</w:t>
        <w:br/>
        <w:t>f 7415/8300/7358 7416/8299/7357 7419/8303/7361</w:t>
        <w:br/>
        <w:t>f 7417/8301/7359 7379/8262/7320 7386/8271/7329</w:t>
        <w:br/>
        <w:t>f 7416/8299/7357 7417/8301/7359 7386/8271/7329</w:t>
        <w:br/>
        <w:t>f 7418/8302/7360 7378/8263/7321 7379/8262/7320</w:t>
        <w:br/>
        <w:t>f 7417/8301/7359 7418/8302/7360 7379/8262/7320</w:t>
        <w:br/>
        <w:t>f 7378/8263/7321 7418/8302/7360 7400/8286/7344</w:t>
        <w:br/>
        <w:t>f 7384/8267/7325 7378/8263/7321 7400/8286/7344</w:t>
        <w:br/>
        <w:t>f 7387/8270/7328 7388/8272/7330 7397/8280/7338</w:t>
        <w:br/>
        <w:t>f 7420/8304/7362 7387/8270/7328 7397/8280/7338</w:t>
        <w:br/>
        <w:t>f 7386/8271/7329 7387/8270/7328 7420/8304/7362</w:t>
        <w:br/>
        <w:t>f 7419/8303/7361 7386/8271/7329 7420/8304/7362</w:t>
        <w:br/>
        <w:t>f 7382/8266/7324 7421/8305/7363 7395/8279/7337</w:t>
        <w:br/>
        <w:t>f 7395/8279/7337 7396/8281/7339 7388/8272/7330</w:t>
        <w:br/>
        <w:t>f 7423/8306/7364 7422/8307/7365 7421/8305/7363</w:t>
        <w:br/>
        <w:t>f 7382/8266/7324 7423/8306/7364 7421/8305/7363</w:t>
        <w:br/>
        <w:t>f 7385/8269/7327 7424/8308/7366 7381/8265/7323</w:t>
        <w:br/>
        <w:t>f 7423/8306/7364 7382/8266/7324 7392/8276/7334</w:t>
        <w:br/>
        <w:t>f 7424/8308/7366 7385/8269/7327 7393/8278/7336</w:t>
        <w:br/>
        <w:t>f 7385/8269/7327 7399/8283/7341 7394/8277/7335</w:t>
        <w:br/>
        <w:t>f 7401/8285/7343 7391/8275/7333 7384/8267/7325</w:t>
        <w:br/>
        <w:t>f 7400/8286/7344 7401/8285/7343 7384/8267/7325</w:t>
        <w:br/>
        <w:t>f 7389/8274/7332 7390/8273/7331 7425/8309/7367</w:t>
        <w:br/>
        <w:t>f 7425/8309/7367 7404/8289/7347 7405/8288/7346</w:t>
        <w:br/>
        <w:t>f 7426/8310/7368 7425/8309/7367 7405/8288/7346</w:t>
        <w:br/>
        <w:t>f 7428/8311/7369 7405/8288/7346 7427/8312/7370</w:t>
        <w:br/>
        <w:t>f 7431/8313/7371 7430/8314/7372 7429/8315/7373</w:t>
        <w:br/>
        <w:t>f 7426/8310/7368 7405/8288/7346 7428/8311/7369</w:t>
        <w:br/>
        <w:t>f 7405/8288/7346 7406/8287/7345 7432/8316/7374</w:t>
        <w:br/>
        <w:t>f 7427/8312/7370 7405/8288/7346 7432/8316/7374</w:t>
        <w:br/>
        <w:t>f 7430/8314/7372 7431/8313/7371 7427/8312/7370</w:t>
        <w:br/>
        <w:t>f 7432/8316/7374 7430/8314/7372 7427/8312/7370</w:t>
        <w:br/>
        <w:t>f 7427/8312/7370 7433/8317/7375 7428/8311/7369</w:t>
        <w:br/>
        <w:t>f 7431/8313/7371 7433/8317/7375 7427/8312/7370</w:t>
        <w:br/>
        <w:t>f 7390/8273/7331 7391/8275/7333 7404/8289/7347</w:t>
        <w:br/>
        <w:t>f 7425/8309/7367 7390/8273/7331 7404/8289/7347</w:t>
        <w:br/>
        <w:t>f 7437/8318/7376 7436/8319/7377 7435/8320/7378</w:t>
        <w:br/>
        <w:t>f 7434/8321/7379 7437/8318/7376 7435/8320/7378</w:t>
        <w:br/>
        <w:t>f 7439/8322/7380 7437/8318/7376 7434/8321/7379</w:t>
        <w:br/>
        <w:t>f 7438/8323/7381 7439/8322/7380 7434/8321/7379</w:t>
        <w:br/>
        <w:t>f 7442/8324/7382 7441/8325/7383 7440/8326/7384</w:t>
        <w:br/>
        <w:t>f 7440/8326/7384 7441/8325/7383 7443/8327/7385</w:t>
        <w:br/>
        <w:t>f 7444/8328/7386 7440/8326/7384 7443/8327/7385</w:t>
        <w:br/>
        <w:t>f 7447/8329/7387 7446/8330/7388 7445/8331/7389</w:t>
        <w:br/>
        <w:t>f 7448/8332/7390 7447/8329/7387 7445/8331/7389</w:t>
        <w:br/>
        <w:t>f 7450/8333/7391 7447/8329/7387 7448/8332/7390</w:t>
        <w:br/>
        <w:t>f 7449/8334/7392 7450/8333/7391 7448/8332/7390</w:t>
        <w:br/>
        <w:t>f 7452/8335/7393 7450/8333/7391 7449/8334/7392</w:t>
        <w:br/>
        <w:t>f 7451/8336/7394 7452/8335/7393 7449/8334/7392</w:t>
        <w:br/>
        <w:t>f 7449/8334/7392 7454/8337/7395 7453/8338/7396</w:t>
        <w:br/>
        <w:t>f 7451/8336/7394 7449/8334/7392 7453/8338/7396</w:t>
        <w:br/>
        <w:t>f 7449/8334/7392 7448/8332/7390 7455/8339/7397</w:t>
        <w:br/>
        <w:t>f 7454/8337/7395 7449/8334/7392 7455/8339/7397</w:t>
        <w:br/>
        <w:t>f 7455/8339/7397 7448/8332/7390 7445/8331/7389</w:t>
        <w:br/>
        <w:t>f 7440/8326/7384 7455/8339/7397 7445/8331/7389</w:t>
        <w:br/>
        <w:t>f 7457/8340/7398 7439/8322/7380 7438/8323/7381</w:t>
        <w:br/>
        <w:t>f 7456/8341/7399 7457/8340/7398 7438/8323/7381</w:t>
        <w:br/>
        <w:t>f 7459/8342/7400 7457/8340/7398 7456/8341/7399</w:t>
        <w:br/>
        <w:t>f 7458/8343/7401 7459/8342/7400 7456/8341/7399</w:t>
        <w:br/>
        <w:t>f 7450/8333/7391 7452/8335/7393 7461/8344/7402</w:t>
        <w:br/>
        <w:t>f 7460/8345/7403 7450/8333/7391 7461/8344/7402</w:t>
        <w:br/>
        <w:t>f 7463/8346/7404 7462/8347/7405 7460/8345/7403</w:t>
        <w:br/>
        <w:t>f 7464/8348/7406 7458/8343/7401 7460/8345/7403</w:t>
        <w:br/>
        <w:t>f 7460/8345/7403 7458/8343/7401 7447/8329/7387</w:t>
        <w:br/>
        <w:t>f 7450/8333/7391 7460/8345/7403 7447/8329/7387</w:t>
        <w:br/>
        <w:t>f 7458/8343/7401 7456/8341/7399 7447/8329/7387</w:t>
        <w:br/>
        <w:t>f 7446/8330/7388 7447/8329/7387 7456/8341/7399</w:t>
        <w:br/>
        <w:t>f 7438/8323/7381 7446/8330/7388 7456/8341/7399</w:t>
        <w:br/>
        <w:t>f 7467/8349/7407 7466/8350/7408 7465/8351/7409</w:t>
        <w:br/>
        <w:t>f 7459/8342/7400 7467/8349/7407 7465/8351/7409</w:t>
        <w:br/>
        <w:t>f 7463/8346/7404 7460/8345/7403 7461/8344/7402</w:t>
        <w:br/>
        <w:t>f 7471/8352/7348 7470/8353/7410 7469/8354/7411</w:t>
        <w:br/>
        <w:t>f 7468/8355/7412 7471/8352/7348 7469/8354/7411</w:t>
        <w:br/>
        <w:t>f 7473/8356/7413 7472/8357/7414 7468/8355/7412</w:t>
        <w:br/>
        <w:t>f 7469/8354/7411 7473/8356/7413 7468/8355/7412</w:t>
        <w:br/>
        <w:t>f 7470/8353/7410 7476/8358/7415 7475/8359/7416</w:t>
        <w:br/>
        <w:t>f 7474/8360/7417 7470/8353/7410 7475/8359/7416</w:t>
        <w:br/>
        <w:t>f 7467/8349/7407 7478/8361/7418 7477/8362/7419</w:t>
        <w:br/>
        <w:t>f 7467/8349/7407 7477/8362/7419 7466/8350/7408</w:t>
        <w:br/>
        <w:t>f 7478/8361/7418 7467/8349/7407 7464/8348/7406</w:t>
        <w:br/>
        <w:t>f 7479/8363/7420 7478/8361/7418 7464/8348/7406</w:t>
        <w:br/>
        <w:t>f 7464/8348/7406 7462/8347/7405 7479/8363/7420</w:t>
        <w:br/>
        <w:t>f 7434/8321/7379 7435/8320/7378 7480/8364/7421</w:t>
        <w:br/>
        <w:t>f 7481/8365/7422 7434/8321/7379 7480/8364/7421</w:t>
        <w:br/>
        <w:t>f 7481/8365/7422 7446/8330/7388 7438/8323/7381</w:t>
        <w:br/>
        <w:t>f 7434/8321/7379 7481/8365/7422 7438/8323/7381</w:t>
        <w:br/>
        <w:t>f 7481/8365/7422 7480/8364/7421 7482/8366/7423</w:t>
        <w:br/>
        <w:t>f 7483/8367/7424 7481/8365/7422 7482/8366/7423</w:t>
        <w:br/>
        <w:t>f 7483/8367/7424 7445/8331/7389 7446/8330/7388</w:t>
        <w:br/>
        <w:t>f 7481/8365/7422 7483/8367/7424 7446/8330/7388</w:t>
        <w:br/>
        <w:t>f 7486/8368/7425 7474/8360/7417 7485/8369/7426</w:t>
        <w:br/>
        <w:t>f 7484/8370/7427 7486/8368/7425 7485/8369/7426</w:t>
        <w:br/>
        <w:t>f 7474/8360/7417 7486/8368/7425 7465/8351/7409</w:t>
        <w:br/>
        <w:t>f 7470/8353/7410 7474/8360/7417 7465/8351/7409</w:t>
        <w:br/>
        <w:t>f 7464/8348/7406 7467/8349/7407 7459/8342/7400</w:t>
        <w:br/>
        <w:t>f 7458/8343/7401 7464/8348/7406 7459/8342/7400</w:t>
        <w:br/>
        <w:t>f 7489/8371/7428 7488/8372/7429 7487/8373/7430</w:t>
        <w:br/>
        <w:t>f 7468/8355/7412 7489/8371/7428 7487/8373/7430</w:t>
        <w:br/>
        <w:t>f 7471/8352/7348 7468/8355/7412 7487/8373/7430</w:t>
        <w:br/>
        <w:t>f 7492/8374/7429 7491/8375/7428 7490/8376/7431</w:t>
        <w:br/>
        <w:t>f 7493/8377/7432 7492/8374/7429 7490/8376/7431</w:t>
        <w:br/>
        <w:t>f 7436/8319/7377 7437/8318/7376 7495/8378/7433</w:t>
        <w:br/>
        <w:t>f 7494/8379/7434 7436/8319/7377 7495/8378/7433</w:t>
        <w:br/>
        <w:t>f 7437/8318/7376 7439/8322/7380 7496/8380/7435</w:t>
        <w:br/>
        <w:t>f 7495/8378/7433 7437/8318/7376 7496/8380/7435</w:t>
        <w:br/>
        <w:t>f 7497/8381/7436 7473/8356/7413 7469/8354/7411</w:t>
        <w:br/>
        <w:t>f 7466/8350/7408 7497/8381/7436 7469/8354/7411</w:t>
        <w:br/>
        <w:t>f 7466/8350/7408 7469/8354/7411 7470/8353/7410</w:t>
        <w:br/>
        <w:t>f 7465/8351/7409 7466/8350/7408 7470/8353/7410</w:t>
        <w:br/>
        <w:t>f 7496/8380/7435 7439/8322/7380 7457/8340/7398</w:t>
        <w:br/>
        <w:t>f 7486/8368/7425 7496/8380/7435 7457/8340/7398</w:t>
        <w:br/>
        <w:t>f 7486/8368/7425 7457/8340/7398 7459/8342/7400</w:t>
        <w:br/>
        <w:t>f 7465/8351/7409 7486/8368/7425 7459/8342/7400</w:t>
        <w:br/>
        <w:t>f 7501/8382/7437 7500/8383/7438 7499/8384/7439</w:t>
        <w:br/>
        <w:t>f 7498/8385/7437 7501/8382/7437 7499/8384/7439</w:t>
        <w:br/>
        <w:t>f 7504/8386/7440 7503/8387/7440 7502/8388/7441</w:t>
        <w:br/>
        <w:t>f 7505/8389/7441 7504/8386/7440 7502/8388/7441</w:t>
        <w:br/>
        <w:t>f 7509/8390/7442 7508/8391/7443 7507/8392/7443</w:t>
        <w:br/>
        <w:t>f 7506/8393/7444 7509/8390/7442 7507/8392/7443</w:t>
        <w:br/>
        <w:t>f 7509/8390/7442 7506/8393/7444 7503/8387/7440</w:t>
        <w:br/>
        <w:t>f 7504/8386/7440 7509/8390/7442 7503/8387/7440</w:t>
        <w:br/>
        <w:t>f 7508/8391/7443 7511/8394/7445 7510/8395/7445</w:t>
        <w:br/>
        <w:t>f 7507/8392/7443 7508/8391/7443 7510/8395/7445</w:t>
        <w:br/>
        <w:t>f 7511/8394/7445 7501/8382/7437 7498/8385/7437</w:t>
        <w:br/>
        <w:t>f 7510/8395/7445 7511/8394/7445 7498/8385/7437</w:t>
        <w:br/>
        <w:t>f 7515/8396/7446 7514/8397/7446 7513/8398/7447</w:t>
        <w:br/>
        <w:t>f 7512/8399/7448 7515/8396/7446 7513/8398/7447</w:t>
        <w:br/>
        <w:t>f 7505/8389/7441 7502/8388/7441 7512/8399/7448</w:t>
        <w:br/>
        <w:t>f 7513/8398/7447 7505/8389/7441 7512/8399/7448</w:t>
        <w:br/>
        <w:t>f 7482/8366/7423 7517/8400/7449 7516/8401/7450</w:t>
        <w:br/>
        <w:t>f 7483/8367/7424 7482/8366/7423 7516/8401/7450</w:t>
        <w:br/>
        <w:t>f 7516/8401/7450 7442/8324/7382 7483/8367/7424</w:t>
        <w:br/>
        <w:t>f 7520/8402/7451 7519/8403/7452 7518/8404/7453</w:t>
        <w:br/>
        <w:t>f 7521/8405/7454 7520/8402/7451 7518/8404/7453</w:t>
        <w:br/>
        <w:t>f 7518/8404/7453 7519/8403/7452 7522/8406/7455</w:t>
        <w:br/>
        <w:t>f 7523/8407/7456 7518/8404/7453 7522/8406/7455</w:t>
        <w:br/>
        <w:t>f 7527/8408/7457 7526/8409/7458 7525/8410/7458</w:t>
        <w:br/>
        <w:t>f 7524/8411/7459 7527/8408/7457 7525/8410/7458</w:t>
        <w:br/>
        <w:t>f 7530/8412/7460 7529/8413/7461 7528/8414/7461</w:t>
        <w:br/>
        <w:t>f 7531/8415/7460 7530/8412/7460 7528/8414/7461</w:t>
        <w:br/>
        <w:t>f 7521/8405/7454 7528/8414/7461 7529/8413/7461</w:t>
        <w:br/>
        <w:t>f 7520/8402/7451 7521/8405/7454 7529/8413/7461</w:t>
        <w:br/>
        <w:t>f 7535/8416/7462 7534/8417/7463 7533/8418/7464</w:t>
        <w:br/>
        <w:t>f 7532/8419/7465 7535/8416/7462 7533/8418/7464</w:t>
        <w:br/>
        <w:t>f 7534/8417/7463 7537/8420/7466 7536/8421/7466</w:t>
        <w:br/>
        <w:t>f 7533/8418/7464 7534/8417/7463 7536/8421/7466</w:t>
        <w:br/>
        <w:t>f 7537/8420/7466 7539/8422/7467 7538/8423/7467</w:t>
        <w:br/>
        <w:t>f 7536/8421/7466 7537/8420/7466 7538/8423/7467</w:t>
        <w:br/>
        <w:t>f 7539/8422/7467 7541/8424/7468 7540/8425/7468</w:t>
        <w:br/>
        <w:t>f 7538/8423/7467 7539/8422/7467 7540/8425/7468</w:t>
        <w:br/>
        <w:t>f 7500/8383/7438 7527/8408/7457 7524/8411/7459</w:t>
        <w:br/>
        <w:t>f 7499/8384/7439 7500/8383/7438 7524/8411/7459</w:t>
        <w:br/>
        <w:t>f 7441/8325/7383 7518/8404/7453 7523/8407/7456</w:t>
        <w:br/>
        <w:t>f 7443/8327/7385 7441/8325/7383 7523/8407/7456</w:t>
        <w:br/>
        <w:t>f 7442/8324/7382 7521/8405/7454 7518/8404/7453</w:t>
        <w:br/>
        <w:t>f 7441/8325/7383 7442/8324/7382 7518/8404/7453</w:t>
        <w:br/>
        <w:t>f 7516/8401/7450 7542/8426/7469 7521/8405/7454</w:t>
        <w:br/>
        <w:t>f 7442/8324/7382 7516/8401/7450 7521/8405/7454</w:t>
        <w:br/>
        <w:t>f 7544/8427/7470 7543/8428/7470 7542/8426/7469</w:t>
        <w:br/>
        <w:t>f 7516/8401/7450 7544/8427/7470 7542/8426/7469</w:t>
        <w:br/>
        <w:t>f 7546/8429/7471 7453/8338/7396 7454/8337/7395</w:t>
        <w:br/>
        <w:t>f 7545/8430/7472 7546/8429/7471 7454/8337/7395</w:t>
        <w:br/>
        <w:t>f 7547/8431/7473 7545/8430/7472 7454/8337/7395</w:t>
        <w:br/>
        <w:t>f 7455/8339/7397 7547/8431/7473 7454/8337/7395</w:t>
        <w:br/>
        <w:t>f 7455/8339/7397 7440/8326/7384 7444/8328/7386</w:t>
        <w:br/>
        <w:t>f 7547/8431/7473 7455/8339/7397 7444/8328/7386</w:t>
        <w:br/>
        <w:t>f 7474/8360/7417 7548/8432/7342 7485/8369/7426</w:t>
        <w:br/>
        <w:t>f 7470/8353/7410 7471/8352/7348 7476/8358/7415</w:t>
        <w:br/>
        <w:t>f 7463/8346/7404 7461/8344/7402 7549/8433/7474</w:t>
        <w:br/>
        <w:t>f 7486/8368/7425 7484/8370/7427 7496/8380/7435</w:t>
        <w:br/>
        <w:t>f 7496/8380/7435 7484/8370/7427 7550/8434/7475</w:t>
        <w:br/>
        <w:t>f 7495/8378/7433 7496/8380/7435 7550/8434/7475</w:t>
        <w:br/>
        <w:t>f 7495/8378/7433 7550/8434/7475 7494/8379/7434</w:t>
        <w:br/>
        <w:t>f 7440/8326/7384 7445/8331/7389 7483/8367/7424</w:t>
        <w:br/>
        <w:t>f 7442/8324/7382 7440/8326/7384 7483/8367/7424</w:t>
        <w:br/>
        <w:t>f 7477/8362/7419 7497/8381/7436 7466/8350/7408</w:t>
        <w:br/>
        <w:t>f 7552/8435/7476 7490/8376/7431 7491/8375/7428</w:t>
        <w:br/>
        <w:t>f 7551/8436/7477 7552/8435/7476 7491/8375/7428</w:t>
        <w:br/>
        <w:t>f 7489/8371/7428 7468/8355/7412 7472/8357/7414</w:t>
        <w:br/>
        <w:t>f 7553/8437/7477 7489/8371/7428 7472/8357/7414</w:t>
        <w:br/>
        <w:t>f 7464/8348/7406 7460/8345/7403 7462/8347/7405</w:t>
        <w:br/>
        <w:t>f 7556/8438/7478 7555/8439/7478 7554/8440/7479</w:t>
        <w:br/>
        <w:t>f 7557/8441/7480 7556/8438/7478 7554/8440/7479</w:t>
        <w:br/>
        <w:t>f 7561/8442/7481 7560/8443/7482 7559/8444/7482</w:t>
        <w:br/>
        <w:t>f 7558/8445/7481 7561/8442/7481 7559/8444/7482</w:t>
        <w:br/>
        <w:t>f 7560/8443/7482 7563/8446/7483 7562/8447/7483</w:t>
        <w:br/>
        <w:t>f 7559/8444/7482 7560/8443/7482 7562/8447/7483</w:t>
        <w:br/>
        <w:t>f 7556/8438/7478 7565/8448/7484 7564/8449/7484</w:t>
        <w:br/>
        <w:t>f 7555/8439/7478 7556/8438/7478 7564/8449/7484</w:t>
        <w:br/>
        <w:t>f 7565/8448/7484 7567/8450/7485 7566/8451/7485</w:t>
        <w:br/>
        <w:t>f 7564/8449/7484 7565/8448/7484 7566/8451/7485</w:t>
        <w:br/>
        <w:t>f 7571/8452/7486 7570/8453/7487 7569/8454/7487</w:t>
        <w:br/>
        <w:t>f 7568/8455/7488 7571/8452/7486 7569/8454/7487</w:t>
        <w:br/>
        <w:t>f 7570/8453/7487 7573/8456/7489 7572/8457/7489</w:t>
        <w:br/>
        <w:t>f 7569/8454/7487 7570/8453/7487 7572/8457/7489</w:t>
        <w:br/>
        <w:t>f 7573/8456/7489 7575/8458/7490 7574/8459/7490</w:t>
        <w:br/>
        <w:t>f 7572/8457/7489 7573/8456/7489 7574/8459/7490</w:t>
        <w:br/>
        <w:t>f 7563/8446/7483 7577/8460/7491 7576/8461/7491</w:t>
        <w:br/>
        <w:t>f 7562/8447/7483 7563/8446/7483 7576/8461/7491</w:t>
        <w:br/>
        <w:t>f 7577/8460/7491 7579/8462/7492 7578/8463/7493</w:t>
        <w:br/>
        <w:t>f 7576/8461/7491 7577/8460/7491 7578/8463/7493</w:t>
        <w:br/>
        <w:t>f 7581/8464/7494 7580/8465/7495 7578/8463/7493</w:t>
        <w:br/>
        <w:t>f 7579/8462/7492 7581/8464/7494 7578/8463/7493</w:t>
        <w:br/>
        <w:t>f 7575/8458/7490 7583/8466/7496 7582/8467/7497</w:t>
        <w:br/>
        <w:t>f 7574/8459/7490 7575/8458/7490 7582/8467/7497</w:t>
        <w:br/>
        <w:t>f 7557/8441/7480 7554/8440/7479 7580/8465/7495</w:t>
        <w:br/>
        <w:t>f 7581/8464/7494 7557/8441/7480 7580/8465/7495</w:t>
        <w:br/>
        <w:t>f 7567/8450/7485 7571/8452/7486 7568/8455/7488</w:t>
        <w:br/>
        <w:t>f 7566/8451/7485 7567/8450/7485 7568/8455/7488</w:t>
        <w:br/>
        <w:t>f 7584/8468/7498 7549/8433/7474 7461/8344/7402</w:t>
        <w:br/>
        <w:t>f 7596/8469/7499 7595/8470/7500 7594/8471/7501</w:t>
        <w:br/>
        <w:t>f 7598/8472/7502 7597/8473/7503 7595/8470/7500</w:t>
        <w:br/>
        <w:t>f 7599/8474/7504 7598/8472/7502 7595/8470/7500</w:t>
        <w:br/>
        <w:t>f 7676/8475/7505 7675/8476/7287 7674/8477/7286</w:t>
        <w:br/>
        <w:t>f 7677/8478/7506 7676/8475/7505 7674/8477/7286</w:t>
        <w:br/>
        <w:t>f 7679/8479/7507 7676/8475/7505 7677/8478/7506</w:t>
        <w:br/>
        <w:t>f 7678/8480/7508 7679/8479/7507 7677/8478/7506</w:t>
        <w:br/>
        <w:t>f 7679/8479/7507 7678/8480/7508 7597/8473/7503</w:t>
        <w:br/>
        <w:t>f 7598/8472/7502 7679/8479/7507 7597/8473/7503</w:t>
        <w:br/>
        <w:t>f 7596/8469/7499 7599/8474/7504 7595/8470/7500</w:t>
        <w:br/>
        <w:t>f 7703/8481/7509 7599/8474/7504 7596/8469/7499</w:t>
        <w:br/>
        <w:t>f 7724/8482/7510 7723/8483/7294 7722/8484/7293</w:t>
        <w:br/>
        <w:t>f 7725/8485/7511 7724/8482/7510 7722/8484/7293</w:t>
        <w:br/>
        <w:t>f 7724/8482/7510 7725/8485/7511 7727/8486/7512</w:t>
        <w:br/>
        <w:t>f 7726/8487/7513 7724/8482/7510 7727/8486/7512</w:t>
        <w:br/>
        <w:t>f 7726/8487/7513 7727/8486/7512 7729/8488/7514</w:t>
        <w:br/>
        <w:t>f 7728/8489/7515 7726/8487/7513 7729/8488/7514</w:t>
        <w:br/>
        <w:t>f 7728/8489/7515 7729/8488/7514 7731/8490/7516</w:t>
        <w:br/>
        <w:t>f 7730/8491/7517 7728/8489/7515 7731/8490/7516</w:t>
        <w:br/>
        <w:t>f 7730/8491/7517 7731/8490/7516 7733/8492/7518</w:t>
        <w:br/>
        <w:t>f 7732/8493/7519 7730/8491/7517 7733/8492/7518</w:t>
        <w:br/>
        <w:t>f 7703/8481/7509 7740/8494/7520 7739/8495/7521</w:t>
        <w:br/>
        <w:t>f 7599/8474/7504 7703/8481/7509 7739/8495/7521</w:t>
        <w:br/>
        <w:t>f 7599/8474/7504 7739/8495/7521 7741/8496/7522</w:t>
        <w:br/>
        <w:t>f 7598/8472/7502 7599/8474/7504 7741/8496/7522</w:t>
        <w:br/>
        <w:t>f 7598/8472/7502 7741/8496/7522 7742/8497/7523</w:t>
        <w:br/>
        <w:t>f 7679/8479/7507 7598/8472/7502 7742/8497/7523</w:t>
        <w:br/>
        <w:t>f 7742/8497/7523 7743/8498/7524 7676/8475/7505</w:t>
        <w:br/>
        <w:t>f 7679/8479/7507 7742/8497/7523 7676/8475/7505</w:t>
        <w:br/>
        <w:t>f 7743/8498/7524 7744/8499/7310 7675/8476/7287</w:t>
        <w:br/>
        <w:t>f 7676/8475/7505 7743/8498/7524 7675/8476/7287</w:t>
        <w:br/>
        <w:t>f 7723/8483/7294 7724/8482/7510 7759/8500/7525</w:t>
        <w:br/>
        <w:t>f 7760/8501/7312 7723/8483/7294 7759/8500/7525</w:t>
        <w:br/>
        <w:t>f 7724/8482/7510 7726/8487/7513 7761/8502/5100</w:t>
        <w:br/>
        <w:t>f 7759/8500/7525 7724/8482/7510 7761/8502/5100</w:t>
        <w:br/>
        <w:t>f 7726/8487/7513 7728/8489/7515 7762/8503/7526</w:t>
        <w:br/>
        <w:t>f 7761/8502/5100 7726/8487/7513 7762/8503/7526</w:t>
        <w:br/>
        <w:t>f 7762/8503/7526 7728/8489/7515 7730/8491/7517</w:t>
        <w:br/>
        <w:t>f 7763/8504/7527 7762/8503/7526 7730/8491/7517</w:t>
        <w:br/>
        <w:t>f 7763/8504/7527 7730/8491/7517 7732/8493/7519</w:t>
        <w:br/>
        <w:t>f 7764/8505/5101 7763/8504/7527 7732/8493/7519</w:t>
        <w:br/>
        <w:t>f 7733/8492/7518 7731/8490/7516 7739/8495/7521</w:t>
        <w:br/>
        <w:t>f 7740/8494/7520 7733/8492/7518 7739/8495/7521</w:t>
        <w:br/>
        <w:t>f 7739/8495/7521 7731/8490/7516 7729/8488/7514</w:t>
        <w:br/>
        <w:t>f 7741/8496/7522 7739/8495/7521 7729/8488/7514</w:t>
        <w:br/>
        <w:t>f 7741/8496/7522 7729/8488/7514 7767/8506/7528</w:t>
        <w:br/>
        <w:t>f 7766/8507/7528 7741/8496/7522 7767/8506/7528</w:t>
        <w:br/>
        <w:t>f 7766/8507/7528 7767/8506/7528 7769/8508/7529</w:t>
        <w:br/>
        <w:t>f 7768/8509/7530 7766/8507/7528 7769/8508/7529</w:t>
        <w:br/>
        <w:t>f 7768/8509/7530 7769/8508/7529 7771/8510/7318</w:t>
        <w:br/>
        <w:t>f 7770/8511/7318 7768/8509/7530 7771/8510/7318</w:t>
        <w:br/>
        <w:t>f 7799/8512/7531 7798/8513/7532 7797/8514/7533</w:t>
        <w:br/>
        <w:t>f 7796/8515/7534 7799/8512/7531 7797/8514/7533</w:t>
        <w:br/>
        <w:t>f 7800/8516/7535 7798/8513/7532 7799/8512/7531</w:t>
        <w:br/>
        <w:t>f 7801/8517/7536 7800/8516/7535 7799/8512/7531</w:t>
        <w:br/>
        <w:t>f 7798/8513/7532 7803/8518/7537 7802/8519/7538</w:t>
        <w:br/>
        <w:t>f 7797/8514/7533 7798/8513/7532 7802/8519/7538</w:t>
        <w:br/>
        <w:t>f 7803/8518/7537 7798/8513/7532 7800/8516/7535</w:t>
        <w:br/>
        <w:t>f 7804/8520/7539 7803/8518/7537 7800/8516/7535</w:t>
        <w:br/>
        <w:t>f 7806/8521/7540 7799/8512/7531 7796/8515/7534</w:t>
        <w:br/>
        <w:t>f 7805/8522/7541 7806/8521/7540 7796/8515/7534</w:t>
        <w:br/>
        <w:t>f 7799/8512/7531 7806/8521/7540 7807/8523/7542</w:t>
        <w:br/>
        <w:t>f 7801/8517/7536 7799/8512/7531 7807/8523/7542</w:t>
        <w:br/>
        <w:t>f 7809/8524/7543 7803/8518/7537 7804/8520/7539</w:t>
        <w:br/>
        <w:t>f 7808/8525/7544 7809/8524/7543 7804/8520/7539</w:t>
        <w:br/>
        <w:t>f 7803/8518/7537 7809/8524/7543 7810/8526/7545</w:t>
        <w:br/>
        <w:t>f 7802/8519/7538 7803/8518/7537 7810/8526/7545</w:t>
        <w:br/>
        <w:t>f 7800/8516/7535 7801/8517/7536 7811/8527/7546</w:t>
        <w:br/>
        <w:t>f 7804/8520/7539 7813/8528/7547 7812/8529/7548</w:t>
        <w:br/>
        <w:t>f 7801/8517/7536 7807/8523/7542 7814/8530/7549</w:t>
        <w:br/>
        <w:t>f 7816/8531/7550 7807/8523/7542 7815/8532/7338</w:t>
        <w:br/>
        <w:t>f 7817/8533/7340 7816/8531/7550 7815/8532/7338</w:t>
        <w:br/>
        <w:t>f 7818/8534/7551 7808/8525/7544 7804/8520/7539</w:t>
        <w:br/>
        <w:t>f 7821/8535/7552 7820/8536/7553 7819/8537/7554</w:t>
        <w:br/>
        <w:t>f 7825/8538/7555 7824/8539/7556 7823/8540/7557</w:t>
        <w:br/>
        <w:t>f 7822/8541/7558 7825/8538/7555 7823/8540/7557</w:t>
        <w:br/>
        <w:t>f 7829/8542/7559 7828/8543/7352 7827/8544/7351</w:t>
        <w:br/>
        <w:t>f 7826/8545/7560 7829/8542/7559 7827/8544/7351</w:t>
        <w:br/>
        <w:t>f 7831/8546/7561 7829/8542/7559 7826/8545/7560</w:t>
        <w:br/>
        <w:t>f 7830/8547/7562 7831/8546/7561 7826/8545/7560</w:t>
        <w:br/>
        <w:t>f 7833/8548/7563 7831/8546/7561 7830/8547/7562</w:t>
        <w:br/>
        <w:t>f 7832/8549/7564 7833/8548/7563 7830/8547/7562</w:t>
        <w:br/>
        <w:t>f 7810/8526/7545 7823/8540/7557 7824/8539/7556</w:t>
        <w:br/>
        <w:t>f 7819/8537/7554 7810/8526/7545 7824/8539/7556</w:t>
        <w:br/>
        <w:t>f 7821/8535/7552 7833/8548/7563 7832/8549/7564</w:t>
        <w:br/>
        <w:t>f 7820/8536/7553 7821/8535/7552 7832/8549/7564</w:t>
        <w:br/>
        <w:t>f 7826/8545/7560 7827/8544/7351 7835/8550/7358</w:t>
        <w:br/>
        <w:t>f 7834/8551/7565 7826/8545/7560 7835/8550/7358</w:t>
        <w:br/>
        <w:t>f 7830/8547/7562 7826/8545/7560 7834/8551/7565</w:t>
        <w:br/>
        <w:t>f 7836/8552/7566 7830/8547/7562 7834/8551/7565</w:t>
        <w:br/>
        <w:t>f 7832/8549/7564 7830/8547/7562 7836/8552/7566</w:t>
        <w:br/>
        <w:t>f 7837/8553/7567 7832/8549/7564 7836/8552/7566</w:t>
        <w:br/>
        <w:t>f 7820/8536/7553 7832/8549/7564 7837/8553/7567</w:t>
        <w:br/>
        <w:t>f 7834/8551/7565 7835/8550/7358 7838/8554/7568</w:t>
        <w:br/>
        <w:t>f 7805/8522/7541 7834/8551/7565 7838/8554/7568</w:t>
        <w:br/>
        <w:t>f 7836/8552/7566 7834/8551/7565 7805/8522/7541</w:t>
        <w:br/>
        <w:t>f 7796/8515/7534 7836/8552/7566 7805/8522/7541</w:t>
        <w:br/>
        <w:t>f 7837/8553/7567 7836/8552/7566 7796/8515/7534</w:t>
        <w:br/>
        <w:t>f 7797/8514/7533 7837/8553/7567 7796/8515/7534</w:t>
        <w:br/>
        <w:t>f 7820/8536/7553 7837/8553/7567 7797/8514/7533</w:t>
        <w:br/>
        <w:t>f 7802/8519/7538 7820/8536/7553 7797/8514/7533</w:t>
        <w:br/>
        <w:t>f 7806/8521/7540 7839/8555/7362 7815/8532/7338</w:t>
        <w:br/>
        <w:t>f 7807/8523/7542 7806/8521/7540 7815/8532/7338</w:t>
        <w:br/>
        <w:t>f 7805/8522/7541 7838/8554/7568 7839/8555/7362</w:t>
        <w:br/>
        <w:t>f 7806/8521/7540 7805/8522/7541 7839/8555/7362</w:t>
        <w:br/>
        <w:t>f 7801/8517/7536 7814/8530/7549 7840/8556/7569</w:t>
        <w:br/>
        <w:t>f 7814/8530/7549 7807/8523/7542 7816/8531/7550</w:t>
        <w:br/>
        <w:t>f 7840/8556/7569 7842/8557/7570 7841/8558/7571</w:t>
        <w:br/>
        <w:t>f 7801/8517/7536 7840/8556/7569 7841/8558/7571</w:t>
        <w:br/>
        <w:t>f 7804/8520/7539 7800/8516/7535 7843/8559/7572</w:t>
        <w:br/>
        <w:t>f 7841/8558/7571 7811/8527/7546 7801/8517/7536</w:t>
        <w:br/>
        <w:t>f 7843/8559/7572 7813/8528/7547 7804/8520/7539</w:t>
        <w:br/>
        <w:t>f 7804/8520/7539 7812/8529/7548 7818/8534/7551</w:t>
        <w:br/>
        <w:t>f 7819/8537/7554 7820/8536/7553 7802/8519/7538</w:t>
        <w:br/>
        <w:t>f 7810/8526/7545 7819/8537/7554 7802/8519/7538</w:t>
        <w:br/>
        <w:t>f 7808/8525/7544 7844/8560/7573 7809/8524/7543</w:t>
        <w:br/>
        <w:t>f 7844/8560/7573 7845/8561/7574 7822/8541/7558</w:t>
        <w:br/>
        <w:t>f 7823/8540/7557 7844/8560/7573 7822/8541/7558</w:t>
        <w:br/>
        <w:t>f 7847/8562/7575 7846/8563/7576 7822/8541/7558</w:t>
        <w:br/>
        <w:t>f 7850/8564/7577 7849/8565/7578 7848/8566/7579</w:t>
        <w:br/>
        <w:t>f 7845/8561/7574 7847/8562/7575 7822/8541/7558</w:t>
        <w:br/>
        <w:t>f 7822/8541/7558 7846/8563/7576 7851/8567/7580</w:t>
        <w:br/>
        <w:t>f 7825/8538/7555 7822/8541/7558 7851/8567/7580</w:t>
        <w:br/>
        <w:t>f 7846/8563/7576 7850/8564/7577 7848/8566/7579</w:t>
        <w:br/>
        <w:t>f 7851/8567/7580 7846/8563/7576 7848/8566/7579</w:t>
        <w:br/>
        <w:t>f 7846/8563/7576 7847/8562/7575 7852/8568/7581</w:t>
        <w:br/>
        <w:t>f 7850/8564/7577 7846/8563/7576 7852/8568/7581</w:t>
        <w:br/>
        <w:t>f 7809/8524/7543 7844/8560/7573 7823/8540/7557</w:t>
        <w:br/>
        <w:t>f 7810/8526/7545 7809/8524/7543 7823/8540/7557</w:t>
        <w:br/>
        <w:t>f 7854/8569/7582 7853/8570/7583 7435/8320/7378</w:t>
        <w:br/>
        <w:t>f 7436/8319/7377 7854/8569/7582 7435/8320/7378</w:t>
        <w:br/>
        <w:t>f 7856/8571/7584 7855/8572/7585 7853/8570/7583</w:t>
        <w:br/>
        <w:t>f 7854/8569/7582 7856/8571/7584 7853/8570/7583</w:t>
        <w:br/>
        <w:t>f 7859/8573/7586 7858/8574/7587 7857/8575/7588</w:t>
        <w:br/>
        <w:t>f 7860/8576/7589 7857/8575/7588 7858/8574/7587</w:t>
        <w:br/>
        <w:t>f 7861/8577/7590 7860/8576/7589 7858/8574/7587</w:t>
        <w:br/>
        <w:t>f 7864/8578/7591 7863/8579/7592 7862/8580/7593</w:t>
        <w:br/>
        <w:t>f 7865/8581/7594 7864/8578/7591 7862/8580/7593</w:t>
        <w:br/>
        <w:t>f 7867/8582/7595 7866/8583/7596 7865/8581/7594</w:t>
        <w:br/>
        <w:t>f 7862/8580/7593 7867/8582/7595 7865/8581/7594</w:t>
        <w:br/>
        <w:t>f 7869/8584/7597 7868/8585/7598 7866/8583/7596</w:t>
        <w:br/>
        <w:t>f 7867/8582/7595 7869/8584/7597 7866/8583/7596</w:t>
        <w:br/>
        <w:t>f 7871/8586/7599 7870/8587/7600 7866/8583/7596</w:t>
        <w:br/>
        <w:t>f 7868/8585/7598 7871/8586/7599 7866/8583/7596</w:t>
        <w:br/>
        <w:t>f 7866/8583/7596 7870/8587/7600 7872/8588/7601</w:t>
        <w:br/>
        <w:t>f 7865/8581/7594 7866/8583/7596 7872/8588/7601</w:t>
        <w:br/>
        <w:t>f 7872/8588/7601 7858/8574/7587 7864/8578/7591</w:t>
        <w:br/>
        <w:t>f 7865/8581/7594 7872/8588/7601 7864/8578/7591</w:t>
        <w:br/>
        <w:t>f 7874/8589/7602 7873/8590/7603 7855/8572/7585</w:t>
        <w:br/>
        <w:t>f 7856/8571/7584 7874/8589/7602 7855/8572/7585</w:t>
        <w:br/>
        <w:t>f 7876/8591/7604 7875/8592/7605 7873/8590/7603</w:t>
        <w:br/>
        <w:t>f 7874/8589/7602 7876/8591/7604 7873/8590/7603</w:t>
        <w:br/>
        <w:t>f 7867/8582/7595 7878/8593/7606 7877/8594/7607</w:t>
        <w:br/>
        <w:t>f 7869/8584/7597 7867/8582/7595 7877/8594/7607</w:t>
        <w:br/>
        <w:t>f 7880/8595/7608 7878/8593/7606 7879/8596/7609</w:t>
        <w:br/>
        <w:t>f 7881/8597/7610 7878/8593/7606 7875/8592/7605</w:t>
        <w:br/>
        <w:t>f 7878/8593/7606 7867/8582/7595 7862/8580/7593</w:t>
        <w:br/>
        <w:t>f 7875/8592/7605 7878/8593/7606 7862/8580/7593</w:t>
        <w:br/>
        <w:t>f 7875/8592/7605 7862/8580/7593 7873/8590/7603</w:t>
        <w:br/>
        <w:t>f 7863/8579/7592 7855/8572/7585 7873/8590/7603</w:t>
        <w:br/>
        <w:t>f 7862/8580/7593 7863/8579/7592 7873/8590/7603</w:t>
        <w:br/>
        <w:t>f 7884/8598/7611 7876/8591/7604 7883/8599/7612</w:t>
        <w:br/>
        <w:t>f 7882/8600/7613 7884/8598/7611 7883/8599/7612</w:t>
        <w:br/>
        <w:t>f 7880/8595/7608 7877/8594/7607 7878/8593/7606</w:t>
        <w:br/>
        <w:t>f 7888/8601/7614 7887/8602/7615 7886/8603/7616</w:t>
        <w:br/>
        <w:t>f 7885/8604/7617 7888/8601/7614 7886/8603/7616</w:t>
        <w:br/>
        <w:t>f 7890/8605/7618 7886/8603/7616 7887/8602/7615</w:t>
        <w:br/>
        <w:t>f 7889/8606/7619 7890/8605/7618 7887/8602/7615</w:t>
        <w:br/>
        <w:t>f 7885/8604/7617 7893/8607/7620 7892/8608/7621</w:t>
        <w:br/>
        <w:t>f 7891/8609/7554 7885/8604/7617 7892/8608/7621</w:t>
        <w:br/>
        <w:t>f 7884/8598/7611 7895/8610/7622 7894/8611/7623</w:t>
        <w:br/>
        <w:t>f 7884/8598/7611 7882/8600/7613 7895/8610/7622</w:t>
        <w:br/>
        <w:t>f 7894/8611/7623 7896/8612/7624 7881/8597/7610</w:t>
        <w:br/>
        <w:t>f 7884/8598/7611 7894/8611/7623 7881/8597/7610</w:t>
        <w:br/>
        <w:t>f 7881/8597/7610 7896/8612/7624 7879/8596/7609</w:t>
        <w:br/>
        <w:t>f 7480/8364/7421 7435/8320/7378 7853/8570/7583</w:t>
        <w:br/>
        <w:t>f 7897/8613/7625 7480/8364/7421 7853/8570/7583</w:t>
        <w:br/>
        <w:t>f 7855/8572/7585 7863/8579/7592 7897/8613/7625</w:t>
        <w:br/>
        <w:t>f 7853/8570/7583 7855/8572/7585 7897/8613/7625</w:t>
        <w:br/>
        <w:t>f 7482/8366/7423 7480/8364/7421 7897/8613/7625</w:t>
        <w:br/>
        <w:t>f 7898/8614/7626 7482/8366/7423 7897/8613/7625</w:t>
        <w:br/>
        <w:t>f 7863/8579/7592 7864/8578/7591 7898/8614/7626</w:t>
        <w:br/>
        <w:t>f 7897/8613/7625 7863/8579/7592 7898/8614/7626</w:t>
        <w:br/>
        <w:t>f 7901/8615/7627 7900/8616/7628 7899/8617/7629</w:t>
        <w:br/>
        <w:t>f 7893/8607/7620 7901/8615/7627 7899/8617/7629</w:t>
        <w:br/>
        <w:t>f 7893/8607/7620 7885/8604/7617 7883/8599/7612</w:t>
        <w:br/>
        <w:t>f 7901/8615/7627 7893/8607/7620 7883/8599/7612</w:t>
        <w:br/>
        <w:t>f 7881/8597/7610 7875/8592/7605 7876/8591/7604</w:t>
        <w:br/>
        <w:t>f 7884/8598/7611 7881/8597/7610 7876/8591/7604</w:t>
        <w:br/>
        <w:t>f 7904/8618/7630 7887/8602/7615 7903/8619/7631</w:t>
        <w:br/>
        <w:t>f 7902/8620/7632 7904/8618/7630 7903/8619/7631</w:t>
        <w:br/>
        <w:t>f 7888/8601/7614 7903/8619/7631 7887/8602/7615</w:t>
        <w:br/>
        <w:t>f 7907/8621/7633 7906/8622/7634 7905/8623/7635</w:t>
        <w:br/>
        <w:t>f 7908/8624/7636 7907/8621/7633 7905/8623/7635</w:t>
        <w:br/>
        <w:t>f 7436/8319/7377 7494/8379/7434 7909/8625/7637</w:t>
        <w:br/>
        <w:t>f 7854/8569/7582 7436/8319/7377 7909/8625/7637</w:t>
        <w:br/>
        <w:t>f 7854/8569/7582 7909/8625/7637 7910/8626/7638</w:t>
        <w:br/>
        <w:t>f 7856/8571/7584 7854/8569/7582 7910/8626/7638</w:t>
        <w:br/>
        <w:t>f 7886/8603/7616 7890/8605/7618 7911/8627/7639</w:t>
        <w:br/>
        <w:t>f 7882/8600/7613 7886/8603/7616 7911/8627/7639</w:t>
        <w:br/>
        <w:t>f 7882/8600/7613 7883/8599/7612 7885/8604/7617</w:t>
        <w:br/>
        <w:t>f 7886/8603/7616 7882/8600/7613 7885/8604/7617</w:t>
        <w:br/>
        <w:t>f 7910/8626/7638 7901/8615/7627 7874/8589/7602</w:t>
        <w:br/>
        <w:t>f 7856/8571/7584 7910/8626/7638 7874/8589/7602</w:t>
        <w:br/>
        <w:t>f 7901/8615/7627 7883/8599/7612 7876/8591/7604</w:t>
        <w:br/>
        <w:t>f 7874/8589/7602 7901/8615/7627 7876/8591/7604</w:t>
        <w:br/>
        <w:t>f 7915/8628/7640 7914/8629/7640 7913/8630/7641</w:t>
        <w:br/>
        <w:t>f 7912/8631/7642 7915/8628/7640 7913/8630/7641</w:t>
        <w:br/>
        <w:t>f 7918/8632/7643 7917/8633/7644 7916/8634/7644</w:t>
        <w:br/>
        <w:t>f 7919/8635/7645 7918/8632/7643 7916/8634/7644</w:t>
        <w:br/>
        <w:t>f 7922/8636/7646 7921/8637/7647 7920/8638/7648</w:t>
        <w:br/>
        <w:t>f 7923/8639/7646 7922/8636/7646 7920/8638/7648</w:t>
        <w:br/>
        <w:t>f 7917/8633/7644 7922/8636/7646 7923/8639/7646</w:t>
        <w:br/>
        <w:t>f 7916/8634/7644 7917/8633/7644 7923/8639/7646</w:t>
        <w:br/>
        <w:t>f 7920/8638/7648 7921/8637/7647 7925/8640/7649</w:t>
        <w:br/>
        <w:t>f 7924/8641/7649 7920/8638/7648 7925/8640/7649</w:t>
        <w:br/>
        <w:t>f 7924/8641/7649 7925/8640/7649 7914/8629/7640</w:t>
        <w:br/>
        <w:t>f 7915/8628/7640 7924/8641/7649 7914/8629/7640</w:t>
        <w:br/>
        <w:t>f 7929/8642/7650 7928/8643/7651 7927/8644/7652</w:t>
        <w:br/>
        <w:t>f 7926/8645/7650 7929/8642/7650 7927/8644/7652</w:t>
        <w:br/>
        <w:t>f 7928/8643/7651 7918/8632/7643 7919/8635/7645</w:t>
        <w:br/>
        <w:t>f 7927/8644/7652 7928/8643/7651 7919/8635/7645</w:t>
        <w:br/>
        <w:t>f 7930/8646/7653 7517/8400/7449 7482/8366/7423</w:t>
        <w:br/>
        <w:t>f 7898/8614/7626 7930/8646/7653 7482/8366/7423</w:t>
        <w:br/>
        <w:t>f 7930/8646/7653 7898/8614/7626 7859/8573/7586</w:t>
        <w:br/>
        <w:t>f 7933/8647/7654 7932/8648/7655 7931/8649/7656</w:t>
        <w:br/>
        <w:t>f 7934/8650/7657 7933/8647/7654 7931/8649/7656</w:t>
        <w:br/>
        <w:t>f 7935/8651/7658 7932/8648/7655 7933/8647/7654</w:t>
        <w:br/>
        <w:t>f 7936/8652/7659 7935/8651/7658 7933/8647/7654</w:t>
        <w:br/>
        <w:t>f 7940/8653/7660 7939/8654/7660 7938/8655/7458</w:t>
        <w:br/>
        <w:t>f 7937/8656/7458 7940/8653/7660 7938/8655/7458</w:t>
        <w:br/>
        <w:t>f 7942/8657/7661 7941/8658/7661 7530/8412/7460</w:t>
        <w:br/>
        <w:t>f 7531/8415/7460 7942/8657/7661 7530/8412/7460</w:t>
        <w:br/>
        <w:t>f 7941/8658/7661 7942/8657/7661 7934/8650/7657</w:t>
        <w:br/>
        <w:t>f 7931/8649/7656 7941/8658/7661 7934/8650/7657</w:t>
        <w:br/>
        <w:t>f 7946/8659/7662 7945/8660/7662 7944/8661/7663</w:t>
        <w:br/>
        <w:t>f 7943/8662/7664 7946/8659/7662 7944/8661/7663</w:t>
        <w:br/>
        <w:t>f 7943/8662/7664 7944/8661/7663 7948/8663/7665</w:t>
        <w:br/>
        <w:t>f 7947/8664/7666 7943/8662/7664 7948/8663/7665</w:t>
        <w:br/>
        <w:t>f 7947/8664/7666 7948/8663/7665 7950/8665/7667</w:t>
        <w:br/>
        <w:t>f 7949/8666/7668 7947/8664/7666 7950/8665/7667</w:t>
        <w:br/>
        <w:t>f 7949/8666/7668 7950/8665/7667 7952/8667/7468</w:t>
        <w:br/>
        <w:t>f 7951/8668/7468 7949/8666/7668 7952/8667/7468</w:t>
        <w:br/>
        <w:t>f 7936/8652/7659 7933/8647/7654 7857/8575/7588</w:t>
        <w:br/>
        <w:t>f 7860/8576/7589 7936/8652/7659 7857/8575/7588</w:t>
        <w:br/>
        <w:t>f 7933/8647/7654 7934/8650/7657 7859/8573/7586</w:t>
        <w:br/>
        <w:t>f 7857/8575/7588 7933/8647/7654 7859/8573/7586</w:t>
        <w:br/>
        <w:t>f 7934/8650/7657 7953/8669/7669 7930/8646/7653</w:t>
        <w:br/>
        <w:t>f 7859/8573/7586 7934/8650/7657 7930/8646/7653</w:t>
        <w:br/>
        <w:t>f 7953/8669/7669 7543/8428/7470 7544/8427/7470</w:t>
        <w:br/>
        <w:t>f 7930/8646/7653 7953/8669/7669 7544/8427/7470</w:t>
        <w:br/>
        <w:t>f 7955/8670/7670 7954/8671/7671 7870/8587/7600</w:t>
        <w:br/>
        <w:t>f 7871/8586/7599 7955/8670/7670 7870/8587/7600</w:t>
        <w:br/>
        <w:t>f 7870/8587/7600 7954/8671/7671 7956/8672/7672</w:t>
        <w:br/>
        <w:t>f 7872/8588/7601 7870/8587/7600 7956/8672/7672</w:t>
        <w:br/>
        <w:t>f 7861/8577/7590 7858/8574/7587 7872/8588/7601</w:t>
        <w:br/>
        <w:t>f 7956/8672/7672 7861/8577/7590 7872/8588/7601</w:t>
        <w:br/>
        <w:t>f 7893/8607/7620 7899/8617/7629 7957/8673/7673</w:t>
        <w:br/>
        <w:t>f 7885/8604/7617 7891/8609/7554 7888/8601/7614</w:t>
        <w:br/>
        <w:t>f 7880/8595/7608 7958/8674/7674 7877/8594/7607</w:t>
        <w:br/>
        <w:t>f 7901/8615/7627 7910/8626/7638 7900/8616/7628</w:t>
        <w:br/>
        <w:t>f 7910/8626/7638 7909/8625/7637 7959/8675/7675</w:t>
        <w:br/>
        <w:t>f 7900/8616/7628 7910/8626/7638 7959/8675/7675</w:t>
        <w:br/>
        <w:t>f 7909/8625/7637 7494/8379/7434 7959/8675/7675</w:t>
        <w:br/>
        <w:t>f 7898/8614/7626 7864/8578/7591 7858/8574/7587</w:t>
        <w:br/>
        <w:t>f 7859/8573/7586 7898/8614/7626 7858/8574/7587</w:t>
        <w:br/>
        <w:t>f 7895/8610/7622 7882/8600/7613 7911/8627/7639</w:t>
        <w:br/>
        <w:t>f 7961/8676/7676 7960/8677/7677 7906/8622/7634</w:t>
        <w:br/>
        <w:t>f 7907/8621/7633 7961/8676/7676 7906/8622/7634</w:t>
        <w:br/>
        <w:t>f 7889/8606/7619 7887/8602/7615 7904/8618/7630</w:t>
        <w:br/>
        <w:t>f 7962/8678/7678 7889/8606/7619 7904/8618/7630</w:t>
        <w:br/>
        <w:t>f 7881/8597/7610 7879/8596/7609 7878/8593/7606</w:t>
        <w:br/>
        <w:t>f 7965/8679/7679 7964/8680/7680 7963/8681/7680</w:t>
        <w:br/>
        <w:t>f 7966/8682/7681 7965/8679/7679 7963/8681/7680</w:t>
        <w:br/>
        <w:t>f 7970/8683/7682 7969/8684/7682 7968/8685/7683</w:t>
        <w:br/>
        <w:t>f 7967/8686/7683 7970/8683/7682 7968/8685/7683</w:t>
        <w:br/>
        <w:t>f 7967/8686/7683 7968/8685/7683 7972/8687/7684</w:t>
        <w:br/>
        <w:t>f 7971/8688/7684 7967/8686/7683 7972/8687/7684</w:t>
        <w:br/>
        <w:t>f 7963/8681/7680 7964/8680/7680 7974/8689/7685</w:t>
        <w:br/>
        <w:t>f 7973/8690/7686 7963/8681/7680 7974/8689/7685</w:t>
        <w:br/>
        <w:t>f 7973/8690/7686 7974/8689/7685 7976/8691/7687</w:t>
        <w:br/>
        <w:t>f 7975/8692/7687 7973/8690/7686 7976/8691/7687</w:t>
        <w:br/>
        <w:t>f 7980/8693/7688 7979/8694/7688 7978/8695/7689</w:t>
        <w:br/>
        <w:t>f 7977/8696/7689 7980/8693/7688 7978/8695/7689</w:t>
        <w:br/>
        <w:t>f 7977/8696/7689 7978/8695/7689 7982/8697/7690</w:t>
        <w:br/>
        <w:t>f 7981/8698/7690 7977/8696/7689 7982/8697/7690</w:t>
        <w:br/>
        <w:t>f 7981/8698/7690 7982/8697/7690 7984/8699/7691</w:t>
        <w:br/>
        <w:t>f 7983/8700/7691 7981/8698/7690 7984/8699/7691</w:t>
        <w:br/>
        <w:t>f 7971/8688/7684 7972/8687/7684 7986/8701/7692</w:t>
        <w:br/>
        <w:t>f 7985/8702/7692 7971/8688/7684 7986/8701/7692</w:t>
        <w:br/>
        <w:t>f 7985/8702/7692 7986/8701/7692 7988/8703/7693</w:t>
        <w:br/>
        <w:t>f 7987/8704/7694 7985/8702/7692 7988/8703/7693</w:t>
        <w:br/>
        <w:t>f 7988/8703/7693 7990/8705/7695 7989/8706/7696</w:t>
        <w:br/>
        <w:t>f 7987/8704/7694 7988/8703/7693 7989/8706/7696</w:t>
        <w:br/>
        <w:t>f 7983/8700/7691 7984/8699/7691 7992/8707/7697</w:t>
        <w:br/>
        <w:t>f 7991/8708/7698 7983/8700/7691 7992/8707/7697</w:t>
        <w:br/>
        <w:t>f 7990/8705/7695 7965/8679/7679 7966/8682/7681</w:t>
        <w:br/>
        <w:t>f 7989/8706/7696 7990/8705/7695 7966/8682/7681</w:t>
        <w:br/>
        <w:t>f 7975/8692/7687 7976/8691/7687 7979/8694/7688</w:t>
        <w:br/>
        <w:t>f 7980/8693/7688 7975/8692/7687 7979/8694/7688</w:t>
        <w:br/>
        <w:t>f 7993/8709/7699 7877/8594/7607 7958/8674/7674</w:t>
        <w:br/>
        <w:t>f 6923/7997/7090 6931/8002/7095 6920/7994/7087</w:t>
        <w:br/>
        <w:t>f 7057/8132/7198 6778/7852/6947 7053/8128/7194</w:t>
        <w:br/>
        <w:t>f 6775/7851/6946 7053/8128/7194 6778/7852/6947</w:t>
        <w:br/>
        <w:t>f 7110/8185/7248 7122/8196/7259 6780/7854/6949</w:t>
        <w:br/>
        <w:t>f 6771/7847/6942 7110/8185/7248 6780/7854/6949</w:t>
        <w:br/>
        <w:t>f 7122/8196/7259 7110/8185/7248 7111/8184/7247</w:t>
        <w:br/>
        <w:t>f 7011/8085/7162 7111/8184/7247 6940/8017/7106</w:t>
        <w:br/>
        <w:t>f 6780/7854/6949 7122/8196/7259 6911/7986/7079</w:t>
        <w:br/>
        <w:t>f 6779/7855/6950 6780/7854/6949 6911/7986/7079</w:t>
        <w:br/>
        <w:t>f 6772/7846/6941 7110/8185/7248 6771/7847/6942</w:t>
        <w:br/>
        <w:t>f 7123/8197/7260 6831/7905/6998 6829/7901/6994</w:t>
        <w:br/>
        <w:t>f 7999/8710/7700 7998/8711/7701 6881/7956/7049</w:t>
        <w:br/>
        <w:t>f 6882/7955/7048 7999/8710/7700 6881/7956/7049</w:t>
        <w:br/>
        <w:t>f 6881/7956/7049 7998/8711/7701 8000/8712/7702</w:t>
        <w:br/>
        <w:t>f 6885/7958/7051 6881/7956/7049 8000/8712/7702</w:t>
        <w:br/>
        <w:t>f 6887/7961/7054 8002/8713/7703 8001/8714/7704</w:t>
        <w:br/>
        <w:t>f 6886/7962/7055 6887/7961/7054 8001/8714/7704</w:t>
        <w:br/>
        <w:t>f 7999/8710/7700 6882/7955/7048 6886/7962/7055</w:t>
        <w:br/>
        <w:t>f 8001/8714/7704 7999/8710/7700 6886/7962/7055</w:t>
        <w:br/>
        <w:t>f 8003/8715/7705 6889/7965/7058 6890/7964/7057</w:t>
        <w:br/>
        <w:t>f 8004/8716/7706 8003/8715/7705 6890/7964/7057</w:t>
        <w:br/>
        <w:t>f 8005/8717/7707 8004/8716/7706 6890/7964/7057</w:t>
        <w:br/>
        <w:t>f 6892/7967/7060 8005/8717/7707 6890/7964/7057</w:t>
        <w:br/>
        <w:t>f 8006/8718/7708 8005/8717/7707 6892/7967/7060</w:t>
        <w:br/>
        <w:t>f 6894/7969/7062 8006/8718/7708 6892/7967/7060</w:t>
        <w:br/>
        <w:t>f 8007/8719/7709 8006/8718/7708 6894/7969/7062</w:t>
        <w:br/>
        <w:t>f 6896/7971/7064 8007/8719/7709 6894/7969/7062</w:t>
        <w:br/>
        <w:t>f 8008/8720/7710 8007/8719/7709 6896/7971/7064</w:t>
        <w:br/>
        <w:t>f 6926/8001/7094 8008/8720/7710 6896/7971/7064</w:t>
        <w:br/>
        <w:t>f 6968/8043/7128 8009/8721/7711 8008/8720/7710</w:t>
        <w:br/>
        <w:t>f 6926/8001/7094 6968/8043/7128 8008/8720/7710</w:t>
        <w:br/>
        <w:t>f 6972/8045/7130 8011/8722/7712 8010/8723/7713</w:t>
        <w:br/>
        <w:t>f 6971/8046/7131 6972/8045/7130 8010/8723/7713</w:t>
        <w:br/>
        <w:t>f 6971/8046/7131 8010/8723/7713 8009/8721/7711</w:t>
        <w:br/>
        <w:t>f 6968/8043/7128 6971/8046/7131 8009/8721/7711</w:t>
        <w:br/>
        <w:t>f 7081/8156/7221 8012/8724/7714 6975/8050/7135</w:t>
        <w:br/>
        <w:t>f 6976/8049/7134 7081/8156/7221 6975/8050/7135</w:t>
        <w:br/>
        <w:t>f 6975/8050/7135 8012/8724/7714 8011/8722/7712</w:t>
        <w:br/>
        <w:t>f 6972/8045/7130 6975/8050/7135 8011/8722/7712</w:t>
        <w:br/>
        <w:t>f 6885/7958/7051 8000/8712/7702 8013/8725/7715</w:t>
        <w:br/>
        <w:t>f 7065/8138/7204 6885/7958/7051 8013/8725/7715</w:t>
        <w:br/>
        <w:t>f 7065/8138/7204 8013/8725/7715 8014/8726/7716</w:t>
        <w:br/>
        <w:t>f 7067/8140/7206 7065/8138/7204 8014/8726/7716</w:t>
        <w:br/>
        <w:t>f 8016/8727/7717 8015/8728/7718 7068/8145/7210</w:t>
        <w:br/>
        <w:t>f 7069/8144/7209 8016/8727/7717 7068/8145/7210</w:t>
        <w:br/>
        <w:t>f 8015/8728/7718 7076/8148/7213 7072/8147/7212</w:t>
        <w:br/>
        <w:t>f 7068/8145/7210 8015/8728/7718 7072/8147/7212</w:t>
        <w:br/>
        <w:t>f 8017/8729/7719 7073/8146/7211 7072/8147/7212</w:t>
        <w:br/>
        <w:t>f 7074/8150/7215 8017/8729/7719 7072/8147/7212</w:t>
        <w:br/>
        <w:t>f 7080/8153/7218 8017/8729/7719 7074/8150/7215</w:t>
        <w:br/>
        <w:t>f 7077/8152/7217 7080/8153/7218 7074/8150/7215</w:t>
        <w:br/>
        <w:t>f 7077/8152/7217 7078/8151/7216 7082/8155/7220</w:t>
        <w:br/>
        <w:t>f 7079/8154/7219 7077/8152/7217 7082/8155/7220</w:t>
        <w:br/>
        <w:t>f 6976/8049/7134 6977/8048/7133 7079/8154/7219</w:t>
        <w:br/>
        <w:t>f 8018/8730/7720 8016/8727/7717 7069/8144/7209</w:t>
        <w:br/>
        <w:t>f 7083/8157/7206 8018/8730/7720 7069/8144/7209</w:t>
        <w:br/>
        <w:t>f 8002/8713/7703 6887/7961/7054 6889/7965/7058</w:t>
        <w:br/>
        <w:t>f 8003/8715/7705 8002/8713/7703 6889/7965/7058</w:t>
        <w:br/>
        <w:t>f 8168/8731/7721 8167/8732/7722 8166/8733/7723</w:t>
        <w:br/>
        <w:t>f 8165/8734/7724 8168/8731/7721 8166/8733/7723</w:t>
        <w:br/>
        <w:t>f 8170/8735/7725 8168/8731/7721 8169/8736/7726</w:t>
        <w:br/>
        <w:t>f 8171/8737/7727 8170/8735/7725 8169/8736/7726</w:t>
        <w:br/>
        <w:t>f 8173/8738/7728 8170/8735/7725 8171/8737/7727</w:t>
        <w:br/>
        <w:t>f 8172/8739/7729 8173/8738/7728 8171/8737/7727</w:t>
        <w:br/>
        <w:t>f 8175/8740/7730 8173/8738/7728 8172/8739/7729</w:t>
        <w:br/>
        <w:t>f 8174/8741/7731 8175/8740/7730 8172/8739/7729</w:t>
        <w:br/>
        <w:t>f 8179/8742/7732 8178/8743/7733 8177/8744/7734</w:t>
        <w:br/>
        <w:t>f 8176/8745/7735 8179/8742/7732 8177/8744/7734</w:t>
        <w:br/>
        <w:t>f 8182/8746/7736 8181/8747/7737 8180/8748/7738</w:t>
        <w:br/>
        <w:t>f 8183/8749/7739 8182/8746/7736 8180/8748/7738</w:t>
        <w:br/>
        <w:t>f 8185/8750/7740 8184/8751/7741 8179/8742/7732</w:t>
        <w:br/>
        <w:t>f 8176/8745/7735 8185/8750/7740 8179/8742/7732</w:t>
        <w:br/>
        <w:t>f 8187/8752/7742 8183/8749/7739 8180/8748/7738</w:t>
        <w:br/>
        <w:t>f 8186/8753/7743 8187/8752/7742 8180/8748/7738</w:t>
        <w:br/>
        <w:t>f 8191/8754/7744 8190/8755/7745 8189/8756/7746</w:t>
        <w:br/>
        <w:t>f 8188/8757/7747 8191/8754/7744 8189/8756/7746</w:t>
        <w:br/>
        <w:t>f 8193/8758/7748 8192/8759/7749 8188/8757/7747</w:t>
        <w:br/>
        <w:t>f 8189/8756/7746 8193/8758/7748 8188/8757/7747</w:t>
        <w:br/>
        <w:t>f 8187/8752/7742 8186/8753/7743 8194/8760/7750</w:t>
        <w:br/>
        <w:t>f 8195/8761/7751 8187/8752/7742 8194/8760/7750</w:t>
        <w:br/>
        <w:t>f 8193/8758/7748 8197/8762/7752 8196/8763/7753</w:t>
        <w:br/>
        <w:t>f 8192/8759/7749 8193/8758/7748 8196/8763/7753</w:t>
        <w:br/>
        <w:t>f 8195/8761/7751 8194/8760/7750 8198/8764/7754</w:t>
        <w:br/>
        <w:t>f 8199/8765/7755 8195/8761/7751 8198/8764/7754</w:t>
        <w:br/>
        <w:t>f 8176/8745/7735 8177/8744/7734 8165/8734/7724</w:t>
        <w:br/>
        <w:t>f 8166/8733/7723 8176/8745/7735 8165/8734/7724</w:t>
        <w:br/>
        <w:t>f 8191/8754/7744 8169/8736/7726 8165/8734/7724</w:t>
        <w:br/>
        <w:t>f 8200/8766/7756 8191/8754/7744 8165/8734/7724</w:t>
        <w:br/>
        <w:t>f 8188/8757/7747 8192/8759/7749 8172/8739/7729</w:t>
        <w:br/>
        <w:t>f 8171/8737/7727 8188/8757/7747 8172/8739/7729</w:t>
        <w:br/>
        <w:t>f 8192/8759/7749 8196/8763/7753 8201/8767/7757</w:t>
        <w:br/>
        <w:t>f 8172/8739/7729 8192/8759/7749 8201/8767/7757</w:t>
        <w:br/>
        <w:t>f 8194/8760/7750 8173/8738/7728 8175/8740/7730</w:t>
        <w:br/>
        <w:t>f 8198/8764/7754 8194/8760/7750 8175/8740/7730</w:t>
        <w:br/>
        <w:t>f 8194/8760/7750 8186/8753/7743 8170/8735/7725</w:t>
        <w:br/>
        <w:t>f 8173/8738/7728 8194/8760/7750 8170/8735/7725</w:t>
        <w:br/>
        <w:t>f 8186/8753/7743 8180/8748/7738 8168/8731/7721</w:t>
        <w:br/>
        <w:t>f 8170/8735/7725 8186/8753/7743 8168/8731/7721</w:t>
        <w:br/>
        <w:t>f 8180/8748/7738 8181/8747/7737 8167/8732/7722</w:t>
        <w:br/>
        <w:t>f 8168/8731/7721 8180/8748/7738 8167/8732/7722</w:t>
        <w:br/>
        <w:t>f 8203/8768/7758 8202/8769/7759 8167/8732/7722</w:t>
        <w:br/>
        <w:t>f 8181/8747/7737 8203/8768/7758 8167/8732/7722</w:t>
        <w:br/>
        <w:t>f 8202/8769/7759 8204/8770/7760 8166/8733/7723</w:t>
        <w:br/>
        <w:t>f 8167/8732/7722 8202/8769/7759 8166/8733/7723</w:t>
        <w:br/>
        <w:t>f 8205/8771/7761 8203/8768/7758 8181/8747/7737</w:t>
        <w:br/>
        <w:t>f 8182/8746/7736 8205/8771/7761 8181/8747/7737</w:t>
        <w:br/>
        <w:t>f 8176/8745/7735 8166/8733/7723 8204/8770/7760</w:t>
        <w:br/>
        <w:t>f 8185/8750/7740 8176/8745/7735 8204/8770/7760</w:t>
        <w:br/>
        <w:t>f 8200/8766/7756 8206/8772/7762 8190/8755/7745</w:t>
        <w:br/>
        <w:t>f 8191/8754/7744 8200/8766/7756 8190/8755/7745</w:t>
        <w:br/>
        <w:t>f 8171/8737/7727 8169/8736/7726 8191/8754/7744</w:t>
        <w:br/>
        <w:t>f 8188/8757/7747 8171/8737/7727 8191/8754/7744</w:t>
        <w:br/>
        <w:t>f 8168/8731/7721 8165/8734/7724 8169/8736/7726</w:t>
        <w:br/>
        <w:t>f 8235/8773/7763 8234/8774/7764 8233/8775/7765</w:t>
        <w:br/>
        <w:t>f 8232/8776/7766 8235/8773/7763 8233/8775/7765</w:t>
        <w:br/>
        <w:t>f 8237/8777/7767 8236/8778/7767 8234/8774/7764</w:t>
        <w:br/>
        <w:t>f 8235/8773/7763 8237/8777/7767 8234/8774/7764</w:t>
        <w:br/>
        <w:t>f 8239/8779/7768 8238/8780/7768 8236/8778/7767</w:t>
        <w:br/>
        <w:t>f 8237/8777/7767 8239/8779/7768 8236/8778/7767</w:t>
        <w:br/>
        <w:t>f 8241/8781/7769 8240/8782/7769 8238/8780/7768</w:t>
        <w:br/>
        <w:t>f 8239/8779/7768 8241/8781/7769 8238/8780/7768</w:t>
        <w:br/>
        <w:t>f 8243/8783/7770 8242/8784/7770 8240/8782/7769</w:t>
        <w:br/>
        <w:t>f 8241/8781/7769 8243/8783/7770 8240/8782/7769</w:t>
        <w:br/>
        <w:t>f 8245/8785/7771 8244/8786/7771 8242/8784/7770</w:t>
        <w:br/>
        <w:t>f 8243/8783/7770 8245/8785/7771 8242/8784/7770</w:t>
        <w:br/>
        <w:t>f 8246/8787/7772 8244/8786/7771 8245/8785/7771</w:t>
        <w:br/>
        <w:t>f 8247/8788/7772 8246/8787/7772 8245/8785/7771</w:t>
        <w:br/>
        <w:t>f 8248/8789/7773 8246/8787/7772 8247/8788/7772</w:t>
        <w:br/>
        <w:t>f 8249/8790/7773 8248/8789/7773 8247/8788/7772</w:t>
        <w:br/>
        <w:t>f 8250/8791/7774 8248/8789/7773 8249/8790/7773</w:t>
        <w:br/>
        <w:t>f 8251/8792/7774 8250/8791/7774 8249/8790/7773</w:t>
        <w:br/>
        <w:t>f 8252/8793/7775 8250/8791/7774 8251/8792/7774</w:t>
        <w:br/>
        <w:t>f 8253/8794/7775 8252/8793/7775 8251/8792/7774</w:t>
        <w:br/>
        <w:t>f 8254/8795/7776 8252/8793/7775 8253/8794/7775</w:t>
        <w:br/>
        <w:t>f 8255/8796/7777 8254/8795/7776 8253/8794/7775</w:t>
        <w:br/>
        <w:t>f 8256/8797/7778 8254/8795/7776 8255/8796/7777</w:t>
        <w:br/>
        <w:t>f 8257/8798/7779 8256/8797/7778 8255/8796/7777</w:t>
        <w:br/>
        <w:t>f 8258/8799/7780 8256/8797/7778 8257/8798/7779</w:t>
        <w:br/>
        <w:t>f 8259/8800/7780 8258/8799/7780 8257/8798/7779</w:t>
        <w:br/>
        <w:t>f 8261/8801/7781 8260/8802/7782 8258/8799/7780</w:t>
        <w:br/>
        <w:t>f 8259/8800/7780 8261/8801/7781 8258/8799/7780</w:t>
        <w:br/>
        <w:t>f 8265/8803/7783 8264/8804/7784 8263/8805/7785</w:t>
        <w:br/>
        <w:t>f 8262/8806/7786 8265/8803/7783 8263/8805/7785</w:t>
        <w:br/>
        <w:t>f 8264/8804/7784 8267/8807/7787 8266/8808/7787</w:t>
        <w:br/>
        <w:t>f 8263/8805/7785 8264/8804/7784 8266/8808/7787</w:t>
        <w:br/>
        <w:t>f 8267/8807/7787 8269/8809/7788 8268/8810/7789</w:t>
        <w:br/>
        <w:t>f 8266/8808/7787 8267/8807/7787 8268/8810/7789</w:t>
        <w:br/>
        <w:t>f 8269/8809/7788 8271/8811/7790 8270/8812/7791</w:t>
        <w:br/>
        <w:t>f 8268/8810/7789 8269/8809/7788 8270/8812/7791</w:t>
        <w:br/>
        <w:t>f 8271/8811/7790 8273/8813/7792 8272/8814/7792</w:t>
        <w:br/>
        <w:t>f 8270/8812/7791 8271/8811/7790 8272/8814/7792</w:t>
        <w:br/>
        <w:t>f 8273/8813/7792 8275/8815/7793 8274/8816/7794</w:t>
        <w:br/>
        <w:t>f 8272/8814/7792 8273/8813/7792 8274/8816/7794</w:t>
        <w:br/>
        <w:t>f 8277/8817/7795 8276/8818/7795 8274/8816/7794</w:t>
        <w:br/>
        <w:t>f 8275/8815/7793 8277/8817/7795 8274/8816/7794</w:t>
        <w:br/>
        <w:t>f 8279/8819/7796 8278/8820/7796 8276/8818/7795</w:t>
        <w:br/>
        <w:t>f 8277/8817/7795 8279/8819/7796 8276/8818/7795</w:t>
        <w:br/>
        <w:t>f 8281/8821/7797 8280/8822/7797 8278/8820/7796</w:t>
        <w:br/>
        <w:t>f 8279/8819/7796 8281/8821/7797 8278/8820/7796</w:t>
        <w:br/>
        <w:t>f 8283/8823/7798 8282/8824/7798 8280/8822/7797</w:t>
        <w:br/>
        <w:t>f 8281/8821/7797 8283/8823/7798 8280/8822/7797</w:t>
        <w:br/>
        <w:t>f 8285/8825/7799 8284/8826/7800 8282/8824/7798</w:t>
        <w:br/>
        <w:t>f 8283/8823/7798 8285/8825/7799 8282/8824/7798</w:t>
        <w:br/>
        <w:t>f 8287/8827/7801 8286/8828/7802 8284/8826/7800</w:t>
        <w:br/>
        <w:t>f 8285/8825/7799 8287/8827/7801 8284/8826/7800</w:t>
        <w:br/>
        <w:t>f 8289/8829/7803 8288/8830/7804 8286/8828/7802</w:t>
        <w:br/>
        <w:t>f 8287/8827/7801 8289/8829/7803 8286/8828/7802</w:t>
        <w:br/>
        <w:t>f 8289/8829/7803 8291/8831/7805 8290/8832/7806</w:t>
        <w:br/>
        <w:t>f 8288/8830/7804 8289/8829/7803 8290/8832/7806</w:t>
        <w:br/>
        <w:t>f 8295/8833/7807 8294/8834/7808 8293/8835/7809</w:t>
        <w:br/>
        <w:t>f 8292/8836/7809 8295/8833/7807 8293/8835/7809</w:t>
        <w:br/>
        <w:t>f 8298/8837/7810 8297/8838/7811 8296/8839/7812</w:t>
        <w:br/>
        <w:t>f 8299/8840/7813 8298/8837/7810 8296/8839/7812</w:t>
        <w:br/>
        <w:t>f 8292/8836/7809 8293/8835/7809 8301/8841/7814</w:t>
        <w:br/>
        <w:t>f 8300/8842/7814 8292/8836/7809 8301/8841/7814</w:t>
        <w:br/>
        <w:t>f 8302/8843/7815 8298/8837/7810 8299/8840/7813</w:t>
        <w:br/>
        <w:t>f 8303/8844/7815 8302/8843/7815 8299/8840/7813</w:t>
        <w:br/>
        <w:t>f 8300/8842/7814 8301/8841/7814 8305/8845/7816</w:t>
        <w:br/>
        <w:t>f 8304/8846/7816 8300/8842/7814 8305/8845/7816</w:t>
        <w:br/>
        <w:t>f 8306/8847/7817 8302/8843/7815 8303/8844/7815</w:t>
        <w:br/>
        <w:t>f 8307/8848/7818 8306/8847/7817 8303/8844/7815</w:t>
        <w:br/>
        <w:t>f 8305/8845/7816 8309/8849/7819 8308/8850/7820</w:t>
        <w:br/>
        <w:t>f 8304/8846/7816 8305/8845/7816 8308/8850/7820</w:t>
        <w:br/>
        <w:t>f 8311/8851/7821 8310/8852/7821 8306/8847/7817</w:t>
        <w:br/>
        <w:t>f 8307/8848/7818 8311/8851/7821 8306/8847/7817</w:t>
        <w:br/>
        <w:t>f 8309/8849/7819 8313/8853/7822 8312/8854/7822</w:t>
        <w:br/>
        <w:t>f 8308/8850/7820 8309/8849/7819 8312/8854/7822</w:t>
        <w:br/>
        <w:t>f 8315/8855/7823 8314/8856/7824 8310/8852/7821</w:t>
        <w:br/>
        <w:t>f 8311/8851/7821 8315/8855/7823 8310/8852/7821</w:t>
        <w:br/>
        <w:t>f 8313/8853/7822 8317/8857/7825 8316/8858/7825</w:t>
        <w:br/>
        <w:t>f 8312/8854/7822 8313/8853/7822 8316/8858/7825</w:t>
        <w:br/>
        <w:t>f 8319/8859/7826 8318/8860/7826 8314/8856/7824</w:t>
        <w:br/>
        <w:t>f 8315/8855/7823 8319/8859/7826 8314/8856/7824</w:t>
        <w:br/>
        <w:t>f 8316/8858/7825 8317/8857/7825 8321/8861/7827</w:t>
        <w:br/>
        <w:t>f 8320/8862/7827 8316/8858/7825 8321/8861/7827</w:t>
        <w:br/>
        <w:t>f 8322/8863/7828 8318/8860/7826 8319/8859/7826</w:t>
        <w:br/>
        <w:t>f 8323/8864/7828 8322/8863/7828 8319/8859/7826</w:t>
        <w:br/>
        <w:t>f 8320/8862/7827 8321/8861/7827 8325/8865/7829</w:t>
        <w:br/>
        <w:t>f 8324/8866/7829 8320/8862/7827 8325/8865/7829</w:t>
        <w:br/>
        <w:t>f 8327/8867/7830 8326/8868/7830 8322/8863/7828</w:t>
        <w:br/>
        <w:t>f 8323/8864/7828 8327/8867/7830 8322/8863/7828</w:t>
        <w:br/>
        <w:t>f 8324/8866/7829 8325/8865/7829 8329/8869/7831</w:t>
        <w:br/>
        <w:t>f 8328/8870/7831 8324/8866/7829 8329/8869/7831</w:t>
        <w:br/>
        <w:t>f 8330/8871/7832 8326/8868/7830 8327/8867/7830</w:t>
        <w:br/>
        <w:t>f 8331/8872/7833 8330/8871/7832 8327/8867/7830</w:t>
        <w:br/>
        <w:t>f 8328/8870/7831 8329/8869/7831 8333/8873/7834</w:t>
        <w:br/>
        <w:t>f 8332/8874/7834 8328/8870/7831 8333/8873/7834</w:t>
        <w:br/>
        <w:t>f 8334/8875/7835 8330/8871/7832 8331/8872/7833</w:t>
        <w:br/>
        <w:t>f 8335/8876/7835 8334/8875/7835 8331/8872/7833</w:t>
        <w:br/>
        <w:t>f 8332/8874/7834 8333/8873/7834 8337/8877/7836</w:t>
        <w:br/>
        <w:t>f 8336/8878/7836 8332/8874/7834 8337/8877/7836</w:t>
        <w:br/>
        <w:t>f 8338/8879/7837 8334/8875/7835 8335/8876/7835</w:t>
        <w:br/>
        <w:t>f 8339/8880/7838 8338/8879/7837 8335/8876/7835</w:t>
        <w:br/>
        <w:t>f 8337/8877/7836 8341/8881/7839 8340/8882/7839</w:t>
        <w:br/>
        <w:t>f 8336/8878/7836 8337/8877/7836 8340/8882/7839</w:t>
        <w:br/>
        <w:t>f 8343/8883/7840 8342/8884/7840 8338/8879/7837</w:t>
        <w:br/>
        <w:t>f 8339/8880/7838 8343/8883/7840 8338/8879/7837</w:t>
        <w:br/>
        <w:t>f 8341/8881/7839 8345/8885/7841 8344/8886/7842</w:t>
        <w:br/>
        <w:t>f 8340/8882/7839 8341/8881/7839 8344/8886/7842</w:t>
        <w:br/>
        <w:t>f 8347/8887/7843 8346/8888/7843 8342/8884/7840</w:t>
        <w:br/>
        <w:t>f 8343/8883/7840 8347/8887/7843 8342/8884/7840</w:t>
        <w:br/>
        <w:t>f 8345/8885/7841 8349/8889/7844 8348/8890/7808</w:t>
        <w:br/>
        <w:t>f 8344/8886/7842 8345/8885/7841 8348/8890/7808</w:t>
        <w:br/>
        <w:t>f 8351/8891/7845 8350/8892/7846 8346/8888/7843</w:t>
        <w:br/>
        <w:t>f 8347/8887/7843 8351/8891/7845 8346/8888/7843</w:t>
        <w:br/>
        <w:t>f 8404/8893/7847 8403/8894/7848 8402/8895/7849</w:t>
        <w:br/>
        <w:t>f 8407/8896/7850 8406/8897/7851 8405/8898/7852</w:t>
        <w:br/>
        <w:t>f 8407/8896/7850 8405/8898/7852 8409/8899/7853</w:t>
        <w:br/>
        <w:t>f 8408/8900/7854 8407/8896/7850 8409/8899/7853</w:t>
        <w:br/>
        <w:t>f 8411/8901/7855 8410/8902/7856 8405/8898/7852</w:t>
        <w:br/>
        <w:t>f 8415/8903/7857 8414/8904/7858 8413/8905/7859</w:t>
        <w:br/>
        <w:t>f 8412/8906/7860 8415/8903/7857 8413/8905/7859</w:t>
        <w:br/>
        <w:t>f 8418/8907/7861 8417/8908/7857 8416/8909/7860</w:t>
        <w:br/>
        <w:t>f 8419/8910/7862 8418/8907/7861 8416/8909/7860</w:t>
        <w:br/>
        <w:t>f 8420/8911/7863 8418/8907/7861 8419/8910/7862</w:t>
        <w:br/>
        <w:t>f 8421/8912/7864 8420/8911/7863 8419/8910/7862</w:t>
        <w:br/>
        <w:t>f 8414/8904/7858 8423/8913/7865 8422/8914/7866</w:t>
        <w:br/>
        <w:t>f 8413/8905/7859 8414/8904/7858 8422/8914/7866</w:t>
        <w:br/>
        <w:t>f 8427/8915/7867 8426/8916/7868 8425/8917/7869</w:t>
        <w:br/>
        <w:t>f 8424/8918/7870 8427/8915/7867 8425/8917/7869</w:t>
        <w:br/>
        <w:t>f 8431/8919/7871 8430/8920/7870 8429/8921/7869</w:t>
        <w:br/>
        <w:t>f 8428/8922/7872 8431/8919/7871 8429/8921/7869</w:t>
        <w:br/>
        <w:t>f 8428/8922/7872 8433/8923/7873 8432/8924/7874</w:t>
        <w:br/>
        <w:t>f 8431/8919/7871 8428/8922/7872 8432/8924/7874</w:t>
        <w:br/>
        <w:t>f 8436/8925/7875 8435/8926/7876 8434/8927/7877</w:t>
        <w:br/>
        <w:t>f 8439/8928/7878 8438/8929/7879 8437/8930/7880</w:t>
        <w:br/>
        <w:t>f 8440/8931/7881 8439/8928/7878 8437/8930/7880</w:t>
        <w:br/>
        <w:t>f 8444/8932/7882 8443/8933/7883 8442/8934/7884</w:t>
        <w:br/>
        <w:t>f 8441/8935/7885 8444/8932/7882 8442/8934/7884</w:t>
        <w:br/>
        <w:t>f 8441/8935/7885 8442/8934/7884 8445/8936/7886</w:t>
        <w:br/>
        <w:t>f 8446/8937/7887 8441/8935/7885 8445/8936/7886</w:t>
        <w:br/>
        <w:t>f 8450/8938/7888 8449/8939/7889 8448/8940/7890</w:t>
        <w:br/>
        <w:t>f 8447/8941/7891 8450/8938/7888 8448/8940/7890</w:t>
        <w:br/>
        <w:t>f 8453/8942/7892 8452/8943/7893 8451/8944/7894</w:t>
        <w:br/>
        <w:t>f 8454/8945/7895 8453/8942/7892 8451/8944/7894</w:t>
        <w:br/>
        <w:t>f 8458/8946/7896 8457/8947/7897 8456/8948/7898</w:t>
        <w:br/>
        <w:t>f 8455/8949/7899 8458/8946/7896 8456/8948/7898</w:t>
        <w:br/>
        <w:t>f 8461/8950/7900 8460/8951/7901 8459/8952/7902</w:t>
        <w:br/>
        <w:t>f 8435/8926/7876 8461/8950/7900 8459/8952/7902</w:t>
        <w:br/>
        <w:t>f 8465/8953/7903 8464/8954/7904 8463/8955/7905</w:t>
        <w:br/>
        <w:t>f 8462/8956/7906 8465/8953/7903 8463/8955/7905</w:t>
        <w:br/>
        <w:t>f 8468/8957/7907 8467/8958/7908 8466/8959/7909</w:t>
        <w:br/>
        <w:t>f 8471/8960/7910 8470/8961/7911 8469/8962/7912</w:t>
        <w:br/>
        <w:t>f 8475/8963/7913 8474/8964/7914 8473/8965/7915</w:t>
        <w:br/>
        <w:t>f 8472/8966/7916 8475/8963/7913 8473/8965/7915</w:t>
        <w:br/>
        <w:t>f 8474/8964/7914 8477/8967/7917 8476/8968/7918</w:t>
        <w:br/>
        <w:t>f 8473/8965/7915 8474/8964/7914 8476/8968/7918</w:t>
        <w:br/>
        <w:t>f 8480/8969/7919 8479/8970/7920 8478/8971/7921</w:t>
        <w:br/>
        <w:t>f 8481/8972/7922 8480/8969/7919 8478/8971/7921</w:t>
        <w:br/>
        <w:t>f 8480/8969/7919 8483/8973/7923 8482/8974/7924</w:t>
        <w:br/>
        <w:t>f 8479/8970/7920 8480/8969/7919 8482/8974/7924</w:t>
        <w:br/>
        <w:t>f 8437/8930/7880 8438/8929/7879 8414/8904/7858</w:t>
        <w:br/>
        <w:t>f 8415/8903/7857 8437/8930/7880 8414/8904/7858</w:t>
        <w:br/>
        <w:t>f 8485/8975/7925 8484/8976/7880 8417/8908/7857</w:t>
        <w:br/>
        <w:t>f 8418/8907/7861 8485/8975/7925 8417/8908/7857</w:t>
        <w:br/>
        <w:t>f 8486/8977/7926 8485/8975/7925 8418/8907/7861</w:t>
        <w:br/>
        <w:t>f 8420/8911/7863 8486/8977/7926 8418/8907/7861</w:t>
        <w:br/>
        <w:t>f 8414/8904/7858 8438/8929/7879 8487/8978/7927</w:t>
        <w:br/>
        <w:t>f 8423/8913/7865 8414/8904/7858 8487/8978/7927</w:t>
        <w:br/>
        <w:t>f 8457/8947/7897 8458/8946/7896 8489/8979/7928</w:t>
        <w:br/>
        <w:t>f 8488/8980/7929 8457/8947/7897 8489/8979/7928</w:t>
        <w:br/>
        <w:t>f 8493/8981/7930 8492/8982/7931 8491/8983/7932</w:t>
        <w:br/>
        <w:t>f 8490/8984/7933 8493/8981/7930 8491/8983/7932</w:t>
        <w:br/>
        <w:t>f 8464/8954/7904 8495/8985/7934 8494/8986/7935</w:t>
        <w:br/>
        <w:t>f 8463/8955/7905 8464/8954/7904 8494/8986/7935</w:t>
        <w:br/>
        <w:t>f 8498/8987/7936 8497/8988/7937 8496/8989/7938</w:t>
        <w:br/>
        <w:t>f 8499/8990/7939 8498/8987/7936 8496/8989/7938</w:t>
        <w:br/>
        <w:t>f 8498/8987/7936 8501/8991/7940 8500/8992/7941</w:t>
        <w:br/>
        <w:t>f 8504/8993/7942 8503/8994/7943 8502/8995/7944</w:t>
        <w:br/>
        <w:t>f 8505/8996/7945 8504/8993/7942 8502/8995/7944</w:t>
        <w:br/>
        <w:t>f 8508/8997/7946 8507/8998/7947 8506/8999/7948</w:t>
        <w:br/>
        <w:t>f 8509/9000/7949 8508/8997/7946 8506/8999/7948</w:t>
        <w:br/>
        <w:t>f 8511/9001/7950 8467/8958/7908 8510/9002/7951</w:t>
        <w:br/>
        <w:t>f 8512/9003/7952 8511/9001/7950 8510/9002/7951</w:t>
        <w:br/>
        <w:t>f 8515/9004/7953 8514/9005/7954 8513/9006/7955</w:t>
        <w:br/>
        <w:t>f 8492/8982/7931 8516/9007/7941 8491/8983/7932</w:t>
        <w:br/>
        <w:t>f 8492/8982/7931 8493/8981/7930 8517/9008/7956</w:t>
        <w:br/>
        <w:t>f 8499/8990/7939 8518/9009/7957 8501/8991/7940</w:t>
        <w:br/>
        <w:t>f 8498/8987/7936 8499/8990/7939 8501/8991/7940</w:t>
        <w:br/>
        <w:t>f 8520/9010/7958 8519/9011/7947 8512/9003/7952</w:t>
        <w:br/>
        <w:t>f 8510/9002/7951 8520/9010/7958 8512/9003/7952</w:t>
        <w:br/>
        <w:t>f 8503/8994/7943 8522/9012/7901 8521/9013/7959</w:t>
        <w:br/>
        <w:t>f 8502/8995/7944 8503/8994/7943 8521/9013/7959</w:t>
        <w:br/>
        <w:t>f 8523/9014/7959 8460/8951/7901 8461/8950/7900</w:t>
        <w:br/>
        <w:t>f 8515/9004/7953 8523/9014/7959 8461/8950/7900</w:t>
        <w:br/>
        <w:t>f 8471/8960/7910 8469/8962/7912 8503/8994/7943</w:t>
        <w:br/>
        <w:t>f 8504/8993/7942 8471/8960/7910 8503/8994/7943</w:t>
        <w:br/>
        <w:t>f 8503/8994/7943 8469/8962/7912 8524/9015/7960</w:t>
        <w:br/>
        <w:t>f 8522/9012/7901 8503/8994/7943 8524/9015/7960</w:t>
        <w:br/>
        <w:t>f 8528/9016/7961 8527/9017/7962 8526/9018/7963</w:t>
        <w:br/>
        <w:t>f 8525/9019/7964 8528/9016/7961 8526/9018/7963</w:t>
        <w:br/>
        <w:t>f 8532/9020/7963 8531/9021/7965 8530/9022/7966</w:t>
        <w:br/>
        <w:t>f 8529/9023/7967 8532/9020/7963 8530/9022/7966</w:t>
        <w:br/>
        <w:t>f 8530/9022/7966 8531/9021/7965 8533/9024/7968</w:t>
        <w:br/>
        <w:t>f 8534/9025/7969 8527/9017/7962 8528/9016/7961</w:t>
        <w:br/>
        <w:t>f 8538/9026/7970 8537/9027/7971 8536/9028/7972</w:t>
        <w:br/>
        <w:t>f 8535/9029/7973 8538/9026/7970 8536/9028/7972</w:t>
        <w:br/>
        <w:t>f 8541/9030/7974 8540/9031/7975 8539/9032/7972</w:t>
        <w:br/>
        <w:t>f 8542/9033/7976 8541/9030/7974 8539/9032/7972</w:t>
        <w:br/>
        <w:t>f 8544/9034/7977 8543/9035/7978 8540/9031/7975</w:t>
        <w:br/>
        <w:t>f 8541/9030/7974 8544/9034/7977 8540/9031/7975</w:t>
        <w:br/>
        <w:t>f 8545/9036/7979 8538/9026/7970 8535/9029/7973</w:t>
        <w:br/>
        <w:t>f 8546/9037/7980 8545/9036/7979 8535/9029/7973</w:t>
        <w:br/>
        <w:t>f 8549/9038/7981 8548/9039/7982 8547/9040/7983</w:t>
        <w:br/>
        <w:t>f 8550/9041/7984 8549/9038/7981 8547/9040/7983</w:t>
        <w:br/>
        <w:t>f 8554/9042/7985 8553/9043/7986 8552/9044/7987</w:t>
        <w:br/>
        <w:t>f 8551/9045/7988 8554/9042/7985 8552/9044/7987</w:t>
        <w:br/>
        <w:t>f 8558/9046/7989 8557/9047/7990 8556/9048/7991</w:t>
        <w:br/>
        <w:t>f 8555/9049/7992 8558/9046/7989 8556/9048/7991</w:t>
        <w:br/>
        <w:t>f 8562/9050/7993 8561/9051/7994 8560/9052/7995</w:t>
        <w:br/>
        <w:t>f 8559/9053/7996 8562/9050/7993 8560/9052/7995</w:t>
        <w:br/>
        <w:t>f 8564/9054/7997 8563/9055/7998 8551/9045/7988</w:t>
        <w:br/>
        <w:t>f 8552/9044/7987 8564/9054/7997 8551/9045/7988</w:t>
        <w:br/>
        <w:t>f 8565/9056/7999 8550/9041/7984 8547/9040/7983</w:t>
        <w:br/>
        <w:t>f 8563/9055/7998 8565/9056/7999 8547/9040/7983</w:t>
        <w:br/>
        <w:t>f 8569/9057/8000 8568/9058/8001 8567/9059/8002</w:t>
        <w:br/>
        <w:t>f 8566/9060/8003 8569/9057/8000 8567/9059/8002</w:t>
        <w:br/>
        <w:t>f 8558/9046/7989 8568/9058/8001 8570/9061/8004</w:t>
        <w:br/>
        <w:t>f 8557/9047/7990 8558/9046/7989 8570/9061/8004</w:t>
        <w:br/>
        <w:t>f 8574/9062/8005 8573/9063/8006 8572/9064/8007</w:t>
        <w:br/>
        <w:t>f 8571/9065/8008 8574/9062/8005 8572/9064/8007</w:t>
        <w:br/>
        <w:t>f 8573/9063/8006 8576/9066/8009 8575/9067/8010</w:t>
        <w:br/>
        <w:t>f 8572/9064/8007 8573/9063/8006 8575/9067/8010</w:t>
        <w:br/>
        <w:t>f 8579/9068/8011 8578/9069/8012 8577/9070/8013</w:t>
        <w:br/>
        <w:t>f 8580/9071/8014 8579/9068/8011 8577/9070/8013</w:t>
        <w:br/>
        <w:t>f 8583/9072/8015 8582/9073/8016 8581/9074/8017</w:t>
        <w:br/>
        <w:t>f 8584/9075/8018 8583/9072/8015 8581/9074/8017</w:t>
        <w:br/>
        <w:t>f 8584/9075/8018 8581/9074/8017 8578/9069/8012</w:t>
        <w:br/>
        <w:t>f 8579/9068/8011 8584/9075/8018 8578/9069/8012</w:t>
        <w:br/>
        <w:t>f 8586/9076/8019 8575/9067/8010 8576/9066/8009</w:t>
        <w:br/>
        <w:t>f 8585/9077/8020 8586/9076/8019 8576/9066/8009</w:t>
        <w:br/>
        <w:t>f 8586/9076/8019 8585/9077/8020 8582/9073/8016</w:t>
        <w:br/>
        <w:t>f 8583/9072/8015 8586/9076/8019 8582/9073/8016</w:t>
        <w:br/>
        <w:t>f 8565/9056/7999 8563/9055/7998 8564/9054/7997</w:t>
        <w:br/>
        <w:t>f 8588/9078/8021 8574/9062/8005 8571/9065/8008</w:t>
        <w:br/>
        <w:t>f 8587/9079/8022 8588/9078/8021 8571/9065/8008</w:t>
        <w:br/>
        <w:t>f 8591/9080/8023 8590/9081/8024 8589/9082/8025</w:t>
        <w:br/>
        <w:t>f 8592/9083/8026 8591/9080/8023 8589/9082/8025</w:t>
        <w:br/>
        <w:t>f 8595/9084/8027 8594/9085/8028 8593/9086/8029</w:t>
        <w:br/>
        <w:t>f 8596/9087/8030 8595/9084/8027 8593/9086/8029</w:t>
        <w:br/>
        <w:t>f 8600/9088/8031 8599/9089/7474 8598/9090/8032</w:t>
        <w:br/>
        <w:t>f 8597/9091/8033 8600/9088/8031 8598/9090/8032</w:t>
        <w:br/>
        <w:t>f 8604/9092/7474 8603/9093/8034 8602/9094/8035</w:t>
        <w:br/>
        <w:t>f 8601/9095/8032 8604/9092/7474 8602/9094/8035</w:t>
        <w:br/>
        <w:t>f 8607/9096/8036 8606/9097/8037 8605/9098/8038</w:t>
        <w:br/>
        <w:t>f 8566/9060/8003 8607/9096/8036 8605/9098/8038</w:t>
        <w:br/>
        <w:t>f 8577/9070/8013 8420/8911/7863 8421/8912/7864</w:t>
        <w:br/>
        <w:t>f 8580/9071/8014 8577/9070/8013 8421/8912/7864</w:t>
        <w:br/>
        <w:t>f 8608/9099/8039 8594/9085/8028 8595/9084/8027</w:t>
        <w:br/>
        <w:t>f 8609/9100/8040 8608/9099/8039 8595/9084/8027</w:t>
        <w:br/>
        <w:t>f 8588/9078/8021 8423/8913/7865 8487/8978/7927</w:t>
        <w:br/>
        <w:t>f 8610/9101/8041 8588/9078/8021 8487/8978/7927</w:t>
        <w:br/>
        <w:t>f 8611/9102/8042 8472/8966/7916 8422/8914/7866</w:t>
        <w:br/>
        <w:t>f 8587/9079/8022 8611/9102/8042 8422/8914/7866</w:t>
        <w:br/>
        <w:t>f 8612/9103/8043 8475/8963/7913 8472/8966/7916</w:t>
        <w:br/>
        <w:t>f 8611/9102/8042 8612/9103/8043 8472/8966/7916</w:t>
        <w:br/>
        <w:t>f 8616/9104/8044 8615/9105/8045 8614/9106/8046</w:t>
        <w:br/>
        <w:t>f 8613/9107/8047 8616/9104/8044 8614/9106/8046</w:t>
        <w:br/>
        <w:t>f 8618/9108/8048 8615/9105/8045 8616/9104/8044</w:t>
        <w:br/>
        <w:t>f 8617/9109/8049 8618/9108/8048 8616/9104/8044</w:t>
        <w:br/>
        <w:t>f 8620/9110/8050 8619/9111/8051 8613/9107/8047</w:t>
        <w:br/>
        <w:t>f 8614/9106/8046 8620/9110/8050 8613/9107/8047</w:t>
        <w:br/>
        <w:t>f 8622/9112/8052 8621/9113/8053 8584/9075/8018</w:t>
        <w:br/>
        <w:t>f 8579/9068/8011 8622/9112/8052 8584/9075/8018</w:t>
        <w:br/>
        <w:t>f 8626/9114/8054 8625/9115/8055 8624/9116/8056</w:t>
        <w:br/>
        <w:t>f 8623/9117/8057 8626/9114/8054 8624/9116/8056</w:t>
        <w:br/>
        <w:t>f 8612/9103/8043 8611/9102/8042 8617/9109/8049</w:t>
        <w:br/>
        <w:t>f 8611/9102/8042 8587/9079/8022 8618/9108/8048</w:t>
        <w:br/>
        <w:t>f 8627/9118/8058 8482/8974/7924 8483/8973/7923</w:t>
        <w:br/>
        <w:t>f 8628/9119/8059 8627/9118/8058 8483/8973/7923</w:t>
        <w:br/>
        <w:t>f 8548/9039/7982 8629/9120/8060 8475/8963/7913</w:t>
        <w:br/>
        <w:t>f 8612/9103/8043 8548/9039/7982 8475/8963/7913</w:t>
        <w:br/>
        <w:t>f 8631/9121/8061 8404/8893/7847 8402/8895/7849</w:t>
        <w:br/>
        <w:t>f 8630/9122/8062 8631/9121/8061 8402/8895/7849</w:t>
        <w:br/>
        <w:t>f 8633/9123/8063 8632/9124/8064 8573/9063/8006</w:t>
        <w:br/>
        <w:t>f 8574/9062/8005 8633/9123/8063 8573/9063/8006</w:t>
        <w:br/>
        <w:t>f 8635/9125/8065 8578/9069/8012 8581/9074/8017</w:t>
        <w:br/>
        <w:t>f 8634/9126/8066 8635/9125/8065 8581/9074/8017</w:t>
        <w:br/>
        <w:t>f 8610/9101/8041 8633/9123/8063 8574/9062/8005</w:t>
        <w:br/>
        <w:t>f 8588/9078/8021 8610/9101/8041 8574/9062/8005</w:t>
        <w:br/>
        <w:t>f 8636/9127/8067 8486/8977/7926 8420/8911/7863</w:t>
        <w:br/>
        <w:t>f 8577/9070/8013 8636/9127/8067 8420/8911/7863</w:t>
        <w:br/>
        <w:t>f 8587/9079/8022 8422/8914/7866 8423/8913/7865</w:t>
        <w:br/>
        <w:t>f 8588/9078/8021 8587/9079/8022 8423/8913/7865</w:t>
        <w:br/>
        <w:t>f 8627/9118/8058 8622/9112/8052 8579/9068/8011</w:t>
        <w:br/>
        <w:t>f 8580/9071/8014 8627/9118/8058 8579/9068/8011</w:t>
        <w:br/>
        <w:t>f 8636/9127/8067 8577/9070/8013 8578/9069/8012</w:t>
        <w:br/>
        <w:t>f 8635/9125/8065 8636/9127/8067 8578/9069/8012</w:t>
        <w:br/>
        <w:t>f 8570/9061/8004 8568/9058/8001 8569/9057/8000</w:t>
        <w:br/>
        <w:t>f 8640/9128/8068 8639/9129/8069 8638/9130/8070</w:t>
        <w:br/>
        <w:t>f 8637/9131/8071 8640/9128/8068 8638/9130/8070</w:t>
        <w:br/>
        <w:t>f 8643/9132/8072 8642/9133/8073 8641/9134/8074</w:t>
        <w:br/>
        <w:t>f 8644/9135/8075 8643/9132/8072 8641/9134/8074</w:t>
        <w:br/>
        <w:t>f 8639/9129/8069 8640/9128/8068 8645/9136/8076</w:t>
        <w:br/>
        <w:t>f 8646/9137/8077 8639/9129/8069 8645/9136/8076</w:t>
        <w:br/>
        <w:t>f 8644/9135/8075 8641/9134/8074 8648/9138/8078</w:t>
        <w:br/>
        <w:t>f 8647/9139/8079 8644/9135/8075 8648/9138/8078</w:t>
        <w:br/>
        <w:t>f 8637/9131/8071 8638/9130/8070 8649/9140/8080</w:t>
        <w:br/>
        <w:t>f 8650/9141/8081 8637/9131/8071 8649/9140/8080</w:t>
        <w:br/>
        <w:t>f 8652/9142/8082 8651/9143/8083 8642/9133/8073</w:t>
        <w:br/>
        <w:t>f 8643/9132/8072 8652/9142/8082 8642/9133/8073</w:t>
        <w:br/>
        <w:t>f 8647/9139/8079 8654/9144/8084 8653/9145/8085</w:t>
        <w:br/>
        <w:t>f 8644/9135/8075 8647/9139/8079 8653/9145/8085</w:t>
        <w:br/>
        <w:t>f 8657/9146/8086 8656/9147/8087 8655/9148/8088</w:t>
        <w:br/>
        <w:t>f 8660/9149/8089 8659/9150/8090 8658/9151/8091</w:t>
        <w:br/>
        <w:t>f 8661/9152/8092 8660/9149/8089 8658/9151/8091</w:t>
        <w:br/>
        <w:t>f 8661/9152/8092 8658/9151/8091 8662/9153/8093</w:t>
        <w:br/>
        <w:t>f 8663/9154/8094 8661/9152/8092 8662/9153/8093</w:t>
        <w:br/>
        <w:t>f 8661/9152/8092 8664/9155/8095 8660/9149/8089</w:t>
        <w:br/>
        <w:t>f 8666/9156/8096 8655/9148/8088 8665/9157/8097</w:t>
        <w:br/>
        <w:t>f 8662/9153/8093 8667/9158/8098 8663/9154/8094</w:t>
        <w:br/>
        <w:t>f 8670/9159/8099 8669/9160/8100 8668/9161/8101</w:t>
        <w:br/>
        <w:t>f 8671/9162/8102 8670/9159/8099 8668/9161/8101</w:t>
        <w:br/>
        <w:t>f 8660/9149/8089 8670/9159/8099 8671/9162/8102</w:t>
        <w:br/>
        <w:t>f 8659/9150/8090 8660/9149/8089 8671/9162/8102</w:t>
        <w:br/>
        <w:t>f 8672/9163/8103 8544/9034/7977 8446/8937/7887</w:t>
        <w:br/>
        <w:t>f 8673/9164/8104 8672/9163/8103 8446/8937/7887</w:t>
        <w:br/>
        <w:t>f 8674/9165/8105 8433/8923/7873 8543/9035/7978</w:t>
        <w:br/>
        <w:t>f 8675/9166/8106 8486/8977/7926 8636/9127/8067</w:t>
        <w:br/>
        <w:t>f 8676/9167/8107 8675/9166/8106 8636/9127/8067</w:t>
        <w:br/>
        <w:t>f 8679/9168/8108 8678/9169/8109 8677/9170/8110</w:t>
        <w:br/>
        <w:t>f 8680/9171/8111 8679/9168/8108 8677/9170/8110</w:t>
        <w:br/>
        <w:t>f 8679/9168/8108 8656/9147/8087 8681/9172/8112</w:t>
        <w:br/>
        <w:t>f 8678/9169/8109 8679/9168/8108 8681/9172/8112</w:t>
        <w:br/>
        <w:t>f 8432/8924/7874 8433/8923/7873 8682/9173/8113</w:t>
        <w:br/>
        <w:t>f 8683/9174/8114 8432/8924/7874 8682/9173/8113</w:t>
        <w:br/>
        <w:t>f 8683/9174/8114 8685/9175/8115 8684/9176/8116</w:t>
        <w:br/>
        <w:t>f 8436/8925/7875 8683/9174/8114 8684/9176/8116</w:t>
        <w:br/>
        <w:t>f 8658/9151/8091 8687/9177/8117 8686/9178/8118</w:t>
        <w:br/>
        <w:t>f 8662/9153/8093 8658/9151/8091 8686/9178/8118</w:t>
        <w:br/>
        <w:t>f 8658/9151/8091 8659/9150/8090 8688/9179/8119</w:t>
        <w:br/>
        <w:t>f 8687/9177/8117 8658/9151/8091 8688/9179/8119</w:t>
        <w:br/>
        <w:t>f 8692/9180/8120 8691/9181/8121 8690/9182/8122</w:t>
        <w:br/>
        <w:t>f 8689/9183/8123 8692/9180/8120 8690/9182/8122</w:t>
        <w:br/>
        <w:t>f 8695/9184/8124 8694/9185/8125 8693/9186/8126</w:t>
        <w:br/>
        <w:t>f 8696/9187/8127 8695/9184/8124 8693/9186/8126</w:t>
        <w:br/>
        <w:t>f 8698/9188/8128 8697/9189/8129 8694/9185/8125</w:t>
        <w:br/>
        <w:t>f 8695/9184/8124 8698/9188/8128 8694/9185/8125</w:t>
        <w:br/>
        <w:t>f 8659/9150/8090 8671/9162/8102 8699/9190/8130</w:t>
        <w:br/>
        <w:t>f 8688/9179/8119 8659/9150/8090 8699/9190/8130</w:t>
        <w:br/>
        <w:t>f 8671/9162/8102 8668/9161/8101 8700/9191/8131</w:t>
        <w:br/>
        <w:t>f 8699/9190/8130 8671/9162/8102 8700/9191/8131</w:t>
        <w:br/>
        <w:t>f 8701/9192/8132 8665/9157/8097 8655/9148/8088</w:t>
        <w:br/>
        <w:t>f 8704/9193/8133 8703/9194/8134 8701/9192/8132</w:t>
        <w:br/>
        <w:t>f 8702/9195/8135 8704/9193/8133 8701/9192/8132</w:t>
        <w:br/>
        <w:t>f 8661/9152/8092 8663/9154/8094 8703/9194/8134</w:t>
        <w:br/>
        <w:t>f 8705/9196/8136 8661/9152/8092 8703/9194/8134</w:t>
        <w:br/>
        <w:t>f 8705/9196/8136 8703/9194/8134 8704/9193/8133</w:t>
        <w:br/>
        <w:t>f 8706/9197/8137 8705/9196/8136 8704/9193/8133</w:t>
        <w:br/>
        <w:t>f 8685/9175/8115 8707/9198/8138 8514/9005/7954</w:t>
        <w:br/>
        <w:t>f 8684/9176/8116 8685/9175/8115 8514/9005/7954</w:t>
        <w:br/>
        <w:t>f 8685/9175/8115 8683/9174/8114 8708/9199/8139</w:t>
        <w:br/>
        <w:t>f 8683/9174/8114 8682/9173/8113 8645/9136/8076</w:t>
        <w:br/>
        <w:t>f 8708/9199/8139 8683/9174/8114 8645/9136/8076</w:t>
        <w:br/>
        <w:t>f 8711/9200/8140 8710/9201/8141 8709/9202/8142</w:t>
        <w:br/>
        <w:t>f 8710/9201/8141 8712/9203/8143 8709/9202/8142</w:t>
        <w:br/>
        <w:t>f 8640/9128/8068 8711/9200/8140 8708/9199/8139</w:t>
        <w:br/>
        <w:t>f 8645/9136/8076 8640/9128/8068 8708/9199/8139</w:t>
        <w:br/>
        <w:t>f 8707/9198/8138 8685/9175/8115 8702/9195/8135</w:t>
        <w:br/>
        <w:t>f 8709/9202/8142 8706/9197/8137 8704/9193/8133</w:t>
        <w:br/>
        <w:t>f 8711/9200/8140 8709/9202/8142 8704/9193/8133</w:t>
        <w:br/>
        <w:t>f 8707/9198/8138 8713/9204/8144 8513/9006/7955</w:t>
        <w:br/>
        <w:t>f 8514/9005/7954 8707/9198/8138 8513/9006/7955</w:t>
        <w:br/>
        <w:t>f 8637/9131/8071 8650/9141/8081 8714/9205/8145</w:t>
        <w:br/>
        <w:t>f 8710/9201/8141 8637/9131/8071 8714/9205/8145</w:t>
        <w:br/>
        <w:t>f 8664/9155/8095 8715/9206/8146 8670/9159/8099</w:t>
        <w:br/>
        <w:t>f 8660/9149/8089 8664/9155/8095 8670/9159/8099</w:t>
        <w:br/>
        <w:t>f 8669/9160/8100 8670/9159/8099 8715/9206/8146</w:t>
        <w:br/>
        <w:t>f 8716/9207/8147 8669/9160/8100 8715/9206/8146</w:t>
        <w:br/>
        <w:t>f 8718/9208/8148 8710/9201/8141 8714/9205/8145</w:t>
        <w:br/>
        <w:t>f 8717/9209/8149 8718/9208/8148 8714/9205/8145</w:t>
        <w:br/>
        <w:t>f 8712/9203/8143 8710/9201/8141 8718/9208/8148</w:t>
        <w:br/>
        <w:t>f 8712/9203/8143 8706/9197/8137 8709/9202/8142</w:t>
        <w:br/>
        <w:t>f 8720/9210/8150 8706/9197/8137 8719/9211/8151</w:t>
        <w:br/>
        <w:t>f 8720/9210/8150 8705/9196/8136 8706/9197/8137</w:t>
        <w:br/>
        <w:t>f 8664/9155/8095 8705/9196/8136 8721/9212/8152</w:t>
        <w:br/>
        <w:t>f 8723/9213/8153 8718/9208/8148 8717/9209/8149</w:t>
        <w:br/>
        <w:t>f 8722/9214/8154 8723/9213/8153 8717/9209/8149</w:t>
        <w:br/>
        <w:t>f 8723/9213/8153 8724/9215/8155 8712/9203/8143</w:t>
        <w:br/>
        <w:t>f 8718/9208/8148 8723/9213/8153 8712/9203/8143</w:t>
        <w:br/>
        <w:t>f 8724/9215/8155 8725/9216/8156 8719/9211/8151</w:t>
        <w:br/>
        <w:t>f 8712/9203/8143 8724/9215/8155 8719/9211/8151</w:t>
        <w:br/>
        <w:t>f 8725/9216/8156 8726/9217/8157 8720/9210/8150</w:t>
        <w:br/>
        <w:t>f 8719/9211/8151 8725/9216/8156 8720/9210/8150</w:t>
        <w:br/>
        <w:t>f 8727/9218/8158 8721/9212/8152 8720/9210/8150</w:t>
        <w:br/>
        <w:t>f 8726/9217/8157 8727/9218/8158 8720/9210/8150</w:t>
        <w:br/>
        <w:t>f 8728/9219/8159 8664/9155/8095 8721/9212/8152</w:t>
        <w:br/>
        <w:t>f 8727/9218/8158 8728/9219/8159 8721/9212/8152</w:t>
        <w:br/>
        <w:t>f 8728/9219/8159 8729/9220/8160 8715/9206/8146</w:t>
        <w:br/>
        <w:t>f 8664/9155/8095 8728/9219/8159 8715/9206/8146</w:t>
        <w:br/>
        <w:t>f 8729/9220/8160 8731/9221/8161 8730/9222/8162</w:t>
        <w:br/>
        <w:t>f 8715/9206/8146 8729/9220/8160 8730/9222/8162</w:t>
        <w:br/>
        <w:t>f 8646/9137/8077 8645/9136/8076 8682/9173/8113</w:t>
        <w:br/>
        <w:t>f 8674/9165/8105 8646/9137/8077 8682/9173/8113</w:t>
        <w:br/>
        <w:t>f 8648/9138/8078 8672/9163/8103 8673/9164/8104</w:t>
        <w:br/>
        <w:t>f 8647/9139/8079 8648/9138/8078 8673/9164/8104</w:t>
        <w:br/>
        <w:t>f 8673/9164/8104 8732/9223/8163 8654/9144/8084</w:t>
        <w:br/>
        <w:t>f 8647/9139/8079 8673/9164/8104 8654/9144/8084</w:t>
        <w:br/>
        <w:t>f 8656/9147/8087 8679/9168/8108 8655/9148/8088</w:t>
        <w:br/>
        <w:t>f 8679/9168/8108 8680/9171/8111 8655/9148/8088</w:t>
        <w:br/>
        <w:t>f 8656/9147/8087 8657/9146/8086 8689/9183/8123</w:t>
        <w:br/>
        <w:t>f 8681/9172/8112 8656/9147/8087 8689/9183/8123</w:t>
        <w:br/>
        <w:t>f 8691/9181/8164 8657/9146/8086 8655/9148/8088</w:t>
        <w:br/>
        <w:t>f 8691/9181/8121 8734/9224/8165 8733/9225/8166</w:t>
        <w:br/>
        <w:t>f 8690/9182/8122 8691/9181/8121 8733/9225/8166</w:t>
        <w:br/>
        <w:t>f 8734/9224/8165 8736/9226/8167 8735/9227/8167</w:t>
        <w:br/>
        <w:t>f 8733/9225/8166 8734/9224/8165 8735/9227/8167</w:t>
        <w:br/>
        <w:t>f 8737/9228/8168 8665/9157/8097 8663/9154/8094</w:t>
        <w:br/>
        <w:t>f 8667/9158/8098 8737/9228/8168 8663/9154/8094</w:t>
        <w:br/>
        <w:t>f 8662/9153/8093 8686/9178/8118 8697/9189/8169</w:t>
        <w:br/>
        <w:t>f 8667/9158/8098 8662/9153/8093 8697/9189/8169</w:t>
        <w:br/>
        <w:t>f 8711/9200/8140 8704/9193/8133 8702/9195/8135</w:t>
        <w:br/>
        <w:t>f 8708/9199/8139 8711/9200/8140 8702/9195/8135</w:t>
        <w:br/>
        <w:t>f 8740/9229/8170 8739/9230/8171 8738/9231/8172</w:t>
        <w:br/>
        <w:t>f 8741/9232/8173 8740/9229/8170 8738/9231/8172</w:t>
        <w:br/>
        <w:t>f 8745/9233/8174 8744/9234/8175 8743/9235/8176</w:t>
        <w:br/>
        <w:t>f 8742/9236/8177 8745/9233/8174 8743/9235/8176</w:t>
        <w:br/>
        <w:t>f 8746/9237/8178 8738/9231/8172 8739/9230/8171</w:t>
        <w:br/>
        <w:t>f 8747/9238/8179 8746/9237/8178 8739/9230/8171</w:t>
        <w:br/>
        <w:t>f 8745/9233/8174 8742/9236/8177 8748/9239/8180</w:t>
        <w:br/>
        <w:t>f 8749/9240/8181 8745/9233/8174 8748/9239/8180</w:t>
        <w:br/>
        <w:t>f 8649/9140/8080 8740/9229/8170 8741/9232/8173</w:t>
        <w:br/>
        <w:t>f 8650/9141/8081 8649/9140/8080 8741/9232/8173</w:t>
        <w:br/>
        <w:t>f 8652/9142/8082 8743/9235/8176 8744/9234/8175</w:t>
        <w:br/>
        <w:t>f 8651/9143/8083 8652/9142/8082 8744/9234/8175</w:t>
        <w:br/>
        <w:t>f 8750/9241/8182 8748/9239/8180 8742/9236/8177</w:t>
        <w:br/>
        <w:t>f 8751/9242/8183 8750/9241/8182 8742/9236/8177</w:t>
        <w:br/>
        <w:t>f 8754/9243/8184 8753/9244/8185 8752/9245/8186</w:t>
        <w:br/>
        <w:t>f 8757/9246/8187 8756/9247/8188 8755/9248/8189</w:t>
        <w:br/>
        <w:t>f 8758/9249/8190 8757/9246/8187 8755/9248/8189</w:t>
        <w:br/>
        <w:t>f 8759/9250/8191 8757/9246/8187 8758/9249/8190</w:t>
        <w:br/>
        <w:t>f 8760/9251/8192 8759/9250/8191 8758/9249/8190</w:t>
        <w:br/>
        <w:t>f 8758/9249/8190 8755/9248/8189 8761/9252/8193</w:t>
        <w:br/>
        <w:t>f 8753/9244/8185 8764/9253/8194 8763/9254/8195</w:t>
        <w:br/>
        <w:t>f 8762/9255/8196 8753/9244/8185 8763/9254/8195</w:t>
        <w:br/>
        <w:t>f 8759/9250/8191 8760/9251/8192 8765/9256/8197</w:t>
        <w:br/>
        <w:t>f 8767/9257/8198 8766/9258/8199 8668/9161/8101</w:t>
        <w:br/>
        <w:t>f 8669/9160/8100 8767/9257/8198 8668/9161/8101</w:t>
        <w:br/>
        <w:t>f 8755/9248/8189 8756/9247/8188 8766/9258/8199</w:t>
        <w:br/>
        <w:t>f 8767/9257/8198 8755/9248/8189 8766/9258/8199</w:t>
        <w:br/>
        <w:t>f 8768/9259/8200 8761/9252/8193 8755/9248/8189</w:t>
        <w:br/>
        <w:t>f 8767/9257/8198 8768/9259/8200 8755/9248/8189</w:t>
        <w:br/>
        <w:t>f 8669/9160/8100 8716/9207/8147 8768/9259/8200</w:t>
        <w:br/>
        <w:t>f 8767/9257/8198 8669/9160/8100 8768/9259/8200</w:t>
        <w:br/>
        <w:t>f 8454/8945/7895 8545/9036/7979 8769/9260/8201</w:t>
        <w:br/>
        <w:t>f 8770/9261/8202 8454/8945/7895 8769/9260/8201</w:t>
        <w:br/>
        <w:t>f 8546/9037/7980 8773/9262/8203 8772/9263/8204</w:t>
        <w:br/>
        <w:t>f 8771/9264/8205 8546/9037/7980 8772/9263/8204</w:t>
        <w:br/>
        <w:t>f 8610/9101/8041 8487/8978/7927 8775/9265/8206</w:t>
        <w:br/>
        <w:t>f 8774/9266/8207 8610/9101/8041 8775/9265/8206</w:t>
        <w:br/>
        <w:t>f 8779/9267/8208 8778/9268/8209 8777/9269/8210</w:t>
        <w:br/>
        <w:t>f 8776/9270/8211 8779/9267/8208 8777/9269/8210</w:t>
        <w:br/>
        <w:t>f 8777/9269/8210 8780/9271/8212 8752/9245/8186</w:t>
        <w:br/>
        <w:t>f 8776/9270/8211 8777/9269/8210 8752/9245/8186</w:t>
        <w:br/>
        <w:t>f 8782/9272/8213 8781/9273/8214 8772/9263/8204</w:t>
        <w:br/>
        <w:t>f 8773/9262/8203 8782/9272/8213 8772/9263/8204</w:t>
        <w:br/>
        <w:t>f 8781/9273/8214 8471/8960/7910 8504/8993/7942</w:t>
        <w:br/>
        <w:t>f 8783/9274/8215 8781/9273/8214 8504/8993/7942</w:t>
        <w:br/>
        <w:t>f 8785/9275/8216 8784/9276/8217 8757/9246/8187</w:t>
        <w:br/>
        <w:t>f 8759/9250/8191 8785/9275/8216 8757/9246/8187</w:t>
        <w:br/>
        <w:t>f 8757/9246/8187 8784/9276/8217 8786/9277/8218</w:t>
        <w:br/>
        <w:t>f 8756/9247/8188 8757/9246/8187 8786/9277/8218</w:t>
        <w:br/>
        <w:t>f 8754/9243/8184 8788/9278/8219 8787/9279/8220</w:t>
        <w:br/>
        <w:t>f 8764/9253/8194 8754/9243/8184 8787/9279/8220</w:t>
        <w:br/>
        <w:t>f 8791/9280/8221 8790/9281/8222 8789/9282/8222</w:t>
        <w:br/>
        <w:t>f 8792/9283/8221 8791/9280/8221 8789/9282/8222</w:t>
        <w:br/>
        <w:t>f 8790/9281/8222 8793/9284/8223 8765/9256/8197</w:t>
        <w:br/>
        <w:t>f 8789/9282/8222 8790/9281/8222 8765/9256/8197</w:t>
        <w:br/>
        <w:t>f 8756/9247/8188 8786/9277/8218 8794/9285/8224</w:t>
        <w:br/>
        <w:t>f 8766/9258/8199 8756/9247/8188 8794/9285/8224</w:t>
        <w:br/>
        <w:t>f 8766/9258/8199 8794/9285/8224 8700/9191/8131</w:t>
        <w:br/>
        <w:t>f 8668/9161/8101 8766/9258/8199 8700/9191/8131</w:t>
        <w:br/>
        <w:t>f 8797/9286/8225 8796/9287/8226 8795/9288/8227</w:t>
        <w:br/>
        <w:t>f 8753/9244/8185 8797/9286/8225 8795/9288/8227</w:t>
        <w:br/>
        <w:t>f 8798/9289/8228 8796/9287/8226 8797/9286/8225</w:t>
        <w:br/>
        <w:t>f 8799/9290/8229 8798/9289/8228 8797/9286/8225</w:t>
        <w:br/>
        <w:t>f 8797/9286/8225 8801/9291/8230 8800/9292/8231</w:t>
        <w:br/>
        <w:t>f 8799/9290/8229 8797/9286/8225 8800/9292/8231</w:t>
        <w:br/>
        <w:t>f 8801/9291/8230 8762/9255/8196 8760/9251/8192</w:t>
        <w:br/>
        <w:t>f 8801/9291/8230 8760/9251/8192 8758/9249/8190</w:t>
        <w:br/>
        <w:t>f 8802/9293/8232 8801/9291/8230 8758/9249/8190</w:t>
        <w:br/>
        <w:t>f 8800/9292/8231 8801/9291/8230 8802/9293/8232</w:t>
        <w:br/>
        <w:t>f 8803/9294/8233 8800/9292/8231 8802/9293/8232</w:t>
        <w:br/>
        <w:t>f 8803/9294/8233 8802/9293/8232 8804/9295/8234</w:t>
        <w:br/>
        <w:t>f 8802/9293/8232 8761/9252/8193 8805/9296/8235</w:t>
        <w:br/>
        <w:t>f 8783/9274/8215 8504/8993/7942 8505/8996/7945</w:t>
        <w:br/>
        <w:t>f 8798/9289/8228 8783/9274/8215 8505/8996/7945</w:t>
        <w:br/>
        <w:t>f 8783/9274/8215 8806/9297/8236 8781/9273/8214</w:t>
        <w:br/>
        <w:t>f 8781/9273/8214 8806/9297/8236 8746/9237/8178</w:t>
        <w:br/>
        <w:t>f 8772/9263/8204 8781/9273/8214 8746/9237/8178</w:t>
        <w:br/>
        <w:t>f 8809/9298/8237 8808/9299/8238 8807/9300/8239</w:t>
        <w:br/>
        <w:t>f 8807/9300/8239 8808/9299/8238 8741/9232/8173</w:t>
        <w:br/>
        <w:t>f 8738/9231/8172 8807/9300/8239 8741/9232/8173</w:t>
        <w:br/>
        <w:t>f 8808/9299/8238 8809/9298/8237 8810/9301/8240</w:t>
        <w:br/>
        <w:t>f 8738/9231/8172 8746/9237/8178 8806/9297/8236</w:t>
        <w:br/>
        <w:t>f 8807/9300/8239 8738/9231/8172 8806/9297/8236</w:t>
        <w:br/>
        <w:t>f 8798/9289/8228 8799/9290/8229 8783/9274/8215</w:t>
        <w:br/>
        <w:t>f 8809/9298/8237 8807/9300/8239 8800/9292/8231</w:t>
        <w:br/>
        <w:t>f 8803/9294/8233 8809/9298/8237 8800/9292/8231</w:t>
        <w:br/>
        <w:t>f 8810/9301/8240 8803/9294/8233 8811/9302/8241</w:t>
        <w:br/>
        <w:t>f 8803/9294/8233 8804/9295/8234 8811/9302/8241</w:t>
        <w:br/>
        <w:t>f 8798/9289/8228 8505/8996/7945 8812/9303/8242</w:t>
        <w:br/>
        <w:t>f 8796/9287/8226 8798/9289/8228 8812/9303/8242</w:t>
        <w:br/>
        <w:t>f 8808/9299/8238 8714/9205/8145 8650/9141/8081</w:t>
        <w:br/>
        <w:t>f 8741/9232/8173 8808/9299/8238 8650/9141/8081</w:t>
        <w:br/>
        <w:t>f 8808/9299/8238 8810/9301/8240 8813/9304/8243</w:t>
        <w:br/>
        <w:t>f 8722/9214/8154 8717/9209/8149 8813/9304/8243</w:t>
        <w:br/>
        <w:t>f 8814/9305/8244 8722/9214/8154 8813/9304/8243</w:t>
        <w:br/>
        <w:t>f 8810/9301/8240 8815/9306/8245 8814/9305/8244</w:t>
        <w:br/>
        <w:t>f 8813/9304/8243 8810/9301/8240 8814/9305/8244</w:t>
        <w:br/>
        <w:t>f 8815/9306/8245 8810/9301/8240 8811/9302/8241</w:t>
        <w:br/>
        <w:t>f 8816/9307/8246 8815/9306/8245 8811/9302/8241</w:t>
        <w:br/>
        <w:t>f 8816/9307/8246 8811/9302/8241 8804/9295/8234</w:t>
        <w:br/>
        <w:t>f 8817/9308/8247 8816/9307/8246 8804/9295/8234</w:t>
        <w:br/>
        <w:t>f 8804/9295/8234 8805/9296/8235 8818/9309/8248</w:t>
        <w:br/>
        <w:t>f 8817/9308/8247 8804/9295/8234 8818/9309/8248</w:t>
        <w:br/>
        <w:t>f 8805/9296/8235 8761/9252/8193 8819/9310/8249</w:t>
        <w:br/>
        <w:t>f 8818/9309/8248 8805/9296/8235 8819/9310/8249</w:t>
        <w:br/>
        <w:t>f 8761/9252/8193 8768/9259/8200 8820/9311/8250</w:t>
        <w:br/>
        <w:t>f 8819/9310/8249 8761/9252/8193 8820/9311/8250</w:t>
        <w:br/>
        <w:t>f 8820/9311/8250 8768/9259/8200 8716/9207/8147</w:t>
        <w:br/>
        <w:t>f 8731/9221/8161 8820/9311/8250 8716/9207/8147</w:t>
        <w:br/>
        <w:t>f 8772/9263/8204 8746/9237/8178 8747/9238/8179</w:t>
        <w:br/>
        <w:t>f 8771/9264/8205 8772/9263/8204 8747/9238/8179</w:t>
        <w:br/>
        <w:t>f 8749/9240/8181 8748/9239/8180 8770/9261/8202</w:t>
        <w:br/>
        <w:t>f 8769/9260/8201 8749/9240/8181 8770/9261/8202</w:t>
        <w:br/>
        <w:t>f 8750/9241/8182 8821/9312/8251 8770/9261/8202</w:t>
        <w:br/>
        <w:t>f 8748/9239/8180 8750/9241/8182 8770/9261/8202</w:t>
        <w:br/>
        <w:t>f 8752/9245/8186 8753/9244/8185 8776/9270/8211</w:t>
        <w:br/>
        <w:t>f 8776/9270/8211 8753/9244/8185 8779/9267/8208</w:t>
        <w:br/>
        <w:t>f 8752/9245/8186 8780/9271/8212 8788/9278/8219</w:t>
        <w:br/>
        <w:t>f 8754/9243/8184 8752/9245/8186 8788/9278/8219</w:t>
        <w:br/>
        <w:t>f 8764/9253/8194 8753/9244/8185 8754/9243/8184</w:t>
        <w:br/>
        <w:t>f 8764/9253/8194 8787/9279/8220 8822/9313/8252</w:t>
        <w:br/>
        <w:t>f 8763/9254/8195 8764/9253/8194 8822/9313/8252</w:t>
        <w:br/>
        <w:t>f 8763/9254/8195 8822/9313/8252 8824/9314/8253</w:t>
        <w:br/>
        <w:t>f 8823/9315/8253 8763/9254/8195 8824/9314/8253</w:t>
        <w:br/>
        <w:t>f 8762/9255/8196 8797/9286/8225 8753/9244/8185</w:t>
        <w:br/>
        <w:t>f 8765/9256/8197 8760/9251/8192 8825/9316/8254</w:t>
        <w:br/>
        <w:t>f 8793/9284/8223 8785/9275/8216 8759/9250/8191</w:t>
        <w:br/>
        <w:t>f 8765/9256/8197 8793/9284/8223 8759/9250/8191</w:t>
        <w:br/>
        <w:t>f 8799/9290/8229 8800/9292/8231 8807/9300/8239</w:t>
        <w:br/>
        <w:t>f 8806/9297/8236 8799/9290/8229 8807/9300/8239</w:t>
        <w:br/>
        <w:t>f 8827/9317/8255 8409/8899/7853 8826/9318/8256</w:t>
        <w:br/>
        <w:t>f 8828/9319/7848 8827/9317/8255 8826/9318/8256</w:t>
        <w:br/>
        <w:t>f 8422/8914/7866 8472/8966/7916 8413/8905/7859</w:t>
        <w:br/>
        <w:t>f 8680/9171/8111 8829/9320/8257 8655/9148/8088</w:t>
        <w:br/>
        <w:t>f 8753/9244/8185 8795/9288/8227 8779/9267/8208</w:t>
        <w:br/>
        <w:t>f 8830/9321/8258 8631/9121/8061 8629/9120/8060</w:t>
        <w:br/>
        <w:t>f 8548/9039/7982 8830/9321/8258 8629/9120/8060</w:t>
        <w:br/>
        <w:t>f 8629/9120/8060 8630/9122/8062 8474/8964/7914</w:t>
        <w:br/>
        <w:t>f 8475/8963/7913 8629/9120/8060 8474/8964/7914</w:t>
        <w:br/>
        <w:t>f 8631/9121/8061 8830/9321/8258 8404/8893/7847</w:t>
        <w:br/>
        <w:t>f 8831/9322/8259 8548/9039/7982 8549/9038/7981</w:t>
        <w:br/>
        <w:t>f 8832/9323/8260 8591/9080/8023 8592/9083/8026</w:t>
        <w:br/>
        <w:t>f 8833/9324/8261 8832/9323/8260 8592/9083/8026</w:t>
        <w:br/>
        <w:t>f 8567/9059/8002 8834/9325/8262 8607/9096/8036</w:t>
        <w:br/>
        <w:t>f 8566/9060/8003 8567/9059/8002 8607/9096/8036</w:t>
        <w:br/>
        <w:t>f 8609/9100/8040 8589/9082/8025 8590/9081/8024</w:t>
        <w:br/>
        <w:t>f 8608/9099/8039 8609/9100/8040 8590/9081/8024</w:t>
        <w:br/>
        <w:t>f 8406/8897/7851 8411/8901/7855 8405/8898/7852</w:t>
        <w:br/>
        <w:t>f 8607/9096/8036 8834/9325/8262 8405/8898/7852</w:t>
        <w:br/>
        <w:t>f 8410/8902/7856 8606/9097/8037 8607/9096/8036</w:t>
        <w:br/>
        <w:t>f 8405/8898/7852 8410/8902/7856 8607/9096/8036</w:t>
        <w:br/>
        <w:t>f 8838/9326/8263 8837/9327/8264 8836/9328/8265</w:t>
        <w:br/>
        <w:t>f 8835/9329/8266 8838/9326/8263 8836/9328/8265</w:t>
        <w:br/>
        <w:t>f 8840/9330/8267 8839/9331/8268 8836/9328/8265</w:t>
        <w:br/>
        <w:t>f 8837/9327/8264 8840/9330/8267 8836/9328/8265</w:t>
        <w:br/>
        <w:t>f 8840/9330/8267 8842/9332/8269 8841/9333/8270</w:t>
        <w:br/>
        <w:t>f 8839/9331/8268 8840/9330/8267 8841/9333/8270</w:t>
        <w:br/>
        <w:t>f 8845/9334/8271 8844/9335/7418 8843/9336/8272</w:t>
        <w:br/>
        <w:t>f 8841/9333/8270 8845/9334/8271 8843/9336/8272</w:t>
        <w:br/>
        <w:t>f 8844/9335/7418 8847/9337/7420 8846/9338/8273</w:t>
        <w:br/>
        <w:t>f 8843/9336/8272 8844/9335/7418 8846/9338/8273</w:t>
        <w:br/>
        <w:t>f 8847/9337/7420 8849/9339/8274 8848/9340/8275</w:t>
        <w:br/>
        <w:t>f 8846/9338/8273 8847/9337/7420 8848/9340/8275</w:t>
        <w:br/>
        <w:t>f 8849/9339/8274 8851/9341/7404 8850/9342/8276</w:t>
        <w:br/>
        <w:t>f 8848/9340/8275 8849/9339/8274 8850/9342/8276</w:t>
        <w:br/>
        <w:t>f 8850/9342/8276 8599/9089/7474 8852/9343/8277</w:t>
        <w:br/>
        <w:t>f 8600/9088/8031 8830/9321/8258 8853/9344/8278</w:t>
        <w:br/>
        <w:t>f 8852/9343/8277 8600/9088/8031 8853/9344/8278</w:t>
        <w:br/>
        <w:t>f 8830/9321/8258 8855/9345/8279 8854/9346/8280</w:t>
        <w:br/>
        <w:t>f 8853/9344/8278 8830/9321/8258 8854/9346/8280</w:t>
        <w:br/>
        <w:t>f 8855/9345/8279 8857/9347/8281 8856/9348/8282</w:t>
        <w:br/>
        <w:t>f 8854/9346/8280 8855/9345/8279 8856/9348/8282</w:t>
        <w:br/>
        <w:t>f 8857/9347/8281 8859/9349/8283 8858/9350/8284</w:t>
        <w:br/>
        <w:t>f 8856/9348/8282 8857/9347/8281 8858/9350/8284</w:t>
        <w:br/>
        <w:t>f 8859/9349/8283 8861/9351/8285 8860/9352/8286</w:t>
        <w:br/>
        <w:t>f 8858/9350/8284 8859/9349/8283 8860/9352/8286</w:t>
        <w:br/>
        <w:t>f 8564/9054/7997 8552/9044/7987 8862/9353/8287</w:t>
        <w:br/>
        <w:t>f 8860/9352/8286 8564/9054/7997 8862/9353/8287</w:t>
        <w:br/>
        <w:t>f 8552/9044/7987 8553/9043/7986 8863/9354/8288</w:t>
        <w:br/>
        <w:t>f 8862/9353/8287 8552/9044/7987 8863/9354/8288</w:t>
        <w:br/>
        <w:t>f 8553/9043/7986 8865/9355/8289 8864/9356/8290</w:t>
        <w:br/>
        <w:t>f 8863/9354/8288 8553/9043/7986 8864/9356/8290</w:t>
        <w:br/>
        <w:t>f 8562/9050/7993 8866/9357/8291 8864/9356/8290</w:t>
        <w:br/>
        <w:t>f 8865/9355/8289 8562/9050/7993 8864/9356/8290</w:t>
        <w:br/>
        <w:t>f 8562/9050/7993 8559/9053/7996 8867/9358/8292</w:t>
        <w:br/>
        <w:t>f 8866/9357/8291 8562/9050/7993 8867/9358/8292</w:t>
        <w:br/>
        <w:t>f 8556/9048/7991 8557/9047/7990 8869/9359/8293</w:t>
        <w:br/>
        <w:t>f 8868/9360/8294 8556/9048/7991 8869/9359/8293</w:t>
        <w:br/>
        <w:t>f 8557/9047/7990 8871/9361/8295 8870/9362/8296</w:t>
        <w:br/>
        <w:t>f 8869/9359/8293 8557/9047/7990 8870/9362/8296</w:t>
        <w:br/>
        <w:t>f 8871/9361/8295 8873/9363/8297 8872/9364/8298</w:t>
        <w:br/>
        <w:t>f 8870/9362/8296 8871/9361/8295 8872/9364/8298</w:t>
        <w:br/>
        <w:t>f 8569/9057/8000 8566/9060/8003 8874/9365/8299</w:t>
        <w:br/>
        <w:t>f 8872/9364/8298 8569/9057/8000 8874/9365/8299</w:t>
        <w:br/>
        <w:t>f 8875/9366/8300 8874/9365/8299 8566/9060/8003</w:t>
        <w:br/>
        <w:t>f 8605/9098/8038 8875/9366/8300 8566/9060/8003</w:t>
        <w:br/>
        <w:t>f 8878/9367/8301 8877/9368/8302 8876/9369/8303</w:t>
        <w:br/>
        <w:t>f 8879/9370/8304 8878/9367/8301 8876/9369/8303</w:t>
        <w:br/>
        <w:t>f 8878/9367/8301 8881/9371/8305 8880/9372/8306</w:t>
        <w:br/>
        <w:t>f 8877/9368/8302 8878/9367/8301 8880/9372/8306</w:t>
        <w:br/>
        <w:t>f 8883/9373/8307 8882/9374/8308 8880/9372/8306</w:t>
        <w:br/>
        <w:t>f 8881/9371/8305 8883/9373/8307 8880/9372/8306</w:t>
        <w:br/>
        <w:t>f 8883/9373/8307 8885/9375/8309 8884/9376/8310</w:t>
        <w:br/>
        <w:t>f 8882/9374/8308 8883/9373/8307 8884/9376/8310</w:t>
        <w:br/>
        <w:t>f 8885/9375/8309 8887/9377/8311 8886/9378/8312</w:t>
        <w:br/>
        <w:t>f 8884/9376/8310 8885/9375/8309 8886/9378/8312</w:t>
        <w:br/>
        <w:t>f 8891/9379/8313 8890/9380/8314 8889/9381/8315</w:t>
        <w:br/>
        <w:t>f 8888/9382/8316 8891/9379/8313 8889/9381/8315</w:t>
        <w:br/>
        <w:t>f 8890/9380/8314 8838/9326/8263 8835/9329/8266</w:t>
        <w:br/>
        <w:t>f 8889/9381/8315 8890/9380/8314 8835/9329/8266</w:t>
        <w:br/>
        <w:t>f 8839/9331/8268 8841/9333/8270 8858/9350/8284</w:t>
        <w:br/>
        <w:t>f 8860/9352/8286 8839/9331/8268 8858/9350/8284</w:t>
        <w:br/>
        <w:t>f 8846/9338/8273 8848/9340/8275 8853/9344/8278</w:t>
        <w:br/>
        <w:t>f 8854/9346/8280 8846/9338/8273 8853/9344/8278</w:t>
        <w:br/>
        <w:t>f 8853/9344/8278 8848/9340/8275 8850/9342/8276</w:t>
        <w:br/>
        <w:t>f 8852/9343/8277 8853/9344/8278 8850/9342/8276</w:t>
        <w:br/>
        <w:t>f 8854/9346/8280 8856/9348/8282 8843/9336/8272</w:t>
        <w:br/>
        <w:t>f 8846/9338/8273 8854/9346/8280 8843/9336/8272</w:t>
        <w:br/>
        <w:t>f 8856/9348/8282 8858/9350/8284 8841/9333/8270</w:t>
        <w:br/>
        <w:t>f 8843/9336/8272 8856/9348/8282 8841/9333/8270</w:t>
        <w:br/>
        <w:t>f 8860/9352/8286 8862/9353/8287 8836/9328/8265</w:t>
        <w:br/>
        <w:t>f 8839/9331/8268 8860/9352/8286 8836/9328/8265</w:t>
        <w:br/>
        <w:t>f 8862/9353/8287 8863/9354/8288 8835/9329/8266</w:t>
        <w:br/>
        <w:t>f 8836/9328/8265 8862/9353/8287 8835/9329/8266</w:t>
        <w:br/>
        <w:t>f 8863/9354/8288 8864/9356/8290 8889/9381/8315</w:t>
        <w:br/>
        <w:t>f 8835/9329/8266 8863/9354/8288 8889/9381/8315</w:t>
        <w:br/>
        <w:t>f 8864/9356/8290 8866/9357/8291 8888/9382/8316</w:t>
        <w:br/>
        <w:t>f 8889/9381/8315 8864/9356/8290 8888/9382/8316</w:t>
        <w:br/>
        <w:t>f 8892/9383/8317 8872/9364/8298 8874/9365/8299</w:t>
        <w:br/>
        <w:t>f 8875/9366/8300 8892/9383/8317 8874/9365/8299</w:t>
        <w:br/>
        <w:t>f 8892/9383/8317 8880/9372/8306 8870/9362/8296</w:t>
        <w:br/>
        <w:t>f 8872/9364/8298 8892/9383/8317 8870/9362/8296</w:t>
        <w:br/>
        <w:t>f 8880/9372/8306 8882/9374/8308 8869/9359/8293</w:t>
        <w:br/>
        <w:t>f 8870/9362/8296 8880/9372/8306 8869/9359/8293</w:t>
        <w:br/>
        <w:t>f 8882/9374/8308 8884/9376/8310 8868/9360/8294</w:t>
        <w:br/>
        <w:t>f 8869/9359/8293 8882/9374/8308 8868/9360/8294</w:t>
        <w:br/>
        <w:t>f 8884/9376/8310 8886/9378/8312 8867/9358/8292</w:t>
        <w:br/>
        <w:t>f 8868/9360/8294 8884/9376/8310 8867/9358/8292</w:t>
        <w:br/>
        <w:t>f 8599/9089/7474 8600/9088/8031 8852/9343/8277</w:t>
        <w:br/>
        <w:t>f 8850/9342/8276 8851/9341/7404 8893/9384/8318</w:t>
        <w:br/>
        <w:t>f 8894/9385/7882 8451/8944/7894 8452/8943/7893</w:t>
        <w:br/>
        <w:t>f 8895/9386/7883 8894/9385/7882 8452/8943/7893</w:t>
        <w:br/>
        <w:t>f 8897/9387/8319 8896/9388/8320 8442/8934/7884</w:t>
        <w:br/>
        <w:t>f 8443/8933/7883 8897/9387/8319 8442/8934/7884</w:t>
        <w:br/>
        <w:t>f 8896/9388/8320 8675/9166/8106 8445/8936/7886</w:t>
        <w:br/>
        <w:t>f 8442/8934/7884 8896/9388/8320 8445/8936/7886</w:t>
        <w:br/>
        <w:t>f 8439/8928/7878 8452/8943/7893 8453/8942/7892</w:t>
        <w:br/>
        <w:t>f 8775/9265/8206 8439/8928/7878 8453/8942/7892</w:t>
        <w:br/>
        <w:t>f 8653/9145/8085 8900/9389/8321 8899/9390/8322</w:t>
        <w:br/>
        <w:t>f 8898/9391/8323 8653/9145/8085 8899/9390/8322</w:t>
        <w:br/>
        <w:t>f 8654/9144/8084 8901/9392/8324 8900/9389/8321</w:t>
        <w:br/>
        <w:t>f 8653/9145/8085 8654/9144/8084 8900/9389/8321</w:t>
        <w:br/>
        <w:t>f 8732/9223/8163 8673/9164/8104 8446/8937/7887</w:t>
        <w:br/>
        <w:t>f 8445/8936/7886 8732/9223/8163 8446/8937/7887</w:t>
        <w:br/>
        <w:t>f 8732/9223/8163 8676/9167/8107 8901/9392/8324</w:t>
        <w:br/>
        <w:t>f 8654/9144/8084 8732/9223/8163 8901/9392/8324</w:t>
        <w:br/>
        <w:t>f 8903/9393/8325 8902/9394/8326 8898/9391/8323</w:t>
        <w:br/>
        <w:t>f 8899/9390/8322 8903/9393/8325 8898/9391/8323</w:t>
        <w:br/>
        <w:t>f 8906/9395/8327 8905/9396/8328 8751/9242/8183</w:t>
        <w:br/>
        <w:t>f 8904/9397/8329 8906/9395/8327 8751/9242/8183</w:t>
        <w:br/>
        <w:t>f 8905/9396/8328 8907/9398/8330 8750/9241/8182</w:t>
        <w:br/>
        <w:t>f 8751/9242/8183 8905/9396/8328 8750/9241/8182</w:t>
        <w:br/>
        <w:t>f 8454/8945/7895 8770/9261/8202 8821/9312/8251</w:t>
        <w:br/>
        <w:t>f 8453/8942/7892 8454/8945/7895 8821/9312/8251</w:t>
        <w:br/>
        <w:t>f 8907/9398/8330 8774/9266/8207 8821/9312/8251</w:t>
        <w:br/>
        <w:t>f 8750/9241/8182 8907/9398/8330 8821/9312/8251</w:t>
        <w:br/>
        <w:t>f 8903/9393/8325 8906/9395/8327 8904/9397/8329</w:t>
        <w:br/>
        <w:t>f 8902/9394/8326 8903/9393/8325 8904/9397/8329</w:t>
        <w:br/>
        <w:t>f 8894/9385/7882 8537/9027/7971 8538/9026/7970</w:t>
        <w:br/>
        <w:t>f 8451/8944/7894 8894/9385/7882 8538/9026/7970</w:t>
        <w:br/>
        <w:t>f 8444/8932/7882 8441/8935/7885 8541/9030/7974</w:t>
        <w:br/>
        <w:t>f 8542/9033/7976 8444/8932/7882 8541/9030/7974</w:t>
        <w:br/>
        <w:t>f 8441/8935/7885 8446/8937/7887 8544/9034/7977</w:t>
        <w:br/>
        <w:t>f 8541/9030/7974 8441/8935/7885 8544/9034/7977</w:t>
        <w:br/>
        <w:t>f 8454/8945/7895 8451/8944/7894 8538/9026/7970</w:t>
        <w:br/>
        <w:t>f 8545/9036/7979 8454/8945/7895 8538/9026/7970</w:t>
        <w:br/>
        <w:t>f 8642/9133/8073 8638/9130/8070 8639/9129/8069</w:t>
        <w:br/>
        <w:t>f 8641/9134/8074 8642/9133/8073 8639/9129/8069</w:t>
        <w:br/>
        <w:t>f 8639/9129/8069 8646/9137/8077 8648/9138/8078</w:t>
        <w:br/>
        <w:t>f 8641/9134/8074 8639/9129/8069 8648/9138/8078</w:t>
        <w:br/>
        <w:t>f 8672/9163/8103 8674/9165/8105 8543/9035/7978</w:t>
        <w:br/>
        <w:t>f 8544/9034/7977 8672/9163/8103 8543/9035/7978</w:t>
        <w:br/>
        <w:t>f 8646/9137/8077 8674/9165/8105 8672/9163/8103</w:t>
        <w:br/>
        <w:t>f 8648/9138/8078 8646/9137/8077 8672/9163/8103</w:t>
        <w:br/>
        <w:t>f 8739/9230/8171 8740/9229/8170 8744/9234/8175</w:t>
        <w:br/>
        <w:t>f 8745/9233/8174 8739/9230/8171 8744/9234/8175</w:t>
        <w:br/>
        <w:t>f 8739/9230/8171 8745/9233/8174 8749/9240/8181</w:t>
        <w:br/>
        <w:t>f 8747/9238/8179 8739/9230/8171 8749/9240/8181</w:t>
        <w:br/>
        <w:t>f 8546/9037/7980 8771/9264/8205 8769/9260/8201</w:t>
        <w:br/>
        <w:t>f 8545/9036/7979 8546/9037/7980 8769/9260/8201</w:t>
        <w:br/>
        <w:t>f 8747/9238/8179 8749/9240/8181 8769/9260/8201</w:t>
        <w:br/>
        <w:t>f 8771/9264/8205 8747/9238/8179 8769/9260/8201</w:t>
        <w:br/>
        <w:t>f 8651/9143/8083 8649/9140/8080 8638/9130/8070</w:t>
        <w:br/>
        <w:t>f 8642/9133/8073 8651/9143/8083 8638/9130/8070</w:t>
        <w:br/>
        <w:t>f 8740/9229/8170 8649/9140/8080 8651/9143/8083</w:t>
        <w:br/>
        <w:t>f 8744/9234/8175 8740/9229/8170 8651/9143/8083</w:t>
        <w:br/>
        <w:t>f 8683/9174/8114 8436/8925/7875 8434/8927/7877</w:t>
        <w:br/>
        <w:t>f 8683/9174/8114 8434/8927/7877 8432/8924/7874</w:t>
        <w:br/>
        <w:t>f 8781/9273/8214 8782/9272/8213 8470/8961/7911</w:t>
        <w:br/>
        <w:t>f 8471/8960/7910 8781/9273/8214 8470/8961/7911</w:t>
        <w:br/>
        <w:t>f 8433/8923/7873 8533/9024/7968 8543/9035/7978</w:t>
        <w:br/>
        <w:t>f 8546/9037/7980 8534/9025/7969 8773/9262/8203</w:t>
        <w:br/>
        <w:t>f 8426/8916/7868 8427/8915/7867 8782/9272/8213</w:t>
        <w:br/>
        <w:t>f 8773/9262/8203 8426/8916/7868 8782/9272/8213</w:t>
        <w:br/>
        <w:t>f 8674/9165/8105 8682/9173/8113 8433/8923/7873</w:t>
        <w:br/>
        <w:t>f 8812/9303/8242 8505/8996/7945 8502/8995/7944</w:t>
        <w:br/>
        <w:t>f 8812/9303/8242 8908/9399/8331 8796/9287/8226</w:t>
        <w:br/>
        <w:t>f 8449/8939/7889 8908/9399/8331 8448/8940/7890</w:t>
        <w:br/>
        <w:t>f 8488/8980/7929 8489/8979/7928 8447/8941/7891</w:t>
        <w:br/>
        <w:t>f 8448/8940/7890 8488/8980/7929 8447/8941/7891</w:t>
        <w:br/>
        <w:t>f 8909/9400/8332 8492/8982/7931 8517/9008/7956</w:t>
        <w:br/>
        <w:t>f 8462/8956/7906 8467/8958/7908 8910/9401/8333</w:t>
        <w:br/>
        <w:t>f 8465/8953/7903 8462/8956/7906 8910/9401/8333</w:t>
        <w:br/>
        <w:t>f 8778/9268/8209 8779/9267/8208 8450/8938/7888</w:t>
        <w:br/>
        <w:t>f 8909/9400/8332 8517/9008/7956 8488/8980/7929</w:t>
        <w:br/>
        <w:t>f 8448/8940/7890 8909/9400/8332 8488/8980/7929</w:t>
        <w:br/>
        <w:t>f 8517/9008/7956 8493/8981/7930 8457/8947/7897</w:t>
        <w:br/>
        <w:t>f 8488/8980/7929 8517/9008/7956 8457/8947/7897</w:t>
        <w:br/>
        <w:t>f 8493/8981/7930 8490/8984/7933 8456/8948/7898</w:t>
        <w:br/>
        <w:t>f 8457/8947/7897 8493/8981/7930 8456/8948/7898</w:t>
        <w:br/>
        <w:t>f 8518/9009/7957 8499/8990/7939 8463/8955/7905</w:t>
        <w:br/>
        <w:t>f 8494/8986/7935 8518/9009/7957 8463/8955/7905</w:t>
        <w:br/>
        <w:t>f 8496/8989/7938 8462/8956/7906 8463/8955/7905</w:t>
        <w:br/>
        <w:t>f 8499/8990/7939 8496/8989/7938 8463/8955/7905</w:t>
        <w:br/>
        <w:t>f 8497/8988/7937 8467/8958/7908 8462/8956/7906</w:t>
        <w:br/>
        <w:t>f 8496/8989/7938 8497/8988/7937 8462/8956/7906</w:t>
        <w:br/>
        <w:t>f 8677/9170/8110 8911/9402/8334 8910/9401/8333</w:t>
        <w:br/>
        <w:t>f 8468/8957/7907 8677/9170/8110 8910/9401/8333</w:t>
        <w:br/>
        <w:t>f 8912/9403/8335 8465/8953/7903 8910/9401/8333</w:t>
        <w:br/>
        <w:t>f 8911/9402/8334 8912/9403/8335 8910/9401/8333</w:t>
        <w:br/>
        <w:t>f 8913/9404/8336 8464/8954/7904 8465/8953/7903</w:t>
        <w:br/>
        <w:t>f 8912/9403/8335 8913/9404/8336 8465/8953/7903</w:t>
        <w:br/>
        <w:t>f 8914/9405/8337 8495/8985/7934 8464/8954/7904</w:t>
        <w:br/>
        <w:t>f 8913/9404/8336 8914/9405/8337 8464/8954/7904</w:t>
        <w:br/>
        <w:t>f 8915/9406/8338 8458/8946/7896 8455/8949/7899</w:t>
        <w:br/>
        <w:t>f 8916/9407/8339 8915/9406/8338 8455/8949/7899</w:t>
        <w:br/>
        <w:t>f 8917/9408/8340 8489/8979/7928 8458/8946/7896</w:t>
        <w:br/>
        <w:t>f 8915/9406/8338 8917/9408/8340 8458/8946/7896</w:t>
        <w:br/>
        <w:t>f 8918/9409/8341 8447/8941/7891 8489/8979/7928</w:t>
        <w:br/>
        <w:t>f 8917/9408/8340 8918/9409/8341 8489/8979/7928</w:t>
        <w:br/>
        <w:t>f 8778/9268/8209 8450/8938/7888 8447/8941/7891</w:t>
        <w:br/>
        <w:t>f 8918/9409/8341 8778/9268/8209 8447/8941/7891</w:t>
        <w:br/>
        <w:t>f 8795/9288/8227 8449/8939/7889 8450/8938/7888</w:t>
        <w:br/>
        <w:t>f 8779/9267/8208 8795/9288/8227 8450/8938/7888</w:t>
        <w:br/>
        <w:t>f 8829/9320/8257 8680/9171/8111 8468/8957/7907</w:t>
        <w:br/>
        <w:t>f 8466/8959/7909 8829/9320/8257 8468/8957/7907</w:t>
        <w:br/>
        <w:t>f 8680/9171/8111 8677/9170/8110 8468/8957/7907</w:t>
        <w:br/>
        <w:t>f 8908/9399/8331 8508/8997/7946 8509/9000/7949</w:t>
        <w:br/>
        <w:t>f 8448/8940/7890 8908/9399/8331 8509/9000/7949</w:t>
        <w:br/>
        <w:t>f 8795/9288/8227 8796/9287/8226 8908/9399/8331</w:t>
        <w:br/>
        <w:t>f 8449/8939/7889 8795/9288/8227 8908/9399/8331</w:t>
        <w:br/>
        <w:t>f 8812/9303/8242 8502/8995/7944 8508/8997/7946</w:t>
        <w:br/>
        <w:t>f 8908/9399/8331 8812/9303/8242 8508/8997/7946</w:t>
        <w:br/>
        <w:t>f 8502/8995/7944 8919/9410/8342 8507/8998/7947</w:t>
        <w:br/>
        <w:t>f 8508/8997/7946 8502/8995/7944 8507/8998/7947</w:t>
        <w:br/>
        <w:t>f 8515/9004/7953 8512/9003/7952 8519/9011/7947</w:t>
        <w:br/>
        <w:t>f 8920/9411/8342 8515/9004/7953 8519/9011/7947</w:t>
        <w:br/>
        <w:t>f 8513/9006/7955 8511/9001/7950 8512/9003/7952</w:t>
        <w:br/>
        <w:t>f 8515/9004/7953 8513/9006/7955 8512/9003/7952</w:t>
        <w:br/>
        <w:t>f 8513/9006/7955 8713/9204/8144 8511/9001/7950</w:t>
        <w:br/>
        <w:t>f 8497/8988/7937 8498/8987/7936 8510/9002/7951</w:t>
        <w:br/>
        <w:t>f 8467/8958/7908 8497/8988/7937 8510/9002/7951</w:t>
        <w:br/>
        <w:t>f 8500/8992/7941 8520/9010/7958 8510/9002/7951</w:t>
        <w:br/>
        <w:t>f 8498/8987/7936 8500/8992/7941 8510/9002/7951</w:t>
        <w:br/>
        <w:t>f 8516/9007/7941 8492/8982/7931 8509/9000/7949</w:t>
        <w:br/>
        <w:t>f 8506/8999/7948 8516/9007/7941 8509/9000/7949</w:t>
        <w:br/>
        <w:t>f 8909/9400/8332 8448/8940/7890 8509/9000/7949</w:t>
        <w:br/>
        <w:t>f 8492/8982/7931 8909/9400/8332 8509/9000/7949</w:t>
        <w:br/>
        <w:t>f 8713/9204/8144 8829/9320/8257 8466/8959/7909</w:t>
        <w:br/>
        <w:t>f 8511/9001/7950 8713/9204/8144 8466/8959/7909</w:t>
        <w:br/>
        <w:t>f 8468/8957/7907 8910/9401/8333 8467/8958/7908</w:t>
        <w:br/>
        <w:t>f 8511/9001/7950 8466/8959/7909 8467/8958/7908</w:t>
        <w:br/>
        <w:t>f 8760/9251/8192 8762/9255/8196 8825/9316/8254</w:t>
        <w:br/>
        <w:t>f 8921/9412/8343 8469/8962/7912 8427/8915/7867</w:t>
        <w:br/>
        <w:t>f 8424/8918/7870 8921/9412/8343 8427/8915/7867</w:t>
        <w:br/>
        <w:t>f 8470/8961/7911 8782/9272/8213 8427/8915/7867</w:t>
        <w:br/>
        <w:t>f 8469/8962/7912 8470/8961/7911 8427/8915/7867</w:t>
        <w:br/>
        <w:t>f 8534/9025/7969 8528/9016/7961 8426/8916/7868</w:t>
        <w:br/>
        <w:t>f 8773/9262/8203 8534/9025/7969 8426/8916/7868</w:t>
        <w:br/>
        <w:t>f 8525/9019/7964 8425/8917/7869 8426/8916/7868</w:t>
        <w:br/>
        <w:t>f 8528/9016/7961 8525/9019/7964 8426/8916/7868</w:t>
        <w:br/>
        <w:t>f 8529/9023/7967 8530/9022/7966 8428/8922/7872</w:t>
        <w:br/>
        <w:t>f 8429/8921/7869 8529/9023/7967 8428/8922/7872</w:t>
        <w:br/>
        <w:t>f 8533/9024/7968 8433/8923/7873 8428/8922/7872</w:t>
        <w:br/>
        <w:t>f 8530/9022/7966 8533/9024/7968 8428/8922/7872</w:t>
        <w:br/>
        <w:t>f 8434/8927/7877 8435/8926/7876 8431/8919/7871</w:t>
        <w:br/>
        <w:t>f 8432/8924/7874 8434/8927/7877 8431/8919/7871</w:t>
        <w:br/>
        <w:t>f 8922/9413/8344 8430/8920/7870 8431/8919/7871</w:t>
        <w:br/>
        <w:t>f 8435/8926/7876 8922/9413/8344 8431/8919/7871</w:t>
        <w:br/>
        <w:t>f 8923/9414/8345 8729/9220/8160 8728/9219/8159</w:t>
        <w:br/>
        <w:t>f 8819/9310/8249 8820/9311/8250 8923/9414/8345</w:t>
        <w:br/>
        <w:t>f 8924/9415/8346 8923/9414/8345 8727/9218/8158</w:t>
        <w:br/>
        <w:t>f 8726/9217/8157 8924/9415/8346 8727/9218/8158</w:t>
        <w:br/>
        <w:t>f 8924/9415/8346 8817/9308/8247 8818/9309/8248</w:t>
        <w:br/>
        <w:t>f 8923/9414/8345 8924/9415/8346 8818/9309/8248</w:t>
        <w:br/>
        <w:t>f 8728/9219/8159 8727/9218/8158 8923/9414/8345</w:t>
        <w:br/>
        <w:t>f 8923/9414/8345 8818/9309/8248 8819/9310/8249</w:t>
        <w:br/>
        <w:t>f 8725/9216/8156 8925/9416/8347 8924/9415/8346</w:t>
        <w:br/>
        <w:t>f 8726/9217/8157 8725/9216/8156 8924/9415/8346</w:t>
        <w:br/>
        <w:t>f 8924/9415/8346 8925/9416/8347 8816/9307/8246</w:t>
        <w:br/>
        <w:t>f 8817/9308/8247 8924/9415/8346 8816/9307/8246</w:t>
        <w:br/>
        <w:t>f 8725/9216/8156 8724/9215/8155 8925/9416/8347</w:t>
        <w:br/>
        <w:t>f 8925/9416/8347 8815/9306/8245 8816/9307/8246</w:t>
        <w:br/>
        <w:t>f 8723/9213/8153 8722/9214/8154 8925/9416/8347</w:t>
        <w:br/>
        <w:t>f 8724/9215/8155 8723/9213/8153 8925/9416/8347</w:t>
        <w:br/>
        <w:t>f 8925/9416/8347 8722/9214/8154 8814/9305/8244</w:t>
        <w:br/>
        <w:t>f 8815/9306/8245 8925/9416/8347 8814/9305/8244</w:t>
        <w:br/>
        <w:t>f 8452/8943/7893 8439/8928/7878 8440/8931/7881</w:t>
        <w:br/>
        <w:t>f 8895/9386/7883 8452/8943/7893 8440/8931/7881</w:t>
        <w:br/>
        <w:t>f 8676/9167/8107 8732/9223/8163 8445/8936/7886</w:t>
        <w:br/>
        <w:t>f 8675/9166/8106 8676/9167/8107 8445/8936/7886</w:t>
        <w:br/>
        <w:t>f 8453/8942/7892 8821/9312/8251 8774/9266/8207</w:t>
        <w:br/>
        <w:t>f 8775/9265/8206 8453/8942/7892 8774/9266/8207</w:t>
        <w:br/>
        <w:t>f 8484/8976/7880 8485/8975/7925 8896/9388/8320</w:t>
        <w:br/>
        <w:t>f 8897/9387/8319 8484/8976/7880 8896/9388/8320</w:t>
        <w:br/>
        <w:t>f 8485/8975/7925 8486/8977/7926 8675/9166/8106</w:t>
        <w:br/>
        <w:t>f 8896/9388/8320 8485/8975/7925 8675/9166/8106</w:t>
        <w:br/>
        <w:t>f 8775/9265/8206 8487/8978/7927 8438/8929/7879</w:t>
        <w:br/>
        <w:t>f 8439/8928/7878 8775/9265/8206 8438/8929/7879</w:t>
        <w:br/>
        <w:t>f 8901/9392/8324 8635/9125/8065 8634/9126/8066</w:t>
        <w:br/>
        <w:t>f 8900/9389/8321 8901/9392/8324 8634/9126/8066</w:t>
        <w:br/>
        <w:t>f 8676/9167/8107 8636/9127/8067 8635/9125/8065</w:t>
        <w:br/>
        <w:t>f 8901/9392/8324 8676/9167/8107 8635/9125/8065</w:t>
        <w:br/>
        <w:t>f 8632/9124/8064 8633/9123/8063 8907/9398/8330</w:t>
        <w:br/>
        <w:t>f 8905/9396/8328 8632/9124/8064 8907/9398/8330</w:t>
        <w:br/>
        <w:t>f 8633/9123/8063 8610/9101/8041 8774/9266/8207</w:t>
        <w:br/>
        <w:t>f 8907/9398/8330 8633/9123/8063 8774/9266/8207</w:t>
        <w:br/>
        <w:t>f 8868/9360/8294 8867/9358/8292 8559/9053/7996</w:t>
        <w:br/>
        <w:t>f 8556/9048/7991 8868/9360/8294 8559/9053/7996</w:t>
        <w:br/>
        <w:t>f 8888/9382/8316 8886/9378/8312 8887/9377/8311</w:t>
        <w:br/>
        <w:t>f 8891/9379/8313 8888/9382/8316 8887/9377/8311</w:t>
        <w:br/>
        <w:t>f 8886/9378/8312 8888/9382/8316 8866/9357/8291</w:t>
        <w:br/>
        <w:t>f 8867/9358/8292 8886/9378/8312 8866/9357/8291</w:t>
        <w:br/>
        <w:t>f 8926/9417/8348 8554/9042/7985 8619/9111/8051</w:t>
        <w:br/>
        <w:t>f 8626/9114/8054 8926/9417/8348 8619/9111/8051</w:t>
        <w:br/>
        <w:t>f 8626/9114/8054 8619/9111/8051 8620/9110/8050</w:t>
        <w:br/>
        <w:t>f 8625/9115/8055 8626/9114/8054 8620/9110/8050</w:t>
        <w:br/>
        <w:t>f 8624/9116/8056 8625/9115/8055 8586/9076/8019</w:t>
        <w:br/>
        <w:t>f 8583/9072/8015 8624/9116/8056 8586/9076/8019</w:t>
        <w:br/>
        <w:t>f 8575/9067/8010 8586/9076/8019 8625/9115/8055</w:t>
        <w:br/>
        <w:t>f 8620/9110/8050 8575/9067/8010 8625/9115/8055</w:t>
        <w:br/>
        <w:t>f 8621/9113/8053 8624/9116/8056 8583/9072/8015</w:t>
        <w:br/>
        <w:t>f 8584/9075/8018 8621/9113/8053 8583/9072/8015</w:t>
        <w:br/>
        <w:t>f 8585/9077/8020 8576/9066/8009 8928/9418/8349</w:t>
        <w:br/>
        <w:t>f 8927/9419/8350 8585/9077/8020 8928/9418/8349</w:t>
        <w:br/>
        <w:t>f 8899/9390/8322 8929/9420/8351 8927/9419/8350</w:t>
        <w:br/>
        <w:t>f 8903/9393/8325 8899/9390/8322 8927/9419/8350</w:t>
        <w:br/>
        <w:t>f 8927/9419/8350 8928/9418/8349 8906/9395/8327</w:t>
        <w:br/>
        <w:t>f 8903/9393/8325 8927/9419/8350 8906/9395/8327</w:t>
        <w:br/>
        <w:t>f 8582/9073/8016 8929/9420/8351 8634/9126/8066</w:t>
        <w:br/>
        <w:t>f 8581/9074/8017 8582/9073/8016 8634/9126/8066</w:t>
        <w:br/>
        <w:t>f 8929/9420/8351 8899/9390/8322 8900/9389/8321</w:t>
        <w:br/>
        <w:t>f 8634/9126/8066 8929/9420/8351 8900/9389/8321</w:t>
        <w:br/>
        <w:t>f 8928/9418/8349 8632/9124/8064 8905/9396/8328</w:t>
        <w:br/>
        <w:t>f 8906/9395/8327 8928/9418/8349 8905/9396/8328</w:t>
        <w:br/>
        <w:t>f 8643/9132/8072 8898/9391/8323 8902/9394/8326</w:t>
        <w:br/>
        <w:t>f 8652/9142/8082 8643/9132/8072 8902/9394/8326</w:t>
        <w:br/>
        <w:t>f 8902/9394/8326 8904/9397/8329 8743/9235/8176</w:t>
        <w:br/>
        <w:t>f 8652/9142/8082 8902/9394/8326 8743/9235/8176</w:t>
        <w:br/>
        <w:t>f 8898/9391/8323 8643/9132/8072 8644/9135/8075</w:t>
        <w:br/>
        <w:t>f 8653/9145/8085 8898/9391/8323 8644/9135/8075</w:t>
        <w:br/>
        <w:t>f 8904/9397/8329 8751/9242/8183 8742/9236/8177</w:t>
        <w:br/>
        <w:t>f 8743/9235/8176 8904/9397/8329 8742/9236/8177</w:t>
        <w:br/>
        <w:t>f 8640/9128/8068 8637/9131/8071 8710/9201/8141</w:t>
        <w:br/>
        <w:t>f 8711/9200/8140 8640/9128/8068 8710/9201/8141</w:t>
        <w:br/>
        <w:t>f 8813/9304/8243 8717/9209/8149 8714/9205/8145</w:t>
        <w:br/>
        <w:t>f 8808/9299/8238 8813/9304/8243 8714/9205/8145</w:t>
        <w:br/>
        <w:t>f 8703/9194/8134 8663/9154/8094 8665/9157/8097</w:t>
        <w:br/>
        <w:t>f 8801/9291/8230 8797/9286/8225 8762/9255/8196</w:t>
        <w:br/>
        <w:t>f 8666/9156/8096 8691/9181/8164 8655/9148/8088</w:t>
        <w:br/>
        <w:t>f 8829/9320/8257 8713/9204/8144 8701/9192/8132</w:t>
        <w:br/>
        <w:t>f 8655/9148/8088 8829/9320/8257 8701/9192/8132</w:t>
        <w:br/>
        <w:t>f 8701/9192/8132 8713/9204/8144 8707/9198/8138</w:t>
        <w:br/>
        <w:t>f 8702/9195/8135 8701/9192/8132 8707/9198/8138</w:t>
        <w:br/>
        <w:t>f 8703/9194/8134 8665/9157/8097 8701/9192/8132</w:t>
        <w:br/>
        <w:t>f 8685/9175/8115 8708/9199/8139 8702/9195/8135</w:t>
        <w:br/>
        <w:t>f 8799/9290/8229 8806/9297/8236 8783/9274/8215</w:t>
        <w:br/>
        <w:t>f 8405/8898/7852 8480/8969/7919 8409/8899/7853</w:t>
        <w:br/>
        <w:t>f 8477/8967/7917 8474/8964/7914 8630/9122/8062</w:t>
        <w:br/>
        <w:t>f 8402/8895/7849 8477/8967/7917 8630/9122/8062</w:t>
        <w:br/>
        <w:t>f 8481/8972/7922 8826/9318/8256 8409/8899/7853</w:t>
        <w:br/>
        <w:t>f 8480/8969/7919 8481/8972/7922 8409/8899/7853</w:t>
        <w:br/>
        <w:t>f 8629/9120/8060 8631/9121/8061 8630/9122/8062</w:t>
        <w:br/>
        <w:t>f 8830/9321/8258 8600/9088/8031 8597/9091/8033</w:t>
        <w:br/>
        <w:t>f 8684/9176/8116 8514/9005/7954 8515/9004/7953</w:t>
        <w:br/>
        <w:t>f 8461/8950/7900 8684/9176/8116 8515/9004/7953</w:t>
        <w:br/>
        <w:t>f 8461/8950/7900 8435/8926/7876 8436/8925/7875</w:t>
        <w:br/>
        <w:t>f 8684/9176/8116 8461/8950/7900 8436/8925/7875</w:t>
        <w:br/>
        <w:t>f 8527/9017/7962 8535/9029/7973 8536/9028/7972</w:t>
        <w:br/>
        <w:t>f 8526/9018/7963 8527/9017/7962 8536/9028/7972</w:t>
        <w:br/>
        <w:t>f 8539/9032/7972 8540/9031/7975 8531/9021/7965</w:t>
        <w:br/>
        <w:t>f 8532/9020/7963 8539/9032/7972 8531/9021/7965</w:t>
        <w:br/>
        <w:t>f 8540/9031/7975 8543/9035/7978 8533/9024/7968</w:t>
        <w:br/>
        <w:t>f 8531/9021/7965 8540/9031/7975 8533/9024/7968</w:t>
        <w:br/>
        <w:t>f 8546/9037/7980 8535/9029/7973 8527/9017/7962</w:t>
        <w:br/>
        <w:t>f 8534/9025/7969 8546/9037/7980 8527/9017/7962</w:t>
        <w:br/>
        <w:t>f 8585/9077/8020 8927/9419/8350 8929/9420/8351</w:t>
        <w:br/>
        <w:t>f 8582/9073/8016 8585/9077/8020 8929/9420/8351</w:t>
        <w:br/>
        <w:t>f 8632/9124/8064 8928/9418/8349 8576/9066/8009</w:t>
        <w:br/>
        <w:t>f 8573/9063/8006 8632/9124/8064 8576/9066/8009</w:t>
        <w:br/>
        <w:t>f 8473/8965/7915 8476/8968/7918 8412/8906/7860</w:t>
        <w:br/>
        <w:t>f 8413/8905/7859 8473/8965/7915 8412/8906/7860</w:t>
        <w:br/>
        <w:t>f 8416/8909/7860 8478/8971/7921 8479/8970/7920</w:t>
        <w:br/>
        <w:t>f 8419/8910/7862 8416/8909/7860 8479/8970/7920</w:t>
        <w:br/>
        <w:t>f 8479/8970/7920 8482/8974/7924 8421/8912/7864</w:t>
        <w:br/>
        <w:t>f 8419/8910/7862 8479/8970/7920 8421/8912/7864</w:t>
        <w:br/>
        <w:t>f 8614/9106/8046 8615/9105/8045 8571/9065/8008</w:t>
        <w:br/>
        <w:t>f 8572/9064/8007 8614/9106/8046 8571/9065/8008</w:t>
        <w:br/>
        <w:t>f 8615/9105/8045 8618/9108/8048 8587/9079/8022</w:t>
        <w:br/>
        <w:t>f 8571/9065/8008 8615/9105/8045 8587/9079/8022</w:t>
        <w:br/>
        <w:t>f 8931/9421/8352 8930/9422/8353 8621/9113/8053</w:t>
        <w:br/>
        <w:t>f 8622/9112/8052 8931/9421/8352 8621/9113/8053</w:t>
        <w:br/>
        <w:t>f 8628/9119/8059 8931/9421/8352 8622/9112/8052</w:t>
        <w:br/>
        <w:t>f 8627/9118/8058 8628/9119/8059 8622/9112/8052</w:t>
        <w:br/>
        <w:t>f 8620/9110/8050 8614/9106/8046 8572/9064/8007</w:t>
        <w:br/>
        <w:t>f 8575/9067/8010 8620/9110/8050 8572/9064/8007</w:t>
        <w:br/>
        <w:t>f 8624/9116/8056 8621/9113/8053 8930/9422/8353</w:t>
        <w:br/>
        <w:t>f 8623/9117/8057 8624/9116/8056 8930/9422/8353</w:t>
        <w:br/>
        <w:t>f 8554/9042/7985 8551/9045/7988 8613/9107/8047</w:t>
        <w:br/>
        <w:t>f 8619/9111/8051 8554/9042/7985 8613/9107/8047</w:t>
        <w:br/>
        <w:t>f 8554/9042/7985 8932/9423/8354 8553/9043/7986</w:t>
        <w:br/>
        <w:t>f 8613/9107/8047 8551/9045/7988 8563/9055/7998</w:t>
        <w:br/>
        <w:t>f 8616/9104/8044 8613/9107/8047 8563/9055/7998</w:t>
        <w:br/>
        <w:t>f 8617/9109/8049 8616/9104/8044 8563/9055/7998</w:t>
        <w:br/>
        <w:t>f 8547/9040/7983 8617/9109/8049 8563/9055/7998</w:t>
        <w:br/>
        <w:t>f 8555/9049/7992 8556/9048/7991 8933/9424/8355</w:t>
        <w:br/>
        <w:t>f 8934/9425/8356 8932/9423/8354 8554/9042/7985</w:t>
        <w:br/>
        <w:t>f 8926/9417/8348 8934/9425/8356 8554/9042/7985</w:t>
        <w:br/>
        <w:t>f 8555/9049/7992 8933/9424/8355 8560/9052/7995</w:t>
        <w:br/>
        <w:t>f 8926/9417/8348 8555/9049/7992 8560/9052/7995</w:t>
        <w:br/>
        <w:t>f 8926/9417/8348 8561/9051/7994 8934/9425/8356</w:t>
        <w:br/>
        <w:t>f 8611/9102/8042 8618/9108/8048 8617/9109/8049</w:t>
        <w:br/>
        <w:t>f 8405/8898/7852 8834/9325/8262 8483/8973/7923</w:t>
        <w:br/>
        <w:t>f 8834/9325/8262 8567/9059/8002 8628/9119/8059</w:t>
        <w:br/>
        <w:t>f 8483/8973/7923 8834/9325/8262 8628/9119/8059</w:t>
        <w:br/>
        <w:t>f 8567/9059/8002 8568/9058/8001 8931/9421/8352</w:t>
        <w:br/>
        <w:t>f 8628/9119/8059 8567/9059/8002 8931/9421/8352</w:t>
        <w:br/>
        <w:t>f 8472/8966/7916 8473/8965/7915 8413/8905/7859</w:t>
        <w:br/>
        <w:t>f 8405/8898/7852 8483/8973/7923 8480/8969/7919</w:t>
        <w:br/>
        <w:t>f 8603/9093/8034 8596/9087/8030 8593/9086/8029</w:t>
        <w:br/>
        <w:t>f 8602/9094/8035 8603/9093/8034 8593/9086/8029</w:t>
        <w:br/>
        <w:t>f 8827/9317/8255 8408/8900/7854 8409/8899/7853</w:t>
        <w:br/>
        <w:t>f 8580/9071/8014 8421/8912/7864 8482/8974/7924</w:t>
        <w:br/>
        <w:t>f 8627/9118/8058 8580/9071/8014 8482/8974/7924</w:t>
        <w:br/>
        <w:t>f 8561/9051/7994 8926/9417/8348 8560/9052/7995</w:t>
        <w:br/>
        <w:t>f 8933/9424/8355 8559/9053/7996 8560/9052/7995</w:t>
        <w:br/>
        <w:t>f 8934/9425/8356 8561/9051/7994 8562/9050/7993</w:t>
        <w:br/>
        <w:t>f 8865/9355/8289 8934/9425/8356 8562/9050/7993</w:t>
        <w:br/>
        <w:t>f 8556/9048/7991 8559/9053/7996 8933/9424/8355</w:t>
        <w:br/>
        <w:t>f 8934/9425/8356 8865/9355/8289 8932/9423/8354</w:t>
        <w:br/>
        <w:t>f 8932/9423/8354 8865/9355/8289 8553/9043/7986</w:t>
        <w:br/>
        <w:t>f 8547/9040/7983 8548/9039/7982 8612/9103/8043</w:t>
        <w:br/>
        <w:t>f 8617/9109/8049 8547/9040/7983 8612/9103/8043</w:t>
        <w:br/>
        <w:t>f 8555/9049/7992 8926/9417/8348 8626/9114/8054</w:t>
        <w:br/>
        <w:t>f 8623/9117/8057 8555/9049/7992 8626/9114/8054</w:t>
        <w:br/>
        <w:t>f 8623/9117/8057 8930/9422/8353 8558/9046/7989</w:t>
        <w:br/>
        <w:t>f 8555/9049/7992 8623/9117/8057 8558/9046/7989</w:t>
        <w:br/>
        <w:t>f 8930/9422/8353 8931/9421/8352 8568/9058/8001</w:t>
        <w:br/>
        <w:t>f 8558/9046/7989 8930/9422/8353 8568/9058/8001</w:t>
        <w:br/>
        <w:t>f 8938/9426/8357 8937/9427/8357 8936/9428/8358</w:t>
        <w:br/>
        <w:t>f 8935/9429/8359 8938/9426/8357 8936/9428/8358</w:t>
        <w:br/>
        <w:t>f 8935/9429/8359 8936/9428/8358 8939/9430/8360</w:t>
        <w:br/>
        <w:t>f 8940/9431/8361 8935/9429/8359 8939/9430/8360</w:t>
        <w:br/>
        <w:t>f 8943/9432/8362 8942/9433/8363 8941/9434/8364</w:t>
        <w:br/>
        <w:t>f 8946/9435/8365 8945/9436/8366 8944/9437/8367</w:t>
        <w:br/>
        <w:t>f 8947/9438/8368 8946/9435/8365 8944/9437/8367</w:t>
        <w:br/>
        <w:t>f 8949/9439/8369 8947/9438/8368 8944/9437/8367</w:t>
        <w:br/>
        <w:t>f 8948/9440/8370 8949/9439/8369 8944/9437/8367</w:t>
        <w:br/>
        <w:t>f 8951/9441/8371 8950/9442/8372 8948/9440/8370</w:t>
        <w:br/>
        <w:t>f 8952/9443/8373 8951/9441/8371 8948/9440/8370</w:t>
        <w:br/>
        <w:t>f 8955/9444/8374 8954/9445/8375 8953/9446/8376</w:t>
        <w:br/>
        <w:t>f 8941/9434/8364 8955/9444/8374 8953/9446/8376</w:t>
        <w:br/>
        <w:t>f 8954/9445/8375 8957/9447/8377 8956/9448/8378</w:t>
        <w:br/>
        <w:t>f 8953/9446/8376 8954/9445/8375 8956/9448/8378</w:t>
        <w:br/>
        <w:t>f 8959/9449/8379 8958/9450/8380 8956/9448/8378</w:t>
        <w:br/>
        <w:t>f 8957/9447/8377 8959/9449/8379 8956/9448/8378</w:t>
        <w:br/>
        <w:t>f 8958/9450/8380 8959/9449/8379 8960/9451/8381</w:t>
        <w:br/>
        <w:t>f 8950/9442/8372 8958/9450/8380 8960/9451/8381</w:t>
        <w:br/>
        <w:t>f 8963/9452/8382 8962/9453/8383 8961/9454/8384</w:t>
        <w:br/>
        <w:t>f 8964/9455/8385 8963/9452/8382 8961/9454/8384</w:t>
        <w:br/>
        <w:t>f 8964/9455/8385 8951/9441/8371 8965/9456/8386</w:t>
        <w:br/>
        <w:t>f 8963/9452/8382 8964/9455/8385 8965/9456/8386</w:t>
        <w:br/>
        <w:t>f 8966/9457/8387 8961/9454/8384 8962/9453/8383</w:t>
        <w:br/>
        <w:t>f 8967/9458/8388 8966/9457/8387 8962/9453/8383</w:t>
        <w:br/>
        <w:t>f 8943/9432/8362 8966/9457/8387 8967/9458/8388</w:t>
        <w:br/>
        <w:t>f 8968/9459/8389 8943/9432/8362 8967/9458/8388</w:t>
        <w:br/>
        <w:t>f 8972/9460/8390 8971/9461/8391 8970/9462/8392</w:t>
        <w:br/>
        <w:t>f 8969/9463/8393 8972/9460/8390 8970/9462/8392</w:t>
        <w:br/>
        <w:t>f 8974/9464/8394 8973/9465/8395 8970/9462/8392</w:t>
        <w:br/>
        <w:t>f 8971/9461/8391 8974/9464/8394 8970/9462/8392</w:t>
        <w:br/>
        <w:t>f 8973/9465/8395 8976/9466/8396 8975/9467/8397</w:t>
        <w:br/>
        <w:t>f 8970/9462/8392 8973/9465/8395 8975/9467/8397</w:t>
        <w:br/>
        <w:t>f 8979/9468/8398 8978/9469/8399 8977/9470/8400</w:t>
        <w:br/>
        <w:t>f 8982/9471/8401 8972/9460/8390 8981/9472/8402</w:t>
        <w:br/>
        <w:t>f 8980/9473/8403 8982/9471/8401 8981/9472/8402</w:t>
        <w:br/>
        <w:t>f 8984/9474/8404 8959/9449/8379 8957/9447/8377</w:t>
        <w:br/>
        <w:t>f 8983/9475/8405 8984/9474/8404 8957/9447/8377</w:t>
        <w:br/>
        <w:t>f 8957/9447/8377 8954/9445/8375 8983/9475/8405</w:t>
        <w:br/>
        <w:t>f 8954/9445/8375 8955/9444/8374 8985/9476/8406</w:t>
        <w:br/>
        <w:t>f 8983/9475/8405 8954/9445/8375 8985/9476/8406</w:t>
        <w:br/>
        <w:t>f 8986/9477/8407 8969/9463/8393 8970/9462/8392</w:t>
        <w:br/>
        <w:t>f 8975/9467/8397 8986/9477/8407 8970/9462/8392</w:t>
        <w:br/>
        <w:t>f 8986/9477/8407 8987/9478/8408 8969/9463/8393</w:t>
        <w:br/>
        <w:t>f 8945/9436/8366 8989/9479/8409 8988/9480/8410</w:t>
        <w:br/>
        <w:t>f 8944/9437/8367 8945/9436/8366 8988/9480/8410</w:t>
        <w:br/>
        <w:t>f 8988/9480/8410 8991/9481/8411 8990/9482/8412</w:t>
        <w:br/>
        <w:t>f 8952/9443/8373 8988/9480/8410 8990/9482/8412</w:t>
        <w:br/>
        <w:t>f 8991/9481/8411 8988/9480/8410 8989/9479/8409</w:t>
        <w:br/>
        <w:t>f 8992/9483/8413 8991/9481/8411 8989/9479/8409</w:t>
        <w:br/>
        <w:t>f 8995/9484/8414 8994/9485/8415 8993/9486/8416</w:t>
        <w:br/>
        <w:t>f 8996/9487/8417 8995/9484/8414 8993/9486/8416</w:t>
        <w:br/>
        <w:t>f 8955/9444/8374 8996/9487/8417 8993/9486/8416</w:t>
        <w:br/>
        <w:t>f 8985/9476/8406 8955/9444/8374 8993/9486/8416</w:t>
        <w:br/>
        <w:t>f 8996/9487/8417 8955/9444/8374 8941/9434/8364</w:t>
        <w:br/>
        <w:t>f 8997/9488/8418 8996/9487/8417 8941/9434/8364</w:t>
        <w:br/>
        <w:t>f 8995/9484/8414 8996/9487/8417 8997/9488/8418</w:t>
        <w:br/>
        <w:t>f 8998/9489/8419 8995/9484/8414 8997/9488/8418</w:t>
        <w:br/>
        <w:t>f 9000/9490/8420 8978/9469/8399 8999/9491/8421</w:t>
        <w:br/>
        <w:t>f 9001/9492/8420 9000/9490/8420 8999/9491/8421</w:t>
        <w:br/>
        <w:t>f 8950/9442/8372 8960/9451/8381 8949/9439/8369</w:t>
        <w:br/>
        <w:t>f 8948/9440/8370 8950/9442/8372 8949/9439/8369</w:t>
        <w:br/>
        <w:t>f 9002/9493/8422 9000/9490/8420 9001/9492/8420</w:t>
        <w:br/>
        <w:t>f 9003/9494/8423 9002/9493/8422 9001/9492/8420</w:t>
        <w:br/>
        <w:t>f 9005/9495/8424 9004/9496/8425 8998/9489/8419</w:t>
        <w:br/>
        <w:t>f 8997/9488/8418 9005/9495/8424 8998/9489/8419</w:t>
        <w:br/>
        <w:t>f 8941/9434/8364 8942/9433/8363 8997/9488/8418</w:t>
        <w:br/>
        <w:t>f 9007/9497/8426 9006/9498/8427 8940/9431/8361</w:t>
        <w:br/>
        <w:t>f 8939/9430/8360 9007/9497/8426 8940/9431/8361</w:t>
        <w:br/>
        <w:t>f 9008/9499/8428 9006/9498/8427 9007/9497/8426</w:t>
        <w:br/>
        <w:t>f 9009/9500/8429 9008/9499/8428 9007/9497/8426</w:t>
        <w:br/>
        <w:t>f 9012/9501/8430 9011/9502/8431 9010/9503/8432</w:t>
        <w:br/>
        <w:t>f 9013/9504/8432 9012/9501/8430 9010/9503/8432</w:t>
        <w:br/>
        <w:t>f 9012/9501/8430 8942/9433/8363 8939/9430/8360</w:t>
        <w:br/>
        <w:t>f 8936/9428/8358 9012/9501/8430 8939/9430/8360</w:t>
        <w:br/>
        <w:t>f 9014/9505/8433 9009/9500/8429 9007/9497/8426</w:t>
        <w:br/>
        <w:t>f 9015/9506/8434 9014/9505/8433 9007/9497/8426</w:t>
        <w:br/>
        <w:t>f 8952/9443/8373 8990/9482/8412 8965/9456/8386</w:t>
        <w:br/>
        <w:t>f 8951/9441/8371 8952/9443/8373 8965/9456/8386</w:t>
        <w:br/>
        <w:t>f 8958/9450/8380 8964/9455/8385 8961/9454/8384</w:t>
        <w:br/>
        <w:t>f 8956/9448/8378 8958/9450/8380 8961/9454/8384</w:t>
        <w:br/>
        <w:t>f 8964/9455/8385 8958/9450/8380 8950/9442/8372</w:t>
        <w:br/>
        <w:t>f 8951/9441/8371 8964/9455/8385 8950/9442/8372</w:t>
        <w:br/>
        <w:t>f 8966/9457/8387 8953/9446/8376 8956/9448/8378</w:t>
        <w:br/>
        <w:t>f 8961/9454/8384 8966/9457/8387 8956/9448/8378</w:t>
        <w:br/>
        <w:t>f 8966/9457/8387 8943/9432/8362 8941/9434/8364</w:t>
        <w:br/>
        <w:t>f 8953/9446/8376 8966/9457/8387 8941/9434/8364</w:t>
        <w:br/>
        <w:t>f 8944/9437/8367 8988/9480/8410 8952/9443/8373</w:t>
        <w:br/>
        <w:t>f 8948/9440/8370 8944/9437/8367 8952/9443/8373</w:t>
        <w:br/>
        <w:t>f 9016/9507/8435 8942/9433/8363 8943/9432/8362</w:t>
        <w:br/>
        <w:t>f 9003/9494/8423 9017/9508/8436 9002/9493/8422</w:t>
        <w:br/>
        <w:t>f 8977/9470/8400 8978/9469/8399 9019/9509/8437</w:t>
        <w:br/>
        <w:t>f 9018/9510/8438 8977/9470/8400 9019/9509/8437</w:t>
        <w:br/>
        <w:t>f 8978/9469/8399 8979/9468/8398 8999/9491/8421</w:t>
        <w:br/>
        <w:t>f 8942/9433/8363 9015/9506/8434 9007/9497/8426</w:t>
        <w:br/>
        <w:t>f 8939/9430/8360 8942/9433/8363 9007/9497/8426</w:t>
        <w:br/>
        <w:t>f 9020/9511/8439 9015/9506/8434 8943/9432/8362</w:t>
        <w:br/>
        <w:t>f 8968/9459/8389 9020/9511/8439 8943/9432/8362</w:t>
        <w:br/>
        <w:t>f 8981/9472/8402 8972/9460/8390 8969/9463/8393</w:t>
        <w:br/>
        <w:t>f 9021/9512/8440 8981/9472/8402 8969/9463/8393</w:t>
        <w:br/>
        <w:t>f 9022/9513/8441 8946/9435/8365 8947/9438/8368</w:t>
        <w:br/>
        <w:t>f 9021/9512/8440 9022/9513/8441 8947/9438/8368</w:t>
        <w:br/>
        <w:t>f 8947/9438/8368 8949/9439/8369 8981/9472/8402</w:t>
        <w:br/>
        <w:t>f 9021/9512/8440 8947/9438/8368 8981/9472/8402</w:t>
        <w:br/>
        <w:t>f 8981/9472/8402 8949/9439/8369 8960/9451/8381</w:t>
        <w:br/>
        <w:t>f 8980/9473/8403 8981/9472/8402 8960/9451/8381</w:t>
        <w:br/>
        <w:t>f 8959/9449/8379 8984/9474/8404 8980/9473/8403</w:t>
        <w:br/>
        <w:t>f 8960/9451/8381 8959/9449/8379 8980/9473/8403</w:t>
        <w:br/>
        <w:t>f 8942/9433/8363 9005/9495/8424 8997/9488/8418</w:t>
        <w:br/>
        <w:t>f 8982/9471/8401 8980/9473/8403 8984/9474/8404</w:t>
        <w:br/>
        <w:t>f 8987/9478/8408 9022/9513/8441 9021/9512/8440</w:t>
        <w:br/>
        <w:t>f 8969/9463/8393 8987/9478/8408 9021/9512/8440</w:t>
        <w:br/>
        <w:t>f 8978/9469/8399 9023/9514/8442 9019/9509/8437</w:t>
        <w:br/>
        <w:t>f 9017/9508/8436 8973/9465/8395 8974/9464/8394</w:t>
        <w:br/>
        <w:t>f 8976/9466/8396 8973/9465/8395 9017/9508/8436</w:t>
        <w:br/>
        <w:t>f 9003/9494/8423 8976/9466/8396 9017/9508/8436</w:t>
        <w:br/>
        <w:t>f 9026/9515/8443 9025/9516/8444 9024/9517/8445</w:t>
        <w:br/>
        <w:t>f 9027/9518/8224 9026/9515/8446 9024/9517/8131</w:t>
        <w:br/>
        <w:t>f 9030/9519/8447 9029/9520/8448 9028/9521/8210</w:t>
        <w:br/>
        <w:t>f 9034/9522/8449 9033/9523/8450 9032/9524/8451</w:t>
        <w:br/>
        <w:t>f 9031/9525/8452 9034/9522/8449 9032/9524/8451</w:t>
        <w:br/>
        <w:t>f 9038/9526/8453 9037/9527/8454 9036/9528/8455</w:t>
        <w:br/>
        <w:t>f 9035/9529/8456 9038/9526/8453 9036/9528/8455</w:t>
        <w:br/>
        <w:t>f 9042/9530/8457 9041/9531/8458 9040/9532/8459</w:t>
        <w:br/>
        <w:t>f 9039/9533/8460 9042/9530/8457 9040/9532/8459</w:t>
        <w:br/>
        <w:t>f 9046/9534/8461 9045/9535/8462 9044/9536/8463</w:t>
        <w:br/>
        <w:t>f 9043/9537/8464 9046/9534/8461 9044/9536/8463</w:t>
        <w:br/>
        <w:t>f 9050/9538/8465 9049/9539/8466 9048/9540/8467</w:t>
        <w:br/>
        <w:t>f 9047/9541/8468 9050/9538/8465 9048/9540/8467</w:t>
        <w:br/>
        <w:t>f 9052/9542/8469 9046/9534/8461 9043/9537/8464</w:t>
        <w:br/>
        <w:t>f 9051/9543/8470 9052/9542/8469 9043/9537/8464</w:t>
        <w:br/>
        <w:t>f 9055/9544/8471 9054/9545/8472 9053/9546/8473</w:t>
        <w:br/>
        <w:t>f 9056/9547/8474 9055/9544/8471 9053/9546/8473</w:t>
        <w:br/>
        <w:t>f 9060/9548/8475 9059/9549/8476 9058/9550/8477</w:t>
        <w:br/>
        <w:t>f 9057/9551/8478 9060/9548/8475 9058/9550/8477</w:t>
        <w:br/>
        <w:t>f 9058/9550/8477 9050/9538/8465 9047/9541/8468</w:t>
        <w:br/>
        <w:t>f 9057/9551/8478 9058/9550/8477 9047/9541/8468</w:t>
        <w:br/>
        <w:t>f 9062/9552/8479 9061/9553/8480 9041/9531/8458</w:t>
        <w:br/>
        <w:t>f 9042/9530/8457 9062/9552/8479 9041/9531/8458</w:t>
        <w:br/>
        <w:t>f 9035/9529/8456 9036/9528/8455 9064/9554/8481</w:t>
        <w:br/>
        <w:t>f 9063/9555/8482 9035/9529/8456 9064/9554/8481</w:t>
        <w:br/>
        <w:t>f 9037/9527/8454 9038/9526/8453 9065/9556/8483</w:t>
        <w:br/>
        <w:t>f 9066/9557/8484 9037/9527/8454 9065/9556/8483</w:t>
        <w:br/>
        <w:t>f 9069/9558/8485 9068/9559/8486 9067/9560/8487</w:t>
        <w:br/>
        <w:t>f 9070/9561/8488 9069/9558/8485 9067/9560/8487</w:t>
        <w:br/>
        <w:t>f 9074/9562/8489 9073/9563/8490 9072/9564/8491</w:t>
        <w:br/>
        <w:t>f 9071/9565/8492 9074/9562/8489 9072/9564/8491</w:t>
        <w:br/>
        <w:t>f 9078/9566/8493 9077/9567/8494 9076/9568/8489</w:t>
        <w:br/>
        <w:t>f 9075/9569/8495 9078/9566/8493 9076/9568/8489</w:t>
        <w:br/>
        <w:t>f 9081/9570/8496 9080/9571/8497 9079/9572/8498</w:t>
        <w:br/>
        <w:t>f 9082/9573/8499 9081/9570/8496 9079/9572/8498</w:t>
        <w:br/>
        <w:t>f 9079/9572/8498 9080/9571/8497 9077/9567/8494</w:t>
        <w:br/>
        <w:t>f 9078/9566/8493 9079/9572/8498 9077/9567/8494</w:t>
        <w:br/>
        <w:t>f 9083/9574/8500 9081/9570/8496 9082/9573/8499</w:t>
        <w:br/>
        <w:t>f 9084/9575/8501 9083/9574/8500 9082/9573/8499</w:t>
        <w:br/>
        <w:t>f 9066/9557/8484 9065/9556/8483 9068/9559/8486</w:t>
        <w:br/>
        <w:t>f 9069/9558/8485 9066/9557/8484 9068/9559/8486</w:t>
        <w:br/>
        <w:t>f 9028/9521/8210 9086/9576/8502 9085/9577/8503</w:t>
        <w:br/>
        <w:t>f 9090/9578/8504 9089/9579/8505 9088/9580/8506</w:t>
        <w:br/>
        <w:t>f 9087/9581/8216 9090/9578/8504 9088/9580/8506</w:t>
        <w:br/>
        <w:t>f 9093/9582/8507 9092/9583/8508 9091/9584/8509</w:t>
        <w:br/>
        <w:t>f 9094/9585/8510 9093/9582/8507 9091/9584/8509</w:t>
        <w:br/>
        <w:t>f 9098/9586/8511 9097/9587/8512 9096/9588/8117</w:t>
        <w:br/>
        <w:t>f 9095/9589/8513 9098/9586/8511 9096/9588/8117</w:t>
        <w:br/>
        <w:t>f 9099/9590/8514 9093/9582/8507 9094/9585/8510</w:t>
        <w:br/>
        <w:t>f 9100/9591/8515 9099/9590/8514 9094/9585/8510</w:t>
        <w:br/>
        <w:t>f 9104/9592/8516 9103/9593/8517 9102/9594/8518</w:t>
        <w:br/>
        <w:t>f 9101/9595/8118 9104/9592/8516 9102/9594/8518</w:t>
        <w:br/>
        <w:t>f 9106/9596/8218 9105/9597/8519 9026/9515/8446</w:t>
        <w:br/>
        <w:t>f 9026/9515/8446 9107/9598/8520 9098/9586/8511</w:t>
        <w:br/>
        <w:t>f 9095/9589/8513 9026/9515/8446 9098/9586/8511</w:t>
        <w:br/>
        <w:t>f 9109/9599/8521 9108/9600/8522 9090/9578/8504</w:t>
        <w:br/>
        <w:t>f 9087/9581/8216 9109/9599/8521 9090/9578/8504</w:t>
        <w:br/>
        <w:t>f 9113/9601/8523 9112/9602/8524 9111/9603/8525</w:t>
        <w:br/>
        <w:t>f 9110/9604/8526 9113/9601/8523 9111/9603/8525</w:t>
        <w:br/>
        <w:t>f 9086/9576/8502 9028/9521/8210 9029/9520/8448</w:t>
        <w:br/>
        <w:t>f 9114/9605/8527 9086/9576/8502 9029/9520/8448</w:t>
        <w:br/>
        <w:t>f 9118/9606/8528 9117/9607/8529 9116/9608/8530</w:t>
        <w:br/>
        <w:t>f 9115/9609/8531 9118/9606/8528 9116/9608/8530</w:t>
        <w:br/>
        <w:t>f 9122/9610/8532 9121/9611/8533 9120/9612/8534</w:t>
        <w:br/>
        <w:t>f 9119/9613/8535 9122/9610/8532 9120/9612/8534</w:t>
        <w:br/>
        <w:t>f 9031/9525/8452 9125/9614/8536 9124/9615/8533</w:t>
        <w:br/>
        <w:t>f 9123/9616/8537 9031/9525/8452 9124/9615/8533</w:t>
        <w:br/>
        <w:t>f 9128/9617/8538 9127/9618/8539 9032/9524/8451</w:t>
        <w:br/>
        <w:t>f 9126/9619/8540 9128/9617/8538 9032/9524/8451</w:t>
        <w:br/>
        <w:t>f 9032/9524/8451 9127/9618/8539 9125/9614/8536</w:t>
        <w:br/>
        <w:t>f 9031/9525/8452 9032/9524/8451 9125/9614/8536</w:t>
        <w:br/>
        <w:t>f 9129/9620/8541 9128/9617/8538 9126/9619/8540</w:t>
        <w:br/>
        <w:t>f 9130/9621/8542 9129/9620/8541 9126/9619/8540</w:t>
        <w:br/>
        <w:t>f 9117/9607/8529 9114/9605/8527 9029/9520/8448</w:t>
        <w:br/>
        <w:t>f 9116/9608/8530 9117/9607/8529 9029/9520/8448</w:t>
        <w:br/>
        <w:t>f 9132/9622/8543 9131/9623/8544 9036/9528/8455</w:t>
        <w:br/>
        <w:t>f 9037/9527/8454 9132/9622/8543 9036/9528/8455</w:t>
        <w:br/>
        <w:t>f 9041/9531/8458 9134/9624/8545 9133/9625/8546</w:t>
        <w:br/>
        <w:t>f 9040/9532/8459 9041/9531/8458 9133/9625/8546</w:t>
        <w:br/>
        <w:t>f 9135/9626/8547 9045/9535/8462 9046/9534/8461</w:t>
        <w:br/>
        <w:t>f 9136/9627/8548 9135/9626/8547 9046/9534/8461</w:t>
        <w:br/>
        <w:t>f 9138/9628/8549 9137/9629/8550 9049/9539/8466</w:t>
        <w:br/>
        <w:t>f 9050/9538/8465 9138/9628/8549 9049/9539/8466</w:t>
        <w:br/>
        <w:t>f 9052/9542/8469 9139/9630/8551 9136/9627/8548</w:t>
        <w:br/>
        <w:t>f 9046/9534/8461 9052/9542/8469 9136/9627/8548</w:t>
        <w:br/>
        <w:t>f 9056/9547/8474 9141/9631/8552 9140/9632/8553</w:t>
        <w:br/>
        <w:t>f 9055/9544/8471 9056/9547/8474 9140/9632/8553</w:t>
        <w:br/>
        <w:t>f 9059/9549/8476 9143/9633/8554 9142/9634/8555</w:t>
        <w:br/>
        <w:t>f 9058/9550/8477 9059/9549/8476 9142/9634/8555</w:t>
        <w:br/>
        <w:t>f 9142/9634/8555 9138/9628/8549 9050/9538/8465</w:t>
        <w:br/>
        <w:t>f 9058/9550/8477 9142/9634/8555 9050/9538/8465</w:t>
        <w:br/>
        <w:t>f 9144/9635/8556 9134/9624/8545 9041/9531/8458</w:t>
        <w:br/>
        <w:t>f 9061/9553/8480 9144/9635/8556 9041/9531/8458</w:t>
        <w:br/>
        <w:t>f 9131/9623/8544 9145/9636/8557 9064/9554/8481</w:t>
        <w:br/>
        <w:t>f 9036/9528/8455 9131/9623/8544 9064/9554/8481</w:t>
        <w:br/>
        <w:t>f 9146/9637/8558 9132/9622/8543 9037/9527/8454</w:t>
        <w:br/>
        <w:t>f 9066/9557/8484 9146/9637/8558 9037/9527/8454</w:t>
        <w:br/>
        <w:t>f 9148/9638/8559 9147/9639/8560 9069/9558/8485</w:t>
        <w:br/>
        <w:t>f 9070/9561/8488 9148/9638/8559 9069/9558/8485</w:t>
        <w:br/>
        <w:t>f 9149/9640/8561 9073/9563/8490 9074/9562/8489</w:t>
        <w:br/>
        <w:t>f 9150/9641/8562 9149/9640/8561 9074/9562/8489</w:t>
        <w:br/>
        <w:t>f 9077/9567/8494 9152/9642/8563 9151/9643/8564</w:t>
        <w:br/>
        <w:t>f 9076/9568/8489 9077/9567/8494 9151/9643/8564</w:t>
        <w:br/>
        <w:t>f 9153/9644/8565 9080/9571/8497 9081/9570/8496</w:t>
        <w:br/>
        <w:t>f 9154/9645/8566 9153/9644/8565 9081/9570/8496</w:t>
        <w:br/>
        <w:t>f 9080/9571/8497 9153/9644/8565 9152/9642/8563</w:t>
        <w:br/>
        <w:t>f 9077/9567/8494 9080/9571/8497 9152/9642/8563</w:t>
        <w:br/>
        <w:t>f 9083/9574/8500 9155/9646/8567 9154/9645/8566</w:t>
        <w:br/>
        <w:t>f 9081/9570/8496 9083/9574/8500 9154/9645/8566</w:t>
        <w:br/>
        <w:t>f 9146/9637/8558 9066/9557/8484 9069/9558/8485</w:t>
        <w:br/>
        <w:t>f 9147/9639/8560 9146/9637/8558 9069/9558/8485</w:t>
        <w:br/>
        <w:t>f 9157/9647/8568 9156/9648/8569 9131/9623/8544</w:t>
        <w:br/>
        <w:t>f 9132/9622/8543 9157/9647/8568 9131/9623/8544</w:t>
        <w:br/>
        <w:t>f 9158/9649/8570 9133/9625/8546 9134/9624/8545</w:t>
        <w:br/>
        <w:t>f 9159/9650/8571 9158/9649/8570 9134/9624/8545</w:t>
        <w:br/>
        <w:t>f 9136/9627/8548 9161/9651/8572 9160/9652/8573</w:t>
        <w:br/>
        <w:t>f 9135/9626/8547 9136/9627/8548 9160/9652/8573</w:t>
        <w:br/>
        <w:t>f 9163/9653/8574 9162/9654/8575 9137/9629/8550</w:t>
        <w:br/>
        <w:t>f 9138/9628/8549 9163/9653/8574 9137/9629/8550</w:t>
        <w:br/>
        <w:t>f 9164/9655/8576 9161/9651/8572 9136/9627/8548</w:t>
        <w:br/>
        <w:t>f 9139/9630/8551 9164/9655/8576 9136/9627/8548</w:t>
        <w:br/>
        <w:t>f 9143/9633/8554 9166/9656/8577 9165/9657/8578</w:t>
        <w:br/>
        <w:t>f 9142/9634/8555 9143/9633/8554 9165/9657/8578</w:t>
        <w:br/>
        <w:t>f 9165/9657/8578 9163/9653/8574 9138/9628/8549</w:t>
        <w:br/>
        <w:t>f 9142/9634/8555 9165/9657/8578 9138/9628/8549</w:t>
        <w:br/>
        <w:t>f 9167/9658/8579 9159/9650/8571 9134/9624/8545</w:t>
        <w:br/>
        <w:t>f 9144/9635/8556 9167/9658/8579 9134/9624/8545</w:t>
        <w:br/>
        <w:t>f 9168/9659/8580 9145/9636/8557 9131/9623/8544</w:t>
        <w:br/>
        <w:t>f 9156/9648/8569 9168/9659/8580 9131/9623/8544</w:t>
        <w:br/>
        <w:t>f 9169/9660/8581 9157/9647/8568 9132/9622/8543</w:t>
        <w:br/>
        <w:t>f 9146/9637/8558 9169/9660/8581 9132/9622/8543</w:t>
        <w:br/>
        <w:t>f 9171/9661/8582 9170/9662/8583 9147/9639/8560</w:t>
        <w:br/>
        <w:t>f 9148/9638/8559 9171/9661/8582 9147/9639/8560</w:t>
        <w:br/>
        <w:t>f 9172/9663/8584 9149/9640/8561 9150/9641/8562</w:t>
        <w:br/>
        <w:t>f 9173/9664/8585 9172/9663/8584 9150/9641/8562</w:t>
        <w:br/>
        <w:t>f 9175/9665/8586 9174/9666/8585 9151/9643/8564</w:t>
        <w:br/>
        <w:t>f 9152/9642/8563 9175/9665/8586 9151/9643/8564</w:t>
        <w:br/>
        <w:t>f 9154/9645/8566 9177/9667/8587 9176/9668/8588</w:t>
        <w:br/>
        <w:t>f 9153/9644/8565 9154/9645/8566 9176/9668/8588</w:t>
        <w:br/>
        <w:t>f 9176/9668/8588 9175/9665/8586 9152/9642/8563</w:t>
        <w:br/>
        <w:t>f 9153/9644/8565 9176/9668/8588 9152/9642/8563</w:t>
        <w:br/>
        <w:t>f 9178/9669/8589 9177/9667/8587 9154/9645/8566</w:t>
        <w:br/>
        <w:t>f 9155/9646/8567 9178/9669/8589 9154/9645/8566</w:t>
        <w:br/>
        <w:t>f 9169/9660/8581 9146/9637/8558 9147/9639/8560</w:t>
        <w:br/>
        <w:t>f 9170/9662/8583 9169/9660/8581 9147/9639/8560</w:t>
        <w:br/>
        <w:t>f 9181/9670/8590 9180/9671/8591 9179/9672/8592</w:t>
        <w:br/>
        <w:t>f 9182/9673/8593 9181/9670/8590 9179/9672/8592</w:t>
        <w:br/>
        <w:t>f 9185/9674/8594 9184/9675/8595 9183/9676/8596</w:t>
        <w:br/>
        <w:t>f 9188/9677/8597 9187/9678/8598 9186/9679/8599</w:t>
        <w:br/>
        <w:t>f 9191/9680/8600 9190/9681/8601 9189/9682/8602</w:t>
        <w:br/>
        <w:t>f 9193/9683/8603 9192/9684/8604 9187/9678/8598</w:t>
        <w:br/>
        <w:t>f 9188/9677/8597 9193/9683/8603 9187/9678/8598</w:t>
        <w:br/>
        <w:t>f 9195/9685/8605 9184/9675/8595 9185/9674/8594</w:t>
        <w:br/>
        <w:t>f 9194/9686/8606 9195/9685/8605 9185/9674/8594</w:t>
        <w:br/>
        <w:t>f 9180/9671/8591 9195/9685/8605 9196/9687/8607</w:t>
        <w:br/>
        <w:t>f 9179/9672/8592 9180/9671/8591 9196/9687/8607</w:t>
        <w:br/>
        <w:t>f 9197/9688/8608 9181/9670/8590 9182/9673/8593</w:t>
        <w:br/>
        <w:t>f 9201/9689/8609 9200/9690/8610 9199/9691/8611</w:t>
        <w:br/>
        <w:t>f 9198/9692/8612 9201/9689/8609 9199/9691/8611</w:t>
        <w:br/>
        <w:t>f 9203/9693/8613 9200/9690/8610 9202/9694/8614</w:t>
        <w:br/>
        <w:t>f 9206/9695/8615 9205/9696/8616 9204/9697/8617</w:t>
        <w:br/>
        <w:t>f 9207/9698/8618 9206/9695/8615 9204/9697/8617</w:t>
        <w:br/>
        <w:t>f 9207/9698/8618 9209/9699/8619 9208/9700/8620</w:t>
        <w:br/>
        <w:t>f 9210/9701/8621 9207/9698/8618 9208/9700/8620</w:t>
        <w:br/>
        <w:t>f 9209/9699/8619 9207/9698/8618 9204/9697/8617</w:t>
        <w:br/>
        <w:t>f 9210/9701/8621 9208/9700/8620 9186/9679/8599</w:t>
        <w:br/>
        <w:t>f 9187/9678/8598 9210/9701/8621 9186/9679/8599</w:t>
        <w:br/>
        <w:t>f 9199/9691/8611 9181/9670/8590 9197/9688/8608</w:t>
        <w:br/>
        <w:t>f 9198/9692/8612 9199/9691/8611 9197/9688/8608</w:t>
        <w:br/>
        <w:t>f 9056/9547/8474 9053/9546/8473 9048/9540/8467</w:t>
        <w:br/>
        <w:t>f 9049/9539/8466 9056/9547/8474 9048/9540/8467</w:t>
        <w:br/>
        <w:t>f 9048/9540/8467 9053/9546/8473 9104/9592/8516</w:t>
        <w:br/>
        <w:t>f 9097/9587/8512 9048/9540/8467 9104/9592/8516</w:t>
        <w:br/>
        <w:t>f 9141/9631/8552 9056/9547/8474 9049/9539/8466</w:t>
        <w:br/>
        <w:t>f 9137/9629/8550 9141/9631/8552 9049/9539/8466</w:t>
        <w:br/>
        <w:t>f 9141/9631/8552 9137/9629/8550 9162/9654/8575</w:t>
        <w:br/>
        <w:t>f 9211/9702/8622 9141/9631/8552 9162/9654/8575</w:t>
        <w:br/>
        <w:t>f 9190/9681/8601 9212/9703/8623 9189/9682/8602</w:t>
        <w:br/>
        <w:t>f 9214/9704/8624 9102/9594/8518 9213/9705/8166</w:t>
        <w:br/>
        <w:t>f 9054/9545/8472 9055/9544/8471 9052/9542/8469</w:t>
        <w:br/>
        <w:t>f 9051/9543/8470 9054/9545/8472 9052/9542/8469</w:t>
        <w:br/>
        <w:t>f 9100/9591/8515 9102/9594/8518 9103/9593/8517</w:t>
        <w:br/>
        <w:t>f 9099/9590/8514 9100/9591/8515 9103/9593/8517</w:t>
        <w:br/>
        <w:t>f 9055/9544/8471 9140/9632/8553 9139/9630/8551</w:t>
        <w:br/>
        <w:t>f 9052/9542/8469 9055/9544/8471 9139/9630/8551</w:t>
        <w:br/>
        <w:t>f 9215/9706/8625 9212/9703/8623 9192/9684/8604</w:t>
        <w:br/>
        <w:t>f 9193/9683/8603 9215/9706/8625 9192/9684/8604</w:t>
        <w:br/>
        <w:t>f 9216/9707/8626 9164/9655/8576 9139/9630/8551</w:t>
        <w:br/>
        <w:t>f 9140/9632/8553 9216/9707/8626 9139/9630/8551</w:t>
        <w:br/>
        <w:t>f 9141/9631/8552 9211/9702/8622 9216/9707/8626</w:t>
        <w:br/>
        <w:t>f 9140/9632/8553 9141/9631/8552 9216/9707/8626</w:t>
        <w:br/>
        <w:t>f 9062/9552/8479 9063/9555/8482 9064/9554/8481</w:t>
        <w:br/>
        <w:t>f 9061/9553/8480 9062/9552/8479 9064/9554/8481</w:t>
        <w:br/>
        <w:t>f 9110/9604/8526 9111/9603/8525 9108/9600/8522</w:t>
        <w:br/>
        <w:t>f 9109/9599/8521 9110/9604/8526 9108/9600/8522</w:t>
        <w:br/>
        <w:t>f 9061/9553/8480 9064/9554/8481 9145/9636/8557</w:t>
        <w:br/>
        <w:t>f 9144/9635/8556 9061/9553/8480 9145/9636/8557</w:t>
        <w:br/>
        <w:t>f 9194/9686/8606 9196/9687/8607 9195/9685/8605</w:t>
        <w:br/>
        <w:t>f 9145/9636/8557 9168/9659/8580 9167/9658/8579</w:t>
        <w:br/>
        <w:t>f 9144/9635/8556 9145/9636/8557 9167/9658/8579</w:t>
        <w:br/>
        <w:t>f 9059/9549/8476 9060/9548/8475 9039/9533/8460</w:t>
        <w:br/>
        <w:t>f 9040/9532/8459 9059/9549/8476 9039/9533/8460</w:t>
        <w:br/>
        <w:t>f 9060/9548/8475 9105/9597/8519 9089/9579/8505</w:t>
        <w:br/>
        <w:t>f 9039/9533/8460 9060/9548/8475 9089/9579/8505</w:t>
        <w:br/>
        <w:t>f 9143/9633/8554 9059/9549/8476 9040/9532/8459</w:t>
        <w:br/>
        <w:t>f 9133/9625/8546 9143/9633/8554 9040/9532/8459</w:t>
        <w:br/>
        <w:t>f 9190/9681/8601 9191/9680/8600 9183/9676/8596</w:t>
        <w:br/>
        <w:t>f 9166/9656/8577 9143/9633/8554 9133/9625/8546</w:t>
        <w:br/>
        <w:t>f 9158/9649/8570 9166/9656/8577 9133/9625/8546</w:t>
        <w:br/>
        <w:t>f 9091/9584/8509 9130/9621/8542 9217/9708/8627</w:t>
        <w:br/>
        <w:t>f 9045/9535/8462 9083/9574/8500 9084/9575/8501</w:t>
        <w:br/>
        <w:t>f 9044/9536/8463 9045/9535/8462 9084/9575/8501</w:t>
        <w:br/>
        <w:t>f 9129/9620/8541 9092/9583/8508 9044/9536/8463</w:t>
        <w:br/>
        <w:t>f 9084/9575/8501 9129/9620/8541 9044/9536/8463</w:t>
        <w:br/>
        <w:t>f 9155/9646/8567 9083/9574/8500 9045/9535/8462</w:t>
        <w:br/>
        <w:t>f 9135/9626/8547 9155/9646/8567 9045/9535/8462</w:t>
        <w:br/>
        <w:t>f 9135/9626/8547 9160/9652/8573 9178/9669/8589</w:t>
        <w:br/>
        <w:t>f 9155/9646/8567 9135/9626/8547 9178/9669/8589</w:t>
        <w:br/>
        <w:t>f 9218/9709/8628 9119/9613/8535 9115/9609/8531</w:t>
        <w:br/>
        <w:t>f 9072/9564/8491 9073/9563/8490 9070/9561/8488</w:t>
        <w:br/>
        <w:t>f 9067/9560/8487 9072/9564/8491 9070/9561/8488</w:t>
        <w:br/>
        <w:t>f 9115/9609/8531 9119/9613/8535 9120/9612/8534</w:t>
        <w:br/>
        <w:t>f 9118/9606/8528 9115/9609/8531 9120/9612/8534</w:t>
        <w:br/>
        <w:t>f 9070/9561/8488 9073/9563/8490 9149/9640/8561</w:t>
        <w:br/>
        <w:t>f 9148/9638/8559 9070/9561/8488 9149/9640/8561</w:t>
        <w:br/>
        <w:t>f 9201/9689/8609 9202/9694/8614 9200/9690/8610</w:t>
        <w:br/>
        <w:t>f 9148/9638/8559 9149/9640/8561 9172/9663/8584</w:t>
        <w:br/>
        <w:t>f 9171/9661/8582 9148/9638/8559 9172/9663/8584</w:t>
        <w:br/>
        <w:t>f 9086/9576/8502 9038/9526/8453 9035/9529/8456</w:t>
        <w:br/>
        <w:t>f 9112/9602/8524 9086/9576/8502 9035/9529/8456</w:t>
        <w:br/>
        <w:t>f 9042/9530/8457 9039/9533/8460 9089/9579/8505</w:t>
        <w:br/>
        <w:t>f 9090/9578/8504 9042/9530/8457 9089/9579/8505</w:t>
        <w:br/>
        <w:t>f 9043/9537/8464 9044/9536/8463 9092/9583/8508</w:t>
        <w:br/>
        <w:t>f 9093/9582/8507 9043/9537/8464 9092/9583/8508</w:t>
        <w:br/>
        <w:t>f 9047/9541/8468 9048/9540/8467 9097/9587/8512</w:t>
        <w:br/>
        <w:t>f 9098/9586/8511 9047/9541/8468 9097/9587/8512</w:t>
        <w:br/>
        <w:t>f 9099/9590/8514 9051/9543/8470 9043/9537/8464</w:t>
        <w:br/>
        <w:t>f 9093/9582/8507 9099/9590/8514 9043/9537/8464</w:t>
        <w:br/>
        <w:t>f 9053/9546/8473 9054/9545/8472 9103/9593/8517</w:t>
        <w:br/>
        <w:t>f 9104/9592/8516 9053/9546/8473 9103/9593/8517</w:t>
        <w:br/>
        <w:t>f 9105/9597/8519 9060/9548/8475 9057/9551/8478</w:t>
        <w:br/>
        <w:t>f 9107/9598/8520 9105/9597/8519 9057/9551/8478</w:t>
        <w:br/>
        <w:t>f 9057/9551/8478 9047/9541/8468 9098/9586/8511</w:t>
        <w:br/>
        <w:t>f 9107/9598/8520 9057/9551/8478 9098/9586/8511</w:t>
        <w:br/>
        <w:t>f 9108/9600/8522 9062/9552/8479 9042/9530/8457</w:t>
        <w:br/>
        <w:t>f 9090/9578/8504 9108/9600/8522 9042/9530/8457</w:t>
        <w:br/>
        <w:t>f 9035/9529/8456 9063/9555/8482 9111/9603/8525</w:t>
        <w:br/>
        <w:t>f 9112/9602/8524 9035/9529/8456 9111/9603/8525</w:t>
        <w:br/>
        <w:t>f 9038/9526/8453 9086/9576/8502 9114/9605/8527</w:t>
        <w:br/>
        <w:t>f 9065/9556/8483 9038/9526/8453 9114/9605/8527</w:t>
        <w:br/>
        <w:t>f 9068/9559/8486 9117/9607/8529 9118/9606/8528</w:t>
        <w:br/>
        <w:t>f 9067/9560/8487 9068/9559/8486 9118/9606/8528</w:t>
        <w:br/>
        <w:t>f 9072/9564/8491 9120/9612/8534 9121/9611/8533</w:t>
        <w:br/>
        <w:t>f 9071/9565/8492 9072/9564/8491 9121/9611/8533</w:t>
        <w:br/>
        <w:t>f 9125/9614/8536 9078/9566/8493 9075/9569/8495</w:t>
        <w:br/>
        <w:t>f 9124/9615/8533 9125/9614/8536 9075/9569/8495</w:t>
        <w:br/>
        <w:t>f 9082/9573/8499 9079/9572/8498 9127/9618/8539</w:t>
        <w:br/>
        <w:t>f 9128/9617/8538 9082/9573/8499 9127/9618/8539</w:t>
        <w:br/>
        <w:t>f 9127/9618/8539 9079/9572/8498 9078/9566/8493</w:t>
        <w:br/>
        <w:t>f 9125/9614/8536 9127/9618/8539 9078/9566/8493</w:t>
        <w:br/>
        <w:t>f 9129/9620/8541 9084/9575/8501 9082/9573/8499</w:t>
        <w:br/>
        <w:t>f 9128/9617/8538 9129/9620/8541 9082/9573/8499</w:t>
        <w:br/>
        <w:t>f 9065/9556/8483 9114/9605/8527 9117/9607/8529</w:t>
        <w:br/>
        <w:t>f 9068/9559/8486 9065/9556/8483 9117/9607/8529</w:t>
        <w:br/>
        <w:t>f 9101/9595/8118 9096/9588/8117 9097/9587/8512</w:t>
        <w:br/>
        <w:t>f 9104/9592/8516 9101/9595/8118 9097/9587/8512</w:t>
        <w:br/>
        <w:t>f 9054/9545/8472 9051/9543/8470 9099/9590/8514</w:t>
        <w:br/>
        <w:t>f 9103/9593/8517 9054/9545/8472 9099/9590/8514</w:t>
        <w:br/>
        <w:t>f 9111/9603/8525 9063/9555/8482 9062/9552/8479</w:t>
        <w:br/>
        <w:t>f 9108/9600/8522 9111/9603/8525 9062/9552/8479</w:t>
        <w:br/>
        <w:t>f 9105/9597/8519 9106/9596/8218 9088/9580/8506</w:t>
        <w:br/>
        <w:t>f 9089/9579/8505 9105/9597/8519 9088/9580/8506</w:t>
        <w:br/>
        <w:t>f 9130/9621/8542 9091/9584/8509 9092/9583/8508</w:t>
        <w:br/>
        <w:t>f 9129/9620/8541 9130/9621/8542 9092/9583/8508</w:t>
        <w:br/>
        <w:t>f 9072/9564/8491 9067/9560/8487 9118/9606/8528</w:t>
        <w:br/>
        <w:t>f 9120/9612/8534 9072/9564/8491 9118/9606/8528</w:t>
        <w:br/>
        <w:t>f 9086/9576/8502 9112/9602/8524 9085/9577/8503</w:t>
        <w:br/>
        <w:t>f 9112/9602/8524 9113/9601/8523 9085/9577/8503</w:t>
        <w:br/>
        <w:t>f 9220/9710/8223 9219/9711/8629 9109/9599/8521</w:t>
        <w:br/>
        <w:t>f 9221/9712/8630 9110/9604/8526 9109/9599/8521</w:t>
        <w:br/>
        <w:t>f 9113/9601/8523 9110/9604/8526 9222/9713/8220</w:t>
        <w:br/>
        <w:t>f 9221/9712/8630 9109/9599/8521 9219/9711/8629</w:t>
        <w:br/>
        <w:t>f 9221/9712/8630 9219/9711/8629 9223/9714/8631</w:t>
        <w:br/>
        <w:t>f 9110/9604/8526 9221/9712/8630 9222/9713/8220</w:t>
        <w:br/>
        <w:t>f 9027/9518/8224 9106/9596/8218 9026/9515/8446</w:t>
        <w:br/>
        <w:t>f 9026/9515/8446 9224/9715/8130 9024/9517/8131</w:t>
        <w:br/>
        <w:t>f 9095/9589/8513 9224/9715/8130 9026/9515/8446</w:t>
        <w:br/>
        <w:t>f 9225/9716/8632 9100/9591/8515 9094/9585/8510</w:t>
        <w:br/>
        <w:t>f 9213/9705/8166 9226/9717/8633 9214/9704/8624</w:t>
        <w:br/>
        <w:t>f 9214/9704/8624 9227/9718/8634 9102/9594/8518</w:t>
        <w:br/>
        <w:t>f 9227/9718/8634 9101/9595/8118 9102/9594/8518</w:t>
        <w:br/>
        <w:t>f 9126/9619/8540 9032/9524/8451 9033/9523/8450</w:t>
        <w:br/>
        <w:t>f 9228/9719/8635 9130/9621/8542 9126/9619/8540</w:t>
        <w:br/>
        <w:t>f 9033/9523/8450 9228/9719/8635 9126/9619/8540</w:t>
        <w:br/>
        <w:t>f 9230/9720/8334 9229/9721/8110 9217/9708/8627</w:t>
        <w:br/>
        <w:t>f 9130/9621/8542 9230/9720/8334 9217/9708/8627</w:t>
        <w:br/>
        <w:t>f 9034/9522/8449 9123/9616/8537 9231/9722/8636</w:t>
        <w:br/>
        <w:t>f 9122/9610/8532 9119/9613/8535 9232/9723/8637</w:t>
        <w:br/>
        <w:t>f 9119/9613/8535 9218/9709/8628 9232/9723/8637</w:t>
        <w:br/>
        <w:t>f 9218/9709/8628 9115/9609/8531 9116/9608/8530</w:t>
        <w:br/>
        <w:t>f 9233/9724/8638 9218/9709/8628 9116/9608/8530</w:t>
        <w:br/>
        <w:t>f 9029/9520/8448 9234/9725/8639 9233/9724/8638</w:t>
        <w:br/>
        <w:t>f 9116/9608/8530 9029/9520/8448 9233/9724/8638</w:t>
        <w:br/>
        <w:t>f 9029/9520/8448 9030/9519/8447 9234/9725/8639</w:t>
        <w:br/>
        <w:t>f 9102/9594/8518 9100/9591/8515 9235/9726/8122</w:t>
        <w:br/>
        <w:t>f 9213/9705/8166 9102/9594/8518 9235/9726/8122</w:t>
        <w:br/>
        <w:t>f 9087/9581/8216 9220/9710/8223 9109/9599/8521</w:t>
        <w:br/>
        <w:t>f 9105/9597/8519 9107/9598/8520 9026/9515/8446</w:t>
        <w:br/>
        <w:t>f 9034/9522/8449 9031/9525/8452 9123/9616/8537</w:t>
        <w:br/>
        <w:t>f 9160/9652/8573 9186/9679/8599 9178/9669/8589</w:t>
        <w:br/>
        <w:t>f 9164/9655/8576 9216/9707/8626 9193/9683/8603</w:t>
        <w:br/>
        <w:t>f 9156/9648/8569 9157/9647/8568 9182/9673/8593</w:t>
        <w:br/>
        <w:t>f 9179/9672/8592 9156/9648/8569 9182/9673/8593</w:t>
        <w:br/>
        <w:t>f 9183/9676/8596 9158/9649/8570 9159/9650/8571</w:t>
        <w:br/>
        <w:t>f 9185/9674/8594 9183/9676/8596 9159/9650/8571</w:t>
        <w:br/>
        <w:t>f 9186/9679/8599 9160/9652/8573 9161/9651/8572</w:t>
        <w:br/>
        <w:t>f 9188/9677/8597 9186/9679/8599 9161/9651/8572</w:t>
        <w:br/>
        <w:t>f 9189/9682/8602 9162/9654/8575 9163/9653/8574</w:t>
        <w:br/>
        <w:t>f 9191/9680/8600 9189/9682/8602 9163/9653/8574</w:t>
        <w:br/>
        <w:t>f 9161/9651/8572 9164/9655/8576 9193/9683/8603</w:t>
        <w:br/>
        <w:t>f 9188/9677/8597 9161/9651/8572 9193/9683/8603</w:t>
        <w:br/>
        <w:t>f 9236/9727/8640 9165/9657/8578 9166/9656/8577</w:t>
        <w:br/>
        <w:t>f 9191/9680/8600 9163/9653/8574 9165/9657/8578</w:t>
        <w:br/>
        <w:t>f 9159/9650/8571 9167/9658/8579 9194/9686/8606</w:t>
        <w:br/>
        <w:t>f 9185/9674/8594 9159/9650/8571 9194/9686/8606</w:t>
        <w:br/>
        <w:t>f 9196/9687/8607 9168/9659/8580 9156/9648/8569</w:t>
        <w:br/>
        <w:t>f 9179/9672/8592 9196/9687/8607 9156/9648/8569</w:t>
        <w:br/>
        <w:t>f 9157/9647/8568 9169/9660/8581 9197/9688/8608</w:t>
        <w:br/>
        <w:t>f 9182/9673/8593 9157/9647/8568 9197/9688/8608</w:t>
        <w:br/>
        <w:t>f 9170/9662/8583 9171/9661/8582 9201/9689/8609</w:t>
        <w:br/>
        <w:t>f 9198/9692/8612 9170/9662/8583 9201/9689/8609</w:t>
        <w:br/>
        <w:t>f 9202/9694/8614 9172/9663/8584 9173/9664/8585</w:t>
        <w:br/>
        <w:t>f 9203/9693/8613 9202/9694/8614 9173/9664/8585</w:t>
        <w:br/>
        <w:t>f 9174/9666/8585 9175/9665/8586 9204/9697/8617</w:t>
        <w:br/>
        <w:t>f 9205/9696/8616 9174/9666/8585 9204/9697/8617</w:t>
        <w:br/>
        <w:t>f 9209/9699/8619 9176/9668/8588 9177/9667/8587</w:t>
        <w:br/>
        <w:t>f 9208/9700/8620 9209/9699/8619 9177/9667/8587</w:t>
        <w:br/>
        <w:t>f 9175/9665/8586 9176/9668/8588 9209/9699/8619</w:t>
        <w:br/>
        <w:t>f 9204/9697/8617 9175/9665/8586 9209/9699/8619</w:t>
        <w:br/>
        <w:t>f 9208/9700/8620 9177/9667/8587 9178/9669/8589</w:t>
        <w:br/>
        <w:t>f 9186/9679/8599 9208/9700/8620 9178/9669/8589</w:t>
        <w:br/>
        <w:t>f 9169/9660/8581 9170/9662/8583 9198/9692/8612</w:t>
        <w:br/>
        <w:t>f 9197/9688/8608 9169/9660/8581 9198/9692/8612</w:t>
        <w:br/>
        <w:t>f 9215/9706/8625 9211/9702/8622 9162/9654/8575</w:t>
        <w:br/>
        <w:t>f 9189/9682/8602 9215/9706/8625 9162/9654/8575</w:t>
        <w:br/>
        <w:t>f 9211/9702/8622 9215/9706/8625 9193/9683/8603</w:t>
        <w:br/>
        <w:t>f 9216/9707/8626 9211/9702/8622 9193/9683/8603</w:t>
        <w:br/>
        <w:t>f 9168/9659/8580 9196/9687/8607 9194/9686/8606</w:t>
        <w:br/>
        <w:t>f 9167/9658/8579 9168/9659/8580 9194/9686/8606</w:t>
        <w:br/>
        <w:t>f 9166/9656/8577 9158/9649/8570 9183/9676/8596</w:t>
        <w:br/>
        <w:t>f 9191/9680/8600 9166/9656/8577 9183/9676/8596</w:t>
        <w:br/>
        <w:t>f 9201/9689/8609 9171/9661/8582 9172/9663/8584</w:t>
        <w:br/>
        <w:t>f 9202/9694/8614 9201/9689/8609 9172/9663/8584</w:t>
        <w:br/>
        <w:t>f 9184/9675/8595 9190/9681/8601 9183/9676/8596</w:t>
        <w:br/>
        <w:t>f 9212/9703/8623 9215/9706/8625 9189/9682/8602</w:t>
        <w:br/>
        <w:t>f 9240/9728/8641 9239/9729/8642 9238/9730/8643</w:t>
        <w:br/>
        <w:t>f 9237/9731/8644 9240/9728/8641 9238/9730/8643</w:t>
        <w:br/>
        <w:t>f 9244/9732/8645 9243/9733/8646 9242/9734/8647</w:t>
        <w:br/>
        <w:t>f 9241/9735/8648 9244/9732/8645 9242/9734/8647</w:t>
        <w:br/>
        <w:t>f 9241/9735/8648 9242/9734/8647 9246/9736/8649</w:t>
        <w:br/>
        <w:t>f 9245/9737/8650 9241/9735/8648 9246/9736/8649</w:t>
        <w:br/>
        <w:t>f 9242/9734/8647 9243/9733/8646 9248/9738/8651</w:t>
        <w:br/>
        <w:t>f 9247/9739/8652 9242/9734/8647 9248/9738/8651</w:t>
        <w:br/>
        <w:t>f 9252/9740/8653 9251/9741/8654 9250/9742/8655</w:t>
        <w:br/>
        <w:t>f 9249/9743/8656 9252/9740/8653 9250/9742/8655</w:t>
        <w:br/>
        <w:t>f 9246/9736/8649 9254/9744/8657 9253/9745/8658</w:t>
        <w:br/>
        <w:t>f 9252/9740/8653 9246/9736/8649 9253/9745/8658</w:t>
        <w:br/>
        <w:t>f 9246/9736/8649 9252/9740/8653 9249/9743/8656</w:t>
        <w:br/>
        <w:t>f 9245/9737/8650 9246/9736/8649 9249/9743/8656</w:t>
        <w:br/>
        <w:t>f 9246/9736/8649 9242/9734/8647 9247/9739/8652</w:t>
        <w:br/>
        <w:t>f 9254/9744/8657 9246/9736/8649 9247/9739/8652</w:t>
        <w:br/>
        <w:t>f 9255/9746/8659 9251/9741/8654 9252/9740/8653</w:t>
        <w:br/>
        <w:t>f 9253/9745/8658 9255/9746/8659 9252/9740/8653</w:t>
        <w:br/>
        <w:t>f 9240/9728/8641 9237/9731/8644 9257/9747/8660</w:t>
        <w:br/>
        <w:t>f 9256/9748/8661 9240/9728/8641 9257/9747/8660</w:t>
        <w:br/>
        <w:t>f 9261/9749/8662 9260/9750/8663 9259/9751/8664</w:t>
        <w:br/>
        <w:t>f 9258/9752/8665 9261/9749/8662 9259/9751/8664</w:t>
        <w:br/>
        <w:t>f 9265/9753/8666 9264/9754/8667 9263/9755/8668</w:t>
        <w:br/>
        <w:t>f 9262/9756/8669 9265/9753/8666 9263/9755/8668</w:t>
        <w:br/>
        <w:t>f 9264/9754/8667 9267/9757/8670 9266/9758/8671</w:t>
        <w:br/>
        <w:t>f 9263/9755/8668 9264/9754/8667 9266/9758/8671</w:t>
        <w:br/>
        <w:t>f 9263/9755/8668 9269/9759/8672 9268/9760/8673</w:t>
        <w:br/>
        <w:t>f 9262/9756/8669 9263/9755/8668 9268/9760/8673</w:t>
        <w:br/>
        <w:t>f 9273/9761/8674 9272/9762/8675 9271/9763/8676</w:t>
        <w:br/>
        <w:t>f 9270/9764/8677 9273/9761/8674 9271/9763/8676</w:t>
        <w:br/>
        <w:t>f 9275/9765/8678 9274/9766/8679 9266/9758/8671</w:t>
        <w:br/>
        <w:t>f 9273/9761/8674 9275/9765/8678 9266/9758/8671</w:t>
        <w:br/>
        <w:t>f 9272/9762/8675 9273/9761/8674 9266/9758/8671</w:t>
        <w:br/>
        <w:t>f 9267/9757/8670 9272/9762/8675 9266/9758/8671</w:t>
        <w:br/>
        <w:t>f 9266/9758/8671 9274/9766/8679 9269/9759/8672</w:t>
        <w:br/>
        <w:t>f 9263/9755/8668 9266/9758/8671 9269/9759/8672</w:t>
        <w:br/>
        <w:t>f 9276/9767/8680 9275/9765/8678 9273/9761/8674</w:t>
        <w:br/>
        <w:t>f 9270/9764/8677 9276/9767/8680 9273/9761/8674</w:t>
        <w:br/>
        <w:t>f 9261/9749/8662 9278/9768/8681 9277/9769/8682</w:t>
        <w:br/>
        <w:t>f 9260/9750/8663 9261/9749/8662 9277/9769/8682</w:t>
        <w:br/>
        <w:t>f 9280/9770/8683 9248/9738/8651 9279/9771/8684</w:t>
        <w:br/>
        <w:t>f 9282/9772/8685 9281/9773/8686 9249/9743/8656</w:t>
        <w:br/>
        <w:t>f 9250/9742/8655 9282/9772/8685 9249/9743/8656</w:t>
        <w:br/>
        <w:t>f 9254/9744/8657 9284/9774/8687 9283/9775/8688</w:t>
        <w:br/>
        <w:t>f 9253/9745/8658 9254/9744/8657 9283/9775/8688</w:t>
        <w:br/>
        <w:t>f 9281/9773/8686 9285/9776/8689 9245/9737/8650</w:t>
        <w:br/>
        <w:t>f 9249/9743/8656 9281/9773/8686 9245/9737/8650</w:t>
        <w:br/>
        <w:t>f 9253/9745/8658 9283/9775/8688 9286/9777/8690</w:t>
        <w:br/>
        <w:t>f 9255/9746/8659 9253/9745/8658 9286/9777/8690</w:t>
        <w:br/>
        <w:t>f 9287/9778/8691 9256/9748/8661 9257/9747/8660</w:t>
        <w:br/>
        <w:t>f 9288/9779/8692 9287/9778/8691 9257/9747/8660</w:t>
        <w:br/>
        <w:t>f 9290/9780/8693 9289/9781/8694 9238/9730/8643</w:t>
        <w:br/>
        <w:t>f 9239/9729/8642 9290/9780/8693 9238/9730/8643</w:t>
        <w:br/>
        <w:t>f 9292/9782/8695 9244/9732/8645 9291/9783/8696</w:t>
        <w:br/>
        <w:t>f 9294/9784/8697 9293/9785/8698 9267/9757/8670</w:t>
        <w:br/>
        <w:t>f 9264/9754/8667 9294/9784/8697 9267/9757/8670</w:t>
        <w:br/>
        <w:t>f 9269/9759/8672 9296/9786/8699 9295/9787/8700</w:t>
        <w:br/>
        <w:t>f 9268/9760/8673 9269/9759/8672 9295/9787/8700</w:t>
        <w:br/>
        <w:t>f 9262/9756/8669 9298/9788/8701 9297/9789/8702</w:t>
        <w:br/>
        <w:t>f 9265/9753/8666 9262/9756/8669 9297/9789/8702</w:t>
        <w:br/>
        <w:t>f 9296/9786/8699 9269/9759/8672 9274/9766/8679</w:t>
        <w:br/>
        <w:t>f 9299/9790/8703 9296/9786/8699 9274/9766/8679</w:t>
        <w:br/>
        <w:t>f 9300/9791/8684 9298/9788/8701 9262/9756/8669</w:t>
        <w:br/>
        <w:t>f 9268/9760/8673 9300/9791/8684 9262/9756/8669</w:t>
        <w:br/>
        <w:t>f 9301/9792/8704 9294/9784/8697 9264/9754/8667</w:t>
        <w:br/>
        <w:t>f 9265/9753/8666 9301/9792/8704 9264/9754/8667</w:t>
        <w:br/>
        <w:t>f 9268/9760/8673 9302/9793/8705 9300/9791/8684</w:t>
        <w:br/>
        <w:t>f 9304/9794/8706 9271/9763/8676 9272/9762/8675</w:t>
        <w:br/>
        <w:t>f 9303/9795/8707 9304/9794/8706 9272/9762/8675</w:t>
        <w:br/>
        <w:t>f 9274/9766/8679 9275/9765/8678 9305/9796/8708</w:t>
        <w:br/>
        <w:t>f 9299/9790/8703 9274/9766/8679 9305/9796/8708</w:t>
        <w:br/>
        <w:t>f 9303/9795/8707 9272/9762/8675 9267/9757/8670</w:t>
        <w:br/>
        <w:t>f 9293/9785/8698 9303/9795/8707 9267/9757/8670</w:t>
        <w:br/>
        <w:t>f 9275/9765/8678 9276/9767/8680 9306/9797/8709</w:t>
        <w:br/>
        <w:t>f 9305/9796/8708 9275/9765/8678 9306/9797/8709</w:t>
        <w:br/>
        <w:t>f 9277/9769/8682 9278/9768/8681 9307/9798/8710</w:t>
        <w:br/>
        <w:t>f 9308/9799/8692 9277/9769/8682 9307/9798/8710</w:t>
        <w:br/>
        <w:t>f 9259/9751/8664 9310/9800/8711 9309/9801/8712</w:t>
        <w:br/>
        <w:t>f 9258/9752/8665 9259/9751/8664 9309/9801/8712</w:t>
        <w:br/>
        <w:t>f 9245/9737/8650 9285/9776/8689 9311/9802/8713</w:t>
        <w:br/>
        <w:t>f 9241/9735/8648 9245/9737/8650 9311/9802/8713</w:t>
        <w:br/>
        <w:t>f 9247/9739/8652 9248/9738/8651 9280/9770/8683</w:t>
        <w:br/>
        <w:t>f 9312/9803/8714 9247/9739/8652 9280/9770/8683</w:t>
        <w:br/>
        <w:t>f 9243/9733/8646 9244/9732/8645 9292/9782/8695</w:t>
        <w:br/>
        <w:t>f 9313/9804/8715 9243/9733/8646 9292/9782/8695</w:t>
        <w:br/>
        <w:t>f 9254/9744/8657 9247/9739/8652 9312/9803/8714</w:t>
        <w:br/>
        <w:t>f 9284/9774/8687 9254/9744/8657 9312/9803/8714</w:t>
        <w:br/>
        <w:t>f 9279/9771/8684 9248/9738/8651 9243/9733/8646</w:t>
        <w:br/>
        <w:t>f 9313/9804/8715 9279/9771/8684 9243/9733/8646</w:t>
        <w:br/>
        <w:t>f 9291/9783/8696 9244/9732/8645 9241/9735/8648</w:t>
        <w:br/>
        <w:t>f 9311/9802/8713 9291/9783/8696 9241/9735/8648</w:t>
        <w:br/>
        <w:t>f 9237/9731/8644 9238/9730/8643 9314/9805/8716</w:t>
        <w:br/>
        <w:t>f 9315/9806/8717 9237/9731/8644 9314/9805/8716</w:t>
        <w:br/>
        <w:t>f 9316/9807/8718 9257/9747/8660 9237/9731/8644</w:t>
        <w:br/>
        <w:t>f 9315/9806/8717 9316/9807/8718 9237/9731/8644</w:t>
        <w:br/>
        <w:t>f 9318/9808/8719 9259/9751/8664 9260/9750/8663</w:t>
        <w:br/>
        <w:t>f 9317/9809/8720 9318/9808/8719 9260/9750/8663</w:t>
        <w:br/>
        <w:t>f 9260/9750/8663 9277/9769/8682 9319/9810/8721</w:t>
        <w:br/>
        <w:t>f 9317/9809/8720 9260/9750/8663 9319/9810/8721</w:t>
        <w:br/>
        <w:t>f 9288/9779/8692 9257/9747/8660 9316/9807/8718</w:t>
        <w:br/>
        <w:t>f 9320/9811/8722 9288/9779/8692 9316/9807/8718</w:t>
        <w:br/>
        <w:t>f 9314/9805/8716 9238/9730/8643 9289/9781/8694</w:t>
        <w:br/>
        <w:t>f 9321/9812/8723 9314/9805/8716 9289/9781/8694</w:t>
        <w:br/>
        <w:t>f 9319/9810/8721 9277/9769/8682 9308/9799/8692</w:t>
        <w:br/>
        <w:t>f 9322/9813/8722 9319/9810/8721 9308/9799/8692</w:t>
        <w:br/>
        <w:t>f 9310/9800/8711 9259/9751/8664 9318/9808/8719</w:t>
        <w:br/>
        <w:t>f 9323/9814/8724 9310/9800/8711 9318/9808/8719</w:t>
        <w:br/>
        <w:t>f 9325/9815/8725 9324/9816/8726 9318/9808/8719</w:t>
        <w:br/>
        <w:t>f 9317/9809/8720 9325/9815/8725 9318/9808/8719</w:t>
        <w:br/>
        <w:t>f 9327/9817/8727 9326/9818/8728 9319/9810/8721</w:t>
        <w:br/>
        <w:t>f 9322/9813/8722 9327/9817/8727 9319/9810/8721</w:t>
        <w:br/>
        <w:t>f 9297/9789/8702 9328/9819/8696 9265/9753/8666</w:t>
        <w:br/>
        <w:t>f 9332/9820/8729 9331/9821/8730 9330/9822/8731</w:t>
        <w:br/>
        <w:t>f 9329/9823/8732 9332/9820/8729 9330/9822/8731</w:t>
        <w:br/>
        <w:t>f 9336/9824/8733 9335/9825/8734 9334/9826/8735</w:t>
        <w:br/>
        <w:t>f 9333/9827/8736 9336/9824/8733 9334/9826/8735</w:t>
        <w:br/>
        <w:t>f 9335/9825/8734 9338/9828/8737 9337/9829/8738</w:t>
        <w:br/>
        <w:t>f 9334/9826/8735 9335/9825/8734 9337/9829/8738</w:t>
        <w:br/>
        <w:t>f 9334/9826/8735 9340/9830/8739 9339/9831/8740</w:t>
        <w:br/>
        <w:t>f 9333/9827/8736 9334/9826/8735 9339/9831/8740</w:t>
        <w:br/>
        <w:t>f 9344/9832/8741 9343/9833/8742 9342/9834/8743</w:t>
        <w:br/>
        <w:t>f 9341/9835/8744 9344/9832/8741 9342/9834/8743</w:t>
        <w:br/>
        <w:t>f 9346/9836/8745 9345/9837/8746 9337/9829/8738</w:t>
        <w:br/>
        <w:t>f 9344/9832/8741 9346/9836/8745 9337/9829/8738</w:t>
        <w:br/>
        <w:t>f 9343/9833/8742 9344/9832/8741 9337/9829/8738</w:t>
        <w:br/>
        <w:t>f 9338/9828/8737 9343/9833/8742 9337/9829/8738</w:t>
        <w:br/>
        <w:t>f 9337/9829/8738 9345/9837/8746 9340/9830/8739</w:t>
        <w:br/>
        <w:t>f 9334/9826/8735 9337/9829/8738 9340/9830/8739</w:t>
        <w:br/>
        <w:t>f 9347/9838/8747 9346/9836/8745 9344/9832/8741</w:t>
        <w:br/>
        <w:t>f 9341/9835/8744 9347/9838/8747 9344/9832/8741</w:t>
        <w:br/>
        <w:t>f 9332/9820/8729 9349/9839/8748 9348/9840/8749</w:t>
        <w:br/>
        <w:t>f 9331/9821/8730 9332/9820/8729 9348/9840/8749</w:t>
        <w:br/>
        <w:t>f 9353/9841/8750 9352/9842/8751 9351/9843/8752</w:t>
        <w:br/>
        <w:t>f 9350/9844/8753 9353/9841/8750 9351/9843/8752</w:t>
        <w:br/>
        <w:t>f 9357/9845/8754 9356/9846/8755 9355/9847/8756</w:t>
        <w:br/>
        <w:t>f 9354/9848/8757 9357/9845/8754 9355/9847/8756</w:t>
        <w:br/>
        <w:t>f 9354/9848/8757 9355/9847/8756 9359/9849/8758</w:t>
        <w:br/>
        <w:t>f 9358/9850/8759 9354/9848/8757 9359/9849/8758</w:t>
        <w:br/>
        <w:t>f 9355/9847/8756 9356/9846/8755 9361/9851/8760</w:t>
        <w:br/>
        <w:t>f 9360/9852/8761 9355/9847/8756 9361/9851/8760</w:t>
        <w:br/>
        <w:t>f 9365/9853/8762 9364/9854/8763 9363/9855/8764</w:t>
        <w:br/>
        <w:t>f 9362/9856/8765 9365/9853/8762 9363/9855/8764</w:t>
        <w:br/>
        <w:t>f 9359/9849/8758 9367/9857/8766 9366/9858/8767</w:t>
        <w:br/>
        <w:t>f 9365/9853/8762 9359/9849/8758 9366/9858/8767</w:t>
        <w:br/>
        <w:t>f 9359/9849/8758 9365/9853/8762 9362/9856/8765</w:t>
        <w:br/>
        <w:t>f 9358/9850/8759 9359/9849/8758 9362/9856/8765</w:t>
        <w:br/>
        <w:t>f 9359/9849/8758 9355/9847/8756 9360/9852/8761</w:t>
        <w:br/>
        <w:t>f 9367/9857/8766 9359/9849/8758 9360/9852/8761</w:t>
        <w:br/>
        <w:t>f 9368/9859/8768 9364/9854/8763 9365/9853/8762</w:t>
        <w:br/>
        <w:t>f 9366/9858/8767 9368/9859/8768 9365/9853/8762</w:t>
        <w:br/>
        <w:t>f 9353/9841/8750 9350/9844/8753 9370/9860/8769</w:t>
        <w:br/>
        <w:t>f 9369/9861/8770 9353/9841/8750 9370/9860/8769</w:t>
        <w:br/>
        <w:t>f 9372/9862/8771 9371/9863/8772 9339/9831/8740</w:t>
        <w:br/>
        <w:t>f 9374/9864/8773 9342/9834/8743 9343/9833/8742</w:t>
        <w:br/>
        <w:t>f 9373/9865/8774 9374/9864/8773 9343/9833/8742</w:t>
        <w:br/>
        <w:t>f 9345/9837/8746 9346/9836/8745 9376/9866/8775</w:t>
        <w:br/>
        <w:t>f 9375/9867/8776 9345/9837/8746 9376/9866/8775</w:t>
        <w:br/>
        <w:t>f 9373/9865/8774 9343/9833/8742 9338/9828/8737</w:t>
        <w:br/>
        <w:t>f 9377/9868/8777 9373/9865/8774 9338/9828/8737</w:t>
        <w:br/>
        <w:t>f 9346/9836/8745 9347/9838/8747 9378/9869/8778</w:t>
        <w:br/>
        <w:t>f 9376/9866/8775 9346/9836/8745 9378/9869/8778</w:t>
        <w:br/>
        <w:t>f 9348/9840/8749 9349/9839/8748 9379/9870/8779</w:t>
        <w:br/>
        <w:t>f 9380/9871/8780 9348/9840/8749 9379/9870/8779</w:t>
        <w:br/>
        <w:t>f 9330/9822/8731 9382/9872/8781 9381/9873/8782</w:t>
        <w:br/>
        <w:t>f 9329/9823/8732 9330/9822/8731 9381/9873/8782</w:t>
        <w:br/>
        <w:t>f 9384/9874/8783 9383/9875/8784 9336/9824/8733</w:t>
        <w:br/>
        <w:t>f 9358/9850/8759 9386/9876/8785 9385/9877/8786</w:t>
        <w:br/>
        <w:t>f 9354/9848/8757 9358/9850/8759 9385/9877/8786</w:t>
        <w:br/>
        <w:t>f 9360/9852/8761 9361/9851/8760 9388/9878/8787</w:t>
        <w:br/>
        <w:t>f 9387/9879/8788 9360/9852/8761 9388/9878/8787</w:t>
        <w:br/>
        <w:t>f 9356/9846/8755 9357/9845/8754 9390/9880/8783</w:t>
        <w:br/>
        <w:t>f 9389/9881/8789 9356/9846/8755 9390/9880/8783</w:t>
        <w:br/>
        <w:t>f 9367/9857/8766 9360/9852/8761 9387/9879/8788</w:t>
        <w:br/>
        <w:t>f 9391/9882/8790 9367/9857/8766 9387/9879/8788</w:t>
        <w:br/>
        <w:t>f 9356/9846/8755 9389/9881/8789 9392/9883/8791</w:t>
        <w:br/>
        <w:t>f 9361/9851/8760 9356/9846/8755 9392/9883/8791</w:t>
        <w:br/>
        <w:t>f 9393/9884/8792 9357/9845/8754 9354/9848/8757</w:t>
        <w:br/>
        <w:t>f 9385/9877/8786 9393/9884/8792 9354/9848/8757</w:t>
        <w:br/>
        <w:t>f 9361/9851/8760 9392/9883/8791 9394/9885/8793</w:t>
        <w:br/>
        <w:t>f 9396/9886/8794 9395/9887/8795 9362/9856/8765</w:t>
        <w:br/>
        <w:t>f 9363/9855/8764 9396/9886/8794 9362/9856/8765</w:t>
        <w:br/>
        <w:t>f 9367/9857/8766 9391/9882/8790 9397/9888/8796</w:t>
        <w:br/>
        <w:t>f 9366/9858/8767 9367/9857/8766 9397/9888/8796</w:t>
        <w:br/>
        <w:t>f 9395/9887/8795 9386/9876/8785 9358/9850/8759</w:t>
        <w:br/>
        <w:t>f 9362/9856/8765 9395/9887/8795 9358/9850/8759</w:t>
        <w:br/>
        <w:t>f 9366/9858/8767 9397/9888/8796 9398/9889/8797</w:t>
        <w:br/>
        <w:t>f 9368/9859/8768 9366/9858/8767 9398/9889/8797</w:t>
        <w:br/>
        <w:t>f 9399/9890/8779 9369/9861/8770 9370/9860/8769</w:t>
        <w:br/>
        <w:t>f 9400/9891/8780 9399/9890/8779 9370/9860/8769</w:t>
        <w:br/>
        <w:t>f 9402/9892/8798 9401/9893/8781 9351/9843/8752</w:t>
        <w:br/>
        <w:t>f 9352/9842/8751 9402/9892/8798 9351/9843/8752</w:t>
        <w:br/>
        <w:t>f 9403/9894/8799 9377/9868/8777 9338/9828/8737</w:t>
        <w:br/>
        <w:t>f 9335/9825/8734 9403/9894/8799 9338/9828/8737</w:t>
        <w:br/>
        <w:t>f 9340/9830/8739 9404/9895/8800 9372/9862/8771</w:t>
        <w:br/>
        <w:t>f 9339/9831/8740 9340/9830/8739 9372/9862/8771</w:t>
        <w:br/>
        <w:t>f 9384/9874/8783 9336/9824/8733 9333/9827/8736</w:t>
        <w:br/>
        <w:t>f 9405/9896/8801 9384/9874/8783 9333/9827/8736</w:t>
        <w:br/>
        <w:t>f 9404/9895/8800 9340/9830/8739 9345/9837/8746</w:t>
        <w:br/>
        <w:t>f 9375/9867/8776 9404/9895/8800 9345/9837/8746</w:t>
        <w:br/>
        <w:t>f 9371/9863/8772 9405/9896/8801 9333/9827/8736</w:t>
        <w:br/>
        <w:t>f 9339/9831/8740 9371/9863/8772 9333/9827/8736</w:t>
        <w:br/>
        <w:t>f 9383/9875/8784 9403/9894/8799 9335/9825/8734</w:t>
        <w:br/>
        <w:t>f 9336/9824/8733 9383/9875/8784 9335/9825/8734</w:t>
        <w:br/>
        <w:t>f 9406/9897/8802 9330/9822/8731 9331/9821/8730</w:t>
        <w:br/>
        <w:t>f 9407/9898/8803 9406/9897/8802 9331/9821/8730</w:t>
        <w:br/>
        <w:t>f 9408/9899/8804 9407/9898/8803 9331/9821/8730</w:t>
        <w:br/>
        <w:t>f 9348/9840/8749 9408/9899/8804 9331/9821/8730</w:t>
        <w:br/>
        <w:t>f 9324/9816/8726 9325/9815/8725 9350/9844/8753</w:t>
        <w:br/>
        <w:t>f 9351/9843/8752 9324/9816/8726 9350/9844/8753</w:t>
        <w:br/>
        <w:t>f 9326/9818/8728 9370/9860/8769 9350/9844/8753</w:t>
        <w:br/>
        <w:t>f 9325/9815/8725 9326/9818/8728 9350/9844/8753</w:t>
        <w:br/>
        <w:t>f 9408/9899/8804 9348/9840/8749 9380/9871/8780</w:t>
        <w:br/>
        <w:t>f 9409/9900/8805 9408/9899/8804 9380/9871/8780</w:t>
        <w:br/>
        <w:t>f 9406/9897/8802 9410/9901/8806 9382/9872/8781</w:t>
        <w:br/>
        <w:t>f 9330/9822/8731 9406/9897/8802 9382/9872/8781</w:t>
        <w:br/>
        <w:t>f 9326/9818/8728 9327/9817/8727 9400/9891/8780</w:t>
        <w:br/>
        <w:t>f 9370/9860/8769 9326/9818/8728 9400/9891/8780</w:t>
        <w:br/>
        <w:t>f 9324/9816/8726 9351/9843/8752 9401/9893/8781</w:t>
        <w:br/>
        <w:t>f 9411/9902/8807 9324/9816/8726 9401/9893/8781</w:t>
        <w:br/>
        <w:t>f 9315/9806/8717 9407/9898/8803 9408/9899/8804</w:t>
        <w:br/>
        <w:t>f 9316/9807/8718 9315/9806/8717 9408/9899/8804</w:t>
        <w:br/>
        <w:t>f 9319/9810/8721 9326/9818/8728 9325/9815/8725</w:t>
        <w:br/>
        <w:t>f 9317/9809/8720 9319/9810/8721 9325/9815/8725</w:t>
        <w:br/>
        <w:t>f 9320/9811/8722 9316/9807/8718 9408/9899/8804</w:t>
        <w:br/>
        <w:t>f 9412/9903/8808 9320/9811/8722 9408/9899/8804</w:t>
        <w:br/>
        <w:t>f 9314/9805/8716 9406/9897/8802 9407/9898/8803</w:t>
        <w:br/>
        <w:t>f 9315/9806/8717 9314/9805/8716 9407/9898/8803</w:t>
        <w:br/>
        <w:t>f 9314/9805/8716 9321/9812/8723 9410/9901/8806</w:t>
        <w:br/>
        <w:t>f 9406/9897/8802 9314/9805/8716 9410/9901/8806</w:t>
        <w:br/>
        <w:t>f 9323/9814/8724 9318/9808/8719 9324/9816/8726</w:t>
        <w:br/>
        <w:t>f 9411/9902/8807 9323/9814/8724 9324/9816/8726</w:t>
        <w:br/>
        <w:t>f 9390/9880/8783 9357/9845/8754 9413/9904/8784</w:t>
        <w:br/>
        <w:t>f 9417/9905/8809 9416/9906/8810 9415/9907/8811</w:t>
        <w:br/>
        <w:t>f 9414/9908/8812 9417/9905/8809 9415/9907/8811</w:t>
        <w:br/>
        <w:t>f 9416/9906/8810 9419/9909/8813 9418/9910/8814</w:t>
        <w:br/>
        <w:t>f 9415/9907/8811 9416/9906/8810 9418/9910/8814</w:t>
        <w:br/>
        <w:t>f 9421/9911/8815 9420/9912/8816 9418/9910/8814</w:t>
        <w:br/>
        <w:t>f 9419/9909/8813 9421/9911/8815 9418/9910/8814</w:t>
        <w:br/>
        <w:t>f 9423/9913/8817 9422/9914/8818 9420/9912/8816</w:t>
        <w:br/>
        <w:t>f 9421/9911/8815 9423/9913/8817 9420/9912/8816</w:t>
        <w:br/>
        <w:t>f 9425/9915/8819 9424/9916/8820 9422/9914/8818</w:t>
        <w:br/>
        <w:t>f 9423/9913/8817 9425/9915/8819 9422/9914/8818</w:t>
        <w:br/>
        <w:t>f 9427/9917/8821 9426/9918/8822 9424/9916/8820</w:t>
        <w:br/>
        <w:t>f 9425/9915/8819 9427/9917/8821 9424/9916/8820</w:t>
        <w:br/>
        <w:t>f 9431/9919/8823 9430/9920/8824 9429/9921/8825</w:t>
        <w:br/>
        <w:t>f 9428/9922/8826 9431/9919/8823 9429/9921/8825</w:t>
        <w:br/>
        <w:t>f 9430/9920/8824 9417/9905/8809 9414/9908/8812</w:t>
        <w:br/>
        <w:t>f 9429/9921/8825 9430/9920/8824 9414/9908/8812</w:t>
        <w:br/>
        <w:t>f 9414/9908/8812 9415/9907/8811 9433/9923/8827</w:t>
        <w:br/>
        <w:t>f 9432/9924/8828 9414/9908/8812 9433/9923/8827</w:t>
        <w:br/>
        <w:t>f 9415/9907/8811 9418/9910/8814 9434/9925/8829</w:t>
        <w:br/>
        <w:t>f 9433/9923/8827 9415/9907/8811 9434/9925/8829</w:t>
        <w:br/>
        <w:t>f 9420/9912/8816 9435/9926/8830 9434/9925/8829</w:t>
        <w:br/>
        <w:t>f 9418/9910/8814 9420/9912/8816 9434/9925/8829</w:t>
        <w:br/>
        <w:t>f 9422/9914/8818 9436/9927/8831 9435/9926/8830</w:t>
        <w:br/>
        <w:t>f 9420/9912/8816 9422/9914/8818 9435/9926/8830</w:t>
        <w:br/>
        <w:t>f 9424/9916/8820 9437/9928/8832 9436/9927/8831</w:t>
        <w:br/>
        <w:t>f 9422/9914/8818 9424/9916/8820 9436/9927/8831</w:t>
        <w:br/>
        <w:t>f 9426/9918/8822 9438/9929/8833 9437/9928/8832</w:t>
        <w:br/>
        <w:t>f 9424/9916/8820 9426/9918/8822 9437/9928/8832</w:t>
        <w:br/>
        <w:t>f 9428/9922/8826 9429/9921/8825 9440/9930/8834</w:t>
        <w:br/>
        <w:t>f 9439/9931/8835 9428/9922/8826 9440/9930/8834</w:t>
        <w:br/>
        <w:t>f 9429/9921/8825 9414/9908/8812 9432/9924/8828</w:t>
        <w:br/>
        <w:t>f 9440/9930/8834 9429/9921/8825 9432/9924/8828</w:t>
        <w:br/>
        <w:t>f 9432/9924/8828 9433/9923/8827 9442/9932/8836</w:t>
        <w:br/>
        <w:t>f 9441/9933/8837 9432/9924/8828 9442/9932/8836</w:t>
        <w:br/>
        <w:t>f 9433/9923/8827 9434/9925/8829 9443/9934/8838</w:t>
        <w:br/>
        <w:t>f 9442/9932/8836 9433/9923/8827 9443/9934/8838</w:t>
        <w:br/>
        <w:t>f 9435/9926/8830 9444/9935/8839 9443/9934/8838</w:t>
        <w:br/>
        <w:t>f 9434/9925/8829 9435/9926/8830 9443/9934/8838</w:t>
        <w:br/>
        <w:t>f 9436/9927/8831 9445/9936/8840 9444/9935/8839</w:t>
        <w:br/>
        <w:t>f 9435/9926/8830 9436/9927/8831 9444/9935/8839</w:t>
        <w:br/>
        <w:t>f 9437/9928/8832 9446/9937/8841 9445/9936/8840</w:t>
        <w:br/>
        <w:t>f 9436/9927/8831 9437/9928/8832 9445/9936/8840</w:t>
        <w:br/>
        <w:t>f 9438/9929/8833 9447/9938/8842 9446/9937/8841</w:t>
        <w:br/>
        <w:t>f 9437/9928/8832 9438/9929/8833 9446/9937/8841</w:t>
        <w:br/>
        <w:t>f 9439/9931/8835 9440/9930/8834 9449/9939/8843</w:t>
        <w:br/>
        <w:t>f 9448/9940/8844 9439/9931/8835 9449/9939/8843</w:t>
        <w:br/>
        <w:t>f 9440/9930/8834 9432/9924/8828 9441/9933/8837</w:t>
        <w:br/>
        <w:t>f 9449/9939/8843 9440/9930/8834 9441/9933/8837</w:t>
        <w:br/>
        <w:t>f 9441/9933/8837 9442/9932/8836 9451/9941/8845</w:t>
        <w:br/>
        <w:t>f 9450/9942/8846 9441/9933/8837 9451/9941/8845</w:t>
        <w:br/>
        <w:t>f 9442/9932/8836 9443/9934/8838 9452/9943/8847</w:t>
        <w:br/>
        <w:t>f 9451/9941/8845 9442/9932/8836 9452/9943/8847</w:t>
        <w:br/>
        <w:t>f 9444/9935/8839 9453/9944/8848 9452/9943/8847</w:t>
        <w:br/>
        <w:t>f 9443/9934/8838 9444/9935/8839 9452/9943/8847</w:t>
        <w:br/>
        <w:t>f 9445/9936/8840 9454/9945/8849 9453/9944/8848</w:t>
        <w:br/>
        <w:t>f 9444/9935/8839 9445/9936/8840 9453/9944/8848</w:t>
        <w:br/>
        <w:t>f 9446/9937/8841 9455/9946/8850 9454/9945/8849</w:t>
        <w:br/>
        <w:t>f 9445/9936/8840 9446/9937/8841 9454/9945/8849</w:t>
        <w:br/>
        <w:t>f 9447/9938/8842 9456/9947/8851 9455/9946/8850</w:t>
        <w:br/>
        <w:t>f 9446/9937/8841 9447/9938/8842 9455/9946/8850</w:t>
        <w:br/>
        <w:t>f 9448/9940/8844 9449/9939/8843 9458/9948/8852</w:t>
        <w:br/>
        <w:t>f 9457/9949/8851 9448/9940/8844 9458/9948/8852</w:t>
        <w:br/>
        <w:t>f 9449/9939/8843 9441/9933/8837 9450/9942/8846</w:t>
        <w:br/>
        <w:t>f 9458/9948/8852 9449/9939/8843 9450/9942/8846</w:t>
        <w:br/>
        <w:t>f 9462/9950/8853 9461/9951/8854 9460/9952/8855</w:t>
        <w:br/>
        <w:t>f 9459/9953/8856 9462/9950/8853 9460/9952/8855</w:t>
        <w:br/>
        <w:t>f 9459/9953/8856 9460/9952/8855 9464/9954/8857</w:t>
        <w:br/>
        <w:t>f 9463/9955/8858 9459/9953/8856 9464/9954/8857</w:t>
        <w:br/>
        <w:t>f 9464/9954/8857 9466/9956/8859 9465/9957/8860</w:t>
        <w:br/>
        <w:t>f 9463/9955/8858 9464/9954/8857 9465/9957/8860</w:t>
        <w:br/>
        <w:t>f 9466/9956/8859 9468/9958/8861 9467/9959/8862</w:t>
        <w:br/>
        <w:t>f 9465/9957/8860 9466/9956/8859 9467/9959/8862</w:t>
        <w:br/>
        <w:t>f 9468/9958/8861 9470/9960/8863 9469/9961/8864</w:t>
        <w:br/>
        <w:t>f 9467/9959/8862 9468/9958/8861 9469/9961/8864</w:t>
        <w:br/>
        <w:t>f 9470/9960/8863 9472/9962/8865 9471/9963/8866</w:t>
        <w:br/>
        <w:t>f 9469/9961/8864 9470/9960/8863 9471/9963/8866</w:t>
        <w:br/>
        <w:t>f 9476/9964/8866 9475/9965/8867 9474/9966/8868</w:t>
        <w:br/>
        <w:t>f 9473/9967/8869 9476/9964/8866 9474/9966/8868</w:t>
        <w:br/>
        <w:t>f 9473/9967/8869 9474/9966/8868 9461/9951/8854</w:t>
        <w:br/>
        <w:t>f 9462/9950/8853 9473/9967/8869 9461/9951/8854</w:t>
        <w:br/>
        <w:t>f 9461/9951/8854 9478/9968/8870 9477/9969/8871</w:t>
        <w:br/>
        <w:t>f 9460/9952/8855 9461/9951/8854 9477/9969/8871</w:t>
        <w:br/>
        <w:t>f 9460/9952/8855 9477/9969/8871 9479/9970/8872</w:t>
        <w:br/>
        <w:t>f 9464/9954/8857 9460/9952/8855 9479/9970/8872</w:t>
        <w:br/>
        <w:t>f 9479/9970/8872 9480/9971/8873 9466/9956/8859</w:t>
        <w:br/>
        <w:t>f 9464/9954/8857 9479/9970/8872 9466/9956/8859</w:t>
        <w:br/>
        <w:t>f 9480/9971/8873 9481/9972/8874 9468/9958/8861</w:t>
        <w:br/>
        <w:t>f 9466/9956/8859 9480/9971/8873 9468/9958/8861</w:t>
        <w:br/>
        <w:t>f 9481/9972/8874 9482/9973/8875 9470/9960/8863</w:t>
        <w:br/>
        <w:t>f 9468/9958/8861 9481/9972/8874 9470/9960/8863</w:t>
        <w:br/>
        <w:t>f 9482/9973/8875 9483/9974/8876 9472/9962/8865</w:t>
        <w:br/>
        <w:t>f 9470/9960/8863 9482/9973/8875 9472/9962/8865</w:t>
        <w:br/>
        <w:t>f 9475/9965/8867 9485/9975/8876 9484/9976/8877</w:t>
        <w:br/>
        <w:t>f 9474/9966/8868 9475/9965/8867 9484/9976/8877</w:t>
        <w:br/>
        <w:t>f 9474/9966/8868 9484/9976/8877 9478/9968/8870</w:t>
        <w:br/>
        <w:t>f 9461/9951/8854 9474/9966/8868 9478/9968/8870</w:t>
        <w:br/>
        <w:t>f 9478/9968/8870 9487/9977/8878 9486/9978/8879</w:t>
        <w:br/>
        <w:t>f 9477/9969/8871 9478/9968/8870 9486/9978/8879</w:t>
        <w:br/>
        <w:t>f 9477/9969/8871 9486/9978/8879 9488/9979/8880</w:t>
        <w:br/>
        <w:t>f 9479/9970/8872 9477/9969/8871 9488/9979/8880</w:t>
        <w:br/>
        <w:t>f 9488/9979/8880 9489/9980/8881 9480/9971/8873</w:t>
        <w:br/>
        <w:t>f 9479/9970/8872 9488/9979/8880 9480/9971/8873</w:t>
        <w:br/>
        <w:t>f 9489/9980/8881 9490/9981/8882 9481/9972/8874</w:t>
        <w:br/>
        <w:t>f 9480/9971/8873 9489/9980/8881 9481/9972/8874</w:t>
        <w:br/>
        <w:t>f 9490/9981/8882 9491/9982/8883 9482/9973/8875</w:t>
        <w:br/>
        <w:t>f 9481/9972/8874 9490/9981/8882 9482/9973/8875</w:t>
        <w:br/>
        <w:t>f 9491/9982/8883 9492/9983/8884 9483/9974/8876</w:t>
        <w:br/>
        <w:t>f 9482/9973/8875 9491/9982/8883 9483/9974/8876</w:t>
        <w:br/>
        <w:t>f 9485/9975/8876 9494/9984/8885 9493/9985/8886</w:t>
        <w:br/>
        <w:t>f 9484/9976/8877 9485/9975/8876 9493/9985/8886</w:t>
        <w:br/>
        <w:t>f 9484/9976/8877 9493/9985/8886 9487/9977/8878</w:t>
        <w:br/>
        <w:t>f 9478/9968/8870 9484/9976/8877 9487/9977/8878</w:t>
        <w:br/>
        <w:t>f 9487/9977/8878 9496/9986/8887 9495/9987/8888</w:t>
        <w:br/>
        <w:t>f 9486/9978/8879 9487/9977/8878 9495/9987/8888</w:t>
        <w:br/>
        <w:t>f 9486/9978/8879 9495/9987/8888 9497/9988/8889</w:t>
        <w:br/>
        <w:t>f 9488/9979/8880 9486/9978/8879 9497/9988/8889</w:t>
        <w:br/>
        <w:t>f 9497/9988/8889 9498/9989/8890 9489/9980/8881</w:t>
        <w:br/>
        <w:t>f 9488/9979/8880 9497/9988/8889 9489/9980/8881</w:t>
        <w:br/>
        <w:t>f 9498/9989/8890 9499/9990/8891 9490/9981/8882</w:t>
        <w:br/>
        <w:t>f 9489/9980/8881 9498/9989/8890 9490/9981/8882</w:t>
        <w:br/>
        <w:t>f 9499/9990/8891 9500/9991/8892 9491/9982/8883</w:t>
        <w:br/>
        <w:t>f 9490/9981/8882 9499/9990/8891 9491/9982/8883</w:t>
        <w:br/>
        <w:t>f 9500/9991/8892 9501/9992/8893 9492/9983/8884</w:t>
        <w:br/>
        <w:t>f 9491/9982/8883 9500/9991/8892 9492/9983/8884</w:t>
        <w:br/>
        <w:t>f 9494/9984/8885 9503/9993/8893 9502/9994/8894</w:t>
        <w:br/>
        <w:t>f 9493/9985/8886 9494/9984/8885 9502/9994/8894</w:t>
        <w:br/>
        <w:t>f 9493/9985/8886 9502/9994/8894 9496/9986/8887</w:t>
        <w:br/>
        <w:t>f 9487/9977/8878 9493/9985/8886 9496/9986/8887</w:t>
        <w:br/>
        <w:t>f 9629/9995/8895 9628/9996/8896 9627/9997/8897</w:t>
        <w:br/>
        <w:t>f 9626/9998/8898 9629/9995/8895 9627/9997/8897</w:t>
        <w:br/>
        <w:t>f 9631/9999/8899 9629/9995/8895 9630/10000/8900</w:t>
        <w:br/>
        <w:t>f 9632/10001/8901 9631/9999/8899 9630/10000/8900</w:t>
        <w:br/>
        <w:t>f 9634/10002/8902 9633/10003/8903 9632/10001/8901</w:t>
        <w:br/>
        <w:t>f 9630/10000/8900 9634/10002/8902 9632/10001/8901</w:t>
        <w:br/>
        <w:t>f 9636/10004/8904 9635/10005/8905 9633/10003/8903</w:t>
        <w:br/>
        <w:t>f 9634/10002/8902 9636/10004/8904 9633/10003/8903</w:t>
        <w:br/>
        <w:t>f 9640/10006/8906 9639/10007/8907 9638/10008/8908</w:t>
        <w:br/>
        <w:t>f 9637/10009/8909 9640/10006/8906 9638/10008/8908</w:t>
        <w:br/>
        <w:t>f 9643/10010/8910 9642/10011/8911 9641/10012/8912</w:t>
        <w:br/>
        <w:t>f 9644/10013/8913 9643/10010/8910 9641/10012/8912</w:t>
        <w:br/>
        <w:t>f 8185/8750/7740 9639/10007/8907 9640/10006/8906</w:t>
        <w:br/>
        <w:t>f 8184/8751/7741 8185/8750/7740 9640/10006/8906</w:t>
        <w:br/>
        <w:t>f 9646/10014/8914 9645/10015/8915 9643/10010/8910</w:t>
        <w:br/>
        <w:t>f 9644/10013/8913 9646/10014/8914 9643/10010/8910</w:t>
        <w:br/>
        <w:t>f 9650/10016/8916 9649/10017/8917 9648/10018/8918</w:t>
        <w:br/>
        <w:t>f 9647/10019/8919 9650/10016/8916 9648/10018/8918</w:t>
        <w:br/>
        <w:t>f 9649/10017/8917 9652/10020/8920 9651/10021/8921</w:t>
        <w:br/>
        <w:t>f 9648/10018/8918 9649/10017/8917 9651/10021/8921</w:t>
        <w:br/>
        <w:t>f 9653/10022/8922 9645/10015/8915 9646/10014/8914</w:t>
        <w:br/>
        <w:t>f 9654/10023/8923 9653/10022/8922 9646/10014/8914</w:t>
        <w:br/>
        <w:t>f 9651/10021/8921 9652/10020/8920 9656/10024/8924</w:t>
        <w:br/>
        <w:t>f 9655/10025/8925 9651/10021/8921 9656/10024/8924</w:t>
        <w:br/>
        <w:t>f 9657/10026/8926 9653/10022/8922 9654/10023/8923</w:t>
        <w:br/>
        <w:t>f 9658/10027/8927 9657/10026/8926 9654/10023/8923</w:t>
        <w:br/>
        <w:t>f 9639/10007/8907 9627/9997/8897 9628/9996/8896</w:t>
        <w:br/>
        <w:t>f 9638/10008/8908 9639/10007/8907 9628/9996/8896</w:t>
        <w:br/>
        <w:t>f 9650/10016/8916 9659/10028/8928 9628/9996/8896</w:t>
        <w:br/>
        <w:t>f 9631/9999/8899 9650/10016/8916 9628/9996/8896</w:t>
        <w:br/>
        <w:t>f 9649/10017/8917 9632/10001/8901 9633/10003/8903</w:t>
        <w:br/>
        <w:t>f 9652/10020/8920 9649/10017/8917 9633/10003/8903</w:t>
        <w:br/>
        <w:t>f 9652/10020/8920 9633/10003/8903 9660/10029/8929</w:t>
        <w:br/>
        <w:t>f 9656/10024/8924 9652/10020/8920 9660/10029/8929</w:t>
        <w:br/>
        <w:t>f 9636/10004/8904 9634/10002/8902 9653/10022/8922</w:t>
        <w:br/>
        <w:t>f 9657/10026/8926 9636/10004/8904 9653/10022/8922</w:t>
        <w:br/>
        <w:t>f 9653/10022/8922 9634/10002/8902 9630/10000/8900</w:t>
        <w:br/>
        <w:t>f 9645/10015/8915 9653/10022/8922 9630/10000/8900</w:t>
        <w:br/>
        <w:t>f 9645/10015/8915 9630/10000/8900 9629/9995/8895</w:t>
        <w:br/>
        <w:t>f 9643/10010/8910 9645/10015/8915 9629/9995/8895</w:t>
        <w:br/>
        <w:t>f 9643/10010/8910 9629/9995/8895 9626/9998/8898</w:t>
        <w:br/>
        <w:t>f 9642/10011/8911 9643/10010/8910 9626/9998/8898</w:t>
        <w:br/>
        <w:t>f 9626/9998/8898 8202/8769/7759 8203/8768/7758</w:t>
        <w:br/>
        <w:t>f 9642/10011/8911 9626/9998/8898 8203/8768/7758</w:t>
        <w:br/>
        <w:t>f 9627/9997/8897 8204/8770/7760 8202/8769/7759</w:t>
        <w:br/>
        <w:t>f 9626/9998/8898 9627/9997/8897 8202/8769/7759</w:t>
        <w:br/>
        <w:t>f 9642/10011/8911 8203/8768/7758 8205/8771/7761</w:t>
        <w:br/>
        <w:t>f 9641/10012/8912 9642/10011/8911 8205/8771/7761</w:t>
        <w:br/>
        <w:t>f 9639/10007/8907 8185/8750/7740 8204/8770/7760</w:t>
        <w:br/>
        <w:t>f 9627/9997/8897 9639/10007/8907 8204/8770/7760</w:t>
        <w:br/>
        <w:t>f 9659/10028/8928 9650/10016/8916 9647/10019/8919</w:t>
        <w:br/>
        <w:t>f 9661/10030/8930 9659/10028/8928 9647/10019/8919</w:t>
        <w:br/>
        <w:t>f 9650/10016/8916 9631/9999/8899 9632/10001/8901</w:t>
        <w:br/>
        <w:t>f 9649/10017/8917 9650/10016/8916 9632/10001/8901</w:t>
        <w:br/>
        <w:t>f 9629/9995/8895 9631/9999/8899 9628/9996/8896</w:t>
        <w:br/>
        <w:t>f 9690/10031/8931 9689/10032/8932 9688/10033/8933</w:t>
        <w:br/>
        <w:t>f 9687/10034/8934 9690/10031/8931 9688/10033/8933</w:t>
        <w:br/>
        <w:t>f 9692/10035/8935 9690/10031/8931 9687/10034/8934</w:t>
        <w:br/>
        <w:t>f 9691/10036/8936 9692/10035/8935 9687/10034/8934</w:t>
        <w:br/>
        <w:t>f 9694/10037/8937 9692/10035/8935 9691/10036/8936</w:t>
        <w:br/>
        <w:t>f 9693/10038/8938 9694/10037/8937 9691/10036/8936</w:t>
        <w:br/>
        <w:t>f 9696/10039/8939 9694/10037/8937 9693/10038/8938</w:t>
        <w:br/>
        <w:t>f 9695/10040/8939 9696/10039/8939 9693/10038/8938</w:t>
        <w:br/>
        <w:t>f 9698/10041/8940 9696/10039/8939 9695/10040/8939</w:t>
        <w:br/>
        <w:t>f 9697/10042/8940 9698/10041/8940 9695/10040/8939</w:t>
        <w:br/>
        <w:t>f 9700/10043/8941 9698/10041/8940 9697/10042/8940</w:t>
        <w:br/>
        <w:t>f 9699/10044/8941 9700/10043/8941 9697/10042/8940</w:t>
        <w:br/>
        <w:t>f 9700/10043/8941 9699/10044/8941 9701/10045/8942</w:t>
        <w:br/>
        <w:t>f 9702/10046/8942 9700/10043/8941 9701/10045/8942</w:t>
        <w:br/>
        <w:t>f 9702/10046/8942 9701/10045/8942 9703/10047/8943</w:t>
        <w:br/>
        <w:t>f 9704/10048/8943 9702/10046/8942 9703/10047/8943</w:t>
        <w:br/>
        <w:t>f 9704/10048/8943 9703/10047/8943 9705/10049/8944</w:t>
        <w:br/>
        <w:t>f 9706/10050/8945 9704/10048/8943 9705/10049/8944</w:t>
        <w:br/>
        <w:t>f 9706/10050/8945 9705/10049/8944 9707/10051/8946</w:t>
        <w:br/>
        <w:t>f 9708/10052/8946 9706/10050/8945 9707/10051/8946</w:t>
        <w:br/>
        <w:t>f 9708/10052/8946 9707/10051/8946 9709/10053/8947</w:t>
        <w:br/>
        <w:t>f 9710/10054/8948 9708/10052/8946 9709/10053/8947</w:t>
        <w:br/>
        <w:t>f 9710/10054/8948 9709/10053/8947 9711/10055/8949</w:t>
        <w:br/>
        <w:t>f 9712/10056/8950 9710/10054/8948 9711/10055/8949</w:t>
        <w:br/>
        <w:t>f 9712/10056/8950 9711/10055/8949 9713/10057/8951</w:t>
        <w:br/>
        <w:t>f 9714/10058/8952 9712/10056/8950 9713/10057/8951</w:t>
        <w:br/>
        <w:t>f 9716/10059/8953 9714/10058/8952 9713/10057/8951</w:t>
        <w:br/>
        <w:t>f 9715/10060/8954 9716/10059/8953 9713/10057/8951</w:t>
        <w:br/>
        <w:t>f 9720/10061/8955 9719/10062/8956 9718/10063/8957</w:t>
        <w:br/>
        <w:t>f 9717/10064/8958 9720/10061/8955 9718/10063/8957</w:t>
        <w:br/>
        <w:t>f 9717/10064/8958 9718/10063/8957 9722/10065/8959</w:t>
        <w:br/>
        <w:t>f 9721/10066/8959 9717/10064/8958 9722/10065/8959</w:t>
        <w:br/>
        <w:t>f 9721/10066/8959 9722/10065/8959 9724/10067/8960</w:t>
        <w:br/>
        <w:t>f 9723/10068/8960 9721/10066/8959 9724/10067/8960</w:t>
        <w:br/>
        <w:t>f 9723/10068/8960 9724/10067/8960 9726/10069/8961</w:t>
        <w:br/>
        <w:t>f 9725/10070/8962 9723/10068/8960 9726/10069/8961</w:t>
        <w:br/>
        <w:t>f 9725/10070/8962 9726/10069/8961 9728/10071/8963</w:t>
        <w:br/>
        <w:t>f 9727/10072/8963 9725/10070/8962 9728/10071/8963</w:t>
        <w:br/>
        <w:t>f 9727/10072/8963 9728/10071/8963 9730/10073/8964</w:t>
        <w:br/>
        <w:t>f 9729/10074/8964 9727/10072/8963 9730/10073/8964</w:t>
        <w:br/>
        <w:t>f 9730/10073/8964 9732/10075/8965 9731/10076/8965</w:t>
        <w:br/>
        <w:t>f 9729/10074/8964 9730/10073/8964 9731/10076/8965</w:t>
        <w:br/>
        <w:t>f 9732/10075/8965 9734/10077/8966 9733/10078/8966</w:t>
        <w:br/>
        <w:t>f 9731/10076/8965 9732/10075/8965 9733/10078/8966</w:t>
        <w:br/>
        <w:t>f 9734/10077/8966 9736/10079/8967 9735/10080/8967</w:t>
        <w:br/>
        <w:t>f 9733/10078/8966 9734/10077/8966 9735/10080/8967</w:t>
        <w:br/>
        <w:t>f 9736/10079/8967 9738/10081/8968 9737/10082/8968</w:t>
        <w:br/>
        <w:t>f 9735/10080/8967 9736/10079/8967 9737/10082/8968</w:t>
        <w:br/>
        <w:t>f 9738/10081/8968 9740/10083/8969 9739/10084/8970</w:t>
        <w:br/>
        <w:t>f 9737/10082/8968 9738/10081/8968 9739/10084/8970</w:t>
        <w:br/>
        <w:t>f 9740/10083/8969 9742/10085/8971 9741/10086/8972</w:t>
        <w:br/>
        <w:t>f 9739/10084/8970 9740/10083/8969 9741/10086/8972</w:t>
        <w:br/>
        <w:t>f 9742/10085/8971 9744/10087/8973 9743/10088/8974</w:t>
        <w:br/>
        <w:t>f 9741/10086/8972 9742/10085/8971 9743/10088/8974</w:t>
        <w:br/>
        <w:t>f 9743/10088/8974 9744/10087/8973 9746/10089/8975</w:t>
        <w:br/>
        <w:t>f 9745/10090/8976 9743/10088/8974 9746/10089/8975</w:t>
        <w:br/>
        <w:t>f 9750/10091/8977 9749/10092/8978 9748/10093/8978</w:t>
        <w:br/>
        <w:t>f 9747/10094/8977 9750/10091/8977 9748/10093/8978</w:t>
        <w:br/>
        <w:t>f 9753/10095/8979 9752/10096/8979 9751/10097/8980</w:t>
        <w:br/>
        <w:t>f 9754/10098/8981 9753/10095/8979 9751/10097/8980</w:t>
        <w:br/>
        <w:t>f 9749/10092/8978 9756/10099/8982 9755/10100/8982</w:t>
        <w:br/>
        <w:t>f 9748/10093/8978 9749/10092/8978 9755/10100/8982</w:t>
        <w:br/>
        <w:t>f 9754/10098/8981 9751/10097/8980 9757/10101/8983</w:t>
        <w:br/>
        <w:t>f 9758/10102/8983 9754/10098/8981 9757/10101/8983</w:t>
        <w:br/>
        <w:t>f 9756/10099/8982 9760/10103/8984 9759/10104/8985</w:t>
        <w:br/>
        <w:t>f 9755/10100/8982 9756/10099/8982 9759/10104/8985</w:t>
        <w:br/>
        <w:t>f 9758/10102/8983 9757/10101/8983 9761/10105/8986</w:t>
        <w:br/>
        <w:t>f 9762/10106/8987 9758/10102/8983 9761/10105/8986</w:t>
        <w:br/>
        <w:t>f 9764/10107/8988 9763/10108/8988 9759/10104/8985</w:t>
        <w:br/>
        <w:t>f 9760/10103/8984 9764/10107/8988 9759/10104/8985</w:t>
        <w:br/>
        <w:t>f 9766/10109/8989 9762/10106/8987 9761/10105/8986</w:t>
        <w:br/>
        <w:t>f 9765/10110/8989 9766/10109/8989 9761/10105/8986</w:t>
        <w:br/>
        <w:t>f 9768/10111/8990 9767/10112/8991 9763/10108/8988</w:t>
        <w:br/>
        <w:t>f 9764/10107/8988 9768/10111/8990 9763/10108/8988</w:t>
        <w:br/>
        <w:t>f 9770/10113/8992 9766/10109/8989 9765/10110/8989</w:t>
        <w:br/>
        <w:t>f 9769/10114/8992 9770/10113/8992 9765/10110/8989</w:t>
        <w:br/>
        <w:t>f 9772/10115/8993 9771/10116/8994 9767/10112/8991</w:t>
        <w:br/>
        <w:t>f 9768/10111/8990 9772/10115/8993 9767/10112/8991</w:t>
        <w:br/>
        <w:t>f 9774/10117/8995 9770/10113/8992 9769/10114/8992</w:t>
        <w:br/>
        <w:t>f 9773/10118/8995 9774/10117/8995 9769/10114/8992</w:t>
        <w:br/>
        <w:t>f 9772/10115/8993 9776/10119/8996 9775/10120/8996</w:t>
        <w:br/>
        <w:t>f 9771/10116/8994 9772/10115/8993 9775/10120/8996</w:t>
        <w:br/>
        <w:t>f 9774/10117/8995 9773/10118/8995 9777/10121/8997</w:t>
        <w:br/>
        <w:t>f 9778/10122/8997 9774/10117/8995 9777/10121/8997</w:t>
        <w:br/>
        <w:t>f 9776/10119/8996 9780/10123/8998 9779/10124/8999</w:t>
        <w:br/>
        <w:t>f 9775/10120/8996 9776/10119/8996 9779/10124/8999</w:t>
        <w:br/>
        <w:t>f 9782/10125/9000 9778/10122/8997 9777/10121/8997</w:t>
        <w:br/>
        <w:t>f 9781/10126/9001 9782/10125/9000 9777/10121/8997</w:t>
        <w:br/>
        <w:t>f 9780/10123/8998 9784/10127/9002 9783/10128/9002</w:t>
        <w:br/>
        <w:t>f 9779/10124/8999 9780/10123/8998 9783/10128/9002</w:t>
        <w:br/>
        <w:t>f 9782/10125/9000 9781/10126/9001 9785/10129/9003</w:t>
        <w:br/>
        <w:t>f 9786/10130/9004 9782/10125/9000 9785/10129/9003</w:t>
        <w:br/>
        <w:t>f 9784/10127/9002 9788/10131/9005 9787/10132/9006</w:t>
        <w:br/>
        <w:t>f 9783/10128/9002 9784/10127/9002 9787/10132/9006</w:t>
        <w:br/>
        <w:t>f 9786/10130/9004 9785/10129/9003 9789/10133/9007</w:t>
        <w:br/>
        <w:t>f 9790/10134/9007 9786/10130/9004 9789/10133/9007</w:t>
        <w:br/>
        <w:t>f 9788/10131/9005 9792/10135/9008 9791/10136/9008</w:t>
        <w:br/>
        <w:t>f 9787/10132/9006 9788/10131/9005 9791/10136/9008</w:t>
        <w:br/>
        <w:t>f 9790/10134/9007 9789/10133/9007 9793/10137/9009</w:t>
        <w:br/>
        <w:t>f 9794/10138/9010 9790/10134/9007 9793/10137/9009</w:t>
        <w:br/>
        <w:t>f 9796/10139/9011 9795/10140/9011 9791/10136/9008</w:t>
        <w:br/>
        <w:t>f 9792/10135/9008 9796/10139/9011 9791/10136/9008</w:t>
        <w:br/>
        <w:t>f 9798/10141/9012 9794/10138/9010 9793/10137/9009</w:t>
        <w:br/>
        <w:t>f 9797/10142/9012 9798/10141/9012 9793/10137/9009</w:t>
        <w:br/>
        <w:t>f 9800/10143/9013 9799/10144/9014 9795/10140/9011</w:t>
        <w:br/>
        <w:t>f 9796/10139/9011 9800/10143/9013 9795/10140/9011</w:t>
        <w:br/>
        <w:t>f 9802/10145/9015 9798/10141/9012 9797/10142/9012</w:t>
        <w:br/>
        <w:t>f 9801/10146/9016 9802/10145/9015 9797/10142/9012</w:t>
        <w:br/>
        <w:t>f 9804/10147/9017 9803/10148/9018 9799/10144/9014</w:t>
        <w:br/>
        <w:t>f 9800/10143/9013 9804/10147/9017 9799/10144/9014</w:t>
        <w:br/>
        <w:t>f 9806/10149/9019 9802/10145/9015 9801/10146/9016</w:t>
        <w:br/>
        <w:t>f 9805/10150/9020 9806/10149/9019 9801/10146/9016</w:t>
        <w:br/>
        <w:t>f 9849/10151/9021 9848/10152/9022 9847/10153/9023</w:t>
        <w:br/>
        <w:t>f 9852/10154/9024 9851/10155/9025 9850/10156/9026</w:t>
        <w:br/>
        <w:t>f 9852/10154/9024 9854/10157/9027 9853/10158/9028</w:t>
        <w:br/>
        <w:t>f 9851/10155/9025 9852/10154/9024 9853/10158/9028</w:t>
        <w:br/>
        <w:t>f 9856/10159/9029 9851/10155/9025 9855/10160/9030</w:t>
        <w:br/>
        <w:t>f 9860/10161/9031 9859/10162/9032 9858/10163/9033</w:t>
        <w:br/>
        <w:t>f 9857/10164/9034 9860/10161/9031 9858/10163/9033</w:t>
        <w:br/>
        <w:t>f 9863/10165/9032 9862/10166/9031 9861/10167/9035</w:t>
        <w:br/>
        <w:t>f 9864/10168/9036 9863/10165/9032 9861/10167/9035</w:t>
        <w:br/>
        <w:t>f 9864/10168/9036 9861/10167/9035 9865/10169/9037</w:t>
        <w:br/>
        <w:t>f 9866/10170/9038 9864/10168/9036 9865/10169/9037</w:t>
        <w:br/>
        <w:t>f 9868/10171/9039 9867/10172/9040 9857/10164/9034</w:t>
        <w:br/>
        <w:t>f 9858/10163/9033 9868/10171/9039 9857/10164/9034</w:t>
        <w:br/>
        <w:t>f 9872/10173/9041 9871/10174/9042 9870/10175/9043</w:t>
        <w:br/>
        <w:t>f 9869/10176/9044 9872/10173/9041 9870/10175/9043</w:t>
        <w:br/>
        <w:t>f 9876/10177/9045 9875/10178/9046 9874/10179/9047</w:t>
        <w:br/>
        <w:t>f 9873/10180/9042 9876/10177/9045 9874/10179/9047</w:t>
        <w:br/>
        <w:t>f 9875/10178/9046 9876/10177/9045 9878/10181/9048</w:t>
        <w:br/>
        <w:t>f 9877/10182/9049 9875/10178/9046 9878/10181/9048</w:t>
        <w:br/>
        <w:t>f 9881/10183/9050 9880/10184/9051 9879/10185/9052</w:t>
        <w:br/>
        <w:t>f 9884/10186/9053 9883/10187/9054 9882/10188/9055</w:t>
        <w:br/>
        <w:t>f 9885/10189/9056 9884/10186/9053 9882/10188/9055</w:t>
        <w:br/>
        <w:t>f 9889/10190/9057 9888/10191/9058 9887/10192/9059</w:t>
        <w:br/>
        <w:t>f 9886/10193/9060 9889/10190/9057 9887/10192/9059</w:t>
        <w:br/>
        <w:t>f 9890/10194/9061 9887/10192/9059 9888/10191/9058</w:t>
        <w:br/>
        <w:t>f 9891/10195/9062 9890/10194/9061 9888/10191/9058</w:t>
        <w:br/>
        <w:t>f 9895/10196/9063 9894/10197/9064 9893/10198/9065</w:t>
        <w:br/>
        <w:t>f 9892/10199/9066 9895/10196/9063 9893/10198/9065</w:t>
        <w:br/>
        <w:t>f 9898/10200/9067 9897/10201/9068 9896/10202/9069</w:t>
        <w:br/>
        <w:t>f 9899/10203/9070 9898/10200/9067 9896/10202/9069</w:t>
        <w:br/>
        <w:t>f 9903/10204/9071 9902/10205/9072 9901/10206/9073</w:t>
        <w:br/>
        <w:t>f 9900/10207/9074 9903/10204/9071 9901/10206/9073</w:t>
        <w:br/>
        <w:t>f 9906/10208/9075 9879/10185/9052 9905/10209/9076</w:t>
        <w:br/>
        <w:t>f 9904/10210/9077 9906/10208/9075 9905/10209/9076</w:t>
        <w:br/>
        <w:t>f 9910/10211/9078 9909/10212/9079 9908/10213/9080</w:t>
        <w:br/>
        <w:t>f 9907/10214/9081 9910/10211/9078 9908/10213/9080</w:t>
        <w:br/>
        <w:t>f 9913/10215/9082 9912/10216/9083 9911/10217/9084</w:t>
        <w:br/>
        <w:t>f 9916/10218/9085 9915/10219/9086 9914/10220/9087</w:t>
        <w:br/>
        <w:t>f 9920/10221/9088 9919/10222/9089 9918/10223/9090</w:t>
        <w:br/>
        <w:t>f 9917/10224/9091 9920/10221/9088 9918/10223/9090</w:t>
        <w:br/>
        <w:t>f 9917/10224/9091 9918/10223/9090 9922/10225/9092</w:t>
        <w:br/>
        <w:t>f 9921/10226/9093 9917/10224/9091 9922/10225/9092</w:t>
        <w:br/>
        <w:t>f 9925/10227/9094 9924/10228/9095 9923/10229/9096</w:t>
        <w:br/>
        <w:t>f 9926/10230/9097 9925/10227/9094 9923/10229/9096</w:t>
        <w:br/>
        <w:t>f 9923/10229/9096 9924/10228/9095 9928/10231/9098</w:t>
        <w:br/>
        <w:t>f 9927/10232/9099 9923/10229/9096 9928/10231/9098</w:t>
        <w:br/>
        <w:t>f 9884/10186/9053 9860/10161/9031 9857/10164/9034</w:t>
        <w:br/>
        <w:t>f 9883/10187/9054 9884/10186/9053 9857/10164/9034</w:t>
        <w:br/>
        <w:t>f 9930/10233/9100 9861/10167/9035 9862/10166/9031</w:t>
        <w:br/>
        <w:t>f 9929/10234/9053 9930/10233/9100 9862/10166/9031</w:t>
        <w:br/>
        <w:t>f 9931/10235/9101 9865/10169/9037 9861/10167/9035</w:t>
        <w:br/>
        <w:t>f 9930/10233/9100 9931/10235/9101 9861/10167/9035</w:t>
        <w:br/>
        <w:t>f 9857/10164/9034 9867/10172/9040 9932/10236/9102</w:t>
        <w:br/>
        <w:t>f 9883/10187/9054 9857/10164/9034 9932/10236/9102</w:t>
        <w:br/>
        <w:t>f 9900/10207/9074 9934/10237/9103 9933/10238/9104</w:t>
        <w:br/>
        <w:t>f 9903/10204/9071 9900/10207/9074 9933/10238/9104</w:t>
        <w:br/>
        <w:t>f 9938/10239/9105 9937/10240/9106 9936/10241/9107</w:t>
        <w:br/>
        <w:t>f 9935/10242/9108 9938/10239/9105 9936/10241/9107</w:t>
        <w:br/>
        <w:t>f 9907/10214/9081 9908/10213/9080 9940/10243/9109</w:t>
        <w:br/>
        <w:t>f 9939/10244/9110 9907/10214/9081 9940/10243/9109</w:t>
        <w:br/>
        <w:t>f 9943/10245/9111 9942/10246/9112 9941/10247/9113</w:t>
        <w:br/>
        <w:t>f 9944/10248/9114 9942/10246/9112 9943/10245/9111</w:t>
        <w:br/>
        <w:t>f 9943/10245/9111 9946/10249/9115 9945/10250/9116</w:t>
        <w:br/>
        <w:t>f 9949/10251/9117 9948/10252/9118 9947/10253/9119</w:t>
        <w:br/>
        <w:t>f 9950/10254/9120 9949/10251/9117 9947/10253/9119</w:t>
        <w:br/>
        <w:t>f 9953/10255/9121 9952/10256/9122 9951/10257/9123</w:t>
        <w:br/>
        <w:t>f 9954/10258/9124 9953/10255/9121 9951/10257/9123</w:t>
        <w:br/>
        <w:t>f 9956/10259/9125 9911/10217/9084 9955/10260/9126</w:t>
        <w:br/>
        <w:t>f 9957/10261/9127 9956/10259/9125 9955/10260/9126</w:t>
        <w:br/>
        <w:t>f 9960/10262/9128 9959/10263/9129 9958/10264/9130</w:t>
        <w:br/>
        <w:t>f 9935/10242/9108 9936/10241/9107 9961/10265/9115</w:t>
        <w:br/>
        <w:t>f 9935/10242/9108 9962/10266/9131 9938/10239/9105</w:t>
        <w:br/>
        <w:t>f 9944/10248/9114 9943/10245/9111 9945/10250/9116</w:t>
        <w:br/>
        <w:t>f 9963/10267/9132 9944/10248/9114 9945/10250/9116</w:t>
        <w:br/>
        <w:t>f 9957/10261/9127 9965/10268/9122 9964/10269/9133</w:t>
        <w:br/>
        <w:t>f 9956/10259/9125 9957/10261/9127 9964/10269/9133</w:t>
        <w:br/>
        <w:t>f 9967/10270/9134 9966/10271/9135 9948/10252/9118</w:t>
        <w:br/>
        <w:t>f 9949/10251/9117 9967/10270/9134 9948/10252/9118</w:t>
        <w:br/>
        <w:t>f 9906/10208/9075 9904/10210/9077 9968/10272/9134</w:t>
        <w:br/>
        <w:t>f 9960/10262/9128 9906/10208/9075 9968/10272/9134</w:t>
        <w:br/>
        <w:t>f 9948/10252/9118 9915/10219/9086 9916/10218/9085</w:t>
        <w:br/>
        <w:t>f 9947/10253/9119 9948/10252/9118 9916/10218/9085</w:t>
        <w:br/>
        <w:t>f 9948/10252/9118 9966/10271/9135 9969/10273/9076</w:t>
        <w:br/>
        <w:t>f 9915/10219/9086 9948/10252/9118 9969/10273/9076</w:t>
        <w:br/>
        <w:t>f 9973/10274/9136 9972/10275/9137 9971/10276/9138</w:t>
        <w:br/>
        <w:t>f 9970/10277/9139 9973/10274/9136 9971/10276/9138</w:t>
        <w:br/>
        <w:t>f 9977/10278/9138 9976/10279/9140 9975/10280/9141</w:t>
        <w:br/>
        <w:t>f 9974/10281/9142 9977/10278/9138 9975/10280/9141</w:t>
        <w:br/>
        <w:t>f 9975/10280/9141 9978/10282/9143 9974/10281/9142</w:t>
        <w:br/>
        <w:t>f 9979/10283/9144 9973/10274/9136 9970/10277/9139</w:t>
        <w:br/>
        <w:t>f 9983/10284/9145 9982/10285/9146 9981/10286/9147</w:t>
        <w:br/>
        <w:t>f 9980/10287/9148 9983/10284/9145 9981/10286/9147</w:t>
        <w:br/>
        <w:t>f 9986/10288/9147 9985/10289/9149 9984/10290/9150</w:t>
        <w:br/>
        <w:t>f 9987/10291/9151 9986/10288/9147 9984/10290/9150</w:t>
        <w:br/>
        <w:t>f 9985/10289/9149 9989/10292/9152 9988/10293/9153</w:t>
        <w:br/>
        <w:t>f 9984/10290/9150 9985/10289/9149 9988/10293/9153</w:t>
        <w:br/>
        <w:t>f 9982/10285/9146 9983/10284/9145 9990/10294/9154</w:t>
        <w:br/>
        <w:t>f 9991/10295/9155 9982/10285/9146 9990/10294/9154</w:t>
        <w:br/>
        <w:t>f 9994/10296/9156 9993/10297/9157 9992/10298/9158</w:t>
        <w:br/>
        <w:t>f 9995/10299/9159 9994/10296/9156 9992/10298/9158</w:t>
        <w:br/>
        <w:t>f 9999/10300/9160 9998/10301/9161 9997/10302/9162</w:t>
        <w:br/>
        <w:t>f 9996/10303/9163 9999/10300/9160 9997/10302/9162</w:t>
        <w:br/>
        <w:t>f 10003/10304/9164 10002/10305/9165 10001/10306/9166</w:t>
        <w:br/>
        <w:t>f 10000/10307/9167 10003/10304/9164 10001/10306/9166</w:t>
        <w:br/>
        <w:t>f 10007/10308/9168 10006/10309/9169 10005/10310/9170</w:t>
        <w:br/>
        <w:t>f 10004/10311/9171 10007/10308/9168 10005/10310/9170</w:t>
        <w:br/>
        <w:t>f 10009/10312/9172 9997/10302/9162 9998/10301/9161</w:t>
        <w:br/>
        <w:t>f 10008/10313/9173 10009/10312/9172 9998/10301/9161</w:t>
        <w:br/>
        <w:t>f 10010/10314/9174 10008/10313/9173 9994/10296/9156</w:t>
        <w:br/>
        <w:t>f 9995/10299/9159 10010/10314/9174 9994/10296/9156</w:t>
        <w:br/>
        <w:t>f 10014/10315/9175 10013/10316/9176 10012/10317/9177</w:t>
        <w:br/>
        <w:t>f 10011/10318/9178 10014/10315/9175 10012/10317/9177</w:t>
        <w:br/>
        <w:t>f 10003/10304/9164 10000/10307/9167 10015/10319/9179</w:t>
        <w:br/>
        <w:t>f 10011/10318/9178 10003/10304/9164 10015/10319/9179</w:t>
        <w:br/>
        <w:t>f 10019/10320/9180 10018/10321/9181 10017/10322/9182</w:t>
        <w:br/>
        <w:t>f 10016/10323/9183 10019/10320/9180 10017/10322/9182</w:t>
        <w:br/>
        <w:t>f 10016/10323/9183 10017/10322/9182 10021/10324/9184</w:t>
        <w:br/>
        <w:t>f 10020/10325/9185 10016/10323/9183 10021/10324/9184</w:t>
        <w:br/>
        <w:t>f 10024/10326/9186 10023/10327/9187 10022/10328/9188</w:t>
        <w:br/>
        <w:t>f 10025/10329/9189 10024/10326/9186 10022/10328/9188</w:t>
        <w:br/>
        <w:t>f 10028/10330/9190 10027/10331/9191 10026/10332/9192</w:t>
        <w:br/>
        <w:t>f 10029/10333/9193 10028/10330/9190 10026/10332/9192</w:t>
        <w:br/>
        <w:t>f 10029/10333/9193 10022/10328/9188 10023/10327/9187</w:t>
        <w:br/>
        <w:t>f 10028/10330/9190 10029/10333/9193 10023/10327/9187</w:t>
        <w:br/>
        <w:t>f 10031/10334/9194 10030/10335/9195 10020/10325/9185</w:t>
        <w:br/>
        <w:t>f 10021/10324/9184 10031/10334/9194 10020/10325/9185</w:t>
        <w:br/>
        <w:t>f 10031/10334/9194 10026/10332/9192 10027/10331/9191</w:t>
        <w:br/>
        <w:t>f 10030/10335/9195 10031/10334/9194 10027/10331/9191</w:t>
        <w:br/>
        <w:t>f 10010/10314/9174 10009/10312/9172 10008/10313/9173</w:t>
        <w:br/>
        <w:t>f 10033/10336/9196 10032/10337/9197 10018/10321/9181</w:t>
        <w:br/>
        <w:t>f 10019/10320/9180 10033/10336/9196 10018/10321/9181</w:t>
        <w:br/>
        <w:t>f 10036/10338/9198 10035/10339/9199 10034/10340/9200</w:t>
        <w:br/>
        <w:t>f 10037/10341/9201 10036/10338/9198 10034/10340/9200</w:t>
        <w:br/>
        <w:t>f 10040/10342/9202 10039/10343/9203 10038/10344/9204</w:t>
        <w:br/>
        <w:t>f 10041/10345/9205 10040/10342/9202 10038/10344/9204</w:t>
        <w:br/>
        <w:t>f 10045/10346/9206 10044/10347/9207 10043/10348/9208</w:t>
        <w:br/>
        <w:t>f 10042/10349/7674 10045/10346/9206 10043/10348/9208</w:t>
        <w:br/>
        <w:t>f 10049/10350/7674 10048/10351/9208 10047/10352/9209</w:t>
        <w:br/>
        <w:t>f 10046/10353/9210 10049/10350/7674 10047/10352/9209</w:t>
        <w:br/>
        <w:t>f 10052/10354/9211 10051/10355/9212 10050/10356/9213</w:t>
        <w:br/>
        <w:t>f 10013/10316/9176 10052/10354/9211 10050/10356/9213</w:t>
        <w:br/>
        <w:t>f 9866/10170/9038 9865/10169/9037 10024/10326/9186</w:t>
        <w:br/>
        <w:t>f 10025/10329/9189 9866/10170/9038 10024/10326/9186</w:t>
        <w:br/>
        <w:t>f 10038/10344/9204 10039/10343/9203 10053/10357/9214</w:t>
        <w:br/>
        <w:t>f 10054/10358/9215 10038/10344/9204 10053/10357/9214</w:t>
        <w:br/>
        <w:t>f 10033/10336/9196 10055/10359/9216 9932/10236/9102</w:t>
        <w:br/>
        <w:t>f 9867/10172/9040 10033/10336/9196 9932/10236/9102</w:t>
        <w:br/>
        <w:t>f 9868/10171/9039 9919/10222/9089 10056/10360/9217</w:t>
        <w:br/>
        <w:t>f 10032/10337/9197 9868/10171/9039 10056/10360/9217</w:t>
        <w:br/>
        <w:t>f 9919/10222/9089 9920/10221/9088 10057/10361/9218</w:t>
        <w:br/>
        <w:t>f 10056/10360/9217 9919/10222/9089 10057/10361/9218</w:t>
        <w:br/>
        <w:t>f 10061/10362/9219 10060/10363/9220 10059/10364/9221</w:t>
        <w:br/>
        <w:t>f 10058/10365/9222 10061/10362/9219 10059/10364/9221</w:t>
        <w:br/>
        <w:t>f 10063/10366/9223 10062/10367/9224 10061/10362/9219</w:t>
        <w:br/>
        <w:t>f 10058/10365/9222 10063/10366/9223 10061/10362/9219</w:t>
        <w:br/>
        <w:t>f 10060/10363/9220 10065/10368/9225 10064/10369/9226</w:t>
        <w:br/>
        <w:t>f 10059/10364/9221 10060/10363/9220 10064/10369/9226</w:t>
        <w:br/>
        <w:t>f 10067/10370/9227 10022/10328/9188 10029/10333/9193</w:t>
        <w:br/>
        <w:t>f 10066/10371/9228 10067/10370/9227 10029/10333/9193</w:t>
        <w:br/>
        <w:t>f 10071/10372/9229 10070/10373/9230 10069/10374/9231</w:t>
        <w:br/>
        <w:t>f 10068/10375/9232 10071/10372/9229 10069/10374/9231</w:t>
        <w:br/>
        <w:t>f 10057/10361/9218 10062/10367/9224 10056/10360/9217</w:t>
        <w:br/>
        <w:t>f 10056/10360/9217 10063/10366/9223 10032/10337/9197</w:t>
        <w:br/>
        <w:t>f 9927/10232/9099 9928/10231/9098 10072/10376/9233</w:t>
        <w:br/>
        <w:t>f 10073/10377/9234 9927/10232/9099 10072/10376/9233</w:t>
        <w:br/>
        <w:t>f 9920/10221/9088 10074/10378/9235 9993/10297/9157</w:t>
        <w:br/>
        <w:t>f 10057/10361/9218 9920/10221/9088 9993/10297/9157</w:t>
        <w:br/>
        <w:t>f 10076/10379/9236 10075/10380/9237 9848/10152/9022</w:t>
        <w:br/>
        <w:t>f 9849/10151/9021 10076/10379/9236 9848/10152/9022</w:t>
        <w:br/>
        <w:t>f 10078/10381/9238 10019/10320/9180 10016/10323/9183</w:t>
        <w:br/>
        <w:t>f 10077/10382/9239 10078/10381/9238 10016/10323/9183</w:t>
        <w:br/>
        <w:t>f 10080/10383/9240 10079/10384/9241 10028/10330/9190</w:t>
        <w:br/>
        <w:t>f 10023/10327/9187 10080/10383/9240 10028/10330/9190</w:t>
        <w:br/>
        <w:t>f 10019/10320/9180 10078/10381/9238 10055/10359/9216</w:t>
        <w:br/>
        <w:t>f 10033/10336/9196 10019/10320/9180 10055/10359/9216</w:t>
        <w:br/>
        <w:t>f 10081/10385/9242 10024/10326/9186 9865/10169/9037</w:t>
        <w:br/>
        <w:t>f 9931/10235/9101 10081/10385/9242 9865/10169/9037</w:t>
        <w:br/>
        <w:t>f 9867/10172/9040 9868/10171/9039 10032/10337/9197</w:t>
        <w:br/>
        <w:t>f 10033/10336/9196 9867/10172/9040 10032/10337/9197</w:t>
        <w:br/>
        <w:t>f 10022/10328/9188 10067/10370/9227 10072/10376/9233</w:t>
        <w:br/>
        <w:t>f 10025/10329/9189 10022/10328/9188 10072/10376/9233</w:t>
        <w:br/>
        <w:t>f 10081/10385/9242 10080/10383/9240 10023/10327/9187</w:t>
        <w:br/>
        <w:t>f 10024/10326/9186 10081/10385/9242 10023/10327/9187</w:t>
        <w:br/>
        <w:t>f 10015/10319/9179 10014/10315/9175 10011/10318/9178</w:t>
        <w:br/>
        <w:t>f 10085/10386/9243 10084/10387/9244 10083/10388/9245</w:t>
        <w:br/>
        <w:t>f 10082/10389/9246 10085/10386/9243 10083/10388/9245</w:t>
        <w:br/>
        <w:t>f 10088/10390/9247 10087/10391/9248 10086/10392/9249</w:t>
        <w:br/>
        <w:t>f 10089/10393/9250 10088/10390/9247 10086/10392/9249</w:t>
        <w:br/>
        <w:t>f 10090/10394/9251 10085/10386/9243 10082/10389/9246</w:t>
        <w:br/>
        <w:t>f 10091/10395/9252 10090/10394/9251 10082/10389/9246</w:t>
        <w:br/>
        <w:t>f 10089/10393/9250 10093/10396/9253 10092/10397/9254</w:t>
        <w:br/>
        <w:t>f 10088/10390/9247 10089/10393/9250 10092/10397/9254</w:t>
        <w:br/>
        <w:t>f 10094/10398/9255 10083/10388/9245 10084/10387/9244</w:t>
        <w:br/>
        <w:t>f 10095/10399/9256 10094/10398/9255 10084/10387/9244</w:t>
        <w:br/>
        <w:t>f 10097/10400/9257 10086/10392/9249 10087/10391/9248</w:t>
        <w:br/>
        <w:t>f 10096/10401/9258 10097/10400/9257 10087/10391/9248</w:t>
        <w:br/>
        <w:t>f 10093/10396/9253 10089/10393/9250 10099/10402/9259</w:t>
        <w:br/>
        <w:t>f 10098/10403/9260 10093/10396/9253 10099/10402/9259</w:t>
        <w:br/>
        <w:t>f 10102/10404/9261 10101/10405/9262 10100/10406/9263</w:t>
        <w:br/>
        <w:t>f 10105/10407/9264 10104/10408/9265 10103/10409/9266</w:t>
        <w:br/>
        <w:t>f 10106/10410/9267 10105/10407/9264 10103/10409/9266</w:t>
        <w:br/>
        <w:t>f 10107/10411/9268 10105/10407/9264 10106/10410/9267</w:t>
        <w:br/>
        <w:t>f 10108/10412/9269 10107/10411/9268 10106/10410/9267</w:t>
        <w:br/>
        <w:t>f 10106/10410/9267 10103/10409/9266 10109/10413/9270</w:t>
        <w:br/>
        <w:t>f 10111/10414/9271 10110/10415/9272 10101/10405/9262</w:t>
        <w:br/>
        <w:t>f 10107/10411/9268 10108/10412/9269 10112/10416/9273</w:t>
        <w:br/>
        <w:t>f 10115/10417/9274 10114/10418/9275 10113/10419/9276</w:t>
        <w:br/>
        <w:t>f 10116/10420/9277 10115/10417/9274 10113/10419/9276</w:t>
        <w:br/>
        <w:t>f 10103/10409/9266 10104/10408/9265 10116/10420/9277</w:t>
        <w:br/>
        <w:t>f 10113/10419/9276 10103/10409/9266 10116/10420/9277</w:t>
        <w:br/>
        <w:t>f 10113/10419/9276 10117/10421/9278 10109/10413/9270</w:t>
        <w:br/>
        <w:t>f 10103/10409/9266 10113/10419/9276 10109/10413/9270</w:t>
        <w:br/>
        <w:t>f 9891/10195/9062 9988/10293/9153 10118/10422/9279</w:t>
        <w:br/>
        <w:t>f 10119/10423/9280 9891/10195/9062 10118/10422/9279</w:t>
        <w:br/>
        <w:t>f 10120/10424/9281 9989/10292/9152 9877/10182/9049</w:t>
        <w:br/>
        <w:t>f 10081/10385/9242 9931/10235/9101 10121/10425/9282</w:t>
        <w:br/>
        <w:t>f 10122/10426/9283 10081/10385/9242 10121/10425/9282</w:t>
        <w:br/>
        <w:t>f 10125/10427/9284 10124/10428/9285 10123/10429/9286</w:t>
        <w:br/>
        <w:t>f 10126/10430/9287 10125/10427/9284 10123/10429/9286</w:t>
        <w:br/>
        <w:t>f 10123/10429/9286 10124/10428/9285 10127/10431/9288</w:t>
        <w:br/>
        <w:t>f 10100/10406/9263 10123/10429/9286 10127/10431/9288</w:t>
        <w:br/>
        <w:t>f 10128/10432/9289 9877/10182/9049 9878/10181/9048</w:t>
        <w:br/>
        <w:t>f 10129/10433/9290 10128/10432/9289 9878/10181/9048</w:t>
        <w:br/>
        <w:t>f 10129/10433/9290 9881/10183/9050 10131/10434/9291</w:t>
        <w:br/>
        <w:t>f 10130/10435/9292 10129/10433/9290 10131/10434/9291</w:t>
        <w:br/>
        <w:t>f 10133/10436/9293 10132/10437/9294 10105/10407/9264</w:t>
        <w:br/>
        <w:t>f 10107/10411/9268 10133/10436/9293 10105/10407/9264</w:t>
        <w:br/>
        <w:t>f 10105/10407/9264 10132/10437/9294 10134/10438/9295</w:t>
        <w:br/>
        <w:t>f 10104/10408/9265 10105/10407/9264 10134/10438/9295</w:t>
        <w:br/>
        <w:t>f 10138/10439/9296 10137/10440/9297 10136/10441/9298</w:t>
        <w:br/>
        <w:t>f 10135/10442/9299 10138/10439/9296 10136/10441/9298</w:t>
        <w:br/>
        <w:t>f 10141/10443/9300 10140/10444/9301 10139/10445/9302</w:t>
        <w:br/>
        <w:t>f 10142/10446/9303 10141/10443/9300 10139/10445/9302</w:t>
        <w:br/>
        <w:t>f 10140/10444/9301 10144/10447/9304 10143/10448/9305</w:t>
        <w:br/>
        <w:t>f 10139/10445/9302 10140/10444/9301 10143/10448/9305</w:t>
        <w:br/>
        <w:t>f 10104/10408/9265 10134/10438/9295 10145/10449/9306</w:t>
        <w:br/>
        <w:t>f 10116/10420/9277 10104/10408/9265 10145/10449/9306</w:t>
        <w:br/>
        <w:t>f 10116/10420/9277 10145/10449/9306 10146/10450/9307</w:t>
        <w:br/>
        <w:t>f 10115/10417/9274 10116/10420/9277 10146/10450/9307</w:t>
        <w:br/>
        <w:t>f 10147/10451/9308 10101/10405/9262 10110/10415/9272</w:t>
        <w:br/>
        <w:t>f 10150/10452/9309 10149/10453/9310 10147/10451/9308</w:t>
        <w:br/>
        <w:t>f 10148/10454/9311 10150/10452/9309 10147/10451/9308</w:t>
        <w:br/>
        <w:t>f 10148/10454/9311 10108/10412/9269 10106/10410/9267</w:t>
        <w:br/>
        <w:t>f 10151/10455/9312 10148/10454/9311 10106/10410/9267</w:t>
        <w:br/>
        <w:t>f 10150/10452/9309 10148/10454/9311 10151/10455/9312</w:t>
        <w:br/>
        <w:t>f 10152/10456/9313 10150/10452/9309 10151/10455/9312</w:t>
        <w:br/>
        <w:t>f 10152/10456/9313 10151/10455/9312 10153/10457/9314</w:t>
        <w:br/>
        <w:t>f 10151/10455/9312 10109/10413/9270 10154/10458/9315</w:t>
        <w:br/>
        <w:t>f 10130/10435/9292 10131/10434/9291 9958/10264/9130</w:t>
        <w:br/>
        <w:t>f 10155/10459/9316 10130/10435/9292 9958/10264/9130</w:t>
        <w:br/>
        <w:t>f 10130/10435/9292 10156/10460/9317 10129/10433/9290</w:t>
        <w:br/>
        <w:t>f 10129/10433/9290 10156/10460/9317 10090/10394/9251</w:t>
        <w:br/>
        <w:t>f 10128/10432/9289 10129/10433/9290 10090/10394/9251</w:t>
        <w:br/>
        <w:t>f 10159/10461/9318 10158/10462/9319 10157/10463/9320</w:t>
        <w:br/>
        <w:t>f 10157/10463/9320 10158/10462/9319 10160/10464/9321</w:t>
        <w:br/>
        <w:t>f 10085/10386/9243 10090/10394/9251 10156/10460/9317</w:t>
        <w:br/>
        <w:t>f 10159/10461/9318 10085/10386/9243 10156/10460/9317</w:t>
        <w:br/>
        <w:t>f 10155/10459/9316 10149/10453/9310 10130/10435/9292</w:t>
        <w:br/>
        <w:t>f 10158/10462/9319 10159/10461/9318 10150/10452/9309</w:t>
        <w:br/>
        <w:t>f 10152/10456/9313 10158/10462/9319 10150/10452/9309</w:t>
        <w:br/>
        <w:t>f 10160/10464/9321 10152/10456/9313 10161/10465/9322</w:t>
        <w:br/>
        <w:t>f 10152/10456/9313 10153/10457/9314 10161/10465/9322</w:t>
        <w:br/>
        <w:t>f 10155/10459/9316 9958/10264/9130 9959/10263/9129</w:t>
        <w:br/>
        <w:t>f 10162/10466/9323 10155/10459/9316 9959/10263/9129</w:t>
        <w:br/>
        <w:t>f 10084/10387/9244 10157/10463/9320 10163/10467/9324</w:t>
        <w:br/>
        <w:t>f 10095/10399/9256 10084/10387/9244 10163/10467/9324</w:t>
        <w:br/>
        <w:t>f 10157/10463/9320 10160/10464/9321 10164/10468/9325</w:t>
        <w:br/>
        <w:t>f 10117/10421/9278 10113/10419/9276 10114/10418/9275</w:t>
        <w:br/>
        <w:t>f 10165/10469/9326 10117/10421/9278 10114/10418/9275</w:t>
        <w:br/>
        <w:t>f 10168/10470/9327 10167/10471/9328 10166/10472/9329</w:t>
        <w:br/>
        <w:t>f 10164/10468/9325 10168/10470/9327 10166/10472/9329</w:t>
        <w:br/>
        <w:t>f 10168/10470/9327 10164/10468/9325 10160/10464/9321</w:t>
        <w:br/>
        <w:t>f 10169/10473/9330 10168/10470/9327 10160/10464/9321</w:t>
        <w:br/>
        <w:t>f 10169/10473/9330 10160/10464/9321 10161/10465/9322</w:t>
        <w:br/>
        <w:t>f 10170/10474/9331 10169/10473/9330 10161/10465/9322</w:t>
        <w:br/>
        <w:t>f 10170/10474/9331 10161/10465/9322 10153/10457/9314</w:t>
        <w:br/>
        <w:t>f 10171/10475/9332 10170/10474/9331 10153/10457/9314</w:t>
        <w:br/>
        <w:t>f 10153/10457/9314 10154/10458/9315 10172/10476/9333</w:t>
        <w:br/>
        <w:t>f 10171/10475/9332 10153/10457/9314 10172/10476/9333</w:t>
        <w:br/>
        <w:t>f 10154/10458/9315 10109/10413/9270 10173/10477/9334</w:t>
        <w:br/>
        <w:t>f 10172/10476/9333 10154/10458/9315 10173/10477/9334</w:t>
        <w:br/>
        <w:t>f 10173/10477/9334 10109/10413/9270 10117/10421/9278</w:t>
        <w:br/>
        <w:t>f 10174/10478/9335 10173/10477/9334 10117/10421/9278</w:t>
        <w:br/>
        <w:t>f 10174/10478/9335 10117/10421/9278 10176/10479/9336</w:t>
        <w:br/>
        <w:t>f 10175/10480/9337 10174/10478/9335 10176/10479/9336</w:t>
        <w:br/>
        <w:t>f 10128/10432/9289 10090/10394/9251 10091/10395/9252</w:t>
        <w:br/>
        <w:t>f 10120/10424/9281 10128/10432/9289 10091/10395/9252</w:t>
        <w:br/>
        <w:t>f 10119/10423/9280 10118/10422/9279 10092/10397/9254</w:t>
        <w:br/>
        <w:t>f 10093/10396/9253 10119/10423/9280 10092/10397/9254</w:t>
        <w:br/>
        <w:t>f 10119/10423/9280 10093/10396/9253 10098/10403/9260</w:t>
        <w:br/>
        <w:t>f 10177/10481/9338 10119/10423/9280 10098/10403/9260</w:t>
        <w:br/>
        <w:t>f 10100/10406/9263 10101/10405/9262 10123/10429/9286</w:t>
        <w:br/>
        <w:t>f 10123/10429/9286 10101/10405/9262 10126/10430/9287</w:t>
        <w:br/>
        <w:t>f 10100/10406/9263 10127/10431/9288 10137/10440/9297</w:t>
        <w:br/>
        <w:t>f 10102/10404/9261 10100/10406/9263 10137/10440/9297</w:t>
        <w:br/>
        <w:t>f 10135/10442/9339 10101/10405/9262 10102/10404/9261</w:t>
        <w:br/>
        <w:t>f 10135/10442/9299 10136/10441/9298 10179/10482/9340</w:t>
        <w:br/>
        <w:t>f 10178/10483/9341 10135/10442/9299 10179/10482/9340</w:t>
        <w:br/>
        <w:t>f 10178/10483/9341 10179/10482/9340 10181/10484/9342</w:t>
        <w:br/>
        <w:t>f 10180/10485/9342 10178/10483/9341 10181/10484/9342</w:t>
        <w:br/>
        <w:t>f 10108/10412/9269 10110/10415/9272 10182/10486/9343</w:t>
        <w:br/>
        <w:t>f 10112/10416/9273 10108/10412/9269 10182/10486/9343</w:t>
        <w:br/>
        <w:t>f 10144/10447/9344 10133/10436/9293 10107/10411/9268</w:t>
        <w:br/>
        <w:t>f 10112/10416/9273 10144/10447/9344 10107/10411/9268</w:t>
        <w:br/>
        <w:t>f 10149/10453/9310 10150/10452/9309 10159/10461/9318</w:t>
        <w:br/>
        <w:t>f 10156/10460/9317 10149/10453/9310 10159/10461/9318</w:t>
        <w:br/>
        <w:t>f 10185/10487/9345 10184/10488/9346 10183/10489/9347</w:t>
        <w:br/>
        <w:t>f 10186/10490/9348 10185/10487/9345 10183/10489/9347</w:t>
        <w:br/>
        <w:t>f 10190/10491/9349 10189/10492/9350 10188/10493/9351</w:t>
        <w:br/>
        <w:t>f 10187/10494/9352 10190/10491/9349 10188/10493/9351</w:t>
        <w:br/>
        <w:t>f 10184/10488/9346 10185/10487/9345 10191/10495/9353</w:t>
        <w:br/>
        <w:t>f 10192/10496/9354 10184/10488/9346 10191/10495/9353</w:t>
        <w:br/>
        <w:t>f 10193/10497/9355 10189/10492/9350 10190/10491/9349</w:t>
        <w:br/>
        <w:t>f 10194/10498/9356 10193/10497/9355 10190/10491/9349</w:t>
        <w:br/>
        <w:t>f 10094/10398/9255 10095/10399/9256 10186/10490/9348</w:t>
        <w:br/>
        <w:t>f 10183/10489/9347 10094/10398/9255 10186/10490/9348</w:t>
        <w:br/>
        <w:t>f 10187/10494/9352 10188/10493/9351 10097/10400/9257</w:t>
        <w:br/>
        <w:t>f 10096/10401/9258 10187/10494/9352 10097/10400/9257</w:t>
        <w:br/>
        <w:t>f 10189/10492/9350 10193/10497/9355 10195/10499/9357</w:t>
        <w:br/>
        <w:t>f 10196/10500/9358 10189/10492/9350 10195/10499/9357</w:t>
        <w:br/>
        <w:t>f 10199/10501/9359 10198/10502/9360 10197/10503/9361</w:t>
        <w:br/>
        <w:t>f 10202/10504/9362 10201/10505/9363 10200/10506/9364</w:t>
        <w:br/>
        <w:t>f 10203/10507/9365 10202/10504/9362 10200/10506/9364</w:t>
        <w:br/>
        <w:t>f 10203/10507/9365 10200/10506/9364 10204/10508/9366</w:t>
        <w:br/>
        <w:t>f 10205/10509/9367 10203/10507/9365 10204/10508/9366</w:t>
        <w:br/>
        <w:t>f 10203/10507/9365 10206/10510/9368 10202/10504/9362</w:t>
        <w:br/>
        <w:t>f 10197/10503/9361 10209/10511/9369 10208/10512/9370</w:t>
        <w:br/>
        <w:t>f 10207/10513/9371 10197/10503/9361 10208/10512/9370</w:t>
        <w:br/>
        <w:t>f 10204/10508/9366 10210/10514/9372 10205/10509/9367</w:t>
        <w:br/>
        <w:t>f 10212/10515/9373 10114/10418/9275 10115/10417/9274</w:t>
        <w:br/>
        <w:t>f 10211/10516/9374 10212/10515/9373 10115/10417/9274</w:t>
        <w:br/>
        <w:t>f 10202/10504/9362 10212/10515/9373 10211/10516/9374</w:t>
        <w:br/>
        <w:t>f 10201/10505/9363 10202/10504/9362 10211/10516/9374</w:t>
        <w:br/>
        <w:t>f 10213/10517/9375 9990/10294/9154 9899/10203/9070</w:t>
        <w:br/>
        <w:t>f 10214/10518/9376 10213/10517/9375 9899/10203/9070</w:t>
        <w:br/>
        <w:t>f 9991/10295/9155 10217/10519/9377 10216/10520/9378</w:t>
        <w:br/>
        <w:t>f 10215/10521/9379 9991/10295/9155 10216/10520/9378</w:t>
        <w:br/>
        <w:t>f 10055/10359/9216 10219/10522/9380 10218/10523/9381</w:t>
        <w:br/>
        <w:t>f 9932/10236/9102 10055/10359/9216 10218/10523/9381</w:t>
        <w:br/>
        <w:t>f 10223/10524/9382 10222/10525/9383 10221/10526/9384</w:t>
        <w:br/>
        <w:t>f 10220/10527/9385 10223/10524/9382 10221/10526/9384</w:t>
        <w:br/>
        <w:t>f 10198/10502/9360 10224/10528/9386 10221/10526/9384</w:t>
        <w:br/>
        <w:t>f 10222/10525/9383 10198/10502/9360 10221/10526/9384</w:t>
        <w:br/>
        <w:t>f 10216/10520/9378 10226/10529/9387 10225/10530/9388</w:t>
        <w:br/>
        <w:t>f 10215/10521/9379 10216/10520/9378 10225/10530/9388</w:t>
        <w:br/>
        <w:t>f 10226/10529/9387 10227/10531/9389 9947/10253/9119</w:t>
        <w:br/>
        <w:t>f 9916/10218/9085 10226/10529/9387 9947/10253/9119</w:t>
        <w:br/>
        <w:t>f 10200/10506/9364 10229/10532/9390 10228/10533/9391</w:t>
        <w:br/>
        <w:t>f 10204/10508/9366 10200/10506/9364 10228/10533/9391</w:t>
        <w:br/>
        <w:t>f 10200/10506/9364 10201/10505/9363 10230/10534/9392</w:t>
        <w:br/>
        <w:t>f 10229/10532/9390 10200/10506/9364 10230/10534/9392</w:t>
        <w:br/>
        <w:t>f 10199/10501/9359 10207/10513/9371 10232/10535/9393</w:t>
        <w:br/>
        <w:t>f 10231/10536/9394 10199/10501/9359 10232/10535/9393</w:t>
        <w:br/>
        <w:t>f 10235/10537/9395 10234/10538/9395 10233/10539/9396</w:t>
        <w:br/>
        <w:t>f 10236/10540/9397 10235/10537/9395 10233/10539/9396</w:t>
        <w:br/>
        <w:t>f 10210/10514/9372 10237/10541/9398 10234/10538/9395</w:t>
        <w:br/>
        <w:t>f 10235/10537/9395 10210/10514/9372 10234/10538/9395</w:t>
        <w:br/>
        <w:t>f 10201/10505/9363 10211/10516/9374 10238/10542/9399</w:t>
        <w:br/>
        <w:t>f 10230/10534/9392 10201/10505/9363 10238/10542/9399</w:t>
        <w:br/>
        <w:t>f 10211/10516/9374 10115/10417/9274 10146/10450/9307</w:t>
        <w:br/>
        <w:t>f 10238/10542/9399 10211/10516/9374 10146/10450/9307</w:t>
        <w:br/>
        <w:t>f 10241/10543/9400 10197/10503/9361 10240/10544/9401</w:t>
        <w:br/>
        <w:t>f 10239/10545/9402 10241/10543/9400 10240/10544/9401</w:t>
        <w:br/>
        <w:t>f 10241/10543/9400 10239/10545/9402 10242/10546/9403</w:t>
        <w:br/>
        <w:t>f 10243/10547/9404 10241/10543/9400 10242/10546/9403</w:t>
        <w:br/>
        <w:t>f 10241/10543/9400 10243/10547/9404 10245/10548/9405</w:t>
        <w:br/>
        <w:t>f 10244/10549/9406 10241/10543/9400 10245/10548/9405</w:t>
        <w:br/>
        <w:t>f 10244/10549/9406 10205/10509/9367 10209/10511/9369</w:t>
        <w:br/>
        <w:t>f 10203/10507/9365 10205/10509/9367 10244/10549/9406</w:t>
        <w:br/>
        <w:t>f 10246/10550/9407 10203/10507/9365 10244/10549/9406</w:t>
        <w:br/>
        <w:t>f 10246/10550/9407 10244/10549/9406 10245/10548/9405</w:t>
        <w:br/>
        <w:t>f 10247/10551/9408 10246/10550/9407 10245/10548/9405</w:t>
        <w:br/>
        <w:t>f 10227/10531/9389 10242/10546/9403 9950/10254/9120</w:t>
        <w:br/>
        <w:t>f 9947/10253/9119 10227/10531/9389 9950/10254/9120</w:t>
        <w:br/>
        <w:t>f 10227/10531/9389 10226/10529/9387 10248/10552/9409</w:t>
        <w:br/>
        <w:t>f 10226/10529/9387 10216/10520/9378 10191/10495/9353</w:t>
        <w:br/>
        <w:t>f 10248/10552/9409 10226/10529/9387 10191/10495/9353</w:t>
        <w:br/>
        <w:t>f 10251/10553/9410 10250/10554/9411 10249/10555/9412</w:t>
        <w:br/>
        <w:t>f 10250/10554/9411 10185/10487/9345 10186/10490/9348</w:t>
        <w:br/>
        <w:t>f 10249/10555/9412 10250/10554/9411 10186/10490/9348</w:t>
        <w:br/>
        <w:t>f 10249/10555/9412 10252/10556/9413 10251/10553/9410</w:t>
        <w:br/>
        <w:t>f 10185/10487/9345 10250/10554/9411 10248/10552/9409</w:t>
        <w:br/>
        <w:t>f 10191/10495/9353 10185/10487/9345 10248/10552/9409</w:t>
        <w:br/>
        <w:t>f 10242/10546/9403 10227/10531/9389 10243/10547/9404</w:t>
        <w:br/>
        <w:t>f 10251/10553/9410 10247/10551/9408 10245/10548/9405</w:t>
        <w:br/>
        <w:t>f 10250/10554/9411 10251/10553/9410 10245/10548/9405</w:t>
        <w:br/>
        <w:t>f 10242/10546/9403 10239/10545/9402 10253/10557/9414</w:t>
        <w:br/>
        <w:t>f 9950/10254/9120 10242/10546/9403 10253/10557/9414</w:t>
        <w:br/>
        <w:t>f 10095/10399/9256 10163/10467/9324 10249/10555/9412</w:t>
        <w:br/>
        <w:t>f 10186/10490/9348 10095/10399/9256 10249/10555/9412</w:t>
        <w:br/>
        <w:t>f 10254/10558/9415 10212/10515/9373 10202/10504/9362</w:t>
        <w:br/>
        <w:t>f 10206/10510/9368 10254/10558/9415 10202/10504/9362</w:t>
        <w:br/>
        <w:t>f 10114/10418/9275 10212/10515/9373 10254/10558/9415</w:t>
        <w:br/>
        <w:t>f 10165/10469/9326 10114/10418/9275 10254/10558/9415</w:t>
        <w:br/>
        <w:t>f 10166/10472/9329 10255/10559/9416 10163/10467/9324</w:t>
        <w:br/>
        <w:t>f 10252/10556/9413 10249/10555/9412 10255/10559/9416</w:t>
        <w:br/>
        <w:t>f 10252/10556/9413 10247/10551/9408 10251/10553/9410</w:t>
        <w:br/>
        <w:t>f 10257/10560/9417 10247/10551/9408 10256/10561/9418</w:t>
        <w:br/>
        <w:t>f 10257/10560/9417 10246/10550/9407 10247/10551/9408</w:t>
        <w:br/>
        <w:t>f 10206/10510/9368 10246/10550/9407 10258/10562/9419</w:t>
        <w:br/>
        <w:t>f 10167/10471/9328 10259/10563/9420 10255/10559/9416</w:t>
        <w:br/>
        <w:t>f 10166/10472/9329 10167/10471/9328 10255/10559/9416</w:t>
        <w:br/>
        <w:t>f 10259/10563/9420 10260/10564/9421 10252/10556/9413</w:t>
        <w:br/>
        <w:t>f 10255/10559/9416 10259/10563/9420 10252/10556/9413</w:t>
        <w:br/>
        <w:t>f 10260/10564/9421 10261/10565/9422 10256/10561/9418</w:t>
        <w:br/>
        <w:t>f 10252/10556/9413 10260/10564/9421 10256/10561/9418</w:t>
        <w:br/>
        <w:t>f 10261/10565/9422 10262/10566/9423 10257/10560/9417</w:t>
        <w:br/>
        <w:t>f 10256/10561/9418 10261/10565/9422 10257/10560/9417</w:t>
        <w:br/>
        <w:t>f 10263/10567/9424 10258/10562/9419 10257/10560/9417</w:t>
        <w:br/>
        <w:t>f 10262/10566/9423 10263/10567/9424 10257/10560/9417</w:t>
        <w:br/>
        <w:t>f 10264/10568/9425 10206/10510/9368 10258/10562/9419</w:t>
        <w:br/>
        <w:t>f 10263/10567/9424 10264/10568/9425 10258/10562/9419</w:t>
        <w:br/>
        <w:t>f 10265/10569/9426 10254/10558/9415 10206/10510/9368</w:t>
        <w:br/>
        <w:t>f 10264/10568/9425 10265/10569/9426 10206/10510/9368</w:t>
        <w:br/>
        <w:t>f 10265/10569/9426 10175/10480/9337 10165/10469/9326</w:t>
        <w:br/>
        <w:t>f 10254/10558/9415 10265/10569/9426 10165/10469/9326</w:t>
        <w:br/>
        <w:t>f 10192/10496/9354 10191/10495/9353 10216/10520/9378</w:t>
        <w:br/>
        <w:t>f 10217/10519/9377 10192/10496/9354 10216/10520/9378</w:t>
        <w:br/>
        <w:t>f 10214/10518/9376 10193/10497/9355 10194/10498/9356</w:t>
        <w:br/>
        <w:t>f 10213/10517/9375 10214/10518/9376 10194/10498/9356</w:t>
        <w:br/>
        <w:t>f 10195/10499/9357 10193/10497/9355 10214/10518/9376</w:t>
        <w:br/>
        <w:t>f 10266/10570/9427 10195/10499/9357 10214/10518/9376</w:t>
        <w:br/>
        <w:t>f 10198/10502/9360 10222/10525/9383 10197/10503/9361</w:t>
        <w:br/>
        <w:t>f 10222/10525/9383 10223/10524/9382 10197/10503/9361</w:t>
        <w:br/>
        <w:t>f 10198/10502/9360 10199/10501/9359 10231/10536/9394</w:t>
        <w:br/>
        <w:t>f 10224/10528/9386 10198/10502/9360 10231/10536/9394</w:t>
        <w:br/>
        <w:t>f 10207/10513/9371 10199/10501/9359 10197/10503/9361</w:t>
        <w:br/>
        <w:t>f 10207/10513/9371 10208/10512/9370 10267/10571/9428</w:t>
        <w:br/>
        <w:t>f 10232/10535/9393 10207/10513/9371 10267/10571/9428</w:t>
        <w:br/>
        <w:t>f 10208/10512/9370 10269/10572/9429 10268/10573/9430</w:t>
        <w:br/>
        <w:t>f 10267/10571/9428 10208/10512/9370 10268/10573/9430</w:t>
        <w:br/>
        <w:t>f 10209/10511/9369 10197/10503/9361 10241/10543/9400</w:t>
        <w:br/>
        <w:t>f 10210/10514/9372 10270/10574/9431 10205/10509/9367</w:t>
        <w:br/>
        <w:t>f 10204/10508/9366 10228/10533/9391 10237/10541/9398</w:t>
        <w:br/>
        <w:t>f 10210/10514/9372 10204/10508/9366 10237/10541/9398</w:t>
        <w:br/>
        <w:t>f 10250/10554/9411 10245/10548/9405 10243/10547/9404</w:t>
        <w:br/>
        <w:t>f 10248/10552/9409 10250/10554/9411 10243/10547/9404</w:t>
        <w:br/>
        <w:t>f 10272/10575/9022 9853/10158/9028 10271/10576/9432</w:t>
        <w:br/>
        <w:t>f 10273/10577/9023 10272/10575/9022 10271/10576/9432</w:t>
        <w:br/>
        <w:t>f 9868/10171/9039 9858/10163/9033 9919/10222/9089</w:t>
        <w:br/>
        <w:t>f 10126/10430/9287 10101/10405/9262 10274/10578/9433</w:t>
        <w:br/>
        <w:t>f 10197/10503/9361 10223/10524/9382 10240/10544/9401</w:t>
        <w:br/>
        <w:t>f 10074/10378/9235 10076/10379/9236 10275/10579/9434</w:t>
        <w:br/>
        <w:t>f 9993/10297/9157 10074/10378/9235 10275/10579/9434</w:t>
        <w:br/>
        <w:t>f 10074/10378/9235 9920/10221/9088 9917/10224/9091</w:t>
        <w:br/>
        <w:t>f 10075/10380/9237 10074/10378/9235 9917/10224/9091</w:t>
        <w:br/>
        <w:t>f 10076/10379/9236 9849/10151/9021 10275/10579/9434</w:t>
        <w:br/>
        <w:t>f 10276/10580/9435 9992/10298/9158 9993/10297/9157</w:t>
        <w:br/>
        <w:t>f 10037/10341/9201 10034/10340/9200 10277/10581/9436</w:t>
        <w:br/>
        <w:t>f 10278/10582/9437 10037/10341/9201 10277/10581/9436</w:t>
        <w:br/>
        <w:t>f 10012/10317/9177 10013/10316/9176 10050/10356/9213</w:t>
        <w:br/>
        <w:t>f 10279/10583/9438 10012/10317/9177 10050/10356/9213</w:t>
        <w:br/>
        <w:t>f 10054/10358/9215 10053/10357/9214 10035/10339/9199</w:t>
        <w:br/>
        <w:t>f 10036/10338/9198 10054/10358/9215 10035/10339/9199</w:t>
        <w:br/>
        <w:t>f 9850/10156/9026 9851/10155/9025 9856/10159/9029</w:t>
        <w:br/>
        <w:t>f 10050/10356/9213 9851/10155/9025 10279/10583/9438</w:t>
        <w:br/>
        <w:t>f 9855/10160/9030 9851/10155/9025 10050/10356/9213</w:t>
        <w:br/>
        <w:t>f 10051/10355/9212 9855/10160/9030 10050/10356/9213</w:t>
        <w:br/>
        <w:t>f 10283/10584/9439 10282/10585/9440 10281/10586/9441</w:t>
        <w:br/>
        <w:t>f 10280/10587/9442 10283/10584/9439 10281/10586/9441</w:t>
        <w:br/>
        <w:t>f 10281/10586/9441 10285/10588/9443 10284/10589/7639</w:t>
        <w:br/>
        <w:t>f 10280/10587/9442 10281/10586/9441 10284/10589/7639</w:t>
        <w:br/>
        <w:t>f 10284/10589/7639 10285/10588/9443 10287/10590/9444</w:t>
        <w:br/>
        <w:t>f 10286/10591/9445 10284/10589/7639 10287/10590/9444</w:t>
        <w:br/>
        <w:t>f 10290/10592/9446 10287/10590/9444 10289/10593/9447</w:t>
        <w:br/>
        <w:t>f 10288/10594/9448 10290/10592/9446 10289/10593/9447</w:t>
        <w:br/>
        <w:t>f 10288/10594/9448 10289/10593/9447 10292/10595/9449</w:t>
        <w:br/>
        <w:t>f 10291/10596/9450 10288/10594/9448 10292/10595/9449</w:t>
        <w:br/>
        <w:t>f 10291/10596/9450 10292/10595/9449 10294/10597/9451</w:t>
        <w:br/>
        <w:t>f 10293/10598/9452 10291/10596/9450 10294/10597/9451</w:t>
        <w:br/>
        <w:t>f 10293/10598/9452 10294/10597/9451 10296/10599/9453</w:t>
        <w:br/>
        <w:t>f 10295/10600/9454 10293/10598/9452 10296/10599/9453</w:t>
        <w:br/>
        <w:t>f 10296/10599/9453 10297/10601/9455 10042/10349/7674</w:t>
        <w:br/>
        <w:t>f 10045/10346/9206 10297/10601/9455 10298/10602/9456</w:t>
        <w:br/>
        <w:t>f 10275/10579/9434 10045/10346/9206 10298/10602/9456</w:t>
        <w:br/>
        <w:t>f 10275/10579/9434 10298/10602/9456 10300/10603/9457</w:t>
        <w:br/>
        <w:t>f 10299/10604/9458 10275/10579/9434 10300/10603/9457</w:t>
        <w:br/>
        <w:t>f 10299/10604/9458 10300/10603/9457 10302/10605/9459</w:t>
        <w:br/>
        <w:t>f 10301/10606/9460 10299/10604/9458 10302/10605/9459</w:t>
        <w:br/>
        <w:t>f 10301/10606/9460 10302/10605/9459 10304/10607/9461</w:t>
        <w:br/>
        <w:t>f 10303/10608/9462 10301/10606/9460 10304/10607/9461</w:t>
        <w:br/>
        <w:t>f 10303/10608/9462 10304/10607/9461 10306/10609/9463</w:t>
        <w:br/>
        <w:t>f 10305/10610/9464 10303/10608/9462 10306/10609/9463</w:t>
        <w:br/>
        <w:t>f 10009/10312/9172 10306/10609/9463 10307/10611/9465</w:t>
        <w:br/>
        <w:t>f 9997/10302/9162 10009/10312/9172 10307/10611/9465</w:t>
        <w:br/>
        <w:t>f 9997/10302/9162 10307/10611/9465 10308/10612/9466</w:t>
        <w:br/>
        <w:t>f 9996/10303/9163 9997/10302/9162 10308/10612/9466</w:t>
        <w:br/>
        <w:t>f 9996/10303/9163 10308/10612/9466 10310/10613/9467</w:t>
        <w:br/>
        <w:t>f 10309/10614/9468 9996/10303/9163 10310/10613/9467</w:t>
        <w:br/>
        <w:t>f 10310/10613/9467 10311/10615/9469 10007/10308/9168</w:t>
        <w:br/>
        <w:t>f 10309/10614/9468 10310/10613/9467 10007/10308/9168</w:t>
        <w:br/>
        <w:t>f 10007/10308/9168 10311/10615/9469 10312/10616/9470</w:t>
        <w:br/>
        <w:t>f 10006/10309/9169 10007/10308/9168 10312/10616/9470</w:t>
        <w:br/>
        <w:t>f 10001/10306/9166 10314/10617/9471 10313/10618/9472</w:t>
        <w:br/>
        <w:t>f 10000/10307/9167 10001/10306/9166 10313/10618/9472</w:t>
        <w:br/>
        <w:t>f 10000/10307/9167 10313/10618/9472 10316/10619/9473</w:t>
        <w:br/>
        <w:t>f 10315/10620/9474 10000/10307/9167 10316/10619/9473</w:t>
        <w:br/>
        <w:t>f 10315/10620/9474 10316/10619/9473 10318/10621/9475</w:t>
        <w:br/>
        <w:t>f 10317/10622/9476 10315/10620/9474 10318/10621/9475</w:t>
        <w:br/>
        <w:t>f 10014/10315/9175 10318/10621/9475 10319/10623/9477</w:t>
        <w:br/>
        <w:t>f 10013/10316/9176 10014/10315/9175 10319/10623/9477</w:t>
        <w:br/>
        <w:t>f 10013/10316/9176 10319/10623/9477 10320/10624/9478</w:t>
        <w:br/>
        <w:t>f 10052/10354/9211 10013/10316/9176 10320/10624/9478</w:t>
        <w:br/>
        <w:t>f 10323/10625/9479 10322/10626/9480 10321/10627/9481</w:t>
        <w:br/>
        <w:t>f 10324/10628/9482 10323/10625/9479 10321/10627/9481</w:t>
        <w:br/>
        <w:t>f 10321/10627/9481 10322/10626/9480 10326/10629/9483</w:t>
        <w:br/>
        <w:t>f 10325/10630/9484 10321/10627/9481 10326/10629/9483</w:t>
        <w:br/>
        <w:t>f 10326/10629/9483 10328/10631/9485 10327/10632/9486</w:t>
        <w:br/>
        <w:t>f 10325/10630/9484 10326/10629/9483 10327/10632/9486</w:t>
        <w:br/>
        <w:t>f 10327/10632/9486 10328/10631/9485 10330/10633/9487</w:t>
        <w:br/>
        <w:t>f 10329/10634/9488 10327/10632/9486 10330/10633/9487</w:t>
        <w:br/>
        <w:t>f 10329/10634/9488 10330/10633/9487 10332/10635/9489</w:t>
        <w:br/>
        <w:t>f 10331/10636/9490 10329/10634/9488 10332/10635/9489</w:t>
        <w:br/>
        <w:t>f 10336/10637/7676 10335/10638/9491 10334/10639/9492</w:t>
        <w:br/>
        <w:t>f 10333/10640/7678 10336/10637/7676 10334/10639/9492</w:t>
        <w:br/>
        <w:t>f 10333/10640/7678 10334/10639/9492 10282/10585/9440</w:t>
        <w:br/>
        <w:t>f 10283/10584/9439 10333/10640/7678 10282/10585/9440</w:t>
        <w:br/>
        <w:t>f 10304/10607/9461 10287/10590/9444 10285/10588/9443</w:t>
        <w:br/>
        <w:t>f 10306/10609/9463 10304/10607/9461 10285/10588/9443</w:t>
        <w:br/>
        <w:t>f 10298/10602/9456 10294/10597/9451 10292/10595/9449</w:t>
        <w:br/>
        <w:t>f 10300/10603/9457 10298/10602/9456 10292/10595/9449</w:t>
        <w:br/>
        <w:t>f 10298/10602/9456 10297/10601/9455 10296/10599/9453</w:t>
        <w:br/>
        <w:t>f 10294/10597/9451 10298/10602/9456 10296/10599/9453</w:t>
        <w:br/>
        <w:t>f 10289/10593/9447 10302/10605/9459 10300/10603/9457</w:t>
        <w:br/>
        <w:t>f 10292/10595/9449 10289/10593/9447 10300/10603/9457</w:t>
        <w:br/>
        <w:t>f 10287/10590/9444 10304/10607/9461 10302/10605/9459</w:t>
        <w:br/>
        <w:t>f 10289/10593/9447 10287/10590/9444 10302/10605/9459</w:t>
        <w:br/>
        <w:t>f 10281/10586/9441 10307/10611/9465 10306/10609/9463</w:t>
        <w:br/>
        <w:t>f 10285/10588/9443 10281/10586/9441 10306/10609/9463</w:t>
        <w:br/>
        <w:t>f 10282/10585/9440 10308/10612/9466 10307/10611/9465</w:t>
        <w:br/>
        <w:t>f 10281/10586/9441 10282/10585/9440 10307/10611/9465</w:t>
        <w:br/>
        <w:t>f 10334/10639/9492 10310/10613/9467 10308/10612/9466</w:t>
        <w:br/>
        <w:t>f 10282/10585/9440 10334/10639/9492 10308/10612/9466</w:t>
        <w:br/>
        <w:t>f 10335/10638/9491 10311/10615/9469 10310/10613/9467</w:t>
        <w:br/>
        <w:t>f 10334/10639/9492 10335/10638/9491 10310/10613/9467</w:t>
        <w:br/>
        <w:t>f 10337/10641/9493 10320/10624/9478 10319/10623/9477</w:t>
        <w:br/>
        <w:t>f 10318/10621/9475 10337/10641/9493 10319/10623/9477</w:t>
        <w:br/>
        <w:t>f 10316/10619/9473 10326/10629/9483 10337/10641/9493</w:t>
        <w:br/>
        <w:t>f 10318/10621/9475 10316/10619/9473 10337/10641/9493</w:t>
        <w:br/>
        <w:t>f 10313/10618/9472 10328/10631/9485 10326/10629/9483</w:t>
        <w:br/>
        <w:t>f 10316/10619/9473 10313/10618/9472 10326/10629/9483</w:t>
        <w:br/>
        <w:t>f 10314/10617/9471 10330/10633/9487 10328/10631/9485</w:t>
        <w:br/>
        <w:t>f 10313/10618/9472 10314/10617/9471 10328/10631/9485</w:t>
        <w:br/>
        <w:t>f 10330/10633/9487 10314/10617/9471 10312/10616/9470</w:t>
        <w:br/>
        <w:t>f 10332/10635/9489 10330/10633/9487 10312/10616/9470</w:t>
        <w:br/>
        <w:t>f 10042/10349/7674 10297/10601/9455 10045/10346/9206</w:t>
        <w:br/>
        <w:t>f 10296/10599/9453 10338/10642/9494 10295/10600/9454</w:t>
        <w:br/>
        <w:t>f 9897/10201/9068 9898/10200/9067 10339/10643/9057</w:t>
        <w:br/>
        <w:t>f 10340/10644/9060 9897/10201/9068 10339/10643/9057</w:t>
        <w:br/>
        <w:t>f 10342/10645/9495 9886/10193/9060 9887/10192/9059</w:t>
        <w:br/>
        <w:t>f 10341/10646/9496 10342/10645/9495 9887/10192/9059</w:t>
        <w:br/>
        <w:t>f 10341/10646/9496 9887/10192/9059 9890/10194/9061</w:t>
        <w:br/>
        <w:t>f 10121/10425/9282 10341/10646/9496 9890/10194/9061</w:t>
        <w:br/>
        <w:t>f 9896/10202/9069 9897/10201/9068 9882/10188/9055</w:t>
        <w:br/>
        <w:t>f 10218/10523/9381 9896/10202/9069 9882/10188/9055</w:t>
        <w:br/>
        <w:t>f 10099/10402/9259 10345/10647/9497 10344/10648/9498</w:t>
        <w:br/>
        <w:t>f 10343/10649/9499 10099/10402/9259 10344/10648/9498</w:t>
        <w:br/>
        <w:t>f 10098/10403/9260 10099/10402/9259 10343/10649/9499</w:t>
        <w:br/>
        <w:t>f 10346/10650/9500 10098/10403/9260 10343/10649/9499</w:t>
        <w:br/>
        <w:t>f 10177/10481/9338 9890/10194/9061 9891/10195/9062</w:t>
        <w:br/>
        <w:t>f 10119/10423/9280 10177/10481/9338 9891/10195/9062</w:t>
        <w:br/>
        <w:t>f 10177/10481/9338 10098/10403/9260 10346/10650/9500</w:t>
        <w:br/>
        <w:t>f 10122/10426/9283 10177/10481/9338 10346/10650/9500</w:t>
        <w:br/>
        <w:t>f 10345/10647/9497 10348/10651/9501 10347/10652/9502</w:t>
        <w:br/>
        <w:t>f 10344/10648/9498 10345/10647/9497 10347/10652/9502</w:t>
        <w:br/>
        <w:t>f 10351/10653/9503 10350/10654/9504 10196/10500/9358</w:t>
        <w:br/>
        <w:t>f 10349/10655/9505 10351/10653/9503 10196/10500/9358</w:t>
        <w:br/>
        <w:t>f 10349/10655/9505 10196/10500/9358 10195/10499/9357</w:t>
        <w:br/>
        <w:t>f 10352/10656/9506 10349/10655/9505 10195/10499/9357</w:t>
        <w:br/>
        <w:t>f 9899/10203/9070 9896/10202/9069 10266/10570/9427</w:t>
        <w:br/>
        <w:t>f 10214/10518/9376 9899/10203/9070 10266/10570/9427</w:t>
        <w:br/>
        <w:t>f 10352/10656/9506 10195/10499/9357 10266/10570/9427</w:t>
        <w:br/>
        <w:t>f 10219/10522/9380 10352/10656/9506 10266/10570/9427</w:t>
        <w:br/>
        <w:t>f 10347/10652/9502 10348/10651/9501 10350/10654/9504</w:t>
        <w:br/>
        <w:t>f 10351/10653/9503 10347/10652/9502 10350/10654/9504</w:t>
        <w:br/>
        <w:t>f 9983/10284/9145 9980/10287/9148 10339/10643/9057</w:t>
        <w:br/>
        <w:t>f 9898/10200/9067 9983/10284/9145 10339/10643/9057</w:t>
        <w:br/>
        <w:t>f 9889/10190/9057 9987/10291/9151 9984/10290/9150</w:t>
        <w:br/>
        <w:t>f 9888/10191/9058 9889/10190/9057 9984/10290/9150</w:t>
        <w:br/>
        <w:t>f 9888/10191/9058 9984/10290/9150 9988/10293/9153</w:t>
        <w:br/>
        <w:t>f 9891/10195/9062 9888/10191/9058 9988/10293/9153</w:t>
        <w:br/>
        <w:t>f 9983/10284/9145 9898/10200/9067 9899/10203/9070</w:t>
        <w:br/>
        <w:t>f 9990/10294/9154 9983/10284/9145 9899/10203/9070</w:t>
        <w:br/>
        <w:t>f 10087/10391/9248 10088/10390/9247 10082/10389/9246</w:t>
        <w:br/>
        <w:t>f 10083/10388/9245 10087/10391/9248 10082/10389/9246</w:t>
        <w:br/>
        <w:t>f 10092/10397/9254 10091/10395/9252 10082/10389/9246</w:t>
        <w:br/>
        <w:t>f 10088/10390/9247 10092/10397/9254 10082/10389/9246</w:t>
        <w:br/>
        <w:t>f 10118/10422/9279 9988/10293/9153 9989/10292/9152</w:t>
        <w:br/>
        <w:t>f 10120/10424/9281 10118/10422/9279 9989/10292/9152</w:t>
        <w:br/>
        <w:t>f 10118/10422/9279 10120/10424/9281 10091/10395/9252</w:t>
        <w:br/>
        <w:t>f 10092/10397/9254 10118/10422/9279 10091/10395/9252</w:t>
        <w:br/>
        <w:t>f 10184/10488/9346 10190/10491/9349 10187/10494/9352</w:t>
        <w:br/>
        <w:t>f 10183/10489/9347 10184/10488/9346 10187/10494/9352</w:t>
        <w:br/>
        <w:t>f 10194/10498/9356 10190/10491/9349 10184/10488/9346</w:t>
        <w:br/>
        <w:t>f 10192/10496/9354 10194/10498/9356 10184/10488/9346</w:t>
        <w:br/>
        <w:t>f 9991/10295/9155 9990/10294/9154 10213/10517/9375</w:t>
        <w:br/>
        <w:t>f 10217/10519/9377 9991/10295/9155 10213/10517/9375</w:t>
        <w:br/>
        <w:t>f 10213/10517/9375 10194/10498/9356 10192/10496/9354</w:t>
        <w:br/>
        <w:t>f 10217/10519/9377 10213/10517/9375 10192/10496/9354</w:t>
        <w:br/>
        <w:t>f 10096/10401/9258 10087/10391/9248 10083/10388/9245</w:t>
        <w:br/>
        <w:t>f 10094/10398/9255 10096/10401/9258 10083/10388/9245</w:t>
        <w:br/>
        <w:t>f 10183/10489/9347 10187/10494/9352 10096/10401/9258</w:t>
        <w:br/>
        <w:t>f 10094/10398/9255 10183/10489/9347 10096/10401/9258</w:t>
        <w:br/>
        <w:t>f 10129/10433/9290 9880/10184/9051 9881/10183/9050</w:t>
        <w:br/>
        <w:t>f 10129/10433/9290 9878/10181/9048 9880/10184/9051</w:t>
        <w:br/>
        <w:t>f 9914/10220/9087 10225/10530/9388 10226/10529/9387</w:t>
        <w:br/>
        <w:t>f 9916/10218/9085 9914/10220/9087 10226/10529/9387</w:t>
        <w:br/>
        <w:t>f 9877/10182/9049 9989/10292/9152 9978/10282/9143</w:t>
        <w:br/>
        <w:t>f 9991/10295/9155 10215/10521/9379 9979/10283/9144</w:t>
        <w:br/>
        <w:t>f 10225/10530/9388 9872/10173/9041 9869/10176/9044</w:t>
        <w:br/>
        <w:t>f 10215/10521/9379 10225/10530/9388 9869/10176/9044</w:t>
        <w:br/>
        <w:t>f 10120/10424/9281 9877/10182/9049 10128/10432/9289</w:t>
        <w:br/>
        <w:t>f 10253/10557/9414 9949/10251/9117 9950/10254/9120</w:t>
        <w:br/>
        <w:t>f 10253/10557/9414 10239/10545/9402 10353/10657/9507</w:t>
        <w:br/>
        <w:t>f 9892/10199/9066 9893/10198/9065 10353/10657/9507</w:t>
        <w:br/>
        <w:t>f 9934/10237/9103 9893/10198/9065 9894/10197/9064</w:t>
        <w:br/>
        <w:t>f 9933/10238/9104 9934/10237/9103 9894/10197/9064</w:t>
        <w:br/>
        <w:t>f 10354/10658/9508 9962/10266/9131 9935/10242/9108</w:t>
        <w:br/>
        <w:t>f 10355/10659/9509 9911/10217/9084 9909/10212/9079</w:t>
        <w:br/>
        <w:t>f 9910/10211/9078 10355/10659/9509 9909/10212/9079</w:t>
        <w:br/>
        <w:t>f 10220/10527/9385 9895/10196/9063 10223/10524/9382</w:t>
        <w:br/>
        <w:t>f 10354/10658/9508 9893/10198/9065 9934/10237/9103</w:t>
        <w:br/>
        <w:t>f 9962/10266/9131 10354/10658/9508 9934/10237/9103</w:t>
        <w:br/>
        <w:t>f 9962/10266/9131 9934/10237/9103 9900/10207/9074</w:t>
        <w:br/>
        <w:t>f 9938/10239/9105 9962/10266/9131 9900/10207/9074</w:t>
        <w:br/>
        <w:t>f 9938/10239/9105 9900/10207/9074 9901/10206/9073</w:t>
        <w:br/>
        <w:t>f 9937/10240/9106 9938/10239/9105 9901/10206/9073</w:t>
        <w:br/>
        <w:t>f 9963/10267/9132 9940/10243/9109 9908/10213/9080</w:t>
        <w:br/>
        <w:t>f 9944/10248/9114 9963/10267/9132 9908/10213/9080</w:t>
        <w:br/>
        <w:t>f 9908/10213/9080 9909/10212/9079 9942/10246/9112</w:t>
        <w:br/>
        <w:t>f 9944/10248/9114 9908/10213/9080 9942/10246/9112</w:t>
        <w:br/>
        <w:t>f 9909/10212/9079 9911/10217/9084 9941/10247/9113</w:t>
        <w:br/>
        <w:t>f 9942/10246/9112 9909/10212/9079 9941/10247/9113</w:t>
        <w:br/>
        <w:t>f 10125/10427/9284 9913/10215/9082 10355/10659/9509</w:t>
        <w:br/>
        <w:t>f 10356/10660/9510 10125/10427/9284 10355/10659/9509</w:t>
        <w:br/>
        <w:t>f 10355/10659/9509 9910/10211/9078 10357/10661/9511</w:t>
        <w:br/>
        <w:t>f 10356/10660/9510 10355/10659/9509 10357/10661/9511</w:t>
        <w:br/>
        <w:t>f 9910/10211/9078 9907/10214/9081 10358/10662/9512</w:t>
        <w:br/>
        <w:t>f 10357/10661/9511 9910/10211/9078 10358/10662/9512</w:t>
        <w:br/>
        <w:t>f 9907/10214/9081 9939/10244/9110 10359/10663/9513</w:t>
        <w:br/>
        <w:t>f 10358/10662/9512 9907/10214/9081 10359/10663/9513</w:t>
        <w:br/>
        <w:t>f 9902/10205/9072 9903/10204/9071 10360/10664/9514</w:t>
        <w:br/>
        <w:t>f 10361/10665/9515 9902/10205/9072 10360/10664/9514</w:t>
        <w:br/>
        <w:t>f 9903/10204/9071 9933/10238/9104 10362/10666/9516</w:t>
        <w:br/>
        <w:t>f 10360/10664/9514 9903/10204/9071 10362/10666/9516</w:t>
        <w:br/>
        <w:t>f 9933/10238/9104 9894/10197/9064 10363/10667/9517</w:t>
        <w:br/>
        <w:t>f 10362/10666/9516 9933/10238/9104 10363/10667/9517</w:t>
        <w:br/>
        <w:t>f 9894/10197/9064 9895/10196/9063 10220/10527/9385</w:t>
        <w:br/>
        <w:t>f 10363/10667/9517 9894/10197/9064 10220/10527/9385</w:t>
        <w:br/>
        <w:t>f 9895/10196/9063 9892/10199/9066 10240/10544/9401</w:t>
        <w:br/>
        <w:t>f 10223/10524/9382 9895/10196/9063 10240/10544/9401</w:t>
        <w:br/>
        <w:t>f 10274/10578/9433 9912/10216/9083 9913/10215/9082</w:t>
        <w:br/>
        <w:t>f 10126/10430/9287 10274/10578/9433 9913/10215/9082</w:t>
        <w:br/>
        <w:t>f 10126/10430/9287 9913/10215/9082 10125/10427/9284</w:t>
        <w:br/>
        <w:t>f 10353/10657/9507 9893/10198/9065 9954/10258/9124</w:t>
        <w:br/>
        <w:t>f 9951/10257/9123 10353/10657/9507 9954/10258/9124</w:t>
        <w:br/>
        <w:t>f 10353/10657/9507 10239/10545/9402 10240/10544/9401</w:t>
        <w:br/>
        <w:t>f 9892/10199/9066 10353/10657/9507 10240/10544/9401</w:t>
        <w:br/>
        <w:t>f 9951/10257/9123 9949/10251/9117 10253/10557/9414</w:t>
        <w:br/>
        <w:t>f 10353/10657/9507 9951/10257/9123 10253/10557/9414</w:t>
        <w:br/>
        <w:t>f 9949/10251/9117 9951/10257/9123 9952/10256/9122</w:t>
        <w:br/>
        <w:t>f 10364/10668/9518 9949/10251/9117 9952/10256/9122</w:t>
        <w:br/>
        <w:t>f 9965/10268/9122 9957/10261/9127 9960/10262/9128</w:t>
        <w:br/>
        <w:t>f 10365/10669/9519 9965/10268/9122 9960/10262/9128</w:t>
        <w:br/>
        <w:t>f 9957/10261/9127 9955/10260/9126 9959/10263/9129</w:t>
        <w:br/>
        <w:t>f 9960/10262/9128 9957/10261/9127 9959/10263/9129</w:t>
        <w:br/>
        <w:t>f 9959/10263/9129 9955/10260/9126 10162/10466/9323</w:t>
        <w:br/>
        <w:t>f 9941/10247/9113 9911/10217/9084 9956/10259/9125</w:t>
        <w:br/>
        <w:t>f 9943/10245/9111 9941/10247/9113 9956/10259/9125</w:t>
        <w:br/>
        <w:t>f 9956/10259/9125 9964/10269/9133 9946/10249/9115</w:t>
        <w:br/>
        <w:t>f 9943/10245/9111 9956/10259/9125 9946/10249/9115</w:t>
        <w:br/>
        <w:t>f 9961/10265/9115 9953/10255/9121 9954/10258/9124</w:t>
        <w:br/>
        <w:t>f 9935/10242/9108 9961/10265/9115 9954/10258/9124</w:t>
        <w:br/>
        <w:t>f 9954/10258/9124 9893/10198/9065 10354/10658/9508</w:t>
        <w:br/>
        <w:t>f 9935/10242/9108 9954/10258/9124 10354/10658/9508</w:t>
        <w:br/>
        <w:t>f 10162/10466/9323 9955/10260/9126 9912/10216/9083</w:t>
        <w:br/>
        <w:t>f 10274/10578/9433 10162/10466/9323 9912/10216/9083</w:t>
        <w:br/>
        <w:t>f 9913/10215/9082 9911/10217/9084 10355/10659/9509</w:t>
        <w:br/>
        <w:t>f 9955/10260/9126 9911/10217/9084 9912/10216/9083</w:t>
        <w:br/>
        <w:t>f 10205/10509/9367 10270/10574/9431 10209/10511/9369</w:t>
        <w:br/>
        <w:t>f 10366/10670/9520 9871/10174/9042 9872/10173/9041</w:t>
        <w:br/>
        <w:t>f 9915/10219/9086 10366/10670/9520 9872/10173/9041</w:t>
        <w:br/>
        <w:t>f 9872/10173/9041 10225/10530/9388 9914/10220/9087</w:t>
        <w:br/>
        <w:t>f 9915/10219/9086 9872/10173/9041 9914/10220/9087</w:t>
        <w:br/>
        <w:t>f 9979/10283/9144 10215/10521/9379 9869/10176/9044</w:t>
        <w:br/>
        <w:t>f 9973/10274/9136 9979/10283/9144 9869/10176/9044</w:t>
        <w:br/>
        <w:t>f 9869/10176/9044 9870/10175/9043 9972/10275/9137</w:t>
        <w:br/>
        <w:t>f 9973/10274/9136 9869/10176/9044 9972/10275/9137</w:t>
        <w:br/>
        <w:t>f 9976/10279/9140 9874/10179/9047 9875/10178/9046</w:t>
        <w:br/>
        <w:t>f 9975/10280/9141 9976/10279/9140 9875/10178/9046</w:t>
        <w:br/>
        <w:t>f 9978/10282/9143 9975/10280/9141 9875/10178/9046</w:t>
        <w:br/>
        <w:t>f 9877/10182/9049 9978/10282/9143 9875/10178/9046</w:t>
        <w:br/>
        <w:t>f 9880/10184/9051 9878/10181/9048 9876/10177/9045</w:t>
        <w:br/>
        <w:t>f 9879/10185/9052 9880/10184/9051 9876/10177/9045</w:t>
        <w:br/>
        <w:t>f 9876/10177/9045 9873/10180/9042 10367/10671/9521</w:t>
        <w:br/>
        <w:t>f 9879/10185/9052 9876/10177/9045 10367/10671/9521</w:t>
        <w:br/>
        <w:t>f 10368/10672/9522 10174/10478/9335 10175/10480/9337</w:t>
        <w:br/>
        <w:t>f 10264/10568/9425 10368/10672/9522 10265/10569/9426</w:t>
        <w:br/>
        <w:t>f 10172/10476/9333 10368/10672/9522 10369/10673/9523</w:t>
        <w:br/>
        <w:t>f 10171/10475/9332 10172/10476/9333 10369/10673/9523</w:t>
        <w:br/>
        <w:t>f 10369/10673/9523 10368/10672/9522 10263/10567/9424</w:t>
        <w:br/>
        <w:t>f 10262/10566/9423 10369/10673/9523 10263/10567/9424</w:t>
        <w:br/>
        <w:t>f 10173/10477/9334 10368/10672/9522 10172/10476/9333</w:t>
        <w:br/>
        <w:t>f 10368/10672/9522 10264/10568/9425 10263/10567/9424</w:t>
        <w:br/>
        <w:t>f 10170/10474/9331 10171/10475/9332 10369/10673/9523</w:t>
        <w:br/>
        <w:t>f 10370/10674/9524 10170/10474/9331 10369/10673/9523</w:t>
        <w:br/>
        <w:t>f 10369/10673/9523 10262/10566/9423 10261/10565/9422</w:t>
        <w:br/>
        <w:t>f 10370/10674/9524 10369/10673/9523 10261/10565/9422</w:t>
        <w:br/>
        <w:t>f 10170/10474/9331 10370/10674/9524 10169/10473/9330</w:t>
        <w:br/>
        <w:t>f 10370/10674/9524 10261/10565/9422 10260/10564/9421</w:t>
        <w:br/>
        <w:t>f 10168/10470/9327 10169/10473/9330 10370/10674/9524</w:t>
        <w:br/>
        <w:t>f 10167/10471/9328 10168/10470/9327 10370/10674/9524</w:t>
        <w:br/>
        <w:t>f 10370/10674/9524 10260/10564/9421 10259/10563/9420</w:t>
        <w:br/>
        <w:t>f 10167/10471/9328 10370/10674/9524 10259/10563/9420</w:t>
        <w:br/>
        <w:t>f 9885/10189/9056 9882/10188/9055 9897/10201/9068</w:t>
        <w:br/>
        <w:t>f 10340/10644/9060 9885/10189/9056 9897/10201/9068</w:t>
        <w:br/>
        <w:t>f 10122/10426/9283 10121/10425/9282 9890/10194/9061</w:t>
        <w:br/>
        <w:t>f 10177/10481/9338 10122/10426/9283 9890/10194/9061</w:t>
        <w:br/>
        <w:t>f 9896/10202/9069 10218/10523/9381 10219/10522/9380</w:t>
        <w:br/>
        <w:t>f 10266/10570/9427 9896/10202/9069 10219/10522/9380</w:t>
        <w:br/>
        <w:t>f 9929/10234/9053 10342/10645/9495 10341/10646/9496</w:t>
        <w:br/>
        <w:t>f 9930/10233/9100 9929/10234/9053 10341/10646/9496</w:t>
        <w:br/>
        <w:t>f 10121/10425/9282 9931/10235/9101 9930/10233/9100</w:t>
        <w:br/>
        <w:t>f 10341/10646/9496 10121/10425/9282 9930/10233/9100</w:t>
        <w:br/>
        <w:t>f 10218/10523/9381 9882/10188/9055 9883/10187/9054</w:t>
        <w:br/>
        <w:t>f 9932/10236/9102 10218/10523/9381 9883/10187/9054</w:t>
        <w:br/>
        <w:t>f 10346/10650/9500 10343/10649/9499 10079/10384/9241</w:t>
        <w:br/>
        <w:t>f 10080/10383/9240 10346/10650/9500 10079/10384/9241</w:t>
        <w:br/>
        <w:t>f 10122/10426/9283 10346/10650/9500 10080/10383/9240</w:t>
        <w:br/>
        <w:t>f 10081/10385/9242 10122/10426/9283 10080/10383/9240</w:t>
        <w:br/>
        <w:t>f 10352/10656/9506 10078/10381/9238 10077/10382/9239</w:t>
        <w:br/>
        <w:t>f 10349/10655/9505 10352/10656/9506 10077/10382/9239</w:t>
        <w:br/>
        <w:t>f 10219/10522/9380 10055/10359/9216 10078/10381/9238</w:t>
        <w:br/>
        <w:t>f 10352/10656/9506 10219/10522/9380 10078/10381/9238</w:t>
        <w:br/>
        <w:t>f 10006/10309/9169 10312/10616/9470 10314/10617/9471</w:t>
        <w:br/>
        <w:t>f 10001/10306/9166 10006/10309/9169 10314/10617/9471</w:t>
        <w:br/>
        <w:t>f 10331/10636/9490 10332/10635/9489 10335/10638/9491</w:t>
        <w:br/>
        <w:t>f 10336/10637/7676 10331/10636/9490 10335/10638/9491</w:t>
        <w:br/>
        <w:t>f 10332/10635/9489 10312/10616/9470 10311/10615/9469</w:t>
        <w:br/>
        <w:t>f 10335/10638/9491 10332/10635/9489 10311/10615/9469</w:t>
        <w:br/>
        <w:t>f 10065/10368/9225 9999/10300/9160 10371/10675/9525</w:t>
        <w:br/>
        <w:t>f 10071/10372/9229 10065/10368/9225 10371/10675/9525</w:t>
        <w:br/>
        <w:t>f 10071/10372/9229 10068/10375/9232 10064/10369/9226</w:t>
        <w:br/>
        <w:t>f 10065/10368/9225 10071/10372/9229 10064/10369/9226</w:t>
        <w:br/>
        <w:t>f 10069/10374/9231 10026/10332/9192 10031/10334/9194</w:t>
        <w:br/>
        <w:t>f 10068/10375/9232 10069/10374/9231 10031/10334/9194</w:t>
        <w:br/>
        <w:t>f 10021/10324/9184 10064/10369/9226 10068/10375/9232</w:t>
        <w:br/>
        <w:t>f 10031/10334/9194 10021/10324/9184 10068/10375/9232</w:t>
        <w:br/>
        <w:t>f 10066/10371/9228 10029/10333/9193 10026/10332/9192</w:t>
        <w:br/>
        <w:t>f 10069/10374/9231 10066/10371/9228 10026/10332/9192</w:t>
        <w:br/>
        <w:t>f 10030/10335/9195 10373/10676/9526 10372/10677/9527</w:t>
        <w:br/>
        <w:t>f 10020/10325/9185 10030/10335/9195 10372/10677/9527</w:t>
        <w:br/>
        <w:t>f 10344/10648/9498 10347/10652/9502 10373/10676/9526</w:t>
        <w:br/>
        <w:t>f 10374/10678/9528 10344/10648/9498 10373/10676/9526</w:t>
        <w:br/>
        <w:t>f 10373/10676/9526 10347/10652/9502 10351/10653/9503</w:t>
        <w:br/>
        <w:t>f 10372/10677/9527 10373/10676/9526 10351/10653/9503</w:t>
        <w:br/>
        <w:t>f 10079/10384/9241 10374/10678/9528 10027/10331/9191</w:t>
        <w:br/>
        <w:t>f 10028/10330/9190 10079/10384/9241 10027/10331/9191</w:t>
        <w:br/>
        <w:t>f 10343/10649/9499 10344/10648/9498 10374/10678/9528</w:t>
        <w:br/>
        <w:t>f 10079/10384/9241 10343/10649/9499 10374/10678/9528</w:t>
        <w:br/>
        <w:t>f 10349/10655/9505 10077/10382/9239 10372/10677/9527</w:t>
        <w:br/>
        <w:t>f 10351/10653/9503 10349/10655/9505 10372/10677/9527</w:t>
        <w:br/>
        <w:t>f 10086/10392/9249 10097/10400/9257 10348/10651/9501</w:t>
        <w:br/>
        <w:t>f 10345/10647/9497 10086/10392/9249 10348/10651/9501</w:t>
        <w:br/>
        <w:t>f 10348/10651/9501 10097/10400/9257 10188/10493/9351</w:t>
        <w:br/>
        <w:t>f 10350/10654/9504 10348/10651/9501 10188/10493/9351</w:t>
        <w:br/>
        <w:t>f 10089/10393/9250 10086/10392/9249 10345/10647/9497</w:t>
        <w:br/>
        <w:t>f 10099/10402/9259 10089/10393/9250 10345/10647/9497</w:t>
        <w:br/>
        <w:t>f 10189/10492/9350 10196/10500/9358 10350/10654/9504</w:t>
        <w:br/>
        <w:t>f 10188/10493/9351 10189/10492/9350 10350/10654/9504</w:t>
        <w:br/>
        <w:t>f 10157/10463/9320 10084/10387/9244 10085/10386/9243</w:t>
        <w:br/>
        <w:t>f 10159/10461/9318 10157/10463/9320 10085/10386/9243</w:t>
        <w:br/>
        <w:t>f 10163/10467/9324 10164/10468/9325 10166/10472/9329</w:t>
        <w:br/>
        <w:t>f 10148/10454/9311 10110/10415/9272 10108/10412/9269</w:t>
        <w:br/>
        <w:t>f 10244/10549/9406 10209/10511/9369 10241/10543/9400</w:t>
        <w:br/>
        <w:t>f 10111/10414/9271 10101/10405/9262 10135/10442/9339</w:t>
        <w:br/>
        <w:t>f 10274/10578/9433 10101/10405/9262 10147/10451/9308</w:t>
        <w:br/>
        <w:t>f 10162/10466/9323 10274/10578/9433 10147/10451/9308</w:t>
        <w:br/>
        <w:t>f 10155/10459/9316 10162/10466/9323 10147/10451/9308</w:t>
        <w:br/>
        <w:t>f 10149/10453/9310 10155/10459/9316 10147/10451/9308</w:t>
        <w:br/>
        <w:t>f 10148/10454/9311 10147/10451/9308 10110/10415/9272</w:t>
        <w:br/>
        <w:t>f 10130/10435/9292 10149/10453/9310 10156/10460/9317</w:t>
        <w:br/>
        <w:t>f 10243/10547/9404 10227/10531/9389 10248/10552/9409</w:t>
        <w:br/>
        <w:t>f 9851/10155/9025 9853/10158/9028 9923/10229/9096</w:t>
        <w:br/>
        <w:t>f 9921/10226/9093 9848/10152/9022 10075/10380/9237</w:t>
        <w:br/>
        <w:t>f 9917/10224/9091 9921/10226/9093 10075/10380/9237</w:t>
        <w:br/>
        <w:t>f 9853/10158/9028 10272/10575/9022 9926/10230/9097</w:t>
        <w:br/>
        <w:t>f 9923/10229/9096 9853/10158/9028 9926/10230/9097</w:t>
        <w:br/>
        <w:t>f 10074/10378/9235 10075/10380/9237 10076/10379/9236</w:t>
        <w:br/>
        <w:t>f 10275/10579/9434 10044/10347/9207 10045/10346/9206</w:t>
        <w:br/>
        <w:t>f 9960/10262/9128 9958/10264/9130 10131/10434/9291</w:t>
        <w:br/>
        <w:t>f 9906/10208/9075 9960/10262/9128 10131/10434/9291</w:t>
        <w:br/>
        <w:t>f 9881/10183/9050 9879/10185/9052 9906/10208/9075</w:t>
        <w:br/>
        <w:t>f 10131/10434/9291 9881/10183/9050 9906/10208/9075</w:t>
        <w:br/>
        <w:t>f 9970/10277/9139 9971/10276/9138 9981/10286/9147</w:t>
        <w:br/>
        <w:t>f 9982/10285/9146 9970/10277/9139 9981/10286/9147</w:t>
        <w:br/>
        <w:t>f 9986/10288/9147 9977/10278/9138 9974/10281/9142</w:t>
        <w:br/>
        <w:t>f 9985/10289/9149 9986/10288/9147 9974/10281/9142</w:t>
        <w:br/>
        <w:t>f 9985/10289/9149 9974/10281/9142 9978/10282/9143</w:t>
        <w:br/>
        <w:t>f 9989/10292/9152 9985/10289/9149 9978/10282/9143</w:t>
        <w:br/>
        <w:t>f 9970/10277/9139 9982/10285/9146 9991/10295/9155</w:t>
        <w:br/>
        <w:t>f 9979/10283/9144 9970/10277/9139 9991/10295/9155</w:t>
        <w:br/>
        <w:t>f 10030/10335/9195 10027/10331/9191 10374/10678/9528</w:t>
        <w:br/>
        <w:t>f 10373/10676/9526 10030/10335/9195 10374/10678/9528</w:t>
        <w:br/>
        <w:t>f 10020/10325/9185 10372/10677/9527 10077/10382/9239</w:t>
        <w:br/>
        <w:t>f 10016/10323/9183 10020/10325/9185 10077/10382/9239</w:t>
        <w:br/>
        <w:t>f 9918/10223/9090 9858/10163/9033 9859/10162/9032</w:t>
        <w:br/>
        <w:t>f 9922/10225/9092 9918/10223/9090 9859/10162/9032</w:t>
        <w:br/>
        <w:t>f 9863/10165/9032 9864/10168/9036 9924/10228/9095</w:t>
        <w:br/>
        <w:t>f 9925/10227/9094 9863/10165/9032 9924/10228/9095</w:t>
        <w:br/>
        <w:t>f 9924/10228/9095 9864/10168/9036 9866/10170/9038</w:t>
        <w:br/>
        <w:t>f 9928/10231/9098 9924/10228/9095 9866/10170/9038</w:t>
        <w:br/>
        <w:t>f 10059/10364/9221 10017/10322/9182 10018/10321/9181</w:t>
        <w:br/>
        <w:t>f 10058/10365/9222 10059/10364/9221 10018/10321/9181</w:t>
        <w:br/>
        <w:t>f 10058/10365/9222 10018/10321/9181 10032/10337/9197</w:t>
        <w:br/>
        <w:t>f 10063/10366/9223 10058/10365/9222 10032/10337/9197</w:t>
        <w:br/>
        <w:t>f 10376/10679/9529 10067/10370/9227 10066/10371/9228</w:t>
        <w:br/>
        <w:t>f 10375/10680/9530 10376/10679/9529 10066/10371/9228</w:t>
        <w:br/>
        <w:t>f 10073/10377/9234 10072/10376/9233 10067/10370/9227</w:t>
        <w:br/>
        <w:t>f 10376/10679/9529 10073/10377/9234 10067/10370/9227</w:t>
        <w:br/>
        <w:t>f 10017/10322/9182 10059/10364/9221 10064/10369/9226</w:t>
        <w:br/>
        <w:t>f 10021/10324/9184 10017/10322/9182 10064/10369/9226</w:t>
        <w:br/>
        <w:t>f 10069/10374/9231 10070/10373/9230 10375/10680/9530</w:t>
        <w:br/>
        <w:t>f 10066/10371/9228 10069/10374/9231 10375/10680/9530</w:t>
        <w:br/>
        <w:t>f 9999/10300/9160 10065/10368/9225 10060/10363/9220</w:t>
        <w:br/>
        <w:t>f 9998/10301/9161 9999/10300/9160 10060/10363/9220</w:t>
        <w:br/>
        <w:t>f 9999/10300/9160 9996/10303/9163 10377/10681/9531</w:t>
        <w:br/>
        <w:t>f 10008/10313/9173 9998/10301/9161 10060/10363/9220</w:t>
        <w:br/>
        <w:t>f 10061/10362/9219 10008/10313/9173 10060/10363/9220</w:t>
        <w:br/>
        <w:t>f 10062/10367/9224 9994/10296/9156 10008/10313/9173</w:t>
        <w:br/>
        <w:t>f 10061/10362/9219 10062/10367/9224 10008/10313/9173</w:t>
        <w:br/>
        <w:t>f 10002/10305/9165 10378/10682/9532 10001/10306/9166</w:t>
        <w:br/>
        <w:t>f 9999/10300/9160 10377/10681/9531 10379/10683/9533</w:t>
        <w:br/>
        <w:t>f 10371/10675/9525 9999/10300/9160 10379/10683/9533</w:t>
        <w:br/>
        <w:t>f 10002/10305/9165 10371/10675/9525 10005/10310/9170</w:t>
        <w:br/>
        <w:t>f 10378/10682/9532 10002/10305/9165 10005/10310/9170</w:t>
        <w:br/>
        <w:t>f 10371/10675/9525 10379/10683/9533 10004/10311/9171</w:t>
        <w:br/>
        <w:t>f 10056/10360/9217 10062/10367/9224 10063/10366/9223</w:t>
        <w:br/>
        <w:t>f 9851/10155/9025 9927/10232/9099 10279/10583/9438</w:t>
        <w:br/>
        <w:t>f 10073/10377/9234 10012/10317/9177 10279/10583/9438</w:t>
        <w:br/>
        <w:t>f 9927/10232/9099 10073/10377/9234 10279/10583/9438</w:t>
        <w:br/>
        <w:t>f 10376/10679/9529 10011/10318/9178 10012/10317/9177</w:t>
        <w:br/>
        <w:t>f 10073/10377/9234 10376/10679/9529 10012/10317/9177</w:t>
        <w:br/>
        <w:t>f 9919/10222/9089 9858/10163/9033 9918/10223/9090</w:t>
        <w:br/>
        <w:t>f 9851/10155/9025 9923/10229/9096 9927/10232/9099</w:t>
        <w:br/>
        <w:t>f 10046/10353/9210 10047/10352/9209 10040/10342/9202</w:t>
        <w:br/>
        <w:t>f 10041/10345/9205 10046/10353/9210 10040/10342/9202</w:t>
        <w:br/>
        <w:t>f 10271/10576/9432 9853/10158/9028 9854/10157/9027</w:t>
        <w:br/>
        <w:t>f 10025/10329/9189 10072/10376/9233 9928/10231/9098</w:t>
        <w:br/>
        <w:t>f 9866/10170/9038 10025/10329/9189 9928/10231/9098</w:t>
        <w:br/>
        <w:t>f 10004/10311/9171 10005/10310/9170 10371/10675/9525</w:t>
        <w:br/>
        <w:t>f 10378/10682/9532 10005/10310/9170 10006/10309/9169</w:t>
        <w:br/>
        <w:t>f 10007/10308/9168 10004/10311/9171 10379/10683/9533</w:t>
        <w:br/>
        <w:t>f 10309/10614/9468 10007/10308/9168 10379/10683/9533</w:t>
        <w:br/>
        <w:t>f 10001/10306/9166 10378/10682/9532 10006/10309/9169</w:t>
        <w:br/>
        <w:t>f 10379/10683/9533 10377/10681/9531 10309/10614/9468</w:t>
        <w:br/>
        <w:t>f 10377/10681/9531 9996/10303/9163 10309/10614/9468</w:t>
        <w:br/>
        <w:t>f 10057/10361/9218 9993/10297/9157 9994/10296/9156</w:t>
        <w:br/>
        <w:t>f 10062/10367/9224 10057/10361/9218 9994/10296/9156</w:t>
        <w:br/>
        <w:t>f 10071/10372/9229 10371/10675/9525 10002/10305/9165</w:t>
        <w:br/>
        <w:t>f 10070/10373/9230 10071/10372/9229 10002/10305/9165</w:t>
        <w:br/>
        <w:t>f 10070/10373/9230 10002/10305/9165 10003/10304/9164</w:t>
        <w:br/>
        <w:t>f 10375/10680/9530 10070/10373/9230 10003/10304/9164</w:t>
        <w:br/>
        <w:t>f 10375/10680/9530 10003/10304/9164 10011/10318/9178</w:t>
        <w:br/>
        <w:t>f 10376/10679/9529 10375/10680/9530 10011/10318/9178</w:t>
        <w:br/>
        <w:t>f 8938/9426/8357 10381/10684/9534 10380/10685/9535</w:t>
        <w:br/>
        <w:t>f 8937/9427/8357 8938/9426/8357 10380/10685/9535</w:t>
        <w:br/>
        <w:t>f 10382/10686/9536 10380/10685/9535 10381/10684/9534</w:t>
        <w:br/>
        <w:t>f 10383/10687/9537 10382/10686/9536 10381/10684/9534</w:t>
        <w:br/>
        <w:t>f 10386/10688/9538 10385/10689/9539 10384/10690/9540</w:t>
        <w:br/>
        <w:t>f 10389/10691/9541 10388/10692/9542 10387/10693/9543</w:t>
        <w:br/>
        <w:t>f 10390/10694/9544 10389/10691/9541 10387/10693/9543</w:t>
        <w:br/>
        <w:t>f 10392/10695/9545 10391/10696/9546 10389/10691/9541</w:t>
        <w:br/>
        <w:t>f 10390/10694/9544 10392/10695/9545 10389/10691/9541</w:t>
        <w:br/>
        <w:t>f 10391/10696/9546 10394/10697/9547 10393/10698/9548</w:t>
        <w:br/>
        <w:t>f 10395/10699/9549 10391/10696/9546 10393/10698/9548</w:t>
        <w:br/>
        <w:t>f 10398/10700/9550 10385/10689/9539 10397/10701/9551</w:t>
        <w:br/>
        <w:t>f 10396/10702/9552 10398/10700/9550 10397/10701/9551</w:t>
        <w:br/>
        <w:t>f 10400/10703/9553 10399/10704/9554 10396/10702/9552</w:t>
        <w:br/>
        <w:t>f 10397/10701/9551 10400/10703/9553 10396/10702/9552</w:t>
        <w:br/>
        <w:t>f 10402/10705/9555 10399/10704/9554 10400/10703/9553</w:t>
        <w:br/>
        <w:t>f 10401/10706/9556 10402/10705/9555 10400/10703/9553</w:t>
        <w:br/>
        <w:t>f 10401/10706/9556 10394/10697/9547 10403/10707/9557</w:t>
        <w:br/>
        <w:t>f 10402/10705/9555 10401/10706/9556 10403/10707/9557</w:t>
        <w:br/>
        <w:t>f 10406/10708/9558 10405/10709/9559 10404/10710/9560</w:t>
        <w:br/>
        <w:t>f 10407/10711/9561 10406/10708/9558 10404/10710/9560</w:t>
        <w:br/>
        <w:t>f 10408/10712/9562 10393/10698/9548 10407/10711/9561</w:t>
        <w:br/>
        <w:t>f 10404/10710/9560 10408/10712/9562 10407/10711/9561</w:t>
        <w:br/>
        <w:t>f 10405/10709/9559 10406/10708/9558 10409/10713/9563</w:t>
        <w:br/>
        <w:t>f 10410/10714/9564 10405/10709/9559 10409/10713/9563</w:t>
        <w:br/>
        <w:t>f 10386/10688/9538 10411/10715/9565 10410/10714/9564</w:t>
        <w:br/>
        <w:t>f 10409/10713/9563 10386/10688/9538 10410/10714/9564</w:t>
        <w:br/>
        <w:t>f 10415/10716/9566 10414/10717/9567 10413/10718/9568</w:t>
        <w:br/>
        <w:t>f 10412/10719/9569 10415/10716/9566 10413/10718/9568</w:t>
        <w:br/>
        <w:t>f 10413/10718/9568 10417/10720/9570 10416/10721/9571</w:t>
        <w:br/>
        <w:t>f 10412/10719/9569 10413/10718/9568 10416/10721/9571</w:t>
        <w:br/>
        <w:t>f 10417/10720/9570 10413/10718/9568 10419/10722/9572</w:t>
        <w:br/>
        <w:t>f 10418/10723/9573 10417/10720/9570 10419/10722/9572</w:t>
        <w:br/>
        <w:t>f 10422/10724/9574 10421/10725/9575 10420/10726/9576</w:t>
        <w:br/>
        <w:t>f 10425/10727/9577 10424/10728/9578 10423/10729/9579</w:t>
        <w:br/>
        <w:t>f 10415/10716/9566 10425/10727/9577 10423/10729/9579</w:t>
        <w:br/>
        <w:t>f 10427/10730/9580 10426/10731/9581 10399/10704/9554</w:t>
        <w:br/>
        <w:t>f 10402/10705/9555 10427/10730/9580 10399/10704/9554</w:t>
        <w:br/>
        <w:t>f 10399/10704/9554 10426/10731/9581 10396/10702/9552</w:t>
        <w:br/>
        <w:t>f 10428/10732/9582 10398/10700/9550 10396/10702/9552</w:t>
        <w:br/>
        <w:t>f 10426/10731/9581 10428/10732/9582 10396/10702/9552</w:t>
        <w:br/>
        <w:t>f 10413/10718/9568 10414/10717/9567 10429/10733/9583</w:t>
        <w:br/>
        <w:t>f 10419/10722/9572 10413/10718/9568 10429/10733/9583</w:t>
        <w:br/>
        <w:t>f 10429/10733/9583 10414/10717/9567 10430/10734/9584</w:t>
        <w:br/>
        <w:t>f 10388/10692/9542 10389/10691/9541 10432/10735/9585</w:t>
        <w:br/>
        <w:t>f 10431/10736/9586 10388/10692/9542 10432/10735/9585</w:t>
        <w:br/>
        <w:t>f 10432/10735/9585 10395/10699/9549 10434/10737/9587</w:t>
        <w:br/>
        <w:t>f 10433/10738/9588 10432/10735/9585 10434/10737/9587</w:t>
        <w:br/>
        <w:t>f 10431/10736/9586 10432/10735/9585 10433/10738/9588</w:t>
        <w:br/>
        <w:t>f 10435/10739/9589 10431/10736/9586 10433/10738/9588</w:t>
        <w:br/>
        <w:t>f 10436/10740/9590 8994/9485/8415 8995/9484/8414</w:t>
        <w:br/>
        <w:t>f 10437/10741/9591 10436/10740/9590 8995/9484/8414</w:t>
        <w:br/>
        <w:t>f 10398/10700/9550 10428/10732/9582 10436/10740/9590</w:t>
        <w:br/>
        <w:t>f 10437/10741/9591 10398/10700/9550 10436/10740/9590</w:t>
        <w:br/>
        <w:t>f 10437/10741/9591 10438/10742/9592 10385/10689/9539</w:t>
        <w:br/>
        <w:t>f 10398/10700/9550 10437/10741/9591 10385/10689/9539</w:t>
        <w:br/>
        <w:t>f 8995/9484/8414 8998/9489/8419 10438/10742/9592</w:t>
        <w:br/>
        <w:t>f 10437/10741/9591 8995/9484/8414 10438/10742/9592</w:t>
        <w:br/>
        <w:t>f 10440/10743/9593 10420/10726/9576 10439/10744/9594</w:t>
        <w:br/>
        <w:t>f 10441/10745/9594 10440/10743/9593 10439/10744/9594</w:t>
        <w:br/>
        <w:t>f 10392/10695/9545 10403/10707/9557 10394/10697/9547</w:t>
        <w:br/>
        <w:t>f 10391/10696/9546 10392/10695/9545 10394/10697/9547</w:t>
        <w:br/>
        <w:t>f 10441/10745/9594 10439/10744/9594 10442/10746/9595</w:t>
        <w:br/>
        <w:t>f 10443/10747/9596 10441/10745/9594 10442/10746/9595</w:t>
        <w:br/>
        <w:t>f 8998/9489/8419 9004/9496/8425 10444/10748/9597</w:t>
        <w:br/>
        <w:t>f 10438/10742/9592 8998/9489/8419 10444/10748/9597</w:t>
        <w:br/>
        <w:t>f 10385/10689/9539 10438/10742/9592 10384/10690/9540</w:t>
        <w:br/>
        <w:t>f 10383/10687/9537 10446/10749/9598 10445/10750/9599</w:t>
        <w:br/>
        <w:t>f 10382/10686/9536 10383/10687/9537 10445/10750/9599</w:t>
        <w:br/>
        <w:t>f 10445/10750/9599 10446/10749/9598 10447/10751/9600</w:t>
        <w:br/>
        <w:t>f 10448/10752/9601 10445/10750/9599 10447/10751/9600</w:t>
        <w:br/>
        <w:t>f 9010/9503/8432 10450/10753/9602 10449/10754/9603</w:t>
        <w:br/>
        <w:t>f 9013/9504/8432 9010/9503/8432 10449/10754/9603</w:t>
        <w:br/>
        <w:t>f 10449/10754/9604 10380/10685/9535 10382/10686/9536</w:t>
        <w:br/>
        <w:t>f 10384/10690/9540 10449/10754/9604 10382/10686/9536</w:t>
        <w:br/>
        <w:t>f 10445/10750/9599 10448/10752/9601 10452/10755/9605</w:t>
        <w:br/>
        <w:t>f 10451/10756/9606 10445/10750/9599 10452/10755/9605</w:t>
        <w:br/>
        <w:t>f 10395/10699/9549 10393/10698/9548 10408/10712/9562</w:t>
        <w:br/>
        <w:t>f 10434/10737/9587 10395/10699/9549 10408/10712/9562</w:t>
        <w:br/>
        <w:t>f 10401/10706/9556 10400/10703/9553 10406/10708/9558</w:t>
        <w:br/>
        <w:t>f 10407/10711/9561 10401/10706/9556 10406/10708/9558</w:t>
        <w:br/>
        <w:t>f 10407/10711/9561 10393/10698/9548 10394/10697/9547</w:t>
        <w:br/>
        <w:t>f 10401/10706/9556 10407/10711/9561 10394/10697/9547</w:t>
        <w:br/>
        <w:t>f 10409/10713/9563 10406/10708/9558 10400/10703/9553</w:t>
        <w:br/>
        <w:t>f 10397/10701/9551 10409/10713/9563 10400/10703/9553</w:t>
        <w:br/>
        <w:t>f 10385/10689/9539 10386/10688/9538 10409/10713/9563</w:t>
        <w:br/>
        <w:t>f 10397/10701/9551 10385/10689/9539 10409/10713/9563</w:t>
        <w:br/>
        <w:t>f 10389/10691/9541 10391/10696/9546 10395/10699/9549</w:t>
        <w:br/>
        <w:t>f 10432/10735/9585 10389/10691/9541 10395/10699/9549</w:t>
        <w:br/>
        <w:t>f 10453/10757/9607 10386/10688/9538 10384/10690/9540</w:t>
        <w:br/>
        <w:t>f 10443/10747/9596 10442/10746/9595 10454/10758/9608</w:t>
        <w:br/>
        <w:t>f 10421/10725/9575 10456/10759/9609 10455/10760/9610</w:t>
        <w:br/>
        <w:t>f 10420/10726/9576 10421/10725/9575 10455/10760/9610</w:t>
        <w:br/>
        <w:t>f 10420/10726/9576 10440/10743/9593 10422/10724/9574</w:t>
        <w:br/>
        <w:t>f 10384/10690/9540 10382/10686/9536 10445/10750/9599</w:t>
        <w:br/>
        <w:t>f 10451/10756/9606 10384/10690/9540 10445/10750/9599</w:t>
        <w:br/>
        <w:t>f 10386/10688/9538 10451/10756/9611 10457/10761/9612</w:t>
        <w:br/>
        <w:t>f 10411/10715/9565 10386/10688/9538 10457/10761/9612</w:t>
        <w:br/>
        <w:t>f 10414/10717/9567 10415/10716/9566 10423/10729/9579</w:t>
        <w:br/>
        <w:t>f 10458/10762/9613 10414/10717/9567 10423/10729/9579</w:t>
        <w:br/>
        <w:t>f 10390/10694/9544 10387/10693/9543 10459/10763/9614</w:t>
        <w:br/>
        <w:t>f 10458/10762/9613 10390/10694/9544 10459/10763/9614</w:t>
        <w:br/>
        <w:t>f 10390/10694/9544 10458/10762/9613 10423/10729/9579</w:t>
        <w:br/>
        <w:t>f 10392/10695/9545 10390/10694/9544 10423/10729/9579</w:t>
        <w:br/>
        <w:t>f 10423/10729/9579 10424/10728/9578 10403/10707/9557</w:t>
        <w:br/>
        <w:t>f 10392/10695/9545 10423/10729/9579 10403/10707/9557</w:t>
        <w:br/>
        <w:t>f 10424/10728/9578 10427/10730/9580 10402/10705/9555</w:t>
        <w:br/>
        <w:t>f 10403/10707/9557 10424/10728/9578 10402/10705/9555</w:t>
        <w:br/>
        <w:t>f 10384/10690/9540 10438/10742/9592 10444/10748/9597</w:t>
        <w:br/>
        <w:t>f 10425/10727/9577 10427/10730/9580 10424/10728/9578</w:t>
        <w:br/>
        <w:t>f 10430/10734/9584 10414/10717/9567 10458/10762/9613</w:t>
        <w:br/>
        <w:t>f 10459/10763/9614 10430/10734/9584 10458/10762/9613</w:t>
        <w:br/>
        <w:t>f 10420/10726/9576 10455/10760/9610 10460/10764/9615</w:t>
        <w:br/>
        <w:t>f 10454/10758/9608 10416/10721/9571 10417/10720/9570</w:t>
        <w:br/>
        <w:t>f 10454/10758/9608 10417/10720/9570 10418/10723/9573</w:t>
        <w:br/>
        <w:t>f 10443/10747/9596 10454/10758/9608 10418/10723/9573</w:t>
        <w:br/>
        <w:t>f 10463/10765/9616 10462/10766/9617 10461/10767/9618</w:t>
        <w:br/>
        <w:t>f 10464/10768/9619 10463/10765/9307 10461/10767/9620</w:t>
        <w:br/>
        <w:t>f 10467/10769/9385 10466/10770/9384 10465/10771/9621</w:t>
        <w:br/>
        <w:t>f 10471/10772/9622 10470/10773/9623 10469/10774/9624</w:t>
        <w:br/>
        <w:t>f 10468/10775/9625 10471/10772/9622 10469/10774/9624</w:t>
        <w:br/>
        <w:t>f 10475/10776/9626 10474/10777/9627 10473/10778/9628</w:t>
        <w:br/>
        <w:t>f 10472/10779/9629 10475/10776/9626 10473/10778/9628</w:t>
        <w:br/>
        <w:t>f 10479/10780/9630 10478/10781/9631 10477/10782/9632</w:t>
        <w:br/>
        <w:t>f 10476/10783/9633 10479/10780/9630 10477/10782/9632</w:t>
        <w:br/>
        <w:t>f 10483/10784/9634 10482/10785/9635 10481/10786/9636</w:t>
        <w:br/>
        <w:t>f 10480/10787/9637 10483/10784/9634 10481/10786/9636</w:t>
        <w:br/>
        <w:t>f 10487/10788/9638 10486/10789/9639 10485/10790/9640</w:t>
        <w:br/>
        <w:t>f 10484/10791/9641 10487/10788/9638 10485/10790/9640</w:t>
        <w:br/>
        <w:t>f 10489/10792/9642 10488/10793/9643 10482/10785/9635</w:t>
        <w:br/>
        <w:t>f 10483/10784/9634 10489/10792/9642 10482/10785/9635</w:t>
        <w:br/>
        <w:t>f 10492/10794/9644 10491/10795/9645 10490/10796/9646</w:t>
        <w:br/>
        <w:t>f 10493/10797/9647 10492/10794/9644 10490/10796/9646</w:t>
        <w:br/>
        <w:t>f 10497/10798/9648 10496/10799/9649 10495/10800/9650</w:t>
        <w:br/>
        <w:t>f 10494/10801/9651 10497/10798/9648 10495/10800/9650</w:t>
        <w:br/>
        <w:t>f 10495/10800/9650 10496/10799/9649 10486/10789/9639</w:t>
        <w:br/>
        <w:t>f 10487/10788/9638 10495/10800/9650 10486/10789/9639</w:t>
        <w:br/>
        <w:t>f 10499/10802/9652 10479/10780/9630 10476/10783/9633</w:t>
        <w:br/>
        <w:t>f 10498/10803/9653 10499/10802/9652 10476/10783/9633</w:t>
        <w:br/>
        <w:t>f 10474/10777/9627 10501/10804/9654 10500/10805/9655</w:t>
        <w:br/>
        <w:t>f 10473/10778/9628 10474/10777/9627 10500/10805/9655</w:t>
        <w:br/>
        <w:t>f 10502/10806/9656 10475/10776/9626 10472/10779/9629</w:t>
        <w:br/>
        <w:t>f 10503/10807/9657 10502/10806/9656 10472/10779/9629</w:t>
        <w:br/>
        <w:t>f 10506/10808/9658 10505/10809/9659 10504/10810/9660</w:t>
        <w:br/>
        <w:t>f 10507/10811/9661 10506/10808/9658 10504/10810/9660</w:t>
        <w:br/>
        <w:t>f 10511/10812/9662 10510/10813/9663 10509/10814/9664</w:t>
        <w:br/>
        <w:t>f 10508/10815/9665 10511/10812/9662 10509/10814/9664</w:t>
        <w:br/>
        <w:t>f 10515/10816/9666 10514/10817/9663 10513/10818/9667</w:t>
        <w:br/>
        <w:t>f 10512/10819/9668 10515/10816/9666 10513/10818/9667</w:t>
        <w:br/>
        <w:t>f 10518/10820/9669 10517/10821/9670 10516/10822/9671</w:t>
        <w:br/>
        <w:t>f 10519/10823/9672 10518/10820/9669 10516/10822/9671</w:t>
        <w:br/>
        <w:t>f 10518/10820/9669 10515/10816/9666 10512/10819/9668</w:t>
        <w:br/>
        <w:t>f 10517/10821/9670 10518/10820/9669 10512/10819/9668</w:t>
        <w:br/>
        <w:t>f 10519/10823/9672 10516/10822/9671 10520/10824/9673</w:t>
        <w:br/>
        <w:t>f 10521/10825/9674 10519/10823/9672 10520/10824/9673</w:t>
        <w:br/>
        <w:t>f 10505/10809/9659 10502/10806/9656 10503/10807/9657</w:t>
        <w:br/>
        <w:t>f 10504/10810/9660 10505/10809/9659 10503/10807/9657</w:t>
        <w:br/>
        <w:t>f 10466/10770/9384 10523/10826/9675 10522/10827/9676</w:t>
        <w:br/>
        <w:t>f 10527/10828/9677 10526/10829/9391 10525/10830/9390</w:t>
        <w:br/>
        <w:t>f 10524/10831/9678 10527/10828/9677 10525/10830/9390</w:t>
        <w:br/>
        <w:t>f 10530/10832/9288 10529/10833/9679 10528/10834/9680</w:t>
        <w:br/>
        <w:t>f 10531/10835/9297 10530/10832/9288 10528/10834/9680</w:t>
        <w:br/>
        <w:t>f 10535/10836/9681 10534/10837/9295 10533/10838/9294</w:t>
        <w:br/>
        <w:t>f 10532/10839/9682 10535/10836/9681 10533/10838/9294</w:t>
        <w:br/>
        <w:t>f 10531/10835/9297 10528/10834/9680 10536/10840/9683</w:t>
        <w:br/>
        <w:t>f 10537/10841/9684 10531/10835/9297 10536/10840/9683</w:t>
        <w:br/>
        <w:t>f 10541/10842/9685 10540/10843/9686 10539/10844/9687</w:t>
        <w:br/>
        <w:t>f 10538/10845/9688 10541/10842/9685 10539/10844/9687</w:t>
        <w:br/>
        <w:t>f 10543/10846/9392 10461/10767/9620 10542/10847/9689</w:t>
        <w:br/>
        <w:t>f 10461/10767/9620 10534/10837/9295 10535/10836/9681</w:t>
        <w:br/>
        <w:t>f 10544/10848/9690 10461/10767/9620 10535/10836/9681</w:t>
        <w:br/>
        <w:t>f 10546/10849/9691 10526/10829/9391 10527/10828/9677</w:t>
        <w:br/>
        <w:t>f 10545/10850/9692 10546/10849/9691 10527/10828/9677</w:t>
        <w:br/>
        <w:t>f 10550/10851/9394 10549/10852/9693 10548/10853/9694</w:t>
        <w:br/>
        <w:t>f 10547/10854/9695 10550/10851/9394 10548/10853/9694</w:t>
        <w:br/>
        <w:t>f 10465/10771/9621 10466/10770/9384 10522/10827/9676</w:t>
        <w:br/>
        <w:t>f 10551/10855/9696 10465/10771/9621 10522/10827/9676</w:t>
        <w:br/>
        <w:t>f 10555/10856/9697 10554/10857/9698 10553/10858/9699</w:t>
        <w:br/>
        <w:t>f 10552/10859/9700 10555/10856/9697 10553/10858/9699</w:t>
        <w:br/>
        <w:t>f 10559/10860/9701 10558/10861/9702 10557/10862/9703</w:t>
        <w:br/>
        <w:t>f 10556/10863/9704 10559/10860/9701 10557/10862/9703</w:t>
        <w:br/>
        <w:t>f 10470/10773/9623 10562/10864/9705 10561/10865/9704</w:t>
        <w:br/>
        <w:t>f 10560/10866/9706 10470/10773/9623 10561/10865/9704</w:t>
        <w:br/>
        <w:t>f 10565/10867/9707 10564/10868/9708 10469/10774/9624</w:t>
        <w:br/>
        <w:t>f 10563/10869/9709 10565/10867/9707 10469/10774/9624</w:t>
        <w:br/>
        <w:t>f 10469/10774/9624 10470/10773/9623 10560/10866/9706</w:t>
        <w:br/>
        <w:t>f 10563/10869/9709 10469/10774/9624 10560/10866/9706</w:t>
        <w:br/>
        <w:t>f 10564/10868/9708 10565/10867/9707 10566/10870/9710</w:t>
        <w:br/>
        <w:t>f 10567/10871/9711 10564/10868/9708 10566/10870/9710</w:t>
        <w:br/>
        <w:t>f 10552/10859/9700 10553/10858/9699 10465/10771/9621</w:t>
        <w:br/>
        <w:t>f 10551/10855/9696 10552/10859/9700 10465/10771/9621</w:t>
        <w:br/>
        <w:t>f 10569/10872/9712 10472/10779/9629 10473/10778/9628</w:t>
        <w:br/>
        <w:t>f 10568/10873/9713 10569/10872/9712 10473/10778/9628</w:t>
        <w:br/>
        <w:t>f 10476/10783/9633 10477/10782/9632 10571/10874/9714</w:t>
        <w:br/>
        <w:t>f 10570/10875/9715 10476/10783/9633 10571/10874/9714</w:t>
        <w:br/>
        <w:t>f 10483/10784/9634 10480/10787/9637 10572/10876/9716</w:t>
        <w:br/>
        <w:t>f 10573/10877/9717 10483/10784/9634 10572/10876/9716</w:t>
        <w:br/>
        <w:t>f 10575/10878/9718 10487/10788/9638 10484/10791/9641</w:t>
        <w:br/>
        <w:t>f 10574/10879/9719 10575/10878/9718 10484/10791/9641</w:t>
        <w:br/>
        <w:t>f 10489/10792/9642 10483/10784/9634 10573/10877/9717</w:t>
        <w:br/>
        <w:t>f 10576/10880/9720 10489/10792/9642 10573/10877/9717</w:t>
        <w:br/>
        <w:t>f 10493/10797/9647 10490/10796/9646 10578/10881/9721</w:t>
        <w:br/>
        <w:t>f 10577/10882/9722 10493/10797/9647 10578/10881/9721</w:t>
        <w:br/>
        <w:t>f 10494/10801/9651 10495/10800/9650 10580/10883/9723</w:t>
        <w:br/>
        <w:t>f 10579/10884/9724 10494/10801/9651 10580/10883/9723</w:t>
        <w:br/>
        <w:t>f 10580/10883/9723 10495/10800/9650 10487/10788/9638</w:t>
        <w:br/>
        <w:t>f 10575/10878/9718 10580/10883/9723 10487/10788/9638</w:t>
        <w:br/>
        <w:t>f 10581/10885/9725 10498/10803/9653 10476/10783/9633</w:t>
        <w:br/>
        <w:t>f 10570/10875/9715 10581/10885/9725 10476/10783/9633</w:t>
        <w:br/>
        <w:t>f 10500/10805/9655 10582/10886/9726 10568/10873/9713</w:t>
        <w:br/>
        <w:t>f 10473/10778/9628 10500/10805/9655 10568/10873/9713</w:t>
        <w:br/>
        <w:t>f 10583/10887/9727 10503/10807/9657 10472/10779/9629</w:t>
        <w:br/>
        <w:t>f 10569/10872/9712 10583/10887/9727 10472/10779/9629</w:t>
        <w:br/>
        <w:t>f 10585/10888/9728 10507/10811/9661 10504/10810/9660</w:t>
        <w:br/>
        <w:t>f 10584/10889/9729 10585/10888/9728 10504/10810/9660</w:t>
        <w:br/>
        <w:t>f 10511/10812/9662 10508/10815/9665 10586/10890/9730</w:t>
        <w:br/>
        <w:t>f 10587/10891/9731 10511/10812/9662 10586/10890/9730</w:t>
        <w:br/>
        <w:t>f 10512/10819/9668 10513/10818/9667 10589/10892/9731</w:t>
        <w:br/>
        <w:t>f 10588/10893/9732 10512/10819/9668 10589/10892/9731</w:t>
        <w:br/>
        <w:t>f 10516/10822/9671 10517/10821/9670 10590/10894/9733</w:t>
        <w:br/>
        <w:t>f 10591/10895/9734 10516/10822/9671 10590/10894/9733</w:t>
        <w:br/>
        <w:t>f 10517/10821/9670 10512/10819/9668 10588/10893/9732</w:t>
        <w:br/>
        <w:t>f 10590/10894/9733 10517/10821/9670 10588/10893/9732</w:t>
        <w:br/>
        <w:t>f 10520/10824/9673 10516/10822/9671 10591/10895/9734</w:t>
        <w:br/>
        <w:t>f 10592/10896/9735 10520/10824/9673 10591/10895/9734</w:t>
        <w:br/>
        <w:t>f 10504/10810/9660 10503/10807/9657 10583/10887/9727</w:t>
        <w:br/>
        <w:t>f 10584/10889/9729 10504/10810/9660 10583/10887/9727</w:t>
        <w:br/>
        <w:t>f 10594/10897/9736 10569/10872/9712 10568/10873/9713</w:t>
        <w:br/>
        <w:t>f 10593/10898/9737 10594/10897/9736 10568/10873/9713</w:t>
        <w:br/>
        <w:t>f 10570/10875/9715 10571/10874/9714 10595/10899/9738</w:t>
        <w:br/>
        <w:t>f 10596/10900/9739 10570/10875/9715 10595/10899/9738</w:t>
        <w:br/>
        <w:t>f 10573/10877/9717 10572/10876/9716 10598/10901/9740</w:t>
        <w:br/>
        <w:t>f 10597/10902/9741 10573/10877/9717 10598/10901/9740</w:t>
        <w:br/>
        <w:t>f 10574/10879/9719 10600/10903/9742 10599/10904/9743</w:t>
        <w:br/>
        <w:t>f 10575/10878/9718 10574/10879/9719 10599/10904/9743</w:t>
        <w:br/>
        <w:t>f 10573/10877/9717 10597/10902/9741 10601/10905/9744</w:t>
        <w:br/>
        <w:t>f 10576/10880/9720 10573/10877/9717 10601/10905/9744</w:t>
        <w:br/>
        <w:t>f 10579/10884/9724 10580/10883/9723 10603/10906/9745</w:t>
        <w:br/>
        <w:t>f 10602/10907/9746 10579/10884/9724 10603/10906/9745</w:t>
        <w:br/>
        <w:t>f 10603/10906/9745 10580/10883/9723 10575/10878/9718</w:t>
        <w:br/>
        <w:t>f 10599/10904/9743 10603/10906/9745 10575/10878/9718</w:t>
        <w:br/>
        <w:t>f 10604/10908/9747 10581/10885/9725 10570/10875/9715</w:t>
        <w:br/>
        <w:t>f 10596/10900/9739 10604/10908/9747 10570/10875/9715</w:t>
        <w:br/>
        <w:t>f 10568/10873/9713 10582/10886/9726 10605/10909/9748</w:t>
        <w:br/>
        <w:t>f 10593/10898/9737 10568/10873/9713 10605/10909/9748</w:t>
        <w:br/>
        <w:t>f 10606/10910/9749 10583/10887/9727 10569/10872/9712</w:t>
        <w:br/>
        <w:t>f 10594/10897/9736 10606/10910/9749 10569/10872/9712</w:t>
        <w:br/>
        <w:t>f 10584/10889/9729 10608/10911/9750 10607/10912/9751</w:t>
        <w:br/>
        <w:t>f 10585/10888/9728 10584/10889/9729 10607/10912/9751</w:t>
        <w:br/>
        <w:t>f 10587/10891/9731 10586/10890/9730 10609/10913/9752</w:t>
        <w:br/>
        <w:t>f 10610/10914/9753 10587/10891/9731 10609/10913/9752</w:t>
        <w:br/>
        <w:t>f 10589/10892/9731 10612/10915/9753 10611/10916/9754</w:t>
        <w:br/>
        <w:t>f 10588/10893/9732 10589/10892/9731 10611/10916/9754</w:t>
        <w:br/>
        <w:t>f 10591/10895/9734 10590/10894/9733 10614/10917/9755</w:t>
        <w:br/>
        <w:t>f 10613/10918/9756 10591/10895/9734 10614/10917/9755</w:t>
        <w:br/>
        <w:t>f 10588/10893/9732 10611/10916/9754 10614/10917/9755</w:t>
        <w:br/>
        <w:t>f 10590/10894/9733 10588/10893/9732 10614/10917/9755</w:t>
        <w:br/>
        <w:t>f 10591/10895/9734 10613/10918/9756 10615/10919/9757</w:t>
        <w:br/>
        <w:t>f 10592/10896/9735 10591/10895/9734 10615/10919/9757</w:t>
        <w:br/>
        <w:t>f 10584/10889/9729 10583/10887/9727 10606/10910/9749</w:t>
        <w:br/>
        <w:t>f 10608/10911/9750 10584/10889/9729 10606/10910/9749</w:t>
        <w:br/>
        <w:t>f 10618/10920/9758 10617/10921/9759 10616/10922/9760</w:t>
        <w:br/>
        <w:t>f 10619/10923/9761 10618/10920/9758 10616/10922/9760</w:t>
        <w:br/>
        <w:t>f 10622/10924/9762 10621/10925/9763 10620/10926/9764</w:t>
        <w:br/>
        <w:t>f 10625/10927/9765 10624/10928/9766 10623/10929/9767</w:t>
        <w:br/>
        <w:t>f 10628/10930/9768 10627/10931/9769 10626/10932/9770</w:t>
        <w:br/>
        <w:t>f 10630/10933/9771 10625/10927/9765 10623/10929/9767</w:t>
        <w:br/>
        <w:t>f 10629/10934/9772 10630/10933/9771 10623/10929/9767</w:t>
        <w:br/>
        <w:t>f 10632/10935/9773 10631/10936/9774 10622/10924/9762</w:t>
        <w:br/>
        <w:t>f 10620/10926/9764 10632/10935/9773 10622/10924/9762</w:t>
        <w:br/>
        <w:t>f 10617/10921/9759 10618/10920/9758 10633/10937/9775</w:t>
        <w:br/>
        <w:t>f 10632/10935/9773 10617/10921/9759 10633/10937/9775</w:t>
        <w:br/>
        <w:t>f 10634/10938/9776 10619/10923/9761 10616/10922/9760</w:t>
        <w:br/>
        <w:t>f 10638/10939/9777 10637/10940/9778 10636/10941/9779</w:t>
        <w:br/>
        <w:t>f 10635/10942/9780 10638/10939/9777 10636/10941/9779</w:t>
        <w:br/>
        <w:t>f 10640/10943/9781 10639/10944/9782 10635/10942/9780</w:t>
        <w:br/>
        <w:t>f 10643/10945/9783 10642/10946/9784 10641/10947/9785</w:t>
        <w:br/>
        <w:t>f 10644/10948/9786 10643/10945/9783 10641/10947/9785</w:t>
        <w:br/>
        <w:t>f 10646/10949/9787 10645/10950/9788 10644/10948/9786</w:t>
        <w:br/>
        <w:t>f 10647/10951/9789 10646/10949/9787 10644/10948/9786</w:t>
        <w:br/>
        <w:t>f 10645/10950/9788 10643/10945/9783 10644/10948/9786</w:t>
        <w:br/>
        <w:t>f 10624/10928/9766 10646/10949/9787 10647/10951/9789</w:t>
        <w:br/>
        <w:t>f 10623/10929/9767 10624/10928/9766 10647/10951/9789</w:t>
        <w:br/>
        <w:t>f 10634/10938/9776 10616/10922/9760 10636/10941/9779</w:t>
        <w:br/>
        <w:t>f 10637/10940/9778 10634/10938/9776 10636/10941/9779</w:t>
        <w:br/>
        <w:t>f 10493/10797/9647 10484/10791/9641 10485/10790/9640</w:t>
        <w:br/>
        <w:t>f 10492/10794/9644 10493/10797/9647 10485/10790/9640</w:t>
        <w:br/>
        <w:t>f 10485/10790/9640 10532/10839/9682 10541/10842/9685</w:t>
        <w:br/>
        <w:t>f 10492/10794/9644 10485/10790/9640 10541/10842/9685</w:t>
        <w:br/>
        <w:t>f 10577/10882/9722 10574/10879/9719 10484/10791/9641</w:t>
        <w:br/>
        <w:t>f 10493/10797/9647 10577/10882/9722 10484/10791/9641</w:t>
        <w:br/>
        <w:t>f 10600/10903/9742 10574/10879/9719 10577/10882/9722</w:t>
        <w:br/>
        <w:t>f 10648/10952/9790 10600/10903/9742 10577/10882/9722</w:t>
        <w:br/>
        <w:t>f 10626/10932/9770 10627/10931/9769 10649/10953/9791</w:t>
        <w:br/>
        <w:t>f 10651/10954/9792 10650/10955/9340 10539/10844/9687</w:t>
        <w:br/>
        <w:t>f 10489/10792/9642 10490/10796/9646 10491/10795/9645</w:t>
        <w:br/>
        <w:t>f 10488/10793/9643 10489/10792/9642 10491/10795/9645</w:t>
        <w:br/>
        <w:t>f 10537/10841/9684 10536/10840/9683 10538/10845/9688</w:t>
        <w:br/>
        <w:t>f 10539/10844/9687 10537/10841/9684 10538/10845/9688</w:t>
        <w:br/>
        <w:t>f 10576/10880/9720 10578/10881/9721 10490/10796/9646</w:t>
        <w:br/>
        <w:t>f 10489/10792/9642 10576/10880/9720 10490/10796/9646</w:t>
        <w:br/>
        <w:t>f 10652/10956/9793 10630/10933/9771 10629/10934/9772</w:t>
        <w:br/>
        <w:t>f 10649/10953/9791 10652/10956/9793 10629/10934/9772</w:t>
        <w:br/>
        <w:t>f 10576/10880/9720 10601/10905/9744 10653/10957/9794</w:t>
        <w:br/>
        <w:t>f 10578/10881/9721 10576/10880/9720 10653/10957/9794</w:t>
        <w:br/>
        <w:t>f 10653/10957/9794 10648/10952/9790 10577/10882/9722</w:t>
        <w:br/>
        <w:t>f 10578/10881/9721 10653/10957/9794 10577/10882/9722</w:t>
        <w:br/>
        <w:t>f 10499/10802/9652 10498/10803/9653 10500/10805/9655</w:t>
        <w:br/>
        <w:t>f 10501/10804/9654 10499/10802/9652 10500/10805/9655</w:t>
        <w:br/>
        <w:t>f 10549/10852/9693 10546/10849/9691 10545/10850/9692</w:t>
        <w:br/>
        <w:t>f 10548/10853/9694 10549/10852/9693 10545/10850/9692</w:t>
        <w:br/>
        <w:t>f 10498/10803/9653 10581/10885/9725 10582/10886/9726</w:t>
        <w:br/>
        <w:t>f 10500/10805/9655 10498/10803/9653 10582/10886/9726</w:t>
        <w:br/>
        <w:t>f 10631/10936/9774 10632/10935/9773 10633/10937/9775</w:t>
        <w:br/>
        <w:t>f 10604/10908/9747 10605/10909/9748 10582/10886/9726</w:t>
        <w:br/>
        <w:t>f 10581/10885/9725 10604/10908/9747 10582/10886/9726</w:t>
        <w:br/>
        <w:t>f 10478/10781/9631 10497/10798/9648 10494/10801/9651</w:t>
        <w:br/>
        <w:t>f 10477/10782/9632 10478/10781/9631 10494/10801/9651</w:t>
        <w:br/>
        <w:t>f 10497/10798/9648 10478/10781/9631 10524/10831/9678</w:t>
        <w:br/>
        <w:t>f 10542/10847/9689 10497/10798/9648 10524/10831/9678</w:t>
        <w:br/>
        <w:t>f 10477/10782/9632 10494/10801/9651 10579/10884/9724</w:t>
        <w:br/>
        <w:t>f 10571/10874/9714 10477/10782/9632 10579/10884/9724</w:t>
        <w:br/>
        <w:t>f 10626/10932/9770 10621/10925/9763 10628/10930/9768</w:t>
        <w:br/>
        <w:t>f 10571/10874/9714 10579/10884/9724 10602/10907/9746</w:t>
        <w:br/>
        <w:t>f 10595/10899/9738 10571/10874/9714 10602/10907/9746</w:t>
        <w:br/>
        <w:t>f 10530/10832/9288 10654/10958/9795 10567/10871/9711</w:t>
        <w:br/>
        <w:t>f 10480/10787/9637 10481/10786/9636 10521/10825/9674</w:t>
        <w:br/>
        <w:t>f 10520/10824/9673 10480/10787/9637 10521/10825/9674</w:t>
        <w:br/>
        <w:t>f 10481/10786/9636 10529/10833/9679 10566/10870/9710</w:t>
        <w:br/>
        <w:t>f 10521/10825/9674 10481/10786/9636 10566/10870/9710</w:t>
        <w:br/>
        <w:t>f 10480/10787/9637 10520/10824/9673 10592/10896/9735</w:t>
        <w:br/>
        <w:t>f 10572/10876/9716 10480/10787/9637 10592/10896/9735</w:t>
        <w:br/>
        <w:t>f 10572/10876/9716 10592/10896/9735 10615/10919/9757</w:t>
        <w:br/>
        <w:t>f 10598/10901/9740 10572/10876/9716 10615/10919/9757</w:t>
        <w:br/>
        <w:t>f 10655/10959/9796 10554/10857/9698 10558/10861/9702</w:t>
        <w:br/>
        <w:t>f 10507/10811/9661 10508/10815/9665 10509/10814/9664</w:t>
        <w:br/>
        <w:t>f 10506/10808/9658 10507/10811/9661 10509/10814/9664</w:t>
        <w:br/>
        <w:t>f 10554/10857/9698 10555/10856/9697 10557/10862/9703</w:t>
        <w:br/>
        <w:t>f 10558/10861/9702 10554/10857/9698 10557/10862/9703</w:t>
        <w:br/>
        <w:t>f 10507/10811/9661 10585/10888/9728 10586/10890/9730</w:t>
        <w:br/>
        <w:t>f 10508/10815/9665 10507/10811/9661 10586/10890/9730</w:t>
        <w:br/>
        <w:t>f 10638/10939/9777 10635/10942/9780 10639/10944/9782</w:t>
        <w:br/>
        <w:t>f 10585/10888/9728 10607/10912/9751 10609/10913/9752</w:t>
        <w:br/>
        <w:t>f 10586/10890/9730 10585/10888/9728 10609/10913/9752</w:t>
        <w:br/>
        <w:t>f 10522/10827/9676 10547/10854/9695 10474/10777/9627</w:t>
        <w:br/>
        <w:t>f 10475/10776/9626 10522/10827/9676 10474/10777/9627</w:t>
        <w:br/>
        <w:t>f 10479/10780/9630 10527/10828/9677 10524/10831/9678</w:t>
        <w:br/>
        <w:t>f 10478/10781/9631 10479/10780/9630 10524/10831/9678</w:t>
        <w:br/>
        <w:t>f 10482/10785/9635 10528/10834/9680 10529/10833/9679</w:t>
        <w:br/>
        <w:t>f 10481/10786/9636 10482/10785/9635 10529/10833/9679</w:t>
        <w:br/>
        <w:t>f 10486/10789/9639 10535/10836/9681 10532/10839/9682</w:t>
        <w:br/>
        <w:t>f 10485/10790/9640 10486/10789/9639 10532/10839/9682</w:t>
        <w:br/>
        <w:t>f 10536/10840/9683 10528/10834/9680 10482/10785/9635</w:t>
        <w:br/>
        <w:t>f 10488/10793/9643 10536/10840/9683 10482/10785/9635</w:t>
        <w:br/>
        <w:t>f 10492/10794/9644 10541/10842/9685 10538/10845/9688</w:t>
        <w:br/>
        <w:t>f 10491/10795/9645 10492/10794/9644 10538/10845/9688</w:t>
        <w:br/>
        <w:t>f 10542/10847/9689 10544/10848/9690 10496/10799/9649</w:t>
        <w:br/>
        <w:t>f 10497/10798/9648 10542/10847/9689 10496/10799/9649</w:t>
        <w:br/>
        <w:t>f 10496/10799/9649 10544/10848/9690 10535/10836/9681</w:t>
        <w:br/>
        <w:t>f 10486/10789/9639 10496/10799/9649 10535/10836/9681</w:t>
        <w:br/>
        <w:t>f 10545/10850/9692 10527/10828/9677 10479/10780/9630</w:t>
        <w:br/>
        <w:t>f 10499/10802/9652 10545/10850/9692 10479/10780/9630</w:t>
        <w:br/>
        <w:t>f 10474/10777/9627 10547/10854/9695 10548/10853/9694</w:t>
        <w:br/>
        <w:t>f 10501/10804/9654 10474/10777/9627 10548/10853/9694</w:t>
        <w:br/>
        <w:t>f 10551/10855/9696 10522/10827/9676 10475/10776/9626</w:t>
        <w:br/>
        <w:t>f 10502/10806/9656 10551/10855/9696 10475/10776/9626</w:t>
        <w:br/>
        <w:t>f 10555/10856/9697 10552/10859/9700 10505/10809/9659</w:t>
        <w:br/>
        <w:t>f 10506/10808/9658 10555/10856/9697 10505/10809/9659</w:t>
        <w:br/>
        <w:t>f 10556/10863/9704 10557/10862/9703 10509/10814/9664</w:t>
        <w:br/>
        <w:t>f 10510/10813/9663 10556/10863/9704 10509/10814/9664</w:t>
        <w:br/>
        <w:t>f 10560/10866/9706 10561/10865/9704 10514/10817/9663</w:t>
        <w:br/>
        <w:t>f 10515/10816/9666 10560/10866/9706 10514/10817/9663</w:t>
        <w:br/>
        <w:t>f 10519/10823/9672 10565/10867/9707 10563/10869/9709</w:t>
        <w:br/>
        <w:t>f 10518/10820/9669 10519/10823/9672 10563/10869/9709</w:t>
        <w:br/>
        <w:t>f 10563/10869/9709 10560/10866/9706 10515/10816/9666</w:t>
        <w:br/>
        <w:t>f 10518/10820/9669 10563/10869/9709 10515/10816/9666</w:t>
        <w:br/>
        <w:t>f 10566/10870/9710 10565/10867/9707 10519/10823/9672</w:t>
        <w:br/>
        <w:t>f 10521/10825/9674 10566/10870/9710 10519/10823/9672</w:t>
        <w:br/>
        <w:t>f 10552/10859/9700 10551/10855/9696 10502/10806/9656</w:t>
        <w:br/>
        <w:t>f 10505/10809/9659 10552/10859/9700 10502/10806/9656</w:t>
        <w:br/>
        <w:t>f 10540/10843/9686 10541/10842/9685 10532/10839/9682</w:t>
        <w:br/>
        <w:t>f 10533/10838/9294 10540/10843/9686 10532/10839/9682</w:t>
        <w:br/>
        <w:t>f 10491/10795/9645 10538/10845/9688 10536/10840/9683</w:t>
        <w:br/>
        <w:t>f 10488/10793/9643 10491/10795/9645 10536/10840/9683</w:t>
        <w:br/>
        <w:t>f 10548/10853/9694 10545/10850/9692 10499/10802/9652</w:t>
        <w:br/>
        <w:t>f 10501/10804/9654 10548/10853/9694 10499/10802/9652</w:t>
        <w:br/>
        <w:t>f 10542/10847/9689 10524/10831/9678 10525/10830/9390</w:t>
        <w:br/>
        <w:t>f 10543/10846/9392 10542/10847/9689 10525/10830/9390</w:t>
        <w:br/>
        <w:t>f 10529/10833/9679 10530/10832/9288 10567/10871/9711</w:t>
        <w:br/>
        <w:t>f 10566/10870/9710 10529/10833/9679 10567/10871/9711</w:t>
        <w:br/>
        <w:t>f 10509/10814/9664 10557/10862/9703 10555/10856/9697</w:t>
        <w:br/>
        <w:t>f 10506/10808/9658 10509/10814/9664 10555/10856/9697</w:t>
        <w:br/>
        <w:t>f 10522/10827/9676 10523/10826/9675 10547/10854/9695</w:t>
        <w:br/>
        <w:t>f 10547/10854/9695 10523/10826/9675 10550/10851/9394</w:t>
        <w:br/>
        <w:t>f 10657/10960/9398 10546/10849/9691 10656/10961/9797</w:t>
        <w:br/>
        <w:t>f 10658/10962/9798 10546/10849/9691 10549/10852/9693</w:t>
        <w:br/>
        <w:t>f 10550/10851/9394 10659/10963/9393 10549/10852/9693</w:t>
        <w:br/>
        <w:t>f 10658/10962/9798 10656/10961/9797 10546/10849/9691</w:t>
        <w:br/>
        <w:t>f 10658/10962/9798 10660/10964/9799 10656/10961/9797</w:t>
        <w:br/>
        <w:t>f 10549/10852/9693 10659/10963/9393 10658/10962/9798</w:t>
        <w:br/>
        <w:t>f 10464/10768/9619 10461/10767/9620 10543/10846/9392</w:t>
        <w:br/>
        <w:t>f 10463/10765/9307 10661/10965/9800 10461/10767/9620</w:t>
        <w:br/>
        <w:t>f 10534/10837/9295 10461/10767/9620 10661/10965/9800</w:t>
        <w:br/>
        <w:t>f 10662/10966/9801 10531/10835/9297 10537/10841/9684</w:t>
        <w:br/>
        <w:t>f 10650/10955/9340 10651/10954/9792 10663/10967/9802</w:t>
        <w:br/>
        <w:t>f 10651/10954/9792 10539/10844/9687 10664/10968/9803</w:t>
        <w:br/>
        <w:t>f 10664/10968/9803 10539/10844/9687 10540/10843/9686</w:t>
        <w:br/>
        <w:t>f 10564/10868/9708 10468/10775/9625 10469/10774/9624</w:t>
        <w:br/>
        <w:t>f 10665/10969/9804 10468/10775/9625 10564/10868/9708</w:t>
        <w:br/>
        <w:t>f 10567/10871/9711 10665/10969/9804 10564/10868/9708</w:t>
        <w:br/>
        <w:t>f 10667/10970/9510 10567/10871/9711 10654/10958/9795</w:t>
        <w:br/>
        <w:t>f 10666/10971/9805 10667/10970/9510 10654/10958/9795</w:t>
        <w:br/>
        <w:t>f 10471/10772/9622 10668/10972/9806 10562/10864/9705</w:t>
        <w:br/>
        <w:t>f 10559/10860/9701 10669/10973/9807 10558/10861/9702</w:t>
        <w:br/>
        <w:t>f 10558/10861/9702 10669/10973/9807 10655/10959/9796</w:t>
        <w:br/>
        <w:t>f 10655/10959/9796 10670/10974/9808 10553/10858/9699</w:t>
        <w:br/>
        <w:t>f 10554/10857/9698 10655/10959/9796 10553/10858/9699</w:t>
        <w:br/>
        <w:t>f 10670/10974/9808 10671/10975/9809 10465/10771/9621</w:t>
        <w:br/>
        <w:t>f 10553/10858/9699 10670/10974/9808 10465/10771/9621</w:t>
        <w:br/>
        <w:t>f 10465/10771/9621 10671/10975/9809 10467/10769/9385</w:t>
        <w:br/>
        <w:t>f 10539/10844/9687 10650/10955/9340 10672/10976/9298</w:t>
        <w:br/>
        <w:t>f 10537/10841/9684 10539/10844/9687 10672/10976/9298</w:t>
        <w:br/>
        <w:t>f 10526/10829/9391 10546/10849/9691 10657/10960/9398</w:t>
        <w:br/>
        <w:t>f 10542/10847/9689 10461/10767/9620 10544/10848/9690</w:t>
        <w:br/>
        <w:t>f 10471/10772/9622 10562/10864/9705 10470/10773/9623</w:t>
        <w:br/>
        <w:t>f 10598/10901/9740 10615/10919/9757 10624/10928/9766</w:t>
        <w:br/>
        <w:t>f 10601/10905/9744 10630/10933/9771 10653/10957/9794</w:t>
        <w:br/>
        <w:t>f 10619/10923/9761 10594/10897/9736 10593/10898/9737</w:t>
        <w:br/>
        <w:t>f 10618/10920/9758 10619/10923/9761 10593/10898/9737</w:t>
        <w:br/>
        <w:t>f 10621/10925/9763 10622/10924/9762 10596/10900/9739</w:t>
        <w:br/>
        <w:t>f 10595/10899/9738 10621/10925/9763 10596/10900/9739</w:t>
        <w:br/>
        <w:t>f 10624/10928/9766 10625/10927/9765 10597/10902/9741</w:t>
        <w:br/>
        <w:t>f 10598/10901/9740 10624/10928/9766 10597/10902/9741</w:t>
        <w:br/>
        <w:t>f 10627/10931/9769 10628/10930/9768 10599/10904/9743</w:t>
        <w:br/>
        <w:t>f 10600/10903/9742 10627/10931/9769 10599/10904/9743</w:t>
        <w:br/>
        <w:t>f 10630/10933/9771 10601/10905/9744 10597/10902/9741</w:t>
        <w:br/>
        <w:t>f 10625/10927/9765 10630/10933/9771 10597/10902/9741</w:t>
        <w:br/>
        <w:t>f 10673/10977/9810 10602/10907/9746 10603/10906/9745</w:t>
        <w:br/>
        <w:t>f 10628/10930/9768 10603/10906/9745 10599/10904/9743</w:t>
        <w:br/>
        <w:t>f 10631/10936/9774 10604/10908/9747 10596/10900/9739</w:t>
        <w:br/>
        <w:t>f 10622/10924/9762 10631/10936/9774 10596/10900/9739</w:t>
        <w:br/>
        <w:t>f 10633/10937/9775 10618/10920/9758 10593/10898/9737</w:t>
        <w:br/>
        <w:t>f 10605/10909/9748 10633/10937/9775 10593/10898/9737</w:t>
        <w:br/>
        <w:t>f 10634/10938/9776 10606/10910/9749 10594/10897/9736</w:t>
        <w:br/>
        <w:t>f 10619/10923/9761 10634/10938/9776 10594/10897/9736</w:t>
        <w:br/>
        <w:t>f 10638/10939/9777 10607/10912/9751 10608/10911/9750</w:t>
        <w:br/>
        <w:t>f 10637/10940/9778 10638/10939/9777 10608/10911/9750</w:t>
        <w:br/>
        <w:t>f 10639/10944/9782 10640/10943/9781 10610/10914/9753</w:t>
        <w:br/>
        <w:t>f 10609/10913/9752 10639/10944/9782 10610/10914/9753</w:t>
        <w:br/>
        <w:t>f 10643/10945/9783 10611/10916/9754 10612/10915/9753</w:t>
        <w:br/>
        <w:t>f 10642/10946/9784 10643/10945/9783 10612/10915/9753</w:t>
        <w:br/>
        <w:t>f 10645/10950/9788 10646/10949/9787 10613/10918/9756</w:t>
        <w:br/>
        <w:t>f 10614/10917/9755 10645/10950/9788 10613/10918/9756</w:t>
        <w:br/>
        <w:t>f 10645/10950/9788 10614/10917/9755 10611/10916/9754</w:t>
        <w:br/>
        <w:t>f 10643/10945/9783 10645/10950/9788 10611/10916/9754</w:t>
        <w:br/>
        <w:t>f 10646/10949/9787 10624/10928/9766 10615/10919/9757</w:t>
        <w:br/>
        <w:t>f 10613/10918/9756 10646/10949/9787 10615/10919/9757</w:t>
        <w:br/>
        <w:t>f 10637/10940/9778 10608/10911/9750 10606/10910/9749</w:t>
        <w:br/>
        <w:t>f 10634/10938/9776 10637/10940/9778 10606/10910/9749</w:t>
        <w:br/>
        <w:t>f 10652/10956/9793 10627/10931/9769 10600/10903/9742</w:t>
        <w:br/>
        <w:t>f 10648/10952/9790 10652/10956/9793 10600/10903/9742</w:t>
        <w:br/>
        <w:t>f 10648/10952/9790 10653/10957/9794 10630/10933/9771</w:t>
        <w:br/>
        <w:t>f 10652/10956/9793 10648/10952/9790 10630/10933/9771</w:t>
        <w:br/>
        <w:t>f 10605/10909/9748 10604/10908/9747 10631/10936/9774</w:t>
        <w:br/>
        <w:t>f 10633/10937/9775 10605/10909/9748 10631/10936/9774</w:t>
        <w:br/>
        <w:t>f 10621/10925/9763 10595/10899/9738 10602/10907/9746</w:t>
        <w:br/>
        <w:t>f 10628/10930/9768 10621/10925/9763 10602/10907/9746</w:t>
        <w:br/>
        <w:t>f 10638/10939/9777 10639/10944/9782 10609/10913/9752</w:t>
        <w:br/>
        <w:t>f 10607/10912/9751 10638/10939/9777 10609/10913/9752</w:t>
        <w:br/>
        <w:t>f 10620/10926/9764 10621/10925/9763 10626/10932/9770</w:t>
        <w:br/>
        <w:t>f 10649/10953/9791 10627/10931/9769 10652/10956/9793</w:t>
        <w:br/>
        <w:t>f 10677/10978/9811 10676/10979/9812 10675/10980/9813</w:t>
        <w:br/>
        <w:t>f 10674/10981/9814 10677/10978/9811 10675/10980/9813</w:t>
        <w:br/>
        <w:t>f 10681/10982/9815 10680/10983/9816 10679/10984/9817</w:t>
        <w:br/>
        <w:t>f 10678/10985/9818 10681/10982/9815 10679/10984/9817</w:t>
        <w:br/>
        <w:t>f 10680/10983/9816 10683/10986/9819 10682/10987/9820</w:t>
        <w:br/>
        <w:t>f 10679/10984/9817 10680/10983/9816 10682/10987/9820</w:t>
        <w:br/>
        <w:t>f 10679/10984/9817 10685/10988/9821 10684/10989/9822</w:t>
        <w:br/>
        <w:t>f 10678/10985/9818 10679/10984/9817 10684/10989/9822</w:t>
        <w:br/>
        <w:t>f 10689/10990/9823 10688/10991/9824 10687/10992/9825</w:t>
        <w:br/>
        <w:t>f 10686/10993/9826 10689/10990/9823 10687/10992/9825</w:t>
        <w:br/>
        <w:t>f 10691/10994/9827 10690/10995/9828 10682/10987/9820</w:t>
        <w:br/>
        <w:t>f 10689/10990/9823 10691/10994/9827 10682/10987/9820</w:t>
        <w:br/>
        <w:t>f 10688/10991/9824 10689/10990/9823 10682/10987/9820</w:t>
        <w:br/>
        <w:t>f 10683/10986/9819 10688/10991/9824 10682/10987/9820</w:t>
        <w:br/>
        <w:t>f 10682/10987/9820 10690/10995/9828 10685/10988/9821</w:t>
        <w:br/>
        <w:t>f 10679/10984/9817 10682/10987/9820 10685/10988/9821</w:t>
        <w:br/>
        <w:t>f 10692/10996/9829 10691/10994/9827 10689/10990/9823</w:t>
        <w:br/>
        <w:t>f 10686/10993/9826 10692/10996/9829 10689/10990/9823</w:t>
        <w:br/>
        <w:t>f 10677/10978/9811 10694/10997/9830 10693/10998/9831</w:t>
        <w:br/>
        <w:t>f 10676/10979/9812 10677/10978/9811 10693/10998/9831</w:t>
        <w:br/>
        <w:t>f 10698/10999/9832 10697/11000/9833 10696/11001/9834</w:t>
        <w:br/>
        <w:t>f 10695/11002/9835 10698/10999/9832 10696/11001/9834</w:t>
        <w:br/>
        <w:t>f 10702/11003/9836 10701/11004/9837 10700/11005/9838</w:t>
        <w:br/>
        <w:t>f 10699/11006/9839 10702/11003/9836 10700/11005/9838</w:t>
        <w:br/>
        <w:t>f 10699/11006/9839 10700/11005/9838 10704/11007/9840</w:t>
        <w:br/>
        <w:t>f 10703/11008/9841 10699/11006/9839 10704/11007/9840</w:t>
        <w:br/>
        <w:t>f 10700/11005/9838 10701/11004/9837 10706/11009/9842</w:t>
        <w:br/>
        <w:t>f 10705/11010/9843 10700/11005/9838 10706/11009/9842</w:t>
        <w:br/>
        <w:t>f 10710/11011/9844 10709/11012/9845 10708/11013/9846</w:t>
        <w:br/>
        <w:t>f 10707/11014/9847 10710/11011/9844 10708/11013/9846</w:t>
        <w:br/>
        <w:t>f 10704/11007/9840 10712/11015/9848 10711/11016/9849</w:t>
        <w:br/>
        <w:t>f 10710/11011/9844 10704/11007/9840 10711/11016/9849</w:t>
        <w:br/>
        <w:t>f 10704/11007/9840 10710/11011/9844 10707/11014/9847</w:t>
        <w:br/>
        <w:t>f 10703/11008/9841 10704/11007/9840 10707/11014/9847</w:t>
        <w:br/>
        <w:t>f 10704/11007/9840 10700/11005/9838 10705/11010/9843</w:t>
        <w:br/>
        <w:t>f 10712/11015/9848 10704/11007/9840 10705/11010/9843</w:t>
        <w:br/>
        <w:t>f 10713/11017/9850 10709/11012/9845 10710/11011/9844</w:t>
        <w:br/>
        <w:t>f 10711/11016/9849 10713/11017/9850 10710/11011/9844</w:t>
        <w:br/>
        <w:t>f 10698/10999/9832 10695/11002/9835 10715/11018/9851</w:t>
        <w:br/>
        <w:t>f 10714/11019/9852 10698/10999/9832 10715/11018/9851</w:t>
        <w:br/>
        <w:t>f 10717/11020/9853 10716/11021/9854 10684/10989/9822</w:t>
        <w:br/>
        <w:t>f 10719/11022/9855 10687/10992/9825 10688/10991/9824</w:t>
        <w:br/>
        <w:t>f 10718/11023/9856 10719/11022/9855 10688/10991/9824</w:t>
        <w:br/>
        <w:t>f 10690/10995/9828 10691/10994/9827 10721/11024/9857</w:t>
        <w:br/>
        <w:t>f 10720/11025/9858 10690/10995/9828 10721/11024/9857</w:t>
        <w:br/>
        <w:t>f 10718/11023/9856 10688/10991/9824 10683/10986/9819</w:t>
        <w:br/>
        <w:t>f 10722/11026/9859 10718/11023/9856 10683/10986/9819</w:t>
        <w:br/>
        <w:t>f 10691/10994/9827 10692/10996/9829 10723/11027/9860</w:t>
        <w:br/>
        <w:t>f 10721/11024/9857 10691/10994/9827 10723/11027/9860</w:t>
        <w:br/>
        <w:t>f 10693/10998/9831 10694/10997/9830 10724/11028/9861</w:t>
        <w:br/>
        <w:t>f 10725/11029/9862 10693/10998/9831 10724/11028/9861</w:t>
        <w:br/>
        <w:t>f 10675/10980/9813 10727/11030/9863 10726/11031/9864</w:t>
        <w:br/>
        <w:t>f 10674/10981/9814 10675/10980/9813 10726/11031/9864</w:t>
        <w:br/>
        <w:t>f 10729/11032/9865 10728/11033/9866 10681/10982/9815</w:t>
        <w:br/>
        <w:t>f 10703/11008/9841 10731/11034/9867 10730/11035/9868</w:t>
        <w:br/>
        <w:t>f 10699/11006/9839 10703/11008/9841 10730/11035/9868</w:t>
        <w:br/>
        <w:t>f 10705/11010/9843 10706/11009/9842 10733/11036/9869</w:t>
        <w:br/>
        <w:t>f 10732/11037/9870 10705/11010/9843 10733/11036/9869</w:t>
        <w:br/>
        <w:t>f 10701/11004/9837 10702/11003/9836 10735/11038/9865</w:t>
        <w:br/>
        <w:t>f 10734/11039/9871 10701/11004/9837 10735/11038/9865</w:t>
        <w:br/>
        <w:t>f 10712/11015/9848 10705/11010/9843 10732/11037/9870</w:t>
        <w:br/>
        <w:t>f 10736/11040/9872 10712/11015/9848 10732/11037/9870</w:t>
        <w:br/>
        <w:t>f 10701/11004/9837 10734/11039/9871 10737/11041/9854</w:t>
        <w:br/>
        <w:t>f 10706/11009/9842 10701/11004/9837 10737/11041/9854</w:t>
        <w:br/>
        <w:t>f 10738/11042/9873 10702/11003/9836 10699/11006/9839</w:t>
        <w:br/>
        <w:t>f 10730/11035/9868 10738/11042/9873 10699/11006/9839</w:t>
        <w:br/>
        <w:t>f 10706/11009/9842 10737/11041/9854 10739/11043/9853</w:t>
        <w:br/>
        <w:t>f 10741/11044/9874 10740/11045/9875 10707/11014/9847</w:t>
        <w:br/>
        <w:t>f 10708/11013/9846 10741/11044/9874 10707/11014/9847</w:t>
        <w:br/>
        <w:t>f 10712/11015/9848 10736/11040/9872 10742/11046/9876</w:t>
        <w:br/>
        <w:t>f 10711/11016/9849 10712/11015/9848 10742/11046/9876</w:t>
        <w:br/>
        <w:t>f 10740/11045/9875 10731/11034/9867 10703/11008/9841</w:t>
        <w:br/>
        <w:t>f 10707/11014/9847 10740/11045/9875 10703/11008/9841</w:t>
        <w:br/>
        <w:t>f 10711/11016/9849 10742/11046/9876 10743/11047/9877</w:t>
        <w:br/>
        <w:t>f 10713/11017/9850 10711/11016/9849 10743/11047/9877</w:t>
        <w:br/>
        <w:t>f 10744/11048/9878 10714/11019/9852 10715/11018/9851</w:t>
        <w:br/>
        <w:t>f 10745/11049/9862 10744/11048/9878 10715/11018/9851</w:t>
        <w:br/>
        <w:t>f 10747/11050/9864 10746/11051/9863 10696/11001/9834</w:t>
        <w:br/>
        <w:t>f 10697/11000/9833 10747/11050/9864 10696/11001/9834</w:t>
        <w:br/>
        <w:t>f 10748/11052/9879 10722/11026/9859 10683/10986/9819</w:t>
        <w:br/>
        <w:t>f 10680/10983/9816 10748/11052/9879 10683/10986/9819</w:t>
        <w:br/>
        <w:t>f 10685/10988/9821 10749/11053/9880 10717/11020/9853</w:t>
        <w:br/>
        <w:t>f 10684/10989/9822 10685/10988/9821 10717/11020/9853</w:t>
        <w:br/>
        <w:t>f 10729/11032/9865 10681/10982/9815 10678/10985/9818</w:t>
        <w:br/>
        <w:t>f 10750/11054/9881 10729/11032/9865 10678/10985/9818</w:t>
        <w:br/>
        <w:t>f 10749/11053/9880 10685/10988/9821 10690/10995/9828</w:t>
        <w:br/>
        <w:t>f 10720/11025/9858 10749/11053/9880 10690/10995/9828</w:t>
        <w:br/>
        <w:t>f 10716/11021/9854 10750/11054/9881 10678/10985/9818</w:t>
        <w:br/>
        <w:t>f 10684/10989/9822 10716/11021/9854 10678/10985/9818</w:t>
        <w:br/>
        <w:t>f 10728/11033/9866 10748/11052/9879 10680/10983/9816</w:t>
        <w:br/>
        <w:t>f 10681/10982/9815 10728/11033/9866 10680/10983/9816</w:t>
        <w:br/>
        <w:t>f 10751/11055/9882 10675/10980/9813 10676/10979/9812</w:t>
        <w:br/>
        <w:t>f 10752/11056/9883 10751/11055/9882 10676/10979/9812</w:t>
        <w:br/>
        <w:t>f 10753/11057/9884 10752/11056/9883 10676/10979/9812</w:t>
        <w:br/>
        <w:t>f 10693/10998/9831 10753/11057/9884 10676/10979/9812</w:t>
        <w:br/>
        <w:t>f 10755/11058/9885 10754/11059/9886 10695/11002/9835</w:t>
        <w:br/>
        <w:t>f 10696/11001/9834 10755/11058/9885 10695/11002/9835</w:t>
        <w:br/>
        <w:t>f 10756/11060/9887 10715/11018/9851 10695/11002/9835</w:t>
        <w:br/>
        <w:t>f 10754/11059/9886 10756/11060/9887 10695/11002/9835</w:t>
        <w:br/>
        <w:t>f 10753/11057/9884 10693/10998/9831 10725/11029/9862</w:t>
        <w:br/>
        <w:t>f 10757/11061/9888 10753/11057/9884 10725/11029/9862</w:t>
        <w:br/>
        <w:t>f 10751/11055/9882 10758/11062/9889 10727/11030/9863</w:t>
        <w:br/>
        <w:t>f 10675/10980/9813 10751/11055/9882 10727/11030/9863</w:t>
        <w:br/>
        <w:t>f 10756/11060/9887 10759/11063/9888 10745/11049/9862</w:t>
        <w:br/>
        <w:t>f 10715/11018/9851 10756/11060/9887 10745/11049/9862</w:t>
        <w:br/>
        <w:t>f 10755/11058/9885 10696/11001/9834 10746/11051/9863</w:t>
        <w:br/>
        <w:t>f 10760/11064/9890 10755/11058/9885 10746/11051/9863</w:t>
        <w:br/>
        <w:t>f 10755/11058/9885 10762/11065/9891 10761/11066/9892</w:t>
        <w:br/>
        <w:t>f 10754/11059/9886 10755/11058/9885 10761/11066/9892</w:t>
        <w:br/>
        <w:t>f 10756/11060/9887 10764/11067/9893 10763/11068/9894</w:t>
        <w:br/>
        <w:t>f 10759/11063/9888 10756/11060/9887 10763/11068/9894</w:t>
        <w:br/>
        <w:t>f 10735/11038/9865 10702/11003/9836 10765/11069/9866</w:t>
        <w:br/>
        <w:t>f 10769/11070/9895 10768/11071/9896 10767/11072/9897</w:t>
        <w:br/>
        <w:t>f 10766/11073/9898 10769/11070/9895 10767/11072/9897</w:t>
        <w:br/>
        <w:t>f 10773/11074/9899 10772/11075/9900 10771/11076/9901</w:t>
        <w:br/>
        <w:t>f 10770/11077/9902 10773/11074/9899 10771/11076/9901</w:t>
        <w:br/>
        <w:t>f 10770/11077/9902 10771/11076/9901 10775/11078/9903</w:t>
        <w:br/>
        <w:t>f 10774/11079/9904 10770/11077/9902 10775/11078/9903</w:t>
        <w:br/>
        <w:t>f 10771/11076/9901 10772/11075/9900 10777/11080/9905</w:t>
        <w:br/>
        <w:t>f 10776/11081/9906 10771/11076/9901 10777/11080/9905</w:t>
        <w:br/>
        <w:t>f 10781/11082/9907 10780/11083/9908 10779/11084/9909</w:t>
        <w:br/>
        <w:t>f 10778/11085/9910 10781/11082/9907 10779/11084/9909</w:t>
        <w:br/>
        <w:t>f 10775/11078/9903 10783/11086/9911 10782/11087/9912</w:t>
        <w:br/>
        <w:t>f 10781/11082/9907 10775/11078/9903 10782/11087/9912</w:t>
        <w:br/>
        <w:t>f 10775/11078/9903 10781/11082/9907 10778/11085/9910</w:t>
        <w:br/>
        <w:t>f 10774/11079/9904 10775/11078/9903 10778/11085/9910</w:t>
        <w:br/>
        <w:t>f 10775/11078/9903 10771/11076/9901 10776/11081/9906</w:t>
        <w:br/>
        <w:t>f 10783/11086/9911 10775/11078/9903 10776/11081/9906</w:t>
        <w:br/>
        <w:t>f 10784/11088/9913 10780/11083/9908 10781/11082/9907</w:t>
        <w:br/>
        <w:t>f 10782/11087/9912 10784/11088/9913 10781/11082/9907</w:t>
        <w:br/>
        <w:t>f 10769/11070/9895 10766/11073/9898 10786/11089/9914</w:t>
        <w:br/>
        <w:t>f 10785/11090/9915 10769/11070/9895 10786/11089/9914</w:t>
        <w:br/>
        <w:t>f 10790/11091/9916 10789/11092/9917 10788/11093/9918</w:t>
        <w:br/>
        <w:t>f 10787/11094/9919 10790/11091/9916 10788/11093/9918</w:t>
        <w:br/>
        <w:t>f 10794/11095/9920 10793/11096/9921 10792/11097/9922</w:t>
        <w:br/>
        <w:t>f 10791/11098/9923 10794/11095/9920 10792/11097/9922</w:t>
        <w:br/>
        <w:t>f 10793/11096/9921 10796/11099/9924 10795/11100/9925</w:t>
        <w:br/>
        <w:t>f 10792/11097/9922 10793/11096/9921 10795/11100/9925</w:t>
        <w:br/>
        <w:t>f 10792/11097/9922 10798/11101/9926 10797/11102/9927</w:t>
        <w:br/>
        <w:t>f 10791/11098/9923 10792/11097/9922 10797/11102/9927</w:t>
        <w:br/>
        <w:t>f 10802/11103/9928 10801/11104/9929 10800/11105/9930</w:t>
        <w:br/>
        <w:t>f 10799/11106/9931 10802/11103/9928 10800/11105/9930</w:t>
        <w:br/>
        <w:t>f 10804/11107/9932 10803/11108/9933 10795/11100/9925</w:t>
        <w:br/>
        <w:t>f 10802/11103/9928 10804/11107/9932 10795/11100/9925</w:t>
        <w:br/>
        <w:t>f 10801/11104/9929 10802/11103/9928 10795/11100/9925</w:t>
        <w:br/>
        <w:t>f 10796/11099/9924 10801/11104/9929 10795/11100/9925</w:t>
        <w:br/>
        <w:t>f 10795/11100/9925 10803/11108/9933 10798/11101/9926</w:t>
        <w:br/>
        <w:t>f 10792/11097/9922 10795/11100/9925 10798/11101/9926</w:t>
        <w:br/>
        <w:t>f 10805/11109/9934 10804/11107/9932 10802/11103/9928</w:t>
        <w:br/>
        <w:t>f 10799/11106/9931 10805/11109/9934 10802/11103/9928</w:t>
        <w:br/>
        <w:t>f 10790/11091/9916 10807/11110/9935 10806/11111/9936</w:t>
        <w:br/>
        <w:t>f 10789/11092/9917 10790/11091/9916 10806/11111/9936</w:t>
        <w:br/>
        <w:t>f 10809/11112/9937 10777/11080/9905 10808/11113/9938</w:t>
        <w:br/>
        <w:t>f 10811/11114/9939 10810/11115/9940 10778/11085/9910</w:t>
        <w:br/>
        <w:t>f 10779/11084/9909 10811/11114/9939 10778/11085/9910</w:t>
        <w:br/>
        <w:t>f 10783/11086/9911 10813/11116/9941 10812/11117/9942</w:t>
        <w:br/>
        <w:t>f 10782/11087/9912 10783/11086/9911 10812/11117/9942</w:t>
        <w:br/>
        <w:t>f 10810/11115/9940 10814/11118/9943 10774/11079/9904</w:t>
        <w:br/>
        <w:t>f 10778/11085/9910 10810/11115/9940 10774/11079/9904</w:t>
        <w:br/>
        <w:t>f 10782/11087/9912 10812/11117/9942 10815/11119/9944</w:t>
        <w:br/>
        <w:t>f 10784/11088/9913 10782/11087/9912 10815/11119/9944</w:t>
        <w:br/>
        <w:t>f 10816/11120/9945 10785/11090/9915 10786/11089/9914</w:t>
        <w:br/>
        <w:t>f 10817/11121/9946 10816/11120/9945 10786/11089/9914</w:t>
        <w:br/>
        <w:t>f 10819/11122/9947 10818/11123/9948 10767/11072/9897</w:t>
        <w:br/>
        <w:t>f 10768/11071/9896 10819/11122/9947 10767/11072/9897</w:t>
        <w:br/>
        <w:t>f 10821/11124/9949 10773/11074/9899 10820/11125/9950</w:t>
        <w:br/>
        <w:t>f 10823/11126/9951 10822/11127/9952 10796/11099/9924</w:t>
        <w:br/>
        <w:t>f 10793/11096/9921 10823/11126/9951 10796/11099/9924</w:t>
        <w:br/>
        <w:t>f 10798/11101/9926 10825/11128/9953 10824/11129/9954</w:t>
        <w:br/>
        <w:t>f 10797/11102/9927 10798/11101/9926 10824/11129/9954</w:t>
        <w:br/>
        <w:t>f 10791/11098/9923 10827/11130/9955 10826/11131/9956</w:t>
        <w:br/>
        <w:t>f 10794/11095/9920 10791/11098/9923 10826/11131/9956</w:t>
        <w:br/>
        <w:t>f 10825/11128/9953 10798/11101/9926 10803/11108/9933</w:t>
        <w:br/>
        <w:t>f 10828/11132/9957 10825/11128/9953 10803/11108/9933</w:t>
        <w:br/>
        <w:t>f 10829/11133/9938 10827/11130/9955 10791/11098/9923</w:t>
        <w:br/>
        <w:t>f 10797/11102/9927 10829/11133/9938 10791/11098/9923</w:t>
        <w:br/>
        <w:t>f 10830/11134/9958 10823/11126/9951 10793/11096/9921</w:t>
        <w:br/>
        <w:t>f 10794/11095/9920 10830/11134/9958 10793/11096/9921</w:t>
        <w:br/>
        <w:t>f 10797/11102/9927 10831/11135/9959 10829/11133/9938</w:t>
        <w:br/>
        <w:t>f 10833/11136/9960 10800/11105/9930 10801/11104/9929</w:t>
        <w:br/>
        <w:t>f 10832/11137/9961 10833/11136/9960 10801/11104/9929</w:t>
        <w:br/>
        <w:t>f 10803/11108/9933 10804/11107/9932 10834/11138/9962</w:t>
        <w:br/>
        <w:t>f 10828/11132/9957 10803/11108/9933 10834/11138/9962</w:t>
        <w:br/>
        <w:t>f 10832/11137/9961 10801/11104/9929 10796/11099/9924</w:t>
        <w:br/>
        <w:t>f 10822/11127/9952 10832/11137/9961 10796/11099/9924</w:t>
        <w:br/>
        <w:t>f 10804/11107/9932 10805/11109/9934 10835/11139/9963</w:t>
        <w:br/>
        <w:t>f 10834/11138/9962 10804/11107/9932 10835/11139/9963</w:t>
        <w:br/>
        <w:t>f 10806/11111/9936 10807/11110/9935 10836/11140/9964</w:t>
        <w:br/>
        <w:t>f 10837/11141/9946 10806/11111/9936 10836/11140/9964</w:t>
        <w:br/>
        <w:t>f 10788/11093/9918 10839/11142/9948 10838/11143/9947</w:t>
        <w:br/>
        <w:t>f 10787/11094/9919 10788/11093/9918 10838/11143/9947</w:t>
        <w:br/>
        <w:t>f 10774/11079/9904 10814/11118/9943 10840/11144/9965</w:t>
        <w:br/>
        <w:t>f 10770/11077/9902 10774/11079/9904 10840/11144/9965</w:t>
        <w:br/>
        <w:t>f 10776/11081/9906 10777/11080/9905 10809/11112/9937</w:t>
        <w:br/>
        <w:t>f 10841/11145/9966 10776/11081/9906 10809/11112/9937</w:t>
        <w:br/>
        <w:t>f 10772/11075/9900 10773/11074/9899 10821/11124/9949</w:t>
        <w:br/>
        <w:t>f 10842/11146/9967 10772/11075/9900 10821/11124/9949</w:t>
        <w:br/>
        <w:t>f 10783/11086/9911 10776/11081/9906 10841/11145/9966</w:t>
        <w:br/>
        <w:t>f 10813/11116/9941 10783/11086/9911 10841/11145/9966</w:t>
        <w:br/>
        <w:t>f 10808/11113/9938 10777/11080/9905 10772/11075/9900</w:t>
        <w:br/>
        <w:t>f 10842/11146/9967 10808/11113/9938 10772/11075/9900</w:t>
        <w:br/>
        <w:t>f 10820/11125/9950 10773/11074/9899 10770/11077/9902</w:t>
        <w:br/>
        <w:t>f 10840/11144/9965 10820/11125/9950 10770/11077/9902</w:t>
        <w:br/>
        <w:t>f 10766/11073/9898 10767/11072/9897 10843/11147/9968</w:t>
        <w:br/>
        <w:t>f 10844/11148/9969 10766/11073/9898 10843/11147/9968</w:t>
        <w:br/>
        <w:t>f 10845/11149/9970 10786/11089/9914 10766/11073/9898</w:t>
        <w:br/>
        <w:t>f 10844/11148/9969 10845/11149/9970 10766/11073/9898</w:t>
        <w:br/>
        <w:t>f 10762/11065/9891 10788/11093/9918 10789/11092/9917</w:t>
        <w:br/>
        <w:t>f 10761/11066/9892 10762/11065/9891 10789/11092/9917</w:t>
        <w:br/>
        <w:t>f 10789/11092/9917 10806/11111/9936 10764/11067/9893</w:t>
        <w:br/>
        <w:t>f 10761/11066/9892 10789/11092/9917 10764/11067/9893</w:t>
        <w:br/>
        <w:t>f 10817/11121/9946 10786/11089/9914 10845/11149/9970</w:t>
        <w:br/>
        <w:t>f 10846/11150/9971 10817/11121/9946 10845/11149/9970</w:t>
        <w:br/>
        <w:t>f 10843/11147/9968 10767/11072/9897 10818/11123/9948</w:t>
        <w:br/>
        <w:t>f 10847/11151/9972 10843/11147/9968 10818/11123/9948</w:t>
        <w:br/>
        <w:t>f 10764/11067/9893 10806/11111/9936 10837/11141/9946</w:t>
        <w:br/>
        <w:t>f 10763/11068/9894 10764/11067/9893 10837/11141/9946</w:t>
        <w:br/>
        <w:t>f 10839/11142/9948 10788/11093/9918 10762/11065/9891</w:t>
        <w:br/>
        <w:t>f 10848/11152/9972 10839/11142/9948 10762/11065/9891</w:t>
        <w:br/>
        <w:t>f 10753/11057/9884 10845/11149/9970 10844/11148/9969</w:t>
        <w:br/>
        <w:t>f 10752/11056/9883 10753/11057/9884 10844/11148/9969</w:t>
        <w:br/>
        <w:t>f 10761/11066/9892 10764/11067/9893 10756/11060/9887</w:t>
        <w:br/>
        <w:t>f 10754/11059/9886 10761/11066/9892 10756/11060/9887</w:t>
        <w:br/>
        <w:t>f 10849/11153/9973 10845/11149/9970 10753/11057/9884</w:t>
        <w:br/>
        <w:t>f 10757/11061/9888 10849/11153/9973 10753/11057/9884</w:t>
        <w:br/>
        <w:t>f 10844/11148/9969 10843/11147/9968 10751/11055/9882</w:t>
        <w:br/>
        <w:t>f 10752/11056/9883 10844/11148/9969 10751/11055/9882</w:t>
        <w:br/>
        <w:t>f 10843/11147/9968 10847/11151/9972 10758/11062/9889</w:t>
        <w:br/>
        <w:t>f 10751/11055/9882 10843/11147/9968 10758/11062/9889</w:t>
        <w:br/>
        <w:t>f 10848/11152/9972 10762/11065/9891 10755/11058/9885</w:t>
        <w:br/>
        <w:t>f 10760/11064/9890 10848/11152/9972 10755/11058/9885</w:t>
        <w:br/>
        <w:t>f 10826/11131/9956 10850/11154/9974 10794/11095/9920</w:t>
        <w:br/>
        <w:t>f 10854/11155/9975 10853/11156/9976 10852/11157/9977</w:t>
        <w:br/>
        <w:t>f 10851/11158/9978 10854/11155/9975 10852/11157/9977</w:t>
        <w:br/>
        <w:t>f 10851/11158/9978 10852/11157/9977 10856/11159/9979</w:t>
        <w:br/>
        <w:t>f 10855/11160/9980 10851/11158/9978 10856/11159/9979</w:t>
        <w:br/>
        <w:t>f 10856/11159/9979 10858/11161/9981 10857/11162/9982</w:t>
        <w:br/>
        <w:t>f 10855/11160/9980 10856/11159/9979 10857/11162/9982</w:t>
        <w:br/>
        <w:t>f 10858/11161/9981 10860/11163/9983 10859/11164/9984</w:t>
        <w:br/>
        <w:t>f 10857/11162/9982 10858/11161/9981 10859/11164/9984</w:t>
        <w:br/>
        <w:t>f 10860/11163/9983 10862/11165/9985 10861/11166/9986</w:t>
        <w:br/>
        <w:t>f 10859/11164/9984 10860/11163/9983 10861/11166/9986</w:t>
        <w:br/>
        <w:t>f 10862/11165/9985 10864/11167/9987 10863/11168/9988</w:t>
        <w:br/>
        <w:t>f 10861/11166/9986 10862/11165/9985 10863/11168/9988</w:t>
        <w:br/>
        <w:t>f 10868/11169/9989 10867/11170/9987 10866/11171/9990</w:t>
        <w:br/>
        <w:t>f 10865/11172/9991 10868/11169/9989 10866/11171/9990</w:t>
        <w:br/>
        <w:t>f 10865/11172/9991 10866/11171/9990 10853/11156/9976</w:t>
        <w:br/>
        <w:t>f 10854/11155/9975 10865/11172/9991 10853/11156/9976</w:t>
        <w:br/>
        <w:t>f 10853/11156/9976 10870/11173/9992 10869/11174/9993</w:t>
        <w:br/>
        <w:t>f 10852/11157/9977 10853/11156/9976 10869/11174/9993</w:t>
        <w:br/>
        <w:t>f 10852/11157/9977 10869/11174/9993 10871/11175/9994</w:t>
        <w:br/>
        <w:t>f 10856/11159/9979 10852/11157/9977 10871/11175/9994</w:t>
        <w:br/>
        <w:t>f 10871/11175/9994 10872/11176/9995 10858/11161/9981</w:t>
        <w:br/>
        <w:t>f 10856/11159/9979 10871/11175/9994 10858/11161/9981</w:t>
        <w:br/>
        <w:t>f 10872/11176/9995 10873/11177/9996 10860/11163/9983</w:t>
        <w:br/>
        <w:t>f 10858/11161/9981 10872/11176/9995 10860/11163/9983</w:t>
        <w:br/>
        <w:t>f 10873/11177/9996 10874/11178/9997 10862/11165/9985</w:t>
        <w:br/>
        <w:t>f 10860/11163/9983 10873/11177/9996 10862/11165/9985</w:t>
        <w:br/>
        <w:t>f 10874/11178/9997 10875/11179/9998 10864/11167/9987</w:t>
        <w:br/>
        <w:t>f 10862/11165/9985 10874/11178/9997 10864/11167/9987</w:t>
        <w:br/>
        <w:t>f 10867/11170/9987 10877/11180/9999 10876/11181/10000</w:t>
        <w:br/>
        <w:t>f 10866/11171/9990 10867/11170/9987 10876/11181/10000</w:t>
        <w:br/>
        <w:t>f 10866/11171/9990 10876/11181/10000 10870/11173/9992</w:t>
        <w:br/>
        <w:t>f 10853/11156/9976 10866/11171/9990 10870/11173/9992</w:t>
        <w:br/>
        <w:t>f 10870/11173/9992 10879/11182/10001 10878/11183/10002</w:t>
        <w:br/>
        <w:t>f 10869/11174/9993 10870/11173/9992 10878/11183/10002</w:t>
        <w:br/>
        <w:t>f 10869/11174/9993 10878/11183/10002 10880/11184/10003</w:t>
        <w:br/>
        <w:t>f 10871/11175/9994 10869/11174/9993 10880/11184/10003</w:t>
        <w:br/>
        <w:t>f 10880/11184/10003 10881/11185/10004 10872/11176/9995</w:t>
        <w:br/>
        <w:t>f 10871/11175/9994 10880/11184/10003 10872/11176/9995</w:t>
        <w:br/>
        <w:t>f 10881/11185/10004 10882/11186/10005 10873/11177/9996</w:t>
        <w:br/>
        <w:t>f 10872/11176/9995 10881/11185/10004 10873/11177/9996</w:t>
        <w:br/>
        <w:t>f 10882/11186/10005 10883/11187/10006 10874/11178/9997</w:t>
        <w:br/>
        <w:t>f 10873/11177/9996 10882/11186/10005 10874/11178/9997</w:t>
        <w:br/>
        <w:t>f 10883/11187/10006 10884/11188/10007 10875/11179/9998</w:t>
        <w:br/>
        <w:t>f 10874/11178/9997 10883/11187/10006 10875/11179/9998</w:t>
        <w:br/>
        <w:t>f 10877/11180/9999 10886/11189/10008 10885/11190/10009</w:t>
        <w:br/>
        <w:t>f 10876/11181/10000 10877/11180/9999 10885/11190/10009</w:t>
        <w:br/>
        <w:t>f 10876/11181/10000 10885/11190/10009 10879/11182/10001</w:t>
        <w:br/>
        <w:t>f 10870/11173/9992 10876/11181/10000 10879/11182/10001</w:t>
        <w:br/>
        <w:t>f 10879/11182/10001 10888/11191/10010 10887/11192/10011</w:t>
        <w:br/>
        <w:t>f 10878/11183/10002 10879/11182/10001 10887/11192/10011</w:t>
        <w:br/>
        <w:t>f 10878/11183/10002 10887/11192/10011 10889/11193/10012</w:t>
        <w:br/>
        <w:t>f 10880/11184/10003 10878/11183/10002 10889/11193/10012</w:t>
        <w:br/>
        <w:t>f 10889/11193/10012 10890/11194/10013 10881/11185/10004</w:t>
        <w:br/>
        <w:t>f 10880/11184/10003 10889/11193/10012 10881/11185/10004</w:t>
        <w:br/>
        <w:t>f 10890/11194/10013 10891/11195/10014 10882/11186/10005</w:t>
        <w:br/>
        <w:t>f 10881/11185/10004 10890/11194/10013 10882/11186/10005</w:t>
        <w:br/>
        <w:t>f 10891/11195/10014 10892/11196/10015 10883/11187/10006</w:t>
        <w:br/>
        <w:t>f 10882/11186/10005 10891/11195/10014 10883/11187/10006</w:t>
        <w:br/>
        <w:t>f 10892/11196/10015 10893/11197/10016 10884/11188/10007</w:t>
        <w:br/>
        <w:t>f 10883/11187/10006 10892/11196/10015 10884/11188/10007</w:t>
        <w:br/>
        <w:t>f 10886/11189/10008 10895/11198/10017 10894/11199/10018</w:t>
        <w:br/>
        <w:t>f 10885/11190/10009 10886/11189/10008 10894/11199/10018</w:t>
        <w:br/>
        <w:t>f 10885/11190/10009 10894/11199/10018 10888/11191/10010</w:t>
        <w:br/>
        <w:t>f 10879/11182/10001 10885/11190/10009 10888/11191/10010</w:t>
        <w:br/>
        <w:t>f 10899/11200/10019 10898/11201/10020 10897/11202/10021</w:t>
        <w:br/>
        <w:t>f 10896/11203/10022 10899/11200/10019 10897/11202/10021</w:t>
        <w:br/>
        <w:t>f 10898/11201/10020 10901/11204/10023 10900/11205/10024</w:t>
        <w:br/>
        <w:t>f 10897/11202/10021 10898/11201/10020 10900/11205/10024</w:t>
        <w:br/>
        <w:t>f 10903/11206/10025 10902/11207/10026 10900/11205/10024</w:t>
        <w:br/>
        <w:t>f 10901/11204/10023 10903/11206/10025 10900/11205/10024</w:t>
        <w:br/>
        <w:t>f 10905/11208/10027 10904/11209/10028 10902/11207/10026</w:t>
        <w:br/>
        <w:t>f 10903/11206/10025 10905/11208/10027 10902/11207/10026</w:t>
        <w:br/>
        <w:t>f 10907/11210/10029 10906/11211/10030 10904/11209/10028</w:t>
        <w:br/>
        <w:t>f 10905/11208/10027 10907/11210/10029 10904/11209/10028</w:t>
        <w:br/>
        <w:t>f 10909/11212/10031 10908/11213/10032 10906/11211/10030</w:t>
        <w:br/>
        <w:t>f 10907/11210/10029 10909/11212/10031 10906/11211/10030</w:t>
        <w:br/>
        <w:t>f 10913/11214/10031 10912/11215/10033 10911/11216/10034</w:t>
        <w:br/>
        <w:t>f 10910/11217/10035 10913/11214/10031 10911/11216/10034</w:t>
        <w:br/>
        <w:t>f 10912/11215/10033 10899/11200/10019 10896/11203/10022</w:t>
        <w:br/>
        <w:t>f 10911/11216/10034 10912/11215/10033 10896/11203/10022</w:t>
        <w:br/>
        <w:t>f 10896/11203/10022 10897/11202/10021 10915/11218/10036</w:t>
        <w:br/>
        <w:t>f 10914/11219/10037 10896/11203/10022 10915/11218/10036</w:t>
        <w:br/>
        <w:t>f 10897/11202/10021 10900/11205/10024 10916/11220/10038</w:t>
        <w:br/>
        <w:t>f 10915/11218/10036 10897/11202/10021 10916/11220/10038</w:t>
        <w:br/>
        <w:t>f 10902/11207/10026 10917/11221/10039 10916/11220/10038</w:t>
        <w:br/>
        <w:t>f 10900/11205/10024 10902/11207/10026 10916/11220/10038</w:t>
        <w:br/>
        <w:t>f 10904/11209/10028 10918/11222/10040 10917/11221/10039</w:t>
        <w:br/>
        <w:t>f 10902/11207/10026 10904/11209/10028 10917/11221/10039</w:t>
        <w:br/>
        <w:t>f 10906/11211/10030 10919/11223/10041 10918/11222/10040</w:t>
        <w:br/>
        <w:t>f 10904/11209/10028 10906/11211/10030 10918/11222/10040</w:t>
        <w:br/>
        <w:t>f 10908/11213/10032 10920/11224/10042 10919/11223/10041</w:t>
        <w:br/>
        <w:t>f 10906/11211/10030 10908/11213/10032 10919/11223/10041</w:t>
        <w:br/>
        <w:t>f 10910/11217/10035 10911/11216/10034 10922/11225/10043</w:t>
        <w:br/>
        <w:t>f 10921/11226/10044 10910/11217/10035 10922/11225/10043</w:t>
        <w:br/>
        <w:t>f 10911/11216/10034 10896/11203/10022 10914/11219/10037</w:t>
        <w:br/>
        <w:t>f 10922/11225/10043 10911/11216/10034 10914/11219/10037</w:t>
        <w:br/>
        <w:t>f 10914/11219/10037 10915/11218/10036 10924/11227/10045</w:t>
        <w:br/>
        <w:t>f 10923/11228/10046 10914/11219/10037 10924/11227/10045</w:t>
        <w:br/>
        <w:t>f 10915/11218/10036 10916/11220/10038 10925/11229/10047</w:t>
        <w:br/>
        <w:t>f 10924/11227/10045 10915/11218/10036 10925/11229/10047</w:t>
        <w:br/>
        <w:t>f 10917/11221/10039 10926/11230/10048 10925/11229/10047</w:t>
        <w:br/>
        <w:t>f 10916/11220/10038 10917/11221/10039 10925/11229/10047</w:t>
        <w:br/>
        <w:t>f 10918/11222/10040 10927/11231/10049 10926/11230/10048</w:t>
        <w:br/>
        <w:t>f 10917/11221/10039 10918/11222/10040 10926/11230/10048</w:t>
        <w:br/>
        <w:t>f 10919/11223/10041 10928/11232/10050 10927/11231/10049</w:t>
        <w:br/>
        <w:t>f 10918/11222/10040 10919/11223/10041 10927/11231/10049</w:t>
        <w:br/>
        <w:t>f 10920/11224/10042 10929/11233/10051 10928/11232/10050</w:t>
        <w:br/>
        <w:t>f 10919/11223/10041 10920/11224/10042 10928/11232/10050</w:t>
        <w:br/>
        <w:t>f 10921/11226/10044 10922/11225/10043 10931/11234/10052</w:t>
        <w:br/>
        <w:t>f 10930/11235/10053 10921/11226/10044 10931/11234/10052</w:t>
        <w:br/>
        <w:t>f 10922/11225/10043 10914/11219/10037 10923/11228/10046</w:t>
        <w:br/>
        <w:t>f 10931/11234/10052 10922/11225/10043 10923/11228/10046</w:t>
        <w:br/>
        <w:t>f 10923/11228/10046 10924/11227/10045 10933/11236/10054</w:t>
        <w:br/>
        <w:t>f 10932/11237/10055 10923/11228/10046 10933/11236/10054</w:t>
        <w:br/>
        <w:t>f 10924/11227/10045 10925/11229/10047 10934/11238/10056</w:t>
        <w:br/>
        <w:t>f 10933/11236/10054 10924/11227/10045 10934/11238/10056</w:t>
        <w:br/>
        <w:t>f 10926/11230/10048 10935/11239/10057 10934/11238/10056</w:t>
        <w:br/>
        <w:t>f 10925/11229/10047 10926/11230/10048 10934/11238/10056</w:t>
        <w:br/>
        <w:t>f 10927/11231/10049 10936/11240/10058 10935/11239/10057</w:t>
        <w:br/>
        <w:t>f 10926/11230/10048 10927/11231/10049 10935/11239/10057</w:t>
        <w:br/>
        <w:t>f 10928/11232/10050 10937/11241/10059 10936/11240/10058</w:t>
        <w:br/>
        <w:t>f 10927/11231/10049 10928/11232/10050 10936/11240/10058</w:t>
        <w:br/>
        <w:t>f 10929/11233/10051 10938/11242/10060 10937/11241/10059</w:t>
        <w:br/>
        <w:t>f 10928/11232/10050 10929/11233/10051 10937/11241/10059</w:t>
        <w:br/>
        <w:t>f 10930/11235/10053 10931/11234/10052 10940/11243/10061</w:t>
        <w:br/>
        <w:t>f 10939/11244/10060 10930/11235/10053 10940/11243/10061</w:t>
        <w:br/>
        <w:t>f 10931/11234/10052 10923/11228/10046 10932/11237/10055</w:t>
        <w:br/>
        <w:t>f 10940/11243/10061 10931/11234/10052 10932/11237/10055</w:t>
        <w:br/>
        <w:t>f 6920/7994/7087 6979/8053/7138 6925/7998/7091</w:t>
        <w:br/>
        <w:t>f 6925/7998/7091 6979/8053/7138 7102/8176/7239</w:t>
        <w:br/>
        <w:t>f 6851/7924/7017 7134/8208/7270 7104/8177/7240</w:t>
        <w:br/>
        <w:t>f 7102/8176/7239 6851/7924/7017 7104/8177/7240</w:t>
        <w:br/>
        <w:t>f 7104/8177/7240 7134/8208/7270 7107/8181/7244</w:t>
        <w:br/>
        <w:t>f 7107/8181/7244 7010/8084/7161 6837/7913/7006</w:t>
        <w:br/>
        <w:t>f 6980/8052/7137 6850/7925/7018 7102/8176/7239</w:t>
        <w:br/>
        <w:t>f 7102/8176/7239 6850/7925/7018 6851/7924/7017</w:t>
        <w:br/>
        <w:t>f 7106/8179/7242 7010/8084/7161 7107/8181/7244</w:t>
        <w:br/>
        <w:t>f 7134/8208/7270 7106/8179/7242 7107/8181/7244</w:t>
        <w:br/>
        <w:t>f 6913/7989/7082 6918/7990/7083 6915/7987/7080</w:t>
        <w:br/>
        <w:t>f 6922/7996/7089 6919/7995/7088 7103/8178/7241</w:t>
        <w:br/>
        <w:t>f 6915/7987/7080 6922/7996/7089 7103/8178/7241</w:t>
        <w:br/>
        <w:t>f 7103/8178/7241 6919/7995/7088 6924/7999/7092</w:t>
        <w:br/>
        <w:t>f 7104/8177/7240 7107/8181/7244 7103/8178/7241</w:t>
        <w:br/>
        <w:t>f 6918/7990/7083 6922/7996/7089 6915/7987/7080</w:t>
        <w:br/>
        <w:t>f 6979/8053/7138 6980/8052/7137 7102/8176/7239</w:t>
        <w:br/>
        <w:t>f 6919/7995/7088 6920/7994/7087 6925/7998/7091</w:t>
        <w:br/>
        <w:t>f 10943/11245/10062 10942/11246/10063 10941/11247/10064</w:t>
        <w:br/>
        <w:t>f 10944/11248/10065 10943/11245/10062 10941/11247/10064</w:t>
        <w:br/>
        <w:t>f 10947/11249/10066 10946/11250/10067 10945/11251/10068</w:t>
        <w:br/>
        <w:t>f 10950/11252/10069 10945/11251/10068 10949/11253/10070</w:t>
        <w:br/>
        <w:t>f 10948/11254/10071 10950/11252/10069 10949/11253/10070</w:t>
        <w:br/>
        <w:t>f 10947/11249/10066 10951/11255/10072 10946/11250/10067</w:t>
        <w:br/>
        <w:t>f 10947/11249/10066 10953/11256/10073 10952/11257/10074</w:t>
        <w:br/>
        <w:t>f 10951/11255/10072 10947/11249/10066 10952/11257/10074</w:t>
        <w:br/>
        <w:t>f 10953/11256/10073 10954/11258/10075 10952/11257/10074</w:t>
        <w:br/>
        <w:t>f 10954/11258/10075 10953/11256/10073 10944/11248/10065</w:t>
        <w:br/>
        <w:t>f 10941/11247/10064 10954/11258/10075 10944/11248/10065</w:t>
        <w:br/>
        <w:t>f 10942/11246/10063 10943/11245/10062 10955/11259/10076</w:t>
        <w:br/>
        <w:t>f 10957/11260/10077 10956/11261/10078 10955/11259/10076</w:t>
        <w:br/>
        <w:t>f 10956/11261/10078 10942/11246/10063 10955/11259/10076</w:t>
        <w:br/>
        <w:t>f 10945/11251/10068 10946/11250/10067 10949/11253/10070</w:t>
        <w:br/>
        <w:t>f 10959/11262/7573 10958/11263/7544 10950/11252/10069</w:t>
        <w:br/>
        <w:t>f 10963/11264/10079 10962/11265/10080 10961/11266/10081</w:t>
        <w:br/>
        <w:t>f 10960/11267/10082 10963/11264/10079 10961/11266/10081</w:t>
        <w:br/>
        <w:t>f 10960/11267/10082 10961/11266/10081 10965/11268/10083</w:t>
        <w:br/>
        <w:t>f 10964/11269/10084 10960/11267/10082 10965/11268/10083</w:t>
        <w:br/>
        <w:t>f 10969/11270/10085 10968/11271/10086 10967/11272/10087</w:t>
        <w:br/>
        <w:t>f 10966/11273/10088 10969/11270/10085 10967/11272/10087</w:t>
        <w:br/>
        <w:t>f 10971/11274/10089 10970/11275/10090 10961/11266/10081</w:t>
        <w:br/>
        <w:t>f 10962/11265/10080 10971/11274/10089 10961/11266/10081</w:t>
        <w:br/>
        <w:t>f 10970/11275/10090 10972/11276/10091 10965/11268/10083</w:t>
        <w:br/>
        <w:t>f 10961/11266/10081 10970/11275/10090 10965/11268/10083</w:t>
        <w:br/>
        <w:t>f 10968/11271/10086 10974/11277/10092 10973/11278/10093</w:t>
        <w:br/>
        <w:t>f 10967/11272/10087 10968/11271/10086 10973/11278/10093</w:t>
        <w:br/>
        <w:t>f 10976/11279/10094 10975/11280/10095 10962/11265/10080</w:t>
        <w:br/>
        <w:t>f 10978/11281/10096 10977/11282/10097 10970/11275/10090</w:t>
        <w:br/>
        <w:t>f 10971/11274/10089 10978/11281/10096 10970/11275/10090</w:t>
        <w:br/>
        <w:t>f 10977/11282/10097 10979/11283/10098 10972/11276/10091</w:t>
        <w:br/>
        <w:t>f 10970/11275/10090 10977/11282/10097 10972/11276/10091</w:t>
        <w:br/>
        <w:t>f 10981/11284/10099 10980/11285/10100 10973/11278/10093</w:t>
        <w:br/>
        <w:t>f 10974/11277/10092 10981/11284/10099 10973/11278/10093</w:t>
        <w:br/>
        <w:t>f 10983/11286/10101 10978/11281/10096 10971/11274/10089</w:t>
        <w:br/>
        <w:t>f 10982/11287/10102 10983/11286/10101 10971/11274/10089</w:t>
        <w:br/>
        <w:t>f 10986/11288/10103 10985/11289/10104 10984/11290/10105</w:t>
        <w:br/>
        <w:t>f 10987/11291/10106 10986/11288/10103 10984/11290/10105</w:t>
        <w:br/>
        <w:t>f 10986/11288/10103 10989/11292/10107 10988/11293/10108</w:t>
        <w:br/>
        <w:t>f 10985/11289/10104 10986/11288/10103 10988/11293/10108</w:t>
        <w:br/>
        <w:t>f 10993/11294/10109 10992/11295/10110 10991/11296/10111</w:t>
        <w:br/>
        <w:t>f 10990/11297/10112 10993/11294/10109 10991/11296/10111</w:t>
        <w:br/>
        <w:t>f 10995/11298/10113 10987/11291/10106 10984/11290/10105</w:t>
        <w:br/>
        <w:t>f 10994/11299/10114 10995/11298/10113 10984/11290/10105</w:t>
        <w:br/>
        <w:t>f 10997/11300/10115 10996/11301/10116 10986/11288/10103</w:t>
        <w:br/>
        <w:t>f 10987/11291/10106 10997/11300/10115 10986/11288/10103</w:t>
        <w:br/>
        <w:t>f 10986/11288/10103 10996/11301/10116 10998/11302/10117</w:t>
        <w:br/>
        <w:t>f 10989/11292/10107 10986/11288/10103 10998/11302/10117</w:t>
        <w:br/>
        <w:t>f 10996/11301/10116 10999/11303/10118 10998/11302/10117</w:t>
        <w:br/>
        <w:t>f 10998/11302/10117 10999/11303/10118 11000/11304/10119</w:t>
        <w:br/>
        <w:t>f 11003/11305/10120 11002/11306/10121 11001/11307/10122</w:t>
        <w:br/>
        <w:t>f 11004/11308/10123 11003/11305/10120 11001/11307/10122</w:t>
        <w:br/>
        <w:t>f 11003/11305/10120 11006/11309/10124 11005/11310/10125</w:t>
        <w:br/>
        <w:t>f 11002/11306/10121 11003/11305/10120 11005/11310/10125</w:t>
        <w:br/>
        <w:t>f 11008/11311/10126 11007/11312/10127 10997/11300/10115</w:t>
        <w:br/>
        <w:t>f 11011/11313/10128 11010/11314/10129 11009/11315/10130</w:t>
        <w:br/>
        <w:t>f 11012/11316/10131 11011/11313/10128 11009/11315/10130</w:t>
        <w:br/>
        <w:t>f 11014/11317/10132 11013/11318/10133 11010/11314/10129</w:t>
        <w:br/>
        <w:t>f 11011/11313/10128 11014/11317/10132 11010/11314/10129</w:t>
        <w:br/>
        <w:t>f 11014/11317/10132 11016/11319/10134 11015/11320/10135</w:t>
        <w:br/>
        <w:t>f 11013/11318/10133 11014/11317/10132 11015/11320/10135</w:t>
        <w:br/>
        <w:t>f 11018/11321/10136 11017/11322/10137 11006/11309/10124</w:t>
        <w:br/>
        <w:t>f 11019/11323/10138 11018/11321/10136 11006/11309/10124</w:t>
        <w:br/>
        <w:t>f 11021/11324/10139 11020/11325/10140 11009/11315/10130</w:t>
        <w:br/>
        <w:t>f 11022/11326/10141 11011/11313/10128 11012/11316/10131</w:t>
        <w:br/>
        <w:t>f 11023/11327/10142 11022/11326/10141 11012/11316/10131</w:t>
        <w:br/>
        <w:t>f 11022/11326/10141 11024/11328/10143 11014/11317/10132</w:t>
        <w:br/>
        <w:t>f 11011/11313/10128 11022/11326/10141 11014/11317/10132</w:t>
        <w:br/>
        <w:t>f 11024/11328/10143 11025/11329/10144 11016/11319/10134</w:t>
        <w:br/>
        <w:t>f 11014/11317/10132 11024/11328/10143 11016/11319/10134</w:t>
        <w:br/>
        <w:t>f 11028/11330/10145 11027/11331/10146 11026/11332/10147</w:t>
        <w:br/>
        <w:t>f 11029/11333/10148 11028/11330/10145 11026/11332/10147</w:t>
        <w:br/>
        <w:t>f 11027/11331/10146 11031/11334/10149 11030/11335/10150</w:t>
        <w:br/>
        <w:t>f 11026/11332/10147 11027/11331/10146 11030/11335/10150</w:t>
        <w:br/>
        <w:t>f 11035/11336/10151 11034/11337/10152 11033/11338/10153</w:t>
        <w:br/>
        <w:t>f 11032/11339/10154 11035/11336/10151 11033/11338/10153</w:t>
        <w:br/>
        <w:t>f 11033/11338/10153 11037/11340/10155 11036/11341/10156</w:t>
        <w:br/>
        <w:t>f 11032/11339/10154 11033/11338/10153 11036/11341/10156</w:t>
        <w:br/>
        <w:t>f 11040/11342/10157 11039/11343/10158 11028/11330/10145</w:t>
        <w:br/>
        <w:t>f 11038/11344/10159 11040/11342/10157 11028/11330/10145</w:t>
        <w:br/>
        <w:t>f 11028/11330/10145 11039/11343/10158 11027/11331/10146</w:t>
        <w:br/>
        <w:t>f 11042/11345/10160 11041/11346/10161 11037/11340/10155</w:t>
        <w:br/>
        <w:t>f 11033/11338/10153 11042/11345/10160 11037/11340/10155</w:t>
        <w:br/>
        <w:t>f 11046/11347/10162 11045/11348/10163 11044/11349/10164</w:t>
        <w:br/>
        <w:t>f 11043/11350/10165 11046/11347/10162 11044/11349/10164</w:t>
        <w:br/>
        <w:t>f 11050/11351/10166 11049/11352/10167 11048/11353/10168</w:t>
        <w:br/>
        <w:t>f 11047/11354/10169 11050/11351/10166 11048/11353/10168</w:t>
        <w:br/>
        <w:t>f 11052/11355/10170 11051/11356/10171 11038/11344/10159</w:t>
        <w:br/>
        <w:t>f 11055/11357/10172 11054/11358/10173 11053/11359/10174</w:t>
        <w:br/>
        <w:t>f 11056/11360/10175 11055/11357/10172 11053/11359/10174</w:t>
        <w:br/>
        <w:t>f 11058/11361/10176 11057/11362/10177 11054/11358/10173</w:t>
        <w:br/>
        <w:t>f 11055/11357/10172 11058/11361/10176 11054/11358/10173</w:t>
        <w:br/>
        <w:t>f 11060/11363/10178 11042/11345/10160 11059/11364/10179</w:t>
        <w:br/>
        <w:t>f 11061/11365/10180 11060/11363/10178 11059/11364/10179</w:t>
        <w:br/>
        <w:t>f 11064/11366/10181 11063/11367/10182 11062/11368/10183</w:t>
        <w:br/>
        <w:t>f 11067/11369/10184 11066/11370/10185 11065/11371/10186</w:t>
        <w:br/>
        <w:t>f 11071/11372/10187 11070/11373/10188 11069/11374/10189</w:t>
        <w:br/>
        <w:t>f 11068/11375/10190 11071/11372/10187 11069/11374/10189</w:t>
        <w:br/>
        <w:t>f 11070/11373/10188 11073/11376/10191 11072/11377/10192</w:t>
        <w:br/>
        <w:t>f 11069/11374/10189 11070/11373/10188 11072/11377/10192</w:t>
        <w:br/>
        <w:t>f 11076/11378/10193 11075/11379/10194 11074/11380/10195</w:t>
        <w:br/>
        <w:t>f 11078/11381/10196 11071/11372/10187 11068/11375/10190</w:t>
        <w:br/>
        <w:t>f 11077/11382/10197 11078/11381/10196 11068/11375/10190</w:t>
        <w:br/>
        <w:t>f 11068/11375/10190 11080/11383/10198 11079/11384/10199</w:t>
        <w:br/>
        <w:t>f 11074/11380/10195 11082/11385/10200 11081/11386/10201</w:t>
        <w:br/>
        <w:t>f 11083/11387/10202 11072/11377/10192 11074/11380/10195</w:t>
        <w:br/>
        <w:t>f 11068/11375/10190 11079/11384/10199 11077/11382/10197</w:t>
        <w:br/>
        <w:t>f 10960/11267/10082 11070/11373/10188 11071/11372/10187</w:t>
        <w:br/>
        <w:t>f 10963/11264/10079 10960/11267/10082 11071/11372/10187</w:t>
        <w:br/>
        <w:t>f 10964/11269/10084 11073/11376/10191 11070/11373/10188</w:t>
        <w:br/>
        <w:t>f 10960/11267/10082 10964/11269/10084 11070/11373/10188</w:t>
        <w:br/>
        <w:t>f 10969/11270/10085 10966/11273/10088 11075/11379/10194</w:t>
        <w:br/>
        <w:t>f 11076/11378/10193 10969/11270/10085 11075/11379/10194</w:t>
        <w:br/>
        <w:t>f 10976/11279/10094 10963/11264/10079 11071/11372/10187</w:t>
        <w:br/>
        <w:t>f 11078/11381/10196 10976/11279/10094 11071/11372/10187</w:t>
        <w:br/>
        <w:t>f 11086/11388/10203 11085/11389/7571 11084/11390/10204</w:t>
        <w:br/>
        <w:t>f 11049/11352/10167 11086/11388/10203 11084/11390/10204</w:t>
        <w:br/>
        <w:t>f 10992/11295/10110 11001/11307/10122 11002/11306/10121</w:t>
        <w:br/>
        <w:t>f 10991/11296/10111 10992/11295/10110 11002/11306/10121</w:t>
        <w:br/>
        <w:t>f 11083/11387/10202 11088/11391/10205 11087/11392/10206</w:t>
        <w:br/>
        <w:t>f 11083/11387/10202 11069/11374/10189 11072/11377/10192</w:t>
        <w:br/>
        <w:t>f 11083/11387/10202 11087/11392/10206 11080/11383/10198</w:t>
        <w:br/>
        <w:t>f 11088/11391/10205 11083/11387/10202 11089/11393/10207</w:t>
        <w:br/>
        <w:t>f 11083/11387/10202 11074/11380/10195 11089/11393/10207</w:t>
        <w:br/>
        <w:t>f 10976/11279/10094 10962/11265/10080 10963/11264/10079</w:t>
        <w:br/>
        <w:t>f 10982/11287/10102 10971/11274/10089 10962/11265/10080</w:t>
        <w:br/>
        <w:t>f 10975/11280/10095 10982/11287/10102 10962/11265/10080</w:t>
        <w:br/>
        <w:t>f 10984/11290/10105 10985/11289/10104 10977/11282/10097</w:t>
        <w:br/>
        <w:t>f 10978/11281/10096 10984/11290/10105 10977/11282/10097</w:t>
        <w:br/>
        <w:t>f 10994/11299/10114 10984/11290/10105 10978/11281/10096</w:t>
        <w:br/>
        <w:t>f 10983/11286/10101 10994/11299/10114 10978/11281/10096</w:t>
        <w:br/>
        <w:t>f 10993/11294/10109 10990/11297/10112 10980/11285/10100</w:t>
        <w:br/>
        <w:t>f 10981/11284/10099 10993/11294/10109 10980/11285/10100</w:t>
        <w:br/>
        <w:t>f 10985/11289/10104 10988/11293/10108 10979/11283/10098</w:t>
        <w:br/>
        <w:t>f 10977/11282/10097 10985/11289/10104 10979/11283/10098</w:t>
        <w:br/>
        <w:t>f 11091/11394/10208 11090/11395/10209 10990/11297/10112</w:t>
        <w:br/>
        <w:t>f 10991/11296/10111 11091/11394/10208 10990/11297/10112</w:t>
        <w:br/>
        <w:t>f 11093/11396/10210 11051/11356/10171 11048/11353/10168</w:t>
        <w:br/>
        <w:t>f 11092/11397/10211 11093/11396/10210 11048/11353/10168</w:t>
        <w:br/>
        <w:t>f 11051/11356/10171 11093/11396/10210 11040/11342/10157</w:t>
        <w:br/>
        <w:t>f 11038/11344/10159 11051/11356/10171 11040/11342/10157</w:t>
        <w:br/>
        <w:t>f 11023/11327/10142 11012/11316/10131 11020/11325/10140</w:t>
        <w:br/>
        <w:t>f 11094/11398/10212 11023/11327/10142 11020/11325/10140</w:t>
        <w:br/>
        <w:t>f 11096/11399/10213 11095/11400/10214 11019/11323/10138</w:t>
        <w:br/>
        <w:t>f 11098/11401/10215 11097/11402/10216 11024/11328/10143</w:t>
        <w:br/>
        <w:t>f 11022/11326/10141 11098/11401/10215 11024/11328/10143</w:t>
        <w:br/>
        <w:t>f 11097/11402/10216 11099/11403/10217 11025/11329/10144</w:t>
        <w:br/>
        <w:t>f 11024/11328/10143 11097/11402/10216 11025/11329/10144</w:t>
        <w:br/>
        <w:t>f 11095/11400/10214 11100/11404/10218 11018/11321/10136</w:t>
        <w:br/>
        <w:t>f 11045/11348/10163 11046/11347/10162 11101/11405/10219</w:t>
        <w:br/>
        <w:t>f 11104/11406/10220 11046/11347/10162 11103/11407/10221</w:t>
        <w:br/>
        <w:t>f 11102/11408/10222 11104/11406/10220 11103/11407/10221</w:t>
        <w:br/>
        <w:t>f 11105/11409/10223 11038/11344/10159 11028/11330/10145</w:t>
        <w:br/>
        <w:t>f 11029/11333/10148 11105/11409/10223 11028/11330/10145</w:t>
        <w:br/>
        <w:t>f 11063/11367/10182 11108/11410/10224 11107/11411/10225</w:t>
        <w:br/>
        <w:t>f 11106/11412/10226 11063/11367/10182 11107/11411/10225</w:t>
        <w:br/>
        <w:t>f 11111/11413/10227 11110/11414/10228 11109/11415/10229</w:t>
        <w:br/>
        <w:t>f 11056/11360/10175 11111/11413/10227 11109/11415/10229</w:t>
        <w:br/>
        <w:t>f 11056/11360/10175 11109/11415/10229 11112/11416/10230</w:t>
        <w:br/>
        <w:t>f 11055/11357/10172 11056/11360/10175 11112/11416/10230</w:t>
        <w:br/>
        <w:t>f 11055/11357/10172 11112/11416/10230 11113/11417/10231</w:t>
        <w:br/>
        <w:t>f 11058/11361/10176 11055/11357/10172 11113/11417/10231</w:t>
        <w:br/>
        <w:t>f 11114/11418/10232 11041/11346/10161 11042/11345/10160</w:t>
        <w:br/>
        <w:t>f 11060/11363/10178 11114/11418/10232 11042/11345/10160</w:t>
        <w:br/>
        <w:t>f 11116/11419/10233 11115/11420/10234 11110/11414/10228</w:t>
        <w:br/>
        <w:t>f 11111/11413/10227 11116/11419/10233 11110/11414/10228</w:t>
        <w:br/>
        <w:t>f 11120/11421/10235 11119/11422/10236 11118/11423/10237</w:t>
        <w:br/>
        <w:t>f 11117/11424/10238 11120/11421/10235 11118/11423/10237</w:t>
        <w:br/>
        <w:t>f 11087/11392/10206 11121/11425/10239 11080/11383/10198</w:t>
        <w:br/>
        <w:t>f 11083/11387/10202 11080/11383/10198 11069/11374/10189</w:t>
        <w:br/>
        <w:t>f 11068/11375/10190 11069/11374/10189 11080/11383/10198</w:t>
        <w:br/>
        <w:t>f 11124/11426/10240 11123/11427/10241 11122/11428/10242</w:t>
        <w:br/>
        <w:t>f 11095/11400/10214 11018/11321/10136 11019/11323/10138</w:t>
        <w:br/>
        <w:t>f 11094/11398/10212 11124/11426/10240 11122/11428/10242</w:t>
        <w:br/>
        <w:t>f 11023/11327/10142 11094/11398/10212 11122/11428/10242</w:t>
        <w:br/>
        <w:t>f 11098/11401/10215 11022/11326/10141 11023/11327/10142</w:t>
        <w:br/>
        <w:t>f 11122/11428/10242 11098/11401/10215 11023/11327/10142</w:t>
        <w:br/>
        <w:t>f 11029/11333/10148 11026/11332/10147 11097/11402/10216</w:t>
        <w:br/>
        <w:t>f 11098/11401/10215 11029/11333/10148 11097/11402/10216</w:t>
        <w:br/>
        <w:t>f 11030/11335/10150 11099/11403/10217 11097/11402/10216</w:t>
        <w:br/>
        <w:t>f 11026/11332/10147 11030/11335/10150 11097/11402/10216</w:t>
        <w:br/>
        <w:t>f 11035/11336/10151 11032/11339/10154 11018/11321/10136</w:t>
        <w:br/>
        <w:t>f 11100/11404/10218 11035/11336/10151 11018/11321/10136</w:t>
        <w:br/>
        <w:t>f 11032/11339/10154 11036/11341/10156 11017/11322/10137</w:t>
        <w:br/>
        <w:t>f 11018/11321/10136 11032/11339/10154 11017/11322/10137</w:t>
        <w:br/>
        <w:t>f 11105/11409/10223 11029/11333/10148 11098/11401/10215</w:t>
        <w:br/>
        <w:t>f 11122/11428/10242 11105/11409/10223 11098/11401/10215</w:t>
        <w:br/>
        <w:t>f 11007/11312/10127 11009/11315/10130 11010/11314/10129</w:t>
        <w:br/>
        <w:t>f 11125/11429/10243 11007/11312/10127 11010/11314/10129</w:t>
        <w:br/>
        <w:t>f 11125/11429/10243 11010/11314/10129 11013/11318/10133</w:t>
        <w:br/>
        <w:t>f 10999/11303/10118 11125/11429/10243 11013/11318/10133</w:t>
        <w:br/>
        <w:t>f 11013/11318/10133 11015/11320/10135 11000/11304/10119</w:t>
        <w:br/>
        <w:t>f 10999/11303/10118 11013/11318/10133 11000/11304/10119</w:t>
        <w:br/>
        <w:t>f 11096/11399/10213 11019/11323/10138 11003/11305/10120</w:t>
        <w:br/>
        <w:t>f 11004/11308/10123 11096/11399/10213 11003/11305/10120</w:t>
        <w:br/>
        <w:t>f 11003/11305/10120 11019/11323/10138 11006/11309/10124</w:t>
        <w:br/>
        <w:t>f 11021/11324/10139 11009/11315/10130 11007/11312/10127</w:t>
        <w:br/>
        <w:t>f 10997/11300/10115 11125/11429/10243 10996/11301/10116</w:t>
        <w:br/>
        <w:t>f 11008/11311/10126 10997/11300/10115 10987/11291/10106</w:t>
        <w:br/>
        <w:t>f 10995/11298/10113 11008/11311/10126 10987/11291/10106</w:t>
        <w:br/>
        <w:t>f 11002/11306/10121 11005/11310/10125 11091/11394/10208</w:t>
        <w:br/>
        <w:t>f 10991/11296/10111 11002/11306/10121 11091/11394/10208</w:t>
        <w:br/>
        <w:t>f 11046/11347/10162 11050/11351/10166 11047/11354/10169</w:t>
        <w:br/>
        <w:t>f 11103/11407/10221 11046/11347/10162 11047/11354/10169</w:t>
        <w:br/>
        <w:t>f 11050/11351/10166 11046/11347/10162 11043/11350/10165</w:t>
        <w:br/>
        <w:t>f 11126/11430/10244 11050/11351/10166 11043/11350/10165</w:t>
        <w:br/>
        <w:t>f 11038/11344/10159 11105/11409/10223 11127/11431/10245</w:t>
        <w:br/>
        <w:t>f 11052/11355/10170 11038/11344/10159 11127/11431/10245</w:t>
        <w:br/>
        <w:t>f 11130/11432/7535 11129/11433/10246 11128/11434/10247</w:t>
        <w:br/>
        <w:t>f 11040/11342/10157 11065/11371/10186 11053/11359/10174</w:t>
        <w:br/>
        <w:t>f 11039/11343/10158 11040/11342/10157 11053/11359/10174</w:t>
        <w:br/>
        <w:t>f 11054/11358/10173 11027/11331/10146 11039/11343/10158</w:t>
        <w:br/>
        <w:t>f 11053/11359/10174 11054/11358/10173 11039/11343/10158</w:t>
        <w:br/>
        <w:t>f 11054/11358/10173 11057/11362/10177 11031/11334/10149</w:t>
        <w:br/>
        <w:t>f 11027/11331/10146 11054/11358/10173 11031/11334/10149</w:t>
        <w:br/>
        <w:t>f 11093/11396/10210 11067/11369/10184 11065/11371/10186</w:t>
        <w:br/>
        <w:t>f 11040/11342/10157 11093/11396/10210 11065/11371/10186</w:t>
        <w:br/>
        <w:t>f 11106/11412/10226 11131/11435/10248 11092/11397/10211</w:t>
        <w:br/>
        <w:t>f 11042/11345/10160 11033/11338/10153 11034/11337/10152</w:t>
        <w:br/>
        <w:t>f 11059/11364/10179 11042/11345/10160 11034/11337/10152</w:t>
        <w:br/>
        <w:t>f 11133/11436/10249 11132/11437/10250 11107/11411/10225</w:t>
        <w:br/>
        <w:t>f 11118/11423/10237 11133/11436/10249 11107/11411/10225</w:t>
        <w:br/>
        <w:t>f 11119/11422/10236 11134/11438/10251 11133/11436/10249</w:t>
        <w:br/>
        <w:t>f 11118/11423/10237 11119/11422/10236 11133/11436/10249</w:t>
        <w:br/>
        <w:t>f 11051/11356/10171 11052/11355/10170 11047/11354/10169</w:t>
        <w:br/>
        <w:t>f 11048/11353/10168 11051/11356/10171 11047/11354/10169</w:t>
        <w:br/>
        <w:t>f 11094/11398/10212 11020/11325/10140 10945/11251/10068</w:t>
        <w:br/>
        <w:t>f 10950/11252/10069 11094/11398/10212 10945/11251/10068</w:t>
        <w:br/>
        <w:t>f 11102/11408/10222 11103/11407/10221 11127/11431/10245</w:t>
        <w:br/>
        <w:t>f 11123/11427/10241 11102/11408/10222 11127/11431/10245</w:t>
        <w:br/>
        <w:t>f 11020/11325/10140 11021/11324/10139 10947/11249/10066</w:t>
        <w:br/>
        <w:t>f 10945/11251/10068 11020/11325/10140 10947/11249/10066</w:t>
        <w:br/>
        <w:t>f 11124/11426/10240 11094/11398/10212 10950/11252/10069</w:t>
        <w:br/>
        <w:t>f 11135/11439/10252 11124/11426/10240 10950/11252/10069</w:t>
        <w:br/>
        <w:t>f 11052/11355/10170 11127/11431/10245 11103/11407/10221</w:t>
        <w:br/>
        <w:t>f 11047/11354/10169 11052/11355/10170 11103/11407/10221</w:t>
        <w:br/>
        <w:t>f 11048/11353/10168 11062/11368/10183 11092/11397/10211</w:t>
        <w:br/>
        <w:t>f 11062/11368/10183 11063/11367/10182 11106/11412/10226</w:t>
        <w:br/>
        <w:t>f 11092/11397/10211 11062/11368/10183 11106/11412/10226</w:t>
        <w:br/>
        <w:t>f 10968/11271/10086 10969/11270/10085 10964/11269/10084</w:t>
        <w:br/>
        <w:t>f 10965/11268/10083 10968/11271/10086 10964/11269/10084</w:t>
        <w:br/>
        <w:t>f 10974/11277/10092 10968/11271/10086 10965/11268/10083</w:t>
        <w:br/>
        <w:t>f 10972/11276/10091 10974/11277/10092 10965/11268/10083</w:t>
        <w:br/>
        <w:t>f 10979/11283/10098 10981/11284/10099 10974/11277/10092</w:t>
        <w:br/>
        <w:t>f 10972/11276/10091 10979/11283/10098 10974/11277/10092</w:t>
        <w:br/>
        <w:t>f 10992/11295/10110 10993/11294/10109 10988/11293/10108</w:t>
        <w:br/>
        <w:t>f 10989/11292/10107 10992/11295/10110 10988/11293/10108</w:t>
        <w:br/>
        <w:t>f 11001/11307/10122 10998/11302/10117 11000/11304/10119</w:t>
        <w:br/>
        <w:t>f 11004/11308/10123 11001/11307/10122 11000/11304/10119</w:t>
        <w:br/>
        <w:t>f 11096/11399/10213 11004/11308/10123 11015/11320/10135</w:t>
        <w:br/>
        <w:t>f 11016/11319/10134 11096/11399/10213 11015/11320/10135</w:t>
        <w:br/>
        <w:t>f 11025/11329/10144 11095/11400/10214 11096/11399/10213</w:t>
        <w:br/>
        <w:t>f 11016/11319/10134 11025/11329/10144 11096/11399/10213</w:t>
        <w:br/>
        <w:t>f 11035/11336/10151 11030/11335/10150 11031/11334/10149</w:t>
        <w:br/>
        <w:t>f 11034/11337/10152 11035/11336/10151 11031/11334/10149</w:t>
        <w:br/>
        <w:t>f 11058/11361/10176 11061/11365/10180 11059/11364/10179</w:t>
        <w:br/>
        <w:t>f 11057/11362/10177 11058/11361/10176 11059/11364/10179</w:t>
        <w:br/>
        <w:t>f 11073/11376/10191 11076/11378/10193 11074/11380/10195</w:t>
        <w:br/>
        <w:t>f 11072/11377/10192 11073/11376/10191 11074/11380/10195</w:t>
        <w:br/>
        <w:t>f 10969/11270/10085 11076/11378/10193 11073/11376/10191</w:t>
        <w:br/>
        <w:t>f 10964/11269/10084 10969/11270/10085 11073/11376/10191</w:t>
        <w:br/>
        <w:t>f 10989/11292/10107 10998/11302/10117 11001/11307/10122</w:t>
        <w:br/>
        <w:t>f 10992/11295/10110 10989/11292/10107 11001/11307/10122</w:t>
        <w:br/>
        <w:t>f 10988/11293/10108 10993/11294/10109 10981/11284/10099</w:t>
        <w:br/>
        <w:t>f 10979/11283/10098 10988/11293/10108 10981/11284/10099</w:t>
        <w:br/>
        <w:t>f 11099/11403/10217 11100/11404/10218 11095/11400/10214</w:t>
        <w:br/>
        <w:t>f 11025/11329/10144 11099/11403/10217 11095/11400/10214</w:t>
        <w:br/>
        <w:t>f 11100/11404/10218 11099/11403/10217 11030/11335/10150</w:t>
        <w:br/>
        <w:t>f 11035/11336/10151 11100/11404/10218 11030/11335/10150</w:t>
        <w:br/>
        <w:t>f 11015/11320/10135 11004/11308/10123 11000/11304/10119</w:t>
        <w:br/>
        <w:t>f 11059/11364/10179 11034/11337/10152 11031/11334/10149</w:t>
        <w:br/>
        <w:t>f 11057/11362/10177 11059/11364/10179 11031/11334/10149</w:t>
        <w:br/>
        <w:t>f 11139/11440/10253 11138/11441/10254 11137/11442/10255</w:t>
        <w:br/>
        <w:t>f 11136/11443/10256 11139/11440/10253 11137/11442/10255</w:t>
        <w:br/>
        <w:t>f 10955/11259/10076 10983/11286/10101 10982/11287/10102</w:t>
        <w:br/>
        <w:t>f 11140/11444/10257 10955/11259/10076 10982/11287/10102</w:t>
        <w:br/>
        <w:t>f 10944/11248/10065 10995/11298/10113 10994/11299/10114</w:t>
        <w:br/>
        <w:t>f 10943/11245/10062 10944/11248/10065 10994/11299/10114</w:t>
        <w:br/>
        <w:t>f 11021/11324/10139 11008/11311/10126 10953/11256/10073</w:t>
        <w:br/>
        <w:t>f 10947/11249/10066 11021/11324/10139 10953/11256/10073</w:t>
        <w:br/>
        <w:t>f 11143/11445/10258 11142/11446/10259 11141/11447/10260</w:t>
        <w:br/>
        <w:t>f 11136/11443/10256 11137/11442/10255 11142/11446/10259</w:t>
        <w:br/>
        <w:t>f 11143/11445/10258 11136/11443/10256 11142/11446/10259</w:t>
        <w:br/>
        <w:t>f 10957/11260/10077 11140/11444/10257 11138/11441/10254</w:t>
        <w:br/>
        <w:t>f 11139/11440/10253 10957/11260/10077 11138/11441/10254</w:t>
        <w:br/>
        <w:t>f 10943/11245/10062 10994/11299/10114 10983/11286/10101</w:t>
        <w:br/>
        <w:t>f 10955/11259/10076 10943/11245/10062 10983/11286/10101</w:t>
        <w:br/>
        <w:t>f 11008/11311/10126 10995/11298/10113 10944/11248/10065</w:t>
        <w:br/>
        <w:t>f 10953/11256/10073 11008/11311/10126 10944/11248/10065</w:t>
        <w:br/>
        <w:t>f 11145/11448/10261 11144/11449/10262 10966/11273/10088</w:t>
        <w:br/>
        <w:t>f 10967/11272/10087 11145/11448/10261 10966/11273/10088</w:t>
        <w:br/>
        <w:t>f 11146/11450/10263 11145/11448/10261 10967/11272/10087</w:t>
        <w:br/>
        <w:t>f 10973/11278/10093 11146/11450/10263 10967/11272/10087</w:t>
        <w:br/>
        <w:t>f 11147/11451/10264 11146/11450/10263 10973/11278/10093</w:t>
        <w:br/>
        <w:t>f 10980/11285/10100 11147/11451/10264 10973/11278/10093</w:t>
        <w:br/>
        <w:t>f 10990/11297/10112 11090/11395/10209 11147/11451/10264</w:t>
        <w:br/>
        <w:t>f 10980/11285/10100 10990/11297/10112 11147/11451/10264</w:t>
        <w:br/>
        <w:t>f 11144/11449/10262 11148/11452/10265 11075/11379/10194</w:t>
        <w:br/>
        <w:t>f 10966/11273/10088 11144/11449/10262 11075/11379/10194</w:t>
        <w:br/>
        <w:t>f 11066/11370/10185 11132/11437/10250 11133/11436/10249</w:t>
        <w:br/>
        <w:t>f 11116/11419/10233 11066/11370/10185 11133/11436/10249</w:t>
        <w:br/>
        <w:t>f 11115/11420/10234 11116/11419/10233 11133/11436/10249</w:t>
        <w:br/>
        <w:t>f 11134/11438/10251 11115/11420/10234 11133/11436/10249</w:t>
        <w:br/>
        <w:t>f 11131/11435/10248 11067/11369/10184 11093/11396/10210</w:t>
        <w:br/>
        <w:t>f 11131/11435/10248 11093/11396/10210 11092/11397/10211</w:t>
        <w:br/>
        <w:t>f 11151/11453/10266 11150/11454/10267 11149/11455/10268</w:t>
        <w:br/>
        <w:t>f 11129/11433/10246 11130/11432/7535 11152/11456/10269</w:t>
        <w:br/>
        <w:t>f 11149/11455/10268 11130/11432/7535 11128/11434/10247</w:t>
        <w:br/>
        <w:t>f 11050/11351/10166 11126/11430/10244 11086/11388/10203</w:t>
        <w:br/>
        <w:t>f 11049/11352/10167 11050/11351/10166 11086/11388/10203</w:t>
        <w:br/>
        <w:t>f 11151/11453/10266 11149/11455/10268 11043/11350/10165</w:t>
        <w:br/>
        <w:t>f 11044/11349/10164 11151/11453/10266 11043/11350/10165</w:t>
        <w:br/>
        <w:t>f 11086/11388/10203 11129/11433/10246 11152/11456/10269</w:t>
        <w:br/>
        <w:t>f 11085/11389/7571 11086/11388/10203 11152/11456/10269</w:t>
        <w:br/>
        <w:t>f 11149/11455/10268 11128/11434/10247 11126/11430/10244</w:t>
        <w:br/>
        <w:t>f 11043/11350/10165 11149/11455/10268 11126/11430/10244</w:t>
        <w:br/>
        <w:t>f 11086/11388/10203 11126/11430/10244 11128/11434/10247</w:t>
        <w:br/>
        <w:t>f 11129/11433/10246 11086/11388/10203 11128/11434/10247</w:t>
        <w:br/>
        <w:t>f 11060/11363/10178 11154/11457/10270 11153/11458/10271</w:t>
        <w:br/>
        <w:t>f 11114/11418/10232 11060/11363/10178 11153/11458/10271</w:t>
        <w:br/>
        <w:t>f 11155/11459/10272 11154/11457/10270 11060/11363/10178</w:t>
        <w:br/>
        <w:t>f 11061/11365/10180 11155/11459/10272 11060/11363/10178</w:t>
        <w:br/>
        <w:t>f 11066/11370/10185 11116/11419/10233 11111/11413/10227</w:t>
        <w:br/>
        <w:t>f 11108/11410/10224 11117/11424/10238 11118/11423/10237</w:t>
        <w:br/>
        <w:t>f 11107/11411/10225 11108/11410/10224 11118/11423/10237</w:t>
        <w:br/>
        <w:t>f 11132/11437/10250 11131/11435/10248 11106/11412/10226</w:t>
        <w:br/>
        <w:t>f 11107/11411/10225 11132/11437/10250 11106/11412/10226</w:t>
        <w:br/>
        <w:t>f 11067/11369/10184 11131/11435/10248 11132/11437/10250</w:t>
        <w:br/>
        <w:t>f 11066/11370/10185 11067/11369/10184 11132/11437/10250</w:t>
        <w:br/>
        <w:t>f 11065/11371/10186 11111/11413/10227 11056/11360/10175</w:t>
        <w:br/>
        <w:t>f 11053/11359/10174 11065/11371/10186 11056/11360/10175</w:t>
        <w:br/>
        <w:t>f 10958/11263/7544 11101/11405/10219 11135/11439/10252</w:t>
        <w:br/>
        <w:t>f 10996/11301/10116 11125/11429/10243 10999/11303/10118</w:t>
        <w:br/>
        <w:t>f 11146/11450/10263 11156/11460/10273 11145/11448/10261</w:t>
        <w:br/>
        <w:t>f 11156/11460/10273 11146/11450/10263 11147/11451/10264</w:t>
        <w:br/>
        <w:t>f 11157/11461/10274 11156/11460/10273 11147/11451/10264</w:t>
        <w:br/>
        <w:t>f 11006/11309/10124 11158/11462/10275 11005/11310/10125</w:t>
        <w:br/>
        <w:t>f 11159/11463/10276 11158/11462/10275 11006/11309/10124</w:t>
        <w:br/>
        <w:t>f 11017/11322/10137 11159/11463/10276 11006/11309/10124</w:t>
        <w:br/>
        <w:t>f 11036/11341/10156 11160/11464/10277 11159/11463/10276</w:t>
        <w:br/>
        <w:t>f 11017/11322/10137 11036/11341/10156 11159/11463/10276</w:t>
        <w:br/>
        <w:t>f 11037/11340/10155 11160/11464/10277 11036/11341/10156</w:t>
        <w:br/>
        <w:t>f 11041/11346/10161 11161/11465/10278 11160/11464/10277</w:t>
        <w:br/>
        <w:t>f 11037/11340/10155 11041/11346/10161 11160/11464/10277</w:t>
        <w:br/>
        <w:t>f 11091/11394/10208 11162/11466/10279 11090/11395/10209</w:t>
        <w:br/>
        <w:t>f 11090/11395/10209 11157/11461/10274 11147/11451/10264</w:t>
        <w:br/>
        <w:t>f 11114/11418/10232 11163/11467/10280 11161/11465/10278</w:t>
        <w:br/>
        <w:t>f 11041/11346/10161 11114/11418/10232 11161/11465/10278</w:t>
        <w:br/>
        <w:t>f 11005/11310/10125 11158/11462/10275 11162/11466/10279</w:t>
        <w:br/>
        <w:t>f 11091/11394/10208 11005/11310/10125 11162/11466/10279</w:t>
        <w:br/>
        <w:t>f 11153/11458/10271 11163/11467/10280 11114/11418/10232</w:t>
        <w:br/>
        <w:t>f 10997/11300/10115 11007/11312/10127 11125/11429/10243</w:t>
        <w:br/>
        <w:t>f 11079/11384/10199 11141/11447/10260 11077/11382/10197</w:t>
        <w:br/>
        <w:t>f 11008/11311/10126 11021/11324/10139 11007/11312/10127</w:t>
        <w:br/>
        <w:t>f 11020/11325/10140 11012/11316/10131 11009/11315/10130</w:t>
        <w:br/>
        <w:t>f 11061/11365/10180 11058/11361/10176 11113/11417/10231</w:t>
        <w:br/>
        <w:t>f 11155/11459/10272 11061/11365/10180 11113/11417/10231</w:t>
        <w:br/>
        <w:t>f 11079/11384/10199 11080/11383/10198 11121/11425/10239</w:t>
        <w:br/>
        <w:t>f 11164/11468/10281 11141/11447/10260 11079/11384/10199</w:t>
        <w:br/>
        <w:t>f 11121/11425/10239 11164/11468/10281 11079/11384/10199</w:t>
        <w:br/>
        <w:t>f 10950/11252/10069 10958/11263/7544 11135/11439/10252</w:t>
        <w:br/>
        <w:t>f 11135/11439/10252 11102/11408/10222 11123/11427/10241</w:t>
        <w:br/>
        <w:t>f 11124/11426/10240 11135/11439/10252 11123/11427/10241</w:t>
        <w:br/>
        <w:t>f 11135/11439/10252 11104/11406/10220 11102/11408/10222</w:t>
        <w:br/>
        <w:t>f 11046/11347/10162 11104/11406/10220 11101/11405/10219</w:t>
        <w:br/>
        <w:t>f 11104/11406/10220 11135/11439/10252 11101/11405/10219</w:t>
        <w:br/>
        <w:t>f 11105/11409/10223 11123/11427/10241 11127/11431/10245</w:t>
        <w:br/>
        <w:t>f 11122/11428/10242 11123/11427/10241 11105/11409/10223</w:t>
        <w:br/>
        <w:t>f 10976/11279/10094 11137/11442/10255 11138/11441/10254</w:t>
        <w:br/>
        <w:t>f 10975/11280/10095 10976/11279/10094 11138/11441/10254</w:t>
        <w:br/>
        <w:t>f 11078/11381/10196 11142/11446/10259 11137/11442/10255</w:t>
        <w:br/>
        <w:t>f 10976/11279/10094 11078/11381/10196 11137/11442/10255</w:t>
        <w:br/>
        <w:t>f 10975/11280/10095 11138/11441/10254 11140/11444/10257</w:t>
        <w:br/>
        <w:t>f 10982/11287/10102 10975/11280/10095 11140/11444/10257</w:t>
        <w:br/>
        <w:t>f 10955/11259/10076 11140/11444/10257 10957/11260/10077</w:t>
        <w:br/>
        <w:t>f 11077/11382/10197 11141/11447/10260 11142/11446/10259</w:t>
        <w:br/>
        <w:t>f 11078/11381/10196 11077/11382/10197 11142/11446/10259</w:t>
        <w:br/>
        <w:t>f 11066/11370/10185 11111/11413/10227 11065/11371/10186</w:t>
        <w:br/>
        <w:t>f 11090/11395/10209 11162/11466/10279 11157/11461/10274</w:t>
        <w:br/>
        <w:t>f 11074/11380/10195 11081/11386/10201 11089/11393/10207</w:t>
        <w:br/>
        <w:t>f 11075/11379/10194 11082/11385/10200 11074/11380/10195</w:t>
        <w:br/>
        <w:t>f 11075/11379/10194 11148/11452/10265 11082/11385/10200</w:t>
        <w:br/>
        <w:t>f 11167/11469/10282 11166/11470/10283 11165/11471/10284</w:t>
        <w:br/>
        <w:t>f 11168/11472/10285 11167/11469/10282 11165/11471/10284</w:t>
        <w:br/>
        <w:t>f 11171/11473/10286 11170/11474/10287 11169/11475/10288</w:t>
        <w:br/>
        <w:t>f 11174/11476/10289 11173/11477/10290 11172/11478/10291</w:t>
        <w:br/>
        <w:t>f 11170/11474/10287 11174/11476/10289 11172/11478/10291</w:t>
        <w:br/>
        <w:t>f 11171/11473/10286 11169/11475/10288 11175/11479/10292</w:t>
        <w:br/>
        <w:t>f 11171/11473/10286 11175/11479/10292 11177/11480/10293</w:t>
        <w:br/>
        <w:t>f 11176/11481/10294 11171/11473/10286 11177/11480/10293</w:t>
        <w:br/>
        <w:t>f 11176/11481/10294 11177/11480/10293 11178/11482/10295</w:t>
        <w:br/>
        <w:t>f 11178/11482/10295 11167/11469/10282 11168/11472/10285</w:t>
        <w:br/>
        <w:t>f 11176/11481/10294 11178/11482/10295 11168/11472/10285</w:t>
        <w:br/>
        <w:t>f 11166/11470/10283 11179/11483/10296 11165/11471/10284</w:t>
        <w:br/>
        <w:t>f 11181/11484/10297 11179/11483/10296 11180/11485/10298</w:t>
        <w:br/>
        <w:t>f 11180/11485/10298 11179/11483/10296 11166/11470/10283</w:t>
        <w:br/>
        <w:t>f 11170/11474/10287 11172/11478/10291 11169/11475/10288</w:t>
        <w:br/>
        <w:t>f 11183/11486/10299 11174/11476/10289 11182/11487/7332</w:t>
        <w:br/>
        <w:t>f 11187/11488/10300 11186/11489/10301 11185/11490/10302</w:t>
        <w:br/>
        <w:t>f 11184/11491/10303 11187/11488/10300 11185/11490/10302</w:t>
        <w:br/>
        <w:t>f 11186/11489/10301 11189/11492/10304 11188/11493/10305</w:t>
        <w:br/>
        <w:t>f 11185/11490/10302 11186/11489/10301 11188/11493/10305</w:t>
        <w:br/>
        <w:t>f 11193/11494/10306 11192/11495/10307 11191/11496/10308</w:t>
        <w:br/>
        <w:t>f 11190/11497/10309 11193/11494/10306 11191/11496/10308</w:t>
        <w:br/>
        <w:t>f 11185/11490/10302 11195/11498/10310 11194/11499/10311</w:t>
        <w:br/>
        <w:t>f 11184/11491/10303 11185/11490/10302 11194/11499/10311</w:t>
        <w:br/>
        <w:t>f 11188/11493/10305 11196/11500/10312 11195/11498/10310</w:t>
        <w:br/>
        <w:t>f 11185/11490/10302 11188/11493/10305 11195/11498/10310</w:t>
        <w:br/>
        <w:t>f 11190/11497/10309 11191/11496/10308 11198/11501/10313</w:t>
        <w:br/>
        <w:t>f 11197/11502/10314 11190/11497/10309 11198/11501/10313</w:t>
        <w:br/>
        <w:t>f 11200/11503/10315 11184/11491/10303 11199/11504/10316</w:t>
        <w:br/>
        <w:t>f 11202/11505/10317 11194/11499/10311 11195/11498/10310</w:t>
        <w:br/>
        <w:t>f 11201/11506/10318 11202/11505/10317 11195/11498/10310</w:t>
        <w:br/>
        <w:t>f 11201/11506/10318 11195/11498/10310 11196/11500/10312</w:t>
        <w:br/>
        <w:t>f 11203/11507/10319 11201/11506/10318 11196/11500/10312</w:t>
        <w:br/>
        <w:t>f 11205/11508/10320 11197/11502/10314 11198/11501/10313</w:t>
        <w:br/>
        <w:t>f 11204/11509/10321 11205/11508/10320 11198/11501/10313</w:t>
        <w:br/>
        <w:t>f 11207/11510/10322 11206/11511/10323 11194/11499/10311</w:t>
        <w:br/>
        <w:t>f 11202/11505/10317 11207/11510/10322 11194/11499/10311</w:t>
        <w:br/>
        <w:t>f 11210/11512/10324 11209/11513/10325 11208/11514/10326</w:t>
        <w:br/>
        <w:t>f 11211/11515/10327 11210/11512/10324 11208/11514/10326</w:t>
        <w:br/>
        <w:t>f 11213/11516/10328 11212/11517/10329 11208/11514/10326</w:t>
        <w:br/>
        <w:t>f 11209/11513/10325 11213/11516/10328 11208/11514/10326</w:t>
        <w:br/>
        <w:t>f 11217/11518/10330 11216/11519/10331 11215/11520/10332</w:t>
        <w:br/>
        <w:t>f 11214/11521/10333 11217/11518/10330 11215/11520/10332</w:t>
        <w:br/>
        <w:t>f 11219/11522/10334 11218/11523/10335 11210/11512/10324</w:t>
        <w:br/>
        <w:t>f 11211/11515/10327 11219/11522/10334 11210/11512/10324</w:t>
        <w:br/>
        <w:t>f 11208/11514/10326 11221/11524/10336 11220/11525/10337</w:t>
        <w:br/>
        <w:t>f 11211/11515/10327 11208/11514/10326 11220/11525/10337</w:t>
        <w:br/>
        <w:t>f 11208/11514/10326 11212/11517/10329 11222/11526/10338</w:t>
        <w:br/>
        <w:t>f 11221/11524/10336 11208/11514/10326 11222/11526/10338</w:t>
        <w:br/>
        <w:t>f 11221/11524/10336 11222/11526/10338 11223/11527/10339</w:t>
        <w:br/>
        <w:t>f 11222/11526/10338 11224/11528/10340 11223/11527/10339</w:t>
        <w:br/>
        <w:t>f 11227/11529/10341 11226/11530/10342 11225/11531/10343</w:t>
        <w:br/>
        <w:t>f 11228/11532/10344 11227/11529/10341 11225/11531/10343</w:t>
        <w:br/>
        <w:t>f 11225/11531/10343 11226/11530/10342 11230/11533/10345</w:t>
        <w:br/>
        <w:t>f 11229/11534/10346 11225/11531/10343 11230/11533/10345</w:t>
        <w:br/>
        <w:t>f 11232/11535/10347 11220/11525/10337 11231/11536/10348</w:t>
        <w:br/>
        <w:t>f 11235/11537/10349 11234/11538/10350 11233/11539/10351</w:t>
        <w:br/>
        <w:t>f 11236/11540/10352 11235/11537/10349 11233/11539/10351</w:t>
        <w:br/>
        <w:t>f 11234/11538/10350 11238/11541/10353 11237/11542/10354</w:t>
        <w:br/>
        <w:t>f 11233/11539/10351 11234/11538/10350 11237/11542/10354</w:t>
        <w:br/>
        <w:t>f 11237/11542/10354 11238/11541/10353 11240/11543/10355</w:t>
        <w:br/>
        <w:t>f 11239/11544/10356 11237/11542/10354 11240/11543/10355</w:t>
        <w:br/>
        <w:t>f 11229/11534/10346 11242/11545/10357 11241/11546/10358</w:t>
        <w:br/>
        <w:t>f 11243/11547/10359 11229/11534/10346 11241/11546/10358</w:t>
        <w:br/>
        <w:t>f 11245/11548/10360 11235/11537/10349 11244/11549/10361</w:t>
        <w:br/>
        <w:t>f 11236/11540/10352 11233/11539/10351 11246/11550/10362</w:t>
        <w:br/>
        <w:t>f 11247/11551/10363 11236/11540/10352 11246/11550/10362</w:t>
        <w:br/>
        <w:t>f 11237/11542/10354 11248/11552/10364 11246/11550/10362</w:t>
        <w:br/>
        <w:t>f 11233/11539/10351 11237/11542/10354 11246/11550/10362</w:t>
        <w:br/>
        <w:t>f 11248/11552/10364 11237/11542/10354 11239/11544/10356</w:t>
        <w:br/>
        <w:t>f 11249/11553/10365 11248/11552/10364 11239/11544/10356</w:t>
        <w:br/>
        <w:t>f 11252/11554/10366 11251/11555/10367 11250/11556/10368</w:t>
        <w:br/>
        <w:t>f 11253/11557/10369 11252/11554/10366 11250/11556/10368</w:t>
        <w:br/>
        <w:t>f 11251/11555/10367 11252/11554/10366 11255/11558/10370</w:t>
        <w:br/>
        <w:t>f 11254/11559/10371 11251/11555/10367 11255/11558/10370</w:t>
        <w:br/>
        <w:t>f 11259/11560/10372 11258/11561/10373 11257/11562/10374</w:t>
        <w:br/>
        <w:t>f 11256/11563/10375 11259/11560/10372 11257/11562/10374</w:t>
        <w:br/>
        <w:t>f 11261/11564/10376 11260/11565/10377 11257/11562/10374</w:t>
        <w:br/>
        <w:t>f 11258/11561/10373 11261/11564/10376 11257/11562/10374</w:t>
        <w:br/>
        <w:t>f 11264/11566/10378 11263/11567/10379 11250/11556/10368</w:t>
        <w:br/>
        <w:t>f 11262/11568/10380 11264/11566/10378 11250/11556/10368</w:t>
        <w:br/>
        <w:t>f 11250/11556/10368 11251/11555/10367 11262/11568/10380</w:t>
        <w:br/>
        <w:t>f 11260/11565/10377 11266/11569/10381 11265/11570/10382</w:t>
        <w:br/>
        <w:t>f 11257/11562/10374 11260/11565/10377 11265/11570/10382</w:t>
        <w:br/>
        <w:t>f 11269/11571/10383 11268/11572/10384 11267/11573/10385</w:t>
        <w:br/>
        <w:t>f 11270/11574/10386 11269/11571/10383 11267/11573/10385</w:t>
        <w:br/>
        <w:t>f 11274/11575/10387 11273/11576/10388 11272/11577/10389</w:t>
        <w:br/>
        <w:t>f 11271/11578/10390 11274/11575/10387 11272/11577/10389</w:t>
        <w:br/>
        <w:t>f 11276/11579/10391 11263/11567/10379 11275/11580/10392</w:t>
        <w:br/>
        <w:t>f 11279/11581/10393 11278/11582/10394 11277/11583/10395</w:t>
        <w:br/>
        <w:t>f 11280/11584/10396 11279/11581/10393 11277/11583/10395</w:t>
        <w:br/>
        <w:t>f 11278/11582/10394 11282/11585/10397 11281/11586/10398</w:t>
        <w:br/>
        <w:t>f 11277/11583/10395 11278/11582/10394 11281/11586/10398</w:t>
        <w:br/>
        <w:t>f 11284/11587/10399 11265/11570/10382 11283/11588/10400</w:t>
        <w:br/>
        <w:t>f 11285/11589/10401 11284/11587/10399 11283/11588/10400</w:t>
        <w:br/>
        <w:t>f 11288/11590/10402 11287/11591/10403 11286/11592/10404</w:t>
        <w:br/>
        <w:t>f 11291/11593/10405 11290/11594/10406 11289/11595/10407</w:t>
        <w:br/>
        <w:t>f 11295/11596/10408 11294/11597/10409 11293/11598/10410</w:t>
        <w:br/>
        <w:t>f 11292/11599/10411 11295/11596/10408 11293/11598/10410</w:t>
        <w:br/>
        <w:t>f 11292/11599/10411 11293/11598/10410 11297/11600/10412</w:t>
        <w:br/>
        <w:t>f 11296/11601/10413 11292/11599/10411 11297/11600/10412</w:t>
        <w:br/>
        <w:t>f 11300/11602/10414 11299/11603/10415 11298/11604/10416</w:t>
        <w:br/>
        <w:t>f 11302/11605/10417 11301/11606/10418 11294/11597/10409</w:t>
        <w:br/>
        <w:t>f 11295/11596/10408 11302/11605/10417 11294/11597/10409</w:t>
        <w:br/>
        <w:t>f 11294/11597/10409 11304/11607/10419 11303/11608/10420</w:t>
        <w:br/>
        <w:t>f 11299/11603/10415 11306/11609/10421 11305/11610/10422</w:t>
        <w:br/>
        <w:t>f 11307/11611/10423 11299/11603/10415 11297/11600/10412</w:t>
        <w:br/>
        <w:t>f 11294/11597/10409 11301/11606/10418 11304/11607/10419</w:t>
        <w:br/>
        <w:t>f 11295/11596/10408 11292/11599/10411 11186/11489/10301</w:t>
        <w:br/>
        <w:t>f 11187/11488/10300 11295/11596/10408 11186/11489/10301</w:t>
        <w:br/>
        <w:t>f 11292/11599/10411 11296/11601/10413 11189/11492/10304</w:t>
        <w:br/>
        <w:t>f 11186/11489/10301 11292/11599/10411 11189/11492/10304</w:t>
        <w:br/>
        <w:t>f 11193/11494/10306 11300/11602/10414 11298/11604/10416</w:t>
        <w:br/>
        <w:t>f 11192/11495/10307 11193/11494/10306 11298/11604/10416</w:t>
        <w:br/>
        <w:t>f 11200/11503/10315 11302/11605/10417 11295/11596/10408</w:t>
        <w:br/>
        <w:t>f 11187/11488/10300 11200/11503/10315 11295/11596/10408</w:t>
        <w:br/>
        <w:t>f 11310/11612/7365 11309/11613/7364 11308/11614/10424</w:t>
        <w:br/>
        <w:t>f 11271/11578/10390 11310/11612/7365 11308/11614/10424</w:t>
        <w:br/>
        <w:t>f 11214/11521/10333 11215/11520/10332 11226/11530/10342</w:t>
        <w:br/>
        <w:t>f 11227/11529/10341 11214/11521/10333 11226/11530/10342</w:t>
        <w:br/>
        <w:t>f 11307/11611/10423 11312/11615/10425 11311/11616/10426</w:t>
        <w:br/>
        <w:t>f 11307/11611/10423 11297/11600/10412 11293/11598/10410</w:t>
        <w:br/>
        <w:t>f 11307/11611/10423 11303/11608/10420 11312/11615/10425</w:t>
        <w:br/>
        <w:t>f 11311/11616/10426 11306/11609/10421 11307/11611/10423</w:t>
        <w:br/>
        <w:t>f 11307/11611/10423 11306/11609/10421 11299/11603/10415</w:t>
        <w:br/>
        <w:t>f 11200/11503/10315 11187/11488/10300 11184/11491/10303</w:t>
        <w:br/>
        <w:t>f 11206/11511/10323 11199/11504/10316 11184/11491/10303</w:t>
        <w:br/>
        <w:t>f 11194/11499/10311 11206/11511/10323 11184/11491/10303</w:t>
        <w:br/>
        <w:t>f 11210/11512/10324 11202/11505/10317 11201/11506/10318</w:t>
        <w:br/>
        <w:t>f 11209/11513/10325 11210/11512/10324 11201/11506/10318</w:t>
        <w:br/>
        <w:t>f 11218/11523/10335 11207/11510/10322 11202/11505/10317</w:t>
        <w:br/>
        <w:t>f 11210/11512/10324 11218/11523/10335 11202/11505/10317</w:t>
        <w:br/>
        <w:t>f 11217/11518/10330 11205/11508/10320 11204/11509/10321</w:t>
        <w:br/>
        <w:t>f 11216/11519/10331 11217/11518/10330 11204/11509/10321</w:t>
        <w:br/>
        <w:t>f 11209/11513/10325 11201/11506/10318 11203/11507/10319</w:t>
        <w:br/>
        <w:t>f 11213/11516/10328 11209/11513/10325 11203/11507/10319</w:t>
        <w:br/>
        <w:t>f 11216/11519/10331 11314/11617/10427 11313/11618/10428</w:t>
        <w:br/>
        <w:t>f 11215/11520/10332 11216/11519/10331 11313/11618/10428</w:t>
        <w:br/>
        <w:t>f 11316/11619/10429 11315/11620/10430 11272/11577/10389</w:t>
        <w:br/>
        <w:t>f 11275/11580/10392 11316/11619/10429 11272/11577/10389</w:t>
        <w:br/>
        <w:t>f 11275/11580/10392 11263/11567/10379 11264/11566/10378</w:t>
        <w:br/>
        <w:t>f 11316/11619/10429 11275/11580/10392 11264/11566/10378</w:t>
        <w:br/>
        <w:t>f 11244/11549/10361 11236/11540/10352 11247/11551/10363</w:t>
        <w:br/>
        <w:t>f 11317/11621/10431 11244/11549/10361 11247/11551/10363</w:t>
        <w:br/>
        <w:t>f 11319/11622/10432 11243/11547/10359 11318/11623/10433</w:t>
        <w:br/>
        <w:t>f 11321/11624/10434 11246/11550/10362 11248/11552/10364</w:t>
        <w:br/>
        <w:t>f 11320/11625/10435 11321/11624/10434 11248/11552/10364</w:t>
        <w:br/>
        <w:t>f 11320/11625/10435 11248/11552/10364 11249/11553/10365</w:t>
        <w:br/>
        <w:t>f 11322/11626/10436 11320/11625/10435 11249/11553/10365</w:t>
        <w:br/>
        <w:t>f 11318/11623/10433 11241/11546/10358 11323/11627/10437</w:t>
        <w:br/>
        <w:t>f 11267/11573/10385 11324/11628/10438 11270/11574/10386</w:t>
        <w:br/>
        <w:t>f 11327/11629/10439 11326/11630/10440 11325/11631/10441</w:t>
        <w:br/>
        <w:t>f 11270/11574/10386 11327/11629/10439 11325/11631/10441</w:t>
        <w:br/>
        <w:t>f 11328/11632/10442 11253/11557/10369 11250/11556/10368</w:t>
        <w:br/>
        <w:t>f 11263/11567/10379 11328/11632/10442 11250/11556/10368</w:t>
        <w:br/>
        <w:t>f 11286/11592/10404 11331/11633/10443 11330/11634/10444</w:t>
        <w:br/>
        <w:t>f 11329/11635/10445 11286/11592/10404 11330/11634/10444</w:t>
        <w:br/>
        <w:t>f 11332/11636/10446 11280/11584/10396 11109/11415/10229</w:t>
        <w:br/>
        <w:t>f 11110/11414/10228 11332/11636/10446 11109/11415/10229</w:t>
        <w:br/>
        <w:t>f 11280/11584/10396 11277/11583/10395 11112/11416/10230</w:t>
        <w:br/>
        <w:t>f 11109/11415/10229 11280/11584/10396 11112/11416/10230</w:t>
        <w:br/>
        <w:t>f 11277/11583/10395 11281/11586/10398 11113/11417/10231</w:t>
        <w:br/>
        <w:t>f 11112/11416/10230 11277/11583/10395 11113/11417/10231</w:t>
        <w:br/>
        <w:t>f 11265/11570/10382 11266/11569/10381 11333/11637/10447</w:t>
        <w:br/>
        <w:t>f 11283/11588/10400 11265/11570/10382 11333/11637/10447</w:t>
        <w:br/>
        <w:t>f 11334/11638/10448 11332/11636/10446 11110/11414/10228</w:t>
        <w:br/>
        <w:t>f 11115/11420/10234 11334/11638/10448 11110/11414/10228</w:t>
        <w:br/>
        <w:t>f 11120/11421/10235 11336/11639/7339 11335/11640/10449</w:t>
        <w:br/>
        <w:t>f 11119/11422/10236 11120/11421/10235 11335/11640/10449</w:t>
        <w:br/>
        <w:t>f 11312/11615/10425 11303/11608/10420 11337/11641/10450</w:t>
        <w:br/>
        <w:t>f 11307/11611/10423 11293/11598/10410 11303/11608/10420</w:t>
        <w:br/>
        <w:t>f 11294/11597/10409 11303/11608/10420 11293/11598/10410</w:t>
        <w:br/>
        <w:t>f 11340/11642/10451 11339/11643/10452 11338/11644/10453</w:t>
        <w:br/>
        <w:t>f 11318/11623/10433 11243/11547/10359 11241/11546/10358</w:t>
        <w:br/>
        <w:t>f 11317/11621/10431 11247/11551/10363 11339/11643/10452</w:t>
        <w:br/>
        <w:t>f 11340/11642/10451 11317/11621/10431 11339/11643/10452</w:t>
        <w:br/>
        <w:t>f 11247/11551/10363 11246/11550/10362 11321/11624/10434</w:t>
        <w:br/>
        <w:t>f 11339/11643/10452 11247/11551/10363 11321/11624/10434</w:t>
        <w:br/>
        <w:t>f 11320/11625/10435 11252/11554/10366 11253/11557/10369</w:t>
        <w:br/>
        <w:t>f 11321/11624/10434 11320/11625/10435 11253/11557/10369</w:t>
        <w:br/>
        <w:t>f 11320/11625/10435 11322/11626/10436 11255/11558/10370</w:t>
        <w:br/>
        <w:t>f 11252/11554/10366 11320/11625/10435 11255/11558/10370</w:t>
        <w:br/>
        <w:t>f 11259/11560/10372 11323/11627/10437 11241/11546/10358</w:t>
        <w:br/>
        <w:t>f 11258/11561/10373 11259/11560/10372 11241/11546/10358</w:t>
        <w:br/>
        <w:t>f 11242/11545/10357 11261/11564/10376 11258/11561/10373</w:t>
        <w:br/>
        <w:t>f 11241/11546/10358 11242/11545/10357 11258/11561/10373</w:t>
        <w:br/>
        <w:t>f 11328/11632/10442 11339/11643/10452 11321/11624/10434</w:t>
        <w:br/>
        <w:t>f 11253/11557/10369 11328/11632/10442 11321/11624/10434</w:t>
        <w:br/>
        <w:t>f 11231/11536/10348 11341/11645/10454 11234/11538/10350</w:t>
        <w:br/>
        <w:t>f 11235/11537/10349 11231/11536/10348 11234/11538/10350</w:t>
        <w:br/>
        <w:t>f 11341/11645/10454 11223/11527/10339 11238/11541/10353</w:t>
        <w:br/>
        <w:t>f 11234/11538/10350 11341/11645/10454 11238/11541/10353</w:t>
        <w:br/>
        <w:t>f 11238/11541/10353 11223/11527/10339 11224/11528/10340</w:t>
        <w:br/>
        <w:t>f 11240/11543/10355 11238/11541/10353 11224/11528/10340</w:t>
        <w:br/>
        <w:t>f 11225/11531/10343 11243/11547/10359 11319/11622/10432</w:t>
        <w:br/>
        <w:t>f 11228/11532/10344 11225/11531/10343 11319/11622/10432</w:t>
        <w:br/>
        <w:t>f 11225/11531/10343 11229/11534/10346 11243/11547/10359</w:t>
        <w:br/>
        <w:t>f 11245/11548/10360 11231/11536/10348 11235/11537/10349</w:t>
        <w:br/>
        <w:t>f 11220/11525/10337 11221/11524/10336 11341/11645/10454</w:t>
        <w:br/>
        <w:t>f 11211/11515/10327 11220/11525/10337 11232/11535/10347</w:t>
        <w:br/>
        <w:t>f 11219/11522/10334 11211/11515/10327 11232/11535/10347</w:t>
        <w:br/>
        <w:t>f 11313/11618/10428 11230/11533/10345 11226/11530/10342</w:t>
        <w:br/>
        <w:t>f 11215/11520/10332 11313/11618/10428 11226/11530/10342</w:t>
        <w:br/>
        <w:t>f 11270/11574/10386 11325/11631/10441 11273/11576/10388</w:t>
        <w:br/>
        <w:t>f 11274/11575/10387 11270/11574/10386 11273/11576/10388</w:t>
        <w:br/>
        <w:t>f 11274/11575/10387 11342/11646/10455 11269/11571/10383</w:t>
        <w:br/>
        <w:t>f 11270/11574/10386 11274/11575/10387 11269/11571/10383</w:t>
        <w:br/>
        <w:t>f 11343/11647/10456 11328/11632/10442 11263/11567/10379</w:t>
        <w:br/>
        <w:t>f 11276/11579/10391 11343/11647/10456 11263/11567/10379</w:t>
        <w:br/>
        <w:t>f 11346/11648/7323 11345/11649/10457 11344/11650/10458</w:t>
        <w:br/>
        <w:t>f 11264/11566/10378 11262/11568/10380 11279/11581/10393</w:t>
        <w:br/>
        <w:t>f 11290/11594/10406 11264/11566/10378 11279/11581/10393</w:t>
        <w:br/>
        <w:t>f 11262/11568/10380 11251/11555/10367 11278/11582/10394</w:t>
        <w:br/>
        <w:t>f 11279/11581/10393 11262/11568/10380 11278/11582/10394</w:t>
        <w:br/>
        <w:t>f 11278/11582/10394 11251/11555/10367 11254/11559/10371</w:t>
        <w:br/>
        <w:t>f 11282/11585/10397 11278/11582/10394 11254/11559/10371</w:t>
        <w:br/>
        <w:t>f 11316/11619/10429 11264/11566/10378 11290/11594/10406</w:t>
        <w:br/>
        <w:t>f 11291/11593/10405 11316/11619/10429 11290/11594/10406</w:t>
        <w:br/>
        <w:t>f 11331/11633/10443 11315/11620/10430 11347/11651/10459</w:t>
        <w:br/>
        <w:t>f 11256/11563/10375 11257/11562/10374 11265/11570/10382</w:t>
        <w:br/>
        <w:t>f 11284/11587/10399 11256/11563/10375 11265/11570/10382</w:t>
        <w:br/>
        <w:t>f 11349/11652/10460 11335/11640/10449 11330/11634/10444</w:t>
        <w:br/>
        <w:t>f 11348/11653/10461 11349/11652/10460 11330/11634/10444</w:t>
        <w:br/>
        <w:t>f 11119/11422/10236 11335/11640/10449 11349/11652/10460</w:t>
        <w:br/>
        <w:t>f 11134/11438/10251 11119/11422/10236 11349/11652/10460</w:t>
        <w:br/>
        <w:t>f 11275/11580/10392 11272/11577/10389 11273/11576/10388</w:t>
        <w:br/>
        <w:t>f 11276/11579/10391 11275/11580/10392 11273/11576/10388</w:t>
        <w:br/>
        <w:t>f 11317/11621/10431 11174/11476/10289 11170/11474/10287</w:t>
        <w:br/>
        <w:t>f 11244/11549/10361 11317/11621/10431 11170/11474/10287</w:t>
        <w:br/>
        <w:t>f 11326/11630/10440 11338/11644/10453 11343/11647/10456</w:t>
        <w:br/>
        <w:t>f 11325/11631/10441 11326/11630/10440 11343/11647/10456</w:t>
        <w:br/>
        <w:t>f 11244/11549/10361 11170/11474/10287 11171/11473/10286</w:t>
        <w:br/>
        <w:t>f 11245/11548/10360 11244/11549/10361 11171/11473/10286</w:t>
        <w:br/>
        <w:t>f 11340/11642/10451 11350/11654/10462 11174/11476/10289</w:t>
        <w:br/>
        <w:t>f 11317/11621/10431 11340/11642/10451 11174/11476/10289</w:t>
        <w:br/>
        <w:t>f 11276/11579/10391 11273/11576/10388 11325/11631/10441</w:t>
        <w:br/>
        <w:t>f 11343/11647/10456 11276/11579/10391 11325/11631/10441</w:t>
        <w:br/>
        <w:t>f 11272/11577/10389 11315/11620/10430 11287/11591/10403</w:t>
        <w:br/>
        <w:t>f 11287/11591/10403 11315/11620/10430 11331/11633/10443</w:t>
        <w:br/>
        <w:t>f 11286/11592/10404 11287/11591/10403 11331/11633/10443</w:t>
        <w:br/>
        <w:t>f 11190/11497/10309 11188/11493/10305 11189/11492/10304</w:t>
        <w:br/>
        <w:t>f 11193/11494/10306 11190/11497/10309 11189/11492/10304</w:t>
        <w:br/>
        <w:t>f 11197/11502/10314 11196/11500/10312 11188/11493/10305</w:t>
        <w:br/>
        <w:t>f 11190/11497/10309 11197/11502/10314 11188/11493/10305</w:t>
        <w:br/>
        <w:t>f 11203/11507/10319 11196/11500/10312 11197/11502/10314</w:t>
        <w:br/>
        <w:t>f 11205/11508/10320 11203/11507/10319 11197/11502/10314</w:t>
        <w:br/>
        <w:t>f 11213/11516/10328 11217/11518/10330 11214/11521/10333</w:t>
        <w:br/>
        <w:t>f 11212/11517/10329 11213/11516/10328 11214/11521/10333</w:t>
        <w:br/>
        <w:t>f 11224/11528/10340 11222/11526/10338 11227/11529/10341</w:t>
        <w:br/>
        <w:t>f 11228/11532/10344 11224/11528/10340 11227/11529/10341</w:t>
        <w:br/>
        <w:t>f 11240/11543/10355 11228/11532/10344 11319/11622/10432</w:t>
        <w:br/>
        <w:t>f 11239/11544/10356 11240/11543/10355 11319/11622/10432</w:t>
        <w:br/>
        <w:t>f 11249/11553/10365 11239/11544/10356 11319/11622/10432</w:t>
        <w:br/>
        <w:t>f 11318/11623/10433 11249/11553/10365 11319/11622/10432</w:t>
        <w:br/>
        <w:t>f 11254/11559/10371 11255/11558/10370 11259/11560/10372</w:t>
        <w:br/>
        <w:t>f 11256/11563/10375 11254/11559/10371 11259/11560/10372</w:t>
        <w:br/>
        <w:t>f 11281/11586/10398 11282/11585/10397 11284/11587/10399</w:t>
        <w:br/>
        <w:t>f 11285/11589/10401 11281/11586/10398 11284/11587/10399</w:t>
        <w:br/>
        <w:t>f 11296/11601/10413 11297/11600/10412 11299/11603/10415</w:t>
        <w:br/>
        <w:t>f 11300/11602/10414 11296/11601/10413 11299/11603/10415</w:t>
        <w:br/>
        <w:t>f 11193/11494/10306 11189/11492/10304 11296/11601/10413</w:t>
        <w:br/>
        <w:t>f 11300/11602/10414 11193/11494/10306 11296/11601/10413</w:t>
        <w:br/>
        <w:t>f 11212/11517/10329 11214/11521/10333 11227/11529/10341</w:t>
        <w:br/>
        <w:t>f 11222/11526/10338 11212/11517/10329 11227/11529/10341</w:t>
        <w:br/>
        <w:t>f 11213/11516/10328 11203/11507/10319 11205/11508/10320</w:t>
        <w:br/>
        <w:t>f 11217/11518/10330 11213/11516/10328 11205/11508/10320</w:t>
        <w:br/>
        <w:t>f 11322/11626/10436 11249/11553/10365 11318/11623/10433</w:t>
        <w:br/>
        <w:t>f 11323/11627/10437 11322/11626/10436 11318/11623/10433</w:t>
        <w:br/>
        <w:t>f 11255/11558/10370 11322/11626/10436 11323/11627/10437</w:t>
        <w:br/>
        <w:t>f 11259/11560/10372 11255/11558/10370 11323/11627/10437</w:t>
        <w:br/>
        <w:t>f 11240/11543/10355 11224/11528/10340 11228/11532/10344</w:t>
        <w:br/>
        <w:t>f 11254/11559/10371 11256/11563/10375 11284/11587/10399</w:t>
        <w:br/>
        <w:t>f 11282/11585/10397 11254/11559/10371 11284/11587/10399</w:t>
        <w:br/>
        <w:t>f 11354/11655/10463 11353/11656/10464 11352/11657/10465</w:t>
        <w:br/>
        <w:t>f 11351/11658/10466 11354/11655/10463 11352/11657/10465</w:t>
        <w:br/>
        <w:t>f 11206/11511/10323 11207/11510/10322 11179/11483/10296</w:t>
        <w:br/>
        <w:t>f 11355/11659/10467 11206/11511/10323 11179/11483/10296</w:t>
        <w:br/>
        <w:t>f 11168/11472/10285 11165/11471/10284 11218/11523/10335</w:t>
        <w:br/>
        <w:t>f 11219/11522/10334 11168/11472/10285 11218/11523/10335</w:t>
        <w:br/>
        <w:t>f 11245/11548/10360 11171/11473/10286 11176/11481/10294</w:t>
        <w:br/>
        <w:t>f 11232/11535/10347 11245/11548/10360 11176/11481/10294</w:t>
        <w:br/>
        <w:t>f 11358/11660/10468 11357/11661/10469 11356/11662/10470</w:t>
        <w:br/>
        <w:t>f 11353/11656/10464 11358/11660/10468 11356/11662/10470</w:t>
        <w:br/>
        <w:t>f 11352/11657/10465 11353/11656/10464 11356/11662/10470</w:t>
        <w:br/>
        <w:t>f 11181/11484/10297 11354/11655/10463 11351/11658/10466</w:t>
        <w:br/>
        <w:t>f 11355/11659/10467 11181/11484/10297 11351/11658/10466</w:t>
        <w:br/>
        <w:t>f 11165/11471/10284 11179/11483/10296 11207/11510/10322</w:t>
        <w:br/>
        <w:t>f 11218/11523/10335 11165/11471/10284 11207/11510/10322</w:t>
        <w:br/>
        <w:t>f 11168/11472/10285 11219/11522/10334 11232/11535/10347</w:t>
        <w:br/>
        <w:t>f 11176/11481/10294 11168/11472/10285 11232/11535/10347</w:t>
        <w:br/>
        <w:t>f 11360/11663/10471 11191/11496/10308 11192/11495/10307</w:t>
        <w:br/>
        <w:t>f 11359/11664/10472 11360/11663/10471 11192/11495/10307</w:t>
        <w:br/>
        <w:t>f 11361/11665/10473 11198/11501/10313 11191/11496/10308</w:t>
        <w:br/>
        <w:t>f 11360/11663/10471 11361/11665/10473 11191/11496/10308</w:t>
        <w:br/>
        <w:t>f 11198/11501/10313 11361/11665/10473 11362/11666/10474</w:t>
        <w:br/>
        <w:t>f 11204/11509/10321 11198/11501/10313 11362/11666/10474</w:t>
        <w:br/>
        <w:t>f 11216/11519/10331 11204/11509/10321 11362/11666/10474</w:t>
        <w:br/>
        <w:t>f 11314/11617/10427 11216/11519/10331 11362/11666/10474</w:t>
        <w:br/>
        <w:t>f 11359/11664/10472 11192/11495/10307 11298/11604/10416</w:t>
        <w:br/>
        <w:t>f 11305/11610/10422 11359/11664/10472 11298/11604/10416</w:t>
        <w:br/>
        <w:t>f 11349/11652/10460 11348/11653/10461 11289/11595/10407</w:t>
        <w:br/>
        <w:t>f 11334/11638/10448 11349/11652/10460 11289/11595/10407</w:t>
        <w:br/>
        <w:t>f 11349/11652/10460 11334/11638/10448 11115/11420/10234</w:t>
        <w:br/>
        <w:t>f 11134/11438/10251 11349/11652/10460 11115/11420/10234</w:t>
        <w:br/>
        <w:t>f 11347/11651/10459 11316/11619/10429 11291/11593/10405</w:t>
        <w:br/>
        <w:t>f 11347/11651/10459 11315/11620/10430 11316/11619/10429</w:t>
        <w:br/>
        <w:t>f 11365/11667/10475 11364/11668/10476 11363/11669/10477</w:t>
        <w:br/>
        <w:t>f 11344/11650/10458 11366/11670/7334 11346/11648/7323</w:t>
        <w:br/>
        <w:t>f 11364/11668/10476 11345/11649/10457 11346/11648/7323</w:t>
        <w:br/>
        <w:t>f 11274/11575/10387 11271/11578/10390 11308/11614/10424</w:t>
        <w:br/>
        <w:t>f 11342/11646/10455 11274/11575/10387 11308/11614/10424</w:t>
        <w:br/>
        <w:t>f 11269/11571/10383 11364/11668/10476 11365/11667/10475</w:t>
        <w:br/>
        <w:t>f 11268/11572/10384 11269/11571/10383 11365/11667/10475</w:t>
        <w:br/>
        <w:t>f 11308/11614/10424 11309/11613/7364 11366/11670/7334</w:t>
        <w:br/>
        <w:t>f 11344/11650/10458 11308/11614/10424 11366/11670/7334</w:t>
        <w:br/>
        <w:t>f 11342/11646/10455 11345/11649/10457 11364/11668/10476</w:t>
        <w:br/>
        <w:t>f 11269/11571/10383 11342/11646/10455 11364/11668/10476</w:t>
        <w:br/>
        <w:t>f 11345/11649/10457 11342/11646/10455 11308/11614/10424</w:t>
        <w:br/>
        <w:t>f 11344/11650/10458 11345/11649/10457 11308/11614/10424</w:t>
        <w:br/>
        <w:t>f 11283/11588/10400 11333/11637/10447 11153/11458/10271</w:t>
        <w:br/>
        <w:t>f 11154/11457/10270 11283/11588/10400 11153/11458/10271</w:t>
        <w:br/>
        <w:t>f 11283/11588/10400 11154/11457/10270 11155/11459/10272</w:t>
        <w:br/>
        <w:t>f 11285/11589/10401 11283/11588/10400 11155/11459/10272</w:t>
        <w:br/>
        <w:t>f 11289/11595/10407 11332/11636/10446 11334/11638/10448</w:t>
        <w:br/>
        <w:t>f 11367/11671/7337 11330/11634/10444 11335/11640/10449</w:t>
        <w:br/>
        <w:t>f 11336/11639/7339 11367/11671/7337 11335/11640/10449</w:t>
        <w:br/>
        <w:t>f 11348/11653/10461 11330/11634/10444 11331/11633/10443</w:t>
        <w:br/>
        <w:t>f 11347/11651/10459 11348/11653/10461 11331/11633/10443</w:t>
        <w:br/>
        <w:t>f 11348/11653/10461 11347/11651/10459 11291/11593/10405</w:t>
        <w:br/>
        <w:t>f 11289/11595/10407 11348/11653/10461 11291/11593/10405</w:t>
        <w:br/>
        <w:t>f 11290/11594/10406 11279/11581/10393 11280/11584/10396</w:t>
        <w:br/>
        <w:t>f 11332/11636/10446 11290/11594/10406 11280/11584/10396</w:t>
        <w:br/>
        <w:t>f 11182/11487/7332 11350/11654/10462 11324/11628/10438</w:t>
        <w:br/>
        <w:t>f 11221/11524/10336 11223/11527/10339 11341/11645/10454</w:t>
        <w:br/>
        <w:t>f 11361/11665/10473 11360/11663/10471 11368/11672/10478</w:t>
        <w:br/>
        <w:t>f 11369/11673/10479 11362/11666/10474 11361/11665/10473</w:t>
        <w:br/>
        <w:t>f 11368/11672/10478 11369/11673/10479 11361/11665/10473</w:t>
        <w:br/>
        <w:t>f 11229/11534/10346 11230/11533/10345 11370/11674/10480</w:t>
        <w:br/>
        <w:t>f 11229/11534/10346 11370/11674/10480 11371/11675/10481</w:t>
        <w:br/>
        <w:t>f 11242/11545/10357 11229/11534/10346 11371/11675/10481</w:t>
        <w:br/>
        <w:t>f 11261/11564/10376 11242/11545/10357 11371/11675/10481</w:t>
        <w:br/>
        <w:t>f 11372/11676/10482 11261/11564/10376 11371/11675/10481</w:t>
        <w:br/>
        <w:t>f 11260/11565/10377 11261/11564/10376 11372/11676/10482</w:t>
        <w:br/>
        <w:t>f 11373/11677/10483 11260/11565/10377 11372/11676/10482</w:t>
        <w:br/>
        <w:t>f 11266/11569/10381 11260/11565/10377 11373/11677/10483</w:t>
        <w:br/>
        <w:t>f 11374/11678/10484 11266/11569/10381 11373/11677/10483</w:t>
        <w:br/>
        <w:t>f 11313/11618/10428 11314/11617/10427 11375/11679/10485</w:t>
        <w:br/>
        <w:t>f 11314/11617/10427 11362/11666/10474 11369/11673/10479</w:t>
        <w:br/>
        <w:t>f 11375/11679/10485 11314/11617/10427 11369/11673/10479</w:t>
        <w:br/>
        <w:t>f 11333/11637/10447 11266/11569/10381 11374/11678/10484</w:t>
        <w:br/>
        <w:t>f 11163/11467/10280 11333/11637/10447 11374/11678/10484</w:t>
        <w:br/>
        <w:t>f 11230/11533/10345 11313/11618/10428 11375/11679/10485</w:t>
        <w:br/>
        <w:t>f 11370/11674/10480 11230/11533/10345 11375/11679/10485</w:t>
        <w:br/>
        <w:t>f 11153/11458/10271 11333/11637/10447 11163/11467/10280</w:t>
        <w:br/>
        <w:t>f 11220/11525/10337 11341/11645/10454 11231/11536/10348</w:t>
        <w:br/>
        <w:t>f 11304/11607/10419 11301/11606/10418 11357/11661/10469</w:t>
        <w:br/>
        <w:t>f 11232/11535/10347 11231/11536/10348 11245/11548/10360</w:t>
        <w:br/>
        <w:t>f 11244/11549/10361 11235/11537/10349 11236/11540/10352</w:t>
        <w:br/>
        <w:t>f 11285/11589/10401 11155/11459/10272 11113/11417/10231</w:t>
        <w:br/>
        <w:t>f 11281/11586/10398 11285/11589/10401 11113/11417/10231</w:t>
        <w:br/>
        <w:t>f 11304/11607/10419 11337/11641/10450 11303/11608/10420</w:t>
        <w:br/>
        <w:t>f 11337/11641/10450 11304/11607/10419 11357/11661/10469</w:t>
        <w:br/>
        <w:t>f 11376/11680/10486 11337/11641/10450 11357/11661/10469</w:t>
        <w:br/>
        <w:t>f 11174/11476/10289 11350/11654/10462 11182/11487/7332</w:t>
        <w:br/>
        <w:t>f 11350/11654/10462 11340/11642/10451 11338/11644/10453</w:t>
        <w:br/>
        <w:t>f 11326/11630/10440 11350/11654/10462 11338/11644/10453</w:t>
        <w:br/>
        <w:t>f 11350/11654/10462 11326/11630/10440 11327/11629/10439</w:t>
        <w:br/>
        <w:t>f 11270/11574/10386 11324/11628/10438 11327/11629/10439</w:t>
        <w:br/>
        <w:t>f 11327/11629/10439 11324/11628/10438 11350/11654/10462</w:t>
        <w:br/>
        <w:t>f 11328/11632/10442 11343/11647/10456 11338/11644/10453</w:t>
        <w:br/>
        <w:t>f 11339/11643/10452 11328/11632/10442 11338/11644/10453</w:t>
        <w:br/>
        <w:t>f 11200/11503/10315 11199/11504/10316 11351/11658/10466</w:t>
        <w:br/>
        <w:t>f 11352/11657/10465 11200/11503/10315 11351/11658/10466</w:t>
        <w:br/>
        <w:t>f 11302/11605/10417 11200/11503/10315 11352/11657/10465</w:t>
        <w:br/>
        <w:t>f 11356/11662/10470 11302/11605/10417 11352/11657/10465</w:t>
        <w:br/>
        <w:t>f 11199/11504/10316 11206/11511/10323 11355/11659/10467</w:t>
        <w:br/>
        <w:t>f 11351/11658/10466 11199/11504/10316 11355/11659/10467</w:t>
        <w:br/>
        <w:t>f 11179/11483/10296 11181/11484/10297 11355/11659/10467</w:t>
        <w:br/>
        <w:t>f 11301/11606/10418 11302/11605/10417 11356/11662/10470</w:t>
        <w:br/>
        <w:t>f 11357/11661/10469 11301/11606/10418 11356/11662/10470</w:t>
        <w:br/>
        <w:t>f 11299/11603/10415 11305/11610/10422 11298/11604/10416</w:t>
        <w:br/>
        <w:t>f 11289/11595/10407 11290/11594/10406 11332/11636/10446</w:t>
        <w:br/>
        <w:t>f 8720/9210/8150 8721/9212/8152 8705/9196/8136</w:t>
        <w:br/>
        <w:t>f 8802/9293/8232 8805/9296/8235 8804/9295/8234</w:t>
        <w:br/>
        <w:t>f 8802/9293/8232 8758/9249/8190 8761/9252/8193</w:t>
        <w:br/>
        <w:t>f 8664/9155/8095 8661/9152/8092 8705/9196/8136</w:t>
        <w:br/>
        <w:t>f 8712/9203/8143 8719/9211/8151 8706/9197/8137</w:t>
        <w:br/>
        <w:t>f 8810/9301/8240 8809/9298/8237 8803/9294/8233</w:t>
        <w:br/>
        <w:t>f 10151/10455/9312 10154/10458/9315 10153/10457/9314</w:t>
        <w:br/>
        <w:t>f 10151/10455/9312 10106/10410/9267 10109/10413/9270</w:t>
        <w:br/>
        <w:t>f 10160/10464/9321 10158/10462/9319 10152/10456/9313</w:t>
        <w:br/>
        <w:t>f 10255/10559/9416 10249/10555/9412 10163/10467/9324</w:t>
        <w:br/>
        <w:t>f 10163/10467/9324 10157/10463/9320 10164/10468/9325</w:t>
        <w:br/>
        <w:t>f 10252/10556/9413 10256/10561/9418 10247/10551/9408</w:t>
        <w:br/>
        <w:t>f 10257/10560/9417 10258/10562/9419 10246/10550/9407</w:t>
        <w:br/>
        <w:t>f 10206/10510/9368 10203/10507/9365 10246/10550/9407</w:t>
        <w:br/>
        <w:t>f 8923/9414/8345 8731/9221/8161 8729/9220/8160</w:t>
        <w:br/>
        <w:t>f 8820/9311/8250 8731/9221/8161 8923/9414/8345</w:t>
        <w:br/>
        <w:t>f 10368/10672/9522 10173/10477/9334 10174/10478/9335</w:t>
        <w:br/>
        <w:t>f 10368/10672/9522 10175/10480/9337 10265/10569/9426</w:t>
        <w:br/>
        <w:t>f 12302/11681/10487 12301/11682/10488 12300/11683/10489</w:t>
        <w:br/>
        <w:t>f 12299/11684/10490 12302/11681/10487 12300/11683/10489</w:t>
        <w:br/>
        <w:t>f 12303/11685/10491 12299/11684/10490 12300/11683/10489</w:t>
        <w:br/>
        <w:t>f 12304/11686/10492 12303/11685/10491 12300/11683/10489</w:t>
        <w:br/>
        <w:t>f 12308/11687/10493 12307/11688/10494 12306/11689/10495</w:t>
        <w:br/>
        <w:t>f 12305/11690/10496 12308/11687/10493 12306/11689/10495</w:t>
        <w:br/>
        <w:t>f 12311/11691/10497 12310/11692/10498 12309/11693/7393</w:t>
        <w:br/>
        <w:t>f 12312/11694/7394 12311/11691/10497 12309/11693/7393</w:t>
        <w:br/>
        <w:t>f 12313/11695/10499 12310/11692/10498 12311/11691/10497</w:t>
        <w:br/>
        <w:t>f 12314/11696/10500 12313/11695/10499 12311/11691/10497</w:t>
        <w:br/>
        <w:t>f 12316/11697/10501 12311/11691/10497 12312/11694/7394</w:t>
        <w:br/>
        <w:t>f 12315/11698/10502 12316/11697/10501 12312/11694/7394</w:t>
        <w:br/>
        <w:t>f 12316/11697/10501 12305/11690/10496 12314/11696/10500</w:t>
        <w:br/>
        <w:t>f 12311/11691/10497 12316/11697/10501 12314/11696/10500</w:t>
        <w:br/>
        <w:t>f 12319/11699/10503 12318/11700/10504 12317/11701/10505</w:t>
        <w:br/>
        <w:t>f 12299/11684/10490 12303/11685/10491 12320/11702/10506</w:t>
        <w:br/>
        <w:t>f 12321/11703/10507 12299/11684/10490 12320/11702/10506</w:t>
        <w:br/>
        <w:t>f 12321/11703/10507 12322/11704/10508 12302/11681/10487</w:t>
        <w:br/>
        <w:t>f 12299/11684/10490 12321/11703/10507 12302/11681/10487</w:t>
        <w:br/>
        <w:t>f 12325/11705/10509 12324/11706/10510 12323/11707/10511</w:t>
        <w:br/>
        <w:t>f 12326/11708/10512 12325/11705/10509 12323/11707/10511</w:t>
        <w:br/>
        <w:t>f 12327/11709/10513 12325/11705/10509 12326/11708/10512</w:t>
        <w:br/>
        <w:t>f 12328/11710/10514 12327/11709/10513 12326/11708/10512</w:t>
        <w:br/>
        <w:t>f 12329/11711/10515 12327/11709/10513 12328/11710/10514</w:t>
        <w:br/>
        <w:t>f 12330/11712/10516 12329/11711/10515 12328/11710/10514</w:t>
        <w:br/>
        <w:t>f 12322/11704/10508 12331/11713/10517 12313/11695/10499</w:t>
        <w:br/>
        <w:t>f 12302/11681/10487 12322/11704/10508 12313/11695/10499</w:t>
        <w:br/>
        <w:t>f 12333/11714/7402 12309/11693/7393 12310/11692/10498</w:t>
        <w:br/>
        <w:t>f 12332/11715/10518 12333/11714/7402 12310/11692/10498</w:t>
        <w:br/>
        <w:t>f 12313/11695/10499 12331/11713/10517 12332/11715/10518</w:t>
        <w:br/>
        <w:t>f 12310/11692/10498 12313/11695/10499 12332/11715/10518</w:t>
        <w:br/>
        <w:t>f 12326/11708/10512 12323/11707/10511 12334/11716/10519</w:t>
        <w:br/>
        <w:t>f 12335/11717/10520 12326/11708/10512 12334/11716/10519</w:t>
        <w:br/>
        <w:t>f 12338/11718/8309 12337/11719/8307 12336/11720/10521</w:t>
        <w:br/>
        <w:t>f 12339/11721/10522 12338/11718/8309 12336/11720/10521</w:t>
        <w:br/>
        <w:t>f 7552/8435/7476 12341/11722/8311 12340/11723/10523</w:t>
        <w:br/>
        <w:t>f 7490/8376/7431 7552/8435/7476 12340/11723/10523</w:t>
        <w:br/>
        <w:t>f 12342/11724/10524 12300/11683/10489 12301/11682/10488</w:t>
        <w:br/>
        <w:t>f 12306/11689/10495 12342/11724/10524 12301/11682/10488</w:t>
        <w:br/>
        <w:t>f 12342/11724/10524 12343/11725/10525 12304/11686/10492</w:t>
        <w:br/>
        <w:t>f 12300/11683/10489 12342/11724/10524 12304/11686/10492</w:t>
        <w:br/>
        <w:t>f 12325/11705/10509 12345/11726/10526 12344/11727/8025</w:t>
        <w:br/>
        <w:t>f 12324/11706/10510 12325/11705/10509 12344/11727/8025</w:t>
        <w:br/>
        <w:t>f 12332/11715/10518 12331/11713/10517 12346/11728/10527</w:t>
        <w:br/>
        <w:t>f 12347/11729/10528 12332/11715/10518 12346/11728/10527</w:t>
        <w:br/>
        <w:t>f 12347/11729/10528 12333/11714/7402 12332/11715/10518</w:t>
        <w:br/>
        <w:t>f 12327/11709/10513 12349/11730/10529 12348/11731/10530</w:t>
        <w:br/>
        <w:t>f 12350/11732/10531 12327/11709/10513 12348/11731/10530</w:t>
        <w:br/>
        <w:t>f 12327/11709/10513 12329/11711/10515 12349/11730/10529</w:t>
        <w:br/>
        <w:t>f 12354/11733/10532 12353/11734/10533 12352/11735/10534</w:t>
        <w:br/>
        <w:t>f 12351/11736/10535 12354/11733/10532 12352/11735/10534</w:t>
        <w:br/>
        <w:t>f 12319/11699/10503 12317/11701/10505 12356/11737/10536</w:t>
        <w:br/>
        <w:t>f 12355/11738/10537 12319/11699/10503 12356/11737/10536</w:t>
        <w:br/>
        <w:t>f 12314/11696/10500 12301/11682/10488 12302/11681/10487</w:t>
        <w:br/>
        <w:t>f 12313/11695/10499 12314/11696/10500 12302/11681/10487</w:t>
        <w:br/>
        <w:t>f 12331/11713/10517 12322/11704/10508 12324/11706/10510</w:t>
        <w:br/>
        <w:t>f 12346/11728/10527 12331/11713/10517 12324/11706/10510</w:t>
        <w:br/>
        <w:t>f 12336/11720/10521 12358/11739/10538 12357/11740/10539</w:t>
        <w:br/>
        <w:t>f 12339/11721/10522 12336/11720/10521 12357/11740/10539</w:t>
        <w:br/>
        <w:t>f 12360/11741/10540 12336/11720/10521 12337/11719/8307</w:t>
        <w:br/>
        <w:t>f 12359/11742/8305 12360/11741/10540 12337/11719/8307</w:t>
        <w:br/>
        <w:t>f 12330/11712/10516 12351/11736/10535 12356/11737/10536</w:t>
        <w:br/>
        <w:t>f 12329/11711/10515 12330/11712/10516 12356/11737/10536</w:t>
        <w:br/>
        <w:t>f 12361/11743/10541 12354/11733/10532 12351/11736/10535</w:t>
        <w:br/>
        <w:t>f 12330/11712/10516 12361/11743/10541 12351/11736/10535</w:t>
        <w:br/>
        <w:t>f 12305/11690/10496 12306/11689/10495 12301/11682/10488</w:t>
        <w:br/>
        <w:t>f 12314/11696/10500 12305/11690/10496 12301/11682/10488</w:t>
        <w:br/>
        <w:t>f 12362/11744/7471 12316/11697/10501 12315/11698/10502</w:t>
        <w:br/>
        <w:t>f 12316/11697/10501 12362/11744/7471 12308/11687/10493</w:t>
        <w:br/>
        <w:t>f 12305/11690/10496 12316/11697/10501 12308/11687/10493</w:t>
        <w:br/>
        <w:t>f 12342/11724/10524 12306/11689/10495 12307/11688/10494</w:t>
        <w:br/>
        <w:t>f 12363/11745/10542 12342/11724/10524 12307/11688/10494</w:t>
        <w:br/>
        <w:t>f 12363/11745/10542 12364/11746/10543 12343/11725/10525</w:t>
        <w:br/>
        <w:t>f 12342/11724/10524 12363/11745/10542 12343/11725/10525</w:t>
        <w:br/>
        <w:t>f 12329/11711/10515 12360/11741/10540 12349/11730/10529</w:t>
        <w:br/>
        <w:t>f 12349/11730/10529 12360/11741/10540 12359/11742/8305</w:t>
        <w:br/>
        <w:t>f 12348/11731/10530 12349/11730/10529 12359/11742/8305</w:t>
        <w:br/>
        <w:t>f 12317/11701/10505 12360/11741/10540 12329/11711/10515</w:t>
        <w:br/>
        <w:t>f 12356/11737/10536 12317/11701/10505 12329/11711/10515</w:t>
        <w:br/>
        <w:t>f 12328/11710/10514 12326/11708/10512 12335/11717/10520</w:t>
        <w:br/>
        <w:t>f 12365/11747/10544 12328/11710/10514 12335/11717/10520</w:t>
        <w:br/>
        <w:t>f 12330/11712/10516 12328/11710/10514 12365/11747/10544</w:t>
        <w:br/>
        <w:t>f 12361/11743/10541 12330/11712/10516 12365/11747/10544</w:t>
        <w:br/>
        <w:t>f 12323/11707/10511 12366/11748/10545 12334/11716/10519</w:t>
        <w:br/>
        <w:t>f 12370/11749/10546 12369/11750/10547 12368/11751/10548</w:t>
        <w:br/>
        <w:t>f 12367/11752/10546 12370/11749/10546 12368/11751/10548</w:t>
        <w:br/>
        <w:t>f 12324/11706/10510 12344/11727/8025 12371/11753/10549</w:t>
        <w:br/>
        <w:t>f 12360/11741/10540 12317/11701/10505 12336/11720/10521</w:t>
        <w:br/>
        <w:t>f 12339/11721/10522 12373/11754/10550 12372/11755/10551</w:t>
        <w:br/>
        <w:t>f 12340/11723/10523 12339/11721/10522 12372/11755/10551</w:t>
        <w:br/>
        <w:t>f 12339/11721/10522 12340/11723/10523 12341/11722/8311</w:t>
        <w:br/>
        <w:t>f 12338/11718/8309 12339/11721/10522 12341/11722/8311</w:t>
        <w:br/>
        <w:t>f 12340/11723/10523 12372/11755/10551 7493/8377/7432</w:t>
        <w:br/>
        <w:t>f 7490/8376/7431 12340/11723/10523 7493/8377/7432</w:t>
        <w:br/>
        <w:t>f 12325/11705/10509 12350/11732/10531 12345/11726/10526</w:t>
        <w:br/>
        <w:t>f 12347/11729/10528 12374/11756/8034 12333/11714/7402</w:t>
        <w:br/>
        <w:t>f 12323/11707/10511 12324/11706/10510 12322/11704/10508</w:t>
        <w:br/>
        <w:t>f 12321/11703/10507 12323/11707/10511 12322/11704/10508</w:t>
        <w:br/>
        <w:t>f 12324/11706/10510 12371/11753/10549 12346/11728/10527</w:t>
        <w:br/>
        <w:t>f 12350/11732/10531 12325/11705/10509 12327/11709/10513</w:t>
        <w:br/>
        <w:t>f 12321/11703/10507 12320/11702/10506 12366/11748/10545</w:t>
        <w:br/>
        <w:t>f 12323/11707/10511 12321/11703/10507 12366/11748/10545</w:t>
        <w:br/>
        <w:t>f 12369/11750/10547 12376/11757/10552 12375/11758/10553</w:t>
        <w:br/>
        <w:t>f 12368/11751/10548 12369/11750/10547 12375/11758/10553</w:t>
        <w:br/>
        <w:t>f 12357/11740/10539 12373/11754/10550 12339/11721/10522</w:t>
        <w:br/>
        <w:t>f 12318/11700/10504 12358/11739/10538 12336/11720/10521</w:t>
        <w:br/>
        <w:t>f 12317/11701/10505 12318/11700/10504 12336/11720/10521</w:t>
        <w:br/>
        <w:t>f 12405/11759/10554 12404/11760/10555 12403/11761/10556</w:t>
        <w:br/>
        <w:t>f 12402/11762/10557 12405/11759/10554 12403/11761/10556</w:t>
        <w:br/>
        <w:t>f 12406/11763/10558 12402/11762/10557 12403/11761/10556</w:t>
        <w:br/>
        <w:t>f 12407/11764/10559 12406/11763/10558 12403/11761/10556</w:t>
        <w:br/>
        <w:t>f 12407/11764/10559 12409/11765/10560 12408/11766/10561</w:t>
        <w:br/>
        <w:t>f 12406/11763/10558 12407/11764/10559 12408/11766/10561</w:t>
        <w:br/>
        <w:t>f 12411/11767/10562 12375/11758/10553 12410/11768/10563</w:t>
        <w:br/>
        <w:t>f 12410/11768/10563 12413/11769/10564 12412/11770/10565</w:t>
        <w:br/>
        <w:t>f 12412/11770/10565 12413/11769/10564 12414/11771/10566</w:t>
        <w:br/>
        <w:t>f 12416/11772/10567 12351/11736/10535 12415/11773/10568</w:t>
        <w:br/>
        <w:t>f 12404/11760/10555 12405/11759/10554 12353/11734/10533</w:t>
        <w:br/>
        <w:t>f 12354/11733/10532 12404/11760/10555 12353/11734/10533</w:t>
        <w:br/>
        <w:t>f 12352/11735/10534 12415/11773/10568 12351/11736/10535</w:t>
        <w:br/>
        <w:t>f 12356/11737/10536 12351/11736/10535 12416/11772/10567</w:t>
        <w:br/>
        <w:t>f 12355/11738/10537 12356/11737/10536 12416/11772/10567</w:t>
        <w:br/>
        <w:t>f 12414/11771/10566 12355/11738/10537 12416/11772/10567</w:t>
        <w:br/>
        <w:t>f 12368/11751/10548 12411/11767/10562 12408/11766/10561</w:t>
        <w:br/>
        <w:t>f 12409/11765/10560 12368/11751/10548 12408/11766/10561</w:t>
        <w:br/>
        <w:t>f 12420/11774/10569 12419/11775/10570 12418/11776/10571</w:t>
        <w:br/>
        <w:t>f 12417/11777/10572 12420/11774/10569 12418/11776/10571</w:t>
        <w:br/>
        <w:t>f 12418/11776/10571 12419/11775/10570 12421/11778/10573</w:t>
        <w:br/>
        <w:t>f 12422/11779/10574 12418/11776/10571 12421/11778/10573</w:t>
        <w:br/>
        <w:t>f 12426/11780/10575 12425/11781/10576 12424/11782/10577</w:t>
        <w:br/>
        <w:t>f 12423/11783/10578 12426/11780/10575 12424/11782/10577</w:t>
        <w:br/>
        <w:t>f 12429/11784/7597 12428/11785/10579 12427/11786/10580</w:t>
        <w:br/>
        <w:t>f 12430/11787/7598 12429/11784/7597 12427/11786/10580</w:t>
        <w:br/>
        <w:t>f 12427/11786/10580 12428/11785/10579 12431/11788/10581</w:t>
        <w:br/>
        <w:t>f 12432/11789/10582 12427/11786/10580 12431/11788/10581</w:t>
        <w:br/>
        <w:t>f 12434/11790/10583 12433/11791/7599 12430/11787/7598</w:t>
        <w:br/>
        <w:t>f 12427/11786/10580 12434/11790/10583 12430/11787/7598</w:t>
        <w:br/>
        <w:t>f 12434/11790/10583 12427/11786/10580 12432/11789/10582</w:t>
        <w:br/>
        <w:t>f 12425/11781/10576 12434/11790/10583 12432/11789/10582</w:t>
        <w:br/>
        <w:t>f 12437/11792/10584 12436/11793/10585 12435/11794/10586</w:t>
        <w:br/>
        <w:t>f 12438/11795/10587 12421/11778/10573 12419/11775/10570</w:t>
        <w:br/>
        <w:t>f 12439/11796/10588 12438/11795/10587 12419/11775/10570</w:t>
        <w:br/>
        <w:t>f 12439/11796/10588 12419/11775/10570 12420/11774/10569</w:t>
        <w:br/>
        <w:t>f 12440/11797/10589 12439/11796/10588 12420/11774/10569</w:t>
        <w:br/>
        <w:t>f 12443/11798/10590 12442/11799/10591 12441/11800/10592</w:t>
        <w:br/>
        <w:t>f 12444/11801/10593 12443/11798/10590 12441/11800/10592</w:t>
        <w:br/>
        <w:t>f 12444/11801/10593 12441/11800/10592 12445/11802/10594</w:t>
        <w:br/>
        <w:t>f 12446/11803/10595 12444/11801/10593 12445/11802/10594</w:t>
        <w:br/>
        <w:t>f 12446/11803/10595 12445/11802/10594 12447/11804/10596</w:t>
        <w:br/>
        <w:t>f 12448/11805/10597 12446/11803/10595 12447/11804/10596</w:t>
        <w:br/>
        <w:t>f 12431/11788/10581 12449/11806/10598 12440/11797/10589</w:t>
        <w:br/>
        <w:t>f 12420/11774/10569 12431/11788/10581 12440/11797/10589</w:t>
        <w:br/>
        <w:t>f 12451/11807/10599 12450/11808/10600 12428/11785/10579</w:t>
        <w:br/>
        <w:t>f 12429/11784/7597 12451/11807/10599 12428/11785/10579</w:t>
        <w:br/>
        <w:t>f 12431/11788/10581 12428/11785/10579 12450/11808/10600</w:t>
        <w:br/>
        <w:t>f 12449/11806/10598 12431/11788/10581 12450/11808/10600</w:t>
        <w:br/>
        <w:t>f 12452/11809/10601 12443/11798/10590 12444/11801/10593</w:t>
        <w:br/>
        <w:t>f 12453/11810/10602 12452/11809/10601 12444/11801/10593</w:t>
        <w:br/>
        <w:t>f 12456/11811/10603 12455/11812/9486 12454/11813/9488</w:t>
        <w:br/>
        <w:t>f 12457/11814/10604 12456/11811/10603 12454/11813/9488</w:t>
        <w:br/>
        <w:t>f 7961/8676/7676 7907/8621/7633 12459/11815/10605</w:t>
        <w:br/>
        <w:t>f 12458/11816/9490 7961/8676/7676 12459/11815/10605</w:t>
        <w:br/>
        <w:t>f 12417/11777/10572 12418/11776/10571 12460/11817/10606</w:t>
        <w:br/>
        <w:t>f 12424/11782/10577 12417/11777/10572 12460/11817/10606</w:t>
        <w:br/>
        <w:t>f 12460/11817/10606 12418/11776/10571 12422/11779/10574</w:t>
        <w:br/>
        <w:t>f 12461/11818/10607 12460/11817/10606 12422/11779/10574</w:t>
        <w:br/>
        <w:t>f 12441/11800/10592 12442/11799/10591 12463/11819/9198</w:t>
        <w:br/>
        <w:t>f 12462/11820/9201 12441/11800/10592 12463/11819/9198</w:t>
        <w:br/>
        <w:t>f 12464/11821/10608 12449/11806/10598 12450/11808/10600</w:t>
        <w:br/>
        <w:t>f 12465/11822/9205 12464/11821/10608 12450/11808/10600</w:t>
        <w:br/>
        <w:t>f 12465/11822/9205 12450/11808/10600 12451/11807/10599</w:t>
        <w:br/>
        <w:t>f 12467/11823/10609 12466/11824/10610 12445/11802/10594</w:t>
        <w:br/>
        <w:t>f 12468/11825/9211 12467/11823/10609 12445/11802/10594</w:t>
        <w:br/>
        <w:t>f 12445/11802/10594 12466/11824/10610 12447/11804/10596</w:t>
        <w:br/>
        <w:t>f 12472/11826/10611 12471/11827/10612 12470/11828/10613</w:t>
        <w:br/>
        <w:t>f 12469/11829/10614 12472/11826/10611 12470/11828/10613</w:t>
        <w:br/>
        <w:t>f 12437/11792/10584 12474/11830/10615 12473/11831/10616</w:t>
        <w:br/>
        <w:t>f 12436/11793/10585 12437/11792/10584 12473/11831/10616</w:t>
        <w:br/>
        <w:t>f 12420/11774/10569 12417/11777/10572 12432/11789/10582</w:t>
        <w:br/>
        <w:t>f 12431/11788/10581 12420/11774/10569 12432/11789/10582</w:t>
        <w:br/>
        <w:t>f 12449/11806/10598 12442/11799/10591 12440/11797/10589</w:t>
        <w:br/>
        <w:t>f 12464/11821/10608 12442/11799/10591 12449/11806/10598</w:t>
        <w:br/>
        <w:t>f 12476/11832/10617 12475/11833/10618 12456/11811/10603</w:t>
        <w:br/>
        <w:t>f 12457/11814/10604 12476/11832/10617 12456/11811/10603</w:t>
        <w:br/>
        <w:t>f 12478/11834/10619 12477/11835/9484 12455/11812/9486</w:t>
        <w:br/>
        <w:t>f 12456/11811/10603 12478/11834/10619 12455/11812/9486</w:t>
        <w:br/>
        <w:t>f 12448/11805/10597 12447/11804/10596 12473/11831/10616</w:t>
        <w:br/>
        <w:t>f 12471/11827/10612 12448/11805/10597 12473/11831/10616</w:t>
        <w:br/>
        <w:t>f 12471/11827/10612 12472/11826/10611 12479/11836/10620</w:t>
        <w:br/>
        <w:t>f 12448/11805/10597 12471/11827/10612 12479/11836/10620</w:t>
        <w:br/>
        <w:t>f 12417/11777/10572 12424/11782/10577 12425/11781/10576</w:t>
        <w:br/>
        <w:t>f 12432/11789/10582 12417/11777/10572 12425/11781/10576</w:t>
        <w:br/>
        <w:t>f 12480/11837/7670 12433/11791/7599 12434/11790/10583</w:t>
        <w:br/>
        <w:t>f 12434/11790/10583 12425/11781/10576 12426/11780/10575</w:t>
        <w:br/>
        <w:t>f 12480/11837/7670 12434/11790/10583 12426/11780/10575</w:t>
        <w:br/>
        <w:t>f 12423/11783/10578 12424/11782/10577 12460/11817/10606</w:t>
        <w:br/>
        <w:t>f 12481/11838/10621 12423/11783/10578 12460/11817/10606</w:t>
        <w:br/>
        <w:t>f 12481/11838/10621 12460/11817/10606 12461/11818/10607</w:t>
        <w:br/>
        <w:t>f 12482/11839/10622 12481/11838/10621 12461/11818/10607</w:t>
        <w:br/>
        <w:t>f 12447/11804/10596 12466/11824/10610 12478/11834/10619</w:t>
        <w:br/>
        <w:t>f 12466/11824/10610 12467/11823/10609 12477/11835/9484</w:t>
        <w:br/>
        <w:t>f 12478/11834/10619 12466/11824/10610 12477/11835/9484</w:t>
        <w:br/>
        <w:t>f 12447/11804/10596 12478/11834/10619 12436/11793/10585</w:t>
        <w:br/>
        <w:t>f 12473/11831/10616 12447/11804/10596 12436/11793/10585</w:t>
        <w:br/>
        <w:t>f 12453/11810/10602 12444/11801/10593 12446/11803/10595</w:t>
        <w:br/>
        <w:t>f 12483/11840/10623 12453/11810/10602 12446/11803/10595</w:t>
        <w:br/>
        <w:t>f 12448/11805/10597 12479/11836/10620 12483/11840/10623</w:t>
        <w:br/>
        <w:t>f 12446/11803/10595 12448/11805/10597 12483/11840/10623</w:t>
        <w:br/>
        <w:t>f 12443/11798/10590 12452/11809/10601 12484/11841/10624</w:t>
        <w:br/>
        <w:t>f 12488/11842/10625 12487/11843/10625 12486/11844/10626</w:t>
        <w:br/>
        <w:t>f 12485/11845/10627 12488/11842/10625 12486/11844/10626</w:t>
        <w:br/>
        <w:t>f 12442/11799/10591 12489/11846/9215 12463/11819/9198</w:t>
        <w:br/>
        <w:t>f 12478/11834/10619 12456/11811/10603 12436/11793/10585</w:t>
        <w:br/>
        <w:t>f 12457/11814/10604 12459/11815/10605 12491/11847/10628</w:t>
        <w:br/>
        <w:t>f 12490/11848/10629 12457/11814/10604 12491/11847/10628</w:t>
        <w:br/>
        <w:t>f 12458/11816/9490 12459/11815/10605 12457/11814/10604</w:t>
        <w:br/>
        <w:t>f 12454/11813/9488 12458/11816/9490 12457/11814/10604</w:t>
        <w:br/>
        <w:t>f 12459/11815/10605 7907/8621/7633 7908/8624/7636</w:t>
        <w:br/>
        <w:t>f 12491/11847/10628 12459/11815/10605 7908/8624/7636</w:t>
        <w:br/>
        <w:t>f 12441/11800/10592 12462/11820/9201 12468/11825/9211</w:t>
        <w:br/>
        <w:t>f 12465/11822/9205 12451/11807/10599 12492/11849/9210</w:t>
        <w:br/>
        <w:t>f 12443/11798/10590 12439/11796/10588 12440/11797/10589</w:t>
        <w:br/>
        <w:t>f 12442/11799/10591 12443/11798/10590 12440/11797/10589</w:t>
        <w:br/>
        <w:t>f 12442/11799/10591 12464/11821/10608 12489/11846/9215</w:t>
        <w:br/>
        <w:t>f 12468/11825/9211 12445/11802/10594 12441/11800/10592</w:t>
        <w:br/>
        <w:t>f 12439/11796/10588 12443/11798/10590 12484/11841/10624</w:t>
        <w:br/>
        <w:t>f 12438/11795/10587 12439/11796/10588 12484/11841/10624</w:t>
        <w:br/>
        <w:t>f 12494/11850/10630 12493/11851/10631 12485/11845/10627</w:t>
        <w:br/>
        <w:t>f 12486/11844/10626 12494/11850/10630 12485/11845/10627</w:t>
        <w:br/>
        <w:t>f 12476/11832/10617 12457/11814/10604 12490/11848/10629</w:t>
        <w:br/>
        <w:t>f 12435/11794/10586 12436/11793/10585 12456/11811/10603</w:t>
        <w:br/>
        <w:t>f 12475/11833/10618 12435/11794/10586 12456/11811/10603</w:t>
        <w:br/>
        <w:t>f 12523/11852/10632 12522/11853/10633 12521/11854/10634</w:t>
        <w:br/>
        <w:t>f 12520/11855/10635 12523/11852/10632 12521/11854/10634</w:t>
        <w:br/>
        <w:t>f 12521/11854/10634 12522/11853/10633 12524/11856/10636</w:t>
        <w:br/>
        <w:t>f 12525/11857/10637 12521/11854/10634 12524/11856/10636</w:t>
        <w:br/>
        <w:t>f 12527/11858/10638 12526/11859/10639 12525/11857/10637</w:t>
        <w:br/>
        <w:t>f 12524/11856/10636 12527/11858/10638 12525/11857/10637</w:t>
        <w:br/>
        <w:t>f 12528/11860/10640 12494/11850/10630 12486/11844/10626</w:t>
        <w:br/>
        <w:t>f 12530/11861/10641 12529/11862/10642 12494/11850/10630</w:t>
        <w:br/>
        <w:t>f 12532/11863/10643 12531/11864/10644 12529/11862/10642</w:t>
        <w:br/>
        <w:t>f 12534/11865/10645 12533/11866/10646 12471/11827/10612</w:t>
        <w:br/>
        <w:t>f 12520/11855/10635 12472/11826/10611 12469/11829/10614</w:t>
        <w:br/>
        <w:t>f 12523/11852/10632 12520/11855/10635 12469/11829/10614</w:t>
        <w:br/>
        <w:t>f 12470/11828/10613 12471/11827/10612 12533/11866/10646</w:t>
        <w:br/>
        <w:t>f 12473/11831/10616 12534/11865/10645 12471/11827/10612</w:t>
        <w:br/>
        <w:t>f 12474/11830/10615 12531/11864/10644 12534/11865/10645</w:t>
        <w:br/>
        <w:t>f 12473/11831/10616 12474/11830/10615 12534/11865/10645</w:t>
        <w:br/>
        <w:t>f 12486/11844/10626 12527/11858/10638 12528/11860/10640</w:t>
        <w:br/>
        <w:t>f 12526/11859/10639 12527/11858/10638 12486/11844/10626</w:t>
        <w:br/>
        <w:t>f 12410/11768/10563 12375/11758/10553 12413/11769/10564</w:t>
        <w:br/>
        <w:t>f 12413/11769/10564 12355/11738/10537 12414/11771/10566</w:t>
        <w:br/>
        <w:t>f 12530/11861/10641 12532/11863/10643 12529/11862/10642</w:t>
        <w:br/>
        <w:t>f 12531/11864/10644 12474/11830/10615 12529/11862/10642</w:t>
        <w:br/>
        <w:t>f 12528/11860/10640 12530/11861/10641 12494/11850/10630</w:t>
        <w:br/>
        <w:t>f 12411/11767/10562 12368/11751/10548 12375/11758/10553</w:t>
        <w:br/>
        <w:t>f 12538/11867/10647 12537/11868/10647 12536/11869/10647</w:t>
        <w:br/>
        <w:t>f 12535/11870/10647 12538/11867/10647 12536/11869/10647</w:t>
        <w:br/>
        <w:t>f 12542/11871/10648 12541/11872/10649 12540/11873/10648</w:t>
        <w:br/>
        <w:t>f 12539/11874/10650 12542/11871/10648 12540/11873/10648</w:t>
        <w:br/>
        <w:t>f 12546/11875/10651 12545/11876/10652 12544/11877/10653</w:t>
        <w:br/>
        <w:t>f 12543/11878/10654 12546/11875/10651 12544/11877/10653</w:t>
        <w:br/>
        <w:t>f 12550/11879/10655 12549/11880/10656 12548/11881/10657</w:t>
        <w:br/>
        <w:t>f 12547/11882/10658 12550/11879/10655 12548/11881/10657</w:t>
        <w:br/>
        <w:t>f 12553/11883/10659 12552/11884/10659 12551/11885/10659</w:t>
        <w:br/>
        <w:t>f 12554/11886/10659 12553/11883/10659 12551/11885/10659</w:t>
        <w:br/>
        <w:t>f 12558/11887/10660 12557/11888/10660 12556/11889/10660</w:t>
        <w:br/>
        <w:t>f 12555/11890/10660 12558/11887/10660 12556/11889/10660</w:t>
        <w:br/>
        <w:t>f 12562/11891/10661 12561/11892/10662 12560/11893/10663</w:t>
        <w:br/>
        <w:t>f 12559/11894/10664 12562/11891/10661 12560/11893/10663</w:t>
        <w:br/>
        <w:t>f 12566/11895/10665 12565/11896/10666 12564/11897/10665</w:t>
        <w:br/>
        <w:t>f 12563/11898/10666 12566/11895/10665 12564/11897/10665</w:t>
        <w:br/>
        <w:t>f 12570/11899/10667 12569/11900/10668 12568/11901/10667</w:t>
        <w:br/>
        <w:t>f 12567/11902/10669 12570/11899/10667 12568/11901/10667</w:t>
        <w:br/>
        <w:t>f 12574/11903/10670 12573/11904/10670 12572/11905/10671</w:t>
        <w:br/>
        <w:t>f 12571/11906/10670 12574/11903/10670 12572/11905/10671</w:t>
        <w:br/>
        <w:t>f 12578/11907/10672 12577/11908/10672 12576/11909/10672</w:t>
        <w:br/>
        <w:t>f 12575/11910/10672 12578/11907/10672 12576/11909/10672</w:t>
        <w:br/>
        <w:t>f 12582/11911/10673 12581/11912/10674 12580/11913/10675</w:t>
        <w:br/>
        <w:t>f 12579/11914/10676 12582/11911/10673 12580/11913/10675</w:t>
        <w:br/>
        <w:t>f 12586/11915/10677 12585/11916/10678 12584/11917/10679</w:t>
        <w:br/>
        <w:t>f 12583/11918/10680 12586/11915/10677 12584/11917/10679</w:t>
        <w:br/>
        <w:t>f 12590/11919/10681 12589/11920/10681 12588/11921/10682</w:t>
        <w:br/>
        <w:t>f 12587/11922/10683 12590/11919/10681 12588/11921/10682</w:t>
        <w:br/>
        <w:t>f 12594/11923/10684 12593/11924/10684 12592/11925/10684</w:t>
        <w:br/>
        <w:t>f 12591/11926/10684 12594/11923/10684 12592/11925/10684</w:t>
        <w:br/>
        <w:t>f 12598/11927/10685 12597/11928/10685 12596/11929/10686</w:t>
        <w:br/>
        <w:t>f 12595/11930/10685 12598/11927/10685 12596/11929/10686</w:t>
        <w:br/>
        <w:t>f 12602/11931/10687 12601/11932/10688 12600/11933/10689</w:t>
        <w:br/>
        <w:t>f 12599/11934/10690 12602/11931/10687 12600/11933/10689</w:t>
        <w:br/>
        <w:t>f 12606/11935/10691 12605/11936/10692 12604/11937/10692</w:t>
        <w:br/>
        <w:t>f 12603/11938/10691 12606/11935/10691 12604/11937/10692</w:t>
        <w:br/>
        <w:t>f 12610/11939/10693 12609/11940/10694 12608/11941/10695</w:t>
        <w:br/>
        <w:t>f 12607/11942/10694 12610/11939/10693 12608/11941/10695</w:t>
        <w:br/>
        <w:t>f 12614/11943/10696 12613/11944/10697 12612/11945/10698</w:t>
        <w:br/>
        <w:t>f 12611/11946/10697 12614/11943/10696 12612/11945/10698</w:t>
        <w:br/>
        <w:t>f 12617/11947/10699 12616/11948/10700 12615/11949/10700</w:t>
        <w:br/>
        <w:t>f 12618/11950/10701 12617/11947/10699 12615/11949/10700</w:t>
        <w:br/>
        <w:t>f 12622/11951/10702 12621/11952/10702 12620/11953/10702</w:t>
        <w:br/>
        <w:t>f 12619/11954/10702 12622/11951/10702 12620/11953/10702</w:t>
        <w:br/>
        <w:t>f 12626/11955/10703 12625/11956/10704 12624/11957/10705</w:t>
        <w:br/>
        <w:t>f 12623/11958/10706 12626/11955/10703 12624/11957/10705</w:t>
        <w:br/>
        <w:t>f 12630/11959/10707 12629/11960/10707 12628/11961/10708</w:t>
        <w:br/>
        <w:t>f 12627/11962/10707 12630/11959/10707 12628/11961/10708</w:t>
        <w:br/>
        <w:t>f 12634/11963/10709 12633/11964/10709 12632/11965/10709</w:t>
        <w:br/>
        <w:t>f 12631/11966/10709 12634/11963/10709 12632/11965/10709</w:t>
        <w:br/>
        <w:t>f 12638/11967/10710 12637/11968/10711 12636/11969/10712</w:t>
        <w:br/>
        <w:t>f 12635/11970/10713 12638/11967/10710 12636/11969/10712</w:t>
        <w:br/>
        <w:t>f 12642/11971/10714 12641/11972/10714 12640/11973/10714</w:t>
        <w:br/>
        <w:t>f 12639/11974/10715 12642/11971/10714 12640/11973/10714</w:t>
        <w:br/>
        <w:t>f 12646/11975/10716 12645/11976/10716 12644/11977/10717</w:t>
        <w:br/>
        <w:t>f 12643/11978/10717 12646/11975/10716 12644/11977/10717</w:t>
        <w:br/>
        <w:t>f 12650/11979/10718 12649/11980/10719 12648/11981/10718</w:t>
        <w:br/>
        <w:t>f 12647/11982/10720 12650/11979/10718 12648/11981/10718</w:t>
        <w:br/>
        <w:t>f 12654/11983/10721 12653/11984/10721 12652/11985/10721</w:t>
        <w:br/>
        <w:t>f 12651/11986/10722 12654/11983/10721 12652/11985/10721</w:t>
        <w:br/>
        <w:t>f 12658/11987/10723 12657/11988/10724 12656/11989/10723</w:t>
        <w:br/>
        <w:t>f 12655/11990/10724 12658/11987/10723 12656/11989/10723</w:t>
        <w:br/>
        <w:t>f 12662/11991/10725 12661/11992/10726 12660/11993/10727</w:t>
        <w:br/>
        <w:t>f 12659/11994/10728 12662/11991/10725 12660/11993/10727</w:t>
        <w:br/>
        <w:t>f 12666/11995/10729 12665/11996/10730 12664/11997/10731</w:t>
        <w:br/>
        <w:t>f 12663/11998/10730 12666/11995/10729 12664/11997/10731</w:t>
        <w:br/>
        <w:t>f 12670/11999/10732 12669/12000/10732 12668/12001/10732</w:t>
        <w:br/>
        <w:t>f 12667/12002/10732 12670/11999/10732 12668/12001/10732</w:t>
        <w:br/>
        <w:t>f 12674/12003/10733 12673/12004/10734 12672/12005/10734</w:t>
        <w:br/>
        <w:t>f 12671/12006/10735 12674/12003/10733 12672/12005/10734</w:t>
        <w:br/>
        <w:t>f 12678/12007/10736 12677/12008/10737 12676/12009/10738</w:t>
        <w:br/>
        <w:t>f 12675/12010/10739 12678/12007/10736 12676/12009/10738</w:t>
        <w:br/>
        <w:t>f 12682/12011/10740 12681/12012/10741 12680/12013/10742</w:t>
        <w:br/>
        <w:t>f 12679/12014/10741 12682/12011/10740 12680/12013/10742</w:t>
        <w:br/>
        <w:t>f 12686/12015/10743 12685/12016/10744 12684/12017/10745</w:t>
        <w:br/>
        <w:t>f 12683/12018/10744 12686/12015/10743 12684/12017/10745</w:t>
        <w:br/>
        <w:t>f 12690/12019/10746 12689/12020/10747 12688/12021/10748</w:t>
        <w:br/>
        <w:t>f 12687/12022/10747 12690/12019/10746 12688/12021/10748</w:t>
        <w:br/>
        <w:t>f 12694/12023/10749 12693/12024/10750 12692/12025/10751</w:t>
        <w:br/>
        <w:t>f 12691/12026/10749 12694/12023/10749 12692/12025/10751</w:t>
        <w:br/>
        <w:t>f 12698/12027/10752 12697/12028/10753 12696/12029/10754</w:t>
        <w:br/>
        <w:t>f 12695/12030/10755 12698/12027/10752 12696/12029/10754</w:t>
        <w:br/>
        <w:t>f 12702/12031/10756 12701/12032/10757 12700/12033/10756</w:t>
        <w:br/>
        <w:t>f 12699/12034/10758 12702/12031/10756 12700/12033/10756</w:t>
        <w:br/>
        <w:t>f 12706/12035/10759 12705/12036/10760 12704/12037/10761</w:t>
        <w:br/>
        <w:t>f 12703/12038/10762 12706/12035/10759 12704/12037/10761</w:t>
        <w:br/>
        <w:t>f 12710/12039/10763 12709/12040/10764 12708/12041/10765</w:t>
        <w:br/>
        <w:t>f 12707/12042/10763 12710/12039/10763 12708/12041/10765</w:t>
        <w:br/>
        <w:t>f 12714/12043/10766 12713/12044/10767 12712/12045/10767</w:t>
        <w:br/>
        <w:t>f 12711/12046/10766 12714/12043/10766 12712/12045/10767</w:t>
        <w:br/>
        <w:t>f 12718/12047/10768 12717/12048/10769 12716/12049/10770</w:t>
        <w:br/>
        <w:t>f 12715/12050/10769 12718/12047/10768 12716/12049/10770</w:t>
        <w:br/>
        <w:t>f 12721/12051/10771 12720/12052/10771 12719/12053/10772</w:t>
        <w:br/>
        <w:t>f 12722/12054/10772 12721/12051/10771 12719/12053/10772</w:t>
        <w:br/>
        <w:t>f 12725/12055/10773 12724/12056/10773 12723/12057/10774</w:t>
        <w:br/>
        <w:t>f 12726/12058/10775 12725/12055/10773 12723/12057/10774</w:t>
        <w:br/>
        <w:t>f 12730/12059/10776 12729/12060/10776 12728/12061/10777</w:t>
        <w:br/>
        <w:t>f 12727/12062/10776 12730/12059/10776 12728/12061/10777</w:t>
        <w:br/>
        <w:t>f 12734/12063/10778 12733/12064/10779 12732/12065/10778</w:t>
        <w:br/>
        <w:t>f 12731/12066/10780 12734/12063/10778 12732/12065/10778</w:t>
        <w:br/>
        <w:t>f 12738/12067/10781 12737/12068/10782 12736/12069/10781</w:t>
        <w:br/>
        <w:t>f 12735/12070/10783 12738/12067/10781 12736/12069/10781</w:t>
        <w:br/>
        <w:t>f 12742/12071/10784 12741/12072/10785 12740/12073/10786</w:t>
        <w:br/>
        <w:t>f 12739/12074/10787 12742/12071/10784 12740/12073/10786</w:t>
        <w:br/>
        <w:t>f 12746/12075/10788 12745/12076/10789 12744/12077/10790</w:t>
        <w:br/>
        <w:t>f 12743/12078/10791 12746/12075/10788 12744/12077/10790</w:t>
        <w:br/>
        <w:t>f 12750/12079/10792 12749/12080/10793 12748/12081/10794</w:t>
        <w:br/>
        <w:t>f 12747/12082/10795 12750/12079/10792 12748/12081/10794</w:t>
        <w:br/>
        <w:t>f 12754/12083/10796 12753/12084/10797 12752/12085/10798</w:t>
        <w:br/>
        <w:t>f 12751/12086/10799 12754/12083/10796 12752/12085/10798</w:t>
        <w:br/>
        <w:t>f 12758/12087/10800 12757/12088/10801 12756/12089/10802</w:t>
        <w:br/>
        <w:t>f 12755/12090/10803 12758/12087/10800 12756/12089/10802</w:t>
        <w:br/>
        <w:t>f 12762/12091/10804 12761/12092/10804 12760/12093/10805</w:t>
        <w:br/>
        <w:t>f 12759/12094/10806 12762/12091/10804 12760/12093/10805</w:t>
        <w:br/>
        <w:t>f 12766/12095/10807 12765/12096/10808 12764/12097/10809</w:t>
        <w:br/>
        <w:t>f 12763/12098/10810 12766/12095/10807 12764/12097/10809</w:t>
        <w:br/>
        <w:t>f 12770/12099/10811 12769/12100/10812 12768/12101/10813</w:t>
        <w:br/>
        <w:t>f 12767/12102/10814 12770/12099/10811 12768/12101/10813</w:t>
        <w:br/>
        <w:t>f 12773/12103/10815 12772/12104/10816 12771/12105/10817</w:t>
        <w:br/>
        <w:t>f 12774/12106/10818 12773/12103/10815 12771/12105/10817</w:t>
        <w:br/>
        <w:t>f 12778/12107/10819 12777/12108/10820 12776/12109/10821</w:t>
        <w:br/>
        <w:t>f 12775/12110/10822 12778/12107/10819 12776/12109/10821</w:t>
        <w:br/>
        <w:t>f 12782/12111/10823 12781/12112/10824 12780/12113/10825</w:t>
        <w:br/>
        <w:t>f 12779/12114/10826 12782/12111/10823 12780/12113/10825</w:t>
        <w:br/>
        <w:t>f 12786/12115/10827 12785/12116/10828 12784/12117/10829</w:t>
        <w:br/>
        <w:t>f 12783/12118/10830 12786/12115/10827 12784/12117/10829</w:t>
        <w:br/>
        <w:t>f 12790/12119/10831 12789/12120/10832 12788/12121/10833</w:t>
        <w:br/>
        <w:t>f 12787/12122/10834 12790/12119/10831 12788/12121/10833</w:t>
        <w:br/>
        <w:t>f 12794/12123/10835 12793/12124/10836 12792/12125/10837</w:t>
        <w:br/>
        <w:t>f 12791/12126/10836 12794/12123/10835 12792/12125/10837</w:t>
        <w:br/>
        <w:t>f 12798/12127/10838 12797/12128/10839 12796/12129/10840</w:t>
        <w:br/>
        <w:t>f 12795/12130/10841 12798/12127/10838 12796/12129/10840</w:t>
        <w:br/>
        <w:t>f 12801/12131/10842 12800/12132/10843 12799/12133/10842</w:t>
        <w:br/>
        <w:t>f 12802/12134/10844 12801/12131/10842 12799/12133/10842</w:t>
        <w:br/>
        <w:t>f 12806/12135/10845 12805/12136/10846 12804/12137/10847</w:t>
        <w:br/>
        <w:t>f 12803/12138/10848 12806/12135/10845 12804/12137/10847</w:t>
        <w:br/>
        <w:t>f 12810/12139/10849 12809/12140/10850 12808/12141/10849</w:t>
        <w:br/>
        <w:t>f 12807/12142/10851 12810/12139/10849 12808/12141/10849</w:t>
        <w:br/>
        <w:t>f 12813/12143/10852 12812/12144/10853 12811/12145/10854</w:t>
        <w:br/>
        <w:t>f 12814/12146/10855 12813/12143/10852 12811/12145/10854</w:t>
        <w:br/>
        <w:t>f 12818/12147/10856 12817/12148/10857 12816/12149/10858</w:t>
        <w:br/>
        <w:t>f 12815/12150/10857 12818/12147/10856 12816/12149/10858</w:t>
        <w:br/>
        <w:t>f 12822/12151/10859 12821/12152/10860 12820/12153/10861</w:t>
        <w:br/>
        <w:t>f 12819/12154/10862 12822/12151/10859 12820/12153/10861</w:t>
        <w:br/>
        <w:t>f 12826/12155/10863 12825/12156/10863 12824/12157/10864</w:t>
        <w:br/>
        <w:t>f 12823/12158/10863 12826/12155/10863 12824/12157/10864</w:t>
        <w:br/>
        <w:t>f 12830/12159/10865 12829/12160/10866 12828/12161/10867</w:t>
        <w:br/>
        <w:t>f 12827/12162/10868 12830/12159/10865 12828/12161/10867</w:t>
        <w:br/>
        <w:t>f 12834/12163/10869 12833/12164/10870 12832/12165/10871</w:t>
        <w:br/>
        <w:t>f 12831/12166/10872 12834/12163/10869 12832/12165/10871</w:t>
        <w:br/>
        <w:t>f 12838/12167/10873 12837/12168/10874 12836/12169/10875</w:t>
        <w:br/>
        <w:t>f 12835/12170/10876 12838/12167/10873 12836/12169/10875</w:t>
        <w:br/>
        <w:t>f 12842/12171/10877 12841/12172/10878 12840/12173/10879</w:t>
        <w:br/>
        <w:t>f 12839/12174/10880 12842/12171/10877 12840/12173/10879</w:t>
        <w:br/>
        <w:t>f 12846/12175/10881 12845/12176/10882 12844/12177/10883</w:t>
        <w:br/>
        <w:t>f 12843/12178/10884 12846/12175/10881 12844/12177/10883</w:t>
        <w:br/>
        <w:t>f 12850/12179/10885 12849/12180/10886 12848/12181/10885</w:t>
        <w:br/>
        <w:t>f 12847/12182/10887 12850/12179/10885 12848/12181/10885</w:t>
        <w:br/>
        <w:t>f 12854/12183/10888 12853/12184/10888 12852/12185/10889</w:t>
        <w:br/>
        <w:t>f 12851/12186/10890 12854/12183/10888 12852/12185/10889</w:t>
        <w:br/>
        <w:t>f 12858/12187/10891 12857/12188/10892 12856/12189/10892</w:t>
        <w:br/>
        <w:t>f 12855/12190/10893 12858/12187/10891 12856/12189/10892</w:t>
        <w:br/>
        <w:t>f 12862/12191/10894 12861/12192/10895 12860/12193/10896</w:t>
        <w:br/>
        <w:t>f 12859/12194/10897 12862/12191/10894 12860/12193/10896</w:t>
        <w:br/>
        <w:t>f 12866/12195/10898 12865/12196/10899 12864/12197/10898</w:t>
        <w:br/>
        <w:t>f 12863/12198/10900 12866/12195/10898 12864/12197/10898</w:t>
        <w:br/>
        <w:t>f 12869/12199/10901 12868/12200/10902 12867/12201/10903</w:t>
        <w:br/>
        <w:t>f 12870/12202/10904 12869/12199/10901 12867/12201/10903</w:t>
        <w:br/>
        <w:t>f 12874/12203/10905 12873/12204/10906 12872/12205/10907</w:t>
        <w:br/>
        <w:t>f 12871/12206/10908 12874/12203/10905 12872/12205/10907</w:t>
        <w:br/>
        <w:t>f 12878/12207/10909 12877/12208/10910 12876/12209/10911</w:t>
        <w:br/>
        <w:t>f 12875/12210/10912 12878/12207/10909 12876/12209/10911</w:t>
        <w:br/>
        <w:t>f 12881/12211/10913 12880/12212/10914 12879/12213/10915</w:t>
        <w:br/>
        <w:t>f 12882/12214/10914 12881/12211/10913 12879/12213/10915</w:t>
        <w:br/>
        <w:t>f 12886/12215/10916 12885/12216/10917 12884/12217/10917</w:t>
        <w:br/>
        <w:t>f 12883/12218/10918 12886/12215/10916 12884/12217/10917</w:t>
        <w:br/>
        <w:t>f 12890/12219/10919 12889/12220/10920 12888/12221/10919</w:t>
        <w:br/>
        <w:t>f 12887/12222/10921 12890/12219/10919 12888/12221/10919</w:t>
        <w:br/>
        <w:t>f 12893/12223/10922 12892/12224/10923 12891/12225/10924</w:t>
        <w:br/>
        <w:t>f 12894/12226/10922 12893/12223/10922 12891/12225/10924</w:t>
        <w:br/>
        <w:t>f 12898/12227/10925 12897/12228/10926 12896/12229/10925</w:t>
        <w:br/>
        <w:t>f 12895/12230/10927 12898/12227/10925 12896/12229/10925</w:t>
        <w:br/>
        <w:t>f 12902/12231/10928 12901/12232/10929 12900/12233/10930</w:t>
        <w:br/>
        <w:t>f 12899/12234/10931 12902/12231/10928 12900/12233/10930</w:t>
        <w:br/>
        <w:t>f 12906/12235/10932 12905/12236/10932 12904/12237/10933</w:t>
        <w:br/>
        <w:t>f 12903/12238/10934 12906/12235/10932 12904/12237/10933</w:t>
        <w:br/>
        <w:t>f 12910/12239/10935 12909/12240/10936 12908/12241/10937</w:t>
        <w:br/>
        <w:t>f 12907/12242/10938 12910/12239/10935 12908/12241/10937</w:t>
        <w:br/>
        <w:t>f 12914/12243/10939 12913/12244/10940 12912/12245/10941</w:t>
        <w:br/>
        <w:t>f 12911/12246/10942 12914/12243/10939 12912/12245/10941</w:t>
        <w:br/>
        <w:t>f 12918/12247/10943 12917/12248/10944 12916/12249/10945</w:t>
        <w:br/>
        <w:t>f 12915/12250/10946 12918/12247/10943 12916/12249/10945</w:t>
        <w:br/>
        <w:t>f 12922/12251/10947 12921/12252/10948 12920/12253/10949</w:t>
        <w:br/>
        <w:t>f 12919/12254/10950 12922/12251/10947 12920/12253/10949</w:t>
        <w:br/>
        <w:t>f 12926/12255/10951 12925/12256/10952 12924/12257/10953</w:t>
        <w:br/>
        <w:t>f 12923/12258/10954 12926/12255/10951 12924/12257/10953</w:t>
        <w:br/>
        <w:t>f 12930/12259/10955 12929/12260/10956 12928/12261/10957</w:t>
        <w:br/>
        <w:t>f 12927/12262/10958 12930/12259/10955 12928/12261/10957</w:t>
        <w:br/>
        <w:t>f 12934/12263/10959 12933/12264/10960 12932/12265/10961</w:t>
        <w:br/>
        <w:t>f 12931/12266/10962 12934/12263/10959 12932/12265/10961</w:t>
        <w:br/>
        <w:t>f 12938/12267/10963 12937/12268/10964 12936/12269/10965</w:t>
        <w:br/>
        <w:t>f 12935/12270/10966 12938/12267/10963 12936/12269/10965</w:t>
        <w:br/>
        <w:t>f 12942/12271/10967 12941/12272/10967 12940/12273/10968</w:t>
        <w:br/>
        <w:t>f 12939/12274/10969 12942/12271/10967 12940/12273/10968</w:t>
        <w:br/>
        <w:t>f 12946/12275/10970 12945/12276/10971 12944/12277/10972</w:t>
        <w:br/>
        <w:t>f 12943/12278/10973 12946/12275/10970 12944/12277/10972</w:t>
        <w:br/>
        <w:t>f 12950/12279/10974 12949/12280/10975 12948/12281/10975</w:t>
        <w:br/>
        <w:t>f 12947/12282/10976 12950/12279/10974 12948/12281/10975</w:t>
        <w:br/>
        <w:t>f 12954/12283/10977 12953/12284/10978 12952/12285/10979</w:t>
        <w:br/>
        <w:t>f 12951/12286/10980 12954/12283/10977 12952/12285/10979</w:t>
        <w:br/>
        <w:t>f 12958/12287/10981 12957/12288/10981 12956/12289/10982</w:t>
        <w:br/>
        <w:t>f 12955/12290/10983 12958/12287/10981 12956/12289/10982</w:t>
        <w:br/>
        <w:t>f 12962/12291/10984 12961/12292/10985 12960/12293/10986</w:t>
        <w:br/>
        <w:t>f 12959/12294/10987 12962/12291/10984 12960/12293/10986</w:t>
        <w:br/>
        <w:t>f 12966/12295/10988 12965/12296/10989 12964/12297/10990</w:t>
        <w:br/>
        <w:t>f 12963/12298/10991 12966/12295/10988 12964/12297/10990</w:t>
        <w:br/>
        <w:t>f 12970/12299/10992 12969/12300/10993 12968/12301/10994</w:t>
        <w:br/>
        <w:t>f 12967/12302/10995 12970/12299/10992 12968/12301/10994</w:t>
        <w:br/>
        <w:t>f 12974/12303/10996 12973/12304/10997 12972/12305/10998</w:t>
        <w:br/>
        <w:t>f 12971/12306/10999 12974/12303/10996 12972/12305/10998</w:t>
        <w:br/>
        <w:t>f 12978/12307/11000 12977/12308/11001 12976/12309/11002</w:t>
        <w:br/>
        <w:t>f 12975/12310/11000 12978/12307/11000 12976/12309/11002</w:t>
        <w:br/>
        <w:t>f 12982/12311/11003 12981/12312/11004 12980/12313/11005</w:t>
        <w:br/>
        <w:t>f 12979/12314/11006 12982/12311/11003 12980/12313/11005</w:t>
        <w:br/>
        <w:t>f 12986/12315/11007 12985/12316/11008 12984/12317/11008</w:t>
        <w:br/>
        <w:t>f 12983/12318/11007 12986/12315/11007 12984/12317/11008</w:t>
        <w:br/>
        <w:t>f 12990/12319/11009 12989/12320/11010 12988/12321/11011</w:t>
        <w:br/>
        <w:t>f 12987/12322/11012 12990/12319/11009 12988/12321/11011</w:t>
        <w:br/>
        <w:t>f 12994/12323/11013 12993/12324/11014 12992/12325/11015</w:t>
        <w:br/>
        <w:t>f 12991/12326/11016 12994/12323/11013 12992/12325/11015</w:t>
        <w:br/>
        <w:t>f 12998/12327/11017 12997/12328/11018 12996/12329/11019</w:t>
        <w:br/>
        <w:t>f 12995/12330/11020 12998/12327/11017 12996/12329/11019</w:t>
        <w:br/>
        <w:t>f 13002/12331/11021 13001/12332/11022 13000/12333/11022</w:t>
        <w:br/>
        <w:t>f 12999/12334/11023 13002/12331/11021 13000/12333/11022</w:t>
        <w:br/>
        <w:t>f 13006/12335/11024 13005/12336/11025 13004/12337/11026</w:t>
        <w:br/>
        <w:t>f 13003/12338/11027 13006/12335/11024 13004/12337/11026</w:t>
        <w:br/>
        <w:t>f 13010/12339/11028 13009/12340/11029 13008/12341/11030</w:t>
        <w:br/>
        <w:t>f 13007/12342/11031 13010/12339/11028 13008/12341/11030</w:t>
        <w:br/>
        <w:t>f 13014/12343/11032 13013/12344/11033 13012/12345/11034</w:t>
        <w:br/>
        <w:t>f 13011/12346/11035 13014/12343/11032 13012/12345/11034</w:t>
        <w:br/>
        <w:t>f 13018/12347/11036 13017/12348/11037 13016/12349/11036</w:t>
        <w:br/>
        <w:t>f 13015/12350/11038 13018/12347/11036 13016/12349/11036</w:t>
        <w:br/>
        <w:t>f 13022/12351/11039 13021/12352/11040 13020/12353/11041</w:t>
        <w:br/>
        <w:t>f 13019/12354/11042 13022/12351/11039 13020/12353/11041</w:t>
        <w:br/>
        <w:t>f 13026/12355/11043 13025/12356/11044 13024/12357/11045</w:t>
        <w:br/>
        <w:t>f 13023/12358/11046 13026/12355/11043 13024/12357/11045</w:t>
        <w:br/>
        <w:t>f 13030/12359/11047 13029/12360/11048 13028/12361/11049</w:t>
        <w:br/>
        <w:t>f 13027/12362/11050 13030/12359/11047 13028/12361/11049</w:t>
        <w:br/>
        <w:t>f 13034/12363/11051 13033/12364/11052 13032/12365/11053</w:t>
        <w:br/>
        <w:t>f 13031/12366/11053 13034/12363/11051 13032/12365/11053</w:t>
        <w:br/>
        <w:t>f 13038/12367/11054 13037/12368/11055 13036/12369/11056</w:t>
        <w:br/>
        <w:t>f 13035/12370/11057 13038/12367/11054 13036/12369/11056</w:t>
        <w:br/>
        <w:t>f 13042/12371/11058 13041/12372/11058 13040/12373/11059</w:t>
        <w:br/>
        <w:t>f 13039/12374/11058 13042/12371/11058 13040/12373/11059</w:t>
        <w:br/>
        <w:t>f 13046/12375/11060 13045/12376/11061 13044/12377/11062</w:t>
        <w:br/>
        <w:t>f 13043/12378/11063 13046/12375/11060 13044/12377/11062</w:t>
        <w:br/>
        <w:t>f 13050/12379/11064 13049/12380/11065 13048/12381/11066</w:t>
        <w:br/>
        <w:t>f 13047/12382/11064 13050/12379/11064 13048/12381/11066</w:t>
        <w:br/>
        <w:t>f 13054/12383/11067 13053/12384/11068 13052/12385/11068</w:t>
        <w:br/>
        <w:t>f 13051/12386/11069 13054/12383/11067 13052/12385/11068</w:t>
        <w:br/>
        <w:t>f 13058/12387/11070 13057/12388/11071 13056/12389/11072</w:t>
        <w:br/>
        <w:t>f 13055/12390/11073 13058/12387/11070 13056/12389/11072</w:t>
        <w:br/>
        <w:t>f 13062/12391/11074 13061/12392/11075 13060/12393/11076</w:t>
        <w:br/>
        <w:t>f 13059/12394/11077 13062/12391/11074 13060/12393/11076</w:t>
        <w:br/>
        <w:t>f 13066/12395/11078 13065/12396/11079 13064/12397/11080</w:t>
        <w:br/>
        <w:t>f 13063/12398/11081 13066/12395/11078 13064/12397/11080</w:t>
        <w:br/>
        <w:t>f 13070/12399/11082 13069/12400/11082 13068/12401/11083</w:t>
        <w:br/>
        <w:t>f 13067/12402/11084 13070/12399/11082 13068/12401/11083</w:t>
        <w:br/>
        <w:t>f 13074/12403/11085 13073/12404/11086 13072/12405/11087</w:t>
        <w:br/>
        <w:t>f 13071/12406/11088 13074/12403/11085 13072/12405/11087</w:t>
        <w:br/>
        <w:t>f 13078/12407/11089 13077/12408/11090 13076/12409/11091</w:t>
        <w:br/>
        <w:t>f 13075/12410/11092 13078/12407/11089 13076/12409/11091</w:t>
        <w:br/>
        <w:t>f 13082/12411/11093 13081/12412/11094 13080/12413/11095</w:t>
        <w:br/>
        <w:t>f 13079/12414/11096 13082/12411/11093 13080/12413/11095</w:t>
        <w:br/>
        <w:t>f 13086/12415/11097 13085/12416/11097 13084/12417/11098</w:t>
        <w:br/>
        <w:t>f 13083/12418/11099 13086/12415/11097 13084/12417/11098</w:t>
        <w:br/>
        <w:t>f 13090/12419/11100 13089/12420/11101 13088/12421/11102</w:t>
        <w:br/>
        <w:t>f 13087/12422/11103 13090/12419/11100 13088/12421/11102</w:t>
        <w:br/>
        <w:t>f 13094/12423/11104 13093/12424/11105 13092/12425/11106</w:t>
        <w:br/>
        <w:t>f 13091/12426/11107 13094/12423/11104 13092/12425/11106</w:t>
        <w:br/>
        <w:t>f 13098/12427/11108 13097/12428/11109 13096/12429/11110</w:t>
        <w:br/>
        <w:t>f 13095/12430/11111 13098/12427/11108 13096/12429/11110</w:t>
        <w:br/>
        <w:t>f 13102/12431/11112 13101/12432/11113 13100/12433/11114</w:t>
        <w:br/>
        <w:t>f 13099/12434/11115 13102/12431/11112 13100/12433/11114</w:t>
        <w:br/>
        <w:t>f 13106/12435/11116 13105/12436/11116 13104/12437/11117</w:t>
        <w:br/>
        <w:t>f 13103/12438/11117 13106/12435/11116 13104/12437/11117</w:t>
        <w:br/>
        <w:t>f 13110/12439/11118 13109/12440/11119 13108/12441/11120</w:t>
        <w:br/>
        <w:t>f 13107/12442/11121 13110/12439/11118 13108/12441/11120</w:t>
        <w:br/>
        <w:t>f 13114/12443/11122 13113/12444/11122 13112/12445/11123</w:t>
        <w:br/>
        <w:t>f 13111/12446/11124 13114/12443/11122 13112/12445/11123</w:t>
        <w:br/>
        <w:t>f 13118/12447/11125 13117/12448/11126 13116/12449/11127</w:t>
        <w:br/>
        <w:t>f 13115/12450/11128 13118/12447/11125 13116/12449/11127</w:t>
        <w:br/>
        <w:t>f 13122/12451/11129 13121/12452/11130 13120/12453/11131</w:t>
        <w:br/>
        <w:t>f 13119/12454/11132 13122/12451/11129 13120/12453/11131</w:t>
        <w:br/>
        <w:t>f 13126/12455/11133 13125/12456/11134 13124/12457/11135</w:t>
        <w:br/>
        <w:t>f 13123/12458/11136 13126/12455/11133 13124/12457/11135</w:t>
        <w:br/>
        <w:t>f 13129/12459/11137 13128/12460/11137 13127/12461/11138</w:t>
        <w:br/>
        <w:t>f 13130/12462/11137 13129/12459/11137 13127/12461/11138</w:t>
        <w:br/>
        <w:t>f 13134/12463/11139 13133/12464/11140 13132/12465/11141</w:t>
        <w:br/>
        <w:t>f 13131/12466/11142 13134/12463/11139 13132/12465/11141</w:t>
        <w:br/>
        <w:t>f 13138/12467/11143 13137/12468/11144 13136/12469/11145</w:t>
        <w:br/>
        <w:t>f 13135/12470/11146 13138/12467/11143 13136/12469/11145</w:t>
        <w:br/>
        <w:t>f 13142/12471/11147 13141/12472/11148 13140/12473/11148</w:t>
        <w:br/>
        <w:t>f 13139/12474/11149 13142/12471/11147 13140/12473/11148</w:t>
        <w:br/>
        <w:t>f 13146/12475/11150 13145/12476/11151 13144/12477/11152</w:t>
        <w:br/>
        <w:t>f 13143/12478/11151 13146/12475/11150 13144/12477/11152</w:t>
        <w:br/>
        <w:t>f 13150/12479/11153 13149/12480/11153 13148/12481/11154</w:t>
        <w:br/>
        <w:t>f 13147/12482/11155 13150/12479/11153 13148/12481/11154</w:t>
        <w:br/>
        <w:t>f 13154/12483/11156 13153/12484/11157 13152/12485/11158</w:t>
        <w:br/>
        <w:t>f 13151/12486/11159 13154/12483/11156 13152/12485/11158</w:t>
        <w:br/>
        <w:t>f 13155/12487/11160 12780/12113/10825 12763/12098/10810</w:t>
        <w:br/>
        <w:t>f 13156/12488/11161 12756/12089/10802 12771/12105/10817</w:t>
        <w:br/>
        <w:t>f 13157/12489/11162 12796/12129/10840 12779/12114/10826</w:t>
        <w:br/>
        <w:t>f 13158/12490/11163 12772/12104/10816 12790/12119/10831</w:t>
        <w:br/>
        <w:t>f 13159/12491/11164 12812/12144/10853 12795/12130/10841</w:t>
        <w:br/>
        <w:t>f 13160/12492/11165 12787/12122/10834 12803/12138/10848</w:t>
        <w:br/>
        <w:t>f 12811/12145/10854 13161/12493/11166 12827/12162/10868</w:t>
        <w:br/>
        <w:t>f 13162/12494/11167 12804/12137/10847 12819/12154/10862</w:t>
        <w:br/>
        <w:t>f 12830/12159/10865 13163/12495/11168 12843/12178/10884</w:t>
        <w:br/>
        <w:t>f 13164/12496/11169 12820/12153/10861 12835/12170/10876</w:t>
        <w:br/>
        <w:t>f 12846/12175/10881 13165/12497/11170 12859/12194/10897</w:t>
        <w:br/>
        <w:t>f 13166/12498/11171 12836/12169/10875 12851/12186/10890</w:t>
        <w:br/>
        <w:t>f 12862/12191/10894 13167/12499/11172 12875/12210/10912</w:t>
        <w:br/>
        <w:t>f 13168/12500/11173 12852/12185/10889 12867/12201/10903</w:t>
        <w:br/>
        <w:t>f 13169/12501/11174 12892/12224/10923 12878/12207/10909</w:t>
        <w:br/>
        <w:t>f 12886/12215/10916 13170/12502/11175 12868/12200/10902</w:t>
        <w:br/>
        <w:t>f 13171/12503/11176 12908/12241/10937 12891/12225/10924</w:t>
        <w:br/>
        <w:t>f 12902/12231/10928 13172/12504/11177 12883/12218/10918</w:t>
        <w:br/>
        <w:t>f 13173/12505/11178 12924/12257/10953 12907/12242/10938</w:t>
        <w:br/>
        <w:t>f 12918/12247/10943 13174/12506/11179 12899/12234/10931</w:t>
        <w:br/>
        <w:t>f 13175/12507/11180 12940/12273/10968 12923/12258/10954</w:t>
        <w:br/>
        <w:t>f 12934/12263/10959 13176/12508/11181 12915/12250/10946</w:t>
        <w:br/>
        <w:t>f 13177/12509/11182 12956/12289/10982 12939/12274/10969</w:t>
        <w:br/>
        <w:t>f 12950/12279/10974 13178/12510/11183 12931/12266/10962</w:t>
        <w:br/>
        <w:t>f 13179/12511/11184 12748/12081/10794 12955/12290/10983</w:t>
        <w:br/>
        <w:t>f 12742/12071/10784 13180/12512/11185 12947/12282/10976</w:t>
        <w:br/>
        <w:t>f 13181/12513/11186 12980/12313/11005 12971/12306/10999</w:t>
        <w:br/>
        <w:t>f 12990/12319/11009 13182/12514/11187 12963/12298/10991</w:t>
        <w:br/>
        <w:t>f 13183/12515/11188 12996/12329/11019 12979/12314/11006</w:t>
        <w:br/>
        <w:t>f 13006/12335/11024 13184/12516/11189 12987/12322/11012</w:t>
        <w:br/>
        <w:t>f 13185/12517/11190 13012/12345/11034 12995/12330/11020</w:t>
        <w:br/>
        <w:t>f 13022/12351/11039 13186/12518/11191 13003/12338/11027</w:t>
        <w:br/>
        <w:t>f 13187/12519/11192 13028/12361/11049 13011/12346/11035</w:t>
        <w:br/>
        <w:t>f 13038/12367/11054 13188/12520/11193 13019/12354/11042</w:t>
        <w:br/>
        <w:t>f 13189/12521/11194 13044/12377/11062 13027/12362/11050</w:t>
        <w:br/>
        <w:t>f 13054/12383/11067 13190/12522/11195 13035/12370/11057</w:t>
        <w:br/>
        <w:t>f 13191/12523/11196 13059/12394/11077 13043/12378/11063</w:t>
        <w:br/>
        <w:t>f 13067/12402/11084 13192/12524/11197 13051/12386/11069</w:t>
        <w:br/>
        <w:t>f 13062/12391/11074 13193/12525/11198 13075/12410/11092</w:t>
        <w:br/>
        <w:t>f 13194/12526/11199 13068/12401/11083 13083/12418/11099</w:t>
        <w:br/>
        <w:t>f 13078/12407/11089 13195/12527/11200 13091/12426/11107</w:t>
        <w:br/>
        <w:t>f 13196/12528/11201 13084/12417/11098 13099/12434/11115</w:t>
        <w:br/>
        <w:t>f 13094/12423/11104 13197/12529/11202 13107/12442/11121</w:t>
        <w:br/>
        <w:t>f 13198/12530/11203 13100/12433/11114 13115/12450/11128</w:t>
        <w:br/>
        <w:t>f 13110/12439/11118 13199/12531/11204 13123/12458/11136</w:t>
        <w:br/>
        <w:t>f 13200/12532/11205 13116/12449/11127 13131/12466/11142</w:t>
        <w:br/>
        <w:t>f 13126/12455/11133 13201/12533/11206 13139/12474/11149</w:t>
        <w:br/>
        <w:t>f 13202/12534/11207 13132/12465/11141 13147/12482/11155</w:t>
        <w:br/>
        <w:t>f 13142/12471/11147 13203/12535/11208 12739/12074/10787</w:t>
        <w:br/>
        <w:t>f 13204/12536/11209 13148/12481/11154 12747/12082/10795</w:t>
        <w:br/>
        <w:t>f 12739/12074/10787 13203/12535/11208 13180/12512/11185</w:t>
        <w:br/>
        <w:t>f 12742/12071/10784 12739/12074/10787 13180/12512/11185</w:t>
        <w:br/>
        <w:t>f 13179/12511/11184 13204/12536/11209 12747/12082/10795</w:t>
        <w:br/>
        <w:t>f 12748/12081/10794 13179/12511/11184 12747/12082/10795</w:t>
        <w:br/>
        <w:t>f 13205/12537/11210 12755/12090/10803 12756/12089/10802</w:t>
        <w:br/>
        <w:t>f 13156/12488/11161 13205/12537/11210 12756/12089/10802</w:t>
        <w:br/>
        <w:t>f 13206/12538/11211 13155/12487/11160 12763/12098/10810</w:t>
        <w:br/>
        <w:t>f 12764/12097/10809 13206/12538/11211 12763/12098/10810</w:t>
        <w:br/>
        <w:t>f 13208/12539/11212 13207/12540/11213 12770/12099/10811</w:t>
        <w:br/>
        <w:t>f 12767/12102/10814 13208/12539/11212 12770/12099/10811</w:t>
        <w:br/>
        <w:t>f 13156/12488/11161 12771/12105/10817 12772/12104/10816</w:t>
        <w:br/>
        <w:t>f 13158/12490/11163 13156/12488/11161 12772/12104/10816</w:t>
        <w:br/>
        <w:t>f 13155/12487/11160 13157/12489/11162 12779/12114/10826</w:t>
        <w:br/>
        <w:t>f 12780/12113/10825 13155/12487/11160 12779/12114/10826</w:t>
        <w:br/>
        <w:t>f 13158/12490/11163 12790/12119/10831 12787/12122/10834</w:t>
        <w:br/>
        <w:t>f 13160/12492/11165 13158/12490/11163 12787/12122/10834</w:t>
        <w:br/>
        <w:t>f 13157/12489/11162 13159/12491/11164 12795/12130/10841</w:t>
        <w:br/>
        <w:t>f 12796/12129/10840 13157/12489/11162 12795/12130/10841</w:t>
        <w:br/>
        <w:t>f 13162/12494/11167 13160/12492/11165 12803/12138/10848</w:t>
        <w:br/>
        <w:t>f 12804/12137/10847 13162/12494/11167 12803/12138/10848</w:t>
        <w:br/>
        <w:t>f 13159/12491/11164 13161/12493/11166 12811/12145/10854</w:t>
        <w:br/>
        <w:t>f 12812/12144/10853 13159/12491/11164 12811/12145/10854</w:t>
        <w:br/>
        <w:t>f 13164/12496/11169 13162/12494/11167 12819/12154/10862</w:t>
        <w:br/>
        <w:t>f 12820/12153/10861 13164/12496/11169 12819/12154/10862</w:t>
        <w:br/>
        <w:t>f 12827/12162/10868 13161/12493/11166 13163/12495/11168</w:t>
        <w:br/>
        <w:t>f 12830/12159/10865 12827/12162/10868 13163/12495/11168</w:t>
        <w:br/>
        <w:t>f 13166/12498/11171 13164/12496/11169 12835/12170/10876</w:t>
        <w:br/>
        <w:t>f 12836/12169/10875 13166/12498/11171 12835/12170/10876</w:t>
        <w:br/>
        <w:t>f 12843/12178/10884 13163/12495/11168 13165/12497/11170</w:t>
        <w:br/>
        <w:t>f 12846/12175/10881 12843/12178/10884 13165/12497/11170</w:t>
        <w:br/>
        <w:t>f 13168/12500/11173 13166/12498/11171 12851/12186/10890</w:t>
        <w:br/>
        <w:t>f 12852/12185/10889 13168/12500/11173 12851/12186/10890</w:t>
        <w:br/>
        <w:t>f 12859/12194/10897 13165/12497/11170 13167/12499/11172</w:t>
        <w:br/>
        <w:t>f 12862/12191/10894 12859/12194/10897 13167/12499/11172</w:t>
        <w:br/>
        <w:t>f 13168/12500/11173 12867/12201/10903 12868/12200/10902</w:t>
        <w:br/>
        <w:t>f 13170/12502/11175 13168/12500/11173 12868/12200/10902</w:t>
        <w:br/>
        <w:t>f 12875/12210/10912 13167/12499/11172 13169/12501/11174</w:t>
        <w:br/>
        <w:t>f 12878/12207/10909 12875/12210/10912 13169/12501/11174</w:t>
        <w:br/>
        <w:t>f 12883/12218/10918 13172/12504/11177 13170/12502/11175</w:t>
        <w:br/>
        <w:t>f 12886/12215/10916 12883/12218/10918 13170/12502/11175</w:t>
        <w:br/>
        <w:t>f 13169/12501/11174 13171/12503/11176 12891/12225/10924</w:t>
        <w:br/>
        <w:t>f 12892/12224/10923 13169/12501/11174 12891/12225/10924</w:t>
        <w:br/>
        <w:t>f 12899/12234/10931 13174/12506/11179 13172/12504/11177</w:t>
        <w:br/>
        <w:t>f 12902/12231/10928 12899/12234/10931 13172/12504/11177</w:t>
        <w:br/>
        <w:t>f 13171/12503/11176 13173/12505/11178 12907/12242/10938</w:t>
        <w:br/>
        <w:t>f 12908/12241/10937 13171/12503/11176 12907/12242/10938</w:t>
        <w:br/>
        <w:t>f 12915/12250/10946 13176/12508/11181 13174/12506/11179</w:t>
        <w:br/>
        <w:t>f 12918/12247/10943 12915/12250/10946 13174/12506/11179</w:t>
        <w:br/>
        <w:t>f 13173/12505/11178 13175/12507/11180 12923/12258/10954</w:t>
        <w:br/>
        <w:t>f 12924/12257/10953 13173/12505/11178 12923/12258/10954</w:t>
        <w:br/>
        <w:t>f 12931/12266/10962 13178/12510/11183 13176/12508/11181</w:t>
        <w:br/>
        <w:t>f 12934/12263/10959 12931/12266/10962 13176/12508/11181</w:t>
        <w:br/>
        <w:t>f 13175/12507/11180 13177/12509/11182 12939/12274/10969</w:t>
        <w:br/>
        <w:t>f 12940/12273/10968 13175/12507/11180 12939/12274/10969</w:t>
        <w:br/>
        <w:t>f 12947/12282/10976 13180/12512/11185 13178/12510/11183</w:t>
        <w:br/>
        <w:t>f 12950/12279/10974 12947/12282/10976 13178/12510/11183</w:t>
        <w:br/>
        <w:t>f 13177/12509/11182 13179/12511/11184 12955/12290/10983</w:t>
        <w:br/>
        <w:t>f 12956/12289/10982 13177/12509/11182 12955/12290/10983</w:t>
        <w:br/>
        <w:t>f 12963/12298/10991 13182/12514/11187 13209/12541/11214</w:t>
        <w:br/>
        <w:t>f 12966/12295/10988 12963/12298/10991 13209/12541/11214</w:t>
        <w:br/>
        <w:t>f 13210/12542/11215 13181/12513/11186 12971/12306/10999</w:t>
        <w:br/>
        <w:t>f 12972/12305/10998 13210/12542/11215 12971/12306/10999</w:t>
        <w:br/>
        <w:t>f 12975/12310/11000 13212/12543/11216 13211/12544/11217</w:t>
        <w:br/>
        <w:t>f 12978/12307/11000 12975/12310/11000 13211/12544/11217</w:t>
        <w:br/>
        <w:t>f 13181/12513/11186 13183/12515/11188 12979/12314/11006</w:t>
        <w:br/>
        <w:t>f 12980/12313/11005 13181/12513/11186 12979/12314/11006</w:t>
        <w:br/>
        <w:t>f 12987/12322/11012 13184/12516/11189 13182/12514/11187</w:t>
        <w:br/>
        <w:t>f 12990/12319/11009 12987/12322/11012 13182/12514/11187</w:t>
        <w:br/>
        <w:t>f 13183/12515/11188 13185/12517/11190 12995/12330/11020</w:t>
        <w:br/>
        <w:t>f 12996/12329/11019 13183/12515/11188 12995/12330/11020</w:t>
        <w:br/>
        <w:t>f 13003/12338/11027 13186/12518/11191 13184/12516/11189</w:t>
        <w:br/>
        <w:t>f 13006/12335/11024 13003/12338/11027 13184/12516/11189</w:t>
        <w:br/>
        <w:t>f 13185/12517/11190 13187/12519/11192 13011/12346/11035</w:t>
        <w:br/>
        <w:t>f 13012/12345/11034 13185/12517/11190 13011/12346/11035</w:t>
        <w:br/>
        <w:t>f 13019/12354/11042 13188/12520/11193 13186/12518/11191</w:t>
        <w:br/>
        <w:t>f 13022/12351/11039 13019/12354/11042 13186/12518/11191</w:t>
        <w:br/>
        <w:t>f 13187/12519/11192 13189/12521/11194 13027/12362/11050</w:t>
        <w:br/>
        <w:t>f 13028/12361/11049 13187/12519/11192 13027/12362/11050</w:t>
        <w:br/>
        <w:t>f 13035/12370/11057 13190/12522/11195 13188/12520/11193</w:t>
        <w:br/>
        <w:t>f 13038/12367/11054 13035/12370/11057 13188/12520/11193</w:t>
        <w:br/>
        <w:t>f 13189/12521/11194 13191/12523/11196 13043/12378/11063</w:t>
        <w:br/>
        <w:t>f 13044/12377/11062 13189/12521/11194 13043/12378/11063</w:t>
        <w:br/>
        <w:t>f 13051/12386/11069 13192/12524/11197 13190/12522/11195</w:t>
        <w:br/>
        <w:t>f 13054/12383/11067 13051/12386/11069 13190/12522/11195</w:t>
        <w:br/>
        <w:t>f 13059/12394/11077 13191/12523/11196 13193/12525/11198</w:t>
        <w:br/>
        <w:t>f 13062/12391/11074 13059/12394/11077 13193/12525/11198</w:t>
        <w:br/>
        <w:t>f 13194/12526/11199 13192/12524/11197 13067/12402/11084</w:t>
        <w:br/>
        <w:t>f 13068/12401/11083 13194/12526/11199 13067/12402/11084</w:t>
        <w:br/>
        <w:t>f 13075/12410/11092 13193/12525/11198 13195/12527/11200</w:t>
        <w:br/>
        <w:t>f 13078/12407/11089 13075/12410/11092 13195/12527/11200</w:t>
        <w:br/>
        <w:t>f 13196/12528/11201 13194/12526/11199 13083/12418/11099</w:t>
        <w:br/>
        <w:t>f 13084/12417/11098 13196/12528/11201 13083/12418/11099</w:t>
        <w:br/>
        <w:t>f 13091/12426/11107 13195/12527/11200 13197/12529/11202</w:t>
        <w:br/>
        <w:t>f 13094/12423/11104 13091/12426/11107 13197/12529/11202</w:t>
        <w:br/>
        <w:t>f 13198/12530/11203 13196/12528/11201 13099/12434/11115</w:t>
        <w:br/>
        <w:t>f 13100/12433/11114 13198/12530/11203 13099/12434/11115</w:t>
        <w:br/>
        <w:t>f 13107/12442/11121 13197/12529/11202 13199/12531/11204</w:t>
        <w:br/>
        <w:t>f 13110/12439/11118 13107/12442/11121 13199/12531/11204</w:t>
        <w:br/>
        <w:t>f 13200/12532/11205 13198/12530/11203 13115/12450/11128</w:t>
        <w:br/>
        <w:t>f 13116/12449/11127 13200/12532/11205 13115/12450/11128</w:t>
        <w:br/>
        <w:t>f 13123/12458/11136 13199/12531/11204 13201/12533/11206</w:t>
        <w:br/>
        <w:t>f 13126/12455/11133 13123/12458/11136 13201/12533/11206</w:t>
        <w:br/>
        <w:t>f 13202/12534/11207 13200/12532/11205 13131/12466/11142</w:t>
        <w:br/>
        <w:t>f 13132/12465/11141 13202/12534/11207 13131/12466/11142</w:t>
        <w:br/>
        <w:t>f 13139/12474/11149 13201/12533/11206 13203/12535/11208</w:t>
        <w:br/>
        <w:t>f 13142/12471/11147 13139/12474/11149 13203/12535/11208</w:t>
        <w:br/>
        <w:t>f 13204/12536/11209 13202/12534/11207 13147/12482/11155</w:t>
        <w:br/>
        <w:t>f 13148/12481/11154 13204/12536/11209 13147/12482/11155</w:t>
        <w:br/>
        <w:t>f 13216/12545/11218 13215/12546/11218 13214/12547/11218</w:t>
        <w:br/>
        <w:t>f 13213/12548/11218 13216/12545/11218 13214/12547/11218</w:t>
        <w:br/>
        <w:t>f 13220/12549/11219 13219/12550/11220 13218/12551/11221</w:t>
        <w:br/>
        <w:t>f 13217/12552/11222 13220/12549/11219 13218/12551/11221</w:t>
        <w:br/>
        <w:t>f 13224/12553/11223 13223/12554/11224 13222/12555/11225</w:t>
        <w:br/>
        <w:t>f 13221/12556/11226 13224/12553/11223 13222/12555/11225</w:t>
        <w:br/>
        <w:t>f 13228/12557/11227 13227/12558/11228 13226/12559/11229</w:t>
        <w:br/>
        <w:t>f 13225/12560/11230 13228/12557/11227 13226/12559/11229</w:t>
        <w:br/>
        <w:t>f 13231/12561/11231 13230/12562/11231 13229/12563/11231</w:t>
        <w:br/>
        <w:t>f 13232/12564/11231 13231/12561/11231 13229/12563/11231</w:t>
        <w:br/>
        <w:t>f 13236/12565/11232 13235/12566/11232 13234/12567/11232</w:t>
        <w:br/>
        <w:t>f 13233/12568/11232 13236/12565/11232 13234/12567/11232</w:t>
        <w:br/>
        <w:t>f 13240/12569/11233 13239/12570/11234 13238/12571/11235</w:t>
        <w:br/>
        <w:t>f 13237/12572/11236 13240/12569/11233 13238/12571/11235</w:t>
        <w:br/>
        <w:t>f 13244/12573/11237 13243/12574/11237 13242/12575/11237</w:t>
        <w:br/>
        <w:t>f 13241/12576/11237 13244/12573/11237 13242/12575/11237</w:t>
        <w:br/>
        <w:t>f 13248/12577/11238 13247/12578/11238 13246/12579/11239</w:t>
        <w:br/>
        <w:t>f 13245/12580/11239 13248/12577/11238 13246/12579/11239</w:t>
        <w:br/>
        <w:t>f 13252/12581/11240 13251/12582/11240 13250/12583/11240</w:t>
        <w:br/>
        <w:t>f 13249/12584/11241 13252/12581/11240 13250/12583/11240</w:t>
        <w:br/>
        <w:t>f 13256/12585/11242 13255/12586/11243 13254/12587/11244</w:t>
        <w:br/>
        <w:t>f 13253/12588/11244 13256/12585/11242 13254/12587/11244</w:t>
        <w:br/>
        <w:t>f 13260/12589/11245 13259/12590/11245 13258/12591/11246</w:t>
        <w:br/>
        <w:t>f 13257/12592/11246 13260/12589/11245 13258/12591/11246</w:t>
        <w:br/>
        <w:t>f 13264/12593/11247 13263/12594/11248 13262/12595/11249</w:t>
        <w:br/>
        <w:t>f 13261/12596/11250 13264/12593/11247 13262/12595/11249</w:t>
        <w:br/>
        <w:t>f 13268/12597/11251 13267/12598/11251 13266/12599/11251</w:t>
        <w:br/>
        <w:t>f 13265/12600/11251 13268/12597/11251 13266/12599/11251</w:t>
        <w:br/>
        <w:t>f 13272/12601/11252 13271/12602/11252 13270/12603/11252</w:t>
        <w:br/>
        <w:t>f 13269/12604/11252 13272/12601/11252 13270/12603/11252</w:t>
        <w:br/>
        <w:t>f 13276/12605/11253 13275/12606/11253 13274/12607/11254</w:t>
        <w:br/>
        <w:t>f 13273/12608/11255 13276/12605/11253 13274/12607/11254</w:t>
        <w:br/>
        <w:t>f 13280/12609/11256 13279/12610/11257 13278/12611/11258</w:t>
        <w:br/>
        <w:t>f 13277/12612/11259 13280/12609/11256 13278/12611/11258</w:t>
        <w:br/>
        <w:t>f 13284/12613/11260 13283/12614/11260 13282/12615/11261</w:t>
        <w:br/>
        <w:t>f 13281/12616/11261 13284/12613/11260 13282/12615/11261</w:t>
        <w:br/>
        <w:t>f 13288/12617/11262 13287/12618/11262 13286/12619/11263</w:t>
        <w:br/>
        <w:t>f 13285/12620/11264 13288/12617/11262 13286/12619/11263</w:t>
        <w:br/>
        <w:t>f 13292/12621/11265 13291/12622/11265 13290/12623/11266</w:t>
        <w:br/>
        <w:t>f 13289/12624/11266 13292/12621/11265 13290/12623/11266</w:t>
        <w:br/>
        <w:t>f 13295/12625/11267 13294/12626/11268 13293/12627/11269</w:t>
        <w:br/>
        <w:t>f 13296/12628/11268 13295/12625/11267 13293/12627/11269</w:t>
        <w:br/>
        <w:t>f 13300/12629/11270 13299/12630/11270 13298/12631/11270</w:t>
        <w:br/>
        <w:t>f 13297/12632/11270 13300/12629/11270 13298/12631/11270</w:t>
        <w:br/>
        <w:t>f 13304/12633/11271 13303/12634/11272 13302/12635/11273</w:t>
        <w:br/>
        <w:t>f 13301/12636/11274 13304/12633/11271 13302/12635/11273</w:t>
        <w:br/>
        <w:t>f 13308/12637/11275 13307/12638/11276 13306/12639/11277</w:t>
        <w:br/>
        <w:t>f 13305/12640/11276 13308/12637/11275 13306/12639/11277</w:t>
        <w:br/>
        <w:t>f 13312/12641/11278 13311/12642/11278 13310/12643/11278</w:t>
        <w:br/>
        <w:t>f 13309/12644/11279 13312/12641/11278 13310/12643/11278</w:t>
        <w:br/>
        <w:t>f 13316/12645/11280 13315/12646/11281 13314/12647/11282</w:t>
        <w:br/>
        <w:t>f 13313/12648/11281 13316/12645/11280 13314/12647/11282</w:t>
        <w:br/>
        <w:t>f 13320/12649/11283 13319/12650/11283 13318/12651/11283</w:t>
        <w:br/>
        <w:t>f 13317/12652/11284 13320/12649/11283 13318/12651/11283</w:t>
        <w:br/>
        <w:t>f 13324/12653/11285 13323/12654/11286 13322/12655/11287</w:t>
        <w:br/>
        <w:t>f 13321/12656/11286 13324/12653/11285 13322/12655/11287</w:t>
        <w:br/>
        <w:t>f 13328/12657/11288 13327/12658/11289 13326/12659/11288</w:t>
        <w:br/>
        <w:t>f 13325/12660/11290 13328/12657/11288 13326/12659/11288</w:t>
        <w:br/>
        <w:t>f 13332/12661/11291 13331/12662/11291 13330/12663/11292</w:t>
        <w:br/>
        <w:t>f 13329/12664/11292 13332/12661/11291 13330/12663/11292</w:t>
        <w:br/>
        <w:t>f 13336/12665/11293 13335/12666/11294 13334/12667/11295</w:t>
        <w:br/>
        <w:t>f 13333/12668/11296 13336/12665/11293 13334/12667/11295</w:t>
        <w:br/>
        <w:t>f 13340/12669/11297 13339/12670/11297 13338/12671/11298</w:t>
        <w:br/>
        <w:t>f 13337/12672/11297 13340/12669/11297 13338/12671/11298</w:t>
        <w:br/>
        <w:t>f 13344/12673/11299 13343/12674/11300 13342/12675/11301</w:t>
        <w:br/>
        <w:t>f 13341/12676/11300 13344/12673/11299 13342/12675/11301</w:t>
        <w:br/>
        <w:t>f 13348/12677/11302 13347/12678/11302 13346/12679/11302</w:t>
        <w:br/>
        <w:t>f 13345/12680/11302 13348/12677/11302 13346/12679/11302</w:t>
        <w:br/>
        <w:t>f 13352/12681/11303 13351/12682/11304 13350/12683/11305</w:t>
        <w:br/>
        <w:t>f 13349/12684/11304 13352/12681/11303 13350/12683/11305</w:t>
        <w:br/>
        <w:t>f 13356/12685/11306 13355/12686/11307 13354/12687/11308</w:t>
        <w:br/>
        <w:t>f 13353/12688/11307 13356/12685/11306 13354/12687/11308</w:t>
        <w:br/>
        <w:t>f 13360/12689/11309 13359/12690/11310 13358/12691/11311</w:t>
        <w:br/>
        <w:t>f 13357/12692/11310 13360/12689/11309 13358/12691/11311</w:t>
        <w:br/>
        <w:t>f 13364/12693/11312 13363/12694/11312 13362/12695/11313</w:t>
        <w:br/>
        <w:t>f 13361/12696/11312 13364/12693/11312 13362/12695/11313</w:t>
        <w:br/>
        <w:t>f 13368/12697/11314 13367/12698/11315 13366/12699/11314</w:t>
        <w:br/>
        <w:t>f 13365/12700/11315 13368/12697/11314 13366/12699/11314</w:t>
        <w:br/>
        <w:t>f 13372/12701/11316 13371/12702/11316 13370/12703/11317</w:t>
        <w:br/>
        <w:t>f 13369/12704/11318 13372/12701/11316 13370/12703/11317</w:t>
        <w:br/>
        <w:t>f 13376/12705/11319 13375/12706/11320 13374/12707/11321</w:t>
        <w:br/>
        <w:t>f 13373/12708/11320 13376/12705/11319 13374/12707/11321</w:t>
        <w:br/>
        <w:t>f 13380/12709/11322 13379/12710/11323 13378/12711/11322</w:t>
        <w:br/>
        <w:t>f 13377/12712/11324 13380/12709/11322 13378/12711/11322</w:t>
        <w:br/>
        <w:t>f 13384/12713/11325 13383/12714/11326 13382/12715/11326</w:t>
        <w:br/>
        <w:t>f 13381/12716/11326 13384/12713/11325 13382/12715/11326</w:t>
        <w:br/>
        <w:t>f 13388/12717/11327 13387/12718/11328 13386/12719/11328</w:t>
        <w:br/>
        <w:t>f 13385/12720/11329 13388/12717/11327 13386/12719/11328</w:t>
        <w:br/>
        <w:t>f 13392/12721/11330 13391/12722/11330 13390/12723/11331</w:t>
        <w:br/>
        <w:t>f 13389/12724/11331 13392/12721/11330 13390/12723/11331</w:t>
        <w:br/>
        <w:t>f 13396/12725/11332 13395/12726/11333 13394/12727/11334</w:t>
        <w:br/>
        <w:t>f 13393/12728/11333 13396/12725/11332 13394/12727/11334</w:t>
        <w:br/>
        <w:t>f 13399/12729/11335 13398/12730/11336 13397/12731/11336</w:t>
        <w:br/>
        <w:t>f 13400/12732/11335 13399/12729/11335 13397/12731/11336</w:t>
        <w:br/>
        <w:t>f 13403/12733/11337 13402/12734/11338 13401/12735/11339</w:t>
        <w:br/>
        <w:t>f 13404/12736/11340 13403/12733/11337 13401/12735/11339</w:t>
        <w:br/>
        <w:t>f 13408/12737/11341 13407/12738/11342 13406/12739/11343</w:t>
        <w:br/>
        <w:t>f 13405/12740/11344 13408/12737/11341 13406/12739/11343</w:t>
        <w:br/>
        <w:t>f 13412/12741/11345 13411/12742/11346 13410/12743/11345</w:t>
        <w:br/>
        <w:t>f 13409/12744/11347 13412/12741/11345 13410/12743/11345</w:t>
        <w:br/>
        <w:t>f 13416/12745/11348 13415/12746/11349 13414/12747/11348</w:t>
        <w:br/>
        <w:t>f 13413/12748/11350 13416/12745/11348 13414/12747/11348</w:t>
        <w:br/>
        <w:t>f 13420/12749/11351 13419/12750/11352 13418/12751/11353</w:t>
        <w:br/>
        <w:t>f 13417/12752/11354 13420/12749/11351 13418/12751/11353</w:t>
        <w:br/>
        <w:t>f 13424/12753/11355 13423/12754/11356 13422/12755/11357</w:t>
        <w:br/>
        <w:t>f 13421/12756/11358 13424/12753/11355 13422/12755/11357</w:t>
        <w:br/>
        <w:t>f 13428/12757/11359 13427/12758/11360 13426/12759/11361</w:t>
        <w:br/>
        <w:t>f 13425/12760/11362 13428/12757/11359 13426/12759/11361</w:t>
        <w:br/>
        <w:t>f 13432/12761/11363 13431/12762/11364 13430/12763/11365</w:t>
        <w:br/>
        <w:t>f 13429/12764/11366 13432/12761/11363 13430/12763/11365</w:t>
        <w:br/>
        <w:t>f 13436/12765/11367 13435/12766/11368 13434/12767/11369</w:t>
        <w:br/>
        <w:t>f 13433/12768/11370 13436/12765/11367 13434/12767/11369</w:t>
        <w:br/>
        <w:t>f 13440/12769/11371 13439/12770/11372 13438/12771/11373</w:t>
        <w:br/>
        <w:t>f 13437/12772/11372 13440/12769/11371 13438/12771/11373</w:t>
        <w:br/>
        <w:t>f 13444/12773/11374 13443/12774/11375 13442/12775/11376</w:t>
        <w:br/>
        <w:t>f 13441/12776/11374 13444/12773/11374 13442/12775/11376</w:t>
        <w:br/>
        <w:t>f 13448/12777/11377 13447/12778/11378 13446/12779/11379</w:t>
        <w:br/>
        <w:t>f 13445/12780/11380 13448/12777/11377 13446/12779/11379</w:t>
        <w:br/>
        <w:t>f 13451/12781/11381 13450/12782/11382 13449/12783/11383</w:t>
        <w:br/>
        <w:t>f 13452/12784/11384 13451/12781/11381 13449/12783/11383</w:t>
        <w:br/>
        <w:t>f 13456/12785/11385 13455/12786/11386 13454/12787/11387</w:t>
        <w:br/>
        <w:t>f 13453/12788/11388 13456/12785/11385 13454/12787/11387</w:t>
        <w:br/>
        <w:t>f 13460/12789/11389 13459/12790/11390 13458/12791/11391</w:t>
        <w:br/>
        <w:t>f 13457/12792/11392 13460/12789/11389 13458/12791/11391</w:t>
        <w:br/>
        <w:t>f 13464/12793/11380 13463/12794/11393 13462/12795/11394</w:t>
        <w:br/>
        <w:t>f 13461/12796/11395 13464/12793/11380 13462/12795/11394</w:t>
        <w:br/>
        <w:t>f 13468/12797/11396 13467/12798/11397 13466/12799/11398</w:t>
        <w:br/>
        <w:t>f 13465/12800/11399 13468/12797/11396 13466/12799/11398</w:t>
        <w:br/>
        <w:t>f 13472/12801/11400 13471/12802/11401 13470/12803/11402</w:t>
        <w:br/>
        <w:t>f 13469/12804/11403 13472/12801/11400 13470/12803/11402</w:t>
        <w:br/>
        <w:t>f 13476/12805/11404 13475/12806/11405 13474/12807/11406</w:t>
        <w:br/>
        <w:t>f 13473/12808/11407 13476/12805/11404 13474/12807/11406</w:t>
        <w:br/>
        <w:t>f 13479/12809/11408 13478/12810/11409 13477/12811/11408</w:t>
        <w:br/>
        <w:t>f 13480/12812/11410 13479/12809/11408 13477/12811/11408</w:t>
        <w:br/>
        <w:t>f 13484/12813/11411 13483/12814/11412 13482/12815/11413</w:t>
        <w:br/>
        <w:t>f 13481/12816/11414 13484/12813/11411 13482/12815/11413</w:t>
        <w:br/>
        <w:t>f 13488/12817/11415 13487/12818/11416 13486/12819/11417</w:t>
        <w:br/>
        <w:t>f 13485/12820/11415 13488/12817/11415 13486/12819/11417</w:t>
        <w:br/>
        <w:t>f 13491/12821/11418 13490/12822/11419 13489/12823/11420</w:t>
        <w:br/>
        <w:t>f 13492/12824/11420 13491/12821/11418 13489/12823/11420</w:t>
        <w:br/>
        <w:t>f 13496/12825/11421 13495/12826/11422 13494/12827/11421</w:t>
        <w:br/>
        <w:t>f 13493/12828/11422 13496/12825/11421 13494/12827/11421</w:t>
        <w:br/>
        <w:t>f 13500/12829/11423 13499/12830/11424 13498/12831/11425</w:t>
        <w:br/>
        <w:t>f 13497/12832/11426 13500/12829/11423 13498/12831/11425</w:t>
        <w:br/>
        <w:t>f 13504/12833/11427 13503/12834/11428 13502/12835/11427</w:t>
        <w:br/>
        <w:t>f 13501/12836/11428 13504/12833/11427 13502/12835/11427</w:t>
        <w:br/>
        <w:t>f 13508/12837/11429 13507/12838/11430 13506/12839/11431</w:t>
        <w:br/>
        <w:t>f 13505/12840/11432 13508/12837/11429 13506/12839/11431</w:t>
        <w:br/>
        <w:t>f 13512/12841/11433 13511/12842/11434 13510/12843/11433</w:t>
        <w:br/>
        <w:t>f 13509/12844/11435 13512/12841/11433 13510/12843/11433</w:t>
        <w:br/>
        <w:t>f 13516/12845/11436 13515/12846/11437 13514/12847/11438</w:t>
        <w:br/>
        <w:t>f 13513/12848/11439 13516/12845/11436 13514/12847/11438</w:t>
        <w:br/>
        <w:t>f 13520/12849/11440 13519/12850/11441 13518/12851/11442</w:t>
        <w:br/>
        <w:t>f 13517/12852/11443 13520/12849/11440 13518/12851/11442</w:t>
        <w:br/>
        <w:t>f 13524/12853/11444 13523/12854/11445 13522/12855/11446</w:t>
        <w:br/>
        <w:t>f 13521/12856/11447 13524/12853/11444 13522/12855/11446</w:t>
        <w:br/>
        <w:t>f 13528/12857/11448 13527/12858/11449 13526/12859/11450</w:t>
        <w:br/>
        <w:t>f 13525/12860/11451 13528/12857/11448 13526/12859/11450</w:t>
        <w:br/>
        <w:t>f 13532/12861/11452 13531/12862/11453 13530/12863/11454</w:t>
        <w:br/>
        <w:t>f 13529/12864/11455 13532/12861/11452 13530/12863/11454</w:t>
        <w:br/>
        <w:t>f 13536/12865/11456 13535/12866/11457 13534/12867/11458</w:t>
        <w:br/>
        <w:t>f 13533/12868/11458 13536/12865/11456 13534/12867/11458</w:t>
        <w:br/>
        <w:t>f 13540/12869/11459 13539/12870/11460 13538/12871/11461</w:t>
        <w:br/>
        <w:t>f 13537/12872/11462 13540/12869/11459 13538/12871/11461</w:t>
        <w:br/>
        <w:t>f 13544/12873/11463 13543/12874/11464 13542/12875/11463</w:t>
        <w:br/>
        <w:t>f 13541/12876/11465 13544/12873/11463 13542/12875/11463</w:t>
        <w:br/>
        <w:t>f 13547/12877/11466 13546/12878/11467 13545/12879/11468</w:t>
        <w:br/>
        <w:t>f 13548/12880/11469 13547/12877/11466 13545/12879/11468</w:t>
        <w:br/>
        <w:t>f 13552/12881/11470 13551/12882/11471 13550/12883/11472</w:t>
        <w:br/>
        <w:t>f 13549/12884/11473 13552/12881/11470 13550/12883/11472</w:t>
        <w:br/>
        <w:t>f 13556/12885/11474 13555/12886/11475 13554/12887/11476</w:t>
        <w:br/>
        <w:t>f 13553/12888/11477 13556/12885/11474 13554/12887/11476</w:t>
        <w:br/>
        <w:t>f 13559/12889/11478 13558/12890/11479 13557/12891/11480</w:t>
        <w:br/>
        <w:t>f 13560/12892/11479 13559/12889/11478 13557/12891/11480</w:t>
        <w:br/>
        <w:t>f 13564/12893/11481 13563/12894/11482 13562/12895/11483</w:t>
        <w:br/>
        <w:t>f 13561/12896/11483 13564/12893/11481 13562/12895/11483</w:t>
        <w:br/>
        <w:t>f 13568/12897/11484 13567/12898/11485 13566/12899/11484</w:t>
        <w:br/>
        <w:t>f 13565/12900/11486 13568/12897/11484 13566/12899/11484</w:t>
        <w:br/>
        <w:t>f 13571/12901/11487 13570/12902/11488 13569/12903/11489</w:t>
        <w:br/>
        <w:t>f 13572/12904/11489 13571/12901/11487 13569/12903/11489</w:t>
        <w:br/>
        <w:t>f 13576/12905/11490 13575/12906/11491 13574/12907/11492</w:t>
        <w:br/>
        <w:t>f 13573/12908/11493 13576/12905/11490 13574/12907/11492</w:t>
        <w:br/>
        <w:t>f 13580/12909/11494 13579/12910/11495 13578/12911/11496</w:t>
        <w:br/>
        <w:t>f 13577/12912/11497 13580/12909/11494 13578/12911/11496</w:t>
        <w:br/>
        <w:t>f 13584/12913/11498 13583/12914/11499 13582/12915/11500</w:t>
        <w:br/>
        <w:t>f 13581/12916/11501 13584/12913/11498 13582/12915/11500</w:t>
        <w:br/>
        <w:t>f 13588/12917/11502 13587/12918/11503 13586/12919/11504</w:t>
        <w:br/>
        <w:t>f 13585/12920/11505 13588/12917/11502 13586/12919/11504</w:t>
        <w:br/>
        <w:t>f 13592/12921/11506 13591/12922/11507 13590/12923/11508</w:t>
        <w:br/>
        <w:t>f 13589/12924/11508 13592/12921/11506 13590/12923/11508</w:t>
        <w:br/>
        <w:t>f 13596/12925/11509 13595/12926/11510 13594/12927/11511</w:t>
        <w:br/>
        <w:t>f 13593/12928/11512 13596/12925/11509 13594/12927/11511</w:t>
        <w:br/>
        <w:t>f 13600/12929/11513 13599/12930/11514 13598/12931/11514</w:t>
        <w:br/>
        <w:t>f 13597/12932/11515 13600/12929/11513 13598/12931/11514</w:t>
        <w:br/>
        <w:t>f 13604/12933/11516 13603/12934/11517 13602/12935/11518</w:t>
        <w:br/>
        <w:t>f 13601/12936/11519 13604/12933/11516 13602/12935/11518</w:t>
        <w:br/>
        <w:t>f 13608/12937/11520 13607/12938/11521 13606/12939/11522</w:t>
        <w:br/>
        <w:t>f 13605/12940/11523 13608/12937/11520 13606/12939/11522</w:t>
        <w:br/>
        <w:t>f 13612/12941/11524 13611/12942/11525 13610/12943/11526</w:t>
        <w:br/>
        <w:t>f 13609/12944/11527 13612/12941/11524 13610/12943/11526</w:t>
        <w:br/>
        <w:t>f 13616/12945/11528 13615/12946/11529 13614/12947/11530</w:t>
        <w:br/>
        <w:t>f 13613/12948/11531 13616/12945/11528 13614/12947/11530</w:t>
        <w:br/>
        <w:t>f 13620/12949/11532 13619/12950/11533 13618/12951/11534</w:t>
        <w:br/>
        <w:t>f 13617/12952/11532 13620/12949/11532 13618/12951/11534</w:t>
        <w:br/>
        <w:t>f 13624/12953/11535 13623/12954/11536 13622/12955/11537</w:t>
        <w:br/>
        <w:t>f 13621/12956/11537 13624/12953/11535 13622/12955/11537</w:t>
        <w:br/>
        <w:t>f 13628/12957/11538 13627/12958/11539 13626/12959/11540</w:t>
        <w:br/>
        <w:t>f 13625/12960/11540 13628/12957/11538 13626/12959/11540</w:t>
        <w:br/>
        <w:t>f 13632/12961/11541 13631/12962/11542 13630/12963/11543</w:t>
        <w:br/>
        <w:t>f 13629/12964/11544 13632/12961/11541 13630/12963/11543</w:t>
        <w:br/>
        <w:t>f 13636/12965/11545 13635/12966/11546 13634/12967/11547</w:t>
        <w:br/>
        <w:t>f 13633/12968/11545 13636/12965/11545 13634/12967/11547</w:t>
        <w:br/>
        <w:t>f 13640/12969/11548 13639/12970/11549 13638/12971/11550</w:t>
        <w:br/>
        <w:t>f 13637/12972/11551 13640/12969/11548 13638/12971/11550</w:t>
        <w:br/>
        <w:t>f 13644/12973/11552 13643/12974/11553 13642/12975/11554</w:t>
        <w:br/>
        <w:t>f 13641/12976/11555 13644/12973/11552 13642/12975/11554</w:t>
        <w:br/>
        <w:t>f 13648/12977/11556 13647/12978/11557 13646/12979/11558</w:t>
        <w:br/>
        <w:t>f 13645/12980/11559 13648/12977/11556 13646/12979/11558</w:t>
        <w:br/>
        <w:t>f 13652/12981/11560 13651/12982/11561 13650/12983/11562</w:t>
        <w:br/>
        <w:t>f 13649/12984/11563 13652/12981/11560 13650/12983/11562</w:t>
        <w:br/>
        <w:t>f 13656/12985/11564 13655/12986/11564 13654/12987/11565</w:t>
        <w:br/>
        <w:t>f 13653/12988/11566 13656/12985/11564 13654/12987/11565</w:t>
        <w:br/>
        <w:t>f 13660/12989/11567 13659/12990/11568 13658/12991/11569</w:t>
        <w:br/>
        <w:t>f 13657/12992/11570 13660/12989/11567 13658/12991/11569</w:t>
        <w:br/>
        <w:t>f 13664/12993/11571 13663/12994/11572 13662/12995/11573</w:t>
        <w:br/>
        <w:t>f 13661/12996/11574 13664/12993/11571 13662/12995/11573</w:t>
        <w:br/>
        <w:t>f 13668/12997/11575 13667/12998/11576 13666/12999/11577</w:t>
        <w:br/>
        <w:t>f 13665/13000/11578 13668/12997/11575 13666/12999/11577</w:t>
        <w:br/>
        <w:t>f 13672/13001/11579 13671/13002/11580 13670/13003/11581</w:t>
        <w:br/>
        <w:t>f 13669/13004/11582 13672/13001/11579 13670/13003/11581</w:t>
        <w:br/>
        <w:t>f 13676/13005/11583 13675/13006/11584 13674/13007/11585</w:t>
        <w:br/>
        <w:t>f 13673/13008/11586 13676/13005/11583 13674/13007/11585</w:t>
        <w:br/>
        <w:t>f 13680/13009/11587 13679/13010/11588 13678/13011/11587</w:t>
        <w:br/>
        <w:t>f 13677/13012/11588 13680/13009/11587 13678/13011/11587</w:t>
        <w:br/>
        <w:t>f 13684/13013/11589 13683/13014/11590 13682/13015/11591</w:t>
        <w:br/>
        <w:t>f 13681/13016/11592 13684/13013/11589 13682/13015/11591</w:t>
        <w:br/>
        <w:t>f 13688/13017/11593 13687/13018/11594 13686/13019/11595</w:t>
        <w:br/>
        <w:t>f 13685/13020/11596 13688/13017/11593 13686/13019/11595</w:t>
        <w:br/>
        <w:t>f 13692/13021/11597 13691/13022/11598 13690/13023/11599</w:t>
        <w:br/>
        <w:t>f 13689/13024/11600 13692/13021/11597 13690/13023/11599</w:t>
        <w:br/>
        <w:t>f 13696/13025/11601 13695/13026/11602 13694/13027/11603</w:t>
        <w:br/>
        <w:t>f 13693/13028/11604 13696/13025/11601 13694/13027/11603</w:t>
        <w:br/>
        <w:t>f 13700/13029/11605 13699/13030/11606 13698/13031/11607</w:t>
        <w:br/>
        <w:t>f 13697/13032/11608 13700/13029/11605 13698/13031/11607</w:t>
        <w:br/>
        <w:t>f 13704/13033/11609 13703/13034/11609 13702/13035/11610</w:t>
        <w:br/>
        <w:t>f 13701/13036/11611 13704/13033/11609 13702/13035/11610</w:t>
        <w:br/>
        <w:t>f 13708/13037/11612 13707/13038/11613 13706/13039/11614</w:t>
        <w:br/>
        <w:t>f 13705/13040/11615 13708/13037/11612 13706/13039/11614</w:t>
        <w:br/>
        <w:t>f 13712/13041/11616 13711/13042/11617 13710/13043/11617</w:t>
        <w:br/>
        <w:t>f 13709/13044/11618 13712/13041/11616 13710/13043/11617</w:t>
        <w:br/>
        <w:t>f 13716/13045/11619 13715/13046/11620 13714/13047/11621</w:t>
        <w:br/>
        <w:t>f 13713/13048/11622 13716/13045/11619 13714/13047/11621</w:t>
        <w:br/>
        <w:t>f 13720/13049/11623 13719/13050/11624 13718/13051/11625</w:t>
        <w:br/>
        <w:t>f 13717/13052/11626 13720/13049/11623 13718/13051/11625</w:t>
        <w:br/>
        <w:t>f 13724/13053/11627 13723/13054/11628 13722/13055/11629</w:t>
        <w:br/>
        <w:t>f 13721/13056/11630 13724/13053/11627 13722/13055/11629</w:t>
        <w:br/>
        <w:t>f 13728/13057/11631 13727/13058/11632 13726/13059/11632</w:t>
        <w:br/>
        <w:t>f 13725/13060/11633 13728/13057/11631 13726/13059/11632</w:t>
        <w:br/>
        <w:t>f 13732/13061/11634 13731/13062/11635 13730/13063/11636</w:t>
        <w:br/>
        <w:t>f 13729/13064/11637 13732/13061/11634 13730/13063/11636</w:t>
        <w:br/>
        <w:t>f 13736/13065/11638 13735/13066/11639 13734/13067/11640</w:t>
        <w:br/>
        <w:t>f 13733/13068/11641 13736/13065/11638 13734/13067/11640</w:t>
        <w:br/>
        <w:t>f 13740/13069/11642 13739/13070/11643 13738/13071/11644</w:t>
        <w:br/>
        <w:t>f 13737/13072/11645 13740/13069/11642 13738/13071/11644</w:t>
        <w:br/>
        <w:t>f 13744/13073/11646 13743/13074/11647 13742/13075/11648</w:t>
        <w:br/>
        <w:t>f 13741/13076/11648 13744/13073/11646 13742/13075/11648</w:t>
        <w:br/>
        <w:t>f 13748/13077/11649 13747/13078/11650 13746/13079/11651</w:t>
        <w:br/>
        <w:t>f 13745/13080/11652 13748/13077/11649 13746/13079/11651</w:t>
        <w:br/>
        <w:t>f 13752/13081/11653 13751/13082/11654 13750/13083/11655</w:t>
        <w:br/>
        <w:t>f 13749/13084/11656 13752/13081/11653 13750/13083/11655</w:t>
        <w:br/>
        <w:t>f 13756/13085/11657 13755/13086/11658 13754/13087/11659</w:t>
        <w:br/>
        <w:t>f 13753/13088/11659 13756/13085/11657 13754/13087/11659</w:t>
        <w:br/>
        <w:t>f 13760/13089/11660 13759/13090/11661 13758/13091/11662</w:t>
        <w:br/>
        <w:t>f 13757/13092/11663 13760/13089/11660 13758/13091/11662</w:t>
        <w:br/>
        <w:t>f 13764/13093/11664 13763/13094/11665 13762/13095/11666</w:t>
        <w:br/>
        <w:t>f 13761/13096/11667 13764/13093/11664 13762/13095/11666</w:t>
        <w:br/>
        <w:t>f 13768/13097/11668 13767/13098/11669 13766/13099/11670</w:t>
        <w:br/>
        <w:t>f 13765/13100/11671 13768/13097/11668 13766/13099/11670</w:t>
        <w:br/>
        <w:t>f 13772/13101/11672 13771/13102/11673 13770/13103/11674</w:t>
        <w:br/>
        <w:t>f 13769/13104/11675 13772/13101/11672 13770/13103/11674</w:t>
        <w:br/>
        <w:t>f 13776/13105/11676 13775/13106/11676 13774/13107/11676</w:t>
        <w:br/>
        <w:t>f 13773/13108/11677 13776/13105/11676 13774/13107/11676</w:t>
        <w:br/>
        <w:t>f 13780/13109/11678 13779/13110/11679 13778/13111/11680</w:t>
        <w:br/>
        <w:t>f 13777/13112/11681 13780/13109/11678 13778/13111/11680</w:t>
        <w:br/>
        <w:t>f 13784/13113/11682 13783/13114/11683 13782/13115/11683</w:t>
        <w:br/>
        <w:t>f 13781/13116/11682 13784/13113/11682 13782/13115/11683</w:t>
        <w:br/>
        <w:t>f 13788/13117/11684 13787/13118/11685 13786/13119/11686</w:t>
        <w:br/>
        <w:t>f 13785/13120/11687 13788/13117/11684 13786/13119/11686</w:t>
        <w:br/>
        <w:t>f 13792/13121/11688 13791/13122/11688 13790/13123/11689</w:t>
        <w:br/>
        <w:t>f 13789/13124/11689 13792/13121/11688 13790/13123/11689</w:t>
        <w:br/>
        <w:t>f 13796/13125/11690 13795/13126/11691 13794/13127/11692</w:t>
        <w:br/>
        <w:t>f 13793/13128/11693 13796/13125/11690 13794/13127/11692</w:t>
        <w:br/>
        <w:t>f 13800/13129/11694 13799/13130/11695 13798/13131/11696</w:t>
        <w:br/>
        <w:t>f 13797/13132/11697 13800/13129/11694 13798/13131/11696</w:t>
        <w:br/>
        <w:t>f 13804/13133/11698 13803/13134/11699 13802/13135/11700</w:t>
        <w:br/>
        <w:t>f 13801/13136/11701 13804/13133/11698 13802/13135/11700</w:t>
        <w:br/>
        <w:t>f 13807/13137/11702 13806/13138/11703 13805/13139/11704</w:t>
        <w:br/>
        <w:t>f 13808/13140/11704 13807/13137/11702 13805/13139/11704</w:t>
        <w:br/>
        <w:t>f 13812/13141/11705 13811/13142/11706 13810/13143/11707</w:t>
        <w:br/>
        <w:t>f 13809/13144/11708 13812/13141/11705 13810/13143/11707</w:t>
        <w:br/>
        <w:t>f 13816/13145/11709 13815/13146/11710 13814/13147/11710</w:t>
        <w:br/>
        <w:t>f 13813/13148/11711 13816/13145/11709 13814/13147/11710</w:t>
        <w:br/>
        <w:t>f 13820/13149/11712 13819/13150/11713 13818/13151/11714</w:t>
        <w:br/>
        <w:t>f 13817/13152/11714 13820/13149/11712 13818/13151/11714</w:t>
        <w:br/>
        <w:t>f 13824/13153/11715 13823/13154/11716 13822/13155/11716</w:t>
        <w:br/>
        <w:t>f 13821/13156/11717 13824/13153/11715 13822/13155/11716</w:t>
        <w:br/>
        <w:t>f 13828/13157/11718 13827/13158/11719 13826/13159/11720</w:t>
        <w:br/>
        <w:t>f 13825/13160/11721 13828/13157/11718 13826/13159/11720</w:t>
        <w:br/>
        <w:t>f 13832/13161/11722 13831/13162/11723 13830/13163/11724</w:t>
        <w:br/>
        <w:t>f 13829/13164/11725 13832/13161/11722 13830/13163/11724</w:t>
        <w:br/>
        <w:t>f 13833/13165/11726 13443/12774/11375 13458/12791/11391</w:t>
        <w:br/>
        <w:t>f 13834/13166/11727 13451/12781/11381 13434/12767/11369</w:t>
        <w:br/>
        <w:t>f 13835/13167/11728 13459/12790/11390 13474/12807/11406</w:t>
        <w:br/>
        <w:t>f 13836/13168/11729 13468/12797/11396 13450/12782/11382</w:t>
        <w:br/>
        <w:t>f 13837/13169/11730 13475/12806/11405 13490/12822/11419</w:t>
        <w:br/>
        <w:t>f 13838/13170/11731 13483/12814/11412 13467/12798/11397</w:t>
        <w:br/>
        <w:t>f 13491/12821/11418 13507/12838/11430 13839/13171/11732</w:t>
        <w:br/>
        <w:t>f 13840/13172/11733 13499/12830/11424 13482/12815/11413</w:t>
        <w:br/>
        <w:t>f 13508/12837/11429 13523/12854/11445 13841/13173/11734</w:t>
        <w:br/>
        <w:t>f 13842/13174/11735 13515/12846/11437 13498/12831/11425</w:t>
        <w:br/>
        <w:t>f 13524/12853/11444 13539/12870/11460 13843/13175/11736</w:t>
        <w:br/>
        <w:t>f 13844/13176/11737 13531/12862/11453 13514/12847/11438</w:t>
        <w:br/>
        <w:t>f 13540/12869/11459 13555/12886/11475 13845/13177/11738</w:t>
        <w:br/>
        <w:t>f 13846/13178/11739 13547/12877/11466 13530/12863/11454</w:t>
        <w:br/>
        <w:t>f 13847/13179/11740 13556/12885/11474 13570/12902/11488</w:t>
        <w:br/>
        <w:t>f 13564/12893/11481 13546/12878/11467 13848/13180/11741</w:t>
        <w:br/>
        <w:t>f 13849/13181/11742 13571/12901/11487 13586/12919/11504</w:t>
        <w:br/>
        <w:t>f 13580/12909/11494 13563/12894/11482 13850/13182/11743</w:t>
        <w:br/>
        <w:t>f 13851/13183/11744 13587/12918/11503 13602/12935/11518</w:t>
        <w:br/>
        <w:t>f 13596/12925/11509 13579/12910/11495 13852/13184/11745</w:t>
        <w:br/>
        <w:t>f 13853/13185/11746 13603/12934/11517 13618/12951/11534</w:t>
        <w:br/>
        <w:t>f 13612/12941/11524 13595/12926/11510 13854/13186/11747</w:t>
        <w:br/>
        <w:t>f 13855/13187/11748 13619/12950/11533 13634/12967/11547</w:t>
        <w:br/>
        <w:t>f 13628/12957/11538 13611/12942/11525 13856/13188/11749</w:t>
        <w:br/>
        <w:t>f 13857/13189/11750 13635/12966/11546 13426/12759/11361</w:t>
        <w:br/>
        <w:t>f 13420/12749/11351 13627/12958/11539 13858/13190/11751</w:t>
        <w:br/>
        <w:t>f 13859/13191/11752 13651/12982/11561 13658/12991/11569</w:t>
        <w:br/>
        <w:t>f 13668/12997/11575 13643/12974/11553 13860/13192/11753</w:t>
        <w:br/>
        <w:t>f 13861/13193/11754 13659/12990/11568 13674/13007/11585</w:t>
        <w:br/>
        <w:t>f 13684/13013/11589 13667/12998/11576 13862/13194/11755</w:t>
        <w:br/>
        <w:t>f 13863/13195/11756 13675/13006/11584 13690/13023/11599</w:t>
        <w:br/>
        <w:t>f 13700/13029/11605 13683/13014/11590 13864/13196/11757</w:t>
        <w:br/>
        <w:t>f 13865/13197/11758 13691/13022/11598 13706/13039/11614</w:t>
        <w:br/>
        <w:t>f 13716/13045/11619 13699/13030/11606 13866/13198/11759</w:t>
        <w:br/>
        <w:t>f 13867/13199/11760 13707/13038/11613 13722/13055/11629</w:t>
        <w:br/>
        <w:t>f 13732/13061/11634 13715/13046/11620 13868/13200/11761</w:t>
        <w:br/>
        <w:t>f 13869/13201/11762 13723/13054/11628 13739/13070/11643</w:t>
        <w:br/>
        <w:t>f 13747/13078/11650 13731/13062/11635 13870/13202/11763</w:t>
        <w:br/>
        <w:t>f 13740/13069/11642 13755/13086/11658 13871/13203/11764</w:t>
        <w:br/>
        <w:t>f 13872/13204/11765 13763/13094/11665 13746/13079/11651</w:t>
        <w:br/>
        <w:t>f 13756/13085/11657 13771/13102/11673 13873/13205/11766</w:t>
        <w:br/>
        <w:t>f 13874/13206/11767 13779/13110/11679 13762/13095/11666</w:t>
        <w:br/>
        <w:t>f 13772/13101/11672 13787/13118/11685 13875/13207/11768</w:t>
        <w:br/>
        <w:t>f 13876/13208/11769 13795/13126/11691 13778/13111/11680</w:t>
        <w:br/>
        <w:t>f 13788/13117/11684 13803/13134/11699 13877/13209/11770</w:t>
        <w:br/>
        <w:t>f 13878/13210/11771 13811/13142/11706 13794/13127/11692</w:t>
        <w:br/>
        <w:t>f 13804/13133/11698 13819/13150/11713 13879/13211/11772</w:t>
        <w:br/>
        <w:t>f 13880/13212/11773 13827/13158/11719 13810/13143/11707</w:t>
        <w:br/>
        <w:t>f 13820/13149/11712 13419/12750/11352 13881/13213/11774</w:t>
        <w:br/>
        <w:t>f 13882/13214/11775 13427/12758/11360 13826/13159/11720</w:t>
        <w:br/>
        <w:t>f 13419/12750/11352 13420/12749/11351 13858/13190/11751</w:t>
        <w:br/>
        <w:t>f 13881/13213/11774 13419/12750/11352 13858/13190/11751</w:t>
        <w:br/>
        <w:t>f 13857/13189/11750 13426/12759/11361 13427/12758/11360</w:t>
        <w:br/>
        <w:t>f 13882/13214/11775 13857/13189/11750 13427/12758/11360</w:t>
        <w:br/>
        <w:t>f 13434/12767/11369 13435/12766/11368 13883/13215/11776</w:t>
        <w:br/>
        <w:t>f 13834/13166/11727 13434/12767/11369 13883/13215/11776</w:t>
        <w:br/>
        <w:t>f 13884/13216/11777 13442/12775/11376 13443/12774/11375</w:t>
        <w:br/>
        <w:t>f 13833/13165/11726 13884/13216/11777 13443/12774/11375</w:t>
        <w:br/>
        <w:t>f 13886/13217/11778 13447/12778/11378 13448/12777/11377</w:t>
        <w:br/>
        <w:t>f 13885/13218/11779 13886/13217/11778 13448/12777/11377</w:t>
        <w:br/>
        <w:t>f 13450/12782/11382 13451/12781/11381 13834/13166/11727</w:t>
        <w:br/>
        <w:t>f 13836/13168/11729 13450/12782/11382 13834/13166/11727</w:t>
        <w:br/>
        <w:t>f 13833/13165/11726 13458/12791/11391 13459/12790/11390</w:t>
        <w:br/>
        <w:t>f 13835/13167/11728 13833/13165/11726 13459/12790/11390</w:t>
        <w:br/>
        <w:t>f 13467/12798/11397 13468/12797/11396 13836/13168/11729</w:t>
        <w:br/>
        <w:t>f 13838/13170/11731 13467/12798/11397 13836/13168/11729</w:t>
        <w:br/>
        <w:t>f 13475/12806/11405 13837/13169/11730 13835/13167/11728</w:t>
        <w:br/>
        <w:t>f 13474/12807/11406 13475/12806/11405 13835/13167/11728</w:t>
        <w:br/>
        <w:t>f 13840/13172/11733 13482/12815/11413 13483/12814/11412</w:t>
        <w:br/>
        <w:t>f 13838/13170/11731 13840/13172/11733 13483/12814/11412</w:t>
        <w:br/>
        <w:t>f 13837/13169/11730 13490/12822/11419 13491/12821/11418</w:t>
        <w:br/>
        <w:t>f 13839/13171/11732 13837/13169/11730 13491/12821/11418</w:t>
        <w:br/>
        <w:t>f 13842/13174/11735 13498/12831/11425 13499/12830/11424</w:t>
        <w:br/>
        <w:t>f 13840/13172/11733 13842/13174/11735 13499/12830/11424</w:t>
        <w:br/>
        <w:t>f 13507/12838/11430 13508/12837/11429 13841/13173/11734</w:t>
        <w:br/>
        <w:t>f 13839/13171/11732 13507/12838/11430 13841/13173/11734</w:t>
        <w:br/>
        <w:t>f 13844/13176/11737 13514/12847/11438 13515/12846/11437</w:t>
        <w:br/>
        <w:t>f 13842/13174/11735 13844/13176/11737 13515/12846/11437</w:t>
        <w:br/>
        <w:t>f 13523/12854/11445 13524/12853/11444 13843/13175/11736</w:t>
        <w:br/>
        <w:t>f 13841/13173/11734 13523/12854/11445 13843/13175/11736</w:t>
        <w:br/>
        <w:t>f 13846/13178/11739 13530/12863/11454 13531/12862/11453</w:t>
        <w:br/>
        <w:t>f 13844/13176/11737 13846/13178/11739 13531/12862/11453</w:t>
        <w:br/>
        <w:t>f 13539/12870/11460 13540/12869/11459 13845/13177/11738</w:t>
        <w:br/>
        <w:t>f 13843/13175/11736 13539/12870/11460 13845/13177/11738</w:t>
        <w:br/>
        <w:t>f 13546/12878/11467 13547/12877/11466 13846/13178/11739</w:t>
        <w:br/>
        <w:t>f 13848/13180/11741 13546/12878/11467 13846/13178/11739</w:t>
        <w:br/>
        <w:t>f 13555/12886/11475 13556/12885/11474 13847/13179/11740</w:t>
        <w:br/>
        <w:t>f 13845/13177/11738 13555/12886/11475 13847/13179/11740</w:t>
        <w:br/>
        <w:t>f 13563/12894/11482 13564/12893/11481 13848/13180/11741</w:t>
        <w:br/>
        <w:t>f 13850/13182/11743 13563/12894/11482 13848/13180/11741</w:t>
        <w:br/>
        <w:t>f 13847/13179/11740 13570/12902/11488 13571/12901/11487</w:t>
        <w:br/>
        <w:t>f 13849/13181/11742 13847/13179/11740 13571/12901/11487</w:t>
        <w:br/>
        <w:t>f 13579/12910/11495 13580/12909/11494 13850/13182/11743</w:t>
        <w:br/>
        <w:t>f 13852/13184/11745 13579/12910/11495 13850/13182/11743</w:t>
        <w:br/>
        <w:t>f 13849/13181/11742 13586/12919/11504 13587/12918/11503</w:t>
        <w:br/>
        <w:t>f 13851/13183/11744 13849/13181/11742 13587/12918/11503</w:t>
        <w:br/>
        <w:t>f 13595/12926/11510 13596/12925/11509 13852/13184/11745</w:t>
        <w:br/>
        <w:t>f 13854/13186/11747 13595/12926/11510 13852/13184/11745</w:t>
        <w:br/>
        <w:t>f 13851/13183/11744 13602/12935/11518 13603/12934/11517</w:t>
        <w:br/>
        <w:t>f 13853/13185/11746 13851/13183/11744 13603/12934/11517</w:t>
        <w:br/>
        <w:t>f 13611/12942/11525 13612/12941/11524 13854/13186/11747</w:t>
        <w:br/>
        <w:t>f 13856/13188/11749 13611/12942/11525 13854/13186/11747</w:t>
        <w:br/>
        <w:t>f 13853/13185/11746 13618/12951/11534 13619/12950/11533</w:t>
        <w:br/>
        <w:t>f 13855/13187/11748 13853/13185/11746 13619/12950/11533</w:t>
        <w:br/>
        <w:t>f 13627/12958/11539 13628/12957/11538 13856/13188/11749</w:t>
        <w:br/>
        <w:t>f 13858/13190/11751 13627/12958/11539 13856/13188/11749</w:t>
        <w:br/>
        <w:t>f 13855/13187/11748 13634/12967/11547 13635/12966/11546</w:t>
        <w:br/>
        <w:t>f 13857/13189/11750 13855/13187/11748 13635/12966/11546</w:t>
        <w:br/>
        <w:t>f 13643/12974/11553 13644/12973/11552 13887/13219/11780</w:t>
        <w:br/>
        <w:t>f 13860/13192/11753 13643/12974/11553 13887/13219/11780</w:t>
        <w:br/>
        <w:t>f 13888/13220/11781 13650/12983/11562 13651/12982/11561</w:t>
        <w:br/>
        <w:t>f 13859/13191/11752 13888/13220/11781 13651/12982/11561</w:t>
        <w:br/>
        <w:t>f 13655/12986/11564 13656/12985/11564 13890/13221/11782</w:t>
        <w:br/>
        <w:t>f 13889/13222/11783 13655/12986/11564 13890/13221/11782</w:t>
        <w:br/>
        <w:t>f 13859/13191/11752 13658/12991/11569 13659/12990/11568</w:t>
        <w:br/>
        <w:t>f 13861/13193/11754 13859/13191/11752 13659/12990/11568</w:t>
        <w:br/>
        <w:t>f 13667/12998/11576 13668/12997/11575 13860/13192/11753</w:t>
        <w:br/>
        <w:t>f 13862/13194/11755 13667/12998/11576 13860/13192/11753</w:t>
        <w:br/>
        <w:t>f 13861/13193/11754 13674/13007/11585 13675/13006/11584</w:t>
        <w:br/>
        <w:t>f 13863/13195/11756 13861/13193/11754 13675/13006/11584</w:t>
        <w:br/>
        <w:t>f 13683/13014/11590 13684/13013/11589 13862/13194/11755</w:t>
        <w:br/>
        <w:t>f 13864/13196/11757 13683/13014/11590 13862/13194/11755</w:t>
        <w:br/>
        <w:t>f 13863/13195/11756 13690/13023/11599 13691/13022/11598</w:t>
        <w:br/>
        <w:t>f 13865/13197/11758 13863/13195/11756 13691/13022/11598</w:t>
        <w:br/>
        <w:t>f 13699/13030/11606 13700/13029/11605 13864/13196/11757</w:t>
        <w:br/>
        <w:t>f 13866/13198/11759 13699/13030/11606 13864/13196/11757</w:t>
        <w:br/>
        <w:t>f 13865/13197/11758 13706/13039/11614 13707/13038/11613</w:t>
        <w:br/>
        <w:t>f 13867/13199/11760 13865/13197/11758 13707/13038/11613</w:t>
        <w:br/>
        <w:t>f 13715/13046/11620 13716/13045/11619 13866/13198/11759</w:t>
        <w:br/>
        <w:t>f 13868/13200/11761 13715/13046/11620 13866/13198/11759</w:t>
        <w:br/>
        <w:t>f 13867/13199/11760 13722/13055/11629 13723/13054/11628</w:t>
        <w:br/>
        <w:t>f 13869/13201/11762 13867/13199/11760 13723/13054/11628</w:t>
        <w:br/>
        <w:t>f 13731/13062/11635 13732/13061/11634 13868/13200/11761</w:t>
        <w:br/>
        <w:t>f 13870/13202/11763 13731/13062/11635 13868/13200/11761</w:t>
        <w:br/>
        <w:t>f 13739/13070/11643 13740/13069/11642 13871/13203/11764</w:t>
        <w:br/>
        <w:t>f 13869/13201/11762 13739/13070/11643 13871/13203/11764</w:t>
        <w:br/>
        <w:t>f 13872/13204/11765 13746/13079/11651 13747/13078/11650</w:t>
        <w:br/>
        <w:t>f 13870/13202/11763 13872/13204/11765 13747/13078/11650</w:t>
        <w:br/>
        <w:t>f 13755/13086/11658 13756/13085/11657 13873/13205/11766</w:t>
        <w:br/>
        <w:t>f 13871/13203/11764 13755/13086/11658 13873/13205/11766</w:t>
        <w:br/>
        <w:t>f 13874/13206/11767 13762/13095/11666 13763/13094/11665</w:t>
        <w:br/>
        <w:t>f 13872/13204/11765 13874/13206/11767 13763/13094/11665</w:t>
        <w:br/>
        <w:t>f 13771/13102/11673 13772/13101/11672 13875/13207/11768</w:t>
        <w:br/>
        <w:t>f 13873/13205/11766 13771/13102/11673 13875/13207/11768</w:t>
        <w:br/>
        <w:t>f 13876/13208/11769 13778/13111/11680 13779/13110/11679</w:t>
        <w:br/>
        <w:t>f 13874/13206/11767 13876/13208/11769 13779/13110/11679</w:t>
        <w:br/>
        <w:t>f 13787/13118/11685 13788/13117/11684 13877/13209/11770</w:t>
        <w:br/>
        <w:t>f 13875/13207/11768 13787/13118/11685 13877/13209/11770</w:t>
        <w:br/>
        <w:t>f 13878/13210/11771 13794/13127/11692 13795/13126/11691</w:t>
        <w:br/>
        <w:t>f 13876/13208/11769 13878/13210/11771 13795/13126/11691</w:t>
        <w:br/>
        <w:t>f 13803/13134/11699 13804/13133/11698 13879/13211/11772</w:t>
        <w:br/>
        <w:t>f 13877/13209/11770 13803/13134/11699 13879/13211/11772</w:t>
        <w:br/>
        <w:t>f 13880/13212/11773 13810/13143/11707 13811/13142/11706</w:t>
        <w:br/>
        <w:t>f 13878/13210/11771 13880/13212/11773 13811/13142/11706</w:t>
        <w:br/>
        <w:t>f 13819/13150/11713 13820/13149/11712 13881/13213/11774</w:t>
        <w:br/>
        <w:t>f 13879/13211/11772 13819/13150/11713 13881/13213/11774</w:t>
        <w:br/>
        <w:t>f 13882/13214/11775 13826/13159/11720 13827/13158/11719</w:t>
        <w:br/>
        <w:t>f 13880/13212/11773 13882/13214/11775 13827/13158/11719</w:t>
        <w:br/>
        <w:t>f 7939/8654/7660 7940/8653/7660 7912/8631/7642</w:t>
        <w:br/>
        <w:t>f 7913/8630/7641 7939/8654/7660 7912/8631/7642</w:t>
        <w:br/>
        <w:t>f 21044/13223/11784 21043/13224/11785 21042/13225/11786</w:t>
        <w:br/>
        <w:t>f 21047/13226/11787 21046/13227/11788 21045/13228/11789</w:t>
        <w:br/>
        <w:t>f 21047/13226/11787 21045/13228/11789 21048/13229/11790</w:t>
        <w:br/>
        <w:t>f 21048/13229/11790 21045/13228/11789 21049/13230/11791</w:t>
        <w:br/>
        <w:t>f 21044/13223/11784 21042/13225/11786 21050/13231/11792</w:t>
        <w:br/>
        <w:t>f 21048/13229/11790 21049/13230/11791 21051/13232/11793</w:t>
        <w:br/>
        <w:t>f 21042/13225/11786 21052/13233/11793 21050/13231/11792</w:t>
        <w:br/>
        <w:t>f 21050/13231/11792 21052/13233/11793 21053/13234/11794</w:t>
        <w:br/>
        <w:t>f 21044/13223/11784 21050/13231/11792 21054/13235/11795</w:t>
        <w:br/>
        <w:t>f 21050/13231/11792 21053/13234/11794 21055/13236/11796</w:t>
        <w:br/>
        <w:t>f 21050/13231/11792 21055/13236/11796 21054/13235/11795</w:t>
        <w:br/>
        <w:t>f 21054/13235/11795 21055/13236/11796 21056/13237/11797</w:t>
        <w:br/>
        <w:t>f 21044/13223/11784 21054/13235/11795 21057/13238/11798</w:t>
        <w:br/>
        <w:t>f 21054/13235/11795 21056/13237/11797 21058/13239/11799</w:t>
        <w:br/>
        <w:t>f 21054/13235/11795 21058/13239/11799 21057/13238/11798</w:t>
        <w:br/>
        <w:t>f 21057/13238/11798 21058/13239/11799 21059/13240/11800</w:t>
        <w:br/>
        <w:t>f 21044/13223/11784 21057/13238/11798 21043/13224/11785</w:t>
        <w:br/>
        <w:t>f 21057/13238/11798 21059/13240/11800 21060/13241/11801</w:t>
        <w:br/>
        <w:t>f 21057/13238/11798 21060/13241/11801 21043/13224/11785</w:t>
        <w:br/>
        <w:t>f 21047/13226/11787 21061/13242/11801 21046/13227/11788</w:t>
        <w:br/>
        <w:t>f 21046/13227/11788 21063/13243/11802 21062/13244/11803</w:t>
        <w:br/>
        <w:t>f 21063/13243/11802 21065/13245/11804 21064/13246/11805</w:t>
        <w:br/>
        <w:t>f 21063/13243/11802 21064/13246/11805 21062/13244/11803</w:t>
        <w:br/>
        <w:t>f 21062/13244/11803 21064/13246/11805 21066/13247/11806</w:t>
        <w:br/>
        <w:t>f 21049/13230/11791 21068/13248/11807 21067/13249/11808</w:t>
        <w:br/>
        <w:t>f 21068/13248/11807 21066/13247/11806 21069/13250/11809</w:t>
        <w:br/>
        <w:t>f 21068/13248/11807 21069/13250/11809 21067/13249/11808</w:t>
        <w:br/>
        <w:t>f 21067/13249/11808 21069/13250/11809 21070/13251/11810</w:t>
        <w:br/>
        <w:t>f 21053/13234/11794 21072/13252/11811 21071/13253/11812</w:t>
        <w:br/>
        <w:t>f 21074/13254/11813 21070/13251/11810 21073/13255/11814</w:t>
        <w:br/>
        <w:t>f 21072/13252/11811 21075/13256/11814 21071/13253/11812</w:t>
        <w:br/>
        <w:t>f 21071/13253/11812 21075/13256/11814 21076/13257/11815</w:t>
        <w:br/>
        <w:t>f 21056/13237/11797 21078/13258/11816 21077/13259/11817</w:t>
        <w:br/>
        <w:t>f 21078/13258/11816 21076/13257/11815 21079/13260/11818</w:t>
        <w:br/>
        <w:t>f 21078/13258/11816 21079/13260/11818 21077/13259/11817</w:t>
        <w:br/>
        <w:t>f 21077/13259/11817 21079/13260/11818 21080/13261/11819</w:t>
        <w:br/>
        <w:t>f 21059/13240/11800 21082/13262/11820 21081/13263/11821</w:t>
        <w:br/>
        <w:t>f 21082/13262/11820 21080/13261/11819 21083/13264/11822</w:t>
        <w:br/>
        <w:t>f 21082/13262/11820 21083/13264/11822 21081/13263/11821</w:t>
        <w:br/>
        <w:t>f 21085/13265/11821 21084/13266/11822 21065/13245/11804</w:t>
        <w:br/>
        <w:t>f 21066/13247/11806 21068/13248/11807 21062/13244/11803</w:t>
        <w:br/>
        <w:t>f 21068/13248/11807 21049/13230/11791 21045/13228/11789</w:t>
        <w:br/>
        <w:t>f 21068/13248/11807 21045/13228/11789 21062/13244/11803</w:t>
        <w:br/>
        <w:t>f 21062/13244/11803 21045/13228/11789 21046/13227/11788</w:t>
        <w:br/>
        <w:t>f 21070/13251/11810 21074/13254/11813 21067/13249/11808</w:t>
        <w:br/>
        <w:t>f 21072/13252/11811 21053/13234/11794 21052/13233/11793</w:t>
        <w:br/>
        <w:t>f 21074/13254/11813 21051/13232/11793 21067/13249/11808</w:t>
        <w:br/>
        <w:t>f 21067/13249/11808 21051/13232/11793 21049/13230/11791</w:t>
        <w:br/>
        <w:t>f 21076/13257/11815 21078/13258/11816 21071/13253/11812</w:t>
        <w:br/>
        <w:t>f 21078/13258/11816 21056/13237/11797 21055/13236/11796</w:t>
        <w:br/>
        <w:t>f 21078/13258/11816 21055/13236/11796 21071/13253/11812</w:t>
        <w:br/>
        <w:t>f 21071/13253/11812 21055/13236/11796 21053/13234/11794</w:t>
        <w:br/>
        <w:t>f 21080/13261/11819 21082/13262/11820 21077/13259/11817</w:t>
        <w:br/>
        <w:t>f 21082/13262/11820 21059/13240/11800 21058/13239/11799</w:t>
        <w:br/>
        <w:t>f 21082/13262/11820 21058/13239/11799 21077/13259/11817</w:t>
        <w:br/>
        <w:t>f 21077/13259/11817 21058/13239/11799 21056/13237/11797</w:t>
        <w:br/>
        <w:t>f 21065/13245/11804 21063/13243/11802 21085/13265/11821</w:t>
        <w:br/>
        <w:t>f 21063/13243/11802 21046/13227/11788 21061/13242/11801</w:t>
        <w:br/>
        <w:t>f 21063/13243/11802 21061/13242/11801 21085/13265/11821</w:t>
        <w:br/>
        <w:t>f 21081/13263/11821 21060/13241/11801 21059/13240/11800</w:t>
        <w:br/>
        <w:t>f 21088/13267/11823 21087/13268/11824 21086/13269/11825</w:t>
        <w:br/>
        <w:t>f 21087/13268/11824 21070/13251/11810 21069/13250/11809</w:t>
        <w:br/>
        <w:t>f 21087/13268/11824 21069/13250/11809 21086/13269/11825</w:t>
        <w:br/>
        <w:t>f 21086/13269/11825 21069/13250/11809 21066/13247/11806</w:t>
        <w:br/>
        <w:t>f 21088/13267/11823 21089/13270/11826 21087/13268/11824</w:t>
        <w:br/>
        <w:t>f 21090/13271/11826 21076/13257/11815 21075/13256/11814</w:t>
        <w:br/>
        <w:t>f 21089/13270/11826 21073/13255/11814 21087/13268/11824</w:t>
        <w:br/>
        <w:t>f 21087/13268/11824 21073/13255/11814 21070/13251/11810</w:t>
        <w:br/>
        <w:t>f 21088/13267/11823 21091/13272/11827 21089/13270/11826</w:t>
        <w:br/>
        <w:t>f 21092/13273/11827 21080/13261/11819 21079/13260/11818</w:t>
        <w:br/>
        <w:t>f 21092/13273/11827 21079/13260/11818 21090/13271/11826</w:t>
        <w:br/>
        <w:t>f 21090/13271/11826 21079/13260/11818 21076/13257/11815</w:t>
        <w:br/>
        <w:t>f 21088/13267/11823 21093/13274/11828 21091/13272/11827</w:t>
        <w:br/>
        <w:t>f 21093/13274/11828 21065/13245/11804 21084/13266/11822</w:t>
        <w:br/>
        <w:t>f 21093/13274/11828 21084/13266/11822 21091/13272/11827</w:t>
        <w:br/>
        <w:t>f 21092/13273/11827 21083/13264/11822 21080/13261/11819</w:t>
        <w:br/>
        <w:t>f 21088/13267/11823 21086/13269/11825 21093/13274/11828</w:t>
        <w:br/>
        <w:t>f 21086/13269/11825 21066/13247/11806 21064/13246/11805</w:t>
        <w:br/>
        <w:t>f 21086/13269/11825 21064/13246/11805 21093/13274/11828</w:t>
        <w:br/>
        <w:t>f 21093/13274/11828 21064/13246/11805 21065/13245/11804</w:t>
        <w:br/>
        <w:t>f 21096/13275/11829 21095/13276/11830 21094/13277/11831</w:t>
        <w:br/>
        <w:t>f 21099/13278/11831 21098/13279/11832 21097/13280/11833</w:t>
        <w:br/>
        <w:t>f 21099/13278/11831 21100/13281/11830 21098/13279/11832</w:t>
        <w:br/>
        <w:t>f 21100/13281/11830 21101/13282/11834 21098/13279/11832</w:t>
        <w:br/>
        <w:t>f 21096/13275/11829 21102/13283/11835 21095/13276/11830</w:t>
        <w:br/>
        <w:t>f 21100/13281/11830 21103/13284/11836 21101/13282/11834</w:t>
        <w:br/>
        <w:t>f 21095/13276/11830 21102/13283/11835 21104/13285/11837</w:t>
        <w:br/>
        <w:t>f 21102/13283/11835 21105/13286/11838 21104/13285/11837</w:t>
        <w:br/>
        <w:t>f 21096/13275/11829 21106/13287/11839 21102/13283/11835</w:t>
        <w:br/>
        <w:t>f 21102/13283/11835 21107/13288/11840 21105/13286/11838</w:t>
        <w:br/>
        <w:t>f 21102/13283/11835 21106/13287/11839 21107/13288/11840</w:t>
        <w:br/>
        <w:t>f 21106/13287/11839 21108/13289/11841 21107/13288/11840</w:t>
        <w:br/>
        <w:t>f 21096/13275/11829 21109/13290/11842 21106/13287/11839</w:t>
        <w:br/>
        <w:t>f 21106/13287/11839 21110/13291/11843 21108/13289/11841</w:t>
        <w:br/>
        <w:t>f 21106/13287/11839 21109/13290/11842 21110/13291/11843</w:t>
        <w:br/>
        <w:t>f 21109/13290/11842 21111/13292/11844 21110/13291/11843</w:t>
        <w:br/>
        <w:t>f 21096/13275/11829 21094/13277/11831 21109/13290/11842</w:t>
        <w:br/>
        <w:t>f 21109/13290/11842 21112/13293/11845 21111/13292/11844</w:t>
        <w:br/>
        <w:t>f 21109/13290/11842 21094/13277/11831 21112/13293/11845</w:t>
        <w:br/>
        <w:t>f 21099/13278/11831 21097/13280/11833 21113/13294/11845</w:t>
        <w:br/>
        <w:t>f 21097/13280/11833 21115/13295/11846 21114/13296/11847</w:t>
        <w:br/>
        <w:t>f 21114/13296/11847 21117/13297/11848 21116/13298/11849</w:t>
        <w:br/>
        <w:t>f 21114/13296/11847 21115/13295/11846 21117/13297/11848</w:t>
        <w:br/>
        <w:t>f 21115/13295/11846 21118/13299/11850 21117/13297/11848</w:t>
        <w:br/>
        <w:t>f 21101/13282/11834 21120/13300/11851 21119/13301/11852</w:t>
        <w:br/>
        <w:t>f 21119/13301/11852 21121/13302/11853 21118/13299/11850</w:t>
        <w:br/>
        <w:t>f 21119/13301/11852 21120/13300/11851 21121/13302/11853</w:t>
        <w:br/>
        <w:t>f 21120/13300/11851 21122/13303/11854 21121/13302/11853</w:t>
        <w:br/>
        <w:t>f 21105/13286/11838 21124/13304/11855 21123/13305/11856</w:t>
        <w:br/>
        <w:t>f 21126/13306/11856 21125/13307/11857 21122/13303/11854</w:t>
        <w:br/>
        <w:t>f 21123/13305/11856 21124/13304/11855 21127/13308/11857</w:t>
        <w:br/>
        <w:t>f 21124/13304/11855 21128/13309/11858 21127/13308/11857</w:t>
        <w:br/>
        <w:t>f 21108/13289/11841 21130/13310/11859 21129/13311/11860</w:t>
        <w:br/>
        <w:t>f 21129/13311/11860 21131/13312/11861 21128/13309/11858</w:t>
        <w:br/>
        <w:t>f 21129/13311/11860 21130/13310/11859 21131/13312/11861</w:t>
        <w:br/>
        <w:t>f 21130/13310/11859 21132/13313/11862 21131/13312/11861</w:t>
        <w:br/>
        <w:t>f 21111/13292/11844 21134/13314/11863 21133/13315/11864</w:t>
        <w:br/>
        <w:t>f 21133/13315/11864 21135/13316/11865 21132/13313/11862</w:t>
        <w:br/>
        <w:t>f 21133/13315/11864 21134/13314/11863 21135/13316/11865</w:t>
        <w:br/>
        <w:t>f 21137/13317/11863 21116/13298/11849 21136/13318/11865</w:t>
        <w:br/>
        <w:t>f 21118/13299/11850 21115/13295/11846 21119/13301/11852</w:t>
        <w:br/>
        <w:t>f 21119/13301/11852 21098/13279/11832 21101/13282/11834</w:t>
        <w:br/>
        <w:t>f 21119/13301/11852 21115/13295/11846 21098/13279/11832</w:t>
        <w:br/>
        <w:t>f 21115/13295/11846 21097/13280/11833 21098/13279/11832</w:t>
        <w:br/>
        <w:t>f 21122/13303/11854 21120/13300/11851 21126/13306/11856</w:t>
        <w:br/>
        <w:t>f 21123/13305/11856 21104/13285/11837 21105/13286/11838</w:t>
        <w:br/>
        <w:t>f 21126/13306/11856 21120/13300/11851 21103/13284/11836</w:t>
        <w:br/>
        <w:t>f 21120/13300/11851 21101/13282/11834 21103/13284/11836</w:t>
        <w:br/>
        <w:t>f 21128/13309/11858 21124/13304/11855 21129/13311/11860</w:t>
        <w:br/>
        <w:t>f 21129/13311/11860 21107/13288/11840 21108/13289/11841</w:t>
        <w:br/>
        <w:t>f 21129/13311/11860 21124/13304/11855 21107/13288/11840</w:t>
        <w:br/>
        <w:t>f 21124/13304/11855 21105/13286/11838 21107/13288/11840</w:t>
        <w:br/>
        <w:t>f 21132/13313/11862 21130/13310/11859 21133/13315/11864</w:t>
        <w:br/>
        <w:t>f 21133/13315/11864 21110/13291/11843 21111/13292/11844</w:t>
        <w:br/>
        <w:t>f 21133/13315/11864 21130/13310/11859 21110/13291/11843</w:t>
        <w:br/>
        <w:t>f 21130/13310/11859 21108/13289/11841 21110/13291/11843</w:t>
        <w:br/>
        <w:t>f 21116/13298/11849 21137/13317/11863 21114/13296/11847</w:t>
        <w:br/>
        <w:t>f 21114/13296/11847 21113/13294/11845 21097/13280/11833</w:t>
        <w:br/>
        <w:t>f 21114/13296/11847 21137/13317/11863 21113/13294/11845</w:t>
        <w:br/>
        <w:t>f 21134/13314/11863 21111/13292/11844 21112/13293/11845</w:t>
        <w:br/>
        <w:t>f 21140/13319/11866 21139/13320/11867 21138/13321/11868</w:t>
        <w:br/>
        <w:t>f 21138/13321/11868 21121/13302/11853 21122/13303/11854</w:t>
        <w:br/>
        <w:t>f 21138/13321/11868 21139/13320/11867 21121/13302/11853</w:t>
        <w:br/>
        <w:t>f 21139/13320/11867 21118/13299/11850 21121/13302/11853</w:t>
        <w:br/>
        <w:t>f 21140/13319/11866 21138/13321/11868 21141/13322/11869</w:t>
        <w:br/>
        <w:t>f 21142/13323/11869 21127/13308/11857 21128/13309/11858</w:t>
        <w:br/>
        <w:t>f 21141/13322/11869 21138/13321/11868 21125/13307/11857</w:t>
        <w:br/>
        <w:t>f 21138/13321/11868 21122/13303/11854 21125/13307/11857</w:t>
        <w:br/>
        <w:t>f 21140/13319/11866 21141/13322/11869 21143/13324/11870</w:t>
        <w:br/>
        <w:t>f 21144/13325/11871 21131/13312/11861 21132/13313/11862</w:t>
        <w:br/>
        <w:t>f 21144/13325/11871 21142/13323/11869 21131/13312/11861</w:t>
        <w:br/>
        <w:t>f 21142/13323/11869 21128/13309/11858 21131/13312/11861</w:t>
        <w:br/>
        <w:t>f 21140/13319/11866 21143/13324/11870 21145/13326/11872</w:t>
        <w:br/>
        <w:t>f 21145/13326/11872 21136/13318/11865 21116/13298/11849</w:t>
        <w:br/>
        <w:t>f 21145/13326/11872 21143/13324/11870 21136/13318/11865</w:t>
        <w:br/>
        <w:t>f 21144/13325/11871 21132/13313/11862 21135/13316/11865</w:t>
        <w:br/>
        <w:t>f 21140/13319/11866 21145/13326/11872 21139/13320/11867</w:t>
        <w:br/>
        <w:t>f 21139/13320/11867 21117/13297/11848 21118/13299/11850</w:t>
        <w:br/>
        <w:t>f 21139/13320/11867 21145/13326/11872 21117/13297/11848</w:t>
        <w:br/>
        <w:t>f 21145/13326/11872 21116/13298/11849 21117/13297/11848</w:t>
        <w:br/>
        <w:t>f 21148/13327/11873 21147/13328/11874 21146/13329/11875</w:t>
        <w:br/>
        <w:t>f 21151/13330/11876 21150/13331/11877 21149/13332/11878</w:t>
        <w:br/>
        <w:t>f 21151/13330/11876 21152/13333/11879 21150/13331/11877</w:t>
        <w:br/>
        <w:t>f 21152/13333/11879 21153/13334/11880 21150/13331/11877</w:t>
        <w:br/>
        <w:t>f 21148/13327/11873 21154/13335/11881 21147/13328/11874</w:t>
        <w:br/>
        <w:t>f 21152/13333/11879 21155/13336/11882 21153/13334/11880</w:t>
        <w:br/>
        <w:t>f 21147/13328/11874 21154/13335/11881 21156/13337/11882</w:t>
        <w:br/>
        <w:t>f 21154/13335/11881 21157/13338/11883 21156/13337/11882</w:t>
        <w:br/>
        <w:t>f 21148/13327/11873 21158/13339/11884 21154/13335/11881</w:t>
        <w:br/>
        <w:t>f 21154/13335/11881 21159/13340/11885 21157/13338/11883</w:t>
        <w:br/>
        <w:t>f 21154/13335/11881 21158/13339/11884 21159/13340/11885</w:t>
        <w:br/>
        <w:t>f 21158/13339/11884 21160/13341/11886 21159/13340/11885</w:t>
        <w:br/>
        <w:t>f 21148/13327/11873 21161/13342/11887 21158/13339/11884</w:t>
        <w:br/>
        <w:t>f 21158/13339/11884 21162/13343/11888 21160/13341/11886</w:t>
        <w:br/>
        <w:t>f 21158/13339/11884 21161/13342/11887 21162/13343/11888</w:t>
        <w:br/>
        <w:t>f 21161/13342/11887 21163/13344/11889 21162/13343/11888</w:t>
        <w:br/>
        <w:t>f 21148/13327/11873 21146/13329/11875 21161/13342/11887</w:t>
        <w:br/>
        <w:t>f 21161/13342/11887 21164/13345/11890 21163/13344/11889</w:t>
        <w:br/>
        <w:t>f 21161/13342/11887 21146/13329/11875 21164/13345/11890</w:t>
        <w:br/>
        <w:t>f 21151/13330/11876 21149/13332/11878 21165/13346/11890</w:t>
        <w:br/>
        <w:t>f 21149/13332/11878 21167/13347/11891 21166/13348/11892</w:t>
        <w:br/>
        <w:t>f 21166/13348/11892 21169/13349/11893 21168/13350/11894</w:t>
        <w:br/>
        <w:t>f 21166/13348/11892 21167/13347/11891 21169/13349/11893</w:t>
        <w:br/>
        <w:t>f 21167/13347/11891 21170/13351/11895 21169/13349/11893</w:t>
        <w:br/>
        <w:t>f 21153/13334/11880 21172/13352/11896 21171/13353/11897</w:t>
        <w:br/>
        <w:t>f 21171/13353/11897 21173/13354/11898 21170/13351/11895</w:t>
        <w:br/>
        <w:t>f 21171/13353/11897 21172/13352/11896 21173/13354/11898</w:t>
        <w:br/>
        <w:t>f 21172/13352/11896 21174/13355/11899 21173/13354/11898</w:t>
        <w:br/>
        <w:t>f 21157/13338/11883 21176/13356/11900 21175/13357/11901</w:t>
        <w:br/>
        <w:t>f 21178/13358/11901 21177/13359/11902 21174/13355/11899</w:t>
        <w:br/>
        <w:t>f 21175/13357/11901 21176/13356/11900 21179/13360/11902</w:t>
        <w:br/>
        <w:t>f 21176/13356/11900 21180/13361/11903 21179/13360/11902</w:t>
        <w:br/>
        <w:t>f 21160/13341/11886 21182/13362/11904 21181/13363/11905</w:t>
        <w:br/>
        <w:t>f 21181/13363/11905 21183/13364/11906 21180/13361/11903</w:t>
        <w:br/>
        <w:t>f 21181/13363/11905 21182/13362/11904 21183/13364/11906</w:t>
        <w:br/>
        <w:t>f 21182/13362/11904 21184/13365/11907 21183/13364/11906</w:t>
        <w:br/>
        <w:t>f 21163/13344/11889 21186/13366/11908 21185/13367/11909</w:t>
        <w:br/>
        <w:t>f 21185/13367/11909 21187/13368/11910 21184/13365/11907</w:t>
        <w:br/>
        <w:t>f 21185/13367/11909 21186/13366/11908 21187/13368/11910</w:t>
        <w:br/>
        <w:t>f 21189/13369/11908 21168/13350/11894 21188/13370/11910</w:t>
        <w:br/>
        <w:t>f 21170/13351/11895 21167/13347/11891 21171/13353/11897</w:t>
        <w:br/>
        <w:t>f 21171/13353/11897 21150/13331/11877 21153/13334/11880</w:t>
        <w:br/>
        <w:t>f 21171/13353/11897 21167/13347/11891 21150/13331/11877</w:t>
        <w:br/>
        <w:t>f 21167/13347/11891 21149/13332/11878 21150/13331/11877</w:t>
        <w:br/>
        <w:t>f 21174/13355/11899 21172/13352/11896 21178/13358/11901</w:t>
        <w:br/>
        <w:t>f 21175/13357/11901 21156/13337/11882 21157/13338/11883</w:t>
        <w:br/>
        <w:t>f 21178/13358/11901 21172/13352/11896 21155/13336/11882</w:t>
        <w:br/>
        <w:t>f 21172/13352/11896 21153/13334/11880 21155/13336/11882</w:t>
        <w:br/>
        <w:t>f 21180/13361/11903 21176/13356/11900 21181/13363/11905</w:t>
        <w:br/>
        <w:t>f 21181/13363/11905 21159/13340/11885 21160/13341/11886</w:t>
        <w:br/>
        <w:t>f 21181/13363/11905 21176/13356/11900 21159/13340/11885</w:t>
        <w:br/>
        <w:t>f 21176/13356/11900 21157/13338/11883 21159/13340/11885</w:t>
        <w:br/>
        <w:t>f 21184/13365/11907 21182/13362/11904 21185/13367/11909</w:t>
        <w:br/>
        <w:t>f 21185/13367/11909 21162/13343/11888 21163/13344/11889</w:t>
        <w:br/>
        <w:t>f 21185/13367/11909 21182/13362/11904 21162/13343/11888</w:t>
        <w:br/>
        <w:t>f 21182/13362/11904 21160/13341/11886 21162/13343/11888</w:t>
        <w:br/>
        <w:t>f 21168/13350/11894 21189/13369/11908 21166/13348/11892</w:t>
        <w:br/>
        <w:t>f 21166/13348/11892 21165/13346/11890 21149/13332/11878</w:t>
        <w:br/>
        <w:t>f 21166/13348/11892 21189/13369/11908 21165/13346/11890</w:t>
        <w:br/>
        <w:t>f 21186/13366/11908 21163/13344/11889 21164/13345/11890</w:t>
        <w:br/>
        <w:t>f 21192/13371/11911 21191/13372/11912 21190/13373/11913</w:t>
        <w:br/>
        <w:t>f 21190/13373/11913 21173/13354/11898 21174/13355/11899</w:t>
        <w:br/>
        <w:t>f 21190/13373/11913 21191/13372/11912 21173/13354/11898</w:t>
        <w:br/>
        <w:t>f 21191/13372/11912 21170/13351/11895 21173/13354/11898</w:t>
        <w:br/>
        <w:t>f 21192/13371/11911 21190/13373/11913 21193/13374/11914</w:t>
        <w:br/>
        <w:t>f 21194/13375/11914 21179/13360/11902 21180/13361/11903</w:t>
        <w:br/>
        <w:t>f 21193/13374/11914 21190/13373/11913 21177/13359/11902</w:t>
        <w:br/>
        <w:t>f 21190/13373/11913 21174/13355/11899 21177/13359/11902</w:t>
        <w:br/>
        <w:t>f 21192/13371/11911 21193/13374/11914 21195/13376/11915</w:t>
        <w:br/>
        <w:t>f 21196/13377/11916 21183/13364/11906 21184/13365/11907</w:t>
        <w:br/>
        <w:t>f 21196/13377/11916 21194/13375/11914 21183/13364/11906</w:t>
        <w:br/>
        <w:t>f 21194/13375/11914 21180/13361/11903 21183/13364/11906</w:t>
        <w:br/>
        <w:t>f 21192/13371/11911 21195/13376/11915 21197/13378/11917</w:t>
        <w:br/>
        <w:t>f 21197/13378/11917 21188/13370/11910 21168/13350/11894</w:t>
        <w:br/>
        <w:t>f 21197/13378/11917 21195/13376/11915 21188/13370/11910</w:t>
        <w:br/>
        <w:t>f 21196/13377/11916 21184/13365/11907 21187/13368/11910</w:t>
        <w:br/>
        <w:t>f 21192/13371/11911 21197/13378/11917 21191/13372/11912</w:t>
        <w:br/>
        <w:t>f 21191/13372/11912 21169/13349/11893 21170/13351/11895</w:t>
        <w:br/>
        <w:t>f 21191/13372/11912 21197/13378/11917 21169/13349/11893</w:t>
        <w:br/>
        <w:t>f 21197/13378/11917 21168/13350/11894 21169/13349/11893</w:t>
        <w:br/>
        <w:t>f 21200/13379/11918 21199/13380/11919 21198/13381/11920</w:t>
        <w:br/>
        <w:t>f 21203/13382/11919 21202/13383/11921 21201/13384/11922</w:t>
        <w:br/>
        <w:t>f 21203/13382/11919 21201/13384/11922 21204/13385/11920</w:t>
        <w:br/>
        <w:t>f 21204/13385/11920 21201/13384/11922 21205/13386/11923</w:t>
        <w:br/>
        <w:t>f 21200/13379/11918 21198/13381/11920 21206/13387/11924</w:t>
        <w:br/>
        <w:t>f 21204/13385/11920 21205/13386/11923 21207/13388/11925</w:t>
        <w:br/>
        <w:t>f 21198/13381/11920 21208/13389/11925 21206/13387/11924</w:t>
        <w:br/>
        <w:t>f 21206/13387/11924 21208/13389/11925 21209/13390/11926</w:t>
        <w:br/>
        <w:t>f 21200/13379/11918 21206/13387/11924 21210/13391/11927</w:t>
        <w:br/>
        <w:t>f 21206/13387/11924 21209/13390/11926 21211/13392/11928</w:t>
        <w:br/>
        <w:t>f 21206/13387/11924 21211/13392/11928 21210/13391/11927</w:t>
        <w:br/>
        <w:t>f 21210/13391/11927 21211/13392/11928 21212/13393/11929</w:t>
        <w:br/>
        <w:t>f 21200/13379/11918 21210/13391/11927 21213/13394/11930</w:t>
        <w:br/>
        <w:t>f 21210/13391/11927 21212/13393/11929 21214/13395/11931</w:t>
        <w:br/>
        <w:t>f 21210/13391/11927 21214/13395/11931 21213/13394/11930</w:t>
        <w:br/>
        <w:t>f 21213/13394/11930 21214/13395/11931 21215/13396/11932</w:t>
        <w:br/>
        <w:t>f 21200/13379/11918 21213/13394/11930 21199/13380/11919</w:t>
        <w:br/>
        <w:t>f 21213/13394/11930 21215/13396/11932 21216/13397/11933</w:t>
        <w:br/>
        <w:t>f 21213/13394/11930 21216/13397/11933 21199/13380/11919</w:t>
        <w:br/>
        <w:t>f 21203/13382/11919 21217/13398/11933 21202/13383/11921</w:t>
        <w:br/>
        <w:t>f 21202/13383/11921 21219/13399/11934 21218/13400/11935</w:t>
        <w:br/>
        <w:t>f 21219/13399/11934 21221/13401/11936 21220/13402/11937</w:t>
        <w:br/>
        <w:t>f 21219/13399/11934 21220/13402/11937 21218/13400/11935</w:t>
        <w:br/>
        <w:t>f 21218/13400/11935 21220/13402/11937 21222/13403/11938</w:t>
        <w:br/>
        <w:t>f 21205/13386/11923 21224/13404/11939 21223/13405/11940</w:t>
        <w:br/>
        <w:t>f 21224/13404/11939 21222/13403/11938 21225/13406/11941</w:t>
        <w:br/>
        <w:t>f 21224/13404/11939 21225/13406/11941 21223/13405/11940</w:t>
        <w:br/>
        <w:t>f 21223/13405/11940 21225/13406/11941 21226/13407/11942</w:t>
        <w:br/>
        <w:t>f 21209/13390/11926 21228/13408/11943 21227/13409/11944</w:t>
        <w:br/>
        <w:t>f 21230/13410/11943 21226/13407/11942 21229/13411/11945</w:t>
        <w:br/>
        <w:t>f 21228/13408/11943 21231/13412/11945 21227/13409/11944</w:t>
        <w:br/>
        <w:t>f 21227/13409/11944 21231/13412/11945 21232/13413/11946</w:t>
        <w:br/>
        <w:t>f 21212/13393/11929 21234/13414/11947 21233/13415/11948</w:t>
        <w:br/>
        <w:t>f 21234/13414/11947 21232/13413/11946 21235/13416/11949</w:t>
        <w:br/>
        <w:t>f 21234/13414/11947 21235/13416/11949 21233/13415/11948</w:t>
        <w:br/>
        <w:t>f 21233/13415/11948 21235/13416/11949 21236/13417/11950</w:t>
        <w:br/>
        <w:t>f 21215/13396/11932 21238/13418/11951 21237/13419/11952</w:t>
        <w:br/>
        <w:t>f 21238/13418/11951 21236/13417/11950 21239/13420/11953</w:t>
        <w:br/>
        <w:t>f 21238/13418/11951 21239/13420/11953 21237/13419/11952</w:t>
        <w:br/>
        <w:t>f 21241/13421/11952 21240/13422/11953 21221/13401/11936</w:t>
        <w:br/>
        <w:t>f 21222/13403/11938 21224/13404/11939 21218/13400/11935</w:t>
        <w:br/>
        <w:t>f 21224/13404/11939 21205/13386/11923 21201/13384/11922</w:t>
        <w:br/>
        <w:t>f 21224/13404/11939 21201/13384/11922 21218/13400/11935</w:t>
        <w:br/>
        <w:t>f 21218/13400/11935 21201/13384/11922 21202/13383/11921</w:t>
        <w:br/>
        <w:t>f 21226/13407/11942 21230/13410/11943 21223/13405/11940</w:t>
        <w:br/>
        <w:t>f 21228/13408/11943 21209/13390/11926 21208/13389/11925</w:t>
        <w:br/>
        <w:t>f 21230/13410/11943 21207/13388/11925 21223/13405/11940</w:t>
        <w:br/>
        <w:t>f 21223/13405/11940 21207/13388/11925 21205/13386/11923</w:t>
        <w:br/>
        <w:t>f 21232/13413/11946 21234/13414/11947 21227/13409/11944</w:t>
        <w:br/>
        <w:t>f 21234/13414/11947 21212/13393/11929 21211/13392/11928</w:t>
        <w:br/>
        <w:t>f 21234/13414/11947 21211/13392/11928 21227/13409/11944</w:t>
        <w:br/>
        <w:t>f 21227/13409/11944 21211/13392/11928 21209/13390/11926</w:t>
        <w:br/>
        <w:t>f 21236/13417/11950 21238/13418/11951 21233/13415/11948</w:t>
        <w:br/>
        <w:t>f 21238/13418/11951 21215/13396/11932 21214/13395/11931</w:t>
        <w:br/>
        <w:t>f 21238/13418/11951 21214/13395/11931 21233/13415/11948</w:t>
        <w:br/>
        <w:t>f 21233/13415/11948 21214/13395/11931 21212/13393/11929</w:t>
        <w:br/>
        <w:t>f 21221/13401/11936 21219/13399/11934 21241/13421/11952</w:t>
        <w:br/>
        <w:t>f 21219/13399/11934 21202/13383/11921 21217/13398/11933</w:t>
        <w:br/>
        <w:t>f 21219/13399/11934 21217/13398/11933 21241/13421/11952</w:t>
        <w:br/>
        <w:t>f 21237/13419/11952 21216/13397/11933 21215/13396/11932</w:t>
        <w:br/>
        <w:t>f 21244/13423/11954 21243/13424/11955 21242/13425/11956</w:t>
        <w:br/>
        <w:t>f 21243/13424/11955 21226/13407/11942 21225/13406/11941</w:t>
        <w:br/>
        <w:t>f 21243/13424/11955 21225/13406/11941 21242/13425/11956</w:t>
        <w:br/>
        <w:t>f 21242/13425/11956 21225/13406/11941 21222/13403/11938</w:t>
        <w:br/>
        <w:t>f 21244/13423/11954 21245/13426/11957 21243/13424/11955</w:t>
        <w:br/>
        <w:t>f 21246/13427/11957 21232/13413/11946 21231/13412/11945</w:t>
        <w:br/>
        <w:t>f 21245/13426/11957 21229/13411/11945 21243/13424/11955</w:t>
        <w:br/>
        <w:t>f 21243/13424/11955 21229/13411/11945 21226/13407/11942</w:t>
        <w:br/>
        <w:t>f 21244/13423/11954 21247/13428/11958 21245/13426/11957</w:t>
        <w:br/>
        <w:t>f 21248/13429/11959 21236/13417/11950 21235/13416/11949</w:t>
        <w:br/>
        <w:t>f 21248/13429/11959 21235/13416/11949 21246/13427/11957</w:t>
        <w:br/>
        <w:t>f 21246/13427/11957 21235/13416/11949 21232/13413/11946</w:t>
        <w:br/>
        <w:t>f 21244/13423/11954 21249/13430/11960 21247/13428/11958</w:t>
        <w:br/>
        <w:t>f 21249/13430/11960 21221/13401/11936 21240/13422/11953</w:t>
        <w:br/>
        <w:t>f 21249/13430/11960 21240/13422/11953 21247/13428/11958</w:t>
        <w:br/>
        <w:t>f 21248/13429/11959 21239/13420/11953 21236/13417/11950</w:t>
        <w:br/>
        <w:t>f 21244/13423/11954 21242/13425/11956 21249/13430/11960</w:t>
        <w:br/>
        <w:t>f 21242/13425/11956 21222/13403/11938 21220/13402/11937</w:t>
        <w:br/>
        <w:t>f 21242/13425/11956 21220/13402/11937 21249/13430/11960</w:t>
        <w:br/>
        <w:t>f 21249/13430/11960 21220/13402/11937 21221/13401/11936</w:t>
        <w:br/>
        <w:t>f 21253/13431/11961 21252/13432/11962 21251/13433/11963</w:t>
        <w:br/>
        <w:t>f 21250/13434/11964 21253/13431/11961 21251/13433/11963</w:t>
        <w:br/>
        <w:t>f 21256/13435/11965 21255/13436/11966 21254/13437/11967</w:t>
        <w:br/>
        <w:t>f 21257/13438/11968 21256/13435/11965 21254/13437/11967</w:t>
        <w:br/>
        <w:t>f 21260/13439/11969 21259/13440/11970 21258/13441/11971</w:t>
        <w:br/>
        <w:t>f 21264/13442/11972 21263/13443/11973 21262/13444/11974</w:t>
        <w:br/>
        <w:t>f 21261/13445/11975 21264/13442/11972 21262/13444/11974</w:t>
        <w:br/>
        <w:t>f 21268/13446/11976 21267/13447/11976 21266/13448/11977</w:t>
        <w:br/>
        <w:t>f 21265/13449/11978 21268/13446/11976 21266/13448/11977</w:t>
        <w:br/>
        <w:t>f 21272/13450/11979 21271/13451/11980 21270/13452/11981</w:t>
        <w:br/>
        <w:t>f 21269/13453/11982 21272/13450/11979 21270/13452/11981</w:t>
        <w:br/>
        <w:t>f 21274/13454/11983 21259/13440/11970 21273/13455/11984</w:t>
        <w:br/>
        <w:t>f 21276/13456/11985 21275/13457/11986 21262/13444/11974</w:t>
        <w:br/>
        <w:t>f 21263/13443/11973 21276/13456/11985 21262/13444/11974</w:t>
        <w:br/>
        <w:t>f 21279/13458/11987 21278/13459/11988 21277/13460/11989</w:t>
        <w:br/>
        <w:t>f 21280/13461/11990 21279/13458/11987 21277/13460/11989</w:t>
        <w:br/>
        <w:t>f 21284/13462/11991 21283/13463/11992 21282/13464/11993</w:t>
        <w:br/>
        <w:t>f 21281/13465/11994 21284/13462/11991 21282/13464/11993</w:t>
        <w:br/>
        <w:t>f 21287/13466/11995 21286/13467/11996 21285/13468/11997</w:t>
        <w:br/>
        <w:t>f 21258/13441/11971 21259/13440/11970 21288/13469/11998</w:t>
        <w:br/>
        <w:t>f 21292/13470/11999 21291/13471/12000 21290/13472/12001</w:t>
        <w:br/>
        <w:t>f 21289/13473/12002 21292/13470/11999 21290/13472/12001</w:t>
        <w:br/>
        <w:t>f 21296/13474/12003 21295/13475/12004 21294/13476/12005</w:t>
        <w:br/>
        <w:t>f 21293/13477/12006 21296/13474/12003 21294/13476/12005</w:t>
        <w:br/>
        <w:t>f 21297/13478/12007 21286/13467/11996 21287/13466/11995</w:t>
        <w:br/>
        <w:t>f 21274/13454/11983 21298/13479/12008 21259/13440/11970</w:t>
        <w:br/>
        <w:t>f 21302/13480/12009 21301/13481/12010 21300/13482/12011</w:t>
        <w:br/>
        <w:t>f 21299/13483/12012 21302/13480/12009 21300/13482/12011</w:t>
        <w:br/>
        <w:t>f 21305/13484/12013 21304/13485/12014 21303/13486/12015</w:t>
        <w:br/>
        <w:t>f 21306/13487/12016 21305/13484/12013 21303/13486/12015</w:t>
        <w:br/>
        <w:t>f 21309/13488/12017 21308/13489/12018 21307/13490/12019</w:t>
        <w:br/>
        <w:t>f 21310/13491/12020 21309/13488/12017 21307/13490/12019</w:t>
        <w:br/>
        <w:t>f 21312/13492/12021 21286/13467/12022 21311/13493/12023</w:t>
        <w:br/>
        <w:t>f 21316/13494/12024 21315/13495/12025 21314/13496/12026</w:t>
        <w:br/>
        <w:t>f 21313/13497/12027 21316/13494/12024 21314/13496/12026</w:t>
        <w:br/>
        <w:t>f 21319/13498/12028 21318/13499/12029 21317/13500/12030</w:t>
        <w:br/>
        <w:t>f 21320/13501/12031 21319/13498/12028 21317/13500/12030</w:t>
        <w:br/>
        <w:t>f 21309/13488/12017 21310/13491/12020 21321/13502/12032</w:t>
        <w:br/>
        <w:t>f 21322/13503/12033 21309/13488/12017 21321/13502/12032</w:t>
        <w:br/>
        <w:t>f 21324/13504/12034 21323/13505/12035 21286/13467/11996</w:t>
        <w:br/>
        <w:t>f 21327/13506/12036 21326/13507/12037 21325/13508/12038</w:t>
        <w:br/>
        <w:t>f 21331/13509/12039 21330/13510/12040 21329/13511/12041</w:t>
        <w:br/>
        <w:t>f 21328/13512/12042 21331/13509/12039 21329/13511/12041</w:t>
        <w:br/>
        <w:t>f 21334/13513/12043 21333/13514/12044 21332/13515/12045</w:t>
        <w:br/>
        <w:t>f 21335/13516/12046 21334/13513/12043 21332/13515/12045</w:t>
        <w:br/>
        <w:t>f 21338/13517/12047 21337/13518/12048 21336/13519/12049</w:t>
        <w:br/>
        <w:t>f 21341/13520/12050 21340/13521/12051 21339/13522/12052</w:t>
        <w:br/>
        <w:t>f 21345/13523/12053 21344/13524/12054 21343/13525/12055</w:t>
        <w:br/>
        <w:t>f 21342/13526/12056 21345/13523/12053 21343/13525/12055</w:t>
        <w:br/>
        <w:t>f 21334/13513/12043 21335/13516/12046 21346/13527/12057</w:t>
        <w:br/>
        <w:t>f 21347/13528/12058 21334/13513/12043 21346/13527/12057</w:t>
        <w:br/>
        <w:t>f 21322/13503/12033 21348/13529/12059 21309/13488/12017</w:t>
        <w:br/>
        <w:t>f 21351/13530/12060 21350/13531/12061 21349/13532/12062</w:t>
        <w:br/>
        <w:t>f 21352/13533/12063 21351/13530/12060 21349/13532/12062</w:t>
        <w:br/>
        <w:t>f 21356/13534/12064 21355/13535/12065 21354/13536/12066</w:t>
        <w:br/>
        <w:t>f 21353/13537/12067 21356/13534/12064 21354/13536/12066</w:t>
        <w:br/>
        <w:t>f 21359/13538/12068 21358/13539/12069 21357/13540/12070</w:t>
        <w:br/>
        <w:t>f 21333/13514/12044 21334/13513/12043 21360/13541/12071</w:t>
        <w:br/>
        <w:t>f 21364/13542/12072 21363/13543/12072 21362/13544/12073</w:t>
        <w:br/>
        <w:t>f 21361/13545/12074 21364/13542/12072 21362/13544/12073</w:t>
        <w:br/>
        <w:t>f 21367/13546/12075 21366/13547/12076 21365/13548/12077</w:t>
        <w:br/>
        <w:t>f 21368/13549/12078 21367/13546/12075 21365/13548/12077</w:t>
        <w:br/>
        <w:t>f 21370/13550/12079 21358/13539/12069 21369/13551/12080</w:t>
        <w:br/>
        <w:t>f 21372/13552/12081 21371/13553/12082 21334/13513/12043</w:t>
        <w:br/>
        <w:t>f 21375/13554/12083 21374/13555/12084 21373/13556/12085</w:t>
        <w:br/>
        <w:t>f 21376/13557/12086 21375/13554/12083 21373/13556/12085</w:t>
        <w:br/>
        <w:t>f 21380/13558/12087 21379/13559/12088 21378/13560/12089</w:t>
        <w:br/>
        <w:t>f 21377/13561/12090 21380/13558/12087 21378/13560/12089</w:t>
        <w:br/>
        <w:t>f 21383/13562/12091 21382/13563/12092 21381/13564/12093</w:t>
        <w:br/>
        <w:t>f 21384/13565/12094 21383/13562/12091 21381/13564/12093</w:t>
        <w:br/>
        <w:t>f 21357/13540/12070 21386/13566/12095 21385/13567/12096</w:t>
        <w:br/>
        <w:t>f 21390/13568/12097 21389/13569/12098 21388/13570/12099</w:t>
        <w:br/>
        <w:t>f 21387/13571/12100 21390/13568/12097 21388/13570/12099</w:t>
        <w:br/>
        <w:t>f 21394/13572/12101 21393/13573/12102 21392/13574/12103</w:t>
        <w:br/>
        <w:t>f 21391/13575/12104 21394/13572/12101 21392/13574/12103</w:t>
        <w:br/>
        <w:t>f 21383/13562/12091 21384/13565/12094 21395/13576/12105</w:t>
        <w:br/>
        <w:t>f 21396/13577/12106 21383/13562/12091 21395/13576/12105</w:t>
        <w:br/>
        <w:t>f 21370/13550/12079 21386/13566/12095 21358/13539/12069</w:t>
        <w:br/>
        <w:t>f 21400/13578/12107 21399/13579/12108 21398/13580/12109</w:t>
        <w:br/>
        <w:t>f 21397/13581/12110 21400/13578/12107 21398/13580/12109</w:t>
        <w:br/>
        <w:t>f 21404/13582/12111 21403/13583/12112 21402/13584/12113</w:t>
        <w:br/>
        <w:t>f 21401/13585/12114 21404/13582/12111 21402/13584/12113</w:t>
        <w:br/>
        <w:t>f 21407/13586/12115 21406/13587/12116 21405/13588/12117</w:t>
        <w:br/>
        <w:t>f 21382/13563/12092 21383/13562/12091 21408/13589/12118</w:t>
        <w:br/>
        <w:t>f 21411/13590/12119 21410/13591/12120 21409/13592/12121</w:t>
        <w:br/>
        <w:t>f 21415/13593/12122 21414/13594/12123 21413/13595/12123</w:t>
        <w:br/>
        <w:t>f 21412/13596/12122 21415/13593/12122 21413/13595/12123</w:t>
        <w:br/>
        <w:t>f 21416/13597/12124 21406/13587/12116 21407/13586/12115</w:t>
        <w:br/>
        <w:t>f 21396/13577/12106 21417/13598/12125 21383/13562/12091</w:t>
        <w:br/>
        <w:t>f 21420/13599/12126 21419/13600/12127 21418/13601/12128</w:t>
        <w:br/>
        <w:t>f 21421/13602/12129 21420/13599/12126 21418/13601/12128</w:t>
        <w:br/>
        <w:t>f 21424/13603/12130 21423/13604/12131 21422/13605/12132</w:t>
        <w:br/>
        <w:t>f 21425/13606/12133 21424/13603/12130 21422/13605/12132</w:t>
        <w:br/>
        <w:t>f 21428/13607/12134 21427/13608/12135 21426/13609/12136</w:t>
        <w:br/>
        <w:t>f 21429/13610/12137 21428/13607/12134 21426/13609/12136</w:t>
        <w:br/>
        <w:t>f 21431/13611/12138 21406/13587/12116 21430/13612/12139</w:t>
        <w:br/>
        <w:t>f 21435/13613/12140 21434/13614/12141 21433/13615/12142</w:t>
        <w:br/>
        <w:t>f 21432/13616/12143 21435/13613/12140 21433/13615/12142</w:t>
        <w:br/>
        <w:t>f 21439/13617/12144 21438/13618/12145 21437/13619/12146</w:t>
        <w:br/>
        <w:t>f 21436/13620/12147 21439/13617/12144 21437/13619/12146</w:t>
        <w:br/>
        <w:t>f 21441/13621/12148 21440/13622/12149 21428/13607/12134</w:t>
        <w:br/>
        <w:t>f 21429/13610/12137 21441/13621/12148 21428/13607/12134</w:t>
        <w:br/>
        <w:t>f 21443/13623/12150 21442/13624/12151 21406/13587/12116</w:t>
        <w:br/>
        <w:t>f 21447/13625/12152 21446/13626/12153 21445/13627/12154</w:t>
        <w:br/>
        <w:t>f 21444/13628/12155 21447/13625/12152 21445/13627/12154</w:t>
        <w:br/>
        <w:t>f 21450/13629/12156 21449/13630/12157 21448/13631/12158</w:t>
        <w:br/>
        <w:t>f 21451/13632/12159 21450/13629/12156 21448/13631/12158</w:t>
        <w:br/>
        <w:t>f 21454/13633/12160 21453/13634/12161 21452/13635/12162</w:t>
        <w:br/>
        <w:t>f 21427/13608/12135 21428/13607/12134 21455/13636/12163</w:t>
        <w:br/>
        <w:t>f 21459/13637/12164 21458/13638/12165 21457/13639/12166</w:t>
        <w:br/>
        <w:t>f 21456/13640/12167 21459/13637/12164 21457/13639/12166</w:t>
        <w:br/>
        <w:t>f 21463/13641/12168 21462/13642/12169 21461/13643/12170</w:t>
        <w:br/>
        <w:t>f 21460/13644/12171 21463/13641/12168 21461/13643/12170</w:t>
        <w:br/>
        <w:t>f 21466/13645/12172 21465/13646/12173 21464/13647/12174</w:t>
        <w:br/>
        <w:t>f 21467/13648/12175 21466/13645/12172 21464/13647/12174</w:t>
        <w:br/>
        <w:t>f 21440/13622/12149 21468/13649/12176 21428/13607/12134</w:t>
        <w:br/>
        <w:t>f 21471/13650/12177 21470/13651/12178 21469/13652/12179</w:t>
        <w:br/>
        <w:t>f 21472/13653/12180 21471/13650/12177 21469/13652/12179</w:t>
        <w:br/>
        <w:t>f 21475/13654/12181 21474/13655/12182 21473/13656/12183</w:t>
        <w:br/>
        <w:t>f 21476/13657/12184 21475/13654/12181 21473/13656/12183</w:t>
        <w:br/>
        <w:t>f 21476/13657/12184 21478/13658/12185 21477/13659/12186</w:t>
        <w:br/>
        <w:t>f 21476/13657/12184 21477/13659/12186 21475/13654/12181</w:t>
        <w:br/>
        <w:t>f 21472/13653/12180 21479/13660/12187 21471/13650/12177</w:t>
        <w:br/>
        <w:t>f 21482/13661/12188 21481/13662/12189 21480/13663/12190</w:t>
        <w:br/>
        <w:t>f 21483/13664/12191 21482/13661/12188 21480/13663/12190</w:t>
        <w:br/>
        <w:t>f 21487/13665/12192 21486/13666/12193 21485/13667/12194</w:t>
        <w:br/>
        <w:t>f 21484/13668/12195 21487/13665/12192 21485/13667/12194</w:t>
        <w:br/>
        <w:t>f 21490/13669/12196 21489/13670/12197 21488/13671/12198</w:t>
        <w:br/>
        <w:t>f 21484/13668/12195 21485/13667/12194 21491/13672/12199</w:t>
        <w:br/>
        <w:t>f 21257/13438/11968 21264/13442/11972 21261/13445/11975</w:t>
        <w:br/>
        <w:t>f 21256/13435/11965 21257/13438/11968 21261/13445/11975</w:t>
        <w:br/>
        <w:t>f 21252/13432/11962 21260/13439/11969 21251/13433/11963</w:t>
        <w:br/>
        <w:t>f 21273/13455/11984 21275/13457/11986 21492/13673/12200</w:t>
        <w:br/>
        <w:t>f 21494/13674/12201 21274/13454/11983 21493/13675/12202</w:t>
        <w:br/>
        <w:t>f 21284/13462/11991 21258/13441/11971 21288/13469/11998</w:t>
        <w:br/>
        <w:t>f 21283/13463/11992 21284/13462/11991 21288/13469/11998</w:t>
        <w:br/>
        <w:t>f 21280/13461/11990 21285/13468/11997 21279/13458/11987</w:t>
        <w:br/>
        <w:t>f 21297/13478/12007 21298/13479/12008 21495/13676/12203</w:t>
        <w:br/>
        <w:t>f 21497/13677/12204 21324/13504/12034 21496/13678/12205</w:t>
        <w:br/>
        <w:t>f 21306/13487/12016 21312/13492/12021 21305/13484/12013</w:t>
        <w:br/>
        <w:t>f 21301/13481/12010 21498/13679/12206 21300/13482/12011</w:t>
        <w:br/>
        <w:t>f 21321/13502/12032 21323/13505/12035 21499/13680/12207</w:t>
        <w:br/>
        <w:t>f 21501/13681/12208 21322/13503/12033 21500/13682/12209</w:t>
        <w:br/>
        <w:t>f 21328/13512/12042 21338/13517/12047 21336/13519/12049</w:t>
        <w:br/>
        <w:t>f 21331/13509/12039 21328/13512/12042 21336/13519/12049</w:t>
        <w:br/>
        <w:t>f 21332/13515/12045 21503/13683/12210 21502/13684/12211</w:t>
        <w:br/>
        <w:t>f 21505/13685/12212 21348/13529/12213 21504/13686/12214</w:t>
        <w:br/>
        <w:t>f 21507/13687/12215 21347/13528/12058 21506/13688/12216</w:t>
        <w:br/>
        <w:t>f 21353/13537/12067 21508/13689/12217 21356/13534/12064</w:t>
        <w:br/>
        <w:t>f 21352/13533/12063 21359/13538/12068 21351/13530/12060</w:t>
        <w:br/>
        <w:t>f 21369/13551/12080 21371/13553/12082 21510/13690/12218</w:t>
        <w:br/>
        <w:t>f 21509/13691/12219 21369/13551/12080 21510/13690/12218</w:t>
        <w:br/>
        <w:t>f 21512/13692/12220 21370/13550/12079 21511/13693/12221</w:t>
        <w:br/>
        <w:t>f 21377/13561/12090 21357/13540/12070 21385/13567/12096</w:t>
        <w:br/>
        <w:t>f 21380/13558/12087 21377/13561/12090 21385/13567/12096</w:t>
        <w:br/>
        <w:t>f 21381/13564/12093 21375/13554/12083 21376/13557/12086</w:t>
        <w:br/>
        <w:t>f 21515/13694/12222 21514/13695/12223 21513/13696/12224</w:t>
        <w:br/>
        <w:t>f 21517/13697/12225 21396/13577/12106 21516/13698/12226</w:t>
        <w:br/>
        <w:t>f 21401/13585/12114 21382/13563/12092 21408/13589/12118</w:t>
        <w:br/>
        <w:t>f 21404/13582/12111 21401/13585/12114 21408/13589/12118</w:t>
        <w:br/>
        <w:t>f 21399/13579/12108 21405/13588/12117 21398/13580/12109</w:t>
        <w:br/>
        <w:t>f 21416/13597/12124 21519/13699/12227 21518/13700/12228</w:t>
        <w:br/>
        <w:t>f 21521/13701/12229 21443/13623/12150 21520/13702/12230</w:t>
        <w:br/>
        <w:t>f 21425/13606/12133 21431/13611/12138 21430/13612/12139</w:t>
        <w:br/>
        <w:t>f 21424/13603/12130 21425/13606/12133 21430/13612/12139</w:t>
        <w:br/>
        <w:t>f 21421/13602/12129 21426/13609/12136 21420/13599/12126</w:t>
        <w:br/>
        <w:t>f 21441/13621/12148 21442/13624/12151 21432/13616/12143</w:t>
        <w:br/>
        <w:t>f 21522/13703/12231 21440/13622/12149 21433/13615/12142</w:t>
        <w:br/>
        <w:t>f 21451/13632/12159 21427/13608/12135 21455/13636/12163</w:t>
        <w:br/>
        <w:t>f 21450/13629/12156 21451/13632/12159 21455/13636/12163</w:t>
        <w:br/>
        <w:t>f 21447/13625/12152 21453/13634/12161 21446/13626/12153</w:t>
        <w:br/>
        <w:t>f 21467/13648/12175 21468/13649/12176 21456/13640/12167</w:t>
        <w:br/>
        <w:t>f 21523/13704/12232 21490/13669/12196 21485/13667/12194</w:t>
        <w:br/>
        <w:t>f 21525/13705/12233 21490/13669/12196 21524/13706/12234</w:t>
        <w:br/>
        <w:t>f 21526/13707/12235 21525/13705/12233 21524/13706/12234</w:t>
        <w:br/>
        <w:t>f 21450/13629/12156 21447/13625/12152 21444/13628/12155</w:t>
        <w:br/>
        <w:t>f 21449/13630/12157 21450/13629/12156 21444/13628/12155</w:t>
        <w:br/>
        <w:t>f 21462/13642/12169 21459/13637/12164 21456/13640/12167</w:t>
        <w:br/>
        <w:t>f 21461/13643/12170 21462/13642/12169 21456/13640/12167</w:t>
        <w:br/>
        <w:t>f 21453/13634/12161 21447/13625/12152 21455/13636/12163</w:t>
        <w:br/>
        <w:t>f 21468/13649/12176 21440/13622/12149 21460/13644/12171</w:t>
        <w:br/>
        <w:t>f 21461/13643/12170 21468/13649/12176 21460/13644/12171</w:t>
        <w:br/>
        <w:t>f 21472/13653/12180 21469/13652/12179 21474/13655/12182</w:t>
        <w:br/>
        <w:t>f 21475/13654/12181 21472/13653/12180 21474/13655/12182</w:t>
        <w:br/>
        <w:t>f 21488/13671/12198 21479/13660/12187 21477/13659/12186</w:t>
        <w:br/>
        <w:t>f 21479/13660/12187 21472/13653/12180 21475/13654/12181</w:t>
        <w:br/>
        <w:t>f 21477/13659/12186 21479/13660/12187 21475/13654/12181</w:t>
        <w:br/>
        <w:t>f 21480/13663/12190 21485/13667/12194 21486/13666/12193</w:t>
        <w:br/>
        <w:t>f 21483/13664/12191 21480/13663/12190 21486/13666/12193</w:t>
        <w:br/>
        <w:t>f 21528/13708/12236 21527/13709/12237 21470/13651/12178</w:t>
        <w:br/>
        <w:t>f 21471/13650/12177 21528/13708/12236 21470/13651/12178</w:t>
        <w:br/>
        <w:t>f 21529/13710/12238 21528/13708/12236 21471/13650/12177</w:t>
        <w:br/>
        <w:t>f 21479/13660/12187 21529/13710/12238 21471/13650/12177</w:t>
        <w:br/>
        <w:t>f 21531/13711/12239 21530/13712/12240 21481/13662/12189</w:t>
        <w:br/>
        <w:t>f 21482/13661/12188 21531/13711/12239 21481/13662/12189</w:t>
        <w:br/>
        <w:t>f 21525/13705/12233 21532/13713/12241 21489/13670/12197</w:t>
        <w:br/>
        <w:t>f 21490/13669/12196 21525/13705/12233 21489/13670/12197</w:t>
        <w:br/>
        <w:t>f 21490/13669/12196 21523/13704/12232 21524/13706/12234</w:t>
        <w:br/>
        <w:t>f 21446/13626/12153 21534/13714/12242 21533/13715/12243</w:t>
        <w:br/>
        <w:t>f 21445/13627/12154 21446/13626/12153 21533/13715/12243</w:t>
        <w:br/>
        <w:t>f 21458/13638/12165 21536/13716/12244 21535/13717/12245</w:t>
        <w:br/>
        <w:t>f 21457/13639/12166 21458/13638/12165 21535/13717/12245</w:t>
        <w:br/>
        <w:t>f 21529/13710/12238 21479/13660/12187 21489/13670/12197</w:t>
        <w:br/>
        <w:t>f 21532/13713/12241 21529/13710/12238 21489/13670/12197</w:t>
        <w:br/>
        <w:t>f 21479/13660/12187 21488/13671/12198 21489/13670/12197</w:t>
        <w:br/>
        <w:t>f 21284/13462/11991 21281/13465/11994 21251/13433/11963</w:t>
        <w:br/>
        <w:t>f 21252/13432/11962 21253/13431/11961 21255/13436/11966</w:t>
        <w:br/>
        <w:t>f 21256/13435/11965 21252/13432/11962 21255/13436/11966</w:t>
        <w:br/>
        <w:t>f 21537/13718/12246 21260/13439/11969 21262/13444/11974</w:t>
        <w:br/>
        <w:t>f 21295/13475/12004 21296/13474/12003 21267/13447/11976</w:t>
        <w:br/>
        <w:t>f 21268/13446/11976 21295/13475/12004 21267/13447/11976</w:t>
        <w:br/>
        <w:t>f 21265/13449/11978 21266/13448/11977 21270/13452/11981</w:t>
        <w:br/>
        <w:t>f 21271/13451/11980 21265/13449/11978 21270/13452/11981</w:t>
        <w:br/>
        <w:t>f 21275/13457/11986 21273/13455/11984 21262/13444/11974</w:t>
        <w:br/>
        <w:t>f 21539/13719/12247 21538/13720/12248 21278/13459/11988</w:t>
        <w:br/>
        <w:t>f 21279/13458/11987 21539/13719/12247 21278/13459/11988</w:t>
        <w:br/>
        <w:t>f 21280/13461/11990 21277/13460/11989 21282/13464/11993</w:t>
        <w:br/>
        <w:t>f 21283/13463/11992 21280/13461/11990 21282/13464/11993</w:t>
        <w:br/>
        <w:t>f 21287/13466/11995 21285/13468/11997 21288/13469/11998</w:t>
        <w:br/>
        <w:t>f 21540/13721/12249 21287/13466/11995 21288/13469/11998</w:t>
        <w:br/>
        <w:t>f 21320/13501/12031 21291/13471/12000 21292/13470/11999</w:t>
        <w:br/>
        <w:t>f 21319/13498/12028 21320/13501/12031 21292/13470/11999</w:t>
        <w:br/>
        <w:t>f 21289/13473/12002 21290/13472/12001 21293/13477/12006</w:t>
        <w:br/>
        <w:t>f 21294/13476/12005 21289/13473/12002 21293/13477/12006</w:t>
        <w:br/>
        <w:t>f 21298/13479/12008 21297/13478/12007 21287/13466/11995</w:t>
        <w:br/>
        <w:t>f 21540/13721/12249 21298/13479/12008 21287/13466/11995</w:t>
        <w:br/>
        <w:t>f 21542/13722/12250 21541/13723/12251 21299/13483/12012</w:t>
        <w:br/>
        <w:t>f 21300/13482/12011 21542/13722/12250 21299/13483/12012</w:t>
        <w:br/>
        <w:t>f 21301/13481/12010 21302/13480/12009 21304/13485/12014</w:t>
        <w:br/>
        <w:t>f 21305/13484/12013 21301/13481/12010 21304/13485/12014</w:t>
        <w:br/>
        <w:t>f 21310/13491/12020 21307/13490/12019 21543/13724/12252</w:t>
        <w:br/>
        <w:t>f 21315/13495/12025 21345/13523/12053 21342/13526/12056</w:t>
        <w:br/>
        <w:t>f 21314/13496/12026 21315/13495/12025 21342/13526/12056</w:t>
        <w:br/>
        <w:t>f 21313/13497/12027 21317/13500/12030 21318/13499/12029</w:t>
        <w:br/>
        <w:t>f 21316/13494/12024 21313/13497/12027 21318/13499/12029</w:t>
        <w:br/>
        <w:t>f 21323/13505/12035 21321/13502/12032 21543/13724/12252</w:t>
        <w:br/>
        <w:t>f 21546/13725/12253 21545/13726/12254 21544/13727/12255</w:t>
        <w:br/>
        <w:t>f 21326/13507/12037 21546/13725/12253 21544/13727/12255</w:t>
        <w:br/>
        <w:t>f 21327/13506/12036 21325/13508/12038 21330/13510/12040</w:t>
        <w:br/>
        <w:t>f 21331/13509/12039 21327/13506/12036 21330/13510/12040</w:t>
        <w:br/>
        <w:t>f 21335/13516/12046 21332/13515/12045 21336/13519/12256</w:t>
        <w:br/>
        <w:t>f 21547/13728/12257 21335/13516/12046 21336/13519/12256</w:t>
        <w:br/>
        <w:t>f 21341/13520/12050 21367/13546/12075 21368/13549/12078</w:t>
        <w:br/>
        <w:t>f 21340/13521/12051 21341/13520/12050 21368/13549/12078</w:t>
        <w:br/>
        <w:t>f 21339/13522/12052 21504/13686/12214 21343/13525/12055</w:t>
        <w:br/>
        <w:t>f 21344/13524/12054 21339/13522/12052 21343/13525/12055</w:t>
        <w:br/>
        <w:t>f 21348/13529/12059 21346/13527/12057 21335/13516/12046</w:t>
        <w:br/>
        <w:t>f 21547/13728/12257 21348/13529/12059 21335/13516/12046</w:t>
        <w:br/>
        <w:t>f 21351/13530/12060 21548/13729/12258 21378/13560/12089</w:t>
        <w:br/>
        <w:t>f 21350/13531/12061 21351/13530/12060 21378/13560/12089</w:t>
        <w:br/>
        <w:t>f 21356/13534/12064 21352/13533/12063 21355/13535/12065</w:t>
        <w:br/>
        <w:t>f 21550/13730/12259 21360/13541/12071 21549/13731/12260</w:t>
        <w:br/>
        <w:t>f 21364/13542/12072 21394/13572/12101 21391/13575/12104</w:t>
        <w:br/>
        <w:t>f 21363/13543/12072 21364/13542/12072 21391/13575/12104</w:t>
        <w:br/>
        <w:t>f 21361/13545/12074 21362/13544/12073 21366/13547/12076</w:t>
        <w:br/>
        <w:t>f 21371/13553/12082 21369/13551/12080 21550/13730/12259</w:t>
        <w:br/>
        <w:t>f 21549/13731/12260 21371/13553/12082 21550/13730/12259</w:t>
        <w:br/>
        <w:t>f 21552/13732/12261 21551/13733/12262 21374/13555/12084</w:t>
        <w:br/>
        <w:t>f 21375/13554/12083 21552/13732/12261 21374/13555/12084</w:t>
        <w:br/>
        <w:t>f 21376/13557/12086 21373/13556/12085 21379/13559/12088</w:t>
        <w:br/>
        <w:t>f 21380/13558/12087 21376/13557/12086 21379/13559/12088</w:t>
        <w:br/>
        <w:t>f 21384/13565/12094 21381/13564/12093 21385/13567/12096</w:t>
        <w:br/>
        <w:t>f 21386/13566/12095 21384/13565/12094 21385/13567/12096</w:t>
        <w:br/>
        <w:t>f 21389/13569/12098 21554/13734/12263 21553/13735/12264</w:t>
        <w:br/>
        <w:t>f 21388/13570/12099 21389/13569/12098 21553/13735/12264</w:t>
        <w:br/>
        <w:t>f 21387/13571/12100 21392/13574/12103 21393/13573/12102</w:t>
        <w:br/>
        <w:t>f 21390/13568/12097 21387/13571/12100 21393/13573/12102</w:t>
        <w:br/>
        <w:t>f 21555/13736/12265 21395/13576/12105 21384/13565/12094</w:t>
        <w:br/>
        <w:t>f 21386/13566/12095 21555/13736/12265 21384/13565/12094</w:t>
        <w:br/>
        <w:t>f 21556/13737/12266 21422/13605/12267 21397/13581/12110</w:t>
        <w:br/>
        <w:t>f 21398/13580/12109 21556/13737/12266 21397/13581/12110</w:t>
        <w:br/>
        <w:t>f 21399/13579/12108 21400/13578/12107 21403/13583/12112</w:t>
        <w:br/>
        <w:t>f 21404/13582/12111 21399/13579/12108 21403/13583/12112</w:t>
        <w:br/>
        <w:t>f 21407/13586/12115 21405/13588/12117 21408/13589/12118</w:t>
        <w:br/>
        <w:t>f 21557/13738/12268 21407/13586/12115 21408/13589/12118</w:t>
        <w:br/>
        <w:t>f 21410/13591/12120 21438/13618/12145 21439/13617/12144</w:t>
        <w:br/>
        <w:t>f 21558/13739/12269 21410/13591/12120 21439/13617/12144</w:t>
        <w:br/>
        <w:t>f 21409/13592/12121 21413/13595/12123 21414/13594/12123</w:t>
        <w:br/>
        <w:t>f 21411/13590/12119 21409/13592/12121 21414/13594/12123</w:t>
        <w:br/>
        <w:t>f 21417/13598/12125 21416/13597/12124 21407/13586/12115</w:t>
        <w:br/>
        <w:t>f 21557/13738/12268 21417/13598/12125 21407/13586/12115</w:t>
        <w:br/>
        <w:t>f 21560/13740/12270 21559/13741/12271 21419/13600/12127</w:t>
        <w:br/>
        <w:t>f 21420/13599/12126 21560/13740/12270 21419/13600/12127</w:t>
        <w:br/>
        <w:t>f 21424/13603/12130 21421/13602/12129 21423/13604/12131</w:t>
        <w:br/>
        <w:t>f 21429/13610/12137 21426/13609/12136 21430/13612/12139</w:t>
        <w:br/>
        <w:t>f 21561/13742/12272 21429/13610/12137 21430/13612/12139</w:t>
        <w:br/>
        <w:t>f 21434/13614/12141 21562/13743/12273 21433/13615/12142</w:t>
        <w:br/>
        <w:t>f 21435/13613/12140 21432/13616/12143 21437/13619/12146</w:t>
        <w:br/>
        <w:t>f 21442/13624/12151 21441/13621/12148 21429/13610/12137</w:t>
        <w:br/>
        <w:t>f 21561/13742/12272 21442/13624/12151 21429/13610/12137</w:t>
        <w:br/>
        <w:t>f 21260/13439/11969 21252/13432/11962 21261/13445/11975</w:t>
        <w:br/>
        <w:t>f 21258/13441/11971 21284/13462/11991 21251/13433/11963</w:t>
        <w:br/>
        <w:t>f 21275/13457/11986 21276/13456/11985 21269/13453/11982</w:t>
        <w:br/>
        <w:t>f 21270/13452/11981 21275/13457/11986 21269/13453/11982</w:t>
        <w:br/>
        <w:t>f 21273/13455/11984 21493/13675/12202 21274/13454/11983</w:t>
        <w:br/>
        <w:t>f 21285/13468/11997 21280/13461/11990 21288/13469/11998</w:t>
        <w:br/>
        <w:t>f 21563/13744/12274 21539/13719/12247 21279/13458/11987</w:t>
        <w:br/>
        <w:t>f 21298/13479/12008 21274/13454/11983 21296/13474/12003</w:t>
        <w:br/>
        <w:t>f 21293/13477/12006 21298/13479/12008 21296/13474/12003</w:t>
        <w:br/>
        <w:t>f 21324/13504/12034 21297/13478/12007 21496/13678/12205</w:t>
        <w:br/>
        <w:t>f 21498/13679/12206 21301/13481/12010 21311/13493/12023</w:t>
        <w:br/>
        <w:t>f 21308/13489/12018 21542/13722/12250 21300/13482/12011</w:t>
        <w:br/>
        <w:t>f 21323/13505/12035 21324/13504/12034 21317/13500/12030</w:t>
        <w:br/>
        <w:t>f 21322/13503/12033 21321/13502/12032 21500/13682/12209</w:t>
        <w:br/>
        <w:t>f 21332/13515/12045 21502/13684/12211 21336/13519/12256</w:t>
        <w:br/>
        <w:t>f 21333/13514/12044 21546/13725/12275 21503/13683/12210</w:t>
        <w:br/>
        <w:t>f 21348/13529/12213 21564/13745/12276 21342/13526/12056</w:t>
        <w:br/>
        <w:t>f 21343/13525/12055 21348/13529/12213 21342/13526/12056</w:t>
        <w:br/>
        <w:t>f 21346/13527/12057 21506/13688/12216 21347/13528/12058</w:t>
        <w:br/>
        <w:t>f 21359/13538/12068 21352/13533/12063 21360/13541/12071</w:t>
        <w:br/>
        <w:t>f 21357/13540/12070 21548/13729/12258 21351/13530/12060</w:t>
        <w:br/>
        <w:t>f 21371/13553/12082 21347/13528/12058 21507/13687/12215</w:t>
        <w:br/>
        <w:t>f 21365/13548/12277 21371/13553/12082 21507/13687/12215</w:t>
        <w:br/>
        <w:t>f 21370/13550/12079 21369/13551/12080 21511/13693/12221</w:t>
        <w:br/>
        <w:t>f 21381/13564/12093 21376/13557/12086 21385/13567/12096</w:t>
        <w:br/>
        <w:t>f 21382/13563/12092 21552/13732/12261 21375/13554/12083</w:t>
        <w:br/>
        <w:t>f 21514/13695/12223 21391/13575/12104 21392/13574/12103</w:t>
        <w:br/>
        <w:t>f 21395/13576/12105 21516/13698/12226 21396/13577/12106</w:t>
        <w:br/>
        <w:t>f 21405/13588/12117 21399/13579/12108 21408/13589/12118</w:t>
        <w:br/>
        <w:t>f 21431/13611/12138 21565/13746/12278 21398/13580/12109</w:t>
        <w:br/>
        <w:t>f 21417/13598/12125 21396/13577/12106 21517/13697/12225</w:t>
        <w:br/>
        <w:t>f 21519/13699/12227 21417/13598/12125 21517/13697/12225</w:t>
        <w:br/>
        <w:t>f 21443/13623/12150 21416/13597/12124 21520/13702/12230</w:t>
        <w:br/>
        <w:t>f 21426/13609/12136 21421/13602/12129 21430/13612/12139</w:t>
        <w:br/>
        <w:t>f 21427/13608/12135 21560/13740/12270 21420/13599/12126</w:t>
        <w:br/>
        <w:t>f 21442/13624/12151 21443/13623/12150 21439/13617/12144</w:t>
        <w:br/>
        <w:t>f 21436/13620/12147 21442/13624/12151 21439/13617/12144</w:t>
        <w:br/>
        <w:t>f 21440/13622/12149 21441/13621/12148 21433/13615/12142</w:t>
        <w:br/>
        <w:t>f 21453/13634/12161 21455/13636/12163 21566/13747/12279</w:t>
        <w:br/>
        <w:t>f 21464/13647/12174 21453/13634/12161 21566/13747/12279</w:t>
        <w:br/>
        <w:t>f 21468/13649/12176 21467/13648/12175 21464/13647/12174</w:t>
        <w:br/>
        <w:t>f 21566/13747/12279 21468/13649/12176 21464/13647/12174</w:t>
        <w:br/>
        <w:t>f 21452/13635/12162 21488/13671/12198 21477/13659/12186</w:t>
        <w:br/>
        <w:t>f 21567/13748/12280 21488/13671/12198 21466/13645/12172</w:t>
        <w:br/>
        <w:t>f 21453/13634/12161 21465/13646/12173 21452/13635/12162</w:t>
        <w:br/>
        <w:t>f 21467/13648/12175 21535/13717/12245 21466/13645/12172</w:t>
        <w:br/>
        <w:t>f 21467/13648/12175 21456/13640/12167 21457/13639/12166</w:t>
        <w:br/>
        <w:t>f 21490/13669/12196 21488/13671/12198 21567/13748/12280</w:t>
        <w:br/>
        <w:t>f 21452/13635/12162 21465/13646/12173 21488/13671/12198</w:t>
        <w:br/>
        <w:t>f 21488/13671/12198 21465/13646/12173 21466/13645/12172</w:t>
        <w:br/>
        <w:t>f 21426/13609/12136 21427/13608/12135 21420/13599/12126</w:t>
        <w:br/>
        <w:t>f 21441/13621/12148 21432/13616/12143 21433/13615/12142</w:t>
        <w:br/>
        <w:t>f 21466/13645/12172 21485/13667/12194 21567/13748/12280</w:t>
        <w:br/>
        <w:t>f 21567/13748/12280 21485/13667/12194 21490/13669/12196</w:t>
        <w:br/>
        <w:t>f 21307/13490/12019 21308/13489/12018 21300/13482/12011</w:t>
        <w:br/>
        <w:t>f 21321/13502/12032 21499/13680/12207 21314/13496/12026</w:t>
        <w:br/>
        <w:t>f 21323/13505/12035 21317/13500/12030 21313/13497/12027</w:t>
        <w:br/>
        <w:t>f 21301/13481/12010 21305/13484/12013 21311/13493/12023</w:t>
        <w:br/>
        <w:t>f 21312/13492/12021 21311/13493/12023 21305/13484/12013</w:t>
        <w:br/>
        <w:t>f 21324/13504/12034 21320/13501/12031 21317/13500/12030</w:t>
        <w:br/>
        <w:t>f 21285/13468/11997 21563/13744/12274 21279/13458/11987</w:t>
        <w:br/>
        <w:t>f 21297/13478/12007 21495/13676/12203 21496/13678/12205</w:t>
        <w:br/>
        <w:t>f 21298/13479/12008 21293/13477/12006 21290/13472/12001</w:t>
        <w:br/>
        <w:t>f 21280/13461/11990 21283/13463/11992 21288/13469/11998</w:t>
        <w:br/>
        <w:t>f 21275/13457/11986 21270/13452/11981 21266/13448/11977</w:t>
        <w:br/>
        <w:t>f 21252/13432/11962 21256/13435/11965 21261/13445/11975</w:t>
        <w:br/>
        <w:t>f 21332/13515/12045 21333/13514/12044 21503/13683/12210</w:t>
        <w:br/>
        <w:t>f 21346/13527/12057 21504/13686/12281 21506/13688/12216</w:t>
        <w:br/>
        <w:t>f 21326/13507/12037 21544/13727/12255 21325/13508/12038</w:t>
        <w:br/>
        <w:t>f 21340/13521/12051 21504/13686/12214 21339/13522/12052</w:t>
        <w:br/>
        <w:t>f 21333/13514/12044 21360/13541/12071 21356/13534/12064</w:t>
        <w:br/>
        <w:t>f 21352/13533/12063 21356/13534/12064 21360/13541/12071</w:t>
        <w:br/>
        <w:t>f 21550/13730/12259 21359/13538/12068 21360/13541/12071</w:t>
        <w:br/>
        <w:t>f 21369/13551/12080 21509/13691/12219 21511/13693/12221</w:t>
        <w:br/>
        <w:t>f 21514/13695/12223 21568/13749/12282 21391/13575/12104</w:t>
        <w:br/>
        <w:t>f 21357/13540/12070 21358/13539/12069 21386/13566/12095</w:t>
        <w:br/>
        <w:t>f 21370/13550/12079 21555/13736/12265 21386/13566/12095</w:t>
        <w:br/>
        <w:t>f 21381/13564/12093 21382/13563/12092 21375/13554/12083</w:t>
        <w:br/>
        <w:t>f 21395/13576/12105 21513/13696/12283 21388/13570/12284</w:t>
        <w:br/>
        <w:t>f 21416/13597/12124 21417/13598/12125 21519/13699/12227</w:t>
        <w:br/>
        <w:t>f 21416/13597/12124 21518/13700/12228 21520/13702/12230</w:t>
        <w:br/>
        <w:t>f 21405/13588/12117 21431/13611/12138 21398/13580/12109</w:t>
        <w:br/>
        <w:t>f 21399/13579/12108 21404/13582/12111 21408/13589/12118</w:t>
        <w:br/>
        <w:t>f 21442/13624/12151 21436/13620/12147 21432/13616/12143</w:t>
        <w:br/>
        <w:t>f 21421/13602/12129 21424/13603/12130 21430/13612/12139</w:t>
        <w:br/>
        <w:t>f 21468/13649/12176 21461/13643/12170 21456/13640/12167</w:t>
        <w:br/>
        <w:t>f 21454/13633/12160 21446/13626/12153 21453/13634/12161</w:t>
        <w:br/>
        <w:t>f 21467/13648/12175 21457/13639/12166 21535/13717/12245</w:t>
        <w:br/>
        <w:t>f 21298/13479/12008 21540/13721/12249 21259/13440/11970</w:t>
        <w:br/>
        <w:t>f 21259/13440/11970 21540/13721/12249 21288/13469/11998</w:t>
        <w:br/>
        <w:t>f 21260/13439/11969 21261/13445/11975 21262/13444/11974</w:t>
        <w:br/>
        <w:t>f 21273/13455/11984 21537/13718/12246 21262/13444/11974</w:t>
        <w:br/>
        <w:t>f 21260/13439/11969 21258/13441/11971 21251/13433/11963</w:t>
        <w:br/>
        <w:t>f 21273/13455/11984 21266/13448/12285 21493/13675/12202</w:t>
        <w:br/>
        <w:t>f 21260/13439/11969 21537/13718/12246 21259/13440/11970</w:t>
        <w:br/>
        <w:t>f 21259/13440/11970 21537/13718/12246 21273/13455/11984</w:t>
        <w:br/>
        <w:t>f 21286/13467/11996 21563/13744/12274 21285/13468/11997</w:t>
        <w:br/>
        <w:t>f 21297/13478/12007 21324/13504/12034 21286/13467/11996</w:t>
        <w:br/>
        <w:t>f 21286/13467/11996 21543/13724/12252 21569/13750/12286</w:t>
        <w:br/>
        <w:t>f 21323/13505/12035 21543/13724/12252 21286/13467/11996</w:t>
        <w:br/>
        <w:t>f 21307/13490/12019 21569/13750/12286 21543/13724/12252</w:t>
        <w:br/>
        <w:t>f 21321/13502/12032 21310/13491/12020 21543/13724/12252</w:t>
        <w:br/>
        <w:t>f 21309/13488/12017 21547/13728/12257 21336/13519/12256</w:t>
        <w:br/>
        <w:t>f 21348/13529/12059 21547/13728/12257 21309/13488/12017</w:t>
        <w:br/>
        <w:t>f 21348/13529/12213 21343/13525/12055 21504/13686/12214</w:t>
        <w:br/>
        <w:t>f 21327/13506/12036 21331/13509/12039 21336/13519/12049</w:t>
        <w:br/>
        <w:t>f 21334/13513/12043 21549/13731/12260 21360/13541/12071</w:t>
        <w:br/>
        <w:t>f 21371/13553/12082 21549/13731/12260 21334/13513/12043</w:t>
        <w:br/>
        <w:t>f 21359/13538/12068 21357/13540/12070 21351/13530/12060</w:t>
        <w:br/>
        <w:t>f 21359/13538/12068 21550/13730/12259 21358/13539/12069</w:t>
        <w:br/>
        <w:t>f 21358/13539/12069 21550/13730/12259 21369/13551/12080</w:t>
        <w:br/>
        <w:t>f 21514/13695/12223 21392/13574/12103 21387/13571/12100</w:t>
        <w:br/>
        <w:t>f 21376/13557/12086 21380/13558/12087 21385/13567/12096</w:t>
        <w:br/>
        <w:t>f 21383/13562/12091 21557/13738/12268 21408/13589/12118</w:t>
        <w:br/>
        <w:t>f 21417/13598/12125 21557/13738/12268 21383/13562/12091</w:t>
        <w:br/>
        <w:t>f 21416/13597/12124 21443/13623/12150 21406/13587/12116</w:t>
        <w:br/>
        <w:t>f 21442/13624/12151 21561/13742/12272 21406/13587/12116</w:t>
        <w:br/>
        <w:t>f 21406/13587/12116 21561/13742/12272 21430/13612/12139</w:t>
        <w:br/>
        <w:t>f 21406/13587/12116 21431/13611/12138 21405/13588/12117</w:t>
        <w:br/>
        <w:t>f 21428/13607/12134 21566/13747/12279 21455/13636/12163</w:t>
        <w:br/>
        <w:t>f 21468/13649/12176 21566/13747/12279 21428/13607/12134</w:t>
        <w:br/>
        <w:t>f 21447/13625/12152 21450/13629/12156 21455/13636/12163</w:t>
        <w:br/>
        <w:t>f 21453/13634/12161 21464/13647/12174 21465/13646/12173</w:t>
        <w:br/>
        <w:t>f 21410/13591/12120 21558/13739/12269 21409/13592/12121</w:t>
        <w:br/>
        <w:t>f 21421/13602/12129 21418/13601/12128 21423/13604/12131</w:t>
        <w:br/>
        <w:t>f 21432/13616/12143 21436/13620/12147 21437/13619/12146</w:t>
        <w:br/>
        <w:t>f 21562/13743/12273 21522/13703/12231 21433/13615/12142</w:t>
        <w:br/>
        <w:t>f 21352/13533/12063 21349/13532/12062 21355/13535/12065</w:t>
        <w:br/>
        <w:t>f 21362/13544/12073 21365/13548/12077 21366/13547/12076</w:t>
        <w:br/>
        <w:t>f 21281/13465/11994 21250/13434/11964 21251/13433/11963</w:t>
        <w:br/>
        <w:t>f 21573/13751/12287 21572/13752/12288 21571/13753/12289</w:t>
        <w:br/>
        <w:t>f 21570/13754/12290 21573/13751/12287 21571/13753/12289</w:t>
        <w:br/>
        <w:t>f 21576/13755/12291 21575/13756/12292 21574/13757/12293</w:t>
        <w:br/>
        <w:t>f 21577/13758/12294 21576/13755/12291 21574/13757/12293</w:t>
        <w:br/>
        <w:t>f 21580/13759/12295 21579/13760/12296 21578/13761/12297</w:t>
        <w:br/>
        <w:t>f 21584/13762/12298 21583/13763/12299 21582/13764/12300</w:t>
        <w:br/>
        <w:t>f 21581/13765/12301 21584/13762/12298 21582/13764/12300</w:t>
        <w:br/>
        <w:t>f 21588/13766/12302 21587/13767/12303 21586/13768/12304</w:t>
        <w:br/>
        <w:t>f 21585/13769/12302 21588/13766/12302 21586/13768/12304</w:t>
        <w:br/>
        <w:t>f 21592/13770/12305 21591/13771/12306 21590/13772/12307</w:t>
        <w:br/>
        <w:t>f 21589/13773/12308 21592/13770/12305 21590/13772/12307</w:t>
        <w:br/>
        <w:t>f 21594/13774/12309 21593/13775/12310 21578/13761/12297</w:t>
        <w:br/>
        <w:t>f 21596/13776/12311 21581/13765/12301 21582/13764/12300</w:t>
        <w:br/>
        <w:t>f 21595/13777/12312 21596/13776/12311 21582/13764/12300</w:t>
        <w:br/>
        <w:t>f 21599/13778/12313 21598/13779/12314 21597/13780/12315</w:t>
        <w:br/>
        <w:t>f 21600/13781/12316 21599/13778/12313 21597/13780/12315</w:t>
        <w:br/>
        <w:t>f 21604/13782/12317 21603/13783/12318 21602/13784/12319</w:t>
        <w:br/>
        <w:t>f 21601/13785/12320 21604/13782/12317 21602/13784/12319</w:t>
        <w:br/>
        <w:t>f 21607/13786/12321 21606/13787/12322 21605/13788/12323</w:t>
        <w:br/>
        <w:t>f 21579/13760/12296 21608/13789/12324 21578/13761/12297</w:t>
        <w:br/>
        <w:t>f 21612/13790/12325 21611/13791/12326 21610/13792/12327</w:t>
        <w:br/>
        <w:t>f 21609/13793/12328 21612/13790/12325 21610/13792/12327</w:t>
        <w:br/>
        <w:t>f 21616/13794/12329 21615/13795/12330 21614/13796/12331</w:t>
        <w:br/>
        <w:t>f 21613/13797/12332 21616/13794/12329 21614/13796/12331</w:t>
        <w:br/>
        <w:t>f 21617/13798/12333 21607/13786/12321 21605/13788/12323</w:t>
        <w:br/>
        <w:t>f 21594/13774/12309 21578/13761/12297 21618/13799/12334</w:t>
        <w:br/>
        <w:t>f 21622/13800/12335 21621/13801/12336 21620/13802/12337</w:t>
        <w:br/>
        <w:t>f 21619/13803/12338 21622/13800/12335 21620/13802/12337</w:t>
        <w:br/>
        <w:t>f 21625/13804/12339 21624/13805/12340 21623/13806/12341</w:t>
        <w:br/>
        <w:t>f 21626/13807/12342 21625/13804/12339 21623/13806/12341</w:t>
        <w:br/>
        <w:t>f 21629/13808/12343 21628/13809/12344 21627/13810/12345</w:t>
        <w:br/>
        <w:t>f 21630/13811/12346 21629/13808/12343 21627/13810/12345</w:t>
        <w:br/>
        <w:t>f 21632/13812/12347 21631/13813/12348 21605/13788/12349</w:t>
        <w:br/>
        <w:t>f 21636/13814/12350 21635/13815/12351 21634/13816/12352</w:t>
        <w:br/>
        <w:t>f 21633/13817/12353 21636/13814/12350 21634/13816/12352</w:t>
        <w:br/>
        <w:t>f 21639/13818/12354 21638/13819/12355 21637/13820/12356</w:t>
        <w:br/>
        <w:t>f 21640/13821/12357 21639/13818/12354 21637/13820/12356</w:t>
        <w:br/>
        <w:t>f 21641/13822/12358 21630/13811/12346 21627/13810/12345</w:t>
        <w:br/>
        <w:t>f 21642/13823/12359 21641/13822/12358 21627/13810/12345</w:t>
        <w:br/>
        <w:t>f 21644/13824/12360 21605/13788/12323 21643/13825/12361</w:t>
        <w:br/>
        <w:t>f 21647/13826/12362 21646/13827/12363 21645/13828/12364</w:t>
        <w:br/>
        <w:t>f 21651/13829/12365 21650/13830/12366 21649/13831/12367</w:t>
        <w:br/>
        <w:t>f 21648/13832/12368 21651/13829/12365 21649/13831/12367</w:t>
        <w:br/>
        <w:t>f 21654/13833/12369 21653/13834/12370 21652/13835/12371</w:t>
        <w:br/>
        <w:t>f 21655/13836/12372 21654/13833/12369 21652/13835/12371</w:t>
        <w:br/>
        <w:t>f 21658/13837/12373 21657/13838/12374 21656/13839/12375</w:t>
        <w:br/>
        <w:t>f 21661/13840/12376 21660/13841/12377 21659/13842/12378</w:t>
        <w:br/>
        <w:t>f 21665/13843/12379 21664/13844/12380 21663/13845/12381</w:t>
        <w:br/>
        <w:t>f 21662/13846/12382 21665/13843/12379 21663/13845/12381</w:t>
        <w:br/>
        <w:t>f 21666/13847/12383 21655/13836/12372 21652/13835/12371</w:t>
        <w:br/>
        <w:t>f 21667/13848/12384 21666/13847/12383 21652/13835/12371</w:t>
        <w:br/>
        <w:t>f 21642/13823/12359 21627/13810/12345 21668/13849/12385</w:t>
        <w:br/>
        <w:t>f 21671/13850/12386 21670/13851/12387 21669/13852/12388</w:t>
        <w:br/>
        <w:t>f 21672/13853/12389 21671/13850/12386 21669/13852/12388</w:t>
        <w:br/>
        <w:t>f 21676/13854/12390 21675/13855/12391 21674/13856/12392</w:t>
        <w:br/>
        <w:t>f 21673/13857/12393 21676/13854/12390 21674/13856/12392</w:t>
        <w:br/>
        <w:t>f 21679/13858/12394 21678/13859/12395 21677/13860/12396</w:t>
        <w:br/>
        <w:t>f 21653/13834/12370 21680/13861/12397 21652/13835/12371</w:t>
        <w:br/>
        <w:t>f 21684/13862/12398 21683/13863/12399 21682/13864/12400</w:t>
        <w:br/>
        <w:t>f 21681/13865/12398 21684/13862/12398 21682/13864/12400</w:t>
        <w:br/>
        <w:t>f 21687/13866/12401 21686/13867/12402 21685/13868/12403</w:t>
        <w:br/>
        <w:t>f 21688/13869/12403 21687/13866/12401 21685/13868/12403</w:t>
        <w:br/>
        <w:t>f 21690/13870/12404 21689/13871/12405 21677/13860/12396</w:t>
        <w:br/>
        <w:t>f 21692/13872/12406 21652/13835/12371 21691/13873/12407</w:t>
        <w:br/>
        <w:t>f 21695/13874/12408 21694/13875/12409 21693/13876/12410</w:t>
        <w:br/>
        <w:t>f 21696/13877/12411 21695/13874/12408 21693/13876/12410</w:t>
        <w:br/>
        <w:t>f 21700/13878/12412 21699/13879/12413 21698/13880/12414</w:t>
        <w:br/>
        <w:t>f 21697/13881/12415 21700/13878/12412 21698/13880/12414</w:t>
        <w:br/>
        <w:t>f 21703/13882/12416 21702/13883/12417 21701/13884/12418</w:t>
        <w:br/>
        <w:t>f 21704/13885/12419 21703/13882/12416 21701/13884/12418</w:t>
        <w:br/>
        <w:t>f 21678/13859/12395 21706/13886/12420 21705/13887/12421</w:t>
        <w:br/>
        <w:t>f 21710/13888/12422 21709/13889/12423 21708/13890/12424</w:t>
        <w:br/>
        <w:t>f 21707/13891/12425 21710/13888/12422 21708/13890/12424</w:t>
        <w:br/>
        <w:t>f 21714/13892/12426 21713/13893/12427 21712/13894/12428</w:t>
        <w:br/>
        <w:t>f 21711/13895/12429 21714/13892/12426 21712/13894/12428</w:t>
        <w:br/>
        <w:t>f 21715/13896/12430 21704/13885/12419 21701/13884/12418</w:t>
        <w:br/>
        <w:t>f 21716/13897/12431 21715/13896/12430 21701/13884/12418</w:t>
        <w:br/>
        <w:t>f 21690/13870/12404 21677/13860/12396 21705/13887/12421</w:t>
        <w:br/>
        <w:t>f 21720/13898/12432 21719/13899/12433 21718/13900/12434</w:t>
        <w:br/>
        <w:t>f 21717/13901/12435 21720/13898/12432 21718/13900/12434</w:t>
        <w:br/>
        <w:t>f 21724/13902/12436 21723/13903/12437 21722/13904/12438</w:t>
        <w:br/>
        <w:t>f 21721/13905/12439 21724/13902/12436 21722/13904/12438</w:t>
        <w:br/>
        <w:t>f 21727/13906/12440 21726/13907/12441 21725/13908/12442</w:t>
        <w:br/>
        <w:t>f 21702/13883/12417 21728/13909/12443 21701/13884/12418</w:t>
        <w:br/>
        <w:t>f 21731/13910/12444 21730/13911/12445 21729/13912/12446</w:t>
        <w:br/>
        <w:t>f 21735/13913/12447 21734/13914/12447 21733/13915/12448</w:t>
        <w:br/>
        <w:t>f 21732/13916/12448 21735/13913/12447 21733/13915/12448</w:t>
        <w:br/>
        <w:t>f 21736/13917/12449 21727/13906/12440 21725/13908/12442</w:t>
        <w:br/>
        <w:t>f 21716/13897/12431 21701/13884/12418 21737/13918/12450</w:t>
        <w:br/>
        <w:t>f 21740/13919/12451 21739/13920/12452 21738/13921/12453</w:t>
        <w:br/>
        <w:t>f 21741/13922/12454 21740/13919/12451 21738/13921/12453</w:t>
        <w:br/>
        <w:t>f 21744/13923/12455 21743/13924/12456 21742/13925/12457</w:t>
        <w:br/>
        <w:t>f 21745/13926/12458 21744/13923/12455 21742/13925/12457</w:t>
        <w:br/>
        <w:t>f 21748/13927/12459 21747/13928/12460 21746/13929/12461</w:t>
        <w:br/>
        <w:t>f 21749/13930/12462 21748/13927/12459 21746/13929/12461</w:t>
        <w:br/>
        <w:t>f 21751/13931/12463 21750/13932/12464 21725/13908/12442</w:t>
        <w:br/>
        <w:t>f 21755/13933/12465 21754/13934/12466 21753/13935/12467</w:t>
        <w:br/>
        <w:t>f 21752/13936/12468 21755/13933/12465 21753/13935/12467</w:t>
        <w:br/>
        <w:t>f 21759/13937/12469 21758/13938/12470 21757/13939/12471</w:t>
        <w:br/>
        <w:t>f 21756/13940/12472 21759/13937/12469 21757/13939/12471</w:t>
        <w:br/>
        <w:t>f 21761/13941/12473 21749/13930/12462 21746/13929/12461</w:t>
        <w:br/>
        <w:t>f 21760/13942/12474 21761/13941/12473 21746/13929/12461</w:t>
        <w:br/>
        <w:t>f 21763/13943/12475 21725/13908/12442 21762/13944/12476</w:t>
        <w:br/>
        <w:t>f 21767/13945/12477 21766/13946/12478 21765/13947/12479</w:t>
        <w:br/>
        <w:t>f 21764/13948/12480 21767/13945/12477 21765/13947/12479</w:t>
        <w:br/>
        <w:t>f 21770/13949/12481 21769/13950/12482 21768/13951/12483</w:t>
        <w:br/>
        <w:t>f 21771/13952/12484 21770/13949/12481 21768/13951/12483</w:t>
        <w:br/>
        <w:t>f 21774/13953/12485 21773/13954/12486 21772/13955/12487</w:t>
        <w:br/>
        <w:t>f 21747/13928/12460 21775/13956/12488 21746/13929/12461</w:t>
        <w:br/>
        <w:t>f 21779/13957/12489 21778/13958/12490 21777/13959/12491</w:t>
        <w:br/>
        <w:t>f 21776/13960/12492 21779/13957/12489 21777/13959/12491</w:t>
        <w:br/>
        <w:t>f 21783/13961/12493 21782/13962/12494 21781/13963/12495</w:t>
        <w:br/>
        <w:t>f 21780/13964/12496 21783/13961/12493 21781/13963/12495</w:t>
        <w:br/>
        <w:t>f 21786/13965/12497 21785/13966/12498 21784/13967/12499</w:t>
        <w:br/>
        <w:t>f 21787/13968/12500 21786/13965/12497 21784/13967/12499</w:t>
        <w:br/>
        <w:t>f 21760/13942/12474 21746/13929/12461 21788/13969/12501</w:t>
        <w:br/>
        <w:t>f 21791/13970/12502 21790/13971/12503 21789/13972/12504</w:t>
        <w:br/>
        <w:t>f 21792/13973/12505 21791/13970/12502 21789/13972/12504</w:t>
        <w:br/>
        <w:t>f 21795/13974/12506 21794/13975/12507 21793/13976/12508</w:t>
        <w:br/>
        <w:t>f 21796/13977/12509 21795/13974/12506 21793/13976/12508</w:t>
        <w:br/>
        <w:t>f 21796/13977/12509 21798/13978/12510 21797/13979/12511</w:t>
        <w:br/>
        <w:t>f 21796/13977/12509 21793/13976/12508 21798/13978/12510</w:t>
        <w:br/>
        <w:t>f 21792/13973/12505 21789/13972/12504 21799/13980/12512</w:t>
        <w:br/>
        <w:t>f 21802/13981/12513 21801/13982/12514 21800/13983/12514</w:t>
        <w:br/>
        <w:t>f 21803/13984/12513 21802/13981/12513 21800/13983/12514</w:t>
        <w:br/>
        <w:t>f 21807/13985/12515 21806/13986/12516 21805/13987/12517</w:t>
        <w:br/>
        <w:t>f 21804/13988/12518 21807/13985/12515 21805/13987/12517</w:t>
        <w:br/>
        <w:t>f 21810/13989/12519 21809/13990/12520 21808/13991/12521</w:t>
        <w:br/>
        <w:t>f 21806/13986/12516 21811/13992/12522 21805/13987/12517</w:t>
        <w:br/>
        <w:t>f 21577/13758/12294 21574/13757/12293 21583/13763/12299</w:t>
        <w:br/>
        <w:t>f 21584/13762/12298 21577/13758/12294 21583/13763/12299</w:t>
        <w:br/>
        <w:t>f 21570/13754/12290 21571/13753/12289 21580/13759/12295</w:t>
        <w:br/>
        <w:t>f 21593/13775/12310 21812/13993/12523 21595/13777/12312</w:t>
        <w:br/>
        <w:t>f 21814/13994/12524 21813/13995/12525 21594/13774/12309</w:t>
        <w:br/>
        <w:t>f 21604/13782/12317 21601/13785/12320 21608/13789/12324</w:t>
        <w:br/>
        <w:t>f 21579/13760/12296 21604/13782/12317 21608/13789/12324</w:t>
        <w:br/>
        <w:t>f 21600/13781/12316 21597/13780/12315 21606/13787/12322</w:t>
        <w:br/>
        <w:t>f 21617/13798/12333 21815/13996/12526 21618/13799/12334</w:t>
        <w:br/>
        <w:t>f 21817/13997/12527 21816/13998/12528 21644/13824/12360</w:t>
        <w:br/>
        <w:t>f 21626/13807/12342 21623/13806/12341 21632/13812/12347</w:t>
        <w:br/>
        <w:t>f 21619/13803/12338 21620/13802/12337 21818/13999/12529</w:t>
        <w:br/>
        <w:t>f 21641/13822/12358 21819/14000/12530 21643/13825/12361</w:t>
        <w:br/>
        <w:t>f 21821/14001/12531 21820/14002/12532 21642/13823/12359</w:t>
        <w:br/>
        <w:t>f 21650/13830/12366 21651/13829/12365 21657/13838/12374</w:t>
        <w:br/>
        <w:t>f 21658/13837/12373 21650/13830/12366 21657/13838/12374</w:t>
        <w:br/>
        <w:t>f 21654/13833/12369 21823/14003/12533 21822/14004/12534</w:t>
        <w:br/>
        <w:t>f 21825/14005/12535 21824/14006/12536 21668/13849/12537</w:t>
        <w:br/>
        <w:t>f 21827/14007/12538 21826/14008/12539 21667/13848/12384</w:t>
        <w:br/>
        <w:t>f 21675/13855/12391 21676/13854/12390 21828/14009/12540</w:t>
        <w:br/>
        <w:t>f 21672/13853/12389 21669/13852/12388 21679/13858/12394</w:t>
        <w:br/>
        <w:t>f 21689/13871/12405 21830/14010/12541 21829/14011/12542</w:t>
        <w:br/>
        <w:t>f 21691/13873/12407 21689/13871/12405 21829/14011/12542</w:t>
        <w:br/>
        <w:t>f 21832/14012/12543 21831/14013/12544 21690/13870/12404</w:t>
        <w:br/>
        <w:t>f 21699/13879/12413 21700/13878/12412 21706/13886/12420</w:t>
        <w:br/>
        <w:t>f 21678/13859/12395 21699/13879/12413 21706/13886/12420</w:t>
        <w:br/>
        <w:t>f 21703/13882/12416 21696/13877/12411 21693/13876/12410</w:t>
        <w:br/>
        <w:t>f 21835/14014/12545 21834/14015/12546 21833/14016/12547</w:t>
        <w:br/>
        <w:t>f 21837/14017/12548 21836/14018/12549 21716/13897/12431</w:t>
        <w:br/>
        <w:t>f 21723/13903/12437 21724/13902/12436 21728/13909/12443</w:t>
        <w:br/>
        <w:t>f 21702/13883/12417 21723/13903/12437 21728/13909/12443</w:t>
        <w:br/>
        <w:t>f 21717/13901/12435 21718/13900/12434 21726/13907/12441</w:t>
        <w:br/>
        <w:t>f 21736/13917/12449 21839/14019/12550 21838/14020/12551</w:t>
        <w:br/>
        <w:t>f 21841/14021/12552 21840/14022/12553 21763/13943/12475</w:t>
        <w:br/>
        <w:t>f 21745/13926/12458 21742/13925/12457 21750/13932/12464</w:t>
        <w:br/>
        <w:t>f 21751/13931/12463 21745/13926/12458 21750/13932/12464</w:t>
        <w:br/>
        <w:t>f 21741/13922/12454 21738/13921/12453 21748/13927/12459</w:t>
        <w:br/>
        <w:t>f 21761/13941/12473 21754/13934/12466 21762/13944/12476</w:t>
        <w:br/>
        <w:t>f 21842/14023/12554 21753/13935/12467 21760/13942/12474</w:t>
        <w:br/>
        <w:t>f 21771/13952/12484 21768/13951/12483 21775/13956/12488</w:t>
        <w:br/>
        <w:t>f 21747/13928/12460 21771/13952/12484 21775/13956/12488</w:t>
        <w:br/>
        <w:t>f 21767/13945/12477 21764/13948/12480 21772/13955/12487</w:t>
        <w:br/>
        <w:t>f 21787/13968/12500 21778/13958/12490 21788/13969/12501</w:t>
        <w:br/>
        <w:t>f 21843/14024/12555 21805/13987/12556 21810/13989/12519</w:t>
        <w:br/>
        <w:t>f 21845/14025/12557 21810/13989/12519 21844/14026/12558</w:t>
        <w:br/>
        <w:t>f 21846/14027/12559 21845/14025/12557 21844/14026/12558</w:t>
        <w:br/>
        <w:t>f 21768/13951/12483 21769/13950/12482 21766/13946/12478</w:t>
        <w:br/>
        <w:t>f 21767/13945/12477 21768/13951/12483 21766/13946/12478</w:t>
        <w:br/>
        <w:t>f 21780/13964/12496 21781/13963/12495 21778/13958/12490</w:t>
        <w:br/>
        <w:t>f 21779/13957/12489 21780/13964/12496 21778/13958/12490</w:t>
        <w:br/>
        <w:t>f 21772/13955/12487 21775/13956/12488 21767/13945/12477</w:t>
        <w:br/>
        <w:t>f 21788/13969/12501 21781/13963/12495 21782/13962/12494</w:t>
        <w:br/>
        <w:t>f 21760/13942/12474 21788/13969/12501 21782/13962/12494</w:t>
        <w:br/>
        <w:t>f 21794/13975/12507 21791/13970/12502 21792/13973/12505</w:t>
        <w:br/>
        <w:t>f 21793/13976/12508 21794/13975/12507 21792/13973/12505</w:t>
        <w:br/>
        <w:t>f 21809/13990/12520 21798/13978/12510 21799/13980/12512</w:t>
        <w:br/>
        <w:t>f 21799/13980/12512 21798/13978/12510 21793/13976/12508</w:t>
        <w:br/>
        <w:t>f 21792/13973/12505 21799/13980/12512 21793/13976/12508</w:t>
        <w:br/>
        <w:t>f 21804/13988/12518 21805/13987/12517 21802/13981/12513</w:t>
        <w:br/>
        <w:t>f 21803/13984/12513 21804/13988/12518 21802/13981/12513</w:t>
        <w:br/>
        <w:t>f 21790/13971/12503 21848/14028/12560 21847/14029/12561</w:t>
        <w:br/>
        <w:t>f 21789/13972/12504 21790/13971/12503 21847/14029/12561</w:t>
        <w:br/>
        <w:t>f 21789/13972/12504 21847/14029/12561 21849/14030/12562</w:t>
        <w:br/>
        <w:t>f 21799/13980/12512 21789/13972/12504 21849/14030/12562</w:t>
        <w:br/>
        <w:t>f 21801/13982/12514 21851/14031/12563 21850/14032/12564</w:t>
        <w:br/>
        <w:t>f 21800/13983/12514 21801/13982/12514 21850/14032/12564</w:t>
        <w:br/>
        <w:t>f 21808/13991/12521 21852/14033/12565 21844/14026/12558</w:t>
        <w:br/>
        <w:t>f 21810/13989/12519 21808/13991/12521 21844/14026/12558</w:t>
        <w:br/>
        <w:t>f 21810/13989/12519 21845/14025/12557 21843/14024/12555</w:t>
        <w:br/>
        <w:t>f 21764/13948/12480 21765/13947/12479 21854/14034/12566</w:t>
        <w:br/>
        <w:t>f 21853/14035/12566 21764/13948/12480 21854/14034/12566</w:t>
        <w:br/>
        <w:t>f 21776/13960/12492 21777/13959/12491 21856/14036/12567</w:t>
        <w:br/>
        <w:t>f 21855/14037/12568 21776/13960/12492 21856/14036/12567</w:t>
        <w:br/>
        <w:t>f 21808/13991/12521 21799/13980/12512 21849/14030/12562</w:t>
        <w:br/>
        <w:t>f 21852/14033/12565 21808/13991/12521 21849/14030/12562</w:t>
        <w:br/>
        <w:t>f 21799/13980/12512 21808/13991/12521 21809/13990/12520</w:t>
        <w:br/>
        <w:t>f 21604/13782/12317 21571/13753/12289 21603/13783/12318</w:t>
        <w:br/>
        <w:t>f 21570/13754/12290 21574/13757/12293 21575/13756/12292</w:t>
        <w:br/>
        <w:t>f 21573/13751/12287 21570/13754/12290 21575/13756/12292</w:t>
        <w:br/>
        <w:t>f 21857/14038/12569 21582/13764/12300 21580/13759/12295</w:t>
        <w:br/>
        <w:t>f 21613/13797/12332 21588/13766/12302 21585/13769/12302</w:t>
        <w:br/>
        <w:t>f 21616/13794/12329 21613/13797/12332 21585/13769/12302</w:t>
        <w:br/>
        <w:t>f 21587/13767/12303 21589/13773/12308 21590/13772/12307</w:t>
        <w:br/>
        <w:t>f 21586/13768/12304 21587/13767/12303 21590/13772/12307</w:t>
        <w:br/>
        <w:t>f 21595/13777/12312 21582/13764/12300 21593/13775/12310</w:t>
        <w:br/>
        <w:t>f 21859/14039/12570 21597/13780/12315 21598/13779/12314</w:t>
        <w:br/>
        <w:t>f 21858/14040/12571 21859/14039/12570 21598/13779/12314</w:t>
        <w:br/>
        <w:t>f 21602/13784/12319 21599/13778/12313 21600/13781/12316</w:t>
        <w:br/>
        <w:t>f 21601/13785/12320 21602/13784/12319 21600/13781/12316</w:t>
        <w:br/>
        <w:t>f 21607/13786/12321 21860/14041/12572 21608/13789/12324</w:t>
        <w:br/>
        <w:t>f 21606/13787/12322 21607/13786/12321 21608/13789/12324</w:t>
        <w:br/>
        <w:t>f 21612/13790/12325 21609/13793/12328 21640/13821/12357</w:t>
        <w:br/>
        <w:t>f 21637/13820/12356 21612/13790/12325 21640/13821/12357</w:t>
        <w:br/>
        <w:t>f 21611/13791/12326 21614/13796/12331 21615/13795/12330</w:t>
        <w:br/>
        <w:t>f 21610/13792/12327 21611/13791/12326 21615/13795/12330</w:t>
        <w:br/>
        <w:t>f 21618/13799/12334 21860/14041/12572 21607/13786/12321</w:t>
        <w:br/>
        <w:t>f 21617/13798/12333 21618/13799/12334 21607/13786/12321</w:t>
        <w:br/>
        <w:t>f 21862/14042/12573 21620/13802/12337 21621/13801/12336</w:t>
        <w:br/>
        <w:t>f 21861/14043/12574 21862/14042/12573 21621/13801/12336</w:t>
        <w:br/>
        <w:t>f 21624/13805/12340 21622/13800/12335 21619/13803/12338</w:t>
        <w:br/>
        <w:t>f 21623/13806/12341 21624/13805/12340 21619/13803/12338</w:t>
        <w:br/>
        <w:t>f 21630/13811/12346 21863/14044/12575 21629/13808/12343</w:t>
        <w:br/>
        <w:t>f 21633/13817/12353 21634/13816/12352 21664/13844/12380</w:t>
        <w:br/>
        <w:t>f 21665/13843/12379 21633/13817/12353 21664/13844/12380</w:t>
        <w:br/>
        <w:t>f 21638/13819/12355 21639/13818/12354 21635/13815/12351</w:t>
        <w:br/>
        <w:t>f 21636/13814/12350 21638/13819/12355 21635/13815/12351</w:t>
        <w:br/>
        <w:t>f 21643/13825/12361 21863/14044/12575 21641/13822/12358</w:t>
        <w:br/>
        <w:t>f 21866/14045/12576 21645/13828/12364 21865/14046/12577</w:t>
        <w:br/>
        <w:t>f 21864/14047/12578 21866/14045/12576 21865/14046/12577</w:t>
        <w:br/>
        <w:t>f 21648/13832/12368 21646/13827/12363 21647/13826/12362</w:t>
        <w:br/>
        <w:t>f 21651/13829/12365 21648/13832/12368 21647/13826/12362</w:t>
        <w:br/>
        <w:t>f 21655/13836/12372 21867/14048/12579 21657/13838/12374</w:t>
        <w:br/>
        <w:t>f 21654/13833/12369 21655/13836/12372 21657/13838/12374</w:t>
        <w:br/>
        <w:t>f 21661/13840/12376 21659/13842/12378 21688/13869/12403</w:t>
        <w:br/>
        <w:t>f 21685/13868/12403 21661/13840/12376 21688/13869/12403</w:t>
        <w:br/>
        <w:t>f 21660/13841/12377 21662/13846/12382 21663/13845/12381</w:t>
        <w:br/>
        <w:t>f 21824/14006/12536 21660/13841/12377 21663/13845/12381</w:t>
        <w:br/>
        <w:t>f 21668/13849/12385 21867/14048/12579 21655/13836/12372</w:t>
        <w:br/>
        <w:t>f 21666/13847/12383 21668/13849/12385 21655/13836/12372</w:t>
        <w:br/>
        <w:t>f 21669/13852/12388 21670/13851/12387 21698/13880/12414</w:t>
        <w:br/>
        <w:t>f 21868/14049/12580 21669/13852/12388 21698/13880/12414</w:t>
        <w:br/>
        <w:t>f 21676/13854/12390 21673/13857/12393 21672/13853/12389</w:t>
        <w:br/>
        <w:t>f 21870/14050/12581 21869/14051/12582 21680/13861/12397</w:t>
        <w:br/>
        <w:t>f 21684/13862/12398 21681/13865/12398 21713/13893/12427</w:t>
        <w:br/>
        <w:t>f 21714/13892/12426 21684/13862/12398 21713/13893/12427</w:t>
        <w:br/>
        <w:t>f 21683/13863/12399 21686/13867/12402 21682/13864/12400</w:t>
        <w:br/>
        <w:t>f 21691/13873/12407 21869/14051/12582 21870/14050/12581</w:t>
        <w:br/>
        <w:t>f 21689/13871/12405 21691/13873/12407 21870/14050/12581</w:t>
        <w:br/>
        <w:t>f 21872/14052/12583 21693/13876/12410 21694/13875/12409</w:t>
        <w:br/>
        <w:t>f 21871/14053/12584 21872/14052/12583 21694/13875/12409</w:t>
        <w:br/>
        <w:t>f 21697/13881/12415 21695/13874/12408 21696/13877/12411</w:t>
        <w:br/>
        <w:t>f 21700/13878/12412 21697/13881/12415 21696/13877/12411</w:t>
        <w:br/>
        <w:t>f 21704/13885/12419 21705/13887/12421 21706/13886/12420</w:t>
        <w:br/>
        <w:t>f 21703/13882/12416 21704/13885/12419 21706/13886/12420</w:t>
        <w:br/>
        <w:t>f 21707/13891/12425 21708/13890/12424 21874/14054/12585</w:t>
        <w:br/>
        <w:t>f 21873/14055/12586 21707/13891/12425 21874/14054/12585</w:t>
        <w:br/>
        <w:t>f 21711/13895/12429 21712/13894/12428 21709/13889/12423</w:t>
        <w:br/>
        <w:t>f 21710/13888/12422 21711/13895/12429 21709/13889/12423</w:t>
        <w:br/>
        <w:t>f 21875/14056/12587 21705/13887/12421 21704/13885/12419</w:t>
        <w:br/>
        <w:t>f 21715/13896/12430 21875/14056/12587 21704/13885/12419</w:t>
        <w:br/>
        <w:t>f 21719/13899/12433 21744/13923/12588 21876/14057/12589</w:t>
        <w:br/>
        <w:t>f 21718/13900/12434 21719/13899/12433 21876/14057/12589</w:t>
        <w:br/>
        <w:t>f 21721/13905/12439 21720/13898/12432 21717/13901/12435</w:t>
        <w:br/>
        <w:t>f 21724/13902/12436 21721/13905/12439 21717/13901/12435</w:t>
        <w:br/>
        <w:t>f 21727/13906/12440 21877/14058/12590 21728/13909/12443</w:t>
        <w:br/>
        <w:t>f 21726/13907/12441 21727/13906/12440 21728/13909/12443</w:t>
        <w:br/>
        <w:t>f 21729/13912/12446 21878/14059/12591 21759/13937/12469</w:t>
        <w:br/>
        <w:t>f 21756/13940/12472 21729/13912/12446 21759/13937/12469</w:t>
        <w:br/>
        <w:t>f 21732/13916/12448 21733/13915/12448 21730/13911/12445</w:t>
        <w:br/>
        <w:t>f 21731/13910/12444 21732/13916/12448 21730/13911/12445</w:t>
        <w:br/>
        <w:t>f 21737/13918/12450 21877/14058/12590 21727/13906/12440</w:t>
        <w:br/>
        <w:t>f 21736/13917/12449 21737/13918/12450 21727/13906/12440</w:t>
        <w:br/>
        <w:t>f 21880/14060/12592 21738/13921/12453 21739/13920/12452</w:t>
        <w:br/>
        <w:t>f 21879/14061/12593 21880/14060/12592 21739/13920/12452</w:t>
        <w:br/>
        <w:t>f 21742/13925/12457 21743/13924/12456 21741/13922/12454</w:t>
        <w:br/>
        <w:t>f 21749/13930/12462 21881/14062/12594 21750/13932/12464</w:t>
        <w:br/>
        <w:t>f 21748/13927/12459 21749/13930/12462 21750/13932/12464</w:t>
        <w:br/>
        <w:t>f 21752/13936/12468 21753/13935/12467 21882/14063/12595</w:t>
        <w:br/>
        <w:t>f 21755/13933/12465 21757/13939/12471 21754/13934/12466</w:t>
        <w:br/>
        <w:t>f 21762/13944/12476 21881/14062/12594 21749/13930/12462</w:t>
        <w:br/>
        <w:t>f 21761/13941/12473 21762/13944/12476 21749/13930/12462</w:t>
        <w:br/>
        <w:t>f 21580/13759/12295 21583/13763/12299 21570/13754/12290</w:t>
        <w:br/>
        <w:t>f 21579/13760/12296 21571/13753/12289 21604/13782/12317</w:t>
        <w:br/>
        <w:t>f 21595/13777/12312 21590/13772/12307 21591/13771/12306</w:t>
        <w:br/>
        <w:t>f 21596/13776/12311 21595/13777/12312 21591/13771/12306</w:t>
        <w:br/>
        <w:t>f 21593/13775/12310 21594/13774/12309 21813/13995/12525</w:t>
        <w:br/>
        <w:t>f 21606/13787/12322 21608/13789/12324 21600/13781/12316</w:t>
        <w:br/>
        <w:t>f 21883/14064/12596 21597/13780/12315 21859/14039/12570</w:t>
        <w:br/>
        <w:t>f 21618/13799/12334 21615/13795/12330 21616/13794/12329</w:t>
        <w:br/>
        <w:t>f 21594/13774/12309 21618/13799/12334 21616/13794/12329</w:t>
        <w:br/>
        <w:t>f 21644/13824/12360 21816/13998/12528 21617/13798/12333</w:t>
        <w:br/>
        <w:t>f 21818/13999/12529 21631/13813/12348 21619/13803/12338</w:t>
        <w:br/>
        <w:t>f 21628/13809/12344 21620/13802/12337 21862/14042/12573</w:t>
        <w:br/>
        <w:t>f 21643/13825/12361 21639/13818/12354 21644/13824/12360</w:t>
        <w:br/>
        <w:t>f 21642/13823/12359 21820/14002/12532 21641/13822/12358</w:t>
        <w:br/>
        <w:t>f 21654/13833/12369 21657/13838/12374 21823/14003/12533</w:t>
        <w:br/>
        <w:t>f 21653/13834/12370 21822/14004/12534 21866/14045/12597</w:t>
        <w:br/>
        <w:t>f 21668/13849/12537 21663/13845/12381 21664/13844/12380</w:t>
        <w:br/>
        <w:t>f 21884/14065/12598 21668/13849/12537 21664/13844/12380</w:t>
        <w:br/>
        <w:t>f 21666/13847/12383 21667/13848/12384 21826/14008/12539</w:t>
        <w:br/>
        <w:t>f 21679/13858/12394 21680/13861/12397 21672/13853/12389</w:t>
        <w:br/>
        <w:t>f 21678/13859/12395 21669/13852/12388 21868/14049/12580</w:t>
        <w:br/>
        <w:t>f 21691/13873/12599 21687/13866/12600 21827/14007/12538</w:t>
        <w:br/>
        <w:t>f 21667/13848/12384 21691/13873/12599 21827/14007/12538</w:t>
        <w:br/>
        <w:t>f 21690/13870/12404 21831/14013/12544 21689/13871/12405</w:t>
        <w:br/>
        <w:t>f 21703/13882/12416 21706/13886/12420 21696/13877/12411</w:t>
        <w:br/>
        <w:t>f 21702/13883/12417 21693/13876/12410 21872/14052/12583</w:t>
        <w:br/>
        <w:t>f 21833/14016/12547 21712/13894/12428 21713/13893/12427</w:t>
        <w:br/>
        <w:t>f 21715/13896/12430 21716/13897/12431 21836/14018/12549</w:t>
        <w:br/>
        <w:t>f 21726/13907/12441 21728/13909/12443 21717/13901/12435</w:t>
        <w:br/>
        <w:t>f 21751/13931/12463 21718/13900/12434 21885/14066/12601</w:t>
        <w:br/>
        <w:t>f 21737/13918/12450 21838/14020/12551 21837/14017/12548</w:t>
        <w:br/>
        <w:t>f 21716/13897/12431 21737/13918/12450 21837/14017/12548</w:t>
        <w:br/>
        <w:t>f 21763/13943/12475 21840/14022/12553 21736/13917/12449</w:t>
        <w:br/>
        <w:t>f 21748/13927/12459 21750/13932/12464 21741/13922/12454</w:t>
        <w:br/>
        <w:t>f 21747/13928/12460 21738/13921/12453 21880/14060/12592</w:t>
        <w:br/>
        <w:t>f 21762/13944/12476 21758/13938/12470 21759/13937/12469</w:t>
        <w:br/>
        <w:t>f 21763/13943/12475 21762/13944/12476 21759/13937/12469</w:t>
        <w:br/>
        <w:t>f 21760/13942/12474 21753/13935/12467 21761/13941/12473</w:t>
        <w:br/>
        <w:t>f 21772/13955/12487 21786/13965/12497 21886/14067/12602</w:t>
        <w:br/>
        <w:t>f 21775/13956/12488 21772/13955/12487 21886/14067/12602</w:t>
        <w:br/>
        <w:t>f 21786/13965/12497 21787/13968/12500 21788/13969/12501</w:t>
        <w:br/>
        <w:t>f 21886/14067/12602 21786/13965/12497 21788/13969/12501</w:t>
        <w:br/>
        <w:t>f 21773/13954/12486 21798/13978/12510 21809/13990/12520</w:t>
        <w:br/>
        <w:t>f 21887/14068/12603 21784/13967/12499 21809/13990/12520</w:t>
        <w:br/>
        <w:t>f 21772/13955/12487 21773/13954/12486 21785/13966/12498</w:t>
        <w:br/>
        <w:t>f 21787/13968/12500 21784/13967/12499 21856/14036/12567</w:t>
        <w:br/>
        <w:t>f 21787/13968/12500 21777/13959/12491 21778/13958/12490</w:t>
        <w:br/>
        <w:t>f 21810/13989/12519 21887/14068/12603 21809/13990/12520</w:t>
        <w:br/>
        <w:t>f 21773/13954/12486 21809/13990/12520 21785/13966/12498</w:t>
        <w:br/>
        <w:t>f 21809/13990/12520 21784/13967/12499 21785/13966/12498</w:t>
        <w:br/>
        <w:t>f 21748/13927/12459 21738/13921/12453 21747/13928/12460</w:t>
        <w:br/>
        <w:t>f 21761/13941/12473 21753/13935/12467 21754/13934/12466</w:t>
        <w:br/>
        <w:t>f 21784/13967/12499 21887/14068/12603 21805/13987/12556</w:t>
        <w:br/>
        <w:t>f 21887/14068/12603 21810/13989/12519 21805/13987/12556</w:t>
        <w:br/>
        <w:t>f 21629/13808/12343 21620/13802/12337 21628/13809/12344</w:t>
        <w:br/>
        <w:t>f 21641/13822/12358 21634/13816/12352 21819/14000/12530</w:t>
        <w:br/>
        <w:t>f 21643/13825/12361 21635/13815/12351 21639/13818/12354</w:t>
        <w:br/>
        <w:t>f 21619/13803/12338 21631/13813/12348 21623/13806/12341</w:t>
        <w:br/>
        <w:t>f 21632/13812/12347 21623/13806/12341 21631/13813/12348</w:t>
        <w:br/>
        <w:t>f 21644/13824/12360 21639/13818/12354 21640/13821/12357</w:t>
        <w:br/>
        <w:t>f 21606/13787/12322 21597/13780/12315 21883/14064/12596</w:t>
        <w:br/>
        <w:t>f 21617/13798/12333 21816/13998/12528 21815/13996/12526</w:t>
        <w:br/>
        <w:t>f 21618/13799/12334 21610/13792/12327 21615/13795/12330</w:t>
        <w:br/>
        <w:t>f 21600/13781/12316 21608/13789/12324 21601/13785/12320</w:t>
        <w:br/>
        <w:t>f 21595/13777/12312 21586/13768/12304 21590/13772/12307</w:t>
        <w:br/>
        <w:t>f 21570/13754/12290 21583/13763/12299 21574/13757/12293</w:t>
        <w:br/>
        <w:t>f 21654/13833/12369 21822/14004/12534 21653/13834/12370</w:t>
        <w:br/>
        <w:t>f 21666/13847/12383 21826/14008/12539 21824/14006/12604</w:t>
        <w:br/>
        <w:t>f 21645/13828/12364 21646/13827/12363 21865/14046/12577</w:t>
        <w:br/>
        <w:t>f 21659/13842/12378 21660/13841/12377 21824/14006/12536</w:t>
        <w:br/>
        <w:t>f 21653/13834/12370 21676/13854/12390 21680/13861/12397</w:t>
        <w:br/>
        <w:t>f 21672/13853/12389 21680/13861/12397 21676/13854/12390</w:t>
        <w:br/>
        <w:t>f 21870/14050/12581 21680/13861/12397 21679/13858/12394</w:t>
        <w:br/>
        <w:t>f 21689/13871/12405 21831/14013/12544 21830/14010/12541</w:t>
        <w:br/>
        <w:t>f 21833/14016/12547 21713/13893/12427 21888/14069/12605</w:t>
        <w:br/>
        <w:t>f 21678/13859/12395 21705/13887/12421 21677/13860/12396</w:t>
        <w:br/>
        <w:t>f 21690/13870/12404 21705/13887/12421 21875/14056/12587</w:t>
        <w:br/>
        <w:t>f 21703/13882/12416 21693/13876/12410 21702/13883/12417</w:t>
        <w:br/>
        <w:t>f 21715/13896/12430 21708/13890/12424 21834/14015/12546</w:t>
        <w:br/>
        <w:t>f 21736/13917/12449 21838/14020/12551 21737/13918/12450</w:t>
        <w:br/>
        <w:t>f 21736/13917/12449 21840/14022/12553 21839/14019/12550</w:t>
        <w:br/>
        <w:t>f 21726/13907/12441 21718/13900/12434 21751/13931/12463</w:t>
        <w:br/>
        <w:t>f 21717/13901/12435 21728/13909/12443 21724/13902/12436</w:t>
        <w:br/>
        <w:t>f 21762/13944/12476 21754/13934/12466 21758/13938/12470</w:t>
        <w:br/>
        <w:t>f 21741/13922/12454 21750/13932/12464 21742/13925/12457</w:t>
        <w:br/>
        <w:t>f 21788/13969/12501 21778/13958/12490 21781/13963/12495</w:t>
        <w:br/>
        <w:t>f 21774/13953/12485 21772/13955/12487 21764/13948/12480</w:t>
        <w:br/>
        <w:t>f 21787/13968/12500 21856/14036/12567 21777/13959/12491</w:t>
        <w:br/>
        <w:t>f 21618/13799/12334 21578/13761/12297 21860/14041/12572</w:t>
        <w:br/>
        <w:t>f 21578/13761/12297 21608/13789/12324 21860/14041/12572</w:t>
        <w:br/>
        <w:t>f 21580/13759/12295 21582/13764/12300 21583/13763/12299</w:t>
        <w:br/>
        <w:t>f 21593/13775/12310 21582/13764/12300 21857/14038/12569</w:t>
        <w:br/>
        <w:t>f 21580/13759/12295 21571/13753/12289 21579/13760/12296</w:t>
        <w:br/>
        <w:t>f 21593/13775/12310 21813/13995/12525 21586/13768/12606</w:t>
        <w:br/>
        <w:t>f 21580/13759/12295 21578/13761/12297 21857/14038/12569</w:t>
        <w:br/>
        <w:t>f 21578/13761/12297 21593/13775/12310 21857/14038/12569</w:t>
        <w:br/>
        <w:t>f 21605/13788/12323 21606/13787/12322 21883/14064/12596</w:t>
        <w:br/>
        <w:t>f 21617/13798/12333 21605/13788/12323 21644/13824/12360</w:t>
        <w:br/>
        <w:t>f 21605/13788/12323 21889/14070/12607 21863/14044/12575</w:t>
        <w:br/>
        <w:t>f 21643/13825/12361 21605/13788/12323 21863/14044/12575</w:t>
        <w:br/>
        <w:t>f 21629/13808/12343 21863/14044/12575 21889/14070/12607</w:t>
        <w:br/>
        <w:t>f 21641/13822/12358 21863/14044/12575 21630/13811/12346</w:t>
        <w:br/>
        <w:t>f 21627/13810/12345 21657/13838/12374 21867/14048/12579</w:t>
        <w:br/>
        <w:t>f 21668/13849/12385 21627/13810/12345 21867/14048/12579</w:t>
        <w:br/>
        <w:t>f 21668/13849/12537 21824/14006/12536 21663/13845/12381</w:t>
        <w:br/>
        <w:t>f 21647/13826/12362 21657/13838/12374 21651/13829/12365</w:t>
        <w:br/>
        <w:t>f 21652/13835/12371 21680/13861/12397 21869/14051/12582</w:t>
        <w:br/>
        <w:t>f 21691/13873/12407 21652/13835/12371 21869/14051/12582</w:t>
        <w:br/>
        <w:t>f 21679/13858/12394 21669/13852/12388 21678/13859/12395</w:t>
        <w:br/>
        <w:t>f 21679/13858/12394 21677/13860/12396 21870/14050/12581</w:t>
        <w:br/>
        <w:t>f 21677/13860/12396 21689/13871/12405 21870/14050/12581</w:t>
        <w:br/>
        <w:t>f 21833/14016/12547 21709/13889/12423 21712/13894/12428</w:t>
        <w:br/>
        <w:t>f 21696/13877/12411 21706/13886/12420 21700/13878/12412</w:t>
        <w:br/>
        <w:t>f 21701/13884/12418 21728/13909/12443 21877/14058/12590</w:t>
        <w:br/>
        <w:t>f 21737/13918/12450 21701/13884/12418 21877/14058/12590</w:t>
        <w:br/>
        <w:t>f 21736/13917/12449 21725/13908/12442 21763/13943/12475</w:t>
        <w:br/>
        <w:t>f 21762/13944/12476 21725/13908/12442 21881/14062/12594</w:t>
        <w:br/>
        <w:t>f 21725/13908/12442 21750/13932/12464 21881/14062/12594</w:t>
        <w:br/>
        <w:t>f 21725/13908/12442 21726/13907/12441 21751/13931/12463</w:t>
        <w:br/>
        <w:t>f 21746/13929/12461 21775/13956/12488 21886/14067/12602</w:t>
        <w:br/>
        <w:t>f 21788/13969/12501 21746/13929/12461 21886/14067/12602</w:t>
        <w:br/>
        <w:t>f 21767/13945/12477 21775/13956/12488 21768/13951/12483</w:t>
        <w:br/>
        <w:t>f 21772/13955/12487 21785/13966/12498 21786/13965/12497</w:t>
        <w:br/>
        <w:t>f 21729/13912/12446 21730/13911/12445 21878/14059/12591</w:t>
        <w:br/>
        <w:t>f 21741/13922/12454 21743/13924/12456 21740/13919/12451</w:t>
        <w:br/>
        <w:t>f 21754/13934/12466 21757/13939/12471 21758/13938/12470</w:t>
        <w:br/>
        <w:t>f 21882/14063/12595 21753/13935/12467 21842/14023/12554</w:t>
        <w:br/>
        <w:t>f 21672/13853/12389 21673/13857/12393 21671/13850/12386</w:t>
        <w:br/>
        <w:t>f 21682/13864/12400 21686/13867/12402 21687/13866/12401</w:t>
        <w:br/>
        <w:t>f 21603/13783/12318 21571/13753/12289 21572/13752/12288</w:t>
        <w:br/>
        <w:t>f 6710/14071/12608 6709/14072/12609 6708/14073/12610</w:t>
        <w:br/>
        <w:t>f 6711/14074/12611 6710/14071/12608 6708/14073/12610</w:t>
        <w:br/>
        <w:t>f 6712/14075/12612 6708/14073/12610 6709/14072/12609</w:t>
        <w:br/>
        <w:t>f 6715/14076/12613 6714/14077/12614 6713/14078/12615</w:t>
        <w:br/>
        <w:t>f 6716/14079/12616 6715/14076/12613 6713/14078/12615</w:t>
        <w:br/>
        <w:t>f 6719/14080/12617 6718/14081/12618 6717/14082/12619</w:t>
        <w:br/>
        <w:t>f 6714/14077/12614 6719/14080/12617 6717/14082/12619</w:t>
        <w:br/>
        <w:t>f 6722/14083/12620 6721/14084/12621 6720/14085/12622</w:t>
        <w:br/>
        <w:t>f 6709/14072/12609 6723/14086/12623 6712/14075/12612</w:t>
        <w:br/>
        <w:t>f 6724/14087/12624 6721/14084/12621 6722/14083/12620</w:t>
        <w:br/>
        <w:t>f 6727/14088/12625 6726/14089/12626 6725/14090/12627</w:t>
        <w:br/>
        <w:t>f 6728/14091/12628 6727/14088/12625 6725/14090/12627</w:t>
        <w:br/>
        <w:t>f 6728/14091/12628 6725/14090/12627 6729/14092/12629</w:t>
        <w:br/>
        <w:t>f 6730/14093/12630 6728/14091/12628 6729/14092/12629</w:t>
        <w:br/>
        <w:t>f 6732/14094/12631 6731/14095/12632 6714/14077/12614</w:t>
        <w:br/>
        <w:t>f 6714/14077/12614 6717/14082/12619 6709/14072/12609</w:t>
        <w:br/>
        <w:t>f 6732/14094/12631 6714/14077/12614 6709/14072/12609</w:t>
        <w:br/>
        <w:t>f 6723/14086/12623 6720/14085/12622 6721/14084/12621</w:t>
        <w:br/>
        <w:t>f 6732/14094/12631 6709/14072/12609 6710/14071/12608</w:t>
        <w:br/>
        <w:t>f 6733/14096/12633 6732/14094/12631 6710/14071/12608</w:t>
        <w:br/>
        <w:t>f 6726/14089/12626 6727/14088/12625 6724/14087/12624</w:t>
        <w:br/>
        <w:t>f 6722/14083/12620 6726/14089/12626 6724/14087/12624</w:t>
        <w:br/>
        <w:t>f 6717/14082/12619 6720/14085/12622 6723/14086/12623</w:t>
        <w:br/>
        <w:t>f 6709/14072/12609 6717/14082/12619 6723/14086/12623</w:t>
        <w:br/>
        <w:t>f 6717/14082/12619 6718/14081/12618 6722/14083/12620</w:t>
        <w:br/>
        <w:t>f 6720/14085/12622 6717/14082/12619 6722/14083/12620</w:t>
        <w:br/>
        <w:t>f 6722/14083/12620 6718/14081/12618 6726/14089/12626</w:t>
        <w:br/>
        <w:t>f 6726/14089/12626 6718/14081/12618 6725/14090/12627</w:t>
        <w:br/>
        <w:t>f 6725/14090/12627 6718/14081/12618 6729/14092/12629</w:t>
        <w:br/>
        <w:t>f 6714/14077/12614 6715/14076/12613 6719/14080/12617</w:t>
        <w:br/>
        <w:t>f 6743/14097/12634 6742/14098/12635 6710/14071/12608</w:t>
        <w:br/>
        <w:t>f 6711/14074/12611 6743/14097/12634 6710/14071/12608</w:t>
        <w:br/>
        <w:t>f 6744/14099/12636 6742/14098/12635 6743/14097/12634</w:t>
        <w:br/>
        <w:t>f 6747/14100/12637 6746/14101/12638 6745/14102/12639</w:t>
        <w:br/>
        <w:t>f 6748/14103/12640 6747/14100/12637 6745/14102/12639</w:t>
        <w:br/>
        <w:t>f 6750/14104/12641 6748/14103/12640 6749/14105/12642</w:t>
        <w:br/>
        <w:t>f 6751/14106/12643 6750/14104/12641 6749/14105/12642</w:t>
        <w:br/>
        <w:t>f 6754/14107/12644 6753/14108/12645 6752/14109/12646</w:t>
        <w:br/>
        <w:t>f 6742/14098/12635 6744/14099/12636 6755/14110/12647</w:t>
        <w:br/>
        <w:t>f 6756/14111/12648 6754/14107/12644 6752/14109/12646</w:t>
        <w:br/>
        <w:t>f 6759/14112/12649 6758/14113/12650 6757/14114/12651</w:t>
        <w:br/>
        <w:t>f 6760/14115/12652 6759/14112/12649 6757/14114/12651</w:t>
        <w:br/>
        <w:t>f 6761/14116/12653 6759/14112/12649 6760/14115/12652</w:t>
        <w:br/>
        <w:t>f 6762/14117/12654 6761/14116/12653 6760/14115/12652</w:t>
        <w:br/>
        <w:t>f 6764/14118/12655 6745/14102/12639 6763/14119/12656</w:t>
        <w:br/>
        <w:t>f 6748/14103/12640 6764/14118/12655 6742/14098/12635</w:t>
        <w:br/>
        <w:t>f 6749/14105/12642 6748/14103/12640 6742/14098/12635</w:t>
        <w:br/>
        <w:t>f 6755/14110/12647 6752/14109/12646 6753/14108/12645</w:t>
        <w:br/>
        <w:t>f 6764/14118/12655 6733/14096/12633 6710/14071/12608</w:t>
        <w:br/>
        <w:t>f 6742/14098/12635 6764/14118/12655 6710/14071/12608</w:t>
        <w:br/>
        <w:t>f 6756/14111/12648 6757/14114/12651 6758/14113/12650</w:t>
        <w:br/>
        <w:t>f 6754/14107/12644 6756/14111/12648 6758/14113/12650</w:t>
        <w:br/>
        <w:t>f 6749/14105/12642 6742/14098/12635 6755/14110/12647</w:t>
        <w:br/>
        <w:t>f 6753/14108/12645 6749/14105/12642 6755/14110/12647</w:t>
        <w:br/>
        <w:t>f 6749/14105/12642 6753/14108/12645 6754/14107/12644</w:t>
        <w:br/>
        <w:t>f 6751/14106/12643 6749/14105/12642 6754/14107/12644</w:t>
        <w:br/>
        <w:t>f 6754/14107/12644 6758/14113/12650 6751/14106/12643</w:t>
        <w:br/>
        <w:t>f 6758/14113/12650 6759/14112/12649 6751/14106/12643</w:t>
        <w:br/>
        <w:t>f 6759/14112/12649 6761/14116/12653 6751/14106/12643</w:t>
        <w:br/>
        <w:t>f 6748/14103/12640 6750/14104/12641 6747/14100/12637</w:t>
        <w:br/>
        <w:t>f 6764/14118/12655 6748/14103/12640 6745/14102/12639</w:t>
        <w:br/>
        <w:t>f 6732/14094/12631 7137/14120/12657 7136/14121/12658</w:t>
        <w:br/>
        <w:t>f 6732/14094/12631 7136/14121/12658 6731/14095/12632</w:t>
        <w:br/>
        <w:t>f 7137/14120/12657 6732/14094/12631 6733/14096/12633</w:t>
        <w:br/>
        <w:t>f 7141/14122/12659 7137/14120/12657 6733/14096/12633</w:t>
        <w:br/>
        <w:t>f 7141/14122/12659 6733/14096/12633 7142/14123/12660</w:t>
        <w:br/>
        <w:t>f 6764/14118/12655 6763/14119/12656 7142/14123/12660</w:t>
        <w:br/>
        <w:t>f 6733/14096/12633 6764/14118/12655 7142/14123/12660</w:t>
        <w:br/>
        <w:t>f 7150/14124/12661 7149/14125/12662 7148/14126/12663</w:t>
        <w:br/>
        <w:t>f 7153/14127/12664 7152/14128/12665 7151/14129/7281</w:t>
        <w:br/>
        <w:t>f 7154/14130/7280 7153/14127/12664 7151/14129/7281</w:t>
        <w:br/>
        <w:t>f 7156/14131/12666 7153/14127/12664 7155/14132/12667</w:t>
        <w:br/>
        <w:t>f 7166/14133/12668 7165/14134/12669 7164/14135/12670</w:t>
        <w:br/>
        <w:t>f 7163/14136/12671 7166/14133/12668 7164/14135/12670</w:t>
        <w:br/>
        <w:t>f 7170/14137/6903 7169/14138/12672 7168/14139/12673</w:t>
        <w:br/>
        <w:t>f 7167/14140/12674 7170/14137/6903 7168/14139/12673</w:t>
        <w:br/>
        <w:t>f 7174/14141/12675 7173/14142/12676 7172/14143/12677</w:t>
        <w:br/>
        <w:t>f 7171/14144/12678 7174/14141/12675 7172/14143/12677</w:t>
        <w:br/>
        <w:t>f 7178/14145/12679 7177/14146/12680 7176/14147/12681</w:t>
        <w:br/>
        <w:t>f 7175/14148/12682 7178/14145/12679 7176/14147/12681</w:t>
        <w:br/>
        <w:t>f 7181/14149/12683 7180/14150/12684 7179/14151/12685</w:t>
        <w:br/>
        <w:t>f 7182/14152/12686 7181/14149/12683 7179/14151/12685</w:t>
        <w:br/>
        <w:t>f 7186/14153/12687 7185/14154/12688 7184/14155/12689</w:t>
        <w:br/>
        <w:t>f 7183/14156/12690 7186/14153/12687 7184/14155/12689</w:t>
        <w:br/>
        <w:t>f 7185/14154/12688 7188/14157/12691 7187/14158/12692</w:t>
        <w:br/>
        <w:t>f 7184/14155/12689 7185/14154/12688 7187/14158/12692</w:t>
        <w:br/>
        <w:t>f 7179/14151/12685 7191/14159/12693 7190/14160/12694</w:t>
        <w:br/>
        <w:t>f 7189/14161/12695 7179/14151/12685 7190/14160/12694</w:t>
        <w:br/>
        <w:t>f 7193/14162/12696 7189/14161/12695 7192/14163/12697</w:t>
        <w:br/>
        <w:t>f 7194/14164/12698 7193/14162/12696 7192/14163/12697</w:t>
        <w:br/>
        <w:t>f 7192/14163/12697 7197/14165/12699 7196/14166/12700</w:t>
        <w:br/>
        <w:t>f 7195/14167/12701 7192/14163/12697 7196/14166/12700</w:t>
        <w:br/>
        <w:t>f 7201/14168/12702 7200/14169/12703 7199/14170/12704</w:t>
        <w:br/>
        <w:t>f 7198/14171/12690 7201/14168/12702 7199/14170/12704</w:t>
        <w:br/>
        <w:t>f 7205/14172/12705 7204/14173/12706 7203/14174/12707</w:t>
        <w:br/>
        <w:t>f 7202/14175/12708 7205/14172/12705 7203/14174/12707</w:t>
        <w:br/>
        <w:t>f 7180/14150/12684 7181/14149/12683 7206/14176/12709</w:t>
        <w:br/>
        <w:t>f 7202/14175/12708 7180/14150/12684 7206/14176/12709</w:t>
        <w:br/>
        <w:t>f 7208/14177/12710 7207/14178/12711 7174/14141/12675</w:t>
        <w:br/>
        <w:t>f 7178/14145/12679 7208/14177/12710 7174/14141/12675</w:t>
        <w:br/>
        <w:t>f 7185/14154/12688 7186/14153/12687 7209/14179/12712</w:t>
        <w:br/>
        <w:t>f 7175/14148/12682 7185/14154/12688 7209/14179/12712</w:t>
        <w:br/>
        <w:t>f 7212/14180/12713 7211/14181/12714 7210/14182/12715</w:t>
        <w:br/>
        <w:t>f 7213/14183/12716 7212/14180/12713 7210/14182/12715</w:t>
        <w:br/>
        <w:t>f 7216/14184/12717 7215/14185/12718 7214/14186/12719</w:t>
        <w:br/>
        <w:t>f 7218/14187/12720 7217/14188/12721 7210/14182/12715</w:t>
        <w:br/>
        <w:t>f 7211/14181/12714 7218/14187/12720 7210/14182/12715</w:t>
        <w:br/>
        <w:t>f 7221/14189/12722 7220/14190/12723 7219/14191/12724</w:t>
        <w:br/>
        <w:t>f 7222/14192/12725 7221/14189/12722 7219/14191/12724</w:t>
        <w:br/>
        <w:t>f 7224/14193/12726 7214/14186/12719 7215/14185/12718</w:t>
        <w:br/>
        <w:t>f 7223/14194/12727 7224/14193/12726 7215/14185/12718</w:t>
        <w:br/>
        <w:t>f 7218/14187/12720 7227/14195/12728 7226/14196/12729</w:t>
        <w:br/>
        <w:t>f 7225/14197/12730 7218/14187/12720 7226/14196/12729</w:t>
        <w:br/>
        <w:t>f 7228/14198/12731 7221/14189/12722 7222/14192/12725</w:t>
        <w:br/>
        <w:t>f 7229/14199/12732 7228/14198/12731 7222/14192/12725</w:t>
        <w:br/>
        <w:t>f 7231/14200/12733 7230/14201/12734 7200/14169/12703</w:t>
        <w:br/>
        <w:t>f 7201/14168/12702 7231/14200/12733 7200/14169/12703</w:t>
        <w:br/>
        <w:t>f 7209/14179/12712 7232/14202/12735 7156/14131/12666</w:t>
        <w:br/>
        <w:t>f 7208/14177/12710 7209/14179/12712 7156/14131/12666</w:t>
        <w:br/>
        <w:t>f 7183/14156/12690 7149/14125/12662 7150/14124/12661</w:t>
        <w:br/>
        <w:t>f 7186/14153/12687 7183/14156/12690 7150/14124/12661</w:t>
        <w:br/>
        <w:t>f 7236/14203/12736 7235/14204/12737 7234/14205/12738</w:t>
        <w:br/>
        <w:t>f 7233/14206/12739 7236/14203/12736 7234/14205/12738</w:t>
        <w:br/>
        <w:t>f 7153/14127/12664 7156/14131/12666 7152/14128/12665</w:t>
        <w:br/>
        <w:t>f 7148/14126/12663 7237/14207/12740 7152/14128/12665</w:t>
        <w:br/>
        <w:t>f 7193/14162/12696 7188/14157/12691 7176/14147/12681</w:t>
        <w:br/>
        <w:t>f 7182/14152/12686 7193/14162/12696 7176/14147/12681</w:t>
        <w:br/>
        <w:t>f 7182/14152/12686 7179/14151/12685 7189/14161/12695</w:t>
        <w:br/>
        <w:t>f 7193/14162/12696 7182/14152/12686 7189/14161/12695</w:t>
        <w:br/>
        <w:t>f 7180/14150/12684 7238/14208/12741 7191/14159/12693</w:t>
        <w:br/>
        <w:t>f 7179/14151/12685 7180/14150/12684 7191/14159/12693</w:t>
        <w:br/>
        <w:t>f 7175/14148/12682 7209/14179/12712 7208/14177/12710</w:t>
        <w:br/>
        <w:t>f 7178/14145/12679 7175/14148/12682 7208/14177/12710</w:t>
        <w:br/>
        <w:t>f 7219/14191/12724 7239/14209/12742 7213/14183/12716</w:t>
        <w:br/>
        <w:t>f 7210/14182/12715 7219/14191/12724 7213/14183/12716</w:t>
        <w:br/>
        <w:t>f 7222/14192/12725 7219/14191/12724 7210/14182/12715</w:t>
        <w:br/>
        <w:t>f 7217/14188/12721 7222/14192/12725 7210/14182/12715</w:t>
        <w:br/>
        <w:t>f 7240/14210/12743 7229/14199/12732 7222/14192/12725</w:t>
        <w:br/>
        <w:t>f 7217/14188/12721 7240/14210/12743 7222/14192/12725</w:t>
        <w:br/>
        <w:t>f 7232/14202/12735 7209/14179/12712 7186/14153/12687</w:t>
        <w:br/>
        <w:t>f 7150/14124/12661 7232/14202/12735 7186/14153/12687</w:t>
        <w:br/>
        <w:t>f 7152/14128/12665 7232/14202/12735 7150/14124/12661</w:t>
        <w:br/>
        <w:t>f 7148/14126/12663 7152/14128/12665 7150/14124/12661</w:t>
        <w:br/>
        <w:t>f 7189/14161/12695 7190/14160/12694 7197/14165/12699</w:t>
        <w:br/>
        <w:t>f 7192/14163/12697 7189/14161/12695 7197/14165/12699</w:t>
        <w:br/>
        <w:t>f 7241/14211/12744 7227/14195/12728 7218/14187/12720</w:t>
        <w:br/>
        <w:t>f 7211/14181/12714 7241/14211/12744 7218/14187/12720</w:t>
        <w:br/>
        <w:t>f 7217/14188/12721 7218/14187/12720 7225/14197/12730</w:t>
        <w:br/>
        <w:t>f 7240/14210/12743 7217/14188/12721 7225/14197/12730</w:t>
        <w:br/>
        <w:t>f 7249/14212/12745 7207/14178/12711 7155/14132/12667</w:t>
        <w:br/>
        <w:t>f 7248/14213/12746 7249/14212/12745 7155/14132/12667</w:t>
        <w:br/>
        <w:t>f 7252/14214/12747 7251/14215/12748 7250/14216/12749</w:t>
        <w:br/>
        <w:t>f 7256/14217/12750 7255/14218/12751 7254/14219/12752</w:t>
        <w:br/>
        <w:t>f 7253/14220/12753 7256/14217/12750 7254/14219/12752</w:t>
        <w:br/>
        <w:t>f 7258/14221/6901 7257/14222/12754 7235/14204/12737</w:t>
        <w:br/>
        <w:t>f 7236/14203/12736 7258/14221/6901 7235/14204/12737</w:t>
        <w:br/>
        <w:t>f 7216/14184/12717 7260/14223/12755 7259/14224/12756</w:t>
        <w:br/>
        <w:t>f 7220/14190/12723 7216/14184/12717 7259/14224/12756</w:t>
        <w:br/>
        <w:t>f 7239/14209/12742 7219/14191/12724 7220/14190/12723</w:t>
        <w:br/>
        <w:t>f 7259/14224/12756 7239/14209/12742 7220/14190/12723</w:t>
        <w:br/>
        <w:t>f 7263/14225/12757 7262/14226/12758 7261/14227/12759</w:t>
        <w:br/>
        <w:t>f 7241/14211/12744 7263/14225/12757 7261/14227/12759</w:t>
        <w:br/>
        <w:t>f 7214/14186/12719 7265/14228/12760 7264/14229/12761</w:t>
        <w:br/>
        <w:t>f 7216/14184/12717 7214/14186/12719 7264/14229/12761</w:t>
        <w:br/>
        <w:t>f 7173/14142/12676 7267/14230/12762 7266/14231/12763</w:t>
        <w:br/>
        <w:t>f 7172/14143/12677 7173/14142/12676 7266/14231/12763</w:t>
        <w:br/>
        <w:t>f 7268/14232/12764 7265/14228/12760 7214/14186/12719</w:t>
        <w:br/>
        <w:t>f 7224/14193/12726 7268/14232/12764 7214/14186/12719</w:t>
        <w:br/>
        <w:t>f 7224/14193/12726 7204/14173/12706 7269/14233/12765</w:t>
        <w:br/>
        <w:t>f 7268/14232/12764 7224/14193/12726 7269/14233/12765</w:t>
        <w:br/>
        <w:t>f 7272/14234/12766 7271/14235/12767 7270/14236/12768</w:t>
        <w:br/>
        <w:t>f 7205/14172/12705 7272/14234/12766 7270/14236/12768</w:t>
        <w:br/>
        <w:t>f 7153/14127/12664 7154/14130/7280 7273/14237/12769</w:t>
        <w:br/>
        <w:t>f 7274/14238/12770 7153/14127/12664 7273/14237/12769</w:t>
        <w:br/>
        <w:t>f 7153/14127/12664 7274/14238/12770 7248/14213/12746</w:t>
        <w:br/>
        <w:t>f 7248/14213/12746 7277/14239/12771 7276/14240/12772</w:t>
        <w:br/>
        <w:t>f 7249/14212/12745 7248/14213/12746 7276/14240/12772</w:t>
        <w:br/>
        <w:t>f 7267/14230/12762 7173/14142/12676 7249/14212/12745</w:t>
        <w:br/>
        <w:t>f 7276/14240/12772 7267/14230/12762 7249/14212/12745</w:t>
        <w:br/>
        <w:t>f 7216/14184/12717 7264/14229/12761 7278/14241/12773</w:t>
        <w:br/>
        <w:t>f 7260/14223/12755 7216/14184/12717 7278/14241/12773</w:t>
        <w:br/>
        <w:t>f 7282/14242/12774 7281/14243/12775 7280/14244/12776</w:t>
        <w:br/>
        <w:t>f 7279/14245/12777 7282/14242/12774 7280/14244/12776</w:t>
        <w:br/>
        <w:t>f 7284/14246/12778 7283/14247/12779 7280/14244/12776</w:t>
        <w:br/>
        <w:t>f 7281/14243/12775 7284/14246/12778 7280/14244/12776</w:t>
        <w:br/>
        <w:t>f 7283/14247/12779 7284/14246/12778 7286/14248/12780</w:t>
        <w:br/>
        <w:t>f 7285/14249/12781 7283/14247/12779 7286/14248/12780</w:t>
        <w:br/>
        <w:t>f 7288/14250/12782 7287/14251/12783 7285/14249/12781</w:t>
        <w:br/>
        <w:t>f 7286/14248/12780 7288/14250/12782 7285/14249/12781</w:t>
        <w:br/>
        <w:t>f 7292/14252/12784 7291/14253/12785 7290/14254/12786</w:t>
        <w:br/>
        <w:t>f 7289/14255/12787 7292/14252/12784 7290/14254/12786</w:t>
        <w:br/>
        <w:t>f 7294/14256/12788 7293/14257/12789 7291/14253/12785</w:t>
        <w:br/>
        <w:t>f 7292/14252/12784 7294/14256/12788 7291/14253/12785</w:t>
        <w:br/>
        <w:t>f 7296/14258/12790 7295/14259/12791 7293/14257/12789</w:t>
        <w:br/>
        <w:t>f 7294/14256/12788 7296/14258/12790 7293/14257/12789</w:t>
        <w:br/>
        <w:t>f 7310/14260/12792 7282/14242/12774 7279/14245/12777</w:t>
        <w:br/>
        <w:t>f 7309/14261/7304 7310/14260/12792 7279/14245/12777</w:t>
        <w:br/>
        <w:t>f 7274/14238/12770 7312/14262/12793 7311/14263/12794</w:t>
        <w:br/>
        <w:t>f 7277/14239/12771 7274/14238/12770 7311/14263/12794</w:t>
        <w:br/>
        <w:t>f 7274/14238/12770 7273/14237/12769 7313/14264/7306</w:t>
        <w:br/>
        <w:t>f 7312/14262/12793 7274/14238/12770 7313/14264/7306</w:t>
        <w:br/>
        <w:t>f 7264/14229/12761 7321/14265/12795 7320/14266/12796</w:t>
        <w:br/>
        <w:t>f 7278/14241/12773 7264/14229/12761 7320/14266/12796</w:t>
        <w:br/>
        <w:t>f 7265/14228/12760 7322/14267/12797 7321/14265/12795</w:t>
        <w:br/>
        <w:t>f 7264/14229/12761 7265/14228/12760 7321/14265/12795</w:t>
        <w:br/>
        <w:t>f 7268/14232/12764 7323/14268/12798 7322/14267/12797</w:t>
        <w:br/>
        <w:t>f 7265/14228/12760 7268/14232/12764 7322/14267/12797</w:t>
        <w:br/>
        <w:t>f 7323/14268/12798 7268/14232/12764 7269/14233/12765</w:t>
        <w:br/>
        <w:t>f 7324/14269/12799 7323/14268/12798 7269/14233/12765</w:t>
        <w:br/>
        <w:t>f 7271/14235/12767 7325/14270/12800 7324/14269/12799</w:t>
        <w:br/>
        <w:t>f 7270/14236/12768 7271/14235/12767 7324/14269/12799</w:t>
        <w:br/>
        <w:t>f 7271/14235/12767 7266/14231/12763 7325/14270/12800</w:t>
        <w:br/>
        <w:t>f 7267/14230/12762 7276/14240/12772 7326/14271/12801</w:t>
        <w:br/>
        <w:t>f 7311/14263/12794 7326/14271/12801 7276/14240/12772</w:t>
        <w:br/>
        <w:t>f 7277/14239/12771 7311/14263/12794 7276/14240/12772</w:t>
        <w:br/>
        <w:t>f 7328/14272/12802 7327/14273/12803 7281/14243/12775</w:t>
        <w:br/>
        <w:t>f 7282/14242/12774 7328/14272/12802 7281/14243/12775</w:t>
        <w:br/>
        <w:t>f 7329/14274/4953 7284/14246/12778 7281/14243/12775</w:t>
        <w:br/>
        <w:t>f 7327/14273/12803 7329/14274/4953 7281/14243/12775</w:t>
        <w:br/>
        <w:t>f 7329/14274/4953 7330/14275/12804 7286/14248/12780</w:t>
        <w:br/>
        <w:t>f 7284/14246/12778 7329/14274/4953 7286/14248/12780</w:t>
        <w:br/>
        <w:t>f 7331/14276/4945 7288/14250/12782 7286/14248/12780</w:t>
        <w:br/>
        <w:t>f 7330/14275/12804 7331/14276/4945 7286/14248/12780</w:t>
        <w:br/>
        <w:t>f 7333/14277/4967 7332/14278/4939 7292/14252/12784</w:t>
        <w:br/>
        <w:t>f 7289/14255/12787 7333/14277/4967 7292/14252/12784</w:t>
        <w:br/>
        <w:t>f 7332/14278/4939 7334/14279/4938 7294/14256/12788</w:t>
        <w:br/>
        <w:t>f 7292/14252/12784 7332/14278/4939 7294/14256/12788</w:t>
        <w:br/>
        <w:t>f 7335/14280/12805 7296/14258/12790 7294/14256/12788</w:t>
        <w:br/>
        <w:t>f 7334/14279/4938 7335/14280/12805 7294/14256/12788</w:t>
        <w:br/>
        <w:t>f 7342/14281/7313 7328/14272/12802 7282/14242/12774</w:t>
        <w:br/>
        <w:t>f 7310/14260/12792 7342/14281/7313 7282/14242/12774</w:t>
        <w:br/>
        <w:t>f 7312/14262/12793 7279/14245/12777 7280/14244/12776</w:t>
        <w:br/>
        <w:t>f 7311/14263/12794 7312/14262/12793 7280/14244/12776</w:t>
        <w:br/>
        <w:t>f 7313/14264/7306 7309/14261/7304 7279/14245/12777</w:t>
        <w:br/>
        <w:t>f 7312/14262/12793 7313/14264/7306 7279/14245/12777</w:t>
        <w:br/>
        <w:t>f 7349/14282/12806 7293/14257/12789 7295/14259/12791</w:t>
        <w:br/>
        <w:t>f 7320/14266/12807 7349/14282/12806 7295/14259/12791</w:t>
        <w:br/>
        <w:t>f 7322/14267/12797 7291/14253/12785 7293/14257/12789</w:t>
        <w:br/>
        <w:t>f 7321/14265/12795 7322/14267/12797 7293/14257/12789</w:t>
        <w:br/>
        <w:t>f 7323/14268/12798 7290/14254/12786 7291/14253/12785</w:t>
        <w:br/>
        <w:t>f 7322/14267/12797 7323/14268/12798 7291/14253/12785</w:t>
        <w:br/>
        <w:t>f 7290/14254/12786 7323/14268/12798 7324/14269/12799</w:t>
        <w:br/>
        <w:t>f 7287/14251/12783 7290/14254/12786 7324/14269/12799</w:t>
        <w:br/>
        <w:t>f 7325/14270/12800 7285/14249/12781 7287/14251/12783</w:t>
        <w:br/>
        <w:t>f 7324/14269/12799 7325/14270/12800 7287/14251/12783</w:t>
        <w:br/>
        <w:t>f 7326/14271/12801 7311/14263/12794 7280/14244/12776</w:t>
        <w:br/>
        <w:t>f 7350/14283/12808 7326/14271/12801 7280/14244/12776</w:t>
        <w:br/>
        <w:t>f 7155/14132/12667 7153/14127/12664 7248/14213/12746</w:t>
        <w:br/>
        <w:t>f 7178/14145/12679 7174/14141/12675 7171/14144/12678</w:t>
        <w:br/>
        <w:t>f 7177/14146/12680 7178/14145/12679 7171/14144/12678</w:t>
        <w:br/>
        <w:t>f 7202/14175/12708 7203/14174/12707 7238/14208/12741</w:t>
        <w:br/>
        <w:t>f 7180/14150/12684 7202/14175/12708 7238/14208/12741</w:t>
        <w:br/>
        <w:t>f 7205/14172/12705 7202/14175/12708 7206/14176/12709</w:t>
        <w:br/>
        <w:t>f 7272/14234/12766 7205/14172/12705 7206/14176/12709</w:t>
        <w:br/>
        <w:t>f 7173/14142/12676 7174/14141/12675 7207/14178/12711</w:t>
        <w:br/>
        <w:t>f 7249/14212/12745 7173/14142/12676 7207/14178/12711</w:t>
        <w:br/>
        <w:t>f 7215/14185/12718 7216/14184/12717 7220/14190/12723</w:t>
        <w:br/>
        <w:t>f 7221/14189/12722 7215/14185/12718 7220/14190/12723</w:t>
        <w:br/>
        <w:t>f 7223/14194/12727 7215/14185/12718 7221/14189/12722</w:t>
        <w:br/>
        <w:t>f 7228/14198/12731 7223/14194/12727 7221/14189/12722</w:t>
        <w:br/>
        <w:t>f 7156/14131/12666 7155/14132/12667 7207/14178/12711</w:t>
        <w:br/>
        <w:t>f 7208/14177/12710 7156/14131/12666 7207/14178/12711</w:t>
        <w:br/>
        <w:t>f 7240/14210/12743 7190/14160/12694 7191/14159/12693</w:t>
        <w:br/>
        <w:t>f 7229/14199/12732 7240/14210/12743 7191/14159/12693</w:t>
        <w:br/>
        <w:t>f 7196/14166/12700 7226/14196/12729 7352/14284/12809</w:t>
        <w:br/>
        <w:t>f 7351/14285/12810 7196/14166/12700 7352/14284/12809</w:t>
        <w:br/>
        <w:t>f 7223/14194/12727 7203/14174/12707 7204/14173/12706</w:t>
        <w:br/>
        <w:t>f 7224/14193/12726 7223/14194/12727 7204/14173/12706</w:t>
        <w:br/>
        <w:t>f 7229/14199/12732 7191/14159/12693 7238/14208/12741</w:t>
        <w:br/>
        <w:t>f 7228/14198/12731 7229/14199/12732 7238/14208/12741</w:t>
        <w:br/>
        <w:t>f 7197/14165/12699 7190/14160/12694 7240/14210/12743</w:t>
        <w:br/>
        <w:t>f 7225/14197/12730 7197/14165/12699 7240/14210/12743</w:t>
        <w:br/>
        <w:t>f 7269/14233/12765 7204/14173/12706 7205/14172/12705</w:t>
        <w:br/>
        <w:t>f 7270/14236/12768 7269/14233/12765 7205/14172/12705</w:t>
        <w:br/>
        <w:t>f 7287/14251/12783 7288/14250/12782 7289/14255/12787</w:t>
        <w:br/>
        <w:t>f 7290/14254/12786 7287/14251/12783 7289/14255/12787</w:t>
        <w:br/>
        <w:t>f 7324/14269/12799 7269/14233/12765 7270/14236/12768</w:t>
        <w:br/>
        <w:t>f 7331/14276/4945 7333/14277/4967 7289/14255/12787</w:t>
        <w:br/>
        <w:t>f 7288/14250/12782 7331/14276/4945 7289/14255/12787</w:t>
        <w:br/>
        <w:t>f 7228/14198/12731 7238/14208/12741 7203/14174/12707</w:t>
        <w:br/>
        <w:t>f 7223/14194/12727 7228/14198/12731 7203/14174/12707</w:t>
        <w:br/>
        <w:t>f 7171/14144/12678 7172/14143/12677 7272/14234/12766</w:t>
        <w:br/>
        <w:t>f 7206/14176/12709 7171/14144/12678 7272/14234/12766</w:t>
        <w:br/>
        <w:t>f 7182/14152/12686 7176/14147/12681 7177/14146/12680</w:t>
        <w:br/>
        <w:t>f 7181/14149/12683 7182/14152/12686 7177/14146/12680</w:t>
        <w:br/>
        <w:t>f 7194/14164/12698 7187/14158/12692 7188/14157/12691</w:t>
        <w:br/>
        <w:t>f 7193/14162/12696 7194/14164/12698 7188/14157/12691</w:t>
        <w:br/>
        <w:t>f 7175/14148/12682 7176/14147/12681 7188/14157/12691</w:t>
        <w:br/>
        <w:t>f 7185/14154/12688 7175/14148/12682 7188/14157/12691</w:t>
        <w:br/>
        <w:t>f 7172/14143/12677 7266/14231/12763 7271/14235/12767</w:t>
        <w:br/>
        <w:t>f 7272/14234/12766 7172/14143/12677 7271/14235/12767</w:t>
        <w:br/>
        <w:t>f 7325/14270/12800 7266/14231/12763 7267/14230/12762</w:t>
        <w:br/>
        <w:t>f 7326/14271/12801 7325/14270/12800 7267/14230/12762</w:t>
        <w:br/>
        <w:t>f 7285/14249/12781 7325/14270/12800 7326/14271/12801</w:t>
        <w:br/>
        <w:t>f 7283/14247/12779 7285/14249/12781 7326/14271/12801</w:t>
        <w:br/>
        <w:t>f 7171/14144/12678 7206/14176/12709 7181/14149/12683</w:t>
        <w:br/>
        <w:t>f 7177/14146/12680 7171/14144/12678 7181/14149/12683</w:t>
        <w:br/>
        <w:t>f 7184/14155/12689 7187/14158/12692 7353/14286/12811</w:t>
        <w:br/>
        <w:t>f 7194/14164/12698 7355/14287/12812 7354/14288/12733</w:t>
        <w:br/>
        <w:t>f 7187/14158/12692 7194/14164/12698 7354/14288/12733</w:t>
        <w:br/>
        <w:t>f 7355/14287/12812 7195/14167/12701 7356/14289/12813</w:t>
        <w:br/>
        <w:t>f 7359/14290/12814 7169/14138/12672 7358/14291/12815</w:t>
        <w:br/>
        <w:t>f 7357/14292/12816 7359/14290/12814 7358/14291/12815</w:t>
        <w:br/>
        <w:t>f 7359/14290/12814 7165/14134/12669 7254/14219/12752</w:t>
        <w:br/>
        <w:t>f 7360/14293/12817 7359/14290/12814 7254/14219/12752</w:t>
        <w:br/>
        <w:t>f 7363/14294/12818 7362/14295/12819 7251/14215/12748</w:t>
        <w:br/>
        <w:t>f 7361/14296/12820 7363/14294/12818 7251/14215/12748</w:t>
        <w:br/>
        <w:t>f 7365/14297/12821 7364/14298/12822 7362/14295/12819</w:t>
        <w:br/>
        <w:t>f 7363/14294/12818 7365/14297/12821 7362/14295/12819</w:t>
        <w:br/>
        <w:t>f 7367/14299/12823 7366/14300/12824 7364/14298/12822</w:t>
        <w:br/>
        <w:t>f 7365/14297/12821 7367/14299/12823 7364/14298/12822</w:t>
        <w:br/>
        <w:t>f 7369/14301/12825 7368/14302/12826 7199/14170/12704</w:t>
        <w:br/>
        <w:t>f 7361/14296/12820 7369/14301/12825 7199/14170/12704</w:t>
        <w:br/>
        <w:t>f 7370/14303/12827 7257/14222/12754 7168/14139/12673</w:t>
        <w:br/>
        <w:t>f 7360/14293/12817 7370/14303/12827 7168/14139/12673</w:t>
        <w:br/>
        <w:t>f 7370/14303/12827 7255/14218/12751 7366/14300/12824</w:t>
        <w:br/>
        <w:t>f 7367/14299/12823 7370/14303/12827 7366/14300/12824</w:t>
        <w:br/>
        <w:t>f 7365/14297/12821 7230/14201/12734 7234/14205/12738</w:t>
        <w:br/>
        <w:t>f 7357/14292/12816 7164/14135/12670 7165/14134/12669</w:t>
        <w:br/>
        <w:t>f 7359/14290/12814 7357/14292/12816 7165/14134/12669</w:t>
        <w:br/>
        <w:t>f 7369/14301/12825 7361/14296/12820 7251/14215/12748</w:t>
        <w:br/>
        <w:t>f 7371/14304/12630 7369/14301/12825 7251/14215/12748</w:t>
        <w:br/>
        <w:t>f 7255/14218/12751 7370/14303/12827 7360/14293/12817</w:t>
        <w:br/>
        <w:t>f 7254/14219/12752 7255/14218/12751 7360/14293/12817</w:t>
        <w:br/>
        <w:t>f 7165/14134/12669 7166/14133/12668 7253/14220/12753</w:t>
        <w:br/>
        <w:t>f 7254/14219/12752 7165/14134/12669 7253/14220/12753</w:t>
        <w:br/>
        <w:t>f 7372/14305/12828 7250/14216/12749 7251/14215/12748</w:t>
        <w:br/>
        <w:t>f 7362/14295/12819 7372/14305/12828 7251/14215/12748</w:t>
        <w:br/>
        <w:t>f 7373/14306/12829 7372/14305/12828 7362/14295/12819</w:t>
        <w:br/>
        <w:t>f 7364/14298/12822 7373/14306/12829 7362/14295/12819</w:t>
        <w:br/>
        <w:t>f 7366/14300/12824 7374/14307/12830 7373/14306/12829</w:t>
        <w:br/>
        <w:t>f 7364/14298/12822 7366/14300/12824 7373/14306/12829</w:t>
        <w:br/>
        <w:t>f 7169/14138/12672 7359/14290/12814 7360/14293/12817</w:t>
        <w:br/>
        <w:t>f 7168/14139/12673 7169/14138/12672 7360/14293/12817</w:t>
        <w:br/>
        <w:t>f 7200/14169/12703 7363/14294/12818 7361/14296/12820</w:t>
        <w:br/>
        <w:t>f 7199/14170/12704 7200/14169/12703 7361/14296/12820</w:t>
        <w:br/>
        <w:t>f 7230/14201/12734 7365/14297/12821 7363/14294/12818</w:t>
        <w:br/>
        <w:t>f 7200/14169/12703 7230/14201/12734 7363/14294/12818</w:t>
        <w:br/>
        <w:t>f 7235/14204/12737 7367/14299/12823 7365/14297/12821</w:t>
        <w:br/>
        <w:t>f 7234/14205/12738 7235/14204/12737 7365/14297/12821</w:t>
        <w:br/>
        <w:t>f 7257/14222/12754 7370/14303/12827 7367/14299/12823</w:t>
        <w:br/>
        <w:t>f 7235/14204/12737 7257/14222/12754 7367/14299/12823</w:t>
        <w:br/>
        <w:t>f 7169/14138/12672 7170/14137/6903 7375/14308/6910</w:t>
        <w:br/>
        <w:t>f 7358/14291/12815 7169/14138/12672 7375/14308/6910</w:t>
        <w:br/>
        <w:t>f 7368/14302/12826 7376/14309/12831 7198/14171/12690</w:t>
        <w:br/>
        <w:t>f 7199/14170/12704 7368/14302/12826 7198/14171/12690</w:t>
        <w:br/>
        <w:t>f 7257/14222/12754 7258/14221/6901 7167/14140/12674</w:t>
        <w:br/>
        <w:t>f 7168/14139/12673 7257/14222/12754 7167/14140/12674</w:t>
        <w:br/>
        <w:t>f 7230/14201/12734 7231/14200/12733 7233/14206/12739</w:t>
        <w:br/>
        <w:t>f 7234/14205/12738 7230/14201/12734 7233/14206/12739</w:t>
        <w:br/>
        <w:t>f 7368/14302/12826 7369/14301/12825 7376/14309/12831</w:t>
        <w:br/>
        <w:t>f 7374/14307/12830 7366/14300/12824 7255/14218/12751</w:t>
        <w:br/>
        <w:t>f 7256/14217/12750 7374/14307/12830 7255/14218/12751</w:t>
        <w:br/>
        <w:t>f 7156/14131/12666 7232/14202/12735 7152/14128/12665</w:t>
        <w:br/>
        <w:t>f 7274/14238/12770 7277/14239/12771 7248/14213/12746</w:t>
        <w:br/>
        <w:t>f 7237/14207/12740 7151/14129/7281 7152/14128/12665</w:t>
        <w:br/>
        <w:t>f 7587/14310/12832 7586/14311/12833 7585/14312/12834</w:t>
        <w:br/>
        <w:t>f 7590/14313/7501 7589/14314/12835 7588/14315/12836</w:t>
        <w:br/>
        <w:t>f 7591/14316/7499 7590/14313/7501 7588/14315/12836</w:t>
        <w:br/>
        <w:t>f 7593/14317/12837 7592/14318/12838 7588/14315/12836</w:t>
        <w:br/>
        <w:t>f 7601/14319/12839 7163/14136/12671 7164/14135/12670</w:t>
        <w:br/>
        <w:t>f 7600/14320/12840 7601/14319/12839 7164/14135/12670</w:t>
        <w:br/>
        <w:t>f 7605/14321/12841 7604/14322/12842 7603/14323/12843</w:t>
        <w:br/>
        <w:t>f 7602/14324/12844 7605/14321/12841 7603/14323/12843</w:t>
        <w:br/>
        <w:t>f 7609/14325/12845 7608/14326/12846 7607/14327/12847</w:t>
        <w:br/>
        <w:t>f 7606/14328/12848 7609/14325/12845 7607/14327/12847</w:t>
        <w:br/>
        <w:t>f 7613/14329/12849 7612/14330/12850 7611/14331/12851</w:t>
        <w:br/>
        <w:t>f 7610/14332/12852 7613/14329/12849 7611/14331/12851</w:t>
        <w:br/>
        <w:t>f 7616/14333/12853 7615/14334/12854 7614/14335/12855</w:t>
        <w:br/>
        <w:t>f 7617/14336/12856 7616/14333/12853 7614/14335/12855</w:t>
        <w:br/>
        <w:t>f 7621/14337/12857 7620/14338/12858 7619/14339/12859</w:t>
        <w:br/>
        <w:t>f 7618/14340/12860 7621/14337/12857 7619/14339/12859</w:t>
        <w:br/>
        <w:t>f 7618/14340/12860 7619/14339/12859 7623/14341/12861</w:t>
        <w:br/>
        <w:t>f 7622/14342/12862 7618/14340/12860 7623/14341/12861</w:t>
        <w:br/>
        <w:t>f 7616/14333/12853 7626/14343/12863 7625/14344/12864</w:t>
        <w:br/>
        <w:t>f 7624/14345/12865 7616/14333/12853 7625/14344/12864</w:t>
        <w:br/>
        <w:t>f 7628/14346/12866 7626/14343/12863 7627/14347/12867</w:t>
        <w:br/>
        <w:t>f 7629/14348/12868 7628/14346/12866 7627/14347/12867</w:t>
        <w:br/>
        <w:t>f 7628/14346/12866 7632/14349/12869 7631/14350/12870</w:t>
        <w:br/>
        <w:t>f 7630/14351/12871 7628/14346/12866 7631/14350/12870</w:t>
        <w:br/>
        <w:t>f 7636/14352/12872 7635/14353/12858 7634/14354/12873</w:t>
        <w:br/>
        <w:t>f 7633/14355/12874 7636/14352/12872 7634/14354/12873</w:t>
        <w:br/>
        <w:t>f 7640/14356/12875 7639/14357/12876 7638/14358/12877</w:t>
        <w:br/>
        <w:t>f 7637/14359/12878 7640/14356/12875 7638/14358/12877</w:t>
        <w:br/>
        <w:t>f 7641/14360/12879 7614/14335/12855 7615/14334/12854</w:t>
        <w:br/>
        <w:t>f 7639/14357/12876 7641/14360/12879 7615/14334/12854</w:t>
        <w:br/>
        <w:t>f 7643/14361/12880 7613/14329/12849 7609/14325/12845</w:t>
        <w:br/>
        <w:t>f 7642/14362/12881 7643/14361/12880 7609/14325/12845</w:t>
        <w:br/>
        <w:t>f 7644/14363/12882 7621/14337/12857 7618/14340/12860</w:t>
        <w:br/>
        <w:t>f 7612/14330/12850 7644/14363/12882 7618/14340/12860</w:t>
        <w:br/>
        <w:t>f 7646/14364/12883 7645/14365/12884 7212/14180/12713</w:t>
        <w:br/>
        <w:t>f 7213/14183/12716 7646/14364/12883 7212/14180/12713</w:t>
        <w:br/>
        <w:t>f 7649/14366/12885 7648/14367/12886 7647/14368/12887</w:t>
        <w:br/>
        <w:t>f 7651/14369/12888 7645/14365/12884 7646/14364/12883</w:t>
        <w:br/>
        <w:t>f 7650/14370/12889 7651/14369/12888 7646/14364/12883</w:t>
        <w:br/>
        <w:t>f 7654/14371/12890 7653/14372/12891 7652/14373/12892</w:t>
        <w:br/>
        <w:t>f 7655/14374/12893 7654/14371/12890 7652/14373/12892</w:t>
        <w:br/>
        <w:t>f 7657/14375/12894 7656/14376/12895 7647/14368/12887</w:t>
        <w:br/>
        <w:t>f 7648/14367/12886 7657/14375/12894 7647/14368/12887</w:t>
        <w:br/>
        <w:t>f 7659/14377/12896 7658/14378/12897 7651/14369/12888</w:t>
        <w:br/>
        <w:t>f 7660/14379/12898 7659/14377/12896 7651/14369/12888</w:t>
        <w:br/>
        <w:t>f 7655/14374/12893 7652/14373/12892 7661/14380/12899</w:t>
        <w:br/>
        <w:t>f 7662/14381/12900 7655/14374/12893 7661/14380/12899</w:t>
        <w:br/>
        <w:t>f 7664/14382/12901 7636/14352/12872 7633/14355/12874</w:t>
        <w:br/>
        <w:t>f 7663/14383/12902 7664/14382/12901 7633/14355/12874</w:t>
        <w:br/>
        <w:t>f 7644/14363/12882 7643/14361/12880 7593/14317/12837</w:t>
        <w:br/>
        <w:t>f 7665/14384/12903 7644/14363/12882 7593/14317/12837</w:t>
        <w:br/>
        <w:t>f 7620/14338/12858 7621/14337/12857 7587/14310/12832</w:t>
        <w:br/>
        <w:t>f 7585/14312/12834 7620/14338/12858 7587/14310/12832</w:t>
        <w:br/>
        <w:t>f 7669/14385/12904 7668/14386/12905 7667/14387/12906</w:t>
        <w:br/>
        <w:t>f 7666/14388/12907 7669/14385/12904 7667/14387/12906</w:t>
        <w:br/>
        <w:t>f 7588/14315/12836 7589/14314/12835 7593/14317/12837</w:t>
        <w:br/>
        <w:t>f 7586/14311/12833 7589/14314/12835 7670/14389/12908</w:t>
        <w:br/>
        <w:t>f 7627/14347/12867 7617/14336/12856 7611/14331/12851</w:t>
        <w:br/>
        <w:t>f 7622/14342/12862 7627/14347/12867 7611/14331/12851</w:t>
        <w:br/>
        <w:t>f 7617/14336/12856 7627/14347/12867 7626/14343/12863</w:t>
        <w:br/>
        <w:t>f 7616/14333/12853 7617/14336/12856 7626/14343/12863</w:t>
        <w:br/>
        <w:t>f 7615/14334/12854 7616/14333/12853 7624/14345/12865</w:t>
        <w:br/>
        <w:t>f 7671/14390/12909 7615/14334/12854 7624/14345/12865</w:t>
        <w:br/>
        <w:t>f 7643/14361/12880 7644/14363/12882 7612/14330/12850</w:t>
        <w:br/>
        <w:t>f 7613/14329/12849 7643/14361/12880 7612/14330/12850</w:t>
        <w:br/>
        <w:t>f 7213/14183/12716 7239/14209/12742 7654/14371/12890</w:t>
        <w:br/>
        <w:t>f 7646/14364/12883 7213/14183/12716 7654/14371/12890</w:t>
        <w:br/>
        <w:t>f 7646/14364/12883 7654/14371/12890 7655/14374/12893</w:t>
        <w:br/>
        <w:t>f 7650/14370/12889 7646/14364/12883 7655/14374/12893</w:t>
        <w:br/>
        <w:t>f 7672/14391/12910 7650/14370/12889 7655/14374/12893</w:t>
        <w:br/>
        <w:t>f 7662/14381/12900 7672/14391/12910 7655/14374/12893</w:t>
        <w:br/>
        <w:t>f 7665/14384/12903 7587/14310/12832 7621/14337/12857</w:t>
        <w:br/>
        <w:t>f 7644/14363/12882 7665/14384/12903 7621/14337/12857</w:t>
        <w:br/>
        <w:t>f 7589/14314/12835 7586/14311/12833 7587/14310/12832</w:t>
        <w:br/>
        <w:t>f 7665/14384/12903 7589/14314/12835 7587/14310/12832</w:t>
        <w:br/>
        <w:t>f 7630/14351/12871 7625/14344/12864 7626/14343/12863</w:t>
        <w:br/>
        <w:t>f 7628/14346/12866 7630/14351/12871 7626/14343/12863</w:t>
        <w:br/>
        <w:t>f 7651/14369/12888 7658/14378/12897 7673/14392/12911</w:t>
        <w:br/>
        <w:t>f 7645/14365/12884 7651/14369/12888 7673/14392/12911</w:t>
        <w:br/>
        <w:t>f 7650/14370/12889 7672/14391/12910 7660/14379/12898</w:t>
        <w:br/>
        <w:t>f 7651/14369/12888 7650/14370/12889 7660/14379/12898</w:t>
        <w:br/>
        <w:t>f 7681/14393/12912 7680/14394/12913 7592/14318/12838</w:t>
        <w:br/>
        <w:t>f 7642/14362/12881 7681/14393/12912 7592/14318/12838</w:t>
        <w:br/>
        <w:t>f 7684/14395/12914 7683/14396/12915 7682/14397/12916</w:t>
        <w:br/>
        <w:t>f 7688/14398/12917 7687/14399/12918 7686/14400/12919</w:t>
        <w:br/>
        <w:t>f 7685/14401/12920 7688/14398/12917 7686/14400/12919</w:t>
        <w:br/>
        <w:t>f 7690/14402/12921 7669/14385/12904 7666/14388/12907</w:t>
        <w:br/>
        <w:t>f 7689/14403/12922 7690/14402/12921 7666/14388/12907</w:t>
        <w:br/>
        <w:t>f 7259/14224/12756 7260/14223/12755 7649/14366/12885</w:t>
        <w:br/>
        <w:t>f 7653/14372/12891 7259/14224/12756 7649/14366/12885</w:t>
        <w:br/>
        <w:t>f 7653/14372/12891 7654/14371/12890 7239/14209/12742</w:t>
        <w:br/>
        <w:t>f 7259/14224/12756 7653/14372/12891 7239/14209/12742</w:t>
        <w:br/>
        <w:t>f 7263/14225/12757 7673/14392/12911 7691/14404/12923</w:t>
        <w:br/>
        <w:t>f 7262/14226/12758 7263/14225/12757 7691/14404/12923</w:t>
        <w:br/>
        <w:t>f 7648/14367/12886 7649/14366/12885 7693/14405/12924</w:t>
        <w:br/>
        <w:t>f 7692/14406/12925 7648/14367/12886 7693/14405/12924</w:t>
        <w:br/>
        <w:t>f 7606/14328/12848 7607/14327/12847 7695/14407/12926</w:t>
        <w:br/>
        <w:t>f 7694/14408/12927 7606/14328/12848 7695/14407/12926</w:t>
        <w:br/>
        <w:t>f 7648/14367/12886 7692/14406/12925 7696/14409/12928</w:t>
        <w:br/>
        <w:t>f 7657/14375/12894 7648/14367/12886 7696/14409/12928</w:t>
        <w:br/>
        <w:t>f 7697/14410/12929 7637/14359/12878 7657/14375/12894</w:t>
        <w:br/>
        <w:t>f 7696/14409/12928 7697/14410/12929 7657/14375/12894</w:t>
        <w:br/>
        <w:t>f 7700/14411/12930 7640/14356/12875 7699/14412/12931</w:t>
        <w:br/>
        <w:t>f 7698/14413/12932 7700/14411/12930 7699/14412/12931</w:t>
        <w:br/>
        <w:t>f 7701/14414/12933 7591/14316/7499 7588/14315/12836</w:t>
        <w:br/>
        <w:t>f 7702/14415/12934 7701/14414/12933 7588/14315/12836</w:t>
        <w:br/>
        <w:t>f 7588/14315/12836 7680/14394/12913 7702/14415/12934</w:t>
        <w:br/>
        <w:t>f 7680/14394/12913 7681/14393/12912 7705/14416/12935</w:t>
        <w:br/>
        <w:t>f 7704/14417/12936 7680/14394/12913 7705/14416/12935</w:t>
        <w:br/>
        <w:t>f 7694/14408/12927 7705/14416/12935 7681/14393/12912</w:t>
        <w:br/>
        <w:t>f 7606/14328/12848 7694/14408/12927 7681/14393/12912</w:t>
        <w:br/>
        <w:t>f 7649/14366/12885 7260/14223/12755 7278/14241/12773</w:t>
        <w:br/>
        <w:t>f 7693/14405/12924 7649/14366/12885 7278/14241/12773</w:t>
        <w:br/>
        <w:t>f 7709/14418/12937 7708/14419/12938 7707/14420/12939</w:t>
        <w:br/>
        <w:t>f 7706/14421/12940 7709/14418/12937 7707/14420/12939</w:t>
        <w:br/>
        <w:t>f 7711/14422/12941 7706/14421/12940 7707/14420/12939</w:t>
        <w:br/>
        <w:t>f 7710/14423/12942 7711/14422/12941 7707/14420/12939</w:t>
        <w:br/>
        <w:t>f 7710/14423/12942 7713/14424/12943 7712/14425/12944</w:t>
        <w:br/>
        <w:t>f 7711/14422/12941 7710/14423/12942 7712/14425/12944</w:t>
        <w:br/>
        <w:t>f 7715/14426/12945 7712/14425/12944 7713/14424/12943</w:t>
        <w:br/>
        <w:t>f 7714/14427/12946 7715/14426/12945 7713/14424/12943</w:t>
        <w:br/>
        <w:t>f 7719/14428/12947 7718/14429/12948 7717/14430/12949</w:t>
        <w:br/>
        <w:t>f 7716/14431/12950 7719/14428/12947 7717/14430/12949</w:t>
        <w:br/>
        <w:t>f 7721/14432/12951 7719/14428/12947 7716/14431/12950</w:t>
        <w:br/>
        <w:t>f 7720/14433/12952 7721/14432/12951 7716/14431/12950</w:t>
        <w:br/>
        <w:t>f 7296/14258/12790 7721/14432/12951 7720/14433/12952</w:t>
        <w:br/>
        <w:t>f 7295/14259/12791 7296/14258/12790 7720/14433/12952</w:t>
        <w:br/>
        <w:t>f 7735/14434/12953 7734/14435/7518 7708/14419/12938</w:t>
        <w:br/>
        <w:t>f 7709/14418/12937 7735/14434/12953 7708/14419/12938</w:t>
        <w:br/>
        <w:t>f 7737/14436/12954 7736/14437/12955 7702/14415/12934</w:t>
        <w:br/>
        <w:t>f 7704/14417/12936 7737/14436/12954 7702/14415/12934</w:t>
        <w:br/>
        <w:t>f 7702/14415/12934 7736/14437/12955 7738/14438/7520</w:t>
        <w:br/>
        <w:t>f 7701/14414/12933 7702/14415/12934 7738/14438/7520</w:t>
        <w:br/>
        <w:t>f 7320/14266/12796 7745/14439/12956 7693/14405/12924</w:t>
        <w:br/>
        <w:t>f 7278/14241/12773 7320/14266/12796 7693/14405/12924</w:t>
        <w:br/>
        <w:t>f 7692/14406/12925 7693/14405/12924 7745/14439/12956</w:t>
        <w:br/>
        <w:t>f 7746/14440/12957 7692/14406/12925 7745/14439/12956</w:t>
        <w:br/>
        <w:t>f 7696/14409/12928 7692/14406/12925 7746/14440/12957</w:t>
        <w:br/>
        <w:t>f 7747/14441/12958 7696/14409/12928 7746/14440/12957</w:t>
        <w:br/>
        <w:t>f 7747/14441/12958 7748/14442/12959 7697/14410/12929</w:t>
        <w:br/>
        <w:t>f 7696/14409/12928 7747/14441/12958 7697/14410/12929</w:t>
        <w:br/>
        <w:t>f 7698/14413/12932 7699/14412/12931 7748/14442/12959</w:t>
        <w:br/>
        <w:t>f 7749/14443/12960 7698/14413/12932 7748/14442/12959</w:t>
        <w:br/>
        <w:t>f 7698/14413/12932 7749/14443/12960 7695/14407/12926</w:t>
        <w:br/>
        <w:t>f 7694/14408/12927 7750/14444/12961 7705/14416/12935</w:t>
        <w:br/>
        <w:t>f 7705/14416/12935 7750/14444/12961 7737/14436/12954</w:t>
        <w:br/>
        <w:t>f 7704/14417/12936 7705/14416/12935 7737/14436/12954</w:t>
        <w:br/>
        <w:t>f 7752/14445/5102 7709/14418/12937 7706/14421/12940</w:t>
        <w:br/>
        <w:t>f 7751/14446/5103 7752/14445/5102 7706/14421/12940</w:t>
        <w:br/>
        <w:t>f 7706/14421/12940 7711/14422/12941 7753/14447/12962</w:t>
        <w:br/>
        <w:t>f 7751/14446/5103 7706/14421/12940 7753/14447/12962</w:t>
        <w:br/>
        <w:t>f 7753/14447/12962 7711/14422/12941 7712/14425/12944</w:t>
        <w:br/>
        <w:t>f 7754/14448/5108 7753/14447/12962 7712/14425/12944</w:t>
        <w:br/>
        <w:t>f 7712/14425/12944 7715/14426/12945 7755/14449/12963</w:t>
        <w:br/>
        <w:t>f 7754/14448/5108 7712/14425/12944 7755/14449/12963</w:t>
        <w:br/>
        <w:t>f 7757/14450/5106 7718/14429/12948 7719/14428/12947</w:t>
        <w:br/>
        <w:t>f 7756/14451/12964 7757/14450/5106 7719/14428/12947</w:t>
        <w:br/>
        <w:t>f 7756/14451/12964 7719/14428/12947 7721/14432/12951</w:t>
        <w:br/>
        <w:t>f 7758/14452/5086 7756/14451/12964 7721/14432/12951</w:t>
        <w:br/>
        <w:t>f 7721/14432/12951 7296/14258/12790 7335/14280/12805</w:t>
        <w:br/>
        <w:t>f 7758/14452/5086 7721/14432/12951 7335/14280/12805</w:t>
        <w:br/>
        <w:t>f 7765/14453/5101 7735/14434/12953 7709/14418/12937</w:t>
        <w:br/>
        <w:t>f 7752/14445/5102 7765/14453/5101 7709/14418/12937</w:t>
        <w:br/>
        <w:t>f 7707/14420/12939 7708/14419/12938 7736/14437/12955</w:t>
        <w:br/>
        <w:t>f 7737/14436/12954 7707/14420/12939 7736/14437/12955</w:t>
        <w:br/>
        <w:t>f 7708/14419/12938 7734/14435/7518 7738/14438/7520</w:t>
        <w:br/>
        <w:t>f 7736/14437/12955 7708/14419/12938 7738/14438/7520</w:t>
        <w:br/>
        <w:t>f 7295/14259/12791 7720/14433/12952 7772/14454/12965</w:t>
        <w:br/>
        <w:t>f 7320/14266/12807 7295/14259/12791 7772/14454/12965</w:t>
        <w:br/>
        <w:t>f 7720/14433/12952 7716/14431/12950 7746/14440/12957</w:t>
        <w:br/>
        <w:t>f 7745/14439/12956 7720/14433/12952 7746/14440/12957</w:t>
        <w:br/>
        <w:t>f 7716/14431/12950 7717/14430/12949 7747/14441/12958</w:t>
        <w:br/>
        <w:t>f 7746/14440/12957 7716/14431/12950 7747/14441/12958</w:t>
        <w:br/>
        <w:t>f 7717/14430/12949 7714/14427/12946 7748/14442/12959</w:t>
        <w:br/>
        <w:t>f 7747/14441/12958 7717/14430/12949 7748/14442/12959</w:t>
        <w:br/>
        <w:t>f 7714/14427/12946 7713/14424/12943 7749/14443/12960</w:t>
        <w:br/>
        <w:t>f 7748/14442/12959 7714/14427/12946 7749/14443/12960</w:t>
        <w:br/>
        <w:t>f 7750/14444/12961 7773/14455/12966 7707/14420/12939</w:t>
        <w:br/>
        <w:t>f 7737/14436/12954 7750/14444/12961 7707/14420/12939</w:t>
        <w:br/>
        <w:t>f 7592/14318/12838 7680/14394/12913 7588/14315/12836</w:t>
        <w:br/>
        <w:t>f 7613/14329/12849 7610/14332/12852 7608/14326/12846</w:t>
        <w:br/>
        <w:t>f 7609/14325/12845 7613/14329/12849 7608/14326/12846</w:t>
        <w:br/>
        <w:t>f 7639/14357/12876 7615/14334/12854 7671/14390/12909</w:t>
        <w:br/>
        <w:t>f 7638/14358/12877 7639/14357/12876 7671/14390/12909</w:t>
        <w:br/>
        <w:t>f 7640/14356/12875 7700/14411/12930 7641/14360/12879</w:t>
        <w:br/>
        <w:t>f 7639/14357/12876 7640/14356/12875 7641/14360/12879</w:t>
        <w:br/>
        <w:t>f 7606/14328/12848 7681/14393/12912 7642/14362/12881</w:t>
        <w:br/>
        <w:t>f 7609/14325/12845 7606/14328/12848 7642/14362/12881</w:t>
        <w:br/>
        <w:t>f 7647/14368/12887 7652/14373/12892 7653/14372/12891</w:t>
        <w:br/>
        <w:t>f 7649/14366/12885 7647/14368/12887 7653/14372/12891</w:t>
        <w:br/>
        <w:t>f 7656/14376/12895 7661/14380/12899 7652/14373/12892</w:t>
        <w:br/>
        <w:t>f 7647/14368/12887 7656/14376/12895 7652/14373/12892</w:t>
        <w:br/>
        <w:t>f 7593/14317/12837 7643/14361/12880 7642/14362/12881</w:t>
        <w:br/>
        <w:t>f 7592/14318/12838 7593/14317/12837 7642/14362/12881</w:t>
        <w:br/>
        <w:t>f 7672/14391/12910 7662/14381/12900 7624/14345/12865</w:t>
        <w:br/>
        <w:t>f 7625/14344/12864 7672/14391/12910 7624/14345/12865</w:t>
        <w:br/>
        <w:t>f 7775/14456/12967 7659/14377/12896 7631/14350/12870</w:t>
        <w:br/>
        <w:t>f 7774/14457/6917 7775/14456/12967 7631/14350/12870</w:t>
        <w:br/>
        <w:t>f 7656/14376/12895 7657/14375/12894 7637/14359/12878</w:t>
        <w:br/>
        <w:t>f 7638/14358/12877 7656/14376/12895 7637/14359/12878</w:t>
        <w:br/>
        <w:t>f 7662/14381/12900 7661/14380/12899 7671/14390/12909</w:t>
        <w:br/>
        <w:t>f 7624/14345/12865 7662/14381/12900 7671/14390/12909</w:t>
        <w:br/>
        <w:t>f 7672/14391/12910 7625/14344/12864 7630/14351/12871</w:t>
        <w:br/>
        <w:t>f 7660/14379/12898 7672/14391/12910 7630/14351/12871</w:t>
        <w:br/>
        <w:t>f 7697/14410/12929 7699/14412/12931 7640/14356/12875</w:t>
        <w:br/>
        <w:t>f 7637/14359/12878 7697/14410/12929 7640/14356/12875</w:t>
        <w:br/>
        <w:t>f 7714/14427/12946 7717/14430/12949 7718/14429/12948</w:t>
        <w:br/>
        <w:t>f 7715/14426/12945 7714/14427/12946 7718/14429/12948</w:t>
        <w:br/>
        <w:t>f 7748/14442/12959 7699/14412/12931 7697/14410/12929</w:t>
        <w:br/>
        <w:t>f 7718/14429/12948 7757/14450/5106 7755/14449/12963</w:t>
        <w:br/>
        <w:t>f 7715/14426/12945 7718/14429/12948 7755/14449/12963</w:t>
        <w:br/>
        <w:t>f 7661/14380/12899 7656/14376/12895 7638/14358/12877</w:t>
        <w:br/>
        <w:t>f 7671/14390/12909 7661/14380/12899 7638/14358/12877</w:t>
        <w:br/>
        <w:t>f 7608/14326/12846 7641/14360/12879 7700/14411/12930</w:t>
        <w:br/>
        <w:t>f 7607/14327/12847 7608/14326/12846 7700/14411/12930</w:t>
        <w:br/>
        <w:t>f 7617/14336/12856 7614/14335/12855 7610/14332/12852</w:t>
        <w:br/>
        <w:t>f 7611/14331/12851 7617/14336/12856 7610/14332/12852</w:t>
        <w:br/>
        <w:t>f 7629/14348/12868 7627/14347/12867 7622/14342/12862</w:t>
        <w:br/>
        <w:t>f 7623/14341/12861 7629/14348/12868 7622/14342/12862</w:t>
        <w:br/>
        <w:t>f 7612/14330/12850 7618/14340/12860 7622/14342/12862</w:t>
        <w:br/>
        <w:t>f 7611/14331/12851 7612/14330/12850 7622/14342/12862</w:t>
        <w:br/>
        <w:t>f 7607/14327/12847 7700/14411/12930 7698/14413/12932</w:t>
        <w:br/>
        <w:t>f 7695/14407/12926 7607/14327/12847 7698/14413/12932</w:t>
        <w:br/>
        <w:t>f 7749/14443/12960 7750/14444/12961 7694/14408/12927</w:t>
        <w:br/>
        <w:t>f 7695/14407/12926 7749/14443/12960 7694/14408/12927</w:t>
        <w:br/>
        <w:t>f 7750/14444/12961 7749/14443/12960 7713/14424/12943</w:t>
        <w:br/>
        <w:t>f 7710/14423/12942 7750/14444/12961 7713/14424/12943</w:t>
        <w:br/>
        <w:t>f 7614/14335/12855 7641/14360/12879 7608/14326/12846</w:t>
        <w:br/>
        <w:t>f 7610/14332/12852 7614/14335/12855 7608/14326/12846</w:t>
        <w:br/>
        <w:t>f 7619/14339/12859 7776/14458/12968 7623/14341/12861</w:t>
        <w:br/>
        <w:t>f 7778/14459/12969 7777/14460/12905 7629/14348/12868</w:t>
        <w:br/>
        <w:t>f 7623/14341/12861 7778/14459/12969 7629/14348/12868</w:t>
        <w:br/>
        <w:t>f 7632/14349/12869 7628/14346/12866 7629/14348/12868</w:t>
        <w:br/>
        <w:t>f 7777/14460/12905 7632/14349/12869 7629/14348/12868</w:t>
        <w:br/>
        <w:t>f 7779/14461/12970 7357/14292/12816 7358/14291/12815</w:t>
        <w:br/>
        <w:t>f 7602/14324/12844 7779/14461/12970 7358/14291/12815</w:t>
        <w:br/>
        <w:t>f 7779/14461/12970 7780/14462/12971 7686/14400/12919</w:t>
        <w:br/>
        <w:t>f 7600/14320/12840 7779/14461/12970 7686/14400/12919</w:t>
        <w:br/>
        <w:t>f 7783/14463/12972 7782/14464/12973 7682/14397/12916</w:t>
        <w:br/>
        <w:t>f 7781/14465/12974 7783/14463/12972 7682/14397/12916</w:t>
        <w:br/>
        <w:t>f 7785/14466/12975 7783/14463/12972 7781/14465/12974</w:t>
        <w:br/>
        <w:t>f 7784/14467/12976 7785/14466/12975 7781/14465/12974</w:t>
        <w:br/>
        <w:t>f 7787/14468/12977 7785/14466/12975 7784/14467/12976</w:t>
        <w:br/>
        <w:t>f 7786/14469/12978 7787/14468/12977 7784/14467/12976</w:t>
        <w:br/>
        <w:t>f 7789/14470/12979 7782/14464/12973 7634/14354/12873</w:t>
        <w:br/>
        <w:t>f 7788/14471/12980 7789/14470/12979 7634/14354/12873</w:t>
        <w:br/>
        <w:t>f 7790/14472/12981 7780/14462/12971 7603/14323/12843</w:t>
        <w:br/>
        <w:t>f 7689/14403/12922 7790/14472/12981 7603/14323/12843</w:t>
        <w:br/>
        <w:t>f 7790/14472/12981 7787/14468/12977 7786/14469/12978</w:t>
        <w:br/>
        <w:t>f 7685/14401/12920 7790/14472/12981 7786/14469/12978</w:t>
        <w:br/>
        <w:t>f 7785/14466/12975 7667/14387/12906 7663/14383/12902</w:t>
        <w:br/>
        <w:t>f 7600/14320/12840 7164/14135/12670 7357/14292/12816</w:t>
        <w:br/>
        <w:t>f 7779/14461/12970 7600/14320/12840 7357/14292/12816</w:t>
        <w:br/>
        <w:t>f 7682/14397/12916 7782/14464/12973 7789/14470/12979</w:t>
        <w:br/>
        <w:t>f 7791/14473/12982 7682/14397/12916 7789/14470/12979</w:t>
        <w:br/>
        <w:t>f 7685/14401/12920 7686/14400/12919 7780/14462/12971</w:t>
        <w:br/>
        <w:t>f 7790/14472/12981 7685/14401/12920 7780/14462/12971</w:t>
        <w:br/>
        <w:t>f 7600/14320/12840 7686/14400/12919 7687/14399/12918</w:t>
        <w:br/>
        <w:t>f 7601/14319/12839 7600/14320/12840 7687/14399/12918</w:t>
        <w:br/>
        <w:t>f 7682/14397/12916 7683/14396/12915 7792/14474/12983</w:t>
        <w:br/>
        <w:t>f 7781/14465/12974 7682/14397/12916 7792/14474/12983</w:t>
        <w:br/>
        <w:t>f 7781/14465/12974 7792/14474/12983 7793/14475/12984</w:t>
        <w:br/>
        <w:t>f 7784/14467/12976 7781/14465/12974 7793/14475/12984</w:t>
        <w:br/>
        <w:t>f 7786/14469/12978 7784/14467/12976 7793/14475/12984</w:t>
        <w:br/>
        <w:t>f 7794/14476/12985 7786/14469/12978 7793/14475/12984</w:t>
        <w:br/>
        <w:t>f 7602/14324/12844 7603/14323/12843 7780/14462/12971</w:t>
        <w:br/>
        <w:t>f 7779/14461/12970 7602/14324/12844 7780/14462/12971</w:t>
        <w:br/>
        <w:t>f 7633/14355/12874 7634/14354/12873 7782/14464/12973</w:t>
        <w:br/>
        <w:t>f 7783/14463/12972 7633/14355/12874 7782/14464/12973</w:t>
        <w:br/>
        <w:t>f 7663/14383/12902 7633/14355/12874 7783/14463/12972</w:t>
        <w:br/>
        <w:t>f 7785/14466/12975 7663/14383/12902 7783/14463/12972</w:t>
        <w:br/>
        <w:t>f 7666/14388/12907 7667/14387/12906 7785/14466/12975</w:t>
        <w:br/>
        <w:t>f 7787/14468/12977 7666/14388/12907 7785/14466/12975</w:t>
        <w:br/>
        <w:t>f 7689/14403/12922 7666/14388/12907 7787/14468/12977</w:t>
        <w:br/>
        <w:t>f 7790/14472/12981 7689/14403/12922 7787/14468/12977</w:t>
        <w:br/>
        <w:t>f 7602/14324/12844 7358/14291/12815 7375/14308/6910</w:t>
        <w:br/>
        <w:t>f 7605/14321/12841 7602/14324/12844 7375/14308/6910</w:t>
        <w:br/>
        <w:t>f 7788/14471/12980 7634/14354/12873 7635/14353/12858</w:t>
        <w:br/>
        <w:t>f 7795/14477/12834 7788/14471/12980 7635/14353/12858</w:t>
        <w:br/>
        <w:t>f 7689/14403/12922 7603/14323/12843 7604/14322/12842</w:t>
        <w:br/>
        <w:t>f 7690/14402/12921 7689/14403/12922 7604/14322/12842</w:t>
        <w:br/>
        <w:t>f 7663/14383/12902 7667/14387/12906 7668/14386/12905</w:t>
        <w:br/>
        <w:t>f 7664/14382/12901 7663/14383/12902 7668/14386/12905</w:t>
        <w:br/>
        <w:t>f 7788/14471/12980 7795/14477/12834 7789/14470/12979</w:t>
        <w:br/>
        <w:t>f 7794/14476/12985 7688/14398/12917 7685/14401/12920</w:t>
        <w:br/>
        <w:t>f 7786/14469/12978 7794/14476/12985 7685/14401/12920</w:t>
        <w:br/>
        <w:t>f 7593/14317/12837 7589/14314/12835 7665/14384/12903</w:t>
        <w:br/>
        <w:t>f 7702/14415/12934 7680/14394/12913 7704/14417/12936</w:t>
        <w:br/>
        <w:t>f 7670/14389/12908 7589/14314/12835 7590/14313/7501</w:t>
        <w:br/>
        <w:t>f 7211/14181/12714 7212/14180/12713 7263/14225/12757</w:t>
        <w:br/>
        <w:t>f 7241/14211/12744 7211/14181/12714 7263/14225/12757</w:t>
        <w:br/>
        <w:t>f 7197/14165/12699 7225/14197/12730 7226/14196/12729</w:t>
        <w:br/>
        <w:t>f 7196/14166/12700 7197/14165/12699 7226/14196/12729</w:t>
        <w:br/>
        <w:t>f 7351/14285/12810 7356/14289/12813 7195/14167/12701</w:t>
        <w:br/>
        <w:t>f 7196/14166/12700 7351/14285/12810 7195/14167/12701</w:t>
        <w:br/>
        <w:t>f 7352/14284/12809 7226/14196/12729 7227/14195/12728</w:t>
        <w:br/>
        <w:t>f 7994/14478/6899 7352/14284/12809 7227/14195/12728</w:t>
        <w:br/>
        <w:t>f 7994/14478/6899 7227/14195/12728 7241/14211/12744</w:t>
        <w:br/>
        <w:t>f 7261/14227/12759 7994/14478/6899 7241/14211/12744</w:t>
        <w:br/>
        <w:t>f 7263/14225/12757 7212/14180/12713 7645/14365/12884</w:t>
        <w:br/>
        <w:t>f 7673/14392/12911 7263/14225/12757 7645/14365/12884</w:t>
        <w:br/>
        <w:t>f 7630/14351/12871 7631/14350/12870 7659/14377/12896</w:t>
        <w:br/>
        <w:t>f 7660/14379/12898 7630/14351/12871 7659/14377/12896</w:t>
        <w:br/>
        <w:t>f 7632/14349/12869 7995/14479/12986 7774/14457/6917</w:t>
        <w:br/>
        <w:t>f 7631/14350/12870 7632/14349/12869 7774/14457/6917</w:t>
        <w:br/>
        <w:t>f 7775/14456/12967 7996/14480/12987 7658/14378/12897</w:t>
        <w:br/>
        <w:t>f 7659/14377/12896 7775/14456/12967 7658/14378/12897</w:t>
        <w:br/>
        <w:t>f 7996/14480/12987 7691/14404/12923 7673/14392/12911</w:t>
        <w:br/>
        <w:t>f 7658/14378/12897 7996/14480/12987 7673/14392/12911</w:t>
        <w:br/>
        <w:t>f 7194/14164/12698 7192/14163/12697 7195/14167/12701</w:t>
        <w:br/>
        <w:t>f 7355/14287/12812 7194/14164/12698 7195/14167/12701</w:t>
        <w:br/>
        <w:t>f 7777/14460/12905 7995/14479/12986 7632/14349/12869</w:t>
        <w:br/>
        <w:t>f 6731/14095/12632 6713/14078/12615 6714/14077/12614</w:t>
        <w:br/>
        <w:t>f 20676/14481/12988 20675/14482/12989 20674/14483/12990</w:t>
        <w:br/>
        <w:t>f 20678/14484/12991 20674/14483/12990 20677/14485/12992</w:t>
        <w:br/>
        <w:t>f 20679/14486/6909 20677/14485/12992 20674/14483/12990</w:t>
        <w:br/>
        <w:t>f 20680/14487/12993 20679/14486/6909 20674/14483/12990</w:t>
        <w:br/>
        <w:t>f 20681/14488/12994 20679/14486/6909 20680/14487/12993</w:t>
        <w:br/>
        <w:t>f 20682/14489/12995 20681/14488/12994 20680/14487/12993</w:t>
        <w:br/>
        <w:t>f 20678/14484/12991 20677/14485/12992 20683/14490/6899</w:t>
        <w:br/>
        <w:t>f 20678/14484/12991 20676/14481/12988 20674/14483/12990</w:t>
        <w:br/>
        <w:t>f 20682/14489/12995 20685/14491/12996 20684/14492/6908</w:t>
        <w:br/>
        <w:t>f 20681/14488/12994 20682/14489/12995 20684/14492/6908</w:t>
        <w:br/>
        <w:t>f 20686/14493/12997 20682/14489/12995 20680/14487/12993</w:t>
        <w:br/>
        <w:t>f 20674/14483/12990 20686/14493/12997 20680/14487/12993</w:t>
        <w:br/>
        <w:t>f 20682/14489/12995 20686/14493/12997 20685/14491/12996</w:t>
        <w:br/>
        <w:t>f 20674/14483/12990 20675/14482/12989 20686/14493/12997</w:t>
        <w:br/>
        <w:t>f 20689/14494/12998 20688/14495/12999 20687/14496/13000</w:t>
        <w:br/>
        <w:t>f 20687/14496/13000 20691/14497/13001 20690/14498/6914</w:t>
        <w:br/>
        <w:t>f 20693/14499/13002 20692/14500/13003 20687/14496/13000</w:t>
        <w:br/>
        <w:t>f 20690/14498/6914 20693/14499/13002 20687/14496/13000</w:t>
        <w:br/>
        <w:t>f 20695/14501/6924 20694/14502/13004 20692/14500/13003</w:t>
        <w:br/>
        <w:t>f 20693/14499/13002 20695/14501/6924 20692/14500/13003</w:t>
        <w:br/>
        <w:t>f 20690/14498/6914 20691/14497/13001 20696/14503/6915</w:t>
        <w:br/>
        <w:t>f 20688/14495/12999 20691/14497/13001 20687/14496/13000</w:t>
        <w:br/>
        <w:t>f 20694/14502/13004 20695/14501/6924 20684/14492/6908</w:t>
        <w:br/>
        <w:t>f 20685/14491/12996 20694/14502/13004 20684/14492/6908</w:t>
        <w:br/>
        <w:t>f 20694/14502/13004 20697/14504/12997 20692/14500/13003</w:t>
        <w:br/>
        <w:t>f 20697/14504/12997 20687/14496/13000 20692/14500/13003</w:t>
        <w:br/>
        <w:t>f 20697/14504/12997 20694/14502/13004 20685/14491/12996</w:t>
        <w:br/>
        <w:t>f 20689/14494/12998 20687/14496/13000 20697/14504/12997</w:t>
        <w:br/>
        <w:t>f 2788/14505/13005 2787/14506/13006 2786/14507/13007</w:t>
        <w:br/>
        <w:t>f 2790/14508/13008 2786/14507/13007 2789/14509/13009</w:t>
        <w:br/>
        <w:t>f 2791/14510/13010 2790/14508/13008 2789/14509/13009</w:t>
        <w:br/>
        <w:t>f 2787/14506/13006 2792/14511/13011 2789/14509/13009</w:t>
        <w:br/>
        <w:t>f 2786/14507/13007 2787/14506/13006 2789/14509/13009</w:t>
        <w:br/>
        <w:t>f 2790/14508/13008 2793/14512/13012 2786/14507/13007</w:t>
        <w:br/>
        <w:t>f 2797/14513/13013 2796/14514/13014 2795/14515/13015</w:t>
        <w:br/>
        <w:t>f 2794/14516/13016 2797/14513/13013 2795/14515/13015</w:t>
        <w:br/>
        <w:t>f 2788/14505/13005 2800/14517/13017 2799/14518/13018</w:t>
        <w:br/>
        <w:t>f 2798/14519/13019 2788/14505/13005 2799/14518/13018</w:t>
        <w:br/>
        <w:t>f 2802/14520/13020 2801/14521/13021 2799/14518/13018</w:t>
        <w:br/>
        <w:t>f 2800/14517/13017 2802/14520/13020 2799/14518/13018</w:t>
        <w:br/>
        <w:t>f 2804/14522/13022 2801/14521/13021 2802/14520/13020</w:t>
        <w:br/>
        <w:t>f 2803/14523/13023 2804/14522/13022 2802/14520/13020</w:t>
        <w:br/>
        <w:t>f 2804/14522/13022 2803/14523/13023 2795/14515/13015</w:t>
        <w:br/>
        <w:t>f 2805/14524/13024 2804/14522/13022 2795/14515/13015</w:t>
        <w:br/>
        <w:t>f 2786/14507/13007 2793/14512/13012 2800/14517/13017</w:t>
        <w:br/>
        <w:t>f 2808/14525/13025 2807/14526/13026 2806/14527/13027</w:t>
        <w:br/>
        <w:t>f 2811/14528/13028 2810/14529/13029 2809/14530/13030</w:t>
        <w:br/>
        <w:t>f 2808/14525/13025 2811/14528/13028 2809/14530/13030</w:t>
        <w:br/>
        <w:t>f 2807/14526/13026 2808/14525/13025 2809/14530/13030</w:t>
        <w:br/>
        <w:t>f 2812/14531/13031 2807/14526/13026 2809/14530/13030</w:t>
        <w:br/>
        <w:t>f 2808/14525/13025 2813/14532/13032 2811/14528/13028</w:t>
        <w:br/>
        <w:t>f 2813/14532/13032 2808/14525/13025 2814/14533/13033</w:t>
        <w:br/>
        <w:t>f 2817/14534/13034 2814/14533/13033 2816/14535/13035</w:t>
        <w:br/>
        <w:t>f 2815/14536/13036 2817/14534/13034 2816/14535/13035</w:t>
        <w:br/>
        <w:t>f 2820/14537/13037 2819/14538/13038 2816/14535/13035</w:t>
        <w:br/>
        <w:t>f 2818/14539/13039 2820/14537/13037 2816/14535/13035</w:t>
        <w:br/>
        <w:t>f 2820/14537/13037 2822/14540/13040 2821/14541/13041</w:t>
        <w:br/>
        <w:t>f 2819/14538/13038 2820/14537/13037 2821/14541/13041</w:t>
        <w:br/>
        <w:t>f 2817/14534/13034 2823/14542/13042 2813/14532/13032</w:t>
        <w:br/>
        <w:t>f 2814/14533/13033 2817/14534/13034 2813/14532/13032</w:t>
        <w:br/>
        <w:t>f 2826/14543/13043 2825/14544/13044 2824/14545/13045</w:t>
        <w:br/>
        <w:t>f 2796/14514/13014 2826/14543/13043 2824/14545/13045</w:t>
        <w:br/>
        <w:t>f 2827/14546/13046 2803/14523/13023 2802/14520/13020</w:t>
        <w:br/>
        <w:t>f 2828/14547/13047 2827/14546/13046 2802/14520/13020</w:t>
        <w:br/>
        <w:t>f 2831/14548/13048 2830/14549/13049 2829/14550/13050</w:t>
        <w:br/>
        <w:t>f 2832/14551/13051 2831/14548/13048 2829/14550/13050</w:t>
        <w:br/>
        <w:t>f 2836/14552/13052 2835/14553/13053 2834/14554/13054</w:t>
        <w:br/>
        <w:t>f 2833/14555/13055 2836/14552/13052 2834/14554/13054</w:t>
        <w:br/>
        <w:t>f 2803/14523/13023 2827/14546/13046 2794/14516/13016</w:t>
        <w:br/>
        <w:t>f 2795/14515/13015 2803/14523/13023 2794/14516/13016</w:t>
        <w:br/>
        <w:t>f 2840/14556/13056 2839/14557/13057 2838/14558/13058</w:t>
        <w:br/>
        <w:t>f 2837/14559/13059 2840/14556/13056 2838/14558/13058</w:t>
        <w:br/>
        <w:t>f 2836/14552/13052 2843/14560/13060 2842/14561/13061</w:t>
        <w:br/>
        <w:t>f 2841/14562/13062 2836/14552/13052 2842/14561/13061</w:t>
        <w:br/>
        <w:t>f 2847/14563/13063 2846/14564/13064 2845/14565/13065</w:t>
        <w:br/>
        <w:t>f 2844/14566/13066 2847/14563/13063 2845/14565/13065</w:t>
        <w:br/>
        <w:t>f 2848/14567/13067 2828/14547/13047 2802/14520/13020</w:t>
        <w:br/>
        <w:t>f 2800/14517/13017 2848/14567/13067 2802/14520/13020</w:t>
        <w:br/>
        <w:t>f 2850/14568/13068 2849/14569/13069 2787/14506/13006</w:t>
        <w:br/>
        <w:t>f 2788/14505/13005 2850/14568/13068 2787/14506/13006</w:t>
        <w:br/>
        <w:t>f 2851/14570/13070 2792/14511/13011 2787/14506/13006</w:t>
        <w:br/>
        <w:t>f 2849/14569/13069 2851/14570/13070 2787/14506/13006</w:t>
        <w:br/>
        <w:t>f 2852/14571/13071 2789/14509/13009 2792/14511/13011</w:t>
        <w:br/>
        <w:t>f 2851/14570/13070 2852/14571/13071 2792/14511/13011</w:t>
        <w:br/>
        <w:t>f 2852/14571/13071 2853/14572/13072 2791/14510/13010</w:t>
        <w:br/>
        <w:t>f 2789/14509/13009 2852/14571/13071 2791/14510/13010</w:t>
        <w:br/>
        <w:t>f 2854/14573/13073 2790/14508/13008 2791/14510/13010</w:t>
        <w:br/>
        <w:t>f 2853/14572/13072 2854/14573/13073 2791/14510/13010</w:t>
        <w:br/>
        <w:t>f 2855/14574/13074 2793/14512/13012 2790/14508/13008</w:t>
        <w:br/>
        <w:t>f 2854/14573/13073 2855/14574/13074 2790/14508/13008</w:t>
        <w:br/>
        <w:t>f 2855/14574/13074 2857/14575/13075 2856/14576/13076</w:t>
        <w:br/>
        <w:t>f 2793/14512/13012 2855/14574/13074 2856/14576/13076</w:t>
        <w:br/>
        <w:t>f 2858/14577/13077 2848/14567/13067 2856/14576/13076</w:t>
        <w:br/>
        <w:t>f 2857/14575/13075 2858/14577/13077 2856/14576/13076</w:t>
        <w:br/>
        <w:t>f 2859/14578/13078 2828/14547/13047 2848/14567/13067</w:t>
        <w:br/>
        <w:t>f 2858/14577/13077 2859/14578/13078 2848/14567/13067</w:t>
        <w:br/>
        <w:t>f 2860/14579/13079 2827/14546/13046 2828/14547/13047</w:t>
        <w:br/>
        <w:t>f 2859/14578/13078 2860/14579/13079 2828/14547/13047</w:t>
        <w:br/>
        <w:t>f 2861/14580/13080 2794/14516/13016 2827/14546/13046</w:t>
        <w:br/>
        <w:t>f 2860/14579/13079 2861/14580/13080 2827/14546/13046</w:t>
        <w:br/>
        <w:t>f 2862/14581/13081 2797/14513/13013 2794/14516/13016</w:t>
        <w:br/>
        <w:t>f 2861/14580/13080 2862/14581/13081 2794/14516/13016</w:t>
        <w:br/>
        <w:t>f 2865/14582/13082 2864/14583/13083 2863/14584/13084</w:t>
        <w:br/>
        <w:t>f 2866/14585/13085 2865/14582/13082 2863/14584/13084</w:t>
        <w:br/>
        <w:t>f 2870/14586/13086 2869/14587/13087 2868/14588/13088</w:t>
        <w:br/>
        <w:t>f 2867/14589/13089 2870/14586/13086 2868/14588/13088</w:t>
        <w:br/>
        <w:t>f 2872/14590/13090 2871/14591/13091 2842/14561/13061</w:t>
        <w:br/>
        <w:t>f 2843/14560/13060 2872/14590/13090 2842/14561/13061</w:t>
        <w:br/>
        <w:t>f 2876/14592/13092 2875/14593/13093 2874/14594/13094</w:t>
        <w:br/>
        <w:t>f 2873/14595/13095 2876/14592/13092 2874/14594/13094</w:t>
        <w:br/>
        <w:t>f 2878/14596/13096 2877/14597/13097 2831/14548/13048</w:t>
        <w:br/>
        <w:t>f 2832/14551/13051 2878/14596/13096 2831/14548/13048</w:t>
        <w:br/>
        <w:t>f 2880/14598/13098 2879/14599/13099 2831/14548/13048</w:t>
        <w:br/>
        <w:t>f 2877/14597/13097 2880/14598/13098 2831/14548/13048</w:t>
        <w:br/>
        <w:t>f 2882/14600/13100 2834/14554/13054 2835/14553/13053</w:t>
        <w:br/>
        <w:t>f 2881/14601/13101 2882/14600/13100 2835/14553/13053</w:t>
        <w:br/>
        <w:t>f 2884/14602/13102 2838/14558/13058 2839/14557/13057</w:t>
        <w:br/>
        <w:t>f 2883/14603/13103 2884/14602/13102 2839/14557/13057</w:t>
        <w:br/>
        <w:t>f 2886/14604/13104 2824/14545/13045 2825/14544/13044</w:t>
        <w:br/>
        <w:t>f 2885/14605/13105 2886/14604/13104 2825/14544/13044</w:t>
        <w:br/>
        <w:t>f 2887/14606/13106 2804/14522/13022 2805/14524/13024</w:t>
        <w:br/>
        <w:t>f 2888/14607/13107 2887/14606/13106 2805/14524/13024</w:t>
        <w:br/>
        <w:t>f 2887/14606/13106 2889/14608/13108 2801/14521/13021</w:t>
        <w:br/>
        <w:t>f 2804/14522/13022 2887/14606/13106 2801/14521/13021</w:t>
        <w:br/>
        <w:t>f 2889/14608/13108 2890/14609/13109 2799/14518/13018</w:t>
        <w:br/>
        <w:t>f 2801/14521/13021 2889/14608/13108 2799/14518/13018</w:t>
        <w:br/>
        <w:t>f 2890/14609/13109 2891/14610/13110 2798/14519/13019</w:t>
        <w:br/>
        <w:t>f 2799/14518/13018 2890/14609/13109 2798/14519/13019</w:t>
        <w:br/>
        <w:t>f 2850/14568/13068 2788/14505/13005 2798/14519/13019</w:t>
        <w:br/>
        <w:t>f 2891/14610/13110 2850/14568/13068 2798/14519/13019</w:t>
        <w:br/>
        <w:t>f 2892/14611/13111 2806/14527/13027 2807/14526/13026</w:t>
        <w:br/>
        <w:t>f 2893/14612/13112 2892/14611/13111 2807/14526/13026</w:t>
        <w:br/>
        <w:t>f 2892/14611/13111 2895/14613/13113 2894/14614/13114</w:t>
        <w:br/>
        <w:t>f 2806/14527/13027 2892/14611/13111 2894/14614/13114</w:t>
        <w:br/>
        <w:t>f 2897/14615/13115 2896/14616/13116 2894/14614/13114</w:t>
        <w:br/>
        <w:t>f 2895/14613/13113 2897/14615/13115 2894/14614/13114</w:t>
        <w:br/>
        <w:t>f 2898/14617/13117 2818/14539/13039 2896/14616/13116</w:t>
        <w:br/>
        <w:t>f 2897/14615/13115 2898/14617/13117 2896/14616/13116</w:t>
        <w:br/>
        <w:t>f 2899/14618/13118 2820/14537/13037 2818/14539/13039</w:t>
        <w:br/>
        <w:t>f 2898/14617/13117 2899/14618/13118 2818/14539/13039</w:t>
        <w:br/>
        <w:t>f 2900/14619/13119 2822/14540/13040 2820/14537/13037</w:t>
        <w:br/>
        <w:t>f 2899/14618/13118 2900/14619/13119 2820/14537/13037</w:t>
        <w:br/>
        <w:t>f 2901/14620/13120 2845/14565/13065 2822/14540/13040</w:t>
        <w:br/>
        <w:t>f 2900/14619/13119 2901/14620/13120 2822/14540/13040</w:t>
        <w:br/>
        <w:t>f 2904/14621/13121 2903/14622/13122 2844/14566/13066</w:t>
        <w:br/>
        <w:t>f 2902/14623/13123 2904/14621/13121 2844/14566/13066</w:t>
        <w:br/>
        <w:t>f 2907/14624/13124 2906/14625/13125 2905/14626/13126</w:t>
        <w:br/>
        <w:t>f 2908/14627/13124 2907/14624/13124 2905/14626/13126</w:t>
        <w:br/>
        <w:t>f 2912/14628/13127 2911/14629/13128 2910/14630/13129</w:t>
        <w:br/>
        <w:t>f 2909/14631/13130 2912/14628/13127 2910/14630/13129</w:t>
        <w:br/>
        <w:t>f 2916/14632/13131 2915/14633/13132 2914/14634/13133</w:t>
        <w:br/>
        <w:t>f 2913/14635/13131 2916/14632/13131 2914/14634/13133</w:t>
        <w:br/>
        <w:t>f 2920/14636/13134 2919/14637/13135 2918/14638/13135</w:t>
        <w:br/>
        <w:t>f 2917/14639/13136 2920/14636/13134 2918/14638/13135</w:t>
        <w:br/>
        <w:t>f 2919/14637/13135 2922/14640/13137 2921/14641/13137</w:t>
        <w:br/>
        <w:t>f 2918/14638/13135 2919/14637/13135 2921/14641/13137</w:t>
        <w:br/>
        <w:t>f 2926/14642/13138 2925/14643/13139 2924/14644/13140</w:t>
        <w:br/>
        <w:t>f 2923/14645/13138 2926/14642/13138 2924/14644/13140</w:t>
        <w:br/>
        <w:t>f 2929/14646/13141 2928/14647/13142 2927/14648/13143</w:t>
        <w:br/>
        <w:t>f 2930/14649/13144 2929/14646/13141 2927/14648/13143</w:t>
        <w:br/>
        <w:t>f 2932/14650/13145 2931/14651/13146 2846/14564/13064</w:t>
        <w:br/>
        <w:t>f 2847/14563/13063 2932/14650/13145 2846/14564/13064</w:t>
        <w:br/>
        <w:t>f 2936/14652/13147 2935/14653/13148 2934/14654/13149</w:t>
        <w:br/>
        <w:t>f 2933/14655/13150 2936/14652/13147 2934/14654/13149</w:t>
        <w:br/>
        <w:t>f 2935/14653/13148 2937/14656/13151 2815/14536/13036</w:t>
        <w:br/>
        <w:t>f 2934/14654/13149 2935/14653/13148 2815/14536/13036</w:t>
        <w:br/>
        <w:t>f 2937/14656/13151 2938/14657/13152 2817/14534/13034</w:t>
        <w:br/>
        <w:t>f 2815/14536/13036 2937/14656/13151 2817/14534/13034</w:t>
        <w:br/>
        <w:t>f 2939/14658/13153 2823/14542/13042 2817/14534/13034</w:t>
        <w:br/>
        <w:t>f 2938/14657/13152 2939/14658/13153 2817/14534/13034</w:t>
        <w:br/>
        <w:t>f 2940/14659/13154 2813/14532/13032 2823/14542/13042</w:t>
        <w:br/>
        <w:t>f 2939/14658/13153 2940/14659/13154 2823/14542/13042</w:t>
        <w:br/>
        <w:t>f 2940/14659/13154 2941/14660/13155 2811/14528/13028</w:t>
        <w:br/>
        <w:t>f 2813/14532/13032 2940/14659/13154 2811/14528/13028</w:t>
        <w:br/>
        <w:t>f 2941/14660/13155 2942/14661/13156 2810/14529/13029</w:t>
        <w:br/>
        <w:t>f 2811/14528/13028 2941/14660/13155 2810/14529/13029</w:t>
        <w:br/>
        <w:t>f 2943/14662/13157 2809/14530/13030 2810/14529/13029</w:t>
        <w:br/>
        <w:t>f 2942/14661/13156 2943/14662/13157 2810/14529/13029</w:t>
        <w:br/>
        <w:t>f 2943/14662/13157 2944/14663/13158 2812/14531/13031</w:t>
        <w:br/>
        <w:t>f 2809/14530/13030 2943/14662/13157 2812/14531/13031</w:t>
        <w:br/>
        <w:t>f 2893/14612/13112 2807/14526/13026 2812/14531/13031</w:t>
        <w:br/>
        <w:t>f 2944/14663/13158 2893/14612/13112 2812/14531/13031</w:t>
        <w:br/>
        <w:t>f 2796/14514/13014 2797/14513/13013 2863/14584/13084</w:t>
        <w:br/>
        <w:t>f 2826/14543/13043 2796/14514/13014 2863/14584/13084</w:t>
        <w:br/>
        <w:t>f 2829/14550/13050 2830/14549/13049 2873/14595/13095</w:t>
        <w:br/>
        <w:t>f 2874/14594/13094 2829/14550/13050 2873/14595/13095</w:t>
        <w:br/>
        <w:t>f 2843/14560/13060 2836/14552/13052 2833/14555/13055</w:t>
        <w:br/>
        <w:t>f 2868/14588/13088 2843/14560/13060 2833/14555/13055</w:t>
        <w:br/>
        <w:t>f 2867/14589/13089 2840/14556/13056 2837/14559/13059</w:t>
        <w:br/>
        <w:t>f 2864/14583/13083 2867/14589/13089 2837/14559/13059</w:t>
        <w:br/>
        <w:t>f 2835/14553/13053 2836/14552/13052 2841/14562/13062</w:t>
        <w:br/>
        <w:t>f 2879/14599/13099 2835/14553/13053 2841/14562/13062</w:t>
        <w:br/>
        <w:t>f 2788/14505/13005 2786/14507/13007 2800/14517/13017</w:t>
        <w:br/>
        <w:t>f 2848/14567/13067 2800/14517/13017 2793/14512/13012</w:t>
        <w:br/>
        <w:t>f 2856/14576/13076 2848/14567/13067 2793/14512/13012</w:t>
        <w:br/>
        <w:t>f 2934/14654/13149 2815/14536/13036 2816/14535/13035</w:t>
        <w:br/>
        <w:t>f 2819/14538/13038 2934/14654/13149 2816/14535/13035</w:t>
        <w:br/>
        <w:t>f 2933/14655/13150 2934/14654/13149 2819/14538/13038</w:t>
        <w:br/>
        <w:t>f 2821/14541/13041 2933/14655/13150 2819/14538/13038</w:t>
        <w:br/>
        <w:t>f 2896/14616/13116 2818/14539/13039 2816/14535/13035</w:t>
        <w:br/>
        <w:t>f 2814/14533/13033 2896/14616/13116 2816/14535/13035</w:t>
        <w:br/>
        <w:t>f 2896/14616/13116 2814/14533/13033 2806/14527/13027</w:t>
        <w:br/>
        <w:t>f 2894/14614/13114 2896/14616/13116 2806/14527/13027</w:t>
        <w:br/>
        <w:t>f 2839/14557/13057 2840/14556/13056 2833/14555/13055</w:t>
        <w:br/>
        <w:t>f 2834/14554/13054 2839/14557/13057 2833/14555/13055</w:t>
        <w:br/>
        <w:t>f 2869/14587/13087 2872/14590/13090 2843/14560/13060</w:t>
        <w:br/>
        <w:t>f 2868/14588/13088 2869/14587/13087 2843/14560/13060</w:t>
        <w:br/>
        <w:t>f 2883/14603/13103 2839/14557/13057 2834/14554/13054</w:t>
        <w:br/>
        <w:t>f 2882/14600/13100 2883/14603/13103 2834/14554/13054</w:t>
        <w:br/>
        <w:t>f 2909/14631/13130 2907/14624/13124 2908/14627/13124</w:t>
        <w:br/>
        <w:t>f 2912/14628/13127 2909/14631/13130 2908/14627/13124</w:t>
        <w:br/>
        <w:t>f 2925/14643/13139 2927/14648/13143 2928/14647/13142</w:t>
        <w:br/>
        <w:t>f 2924/14644/13140 2925/14643/13139 2928/14647/13142</w:t>
        <w:br/>
        <w:t>f 2840/14556/13056 2867/14589/13089 2868/14588/13088</w:t>
        <w:br/>
        <w:t>f 2833/14555/13055 2840/14556/13056 2868/14588/13088</w:t>
        <w:br/>
        <w:t>f 2873/14595/13095 2830/14549/13049 2841/14562/13062</w:t>
        <w:br/>
        <w:t>f 2842/14561/13061 2873/14595/13095 2841/14562/13062</w:t>
        <w:br/>
        <w:t>f 2871/14591/13091 2876/14592/13092 2873/14595/13095</w:t>
        <w:br/>
        <w:t>f 2842/14561/13061 2871/14591/13091 2873/14595/13095</w:t>
        <w:br/>
        <w:t>f 2881/14601/13101 2835/14553/13053 2879/14599/13099</w:t>
        <w:br/>
        <w:t>f 2880/14598/13098 2881/14601/13101 2879/14599/13099</w:t>
        <w:br/>
        <w:t>f 2911/14629/13128 2916/14632/13131 2913/14635/13131</w:t>
        <w:br/>
        <w:t>f 2910/14630/13129 2911/14629/13128 2913/14635/13131</w:t>
        <w:br/>
        <w:t>f 2922/14640/13137 2926/14642/13138 2923/14645/13138</w:t>
        <w:br/>
        <w:t>f 2921/14641/13137 2922/14640/13137 2923/14645/13138</w:t>
        <w:br/>
        <w:t>f 2830/14549/13049 2831/14548/13048 2879/14599/13099</w:t>
        <w:br/>
        <w:t>f 2841/14562/13062 2830/14549/13049 2879/14599/13099</w:t>
        <w:br/>
        <w:t>f 2845/14565/13065 2821/14541/13041 2822/14540/13040</w:t>
        <w:br/>
        <w:t>f 2805/14524/13024 2795/14515/13015 2796/14514/13014</w:t>
        <w:br/>
        <w:t>f 2824/14545/13045 2805/14524/13024 2796/14514/13014</w:t>
        <w:br/>
        <w:t>f 2825/14544/13044 2826/14543/13043 2837/14559/13059</w:t>
        <w:br/>
        <w:t>f 2838/14558/13058 2825/14544/13044 2837/14559/13059</w:t>
        <w:br/>
        <w:t>f 2846/14564/13064 2821/14541/13041 2845/14565/13065</w:t>
        <w:br/>
        <w:t>f 2866/14585/13085 2863/14584/13084 2797/14513/13013</w:t>
        <w:br/>
        <w:t>f 2862/14581/13081 2866/14585/13085 2797/14513/13013</w:t>
        <w:br/>
        <w:t>f 2867/14589/13089 2864/14583/13083 2865/14582/13082</w:t>
        <w:br/>
        <w:t>f 2870/14586/13086 2867/14589/13089 2865/14582/13082</w:t>
        <w:br/>
        <w:t>f 2885/14605/13105 2825/14544/13044 2838/14558/13058</w:t>
        <w:br/>
        <w:t>f 2884/14602/13102 2885/14605/13105 2838/14558/13058</w:t>
        <w:br/>
        <w:t>f 2888/14607/13107 2805/14524/13024 2824/14545/13045</w:t>
        <w:br/>
        <w:t>f 2886/14604/13104 2888/14607/13107 2824/14545/13045</w:t>
        <w:br/>
        <w:t>f 2904/14621/13121 2905/14626/13126 2906/14625/13125</w:t>
        <w:br/>
        <w:t>f 2903/14622/13122 2904/14621/13121 2906/14625/13125</w:t>
        <w:br/>
        <w:t>f 2930/14649/13144 2932/14650/13145 2847/14563/13063</w:t>
        <w:br/>
        <w:t>f 2929/14646/13141 2930/14649/13144 2847/14563/13063</w:t>
        <w:br/>
        <w:t>f 2933/14655/13150 2846/14564/13064 2931/14651/13146</w:t>
        <w:br/>
        <w:t>f 2936/14652/13147 2933/14655/13150 2931/14651/13146</w:t>
        <w:br/>
        <w:t>f 2826/14543/13043 2863/14584/13084 2864/14583/13083</w:t>
        <w:br/>
        <w:t>f 2837/14559/13059 2826/14543/13043 2864/14583/13083</w:t>
        <w:br/>
        <w:t>f 2846/14564/13064 2933/14655/13150 2821/14541/13041</w:t>
        <w:br/>
        <w:t>f 2902/14623/13123 2844/14566/13066 2845/14565/13065</w:t>
        <w:br/>
        <w:t>f 2901/14620/13120 2902/14623/13123 2845/14565/13065</w:t>
        <w:br/>
        <w:t>f 2808/14525/13025 2806/14527/13027 2814/14533/13033</w:t>
        <w:br/>
        <w:t>f 20701/14664/13159 20700/14665/13160 20699/14666/13161</w:t>
        <w:br/>
        <w:t>f 20698/14667/13162 20701/14664/13159 20699/14666/13161</w:t>
        <w:br/>
        <w:t>f 20703/14668/13163 20702/14669/13164 20700/14665/13160</w:t>
        <w:br/>
        <w:t>f 20701/14664/13159 20703/14668/13163 20700/14665/13160</w:t>
        <w:br/>
        <w:t>f 20707/14670/13165 20706/14671/13166 20705/14672/13167</w:t>
        <w:br/>
        <w:t>f 20704/14673/13168 20707/14670/13165 20705/14672/13167</w:t>
        <w:br/>
        <w:t>f 20710/14674/13169 20709/14675/13170 20708/14676/13171</w:t>
        <w:br/>
        <w:t>f 20710/14674/13169 20712/14677/13172 20711/14678/13173</w:t>
        <w:br/>
        <w:t>f 20709/14675/13170 20710/14674/13169 20711/14678/13173</w:t>
        <w:br/>
        <w:t>f 20715/14679/13174 20714/14680/13175 20705/14672/13167</w:t>
        <w:br/>
        <w:t>f 20713/14681/13176 20715/14679/13174 20705/14672/13167</w:t>
        <w:br/>
        <w:t>f 20719/14682/13177 20718/14683/13178 20717/14684/13179</w:t>
        <w:br/>
        <w:t>f 20716/14685/13180 20719/14682/13177 20717/14684/13179</w:t>
        <w:br/>
        <w:t>f 20717/14684/13179 20712/14677/13172 20702/14669/13164</w:t>
        <w:br/>
        <w:t>f 20716/14685/13180 20717/14684/13179 20702/14669/13164</w:t>
        <w:br/>
        <w:t>f 20708/14676/13171 20721/14686/13181 20720/14687/13182</w:t>
        <w:br/>
        <w:t>f 20699/14666/13161 20708/14676/13171 20720/14687/13182</w:t>
        <w:br/>
        <w:t>f 20725/14688/13183 20724/14689/13184 20723/14690/13185</w:t>
        <w:br/>
        <w:t>f 20722/14691/13186 20725/14688/13183 20723/14690/13185</w:t>
        <w:br/>
        <w:t>f 20727/14692/13187 20723/14690/13185 20724/14689/13184</w:t>
        <w:br/>
        <w:t>f 20726/14693/13188 20727/14692/13187 20724/14689/13184</w:t>
        <w:br/>
        <w:t>f 20729/14694/13189 20727/14692/13187 20726/14693/13188</w:t>
        <w:br/>
        <w:t>f 20728/14695/13190 20729/14694/13189 20726/14693/13188</w:t>
        <w:br/>
        <w:t>f 20714/14680/13175 20730/14696/13191 20704/14673/13168</w:t>
        <w:br/>
        <w:t>f 20705/14672/13167 20714/14680/13175 20704/14673/13168</w:t>
        <w:br/>
        <w:t>f 20731/14697/13192 20711/14678/13173 20712/14677/13172</w:t>
        <w:br/>
        <w:t>f 20717/14684/13179 20731/14697/13192 20712/14677/13172</w:t>
        <w:br/>
        <w:t>f 20700/14665/13160 20702/14669/13164 20712/14677/13172</w:t>
        <w:br/>
        <w:t>f 20710/14674/13169 20700/14665/13160 20712/14677/13172</w:t>
        <w:br/>
        <w:t>f 20735/14698/13193 20734/14699/13194 20733/14700/13195</w:t>
        <w:br/>
        <w:t>f 20732/14701/13196 20735/14698/13193 20733/14700/13195</w:t>
        <w:br/>
        <w:t>f 20737/14702/13197 20735/14698/13193 20732/14701/13196</w:t>
        <w:br/>
        <w:t>f 20736/14703/13198 20737/14702/13197 20732/14701/13196</w:t>
        <w:br/>
        <w:t>f 20714/14680/13175 20715/14679/13174 20734/14699/13194</w:t>
        <w:br/>
        <w:t>f 20735/14698/13193 20714/14680/13175 20734/14699/13194</w:t>
        <w:br/>
        <w:t>f 20730/14696/13191 20714/14680/13175 20735/14698/13193</w:t>
        <w:br/>
        <w:t>f 20737/14702/13197 20730/14696/13191 20735/14698/13193</w:t>
        <w:br/>
        <w:t>f 20739/14704/13199 20715/14679/13174 20713/14681/13176</w:t>
        <w:br/>
        <w:t>f 20738/14705/13200 20739/14704/13199 20713/14681/13176</w:t>
        <w:br/>
        <w:t>f 20742/14706/13201 20741/14707/13202 20740/14708/13203</w:t>
        <w:br/>
        <w:t>f 20743/14709/13204 20742/14706/13201 20740/14708/13203</w:t>
        <w:br/>
        <w:t>f 20706/14671/13166 20707/14670/13165 20745/14710/13205</w:t>
        <w:br/>
        <w:t>f 20744/14711/13206 20706/14671/13166 20745/14710/13205</w:t>
        <w:br/>
        <w:t>f 20706/14671/13166 20746/14712/13207 20713/14681/13176</w:t>
        <w:br/>
        <w:t>f 20705/14672/13167 20706/14671/13166 20713/14681/13176</w:t>
        <w:br/>
        <w:t>f 20750/14713/13208 20749/14714/13209 20748/14715/13210</w:t>
        <w:br/>
        <w:t>f 20747/14716/13211 20750/14713/13208 20748/14715/13210</w:t>
        <w:br/>
        <w:t>f 20754/14717/13212 20753/14718/13213 20752/14719/13214</w:t>
        <w:br/>
        <w:t>f 20751/14720/13215 20754/14717/13212 20752/14719/13214</w:t>
        <w:br/>
        <w:t>f 20758/14721/13216 20757/14722/13217 20756/14723/13218</w:t>
        <w:br/>
        <w:t>f 20755/14724/13219 20758/14721/13216 20756/14723/13218</w:t>
        <w:br/>
        <w:t>f 20751/14720/13215 20760/14725/13220 20759/14726/13221</w:t>
        <w:br/>
        <w:t>f 20754/14717/13212 20751/14720/13215 20759/14726/13221</w:t>
        <w:br/>
        <w:t>f 20764/14727/13222 20763/14728/13223 20762/14729/13224</w:t>
        <w:br/>
        <w:t>f 20761/14730/13225 20764/14727/13222 20762/14729/13224</w:t>
        <w:br/>
        <w:t>f 20768/14731/13226 20767/14732/13227 20766/14733/13228</w:t>
        <w:br/>
        <w:t>f 20765/14734/13229 20768/14731/13226 20766/14733/13228</w:t>
        <w:br/>
        <w:t>f 20763/14728/13223 20770/14735/13230 20769/14736/13231</w:t>
        <w:br/>
        <w:t>f 20762/14729/13224 20763/14728/13223 20769/14736/13231</w:t>
        <w:br/>
        <w:t>f 20773/14737/13232 20772/14738/13233 20771/14739/13234</w:t>
        <w:br/>
        <w:t>f 20774/14740/13235 20773/14737/13232 20771/14739/13234</w:t>
        <w:br/>
        <w:t>f 20773/14737/13232 20776/14741/13236 20775/14742/13237</w:t>
        <w:br/>
        <w:t>f 20772/14738/13233 20773/14737/13232 20775/14742/13237</w:t>
        <w:br/>
        <w:t>f 20778/14743/13238 20777/14744/13239 20775/14742/13237</w:t>
        <w:br/>
        <w:t>f 20776/14741/13236 20778/14743/13238 20775/14742/13237</w:t>
        <w:br/>
        <w:t>f 20751/14720/13215 20752/14719/13214 20777/14744/13239</w:t>
        <w:br/>
        <w:t>f 20778/14743/13238 20751/14720/13215 20777/14744/13239</w:t>
        <w:br/>
        <w:t>f 20780/14745/13240 20779/14746/13241 20718/14683/13178</w:t>
        <w:br/>
        <w:t>f 20719/14682/13177 20780/14745/13240 20718/14683/13178</w:t>
        <w:br/>
        <w:t>f 20782/14747/13242 20781/14748/13243 20779/14746/13241</w:t>
        <w:br/>
        <w:t>f 20780/14745/13240 20782/14747/13242 20779/14746/13241</w:t>
        <w:br/>
        <w:t>f 20753/14718/13213 20754/14717/13212 20781/14748/13243</w:t>
        <w:br/>
        <w:t>f 20782/14747/13242 20753/14718/13213 20781/14748/13243</w:t>
        <w:br/>
        <w:t>f 20786/14749/13244 20785/14750/13245 20784/14751/13246</w:t>
        <w:br/>
        <w:t>f 20783/14752/13247 20786/14749/13244 20784/14751/13246</w:t>
        <w:br/>
        <w:t>f 20788/14753/13248 20787/14754/13249 20785/14750/13245</w:t>
        <w:br/>
        <w:t>f 20786/14749/13244 20788/14753/13248 20785/14750/13245</w:t>
        <w:br/>
        <w:t>f 20790/14755/13250 20789/14756/13251 20787/14754/13249</w:t>
        <w:br/>
        <w:t>f 20788/14753/13248 20790/14755/13250 20787/14754/13249</w:t>
        <w:br/>
        <w:t>f 20755/14724/13219 20756/14723/13218 20789/14756/13251</w:t>
        <w:br/>
        <w:t>f 20790/14755/13250 20755/14724/13219 20789/14756/13251</w:t>
        <w:br/>
        <w:t>f 20792/14757/13252 20791/14758/13253 20780/14745/13240</w:t>
        <w:br/>
        <w:t>f 20719/14682/13177 20792/14757/13252 20780/14745/13240</w:t>
        <w:br/>
        <w:t>f 20793/14759/13254 20782/14747/13242 20780/14745/13240</w:t>
        <w:br/>
        <w:t>f 20791/14758/13253 20793/14759/13254 20780/14745/13240</w:t>
        <w:br/>
        <w:t>f 20794/14760/13255 20753/14718/13213 20782/14747/13242</w:t>
        <w:br/>
        <w:t>f 20793/14759/13254 20794/14760/13255 20782/14747/13242</w:t>
        <w:br/>
        <w:t>f 20717/14684/13179 20718/14683/13178 20795/14761/13256</w:t>
        <w:br/>
        <w:t>f 20731/14697/13192 20717/14684/13179 20795/14761/13256</w:t>
        <w:br/>
        <w:t>f 20779/14746/13241 20796/14762/13257 20795/14761/13256</w:t>
        <w:br/>
        <w:t>f 20718/14683/13178 20779/14746/13241 20795/14761/13256</w:t>
        <w:br/>
        <w:t>f 20781/14748/13243 20797/14763/13258 20796/14762/13257</w:t>
        <w:br/>
        <w:t>f 20779/14746/13241 20781/14748/13243 20796/14762/13257</w:t>
        <w:br/>
        <w:t>f 20754/14717/13212 20759/14726/13221 20797/14763/13258</w:t>
        <w:br/>
        <w:t>f 20781/14748/13243 20754/14717/13212 20797/14763/13258</w:t>
        <w:br/>
        <w:t>f 20798/14764/13259 20773/14737/13232 20774/14740/13235</w:t>
        <w:br/>
        <w:t>f 20799/14765/13260 20798/14764/13259 20774/14740/13235</w:t>
        <w:br/>
        <w:t>f 20798/14764/13259 20800/14766/13261 20776/14741/13236</w:t>
        <w:br/>
        <w:t>f 20773/14737/13232 20798/14764/13259 20776/14741/13236</w:t>
        <w:br/>
        <w:t>f 20801/14767/13262 20778/14743/13238 20776/14741/13236</w:t>
        <w:br/>
        <w:t>f 20800/14766/13261 20801/14767/13262 20776/14741/13236</w:t>
        <w:br/>
        <w:t>f 20760/14725/13220 20751/14720/13215 20778/14743/13238</w:t>
        <w:br/>
        <w:t>f 20801/14767/13262 20760/14725/13220 20778/14743/13238</w:t>
        <w:br/>
        <w:t>f 20803/14768/13263 20802/14769/13264 20761/14730/13225</w:t>
        <w:br/>
        <w:t>f 20804/14770/13265 20803/14768/13263 20761/14730/13225</w:t>
        <w:br/>
        <w:t>f 20706/14671/13166 20744/14711/13206 20805/14771/13266</w:t>
        <w:br/>
        <w:t>f 20746/14712/13207 20706/14671/13166 20805/14771/13266</w:t>
        <w:br/>
        <w:t>f 20807/14772/13267 20806/14773/13268 20749/14714/13209</w:t>
        <w:br/>
        <w:t>f 20750/14713/13208 20807/14772/13267 20749/14714/13209</w:t>
        <w:br/>
        <w:t>f 20809/14774/13269 20808/14775/13270 20805/14771/13266</w:t>
        <w:br/>
        <w:t>f 20744/14711/13206 20809/14774/13269 20805/14771/13266</w:t>
        <w:br/>
        <w:t>f 20811/14776/13271 20810/14777/13272 20808/14775/13270</w:t>
        <w:br/>
        <w:t>f 20809/14774/13269 20811/14776/13271 20808/14775/13270</w:t>
        <w:br/>
        <w:t>f 20804/14770/13265 20812/14778/13273 20810/14777/13272</w:t>
        <w:br/>
        <w:t>f 20811/14776/13271 20804/14770/13265 20810/14777/13272</w:t>
        <w:br/>
        <w:t>f 20761/14730/13225 20762/14729/13224 20812/14778/13273</w:t>
        <w:br/>
        <w:t>f 20804/14770/13265 20761/14730/13225 20812/14778/13273</w:t>
        <w:br/>
        <w:t>f 20814/14779/13274 20813/14780/13275 20774/14740/13235</w:t>
        <w:br/>
        <w:t>f 20771/14739/13234 20814/14779/13274 20774/14740/13235</w:t>
        <w:br/>
        <w:t>f 20816/14781/13276 20815/14782/13277 20813/14780/13275</w:t>
        <w:br/>
        <w:t>f 20814/14779/13274 20816/14781/13276 20813/14780/13275</w:t>
        <w:br/>
        <w:t>f 20763/14728/13223 20764/14727/13222 20815/14782/13277</w:t>
        <w:br/>
        <w:t>f 20816/14781/13276 20763/14728/13223 20815/14782/13277</w:t>
        <w:br/>
        <w:t>f 20818/14783/13278 20817/14784/13279 20806/14773/13268</w:t>
        <w:br/>
        <w:t>f 20807/14772/13267 20818/14783/13278 20806/14773/13268</w:t>
        <w:br/>
        <w:t>f 20820/14785/13280 20819/14786/13281 20817/14784/13279</w:t>
        <w:br/>
        <w:t>f 20818/14783/13278 20820/14785/13280 20817/14784/13279</w:t>
        <w:br/>
        <w:t>f 20822/14787/13282 20821/14788/13283 20819/14786/13281</w:t>
        <w:br/>
        <w:t>f 20820/14785/13280 20822/14787/13282 20819/14786/13281</w:t>
        <w:br/>
        <w:t>f 20765/14734/13229 20766/14733/13228 20821/14788/13283</w:t>
        <w:br/>
        <w:t>f 20822/14787/13282 20765/14734/13229 20821/14788/13283</w:t>
        <w:br/>
        <w:t>f 20824/14789/13284 20823/14790/13285 20783/14752/13247</w:t>
        <w:br/>
        <w:t>f 20784/14751/13246 20824/14789/13284 20783/14752/13247</w:t>
        <w:br/>
        <w:t>f 20805/14771/13266 20808/14775/13270 20826/14791/13286</w:t>
        <w:br/>
        <w:t>f 20825/14792/13287 20805/14771/13266 20826/14791/13286</w:t>
        <w:br/>
        <w:t>f 20808/14775/13270 20810/14777/13272 20827/14793/13288</w:t>
        <w:br/>
        <w:t>f 20826/14791/13286 20808/14775/13270 20827/14793/13288</w:t>
        <w:br/>
        <w:t>f 20810/14777/13272 20812/14778/13273 20828/14794/13289</w:t>
        <w:br/>
        <w:t>f 20827/14793/13288 20810/14777/13272 20828/14794/13289</w:t>
        <w:br/>
        <w:t>f 20812/14778/13273 20762/14729/13224 20769/14736/13231</w:t>
        <w:br/>
        <w:t>f 20828/14794/13289 20812/14778/13273 20769/14736/13231</w:t>
        <w:br/>
        <w:t>f 20830/14795/13290 20814/14779/13274 20771/14739/13234</w:t>
        <w:br/>
        <w:t>f 20829/14796/13291 20830/14795/13290 20771/14739/13234</w:t>
        <w:br/>
        <w:t>f 20831/14797/13292 20816/14781/13276 20814/14779/13274</w:t>
        <w:br/>
        <w:t>f 20830/14795/13290 20831/14797/13292 20814/14779/13274</w:t>
        <w:br/>
        <w:t>f 20770/14735/13230 20763/14728/13223 20816/14781/13276</w:t>
        <w:br/>
        <w:t>f 20831/14797/13292 20770/14735/13230 20816/14781/13276</w:t>
        <w:br/>
        <w:t>f 20813/14780/13275 20832/14798/13293 20799/14765/13260</w:t>
        <w:br/>
        <w:t>f 20774/14740/13235 20813/14780/13275 20799/14765/13260</w:t>
        <w:br/>
        <w:t>f 20815/14782/13277 20833/14799/13294 20832/14798/13293</w:t>
        <w:br/>
        <w:t>f 20813/14780/13275 20815/14782/13277 20832/14798/13293</w:t>
        <w:br/>
        <w:t>f 20764/14727/13222 20834/14800/13295 20833/14799/13294</w:t>
        <w:br/>
        <w:t>f 20815/14782/13277 20764/14727/13222 20833/14799/13294</w:t>
        <w:br/>
        <w:t>f 20761/14730/13225 20802/14769/13264 20834/14800/13295</w:t>
        <w:br/>
        <w:t>f 20764/14727/13222 20761/14730/13225 20834/14800/13295</w:t>
        <w:br/>
        <w:t>f 20835/14801/13296 20809/14774/13269 20744/14711/13206</w:t>
        <w:br/>
        <w:t>f 20745/14710/13205 20835/14801/13296 20744/14711/13206</w:t>
        <w:br/>
        <w:t>f 20836/14802/13297 20811/14776/13271 20809/14774/13269</w:t>
        <w:br/>
        <w:t>f 20835/14801/13296 20836/14802/13297 20809/14774/13269</w:t>
        <w:br/>
        <w:t>f 20804/14770/13265 20811/14776/13271 20836/14802/13297</w:t>
        <w:br/>
        <w:t>f 20803/14768/13263 20804/14770/13265 20836/14802/13297</w:t>
        <w:br/>
        <w:t>f 20721/14686/13181 20708/14676/13171 20838/14803/13298</w:t>
        <w:br/>
        <w:t>f 20837/14804/13299 20721/14686/13181 20838/14803/13298</w:t>
        <w:br/>
        <w:t>f 20710/14674/13169 20708/14676/13171 20699/14666/13161</w:t>
        <w:br/>
        <w:t>f 20700/14665/13160 20710/14674/13169 20699/14666/13161</w:t>
        <w:br/>
        <w:t>f 20720/14687/13182 20721/14686/13181 20839/14805/13300</w:t>
        <w:br/>
        <w:t>f 20842/14806/13301 20837/14804/13299 20841/14807/13302</w:t>
        <w:br/>
        <w:t>f 20840/14808/13301 20842/14806/13301 20841/14807/13302</w:t>
        <w:br/>
        <w:t>f 20721/14686/13181 20844/14809/13303 20843/14810/13304</w:t>
        <w:br/>
        <w:t>f 20843/14810/13304 20845/14811/13305 20839/14805/13300</w:t>
        <w:br/>
        <w:t>f 20847/14812/13306 20842/14806/13301 20840/14808/13301</w:t>
        <w:br/>
        <w:t>f 20846/14813/13306 20847/14812/13306 20840/14808/13301</w:t>
        <w:br/>
        <w:t>f 20839/14805/13300 20845/14811/13305 20848/14814/13307</w:t>
        <w:br/>
        <w:t>f 20852/14815/13308 20851/14816/13309 20850/14817/13310</w:t>
        <w:br/>
        <w:t>f 20849/14818/13311 20852/14815/13308 20850/14817/13310</w:t>
        <w:br/>
        <w:t>f 20855/14819/13312 20854/14820/13313 20853/14821/13314</w:t>
        <w:br/>
        <w:t>f 20858/14822/13315 20857/14823/13316 20856/14824/13317</w:t>
        <w:br/>
        <w:t>f 20852/14815/13308 20859/14825/13318 20843/14810/13304</w:t>
        <w:br/>
        <w:t>f 20851/14816/13309 20852/14815/13308 20844/14809/13303</w:t>
        <w:br/>
        <w:t>f 20861/14826/13319 20792/14757/13252 20719/14682/13177</w:t>
        <w:br/>
        <w:t>f 20860/14827/13320 20861/14826/13319 20719/14682/13177</w:t>
        <w:br/>
        <w:t>f 20702/14669/13164 20703/14668/13163 20861/14826/13319</w:t>
        <w:br/>
        <w:t>f 20716/14685/13180 20702/14669/13164 20861/14826/13319</w:t>
        <w:br/>
        <w:t>f 20747/14716/13211 20748/14715/13210 20741/14707/13202</w:t>
        <w:br/>
        <w:t>f 20742/14706/13201 20747/14716/13211 20741/14707/13202</w:t>
        <w:br/>
        <w:t>f 20865/14828/13321 20864/14829/13322 20863/14830/13323</w:t>
        <w:br/>
        <w:t>f 20862/14831/13324 20865/14828/13321 20863/14830/13323</w:t>
        <w:br/>
        <w:t>f 20757/14722/13217 20758/14721/13216 20864/14829/13322</w:t>
        <w:br/>
        <w:t>f 20865/14828/13321 20757/14722/13217 20864/14829/13322</w:t>
        <w:br/>
        <w:t>f 20867/14832/13325 20866/14833/13326 20823/14790/13285</w:t>
        <w:br/>
        <w:t>f 20824/14789/13284 20867/14832/13325 20823/14790/13285</w:t>
        <w:br/>
        <w:t>f 20698/14667/13162 20699/14666/13161 20720/14687/13182</w:t>
        <w:br/>
        <w:t>f 20868/14834/13327 20698/14667/13162 20720/14687/13182</w:t>
        <w:br/>
        <w:t>f 20720/14687/13182 20869/14835/13328 20868/14834/13327</w:t>
        <w:br/>
        <w:t>f 20869/14835/13328 20720/14687/13182 20839/14805/13300</w:t>
        <w:br/>
        <w:t>f 20848/14814/13307 20869/14835/13328 20839/14805/13300</w:t>
        <w:br/>
        <w:t>f 20873/14836/13329 20872/14837/13329 20871/14838/13330</w:t>
        <w:br/>
        <w:t>f 20870/14839/13331 20873/14836/13329 20871/14838/13330</w:t>
        <w:br/>
        <w:t>f 20875/14840/13332 20874/14841/13333 20838/14803/13298</w:t>
        <w:br/>
        <w:t>f 20879/14842/13334 20878/14843/13335 20877/14844/13336</w:t>
        <w:br/>
        <w:t>f 20876/14845/13337 20879/14842/13334 20877/14844/13336</w:t>
        <w:br/>
        <w:t>f 20859/14825/13318 20880/14846/13338 20843/14810/13304</w:t>
        <w:br/>
        <w:t>f 20849/14818/13311 20850/14817/13310 20856/14824/13317</w:t>
        <w:br/>
        <w:t>f 20881/14847/13339 20849/14818/13311 20856/14824/13317</w:t>
        <w:br/>
        <w:t>f 20853/14821/13314 20847/14812/13306 20846/14813/13306</w:t>
        <w:br/>
        <w:t>f 20855/14819/13312 20853/14821/13314 20846/14813/13306</w:t>
        <w:br/>
        <w:t>f 20874/14841/13333 20841/14807/13302 20837/14804/13299</w:t>
        <w:br/>
        <w:t>f 20838/14803/13298 20874/14841/13333 20837/14804/13299</w:t>
        <w:br/>
        <w:t>f 20854/14820/13313 20858/14822/13340 20853/14821/13314</w:t>
        <w:br/>
        <w:t>f 20857/14823/13316 20881/14847/13339 20856/14824/13317</w:t>
        <w:br/>
        <w:t>f 20852/14815/13308 20843/14810/13304 20844/14809/13303</w:t>
        <w:br/>
        <w:t>f 20844/14809/13303 20721/14686/13181 20837/14804/13299</w:t>
        <w:br/>
        <w:t>f 20851/14816/13309 20844/14809/13303 20837/14804/13299</w:t>
        <w:br/>
        <w:t>f 20872/14837/13329 20873/14836/13329 20883/14848/13341</w:t>
        <w:br/>
        <w:t>f 20882/14849/13342 20872/14837/13329 20883/14848/13341</w:t>
        <w:br/>
        <w:t>f 20885/14850/13343 20879/14842/13334 20876/14845/13337</w:t>
        <w:br/>
        <w:t>f 20884/14851/13344 20885/14850/13343 20876/14845/13337</w:t>
        <w:br/>
        <w:t>f 20871/14838/13330 20886/14852/13345 20870/14839/13331</w:t>
        <w:br/>
        <w:t>f 20878/14843/13335 20875/14840/13332 20877/14844/13336</w:t>
        <w:br/>
        <w:t>f 20843/14810/13304 20880/14846/13338 20845/14811/13305</w:t>
        <w:br/>
        <w:t>f 20721/14686/13181 20843/14810/13304 20839/14805/13300</w:t>
        <w:br/>
        <w:t>f 20715/14679/13174 20739/14704/13199 20887/14853/13346</w:t>
        <w:br/>
        <w:t>f 20734/14699/13194 20715/14679/13174 20887/14853/13346</w:t>
        <w:br/>
        <w:t>f 20888/14854/13347 20738/14705/13200 20713/14681/13176</w:t>
        <w:br/>
        <w:t>f 20746/14712/13207 20888/14854/13347 20713/14681/13176</w:t>
        <w:br/>
        <w:t>f 20889/14855/13348 20829/14796/13291 20771/14739/13234</w:t>
        <w:br/>
        <w:t>f 20772/14738/13233 20889/14855/13348 20771/14739/13234</w:t>
        <w:br/>
        <w:t>f 20890/14856/13349 20889/14855/13348 20772/14738/13233</w:t>
        <w:br/>
        <w:t>f 20775/14742/13237 20890/14856/13349 20772/14738/13233</w:t>
        <w:br/>
        <w:t>f 20891/14857/13350 20890/14856/13349 20775/14742/13237</w:t>
        <w:br/>
        <w:t>f 20777/14744/13239 20891/14857/13350 20775/14742/13237</w:t>
        <w:br/>
        <w:t>f 20891/14857/13350 20777/14744/13239 20752/14719/13214</w:t>
        <w:br/>
        <w:t>f 20892/14858/13351 20891/14857/13350 20752/14719/13214</w:t>
        <w:br/>
        <w:t>f 20825/14792/13287 20888/14854/13347 20746/14712/13207</w:t>
        <w:br/>
        <w:t>f 20805/14771/13266 20825/14792/13287 20746/14712/13207</w:t>
        <w:br/>
        <w:t>f 20767/14732/13227 20768/14731/13226 20866/14833/13326</w:t>
        <w:br/>
        <w:t>f 20867/14832/13325 20767/14732/13227 20866/14833/13326</w:t>
        <w:br/>
        <w:t>f 20743/14709/13204 20740/14708/13203 20893/14859/13352</w:t>
        <w:br/>
        <w:t>f 20894/14860/13353 20743/14709/13204 20893/14859/13352</w:t>
        <w:br/>
        <w:t>f 20794/14760/13255 20892/14858/13351 20752/14719/13214</w:t>
        <w:br/>
        <w:t>f 20753/14718/13213 20794/14760/13255 20752/14719/13214</w:t>
        <w:br/>
        <w:t>f 20862/14831/13324 20863/14830/13323 20725/14688/13183</w:t>
        <w:br/>
        <w:t>f 20722/14691/13186 20862/14831/13324 20725/14688/13183</w:t>
        <w:br/>
        <w:t>f 20883/14848/13341 20895/14861/13354 20882/14849/13342</w:t>
        <w:br/>
        <w:t>f 20884/14851/13344 20896/14862/13355 20885/14850/13343</w:t>
        <w:br/>
        <w:t>f 20728/14695/13190 20877/14844/13336 20875/14840/13332</w:t>
        <w:br/>
        <w:t>f 20729/14694/13189 20728/14695/13190 20875/14840/13332</w:t>
        <w:br/>
        <w:t>f 20734/14699/13194 20887/14853/13346 20897/14863/13356</w:t>
        <w:br/>
        <w:t>f 20733/14700/13195 20734/14699/13194 20897/14863/13356</w:t>
        <w:br/>
        <w:t>f 20709/14675/13170 20729/14694/13189 20875/14840/13332</w:t>
        <w:br/>
        <w:t>f 20838/14803/13298 20709/14675/13170 20875/14840/13332</w:t>
        <w:br/>
        <w:t>f 20737/14702/13197 20740/14708/13203 20741/14707/13202</w:t>
        <w:br/>
        <w:t>f 20730/14696/13191 20737/14702/13197 20741/14707/13202</w:t>
        <w:br/>
        <w:t>f 20707/14670/13165 20704/14673/13168 20748/14715/13210</w:t>
        <w:br/>
        <w:t>f 20749/14714/13209 20707/14670/13165 20748/14715/13210</w:t>
        <w:br/>
        <w:t>f 20722/14691/13186 20723/14690/13185 20731/14697/13192</w:t>
        <w:br/>
        <w:t>f 20795/14761/13256 20722/14691/13186 20731/14697/13192</w:t>
        <w:br/>
        <w:t>f 20711/14678/13173 20731/14697/13192 20723/14690/13185</w:t>
        <w:br/>
        <w:t>f 20727/14692/13187 20711/14678/13173 20723/14690/13185</w:t>
        <w:br/>
        <w:t>f 20727/14692/13187 20729/14694/13189 20709/14675/13170</w:t>
        <w:br/>
        <w:t>f 20711/14678/13173 20727/14692/13187 20709/14675/13170</w:t>
        <w:br/>
        <w:t>f 20736/14703/13198 20893/14859/13352 20740/14708/13203</w:t>
        <w:br/>
        <w:t>f 20737/14702/13197 20736/14703/13198 20740/14708/13203</w:t>
        <w:br/>
        <w:t>f 20730/14696/13191 20741/14707/13202 20748/14715/13210</w:t>
        <w:br/>
        <w:t>f 20704/14673/13168 20730/14696/13191 20748/14715/13210</w:t>
        <w:br/>
        <w:t>f 20745/14710/13205 20707/14670/13165 20749/14714/13209</w:t>
        <w:br/>
        <w:t>f 20806/14773/13268 20745/14710/13205 20749/14714/13209</w:t>
        <w:br/>
        <w:t>f 20799/14765/13260 20784/14751/13246 20785/14750/13245</w:t>
        <w:br/>
        <w:t>f 20798/14764/13259 20799/14765/13260 20785/14750/13245</w:t>
        <w:br/>
        <w:t>f 20784/14751/13246 20799/14765/13260 20832/14798/13293</w:t>
        <w:br/>
        <w:t>f 20824/14789/13284 20784/14751/13246 20832/14798/13293</w:t>
        <w:br/>
        <w:t>f 20796/14762/13257 20862/14831/13324 20722/14691/13186</w:t>
        <w:br/>
        <w:t>f 20795/14761/13256 20796/14762/13257 20722/14691/13186</w:t>
        <w:br/>
        <w:t>f 20865/14828/13321 20862/14831/13324 20796/14762/13257</w:t>
        <w:br/>
        <w:t>f 20797/14763/13258 20865/14828/13321 20796/14762/13257</w:t>
        <w:br/>
        <w:t>f 20757/14722/13217 20865/14828/13321 20797/14763/13258</w:t>
        <w:br/>
        <w:t>f 20759/14726/13221 20757/14722/13217 20797/14763/13258</w:t>
        <w:br/>
        <w:t>f 20756/14723/13218 20757/14722/13217 20759/14726/13221</w:t>
        <w:br/>
        <w:t>f 20760/14725/13220 20756/14723/13218 20759/14726/13221</w:t>
        <w:br/>
        <w:t>f 20798/14764/13259 20785/14750/13245 20787/14754/13249</w:t>
        <w:br/>
        <w:t>f 20800/14766/13261 20798/14764/13259 20787/14754/13249</w:t>
        <w:br/>
        <w:t>f 20801/14767/13262 20800/14766/13261 20787/14754/13249</w:t>
        <w:br/>
        <w:t>f 20789/14756/13251 20801/14767/13262 20787/14754/13249</w:t>
        <w:br/>
        <w:t>f 20760/14725/13220 20801/14767/13262 20789/14756/13251</w:t>
        <w:br/>
        <w:t>f 20756/14723/13218 20760/14725/13220 20789/14756/13251</w:t>
        <w:br/>
        <w:t>f 20835/14801/13296 20745/14710/13205 20806/14773/13268</w:t>
        <w:br/>
        <w:t>f 20817/14784/13279 20835/14801/13296 20806/14773/13268</w:t>
        <w:br/>
        <w:t>f 20824/14789/13284 20832/14798/13293 20833/14799/13294</w:t>
        <w:br/>
        <w:t>f 20867/14832/13325 20824/14789/13284 20833/14799/13294</w:t>
        <w:br/>
        <w:t>f 20834/14800/13295 20767/14732/13227 20867/14832/13325</w:t>
        <w:br/>
        <w:t>f 20833/14799/13294 20834/14800/13295 20867/14832/13325</w:t>
        <w:br/>
        <w:t>f 20802/14769/13264 20766/14733/13228 20767/14732/13227</w:t>
        <w:br/>
        <w:t>f 20834/14800/13295 20802/14769/13264 20767/14732/13227</w:t>
        <w:br/>
        <w:t>f 20836/14802/13297 20835/14801/13296 20817/14784/13279</w:t>
        <w:br/>
        <w:t>f 20819/14786/13281 20836/14802/13297 20817/14784/13279</w:t>
        <w:br/>
        <w:t>f 20803/14768/13263 20836/14802/13297 20819/14786/13281</w:t>
        <w:br/>
        <w:t>f 20821/14788/13283 20803/14768/13263 20819/14786/13281</w:t>
        <w:br/>
        <w:t>f 20802/14769/13264 20803/14768/13263 20821/14788/13283</w:t>
        <w:br/>
        <w:t>f 20766/14733/13228 20802/14769/13264 20821/14788/13283</w:t>
        <w:br/>
        <w:t>f 20709/14675/13170 20838/14803/13298 20708/14676/13171</w:t>
        <w:br/>
        <w:t>f 20701/14664/13159 20698/14667/13162 20899/14864/13357</w:t>
        <w:br/>
        <w:t>f 20898/14865/13358 20701/14664/13159 20899/14864/13357</w:t>
        <w:br/>
        <w:t>f 20703/14668/13163 20701/14664/13159 20898/14865/13358</w:t>
        <w:br/>
        <w:t>f 20900/14866/13359 20703/14668/13163 20898/14865/13358</w:t>
        <w:br/>
        <w:t>f 20904/14867/13360 20903/14868/13361 20902/14869/13362</w:t>
        <w:br/>
        <w:t>f 20901/14870/13363 20904/14867/13360 20902/14869/13362</w:t>
        <w:br/>
        <w:t>f 20907/14871/13364 20906/14872/13365 20905/14873/13366</w:t>
        <w:br/>
        <w:t>f 20907/14871/13364 20905/14873/13366 20909/14874/13367</w:t>
        <w:br/>
        <w:t>f 20908/14875/13368 20907/14871/13364 20909/14874/13367</w:t>
        <w:br/>
        <w:t>f 20912/14876/13369 20911/14877/13370 20902/14869/13362</w:t>
        <w:br/>
        <w:t>f 20910/14878/13371 20912/14876/13369 20902/14869/13362</w:t>
        <w:br/>
        <w:t>f 20916/14879/13372 20915/14880/13373 20914/14881/13374</w:t>
        <w:br/>
        <w:t>f 20913/14882/13375 20916/14879/13372 20914/14881/13374</w:t>
        <w:br/>
        <w:t>f 20914/14881/13374 20915/14880/13373 20900/14866/13359</w:t>
        <w:br/>
        <w:t>f 20908/14875/13368 20914/14881/13374 20900/14866/13359</w:t>
        <w:br/>
        <w:t>f 20906/14872/13365 20899/14864/13357 20918/14883/13376</w:t>
        <w:br/>
        <w:t>f 20917/14884/13377 20906/14872/13365 20918/14883/13376</w:t>
        <w:br/>
        <w:t>f 20725/14688/13183 20920/14885/13378 20919/14886/13379</w:t>
        <w:br/>
        <w:t>f 20724/14689/13184 20725/14688/13183 20919/14886/13379</w:t>
        <w:br/>
        <w:t>f 20921/14887/13380 20726/14693/13188 20724/14689/13184</w:t>
        <w:br/>
        <w:t>f 20919/14886/13379 20921/14887/13380 20724/14689/13184</w:t>
        <w:br/>
        <w:t>f 20922/14888/13381 20728/14695/13190 20726/14693/13188</w:t>
        <w:br/>
        <w:t>f 20921/14887/13380 20922/14888/13381 20726/14693/13188</w:t>
        <w:br/>
        <w:t>f 20910/14878/13371 20902/14869/13362 20903/14868/13361</w:t>
        <w:br/>
        <w:t>f 20923/14889/13382 20910/14878/13371 20903/14868/13361</w:t>
        <w:br/>
        <w:t>f 20924/14890/13383 20914/14881/13374 20908/14875/13368</w:t>
        <w:br/>
        <w:t>f 20909/14874/13367 20924/14890/13383 20908/14875/13368</w:t>
        <w:br/>
        <w:t>f 20898/14865/13358 20907/14871/13364 20908/14875/13368</w:t>
        <w:br/>
        <w:t>f 20900/14866/13359 20898/14865/13358 20908/14875/13368</w:t>
        <w:br/>
        <w:t>f 20928/14891/13384 20927/14892/13385 20926/14893/13386</w:t>
        <w:br/>
        <w:t>f 20925/14894/13387 20928/14891/13384 20926/14893/13386</w:t>
        <w:br/>
        <w:t>f 20930/14895/13388 20929/14896/13389 20927/14892/13385</w:t>
        <w:br/>
        <w:t>f 20928/14891/13384 20930/14895/13388 20927/14892/13385</w:t>
        <w:br/>
        <w:t>f 20910/14878/13371 20928/14891/13384 20925/14894/13387</w:t>
        <w:br/>
        <w:t>f 20912/14876/13369 20910/14878/13371 20925/14894/13387</w:t>
        <w:br/>
        <w:t>f 20923/14889/13382 20930/14895/13388 20928/14891/13384</w:t>
        <w:br/>
        <w:t>f 20910/14878/13371 20923/14889/13382 20928/14891/13384</w:t>
        <w:br/>
        <w:t>f 20739/14704/13199 20738/14705/13200 20911/14877/13370</w:t>
        <w:br/>
        <w:t>f 20912/14876/13369 20739/14704/13199 20911/14877/13370</w:t>
        <w:br/>
        <w:t>f 20932/14897/13390 20931/14898/13391 20742/14706/13201</w:t>
        <w:br/>
        <w:t>f 20743/14709/13204 20932/14897/13390 20742/14706/13201</w:t>
        <w:br/>
        <w:t>f 20901/14870/13363 20934/14899/13392 20933/14900/13393</w:t>
        <w:br/>
        <w:t>f 20904/14867/13360 20901/14870/13363 20933/14900/13393</w:t>
        <w:br/>
        <w:t>f 20901/14870/13363 20902/14869/13362 20911/14877/13370</w:t>
        <w:br/>
        <w:t>f 20935/14901/13394 20901/14870/13363 20911/14877/13370</w:t>
        <w:br/>
        <w:t>f 20750/14713/13208 20747/14716/13211 20937/14902/13395</w:t>
        <w:br/>
        <w:t>f 20936/14903/13396 20750/14713/13208 20937/14902/13395</w:t>
        <w:br/>
        <w:t>f 20941/14904/13397 20940/14905/13398 20939/14906/13399</w:t>
        <w:br/>
        <w:t>f 20938/14907/13400 20941/14904/13397 20939/14906/13399</w:t>
        <w:br/>
        <w:t>f 20758/14721/13216 20755/14724/13219 20943/14908/13401</w:t>
        <w:br/>
        <w:t>f 20942/14909/13402 20758/14721/13216 20943/14908/13401</w:t>
        <w:br/>
        <w:t>f 20940/14905/13398 20941/14904/13397 20945/14910/13403</w:t>
        <w:br/>
        <w:t>f 20944/14911/13404 20940/14905/13398 20945/14910/13403</w:t>
        <w:br/>
        <w:t>f 20949/14912/13405 20948/14913/13406 20947/14914/13407</w:t>
        <w:br/>
        <w:t>f 20946/14915/13408 20949/14912/13405 20947/14914/13407</w:t>
        <w:br/>
        <w:t>f 20768/14731/13226 20765/14734/13229 20951/14916/13409</w:t>
        <w:br/>
        <w:t>f 20950/14917/13410 20768/14731/13226 20951/14916/13409</w:t>
        <w:br/>
        <w:t>f 20769/14736/13231 20770/14735/13230 20946/14915/13408</w:t>
        <w:br/>
        <w:t>f 20947/14914/13407 20769/14736/13231 20946/14915/13408</w:t>
        <w:br/>
        <w:t>f 20954/14918/13411 20953/14919/13412 20952/14920/13413</w:t>
        <w:br/>
        <w:t>f 20955/14921/13414 20954/14918/13411 20952/14920/13413</w:t>
        <w:br/>
        <w:t>f 20952/14920/13413 20953/14919/13412 20957/14922/13415</w:t>
        <w:br/>
        <w:t>f 20956/14923/13416 20952/14920/13413 20957/14922/13415</w:t>
        <w:br/>
        <w:t>f 20959/14924/13417 20956/14923/13416 20957/14922/13415</w:t>
        <w:br/>
        <w:t>f 20958/14925/13418 20959/14924/13417 20957/14922/13415</w:t>
        <w:br/>
        <w:t>f 20940/14905/13398 20959/14924/13417 20958/14925/13418</w:t>
        <w:br/>
        <w:t>f 20939/14906/13399 20940/14905/13398 20958/14925/13418</w:t>
        <w:br/>
        <w:t>f 20961/14926/13419 20916/14879/13372 20913/14882/13375</w:t>
        <w:br/>
        <w:t>f 20960/14927/13420 20961/14926/13419 20913/14882/13375</w:t>
        <w:br/>
        <w:t>f 20963/14928/13421 20961/14926/13419 20960/14927/13420</w:t>
        <w:br/>
        <w:t>f 20962/14929/13422 20963/14928/13421 20960/14927/13420</w:t>
        <w:br/>
        <w:t>f 20938/14907/13400 20963/14928/13421 20962/14929/13422</w:t>
        <w:br/>
        <w:t>f 20941/14904/13397 20938/14907/13400 20962/14929/13422</w:t>
        <w:br/>
        <w:t>f 20786/14749/13244 20783/14752/13247 20965/14930/13423</w:t>
        <w:br/>
        <w:t>f 20964/14931/13424 20786/14749/13244 20965/14930/13423</w:t>
        <w:br/>
        <w:t>f 20788/14753/13248 20786/14749/13244 20964/14931/13424</w:t>
        <w:br/>
        <w:t>f 20966/14932/13425 20788/14753/13248 20964/14931/13424</w:t>
        <w:br/>
        <w:t>f 20790/14755/13250 20788/14753/13248 20966/14932/13425</w:t>
        <w:br/>
        <w:t>f 20967/14933/13426 20790/14755/13250 20966/14932/13425</w:t>
        <w:br/>
        <w:t>f 20755/14724/13219 20790/14755/13250 20967/14933/13426</w:t>
        <w:br/>
        <w:t>f 20943/14908/13401 20755/14724/13219 20967/14933/13426</w:t>
        <w:br/>
        <w:t>f 20792/14757/13252 20916/14879/13372 20961/14926/13419</w:t>
        <w:br/>
        <w:t>f 20791/14758/13253 20792/14757/13252 20961/14926/13419</w:t>
        <w:br/>
        <w:t>f 20961/14926/13419 20963/14928/13421 20793/14759/13254</w:t>
        <w:br/>
        <w:t>f 20791/14758/13253 20961/14926/13419 20793/14759/13254</w:t>
        <w:br/>
        <w:t>f 20963/14928/13421 20938/14907/13400 20794/14760/13255</w:t>
        <w:br/>
        <w:t>f 20793/14759/13254 20963/14928/13421 20794/14760/13255</w:t>
        <w:br/>
        <w:t>f 20914/14881/13374 20924/14890/13383 20968/14934/13427</w:t>
        <w:br/>
        <w:t>f 20913/14882/13375 20914/14881/13374 20968/14934/13427</w:t>
        <w:br/>
        <w:t>f 20960/14927/13420 20913/14882/13375 20968/14934/13427</w:t>
        <w:br/>
        <w:t>f 20969/14935/13428 20960/14927/13420 20968/14934/13427</w:t>
        <w:br/>
        <w:t>f 20962/14929/13422 20960/14927/13420 20969/14935/13428</w:t>
        <w:br/>
        <w:t>f 20970/14936/13429 20962/14929/13422 20969/14935/13428</w:t>
        <w:br/>
        <w:t>f 20941/14904/13397 20962/14929/13422 20970/14936/13429</w:t>
        <w:br/>
        <w:t>f 20945/14910/13403 20941/14904/13397 20970/14936/13429</w:t>
        <w:br/>
        <w:t>f 20955/14921/13414 20952/14920/13413 20971/14937/13430</w:t>
        <w:br/>
        <w:t>f 20972/14938/13431 20955/14921/13414 20971/14937/13430</w:t>
        <w:br/>
        <w:t>f 20971/14937/13430 20952/14920/13413 20956/14923/13416</w:t>
        <w:br/>
        <w:t>f 20973/14939/13432 20971/14937/13430 20956/14923/13416</w:t>
        <w:br/>
        <w:t>f 20974/14940/13433 20973/14939/13432 20956/14923/13416</w:t>
        <w:br/>
        <w:t>f 20959/14924/13417 20974/14940/13433 20956/14923/13416</w:t>
        <w:br/>
        <w:t>f 20944/14911/13404 20974/14940/13433 20959/14924/13417</w:t>
        <w:br/>
        <w:t>f 20940/14905/13398 20944/14911/13404 20959/14924/13417</w:t>
        <w:br/>
        <w:t>f 20948/14913/13406 20976/14941/13434 20975/14942/13435</w:t>
        <w:br/>
        <w:t>f 20977/14943/13436 20948/14913/13406 20975/14942/13435</w:t>
        <w:br/>
        <w:t>f 20901/14870/13363 20935/14901/13394 20978/14944/13437</w:t>
        <w:br/>
        <w:t>f 20934/14899/13392 20901/14870/13363 20978/14944/13437</w:t>
        <w:br/>
        <w:t>f 20807/14772/13267 20750/14713/13208 20936/14903/13396</w:t>
        <w:br/>
        <w:t>f 20979/14945/13438 20807/14772/13267 20936/14903/13396</w:t>
        <w:br/>
        <w:t>f 20981/14946/13439 20934/14899/13392 20978/14944/13437</w:t>
        <w:br/>
        <w:t>f 20980/14947/13440 20981/14946/13439 20978/14944/13437</w:t>
        <w:br/>
        <w:t>f 20983/14948/13441 20981/14946/13439 20980/14947/13440</w:t>
        <w:br/>
        <w:t>f 20982/14949/13442 20983/14948/13441 20980/14947/13440</w:t>
        <w:br/>
        <w:t>f 20977/14943/13436 20983/14948/13441 20982/14949/13442</w:t>
        <w:br/>
        <w:t>f 20984/14950/13443 20977/14943/13436 20982/14949/13442</w:t>
        <w:br/>
        <w:t>f 20948/14913/13406 20977/14943/13436 20984/14950/13443</w:t>
        <w:br/>
        <w:t>f 20947/14914/13407 20948/14913/13406 20984/14950/13443</w:t>
        <w:br/>
        <w:t>f 20986/14951/13444 20954/14918/13411 20955/14921/13414</w:t>
        <w:br/>
        <w:t>f 20985/14952/13445 20986/14951/13444 20955/14921/13414</w:t>
        <w:br/>
        <w:t>f 20988/14953/13446 20986/14951/13444 20985/14952/13445</w:t>
        <w:br/>
        <w:t>f 20987/14954/13447 20988/14953/13446 20985/14952/13445</w:t>
        <w:br/>
        <w:t>f 20946/14915/13408 20988/14953/13446 20987/14954/13447</w:t>
        <w:br/>
        <w:t>f 20949/14912/13405 20946/14915/13408 20987/14954/13447</w:t>
        <w:br/>
        <w:t>f 20818/14783/13278 20807/14772/13267 20979/14945/13438</w:t>
        <w:br/>
        <w:t>f 20989/14955/13448 20818/14783/13278 20979/14945/13438</w:t>
        <w:br/>
        <w:t>f 20820/14785/13280 20818/14783/13278 20989/14955/13448</w:t>
        <w:br/>
        <w:t>f 20990/14956/13449 20820/14785/13280 20989/14955/13448</w:t>
        <w:br/>
        <w:t>f 20822/14787/13282 20820/14785/13280 20990/14956/13449</w:t>
        <w:br/>
        <w:t>f 20991/14957/13450 20822/14787/13282 20990/14956/13449</w:t>
        <w:br/>
        <w:t>f 20765/14734/13229 20822/14787/13282 20991/14957/13450</w:t>
        <w:br/>
        <w:t>f 20951/14916/13409 20765/14734/13229 20991/14957/13450</w:t>
        <w:br/>
        <w:t>f 20992/14958/13451 20965/14930/13423 20783/14752/13247</w:t>
        <w:br/>
        <w:t>f 20823/14790/13285 20992/14958/13451 20783/14752/13247</w:t>
        <w:br/>
        <w:t>f 20978/14944/13437 20825/14792/13287 20826/14791/13286</w:t>
        <w:br/>
        <w:t>f 20980/14947/13440 20978/14944/13437 20826/14791/13286</w:t>
        <w:br/>
        <w:t>f 20980/14947/13440 20826/14791/13286 20827/14793/13288</w:t>
        <w:br/>
        <w:t>f 20982/14949/13442 20980/14947/13440 20827/14793/13288</w:t>
        <w:br/>
        <w:t>f 20982/14949/13442 20827/14793/13288 20828/14794/13289</w:t>
        <w:br/>
        <w:t>f 20984/14950/13443 20982/14949/13442 20828/14794/13289</w:t>
        <w:br/>
        <w:t>f 20984/14950/13443 20828/14794/13289 20769/14736/13231</w:t>
        <w:br/>
        <w:t>f 20947/14914/13407 20984/14950/13443 20769/14736/13231</w:t>
        <w:br/>
        <w:t>f 20830/14795/13290 20829/14796/13291 20954/14918/13411</w:t>
        <w:br/>
        <w:t>f 20986/14951/13444 20830/14795/13290 20954/14918/13411</w:t>
        <w:br/>
        <w:t>f 20831/14797/13292 20830/14795/13290 20986/14951/13444</w:t>
        <w:br/>
        <w:t>f 20988/14953/13446 20831/14797/13292 20986/14951/13444</w:t>
        <w:br/>
        <w:t>f 20770/14735/13230 20831/14797/13292 20988/14953/13446</w:t>
        <w:br/>
        <w:t>f 20946/14915/13408 20770/14735/13230 20988/14953/13446</w:t>
        <w:br/>
        <w:t>f 20985/14952/13445 20955/14921/13414 20972/14938/13431</w:t>
        <w:br/>
        <w:t>f 20993/14959/13452 20985/14952/13445 20972/14938/13431</w:t>
        <w:br/>
        <w:t>f 20987/14954/13447 20985/14952/13445 20993/14959/13452</w:t>
        <w:br/>
        <w:t>f 20994/14960/13453 20987/14954/13447 20993/14959/13452</w:t>
        <w:br/>
        <w:t>f 20949/14912/13405 20987/14954/13447 20994/14960/13453</w:t>
        <w:br/>
        <w:t>f 20995/14961/13454 20949/14912/13405 20994/14960/13453</w:t>
        <w:br/>
        <w:t>f 20948/14913/13406 20949/14912/13405 20995/14961/13454</w:t>
        <w:br/>
        <w:t>f 20976/14941/13434 20948/14913/13406 20995/14961/13454</w:t>
        <w:br/>
        <w:t>f 20996/14962/13455 20933/14900/13393 20934/14899/13392</w:t>
        <w:br/>
        <w:t>f 20981/14946/13439 20996/14962/13455 20934/14899/13392</w:t>
        <w:br/>
        <w:t>f 20997/14963/13456 20996/14962/13455 20981/14946/13439</w:t>
        <w:br/>
        <w:t>f 20983/14948/13441 20997/14963/13456 20981/14946/13439</w:t>
        <w:br/>
        <w:t>f 20997/14963/13456 20983/14948/13441 20977/14943/13436</w:t>
        <w:br/>
        <w:t>f 20975/14942/13435 20997/14963/13456 20977/14943/13436</w:t>
        <w:br/>
        <w:t>f 20917/14884/13377 20999/14964/13457 20998/14965/13458</w:t>
        <w:br/>
        <w:t>f 20906/14872/13365 20917/14884/13377 20998/14965/13458</w:t>
        <w:br/>
        <w:t>f 20907/14871/13364 20898/14865/13358 20899/14864/13357</w:t>
        <w:br/>
        <w:t>f 20906/14872/13365 20907/14871/13364 20899/14864/13357</w:t>
        <w:br/>
        <w:t>f 20918/14883/13376 21000/14966/13459 20917/14884/13377</w:t>
        <w:br/>
        <w:t>f 21003/14967/13460 21002/14968/13460 21001/14969/13461</w:t>
        <w:br/>
        <w:t>f 20999/14964/13457 21003/14967/13460 21001/14969/13461</w:t>
        <w:br/>
        <w:t>f 20917/14884/13377 21005/14970/13462 21004/14971/13463</w:t>
        <w:br/>
        <w:t>f 21005/14970/13462 21000/14966/13459 21006/14972/13464</w:t>
        <w:br/>
        <w:t>f 21008/14973/13465 21007/14974/13465 21002/14968/13460</w:t>
        <w:br/>
        <w:t>f 21003/14967/13460 21008/14973/13465 21002/14968/13460</w:t>
        <w:br/>
        <w:t>f 21000/14966/13459 20848/14814/13307 20845/14811/13305</w:t>
        <w:br/>
        <w:t>f 21012/14975/13466 21011/14976/13467 21010/14977/13468</w:t>
        <w:br/>
        <w:t>f 21009/14978/13469 21012/14975/13466 21010/14977/13468</w:t>
        <w:br/>
        <w:t>f 21015/14979/13470 21014/14980/13471 21013/14981/13472</w:t>
        <w:br/>
        <w:t>f 21018/14982/13473 21017/14983/13474 21016/14984/13475</w:t>
        <w:br/>
        <w:t>f 21012/14975/13466 21005/14970/13462 21019/14985/13476</w:t>
        <w:br/>
        <w:t>f 21009/14978/13469 21004/14971/13463 21012/14975/13466</w:t>
        <w:br/>
        <w:t>f 20861/14826/13319 21020/14986/13477 20916/14879/13372</w:t>
        <w:br/>
        <w:t>f 20792/14757/13252 20861/14826/13319 20916/14879/13372</w:t>
        <w:br/>
        <w:t>f 20900/14866/13359 20915/14880/13373 20861/14826/13319</w:t>
        <w:br/>
        <w:t>f 20703/14668/13163 20900/14866/13359 20861/14826/13319</w:t>
        <w:br/>
        <w:t>f 20931/14898/13391 20937/14902/13395 20747/14716/13211</w:t>
        <w:br/>
        <w:t>f 20742/14706/13201 20931/14898/13391 20747/14716/13211</w:t>
        <w:br/>
        <w:t>f 21022/14987/13478 21021/14988/13479 20863/14830/13323</w:t>
        <w:br/>
        <w:t>f 20864/14829/13322 21022/14987/13478 20863/14830/13323</w:t>
        <w:br/>
        <w:t>f 20942/14909/13402 21022/14987/13478 20864/14829/13322</w:t>
        <w:br/>
        <w:t>f 20758/14721/13216 20942/14909/13402 20864/14829/13322</w:t>
        <w:br/>
        <w:t>f 21023/14989/13480 20992/14958/13451 20823/14790/13285</w:t>
        <w:br/>
        <w:t>f 20866/14833/13326 21023/14989/13480 20823/14790/13285</w:t>
        <w:br/>
        <w:t>f 20698/14667/13162 21024/14990/13481 20918/14883/13376</w:t>
        <w:br/>
        <w:t>f 20899/14864/13357 20698/14667/13162 20918/14883/13376</w:t>
        <w:br/>
        <w:t>f 20918/14883/13376 20868/14834/13327 20869/14835/13328</w:t>
        <w:br/>
        <w:t>f 20869/14835/13328 20848/14814/13307 21000/14966/13459</w:t>
        <w:br/>
        <w:t>f 20918/14883/13376 20869/14835/13328 21000/14966/13459</w:t>
        <w:br/>
        <w:t>f 21028/14991/13482 21027/14992/13483 21026/14993/13484</w:t>
        <w:br/>
        <w:t>f 21025/14994/13482 21028/14991/13482 21026/14993/13484</w:t>
        <w:br/>
        <w:t>f 21030/14995/13485 20998/14965/13458 21029/14996/13486</w:t>
        <w:br/>
        <w:t>f 21033/14997/13487 20876/14845/13337 21032/14998/13488</w:t>
        <w:br/>
        <w:t>f 21031/14999/13489 21033/14997/13487 21032/14998/13488</w:t>
        <w:br/>
        <w:t>f 21019/14985/13476 21005/14970/13462 21034/15000/13490</w:t>
        <w:br/>
        <w:t>f 21011/14976/13467 21035/15001/13491 21017/14983/13474</w:t>
        <w:br/>
        <w:t>f 21010/14977/13468 21011/14976/13467 21017/14983/13474</w:t>
        <w:br/>
        <w:t>f 21014/14980/13471 21015/14979/13470 21007/14974/13465</w:t>
        <w:br/>
        <w:t>f 21008/14973/13465 21014/14980/13471 21007/14974/13465</w:t>
        <w:br/>
        <w:t>f 21029/14996/13486 20998/14965/13458 20999/14964/13457</w:t>
        <w:br/>
        <w:t>f 21001/14969/13461 21029/14996/13486 20999/14964/13457</w:t>
        <w:br/>
        <w:t>f 21013/14981/13472 21014/14980/13471 21018/14982/13492</w:t>
        <w:br/>
        <w:t>f 21016/14984/13475 21017/14983/13474 21035/15001/13491</w:t>
        <w:br/>
        <w:t>f 21012/14975/13466 21004/14971/13463 21005/14970/13462</w:t>
        <w:br/>
        <w:t>f 21004/14971/13463 21009/14978/13469 20999/14964/13457</w:t>
        <w:br/>
        <w:t>f 20917/14884/13377 21004/14971/13463 20999/14964/13457</w:t>
        <w:br/>
        <w:t>f 21025/14994/13482 21037/15002/13493 21036/15003/13493</w:t>
        <w:br/>
        <w:t>f 21028/14991/13482 21025/14994/13482 21036/15003/13493</w:t>
        <w:br/>
        <w:t>f 21038/15004/13494 20884/14851/13344 20876/14845/13337</w:t>
        <w:br/>
        <w:t>f 21033/14997/13487 21038/15004/13494 20876/14845/13337</w:t>
        <w:br/>
        <w:t>f 20871/14838/13330 21027/14992/13483 21039/15005/13495</w:t>
        <w:br/>
        <w:t>f 21031/14999/13489 21032/14998/13488 21030/14995/13485</w:t>
        <w:br/>
        <w:t>f 21005/14970/13462 21006/14972/13464 21034/15000/13490</w:t>
        <w:br/>
        <w:t>f 20917/14884/13377 21000/14966/13459 21005/14970/13462</w:t>
        <w:br/>
        <w:t>f 20912/14876/13369 20925/14894/13387 20887/14853/13346</w:t>
        <w:br/>
        <w:t>f 20739/14704/13199 20912/14876/13369 20887/14853/13346</w:t>
        <w:br/>
        <w:t>f 20888/14854/13347 20935/14901/13394 20911/14877/13370</w:t>
        <w:br/>
        <w:t>f 20738/14705/13200 20888/14854/13347 20911/14877/13370</w:t>
        <w:br/>
        <w:t>f 20889/14855/13348 20953/14919/13412 20954/14918/13411</w:t>
        <w:br/>
        <w:t>f 20829/14796/13291 20889/14855/13348 20954/14918/13411</w:t>
        <w:br/>
        <w:t>f 20890/14856/13349 20957/14922/13415 20953/14919/13412</w:t>
        <w:br/>
        <w:t>f 20889/14855/13348 20890/14856/13349 20953/14919/13412</w:t>
        <w:br/>
        <w:t>f 20891/14857/13350 20958/14925/13418 20957/14922/13415</w:t>
        <w:br/>
        <w:t>f 20890/14856/13349 20891/14857/13350 20957/14922/13415</w:t>
        <w:br/>
        <w:t>f 20939/14906/13399 20958/14925/13418 20891/14857/13350</w:t>
        <w:br/>
        <w:t>f 20892/14858/13351 20939/14906/13399 20891/14857/13350</w:t>
        <w:br/>
        <w:t>f 20825/14792/13287 20978/14944/13437 20935/14901/13394</w:t>
        <w:br/>
        <w:t>f 20888/14854/13347 20825/14792/13287 20935/14901/13394</w:t>
        <w:br/>
        <w:t>f 20950/14917/13410 21023/14989/13480 20866/14833/13326</w:t>
        <w:br/>
        <w:t>f 20768/14731/13226 20950/14917/13410 20866/14833/13326</w:t>
        <w:br/>
        <w:t>f 21040/15006/13496 20932/14897/13390 20743/14709/13204</w:t>
        <w:br/>
        <w:t>f 20894/14860/13353 21040/15006/13496 20743/14709/13204</w:t>
        <w:br/>
        <w:t>f 20794/14760/13255 20938/14907/13400 20939/14906/13399</w:t>
        <w:br/>
        <w:t>f 20892/14858/13351 20794/14760/13255 20939/14906/13399</w:t>
        <w:br/>
        <w:t>f 21021/14988/13479 20920/14885/13378 20725/14688/13183</w:t>
        <w:br/>
        <w:t>f 20863/14830/13323 21021/14988/13479 20725/14688/13183</w:t>
        <w:br/>
        <w:t>f 21036/15003/13493 21037/15002/13493 21041/15007/13497</w:t>
        <w:br/>
        <w:t>f 20884/14851/13344 21038/15004/13494 20896/14862/13355</w:t>
        <w:br/>
        <w:t>f 20728/14695/13190 20922/14888/13381 21030/14995/13485</w:t>
        <w:br/>
        <w:t>f 21032/14998/13488 20728/14695/13190 21030/14995/13485</w:t>
        <w:br/>
        <w:t>f 20925/14894/13387 20926/14893/13386 20897/14863/13356</w:t>
        <w:br/>
        <w:t>f 20887/14853/13346 20925/14894/13387 20897/14863/13356</w:t>
        <w:br/>
        <w:t>f 21030/14995/13485 20922/14888/13381 20905/14873/13366</w:t>
        <w:br/>
        <w:t>f 20998/14965/13458 21030/14995/13485 20905/14873/13366</w:t>
        <w:br/>
        <w:t>f 20931/14898/13391 20932/14897/13390 20930/14895/13388</w:t>
        <w:br/>
        <w:t>f 20923/14889/13382 20931/14898/13391 20930/14895/13388</w:t>
        <w:br/>
        <w:t>f 20904/14867/13360 20936/14903/13396 20937/14902/13395</w:t>
        <w:br/>
        <w:t>f 20903/14868/13361 20904/14867/13360 20937/14902/13395</w:t>
        <w:br/>
        <w:t>f 20924/14890/13383 20919/14886/13379 20920/14885/13378</w:t>
        <w:br/>
        <w:t>f 20968/14934/13427 20924/14890/13383 20920/14885/13378</w:t>
        <w:br/>
        <w:t>f 20909/14874/13367 20921/14887/13380 20919/14886/13379</w:t>
        <w:br/>
        <w:t>f 20924/14890/13383 20909/14874/13367 20919/14886/13379</w:t>
        <w:br/>
        <w:t>f 20921/14887/13380 20909/14874/13367 20905/14873/13366</w:t>
        <w:br/>
        <w:t>f 20922/14888/13381 20921/14887/13380 20905/14873/13366</w:t>
        <w:br/>
        <w:t>f 20929/14896/13389 20930/14895/13388 20932/14897/13390</w:t>
        <w:br/>
        <w:t>f 21040/15006/13496 20929/14896/13389 20932/14897/13390</w:t>
        <w:br/>
        <w:t>f 20937/14902/13395 20931/14898/13391 20923/14889/13382</w:t>
        <w:br/>
        <w:t>f 20903/14868/13361 20937/14902/13395 20923/14889/13382</w:t>
        <w:br/>
        <w:t>f 20933/14900/13393 20979/14945/13438 20936/14903/13396</w:t>
        <w:br/>
        <w:t>f 20904/14867/13360 20933/14900/13393 20936/14903/13396</w:t>
        <w:br/>
        <w:t>f 20964/14931/13424 20965/14930/13423 20972/14938/13431</w:t>
        <w:br/>
        <w:t>f 20971/14937/13430 20964/14931/13424 20972/14938/13431</w:t>
        <w:br/>
        <w:t>f 20993/14959/13452 20972/14938/13431 20965/14930/13423</w:t>
        <w:br/>
        <w:t>f 20992/14958/13451 20993/14959/13452 20965/14930/13423</w:t>
        <w:br/>
        <w:t>f 20969/14935/13428 20968/14934/13427 20920/14885/13378</w:t>
        <w:br/>
        <w:t>f 21021/14988/13479 20969/14935/13428 20920/14885/13378</w:t>
        <w:br/>
        <w:t>f 20969/14935/13428 21021/14988/13479 21022/14987/13478</w:t>
        <w:br/>
        <w:t>f 20970/14936/13429 20969/14935/13428 21022/14987/13478</w:t>
        <w:br/>
        <w:t>f 20970/14936/13429 21022/14987/13478 20942/14909/13402</w:t>
        <w:br/>
        <w:t>f 20945/14910/13403 20970/14936/13429 20942/14909/13402</w:t>
        <w:br/>
        <w:t>f 20945/14910/13403 20942/14909/13402 20943/14908/13401</w:t>
        <w:br/>
        <w:t>f 20944/14911/13404 20945/14910/13403 20943/14908/13401</w:t>
        <w:br/>
        <w:t>f 20966/14932/13425 20964/14931/13424 20971/14937/13430</w:t>
        <w:br/>
        <w:t>f 20973/14939/13432 20966/14932/13425 20971/14937/13430</w:t>
        <w:br/>
        <w:t>f 20974/14940/13433 20967/14933/13426 20966/14932/13425</w:t>
        <w:br/>
        <w:t>f 20973/14939/13432 20974/14940/13433 20966/14932/13425</w:t>
        <w:br/>
        <w:t>f 20967/14933/13426 20974/14940/13433 20944/14911/13404</w:t>
        <w:br/>
        <w:t>f 20943/14908/13401 20967/14933/13426 20944/14911/13404</w:t>
        <w:br/>
        <w:t>f 20979/14945/13438 20933/14900/13393 20996/14962/13455</w:t>
        <w:br/>
        <w:t>f 20989/14955/13448 20979/14945/13438 20996/14962/13455</w:t>
        <w:br/>
        <w:t>f 20994/14960/13453 20993/14959/13452 20992/14958/13451</w:t>
        <w:br/>
        <w:t>f 21023/14989/13480 20994/14960/13453 20992/14958/13451</w:t>
        <w:br/>
        <w:t>f 20995/14961/13454 20994/14960/13453 21023/14989/13480</w:t>
        <w:br/>
        <w:t>f 20950/14917/13410 20995/14961/13454 21023/14989/13480</w:t>
        <w:br/>
        <w:t>f 20976/14941/13434 20995/14961/13454 20950/14917/13410</w:t>
        <w:br/>
        <w:t>f 20951/14916/13409 20976/14941/13434 20950/14917/13410</w:t>
        <w:br/>
        <w:t>f 20989/14955/13448 20996/14962/13455 20997/14963/13456</w:t>
        <w:br/>
        <w:t>f 20990/14956/13449 20989/14955/13448 20997/14963/13456</w:t>
        <w:br/>
        <w:t>f 20990/14956/13449 20997/14963/13456 20975/14942/13435</w:t>
        <w:br/>
        <w:t>f 20991/14957/13450 20990/14956/13449 20975/14942/13435</w:t>
        <w:br/>
        <w:t>f 20991/14957/13450 20975/14942/13435 20976/14941/13434</w:t>
        <w:br/>
        <w:t>f 20951/14916/13409 20991/14957/13450 20976/14941/13434</w:t>
        <w:br/>
        <w:t>f 20905/14873/13366 20906/14872/13365 20998/14965/13458</w:t>
        <w:br/>
        <w:t>f 16043/15008/13498 16042/15009/13499 16041/15010/13500</w:t>
        <w:br/>
        <w:t>f 16044/15011/13501 16043/15008/13498 16041/15010/13500</w:t>
        <w:br/>
        <w:t>f 16019/7647/6747 16016/7644/6745 16042/15009/13499</w:t>
        <w:br/>
        <w:t>f 16045/15012/13502 16019/7647/6747 16042/15009/13499</w:t>
        <w:br/>
        <w:t>f 16010/7638/6740 16011/7637/6739 16047/15013/13503</w:t>
        <w:br/>
        <w:t>f 16046/15014/13500 16010/7638/6740 16047/15013/13503</w:t>
        <w:br/>
        <w:t>f 16049/15015/13504 16047/15013/13503 16048/15016/13505</w:t>
        <w:br/>
        <w:t>f 16050/15017/13506 16049/15015/13504 16048/15016/13505</w:t>
        <w:br/>
        <w:t>f 16053/15018/13507 16052/15019/13508 16045/15012/13502</w:t>
        <w:br/>
        <w:t>f 16051/15020/13509 16053/15018/13507 16045/15012/13502</w:t>
        <w:br/>
        <w:t>f 16037/7668/6768 16052/15019/13508 16054/15021/13510</w:t>
        <w:br/>
        <w:t>f 16040/7665/6765 16037/7668/6768 16054/15021/13510</w:t>
        <w:br/>
        <w:t>f 16058/15022/13511 16057/15023/13512 16056/15024/13513</w:t>
        <w:br/>
        <w:t>f 16055/15025/13514 16058/15022/13511 16056/15024/13513</w:t>
        <w:br/>
        <w:t>f 16061/7669/6769 16060/7673/6773 16057/15023/13512</w:t>
        <w:br/>
        <w:t>f 16059/15026/13515 16061/7669/6769 16057/15023/13512</w:t>
        <w:br/>
        <w:t>f 16064/15027/13516 16063/15028/13517 16062/15029/13518</w:t>
        <w:br/>
        <w:t>f 16059/15026/13515 16064/15027/13516 16062/15029/13518</w:t>
        <w:br/>
        <w:t>f 16031/7660/6760 16066/7670/6770 16062/15029/13518</w:t>
        <w:br/>
        <w:t>f 16065/15030/13519 16031/7660/6760 16062/15029/13518</w:t>
        <w:br/>
        <w:t>f 16030/7657/6757 16031/7660/6760 16065/15030/13519</w:t>
        <w:br/>
        <w:t>f 16067/15031/13520 16030/7657/6757 16065/15030/13519</w:t>
        <w:br/>
        <w:t>f 16069/15032/13521 16068/15033/13522 16067/15031/13520</w:t>
        <w:br/>
        <w:t>f 16070/15034/13523 16069/15032/13521 16067/15031/13520</w:t>
        <w:br/>
        <w:t>f 16050/15017/13506 16048/15016/13505 16068/15033/13522</w:t>
        <w:br/>
        <w:t>f 16069/15032/13521 16050/15017/13506 16068/15033/13522</w:t>
        <w:br/>
        <w:t>f 16040/7665/6765 16054/15021/13510 16056/15024/13513</w:t>
        <w:br/>
        <w:t>f 16071/7675/6775 16040/7665/6765 16056/15024/13513</w:t>
        <w:br/>
        <w:t>f 16075/15035/13524 16074/15036/13525 16073/15037/13526</w:t>
        <w:br/>
        <w:t>f 16072/15038/13527 16075/15035/13524 16073/15037/13526</w:t>
        <w:br/>
        <w:t>f 16079/15039/13528 16078/15040/13529 16077/15041/13530</w:t>
        <w:br/>
        <w:t>f 16076/15042/13531 16079/15039/13528 16077/15041/13530</w:t>
        <w:br/>
        <w:t>f 16076/15042/13531 16077/15041/13530 16081/15043/13532</w:t>
        <w:br/>
        <w:t>f 16080/15044/13533 16076/15042/13531 16081/15043/13532</w:t>
        <w:br/>
        <w:t>f 16085/15045/13534 16084/15046/13535 16083/15047/13536</w:t>
        <w:br/>
        <w:t>f 16082/15048/13537 16085/15045/13534 16083/15047/13536</w:t>
        <w:br/>
        <w:t>f 16074/15036/13525 16086/15049/13538 16085/15045/13534</w:t>
        <w:br/>
        <w:t>f 16073/15037/13526 16074/15036/13525 16085/15045/13534</w:t>
        <w:br/>
        <w:t>f 16089/15050/13539 16088/15051/13540 16081/15043/13532</w:t>
        <w:br/>
        <w:t>f 16087/15052/13541 16089/15050/13539 16081/15043/13532</w:t>
        <w:br/>
        <w:t>f 16079/15039/13528 16091/15053/13542 16090/15054/13543</w:t>
        <w:br/>
        <w:t>f 16078/15040/13529 16079/15039/13528 16090/15054/13543</w:t>
        <w:br/>
        <w:t>f 16094/15055/13544 16093/15056/13545 16072/15038/13527</w:t>
        <w:br/>
        <w:t>f 16092/15057/13546 16094/15055/13544 16072/15038/13527</w:t>
        <w:br/>
        <w:t>f 16098/15058/13547 16097/15059/13548 16096/15060/13549</w:t>
        <w:br/>
        <w:t>f 16095/15061/13550 16098/15058/13547 16096/15060/13549</w:t>
        <w:br/>
        <w:t>f 16100/15062/13551 16099/15063/13552 16093/15056/13545</w:t>
        <w:br/>
        <w:t>f 16094/15055/13544 16100/15062/13551 16093/15056/13545</w:t>
        <w:br/>
        <w:t>f 16097/15059/13548 16102/15064/13553 16101/15065/13554</w:t>
        <w:br/>
        <w:t>f 16096/15060/13549 16097/15059/13548 16101/15065/13554</w:t>
        <w:br/>
        <w:t>f 16016/7644/6745 16017/7643/6740 16041/15010/13500</w:t>
        <w:br/>
        <w:t>f 16042/15009/13499 16016/7644/6745 16041/15010/13500</w:t>
        <w:br/>
        <w:t>f 16051/15020/13509 16045/15012/13502 16042/15009/13499</w:t>
        <w:br/>
        <w:t>f 16043/15008/13498 16051/15020/13509 16042/15009/13499</w:t>
        <w:br/>
        <w:t>f 16126/15066/13501 16046/15014/13500 16047/15013/13503</w:t>
        <w:br/>
        <w:t>f 16049/15015/13504 16126/15066/13501 16047/15013/13503</w:t>
        <w:br/>
        <w:t>f 16011/7637/6739 16034/7661/6761 16048/15016/13505</w:t>
        <w:br/>
        <w:t>f 16047/15013/13503 16011/7637/6739 16048/15016/13505</w:t>
        <w:br/>
        <w:t>f 16037/7668/6768 16019/7647/6747 16045/15012/13502</w:t>
        <w:br/>
        <w:t>f 16052/15019/13508 16037/7668/6768 16045/15012/13502</w:t>
        <w:br/>
        <w:t>f 16052/15019/13508 16053/15018/13507 16127/15067/13555</w:t>
        <w:br/>
        <w:t>f 16054/15021/13510 16052/15019/13508 16127/15067/13555</w:t>
        <w:br/>
        <w:t>f 16057/15023/13512 16060/7673/6773 16071/7675/6775</w:t>
        <w:br/>
        <w:t>f 16056/15024/13513 16057/15023/13512 16071/7675/6775</w:t>
        <w:br/>
        <w:t>f 16058/15022/13511 16064/15027/13516 16059/15026/13515</w:t>
        <w:br/>
        <w:t>f 16057/15023/13512 16058/15022/13511 16059/15026/13515</w:t>
        <w:br/>
        <w:t>f 16066/7670/6770 16061/7669/6769 16059/15026/13515</w:t>
        <w:br/>
        <w:t>f 16062/15029/13518 16066/7670/6770 16059/15026/13515</w:t>
        <w:br/>
        <w:t>f 16063/15028/13517 16128/15068/13556 16065/15030/13519</w:t>
        <w:br/>
        <w:t>f 16062/15029/13518 16063/15028/13517 16065/15030/13519</w:t>
        <w:br/>
        <w:t>f 16128/15068/13556 16070/15034/13523 16067/15031/13520</w:t>
        <w:br/>
        <w:t>f 16065/15030/13519 16128/15068/13556 16067/15031/13520</w:t>
        <w:br/>
        <w:t>f 16035/7664/6764 16030/7657/6757 16067/15031/13520</w:t>
        <w:br/>
        <w:t>f 16068/15033/13522 16035/7664/6764 16067/15031/13520</w:t>
        <w:br/>
        <w:t>f 16034/7661/6761 16035/7664/6764 16068/15033/13522</w:t>
        <w:br/>
        <w:t>f 16048/15016/13505 16034/7661/6761 16068/15033/13522</w:t>
        <w:br/>
        <w:t>f 16054/15021/13510 16127/15067/13555 16055/15025/13514</w:t>
        <w:br/>
        <w:t>f 16056/15024/13513 16054/15021/13510 16055/15025/13514</w:t>
        <w:br/>
        <w:t>f 16579/15069/13557 16578/15070/13558 16577/15071/13559</w:t>
        <w:br/>
        <w:t>f 16580/15072/13560 16579/15069/13557 16577/15071/13559</w:t>
        <w:br/>
        <w:t>f 16581/15073/13561 16579/15069/13557 16580/15072/13560</w:t>
        <w:br/>
        <w:t>f 16582/15074/13562 16581/15073/13561 16580/15072/13560</w:t>
        <w:br/>
        <w:t>f 16582/15074/13562 16584/15075/13563 16583/15076/13564</w:t>
        <w:br/>
        <w:t>f 16581/15073/13561 16582/15074/13562 16583/15076/13564</w:t>
        <w:br/>
        <w:t>f 16584/15075/13563 16586/15077/13565 16585/15078/13566</w:t>
        <w:br/>
        <w:t>f 16583/15076/13564 16584/15075/13563 16585/15078/13566</w:t>
        <w:br/>
        <w:t>f 16586/15077/13565 16588/15079/13567 16587/15080/13568</w:t>
        <w:br/>
        <w:t>f 16585/15078/13566 16586/15077/13565 16587/15080/13568</w:t>
        <w:br/>
        <w:t>f 16587/15080/13568 16588/15079/13567 16590/15081/13569</w:t>
        <w:br/>
        <w:t>f 16589/15082/13570 16587/15080/13568 16590/15081/13569</w:t>
        <w:br/>
        <w:t>f 16593/15083/13571 16592/15084/13572 16591/15085/13573</w:t>
        <w:br/>
        <w:t>f 16594/15086/13574 16593/15083/13571 16591/15085/13573</w:t>
        <w:br/>
        <w:t>f 16595/15087/13575 16592/15084/13572 16593/15083/13571</w:t>
        <w:br/>
        <w:t>f 16596/15088/13576 16595/15087/13575 16593/15083/13571</w:t>
        <w:br/>
        <w:t>f 16595/15087/13575 16596/15088/13576 16597/15089/13577</w:t>
        <w:br/>
        <w:t>f 16598/15090/13578 16595/15087/13575 16597/15089/13577</w:t>
        <w:br/>
        <w:t>f 16601/15091/13558 16600/15092/13579 16599/15093/13580</w:t>
        <w:br/>
        <w:t>f 16602/15094/13581 16601/15091/13558 16599/15093/13580</w:t>
        <w:br/>
        <w:t>f 16598/15090/13578 16597/15089/13577 16604/15095/13582</w:t>
        <w:br/>
        <w:t>f 16603/15096/13583 16598/15090/13578 16604/15095/13582</w:t>
        <w:br/>
        <w:t>f 16603/15096/13583 16604/15095/13582 16599/15093/13580</w:t>
        <w:br/>
        <w:t>f 16600/15092/13579 16603/15096/13583 16599/15093/13580</w:t>
        <w:br/>
        <w:t>f 16607/15097/13584 16606/15098/13585 16605/15099/13586</w:t>
        <w:br/>
        <w:t>f 16608/15100/13587 16607/15097/13584 16605/15099/13586</w:t>
        <w:br/>
        <w:t>f 16610/15101/13588 16607/15097/13584 16608/15100/13587</w:t>
        <w:br/>
        <w:t>f 16609/15102/13589 16610/15101/13588 16608/15100/13587</w:t>
        <w:br/>
        <w:t>f 16609/15102/13589 16612/15103/13590 16611/15104/13591</w:t>
        <w:br/>
        <w:t>f 16610/15101/13588 16609/15102/13589 16611/15104/13591</w:t>
        <w:br/>
        <w:t>f 16611/15104/13591 16612/15103/13590 16614/15105/13592</w:t>
        <w:br/>
        <w:t>f 16613/15106/13593 16611/15104/13591 16614/15105/13592</w:t>
        <w:br/>
        <w:t>f 16616/15107/13594 16615/15108/13595 16613/15106/13593</w:t>
        <w:br/>
        <w:t>f 16614/15105/13592 16616/15107/13594 16613/15106/13593</w:t>
        <w:br/>
        <w:t>f 16618/15109/13596 16617/15110/13597 16615/15108/13595</w:t>
        <w:br/>
        <w:t>f 16616/15107/13594 16618/15109/13596 16615/15108/13595</w:t>
        <w:br/>
        <w:t>f 16617/15110/13597 16618/15109/13596 16620/15111/13598</w:t>
        <w:br/>
        <w:t>f 16619/15112/13599 16617/15110/13597 16620/15111/13598</w:t>
        <w:br/>
        <w:t>f 16622/15113/13600 16621/15114/13601 16619/15112/13599</w:t>
        <w:br/>
        <w:t>f 16620/15111/13598 16622/15113/13600 16619/15112/13599</w:t>
        <w:br/>
        <w:t>f 16624/15115/13602 16623/15116/13603 16621/15114/13601</w:t>
        <w:br/>
        <w:t>f 16622/15113/13600 16624/15115/13602 16621/15114/13601</w:t>
        <w:br/>
        <w:t>f 16626/15117/13604 16625/15118/13605 16623/15116/13603</w:t>
        <w:br/>
        <w:t>f 16624/15115/13602 16626/15117/13604 16623/15116/13603</w:t>
        <w:br/>
        <w:t>f 16626/15117/13604 16628/15119/13606 16627/15120/13607</w:t>
        <w:br/>
        <w:t>f 16625/15118/13605 16626/15117/13604 16627/15120/13607</w:t>
        <w:br/>
        <w:t>f 16631/15121/13608 16630/15122/13607 16629/15123/13606</w:t>
        <w:br/>
        <w:t>f 16632/15124/13609 16631/15121/13608 16629/15123/13606</w:t>
        <w:br/>
        <w:t>f 16632/15124/13609 16605/15099/13586 16606/15098/13585</w:t>
        <w:br/>
        <w:t>f 16631/15121/13608 16632/15124/13609 16606/15098/13585</w:t>
        <w:br/>
        <w:t>f 16633/15125/13610 16613/15106/13593 16615/15108/13595</w:t>
        <w:br/>
        <w:t>f 16634/15126/13611 16633/15125/13610 16615/15108/13595</w:t>
        <w:br/>
        <w:t>f 16617/15110/13597 16635/15127/13612 16634/15126/13611</w:t>
        <w:br/>
        <w:t>f 16615/15108/13595 16617/15110/13597 16634/15126/13611</w:t>
        <w:br/>
        <w:t>f 16635/15127/13612 16617/15110/13597 16619/15112/13599</w:t>
        <w:br/>
        <w:t>f 16636/15128/13613 16635/15127/13612 16619/15112/13599</w:t>
        <w:br/>
        <w:t>f 16636/15128/13613 16619/15112/13599 16621/15114/13601</w:t>
        <w:br/>
        <w:t>f 16637/15129/13614 16636/15128/13613 16621/15114/13601</w:t>
        <w:br/>
        <w:t>f 16623/15116/13603 16638/15130/13615 16637/15129/13614</w:t>
        <w:br/>
        <w:t>f 16621/15114/13601 16623/15116/13603 16637/15129/13614</w:t>
        <w:br/>
        <w:t>f 16625/15118/13605 16639/15131/13616 16638/15130/13615</w:t>
        <w:br/>
        <w:t>f 16623/15116/13603 16625/15118/13605 16638/15130/13615</w:t>
        <w:br/>
        <w:t>f 16625/15118/13605 16627/15120/13607 16640/15132/13617</w:t>
        <w:br/>
        <w:t>f 16639/15131/13616 16625/15118/13605 16640/15132/13617</w:t>
        <w:br/>
        <w:t>f 16630/15122/13607 16631/15121/13608 16641/15133/13618</w:t>
        <w:br/>
        <w:t>f 16642/15134/13619 16630/15122/13607 16641/15133/13618</w:t>
        <w:br/>
        <w:t>f 16643/15135/13620 16641/15133/13618 16631/15121/13608</w:t>
        <w:br/>
        <w:t>f 16606/15098/13585 16643/15135/13620 16631/15121/13608</w:t>
        <w:br/>
        <w:t>f 16606/15098/13585 16607/15097/13584 16644/15136/13621</w:t>
        <w:br/>
        <w:t>f 16643/15135/13620 16606/15098/13585 16644/15136/13621</w:t>
        <w:br/>
        <w:t>f 16607/15097/13584 16610/15101/13588 16645/15137/13622</w:t>
        <w:br/>
        <w:t>f 16644/15136/13621 16607/15097/13584 16645/15137/13622</w:t>
        <w:br/>
        <w:t>f 16610/15101/13588 16611/15104/13591 16646/15138/13623</w:t>
        <w:br/>
        <w:t>f 16645/15137/13622 16610/15101/13588 16646/15138/13623</w:t>
        <w:br/>
        <w:t>f 16646/15138/13623 16611/15104/13591 16613/15106/13593</w:t>
        <w:br/>
        <w:t>f 16633/15125/13610 16646/15138/13623 16613/15106/13593</w:t>
        <w:br/>
        <w:t>f 16614/15105/13592 16612/15103/13590 16648/15139/13624</w:t>
        <w:br/>
        <w:t>f 16647/15140/13625 16614/15105/13592 16648/15139/13624</w:t>
        <w:br/>
        <w:t>f 16649/15141/13626 16616/15107/13594 16614/15105/13592</w:t>
        <w:br/>
        <w:t>f 16647/15140/13625 16649/15141/13626 16614/15105/13592</w:t>
        <w:br/>
        <w:t>f 16650/15142/13627 16618/15109/13596 16616/15107/13594</w:t>
        <w:br/>
        <w:t>f 16649/15141/13626 16650/15142/13627 16616/15107/13594</w:t>
        <w:br/>
        <w:t>f 16651/15143/13628 16620/15111/13598 16618/15109/13596</w:t>
        <w:br/>
        <w:t>f 16650/15142/13627 16651/15143/13628 16618/15109/13596</w:t>
        <w:br/>
        <w:t>f 16620/15111/13598 16651/15143/13628 16652/15144/13629</w:t>
        <w:br/>
        <w:t>f 16622/15113/13600 16620/15111/13598 16652/15144/13629</w:t>
        <w:br/>
        <w:t>f 16622/15113/13600 16652/15144/13629 16653/15145/13630</w:t>
        <w:br/>
        <w:t>f 16624/15115/13602 16622/15113/13600 16653/15145/13630</w:t>
        <w:br/>
        <w:t>f 16654/15146/13631 16626/15117/13604 16624/15115/13602</w:t>
        <w:br/>
        <w:t>f 16653/15145/13630 16654/15146/13631 16624/15115/13602</w:t>
        <w:br/>
        <w:t>f 16655/15147/13632 16628/15119/13606 16626/15117/13604</w:t>
        <w:br/>
        <w:t>f 16654/15146/13631 16655/15147/13632 16626/15117/13604</w:t>
        <w:br/>
        <w:t>f 16657/15148/13633 16632/15124/13609 16629/15123/13606</w:t>
        <w:br/>
        <w:t>f 16656/15149/13632 16657/15148/13633 16629/15123/13606</w:t>
        <w:br/>
        <w:t>f 16658/15150/13634 16605/15099/13586 16632/15124/13609</w:t>
        <w:br/>
        <w:t>f 16657/15148/13633 16658/15150/13634 16632/15124/13609</w:t>
        <w:br/>
        <w:t>f 16608/15100/13587 16605/15099/13586 16658/15150/13634</w:t>
        <w:br/>
        <w:t>f 16659/15151/13635 16608/15100/13587 16658/15150/13634</w:t>
        <w:br/>
        <w:t>f 16660/15152/13636 16609/15102/13589 16608/15100/13587</w:t>
        <w:br/>
        <w:t>f 16659/15151/13635 16660/15152/13636 16608/15100/13587</w:t>
        <w:br/>
        <w:t>f 16663/15153/13637 16662/15154/13638 16661/15155/13639</w:t>
        <w:br/>
        <w:t>f 16667/15156/13640 16666/15157/13641 16665/15158/13642</w:t>
        <w:br/>
        <w:t>f 16664/15159/13643 16667/15156/13640 16665/15158/13642</w:t>
        <w:br/>
        <w:t>f 16671/15160/13644 16670/15161/13645 16669/15162/13646</w:t>
        <w:br/>
        <w:t>f 16668/15163/13647 16671/15160/13644 16669/15162/13646</w:t>
        <w:br/>
        <w:t>f 16674/15164/13648 16673/15165/13649 16672/15166/13650</w:t>
        <w:br/>
        <w:t>f 16675/15167/13651 16674/15164/13648 16672/15166/13650</w:t>
        <w:br/>
        <w:t>f 16679/15168/13652 16678/15169/13653 16677/15170/13654</w:t>
        <w:br/>
        <w:t>f 16676/15171/13655 16679/15168/13652 16677/15170/13654</w:t>
        <w:br/>
        <w:t>f 16676/15171/13655 16681/15172/13656 16680/15173/13657</w:t>
        <w:br/>
        <w:t>f 16679/15168/13652 16676/15171/13655 16680/15173/13657</w:t>
        <w:br/>
        <w:t>f 16685/15174/13658 16684/15175/13659 16683/15176/13660</w:t>
        <w:br/>
        <w:t>f 16682/15177/13661 16685/15174/13658 16683/15176/13660</w:t>
        <w:br/>
        <w:t>f 16688/15178/13662 16687/15179/13663 16686/15180/13664</w:t>
        <w:br/>
        <w:t>f 16689/15181/13665 16688/15178/13662 16686/15180/13664</w:t>
        <w:br/>
        <w:t>f 16693/15182/13666 16692/15183/13664 16691/15184/13663</w:t>
        <w:br/>
        <w:t>f 16690/15185/13667 16693/15182/13666 16691/15184/13663</w:t>
        <w:br/>
        <w:t>f 16697/15186/13668 16696/15187/13669 16695/15188/13670</w:t>
        <w:br/>
        <w:t>f 16694/15189/13671 16697/15186/13668 16695/15188/13670</w:t>
        <w:br/>
        <w:t>f 16695/15188/13670 16696/15187/13669 16698/15190/13672</w:t>
        <w:br/>
        <w:t>f 16699/15191/13673 16695/15188/13670 16698/15190/13672</w:t>
        <w:br/>
        <w:t>f 16701/15192/13674 16700/15193/13675 16699/15191/13673</w:t>
        <w:br/>
        <w:t>f 16698/15190/13672 16701/15192/13674 16699/15191/13673</w:t>
        <w:br/>
        <w:t>f 16700/15193/13675 16701/15192/13674 16703/15194/13676</w:t>
        <w:br/>
        <w:t>f 16702/15195/13677 16700/15193/13675 16703/15194/13676</w:t>
        <w:br/>
        <w:t>f 16705/15196/13678 16704/15197/13679 16702/15195/13677</w:t>
        <w:br/>
        <w:t>f 16703/15194/13676 16705/15196/13678 16702/15195/13677</w:t>
        <w:br/>
        <w:t>f 16709/15198/13680 16708/15199/13681 16707/15200/13682</w:t>
        <w:br/>
        <w:t>f 16706/15201/13683 16709/15198/13680 16707/15200/13682</w:t>
        <w:br/>
        <w:t>f 16711/15202/13684 16710/15203/13685 16708/15199/13681</w:t>
        <w:br/>
        <w:t>f 16709/15198/13680 16711/15202/13684 16708/15199/13681</w:t>
        <w:br/>
        <w:t>f 16711/15202/13684 16713/15204/13686 16712/15205/13687</w:t>
        <w:br/>
        <w:t>f 16710/15203/13685 16711/15202/13684 16712/15205/13687</w:t>
        <w:br/>
        <w:t>f 16680/15173/13657 16681/15172/13656 16714/15206/13688</w:t>
        <w:br/>
        <w:t>f 16715/15207/13689 16680/15173/13657 16714/15206/13688</w:t>
        <w:br/>
        <w:t>f 16713/15204/13686 16717/15208/13690 16716/15209/13691</w:t>
        <w:br/>
        <w:t>f 16712/15205/13687 16713/15204/13686 16716/15209/13691</w:t>
        <w:br/>
        <w:t>f 16718/15210/13692 16706/15201/13683 16707/15200/13682</w:t>
        <w:br/>
        <w:t>f 16721/15211/13693 16720/15212/13694 16719/15213/13695</w:t>
        <w:br/>
        <w:t>f 16722/15214/13696 16721/15211/13693 16719/15213/13695</w:t>
        <w:br/>
        <w:t>f 16722/15214/13696 16724/15215/13697 16723/15216/13698</w:t>
        <w:br/>
        <w:t>f 16721/15211/13693 16722/15214/13696 16723/15216/13698</w:t>
        <w:br/>
        <w:t>f 16726/15217/13699 16725/15218/13700 16723/15216/13698</w:t>
        <w:br/>
        <w:t>f 16724/15215/13697 16726/15217/13699 16723/15216/13698</w:t>
        <w:br/>
        <w:t>f 16728/15219/13701 16727/15220/13702 16725/15218/13700</w:t>
        <w:br/>
        <w:t>f 16726/15217/13699 16728/15219/13701 16725/15218/13700</w:t>
        <w:br/>
        <w:t>f 16732/15221/13703 16731/15222/13704 16730/15223/13702</w:t>
        <w:br/>
        <w:t>f 16729/15224/13701 16732/15221/13703 16730/15223/13702</w:t>
        <w:br/>
        <w:t>f 16734/15225/13705 16733/15226/13706 16731/15222/13704</w:t>
        <w:br/>
        <w:t>f 16732/15221/13703 16734/15225/13705 16731/15222/13704</w:t>
        <w:br/>
        <w:t>f 16733/15226/13706 16734/15225/13705 16736/15227/13707</w:t>
        <w:br/>
        <w:t>f 16735/15228/13708 16733/15226/13706 16736/15227/13707</w:t>
        <w:br/>
        <w:t>f 16735/15228/13708 16736/15227/13707 16738/15229/13709</w:t>
        <w:br/>
        <w:t>f 16737/15230/13710 16735/15228/13708 16738/15229/13709</w:t>
        <w:br/>
        <w:t>f 16737/15230/13710 16738/15229/13709 16739/15231/13711</w:t>
        <w:br/>
        <w:t>f 16740/15232/13712 16737/15230/13710 16739/15231/13711</w:t>
        <w:br/>
        <w:t>f 16740/15232/13712 16739/15231/13711 16742/15233/13713</w:t>
        <w:br/>
        <w:t>f 16741/15234/13714 16740/15232/13712 16742/15233/13713</w:t>
        <w:br/>
        <w:t>f 16744/15235/13715 16743/15236/13716 16741/15234/13714</w:t>
        <w:br/>
        <w:t>f 16742/15233/13713 16744/15235/13715 16741/15234/13714</w:t>
        <w:br/>
        <w:t>f 16744/15235/13715 16746/15237/13717 16745/15238/13718</w:t>
        <w:br/>
        <w:t>f 16743/15236/13716 16744/15235/13715 16745/15238/13718</w:t>
        <w:br/>
        <w:t>f 16745/15238/13718 16746/15237/13717 16747/15239/13719</w:t>
        <w:br/>
        <w:t>f 16748/15240/13720 16745/15238/13718 16747/15239/13719</w:t>
        <w:br/>
        <w:t>f 16748/15240/13720 16747/15239/13719 16719/15213/13695</w:t>
        <w:br/>
        <w:t>f 16720/15212/13694 16748/15240/13720 16719/15213/13695</w:t>
        <w:br/>
        <w:t>f 16752/15241/13721 16751/15242/13722 16750/15243/13723</w:t>
        <w:br/>
        <w:t>f 16749/15244/13724 16752/15241/13721 16750/15243/13723</w:t>
        <w:br/>
        <w:t>f 16754/15245/13725 16752/15241/13721 16749/15244/13724</w:t>
        <w:br/>
        <w:t>f 16753/15246/13726 16754/15245/13725 16749/15244/13724</w:t>
        <w:br/>
        <w:t>f 16754/15245/13725 16753/15246/13726 16755/15247/13727</w:t>
        <w:br/>
        <w:t>f 16756/15248/13728 16754/15245/13725 16755/15247/13727</w:t>
        <w:br/>
        <w:t>f 16758/15249/13729 16756/15248/13728 16755/15247/13727</w:t>
        <w:br/>
        <w:t>f 16757/15250/13730 16758/15249/13729 16755/15247/13727</w:t>
        <w:br/>
        <w:t>f 16757/15250/13730 16760/15251/13731 16759/15252/13732</w:t>
        <w:br/>
        <w:t>f 16758/15249/13729 16757/15250/13730 16759/15252/13732</w:t>
        <w:br/>
        <w:t>f 16759/15252/13732 16760/15251/13731 16761/15253/13733</w:t>
        <w:br/>
        <w:t>f 16762/15254/13734 16759/15252/13732 16761/15253/13733</w:t>
        <w:br/>
        <w:t>f 16764/15255/13735 16763/15256/13736 16762/15254/13734</w:t>
        <w:br/>
        <w:t>f 16761/15253/13733 16764/15255/13735 16762/15254/13734</w:t>
        <w:br/>
        <w:t>f 16763/15256/13736 16764/15255/13735 16765/15257/13737</w:t>
        <w:br/>
        <w:t>f 16766/15258/13738 16763/15256/13736 16765/15257/13737</w:t>
        <w:br/>
        <w:t>f 16766/15258/13738 16765/15257/13737 16768/15259/13739</w:t>
        <w:br/>
        <w:t>f 16767/15260/13740 16766/15258/13738 16768/15259/13739</w:t>
        <w:br/>
        <w:t>f 16770/15261/13741 16769/15262/13742 16767/15260/13740</w:t>
        <w:br/>
        <w:t>f 16768/15259/13739 16770/15261/13741 16767/15260/13740</w:t>
        <w:br/>
        <w:t>f 16772/15263/13743 16771/15264/13744 16769/15262/13742</w:t>
        <w:br/>
        <w:t>f 16770/15261/13741 16772/15263/13743 16769/15262/13742</w:t>
        <w:br/>
        <w:t>f 16771/15264/13744 16772/15263/13743 16774/15265/13745</w:t>
        <w:br/>
        <w:t>f 16773/15266/13746 16771/15264/13744 16774/15265/13745</w:t>
        <w:br/>
        <w:t>f 16778/15267/13747 16777/15268/13748 16776/15269/13746</w:t>
        <w:br/>
        <w:t>f 16775/15270/13745 16778/15267/13747 16776/15269/13746</w:t>
        <w:br/>
        <w:t>f 16750/15243/13723 16751/15242/13722 16777/15268/13748</w:t>
        <w:br/>
        <w:t>f 16778/15267/13747 16750/15243/13723 16777/15268/13748</w:t>
        <w:br/>
        <w:t>f 16694/15189/13671 16695/15188/13670 16780/15271/13749</w:t>
        <w:br/>
        <w:t>f 16779/15272/13750 16694/15189/13671 16780/15271/13749</w:t>
        <w:br/>
        <w:t>f 16780/15271/13749 16695/15188/13670 16699/15191/13673</w:t>
        <w:br/>
        <w:t>f 16781/15273/13751 16780/15271/13749 16699/15191/13673</w:t>
        <w:br/>
        <w:t>f 16700/15193/13675 16782/15274/13752 16781/15273/13751</w:t>
        <w:br/>
        <w:t>f 16699/15191/13673 16700/15193/13675 16781/15273/13751</w:t>
        <w:br/>
        <w:t>f 16782/15274/13752 16700/15193/13675 16702/15195/13677</w:t>
        <w:br/>
        <w:t>f 16783/15275/13753 16782/15274/13752 16702/15195/13677</w:t>
        <w:br/>
        <w:t>f 16704/15197/13679 16718/15210/13692 16783/15275/13753</w:t>
        <w:br/>
        <w:t>f 16702/15195/13677 16704/15197/13679 16783/15275/13753</w:t>
        <w:br/>
        <w:t>f 16786/15276/13754 16785/15277/13755 16784/15278/13756</w:t>
        <w:br/>
        <w:t>f 16787/15279/13757 16786/15276/13754 16784/15278/13756</w:t>
        <w:br/>
        <w:t>f 16789/15280/13758 16705/15196/13678 16788/15281/13759</w:t>
        <w:br/>
        <w:t>f 16791/15282/13760 16790/15283/13761 16789/15280/13758</w:t>
        <w:br/>
        <w:t>f 16788/15281/13759 16791/15282/13760 16789/15280/13758</w:t>
        <w:br/>
        <w:t>f 16792/15284/13762 16786/15276/13754 16787/15279/13757</w:t>
        <w:br/>
        <w:t>f 16793/15285/13763 16792/15284/13762 16787/15279/13757</w:t>
        <w:br/>
        <w:t>f 16794/15286/13764 16717/15208/13690 16689/15181/13665</w:t>
        <w:br/>
        <w:t>f 16688/15178/13662 16792/15284/13762 16793/15285/13763</w:t>
        <w:br/>
        <w:t>f 16795/15287/13765 16794/15286/13764 16689/15181/13665</w:t>
        <w:br/>
        <w:t>f 16686/15180/13664 16795/15287/13765 16689/15181/13665</w:t>
        <w:br/>
        <w:t>f 16797/15288/13766 16796/15289/13765 16692/15183/13664</w:t>
        <w:br/>
        <w:t>f 16693/15182/13666 16797/15288/13766 16692/15183/13664</w:t>
        <w:br/>
        <w:t>f 16693/15182/13666 16694/15189/13671 16779/15272/13750</w:t>
        <w:br/>
        <w:t>f 16797/15288/13766 16693/15182/13666 16779/15272/13750</w:t>
        <w:br/>
        <w:t>f 16800/15290/13639 16799/15291/13767 16798/15292/13768</w:t>
        <w:br/>
        <w:t>f 16685/15174/13658 16800/15290/13639 16798/15292/13768</w:t>
        <w:br/>
        <w:t>f 16802/15293/13769 16674/15164/13648 16675/15167/13651</w:t>
        <w:br/>
        <w:t>f 16801/15294/13770 16802/15293/13769 16675/15167/13651</w:t>
        <w:br/>
        <w:t>f 16804/15295/13771 16803/15296/13772 16678/15169/13653</w:t>
        <w:br/>
        <w:t>f 16679/15168/13652 16804/15295/13771 16678/15169/13653</w:t>
        <w:br/>
        <w:t>f 16680/15173/13657 16805/15297/13773 16804/15295/13771</w:t>
        <w:br/>
        <w:t>f 16679/15168/13652 16680/15173/13657 16804/15295/13771</w:t>
        <w:br/>
        <w:t>f 16805/15297/13773 16715/15207/13689 16806/15298/13774</w:t>
        <w:br/>
        <w:t>f 16684/15175/13659 16685/15174/13658 16798/15292/13768</w:t>
        <w:br/>
        <w:t>f 16807/15299/13775 16684/15175/13659 16798/15292/13768</w:t>
        <w:br/>
        <w:t>f 16810/15300/13776 16809/15301/13777 16808/15302/13778</w:t>
        <w:br/>
        <w:t>f 16811/15303/13779 16810/15300/13776 16808/15302/13778</w:t>
        <w:br/>
        <w:t>f 16814/15304/13780 16813/15305/13781 16812/15306/13782</w:t>
        <w:br/>
        <w:t>f 16817/15307/13783 16816/15308/13784 16815/15309/13785</w:t>
        <w:br/>
        <w:t>f 16818/15310/13786 16817/15307/13783 16815/15309/13785</w:t>
        <w:br/>
        <w:t>f 16820/15311/13787 16818/15310/13786 16815/15309/13785</w:t>
        <w:br/>
        <w:t>f 16819/15312/13788 16820/15311/13787 16815/15309/13785</w:t>
        <w:br/>
        <w:t>f 16819/15312/13788 16821/15313/13789 16820/15311/13787</w:t>
        <w:br/>
        <w:t>f 16824/15314/13790 16823/15315/13791 16822/15316/13792</w:t>
        <w:br/>
        <w:t>f 16825/15317/13793 16824/15314/13790 16822/15316/13792</w:t>
        <w:br/>
        <w:t>f 16828/15318/13794 16827/15319/13795 16826/15320/13796</w:t>
        <w:br/>
        <w:t>f 16829/15321/13797 16828/15318/13794 16826/15320/13796</w:t>
        <w:br/>
        <w:t>f 16831/15322/13798 16829/15321/13797 16826/15320/13796</w:t>
        <w:br/>
        <w:t>f 16830/15323/13799 16831/15322/13798 16826/15320/13796</w:t>
        <w:br/>
        <w:t>f 16811/15303/13779 16833/15324/13800 16832/15325/13801</w:t>
        <w:br/>
        <w:t>f 16810/15300/13776 16811/15303/13779 16832/15325/13801</w:t>
        <w:br/>
        <w:t>f 16834/15326/13802 16082/15048/13537 16724/15215/13697</w:t>
        <w:br/>
        <w:t>f 16722/15214/13696 16834/15326/13802 16724/15215/13697</w:t>
        <w:br/>
        <w:t>f 16722/15214/13696 16719/15213/13695 16092/15057/13546</w:t>
        <w:br/>
        <w:t>f 16834/15326/13802 16722/15214/13696 16092/15057/13546</w:t>
        <w:br/>
        <w:t>f 16747/15239/13719 16094/15055/13544 16092/15057/13546</w:t>
        <w:br/>
        <w:t>f 16719/15213/13695 16747/15239/13719 16092/15057/13546</w:t>
        <w:br/>
        <w:t>f 16094/15055/13544 16747/15239/13719 16746/15237/13717</w:t>
        <w:br/>
        <w:t>f 16100/15062/13551 16094/15055/13544 16746/15237/13717</w:t>
        <w:br/>
        <w:t>f 16746/15237/13717 16744/15235/13715 16835/15327/13803</w:t>
        <w:br/>
        <w:t>f 16100/15062/13551 16746/15237/13717 16835/15327/13803</w:t>
        <w:br/>
        <w:t>f 16744/15235/13715 16742/15233/13713 16836/15328/13804</w:t>
        <w:br/>
        <w:t>f 16835/15327/13803 16744/15235/13715 16836/15328/13804</w:t>
        <w:br/>
        <w:t>f 16836/15328/13804 16742/15233/13713 16739/15231/13711</w:t>
        <w:br/>
        <w:t>f 16837/15329/13805 16836/15328/13804 16739/15231/13711</w:t>
        <w:br/>
        <w:t>f 16738/15229/13709 16087/15052/13541 16837/15329/13805</w:t>
        <w:br/>
        <w:t>f 16739/15231/13711 16738/15229/13709 16837/15329/13805</w:t>
        <w:br/>
        <w:t>f 16087/15052/13541 16738/15229/13709 16736/15227/13707</w:t>
        <w:br/>
        <w:t>f 16089/15050/13539 16087/15052/13541 16736/15227/13707</w:t>
        <w:br/>
        <w:t>f 16089/15050/13539 16736/15227/13707 16734/15225/13705</w:t>
        <w:br/>
        <w:t>f 16098/15058/13547 16089/15050/13539 16734/15225/13705</w:t>
        <w:br/>
        <w:t>f 16097/15059/13548 16098/15058/13547 16734/15225/13705</w:t>
        <w:br/>
        <w:t>f 16732/15221/13703 16097/15059/13548 16734/15225/13705</w:t>
        <w:br/>
        <w:t>f 16102/15064/13553 16097/15059/13548 16732/15221/13703</w:t>
        <w:br/>
        <w:t>f 16729/15224/13701 16102/15064/13553 16732/15221/13703</w:t>
        <w:br/>
        <w:t>f 16728/15219/13701 16726/15217/13699 16083/15047/13536</w:t>
        <w:br/>
        <w:t>f 16838/15330/13806 16728/15219/13701 16083/15047/13536</w:t>
        <w:br/>
        <w:t>f 16726/15217/13699 16724/15215/13697 16082/15048/13537</w:t>
        <w:br/>
        <w:t>f 16083/15047/13536 16726/15217/13699 16082/15048/13537</w:t>
        <w:br/>
        <w:t>f 16751/15242/13722 16752/15241/13721 16721/15211/13693</w:t>
        <w:br/>
        <w:t>f 16723/15216/13698 16751/15242/13722 16721/15211/13693</w:t>
        <w:br/>
        <w:t>f 16720/15212/13694 16721/15211/13693 16752/15241/13721</w:t>
        <w:br/>
        <w:t>f 16754/15245/13725 16720/15212/13694 16752/15241/13721</w:t>
        <w:br/>
        <w:t>f 16754/15245/13725 16756/15248/13728 16748/15240/13720</w:t>
        <w:br/>
        <w:t>f 16720/15212/13694 16754/15245/13725 16748/15240/13720</w:t>
        <w:br/>
        <w:t>f 16745/15238/13718 16748/15240/13720 16756/15248/13728</w:t>
        <w:br/>
        <w:t>f 16758/15249/13729 16745/15238/13718 16756/15248/13728</w:t>
        <w:br/>
        <w:t>f 16758/15249/13729 16759/15252/13732 16743/15236/13716</w:t>
        <w:br/>
        <w:t>f 16745/15238/13718 16758/15249/13729 16743/15236/13716</w:t>
        <w:br/>
        <w:t>f 16759/15252/13732 16762/15254/13734 16741/15234/13714</w:t>
        <w:br/>
        <w:t>f 16743/15236/13716 16759/15252/13732 16741/15234/13714</w:t>
        <w:br/>
        <w:t>f 16763/15256/13736 16740/15232/13712 16741/15234/13714</w:t>
        <w:br/>
        <w:t>f 16762/15254/13734 16763/15256/13736 16741/15234/13714</w:t>
        <w:br/>
        <w:t>f 16740/15232/13712 16763/15256/13736 16766/15258/13738</w:t>
        <w:br/>
        <w:t>f 16737/15230/13710 16740/15232/13712 16766/15258/13738</w:t>
        <w:br/>
        <w:t>f 16737/15230/13710 16766/15258/13738 16767/15260/13740</w:t>
        <w:br/>
        <w:t>f 16735/15228/13708 16737/15230/13710 16767/15260/13740</w:t>
        <w:br/>
        <w:t>f 16769/15262/13742 16733/15226/13706 16735/15228/13708</w:t>
        <w:br/>
        <w:t>f 16767/15260/13740 16769/15262/13742 16735/15228/13708</w:t>
        <w:br/>
        <w:t>f 16771/15264/13744 16731/15222/13704 16733/15226/13706</w:t>
        <w:br/>
        <w:t>f 16769/15262/13742 16771/15264/13744 16733/15226/13706</w:t>
        <w:br/>
        <w:t>f 16773/15266/13746 16730/15223/13702 16731/15222/13704</w:t>
        <w:br/>
        <w:t>f 16771/15264/13744 16773/15266/13746 16731/15222/13704</w:t>
        <w:br/>
        <w:t>f 16777/15268/13748 16725/15218/13700 16727/15220/13702</w:t>
        <w:br/>
        <w:t>f 16776/15269/13746 16777/15268/13748 16727/15220/13702</w:t>
        <w:br/>
        <w:t>f 16751/15242/13722 16723/15216/13698 16725/15218/13700</w:t>
        <w:br/>
        <w:t>f 16777/15268/13748 16751/15242/13722 16725/15218/13700</w:t>
        <w:br/>
        <w:t>f 16840/15331/13807 16839/15332/13808 16600/15092/13579</w:t>
        <w:br/>
        <w:t>f 16601/15091/13558 16840/15331/13807 16600/15092/13579</w:t>
        <w:br/>
        <w:t>f 16603/15096/13583 16600/15092/13579 16839/15332/13808</w:t>
        <w:br/>
        <w:t>f 16841/15333/13809 16603/15096/13583 16839/15332/13808</w:t>
        <w:br/>
        <w:t>f 16843/15334/13810 16842/15335/13811 16819/15312/13788</w:t>
        <w:br/>
        <w:t>f 16819/15312/13788 16844/15336/13812 16843/15334/13810</w:t>
        <w:br/>
        <w:t>f 16816/15308/13784 16844/15336/13812 16815/15309/13785</w:t>
        <w:br/>
        <w:t>f 16779/15272/13750 16780/15271/13749 16749/15244/13724</w:t>
        <w:br/>
        <w:t>f 16750/15243/13723 16779/15272/13750 16749/15244/13724</w:t>
        <w:br/>
        <w:t>f 16753/15246/13726 16749/15244/13724 16780/15271/13749</w:t>
        <w:br/>
        <w:t>f 16781/15273/13751 16753/15246/13726 16780/15271/13749</w:t>
        <w:br/>
        <w:t>f 16753/15246/13726 16781/15273/13751 16782/15274/13752</w:t>
        <w:br/>
        <w:t>f 16755/15247/13727 16753/15246/13726 16782/15274/13752</w:t>
        <w:br/>
        <w:t>f 16757/15250/13730 16755/15247/13727 16782/15274/13752</w:t>
        <w:br/>
        <w:t>f 16783/15275/13753 16757/15250/13730 16782/15274/13752</w:t>
        <w:br/>
        <w:t>f 16757/15250/13730 16783/15275/13753 16718/15210/13692</w:t>
        <w:br/>
        <w:t>f 16760/15251/13731 16757/15250/13730 16718/15210/13692</w:t>
        <w:br/>
        <w:t>f 16707/15200/13682 16761/15253/13733 16760/15251/13731</w:t>
        <w:br/>
        <w:t>f 16718/15210/13692 16707/15200/13682 16760/15251/13731</w:t>
        <w:br/>
        <w:t>f 16761/15253/13733 16707/15200/13682 16708/15199/13681</w:t>
        <w:br/>
        <w:t>f 16764/15255/13735 16761/15253/13733 16708/15199/13681</w:t>
        <w:br/>
        <w:t>f 16710/15203/13685 16765/15257/13737 16764/15255/13735</w:t>
        <w:br/>
        <w:t>f 16708/15199/13681 16710/15203/13685 16764/15255/13735</w:t>
        <w:br/>
        <w:t>f 16768/15259/13739 16765/15257/13737 16710/15203/13685</w:t>
        <w:br/>
        <w:t>f 16712/15205/13687 16768/15259/13739 16710/15203/13685</w:t>
        <w:br/>
        <w:t>f 16770/15261/13741 16768/15259/13739 16712/15205/13687</w:t>
        <w:br/>
        <w:t>f 16716/15209/13691 16770/15261/13741 16712/15205/13687</w:t>
        <w:br/>
        <w:t>f 16772/15263/13743 16770/15261/13741 16716/15209/13691</w:t>
        <w:br/>
        <w:t>f 16794/15286/13764 16772/15263/13743 16716/15209/13691</w:t>
        <w:br/>
        <w:t>f 16774/15265/13745 16772/15263/13743 16794/15286/13764</w:t>
        <w:br/>
        <w:t>f 16795/15287/13765 16774/15265/13745 16794/15286/13764</w:t>
        <w:br/>
        <w:t>f 16796/15289/13765 16797/15288/13766 16778/15267/13747</w:t>
        <w:br/>
        <w:t>f 16775/15270/13745 16796/15289/13765 16778/15267/13747</w:t>
        <w:br/>
        <w:t>f 16797/15288/13766 16779/15272/13750 16750/15243/13723</w:t>
        <w:br/>
        <w:t>f 16778/15267/13747 16797/15288/13766 16750/15243/13723</w:t>
        <w:br/>
        <w:t>f 16847/15337/13813 16846/15338/13814 16845/15339/13815</w:t>
        <w:br/>
        <w:t>f 16842/15335/13811 16847/15337/13813 16845/15339/13815</w:t>
        <w:br/>
        <w:t>f 16666/15157/13641 16667/15156/13640 16848/15340/13816</w:t>
        <w:br/>
        <w:t>f 16662/15154/13638 16666/15157/13641 16848/15340/13816</w:t>
        <w:br/>
        <w:t>f 16579/15069/13557 16581/15073/13561 16850/15341/13817</w:t>
        <w:br/>
        <w:t>f 16849/15342/13818 16579/15069/13557 16850/15341/13817</w:t>
        <w:br/>
        <w:t>f 16844/15336/13812 16850/15341/13817 16581/15073/13561</w:t>
        <w:br/>
        <w:t>f 16583/15076/13564 16844/15336/13812 16581/15073/13561</w:t>
        <w:br/>
        <w:t>f 16583/15076/13564 16585/15078/13566 16843/15334/13810</w:t>
        <w:br/>
        <w:t>f 16844/15336/13812 16583/15076/13564 16843/15334/13810</w:t>
        <w:br/>
        <w:t>f 16585/15078/13566 16587/15080/13568 16851/15343/13819</w:t>
        <w:br/>
        <w:t>f 16843/15334/13810 16585/15078/13566 16851/15343/13819</w:t>
        <w:br/>
        <w:t>f 16814/15304/13780 16816/15308/13784 16817/15307/13783</w:t>
        <w:br/>
        <w:t>f 16821/15313/13789 16842/15335/13811 16845/15339/13815</w:t>
        <w:br/>
        <w:t>f 16852/15344/13820 16671/15160/13644 16668/15163/13647</w:t>
        <w:br/>
        <w:t>f 16853/15345/13821 16852/15344/13820 16668/15163/13647</w:t>
        <w:br/>
        <w:t>f 16854/15346/13822 16848/15340/13816 16667/15156/13640</w:t>
        <w:br/>
        <w:t>f 16855/15347/13823 16854/15346/13822 16667/15156/13640</w:t>
        <w:br/>
        <w:t>f 16802/15293/13769 16856/15348/13824 16669/15162/13646</w:t>
        <w:br/>
        <w:t>f 16674/15164/13648 16802/15293/13769 16669/15162/13646</w:t>
        <w:br/>
        <w:t>f 16813/15305/13781 16858/15349/13825 16857/15350/13826</w:t>
        <w:br/>
        <w:t>f 16812/15306/13782 16813/15305/13781 16857/15350/13826</w:t>
        <w:br/>
        <w:t>f 16668/15163/13647 16669/15162/13646 16856/15348/13824</w:t>
        <w:br/>
        <w:t>f 16859/15351/13827 16668/15163/13647 16856/15348/13824</w:t>
        <w:br/>
        <w:t>f 16589/15082/13570 16860/15352/13828 16851/15343/13819</w:t>
        <w:br/>
        <w:t>f 16587/15080/13568 16589/15082/13570 16851/15343/13819</w:t>
        <w:br/>
        <w:t>f 16825/15317/13793 16822/15316/13792 16846/15338/13814</w:t>
        <w:br/>
        <w:t>f 16847/15337/13813 16825/15317/13793 16846/15338/13814</w:t>
        <w:br/>
        <w:t>f 16663/15153/13637 16862/15353/13778 16861/15354/13829</w:t>
        <w:br/>
        <w:t>f 16848/15340/13816 16854/15346/13822 16863/15355/13767</w:t>
        <w:br/>
        <w:t>f 16661/15155/13639 16848/15340/13816 16863/15355/13767</w:t>
        <w:br/>
        <w:t>f 16578/15070/13558 16579/15069/13557 16849/15342/13818</w:t>
        <w:br/>
        <w:t>f 16864/15356/13807 16578/15070/13558 16849/15342/13818</w:t>
        <w:br/>
        <w:t>f 16865/15357/13777 16857/15350/13826 16858/15349/13825</w:t>
        <w:br/>
        <w:t>f 16862/15353/13778 16865/15357/13777 16858/15349/13825</w:t>
        <w:br/>
        <w:t>f 16811/15303/13779 16808/15302/13778 16866/15358/13637</w:t>
        <w:br/>
        <w:t>f 16682/15177/13661 16811/15303/13779 16866/15358/13637</w:t>
        <w:br/>
        <w:t>f 16666/15157/13641 16868/15359/13830 16867/15360/13831</w:t>
        <w:br/>
        <w:t>f 16665/15158/13642 16666/15157/13641 16867/15360/13831</w:t>
        <w:br/>
        <w:t>f 16662/15154/13638 16869/15361/13832 16868/15359/13830</w:t>
        <w:br/>
        <w:t>f 16666/15157/13641 16662/15154/13638 16868/15359/13830</w:t>
        <w:br/>
        <w:t>f 16870/15362/13833 16814/15304/13780 16817/15307/13783</w:t>
        <w:br/>
        <w:t>f 16871/15363/13834 16870/15362/13833 16817/15307/13783</w:t>
        <w:br/>
        <w:t>f 16665/15158/13642 16867/15360/13831 16873/15364/13835</w:t>
        <w:br/>
        <w:t>f 16872/15365/13836 16665/15158/13642 16873/15364/13835</w:t>
        <w:br/>
        <w:t>f 16875/15366/13837 16874/15367/13838 16872/15365/13836</w:t>
        <w:br/>
        <w:t>f 16873/15364/13835 16875/15366/13837 16872/15365/13836</w:t>
        <w:br/>
        <w:t>f 16874/15367/13838 16875/15366/13837 16876/15368/13839</w:t>
        <w:br/>
        <w:t>f 16877/15369/13840 16874/15367/13838 16876/15368/13839</w:t>
        <w:br/>
        <w:t>f 16852/15344/13820 16877/15369/13840 16876/15368/13839</w:t>
        <w:br/>
        <w:t>f 16878/15370/13841 16852/15344/13820 16876/15368/13839</w:t>
        <w:br/>
        <w:t>f 16878/15370/13841 16879/15371/13842 16671/15160/13644</w:t>
        <w:br/>
        <w:t>f 16852/15344/13820 16878/15370/13841 16671/15160/13644</w:t>
        <w:br/>
        <w:t>f 16822/15316/13792 16880/15372/13843 16846/15338/13814</w:t>
        <w:br/>
        <w:t>f 16673/15165/13649 16670/15161/13645 16881/15373/13844</w:t>
        <w:br/>
        <w:t>f 16823/15315/13791 16672/15166/13650 16673/15165/13649</w:t>
        <w:br/>
        <w:t>f 16822/15316/13792 16823/15315/13791 16673/15165/13649</w:t>
        <w:br/>
        <w:t>f 16677/15170/13654 16828/15318/13794 16829/15321/13797</w:t>
        <w:br/>
        <w:t>f 16676/15171/13655 16677/15170/13654 16829/15321/13797</w:t>
        <w:br/>
        <w:t>f 16829/15321/13797 16831/15322/13798 16681/15172/13656</w:t>
        <w:br/>
        <w:t>f 16676/15171/13655 16829/15321/13797 16681/15172/13656</w:t>
        <w:br/>
        <w:t>f 16682/15177/13661 16683/15176/13660 16833/15324/13800</w:t>
        <w:br/>
        <w:t>f 16811/15303/13779 16682/15177/13661 16833/15324/13800</w:t>
        <w:br/>
        <w:t>f 16698/15190/13672 16882/15374/13845 16859/15351/13827</w:t>
        <w:br/>
        <w:t>f 16696/15187/13669 16883/15375/13846 16882/15374/13845</w:t>
        <w:br/>
        <w:t>f 16698/15190/13672 16696/15187/13669 16882/15374/13845</w:t>
        <w:br/>
        <w:t>f 16884/15376/13847 16883/15375/13846 16696/15187/13669</w:t>
        <w:br/>
        <w:t>f 16697/15186/13668 16884/15376/13847 16696/15187/13669</w:t>
        <w:br/>
        <w:t>f 16853/15345/13821 16882/15374/13845 16885/15377/13848</w:t>
        <w:br/>
        <w:t>f 16856/15348/13824 16802/15293/13769 16703/15194/13676</w:t>
        <w:br/>
        <w:t>f 16701/15192/13674 16856/15348/13824 16703/15194/13676</w:t>
        <w:br/>
        <w:t>f 16859/15351/13827 16882/15374/13845 16853/15345/13821</w:t>
        <w:br/>
        <w:t>f 16668/15163/13647 16859/15351/13827 16853/15345/13821</w:t>
        <w:br/>
        <w:t>f 16817/15307/13783 16818/15310/13786 16886/15378/13849</w:t>
        <w:br/>
        <w:t>f 16871/15363/13834 16817/15307/13783 16886/15378/13849</w:t>
        <w:br/>
        <w:t>f 16887/15379/13850 16883/15375/13846 16884/15376/13847</w:t>
        <w:br/>
        <w:t>f 16888/15380/13851 16887/15379/13850 16884/15376/13847</w:t>
        <w:br/>
        <w:t>f 16852/15344/13820 16853/15345/13821 16889/15381/13852</w:t>
        <w:br/>
        <w:t>f 16877/15369/13840 16852/15344/13820 16889/15381/13852</w:t>
        <w:br/>
        <w:t>f 16885/15377/13848 16882/15374/13845 16883/15375/13846</w:t>
        <w:br/>
        <w:t>f 16887/15379/13850 16885/15377/13848 16883/15375/13846</w:t>
        <w:br/>
        <w:t>f 16877/15369/13840 16889/15381/13852 16890/15382/13853</w:t>
        <w:br/>
        <w:t>f 16874/15367/13838 16877/15369/13840 16890/15382/13853</w:t>
        <w:br/>
        <w:t>f 16891/15383/13854 16886/15378/13849 16818/15310/13786</w:t>
        <w:br/>
        <w:t>f 16820/15311/13787 16891/15383/13854 16818/15310/13786</w:t>
        <w:br/>
        <w:t>f 16820/15311/13787 16821/15313/13789 16892/15384/13855</w:t>
        <w:br/>
        <w:t>f 16891/15383/13854 16820/15311/13787 16892/15384/13855</w:t>
        <w:br/>
        <w:t>f 16872/15365/13836 16893/15385/13856 16664/15159/13643</w:t>
        <w:br/>
        <w:t>f 16665/15158/13642 16872/15365/13836 16664/15159/13643</w:t>
        <w:br/>
        <w:t>f 16701/15192/13674 16698/15190/13672 16859/15351/13827</w:t>
        <w:br/>
        <w:t>f 16856/15348/13824 16701/15192/13674 16859/15351/13827</w:t>
        <w:br/>
        <w:t>f 16807/15299/13775 16798/15292/13768 16688/15178/13662</w:t>
        <w:br/>
        <w:t>f 16793/15285/13763 16807/15299/13775 16688/15178/13662</w:t>
        <w:br/>
        <w:t>f 16805/15297/13773 16807/15299/13775 16793/15285/13763</w:t>
        <w:br/>
        <w:t>f 16787/15279/13757 16805/15297/13773 16793/15285/13763</w:t>
        <w:br/>
        <w:t>f 16703/15194/13676 16802/15293/13769 16801/15294/13770</w:t>
        <w:br/>
        <w:t>f 16705/15196/13678 16703/15194/13676 16801/15294/13770</w:t>
        <w:br/>
        <w:t>f 16854/15346/13822 16690/15185/13667 16691/15184/13663</w:t>
        <w:br/>
        <w:t>f 16863/15355/13767 16854/15346/13822 16691/15184/13663</w:t>
        <w:br/>
        <w:t>f 16855/15347/13823 16697/15186/13668 16690/15185/13667</w:t>
        <w:br/>
        <w:t>f 16854/15346/13822 16855/15347/13823 16690/15185/13667</w:t>
        <w:br/>
        <w:t>f 16897/15386/13857 16896/15387/13858 16895/15388/13859</w:t>
        <w:br/>
        <w:t>f 16894/15389/13860 16897/15386/13857 16895/15388/13859</w:t>
        <w:br/>
        <w:t>f 16681/15172/13656 16831/15322/13798 16894/15389/13860</w:t>
        <w:br/>
        <w:t>f 16714/15206/13688 16681/15172/13656 16894/15389/13860</w:t>
        <w:br/>
        <w:t>f 16898/15390/13861 16828/15318/13794 16677/15170/13654</w:t>
        <w:br/>
        <w:t>f 16899/15391/13862 16898/15390/13861 16677/15170/13654</w:t>
        <w:br/>
        <w:t>f 16899/15391/13862 16677/15170/13654 16678/15169/13653</w:t>
        <w:br/>
        <w:t>f 16900/15392/13863 16899/15391/13862 16678/15169/13653</w:t>
        <w:br/>
        <w:t>f 16901/15393/13864 16900/15392/13863 16803/15296/13772</w:t>
        <w:br/>
        <w:t>f 16807/15299/13775 16806/15298/13774 16684/15175/13659</w:t>
        <w:br/>
        <w:t>f 16589/15082/13570 16590/15081/13569 16594/15086/13574</w:t>
        <w:br/>
        <w:t>f 16591/15085/13573 16589/15082/13570 16594/15086/13574</w:t>
        <w:br/>
        <w:t>f 16904/15394/13865 16903/15395/13866 16902/15396/13867</w:t>
        <w:br/>
        <w:t>f 16827/15319/13795 16828/15318/13794 16898/15390/13861</w:t>
        <w:br/>
        <w:t>f 16903/15395/13866 16827/15319/13795 16898/15390/13861</w:t>
        <w:br/>
        <w:t>f 16906/15397/13868 16905/15398/13869 16898/15390/13861</w:t>
        <w:br/>
        <w:t>f 16899/15391/13862 16906/15397/13868 16898/15390/13861</w:t>
        <w:br/>
        <w:t>f 16906/15397/13868 16899/15391/13862 16900/15392/13863</w:t>
        <w:br/>
        <w:t>f 16907/15399/13870 16906/15397/13868 16900/15392/13863</w:t>
        <w:br/>
        <w:t>f 16901/15393/13864 16907/15399/13870 16900/15392/13863</w:t>
        <w:br/>
        <w:t>f 16801/15294/13770 16675/15167/13651 16907/15399/13870</w:t>
        <w:br/>
        <w:t>f 16901/15393/13864 16801/15294/13770 16907/15399/13870</w:t>
        <w:br/>
        <w:t>f 16705/15196/13678 16801/15294/13770 16901/15393/13864</w:t>
        <w:br/>
        <w:t>f 16788/15281/13759 16705/15196/13678 16901/15393/13864</w:t>
        <w:br/>
        <w:t>f 16787/15279/13757 16784/15278/13756 16804/15295/13771</w:t>
        <w:br/>
        <w:t>f 16805/15297/13773 16787/15279/13757 16804/15295/13771</w:t>
        <w:br/>
        <w:t>f 16804/15295/13771 16784/15278/13756 16791/15282/13760</w:t>
        <w:br/>
        <w:t>f 16803/15296/13772 16804/15295/13771 16791/15282/13760</w:t>
        <w:br/>
        <w:t>f 16803/15296/13772 16791/15282/13760 16788/15281/13759</w:t>
        <w:br/>
        <w:t>f 16901/15393/13864 16803/15296/13772 16788/15281/13759</w:t>
        <w:br/>
        <w:t>f 16903/15395/13866 16898/15390/13861 16905/15398/13869</w:t>
        <w:br/>
        <w:t>f 16902/15396/13867 16903/15395/13866 16905/15398/13869</w:t>
        <w:br/>
        <w:t>f 16603/15096/13583 16841/15333/13809 16908/15400/13871</w:t>
        <w:br/>
        <w:t>f 16598/15090/13578 16603/15096/13583 16908/15400/13871</w:t>
        <w:br/>
        <w:t>f 16595/15087/13575 16910/15401/13872 16909/15402/13873</w:t>
        <w:br/>
        <w:t>f 16592/15084/13572 16595/15087/13575 16909/15402/13873</w:t>
        <w:br/>
        <w:t>f 16910/15401/13872 16830/15323/13799 16826/15320/13796</w:t>
        <w:br/>
        <w:t>f 16904/15394/13865 16902/15396/13867 16824/15314/13790</w:t>
        <w:br/>
        <w:t>f 16860/15352/13828 16904/15394/13865 16824/15314/13790</w:t>
        <w:br/>
        <w:t>f 16803/15296/13772 16900/15392/13863 16678/15169/13653</w:t>
        <w:br/>
        <w:t>f 16805/15297/13773 16806/15298/13774 16807/15299/13775</w:t>
        <w:br/>
        <w:t>f 16823/15315/13791 16824/15314/13790 16902/15396/13867</w:t>
        <w:br/>
        <w:t>f 16905/15398/13869 16823/15315/13791 16902/15396/13867</w:t>
        <w:br/>
        <w:t>f 16672/15166/13650 16823/15315/13791 16905/15398/13869</w:t>
        <w:br/>
        <w:t>f 16906/15397/13868 16672/15166/13650 16905/15398/13869</w:t>
        <w:br/>
        <w:t>f 16675/15167/13651 16672/15166/13650 16906/15397/13868</w:t>
        <w:br/>
        <w:t>f 16907/15399/13870 16675/15167/13651 16906/15397/13868</w:t>
        <w:br/>
        <w:t>f 16697/15186/13668 16855/15347/13823 16884/15376/13847</w:t>
        <w:br/>
        <w:t>f 16580/15072/13560 16577/15071/13559 16642/15134/13619</w:t>
        <w:br/>
        <w:t>f 16641/15133/13618 16580/15072/13560 16642/15134/13619</w:t>
        <w:br/>
        <w:t>f 16582/15074/13562 16580/15072/13560 16641/15133/13618</w:t>
        <w:br/>
        <w:t>f 16643/15135/13620 16582/15074/13562 16641/15133/13618</w:t>
        <w:br/>
        <w:t>f 16584/15075/13563 16582/15074/13562 16643/15135/13620</w:t>
        <w:br/>
        <w:t>f 16644/15136/13621 16584/15075/13563 16643/15135/13620</w:t>
        <w:br/>
        <w:t>f 16586/15077/13565 16584/15075/13563 16644/15136/13621</w:t>
        <w:br/>
        <w:t>f 16645/15137/13622 16586/15077/13565 16644/15136/13621</w:t>
        <w:br/>
        <w:t>f 16588/15079/13567 16586/15077/13565 16645/15137/13622</w:t>
        <w:br/>
        <w:t>f 16646/15138/13623 16588/15079/13567 16645/15137/13622</w:t>
        <w:br/>
        <w:t>f 16588/15079/13567 16646/15138/13623 16633/15125/13610</w:t>
        <w:br/>
        <w:t>f 16590/15081/13569 16588/15079/13567 16633/15125/13610</w:t>
        <w:br/>
        <w:t>f 16594/15086/13574 16634/15126/13611 16635/15127/13612</w:t>
        <w:br/>
        <w:t>f 16593/15083/13571 16594/15086/13574 16635/15127/13612</w:t>
        <w:br/>
        <w:t>f 16596/15088/13576 16593/15083/13571 16635/15127/13612</w:t>
        <w:br/>
        <w:t>f 16636/15128/13613 16596/15088/13576 16635/15127/13612</w:t>
        <w:br/>
        <w:t>f 16596/15088/13576 16636/15128/13613 16637/15129/13614</w:t>
        <w:br/>
        <w:t>f 16597/15089/13577 16596/15088/13576 16637/15129/13614</w:t>
        <w:br/>
        <w:t>f 16639/15131/13616 16640/15132/13617 16602/15094/13581</w:t>
        <w:br/>
        <w:t>f 16599/15093/13580 16639/15131/13616 16602/15094/13581</w:t>
        <w:br/>
        <w:t>f 16597/15089/13577 16637/15129/13614 16638/15130/13615</w:t>
        <w:br/>
        <w:t>f 16604/15095/13582 16597/15089/13577 16638/15130/13615</w:t>
        <w:br/>
        <w:t>f 16639/15131/13616 16599/15093/13580 16604/15095/13582</w:t>
        <w:br/>
        <w:t>f 16638/15130/13615 16639/15131/13616 16604/15095/13582</w:t>
        <w:br/>
        <w:t>f 16634/15126/13611 16594/15086/13574 16590/15081/13569</w:t>
        <w:br/>
        <w:t>f 16633/15125/13610 16634/15126/13611 16590/15081/13569</w:t>
        <w:br/>
        <w:t>f 16896/15387/13858 16832/15325/13801 16833/15324/13800</w:t>
        <w:br/>
        <w:t>f 16895/15388/13859 16896/15387/13858 16833/15324/13800</w:t>
        <w:br/>
        <w:t>f 16683/15176/13660 16911/15403/13874 16895/15388/13859</w:t>
        <w:br/>
        <w:t>f 16833/15324/13800 16683/15176/13660 16895/15388/13859</w:t>
        <w:br/>
        <w:t>f 16911/15403/13874 16683/15176/13660 16684/15175/13659</w:t>
        <w:br/>
        <w:t>f 16806/15298/13774 16911/15403/13874 16684/15175/13659</w:t>
        <w:br/>
        <w:t>f 16910/15401/13872 16908/15400/13871 16830/15323/13799</w:t>
        <w:br/>
        <w:t>f 16664/15159/13643 16884/15376/13847 16855/15347/13823</w:t>
        <w:br/>
        <w:t>f 16667/15156/13640 16664/15159/13643 16855/15347/13823</w:t>
        <w:br/>
        <w:t>f 16670/15161/13645 16671/15160/13644 16879/15371/13842</w:t>
        <w:br/>
        <w:t>f 16881/15373/13844 16670/15161/13645 16879/15371/13842</w:t>
        <w:br/>
        <w:t>f 16861/15354/13829 16862/15353/13778 16858/15349/13825</w:t>
        <w:br/>
        <w:t>f 16912/15404/13875 16845/15339/13815 16846/15338/13814</w:t>
        <w:br/>
        <w:t>f 16880/15372/13843 16912/15404/13875 16846/15338/13814</w:t>
        <w:br/>
        <w:t>f 16813/15305/13781 16814/15304/13780 16870/15362/13833</w:t>
        <w:br/>
        <w:t>f 16913/15405/13876 16813/15305/13781 16870/15362/13833</w:t>
        <w:br/>
        <w:t>f 16913/15405/13876 16861/15354/13829 16858/15349/13825</w:t>
        <w:br/>
        <w:t>f 16813/15305/13781 16913/15405/13876 16858/15349/13825</w:t>
        <w:br/>
        <w:t>f 16800/15290/13639 16685/15174/13658 16682/15177/13661</w:t>
        <w:br/>
        <w:t>f 16866/15358/13637 16800/15290/13639 16682/15177/13661</w:t>
        <w:br/>
        <w:t>f 16845/15339/13815 16912/15404/13875 16892/15384/13855</w:t>
        <w:br/>
        <w:t>f 16821/15313/13789 16845/15339/13815 16892/15384/13855</w:t>
        <w:br/>
        <w:t>f 16598/15090/13578 16908/15400/13871 16910/15401/13872</w:t>
        <w:br/>
        <w:t>f 16595/15087/13575 16598/15090/13578 16910/15401/13872</w:t>
        <w:br/>
        <w:t>f 16896/15387/13858 16841/15333/13809 16832/15325/13801</w:t>
        <w:br/>
        <w:t>f 16860/15352/13828 16591/15085/13573 16904/15394/13865</w:t>
        <w:br/>
        <w:t>f 16827/15319/13795 16910/15401/13872 16826/15320/13796</w:t>
        <w:br/>
        <w:t>f 16903/15395/13866 16909/15402/13873 16827/15319/13795</w:t>
        <w:br/>
        <w:t>f 16827/15319/13795 16909/15402/13873 16910/15401/13872</w:t>
        <w:br/>
        <w:t>f 16896/15387/13858 16908/15400/13871 16841/15333/13809</w:t>
        <w:br/>
        <w:t>f 16592/15084/13572 16909/15402/13873 16904/15394/13865</w:t>
        <w:br/>
        <w:t>f 16591/15085/13573 16592/15084/13572 16904/15394/13865</w:t>
        <w:br/>
        <w:t>f 16857/15350/13826 16865/15357/13777 16864/15356/13807</w:t>
        <w:br/>
        <w:t>f 16849/15342/13818 16857/15350/13826 16864/15356/13807</w:t>
        <w:br/>
        <w:t>f 16688/15178/13662 16798/15292/13768 16799/15291/13767</w:t>
        <w:br/>
        <w:t>f 16687/15179/13663 16688/15178/13662 16799/15291/13767</w:t>
        <w:br/>
        <w:t>f 16847/15337/13813 16842/15335/13811 16851/15343/13819</w:t>
        <w:br/>
        <w:t>f 16860/15352/13828 16824/15314/13790 16825/15317/13793</w:t>
        <w:br/>
        <w:t>f 16897/15386/13857 16908/15400/13871 16896/15387/13858</w:t>
        <w:br/>
        <w:t>f 16810/15300/13776 16832/15325/13801 16841/15333/13809</w:t>
        <w:br/>
        <w:t>f 16839/15332/13808 16810/15300/13776 16841/15333/13809</w:t>
        <w:br/>
        <w:t>f 16839/15332/13808 16840/15331/13807 16809/15301/13777</w:t>
        <w:br/>
        <w:t>f 16810/15300/13776 16839/15332/13808 16809/15301/13777</w:t>
        <w:br/>
        <w:t>f 16842/15335/13811 16843/15334/13810 16851/15343/13819</w:t>
        <w:br/>
        <w:t>f 16816/15308/13784 16812/15306/13782 16850/15341/13817</w:t>
        <w:br/>
        <w:t>f 16849/15342/13818 16812/15306/13782 16857/15350/13826</w:t>
        <w:br/>
        <w:t>f 16911/15403/13874 16714/15206/13688 16894/15389/13860</w:t>
        <w:br/>
        <w:t>f 16895/15388/13859 16911/15403/13874 16894/15389/13860</w:t>
        <w:br/>
        <w:t>f 16830/15323/13799 16897/15386/13857 16894/15389/13860</w:t>
        <w:br/>
        <w:t>f 16831/15322/13798 16830/15323/13799 16894/15389/13860</w:t>
        <w:br/>
        <w:t>f 16911/15403/13874 16806/15298/13774 16715/15207/13689</w:t>
        <w:br/>
        <w:t>f 16714/15206/13688 16911/15403/13874 16715/15207/13689</w:t>
        <w:br/>
        <w:t>f 16680/15173/13657 16715/15207/13689 16805/15297/13773</w:t>
        <w:br/>
        <w:t>f 16830/15323/13799 16908/15400/13871 16897/15386/13857</w:t>
        <w:br/>
        <w:t>f 16909/15402/13873 16903/15395/13866 16904/15394/13865</w:t>
        <w:br/>
        <w:t>f 16874/15367/13838 16890/15382/13853 16893/15385/13856</w:t>
        <w:br/>
        <w:t>f 16872/15365/13836 16874/15367/13838 16893/15385/13856</w:t>
        <w:br/>
        <w:t>f 16812/15306/13782 16816/15308/13784 16814/15304/13780</w:t>
        <w:br/>
        <w:t>f 16842/15335/13811 16821/15313/13789 16819/15312/13788</w:t>
        <w:br/>
        <w:t>f 16869/15361/13832 16663/15153/13637 16861/15354/13829</w:t>
        <w:br/>
        <w:t>f 16880/15372/13843 16673/15165/13649 16881/15373/13844</w:t>
        <w:br/>
        <w:t>f 16912/15404/13875 16880/15372/13843 16881/15373/13844</w:t>
        <w:br/>
        <w:t>f 16879/15371/13842 16912/15404/13875 16881/15373/13844</w:t>
        <w:br/>
        <w:t>f 16913/15405/13876 16868/15359/13830 16869/15361/13832</w:t>
        <w:br/>
        <w:t>f 16861/15354/13829 16913/15405/13876 16869/15361/13832</w:t>
        <w:br/>
        <w:t>f 16870/15362/13833 16867/15360/13831 16868/15359/13830</w:t>
        <w:br/>
        <w:t>f 16913/15405/13876 16870/15362/13833 16868/15359/13830</w:t>
        <w:br/>
        <w:t>f 16871/15363/13834 16873/15364/13835 16867/15360/13831</w:t>
        <w:br/>
        <w:t>f 16870/15362/13833 16871/15363/13834 16867/15360/13831</w:t>
        <w:br/>
        <w:t>f 16873/15364/13835 16871/15363/13834 16886/15378/13849</w:t>
        <w:br/>
        <w:t>f 16875/15366/13837 16873/15364/13835 16886/15378/13849</w:t>
        <w:br/>
        <w:t>f 16886/15378/13849 16891/15383/13854 16876/15368/13839</w:t>
        <w:br/>
        <w:t>f 16875/15366/13837 16886/15378/13849 16876/15368/13839</w:t>
        <w:br/>
        <w:t>f 16878/15370/13841 16876/15368/13839 16891/15383/13854</w:t>
        <w:br/>
        <w:t>f 16892/15384/13855 16878/15370/13841 16891/15383/13854</w:t>
        <w:br/>
        <w:t>f 16892/15384/13855 16912/15404/13875 16879/15371/13842</w:t>
        <w:br/>
        <w:t>f 16878/15370/13841 16892/15384/13855 16879/15371/13842</w:t>
        <w:br/>
        <w:t>f 16673/15165/13649 16880/15372/13843 16822/15316/13792</w:t>
        <w:br/>
        <w:t>f 16888/15380/13851 16664/15159/13643 16893/15385/13856</w:t>
        <w:br/>
        <w:t>f 16889/15381/13852 16853/15345/13821 16885/15377/13848</w:t>
        <w:br/>
        <w:t>f 16887/15379/13850 16890/15382/13853 16889/15381/13852</w:t>
        <w:br/>
        <w:t>f 16885/15377/13848 16887/15379/13850 16889/15381/13852</w:t>
        <w:br/>
        <w:t>f 16890/15382/13853 16887/15379/13850 16888/15380/13851</w:t>
        <w:br/>
        <w:t>f 16893/15385/13856 16890/15382/13853 16888/15380/13851</w:t>
        <w:br/>
        <w:t>f 16888/15380/13851 16884/15376/13847 16664/15159/13643</w:t>
        <w:br/>
        <w:t>f 16706/15201/13683 16704/15197/13679 16789/15280/13758</w:t>
        <w:br/>
        <w:t>f 16792/15284/13762 16689/15181/13665 16717/15208/13690</w:t>
        <w:br/>
        <w:t>f 16713/15204/13686 16711/15202/13684 16785/15277/13755</w:t>
        <w:br/>
        <w:t>f 16786/15276/13754 16713/15204/13686 16785/15277/13755</w:t>
        <w:br/>
        <w:t>f 16786/15276/13754 16792/15284/13762 16717/15208/13690</w:t>
        <w:br/>
        <w:t>f 16713/15204/13686 16786/15276/13754 16717/15208/13690</w:t>
        <w:br/>
        <w:t>f 16706/15201/13683 16789/15280/13758 16790/15283/13761</w:t>
        <w:br/>
        <w:t>f 16709/15198/13680 16706/15201/13683 16790/15283/13761</w:t>
        <w:br/>
        <w:t>f 16785/15277/13755 16711/15202/13684 16709/15198/13680</w:t>
        <w:br/>
        <w:t>f 16790/15283/13761 16785/15277/13755 16709/15198/13680</w:t>
        <w:br/>
        <w:t>f 16790/15283/13761 16791/15282/13760 16784/15278/13756</w:t>
        <w:br/>
        <w:t>f 16785/15277/13755 16790/15283/13761 16784/15278/13756</w:t>
        <w:br/>
        <w:t>f 16704/15197/13679 16705/15196/13678 16789/15280/13758</w:t>
        <w:br/>
        <w:t>f 16689/15181/13665 16792/15284/13762 16688/15178/13662</w:t>
        <w:br/>
        <w:t>f 16716/15209/13691 16717/15208/13690 16794/15286/13764</w:t>
        <w:br/>
        <w:t>f 16704/15197/13679 16706/15201/13683 16718/15210/13692</w:t>
        <w:br/>
        <w:t>f 16669/15162/13646 16670/15161/13645 16674/15164/13648</w:t>
        <w:br/>
        <w:t>f 16674/15164/13648 16670/15161/13645 16673/15165/13649</w:t>
        <w:br/>
        <w:t>f 16869/15361/13832 16662/15154/13638 16663/15153/13637</w:t>
        <w:br/>
        <w:t>f 16848/15340/13816 16661/15155/13639 16662/15154/13638</w:t>
        <w:br/>
        <w:t>f 16694/15189/13671 16693/15182/13666 16690/15185/13667</w:t>
        <w:br/>
        <w:t>f 16697/15186/13668 16694/15189/13671 16690/15185/13667</w:t>
        <w:br/>
        <w:t>f 16850/15341/13817 16844/15336/13812 16816/15308/13784</w:t>
        <w:br/>
        <w:t>f 16815/15309/13785 16844/15336/13812 16819/15312/13788</w:t>
        <w:br/>
        <w:t>f 16850/15341/13817 16812/15306/13782 16849/15342/13818</w:t>
        <w:br/>
        <w:t>f 16860/15352/13828 16825/15317/13793 16847/15337/13813</w:t>
        <w:br/>
        <w:t>f 16851/15343/13819 16860/15352/13828 16847/15337/13813</w:t>
        <w:br/>
        <w:t>f 16660/15152/13636 16648/15139/13624 16612/15103/13590</w:t>
        <w:br/>
        <w:t>f 16609/15102/13589 16660/15152/13636 16612/15103/13590</w:t>
        <w:br/>
        <w:t>f 16860/15352/13828 16589/15082/13570 16591/15085/13573</w:t>
        <w:br/>
        <w:t>f 16100/15062/13551 16835/15327/13803 16090/15054/13543</w:t>
        <w:br/>
        <w:t>f 16099/15063/13552 16100/15062/13551 16090/15054/13543</w:t>
        <w:br/>
        <w:t>f 16089/15050/13539 16098/15058/13547 16095/15061/13550</w:t>
        <w:br/>
        <w:t>f 16088/15051/13540 16089/15050/13539 16095/15061/13550</w:t>
        <w:br/>
        <w:t>f 16834/15326/13802 16092/15057/13546 16072/15038/13527</w:t>
        <w:br/>
        <w:t>f 16073/15037/13526 16834/15326/13802 16072/15038/13527</w:t>
        <w:br/>
        <w:t>f 16078/15040/13529 16836/15328/13804 16837/15329/13805</w:t>
        <w:br/>
        <w:t>f 16077/15041/13530 16078/15040/13529 16837/15329/13805</w:t>
        <w:br/>
        <w:t>f 16077/15041/13530 16837/15329/13805 16087/15052/13541</w:t>
        <w:br/>
        <w:t>f 16081/15043/13532 16077/15041/13530 16087/15052/13541</w:t>
        <w:br/>
        <w:t>f 16085/15045/13534 16086/15049/13538 16084/15046/13535</w:t>
        <w:br/>
        <w:t>f 16082/15048/13537 16834/15326/13802 16073/15037/13526</w:t>
        <w:br/>
        <w:t>f 16085/15045/13534 16082/15048/13537 16073/15037/13526</w:t>
        <w:br/>
        <w:t>f 16088/15051/13540 16080/15044/13533 16081/15043/13532</w:t>
        <w:br/>
        <w:t>f 16835/15327/13803 16836/15328/13804 16078/15040/13529</w:t>
        <w:br/>
        <w:t>f 16090/15054/13543 16835/15327/13803 16078/15040/13529</w:t>
        <w:br/>
        <w:t>f 16093/15056/13545 16914/15406/13877 16075/15035/13524</w:t>
        <w:br/>
        <w:t>f 16072/15038/13527 16093/15056/13545 16075/15035/13524</w:t>
        <w:br/>
        <w:t>f 16916/15407/13878 16915/15408/13879 16095/15061/13550</w:t>
        <w:br/>
        <w:t>f 16096/15060/13549 16916/15407/13878 16095/15061/13550</w:t>
        <w:br/>
        <w:t>f 16917/15409/13880 16916/15407/13878 16096/15060/13549</w:t>
        <w:br/>
        <w:t>f 16101/15065/13554 16917/15409/13880 16096/15060/13549</w:t>
        <w:br/>
        <w:t>f 16090/15054/13543 16091/15053/13542 16099/15063/13552</w:t>
        <w:br/>
        <w:t>f 16838/15330/13806 16083/15047/13536 16084/15046/13535</w:t>
        <w:br/>
        <w:t>f 16918/15410/13881 16838/15330/13806 16084/15046/13535</w:t>
        <w:br/>
        <w:t>f 16088/15051/13540 16095/15061/13550 16915/15408/13879</w:t>
        <w:br/>
        <w:t>f 16088/15051/13540 16915/15408/13879 16080/15044/13533</w:t>
        <w:br/>
        <w:t>f 16914/15406/13877 16093/15056/13545 16099/15063/13552</w:t>
        <w:br/>
        <w:t>f 16091/15053/13542 16914/15406/13877 16099/15063/13552</w:t>
        <w:br/>
        <w:t>f 16919/15411/13880 16918/15410/13881 16084/15046/13535</w:t>
        <w:br/>
        <w:t>f 16086/15049/13538 16919/15411/13880 16084/15046/13535</w:t>
        <w:br/>
        <w:t>f 17035/15412/13882 17034/15413/13883 17033/15414/13884</w:t>
        <w:br/>
        <w:t>f 17036/15415/13885 17035/15412/13882 17033/15414/13884</w:t>
        <w:br/>
        <w:t>f 17010/7752/6847 17037/15416/13886 17034/15413/13883</w:t>
        <w:br/>
        <w:t>f 17006/7750/6845 17010/7752/6847 17034/15413/13883</w:t>
        <w:br/>
        <w:t>f 17000/7744/6841 17039/15417/13882 17038/15418/13887</w:t>
        <w:br/>
        <w:t>f 17003/7741/6838 17000/7744/6841 17038/15418/13887</w:t>
        <w:br/>
        <w:t>f 17041/15419/13888 17038/15418/13887 17040/15420/13889</w:t>
        <w:br/>
        <w:t>f 17042/15421/13890 17041/15419/13888 17040/15420/13889</w:t>
        <w:br/>
        <w:t>f 17045/15422/13891 17044/15423/13892 17037/15416/13886</w:t>
        <w:br/>
        <w:t>f 17043/15424/13893 17045/15422/13891 17037/15416/13886</w:t>
        <w:br/>
        <w:t>f 17031/7770/6865 17032/7769/6864 17046/15425/13894</w:t>
        <w:br/>
        <w:t>f 17043/15424/13893 17031/7770/6865 17046/15425/13894</w:t>
        <w:br/>
        <w:t>f 17050/15426/13895 17049/15427/13896 17048/15428/13897</w:t>
        <w:br/>
        <w:t>f 17047/15429/13898 17050/15426/13895 17048/15428/13897</w:t>
        <w:br/>
        <w:t>f 17053/7775/6870 17052/15430/13899 17047/15429/13898</w:t>
        <w:br/>
        <w:t>f 17051/7777/6872 17053/7775/6870 17047/15429/13898</w:t>
        <w:br/>
        <w:t>f 17056/15431/13900 17052/15430/13899 17055/15432/13901</w:t>
        <w:br/>
        <w:t>f 17054/15433/13902 17056/15431/13900 17055/15432/13901</w:t>
        <w:br/>
        <w:t>f 17023/7764/6859 17058/15434/13903 17055/15432/13901</w:t>
        <w:br/>
        <w:t>f 17057/7774/6869 17023/7764/6859 17055/15432/13901</w:t>
        <w:br/>
        <w:t>f 17020/7763/6858 17059/15435/13904 17058/15434/13903</w:t>
        <w:br/>
        <w:t>f 17023/7764/6859 17020/7763/6858 17058/15434/13903</w:t>
        <w:br/>
        <w:t>f 17059/15435/13904 17061/15436/13905 17060/15437/13906</w:t>
        <w:br/>
        <w:t>f 17062/15438/13907 17059/15435/13904 17060/15437/13906</w:t>
        <w:br/>
        <w:t>f 17061/15436/13905 17041/15419/13888 17042/15421/13890</w:t>
        <w:br/>
        <w:t>f 17060/15437/13906 17061/15436/13905 17042/15421/13890</w:t>
        <w:br/>
        <w:t>f 17032/7769/6864 17063/7779/6874 17048/15428/13897</w:t>
        <w:br/>
        <w:t>f 17046/15425/13894 17032/7769/6864 17048/15428/13897</w:t>
        <w:br/>
        <w:t>f 17067/15439/13908 17066/15440/13909 17065/15441/13910</w:t>
        <w:br/>
        <w:t>f 17064/15442/13911 17067/15439/13908 17065/15441/13910</w:t>
        <w:br/>
        <w:t>f 17071/15443/13912 17070/15444/13913 17069/15445/13914</w:t>
        <w:br/>
        <w:t>f 17068/15446/13915 17071/15443/13912 17069/15445/13914</w:t>
        <w:br/>
        <w:t>f 17070/15444/13913 17073/15447/13916 17072/15448/13917</w:t>
        <w:br/>
        <w:t>f 17069/15445/13914 17070/15444/13913 17072/15448/13917</w:t>
        <w:br/>
        <w:t>f 17077/15449/13918 17076/15450/13919 17075/15451/13920</w:t>
        <w:br/>
        <w:t>f 17074/15452/13921 17077/15449/13918 17075/15451/13920</w:t>
        <w:br/>
        <w:t>f 17064/15442/13911 17065/15441/13910 17077/15449/13918</w:t>
        <w:br/>
        <w:t>f 17078/15453/13922 17064/15442/13911 17077/15449/13918</w:t>
        <w:br/>
        <w:t>f 17081/15454/13923 17080/15455/13924 17072/15448/13917</w:t>
        <w:br/>
        <w:t>f 17079/15456/13925 17081/15454/13923 17072/15448/13917</w:t>
        <w:br/>
        <w:t>f 17071/15443/13912 17068/15446/13915 17083/15457/13926</w:t>
        <w:br/>
        <w:t>f 17082/15458/13927 17071/15443/13912 17083/15457/13926</w:t>
        <w:br/>
        <w:t>f 17086/15459/13928 17085/15460/13929 17066/15440/13909</w:t>
        <w:br/>
        <w:t>f 17084/15461/13930 17086/15459/13928 17066/15440/13909</w:t>
        <w:br/>
        <w:t>f 17090/15462/13931 17089/15463/13932 17088/15464/13933</w:t>
        <w:br/>
        <w:t>f 17087/15465/13934 17090/15462/13931 17088/15464/13933</w:t>
        <w:br/>
        <w:t>f 17092/15466/13935 17086/15459/13928 17084/15461/13930</w:t>
        <w:br/>
        <w:t>f 17091/15467/13936 17092/15466/13935 17084/15461/13930</w:t>
        <w:br/>
        <w:t>f 17087/15465/13934 17088/15464/13933 17094/15468/13937</w:t>
        <w:br/>
        <w:t>f 17093/15469/13938 17087/15465/13934 17094/15468/13937</w:t>
        <w:br/>
        <w:t>f 17006/7750/6845 17034/15413/13883 17035/15412/13882</w:t>
        <w:br/>
        <w:t>f 17009/7747/6841 17006/7750/6845 17035/15412/13882</w:t>
        <w:br/>
        <w:t>f 17034/15413/13883 17037/15416/13886 17044/15423/13892</w:t>
        <w:br/>
        <w:t>f 17033/15414/13884 17034/15413/13883 17044/15423/13892</w:t>
        <w:br/>
        <w:t>f 17038/15418/13887 17039/15417/13882 17118/15470/13885</w:t>
        <w:br/>
        <w:t>f 17040/15420/13889 17038/15418/13887 17118/15470/13885</w:t>
        <w:br/>
        <w:t>f 17003/7741/6838 17038/15418/13887 17041/15419/13888</w:t>
        <w:br/>
        <w:t>f 17024/7767/6862 17003/7741/6838 17041/15419/13888</w:t>
        <w:br/>
        <w:t>f 17037/15416/13886 17010/7752/6847 17031/7770/6865</w:t>
        <w:br/>
        <w:t>f 17043/15424/13893 17037/15416/13886 17031/7770/6865</w:t>
        <w:br/>
        <w:t>f 17043/15424/13893 17046/15425/13894 17119/15471/13939</w:t>
        <w:br/>
        <w:t>f 17045/15422/13891 17043/15424/13893 17119/15471/13939</w:t>
        <w:br/>
        <w:t>f 17047/15429/13898 17048/15428/13897 17063/7779/6874</w:t>
        <w:br/>
        <w:t>f 17051/7777/6872 17047/15429/13898 17063/7779/6874</w:t>
        <w:br/>
        <w:t>f 17050/15426/13895 17047/15429/13898 17052/15430/13899</w:t>
        <w:br/>
        <w:t>f 17056/15431/13900 17050/15426/13895 17052/15430/13899</w:t>
        <w:br/>
        <w:t>f 17057/7774/6869 17055/15432/13901 17052/15430/13899</w:t>
        <w:br/>
        <w:t>f 17053/7775/6870 17057/7774/6869 17052/15430/13899</w:t>
        <w:br/>
        <w:t>f 17054/15433/13902 17055/15432/13901 17058/15434/13903</w:t>
        <w:br/>
        <w:t>f 17120/15472/13940 17054/15433/13902 17058/15434/13903</w:t>
        <w:br/>
        <w:t>f 17059/15435/13904 17062/15438/13907 17120/15472/13940</w:t>
        <w:br/>
        <w:t>f 17058/15434/13903 17059/15435/13904 17120/15472/13940</w:t>
        <w:br/>
        <w:t>f 17027/7768/6863 17061/15436/13905 17059/15435/13904</w:t>
        <w:br/>
        <w:t>f 17020/7763/6858 17027/7768/6863 17059/15435/13904</w:t>
        <w:br/>
        <w:t>f 17024/7767/6862 17041/15419/13888 17061/15436/13905</w:t>
        <w:br/>
        <w:t>f 17027/7768/6863 17024/7767/6862 17061/15436/13905</w:t>
        <w:br/>
        <w:t>f 17046/15425/13894 17048/15428/13897 17049/15427/13896</w:t>
        <w:br/>
        <w:t>f 17119/15471/13939 17046/15425/13894 17049/15427/13896</w:t>
        <w:br/>
        <w:t>f 17561/15473/13941 17560/15474/13942 17559/15475/13943</w:t>
        <w:br/>
        <w:t>f 17562/15476/13944 17561/15473/13941 17559/15475/13943</w:t>
        <w:br/>
        <w:t>f 17562/15476/13944 17559/15475/13943 17563/15477/13945</w:t>
        <w:br/>
        <w:t>f 17564/15478/13946 17562/15476/13944 17563/15477/13945</w:t>
        <w:br/>
        <w:t>f 17566/15479/13947 17565/15480/13948 17564/15478/13946</w:t>
        <w:br/>
        <w:t>f 17563/15477/13945 17566/15479/13947 17564/15478/13946</w:t>
        <w:br/>
        <w:t>f 17565/15480/13948 17566/15479/13947 17568/15481/13949</w:t>
        <w:br/>
        <w:t>f 17567/15482/13950 17565/15480/13948 17568/15481/13949</w:t>
        <w:br/>
        <w:t>f 17567/15482/13950 17568/15481/13949 17570/15483/13951</w:t>
        <w:br/>
        <w:t>f 17569/15484/13952 17567/15482/13950 17570/15483/13951</w:t>
        <w:br/>
        <w:t>f 17570/15483/13951 17572/15485/13953 17571/15486/13954</w:t>
        <w:br/>
        <w:t>f 17569/15484/13952 17570/15483/13951 17571/15486/13954</w:t>
        <w:br/>
        <w:t>f 17575/15487/13955 17574/15488/13956 17573/15489/13957</w:t>
        <w:br/>
        <w:t>f 17576/15490/13958 17575/15487/13955 17573/15489/13957</w:t>
        <w:br/>
        <w:t>f 17573/15489/13957 17574/15488/13956 17577/15491/13959</w:t>
        <w:br/>
        <w:t>f 17578/15492/13960 17573/15489/13957 17577/15491/13959</w:t>
        <w:br/>
        <w:t>f 17579/15493/13961 17578/15492/13960 17577/15491/13959</w:t>
        <w:br/>
        <w:t>f 17580/15494/13962 17579/15493/13961 17577/15491/13959</w:t>
        <w:br/>
        <w:t>f 17583/15495/13963 17582/15496/13964 17581/15497/13942</w:t>
        <w:br/>
        <w:t>f 17584/15498/13965 17583/15495/13963 17581/15497/13942</w:t>
        <w:br/>
        <w:t>f 17580/15494/13962 17586/15499/13966 17585/15500/13967</w:t>
        <w:br/>
        <w:t>f 17579/15493/13961 17580/15494/13962 17585/15500/13967</w:t>
        <w:br/>
        <w:t>f 17583/15495/13963 17585/15500/13967 17586/15499/13966</w:t>
        <w:br/>
        <w:t>f 17582/15496/13964 17583/15495/13963 17586/15499/13966</w:t>
        <w:br/>
        <w:t>f 17589/15501/13968 17588/15502/13969 17587/15503/13970</w:t>
        <w:br/>
        <w:t>f 17590/15504/13971 17589/15501/13968 17587/15503/13970</w:t>
        <w:br/>
        <w:t>f 17592/15505/13972 17591/15506/13973 17590/15504/13971</w:t>
        <w:br/>
        <w:t>f 17587/15503/13970 17592/15505/13972 17590/15504/13971</w:t>
        <w:br/>
        <w:t>f 17591/15506/13973 17592/15505/13972 17594/15507/13974</w:t>
        <w:br/>
        <w:t>f 17593/15508/13975 17591/15506/13973 17594/15507/13974</w:t>
        <w:br/>
        <w:t>f 17594/15507/13974 17596/15509/13976 17595/15510/13977</w:t>
        <w:br/>
        <w:t>f 17593/15508/13975 17594/15507/13974 17595/15510/13977</w:t>
        <w:br/>
        <w:t>f 17598/15511/13978 17595/15510/13977 17596/15509/13976</w:t>
        <w:br/>
        <w:t>f 17597/15512/13979 17598/15511/13978 17596/15509/13976</w:t>
        <w:br/>
        <w:t>f 17600/15513/13980 17598/15511/13978 17597/15512/13979</w:t>
        <w:br/>
        <w:t>f 17599/15514/13981 17600/15513/13980 17597/15512/13979</w:t>
        <w:br/>
        <w:t>f 17599/15514/13981 17602/15515/13982 17601/15516/13983</w:t>
        <w:br/>
        <w:t>f 17600/15513/13980 17599/15514/13981 17601/15516/13983</w:t>
        <w:br/>
        <w:t>f 17604/15517/13984 17601/15516/13983 17602/15515/13982</w:t>
        <w:br/>
        <w:t>f 17603/15518/13985 17604/15517/13984 17602/15515/13982</w:t>
        <w:br/>
        <w:t>f 17606/15519/13986 17604/15517/13984 17603/15518/13985</w:t>
        <w:br/>
        <w:t>f 17605/15520/13987 17606/15519/13986 17603/15518/13985</w:t>
        <w:br/>
        <w:t>f 17608/15521/13988 17606/15519/13986 17605/15520/13987</w:t>
        <w:br/>
        <w:t>f 17607/15522/13989 17608/15521/13988 17605/15520/13987</w:t>
        <w:br/>
        <w:t>f 17608/15521/13988 17607/15522/13989 17610/15523/13990</w:t>
        <w:br/>
        <w:t>f 17609/15524/13991 17608/15521/13988 17610/15523/13990</w:t>
        <w:br/>
        <w:t>f 17613/15525/13991 17612/15526/13992 17611/15527/13993</w:t>
        <w:br/>
        <w:t>f 17614/15528/13994 17613/15525/13991 17611/15527/13993</w:t>
        <w:br/>
        <w:t>f 17614/15528/13994 17611/15527/13993 17588/15502/13969</w:t>
        <w:br/>
        <w:t>f 17589/15501/13968 17614/15528/13994 17588/15502/13969</w:t>
        <w:br/>
        <w:t>f 17597/15512/13979 17596/15509/13976 17615/15529/13995</w:t>
        <w:br/>
        <w:t>f 17616/15530/13996 17597/15512/13979 17615/15529/13995</w:t>
        <w:br/>
        <w:t>f 17616/15530/13996 17617/15531/13997 17599/15514/13981</w:t>
        <w:br/>
        <w:t>f 17597/15512/13979 17616/15530/13996 17599/15514/13981</w:t>
        <w:br/>
        <w:t>f 17617/15531/13997 17618/15532/13998 17602/15515/13982</w:t>
        <w:br/>
        <w:t>f 17599/15514/13981 17617/15531/13997 17602/15515/13982</w:t>
        <w:br/>
        <w:t>f 17618/15532/13998 17619/15533/13999 17603/15518/13985</w:t>
        <w:br/>
        <w:t>f 17602/15515/13982 17618/15532/13998 17603/15518/13985</w:t>
        <w:br/>
        <w:t>f 17605/15520/13987 17603/15518/13985 17619/15533/13999</w:t>
        <w:br/>
        <w:t>f 17620/15534/14000 17605/15520/13987 17619/15533/13999</w:t>
        <w:br/>
        <w:t>f 17620/15534/14000 17621/15535/14001 17607/15522/13989</w:t>
        <w:br/>
        <w:t>f 17605/15520/13987 17620/15534/14000 17607/15522/13989</w:t>
        <w:br/>
        <w:t>f 17622/15536/14002 17610/15523/13990 17607/15522/13989</w:t>
        <w:br/>
        <w:t>f 17621/15535/14001 17622/15536/14002 17607/15522/13989</w:t>
        <w:br/>
        <w:t>f 17623/15537/14003 17611/15527/13993 17612/15526/13992</w:t>
        <w:br/>
        <w:t>f 17624/15538/14002 17623/15537/14003 17612/15526/13992</w:t>
        <w:br/>
        <w:t>f 17625/15539/14004 17588/15502/13969 17611/15527/13993</w:t>
        <w:br/>
        <w:t>f 17623/15537/14003 17625/15539/14004 17611/15527/13993</w:t>
        <w:br/>
        <w:t>f 17588/15502/13969 17625/15539/14004 17626/15540/14005</w:t>
        <w:br/>
        <w:t>f 17587/15503/13970 17588/15502/13969 17626/15540/14005</w:t>
        <w:br/>
        <w:t>f 17587/15503/13970 17626/15540/14005 17627/15541/14006</w:t>
        <w:br/>
        <w:t>f 17592/15505/13972 17587/15503/13970 17627/15541/14006</w:t>
        <w:br/>
        <w:t>f 17628/15542/14007 17594/15507/13974 17592/15505/13972</w:t>
        <w:br/>
        <w:t>f 17627/15541/14006 17628/15542/14007 17592/15505/13972</w:t>
        <w:br/>
        <w:t>f 17628/15542/14007 17615/15529/13995 17596/15509/13976</w:t>
        <w:br/>
        <w:t>f 17594/15507/13974 17628/15542/14007 17596/15509/13976</w:t>
        <w:br/>
        <w:t>f 17595/15510/13977 17630/15543/14008 17629/15544/14009</w:t>
        <w:br/>
        <w:t>f 17593/15508/13975 17595/15510/13977 17629/15544/14009</w:t>
        <w:br/>
        <w:t>f 17631/15545/14010 17630/15543/14008 17595/15510/13977</w:t>
        <w:br/>
        <w:t>f 17598/15511/13978 17631/15545/14010 17595/15510/13977</w:t>
        <w:br/>
        <w:t>f 17598/15511/13978 17600/15513/13980 17632/15546/14011</w:t>
        <w:br/>
        <w:t>f 17631/15545/14010 17598/15511/13978 17632/15546/14011</w:t>
        <w:br/>
        <w:t>f 17600/15513/13980 17601/15516/13983 17633/15547/14012</w:t>
        <w:br/>
        <w:t>f 17632/15546/14011 17600/15513/13980 17633/15547/14012</w:t>
        <w:br/>
        <w:t>f 17601/15516/13983 17604/15517/13984 17634/15548/14013</w:t>
        <w:br/>
        <w:t>f 17633/15547/14012 17601/15516/13983 17634/15548/14013</w:t>
        <w:br/>
        <w:t>f 17604/15517/13984 17606/15519/13986 17635/15549/14014</w:t>
        <w:br/>
        <w:t>f 17634/15548/14013 17604/15517/13984 17635/15549/14014</w:t>
        <w:br/>
        <w:t>f 17606/15519/13986 17608/15521/13988 17636/15550/14015</w:t>
        <w:br/>
        <w:t>f 17635/15549/14014 17606/15519/13986 17636/15550/14015</w:t>
        <w:br/>
        <w:t>f 17608/15521/13988 17609/15524/13991 17637/15551/14016</w:t>
        <w:br/>
        <w:t>f 17636/15550/14015 17608/15521/13988 17637/15551/14016</w:t>
        <w:br/>
        <w:t>f 17639/15552/14017 17638/15553/14018 17613/15525/13991</w:t>
        <w:br/>
        <w:t>f 17614/15528/13994 17639/15552/14017 17613/15525/13991</w:t>
        <w:br/>
        <w:t>f 17614/15528/13994 17589/15501/13968 17640/15554/14019</w:t>
        <w:br/>
        <w:t>f 17639/15552/14017 17614/15528/13994 17640/15554/14019</w:t>
        <w:br/>
        <w:t>f 17590/15504/13971 17641/15555/14020 17640/15554/14019</w:t>
        <w:br/>
        <w:t>f 17589/15501/13968 17590/15504/13971 17640/15554/14019</w:t>
        <w:br/>
        <w:t>f 17642/15556/14021 17641/15555/14020 17590/15504/13971</w:t>
        <w:br/>
        <w:t>f 17591/15506/13973 17642/15556/14021 17590/15504/13971</w:t>
        <w:br/>
        <w:t>f 17645/15557/14022 17644/15558/14023 17643/15559/14024</w:t>
        <w:br/>
        <w:t>f 17649/15560/14025 17648/15561/14026 17647/15562/14027</w:t>
        <w:br/>
        <w:t>f 17646/15563/14028 17649/15560/14025 17647/15562/14027</w:t>
        <w:br/>
        <w:t>f 17653/15564/14029 17652/15565/14030 17651/15566/14031</w:t>
        <w:br/>
        <w:t>f 17650/15567/14032 17653/15564/14029 17651/15566/14031</w:t>
        <w:br/>
        <w:t>f 17656/15568/14033 17655/15569/14034 17654/15570/14035</w:t>
        <w:br/>
        <w:t>f 17657/15571/14036 17656/15568/14033 17654/15570/14035</w:t>
        <w:br/>
        <w:t>f 17661/15572/14037 17660/15573/14038 17659/15574/14039</w:t>
        <w:br/>
        <w:t>f 17658/15575/14040 17661/15572/14037 17659/15574/14039</w:t>
        <w:br/>
        <w:t>f 17660/15573/14038 17661/15572/14037 17663/15576/14041</w:t>
        <w:br/>
        <w:t>f 17662/15577/14042 17660/15573/14038 17663/15576/14041</w:t>
        <w:br/>
        <w:t>f 17667/15578/14043 17666/15579/14044 17665/15580/14045</w:t>
        <w:br/>
        <w:t>f 17664/15581/14046 17667/15578/14043 17665/15580/14045</w:t>
        <w:br/>
        <w:t>f 17670/15582/14047 17669/15583/14048 17668/15584/14049</w:t>
        <w:br/>
        <w:t>f 17671/15585/14050 17670/15582/14047 17668/15584/14049</w:t>
        <w:br/>
        <w:t>f 17675/15586/14051 17674/15587/14052 17673/15588/14048</w:t>
        <w:br/>
        <w:t>f 17672/15589/14047 17675/15586/14051 17673/15588/14048</w:t>
        <w:br/>
        <w:t>f 17679/15590/14053 17678/15591/14054 17677/15592/14055</w:t>
        <w:br/>
        <w:t>f 17676/15593/14056 17679/15590/14053 17677/15592/14055</w:t>
        <w:br/>
        <w:t>f 17680/15594/14057 17676/15593/14056 17677/15592/14055</w:t>
        <w:br/>
        <w:t>f 17681/15595/14058 17680/15594/14057 17677/15592/14055</w:t>
        <w:br/>
        <w:t>f 17681/15595/14058 17683/15596/14059 17682/15597/14060</w:t>
        <w:br/>
        <w:t>f 17680/15594/14057 17681/15595/14058 17682/15597/14060</w:t>
        <w:br/>
        <w:t>f 17683/15596/14059 17685/15598/14061 17684/15599/14062</w:t>
        <w:br/>
        <w:t>f 17682/15597/14060 17683/15596/14059 17684/15599/14062</w:t>
        <w:br/>
        <w:t>f 17687/15600/14063 17684/15599/14062 17685/15598/14061</w:t>
        <w:br/>
        <w:t>f 17686/15601/14064 17687/15600/14063 17685/15598/14061</w:t>
        <w:br/>
        <w:t>f 17691/15602/14065 17690/15603/14066 17689/15604/14067</w:t>
        <w:br/>
        <w:t>f 17688/15605/14068 17691/15602/14065 17689/15604/14067</w:t>
        <w:br/>
        <w:t>f 17693/15606/14069 17691/15602/14065 17688/15605/14068</w:t>
        <w:br/>
        <w:t>f 17692/15607/14070 17693/15606/14069 17688/15605/14068</w:t>
        <w:br/>
        <w:t>f 17693/15606/14069 17692/15607/14070 17695/15608/14071</w:t>
        <w:br/>
        <w:t>f 17694/15609/14072 17693/15606/14069 17695/15608/14071</w:t>
        <w:br/>
        <w:t>f 17696/15610/14073 17662/15577/14042 17663/15576/14041</w:t>
        <w:br/>
        <w:t>f 17697/15611/14074 17696/15610/14073 17663/15576/14041</w:t>
        <w:br/>
        <w:t>f 17694/15609/14072 17695/15608/14071 17699/15612/14075</w:t>
        <w:br/>
        <w:t>f 17698/15613/14076 17694/15609/14072 17699/15612/14075</w:t>
        <w:br/>
        <w:t>f 17700/15614/14077 17689/15604/14067 17690/15603/14066</w:t>
        <w:br/>
        <w:t>f 17703/15615/14078 17702/15616/14079 17701/15617/14080</w:t>
        <w:br/>
        <w:t>f 17704/15618/14081 17703/15615/14078 17701/15617/14080</w:t>
        <w:br/>
        <w:t>f 17704/15618/14081 17701/15617/14080 17706/15619/14082</w:t>
        <w:br/>
        <w:t>f 17705/15620/14083 17704/15618/14081 17706/15619/14082</w:t>
        <w:br/>
        <w:t>f 17708/15621/14084 17705/15620/14083 17706/15619/14082</w:t>
        <w:br/>
        <w:t>f 17707/15622/14085 17708/15621/14084 17706/15619/14082</w:t>
        <w:br/>
        <w:t>f 17710/15623/14086 17708/15621/14084 17707/15622/14085</w:t>
        <w:br/>
        <w:t>f 17709/15624/14087 17710/15623/14086 17707/15622/14085</w:t>
        <w:br/>
        <w:t>f 17714/15625/14088 17713/15626/14089 17712/15627/14087</w:t>
        <w:br/>
        <w:t>f 17711/15628/14090 17714/15625/14088 17712/15627/14087</w:t>
        <w:br/>
        <w:t>f 17716/15629/14091 17714/15625/14088 17711/15628/14090</w:t>
        <w:br/>
        <w:t>f 17715/15630/14092 17716/15629/14091 17711/15628/14090</w:t>
        <w:br/>
        <w:t>f 17715/15630/14092 17718/15631/14093 17717/15632/14094</w:t>
        <w:br/>
        <w:t>f 17716/15629/14091 17715/15630/14092 17717/15632/14094</w:t>
        <w:br/>
        <w:t>f 17718/15631/14093 17720/15633/14095 17719/15634/14096</w:t>
        <w:br/>
        <w:t>f 17717/15632/14094 17718/15631/14093 17719/15634/14096</w:t>
        <w:br/>
        <w:t>f 17721/15635/14097 17719/15634/14096 17720/15633/14095</w:t>
        <w:br/>
        <w:t>f 17722/15636/14098 17721/15635/14097 17720/15633/14095</w:t>
        <w:br/>
        <w:t>f 17722/15636/14098 17724/15637/14099 17723/15638/14100</w:t>
        <w:br/>
        <w:t>f 17721/15635/14097 17722/15636/14098 17723/15638/14100</w:t>
        <w:br/>
        <w:t>f 17724/15637/14099 17726/15639/14101 17725/15640/14102</w:t>
        <w:br/>
        <w:t>f 17723/15638/14100 17724/15637/14099 17725/15640/14102</w:t>
        <w:br/>
        <w:t>f 17728/15641/14103 17727/15642/14104 17725/15640/14102</w:t>
        <w:br/>
        <w:t>f 17726/15639/14101 17728/15641/14103 17725/15640/14102</w:t>
        <w:br/>
        <w:t>f 17729/15643/14105 17727/15642/14104 17728/15641/14103</w:t>
        <w:br/>
        <w:t>f 17730/15644/14106 17729/15643/14105 17728/15641/14103</w:t>
        <w:br/>
        <w:t>f 17703/15615/14078 17729/15643/14105 17730/15644/14106</w:t>
        <w:br/>
        <w:t>f 17702/15616/14079 17703/15615/14078 17730/15644/14106</w:t>
        <w:br/>
        <w:t>f 17734/15645/14107 17733/15646/14108 17732/15647/14109</w:t>
        <w:br/>
        <w:t>f 17731/15648/14110 17734/15645/14107 17732/15647/14109</w:t>
        <w:br/>
        <w:t>f 17736/15649/14111 17735/15650/14112 17733/15646/14108</w:t>
        <w:br/>
        <w:t>f 17734/15645/14107 17736/15649/14111 17733/15646/14108</w:t>
        <w:br/>
        <w:t>f 17737/15651/14113 17735/15650/14112 17736/15649/14111</w:t>
        <w:br/>
        <w:t>f 17738/15652/14114 17737/15651/14113 17736/15649/14111</w:t>
        <w:br/>
        <w:t>f 17740/15653/14115 17739/15654/14116 17737/15651/14113</w:t>
        <w:br/>
        <w:t>f 17738/15652/14114 17740/15653/14115 17737/15651/14113</w:t>
        <w:br/>
        <w:t>f 17742/15655/14117 17741/15656/14118 17739/15654/14116</w:t>
        <w:br/>
        <w:t>f 17740/15653/14115 17742/15655/14117 17739/15654/14116</w:t>
        <w:br/>
        <w:t>f 17743/15657/14119 17741/15656/14118 17742/15655/14117</w:t>
        <w:br/>
        <w:t>f 17744/15658/14120 17743/15657/14119 17742/15655/14117</w:t>
        <w:br/>
        <w:t>f 17744/15658/14120 17746/15659/14121 17745/15660/14122</w:t>
        <w:br/>
        <w:t>f 17743/15657/14119 17744/15658/14120 17745/15660/14122</w:t>
        <w:br/>
        <w:t>f 17747/15661/14123 17745/15660/14122 17746/15659/14121</w:t>
        <w:br/>
        <w:t>f 17748/15662/14124 17747/15661/14123 17746/15659/14121</w:t>
        <w:br/>
        <w:t>f 17748/15662/14124 17750/15663/14125 17749/15664/14126</w:t>
        <w:br/>
        <w:t>f 17747/15661/14123 17748/15662/14124 17749/15664/14126</w:t>
        <w:br/>
        <w:t>f 17752/15665/14127 17749/15664/14126 17750/15663/14125</w:t>
        <w:br/>
        <w:t>f 17751/15666/14128 17752/15665/14127 17750/15663/14125</w:t>
        <w:br/>
        <w:t>f 17754/15667/14129 17752/15665/14127 17751/15666/14128</w:t>
        <w:br/>
        <w:t>f 17753/15668/14130 17754/15667/14129 17751/15666/14128</w:t>
        <w:br/>
        <w:t>f 17753/15668/14130 17756/15669/14131 17755/15670/14132</w:t>
        <w:br/>
        <w:t>f 17754/15667/14129 17753/15668/14130 17755/15670/14132</w:t>
        <w:br/>
        <w:t>f 17760/15671/14133 17759/15672/14132 17758/15673/14134</w:t>
        <w:br/>
        <w:t>f 17757/15674/14135 17760/15671/14133 17758/15673/14134</w:t>
        <w:br/>
        <w:t>f 17757/15674/14135 17731/15648/14110 17732/15647/14109</w:t>
        <w:br/>
        <w:t>f 17760/15671/14133 17757/15674/14135 17732/15647/14109</w:t>
        <w:br/>
        <w:t>f 17678/15591/14054 17762/15675/14136 17761/15676/14137</w:t>
        <w:br/>
        <w:t>f 17677/15592/14055 17678/15591/14054 17761/15676/14137</w:t>
        <w:br/>
        <w:t>f 17761/15676/14137 17763/15677/14138 17681/15595/14058</w:t>
        <w:br/>
        <w:t>f 17677/15592/14055 17761/15676/14137 17681/15595/14058</w:t>
        <w:br/>
        <w:t>f 17683/15596/14059 17681/15595/14058 17763/15677/14138</w:t>
        <w:br/>
        <w:t>f 17764/15678/14139 17683/15596/14059 17763/15677/14138</w:t>
        <w:br/>
        <w:t>f 17685/15598/14061 17683/15596/14059 17764/15678/14139</w:t>
        <w:br/>
        <w:t>f 17765/15679/14140 17685/15598/14061 17764/15678/14139</w:t>
        <w:br/>
        <w:t>f 17686/15601/14064 17685/15598/14061 17765/15679/14140</w:t>
        <w:br/>
        <w:t>f 17700/15614/14077 17686/15601/14064 17765/15679/14140</w:t>
        <w:br/>
        <w:t>f 17768/15680/14141 17767/15681/14142 17766/15682/14143</w:t>
        <w:br/>
        <w:t>f 17769/15683/14144 17768/15680/14141 17766/15682/14143</w:t>
        <w:br/>
        <w:t>f 17771/15684/14145 17770/15685/14146 17687/15600/14063</w:t>
        <w:br/>
        <w:t>f 17773/15686/14147 17770/15685/14146 17771/15684/14145</w:t>
        <w:br/>
        <w:t>f 17772/15687/14148 17773/15686/14147 17771/15684/14145</w:t>
        <w:br/>
        <w:t>f 17769/15683/14144 17766/15682/14143 17774/15688/14149</w:t>
        <w:br/>
        <w:t>f 17775/15689/14150 17769/15683/14144 17774/15688/14149</w:t>
        <w:br/>
        <w:t>f 17776/15690/14151 17671/15585/14050 17698/15613/14076</w:t>
        <w:br/>
        <w:t>f 17668/15584/14049 17775/15689/14150 17774/15688/14149</w:t>
        <w:br/>
        <w:t>f 17671/15585/14050 17776/15690/14151 17777/15691/14152</w:t>
        <w:br/>
        <w:t>f 17670/15582/14047 17671/15585/14050 17777/15691/14152</w:t>
        <w:br/>
        <w:t>f 17672/15589/14047 17779/15692/14152 17778/15693/14153</w:t>
        <w:br/>
        <w:t>f 17675/15586/14051 17672/15589/14047 17778/15693/14153</w:t>
        <w:br/>
        <w:t>f 17762/15675/14136 17678/15591/14054 17675/15586/14051</w:t>
        <w:br/>
        <w:t>f 17778/15693/14153 17762/15675/14136 17675/15586/14051</w:t>
        <w:br/>
        <w:t>f 17782/15694/14023 17667/15578/14043 17781/15695/14154</w:t>
        <w:br/>
        <w:t>f 17780/15696/14155 17782/15694/14023 17781/15695/14154</w:t>
        <w:br/>
        <w:t>f 17784/15697/14156 17783/15698/14157 17657/15571/14036</w:t>
        <w:br/>
        <w:t>f 17654/15570/14035 17784/15697/14156 17657/15571/14036</w:t>
        <w:br/>
        <w:t>f 17786/15699/14158 17661/15572/14037 17658/15575/14040</w:t>
        <w:br/>
        <w:t>f 17785/15700/14159 17786/15699/14158 17658/15575/14040</w:t>
        <w:br/>
        <w:t>f 17663/15576/14041 17661/15572/14037 17786/15699/14158</w:t>
        <w:br/>
        <w:t>f 17787/15701/14160 17663/15576/14041 17786/15699/14158</w:t>
        <w:br/>
        <w:t>f 17787/15701/14160 17788/15702/14161 17697/15611/14074</w:t>
        <w:br/>
        <w:t>f 17781/15695/14154 17667/15578/14043 17664/15581/14046</w:t>
        <w:br/>
        <w:t>f 17789/15703/14162 17781/15695/14154 17664/15581/14046</w:t>
        <w:br/>
        <w:t>f 17792/15704/14163 17791/15705/14164 17790/15706/14165</w:t>
        <w:br/>
        <w:t>f 17793/15707/14166 17792/15704/14163 17790/15706/14165</w:t>
        <w:br/>
        <w:t>f 17796/15708/14167 17795/15709/14168 17794/15710/14169</w:t>
        <w:br/>
        <w:t>f 17799/15711/14170 17798/15712/14171 17797/15713/14172</w:t>
        <w:br/>
        <w:t>f 17800/15714/14173 17799/15711/14170 17797/15713/14172</w:t>
        <w:br/>
        <w:t>f 17802/15715/14174 17801/15716/14175 17799/15711/14170</w:t>
        <w:br/>
        <w:t>f 17800/15714/14173 17802/15715/14174 17799/15711/14170</w:t>
        <w:br/>
        <w:t>f 17801/15716/14175 17802/15715/14174 17803/15717/14176</w:t>
        <w:br/>
        <w:t>f 17806/15718/14177 17805/15719/14178 17804/15720/14179</w:t>
        <w:br/>
        <w:t>f 17807/15721/14180 17806/15718/14177 17804/15720/14179</w:t>
        <w:br/>
        <w:t>f 17810/15722/14181 17809/15723/14182 17808/15724/14183</w:t>
        <w:br/>
        <w:t>f 17811/15725/14184 17810/15722/14181 17808/15724/14183</w:t>
        <w:br/>
        <w:t>f 17813/15726/14185 17812/15727/14186 17810/15722/14181</w:t>
        <w:br/>
        <w:t>f 17811/15725/14184 17813/15726/14185 17810/15722/14181</w:t>
        <w:br/>
        <w:t>f 17793/15707/14166 17790/15706/14165 17815/15728/14187</w:t>
        <w:br/>
        <w:t>f 17814/15729/14188 17793/15707/14166 17815/15728/14187</w:t>
        <w:br/>
        <w:t>f 17705/15620/14083 17076/15450/13919 17816/15730/14189</w:t>
        <w:br/>
        <w:t>f 17704/15618/14081 17705/15620/14083 17816/15730/14189</w:t>
        <w:br/>
        <w:t>f 17085/15460/13929 17703/15615/14078 17704/15618/14081</w:t>
        <w:br/>
        <w:t>f 17816/15730/14189 17085/15460/13929 17704/15618/14081</w:t>
        <w:br/>
        <w:t>f 17085/15460/13929 17086/15459/13928 17729/15643/14105</w:t>
        <w:br/>
        <w:t>f 17703/15615/14078 17085/15460/13929 17729/15643/14105</w:t>
        <w:br/>
        <w:t>f 17727/15642/14104 17729/15643/14105 17086/15459/13928</w:t>
        <w:br/>
        <w:t>f 17092/15466/13935 17727/15642/14104 17086/15459/13928</w:t>
        <w:br/>
        <w:t>f 17727/15642/14104 17092/15466/13935 17817/15731/14190</w:t>
        <w:br/>
        <w:t>f 17725/15640/14102 17727/15642/14104 17817/15731/14190</w:t>
        <w:br/>
        <w:t>f 17725/15640/14102 17817/15731/14190 17818/15732/14191</w:t>
        <w:br/>
        <w:t>f 17723/15638/14100 17725/15640/14102 17818/15732/14191</w:t>
        <w:br/>
        <w:t>f 17721/15635/14097 17723/15638/14100 17818/15732/14191</w:t>
        <w:br/>
        <w:t>f 17819/15733/14192 17721/15635/14097 17818/15732/14191</w:t>
        <w:br/>
        <w:t>f 17719/15634/14096 17721/15635/14097 17819/15733/14192</w:t>
        <w:br/>
        <w:t>f 17080/15455/13924 17719/15634/14096 17819/15733/14192</w:t>
        <w:br/>
        <w:t>f 17717/15632/14094 17719/15634/14096 17080/15455/13924</w:t>
        <w:br/>
        <w:t>f 17081/15454/13923 17717/15632/14094 17080/15455/13924</w:t>
        <w:br/>
        <w:t>f 17081/15454/13923 17090/15462/13931 17716/15629/14091</w:t>
        <w:br/>
        <w:t>f 17717/15632/14094 17081/15454/13923 17716/15629/14091</w:t>
        <w:br/>
        <w:t>f 17716/15629/14091 17090/15462/13931 17087/15465/13934</w:t>
        <w:br/>
        <w:t>f 17714/15625/14088 17716/15629/14091 17087/15465/13934</w:t>
        <w:br/>
        <w:t>f 17714/15625/14088 17087/15465/13934 17093/15469/13938</w:t>
        <w:br/>
        <w:t>f 17713/15626/14089 17714/15625/14088 17093/15469/13938</w:t>
        <w:br/>
        <w:t>f 17710/15623/14086 17820/15734/14193 17075/15451/13920</w:t>
        <w:br/>
        <w:t>f 17708/15621/14084 17710/15623/14086 17075/15451/13920</w:t>
        <w:br/>
        <w:t>f 17076/15450/13919 17705/15620/14083 17708/15621/14084</w:t>
        <w:br/>
        <w:t>f 17075/15451/13920 17076/15450/13919 17708/15621/14084</w:t>
        <w:br/>
        <w:t>f 17731/15648/14110 17706/15619/14082 17701/15617/14080</w:t>
        <w:br/>
        <w:t>f 17734/15645/14107 17731/15648/14110 17701/15617/14080</w:t>
        <w:br/>
        <w:t>f 17702/15616/14079 17736/15649/14111 17734/15645/14107</w:t>
        <w:br/>
        <w:t>f 17701/15617/14080 17702/15616/14079 17734/15645/14107</w:t>
        <w:br/>
        <w:t>f 17730/15644/14106 17738/15652/14114 17736/15649/14111</w:t>
        <w:br/>
        <w:t>f 17702/15616/14079 17730/15644/14106 17736/15649/14111</w:t>
        <w:br/>
        <w:t>f 17738/15652/14114 17730/15644/14106 17728/15641/14103</w:t>
        <w:br/>
        <w:t>f 17740/15653/14115 17738/15652/14114 17728/15641/14103</w:t>
        <w:br/>
        <w:t>f 17726/15639/14101 17742/15655/14117 17740/15653/14115</w:t>
        <w:br/>
        <w:t>f 17728/15641/14103 17726/15639/14101 17740/15653/14115</w:t>
        <w:br/>
        <w:t>f 17724/15637/14099 17744/15658/14120 17742/15655/14117</w:t>
        <w:br/>
        <w:t>f 17726/15639/14101 17724/15637/14099 17742/15655/14117</w:t>
        <w:br/>
        <w:t>f 17724/15637/14099 17722/15636/14098 17746/15659/14121</w:t>
        <w:br/>
        <w:t>f 17744/15658/14120 17724/15637/14099 17746/15659/14121</w:t>
        <w:br/>
        <w:t>f 17722/15636/14098 17720/15633/14095 17748/15662/14124</w:t>
        <w:br/>
        <w:t>f 17746/15659/14121 17722/15636/14098 17748/15662/14124</w:t>
        <w:br/>
        <w:t>f 17720/15633/14095 17718/15631/14093 17750/15663/14125</w:t>
        <w:br/>
        <w:t>f 17748/15662/14124 17720/15633/14095 17750/15663/14125</w:t>
        <w:br/>
        <w:t>f 17751/15666/14128 17750/15663/14125 17718/15631/14093</w:t>
        <w:br/>
        <w:t>f 17715/15630/14092 17751/15666/14128 17718/15631/14093</w:t>
        <w:br/>
        <w:t>f 17715/15630/14092 17711/15628/14090 17753/15668/14130</w:t>
        <w:br/>
        <w:t>f 17751/15666/14128 17715/15630/14092 17753/15668/14130</w:t>
        <w:br/>
        <w:t>f 17711/15628/14090 17712/15627/14087 17756/15669/14131</w:t>
        <w:br/>
        <w:t>f 17753/15668/14130 17711/15628/14090 17756/15669/14131</w:t>
        <w:br/>
        <w:t>f 17757/15674/14135 17758/15673/14134 17709/15624/14087</w:t>
        <w:br/>
        <w:t>f 17707/15622/14085 17757/15674/14135 17709/15624/14087</w:t>
        <w:br/>
        <w:t>f 17707/15622/14085 17706/15619/14082 17731/15648/14110</w:t>
        <w:br/>
        <w:t>f 17757/15674/14135 17707/15622/14085 17731/15648/14110</w:t>
        <w:br/>
        <w:t>f 17582/15496/13964 17822/15735/14194 17821/15736/14195</w:t>
        <w:br/>
        <w:t>f 17581/15497/13942 17582/15496/13964 17821/15736/14195</w:t>
        <w:br/>
        <w:t>f 17822/15735/14194 17582/15496/13964 17586/15499/13966</w:t>
        <w:br/>
        <w:t>f 17823/15737/14196 17822/15735/14194 17586/15499/13966</w:t>
        <w:br/>
        <w:t>f 17825/15738/14197 17801/15716/14175 17824/15739/14198</w:t>
        <w:br/>
        <w:t>f 17801/15716/14175 17825/15738/14197 17826/15740/14199</w:t>
        <w:br/>
        <w:t>f 17798/15712/14171 17799/15711/14170 17826/15740/14199</w:t>
        <w:br/>
        <w:t>f 17762/15675/14136 17732/15647/14109 17733/15646/14108</w:t>
        <w:br/>
        <w:t>f 17761/15676/14137 17762/15675/14136 17733/15646/14108</w:t>
        <w:br/>
        <w:t>f 17761/15676/14137 17733/15646/14108 17735/15650/14112</w:t>
        <w:br/>
        <w:t>f 17763/15677/14138 17761/15676/14137 17735/15650/14112</w:t>
        <w:br/>
        <w:t>f 17735/15650/14112 17737/15651/14113 17764/15678/14139</w:t>
        <w:br/>
        <w:t>f 17763/15677/14138 17735/15650/14112 17764/15678/14139</w:t>
        <w:br/>
        <w:t>f 17739/15654/14116 17765/15679/14140 17764/15678/14139</w:t>
        <w:br/>
        <w:t>f 17737/15651/14113 17739/15654/14116 17764/15678/14139</w:t>
        <w:br/>
        <w:t>f 17700/15614/14077 17765/15679/14140 17739/15654/14116</w:t>
        <w:br/>
        <w:t>f 17741/15656/14118 17700/15614/14077 17739/15654/14116</w:t>
        <w:br/>
        <w:t>f 17689/15604/14067 17700/15614/14077 17741/15656/14118</w:t>
        <w:br/>
        <w:t>f 17743/15657/14119 17689/15604/14067 17741/15656/14118</w:t>
        <w:br/>
        <w:t>f 17688/15605/14068 17689/15604/14067 17743/15657/14119</w:t>
        <w:br/>
        <w:t>f 17745/15660/14122 17688/15605/14068 17743/15657/14119</w:t>
        <w:br/>
        <w:t>f 17692/15607/14070 17688/15605/14068 17745/15660/14122</w:t>
        <w:br/>
        <w:t>f 17747/15661/14123 17692/15607/14070 17745/15660/14122</w:t>
        <w:br/>
        <w:t>f 17692/15607/14070 17747/15661/14123 17749/15664/14126</w:t>
        <w:br/>
        <w:t>f 17695/15608/14071 17692/15607/14070 17749/15664/14126</w:t>
        <w:br/>
        <w:t>f 17695/15608/14071 17749/15664/14126 17752/15665/14127</w:t>
        <w:br/>
        <w:t>f 17699/15612/14075 17695/15608/14071 17752/15665/14127</w:t>
        <w:br/>
        <w:t>f 17699/15612/14075 17752/15665/14127 17754/15667/14129</w:t>
        <w:br/>
        <w:t>f 17776/15690/14151 17699/15612/14075 17754/15667/14129</w:t>
        <w:br/>
        <w:t>f 17755/15670/14132 17777/15691/14152 17776/15690/14151</w:t>
        <w:br/>
        <w:t>f 17754/15667/14129 17755/15670/14132 17776/15690/14151</w:t>
        <w:br/>
        <w:t>f 17760/15671/14133 17778/15693/14153 17779/15692/14152</w:t>
        <w:br/>
        <w:t>f 17759/15672/14132 17760/15671/14133 17779/15692/14152</w:t>
        <w:br/>
        <w:t>f 17778/15693/14153 17760/15671/14133 17732/15647/14109</w:t>
        <w:br/>
        <w:t>f 17762/15675/14136 17778/15693/14153 17732/15647/14109</w:t>
        <w:br/>
        <w:t>f 17829/15741/14200 17828/15742/14201 17827/15743/14202</w:t>
        <w:br/>
        <w:t>f 17824/15739/14198 17829/15741/14200 17827/15743/14202</w:t>
        <w:br/>
        <w:t>f 17646/15563/14028 17643/15559/14024 17830/15744/14203</w:t>
        <w:br/>
        <w:t>f 17649/15560/14025 17646/15563/14028 17830/15744/14203</w:t>
        <w:br/>
        <w:t>f 17559/15475/13943 17832/15745/14204 17831/15746/14205</w:t>
        <w:br/>
        <w:t>f 17563/15477/13945 17559/15475/13943 17831/15746/14205</w:t>
        <w:br/>
        <w:t>f 17563/15477/13945 17831/15746/14205 17826/15740/14199</w:t>
        <w:br/>
        <w:t>f 17566/15479/13947 17563/15477/13945 17826/15740/14199</w:t>
        <w:br/>
        <w:t>f 17566/15479/13947 17826/15740/14199 17825/15738/14197</w:t>
        <w:br/>
        <w:t>f 17568/15481/13949 17566/15479/13947 17825/15738/14197</w:t>
        <w:br/>
        <w:t>f 17833/15747/14206 17570/15483/13951 17568/15481/13949</w:t>
        <w:br/>
        <w:t>f 17825/15738/14197 17833/15747/14206 17568/15481/13949</w:t>
        <w:br/>
        <w:t>f 17796/15708/14167 17797/15713/14172 17798/15712/14171</w:t>
        <w:br/>
        <w:t>f 17803/15717/14176 17829/15741/14200 17824/15739/14198</w:t>
        <w:br/>
        <w:t>f 17652/15565/14030 17653/15564/14029 17834/15748/14207</w:t>
        <w:br/>
        <w:t>f 17835/15749/14208 17652/15565/14030 17834/15748/14207</w:t>
        <w:br/>
        <w:t>f 17649/15560/14025 17830/15744/14203 17836/15750/14209</w:t>
        <w:br/>
        <w:t>f 17837/15751/14210 17649/15560/14025 17836/15750/14209</w:t>
        <w:br/>
        <w:t>f 17651/15566/14031 17838/15752/14211 17784/15697/14156</w:t>
        <w:br/>
        <w:t>f 17654/15570/14035 17651/15566/14031 17784/15697/14156</w:t>
        <w:br/>
        <w:t>f 17840/15753/14212 17839/15754/14213 17794/15710/14169</w:t>
        <w:br/>
        <w:t>f 17795/15709/14168 17840/15753/14212 17794/15710/14169</w:t>
        <w:br/>
        <w:t>f 17652/15565/14030 17841/15755/14214 17838/15752/14211</w:t>
        <w:br/>
        <w:t>f 17651/15566/14031 17652/15565/14030 17838/15752/14211</w:t>
        <w:br/>
        <w:t>f 17572/15485/13953 17570/15483/13951 17833/15747/14206</w:t>
        <w:br/>
        <w:t>f 17842/15756/14215 17572/15485/13953 17833/15747/14206</w:t>
        <w:br/>
        <w:t>f 17807/15721/14180 17827/15743/14202 17828/15742/14201</w:t>
        <w:br/>
        <w:t>f 17806/15718/14177 17807/15721/14180 17828/15742/14201</w:t>
        <w:br/>
        <w:t>f 17645/15557/14022 17844/15757/14216 17843/15758/14163</w:t>
        <w:br/>
        <w:t>f 17830/15744/14203 17644/15558/14023 17845/15759/14155</w:t>
        <w:br/>
        <w:t>f 17836/15750/14209 17830/15744/14203 17845/15759/14155</w:t>
        <w:br/>
        <w:t>f 17832/15745/14204 17559/15475/13943 17560/15474/13942</w:t>
        <w:br/>
        <w:t>f 17846/15760/14195 17832/15745/14204 17560/15474/13942</w:t>
        <w:br/>
        <w:t>f 17847/15761/14164 17843/15758/14163 17839/15754/14213</w:t>
        <w:br/>
        <w:t>f 17840/15753/14212 17847/15761/14164 17839/15754/14213</w:t>
        <w:br/>
        <w:t>f 17793/15707/14166 17666/15579/14044 17848/15762/14022</w:t>
        <w:br/>
        <w:t>f 17792/15704/14163 17793/15707/14166 17848/15762/14022</w:t>
        <w:br/>
        <w:t>f 17646/15563/14028 17647/15562/14027 17850/15763/14217</w:t>
        <w:br/>
        <w:t>f 17849/15764/14218 17646/15563/14028 17850/15763/14217</w:t>
        <w:br/>
        <w:t>f 17643/15559/14024 17646/15563/14028 17849/15764/14218</w:t>
        <w:br/>
        <w:t>f 17851/15765/14219 17643/15559/14024 17849/15764/14218</w:t>
        <w:br/>
        <w:t>f 17797/15713/14172 17796/15708/14167 17852/15766/14220</w:t>
        <w:br/>
        <w:t>f 17853/15767/14221 17797/15713/14172 17852/15766/14220</w:t>
        <w:br/>
        <w:t>f 17647/15562/14027 17855/15768/14222 17854/15769/14223</w:t>
        <w:br/>
        <w:t>f 17850/15763/14217 17647/15562/14027 17854/15769/14223</w:t>
        <w:br/>
        <w:t>f 17857/15770/14224 17854/15769/14223 17855/15768/14222</w:t>
        <w:br/>
        <w:t>f 17856/15771/14225 17857/15770/14224 17855/15768/14222</w:t>
        <w:br/>
        <w:t>f 17858/15772/14226 17857/15770/14224 17856/15771/14225</w:t>
        <w:br/>
        <w:t>f 17859/15773/14227 17858/15772/14226 17856/15771/14225</w:t>
        <w:br/>
        <w:t>f 17834/15748/14207 17860/15774/14228 17858/15772/14226</w:t>
        <w:br/>
        <w:t>f 17859/15773/14227 17834/15748/14207 17858/15772/14226</w:t>
        <w:br/>
        <w:t>f 17860/15774/14228 17834/15748/14207 17653/15564/14029</w:t>
        <w:br/>
        <w:t>f 17861/15775/14229 17860/15774/14228 17653/15564/14029</w:t>
        <w:br/>
        <w:t>f 17806/15718/14177 17828/15742/14201 17862/15776/14230</w:t>
        <w:br/>
        <w:t>f 17655/15569/14034 17863/15777/14231 17650/15567/14032</w:t>
        <w:br/>
        <w:t>f 17805/15719/14178 17806/15718/14177 17655/15569/14034</w:t>
        <w:br/>
        <w:t>f 17656/15568/14033 17805/15719/14178 17655/15569/14034</w:t>
        <w:br/>
        <w:t>f 17811/15725/14184 17808/15724/14183 17659/15574/14039</w:t>
        <w:br/>
        <w:t>f 17660/15573/14038 17811/15725/14184 17659/15574/14039</w:t>
        <w:br/>
        <w:t>f 17811/15725/14184 17660/15573/14038 17662/15577/14042</w:t>
        <w:br/>
        <w:t>f 17813/15726/14185 17811/15725/14184 17662/15577/14042</w:t>
        <w:br/>
        <w:t>f 17666/15579/14044 17793/15707/14166 17814/15729/14188</w:t>
        <w:br/>
        <w:t>f 17665/15580/14045 17666/15579/14044 17814/15729/14188</w:t>
        <w:br/>
        <w:t>f 17680/15594/14057 17841/15755/14214 17864/15778/14232</w:t>
        <w:br/>
        <w:t>f 17676/15593/14056 17680/15594/14057 17864/15778/14232</w:t>
        <w:br/>
        <w:t>f 17865/15779/14233 17676/15593/14056 17864/15778/14232</w:t>
        <w:br/>
        <w:t>f 17676/15593/14056 17865/15779/14233 17866/15780/14234</w:t>
        <w:br/>
        <w:t>f 17679/15590/14053 17676/15593/14056 17866/15780/14234</w:t>
        <w:br/>
        <w:t>f 17835/15749/14208 17867/15781/14235 17864/15778/14232</w:t>
        <w:br/>
        <w:t>f 17684/15599/14062 17784/15697/14156 17838/15752/14211</w:t>
        <w:br/>
        <w:t>f 17682/15597/14060 17684/15599/14062 17838/15752/14211</w:t>
        <w:br/>
        <w:t>f 17835/15749/14208 17864/15778/14232 17841/15755/14214</w:t>
        <w:br/>
        <w:t>f 17652/15565/14030 17835/15749/14208 17841/15755/14214</w:t>
        <w:br/>
        <w:t>f 17797/15713/14172 17853/15767/14221 17868/15782/14236</w:t>
        <w:br/>
        <w:t>f 17800/15714/14173 17797/15713/14172 17868/15782/14236</w:t>
        <w:br/>
        <w:t>f 17866/15780/14234 17865/15779/14233 17869/15783/14237</w:t>
        <w:br/>
        <w:t>f 17870/15784/14238 17866/15780/14234 17869/15783/14237</w:t>
        <w:br/>
        <w:t>f 17871/15785/14239 17835/15749/14208 17834/15748/14207</w:t>
        <w:br/>
        <w:t>f 17859/15773/14227 17871/15785/14239 17834/15748/14207</w:t>
        <w:br/>
        <w:t>f 17867/15781/14235 17869/15783/14237 17865/15779/14233</w:t>
        <w:br/>
        <w:t>f 17864/15778/14232 17867/15781/14235 17865/15779/14233</w:t>
        <w:br/>
        <w:t>f 17872/15786/14240 17871/15785/14239 17859/15773/14227</w:t>
        <w:br/>
        <w:t>f 17856/15771/14225 17872/15786/14240 17859/15773/14227</w:t>
        <w:br/>
        <w:t>f 17873/15787/14241 17802/15715/14174 17800/15714/14173</w:t>
        <w:br/>
        <w:t>f 17868/15782/14236 17873/15787/14241 17800/15714/14173</w:t>
        <w:br/>
        <w:t>f 17874/15788/14242 17803/15717/14176 17802/15715/14174</w:t>
        <w:br/>
        <w:t>f 17873/15787/14241 17874/15788/14242 17802/15715/14174</w:t>
        <w:br/>
        <w:t>f 17648/15561/14026 17875/15789/14243 17855/15768/14222</w:t>
        <w:br/>
        <w:t>f 17647/15562/14027 17648/15561/14026 17855/15768/14222</w:t>
        <w:br/>
        <w:t>f 17841/15755/14214 17680/15594/14057 17682/15597/14060</w:t>
        <w:br/>
        <w:t>f 17838/15752/14211 17841/15755/14214 17682/15597/14060</w:t>
        <w:br/>
        <w:t>f 17668/15584/14049 17781/15695/14154 17789/15703/14162</w:t>
        <w:br/>
        <w:t>f 17775/15689/14150 17668/15584/14049 17789/15703/14162</w:t>
        <w:br/>
        <w:t>f 17787/15701/14160 17769/15683/14144 17775/15689/14150</w:t>
        <w:br/>
        <w:t>f 17789/15703/14162 17787/15701/14160 17775/15689/14150</w:t>
        <w:br/>
        <w:t>f 17684/15599/14062 17687/15600/14063 17783/15698/14157</w:t>
        <w:br/>
        <w:t>f 17784/15697/14156 17684/15599/14062 17783/15698/14157</w:t>
        <w:br/>
        <w:t>f 17673/15588/14048 17674/15587/14052 17836/15750/14209</w:t>
        <w:br/>
        <w:t>f 17845/15759/14155 17673/15588/14048 17836/15750/14209</w:t>
        <w:br/>
        <w:t>f 17674/15587/14052 17679/15590/14053 17837/15751/14210</w:t>
        <w:br/>
        <w:t>f 17836/15750/14209 17674/15587/14052 17837/15751/14210</w:t>
        <w:br/>
        <w:t>f 17879/15790/14244 17878/15791/14245 17877/15792/14246</w:t>
        <w:br/>
        <w:t>f 17876/15793/14247 17879/15790/14244 17877/15792/14246</w:t>
        <w:br/>
        <w:t>f 17878/15791/14245 17813/15726/14185 17662/15577/14042</w:t>
        <w:br/>
        <w:t>f 17696/15610/14073 17878/15791/14245 17662/15577/14042</w:t>
        <w:br/>
        <w:t>f 17659/15574/14039 17808/15724/14183 17880/15794/14248</w:t>
        <w:br/>
        <w:t>f 17881/15795/14249 17659/15574/14039 17880/15794/14248</w:t>
        <w:br/>
        <w:t>f 17881/15795/14249 17882/15796/14250 17658/15575/14040</w:t>
        <w:br/>
        <w:t>f 17659/15574/14039 17881/15795/14249 17658/15575/14040</w:t>
        <w:br/>
        <w:t>f 17883/15797/14251 17785/15700/14159 17882/15796/14250</w:t>
        <w:br/>
        <w:t>f 17789/15703/14162 17664/15581/14046 17788/15702/14161</w:t>
        <w:br/>
        <w:t>f 17572/15485/13953 17575/15487/13955 17576/15490/13958</w:t>
        <w:br/>
        <w:t>f 17571/15486/13954 17572/15485/13953 17576/15490/13958</w:t>
        <w:br/>
        <w:t>f 17886/15798/14252 17885/15799/14253 17884/15800/14254</w:t>
        <w:br/>
        <w:t>f 17880/15794/14248 17808/15724/14183 17809/15723/14182</w:t>
        <w:br/>
        <w:t>f 17884/15800/14254 17880/15794/14248 17809/15723/14182</w:t>
        <w:br/>
        <w:t>f 17880/15794/14248 17888/15801/14255 17887/15802/14256</w:t>
        <w:br/>
        <w:t>f 17881/15795/14249 17880/15794/14248 17887/15802/14256</w:t>
        <w:br/>
        <w:t>f 17882/15796/14250 17881/15795/14249 17887/15802/14256</w:t>
        <w:br/>
        <w:t>f 17889/15803/14257 17882/15796/14250 17887/15802/14256</w:t>
        <w:br/>
        <w:t>f 17883/15797/14251 17882/15796/14250 17889/15803/14257</w:t>
        <w:br/>
        <w:t>f 17889/15803/14257 17657/15571/14036 17783/15698/14157</w:t>
        <w:br/>
        <w:t>f 17883/15797/14251 17889/15803/14257 17783/15698/14157</w:t>
        <w:br/>
        <w:t>f 17687/15600/14063 17770/15685/14146 17883/15797/14251</w:t>
        <w:br/>
        <w:t>f 17783/15698/14157 17687/15600/14063 17883/15797/14251</w:t>
        <w:br/>
        <w:t>f 17769/15683/14144 17787/15701/14160 17786/15699/14158</w:t>
        <w:br/>
        <w:t>f 17768/15680/14141 17769/15683/14144 17786/15699/14158</w:t>
        <w:br/>
        <w:t>f 17773/15686/14147 17768/15680/14141 17786/15699/14158</w:t>
        <w:br/>
        <w:t>f 17785/15700/14159 17773/15686/14147 17786/15699/14158</w:t>
        <w:br/>
        <w:t>f 17770/15685/14146 17773/15686/14147 17785/15700/14159</w:t>
        <w:br/>
        <w:t>f 17883/15797/14251 17770/15685/14146 17785/15700/14159</w:t>
        <w:br/>
        <w:t>f 17888/15801/14255 17880/15794/14248 17884/15800/14254</w:t>
        <w:br/>
        <w:t>f 17885/15799/14253 17888/15801/14255 17884/15800/14254</w:t>
        <w:br/>
        <w:t>f 17890/15804/14258 17823/15737/14196 17586/15499/13966</w:t>
        <w:br/>
        <w:t>f 17580/15494/13962 17890/15804/14258 17586/15499/13966</w:t>
        <w:br/>
        <w:t>f 17577/15491/13959 17574/15488/13956 17892/15805/14259</w:t>
        <w:br/>
        <w:t>f 17891/15806/14260 17577/15491/13959 17892/15805/14259</w:t>
        <w:br/>
        <w:t>f 17891/15806/14260 17810/15722/14181 17812/15727/14186</w:t>
        <w:br/>
        <w:t>f 17886/15798/14252 17842/15756/14215 17804/15720/14179</w:t>
        <w:br/>
        <w:t>f 17885/15799/14253 17886/15798/14252 17804/15720/14179</w:t>
        <w:br/>
        <w:t>f 17785/15700/14159 17658/15575/14040 17882/15796/14250</w:t>
        <w:br/>
        <w:t>f 17787/15701/14160 17789/15703/14162 17788/15702/14161</w:t>
        <w:br/>
        <w:t>f 17885/15799/14253 17804/15720/14179 17805/15719/14178</w:t>
        <w:br/>
        <w:t>f 17888/15801/14255 17885/15799/14253 17805/15719/14178</w:t>
        <w:br/>
        <w:t>f 17656/15568/14033 17887/15802/14256 17888/15801/14255</w:t>
        <w:br/>
        <w:t>f 17805/15719/14178 17656/15568/14033 17888/15801/14255</w:t>
        <w:br/>
        <w:t>f 17887/15802/14256 17656/15568/14033 17657/15571/14036</w:t>
        <w:br/>
        <w:t>f 17889/15803/14257 17887/15802/14256 17657/15571/14036</w:t>
        <w:br/>
        <w:t>f 17679/15590/14053 17866/15780/14234 17837/15751/14210</w:t>
        <w:br/>
        <w:t>f 17624/15538/14002 17561/15473/13941 17562/15476/13944</w:t>
        <w:br/>
        <w:t>f 17623/15537/14003 17624/15538/14002 17562/15476/13944</w:t>
        <w:br/>
        <w:t>f 17623/15537/14003 17562/15476/13944 17564/15478/13946</w:t>
        <w:br/>
        <w:t>f 17625/15539/14004 17623/15537/14003 17564/15478/13946</w:t>
        <w:br/>
        <w:t>f 17625/15539/14004 17564/15478/13946 17565/15480/13948</w:t>
        <w:br/>
        <w:t>f 17626/15540/14005 17625/15539/14004 17565/15480/13948</w:t>
        <w:br/>
        <w:t>f 17626/15540/14005 17565/15480/13948 17567/15482/13950</w:t>
        <w:br/>
        <w:t>f 17627/15541/14006 17626/15540/14005 17567/15482/13950</w:t>
        <w:br/>
        <w:t>f 17569/15484/13952 17628/15542/14007 17627/15541/14006</w:t>
        <w:br/>
        <w:t>f 17567/15482/13950 17569/15484/13952 17627/15541/14006</w:t>
        <w:br/>
        <w:t>f 17615/15529/13995 17628/15542/14007 17569/15484/13952</w:t>
        <w:br/>
        <w:t>f 17571/15486/13954 17615/15529/13995 17569/15484/13952</w:t>
        <w:br/>
        <w:t>f 17617/15531/13997 17616/15530/13996 17576/15490/13958</w:t>
        <w:br/>
        <w:t>f 17573/15489/13957 17617/15531/13997 17576/15490/13958</w:t>
        <w:br/>
        <w:t>f 17617/15531/13997 17573/15489/13957 17578/15492/13960</w:t>
        <w:br/>
        <w:t>f 17618/15532/13998 17617/15531/13997 17578/15492/13960</w:t>
        <w:br/>
        <w:t>f 17578/15492/13960 17579/15493/13961 17619/15533/13999</w:t>
        <w:br/>
        <w:t>f 17618/15532/13998 17578/15492/13960 17619/15533/13999</w:t>
        <w:br/>
        <w:t>f 17584/15498/13965 17622/15536/14002 17621/15535/14001</w:t>
        <w:br/>
        <w:t>f 17583/15495/13963 17584/15498/13965 17621/15535/14001</w:t>
        <w:br/>
        <w:t>f 17579/15493/13961 17585/15500/13967 17620/15534/14000</w:t>
        <w:br/>
        <w:t>f 17619/15533/13999 17579/15493/13961 17620/15534/14000</w:t>
        <w:br/>
        <w:t>f 17621/15535/14001 17620/15534/14000 17585/15500/13967</w:t>
        <w:br/>
        <w:t>f 17583/15495/13963 17621/15535/14001 17585/15500/13967</w:t>
        <w:br/>
        <w:t>f 17571/15486/13954 17576/15490/13958 17616/15530/13996</w:t>
        <w:br/>
        <w:t>f 17615/15529/13995 17571/15486/13954 17616/15530/13996</w:t>
        <w:br/>
        <w:t>f 17814/15729/14188 17815/15728/14187 17876/15793/14247</w:t>
        <w:br/>
        <w:t>f 17877/15792/14246 17814/15729/14188 17876/15793/14247</w:t>
        <w:br/>
        <w:t>f 17877/15792/14246 17893/15807/14261 17665/15580/14045</w:t>
        <w:br/>
        <w:t>f 17814/15729/14188 17877/15792/14246 17665/15580/14045</w:t>
        <w:br/>
        <w:t>f 17893/15807/14261 17788/15702/14161 17664/15581/14046</w:t>
        <w:br/>
        <w:t>f 17665/15580/14045 17893/15807/14261 17664/15581/14046</w:t>
        <w:br/>
        <w:t>f 17891/15806/14260 17812/15727/14186 17890/15804/14258</w:t>
        <w:br/>
        <w:t>f 17837/15751/14210 17866/15780/14234 17648/15561/14026</w:t>
        <w:br/>
        <w:t>f 17649/15560/14025 17837/15751/14210 17648/15561/14026</w:t>
        <w:br/>
        <w:t>f 17861/15775/14229 17653/15564/14029 17650/15567/14032</w:t>
        <w:br/>
        <w:t>f 17863/15777/14231 17861/15775/14229 17650/15567/14032</w:t>
        <w:br/>
        <w:t>f 17844/15757/14216 17839/15754/14213 17843/15758/14163</w:t>
        <w:br/>
        <w:t>f 17894/15808/14262 17862/15776/14230 17828/15742/14201</w:t>
        <w:br/>
        <w:t>f 17829/15741/14200 17894/15808/14262 17828/15742/14201</w:t>
        <w:br/>
        <w:t>f 17852/15766/14220 17796/15708/14167 17794/15710/14169</w:t>
        <w:br/>
        <w:t>f 17895/15809/14263 17852/15766/14220 17794/15710/14169</w:t>
        <w:br/>
        <w:t>f 17895/15809/14263 17794/15710/14169 17839/15754/14213</w:t>
        <w:br/>
        <w:t>f 17844/15757/14216 17895/15809/14263 17839/15754/14213</w:t>
        <w:br/>
        <w:t>f 17782/15694/14023 17848/15762/14022 17666/15579/14044</w:t>
        <w:br/>
        <w:t>f 17667/15578/14043 17782/15694/14023 17666/15579/14044</w:t>
        <w:br/>
        <w:t>f 17874/15788/14242 17894/15808/14262 17829/15741/14200</w:t>
        <w:br/>
        <w:t>f 17803/15717/14176 17874/15788/14242 17829/15741/14200</w:t>
        <w:br/>
        <w:t>f 17580/15494/13962 17577/15491/13959 17891/15806/14260</w:t>
        <w:br/>
        <w:t>f 17890/15804/14258 17580/15494/13962 17891/15806/14260</w:t>
        <w:br/>
        <w:t>f 17876/15793/14247 17815/15728/14187 17823/15737/14196</w:t>
        <w:br/>
        <w:t>f 17842/15756/14215 17886/15798/14252 17575/15487/13955</w:t>
        <w:br/>
        <w:t>f 17809/15723/14182 17810/15722/14181 17891/15806/14260</w:t>
        <w:br/>
        <w:t>f 17884/15800/14254 17809/15723/14182 17892/15805/14259</w:t>
        <w:br/>
        <w:t>f 17809/15723/14182 17891/15806/14260 17892/15805/14259</w:t>
        <w:br/>
        <w:t>f 17876/15793/14247 17823/15737/14196 17890/15804/14258</w:t>
        <w:br/>
        <w:t>f 17886/15798/14252 17892/15805/14259 17574/15488/13956</w:t>
        <w:br/>
        <w:t>f 17575/15487/13955 17886/15798/14252 17574/15488/13956</w:t>
        <w:br/>
        <w:t>f 17840/15753/14212 17832/15745/14204 17846/15760/14195</w:t>
        <w:br/>
        <w:t>f 17847/15761/14164 17840/15753/14212 17846/15760/14195</w:t>
        <w:br/>
        <w:t>f 17668/15584/14049 17669/15583/14048 17780/15696/14155</w:t>
        <w:br/>
        <w:t>f 17781/15695/14154 17668/15584/14049 17780/15696/14155</w:t>
        <w:br/>
        <w:t>f 17827/15743/14202 17833/15747/14206 17824/15739/14198</w:t>
        <w:br/>
        <w:t>f 17842/15756/14215 17807/15721/14180 17804/15720/14179</w:t>
        <w:br/>
        <w:t>f 17879/15790/14244 17876/15793/14247 17890/15804/14258</w:t>
        <w:br/>
        <w:t>f 17790/15706/14165 17822/15735/14194 17823/15737/14196</w:t>
        <w:br/>
        <w:t>f 17815/15728/14187 17790/15706/14165 17823/15737/14196</w:t>
        <w:br/>
        <w:t>f 17791/15705/14164 17821/15736/14195 17822/15735/14194</w:t>
        <w:br/>
        <w:t>f 17790/15706/14165 17791/15705/14164 17822/15735/14194</w:t>
        <w:br/>
        <w:t>f 17824/15739/14198 17833/15747/14206 17825/15738/14197</w:t>
        <w:br/>
        <w:t>f 17798/15712/14171 17831/15746/14205 17795/15709/14168</w:t>
        <w:br/>
        <w:t>f 17832/15745/14204 17840/15753/14212 17795/15709/14168</w:t>
        <w:br/>
        <w:t>f 17893/15807/14261 17877/15792/14246 17878/15791/14245</w:t>
        <w:br/>
        <w:t>f 17696/15610/14073 17893/15807/14261 17878/15791/14245</w:t>
        <w:br/>
        <w:t>f 17878/15791/14245 17879/15790/14244 17812/15727/14186</w:t>
        <w:br/>
        <w:t>f 17813/15726/14185 17878/15791/14245 17812/15727/14186</w:t>
        <w:br/>
        <w:t>f 17893/15807/14261 17696/15610/14073 17697/15611/14074</w:t>
        <w:br/>
        <w:t>f 17788/15702/14161 17893/15807/14261 17697/15611/14074</w:t>
        <w:br/>
        <w:t>f 17663/15576/14041 17787/15701/14160 17697/15611/14074</w:t>
        <w:br/>
        <w:t>f 17812/15727/14186 17879/15790/14244 17890/15804/14258</w:t>
        <w:br/>
        <w:t>f 17892/15805/14259 17886/15798/14252 17884/15800/14254</w:t>
        <w:br/>
        <w:t>f 17856/15771/14225 17855/15768/14222 17875/15789/14243</w:t>
        <w:br/>
        <w:t>f 17872/15786/14240 17856/15771/14225 17875/15789/14243</w:t>
        <w:br/>
        <w:t>f 17795/15709/14168 17796/15708/14167 17798/15712/14171</w:t>
        <w:br/>
        <w:t>f 17824/15739/14198 17801/15716/14175 17803/15717/14176</w:t>
        <w:br/>
        <w:t>f 17851/15765/14219 17844/15757/14216 17645/15557/14022</w:t>
        <w:br/>
        <w:t>f 17862/15776/14230 17863/15777/14231 17655/15569/14034</w:t>
        <w:br/>
        <w:t>f 17894/15808/14262 17861/15775/14229 17863/15777/14231</w:t>
        <w:br/>
        <w:t>f 17862/15776/14230 17894/15808/14262 17863/15777/14231</w:t>
        <w:br/>
        <w:t>f 17895/15809/14263 17844/15757/14216 17851/15765/14219</w:t>
        <w:br/>
        <w:t>f 17849/15764/14218 17895/15809/14263 17851/15765/14219</w:t>
        <w:br/>
        <w:t>f 17849/15764/14218 17850/15763/14217 17852/15766/14220</w:t>
        <w:br/>
        <w:t>f 17895/15809/14263 17849/15764/14218 17852/15766/14220</w:t>
        <w:br/>
        <w:t>f 17853/15767/14221 17852/15766/14220 17850/15763/14217</w:t>
        <w:br/>
        <w:t>f 17854/15769/14223 17853/15767/14221 17850/15763/14217</w:t>
        <w:br/>
        <w:t>f 17854/15769/14223 17857/15770/14224 17868/15782/14236</w:t>
        <w:br/>
        <w:t>f 17853/15767/14221 17854/15769/14223 17868/15782/14236</w:t>
        <w:br/>
        <w:t>f 17858/15772/14226 17873/15787/14241 17868/15782/14236</w:t>
        <w:br/>
        <w:t>f 17857/15770/14224 17858/15772/14226 17868/15782/14236</w:t>
        <w:br/>
        <w:t>f 17873/15787/14241 17858/15772/14226 17860/15774/14228</w:t>
        <w:br/>
        <w:t>f 17874/15788/14242 17873/15787/14241 17860/15774/14228</w:t>
        <w:br/>
        <w:t>f 17874/15788/14242 17860/15774/14228 17861/15775/14229</w:t>
        <w:br/>
        <w:t>f 17894/15808/14262 17874/15788/14242 17861/15775/14229</w:t>
        <w:br/>
        <w:t>f 17655/15569/14034 17806/15718/14177 17862/15776/14230</w:t>
        <w:br/>
        <w:t>f 17870/15784/14238 17875/15789/14243 17648/15561/14026</w:t>
        <w:br/>
        <w:t>f 17871/15785/14239 17867/15781/14235 17835/15749/14208</w:t>
        <w:br/>
        <w:t>f 17869/15783/14237 17867/15781/14235 17871/15785/14239</w:t>
        <w:br/>
        <w:t>f 17872/15786/14240 17869/15783/14237 17871/15785/14239</w:t>
        <w:br/>
        <w:t>f 17872/15786/14240 17875/15789/14243 17870/15784/14238</w:t>
        <w:br/>
        <w:t>f 17869/15783/14237 17872/15786/14240 17870/15784/14238</w:t>
        <w:br/>
        <w:t>f 17870/15784/14238 17648/15561/14026 17866/15780/14234</w:t>
        <w:br/>
        <w:t>f 17690/15603/14066 17771/15684/14145 17686/15601/14064</w:t>
        <w:br/>
        <w:t>f 17774/15688/14149 17698/15613/14076 17671/15585/14050</w:t>
        <w:br/>
        <w:t>f 17694/15609/14072 17766/15682/14143 17767/15681/14142</w:t>
        <w:br/>
        <w:t>f 17693/15606/14069 17694/15609/14072 17767/15681/14142</w:t>
        <w:br/>
        <w:t>f 17766/15682/14143 17694/15609/14072 17698/15613/14076</w:t>
        <w:br/>
        <w:t>f 17774/15688/14149 17766/15682/14143 17698/15613/14076</w:t>
        <w:br/>
        <w:t>f 17690/15603/14066 17691/15602/14065 17772/15687/14148</w:t>
        <w:br/>
        <w:t>f 17771/15684/14145 17690/15603/14066 17772/15687/14148</w:t>
        <w:br/>
        <w:t>f 17767/15681/14142 17772/15687/14148 17691/15602/14065</w:t>
        <w:br/>
        <w:t>f 17693/15606/14069 17767/15681/14142 17691/15602/14065</w:t>
        <w:br/>
        <w:t>f 17768/15680/14141 17773/15686/14147 17772/15687/14148</w:t>
        <w:br/>
        <w:t>f 17767/15681/14142 17768/15680/14141 17772/15687/14148</w:t>
        <w:br/>
        <w:t>f 17686/15601/14064 17771/15684/14145 17687/15600/14063</w:t>
        <w:br/>
        <w:t>f 17671/15585/14050 17668/15584/14049 17774/15688/14149</w:t>
        <w:br/>
        <w:t>f 17699/15612/14075 17776/15690/14151 17698/15613/14076</w:t>
        <w:br/>
        <w:t>f 17686/15601/14064 17700/15614/14077 17690/15603/14066</w:t>
        <w:br/>
        <w:t>f 17651/15566/14031 17654/15570/14035 17650/15567/14032</w:t>
        <w:br/>
        <w:t>f 17654/15570/14035 17655/15569/14034 17650/15567/14032</w:t>
        <w:br/>
        <w:t>f 17851/15765/14219 17645/15557/14022 17643/15559/14024</w:t>
        <w:br/>
        <w:t>f 17830/15744/14203 17643/15559/14024 17644/15558/14023</w:t>
        <w:br/>
        <w:t>f 17678/15591/14054 17679/15590/14053 17674/15587/14052</w:t>
        <w:br/>
        <w:t>f 17675/15586/14051 17678/15591/14054 17674/15587/14052</w:t>
        <w:br/>
        <w:t>f 17831/15746/14205 17798/15712/14171 17826/15740/14199</w:t>
        <w:br/>
        <w:t>f 17799/15711/14170 17801/15716/14175 17826/15740/14199</w:t>
        <w:br/>
        <w:t>f 17831/15746/14205 17832/15745/14204 17795/15709/14168</w:t>
        <w:br/>
        <w:t>f 17827/15743/14202 17807/15721/14180 17842/15756/14215</w:t>
        <w:br/>
        <w:t>f 17833/15747/14206 17827/15743/14202 17842/15756/14215</w:t>
        <w:br/>
        <w:t>f 17642/15556/14021 17591/15506/13973 17593/15508/13975</w:t>
        <w:br/>
        <w:t>f 17629/15544/14009 17642/15556/14021 17593/15508/13975</w:t>
        <w:br/>
        <w:t>f 17842/15756/14215 17575/15487/13955 17572/15485/13953</w:t>
        <w:br/>
        <w:t>f 17092/15466/13935 17091/15467/13936 17083/15457/13926</w:t>
        <w:br/>
        <w:t>f 17817/15731/14190 17092/15466/13935 17083/15457/13926</w:t>
        <w:br/>
        <w:t>f 17081/15454/13923 17079/15456/13925 17089/15463/13932</w:t>
        <w:br/>
        <w:t>f 17090/15462/13931 17081/15454/13923 17089/15463/13932</w:t>
        <w:br/>
        <w:t>f 17816/15730/14189 17065/15441/13910 17066/15440/13909</w:t>
        <w:br/>
        <w:t>f 17085/15460/13929 17816/15730/14189 17066/15440/13909</w:t>
        <w:br/>
        <w:t>f 17068/15446/13915 17069/15445/13914 17819/15733/14192</w:t>
        <w:br/>
        <w:t>f 17818/15732/14191 17068/15446/13915 17819/15733/14192</w:t>
        <w:br/>
        <w:t>f 17069/15445/13914 17072/15448/13917 17080/15455/13924</w:t>
        <w:br/>
        <w:t>f 17819/15733/14192 17069/15445/13914 17080/15455/13924</w:t>
        <w:br/>
        <w:t>f 17077/15449/13918 17074/15452/13921 17078/15453/13922</w:t>
        <w:br/>
        <w:t>f 17076/15450/13919 17077/15449/13918 17065/15441/13910</w:t>
        <w:br/>
        <w:t>f 17816/15730/14189 17076/15450/13919 17065/15441/13910</w:t>
        <w:br/>
        <w:t>f 17079/15456/13925 17072/15448/13917 17073/15447/13916</w:t>
        <w:br/>
        <w:t>f 17817/15731/14190 17083/15457/13926 17068/15446/13915</w:t>
        <w:br/>
        <w:t>f 17818/15732/14191 17817/15731/14190 17068/15446/13915</w:t>
        <w:br/>
        <w:t>f 17084/15461/13930 17066/15440/13909 17067/15439/13908</w:t>
        <w:br/>
        <w:t>f 17896/15810/14264 17084/15461/13930 17067/15439/13908</w:t>
        <w:br/>
        <w:t>f 17898/15811/14265 17088/15464/13933 17089/15463/13932</w:t>
        <w:br/>
        <w:t>f 17897/15812/14266 17898/15811/14265 17089/15463/13932</w:t>
        <w:br/>
        <w:t>f 17899/15813/14267 17094/15468/13937 17088/15464/13933</w:t>
        <w:br/>
        <w:t>f 17898/15811/14265 17899/15813/14267 17088/15464/13933</w:t>
        <w:br/>
        <w:t>f 17083/15457/13926 17091/15467/13936 17082/15458/13927</w:t>
        <w:br/>
        <w:t>f 17820/15734/14193 17900/15814/13937 17074/15452/13921</w:t>
        <w:br/>
        <w:t>f 17075/15451/13920 17820/15734/14193 17074/15452/13921</w:t>
        <w:br/>
        <w:t>f 17079/15456/13925 17897/15812/14266 17089/15463/13932</w:t>
        <w:br/>
        <w:t>f 17079/15456/13925 17073/15447/13916 17897/15812/14266</w:t>
        <w:br/>
        <w:t>f 17896/15810/14264 17091/15467/13936 17084/15461/13930</w:t>
        <w:br/>
        <w:t>f 17082/15458/13927 17091/15467/13936 17896/15810/14264</w:t>
        <w:br/>
        <w:t>f 17901/15815/14267 17074/15452/13921 17900/15814/13937</w:t>
        <w:br/>
        <w:t>f 17078/15453/13922 17074/15452/13921 17901/15815/14267</w:t>
        <w:br/>
        <w:t>f 16660/15152/13636 16070/15034/13523 16128/15068/13556</w:t>
        <w:br/>
        <w:t>f 17120/15472/13940 17062/15438/13907 17642/15556/14021</w:t>
        <w:br/>
        <w:t>f 16044/15011/13501 16655/15147/13632 16654/15146/13631</w:t>
        <w:br/>
        <w:t>f 16043/15008/13498 16044/15011/13501 16654/15146/13631</w:t>
        <w:br/>
        <w:t>f 16050/15017/13506 16658/15150/13634 16657/15148/13633</w:t>
        <w:br/>
        <w:t>f 16049/15015/13504 16050/15017/13506 16657/15148/13633</w:t>
        <w:br/>
        <w:t>f 16051/15020/13509 16653/15145/13630 16652/15144/13629</w:t>
        <w:br/>
        <w:t>f 16053/15018/13507 16051/15020/13509 16652/15144/13629</w:t>
        <w:br/>
        <w:t>f 16055/15025/13514 16650/15142/13627 16649/15141/13626</w:t>
        <w:br/>
        <w:t>f 16058/15022/13511 16055/15025/13514 16649/15141/13626</w:t>
        <w:br/>
        <w:t>f 16647/15140/13625 16648/15139/13624 16063/15028/13517</w:t>
        <w:br/>
        <w:t>f 16064/15027/13516 16647/15140/13625 16063/15028/13517</w:t>
        <w:br/>
        <w:t>f 16070/15034/13523 16660/15152/13636 16659/15151/13635</w:t>
        <w:br/>
        <w:t>f 16069/15032/13521 16070/15034/13523 16659/15151/13635</w:t>
        <w:br/>
        <w:t>f 16069/15032/13521 16659/15151/13635 16658/15150/13634</w:t>
        <w:br/>
        <w:t>f 16050/15017/13506 16069/15032/13521 16658/15150/13634</w:t>
        <w:br/>
        <w:t>f 16043/15008/13498 16654/15146/13631 16653/15145/13630</w:t>
        <w:br/>
        <w:t>f 16051/15020/13509 16043/15008/13498 16653/15145/13630</w:t>
        <w:br/>
        <w:t>f 16049/15015/13504 16657/15148/13633 16656/15149/13632</w:t>
        <w:br/>
        <w:t>f 16126/15066/13501 16049/15015/13504 16656/15149/13632</w:t>
        <w:br/>
        <w:t>f 16053/15018/13507 16652/15144/13629 16651/15143/13628</w:t>
        <w:br/>
        <w:t>f 16127/15067/13555 16053/15018/13507 16651/15143/13628</w:t>
        <w:br/>
        <w:t>f 16058/15022/13511 16649/15141/13626 16647/15140/13625</w:t>
        <w:br/>
        <w:t>f 16064/15027/13516 16058/15022/13511 16647/15140/13625</w:t>
        <w:br/>
        <w:t>f 16648/15139/13624 16660/15152/13636 16128/15068/13556</w:t>
        <w:br/>
        <w:t>f 16063/15028/13517 16648/15139/13624 16128/15068/13556</w:t>
        <w:br/>
        <w:t>f 16127/15067/13555 16651/15143/13628 16650/15142/13627</w:t>
        <w:br/>
        <w:t>f 16055/15025/13514 16127/15067/13555 16650/15142/13627</w:t>
        <w:br/>
        <w:t>f 17636/15550/14015 17637/15551/14016 17036/15415/13885</w:t>
        <w:br/>
        <w:t>f 17033/15414/13884 17636/15550/14015 17036/15415/13885</w:t>
        <w:br/>
        <w:t>f 17639/15552/14017 17640/15554/14019 17042/15421/13890</w:t>
        <w:br/>
        <w:t>f 17040/15420/13889 17639/15552/14017 17042/15421/13890</w:t>
        <w:br/>
        <w:t>f 17634/15548/14013 17635/15549/14014 17044/15423/13892</w:t>
        <w:br/>
        <w:t>f 17045/15422/13891 17634/15548/14013 17044/15423/13892</w:t>
        <w:br/>
        <w:t>f 17631/15545/14010 17632/15546/14011 17049/15427/13896</w:t>
        <w:br/>
        <w:t>f 17050/15426/13895 17631/15545/14010 17049/15427/13896</w:t>
        <w:br/>
        <w:t>f 17054/15433/13902 17629/15544/14009 17630/15543/14008</w:t>
        <w:br/>
        <w:t>f 17056/15431/13900 17054/15433/13902 17630/15543/14008</w:t>
        <w:br/>
        <w:t>f 17641/15555/14020 17642/15556/14021 17062/15438/13907</w:t>
        <w:br/>
        <w:t>f 17060/15437/13906 17641/15555/14020 17062/15438/13907</w:t>
        <w:br/>
        <w:t>f 17640/15554/14019 17641/15555/14020 17060/15437/13906</w:t>
        <w:br/>
        <w:t>f 17042/15421/13890 17640/15554/14019 17060/15437/13906</w:t>
        <w:br/>
        <w:t>f 17635/15549/14014 17636/15550/14015 17033/15414/13884</w:t>
        <w:br/>
        <w:t>f 17044/15423/13892 17635/15549/14014 17033/15414/13884</w:t>
        <w:br/>
        <w:t>f 17638/15553/14018 17639/15552/14017 17040/15420/13889</w:t>
        <w:br/>
        <w:t>f 17118/15470/13885 17638/15553/14018 17040/15420/13889</w:t>
        <w:br/>
        <w:t>f 17633/15547/14012 17634/15548/14013 17045/15422/13891</w:t>
        <w:br/>
        <w:t>f 17119/15471/13939 17633/15547/14012 17045/15422/13891</w:t>
        <w:br/>
        <w:t>f 17630/15543/14008 17631/15545/14010 17050/15426/13895</w:t>
        <w:br/>
        <w:t>f 17056/15431/13900 17630/15543/14008 17050/15426/13895</w:t>
        <w:br/>
        <w:t>f 17120/15472/13940 17642/15556/14021 17629/15544/14009</w:t>
        <w:br/>
        <w:t>f 17054/15433/13902 17120/15472/13940 17629/15544/14009</w:t>
        <w:br/>
        <w:t>f 17632/15546/14011 17633/15547/14012 17119/15471/13939</w:t>
        <w:br/>
        <w:t>f 17049/15427/13896 17632/15546/14011 17119/15471/13939</w:t>
        <w:br/>
        <w:t>f 16342/15816/14268 16341/15817/14269 16340/15818/14270</w:t>
        <w:br/>
        <w:t>f 16343/15819/14271 16342/15816/14268 16340/15818/14270</w:t>
        <w:br/>
        <w:t>f 16340/15818/14270 16341/15817/14269 16345/15820/14272</w:t>
        <w:br/>
        <w:t>f 16344/15821/14273 16340/15818/14270 16345/15820/14272</w:t>
        <w:br/>
        <w:t>f 16349/15822/14274 16348/15823/14274 16347/15824/14275</w:t>
        <w:br/>
        <w:t>f 16346/15825/14276 16349/15822/14274 16347/15824/14275</w:t>
        <w:br/>
        <w:t>f 16346/15825/14276 16347/15824/14275 16351/15826/14277</w:t>
        <w:br/>
        <w:t>f 16350/15827/14278 16346/15825/14276 16351/15826/14277</w:t>
        <w:br/>
        <w:t>f 16350/15827/14278 16351/15826/14277 16352/15828/14279</w:t>
        <w:br/>
        <w:t>f 16355/15829/14280 16354/15830/14281 16353/15831/14282</w:t>
        <w:br/>
        <w:t>f 16356/15832/14283 16355/15829/14280 16353/15831/14282</w:t>
        <w:br/>
        <w:t>f 16353/15831/14282 16354/15830/14281 16358/15833/14284</w:t>
        <w:br/>
        <w:t>f 16357/15834/14285 16353/15831/14282 16358/15833/14284</w:t>
        <w:br/>
        <w:t>f 16357/15834/14285 16358/15833/14284 16342/15816/14268</w:t>
        <w:br/>
        <w:t>f 16343/15819/14271 16357/15834/14285 16342/15816/14268</w:t>
        <w:br/>
        <w:t>f 16342/15816/14268 16360/15835/14286 16359/15836/14287</w:t>
        <w:br/>
        <w:t>f 16341/15817/14269 16342/15816/14268 16359/15836/14287</w:t>
        <w:br/>
        <w:t>f 16359/15836/14287 16361/15837/14288 16345/15820/14272</w:t>
        <w:br/>
        <w:t>f 16341/15817/14269 16359/15836/14287 16345/15820/14272</w:t>
        <w:br/>
        <w:t>f 16361/15837/14288 16362/15838/14289 16347/15824/14275</w:t>
        <w:br/>
        <w:t>f 16345/15820/14272 16361/15837/14288 16347/15824/14275</w:t>
        <w:br/>
        <w:t>f 16347/15824/14275 16362/15838/14289 16363/15839/14290</w:t>
        <w:br/>
        <w:t>f 16351/15826/14277 16347/15824/14275 16363/15839/14290</w:t>
        <w:br/>
        <w:t>f 16351/15826/14277 16363/15839/14290 16364/15840/14291</w:t>
        <w:br/>
        <w:t>f 16352/15828/14279 16351/15826/14277 16364/15840/14291</w:t>
        <w:br/>
        <w:t>f 16355/15829/14280 16366/15841/14292 16365/15842/14293</w:t>
        <w:br/>
        <w:t>f 16354/15830/14281 16355/15829/14280 16365/15842/14293</w:t>
        <w:br/>
        <w:t>f 16354/15830/14281 16365/15842/14293 16367/15843/14294</w:t>
        <w:br/>
        <w:t>f 16358/15833/14284 16354/15830/14281 16367/15843/14294</w:t>
        <w:br/>
        <w:t>f 16358/15833/14284 16367/15843/14294 16360/15835/14286</w:t>
        <w:br/>
        <w:t>f 16342/15816/14268 16358/15833/14284 16360/15835/14286</w:t>
        <w:br/>
        <w:t>f 16369/15844/14295 16368/15845/14296 16359/15836/14287</w:t>
        <w:br/>
        <w:t>f 16360/15835/14286 16369/15844/14295 16359/15836/14287</w:t>
        <w:br/>
        <w:t>f 16368/15845/14296 16370/15846/14297 16361/15837/14288</w:t>
        <w:br/>
        <w:t>f 16359/15836/14287 16368/15845/14296 16361/15837/14288</w:t>
        <w:br/>
        <w:t>f 16370/15846/14297 16371/15847/14298 16362/15838/14289</w:t>
        <w:br/>
        <w:t>f 16361/15837/14288 16370/15846/14297 16362/15838/14289</w:t>
        <w:br/>
        <w:t>f 16362/15838/14289 16371/15847/14298 16372/15848/14299</w:t>
        <w:br/>
        <w:t>f 16363/15839/14290 16362/15838/14289 16372/15848/14299</w:t>
        <w:br/>
        <w:t>f 16363/15839/14290 16372/15848/14299 16364/15840/14291</w:t>
        <w:br/>
        <w:t>f 16374/15849/14300 16373/15850/14301 16365/15842/14293</w:t>
        <w:br/>
        <w:t>f 16366/15841/14292 16374/15849/14300 16365/15842/14293</w:t>
        <w:br/>
        <w:t>f 16373/15850/14301 16375/15851/14302 16367/15843/14294</w:t>
        <w:br/>
        <w:t>f 16365/15842/14293 16373/15850/14301 16367/15843/14294</w:t>
        <w:br/>
        <w:t>f 16375/15851/14302 16369/15844/14295 16360/15835/14286</w:t>
        <w:br/>
        <w:t>f 16367/15843/14294 16375/15851/14302 16360/15835/14286</w:t>
        <w:br/>
        <w:t>f 16377/15852/14303 16376/15853/14304 16368/15845/14296</w:t>
        <w:br/>
        <w:t>f 16369/15844/14295 16377/15852/14303 16368/15845/14296</w:t>
        <w:br/>
        <w:t>f 16376/15853/14304 16378/15854/14305 16370/15846/14297</w:t>
        <w:br/>
        <w:t>f 16368/15845/14296 16376/15853/14304 16370/15846/14297</w:t>
        <w:br/>
        <w:t>f 16378/15854/14305 16379/15855/14306 16371/15847/14298</w:t>
        <w:br/>
        <w:t>f 16370/15846/14297 16378/15854/14305 16371/15847/14298</w:t>
        <w:br/>
        <w:t>f 16371/15847/14298 16379/15855/14306 16380/15856/14307</w:t>
        <w:br/>
        <w:t>f 16372/15848/14299 16371/15847/14298 16380/15856/14307</w:t>
        <w:br/>
        <w:t>f 16380/15856/14307 16381/15857/14308 16364/15840/14291</w:t>
        <w:br/>
        <w:t>f 16372/15848/14299 16380/15856/14307 16364/15840/14291</w:t>
        <w:br/>
        <w:t>f 16382/15858/14309 16373/15850/14301 16374/15849/14300</w:t>
        <w:br/>
        <w:t>f 16383/15859/14310 16382/15858/14309 16374/15849/14300</w:t>
        <w:br/>
        <w:t>f 16373/15850/14301 16382/15858/14309 16384/15860/14311</w:t>
        <w:br/>
        <w:t>f 16375/15851/14302 16373/15850/14301 16384/15860/14311</w:t>
        <w:br/>
        <w:t>f 16384/15860/14311 16377/15852/14303 16369/15844/14295</w:t>
        <w:br/>
        <w:t>f 16375/15851/14302 16384/15860/14311 16369/15844/14295</w:t>
        <w:br/>
        <w:t>f 16377/15852/14303 16386/15861/14312 16385/15862/14313</w:t>
        <w:br/>
        <w:t>f 16376/15853/14304 16377/15852/14303 16385/15862/14313</w:t>
        <w:br/>
        <w:t>f 16376/15853/14304 16385/15862/14313 16387/15863/14314</w:t>
        <w:br/>
        <w:t>f 16378/15854/14305 16376/15853/14304 16387/15863/14314</w:t>
        <w:br/>
        <w:t>f 16387/15863/14314 16388/15864/14315 16379/15855/14306</w:t>
        <w:br/>
        <w:t>f 16378/15854/14305 16387/15863/14314 16379/15855/14306</w:t>
        <w:br/>
        <w:t>f 16379/15855/14306 16388/15864/14315 16380/15856/14307</w:t>
        <w:br/>
        <w:t>f 16380/15856/14307 16389/15865/14316 16381/15857/14308</w:t>
        <w:br/>
        <w:t>f 16383/15859/14310 16391/15866/14317 16390/15867/14318</w:t>
        <w:br/>
        <w:t>f 16382/15858/14309 16383/15859/14310 16390/15867/14318</w:t>
        <w:br/>
        <w:t>f 16382/15858/14309 16390/15867/14318 16392/15868/14319</w:t>
        <w:br/>
        <w:t>f 16384/15860/14311 16382/15858/14309 16392/15868/14319</w:t>
        <w:br/>
        <w:t>f 16384/15860/14311 16392/15868/14319 16386/15861/14312</w:t>
        <w:br/>
        <w:t>f 16377/15852/14303 16384/15860/14311 16386/15861/14312</w:t>
        <w:br/>
        <w:t>f 16386/15861/14312 16394/15869/14320 16393/15870/14321</w:t>
        <w:br/>
        <w:t>f 16385/15862/14313 16386/15861/14312 16393/15870/14321</w:t>
        <w:br/>
        <w:t>f 16385/15862/14313 16393/15870/14321 16395/15871/14322</w:t>
        <w:br/>
        <w:t>f 16387/15863/14314 16385/15862/14313 16395/15871/14322</w:t>
        <w:br/>
        <w:t>f 16395/15871/14322 16396/15872/14323 16388/15864/14315</w:t>
        <w:br/>
        <w:t>f 16387/15863/14314 16395/15871/14322 16388/15864/14315</w:t>
        <w:br/>
        <w:t>f 16388/15864/14315 16396/15872/14323 16389/15865/14316</w:t>
        <w:br/>
        <w:t>f 16398/15873/14324 16397/15874/14325 16390/15867/14318</w:t>
        <w:br/>
        <w:t>f 16391/15866/14317 16398/15873/14324 16390/15867/14318</w:t>
        <w:br/>
        <w:t>f 16397/15874/14325 16399/15875/14326 16392/15868/14319</w:t>
        <w:br/>
        <w:t>f 16390/15867/14318 16397/15874/14325 16392/15868/14319</w:t>
        <w:br/>
        <w:t>f 16399/15875/14326 16394/15869/14320 16386/15861/14312</w:t>
        <w:br/>
        <w:t>f 16392/15868/14319 16399/15875/14326 16386/15861/14312</w:t>
        <w:br/>
        <w:t>f 16402/15876/14327 16401/15877/14328 16400/15878/14321</w:t>
        <w:br/>
        <w:t>f 16403/15879/14320 16402/15876/14327 16400/15878/14321</w:t>
        <w:br/>
        <w:t>f 16401/15877/14328 16405/15880/14329 16404/15881/14322</w:t>
        <w:br/>
        <w:t>f 16400/15878/14321 16401/15877/14328 16404/15881/14322</w:t>
        <w:br/>
        <w:t>f 16404/15881/14322 16405/15880/14329 16407/15882/14330</w:t>
        <w:br/>
        <w:t>f 16406/15883/14323 16404/15881/14322 16407/15882/14330</w:t>
        <w:br/>
        <w:t>f 16406/15883/14323 16407/15882/14330 16409/15884/14331</w:t>
        <w:br/>
        <w:t>f 16408/15885/14316 16406/15883/14323 16409/15884/14331</w:t>
        <w:br/>
        <w:t>f 16409/15884/14331 16411/15886/14332 16410/15887/14333</w:t>
        <w:br/>
        <w:t>f 16408/15885/14316 16409/15884/14331 16410/15887/14333</w:t>
        <w:br/>
        <w:t>f 16415/15888/14324 16414/15889/14334 16413/15890/14335</w:t>
        <w:br/>
        <w:t>f 16412/15891/14325 16415/15888/14324 16413/15890/14335</w:t>
        <w:br/>
        <w:t>f 16412/15891/14325 16413/15890/14335 16417/15892/14336</w:t>
        <w:br/>
        <w:t>f 16416/15893/14326 16412/15891/14325 16417/15892/14336</w:t>
        <w:br/>
        <w:t>f 16416/15893/14326 16417/15892/14336 16402/15876/14327</w:t>
        <w:br/>
        <w:t>f 16403/15879/14320 16416/15893/14326 16402/15876/14327</w:t>
        <w:br/>
        <w:t>f 16402/15876/14327 16419/15894/14337 16418/15895/14338</w:t>
        <w:br/>
        <w:t>f 16401/15877/14328 16402/15876/14327 16418/15895/14338</w:t>
        <w:br/>
        <w:t>f 16401/15877/14328 16418/15895/14338 16420/15896/14339</w:t>
        <w:br/>
        <w:t>f 16405/15880/14329 16401/15877/14328 16420/15896/14339</w:t>
        <w:br/>
        <w:t>f 16405/15880/14329 16420/15896/14339 16421/15897/14340</w:t>
        <w:br/>
        <w:t>f 16407/15882/14330 16405/15880/14329 16421/15897/14340</w:t>
        <w:br/>
        <w:t>f 16407/15882/14330 16421/15897/14340 16422/15898/14341</w:t>
        <w:br/>
        <w:t>f 16409/15884/14331 16407/15882/14330 16422/15898/14341</w:t>
        <w:br/>
        <w:t>f 16411/15886/14332 16425/15899/14342 16424/15900/14343</w:t>
        <w:br/>
        <w:t>f 16423/15901/14343 16411/15886/14332 16424/15900/14343</w:t>
        <w:br/>
        <w:t>f 16427/15902/14344 16426/15903/14345 16413/15890/14335</w:t>
        <w:br/>
        <w:t>f 16414/15889/14334 16427/15902/14344 16413/15890/14335</w:t>
        <w:br/>
        <w:t>f 16413/15890/14335 16429/15904/14346 16428/15905/14347</w:t>
        <w:br/>
        <w:t>f 16417/15892/14336 16413/15890/14335 16428/15905/14347</w:t>
        <w:br/>
        <w:t>f 16417/15892/14336 16428/15905/14347 16419/15894/14337</w:t>
        <w:br/>
        <w:t>f 16402/15876/14327 16417/15892/14336 16419/15894/14337</w:t>
        <w:br/>
        <w:t>f 16419/15894/14337 16431/15906/14348 16430/15907/14349</w:t>
        <w:br/>
        <w:t>f 16418/15895/14338 16419/15894/14337 16430/15907/14349</w:t>
        <w:br/>
        <w:t>f 16418/15895/14338 16430/15907/14349 16432/15908/14350</w:t>
        <w:br/>
        <w:t>f 16420/15896/14339 16418/15895/14338 16432/15908/14350</w:t>
        <w:br/>
        <w:t>f 16420/15896/14339 16432/15908/14350 16433/15909/14351</w:t>
        <w:br/>
        <w:t>f 16421/15897/14340 16420/15896/14339 16433/15909/14351</w:t>
        <w:br/>
        <w:t>f 16421/15897/14340 16433/15909/14351 16434/15910/14352</w:t>
        <w:br/>
        <w:t>f 16422/15898/14341 16421/15897/14340 16434/15910/14352</w:t>
        <w:br/>
        <w:t>f 16436/15911/14353 16435/15912/14354 16426/15903/14345</w:t>
        <w:br/>
        <w:t>f 16427/15902/14344 16436/15911/14353 16426/15903/14345</w:t>
        <w:br/>
        <w:t>f 16435/15912/14354 16437/15913/14355 16428/15905/14347</w:t>
        <w:br/>
        <w:t>f 16429/15904/14346 16435/15912/14354 16428/15905/14347</w:t>
        <w:br/>
        <w:t>f 16428/15905/14347 16437/15913/14355 16431/15906/14348</w:t>
        <w:br/>
        <w:t>f 16419/15894/14337 16428/15905/14347 16431/15906/14348</w:t>
        <w:br/>
        <w:t>f 16431/15906/14348 16439/15914/14356 16438/15915/14357</w:t>
        <w:br/>
        <w:t>f 16430/15907/14349 16431/15906/14348 16438/15915/14357</w:t>
        <w:br/>
        <w:t>f 16430/15907/14349 16438/15915/14357 16440/15916/14358</w:t>
        <w:br/>
        <w:t>f 16432/15908/14350 16430/15907/14349 16440/15916/14358</w:t>
        <w:br/>
        <w:t>f 16432/15908/14350 16440/15916/14358 16441/15917/14359</w:t>
        <w:br/>
        <w:t>f 16432/15908/14350 16441/15917/14359 16442/15918/14360</w:t>
        <w:br/>
        <w:t>f 16433/15909/14351 16432/15908/14350 16442/15918/14360</w:t>
        <w:br/>
        <w:t>f 16433/15909/14351 16442/15918/14360 16443/15919/14361</w:t>
        <w:br/>
        <w:t>f 16434/15910/14352 16433/15909/14351 16443/15919/14361</w:t>
        <w:br/>
        <w:t>f 16445/15920/14362 16444/15921/14363 16423/15901/14343</w:t>
        <w:br/>
        <w:t>f 16424/15900/14343 16445/15920/14362 16423/15901/14343</w:t>
        <w:br/>
        <w:t>f 16447/15922/14364 16446/15923/14365 16435/15912/14354</w:t>
        <w:br/>
        <w:t>f 16436/15911/14353 16447/15922/14364 16435/15912/14354</w:t>
        <w:br/>
        <w:t>f 16435/15912/14354 16446/15923/14365 16448/15924/14366</w:t>
        <w:br/>
        <w:t>f 16437/15913/14355 16435/15912/14354 16448/15924/14366</w:t>
        <w:br/>
        <w:t>f 16437/15913/14355 16448/15924/14366 16439/15914/14356</w:t>
        <w:br/>
        <w:t>f 16431/15906/14348 16437/15913/14355 16439/15914/14356</w:t>
        <w:br/>
        <w:t>f 16449/15925/14367 16438/15915/14357 16439/15914/14356</w:t>
        <w:br/>
        <w:t>f 16450/15926/14368 16449/15925/14367 16439/15914/14356</w:t>
        <w:br/>
        <w:t>f 16449/15925/14367 16451/15927/14369 16440/15916/14358</w:t>
        <w:br/>
        <w:t>f 16438/15915/14357 16449/15925/14367 16440/15916/14358</w:t>
        <w:br/>
        <w:t>f 16440/15916/14358 16451/15927/14369 16452/15928/14370</w:t>
        <w:br/>
        <w:t>f 16441/15917/14359 16440/15916/14358 16452/15928/14370</w:t>
        <w:br/>
        <w:t>f 16453/15929/14371 16442/15918/14360 16441/15917/14359</w:t>
        <w:br/>
        <w:t>f 16452/15928/14370 16453/15929/14371 16441/15917/14359</w:t>
        <w:br/>
        <w:t>f 16453/15929/14371 16454/15930/14372 16443/15919/14361</w:t>
        <w:br/>
        <w:t>f 16442/15918/14360 16453/15929/14371 16443/15919/14361</w:t>
        <w:br/>
        <w:t>f 16457/15931/14373 16456/15932/14374 16455/15933/14374</w:t>
        <w:br/>
        <w:t>f 16444/15921/14363 16457/15931/14373 16455/15933/14374</w:t>
        <w:br/>
        <w:t>f 16447/15922/14364 16458/15934/14375 16446/15923/14365</w:t>
        <w:br/>
        <w:t>f 16446/15923/14365 16459/15935/14376 16448/15924/14366</w:t>
        <w:br/>
        <w:t>f 16448/15924/14366 16459/15935/14376 16450/15926/14368</w:t>
        <w:br/>
        <w:t>f 16439/15914/14356 16448/15924/14366 16450/15926/14368</w:t>
        <w:br/>
        <w:t>f 16343/15819/14271 16340/15818/14270 16461/15936/14377</w:t>
        <w:br/>
        <w:t>f 16460/15937/14378 16343/15819/14271 16461/15936/14377</w:t>
        <w:br/>
        <w:t>f 16340/15818/14270 16344/15821/14273 16462/15938/14379</w:t>
        <w:br/>
        <w:t>f 16461/15936/14377 16340/15818/14270 16462/15938/14379</w:t>
        <w:br/>
        <w:t>f 16462/15938/14379 16344/15821/14273 16346/15825/14276</w:t>
        <w:br/>
        <w:t>f 16463/15939/14380 16462/15938/14379 16346/15825/14276</w:t>
        <w:br/>
        <w:t>f 16346/15825/14276 16350/15827/14278 16464/15940/14381</w:t>
        <w:br/>
        <w:t>f 16463/15939/14380 16346/15825/14276 16464/15940/14381</w:t>
        <w:br/>
        <w:t>f 16464/15940/14381 16350/15827/14278 16352/15828/14279</w:t>
        <w:br/>
        <w:t>f 16356/15832/14283 16353/15831/14282 16465/15941/14382</w:t>
        <w:br/>
        <w:t>f 16466/15942/14383 16356/15832/14283 16465/15941/14382</w:t>
        <w:br/>
        <w:t>f 16357/15834/14285 16467/15943/14384 16465/15941/14382</w:t>
        <w:br/>
        <w:t>f 16353/15831/14282 16357/15834/14285 16465/15941/14382</w:t>
        <w:br/>
        <w:t>f 16357/15834/14285 16343/15819/14271 16460/15937/14378</w:t>
        <w:br/>
        <w:t>f 16467/15943/14384 16357/15834/14285 16460/15937/14378</w:t>
        <w:br/>
        <w:t>f 16471/15944/14385 16470/15945/14386 16469/15946/14387</w:t>
        <w:br/>
        <w:t>f 16468/15947/14388 16471/15944/14385 16469/15946/14387</w:t>
        <w:br/>
        <w:t>f 16470/15945/14386 16473/15948/14389 16472/15949/14390</w:t>
        <w:br/>
        <w:t>f 16469/15946/14387 16470/15945/14386 16472/15949/14390</w:t>
        <w:br/>
        <w:t>f 16473/15948/14389 16475/15950/14391 16474/15951/14392</w:t>
        <w:br/>
        <w:t>f 16472/15949/14390 16473/15948/14389 16474/15951/14392</w:t>
        <w:br/>
        <w:t>f 16475/15950/14391 16477/15952/14393 16476/15953/14394</w:t>
        <w:br/>
        <w:t>f 16474/15951/14392 16475/15950/14391 16476/15953/14394</w:t>
        <w:br/>
        <w:t>f 16477/15952/14393 16478/15954/14395 16476/15953/14394</w:t>
        <w:br/>
        <w:t>f 16481/15955/14396 16480/15956/14397 16479/15957/14398</w:t>
        <w:br/>
        <w:t>f 16482/15958/14399 16481/15955/14396 16479/15957/14398</w:t>
        <w:br/>
        <w:t>f 16481/15955/14396 16484/15959/14400 16483/15960/14401</w:t>
        <w:br/>
        <w:t>f 16480/15956/14397 16481/15955/14396 16483/15960/14401</w:t>
        <w:br/>
        <w:t>f 16484/15959/14400 16471/15944/14385 16468/15947/14388</w:t>
        <w:br/>
        <w:t>f 16483/15960/14401 16484/15959/14400 16468/15947/14388</w:t>
        <w:br/>
        <w:t>f 16468/15947/14388 16469/15946/14387 16486/15961/14402</w:t>
        <w:br/>
        <w:t>f 16485/15962/14403 16468/15947/14388 16486/15961/14402</w:t>
        <w:br/>
        <w:t>f 16472/15949/14390 16487/15963/14404 16486/15961/14402</w:t>
        <w:br/>
        <w:t>f 16469/15946/14387 16472/15949/14390 16486/15961/14402</w:t>
        <w:br/>
        <w:t>f 16472/15949/14390 16474/15951/14392 16488/15964/14405</w:t>
        <w:br/>
        <w:t>f 16487/15963/14404 16472/15949/14390 16488/15964/14405</w:t>
        <w:br/>
        <w:t>f 16474/15951/14392 16476/15953/14394 16489/15965/14406</w:t>
        <w:br/>
        <w:t>f 16488/15964/14405 16474/15951/14392 16489/15965/14406</w:t>
        <w:br/>
        <w:t>f 16479/15957/14398 16480/15956/14397 16491/15966/14407</w:t>
        <w:br/>
        <w:t>f 16490/15967/14408 16479/15957/14398 16491/15966/14407</w:t>
        <w:br/>
        <w:t>f 16480/15956/14397 16483/15960/14401 16492/15968/14409</w:t>
        <w:br/>
        <w:t>f 16491/15966/14407 16480/15956/14397 16492/15968/14409</w:t>
        <w:br/>
        <w:t>f 16483/15960/14401 16468/15947/14388 16485/15962/14403</w:t>
        <w:br/>
        <w:t>f 16492/15968/14409 16483/15960/14401 16485/15962/14403</w:t>
        <w:br/>
        <w:t>f 16486/15961/14402 16494/15969/14410 16493/15970/14411</w:t>
        <w:br/>
        <w:t>f 16485/15962/14403 16486/15961/14402 16493/15970/14411</w:t>
        <w:br/>
        <w:t>f 16487/15963/14404 16495/15971/14412 16494/15969/14410</w:t>
        <w:br/>
        <w:t>f 16486/15961/14402 16487/15963/14404 16494/15969/14410</w:t>
        <w:br/>
        <w:t>f 16488/15964/14405 16496/15972/14413 16495/15971/14412</w:t>
        <w:br/>
        <w:t>f 16487/15963/14404 16488/15964/14405 16495/15971/14412</w:t>
        <w:br/>
        <w:t>f 16488/15964/14405 16489/15965/14406 16497/15973/14414</w:t>
        <w:br/>
        <w:t>f 16496/15972/14413 16488/15964/14405 16497/15973/14414</w:t>
        <w:br/>
        <w:t>f 16489/15965/14406 16476/15953/14394 16478/15954/14395</w:t>
        <w:br/>
        <w:t>f 16498/15974/14415 16489/15965/14406 16478/15954/14395</w:t>
        <w:br/>
        <w:t>f 16491/15966/14407 16500/15975/14416 16499/15976/14417</w:t>
        <w:br/>
        <w:t>f 16490/15967/14408 16491/15966/14407 16499/15976/14417</w:t>
        <w:br/>
        <w:t>f 16492/15968/14409 16501/15977/14418 16500/15975/14416</w:t>
        <w:br/>
        <w:t>f 16491/15966/14407 16492/15968/14409 16500/15975/14416</w:t>
        <w:br/>
        <w:t>f 16485/15962/14403 16493/15970/14411 16501/15977/14418</w:t>
        <w:br/>
        <w:t>f 16492/15968/14409 16485/15962/14403 16501/15977/14418</w:t>
        <w:br/>
        <w:t>f 16494/15969/14410 16503/15978/14419 16502/15979/14420</w:t>
        <w:br/>
        <w:t>f 16493/15970/14411 16494/15969/14410 16502/15979/14420</w:t>
        <w:br/>
        <w:t>f 16495/15971/14412 16504/15980/14421 16503/15978/14419</w:t>
        <w:br/>
        <w:t>f 16494/15969/14410 16495/15971/14412 16503/15978/14419</w:t>
        <w:br/>
        <w:t>f 16496/15972/14413 16505/15981/14422 16504/15980/14421</w:t>
        <w:br/>
        <w:t>f 16495/15971/14412 16496/15972/14413 16504/15980/14421</w:t>
        <w:br/>
        <w:t>f 16496/15972/14413 16497/15973/14414 16506/15982/14423</w:t>
        <w:br/>
        <w:t>f 16505/15981/14422 16496/15972/14413 16506/15982/14423</w:t>
        <w:br/>
        <w:t>f 16499/15976/14417 16500/15975/14416 16508/15983/14424</w:t>
        <w:br/>
        <w:t>f 16507/15984/14425 16499/15976/14417 16508/15983/14424</w:t>
        <w:br/>
        <w:t>f 16500/15975/14416 16501/15977/14418 16509/15985/14426</w:t>
        <w:br/>
        <w:t>f 16508/15983/14424 16500/15975/14416 16509/15985/14426</w:t>
        <w:br/>
        <w:t>f 16493/15970/14411 16502/15979/14420 16509/15985/14426</w:t>
        <w:br/>
        <w:t>f 16501/15977/14418 16493/15970/14411 16509/15985/14426</w:t>
        <w:br/>
        <w:t>f 16502/15979/14420 16503/15978/14419 16511/15986/14427</w:t>
        <w:br/>
        <w:t>f 16510/15987/14428 16502/15979/14420 16511/15986/14427</w:t>
        <w:br/>
        <w:t>f 16503/15978/14419 16504/15980/14421 16512/15988/14429</w:t>
        <w:br/>
        <w:t>f 16511/15986/14427 16503/15978/14419 16512/15988/14429</w:t>
        <w:br/>
        <w:t>f 16505/15981/14422 16513/15989/14430 16512/15988/14429</w:t>
        <w:br/>
        <w:t>f 16504/15980/14421 16505/15981/14422 16512/15988/14429</w:t>
        <w:br/>
        <w:t>f 16506/15982/14423 16514/15990/14431 16513/15989/14430</w:t>
        <w:br/>
        <w:t>f 16505/15981/14422 16506/15982/14423 16513/15989/14430</w:t>
        <w:br/>
        <w:t>f 16507/15984/14425 16508/15983/14424 16516/15991/14432</w:t>
        <w:br/>
        <w:t>f 16515/15992/14433 16507/15984/14425 16516/15991/14432</w:t>
        <w:br/>
        <w:t>f 16508/15983/14424 16509/15985/14426 16517/15993/14434</w:t>
        <w:br/>
        <w:t>f 16516/15991/14432 16508/15983/14424 16517/15993/14434</w:t>
        <w:br/>
        <w:t>f 16509/15985/14426 16502/15979/14420 16510/15987/14428</w:t>
        <w:br/>
        <w:t>f 16517/15993/14434 16509/15985/14426 16510/15987/14428</w:t>
        <w:br/>
        <w:t>f 16510/15987/14428 16511/15986/14427 16519/15994/14435</w:t>
        <w:br/>
        <w:t>f 16518/15995/14436 16510/15987/14428 16519/15994/14435</w:t>
        <w:br/>
        <w:t>f 16511/15986/14427 16512/15988/14429 16520/15996/14437</w:t>
        <w:br/>
        <w:t>f 16519/15994/14435 16511/15986/14427 16520/15996/14437</w:t>
        <w:br/>
        <w:t>f 16513/15989/14430 16521/15997/14438 16520/15996/14437</w:t>
        <w:br/>
        <w:t>f 16512/15988/14429 16513/15989/14430 16520/15996/14437</w:t>
        <w:br/>
        <w:t>f 16513/15989/14430 16514/15990/14431 16521/15997/14438</w:t>
        <w:br/>
        <w:t>f 16514/15990/14431 16506/15982/14423 16498/15974/14415</w:t>
        <w:br/>
        <w:t>f 16522/15998/14439 16514/15990/14431 16498/15974/14415</w:t>
        <w:br/>
        <w:t>f 16516/15991/14432 16524/15999/14440 16523/16000/14441</w:t>
        <w:br/>
        <w:t>f 16515/15992/14433 16516/15991/14432 16523/16000/14441</w:t>
        <w:br/>
        <w:t>f 16517/15993/14434 16525/16001/14442 16524/15999/14440</w:t>
        <w:br/>
        <w:t>f 16516/15991/14432 16517/15993/14434 16524/15999/14440</w:t>
        <w:br/>
        <w:t>f 16510/15987/14428 16518/15995/14436 16525/16001/14442</w:t>
        <w:br/>
        <w:t>f 16517/15993/14434 16510/15987/14428 16525/16001/14442</w:t>
        <w:br/>
        <w:t>f 16519/15994/14435 16527/16002/14443 16526/16003/14444</w:t>
        <w:br/>
        <w:t>f 16518/15995/14436 16519/15994/14435 16526/16003/14444</w:t>
        <w:br/>
        <w:t>f 16520/15996/14437 16528/16004/14445 16527/16002/14443</w:t>
        <w:br/>
        <w:t>f 16519/15994/14435 16520/15996/14437 16527/16002/14443</w:t>
        <w:br/>
        <w:t>f 16520/15996/14437 16521/15997/14438 16529/16005/14446</w:t>
        <w:br/>
        <w:t>f 16528/16004/14445 16520/15996/14437 16529/16005/14446</w:t>
        <w:br/>
        <w:t>f 16521/15997/14438 16514/15990/14431 16530/16006/14447</w:t>
        <w:br/>
        <w:t>f 16529/16005/14446 16521/15997/14438 16530/16006/14447</w:t>
        <w:br/>
        <w:t>f 16523/16000/14441 16524/15999/14440 16532/16007/14448</w:t>
        <w:br/>
        <w:t>f 16531/16008/14449 16523/16000/14441 16532/16007/14448</w:t>
        <w:br/>
        <w:t>f 16524/15999/14440 16525/16001/14442 16533/16009/14450</w:t>
        <w:br/>
        <w:t>f 16532/16007/14448 16524/15999/14440 16533/16009/14450</w:t>
        <w:br/>
        <w:t>f 16525/16001/14442 16518/15995/14436 16526/16003/14444</w:t>
        <w:br/>
        <w:t>f 16533/16009/14450 16525/16001/14442 16526/16003/14444</w:t>
        <w:br/>
        <w:t>f 16526/16003/14444 16527/16002/14443 16535/16010/14451</w:t>
        <w:br/>
        <w:t>f 16534/16011/14452 16526/16003/14444 16535/16010/14451</w:t>
        <w:br/>
        <w:t>f 16527/16002/14443 16528/16004/14445 16536/16012/14453</w:t>
        <w:br/>
        <w:t>f 16535/16010/14451 16527/16002/14443 16536/16012/14453</w:t>
        <w:br/>
        <w:t>f 16528/16004/14445 16529/16005/14446 16537/16013/14454</w:t>
        <w:br/>
        <w:t>f 16536/16012/14453 16528/16004/14445 16537/16013/14454</w:t>
        <w:br/>
        <w:t>f 16529/16005/14446 16530/16006/14447 16538/16014/14455</w:t>
        <w:br/>
        <w:t>f 16537/16013/14454 16529/16005/14446 16538/16014/14455</w:t>
        <w:br/>
        <w:t>f 16540/16015/14456 16522/15998/14439 16539/16016/14457</w:t>
        <w:br/>
        <w:t>f 16541/16017/14458 16540/16015/14456 16539/16016/14457</w:t>
        <w:br/>
        <w:t>f 16532/16007/14448 16543/16018/14459 16542/16019/14460</w:t>
        <w:br/>
        <w:t>f 16531/16008/14449 16532/16007/14448 16542/16019/14460</w:t>
        <w:br/>
        <w:t>f 16532/16007/14448 16533/16009/14450 16544/16020/14461</w:t>
        <w:br/>
        <w:t>f 16543/16018/14459 16532/16007/14448 16544/16020/14461</w:t>
        <w:br/>
        <w:t>f 16533/16009/14450 16526/16003/14444 16534/16011/14452</w:t>
        <w:br/>
        <w:t>f 16544/16020/14461 16533/16009/14450 16534/16011/14452</w:t>
        <w:br/>
        <w:t>f 16534/16011/14452 16535/16010/14451 16546/16021/14462</w:t>
        <w:br/>
        <w:t>f 16545/16022/14463 16534/16011/14452 16546/16021/14462</w:t>
        <w:br/>
        <w:t>f 16535/16010/14451 16536/16012/14453 16547/16023/14464</w:t>
        <w:br/>
        <w:t>f 16546/16021/14462 16535/16010/14451 16547/16023/14464</w:t>
        <w:br/>
        <w:t>f 16536/16012/14453 16537/16013/14454 16548/16024/14465</w:t>
        <w:br/>
        <w:t>f 16547/16023/14464 16536/16012/14453 16548/16024/14465</w:t>
        <w:br/>
        <w:t>f 16537/16013/14454 16538/16014/14455 16549/16025/14466</w:t>
        <w:br/>
        <w:t>f 16548/16024/14465 16537/16013/14454 16549/16025/14466</w:t>
        <w:br/>
        <w:t>f 16543/16018/14459 16551/16026/14467 16550/16027/14468</w:t>
        <w:br/>
        <w:t>f 16542/16019/14460 16543/16018/14459 16550/16027/14468</w:t>
        <w:br/>
        <w:t>f 16543/16018/14459 16544/16020/14461 16551/16026/14467</w:t>
        <w:br/>
        <w:t>f 16544/16020/14461 16534/16011/14452 16545/16022/14463</w:t>
        <w:br/>
        <w:t>f 16552/16028/14469 16544/16020/14461 16545/16022/14463</w:t>
        <w:br/>
        <w:t>f 16545/16022/14463 16546/16021/14462 16554/16029/14470</w:t>
        <w:br/>
        <w:t>f 16553/16030/14471 16545/16022/14463 16554/16029/14470</w:t>
        <w:br/>
        <w:t>f 16546/16021/14462 16547/16023/14464 16555/16031/14472</w:t>
        <w:br/>
        <w:t>f 16554/16029/14470 16546/16021/14462 16555/16031/14472</w:t>
        <w:br/>
        <w:t>f 16547/16023/14464 16556/16032/14473 16555/16031/14472</w:t>
        <w:br/>
        <w:t>f 16547/16023/14464 16548/16024/14465 16557/16033/14474</w:t>
        <w:br/>
        <w:t>f 16556/16032/14473 16547/16023/14464 16557/16033/14474</w:t>
        <w:br/>
        <w:t>f 16548/16024/14465 16549/16025/14466 16558/16034/14475</w:t>
        <w:br/>
        <w:t>f 16557/16033/14474 16548/16024/14465 16558/16034/14475</w:t>
        <w:br/>
        <w:t>f 16456/15932/14374 16559/16035/14476 16539/16016/14457</w:t>
        <w:br/>
        <w:t>f 16455/15933/14374 16456/15932/14374 16539/16016/14457</w:t>
        <w:br/>
        <w:t>f 16551/16026/14467 16561/16036/14477 16560/16037/14478</w:t>
        <w:br/>
        <w:t>f 16550/16027/14468 16551/16026/14467 16560/16037/14478</w:t>
        <w:br/>
        <w:t>f 16551/16026/14467 16552/16028/14469 16562/16038/14479</w:t>
        <w:br/>
        <w:t>f 16561/16036/14477 16551/16026/14467 16562/16038/14479</w:t>
        <w:br/>
        <w:t>f 16552/16028/14469 16545/16022/14463 16553/16030/14471</w:t>
        <w:br/>
        <w:t>f 16562/16038/14479 16552/16028/14469 16553/16030/14471</w:t>
        <w:br/>
        <w:t>f 16554/16029/14470 16564/16039/14480 16563/16040/14481</w:t>
        <w:br/>
        <w:t>f 16553/16030/14471 16554/16029/14470 16563/16040/14481</w:t>
        <w:br/>
        <w:t>f 16555/16031/14472 16565/16041/14482 16564/16039/14480</w:t>
        <w:br/>
        <w:t>f 16554/16029/14470 16555/16031/14472 16564/16039/14480</w:t>
        <w:br/>
        <w:t>f 16555/16031/14472 16556/16032/14473 16452/15928/14370</w:t>
        <w:br/>
        <w:t>f 16565/16041/14482 16555/16031/14472 16452/15928/14370</w:t>
        <w:br/>
        <w:t>f 16556/16032/14473 16557/16033/14474 16453/15929/14371</w:t>
        <w:br/>
        <w:t>f 16452/15928/14370 16556/16032/14473 16453/15929/14371</w:t>
        <w:br/>
        <w:t>f 16453/15929/14371 16557/16033/14474 16558/16034/14475</w:t>
        <w:br/>
        <w:t>f 16454/15930/14372 16453/15929/14371 16558/16034/14475</w:t>
        <w:br/>
        <w:t>f 16560/16037/14478 16561/16036/14477 16458/15934/14375</w:t>
        <w:br/>
        <w:t>f 16561/16036/14477 16562/16038/14479 16566/16042/14483</w:t>
        <w:br/>
        <w:t>f 16562/16038/14479 16553/16030/14471 16563/16040/14481</w:t>
        <w:br/>
        <w:t>f 16566/16042/14483 16562/16038/14479 16563/16040/14481</w:t>
        <w:br/>
        <w:t>f 16471/15944/14385 16460/15937/14378 16461/15936/14377</w:t>
        <w:br/>
        <w:t>f 16470/15945/14386 16471/15944/14385 16461/15936/14377</w:t>
        <w:br/>
        <w:t>f 16470/15945/14386 16461/15936/14377 16567/16043/14484</w:t>
        <w:br/>
        <w:t>f 16473/15948/14389 16470/15945/14386 16567/16043/14484</w:t>
        <w:br/>
        <w:t>f 16567/16043/14484 16568/16044/14485 16475/15950/14391</w:t>
        <w:br/>
        <w:t>f 16473/15948/14389 16567/16043/14484 16475/15950/14391</w:t>
        <w:br/>
        <w:t>f 16569/16045/14486 16477/15952/14393 16475/15950/14391</w:t>
        <w:br/>
        <w:t>f 16568/16044/14485 16569/16045/14486 16475/15950/14391</w:t>
        <w:br/>
        <w:t>f 16569/16045/14486 16478/15954/14395 16477/15952/14393</w:t>
        <w:br/>
        <w:t>f 16465/15941/14382 16481/15955/14396 16482/15958/14399</w:t>
        <w:br/>
        <w:t>f 16466/15942/14383 16465/15941/14382 16482/15958/14399</w:t>
        <w:br/>
        <w:t>f 16465/15941/14382 16467/15943/14384 16484/15959/14400</w:t>
        <w:br/>
        <w:t>f 16481/15955/14396 16465/15941/14382 16484/15959/14400</w:t>
        <w:br/>
        <w:t>f 16484/15959/14400 16467/15943/14384 16460/15937/14378</w:t>
        <w:br/>
        <w:t>f 16471/15944/14385 16484/15959/14400 16460/15937/14378</w:t>
        <w:br/>
        <w:t>f 16571/16046/14487 16570/16047/14488 16449/15925/14367</w:t>
        <w:br/>
        <w:t>f 16450/15926/14368 16571/16046/14487 16449/15925/14367</w:t>
        <w:br/>
        <w:t>f 16449/15925/14367 16570/16047/14488 16572/16048/14489</w:t>
        <w:br/>
        <w:t>f 16451/15927/14369 16449/15925/14367 16572/16048/14489</w:t>
        <w:br/>
        <w:t>f 16574/16049/14490 16573/16050/14491 16459/15935/14376</w:t>
        <w:br/>
        <w:t>f 16446/15923/14365 16574/16049/14490 16459/15935/14376</w:t>
        <w:br/>
        <w:t>f 16459/15935/14376 16573/16050/14491 16571/16046/14487</w:t>
        <w:br/>
        <w:t>f 16450/15926/14368 16459/15935/14376 16571/16046/14487</w:t>
        <w:br/>
        <w:t>f 16564/16039/14480 16570/16047/14488 16571/16046/14487</w:t>
        <w:br/>
        <w:t>f 16563/16040/14481 16564/16039/14480 16571/16046/14487</w:t>
        <w:br/>
        <w:t>f 16572/16048/14489 16570/16047/14488 16564/16039/14480</w:t>
        <w:br/>
        <w:t>f 16565/16041/14482 16572/16048/14489 16564/16039/14480</w:t>
        <w:br/>
        <w:t>f 16566/16042/14483 16573/16050/14491 16574/16049/14490</w:t>
        <w:br/>
        <w:t>f 16561/16036/14477 16566/16042/14483 16574/16049/14490</w:t>
        <w:br/>
        <w:t>f 16571/16046/14487 16573/16050/14491 16566/16042/14483</w:t>
        <w:br/>
        <w:t>f 16563/16040/14481 16571/16046/14487 16566/16042/14483</w:t>
        <w:br/>
        <w:t>f 16458/15934/14375 16575/16051/14492 16446/15923/14365</w:t>
        <w:br/>
        <w:t>f 16561/16036/14477 16575/16051/14492 16458/15934/14375</w:t>
        <w:br/>
        <w:t>f 16451/15927/14369 16572/16048/14489 16452/15928/14370</w:t>
        <w:br/>
        <w:t>f 16452/15928/14370 16572/16048/14489 16565/16041/14482</w:t>
        <w:br/>
        <w:t>f 16544/16020/14461 16552/16028/14469 16551/16026/14467</w:t>
        <w:br/>
        <w:t>f 16498/15974/14415 16497/15973/14414 16489/15965/14406</w:t>
        <w:br/>
        <w:t>f 16506/15982/14423 16497/15973/14414 16498/15974/14415</w:t>
        <w:br/>
        <w:t>f 16540/16015/14456 16514/15990/14431 16522/15998/14439</w:t>
        <w:br/>
        <w:t>f 16559/16035/14476 16541/16017/14458 16539/16016/14457</w:t>
        <w:br/>
        <w:t>f 16444/15921/14363 16445/15920/14362 16457/15931/14373</w:t>
        <w:br/>
        <w:t>f 16411/15886/14332 16409/15884/14331 16425/15899/14342</w:t>
        <w:br/>
        <w:t>f 16388/15864/14315 16389/15865/14316 16380/15856/14307</w:t>
        <w:br/>
        <w:t>f 16464/15940/14381 16352/15828/14279 16478/15954/14395</w:t>
        <w:br/>
        <w:t>f 17324/16052/14493 17323/16053/14494 17322/16054/14495</w:t>
        <w:br/>
        <w:t>f 17325/16055/14496 17324/16052/14493 17322/16054/14495</w:t>
        <w:br/>
        <w:t>f 17324/16052/14493 17327/16056/14497 17326/16057/14498</w:t>
        <w:br/>
        <w:t>f 17323/16053/14494 17324/16052/14493 17326/16057/14498</w:t>
        <w:br/>
        <w:t>f 17331/16058/14499 17330/16059/14500 17329/16060/14501</w:t>
        <w:br/>
        <w:t>f 17328/16061/14502 17331/16058/14499 17329/16060/14501</w:t>
        <w:br/>
        <w:t>f 17330/16059/14500 17333/16062/14503 17332/16063/14504</w:t>
        <w:br/>
        <w:t>f 17329/16060/14501 17330/16059/14500 17332/16063/14504</w:t>
        <w:br/>
        <w:t>f 17333/16062/14503 17334/16064/14505 17332/16063/14504</w:t>
        <w:br/>
        <w:t>f 17337/16065/14506 17336/16066/14507 17335/16067/14508</w:t>
        <w:br/>
        <w:t>f 17338/16068/14509 17337/16065/14506 17335/16067/14508</w:t>
        <w:br/>
        <w:t>f 17337/16065/14506 17340/16069/14510 17339/16070/14511</w:t>
        <w:br/>
        <w:t>f 17336/16066/14507 17337/16065/14506 17339/16070/14511</w:t>
        <w:br/>
        <w:t>f 17340/16069/14510 17325/16055/14496 17322/16054/14495</w:t>
        <w:br/>
        <w:t>f 17339/16070/14511 17340/16069/14510 17322/16054/14495</w:t>
        <w:br/>
        <w:t>f 17322/16054/14495 17323/16053/14494 17342/16071/14512</w:t>
        <w:br/>
        <w:t>f 17341/16072/14513 17322/16054/14495 17342/16071/14512</w:t>
        <w:br/>
        <w:t>f 17326/16057/14498 17343/16073/14514 17342/16071/14512</w:t>
        <w:br/>
        <w:t>f 17323/16053/14494 17326/16057/14498 17342/16071/14512</w:t>
        <w:br/>
        <w:t>f 17329/16060/14501 17344/16074/14515 17343/16073/14514</w:t>
        <w:br/>
        <w:t>f 17326/16057/14498 17329/16060/14501 17343/16073/14514</w:t>
        <w:br/>
        <w:t>f 17329/16060/14501 17332/16063/14504 17345/16075/14516</w:t>
        <w:br/>
        <w:t>f 17344/16074/14515 17329/16060/14501 17345/16075/14516</w:t>
        <w:br/>
        <w:t>f 17332/16063/14504 17334/16064/14505 17346/16076/14517</w:t>
        <w:br/>
        <w:t>f 17345/16075/14516 17332/16063/14504 17346/16076/14517</w:t>
        <w:br/>
        <w:t>f 17335/16067/14508 17336/16066/14507 17348/16077/14518</w:t>
        <w:br/>
        <w:t>f 17347/16078/14519 17335/16067/14508 17348/16077/14518</w:t>
        <w:br/>
        <w:t>f 17336/16066/14507 17339/16070/14511 17349/16079/14520</w:t>
        <w:br/>
        <w:t>f 17348/16077/14518 17336/16066/14507 17349/16079/14520</w:t>
        <w:br/>
        <w:t>f 17339/16070/14511 17322/16054/14495 17341/16072/14513</w:t>
        <w:br/>
        <w:t>f 17349/16079/14520 17339/16070/14511 17341/16072/14513</w:t>
        <w:br/>
        <w:t>f 17342/16071/14512 17351/16080/14521 17350/16081/14522</w:t>
        <w:br/>
        <w:t>f 17341/16072/14513 17342/16071/14512 17350/16081/14522</w:t>
        <w:br/>
        <w:t>f 17343/16073/14514 17352/16082/14523 17351/16080/14521</w:t>
        <w:br/>
        <w:t>f 17342/16071/14512 17343/16073/14514 17351/16080/14521</w:t>
        <w:br/>
        <w:t>f 17344/16074/14515 17353/16083/14524 17352/16082/14523</w:t>
        <w:br/>
        <w:t>f 17343/16073/14514 17344/16074/14515 17352/16082/14523</w:t>
        <w:br/>
        <w:t>f 17344/16074/14515 17345/16075/14516 17354/16084/14525</w:t>
        <w:br/>
        <w:t>f 17353/16083/14524 17344/16074/14515 17354/16084/14525</w:t>
        <w:br/>
        <w:t>f 17345/16075/14516 17346/16076/14517 17354/16084/14525</w:t>
        <w:br/>
        <w:t>f 17348/16077/14518 17356/16085/14526 17355/16086/14527</w:t>
        <w:br/>
        <w:t>f 17347/16078/14519 17348/16077/14518 17355/16086/14527</w:t>
        <w:br/>
        <w:t>f 17349/16079/14520 17357/16087/14528 17356/16085/14526</w:t>
        <w:br/>
        <w:t>f 17348/16077/14518 17349/16079/14520 17356/16085/14526</w:t>
        <w:br/>
        <w:t>f 17341/16072/14513 17350/16081/14522 17357/16087/14528</w:t>
        <w:br/>
        <w:t>f 17349/16079/14520 17341/16072/14513 17357/16087/14528</w:t>
        <w:br/>
        <w:t>f 17359/16088/14529 17350/16081/14522 17351/16080/14521</w:t>
        <w:br/>
        <w:t>f 17358/16089/14530 17359/16088/14529 17351/16080/14521</w:t>
        <w:br/>
        <w:t>f 17358/16089/14530 17351/16080/14521 17352/16082/14523</w:t>
        <w:br/>
        <w:t>f 17360/16090/14531 17358/16089/14530 17352/16082/14523</w:t>
        <w:br/>
        <w:t>f 17353/16083/14524 17361/16091/14532 17360/16090/14531</w:t>
        <w:br/>
        <w:t>f 17352/16082/14523 17353/16083/14524 17360/16090/14531</w:t>
        <w:br/>
        <w:t>f 17353/16083/14524 17354/16084/14525 17362/16092/14533</w:t>
        <w:br/>
        <w:t>f 17361/16091/14532 17353/16083/14524 17362/16092/14533</w:t>
        <w:br/>
        <w:t>f 17346/16076/14517 17363/16093/14534 17362/16092/14533</w:t>
        <w:br/>
        <w:t>f 17354/16084/14525 17346/16076/14517 17362/16092/14533</w:t>
        <w:br/>
        <w:t>f 17355/16086/14527 17356/16085/14526 17364/16094/14535</w:t>
        <w:br/>
        <w:t>f 17365/16095/14536 17355/16086/14527 17364/16094/14535</w:t>
        <w:br/>
        <w:t>f 17356/16085/14526 17357/16087/14528 17366/16096/14537</w:t>
        <w:br/>
        <w:t>f 17364/16094/14535 17356/16085/14526 17366/16096/14537</w:t>
        <w:br/>
        <w:t>f 17350/16081/14522 17359/16088/14529 17366/16096/14537</w:t>
        <w:br/>
        <w:t>f 17357/16087/14528 17350/16081/14522 17366/16096/14537</w:t>
        <w:br/>
        <w:t>f 17359/16088/14529 17358/16089/14530 17368/16097/14538</w:t>
        <w:br/>
        <w:t>f 17367/16098/14539 17359/16088/14529 17368/16097/14538</w:t>
        <w:br/>
        <w:t>f 17358/16089/14530 17360/16090/14531 17369/16099/14540</w:t>
        <w:br/>
        <w:t>f 17368/16097/14538 17358/16089/14530 17369/16099/14540</w:t>
        <w:br/>
        <w:t>f 17361/16091/14532 17370/16100/14541 17369/16099/14540</w:t>
        <w:br/>
        <w:t>f 17360/16090/14531 17361/16091/14532 17369/16099/14540</w:t>
        <w:br/>
        <w:t>f 17361/16091/14532 17362/16092/14533 17370/16100/14541</w:t>
        <w:br/>
        <w:t>f 17362/16092/14533 17363/16093/14534 17371/16101/14542</w:t>
        <w:br/>
        <w:t>f 17365/16095/14536 17364/16094/14535 17373/16102/14543</w:t>
        <w:br/>
        <w:t>f 17372/16103/14544 17365/16095/14536 17373/16102/14543</w:t>
        <w:br/>
        <w:t>f 17364/16094/14535 17366/16096/14537 17374/16104/14545</w:t>
        <w:br/>
        <w:t>f 17373/16102/14543 17364/16094/14535 17374/16104/14545</w:t>
        <w:br/>
        <w:t>f 17366/16096/14537 17359/16088/14529 17367/16098/14539</w:t>
        <w:br/>
        <w:t>f 17374/16104/14545 17366/16096/14537 17367/16098/14539</w:t>
        <w:br/>
        <w:t>f 17367/16098/14539 17368/16097/14538 17376/16105/14546</w:t>
        <w:br/>
        <w:t>f 17375/16106/14547 17367/16098/14539 17376/16105/14546</w:t>
        <w:br/>
        <w:t>f 17368/16097/14538 17369/16099/14540 17377/16107/14548</w:t>
        <w:br/>
        <w:t>f 17376/16105/14546 17368/16097/14538 17377/16107/14548</w:t>
        <w:br/>
        <w:t>f 17370/16100/14541 17378/16108/14549 17377/16107/14548</w:t>
        <w:br/>
        <w:t>f 17369/16099/14540 17370/16100/14541 17377/16107/14548</w:t>
        <w:br/>
        <w:t>f 17370/16100/14541 17371/16101/14542 17378/16108/14549</w:t>
        <w:br/>
        <w:t>f 17373/16102/14543 17380/16109/14550 17379/16110/14551</w:t>
        <w:br/>
        <w:t>f 17372/16103/14544 17373/16102/14543 17379/16110/14551</w:t>
        <w:br/>
        <w:t>f 17374/16104/14545 17381/16111/14552 17380/16109/14550</w:t>
        <w:br/>
        <w:t>f 17373/16102/14543 17374/16104/14545 17380/16109/14550</w:t>
        <w:br/>
        <w:t>f 17367/16098/14539 17375/16106/14547 17381/16111/14552</w:t>
        <w:br/>
        <w:t>f 17374/16104/14545 17367/16098/14539 17381/16111/14552</w:t>
        <w:br/>
        <w:t>f 17384/16112/14546 17383/16113/14553 17382/16114/14554</w:t>
        <w:br/>
        <w:t>f 17385/16115/14555 17384/16112/14546 17382/16114/14554</w:t>
        <w:br/>
        <w:t>f 17387/16116/14548 17386/16117/14556 17383/16113/14553</w:t>
        <w:br/>
        <w:t>f 17384/16112/14546 17387/16116/14548 17383/16113/14553</w:t>
        <w:br/>
        <w:t>f 17387/16116/14548 17389/16118/14549 17388/16119/14557</w:t>
        <w:br/>
        <w:t>f 17386/16117/14556 17387/16116/14548 17388/16119/14557</w:t>
        <w:br/>
        <w:t>f 17389/16118/14549 17391/16120/14558 17390/16121/14559</w:t>
        <w:br/>
        <w:t>f 17388/16119/14557 17389/16118/14549 17390/16121/14559</w:t>
        <w:br/>
        <w:t>f 17393/16122/14534 17392/16123/14560 17390/16121/14559</w:t>
        <w:br/>
        <w:t>f 17391/16120/14558 17393/16122/14534 17390/16121/14559</w:t>
        <w:br/>
        <w:t>f 17397/16124/14551 17396/16125/14561 17395/16126/14562</w:t>
        <w:br/>
        <w:t>f 17394/16127/14563 17397/16124/14551 17395/16126/14562</w:t>
        <w:br/>
        <w:t>f 17396/16125/14561 17399/16128/14552 17398/16129/14564</w:t>
        <w:br/>
        <w:t>f 17395/16126/14562 17396/16125/14561 17398/16129/14564</w:t>
        <w:br/>
        <w:t>f 17399/16128/14552 17385/16115/14555 17382/16114/14554</w:t>
        <w:br/>
        <w:t>f 17398/16129/14564 17399/16128/14552 17382/16114/14554</w:t>
        <w:br/>
        <w:t>f 17382/16114/14554 17383/16113/14553 17401/16130/14565</w:t>
        <w:br/>
        <w:t>f 17400/16131/14566 17382/16114/14554 17401/16130/14565</w:t>
        <w:br/>
        <w:t>f 17383/16113/14553 17386/16117/14556 17402/16132/14567</w:t>
        <w:br/>
        <w:t>f 17401/16130/14565 17383/16113/14553 17402/16132/14567</w:t>
        <w:br/>
        <w:t>f 17386/16117/14556 17388/16119/14557 17403/16133/14568</w:t>
        <w:br/>
        <w:t>f 17402/16132/14567 17386/16117/14556 17403/16133/14568</w:t>
        <w:br/>
        <w:t>f 17388/16119/14557 17390/16121/14559 17404/16134/14569</w:t>
        <w:br/>
        <w:t>f 17403/16133/14568 17388/16119/14557 17404/16134/14569</w:t>
        <w:br/>
        <w:t>f 17392/16123/14560 17407/16135/14570 17406/16136/14570</w:t>
        <w:br/>
        <w:t>f 17405/16137/14571 17392/16123/14560 17406/16136/14570</w:t>
        <w:br/>
        <w:t>f 17395/16126/14562 17409/16138/14572 17408/16139/14572</w:t>
        <w:br/>
        <w:t>f 17394/16127/14563 17395/16126/14562 17408/16139/14572</w:t>
        <w:br/>
        <w:t>f 17395/16126/14562 17398/16129/14564 17411/16140/14573</w:t>
        <w:br/>
        <w:t>f 17410/16141/14574 17395/16126/14562 17411/16140/14573</w:t>
        <w:br/>
        <w:t>f 17398/16129/14564 17382/16114/14554 17400/16131/14566</w:t>
        <w:br/>
        <w:t>f 17411/16140/14573 17398/16129/14564 17400/16131/14566</w:t>
        <w:br/>
        <w:t>f 17400/16131/14566 17401/16130/14565 17413/16142/14575</w:t>
        <w:br/>
        <w:t>f 17412/16143/14576 17400/16131/14566 17413/16142/14575</w:t>
        <w:br/>
        <w:t>f 17401/16130/14565 17402/16132/14567 17414/16144/14577</w:t>
        <w:br/>
        <w:t>f 17413/16142/14575 17401/16130/14565 17414/16144/14577</w:t>
        <w:br/>
        <w:t>f 17402/16132/14567 17403/16133/14568 17415/16145/14578</w:t>
        <w:br/>
        <w:t>f 17414/16144/14577 17402/16132/14567 17415/16145/14578</w:t>
        <w:br/>
        <w:t>f 17403/16133/14568 17404/16134/14569 17416/16146/14579</w:t>
        <w:br/>
        <w:t>f 17415/16145/14578 17403/16133/14568 17416/16146/14579</w:t>
        <w:br/>
        <w:t>f 17409/16138/14572 17418/16147/14580 17417/16148/14581</w:t>
        <w:br/>
        <w:t>f 17408/16139/14572 17409/16138/14572 17417/16148/14581</w:t>
        <w:br/>
        <w:t>f 17411/16140/14573 17419/16149/14582 17418/16147/14580</w:t>
        <w:br/>
        <w:t>f 17410/16141/14574 17411/16140/14573 17418/16147/14580</w:t>
        <w:br/>
        <w:t>f 17411/16140/14573 17400/16131/14566 17412/16143/14576</w:t>
        <w:br/>
        <w:t>f 17419/16149/14582 17411/16140/14573 17412/16143/14576</w:t>
        <w:br/>
        <w:t>f 17412/16143/14576 17413/16142/14575 17421/16150/14583</w:t>
        <w:br/>
        <w:t>f 17420/16151/14584 17412/16143/14576 17421/16150/14583</w:t>
        <w:br/>
        <w:t>f 17413/16142/14575 17414/16144/14577 17422/16152/14585</w:t>
        <w:br/>
        <w:t>f 17421/16150/14583 17413/16142/14575 17422/16152/14585</w:t>
        <w:br/>
        <w:t>f 17414/16144/14577 17423/16153/14586 17422/16152/14585</w:t>
        <w:br/>
        <w:t>f 17414/16144/14577 17415/16145/14578 17424/16154/14587</w:t>
        <w:br/>
        <w:t>f 17423/16153/14586 17414/16144/14577 17424/16154/14587</w:t>
        <w:br/>
        <w:t>f 17415/16145/14578 17416/16146/14579 17425/16155/14588</w:t>
        <w:br/>
        <w:t>f 17424/16154/14587 17415/16145/14578 17425/16155/14588</w:t>
        <w:br/>
        <w:t>f 17427/16156/14589 17406/16136/14570 17407/16135/14570</w:t>
        <w:br/>
        <w:t>f 17426/16157/14590 17427/16156/14589 17407/16135/14570</w:t>
        <w:br/>
        <w:t>f 17418/16147/14580 17429/16158/14591 17428/16159/14592</w:t>
        <w:br/>
        <w:t>f 17417/16148/14581 17418/16147/14580 17428/16159/14592</w:t>
        <w:br/>
        <w:t>f 17418/16147/14580 17419/16149/14582 17430/16160/14593</w:t>
        <w:br/>
        <w:t>f 17429/16158/14591 17418/16147/14580 17430/16160/14593</w:t>
        <w:br/>
        <w:t>f 17419/16149/14582 17412/16143/14576 17420/16151/14584</w:t>
        <w:br/>
        <w:t>f 17430/16160/14593 17419/16149/14582 17420/16151/14584</w:t>
        <w:br/>
        <w:t>f 17420/16151/14584 17421/16150/14583 17431/16161/14594</w:t>
        <w:br/>
        <w:t>f 17432/16162/14595 17420/16151/14584 17431/16161/14594</w:t>
        <w:br/>
        <w:t>f 17422/16152/14585 17433/16163/14596 17431/16161/14594</w:t>
        <w:br/>
        <w:t>f 17421/16150/14583 17422/16152/14585 17431/16161/14594</w:t>
        <w:br/>
        <w:t>f 17422/16152/14585 17423/16153/14586 17434/16164/14597</w:t>
        <w:br/>
        <w:t>f 17433/16163/14596 17422/16152/14585 17434/16164/14597</w:t>
        <w:br/>
        <w:t>f 17423/16153/14586 17424/16154/14587 17435/16165/14598</w:t>
        <w:br/>
        <w:t>f 17434/16164/14597 17423/16153/14586 17435/16165/14598</w:t>
        <w:br/>
        <w:t>f 17435/16165/14598 17424/16154/14587 17425/16155/14588</w:t>
        <w:br/>
        <w:t>f 17436/16166/14599 17435/16165/14598 17425/16155/14588</w:t>
        <w:br/>
        <w:t>f 17439/16167/14600 17438/16168/14600 17437/16169/14601</w:t>
        <w:br/>
        <w:t>f 17426/16157/14590 17439/16167/14600 17437/16169/14601</w:t>
        <w:br/>
        <w:t>f 17428/16159/14592 17429/16158/14591 17440/16170/14602</w:t>
        <w:br/>
        <w:t>f 17429/16158/14591 17430/16160/14593 17441/16171/14603</w:t>
        <w:br/>
        <w:t>f 17430/16160/14593 17420/16151/14584 17432/16162/14595</w:t>
        <w:br/>
        <w:t>f 17441/16171/14603 17430/16160/14593 17432/16162/14595</w:t>
        <w:br/>
        <w:t>f 17325/16055/14496 17443/16172/14604 17442/16173/14605</w:t>
        <w:br/>
        <w:t>f 17324/16052/14493 17325/16055/14496 17442/16173/14605</w:t>
        <w:br/>
        <w:t>f 17324/16052/14493 17442/16173/14605 17444/16174/14606</w:t>
        <w:br/>
        <w:t>f 17327/16056/14497 17324/16052/14493 17444/16174/14606</w:t>
        <w:br/>
        <w:t>f 17444/16174/14606 17445/16175/14607 17330/16059/14500</w:t>
        <w:br/>
        <w:t>f 17327/16056/14497 17444/16174/14606 17330/16059/14500</w:t>
        <w:br/>
        <w:t>f 17446/16176/14608 17333/16062/14503 17330/16059/14500</w:t>
        <w:br/>
        <w:t>f 17445/16175/14607 17446/16176/14608 17330/16059/14500</w:t>
        <w:br/>
        <w:t>f 17446/16176/14608 17334/16064/14505 17333/16062/14503</w:t>
        <w:br/>
        <w:t>f 17447/16177/14609 17337/16065/14506 17338/16068/14509</w:t>
        <w:br/>
        <w:t>f 17448/16178/14610 17447/16177/14609 17338/16068/14509</w:t>
        <w:br/>
        <w:t>f 17447/16177/14609 17449/16179/14611 17340/16069/14510</w:t>
        <w:br/>
        <w:t>f 17337/16065/14506 17447/16177/14609 17340/16069/14510</w:t>
        <w:br/>
        <w:t>f 17340/16069/14510 17449/16179/14611 17443/16172/14604</w:t>
        <w:br/>
        <w:t>f 17325/16055/14496 17340/16069/14510 17443/16172/14604</w:t>
        <w:br/>
        <w:t>f 17453/16180/14612 17452/16181/14613 17451/16182/14614</w:t>
        <w:br/>
        <w:t>f 17450/16183/14615 17453/16180/14612 17451/16182/14614</w:t>
        <w:br/>
        <w:t>f 17450/16183/14615 17451/16182/14614 17455/16184/14616</w:t>
        <w:br/>
        <w:t>f 17454/16185/14617 17450/16183/14615 17455/16184/14616</w:t>
        <w:br/>
        <w:t>f 17454/16185/14617 17455/16184/14616 17457/16186/14618</w:t>
        <w:br/>
        <w:t>f 17456/16187/14619 17454/16185/14617 17457/16186/14618</w:t>
        <w:br/>
        <w:t>f 17456/16187/14619 17457/16186/14618 17459/16188/14620</w:t>
        <w:br/>
        <w:t>f 17458/16189/14621 17456/16187/14619 17459/16188/14620</w:t>
        <w:br/>
        <w:t>f 17458/16189/14621 17459/16188/14620 17460/16190/14622</w:t>
        <w:br/>
        <w:t>f 17463/16191/14623 17462/16192/14624 17461/16193/14625</w:t>
        <w:br/>
        <w:t>f 17464/16194/14626 17463/16191/14623 17461/16193/14625</w:t>
        <w:br/>
        <w:t>f 17461/16193/14625 17462/16192/14624 17466/16195/14627</w:t>
        <w:br/>
        <w:t>f 17465/16196/14628 17461/16193/14625 17466/16195/14627</w:t>
        <w:br/>
        <w:t>f 17465/16196/14628 17466/16195/14627 17452/16181/14613</w:t>
        <w:br/>
        <w:t>f 17453/16180/14612 17465/16196/14628 17452/16181/14613</w:t>
        <w:br/>
        <w:t>f 17452/16181/14613 17468/16197/14629 17467/16198/14630</w:t>
        <w:br/>
        <w:t>f 17451/16182/14614 17452/16181/14613 17467/16198/14630</w:t>
        <w:br/>
        <w:t>f 17467/16198/14630 17469/16199/14631 17455/16184/14616</w:t>
        <w:br/>
        <w:t>f 17451/16182/14614 17467/16198/14630 17455/16184/14616</w:t>
        <w:br/>
        <w:t>f 17455/16184/14616 17469/16199/14631 17470/16200/14632</w:t>
        <w:br/>
        <w:t>f 17457/16186/14618 17455/16184/14616 17470/16200/14632</w:t>
        <w:br/>
        <w:t>f 17457/16186/14618 17470/16200/14632 17471/16201/14633</w:t>
        <w:br/>
        <w:t>f 17459/16188/14620 17457/16186/14618 17471/16201/14633</w:t>
        <w:br/>
        <w:t>f 17463/16191/14623 17473/16202/14634 17472/16203/14635</w:t>
        <w:br/>
        <w:t>f 17462/16192/14624 17463/16191/14623 17472/16203/14635</w:t>
        <w:br/>
        <w:t>f 17462/16192/14624 17472/16203/14635 17474/16204/14636</w:t>
        <w:br/>
        <w:t>f 17466/16195/14627 17462/16192/14624 17474/16204/14636</w:t>
        <w:br/>
        <w:t>f 17466/16195/14627 17474/16204/14636 17468/16197/14629</w:t>
        <w:br/>
        <w:t>f 17452/16181/14613 17466/16195/14627 17468/16197/14629</w:t>
        <w:br/>
        <w:t>f 17476/16205/14637 17475/16206/14638 17467/16198/14630</w:t>
        <w:br/>
        <w:t>f 17468/16197/14629 17476/16205/14637 17467/16198/14630</w:t>
        <w:br/>
        <w:t>f 17475/16206/14638 17477/16207/14639 17469/16199/14631</w:t>
        <w:br/>
        <w:t>f 17467/16198/14630 17475/16206/14638 17469/16199/14631</w:t>
        <w:br/>
        <w:t>f 17477/16207/14639 17478/16208/14640 17470/16200/14632</w:t>
        <w:br/>
        <w:t>f 17469/16199/14631 17477/16207/14639 17470/16200/14632</w:t>
        <w:br/>
        <w:t>f 17470/16200/14632 17478/16208/14640 17479/16209/14641</w:t>
        <w:br/>
        <w:t>f 17471/16201/14633 17470/16200/14632 17479/16209/14641</w:t>
        <w:br/>
        <w:t>f 17471/16201/14633 17480/16210/14642 17460/16190/14622</w:t>
        <w:br/>
        <w:t>f 17459/16188/14620 17471/16201/14633 17460/16190/14622</w:t>
        <w:br/>
        <w:t>f 17482/16211/14643 17481/16212/14644 17472/16203/14635</w:t>
        <w:br/>
        <w:t>f 17473/16202/14634 17482/16211/14643 17472/16203/14635</w:t>
        <w:br/>
        <w:t>f 17481/16212/14644 17483/16213/14645 17474/16204/14636</w:t>
        <w:br/>
        <w:t>f 17472/16203/14635 17481/16212/14644 17474/16204/14636</w:t>
        <w:br/>
        <w:t>f 17483/16213/14645 17476/16205/14637 17468/16197/14629</w:t>
        <w:br/>
        <w:t>f 17474/16204/14636 17483/16213/14645 17468/16197/14629</w:t>
        <w:br/>
        <w:t>f 17485/16214/14646 17484/16215/14647 17475/16206/14638</w:t>
        <w:br/>
        <w:t>f 17476/16205/14637 17485/16214/14646 17475/16206/14638</w:t>
        <w:br/>
        <w:t>f 17484/16215/14647 17486/16216/14648 17477/16207/14639</w:t>
        <w:br/>
        <w:t>f 17475/16206/14638 17484/16215/14647 17477/16207/14639</w:t>
        <w:br/>
        <w:t>f 17486/16216/14648 17487/16217/14649 17478/16208/14640</w:t>
        <w:br/>
        <w:t>f 17477/16207/14639 17486/16216/14648 17478/16208/14640</w:t>
        <w:br/>
        <w:t>f 17478/16208/14640 17487/16217/14649 17488/16218/14650</w:t>
        <w:br/>
        <w:t>f 17479/16209/14641 17478/16208/14640 17488/16218/14650</w:t>
        <w:br/>
        <w:t>f 17482/16211/14643 17490/16219/14651 17489/16220/14652</w:t>
        <w:br/>
        <w:t>f 17481/16212/14644 17482/16211/14643 17489/16220/14652</w:t>
        <w:br/>
        <w:t>f 17481/16212/14644 17489/16220/14652 17491/16221/14653</w:t>
        <w:br/>
        <w:t>f 17483/16213/14645 17481/16212/14644 17491/16221/14653</w:t>
        <w:br/>
        <w:t>f 17491/16221/14653 17485/16214/14646 17476/16205/14637</w:t>
        <w:br/>
        <w:t>f 17483/16213/14645 17491/16221/14653 17476/16205/14637</w:t>
        <w:br/>
        <w:t>f 17485/16214/14646 17493/16222/14654 17492/16223/14655</w:t>
        <w:br/>
        <w:t>f 17484/16215/14647 17485/16214/14646 17492/16223/14655</w:t>
        <w:br/>
        <w:t>f 17484/16215/14647 17492/16223/14655 17494/16224/14656</w:t>
        <w:br/>
        <w:t>f 17486/16216/14648 17484/16215/14647 17494/16224/14656</w:t>
        <w:br/>
        <w:t>f 17487/16217/14649 17486/16216/14648 17494/16224/14656</w:t>
        <w:br/>
        <w:t>f 17495/16225/14657 17487/16217/14649 17494/16224/14656</w:t>
        <w:br/>
        <w:t>f 17488/16218/14650 17487/16217/14649 17495/16225/14657</w:t>
        <w:br/>
        <w:t>f 17496/16226/14658 17488/16218/14650 17495/16225/14657</w:t>
        <w:br/>
        <w:t>f 17490/16219/14651 17498/16227/14659 17497/16228/14660</w:t>
        <w:br/>
        <w:t>f 17489/16220/14652 17490/16219/14651 17497/16228/14660</w:t>
        <w:br/>
        <w:t>f 17489/16220/14652 17497/16228/14660 17499/16229/14661</w:t>
        <w:br/>
        <w:t>f 17491/16221/14653 17489/16220/14652 17499/16229/14661</w:t>
        <w:br/>
        <w:t>f 17491/16221/14653 17499/16229/14661 17493/16222/14654</w:t>
        <w:br/>
        <w:t>f 17485/16214/14646 17491/16221/14653 17493/16222/14654</w:t>
        <w:br/>
        <w:t>f 17493/16222/14654 17501/16230/14662 17500/16231/14663</w:t>
        <w:br/>
        <w:t>f 17492/16223/14655 17493/16222/14654 17500/16231/14663</w:t>
        <w:br/>
        <w:t>f 17492/16223/14655 17500/16231/14663 17502/16232/14664</w:t>
        <w:br/>
        <w:t>f 17494/16224/14656 17492/16223/14655 17502/16232/14664</w:t>
        <w:br/>
        <w:t>f 17502/16232/14664 17503/16233/14665 17495/16225/14657</w:t>
        <w:br/>
        <w:t>f 17494/16224/14656 17502/16232/14664 17495/16225/14657</w:t>
        <w:br/>
        <w:t>f 17495/16225/14657 17503/16233/14665 17496/16226/14658</w:t>
        <w:br/>
        <w:t>f 17496/16226/14658 17504/16234/14666 17480/16210/14642</w:t>
        <w:br/>
        <w:t>f 17488/16218/14650 17496/16226/14658 17480/16210/14642</w:t>
        <w:br/>
        <w:t>f 17506/16235/14667 17505/16236/14668 17497/16228/14660</w:t>
        <w:br/>
        <w:t>f 17498/16227/14659 17506/16235/14667 17497/16228/14660</w:t>
        <w:br/>
        <w:t>f 17505/16236/14668 17507/16237/14669 17499/16229/14661</w:t>
        <w:br/>
        <w:t>f 17497/16228/14660 17505/16236/14668 17499/16229/14661</w:t>
        <w:br/>
        <w:t>f 17507/16237/14669 17501/16230/14662 17493/16222/14654</w:t>
        <w:br/>
        <w:t>f 17499/16229/14661 17507/16237/14669 17493/16222/14654</w:t>
        <w:br/>
        <w:t>f 17509/16238/14670 17508/16239/14671 17500/16231/14663</w:t>
        <w:br/>
        <w:t>f 17501/16230/14662 17509/16238/14670 17500/16231/14663</w:t>
        <w:br/>
        <w:t>f 17508/16239/14671 17510/16240/14672 17502/16232/14664</w:t>
        <w:br/>
        <w:t>f 17500/16231/14663 17508/16239/14671 17502/16232/14664</w:t>
        <w:br/>
        <w:t>f 17502/16232/14664 17510/16240/14672 17511/16241/14673</w:t>
        <w:br/>
        <w:t>f 17503/16233/14665 17502/16232/14664 17511/16241/14673</w:t>
        <w:br/>
        <w:t>f 17503/16233/14665 17511/16241/14673 17512/16242/14674</w:t>
        <w:br/>
        <w:t>f 17496/16226/14658 17503/16233/14665 17512/16242/14674</w:t>
        <w:br/>
        <w:t>f 17506/16235/14667 17514/16243/14675 17513/16244/14676</w:t>
        <w:br/>
        <w:t>f 17505/16236/14668 17506/16235/14667 17513/16244/14676</w:t>
        <w:br/>
        <w:t>f 17505/16236/14668 17513/16244/14676 17515/16245/14677</w:t>
        <w:br/>
        <w:t>f 17507/16237/14669 17505/16236/14668 17515/16245/14677</w:t>
        <w:br/>
        <w:t>f 17507/16237/14669 17515/16245/14677 17509/16238/14670</w:t>
        <w:br/>
        <w:t>f 17501/16230/14662 17507/16237/14669 17509/16238/14670</w:t>
        <w:br/>
        <w:t>f 17509/16238/14670 17517/16246/14678 17516/16247/14679</w:t>
        <w:br/>
        <w:t>f 17508/16239/14671 17509/16238/14670 17516/16247/14679</w:t>
        <w:br/>
        <w:t>f 17508/16239/14671 17516/16247/14679 17518/16248/14680</w:t>
        <w:br/>
        <w:t>f 17510/16240/14672 17508/16239/14671 17518/16248/14680</w:t>
        <w:br/>
        <w:t>f 17510/16240/14672 17518/16248/14680 17519/16249/14681</w:t>
        <w:br/>
        <w:t>f 17511/16241/14673 17510/16240/14672 17519/16249/14681</w:t>
        <w:br/>
        <w:t>f 17511/16241/14673 17519/16249/14681 17520/16250/14682</w:t>
        <w:br/>
        <w:t>f 17512/16242/14674 17511/16241/14673 17520/16250/14682</w:t>
        <w:br/>
        <w:t>f 17522/16251/14683 17504/16234/14666 17521/16252/14684</w:t>
        <w:br/>
        <w:t>f 17523/16253/14685 17522/16251/14683 17521/16252/14684</w:t>
        <w:br/>
        <w:t>f 17525/16254/14686 17524/16255/14687 17513/16244/14676</w:t>
        <w:br/>
        <w:t>f 17514/16243/14675 17525/16254/14686 17513/16244/14676</w:t>
        <w:br/>
        <w:t>f 17513/16244/14676 17524/16255/14687 17526/16256/14688</w:t>
        <w:br/>
        <w:t>f 17515/16245/14677 17513/16244/14676 17526/16256/14688</w:t>
        <w:br/>
        <w:t>f 17515/16245/14677 17526/16256/14688 17517/16246/14678</w:t>
        <w:br/>
        <w:t>f 17509/16238/14670 17515/16245/14677 17517/16246/14678</w:t>
        <w:br/>
        <w:t>f 17517/16246/14678 17528/16257/14689 17527/16258/14690</w:t>
        <w:br/>
        <w:t>f 17516/16247/14679 17517/16246/14678 17527/16258/14690</w:t>
        <w:br/>
        <w:t>f 17516/16247/14679 17527/16258/14690 17529/16259/14691</w:t>
        <w:br/>
        <w:t>f 17518/16248/14680 17516/16247/14679 17529/16259/14691</w:t>
        <w:br/>
        <w:t>f 17518/16248/14680 17529/16259/14691 17530/16260/14692</w:t>
        <w:br/>
        <w:t>f 17519/16249/14681 17518/16248/14680 17530/16260/14692</w:t>
        <w:br/>
        <w:t>f 17519/16249/14681 17530/16260/14692 17531/16261/14693</w:t>
        <w:br/>
        <w:t>f 17520/16250/14682 17519/16249/14681 17531/16261/14693</w:t>
        <w:br/>
        <w:t>f 17533/16262/14694 17532/16263/14695 17524/16255/14687</w:t>
        <w:br/>
        <w:t>f 17525/16254/14686 17533/16262/14694 17524/16255/14687</w:t>
        <w:br/>
        <w:t>f 17524/16255/14687 17532/16263/14695 17526/16256/14688</w:t>
        <w:br/>
        <w:t>f 17526/16256/14688 17534/16264/14696 17528/16257/14689</w:t>
        <w:br/>
        <w:t>f 17517/16246/14678 17526/16256/14688 17528/16257/14689</w:t>
        <w:br/>
        <w:t>f 17528/16257/14689 17536/16265/14697 17535/16266/14698</w:t>
        <w:br/>
        <w:t>f 17527/16258/14690 17528/16257/14689 17535/16266/14698</w:t>
        <w:br/>
        <w:t>f 17527/16258/14690 17535/16266/14698 17537/16267/14699</w:t>
        <w:br/>
        <w:t>f 17529/16259/14691 17527/16258/14690 17537/16267/14699</w:t>
        <w:br/>
        <w:t>f 17529/16259/14691 17537/16267/14699 17538/16268/14700</w:t>
        <w:br/>
        <w:t>f 17529/16259/14691 17538/16268/14700 17539/16269/14701</w:t>
        <w:br/>
        <w:t>f 17530/16260/14692 17529/16259/14691 17539/16269/14701</w:t>
        <w:br/>
        <w:t>f 17530/16260/14692 17539/16269/14701 17540/16270/14702</w:t>
        <w:br/>
        <w:t>f 17531/16261/14693 17530/16260/14692 17540/16270/14702</w:t>
        <w:br/>
        <w:t>f 17438/16168/14600 17439/16167/14600 17522/16251/14683</w:t>
        <w:br/>
        <w:t>f 17541/16271/14703 17438/16168/14600 17522/16251/14683</w:t>
        <w:br/>
        <w:t>f 17543/16272/14704 17542/16273/14705 17532/16263/14695</w:t>
        <w:br/>
        <w:t>f 17533/16262/14694 17543/16272/14704 17532/16263/14695</w:t>
        <w:br/>
        <w:t>f 17532/16263/14695 17542/16273/14705 17544/16274/14706</w:t>
        <w:br/>
        <w:t>f 17534/16264/14696 17532/16263/14695 17544/16274/14706</w:t>
        <w:br/>
        <w:t>f 17534/16264/14696 17544/16274/14706 17536/16265/14697</w:t>
        <w:br/>
        <w:t>f 17528/16257/14689 17534/16264/14696 17536/16265/14697</w:t>
        <w:br/>
        <w:t>f 17535/16266/14698 17536/16265/14697 17546/16275/14707</w:t>
        <w:br/>
        <w:t>f 17545/16276/14708 17535/16266/14698 17546/16275/14707</w:t>
        <w:br/>
        <w:t>f 17545/16276/14708 17547/16277/14709 17537/16267/14699</w:t>
        <w:br/>
        <w:t>f 17535/16266/14698 17545/16276/14708 17537/16267/14699</w:t>
        <w:br/>
        <w:t>f 17537/16267/14699 17547/16277/14709 17434/16164/14597</w:t>
        <w:br/>
        <w:t>f 17538/16268/14700 17537/16267/14699 17434/16164/14597</w:t>
        <w:br/>
        <w:t>f 17435/16165/14598 17539/16269/14701 17538/16268/14700</w:t>
        <w:br/>
        <w:t>f 17434/16164/14597 17435/16165/14598 17538/16268/14700</w:t>
        <w:br/>
        <w:t>f 17435/16165/14598 17436/16166/14599 17540/16270/14702</w:t>
        <w:br/>
        <w:t>f 17539/16269/14701 17435/16165/14598 17540/16270/14702</w:t>
        <w:br/>
        <w:t>f 17543/16272/14704 17440/16170/14602 17542/16273/14705</w:t>
        <w:br/>
        <w:t>f 17542/16273/14705 17548/16278/14710 17544/16274/14706</w:t>
        <w:br/>
        <w:t>f 17544/16274/14706 17548/16278/14710 17546/16275/14707</w:t>
        <w:br/>
        <w:t>f 17536/16265/14697 17544/16274/14706 17546/16275/14707</w:t>
        <w:br/>
        <w:t>f 17453/16180/14612 17450/16183/14615 17442/16173/14605</w:t>
        <w:br/>
        <w:t>f 17443/16172/14604 17453/16180/14612 17442/16173/14605</w:t>
        <w:br/>
        <w:t>f 17450/16183/14615 17454/16185/14617 17549/16279/14711</w:t>
        <w:br/>
        <w:t>f 17442/16173/14605 17450/16183/14615 17549/16279/14711</w:t>
        <w:br/>
        <w:t>f 17549/16279/14711 17454/16185/14617 17456/16187/14619</w:t>
        <w:br/>
        <w:t>f 17550/16280/14712 17549/16279/14711 17456/16187/14619</w:t>
        <w:br/>
        <w:t>f 17456/16187/14619 17458/16189/14621 17551/16281/14713</w:t>
        <w:br/>
        <w:t>f 17550/16280/14712 17456/16187/14619 17551/16281/14713</w:t>
        <w:br/>
        <w:t>f 17551/16281/14713 17458/16189/14621 17460/16190/14622</w:t>
        <w:br/>
        <w:t>f 17464/16194/14626 17461/16193/14625 17447/16177/14609</w:t>
        <w:br/>
        <w:t>f 17448/16178/14610 17464/16194/14626 17447/16177/14609</w:t>
        <w:br/>
        <w:t>f 17465/16196/14628 17449/16179/14611 17447/16177/14609</w:t>
        <w:br/>
        <w:t>f 17461/16193/14625 17465/16196/14628 17447/16177/14609</w:t>
        <w:br/>
        <w:t>f 17465/16196/14628 17453/16180/14612 17443/16172/14604</w:t>
        <w:br/>
        <w:t>f 17449/16179/14611 17465/16196/14628 17443/16172/14604</w:t>
        <w:br/>
        <w:t>f 17553/16282/14714 17432/16162/14595 17431/16161/14594</w:t>
        <w:br/>
        <w:t>f 17552/16283/14715 17553/16282/14714 17431/16161/14594</w:t>
        <w:br/>
        <w:t>f 17431/16161/14594 17433/16163/14596 17554/16284/14716</w:t>
        <w:br/>
        <w:t>f 17552/16283/14715 17431/16161/14594 17554/16284/14716</w:t>
        <w:br/>
        <w:t>f 17556/16285/14717 17429/16158/14591 17441/16171/14603</w:t>
        <w:br/>
        <w:t>f 17555/16286/14718 17556/16285/14717 17441/16171/14603</w:t>
        <w:br/>
        <w:t>f 17441/16171/14603 17432/16162/14595 17553/16282/14714</w:t>
        <w:br/>
        <w:t>f 17555/16286/14718 17441/16171/14603 17553/16282/14714</w:t>
        <w:br/>
        <w:t>f 17545/16276/14708 17546/16275/14707 17553/16282/14714</w:t>
        <w:br/>
        <w:t>f 17552/16283/14715 17545/16276/14708 17553/16282/14714</w:t>
        <w:br/>
        <w:t>f 17554/16284/14716 17547/16277/14709 17545/16276/14708</w:t>
        <w:br/>
        <w:t>f 17552/16283/14715 17554/16284/14716 17545/16276/14708</w:t>
        <w:br/>
        <w:t>f 17548/16278/14710 17542/16273/14705 17556/16285/14717</w:t>
        <w:br/>
        <w:t>f 17555/16286/14718 17548/16278/14710 17556/16285/14717</w:t>
        <w:br/>
        <w:t>f 17553/16282/14714 17546/16275/14707 17548/16278/14710</w:t>
        <w:br/>
        <w:t>f 17555/16286/14718 17553/16282/14714 17548/16278/14710</w:t>
        <w:br/>
        <w:t>f 17440/16170/14602 17429/16158/14591 17557/16287/14719</w:t>
        <w:br/>
        <w:t>f 17542/16273/14705 17440/16170/14602 17557/16287/14719</w:t>
        <w:br/>
        <w:t>f 17433/16163/14596 17434/16164/14597 17554/16284/14716</w:t>
        <w:br/>
        <w:t>f 17434/16164/14597 17547/16277/14709 17554/16284/14716</w:t>
        <w:br/>
        <w:t>f 17526/16256/14688 17532/16263/14695 17534/16264/14696</w:t>
        <w:br/>
        <w:t>f 17480/16210/14642 17471/16201/14633 17479/16209/14641</w:t>
        <w:br/>
        <w:t>f 17488/16218/14650 17480/16210/14642 17479/16209/14641</w:t>
        <w:br/>
        <w:t>f 17521/16252/14684 17504/16234/14666 17496/16226/14658</w:t>
        <w:br/>
        <w:t>f 17541/16271/14703 17522/16251/14683 17523/16253/14685</w:t>
        <w:br/>
        <w:t>f 17426/16157/14590 17437/16169/14601 17427/16156/14589</w:t>
        <w:br/>
        <w:t>f 17392/16123/14560 17405/16137/14571 17390/16121/14559</w:t>
        <w:br/>
        <w:t>f 17370/16100/14541 17362/16092/14533 17371/16101/14542</w:t>
        <w:br/>
        <w:t>f 17446/16176/14608 17460/16190/14720 17334/16064/14505</w:t>
        <w:br/>
        <w:t>f 17905/16288/14721 17904/16289/14722 17903/16290/14723</w:t>
        <w:br/>
        <w:t>f 17902/16291/14724 17905/16288/14721 17903/16290/14723</w:t>
        <w:br/>
        <w:t>f 17909/16292/14725 17908/16293/14726 17907/16294/14727</w:t>
        <w:br/>
        <w:t>f 17906/16295/14728 17909/16292/14725 17907/16294/14727</w:t>
        <w:br/>
        <w:t>f 17913/16296/14729 17912/16297/14730 17911/16298/14731</w:t>
        <w:br/>
        <w:t>f 17910/16299/14732 17913/16296/14729 17911/16298/14731</w:t>
        <w:br/>
        <w:t>f 17915/16300/14733 17914/16301/14734 17905/16288/14721</w:t>
        <w:br/>
        <w:t>f 17902/16291/14724 17915/16300/14733 17905/16288/14721</w:t>
        <w:br/>
        <w:t>f 17908/16293/14726 17909/16292/14725 17917/16302/14735</w:t>
        <w:br/>
        <w:t>f 17916/16303/14736 17908/16293/14726 17917/16302/14735</w:t>
        <w:br/>
        <w:t>f 17913/16296/14729 17910/16299/14732 17919/16304/14737</w:t>
        <w:br/>
        <w:t>f 17918/16305/14738 17913/16296/14729 17919/16304/14737</w:t>
        <w:br/>
        <w:t>f 17921/16306/14739 17903/16290/14723 17904/16289/14722</w:t>
        <w:br/>
        <w:t>f 17920/16307/14740 17921/16306/14739 17904/16289/14722</w:t>
        <w:br/>
        <w:t>f 17906/16295/14728 17907/16294/14727 17923/16308/14741</w:t>
        <w:br/>
        <w:t>f 17922/16309/14742 17906/16295/14728 17923/16308/14741</w:t>
        <w:br/>
        <w:t>f 17912/16297/14730 17921/16306/14739 17920/16307/14740</w:t>
        <w:br/>
        <w:t>f 17911/16298/14731 17912/16297/14730 17920/16307/14740</w:t>
        <w:br/>
        <w:t>f 17914/16301/14734 17915/16300/14733 17922/16309/14742</w:t>
        <w:br/>
        <w:t>f 17923/16308/14741 17914/16301/14734 17922/16309/14742</w:t>
        <w:br/>
        <w:t>f 17926/16310/14743 17925/16311/14744 17924/16312/14745</w:t>
        <w:br/>
        <w:t>f 17927/16313/14746 17926/16310/14743 17924/16312/14745</w:t>
        <w:br/>
        <w:t>f 17931/16314/14747 17930/16315/14748 17929/16316/14749</w:t>
        <w:br/>
        <w:t>f 17928/16317/14750 17931/16314/14747 17929/16316/14749</w:t>
        <w:br/>
        <w:t>f 17934/16318/14751 17933/16319/14752 17932/16320/14753</w:t>
        <w:br/>
        <w:t>f 17935/16321/14754 17934/16318/14751 17932/16320/14753</w:t>
        <w:br/>
        <w:t>f 17926/16310/14743 17937/16322/14755 17936/16323/14756</w:t>
        <w:br/>
        <w:t>f 17925/16311/14744 17926/16310/14743 17936/16323/14756</w:t>
        <w:br/>
        <w:t>f 17939/16324/14757 17929/16316/14749 17930/16315/14748</w:t>
        <w:br/>
        <w:t>f 17938/16325/14758 17939/16324/14757 17930/16315/14748</w:t>
        <w:br/>
        <w:t>f 17934/16318/14751 17941/16326/14759 17940/16327/14760</w:t>
        <w:br/>
        <w:t>f 17933/16319/14752 17934/16318/14751 17940/16327/14760</w:t>
        <w:br/>
        <w:t>f 17927/16313/14746 17924/16312/14745 17943/16328/14761</w:t>
        <w:br/>
        <w:t>f 17942/16329/14762 17927/16313/14746 17943/16328/14761</w:t>
        <w:br/>
        <w:t>f 17945/16330/14763 17931/16314/14747 17928/16317/14750</w:t>
        <w:br/>
        <w:t>f 17944/16331/14764 17945/16330/14763 17928/16317/14750</w:t>
        <w:br/>
        <w:t>f 17942/16329/14762 17943/16328/14761 17935/16321/14754</w:t>
        <w:br/>
        <w:t>f 17932/16320/14753 17942/16329/14762 17935/16321/14754</w:t>
        <w:br/>
        <w:t>f 17944/16331/14764 17936/16323/14756 17937/16322/14755</w:t>
        <w:br/>
        <w:t>f 17945/16330/14763 17944/16331/14764 17937/16322/14755</w:t>
        <w:br/>
        <w:t>f 17902/16291/14724 17903/16290/14723 17946/16332/14765</w:t>
        <w:br/>
        <w:t>f 17947/16333/14766 17902/16291/14724 17946/16332/14765</w:t>
        <w:br/>
        <w:t>f 17904/16289/14722 17905/16288/14721 17948/16334/14767</w:t>
        <w:br/>
        <w:t>f 17949/16335/14768 17904/16289/14722 17948/16334/14767</w:t>
        <w:br/>
        <w:t>f 17951/16336/14769 17909/16292/14725 17906/16295/14728</w:t>
        <w:br/>
        <w:t>f 17950/16337/14770 17951/16336/14769 17906/16295/14728</w:t>
        <w:br/>
        <w:t>f 17953/16338/14771 17907/16294/14727 17908/16293/14726</w:t>
        <w:br/>
        <w:t>f 17952/16339/14772 17953/16338/14771 17908/16293/14726</w:t>
        <w:br/>
        <w:t>f 17910/16299/14732 17911/16298/14731 17954/16340/14773</w:t>
        <w:br/>
        <w:t>f 17955/16341/14774 17910/16299/14732 17954/16340/14773</w:t>
        <w:br/>
        <w:t>f 17912/16297/14730 17913/16296/14729 17956/16342/14775</w:t>
        <w:br/>
        <w:t>f 17957/16343/14776 17912/16297/14730 17956/16342/14775</w:t>
        <w:br/>
        <w:t>f 17958/16344/14777 17915/16300/14733 17902/16291/14724</w:t>
        <w:br/>
        <w:t>f 17947/16333/14766 17958/16344/14777 17902/16291/14724</w:t>
        <w:br/>
        <w:t>f 17948/16334/14767 17905/16288/14721 17914/16301/14734</w:t>
        <w:br/>
        <w:t>f 17959/16345/14778 17948/16334/14767 17914/16301/14734</w:t>
        <w:br/>
        <w:t>f 17952/16339/14772 17908/16293/14726 17916/16303/14736</w:t>
        <w:br/>
        <w:t>f 17960/16346/14779 17952/16339/14772 17916/16303/14736</w:t>
        <w:br/>
        <w:t>f 17961/16347/14780 17917/16302/14735 17909/16292/14725</w:t>
        <w:br/>
        <w:t>f 17951/16336/14769 17961/16347/14780 17909/16292/14725</w:t>
        <w:br/>
        <w:t>f 17962/16348/14781 17919/16304/14737 17910/16299/14732</w:t>
        <w:br/>
        <w:t>f 17955/16341/14774 17962/16348/14781 17910/16299/14732</w:t>
        <w:br/>
        <w:t>f 17913/16296/14729 17918/16305/14738 17963/16349/14782</w:t>
        <w:br/>
        <w:t>f 17956/16342/14775 17913/16296/14729 17963/16349/14782</w:t>
        <w:br/>
        <w:t>f 17920/16307/14740 17904/16289/14722 17949/16335/14768</w:t>
        <w:br/>
        <w:t>f 17964/16350/14783 17920/16307/14740 17949/16335/14768</w:t>
        <w:br/>
        <w:t>f 17903/16290/14723 17921/16306/14739 17965/16351/14784</w:t>
        <w:br/>
        <w:t>f 17946/16332/14765 17903/16290/14723 17965/16351/14784</w:t>
        <w:br/>
        <w:t>f 17950/16337/14770 17906/16295/14728 17922/16309/14742</w:t>
        <w:br/>
        <w:t>f 17966/16352/14785 17950/16337/14770 17922/16309/14742</w:t>
        <w:br/>
        <w:t>f 17967/16353/14786 17923/16308/14741 17907/16294/14727</w:t>
        <w:br/>
        <w:t>f 17953/16338/14771 17967/16353/14786 17907/16294/14727</w:t>
        <w:br/>
        <w:t>f 17911/16298/14731 17920/16307/14740 17964/16350/14783</w:t>
        <w:br/>
        <w:t>f 17954/16340/14773 17911/16298/14731 17964/16350/14783</w:t>
        <w:br/>
        <w:t>f 17921/16306/14739 17912/16297/14730 17957/16343/14776</w:t>
        <w:br/>
        <w:t>f 17965/16351/14784 17921/16306/14739 17957/16343/14776</w:t>
        <w:br/>
        <w:t>f 17966/16352/14785 17922/16309/14742 17915/16300/14733</w:t>
        <w:br/>
        <w:t>f 17958/16344/14777 17966/16352/14785 17915/16300/14733</w:t>
        <w:br/>
        <w:t>f 17959/16345/14778 17914/16301/14734 17923/16308/14741</w:t>
        <w:br/>
        <w:t>f 17967/16353/14786 17959/16345/14778 17923/16308/14741</w:t>
        <w:br/>
        <w:t>f 17969/16354/14787 17924/16312/14745 17925/16311/14744</w:t>
        <w:br/>
        <w:t>f 17968/16355/14788 17969/16354/14787 17925/16311/14744</w:t>
        <w:br/>
        <w:t>f 17973/16356/14789 17972/16357/14790 17971/16358/14746</w:t>
        <w:br/>
        <w:t>f 17970/16359/14791 17973/16356/14789 17971/16358/14746</w:t>
        <w:br/>
        <w:t>f 17928/16317/14750 17929/16316/14749 17974/16360/14792</w:t>
        <w:br/>
        <w:t>f 17975/16361/14793 17928/16317/14750 17974/16360/14792</w:t>
        <w:br/>
        <w:t>f 17978/16362/14794 17977/16363/14795 17976/16364/14796</w:t>
        <w:br/>
        <w:t>f 17979/16365/14797 17978/16362/14794 17976/16364/14796</w:t>
        <w:br/>
        <w:t>f 17983/16366/14798 17982/16367/14753 17981/16368/14752</w:t>
        <w:br/>
        <w:t>f 17980/16369/14799 17983/16366/14798 17981/16368/14752</w:t>
        <w:br/>
        <w:t>f 17985/16370/14800 17934/16318/14751 17935/16321/14754</w:t>
        <w:br/>
        <w:t>f 17984/16371/14801 17985/16370/14800 17935/16321/14754</w:t>
        <w:br/>
        <w:t>f 17925/16311/14744 17936/16323/14756 17986/16372/14802</w:t>
        <w:br/>
        <w:t>f 17968/16355/14788 17925/16311/14744 17986/16372/14802</w:t>
        <w:br/>
        <w:t>f 17987/16373/14755 17972/16357/14790 17973/16356/14789</w:t>
        <w:br/>
        <w:t>f 17988/16374/14803 17987/16373/14755 17973/16356/14789</w:t>
        <w:br/>
        <w:t>f 17989/16375/14804 17978/16362/14794 17979/16365/14797</w:t>
        <w:br/>
        <w:t>f 17990/16376/14805 17989/16375/14804 17979/16365/14797</w:t>
        <w:br/>
        <w:t>f 17929/16316/14749 17939/16324/14757 17991/16377/14806</w:t>
        <w:br/>
        <w:t>f 17974/16360/14792 17929/16316/14749 17991/16377/14806</w:t>
        <w:br/>
        <w:t>f 17980/16369/14799 17981/16368/14752 17993/16378/14807</w:t>
        <w:br/>
        <w:t>f 17992/16379/14808 17980/16369/14799 17993/16378/14807</w:t>
        <w:br/>
        <w:t>f 17941/16326/14759 17934/16318/14751 17985/16370/14800</w:t>
        <w:br/>
        <w:t>f 17994/16380/14809 17941/16326/14759 17985/16370/14800</w:t>
        <w:br/>
        <w:t>f 17970/16359/14791 17971/16358/14746 17996/16381/14762</w:t>
        <w:br/>
        <w:t>f 17995/16382/14810 17970/16359/14791 17996/16381/14762</w:t>
        <w:br/>
        <w:t>f 17997/16383/14811 17943/16328/14761 17924/16312/14745</w:t>
        <w:br/>
        <w:t>f 17969/16354/14787 17997/16383/14811 17924/16312/14745</w:t>
        <w:br/>
        <w:t>f 17944/16331/14764 17928/16317/14750 17975/16361/14793</w:t>
        <w:br/>
        <w:t>f 17998/16384/14812 17944/16331/14764 17975/16361/14793</w:t>
        <w:br/>
        <w:t>f 17977/16363/14795 18000/16385/14763 17999/16386/14813</w:t>
        <w:br/>
        <w:t>f 17976/16364/14796 17977/16363/14795 17999/16386/14813</w:t>
        <w:br/>
        <w:t>f 17995/16382/14810 17996/16381/14762 17982/16367/14753</w:t>
        <w:br/>
        <w:t>f 17983/16366/14798 17995/16382/14810 17982/16367/14753</w:t>
        <w:br/>
        <w:t>f 17984/16371/14801 17935/16321/14754 17943/16328/14761</w:t>
        <w:br/>
        <w:t>f 17997/16383/14811 17984/16371/14801 17943/16328/14761</w:t>
        <w:br/>
        <w:t>f 17936/16323/14756 17944/16331/14764 17998/16384/14812</w:t>
        <w:br/>
        <w:t>f 17986/16372/14802 17936/16323/14756 17998/16384/14812</w:t>
        <w:br/>
        <w:t>f 18000/16385/14763 17987/16373/14755 17988/16374/14803</w:t>
        <w:br/>
        <w:t>f 17999/16386/14813 18000/16385/14763 17988/16374/14803</w:t>
        <w:br/>
        <w:t>f 18004/16387/14814 18003/16388/14815 18002/16389/14816</w:t>
        <w:br/>
        <w:t>f 18001/16390/14817 18004/16387/14814 18002/16389/14816</w:t>
        <w:br/>
        <w:t>f 18005/16391/14818 18002/16389/14816 18003/16388/14815</w:t>
        <w:br/>
        <w:t>f 18006/16392/14819 18005/16391/14818 18003/16388/14815</w:t>
        <w:br/>
        <w:t>f 18008/16393/14820 18007/16394/14821 18005/16391/14818</w:t>
        <w:br/>
        <w:t>f 18006/16392/14819 18008/16393/14820 18005/16391/14818</w:t>
        <w:br/>
        <w:t>f 18011/16395/14822 18010/16396/14823 18009/16397/14824</w:t>
        <w:br/>
        <w:t>f 18012/16398/14825 18011/16395/14822 18009/16397/14824</w:t>
        <w:br/>
        <w:t>f 18013/16399/14826 18011/16395/14822 18012/16398/14825</w:t>
        <w:br/>
        <w:t>f 18014/16400/14827 18013/16399/14826 18012/16398/14825</w:t>
        <w:br/>
        <w:t>f 18015/16401/14828 18013/16399/14826 18014/16400/14827</w:t>
        <w:br/>
        <w:t>f 18016/16402/14829 18015/16401/14828 18014/16400/14827</w:t>
        <w:br/>
        <w:t>f 18012/16398/14825 18009/16397/14824 18017/16403/14830</w:t>
        <w:br/>
        <w:t>f 18018/16404/14831 18012/16398/14825 18017/16403/14830</w:t>
        <w:br/>
        <w:t>f 18014/16400/14827 18012/16398/14825 18018/16404/14831</w:t>
        <w:br/>
        <w:t>f 18019/16405/14832 18014/16400/14827 18018/16404/14831</w:t>
        <w:br/>
        <w:t>f 18019/16405/14832 18020/16406/14833 18016/16402/14829</w:t>
        <w:br/>
        <w:t>f 18014/16400/14827 18019/16405/14832 18016/16402/14829</w:t>
        <w:br/>
        <w:t>f 18021/16407/14834 18018/16404/14831 18017/16403/14830</w:t>
        <w:br/>
        <w:t>f 18022/16408/14835 18021/16407/14834 18017/16403/14830</w:t>
        <w:br/>
        <w:t>f 18021/16407/14834 18023/16409/14836 18019/16405/14832</w:t>
        <w:br/>
        <w:t>f 18018/16404/14831 18021/16407/14834 18019/16405/14832</w:t>
        <w:br/>
        <w:t>f 18023/16409/14836 18024/16410/14837 18020/16406/14833</w:t>
        <w:br/>
        <w:t>f 18019/16405/14832 18023/16409/14836 18020/16406/14833</w:t>
        <w:br/>
        <w:t>f 18011/16395/14822 18026/16411/14838 18025/16412/14839</w:t>
        <w:br/>
        <w:t>f 18010/16396/14823 18011/16395/14822 18025/16412/14839</w:t>
        <w:br/>
        <w:t>f 18026/16411/14838 18011/16395/14822 18013/16399/14826</w:t>
        <w:br/>
        <w:t>f 18027/16413/14840 18026/16411/14838 18013/16399/14826</w:t>
        <w:br/>
        <w:t>f 18013/16399/14826 18015/16401/14828 18028/16414/14841</w:t>
        <w:br/>
        <w:t>f 18027/16413/14840 18013/16399/14826 18028/16414/14841</w:t>
        <w:br/>
        <w:t>f 18026/16411/14838 18003/16388/14815 18004/16387/14814</w:t>
        <w:br/>
        <w:t>f 18025/16412/14839 18026/16411/14838 18004/16387/14814</w:t>
        <w:br/>
        <w:t>f 18003/16388/14815 18026/16411/14838 18027/16413/14840</w:t>
        <w:br/>
        <w:t>f 18006/16392/14819 18003/16388/14815 18027/16413/14840</w:t>
        <w:br/>
        <w:t>f 18027/16413/14840 18028/16414/14841 18008/16393/14820</w:t>
        <w:br/>
        <w:t>f 18006/16392/14819 18027/16413/14840 18008/16393/14820</w:t>
        <w:br/>
        <w:t>f 18032/16415/14842 18031/16416/14843 18030/16417/14844</w:t>
        <w:br/>
        <w:t>f 18029/16418/14845 18032/16415/14842 18030/16417/14844</w:t>
        <w:br/>
        <w:t>f 18029/16418/14845 18030/16417/14844 18033/16419/14846</w:t>
        <w:br/>
        <w:t>f 18034/16420/14847 18029/16418/14845 18033/16419/14846</w:t>
        <w:br/>
        <w:t>f 18036/16421/14848 18034/16420/14847 18033/16419/14846</w:t>
        <w:br/>
        <w:t>f 18035/16422/14849 18036/16421/14848 18033/16419/14846</w:t>
        <w:br/>
        <w:t>f 18039/16423/14850 18038/16424/14851 18037/16425/14852</w:t>
        <w:br/>
        <w:t>f 18040/16426/14853 18039/16423/14850 18037/16425/14852</w:t>
        <w:br/>
        <w:t>f 18040/16426/14853 18037/16425/14852 18041/16427/14854</w:t>
        <w:br/>
        <w:t>f 18042/16428/14855 18040/16426/14853 18041/16427/14854</w:t>
        <w:br/>
        <w:t>f 18042/16428/14855 18041/16427/14854 18043/16429/14856</w:t>
        <w:br/>
        <w:t>f 18044/16430/14857 18042/16428/14855 18043/16429/14856</w:t>
        <w:br/>
        <w:t>f 18045/16431/14858 18039/16423/14850 18040/16426/14853</w:t>
        <w:br/>
        <w:t>f 18046/16432/14859 18045/16431/14858 18040/16426/14853</w:t>
        <w:br/>
        <w:t>f 18046/16432/14859 18040/16426/14853 18042/16428/14855</w:t>
        <w:br/>
        <w:t>f 18047/16433/14860 18046/16432/14859 18042/16428/14855</w:t>
        <w:br/>
        <w:t>f 18047/16433/14860 18042/16428/14855 18044/16430/14857</w:t>
        <w:br/>
        <w:t>f 18048/16434/14861 18047/16433/14860 18044/16430/14857</w:t>
        <w:br/>
        <w:t>f 18046/16432/14859 18050/16435/14862 18049/16436/14863</w:t>
        <w:br/>
        <w:t>f 18045/16431/14858 18046/16432/14859 18049/16436/14863</w:t>
        <w:br/>
        <w:t>f 18047/16433/14860 18051/16437/14864 18050/16435/14862</w:t>
        <w:br/>
        <w:t>f 18046/16432/14859 18047/16433/14860 18050/16435/14862</w:t>
        <w:br/>
        <w:t>f 18048/16434/14861 18052/16438/14865 18051/16437/14864</w:t>
        <w:br/>
        <w:t>f 18047/16433/14860 18048/16434/14861 18051/16437/14864</w:t>
        <w:br/>
        <w:t>f 18054/16439/14866 18053/16440/14867 18037/16425/14852</w:t>
        <w:br/>
        <w:t>f 18038/16424/14851 18054/16439/14866 18037/16425/14852</w:t>
        <w:br/>
        <w:t>f 18053/16440/14867 18055/16441/14868 18041/16427/14854</w:t>
        <w:br/>
        <w:t>f 18037/16425/14852 18053/16440/14867 18041/16427/14854</w:t>
        <w:br/>
        <w:t>f 18056/16442/14869 18043/16429/14856 18041/16427/14854</w:t>
        <w:br/>
        <w:t>f 18055/16441/14868 18056/16442/14869 18041/16427/14854</w:t>
        <w:br/>
        <w:t>f 18032/16415/14842 18029/16418/14845 18053/16440/14867</w:t>
        <w:br/>
        <w:t>f 18054/16439/14866 18032/16415/14842 18053/16440/14867</w:t>
        <w:br/>
        <w:t>f 18034/16420/14847 18055/16441/14868 18053/16440/14867</w:t>
        <w:br/>
        <w:t>f 18029/16418/14845 18034/16420/14847 18053/16440/14867</w:t>
        <w:br/>
        <w:t>f 18036/16421/14848 18056/16442/14869 18055/16441/14868</w:t>
        <w:br/>
        <w:t>f 18034/16420/14847 18036/16421/14848 18055/16441/14868</w:t>
        <w:br/>
        <w:t>f 18060/16443/14870 18059/16444/14871 18058/16445/14872</w:t>
        <w:br/>
        <w:t>f 18057/16446/14873 18060/16443/14870 18058/16445/14872</w:t>
        <w:br/>
        <w:t>f 18057/16446/14873 18058/16445/14872 18061/16447/14874</w:t>
        <w:br/>
        <w:t>f 18062/16448/14875 18057/16446/14873 18061/16447/14874</w:t>
        <w:br/>
        <w:t>f 18064/16449/14876 18062/16448/14875 18061/16447/14874</w:t>
        <w:br/>
        <w:t>f 18063/16450/14877 18064/16449/14876 18061/16447/14874</w:t>
        <w:br/>
        <w:t>f 18067/16451/14878 18066/16452/14879 18065/16453/14880</w:t>
        <w:br/>
        <w:t>f 18068/16454/14881 18067/16451/14878 18065/16453/14880</w:t>
        <w:br/>
        <w:t>f 18070/16455/14882 18069/16456/14883 18066/16452/14879</w:t>
        <w:br/>
        <w:t>f 18067/16451/14878 18070/16455/14882 18066/16452/14879</w:t>
        <w:br/>
        <w:t>f 18072/16457/14884 18071/16458/14885 18069/16456/14883</w:t>
        <w:br/>
        <w:t>f 18070/16455/14882 18072/16457/14884 18069/16456/14883</w:t>
        <w:br/>
        <w:t>f 18060/16443/14870 18057/16446/14873 18067/16451/14878</w:t>
        <w:br/>
        <w:t>f 18068/16454/14881 18060/16443/14870 18067/16451/14878</w:t>
        <w:br/>
        <w:t>f 18057/16446/14873 18062/16448/14875 18070/16455/14882</w:t>
        <w:br/>
        <w:t>f 18067/16451/14878 18057/16446/14873 18070/16455/14882</w:t>
        <w:br/>
        <w:t>f 18064/16449/14876 18072/16457/14884 18070/16455/14882</w:t>
        <w:br/>
        <w:t>f 18062/16448/14875 18064/16449/14876 18070/16455/14882</w:t>
        <w:br/>
        <w:t>f 18075/16459/14886 18074/16460/14887 18073/16461/14888</w:t>
        <w:br/>
        <w:t>f 18076/16462/14889 18075/16459/14886 18073/16461/14888</w:t>
        <w:br/>
        <w:t>f 18077/16463/14890 18075/16459/14886 18076/16462/14889</w:t>
        <w:br/>
        <w:t>f 18078/16464/14891 18077/16463/14890 18076/16462/14889</w:t>
        <w:br/>
        <w:t>f 18080/16465/14892 18079/16466/14893 18077/16463/14890</w:t>
        <w:br/>
        <w:t>f 18078/16464/14891 18080/16465/14892 18077/16463/14890</w:t>
        <w:br/>
        <w:t>f 18083/16467/14894 18082/16468/14895 18081/16469/14896</w:t>
        <w:br/>
        <w:t>f 18084/16470/14897 18083/16467/14894 18081/16469/14896</w:t>
        <w:br/>
        <w:t>f 18085/16471/14898 18083/16467/14894 18084/16470/14897</w:t>
        <w:br/>
        <w:t>f 18086/16472/14899 18085/16471/14898 18084/16470/14897</w:t>
        <w:br/>
        <w:t>f 18087/16473/14900 18085/16471/14898 18086/16472/14899</w:t>
        <w:br/>
        <w:t>f 18088/16474/14901 18087/16473/14900 18086/16472/14899</w:t>
        <w:br/>
        <w:t>f 18084/16470/14897 18081/16469/14896 18089/16475/14902</w:t>
        <w:br/>
        <w:t>f 18090/16476/14903 18084/16470/14897 18089/16475/14902</w:t>
        <w:br/>
        <w:t>f 18086/16472/14899 18084/16470/14897 18090/16476/14903</w:t>
        <w:br/>
        <w:t>f 18091/16477/14904 18086/16472/14899 18090/16476/14903</w:t>
        <w:br/>
        <w:t>f 18091/16477/14904 18092/16478/14905 18088/16474/14901</w:t>
        <w:br/>
        <w:t>f 18086/16472/14899 18091/16477/14904 18088/16474/14901</w:t>
        <w:br/>
        <w:t>f 18090/16476/14903 18089/16475/14902 18093/16479/14906</w:t>
        <w:br/>
        <w:t>f 18094/16480/14907 18090/16476/14903 18093/16479/14906</w:t>
        <w:br/>
        <w:t>f 18091/16477/14904 18090/16476/14903 18094/16480/14907</w:t>
        <w:br/>
        <w:t>f 18095/16481/14908 18091/16477/14904 18094/16480/14907</w:t>
        <w:br/>
        <w:t>f 18095/16481/14908 18096/16482/14909 18092/16478/14905</w:t>
        <w:br/>
        <w:t>f 18091/16477/14904 18095/16481/14908 18092/16478/14905</w:t>
        <w:br/>
        <w:t>f 18073/16461/14888 18082/16468/14895 18083/16467/14894</w:t>
        <w:br/>
        <w:t>f 18076/16462/14889 18073/16461/14888 18083/16467/14894</w:t>
        <w:br/>
        <w:t>f 18076/16462/14889 18083/16467/14894 18085/16471/14898</w:t>
        <w:br/>
        <w:t>f 18078/16464/14891 18076/16462/14889 18085/16471/14898</w:t>
        <w:br/>
        <w:t>f 18085/16471/14898 18087/16473/14900 18080/16465/14892</w:t>
        <w:br/>
        <w:t>f 18078/16464/14891 18085/16471/14898 18080/16465/14892</w:t>
        <w:br/>
        <w:t>f 18100/16483/14910 18099/16484/14911 18098/16485/14912</w:t>
        <w:br/>
        <w:t>f 18097/16486/14913 18100/16483/14910 18098/16485/14912</w:t>
        <w:br/>
        <w:t>f 18097/16486/14913 18098/16485/14912 18102/16487/14914</w:t>
        <w:br/>
        <w:t>f 18101/16488/14915 18097/16486/14913 18102/16487/14914</w:t>
        <w:br/>
        <w:t>f 18101/16488/14915 18102/16487/14914 18104/16489/14916</w:t>
        <w:br/>
        <w:t>f 18103/16490/14917 18101/16488/14915 18104/16489/14916</w:t>
        <w:br/>
        <w:t>f 18103/16490/14917 18104/16489/14916 18105/16491/14918</w:t>
        <w:br/>
        <w:t>f 18106/16492/14919 18103/16490/14917 18105/16491/14918</w:t>
        <w:br/>
        <w:t>f 18110/16493/14920 18109/16494/14921 18108/16495/14922</w:t>
        <w:br/>
        <w:t>f 18107/16496/14923 18110/16493/14920 18108/16495/14922</w:t>
        <w:br/>
        <w:t>f 18112/16497/14924 18110/16493/14920 18107/16496/14923</w:t>
        <w:br/>
        <w:t>f 18111/16498/14925 18112/16497/14924 18107/16496/14923</w:t>
        <w:br/>
        <w:t>f 18114/16499/14926 18112/16497/14924 18111/16498/14925</w:t>
        <w:br/>
        <w:t>f 18113/16500/14927 18114/16499/14926 18111/16498/14925</w:t>
        <w:br/>
        <w:t>f 18118/16501/14926 18117/16502/14928 18116/16503/14929</w:t>
        <w:br/>
        <w:t>f 18115/16504/14930 18118/16501/14926 18116/16503/14929</w:t>
        <w:br/>
        <w:t>f 18121/16505/14931 18120/16506/14932 18119/16507/14933</w:t>
        <w:br/>
        <w:t>f 18122/16508/14934 18121/16505/14931 18119/16507/14933</w:t>
        <w:br/>
        <w:t>f 18122/16508/14934 18119/16507/14933 18123/16509/14935</w:t>
        <w:br/>
        <w:t>f 18124/16510/14936 18122/16508/14934 18123/16509/14935</w:t>
        <w:br/>
        <w:t>f 18124/16510/14936 18123/16509/14935 18125/16511/14937</w:t>
        <w:br/>
        <w:t>f 18126/16512/14938 18124/16510/14936 18125/16511/14937</w:t>
        <w:br/>
        <w:t>f 18126/16512/14938 18125/16511/14937 18127/16513/14939</w:t>
        <w:br/>
        <w:t>f 18128/16514/14940 18126/16512/14938 18127/16513/14939</w:t>
        <w:br/>
        <w:t>f 18132/16515/14941 18131/16516/14942 18130/16517/14943</w:t>
        <w:br/>
        <w:t>f 18129/16518/14944 18132/16515/14941 18130/16517/14943</w:t>
        <w:br/>
        <w:t>f 18134/16519/14945 18132/16515/14941 18129/16518/14944</w:t>
        <w:br/>
        <w:t>f 18133/16520/14946 18134/16519/14945 18129/16518/14944</w:t>
        <w:br/>
        <w:t>f 18136/16521/14947 18134/16519/14945 18133/16520/14946</w:t>
        <w:br/>
        <w:t>f 18135/16522/14948 18136/16521/14947 18133/16520/14946</w:t>
        <w:br/>
        <w:t>f 18140/16523/14949 18139/16524/14947 18138/16525/14948</w:t>
        <w:br/>
        <w:t>f 18137/16526/14950 18140/16523/14949 18138/16525/14948</w:t>
        <w:br/>
        <w:t>f 18142/16527/14951 18100/16483/14910 18097/16486/14913</w:t>
        <w:br/>
        <w:t>f 18141/16528/14952 18142/16527/14951 18097/16486/14913</w:t>
        <w:br/>
        <w:t>f 18141/16528/14952 18097/16486/14913 18101/16488/14915</w:t>
        <w:br/>
        <w:t>f 18143/16529/14953 18141/16528/14952 18101/16488/14915</w:t>
        <w:br/>
        <w:t>f 18143/16529/14953 18101/16488/14915 18103/16490/14917</w:t>
        <w:br/>
        <w:t>f 18144/16530/14954 18143/16529/14953 18103/16490/14917</w:t>
        <w:br/>
        <w:t>f 18144/16530/14954 18103/16490/14917 18106/16492/14919</w:t>
        <w:br/>
        <w:t>f 18145/16531/14955 18144/16530/14954 18106/16492/14919</w:t>
        <w:br/>
        <w:t>f 18109/16494/14921 18110/16493/14920 18147/16532/14956</w:t>
        <w:br/>
        <w:t>f 18146/16533/14957 18109/16494/14921 18147/16532/14956</w:t>
        <w:br/>
        <w:t>f 18110/16493/14920 18112/16497/14924 18148/16534/14958</w:t>
        <w:br/>
        <w:t>f 18147/16532/14956 18110/16493/14920 18148/16534/14958</w:t>
        <w:br/>
        <w:t>f 18112/16497/14924 18114/16499/14926 18149/16535/14959</w:t>
        <w:br/>
        <w:t>f 18148/16534/14958 18112/16497/14924 18149/16535/14959</w:t>
        <w:br/>
        <w:t>f 18118/16501/14926 18115/16504/14930 18151/16536/14960</w:t>
        <w:br/>
        <w:t>f 18150/16537/14959 18118/16501/14926 18151/16536/14960</w:t>
        <w:br/>
        <w:t>f 18120/16506/14932 18142/16527/14951 18141/16528/14952</w:t>
        <w:br/>
        <w:t>f 18119/16507/14933 18120/16506/14932 18141/16528/14952</w:t>
        <w:br/>
        <w:t>f 18119/16507/14933 18141/16528/14952 18143/16529/14953</w:t>
        <w:br/>
        <w:t>f 18123/16509/14935 18119/16507/14933 18143/16529/14953</w:t>
        <w:br/>
        <w:t>f 18123/16509/14935 18143/16529/14953 18144/16530/14954</w:t>
        <w:br/>
        <w:t>f 18125/16511/14937 18123/16509/14935 18144/16530/14954</w:t>
        <w:br/>
        <w:t>f 18125/16511/14937 18144/16530/14954 18145/16531/14955</w:t>
        <w:br/>
        <w:t>f 18127/16513/14939 18125/16511/14937 18145/16531/14955</w:t>
        <w:br/>
        <w:t>f 18146/16533/14957 18147/16532/14956 18129/16518/14944</w:t>
        <w:br/>
        <w:t>f 18130/16517/14943 18146/16533/14957 18129/16518/14944</w:t>
        <w:br/>
        <w:t>f 18147/16532/14956 18148/16534/14958 18133/16520/14946</w:t>
        <w:br/>
        <w:t>f 18129/16518/14944 18147/16532/14956 18133/16520/14946</w:t>
        <w:br/>
        <w:t>f 18148/16534/14958 18149/16535/14959 18135/16522/14948</w:t>
        <w:br/>
        <w:t>f 18133/16520/14946 18148/16534/14958 18135/16522/14948</w:t>
        <w:br/>
        <w:t>f 18150/16537/14959 18151/16536/14960 18137/16526/14950</w:t>
        <w:br/>
        <w:t>f 18138/16525/14948 18150/16537/14959 18137/16526/14950</w:t>
        <w:br/>
        <w:t>f 18155/16538/14961 18154/16539/14962 18153/16540/14963</w:t>
        <w:br/>
        <w:t>f 18152/16541/14964 18155/16538/14961 18153/16540/14963</w:t>
        <w:br/>
        <w:t>f 18154/16539/14962 18157/16542/14965 18156/16543/14966</w:t>
        <w:br/>
        <w:t>f 18153/16540/14963 18154/16539/14962 18156/16543/14966</w:t>
        <w:br/>
        <w:t>f 18157/16542/14965 18159/16544/14967 18158/16545/14968</w:t>
        <w:br/>
        <w:t>f 18156/16543/14966 18157/16542/14965 18158/16545/14968</w:t>
        <w:br/>
        <w:t>f 18160/16546/14969 18158/16545/14968 18159/16544/14967</w:t>
        <w:br/>
        <w:t>f 18161/16547/14970 18160/16546/14969 18159/16544/14967</w:t>
        <w:br/>
        <w:t>f 18165/16548/14971 18164/16549/14972 18163/16550/14973</w:t>
        <w:br/>
        <w:t>f 18162/16551/14974 18165/16548/14971 18163/16550/14973</w:t>
        <w:br/>
        <w:t>f 18167/16552/14975 18166/16553/14976 18164/16549/14972</w:t>
        <w:br/>
        <w:t>f 18165/16548/14971 18167/16552/14975 18164/16549/14972</w:t>
        <w:br/>
        <w:t>f 18169/16554/14977 18168/16555/14978 18166/16553/14976</w:t>
        <w:br/>
        <w:t>f 18167/16552/14975 18169/16554/14977 18166/16553/14976</w:t>
        <w:br/>
        <w:t>f 18173/16556/14977 18172/16557/14979 18171/16558/14980</w:t>
        <w:br/>
        <w:t>f 18170/16559/14978 18173/16556/14977 18171/16558/14980</w:t>
        <w:br/>
        <w:t>f 18176/16560/14981 18175/16561/14982 18174/16562/14983</w:t>
        <w:br/>
        <w:t>f 18177/16563/14984 18176/16560/14981 18174/16562/14983</w:t>
        <w:br/>
        <w:t>f 18178/16564/14985 18176/16560/14981 18177/16563/14984</w:t>
        <w:br/>
        <w:t>f 18179/16565/14986 18178/16564/14985 18177/16563/14984</w:t>
        <w:br/>
        <w:t>f 18180/16566/14987 18178/16564/14985 18179/16565/14986</w:t>
        <w:br/>
        <w:t>f 18181/16567/14988 18180/16566/14987 18179/16565/14986</w:t>
        <w:br/>
        <w:t>f 18182/16568/14989 18180/16566/14987 18181/16567/14988</w:t>
        <w:br/>
        <w:t>f 18183/16569/14990 18182/16568/14989 18181/16567/14988</w:t>
        <w:br/>
        <w:t>f 18187/16570/14991 18186/16571/14992 18185/16572/14993</w:t>
        <w:br/>
        <w:t>f 18184/16573/14994 18187/16570/14991 18185/16572/14993</w:t>
        <w:br/>
        <w:t>f 18189/16574/14995 18188/16575/14996 18186/16571/14992</w:t>
        <w:br/>
        <w:t>f 18187/16570/14991 18189/16574/14995 18186/16571/14992</w:t>
        <w:br/>
        <w:t>f 18191/16576/14997 18190/16577/14998 18188/16575/14996</w:t>
        <w:br/>
        <w:t>f 18189/16574/14995 18191/16576/14997 18188/16575/14996</w:t>
        <w:br/>
        <w:t>f 18195/16578/14999 18194/16579/15000 18193/16580/14998</w:t>
        <w:br/>
        <w:t>f 18192/16581/15001 18195/16578/14999 18193/16580/14998</w:t>
        <w:br/>
        <w:t>f 18197/16582/15002 18196/16583/15003 18154/16539/14962</w:t>
        <w:br/>
        <w:t>f 18155/16538/14961 18197/16582/15002 18154/16539/14962</w:t>
        <w:br/>
        <w:t>f 18196/16583/15003 18198/16584/15004 18157/16542/14965</w:t>
        <w:br/>
        <w:t>f 18154/16539/14962 18196/16583/15003 18157/16542/14965</w:t>
        <w:br/>
        <w:t>f 18198/16584/15004 18199/16585/15005 18159/16544/14967</w:t>
        <w:br/>
        <w:t>f 18157/16542/14965 18198/16584/15004 18159/16544/14967</w:t>
        <w:br/>
        <w:t>f 18199/16585/15005 18200/16586/15006 18161/16547/14970</w:t>
        <w:br/>
        <w:t>f 18159/16544/14967 18199/16585/15005 18161/16547/14970</w:t>
        <w:br/>
        <w:t>f 18162/16551/14974 18202/16587/15007 18201/16588/15008</w:t>
        <w:br/>
        <w:t>f 18165/16548/14971 18162/16551/14974 18201/16588/15008</w:t>
        <w:br/>
        <w:t>f 18165/16548/14971 18201/16588/15008 18203/16589/15009</w:t>
        <w:br/>
        <w:t>f 18167/16552/14975 18165/16548/14971 18203/16589/15009</w:t>
        <w:br/>
        <w:t>f 18167/16552/14975 18203/16589/15009 18204/16590/15010</w:t>
        <w:br/>
        <w:t>f 18169/16554/14977 18167/16552/14975 18204/16590/15010</w:t>
        <w:br/>
        <w:t>f 18173/16556/14977 18206/16591/15010 18205/16592/15011</w:t>
        <w:br/>
        <w:t>f 18172/16557/14979 18173/16556/14977 18205/16592/15011</w:t>
        <w:br/>
        <w:t>f 18175/16561/14982 18176/16560/14981 18196/16583/15003</w:t>
        <w:br/>
        <w:t>f 18197/16582/15002 18175/16561/14982 18196/16583/15003</w:t>
        <w:br/>
        <w:t>f 18176/16560/14981 18178/16564/14985 18198/16584/15004</w:t>
        <w:br/>
        <w:t>f 18196/16583/15003 18176/16560/14981 18198/16584/15004</w:t>
        <w:br/>
        <w:t>f 18178/16564/14985 18180/16566/14987 18199/16585/15005</w:t>
        <w:br/>
        <w:t>f 18198/16584/15004 18178/16564/14985 18199/16585/15005</w:t>
        <w:br/>
        <w:t>f 18180/16566/14987 18182/16568/14989 18200/16586/15006</w:t>
        <w:br/>
        <w:t>f 18199/16585/15005 18180/16566/14987 18200/16586/15006</w:t>
        <w:br/>
        <w:t>f 18202/16587/15007 18185/16572/14993 18186/16571/14992</w:t>
        <w:br/>
        <w:t>f 18201/16588/15008 18202/16587/15007 18186/16571/14992</w:t>
        <w:br/>
        <w:t>f 18201/16588/15008 18186/16571/14992 18188/16575/14996</w:t>
        <w:br/>
        <w:t>f 18203/16589/15009 18201/16588/15008 18188/16575/14996</w:t>
        <w:br/>
        <w:t>f 18203/16589/15009 18188/16575/14996 18190/16577/14998</w:t>
        <w:br/>
        <w:t>f 18204/16590/15010 18203/16589/15009 18190/16577/14998</w:t>
        <w:br/>
        <w:t>f 18194/16579/15000 18205/16592/15011 18206/16591/15010</w:t>
        <w:br/>
        <w:t>f 18193/16580/14998 18194/16579/15000 18206/16591/15010</w:t>
        <w:br/>
        <w:t>f 18209/16593/15012 18208/16594/15013 18207/16595/15014</w:t>
        <w:br/>
        <w:t>f 18210/16596/15015 18209/16593/15012 18207/16595/15014</w:t>
        <w:br/>
        <w:t>f 18208/16594/15013 18212/16597/15016 18211/16598/15017</w:t>
        <w:br/>
        <w:t>f 18207/16595/15014 18208/16594/15013 18211/16598/15017</w:t>
        <w:br/>
        <w:t>f 18214/16599/15018 18213/16600/15019 18211/16598/15017</w:t>
        <w:br/>
        <w:t>f 18212/16597/15016 18214/16599/15018 18211/16598/15017</w:t>
        <w:br/>
        <w:t>f 18216/16601/15020 18215/16602/15021 18213/16600/15019</w:t>
        <w:br/>
        <w:t>f 18214/16599/15018 18216/16601/15020 18213/16600/15019</w:t>
        <w:br/>
        <w:t>f 18218/16603/15022 18217/16604/15023 18215/16602/15021</w:t>
        <w:br/>
        <w:t>f 18216/16601/15020 18218/16603/15022 18215/16602/15021</w:t>
        <w:br/>
        <w:t>f 18222/16605/15023 18221/16606/15022 18220/16607/15024</w:t>
        <w:br/>
        <w:t>f 18219/16608/15025 18222/16605/15023 18220/16607/15024</w:t>
        <w:br/>
        <w:t>f 18220/16607/15024 18224/16609/15026 18223/16610/15027</w:t>
        <w:br/>
        <w:t>f 18219/16608/15025 18220/16607/15024 18223/16610/15027</w:t>
        <w:br/>
        <w:t>f 18225/16611/15028 18209/16593/15012 18224/16609/15026</w:t>
        <w:br/>
        <w:t>f 18226/16612/15029 18225/16611/15028 18224/16609/15026</w:t>
        <w:br/>
        <w:t>f 18227/16613/15030 18208/16594/15013 18209/16593/15012</w:t>
        <w:br/>
        <w:t>f 18225/16611/15028 18227/16613/15030 18209/16593/15012</w:t>
        <w:br/>
        <w:t>f 18228/16614/15031 18212/16597/15016 18208/16594/15013</w:t>
        <w:br/>
        <w:t>f 18227/16613/15030 18228/16614/15031 18208/16594/15013</w:t>
        <w:br/>
        <w:t>f 18228/16614/15031 18229/16615/15032 18214/16599/15018</w:t>
        <w:br/>
        <w:t>f 18212/16597/15016 18228/16614/15031 18214/16599/15018</w:t>
        <w:br/>
        <w:t>f 18229/16615/15032 18230/16616/15033 18216/16601/15020</w:t>
        <w:br/>
        <w:t>f 18214/16599/15018 18229/16615/15032 18216/16601/15020</w:t>
        <w:br/>
        <w:t>f 18230/16616/15033 18231/16617/15034 18218/16603/15022</w:t>
        <w:br/>
        <w:t>f 18216/16601/15020 18230/16616/15033 18218/16603/15022</w:t>
        <w:br/>
        <w:t>f 18233/16618/15035 18232/16619/15036 18220/16607/15024</w:t>
        <w:br/>
        <w:t>f 18221/16606/15022 18233/16618/15035 18220/16607/15024</w:t>
        <w:br/>
        <w:t>f 18226/16612/15029 18224/16609/15026 18220/16607/15024</w:t>
        <w:br/>
        <w:t>f 18232/16619/15036 18226/16612/15029 18220/16607/15024</w:t>
        <w:br/>
        <w:t>f 18236/16620/15037 18235/16621/15038 18234/16622/15039</w:t>
        <w:br/>
        <w:t>f 18237/16623/15040 18236/16620/15037 18234/16622/15039</w:t>
        <w:br/>
        <w:t>f 18238/16624/15041 18237/16623/15040 18234/16622/15039</w:t>
        <w:br/>
        <w:t>f 18239/16625/15042 18238/16624/15041 18234/16622/15039</w:t>
        <w:br/>
        <w:t>f 18240/16626/15043 18239/16625/15042 18234/16622/15039</w:t>
        <w:br/>
        <w:t>f 18241/16627/15044 18240/16626/15043 18234/16622/15039</w:t>
        <w:br/>
        <w:t>f 18242/16628/15045 18241/16627/15044 18234/16622/15039</w:t>
        <w:br/>
        <w:t>f 18235/16621/15038 18242/16628/15045 18234/16622/15039</w:t>
        <w:br/>
        <w:t>f 18245/16629/15046 18244/16630/15047 18243/16631/15048</w:t>
        <w:br/>
        <w:t>f 18246/16632/15049 18244/16630/15047 18245/16629/15046</w:t>
        <w:br/>
        <w:t>f 18247/16633/15050 18244/16630/15047 18246/16632/15049</w:t>
        <w:br/>
        <w:t>f 18248/16634/15051 18244/16630/15047 18247/16633/15050</w:t>
        <w:br/>
        <w:t>f 18249/16635/15052 18244/16630/15047 18248/16634/15051</w:t>
        <w:br/>
        <w:t>f 18250/16636/15053 18244/16630/15047 18249/16635/15052</w:t>
        <w:br/>
        <w:t>f 18251/16637/15054 18244/16630/15047 18250/16636/15053</w:t>
        <w:br/>
        <w:t>f 18243/16631/15048 18244/16630/15047 18251/16637/15054</w:t>
        <w:br/>
        <w:t>f 18225/16611/15028 18226/16612/15029 18253/16638/15055</w:t>
        <w:br/>
        <w:t>f 18252/16639/15056 18225/16611/15028 18253/16638/15055</w:t>
        <w:br/>
        <w:t>f 18225/16611/15028 18252/16639/15056 18254/16640/15057</w:t>
        <w:br/>
        <w:t>f 18227/16613/15030 18225/16611/15028 18254/16640/15057</w:t>
        <w:br/>
        <w:t>f 18228/16614/15031 18227/16613/15030 18254/16640/15057</w:t>
        <w:br/>
        <w:t>f 18255/16641/15058 18228/16614/15031 18254/16640/15057</w:t>
        <w:br/>
        <w:t>f 18229/16615/15032 18228/16614/15031 18255/16641/15058</w:t>
        <w:br/>
        <w:t>f 18256/16642/15059 18229/16615/15032 18255/16641/15058</w:t>
        <w:br/>
        <w:t>f 18230/16616/15033 18229/16615/15032 18256/16642/15059</w:t>
        <w:br/>
        <w:t>f 18257/16643/15060 18230/16616/15033 18256/16642/15059</w:t>
        <w:br/>
        <w:t>f 18230/16616/15033 18257/16643/15060 18258/16644/15061</w:t>
        <w:br/>
        <w:t>f 18231/16617/15034 18230/16616/15033 18258/16644/15061</w:t>
        <w:br/>
        <w:t>f 18233/16618/15035 18260/16645/15061 18259/16646/15062</w:t>
        <w:br/>
        <w:t>f 18232/16619/15036 18233/16618/15035 18259/16646/15062</w:t>
        <w:br/>
        <w:t>f 18232/16619/15036 18259/16646/15062 18253/16638/15055</w:t>
        <w:br/>
        <w:t>f 18226/16612/15029 18232/16619/15036 18253/16638/15055</w:t>
        <w:br/>
        <w:t>f 18210/16596/15015 18262/16647/15063 18261/16648/15064</w:t>
        <w:br/>
        <w:t>f 18263/16649/15065 18210/16596/15015 18261/16648/15064</w:t>
        <w:br/>
        <w:t>f 18210/16596/15015 18207/16595/15014 18264/16650/15066</w:t>
        <w:br/>
        <w:t>f 18262/16647/15063 18210/16596/15015 18264/16650/15066</w:t>
        <w:br/>
        <w:t>f 18211/16598/15017 18265/16651/15067 18264/16650/15066</w:t>
        <w:br/>
        <w:t>f 18207/16595/15014 18211/16598/15017 18264/16650/15066</w:t>
        <w:br/>
        <w:t>f 18213/16600/15019 18266/16652/15068 18265/16651/15067</w:t>
        <w:br/>
        <w:t>f 18211/16598/15017 18213/16600/15019 18265/16651/15067</w:t>
        <w:br/>
        <w:t>f 18215/16602/15021 18267/16653/15069 18266/16652/15068</w:t>
        <w:br/>
        <w:t>f 18213/16600/15019 18215/16602/15021 18266/16652/15068</w:t>
        <w:br/>
        <w:t>f 18215/16602/15021 18217/16604/15023 18268/16654/15070</w:t>
        <w:br/>
        <w:t>f 18267/16653/15069 18215/16602/15021 18268/16654/15070</w:t>
        <w:br/>
        <w:t>f 18222/16605/15023 18219/16608/15025 18270/16655/15071</w:t>
        <w:br/>
        <w:t>f 18269/16656/15070 18222/16605/15023 18270/16655/15071</w:t>
        <w:br/>
        <w:t>f 18219/16608/15025 18223/16610/15027 18261/16648/15072</w:t>
        <w:br/>
        <w:t>f 18270/16655/15071 18219/16608/15025 18261/16648/15072</w:t>
        <w:br/>
        <w:t>f 18274/16657/15073 18273/16658/15074 18272/16659/15075</w:t>
        <w:br/>
        <w:t>f 18271/16660/15076 18274/16657/15073 18272/16659/15075</w:t>
        <w:br/>
        <w:t>f 18273/16658/15074 18274/16657/15073 18276/16661/15077</w:t>
        <w:br/>
        <w:t>f 18275/16662/15078 18273/16658/15074 18276/16661/15077</w:t>
        <w:br/>
        <w:t>f 18275/16662/15078 18276/16661/15077 18278/16663/15079</w:t>
        <w:br/>
        <w:t>f 18277/16664/15080 18275/16662/15078 18278/16663/15079</w:t>
        <w:br/>
        <w:t>f 18282/16665/15081 18281/16666/15082 18280/16667/15083</w:t>
        <w:br/>
        <w:t>f 18279/16668/15084 18282/16665/15081 18280/16667/15083</w:t>
        <w:br/>
        <w:t>f 18286/16669/15085 18285/16670/15086 18284/16671/15087</w:t>
        <w:br/>
        <w:t>f 18283/16672/15088 18286/16669/15085 18284/16671/15087</w:t>
        <w:br/>
        <w:t>f 18286/16669/15085 18288/16673/15089 18287/16674/15090</w:t>
        <w:br/>
        <w:t>f 18285/16670/15086 18286/16669/15085 18287/16674/15090</w:t>
        <w:br/>
        <w:t>f 18288/16673/15089 18290/16675/15091 18289/16676/15092</w:t>
        <w:br/>
        <w:t>f 18287/16674/15090 18288/16673/15089 18289/16676/15092</w:t>
        <w:br/>
        <w:t>f 18294/16677/15093 18293/16678/15094 18292/16679/15095</w:t>
        <w:br/>
        <w:t>f 18291/16680/15096 18294/16677/15093 18292/16679/15095</w:t>
        <w:br/>
        <w:t>f 18295/16681/15097 18274/16657/15073 18271/16660/15076</w:t>
        <w:br/>
        <w:t>f 18296/16682/15098 18295/16681/15097 18271/16660/15076</w:t>
        <w:br/>
        <w:t>f 18273/16658/15074 18298/16683/15099 18297/16684/15100</w:t>
        <w:br/>
        <w:t>f 18272/16659/15075 18273/16658/15074 18297/16684/15100</w:t>
        <w:br/>
        <w:t>f 18274/16657/15073 18295/16681/15097 18299/16685/15101</w:t>
        <w:br/>
        <w:t>f 18276/16661/15077 18274/16657/15073 18299/16685/15101</w:t>
        <w:br/>
        <w:t>f 18275/16662/15078 18300/16686/15102 18298/16683/15099</w:t>
        <w:br/>
        <w:t>f 18273/16658/15074 18275/16662/15078 18298/16683/15099</w:t>
        <w:br/>
        <w:t>f 18276/16661/15077 18299/16685/15101 18301/16687/15103</w:t>
        <w:br/>
        <w:t>f 18278/16663/15079 18276/16661/15077 18301/16687/15103</w:t>
        <w:br/>
        <w:t>f 18277/16664/15080 18302/16688/15104 18300/16686/15102</w:t>
        <w:br/>
        <w:t>f 18275/16662/15078 18277/16664/15080 18300/16686/15102</w:t>
        <w:br/>
        <w:t>f 18304/16689/15105 18303/16690/15106 18281/16666/15082</w:t>
        <w:br/>
        <w:t>f 18282/16665/15081 18304/16689/15105 18281/16666/15082</w:t>
        <w:br/>
        <w:t>f 18306/16691/15107 18284/16671/15087 18285/16670/15086</w:t>
        <w:br/>
        <w:t>f 18305/16692/15108 18306/16691/15107 18285/16670/15086</w:t>
        <w:br/>
        <w:t>f 18305/16692/15108 18285/16670/15086 18287/16674/15090</w:t>
        <w:br/>
        <w:t>f 18307/16693/15109 18305/16692/15108 18287/16674/15090</w:t>
        <w:br/>
        <w:t>f 18308/16694/15110 18307/16693/15109 18287/16674/15090</w:t>
        <w:br/>
        <w:t>f 18289/16676/15092 18308/16694/15110 18287/16674/15090</w:t>
        <w:br/>
        <w:t>f 18311/16695/15111 18310/16696/15112 18309/16697/15113</w:t>
        <w:br/>
        <w:t>f 18312/16698/15114 18311/16695/15111 18309/16697/15113</w:t>
        <w:br/>
        <w:t>f 18310/16696/15112 18314/16699/15115 18313/16700/15116</w:t>
        <w:br/>
        <w:t>f 18309/16697/15113 18310/16696/15112 18313/16700/15116</w:t>
        <w:br/>
        <w:t>f 18314/16699/15115 18316/16701/15117 18315/16702/15118</w:t>
        <w:br/>
        <w:t>f 18313/16700/15116 18314/16699/15115 18315/16702/15118</w:t>
        <w:br/>
        <w:t>f 18320/16703/15119 18319/16704/15120 18318/16705/15121</w:t>
        <w:br/>
        <w:t>f 18317/16706/15122 18320/16703/15119 18318/16705/15121</w:t>
        <w:br/>
        <w:t>f 18320/16703/15119 18317/16706/15122 18322/16707/15123</w:t>
        <w:br/>
        <w:t>f 18321/16708/15124 18320/16703/15119 18322/16707/15123</w:t>
        <w:br/>
        <w:t>f 18321/16708/15124 18322/16707/15123 18324/16709/15125</w:t>
        <w:br/>
        <w:t>f 18323/16710/15126 18321/16708/15124 18324/16709/15125</w:t>
        <w:br/>
        <w:t>f 18312/16698/15114 18309/16697/15113 18326/16711/15127</w:t>
        <w:br/>
        <w:t>f 18325/16712/15128 18312/16698/15114 18326/16711/15127</w:t>
        <w:br/>
        <w:t>f 18298/16683/15099 18310/16696/15112 18311/16695/15111</w:t>
        <w:br/>
        <w:t>f 18297/16684/15100 18298/16683/15099 18311/16695/15111</w:t>
        <w:br/>
        <w:t>f 18309/16697/15113 18313/16700/15116 18327/16713/15129</w:t>
        <w:br/>
        <w:t>f 18326/16711/15127 18309/16697/15113 18327/16713/15129</w:t>
        <w:br/>
        <w:t>f 18314/16699/15115 18310/16696/15112 18298/16683/15099</w:t>
        <w:br/>
        <w:t>f 18300/16686/15102 18314/16699/15115 18298/16683/15099</w:t>
        <w:br/>
        <w:t>f 18313/16700/15116 18315/16702/15118 18328/16714/15130</w:t>
        <w:br/>
        <w:t>f 18327/16713/15129 18313/16700/15116 18328/16714/15130</w:t>
        <w:br/>
        <w:t>f 18316/16701/15117 18314/16699/15115 18300/16686/15102</w:t>
        <w:br/>
        <w:t>f 18302/16688/15104 18316/16701/15117 18300/16686/15102</w:t>
        <w:br/>
        <w:t>f 18331/16715/15131 18330/16716/15132 18329/16717/15133</w:t>
        <w:br/>
        <w:t>f 18332/16718/15134 18331/16715/15131 18329/16717/15133</w:t>
        <w:br/>
        <w:t>f 18334/16719/15135 18331/16715/15131 18332/16718/15134</w:t>
        <w:br/>
        <w:t>f 18333/16720/15136 18334/16719/15135 18332/16718/15134</w:t>
        <w:br/>
        <w:t>f 18335/16721/15137 18334/16719/15135 18333/16720/15136</w:t>
        <w:br/>
        <w:t>f 18336/16722/15138 18335/16721/15137 18333/16720/15136</w:t>
        <w:br/>
        <w:t>f 18340/16723/15139 18339/16724/15140 18338/16725/15141</w:t>
        <w:br/>
        <w:t>f 18337/16726/15142 18340/16723/15139 18338/16725/15141</w:t>
        <w:br/>
        <w:t>f 18344/16727/15143 18343/16728/15144 18342/16729/15145</w:t>
        <w:br/>
        <w:t>f 18341/16730/15146 18344/16727/15143 18342/16729/15145</w:t>
        <w:br/>
        <w:t>f 18347/16731/15147 18346/16732/15148 18345/16733/15149</w:t>
        <w:br/>
        <w:t>f 18348/16734/15150 18347/16731/15147 18345/16733/15149</w:t>
        <w:br/>
        <w:t>f 18349/16735/15151 18347/16731/15147 18348/16734/15150</w:t>
        <w:br/>
        <w:t>f 18350/16736/15152 18349/16735/15151 18348/16734/15150</w:t>
        <w:br/>
        <w:t>f 18351/16737/15153 18349/16735/15151 18350/16736/15152</w:t>
        <w:br/>
        <w:t>f 18352/16738/15154 18351/16737/15153 18350/16736/15152</w:t>
        <w:br/>
        <w:t>f 18280/16667/15083 18353/16739/15155 18351/16737/15153</w:t>
        <w:br/>
        <w:t>f 18352/16738/15154 18280/16667/15083 18351/16737/15153</w:t>
        <w:br/>
        <w:t>f 18281/16666/15082 18354/16740/15156 18353/16739/15155</w:t>
        <w:br/>
        <w:t>f 18280/16667/15083 18281/16666/15082 18353/16739/15155</w:t>
        <w:br/>
        <w:t>f 18296/16682/15098 18271/16660/15076 18281/16666/15082</w:t>
        <w:br/>
        <w:t>f 18303/16690/15106 18296/16682/15098 18281/16666/15082</w:t>
        <w:br/>
        <w:t>f 18356/16741/15157 18296/16682/15098 18303/16690/15106</w:t>
        <w:br/>
        <w:t>f 18355/16742/15158 18356/16741/15157 18303/16690/15106</w:t>
        <w:br/>
        <w:t>f 18358/16743/15159 18357/16744/15160 18291/16680/15096</w:t>
        <w:br/>
        <w:t>f 18292/16679/15095 18358/16743/15159 18291/16680/15096</w:t>
        <w:br/>
        <w:t>f 18279/16668/15084 18280/16667/15083 18352/16738/15154</w:t>
        <w:br/>
        <w:t>f 18359/16745/15161 18279/16668/15084 18352/16738/15154</w:t>
        <w:br/>
        <w:t>f 18303/16690/15106 18304/16689/15105 18360/16746/15162</w:t>
        <w:br/>
        <w:t>f 18355/16742/15158 18303/16690/15106 18360/16746/15162</w:t>
        <w:br/>
        <w:t>f 18350/16736/15152 18348/16734/15150 18361/16747/15163</w:t>
        <w:br/>
        <w:t>f 18362/16748/15164 18350/16736/15152 18361/16747/15163</w:t>
        <w:br/>
        <w:t>f 18339/16724/15140 18364/16749/15165 18363/16750/15166</w:t>
        <w:br/>
        <w:t>f 18338/16725/15141 18339/16724/15140 18363/16750/15166</w:t>
        <w:br/>
        <w:t>f 18348/16734/15150 18345/16733/15149 18365/16751/15167</w:t>
        <w:br/>
        <w:t>f 18361/16747/15163 18348/16734/15150 18365/16751/15167</w:t>
        <w:br/>
        <w:t>f 18352/16738/15154 18350/16736/15152 18362/16748/15164</w:t>
        <w:br/>
        <w:t>f 18359/16745/15161 18352/16738/15154 18362/16748/15164</w:t>
        <w:br/>
        <w:t>f 18341/16730/15146 18342/16729/15145 18367/16752/15168</w:t>
        <w:br/>
        <w:t>f 18366/16753/15169 18341/16730/15146 18367/16752/15168</w:t>
        <w:br/>
        <w:t>f 18296/16682/15098 18306/16691/15107 18305/16692/15108</w:t>
        <w:br/>
        <w:t>f 18295/16681/15097 18296/16682/15098 18305/16692/15108</w:t>
        <w:br/>
        <w:t>f 18295/16681/15097 18305/16692/15108 18307/16693/15109</w:t>
        <w:br/>
        <w:t>f 18299/16685/15101 18295/16681/15097 18307/16693/15109</w:t>
        <w:br/>
        <w:t>f 18308/16694/15110 18301/16687/15103 18299/16685/15101</w:t>
        <w:br/>
        <w:t>f 18307/16693/15109 18308/16694/15110 18299/16685/15101</w:t>
        <w:br/>
        <w:t>f 18332/16718/15134 18329/16717/15133 18325/16712/15128</w:t>
        <w:br/>
        <w:t>f 18326/16711/15127 18332/16718/15134 18325/16712/15128</w:t>
        <w:br/>
        <w:t>f 18333/16720/15136 18332/16718/15134 18326/16711/15127</w:t>
        <w:br/>
        <w:t>f 18327/16713/15129 18333/16720/15136 18326/16711/15127</w:t>
        <w:br/>
        <w:t>f 18336/16722/15138 18333/16720/15136 18327/16713/15129</w:t>
        <w:br/>
        <w:t>f 18328/16714/15130 18336/16722/15138 18327/16713/15129</w:t>
        <w:br/>
        <w:t>f 18344/16727/15143 18341/16730/15146 18345/16733/15149</w:t>
        <w:br/>
        <w:t>f 18346/16732/15148 18344/16727/15143 18345/16733/15149</w:t>
        <w:br/>
        <w:t>f 18357/16744/15160 18356/16741/15157 18355/16742/15158</w:t>
        <w:br/>
        <w:t>f 18291/16680/15096 18357/16744/15160 18355/16742/15158</w:t>
        <w:br/>
        <w:t>f 18291/16680/15096 18355/16742/15158 18360/16746/15162</w:t>
        <w:br/>
        <w:t>f 18294/16677/15093 18291/16680/15096 18360/16746/15162</w:t>
        <w:br/>
        <w:t>f 18345/16733/15149 18341/16730/15146 18366/16753/15169</w:t>
        <w:br/>
        <w:t>f 18365/16751/15167 18345/16733/15149 18366/16753/15169</w:t>
        <w:br/>
        <w:t>f 18370/16754/15170 18369/16755/15170 18368/16756/15171</w:t>
        <w:br/>
        <w:t>f 18371/16757/15171 18370/16754/15170 18368/16756/15171</w:t>
        <w:br/>
        <w:t>f 18371/16757/15171 18368/16756/15171 18373/16758/15172</w:t>
        <w:br/>
        <w:t>f 18372/16759/15173 18371/16757/15171 18373/16758/15172</w:t>
        <w:br/>
        <w:t>f 18372/16759/15173 18373/16758/15172 18375/16760/15174</w:t>
        <w:br/>
        <w:t>f 18374/16761/15174 18372/16759/15173 18375/16760/15174</w:t>
        <w:br/>
        <w:t>f 18374/16761/15174 18375/16760/15174 18376/16762/15175</w:t>
        <w:br/>
        <w:t>f 18377/16763/15176 18374/16761/15174 18376/16762/15175</w:t>
        <w:br/>
        <w:t>f 18278/16663/15079 18376/16762/15175 18378/16764/15177</w:t>
        <w:br/>
        <w:t>f 18379/16765/15177 18278/16663/15079 18378/16764/15177</w:t>
        <w:br/>
        <w:t>f 18379/16765/15177 18378/16764/15177 18380/16766/15178</w:t>
        <w:br/>
        <w:t>f 18381/16767/15178 18379/16765/15177 18380/16766/15178</w:t>
        <w:br/>
        <w:t>f 18381/16767/15178 18380/16766/15178 18383/16768/15179</w:t>
        <w:br/>
        <w:t>f 18382/16769/15179 18381/16767/15178 18383/16768/15179</w:t>
        <w:br/>
        <w:t>f 18382/16769/15179 18383/16768/15179 18384/16770/15180</w:t>
        <w:br/>
        <w:t>f 18315/16702/15118 18382/16769/15179 18384/16770/15180</w:t>
        <w:br/>
        <w:t>f 18384/16770/15180 18385/16771/15181 18328/16714/15130</w:t>
        <w:br/>
        <w:t>f 18315/16702/15118 18384/16770/15180 18328/16714/15130</w:t>
        <w:br/>
        <w:t>f 18336/16722/15138 18328/16714/15130 18385/16771/15181</w:t>
        <w:br/>
        <w:t>f 18386/16772/15182 18336/16722/15138 18385/16771/15181</w:t>
        <w:br/>
        <w:t>f 18335/16721/15137 18336/16722/15138 18386/16772/15182</w:t>
        <w:br/>
        <w:t>f 18387/16773/15183 18335/16721/15137 18386/16772/15182</w:t>
        <w:br/>
        <w:t>f 18323/16710/15126 18324/16709/15125 18389/16774/15184</w:t>
        <w:br/>
        <w:t>f 18388/16775/15185 18323/16710/15126 18389/16774/15184</w:t>
        <w:br/>
        <w:t>f 18393/16776/15186 18392/16777/15187 18391/16778/15188</w:t>
        <w:br/>
        <w:t>f 18390/16779/15189 18393/16776/15186 18391/16778/15188</w:t>
        <w:br/>
        <w:t>f 18397/16780/15190 18396/16781/15191 18395/16782/15192</w:t>
        <w:br/>
        <w:t>f 18394/16783/15193 18397/16780/15190 18395/16782/15192</w:t>
        <w:br/>
        <w:t>f 18399/16784/15194 18398/16785/15195 18396/16781/15191</w:t>
        <w:br/>
        <w:t>f 18397/16780/15190 18399/16784/15194 18396/16781/15191</w:t>
        <w:br/>
        <w:t>f 18399/16784/15194 18401/16786/15196 18400/16787/15197</w:t>
        <w:br/>
        <w:t>f 18398/16785/15195 18399/16784/15194 18400/16787/15197</w:t>
        <w:br/>
        <w:t>f 18404/16788/15198 18403/16789/15199 18402/16790/15200</w:t>
        <w:br/>
        <w:t>f 18405/16791/15201 18404/16788/15198 18402/16790/15200</w:t>
        <w:br/>
        <w:t>f 18407/16792/15202 18406/16793/15203 18404/16788/15198</w:t>
        <w:br/>
        <w:t>f 18405/16791/15201 18407/16792/15202 18404/16788/15198</w:t>
        <w:br/>
        <w:t>f 18409/16794/15204 18408/16795/15205 18406/16793/15203</w:t>
        <w:br/>
        <w:t>f 18407/16792/15202 18409/16794/15204 18406/16793/15203</w:t>
        <w:br/>
        <w:t>f 18411/16796/15206 18410/16797/15207 18408/16795/15205</w:t>
        <w:br/>
        <w:t>f 18409/16794/15204 18411/16796/15206 18408/16795/15205</w:t>
        <w:br/>
        <w:t>f 18415/16798/15208 18414/16799/15209 18413/16800/15207</w:t>
        <w:br/>
        <w:t>f 18412/16801/15206 18415/16798/15208 18413/16800/15207</w:t>
        <w:br/>
        <w:t>f 18416/16802/15210 18414/16799/15209 18415/16798/15208</w:t>
        <w:br/>
        <w:t>f 18417/16803/15211 18416/16802/15210 18415/16798/15208</w:t>
        <w:br/>
        <w:t>f 18418/16804/15212 18416/16802/15210 18417/16803/15211</w:t>
        <w:br/>
        <w:t>f 18419/16805/15213 18418/16804/15212 18417/16803/15211</w:t>
        <w:br/>
        <w:t>f 18420/16806/15214 18418/16804/15212 18419/16805/15213</w:t>
        <w:br/>
        <w:t>f 18421/16807/15215 18420/16806/15214 18419/16805/15213</w:t>
        <w:br/>
        <w:t>f 18425/16808/15216 18424/16809/15217 18423/16810/15218</w:t>
        <w:br/>
        <w:t>f 18422/16811/15219 18425/16808/15216 18423/16810/15218</w:t>
        <w:br/>
        <w:t>f 18427/16812/15220 18426/16813/15221 18424/16809/15217</w:t>
        <w:br/>
        <w:t>f 18425/16808/15216 18427/16812/15220 18424/16809/15217</w:t>
        <w:br/>
        <w:t>f 18428/16814/15222 18426/16813/15221 18427/16812/15220</w:t>
        <w:br/>
        <w:t>f 18429/16815/15223 18428/16814/15222 18427/16812/15220</w:t>
        <w:br/>
        <w:t>f 18430/16816/15224 18428/16814/15222 18429/16815/15223</w:t>
        <w:br/>
        <w:t>f 18431/16817/15224 18430/16816/15224 18429/16815/15223</w:t>
        <w:br/>
        <w:t>f 18435/16818/15225 18434/16819/15225 18433/16820/15226</w:t>
        <w:br/>
        <w:t>f 18432/16821/15226 18435/16818/15225 18433/16820/15226</w:t>
        <w:br/>
        <w:t>f 18437/16822/15227 18436/16823/15228 18434/16819/15225</w:t>
        <w:br/>
        <w:t>f 18435/16818/15225 18437/16822/15227 18434/16819/15225</w:t>
        <w:br/>
        <w:t>f 18438/16824/15229 18436/16823/15228 18437/16822/15227</w:t>
        <w:br/>
        <w:t>f 18439/16825/15229 18438/16824/15229 18437/16822/15227</w:t>
        <w:br/>
        <w:t>f 18440/16826/15218 18438/16824/15229 18439/16825/15229</w:t>
        <w:br/>
        <w:t>f 18441/16827/15219 18440/16826/15218 18439/16825/15229</w:t>
        <w:br/>
        <w:t>f 18425/16808/15216 18443/16828/15230 18442/16829/15231</w:t>
        <w:br/>
        <w:t>f 18444/16830/15232 18425/16808/15216 18442/16829/15231</w:t>
        <w:br/>
        <w:t>f 18445/16831/15233 18427/16812/15220 18425/16808/15216</w:t>
        <w:br/>
        <w:t>f 18444/16830/15232 18445/16831/15233 18425/16808/15216</w:t>
        <w:br/>
        <w:t>f 18446/16832/15234 18429/16815/15223 18427/16812/15220</w:t>
        <w:br/>
        <w:t>f 18445/16831/15233 18446/16832/15234 18427/16812/15220</w:t>
        <w:br/>
        <w:t>f 18448/16833/15235 18447/16834/15236 18429/16815/15223</w:t>
        <w:br/>
        <w:t>f 18446/16832/15234 18448/16833/15235 18429/16815/15223</w:t>
        <w:br/>
        <w:t>f 18452/16835/15237 18451/16836/15238 18450/16837/15239</w:t>
        <w:br/>
        <w:t>f 18449/16838/15240 18452/16835/15237 18450/16837/15239</w:t>
        <w:br/>
        <w:t>f 18454/16839/15241 18453/16840/15242 18451/16836/15238</w:t>
        <w:br/>
        <w:t>f 18452/16835/15237 18454/16839/15241 18451/16836/15238</w:t>
        <w:br/>
        <w:t>f 18455/16841/15243 18453/16840/15242 18454/16839/15241</w:t>
        <w:br/>
        <w:t>f 18456/16842/15244 18455/16841/15243 18454/16839/15241</w:t>
        <w:br/>
        <w:t>f 18457/16843/15245 18455/16841/15243 18456/16842/15244</w:t>
        <w:br/>
        <w:t>f 18458/16844/15246 18457/16843/15245 18456/16842/15244</w:t>
        <w:br/>
        <w:t>f 18460/16845/15247 18459/16846/15248 18444/16830/15232</w:t>
        <w:br/>
        <w:t>f 18442/16829/15231 18460/16845/15247 18444/16830/15232</w:t>
        <w:br/>
        <w:t>f 18459/16846/15248 18461/16847/15249 18445/16831/15233</w:t>
        <w:br/>
        <w:t>f 18444/16830/15232 18459/16846/15248 18445/16831/15233</w:t>
        <w:br/>
        <w:t>f 18462/16848/15250 18446/16832/15234 18445/16831/15233</w:t>
        <w:br/>
        <w:t>f 18461/16847/15249 18462/16848/15250 18445/16831/15233</w:t>
        <w:br/>
        <w:t>f 18463/16849/15251 18448/16833/15235 18446/16832/15234</w:t>
        <w:br/>
        <w:t>f 18462/16848/15250 18463/16849/15251 18446/16832/15234</w:t>
        <w:br/>
        <w:t>f 18465/16850/15251 18464/16851/15252 18452/16835/15237</w:t>
        <w:br/>
        <w:t>f 18449/16838/15240 18465/16850/15251 18452/16835/15237</w:t>
        <w:br/>
        <w:t>f 18464/16851/15252 18466/16852/15253 18454/16839/15241</w:t>
        <w:br/>
        <w:t>f 18452/16835/15237 18464/16851/15252 18454/16839/15241</w:t>
        <w:br/>
        <w:t>f 18467/16853/15254 18456/16842/15244 18454/16839/15241</w:t>
        <w:br/>
        <w:t>f 18466/16852/15253 18467/16853/15254 18454/16839/15241</w:t>
        <w:br/>
        <w:t>f 18468/16854/15247 18458/16844/15246 18456/16842/15244</w:t>
        <w:br/>
        <w:t>f 18467/16853/15254 18468/16854/15247 18456/16842/15244</w:t>
        <w:br/>
        <w:t>f 18459/16846/15248 18460/16845/15247 18469/16855/15255</w:t>
        <w:br/>
        <w:t>f 18461/16847/15249 18459/16846/15248 18469/16855/15255</w:t>
        <w:br/>
        <w:t>f 18462/16848/15250 18461/16847/15249 18469/16855/15255</w:t>
        <w:br/>
        <w:t>f 18463/16849/15251 18462/16848/15250 18469/16855/15255</w:t>
        <w:br/>
        <w:t>f 18464/16851/15252 18465/16850/15251 18470/16856/15255</w:t>
        <w:br/>
        <w:t>f 18466/16852/15253 18464/16851/15252 18470/16856/15255</w:t>
        <w:br/>
        <w:t>f 18467/16853/15254 18466/16852/15253 18470/16856/15255</w:t>
        <w:br/>
        <w:t>f 18468/16854/15247 18467/16853/15254 18470/16856/15255</w:t>
        <w:br/>
        <w:t>f 18473/16857/15256 18472/16858/15257 18471/16859/15258</w:t>
        <w:br/>
        <w:t>f 18392/16777/15187 18473/16857/15256 18471/16859/15258</w:t>
        <w:br/>
        <w:t>f 18471/16859/15258 18472/16858/15257 18475/16860/15259</w:t>
        <w:br/>
        <w:t>f 18474/16861/15260 18471/16859/15258 18475/16860/15259</w:t>
        <w:br/>
        <w:t>f 18474/16861/15260 18475/16860/15259 18477/16862/15261</w:t>
        <w:br/>
        <w:t>f 18476/16863/15262 18474/16861/15260 18477/16862/15261</w:t>
        <w:br/>
        <w:t>f 18480/16864/15263 18479/16865/15264 18478/16866/15265</w:t>
        <w:br/>
        <w:t>f 18394/16783/15193 18480/16864/15263 18478/16866/15265</w:t>
        <w:br/>
        <w:t>f 18405/16791/15201 18402/16790/15200 18481/16867/15266</w:t>
        <w:br/>
        <w:t>f 18482/16868/15267 18405/16791/15201 18481/16867/15266</w:t>
        <w:br/>
        <w:t>f 18483/16869/15268 18407/16792/15202 18405/16791/15201</w:t>
        <w:br/>
        <w:t>f 18482/16868/15267 18483/16869/15268 18405/16791/15201</w:t>
        <w:br/>
        <w:t>f 18484/16870/15269 18409/16794/15204 18407/16792/15202</w:t>
        <w:br/>
        <w:t>f 18483/16869/15268 18484/16870/15269 18407/16792/15202</w:t>
        <w:br/>
        <w:t>f 18485/16871/15270 18411/16796/15206 18409/16794/15204</w:t>
        <w:br/>
        <w:t>f 18484/16870/15269 18485/16871/15270 18409/16794/15204</w:t>
        <w:br/>
        <w:t>f 18487/16872/15271 18415/16798/15208 18412/16801/15206</w:t>
        <w:br/>
        <w:t>f 18486/16873/15272 18487/16872/15271 18412/16801/15206</w:t>
        <w:br/>
        <w:t>f 18417/16803/15211 18415/16798/15208 18487/16872/15271</w:t>
        <w:br/>
        <w:t>f 18488/16874/15273 18417/16803/15211 18487/16872/15271</w:t>
        <w:br/>
        <w:t>f 18419/16805/15213 18417/16803/15211 18488/16874/15273</w:t>
        <w:br/>
        <w:t>f 18489/16875/15274 18419/16805/15213 18488/16874/15273</w:t>
        <w:br/>
        <w:t>f 18421/16807/15215 18419/16805/15213 18489/16875/15274</w:t>
        <w:br/>
        <w:t>f 18490/16876/15275 18421/16807/15215 18489/16875/15274</w:t>
        <w:br/>
        <w:t>f 18423/16810/15218 18424/16809/15217 18482/16868/15267</w:t>
        <w:br/>
        <w:t>f 18481/16867/15266 18423/16810/15218 18482/16868/15267</w:t>
        <w:br/>
        <w:t>f 18426/16813/15221 18483/16869/15268 18482/16868/15267</w:t>
        <w:br/>
        <w:t>f 18424/16809/15217 18426/16813/15221 18482/16868/15267</w:t>
        <w:br/>
        <w:t>f 18483/16869/15268 18426/16813/15221 18428/16814/15222</w:t>
        <w:br/>
        <w:t>f 18484/16870/15269 18483/16869/15268 18428/16814/15222</w:t>
        <w:br/>
        <w:t>f 18484/16870/15269 18428/16814/15222 18491/16877/15276</w:t>
        <w:br/>
        <w:t>f 18485/16871/15270 18484/16870/15269 18491/16877/15276</w:t>
        <w:br/>
        <w:t>f 18486/16873/15272 18493/16878/15277 18492/16879/15278</w:t>
        <w:br/>
        <w:t>f 18487/16872/15271 18486/16873/15272 18492/16879/15278</w:t>
        <w:br/>
        <w:t>f 18488/16874/15273 18487/16872/15271 18492/16879/15278</w:t>
        <w:br/>
        <w:t>f 18494/16880/15279 18488/16874/15273 18492/16879/15278</w:t>
        <w:br/>
        <w:t>f 18494/16880/15279 18495/16881/15280 18489/16875/15274</w:t>
        <w:br/>
        <w:t>f 18488/16874/15273 18494/16880/15279 18489/16875/15274</w:t>
        <w:br/>
        <w:t>f 18495/16881/15280 18496/16882/15281 18490/16876/15275</w:t>
        <w:br/>
        <w:t>f 18489/16875/15274 18495/16881/15280 18490/16876/15275</w:t>
        <w:br/>
        <w:t>f 18497/16883/15282 18403/16789/15199 18404/16788/15198</w:t>
        <w:br/>
        <w:t>f 18473/16857/15256 18497/16883/15282 18404/16788/15198</w:t>
        <w:br/>
        <w:t>f 18498/16884/15283 18478/16866/15265 18414/16799/15209</w:t>
        <w:br/>
        <w:t>f 18416/16802/15210 18498/16884/15283 18414/16799/15209</w:t>
        <w:br/>
        <w:t>f 18499/16885/15284 18498/16884/15283 18416/16802/15210</w:t>
        <w:br/>
        <w:t>f 18418/16804/15212 18499/16885/15284 18416/16802/15210</w:t>
        <w:br/>
        <w:t>f 18500/16886/15285 18499/16885/15284 18418/16804/15212</w:t>
        <w:br/>
        <w:t>f 18420/16806/15214 18500/16886/15285 18418/16804/15212</w:t>
        <w:br/>
        <w:t>f 18330/16716/15132 18331/16715/15131 18317/16706/15122</w:t>
        <w:br/>
        <w:t>f 18318/16705/15121 18330/16716/15132 18317/16706/15122</w:t>
        <w:br/>
        <w:t>f 18331/16715/15131 18334/16719/15135 18322/16707/15123</w:t>
        <w:br/>
        <w:t>f 18317/16706/15122 18331/16715/15131 18322/16707/15123</w:t>
        <w:br/>
        <w:t>f 18322/16707/15123 18334/16719/15135 18335/16721/15137</w:t>
        <w:br/>
        <w:t>f 18324/16709/15125 18322/16707/15123 18335/16721/15137</w:t>
        <w:br/>
        <w:t>f 18342/16729/15145 18343/16728/15144 18337/16726/15142</w:t>
        <w:br/>
        <w:t>f 18338/16725/15141 18342/16729/15145 18337/16726/15142</w:t>
        <w:br/>
        <w:t>f 18367/16752/15168 18342/16729/15145 18338/16725/15141</w:t>
        <w:br/>
        <w:t>f 18363/16750/15166 18367/16752/15168 18338/16725/15141</w:t>
        <w:br/>
        <w:t>f 18324/16709/15125 18335/16721/15137 18387/16773/15183</w:t>
        <w:br/>
        <w:t>f 18389/16774/15184 18324/16709/15125 18387/16773/15183</w:t>
        <w:br/>
        <w:t>f 18392/16777/15187 18471/16859/15258 18501/16887/15286</w:t>
        <w:br/>
        <w:t>f 18391/16778/15188 18392/16777/15187 18501/16887/15286</w:t>
        <w:br/>
        <w:t>f 18471/16859/15258 18474/16861/15260 18502/16888/15287</w:t>
        <w:br/>
        <w:t>f 18501/16887/15286 18471/16859/15258 18502/16888/15287</w:t>
        <w:br/>
        <w:t>f 18502/16888/15287 18474/16861/15260 18476/16863/15262</w:t>
        <w:br/>
        <w:t>f 18503/16889/15288 18502/16888/15287 18476/16863/15262</w:t>
        <w:br/>
        <w:t>f 18504/16890/15289 18480/16864/15263 18394/16783/15193</w:t>
        <w:br/>
        <w:t>f 18395/16782/15192 18504/16890/15289 18394/16783/15193</w:t>
        <w:br/>
        <w:t>f 18406/16793/15203 18472/16858/15257 18473/16857/15256</w:t>
        <w:br/>
        <w:t>f 18404/16788/15198 18406/16793/15203 18473/16857/15256</w:t>
        <w:br/>
        <w:t>f 18472/16858/15257 18406/16793/15203 18408/16795/15205</w:t>
        <w:br/>
        <w:t>f 18475/16860/15259 18472/16858/15257 18408/16795/15205</w:t>
        <w:br/>
        <w:t>f 18475/16860/15259 18408/16795/15205 18410/16797/15207</w:t>
        <w:br/>
        <w:t>f 18477/16862/15261 18475/16860/15259 18410/16797/15207</w:t>
        <w:br/>
        <w:t>f 18413/16800/15207 18414/16799/15209 18478/16866/15265</w:t>
        <w:br/>
        <w:t>f 18479/16865/15264 18413/16800/15207 18478/16866/15265</w:t>
        <w:br/>
        <w:t>f 18392/16777/15187 18393/16776/15186 18497/16883/15282</w:t>
        <w:br/>
        <w:t>f 18473/16857/15256 18392/16777/15187 18497/16883/15282</w:t>
        <w:br/>
        <w:t>f 18394/16783/15193 18478/16866/15265 18498/16884/15283</w:t>
        <w:br/>
        <w:t>f 18397/16780/15190 18394/16783/15193 18498/16884/15283</w:t>
        <w:br/>
        <w:t>f 18399/16784/15194 18397/16780/15190 18498/16884/15283</w:t>
        <w:br/>
        <w:t>f 18499/16885/15284 18399/16784/15194 18498/16884/15283</w:t>
        <w:br/>
        <w:t>f 18401/16786/15196 18399/16784/15194 18499/16885/15284</w:t>
        <w:br/>
        <w:t>f 18500/16886/15285 18401/16786/15196 18499/16885/15284</w:t>
        <w:br/>
        <w:t>f 18508/16891/15290 18507/16892/15291 18506/16893/15292</w:t>
        <w:br/>
        <w:t>f 18505/16894/15293 18508/16891/15290 18506/16893/15292</w:t>
        <w:br/>
        <w:t>f 18505/16894/15293 18510/16895/15294 18509/16896/15295</w:t>
        <w:br/>
        <w:t>f 18508/16891/15290 18505/16894/15293 18509/16896/15295</w:t>
        <w:br/>
        <w:t>f 18510/16895/15294 18512/16897/15296 18511/16898/15297</w:t>
        <w:br/>
        <w:t>f 18509/16896/15295 18510/16895/15294 18511/16898/15297</w:t>
        <w:br/>
        <w:t>f 18516/16899/15298 18515/16900/15299 18514/16901/15300</w:t>
        <w:br/>
        <w:t>f 18513/16902/15301 18516/16899/15298 18514/16901/15300</w:t>
        <w:br/>
        <w:t>f 18520/16903/15302 18519/16904/15303 18518/16905/15304</w:t>
        <w:br/>
        <w:t>f 18517/16906/15305 18520/16903/15302 18518/16905/15304</w:t>
        <w:br/>
        <w:t>f 18522/16907/15306 18521/16908/15307 18520/16903/15302</w:t>
        <w:br/>
        <w:t>f 18517/16906/15305 18522/16907/15306 18520/16903/15302</w:t>
        <w:br/>
        <w:t>f 18524/16909/15308 18523/16910/15309 18521/16908/15307</w:t>
        <w:br/>
        <w:t>f 18522/16907/15306 18524/16909/15308 18521/16908/15307</w:t>
        <w:br/>
        <w:t>f 18528/16911/15310 18527/16912/15311 18526/16913/15312</w:t>
        <w:br/>
        <w:t>f 18525/16914/15313 18528/16911/15310 18526/16913/15312</w:t>
        <w:br/>
        <w:t>f 18507/16892/15291 18508/16891/15290 18529/16915/15314</w:t>
        <w:br/>
        <w:t>f 18530/16916/15315 18507/16892/15291 18529/16915/15314</w:t>
        <w:br/>
        <w:t>f 18532/16917/15316 18531/16918/15317 18505/16894/15293</w:t>
        <w:br/>
        <w:t>f 18506/16893/15292 18532/16917/15316 18505/16894/15293</w:t>
        <w:br/>
        <w:t>f 18508/16891/15290 18509/16896/15295 18533/16919/15318</w:t>
        <w:br/>
        <w:t>f 18529/16915/15314 18508/16891/15290 18533/16919/15318</w:t>
        <w:br/>
        <w:t>f 18510/16895/15294 18505/16894/15293 18531/16918/15317</w:t>
        <w:br/>
        <w:t>f 18534/16920/15319 18510/16895/15294 18531/16918/15317</w:t>
        <w:br/>
        <w:t>f 18509/16896/15295 18511/16898/15297 18535/16921/15320</w:t>
        <w:br/>
        <w:t>f 18533/16919/15318 18509/16896/15295 18535/16921/15320</w:t>
        <w:br/>
        <w:t>f 18512/16897/15296 18510/16895/15294 18534/16920/15319</w:t>
        <w:br/>
        <w:t>f 18536/16922/15321 18512/16897/15296 18534/16920/15319</w:t>
        <w:br/>
        <w:t>f 18538/16923/15322 18516/16899/15298 18513/16902/15301</w:t>
        <w:br/>
        <w:t>f 18537/16924/15323 18538/16923/15322 18513/16902/15301</w:t>
        <w:br/>
        <w:t>f 18540/16925/15324 18539/16926/15325 18517/16906/15305</w:t>
        <w:br/>
        <w:t>f 18518/16905/15304 18540/16925/15324 18517/16906/15305</w:t>
        <w:br/>
        <w:t>f 18539/16926/15325 18541/16927/15326 18522/16907/15306</w:t>
        <w:br/>
        <w:t>f 18517/16906/15305 18539/16926/15325 18522/16907/15306</w:t>
        <w:br/>
        <w:t>f 18542/16928/15327 18524/16909/15308 18522/16907/15306</w:t>
        <w:br/>
        <w:t>f 18541/16927/15326 18542/16928/15327 18522/16907/15306</w:t>
        <w:br/>
        <w:t>f 18545/16929/15328 18544/16930/15329 18543/16931/15330</w:t>
        <w:br/>
        <w:t>f 18546/16932/15331 18545/16929/15328 18543/16931/15330</w:t>
        <w:br/>
        <w:t>f 18544/16930/15329 18545/16929/15328 18548/16933/15332</w:t>
        <w:br/>
        <w:t>f 18547/16934/15333 18544/16930/15329 18548/16933/15332</w:t>
        <w:br/>
        <w:t>f 18547/16934/15333 18548/16933/15332 18550/16935/15334</w:t>
        <w:br/>
        <w:t>f 18549/16936/15335 18547/16934/15333 18550/16935/15334</w:t>
        <w:br/>
        <w:t>f 18554/16937/15336 18553/16938/15337 18552/16939/15338</w:t>
        <w:br/>
        <w:t>f 18551/16940/15339 18554/16937/15336 18552/16939/15338</w:t>
        <w:br/>
        <w:t>f 18554/16937/15336 18556/16941/15340 18555/16942/15341</w:t>
        <w:br/>
        <w:t>f 18553/16938/15337 18554/16937/15336 18555/16942/15341</w:t>
        <w:br/>
        <w:t>f 18556/16941/15340 18558/16943/15342 18557/16944/15343</w:t>
        <w:br/>
        <w:t>f 18555/16942/15341 18556/16941/15340 18557/16944/15343</w:t>
        <w:br/>
        <w:t>f 18546/16932/15331 18560/16945/15344 18559/16946/15345</w:t>
        <w:br/>
        <w:t>f 18545/16929/15328 18546/16932/15331 18559/16946/15345</w:t>
        <w:br/>
        <w:t>f 18531/16918/15317 18532/16917/15316 18543/16931/15330</w:t>
        <w:br/>
        <w:t>f 18544/16930/15329 18531/16918/15317 18543/16931/15330</w:t>
        <w:br/>
        <w:t>f 18545/16929/15328 18559/16946/15345 18561/16947/15346</w:t>
        <w:br/>
        <w:t>f 18548/16933/15332 18545/16929/15328 18561/16947/15346</w:t>
        <w:br/>
        <w:t>f 18547/16934/15333 18534/16920/15319 18531/16918/15317</w:t>
        <w:br/>
        <w:t>f 18544/16930/15329 18547/16934/15333 18531/16918/15317</w:t>
        <w:br/>
        <w:t>f 18548/16933/15332 18561/16947/15346 18562/16948/15347</w:t>
        <w:br/>
        <w:t>f 18550/16935/15334 18548/16933/15332 18562/16948/15347</w:t>
        <w:br/>
        <w:t>f 18549/16936/15335 18536/16922/15321 18534/16920/15319</w:t>
        <w:br/>
        <w:t>f 18547/16934/15333 18549/16936/15335 18534/16920/15319</w:t>
        <w:br/>
        <w:t>f 18565/16949/15348 18564/16950/15349 18563/16951/15350</w:t>
        <w:br/>
        <w:t>f 18566/16952/15351 18565/16949/15348 18563/16951/15350</w:t>
        <w:br/>
        <w:t>f 18568/16953/15352 18567/16954/15353 18566/16952/15351</w:t>
        <w:br/>
        <w:t>f 18563/16951/15350 18568/16953/15352 18566/16952/15351</w:t>
        <w:br/>
        <w:t>f 18567/16954/15353 18568/16953/15352 18569/16955/15354</w:t>
        <w:br/>
        <w:t>f 18570/16956/15355 18567/16954/15353 18569/16955/15354</w:t>
        <w:br/>
        <w:t>f 18574/16957/15356 18573/16958/15357 18572/16959/15358</w:t>
        <w:br/>
        <w:t>f 18571/16960/15359 18574/16957/15356 18572/16959/15358</w:t>
        <w:br/>
        <w:t>f 18578/16961/15360 18577/16962/15361 18576/16963/15362</w:t>
        <w:br/>
        <w:t>f 18575/16964/15363 18578/16961/15360 18576/16963/15362</w:t>
        <w:br/>
        <w:t>f 18581/16965/15364 18580/16966/15365 18579/16967/15366</w:t>
        <w:br/>
        <w:t>f 18582/16968/15367 18581/16965/15364 18579/16967/15366</w:t>
        <w:br/>
        <w:t>f 18582/16968/15367 18579/16967/15366 18583/16969/15368</w:t>
        <w:br/>
        <w:t>f 18584/16970/15369 18582/16968/15367 18583/16969/15368</w:t>
        <w:br/>
        <w:t>f 18584/16970/15369 18583/16969/15368 18585/16971/15370</w:t>
        <w:br/>
        <w:t>f 18586/16972/15371 18584/16970/15369 18585/16971/15370</w:t>
        <w:br/>
        <w:t>f 18514/16901/15300 18586/16972/15371 18585/16971/15370</w:t>
        <w:br/>
        <w:t>f 18587/16973/15372 18514/16901/15300 18585/16971/15370</w:t>
        <w:br/>
        <w:t>f 18513/16902/15301 18514/16901/15300 18587/16973/15372</w:t>
        <w:br/>
        <w:t>f 18588/16974/15373 18513/16902/15301 18587/16973/15372</w:t>
        <w:br/>
        <w:t>f 18513/16902/15301 18507/16892/15291 18530/16916/15315</w:t>
        <w:br/>
        <w:t>f 18537/16924/15323 18513/16902/15301 18530/16916/15315</w:t>
        <w:br/>
        <w:t>f 18590/16975/15374 18589/16976/15375 18537/16924/15323</w:t>
        <w:br/>
        <w:t>f 18530/16916/15315 18590/16975/15374 18537/16924/15323</w:t>
        <w:br/>
        <w:t>f 18527/16912/15311 18592/16977/15376 18591/16978/15377</w:t>
        <w:br/>
        <w:t>f 18526/16913/15312 18527/16912/15311 18591/16978/15377</w:t>
        <w:br/>
        <w:t>f 18515/16900/15299 18593/16979/15378 18586/16972/15371</w:t>
        <w:br/>
        <w:t>f 18514/16901/15300 18515/16900/15299 18586/16972/15371</w:t>
        <w:br/>
        <w:t>f 18594/16980/15379 18538/16923/15322 18537/16924/15323</w:t>
        <w:br/>
        <w:t>f 18589/16976/15375 18594/16980/15379 18537/16924/15323</w:t>
        <w:br/>
        <w:t>f 18595/16981/15380 18582/16968/15367 18584/16970/15369</w:t>
        <w:br/>
        <w:t>f 18596/16982/15381 18595/16981/15380 18584/16970/15369</w:t>
        <w:br/>
        <w:t>f 18571/16960/15359 18572/16959/15358 18598/16983/15382</w:t>
        <w:br/>
        <w:t>f 18597/16984/15383 18571/16960/15359 18598/16983/15382</w:t>
        <w:br/>
        <w:t>f 18582/16968/15367 18595/16981/15380 18599/16985/15384</w:t>
        <w:br/>
        <w:t>f 18581/16965/15364 18582/16968/15367 18599/16985/15384</w:t>
        <w:br/>
        <w:t>f 18596/16982/15381 18584/16970/15369 18586/16972/15371</w:t>
        <w:br/>
        <w:t>f 18593/16979/15378 18596/16982/15381 18586/16972/15371</w:t>
        <w:br/>
        <w:t>f 18577/16962/15361 18601/16986/15385 18600/16987/15386</w:t>
        <w:br/>
        <w:t>f 18576/16963/15362 18577/16962/15361 18600/16987/15386</w:t>
        <w:br/>
        <w:t>f 18530/16916/15315 18529/16915/15314 18539/16926/15325</w:t>
        <w:br/>
        <w:t>f 18540/16925/15324 18530/16916/15315 18539/16926/15325</w:t>
        <w:br/>
        <w:t>f 18529/16915/15314 18533/16919/15318 18541/16927/15326</w:t>
        <w:br/>
        <w:t>f 18539/16926/15325 18529/16915/15314 18541/16927/15326</w:t>
        <w:br/>
        <w:t>f 18533/16919/15318 18535/16921/15320 18542/16928/15327</w:t>
        <w:br/>
        <w:t>f 18541/16927/15326 18533/16919/15318 18542/16928/15327</w:t>
        <w:br/>
        <w:t>f 18566/16952/15351 18559/16946/15345 18560/16945/15344</w:t>
        <w:br/>
        <w:t>f 18565/16949/15348 18566/16952/15351 18560/16945/15344</w:t>
        <w:br/>
        <w:t>f 18567/16954/15353 18561/16947/15346 18559/16946/15345</w:t>
        <w:br/>
        <w:t>f 18566/16952/15351 18567/16954/15353 18559/16946/15345</w:t>
        <w:br/>
        <w:t>f 18561/16947/15346 18567/16954/15353 18570/16956/15355</w:t>
        <w:br/>
        <w:t>f 18562/16948/15347 18561/16947/15346 18570/16956/15355</w:t>
        <w:br/>
        <w:t>f 18581/16965/15364 18577/16962/15361 18578/16961/15360</w:t>
        <w:br/>
        <w:t>f 18580/16966/15365 18581/16965/15364 18578/16961/15360</w:t>
        <w:br/>
        <w:t>f 18592/16977/15376 18527/16912/15311 18589/16976/15375</w:t>
        <w:br/>
        <w:t>f 18590/16975/15374 18592/16977/15376 18589/16976/15375</w:t>
        <w:br/>
        <w:t>f 18527/16912/15311 18528/16911/15310 18594/16980/15379</w:t>
        <w:br/>
        <w:t>f 18589/16976/15375 18527/16912/15311 18594/16980/15379</w:t>
        <w:br/>
        <w:t>f 18581/16965/15364 18599/16985/15384 18601/16986/15385</w:t>
        <w:br/>
        <w:t>f 18577/16962/15361 18581/16965/15364 18601/16986/15385</w:t>
        <w:br/>
        <w:t>f 18604/16988/15387 18603/16989/15388 18602/16990/15388</w:t>
        <w:br/>
        <w:t>f 18605/16991/15387 18604/16988/15387 18602/16990/15388</w:t>
        <w:br/>
        <w:t>f 18605/16991/15387 18607/16992/15389 18606/16993/15389</w:t>
        <w:br/>
        <w:t>f 18604/16988/15387 18605/16991/15387 18606/16993/15389</w:t>
        <w:br/>
        <w:t>f 18607/16992/15389 18609/16994/15390 18608/16995/15390</w:t>
        <w:br/>
        <w:t>f 18606/16993/15389 18607/16992/15389 18608/16995/15390</w:t>
        <w:br/>
        <w:t>f 18610/16996/15391 18608/16995/15390 18609/16994/15390</w:t>
        <w:br/>
        <w:t>f 18611/16997/15392 18610/16996/15391 18609/16994/15390</w:t>
        <w:br/>
        <w:t>f 18612/16998/15393 18610/16996/15391 18511/16898/15297</w:t>
        <w:br/>
        <w:t>f 18613/16999/15393 18612/16998/15393 18511/16898/15297</w:t>
        <w:br/>
        <w:t>f 18614/17000/15394 18612/16998/15393 18613/16999/15393</w:t>
        <w:br/>
        <w:t>f 18615/17001/15395 18614/17000/15394 18613/16999/15393</w:t>
        <w:br/>
        <w:t>f 18615/17001/15395 18617/17002/15396 18616/17003/15396</w:t>
        <w:br/>
        <w:t>f 18614/17000/15394 18615/17001/15395 18616/17003/15396</w:t>
        <w:br/>
        <w:t>f 18617/17002/15396 18550/16935/15334 18618/17004/15397</w:t>
        <w:br/>
        <w:t>f 18616/17003/15396 18617/17002/15396 18618/17004/15397</w:t>
        <w:br/>
        <w:t>f 18562/16948/15347 18619/17005/15398 18618/17004/15397</w:t>
        <w:br/>
        <w:t>f 18550/16935/15334 18562/16948/15347 18618/17004/15397</w:t>
        <w:br/>
        <w:t>f 18570/16956/15355 18620/17006/15399 18619/17005/15398</w:t>
        <w:br/>
        <w:t>f 18562/16948/15347 18570/16956/15355 18619/17005/15398</w:t>
        <w:br/>
        <w:t>f 18569/16955/15354 18621/17007/15400 18620/17006/15399</w:t>
        <w:br/>
        <w:t>f 18570/16956/15355 18569/16955/15354 18620/17006/15399</w:t>
        <w:br/>
        <w:t>f 18558/16943/15342 18623/17008/15401 18622/17009/15402</w:t>
        <w:br/>
        <w:t>f 18557/16944/15343 18558/16943/15342 18622/17009/15402</w:t>
        <w:br/>
        <w:t>f 18627/17010/15403 18626/17011/15404 18625/17012/15405</w:t>
        <w:br/>
        <w:t>f 18624/17013/15406 18627/17010/15403 18625/17012/15405</w:t>
        <w:br/>
        <w:t>f 18631/17014/15407 18630/17015/15408 18629/17016/15409</w:t>
        <w:br/>
        <w:t>f 18628/17017/15410 18631/17014/15407 18629/17016/15409</w:t>
        <w:br/>
        <w:t>f 18633/17018/15411 18631/17014/15407 18628/17017/15410</w:t>
        <w:br/>
        <w:t>f 18632/17019/15412 18633/17018/15411 18628/17017/15410</w:t>
        <w:br/>
        <w:t>f 18633/17018/15411 18632/17019/15412 18635/17020/15413</w:t>
        <w:br/>
        <w:t>f 18634/17021/15414 18633/17018/15411 18635/17020/15413</w:t>
        <w:br/>
        <w:t>f 18638/17022/15415 18637/17023/15416 18636/17024/15417</w:t>
        <w:br/>
        <w:t>f 18639/17025/15418 18638/17022/15415 18636/17024/15417</w:t>
        <w:br/>
        <w:t>f 18641/17026/15419 18639/17025/15418 18636/17024/15417</w:t>
        <w:br/>
        <w:t>f 18640/17027/15420 18641/17026/15419 18636/17024/15417</w:t>
        <w:br/>
        <w:t>f 18643/17028/15421 18641/17026/15419 18640/17027/15420</w:t>
        <w:br/>
        <w:t>f 18642/17029/15422 18643/17028/15421 18640/17027/15420</w:t>
        <w:br/>
        <w:t>f 18645/17030/15423 18643/17028/15421 18642/17029/15422</w:t>
        <w:br/>
        <w:t>f 18644/17031/15424 18645/17030/15423 18642/17029/15422</w:t>
        <w:br/>
        <w:t>f 18649/17032/15425 18648/17033/15423 18647/17034/15426</w:t>
        <w:br/>
        <w:t>f 18646/17035/15427 18649/17032/15425 18647/17034/15426</w:t>
        <w:br/>
        <w:t>f 18649/17032/15425 18646/17035/15427 18650/17036/15428</w:t>
        <w:br/>
        <w:t>f 18651/17037/15429 18649/17032/15425 18650/17036/15428</w:t>
        <w:br/>
        <w:t>f 18651/17037/15429 18650/17036/15428 18652/17038/15430</w:t>
        <w:br/>
        <w:t>f 18653/17039/15431 18651/17037/15429 18652/17038/15430</w:t>
        <w:br/>
        <w:t>f 18653/17039/15431 18652/17038/15430 18654/17040/15432</w:t>
        <w:br/>
        <w:t>f 18655/17041/15433 18653/17039/15431 18654/17040/15432</w:t>
        <w:br/>
        <w:t>f 18659/17042/15434 18658/17043/15435 18657/17044/15436</w:t>
        <w:br/>
        <w:t>f 18656/17045/15437 18659/17042/15434 18657/17044/15436</w:t>
        <w:br/>
        <w:t>f 18661/17046/15438 18659/17042/15434 18656/17045/15437</w:t>
        <w:br/>
        <w:t>f 18660/17047/15439 18661/17046/15438 18656/17045/15437</w:t>
        <w:br/>
        <w:t>f 18661/17046/15438 18660/17047/15439 18662/17048/15440</w:t>
        <w:br/>
        <w:t>f 18663/17049/15441 18661/17046/15438 18662/17048/15440</w:t>
        <w:br/>
        <w:t>f 18663/17049/15441 18662/17048/15440 18664/17050/15442</w:t>
        <w:br/>
        <w:t>f 18665/17051/15442 18663/17049/15441 18664/17050/15442</w:t>
        <w:br/>
        <w:t>f 18669/17052/15443 18668/17053/15444 18667/17054/15442</w:t>
        <w:br/>
        <w:t>f 18666/17055/15445 18669/17052/15443 18667/17054/15442</w:t>
        <w:br/>
        <w:t>f 18671/17056/15446 18669/17052/15443 18666/17055/15445</w:t>
        <w:br/>
        <w:t>f 18670/17057/15446 18671/17056/15446 18666/17055/15445</w:t>
        <w:br/>
        <w:t>f 18671/17056/15446 18670/17057/15446 18672/17058/15447</w:t>
        <w:br/>
        <w:t>f 18673/17059/15448 18671/17056/15446 18672/17058/15447</w:t>
        <w:br/>
        <w:t>f 18673/17059/15448 18672/17058/15447 18674/17060/15436</w:t>
        <w:br/>
        <w:t>f 18675/17061/15435 18673/17059/15448 18674/17060/15436</w:t>
        <w:br/>
        <w:t>f 18677/17062/15449 18676/17063/15450 18659/17042/15434</w:t>
        <w:br/>
        <w:t>f 18678/17064/15451 18677/17062/15449 18659/17042/15434</w:t>
        <w:br/>
        <w:t>f 18679/17065/15452 18678/17064/15451 18659/17042/15434</w:t>
        <w:br/>
        <w:t>f 18661/17046/15438 18679/17065/15452 18659/17042/15434</w:t>
        <w:br/>
        <w:t>f 18680/17066/15453 18679/17065/15452 18661/17046/15438</w:t>
        <w:br/>
        <w:t>f 18663/17049/15441 18680/17066/15453 18661/17046/15438</w:t>
        <w:br/>
        <w:t>f 18682/17067/15454 18680/17066/15453 18663/17049/15441</w:t>
        <w:br/>
        <w:t>f 18681/17068/15455 18682/17067/15454 18663/17049/15441</w:t>
        <w:br/>
        <w:t>f 18686/17069/15456 18685/17070/15457 18684/17071/15458</w:t>
        <w:br/>
        <w:t>f 18683/17072/15459 18686/17069/15456 18684/17071/15458</w:t>
        <w:br/>
        <w:t>f 18688/17073/15460 18686/17069/15456 18683/17072/15459</w:t>
        <w:br/>
        <w:t>f 18687/17074/15461 18688/17073/15460 18683/17072/15459</w:t>
        <w:br/>
        <w:t>f 18688/17073/15460 18687/17074/15461 18689/17075/15462</w:t>
        <w:br/>
        <w:t>f 18690/17076/15463 18688/17073/15460 18689/17075/15462</w:t>
        <w:br/>
        <w:t>f 18690/17076/15463 18689/17075/15462 18691/17077/15464</w:t>
        <w:br/>
        <w:t>f 18692/17078/15465 18690/17076/15463 18691/17077/15464</w:t>
        <w:br/>
        <w:t>f 18694/17079/15466 18677/17062/15449 18678/17064/15451</w:t>
        <w:br/>
        <w:t>f 18693/17080/15467 18694/17079/15466 18678/17064/15451</w:t>
        <w:br/>
        <w:t>f 18693/17080/15467 18678/17064/15451 18679/17065/15452</w:t>
        <w:br/>
        <w:t>f 18695/17081/15468 18693/17080/15467 18679/17065/15452</w:t>
        <w:br/>
        <w:t>f 18679/17065/15452 18680/17066/15453 18696/17082/15469</w:t>
        <w:br/>
        <w:t>f 18695/17081/15468 18679/17065/15452 18696/17082/15469</w:t>
        <w:br/>
        <w:t>f 18680/17066/15453 18682/17067/15454 18697/17083/15470</w:t>
        <w:br/>
        <w:t>f 18696/17082/15469 18680/17066/15453 18697/17083/15470</w:t>
        <w:br/>
        <w:t>f 18699/17084/15471 18685/17070/15457 18686/17069/15456</w:t>
        <w:br/>
        <w:t>f 18698/17085/15472 18699/17084/15471 18686/17069/15456</w:t>
        <w:br/>
        <w:t>f 18698/17085/15472 18686/17069/15456 18688/17073/15460</w:t>
        <w:br/>
        <w:t>f 18700/17086/15473 18698/17085/15472 18688/17073/15460</w:t>
        <w:br/>
        <w:t>f 18688/17073/15460 18690/17076/15463 18701/17087/15474</w:t>
        <w:br/>
        <w:t>f 18700/17086/15473 18688/17073/15460 18701/17087/15474</w:t>
        <w:br/>
        <w:t>f 18702/17088/15466 18701/17087/15474 18690/17076/15463</w:t>
        <w:br/>
        <w:t>f 18692/17078/15465 18702/17088/15466 18690/17076/15463</w:t>
        <w:br/>
        <w:t>f 18693/17080/15467 18703/17089/15475 18694/17079/15466</w:t>
        <w:br/>
        <w:t>f 18695/17081/15468 18703/17089/15475 18693/17080/15467</w:t>
        <w:br/>
        <w:t>f 18696/17082/15469 18703/17089/15475 18695/17081/15468</w:t>
        <w:br/>
        <w:t>f 18697/17083/15470 18703/17089/15475 18696/17082/15469</w:t>
        <w:br/>
        <w:t>f 18698/17085/15472 18704/17090/15475 18699/17084/15471</w:t>
        <w:br/>
        <w:t>f 18700/17086/15473 18704/17090/15475 18698/17085/15472</w:t>
        <w:br/>
        <w:t>f 18701/17087/15474 18704/17090/15475 18700/17086/15473</w:t>
        <w:br/>
        <w:t>f 18702/17088/15466 18704/17090/15475 18701/17087/15474</w:t>
        <w:br/>
        <w:t>f 18707/17091/15476 18706/17092/15477 18705/17093/15478</w:t>
        <w:br/>
        <w:t>f 18624/17013/15406 18707/17091/15476 18705/17093/15478</w:t>
        <w:br/>
        <w:t>f 18707/17091/15476 18709/17094/15479 18708/17095/15480</w:t>
        <w:br/>
        <w:t>f 18706/17092/15477 18707/17091/15476 18708/17095/15480</w:t>
        <w:br/>
        <w:t>f 18709/17094/15479 18711/17096/15481 18710/17097/15482</w:t>
        <w:br/>
        <w:t>f 18708/17095/15480 18709/17094/15479 18710/17097/15482</w:t>
        <w:br/>
        <w:t>f 18714/17098/15483 18630/17015/15408 18713/17099/15484</w:t>
        <w:br/>
        <w:t>f 18712/17100/15485 18714/17098/15483 18713/17099/15484</w:t>
        <w:br/>
        <w:t>f 18715/17101/15486 18638/17022/15415 18639/17025/15418</w:t>
        <w:br/>
        <w:t>f 18716/17102/15487 18715/17101/15486 18639/17025/15418</w:t>
        <w:br/>
        <w:t>f 18717/17103/15488 18716/17102/15487 18639/17025/15418</w:t>
        <w:br/>
        <w:t>f 18641/17026/15419 18717/17103/15488 18639/17025/15418</w:t>
        <w:br/>
        <w:t>f 18718/17104/15489 18717/17103/15488 18641/17026/15419</w:t>
        <w:br/>
        <w:t>f 18643/17028/15421 18718/17104/15489 18641/17026/15419</w:t>
        <w:br/>
        <w:t>f 18719/17105/15490 18718/17104/15489 18643/17028/15421</w:t>
        <w:br/>
        <w:t>f 18645/17030/15423 18719/17105/15490 18643/17028/15421</w:t>
        <w:br/>
        <w:t>f 18721/17106/15491 18720/17107/15492 18648/17033/15423</w:t>
        <w:br/>
        <w:t>f 18649/17032/15425 18721/17106/15491 18648/17033/15423</w:t>
        <w:br/>
        <w:t>f 18721/17106/15491 18649/17032/15425 18651/17037/15429</w:t>
        <w:br/>
        <w:t>f 18722/17108/15493 18721/17106/15491 18651/17037/15429</w:t>
        <w:br/>
        <w:t>f 18722/17108/15493 18651/17037/15429 18653/17039/15431</w:t>
        <w:br/>
        <w:t>f 18723/17109/15494 18722/17108/15493 18653/17039/15431</w:t>
        <w:br/>
        <w:t>f 18723/17109/15494 18653/17039/15431 18655/17041/15433</w:t>
        <w:br/>
        <w:t>f 18724/17110/15495 18723/17109/15494 18655/17041/15433</w:t>
        <w:br/>
        <w:t>f 18657/17044/15436 18715/17101/15486 18716/17102/15487</w:t>
        <w:br/>
        <w:t>f 18656/17045/15437 18657/17044/15436 18716/17102/15487</w:t>
        <w:br/>
        <w:t>f 18660/17047/15439 18656/17045/15437 18716/17102/15487</w:t>
        <w:br/>
        <w:t>f 18717/17103/15488 18660/17047/15439 18716/17102/15487</w:t>
        <w:br/>
        <w:t>f 18717/17103/15488 18718/17104/15489 18662/17048/15440</w:t>
        <w:br/>
        <w:t>f 18660/17047/15439 18717/17103/15488 18662/17048/15440</w:t>
        <w:br/>
        <w:t>f 18718/17104/15489 18719/17105/15490 18725/17111/15496</w:t>
        <w:br/>
        <w:t>f 18662/17048/15440 18718/17104/15489 18725/17111/15496</w:t>
        <w:br/>
        <w:t>f 18720/17107/15492 18721/17106/15491 18727/17112/15497</w:t>
        <w:br/>
        <w:t>f 18726/17113/15498 18720/17107/15492 18727/17112/15497</w:t>
        <w:br/>
        <w:t>f 18722/17108/15493 18728/17114/15499 18727/17112/15497</w:t>
        <w:br/>
        <w:t>f 18721/17106/15491 18722/17108/15493 18727/17112/15497</w:t>
        <w:br/>
        <w:t>f 18728/17114/15499 18722/17108/15493 18723/17109/15494</w:t>
        <w:br/>
        <w:t>f 18729/17115/15500 18728/17114/15499 18723/17109/15494</w:t>
        <w:br/>
        <w:t>f 18729/17115/15500 18723/17109/15494 18724/17110/15495</w:t>
        <w:br/>
        <w:t>f 18730/17116/15501 18729/17115/15500 18724/17110/15495</w:t>
        <w:br/>
        <w:t>f 18636/17024/15417 18637/17023/15416 18731/17117/15502</w:t>
        <w:br/>
        <w:t>f 18705/17093/15478 18636/17024/15417 18731/17117/15502</w:t>
        <w:br/>
        <w:t>f 18646/17035/15427 18713/17099/15484 18732/17118/15503</w:t>
        <w:br/>
        <w:t>f 18650/17036/15428 18646/17035/15427 18732/17118/15503</w:t>
        <w:br/>
        <w:t>f 18733/17119/15504 18652/17038/15430 18650/17036/15428</w:t>
        <w:br/>
        <w:t>f 18732/17118/15503 18733/17119/15504 18650/17036/15428</w:t>
        <w:br/>
        <w:t>f 18734/17120/15505 18654/17040/15432 18652/17038/15430</w:t>
        <w:br/>
        <w:t>f 18733/17119/15504 18734/17120/15505 18652/17038/15430</w:t>
        <w:br/>
        <w:t>f 18564/16950/15349 18552/16939/15338 18553/16938/15337</w:t>
        <w:br/>
        <w:t>f 18563/16951/15350 18564/16950/15349 18553/16938/15337</w:t>
        <w:br/>
        <w:t>f 18555/16942/15341 18568/16953/15352 18563/16951/15350</w:t>
        <w:br/>
        <w:t>f 18553/16938/15337 18555/16942/15341 18563/16951/15350</w:t>
        <w:br/>
        <w:t>f 18555/16942/15341 18557/16944/15343 18569/16955/15354</w:t>
        <w:br/>
        <w:t>f 18568/16953/15352 18555/16942/15341 18569/16955/15354</w:t>
        <w:br/>
        <w:t>f 18576/16963/15362 18572/16959/15358 18573/16958/15357</w:t>
        <w:br/>
        <w:t>f 18575/16964/15363 18576/16963/15362 18573/16958/15357</w:t>
        <w:br/>
        <w:t>f 18600/16987/15386 18598/16983/15382 18572/16959/15358</w:t>
        <w:br/>
        <w:t>f 18576/16963/15362 18600/16987/15386 18572/16959/15358</w:t>
        <w:br/>
        <w:t>f 18557/16944/15343 18622/17009/15402 18621/17007/15400</w:t>
        <w:br/>
        <w:t>f 18569/16955/15354 18557/16944/15343 18621/17007/15400</w:t>
        <w:br/>
        <w:t>f 18624/17013/15406 18625/17012/15405 18735/17121/15506</w:t>
        <w:br/>
        <w:t>f 18707/17091/15476 18624/17013/15406 18735/17121/15506</w:t>
        <w:br/>
        <w:t>f 18707/17091/15476 18735/17121/15506 18736/17122/15507</w:t>
        <w:br/>
        <w:t>f 18709/17094/15479 18707/17091/15476 18736/17122/15507</w:t>
        <w:br/>
        <w:t>f 18736/17122/15507 18737/17123/15508 18711/17096/15481</w:t>
        <w:br/>
        <w:t>f 18709/17094/15479 18736/17122/15507 18711/17096/15481</w:t>
        <w:br/>
        <w:t>f 18738/17124/15509 18629/17016/15409 18630/17015/15408</w:t>
        <w:br/>
        <w:t>f 18714/17098/15483 18738/17124/15509 18630/17015/15408</w:t>
        <w:br/>
        <w:t>f 18705/17093/15478 18706/17092/15477 18640/17027/15420</w:t>
        <w:br/>
        <w:t>f 18636/17024/15417 18705/17093/15478 18640/17027/15420</w:t>
        <w:br/>
        <w:t>f 18706/17092/15477 18708/17095/15480 18642/17029/15422</w:t>
        <w:br/>
        <w:t>f 18640/17027/15420 18706/17092/15477 18642/17029/15422</w:t>
        <w:br/>
        <w:t>f 18708/17095/15480 18710/17097/15482 18644/17031/15424</w:t>
        <w:br/>
        <w:t>f 18642/17029/15422 18708/17095/15480 18644/17031/15424</w:t>
        <w:br/>
        <w:t>f 18713/17099/15484 18646/17035/15427 18647/17034/15426</w:t>
        <w:br/>
        <w:t>f 18712/17100/15485 18713/17099/15484 18647/17034/15426</w:t>
        <w:br/>
        <w:t>f 18624/17013/15406 18705/17093/15478 18731/17117/15502</w:t>
        <w:br/>
        <w:t>f 18627/17010/15403 18624/17013/15406 18731/17117/15502</w:t>
        <w:br/>
        <w:t>f 18732/17118/15503 18713/17099/15484 18630/17015/15408</w:t>
        <w:br/>
        <w:t>f 18631/17014/15407 18732/17118/15503 18630/17015/15408</w:t>
        <w:br/>
        <w:t>f 18633/17018/15411 18733/17119/15504 18732/17118/15503</w:t>
        <w:br/>
        <w:t>f 18631/17014/15407 18633/17018/15411 18732/17118/15503</w:t>
        <w:br/>
        <w:t>f 18634/17021/15414 18734/17120/15505 18733/17119/15504</w:t>
        <w:br/>
        <w:t>f 18633/17018/15411 18634/17021/15414 18733/17119/15504</w:t>
        <w:br/>
        <w:t>f 18739/17125/15510 18065/16453/14880 18066/16452/14879</w:t>
        <w:br/>
        <w:t>f 18740/17126/15511 18739/17125/15510 18066/16452/14879</w:t>
        <w:br/>
        <w:t>f 18740/17126/15511 18066/16452/14879 18069/16456/14883</w:t>
        <w:br/>
        <w:t>f 18741/17127/15512 18740/17126/15511 18069/16456/14883</w:t>
        <w:br/>
        <w:t>f 18071/16458/14885 18742/17128/15513 18741/17127/15512</w:t>
        <w:br/>
        <w:t>f 18069/16456/14883 18071/16458/14885 18741/17127/15512</w:t>
        <w:br/>
        <w:t>f 18743/17129/15514 18739/17125/15510 18740/17126/15511</w:t>
        <w:br/>
        <w:t>f 18744/17130/15515 18743/17129/15514 18740/17126/15511</w:t>
        <w:br/>
        <w:t>f 18744/17130/15515 18740/17126/15511 18741/17127/15512</w:t>
        <w:br/>
        <w:t>f 18745/17131/15516 18744/17130/15515 18741/17127/15512</w:t>
        <w:br/>
        <w:t>f 18742/17128/15513 18746/17132/15517 18745/17131/15516</w:t>
        <w:br/>
        <w:t>f 18741/17127/15512 18742/17128/15513 18745/17131/15516</w:t>
        <w:br/>
        <w:t>f 18747/17133/15518 18743/17129/15514 18744/17130/15515</w:t>
        <w:br/>
        <w:t>f 18748/17134/15519 18747/17133/15518 18744/17130/15515</w:t>
        <w:br/>
        <w:t>f 18745/17131/15516 18749/17135/15520 18748/17134/15519</w:t>
        <w:br/>
        <w:t>f 18744/17130/15515 18745/17131/15516 18748/17134/15519</w:t>
        <w:br/>
        <w:t>f 18746/17132/15517 18750/17136/15521 18749/17135/15520</w:t>
        <w:br/>
        <w:t>f 18745/17131/15516 18746/17132/15517 18749/17135/15520</w:t>
        <w:br/>
        <w:t>f 18093/16479/14906 18752/17137/15522 18751/17138/15523</w:t>
        <w:br/>
        <w:t>f 18094/16480/14907 18093/16479/14906 18751/17138/15523</w:t>
        <w:br/>
        <w:t>f 18751/17138/15523 18753/17139/15524 18095/16481/14908</w:t>
        <w:br/>
        <w:t>f 18094/16480/14907 18751/17138/15523 18095/16481/14908</w:t>
        <w:br/>
        <w:t>f 18753/17139/15524 18754/17140/15525 18096/16482/14909</w:t>
        <w:br/>
        <w:t>f 18095/16481/14908 18753/17139/15524 18096/16482/14909</w:t>
        <w:br/>
        <w:t>f 18755/17141/15526 18049/16436/14863 18050/16435/14862</w:t>
        <w:br/>
        <w:t>f 18756/17142/15527 18755/17141/15526 18050/16435/14862</w:t>
        <w:br/>
        <w:t>f 18051/16437/14864 18757/17143/15528 18756/17142/15527</w:t>
        <w:br/>
        <w:t>f 18050/16435/14862 18051/16437/14864 18756/17142/15527</w:t>
        <w:br/>
        <w:t>f 18052/16438/14865 18758/17144/15529 18757/17143/15528</w:t>
        <w:br/>
        <w:t>f 18051/16437/14864 18052/16438/14865 18757/17143/15528</w:t>
        <w:br/>
        <w:t>f 18759/17145/15530 18021/16407/14834 18022/16408/14835</w:t>
        <w:br/>
        <w:t>f 18760/17146/15531 18759/17145/15530 18022/16408/14835</w:t>
        <w:br/>
        <w:t>f 18759/17145/15530 18761/17147/15532 18023/16409/14836</w:t>
        <w:br/>
        <w:t>f 18021/16407/14834 18759/17145/15530 18023/16409/14836</w:t>
        <w:br/>
        <w:t>f 18023/16409/14836 18761/17147/15532 18024/16410/14837</w:t>
        <w:br/>
        <w:t>f 18210/16596/15015 18223/16610/15027 18224/16609/15026</w:t>
        <w:br/>
        <w:t>f 18209/16593/15012 18210/16596/15015 18224/16609/15026</w:t>
        <w:br/>
        <w:t>f 18765/17148/15533 18764/17149/15534 18763/17150/15535</w:t>
        <w:br/>
        <w:t>f 18762/17151/15536 18765/17148/15533 18763/17150/15535</w:t>
        <w:br/>
        <w:t>f 18768/17152/15537 18767/17153/15538 18766/17154/15539</w:t>
        <w:br/>
        <w:t>f 18772/17155/15540 18771/17156/15541 18770/17157/15542</w:t>
        <w:br/>
        <w:t>f 18769/17158/15543 18772/17155/15540 18770/17157/15542</w:t>
        <w:br/>
        <w:t>f 18774/17159/15544 18765/17148/15533 18762/17151/15536</w:t>
        <w:br/>
        <w:t>f 18773/17160/15545 18774/17159/15544 18762/17151/15536</w:t>
        <w:br/>
        <w:t>f 18777/17161/15546 18776/17162/15547 18775/17163/15548</w:t>
        <w:br/>
        <w:t>f 18767/17153/15538 18777/17161/15546 18775/17163/15548</w:t>
        <w:br/>
        <w:t>f 18781/17164/15549 18780/17165/15550 18779/17166/15551</w:t>
        <w:br/>
        <w:t>f 18778/17167/15552 18781/17164/15549 18779/17166/15551</w:t>
        <w:br/>
        <w:t>f 18784/17168/15553 18783/17169/15554 18777/17161/15546</w:t>
        <w:br/>
        <w:t>f 18782/17170/15555 18784/17168/15553 18777/17161/15546</w:t>
        <w:br/>
        <w:t>f 18787/17171/15556 18786/17172/15557 18785/17173/15558</w:t>
        <w:br/>
        <w:t>f 18766/17154/15539 18774/17159/15544 18788/17174/15559</w:t>
        <w:br/>
        <w:t>f 18791/17175/15560 18790/17176/15561 18789/17177/15562</w:t>
        <w:br/>
        <w:t>f 18794/17178/15563 18793/17179/15564 18792/17180/15565</w:t>
        <w:br/>
        <w:t>f 18795/17181/15566 18764/17149/15534 18765/17148/15533</w:t>
        <w:br/>
        <w:t>f 18796/17182/15567 18795/17181/15566 18765/17148/15533</w:t>
        <w:br/>
        <w:t>f 18798/17183/15568 18797/17184/15569 18786/17172/15557</w:t>
        <w:br/>
        <w:t>f 18787/17171/15556 18798/17183/15568 18786/17172/15557</w:t>
        <w:br/>
        <w:t>f 18800/17185/15570 18799/17186/15571 18771/17156/15541</w:t>
        <w:br/>
        <w:t>f 18772/17155/15540 18800/17185/15570 18771/17156/15541</w:t>
        <w:br/>
        <w:t>f 18771/17156/15541 18802/17187/15572 18801/17188/15573</w:t>
        <w:br/>
        <w:t>f 18770/17157/15542 18771/17156/15541 18801/17188/15573</w:t>
        <w:br/>
        <w:t>f 18775/17163/15548 18770/17157/15542 18801/17188/15573</w:t>
        <w:br/>
        <w:t>f 18803/17189/15574 18775/17163/15548 18801/17188/15573</w:t>
        <w:br/>
        <w:t>f 18767/17153/15538 18775/17163/15548 18803/17189/15574</w:t>
        <w:br/>
        <w:t>f 18804/17190/15575 18767/17153/15538 18803/17189/15574</w:t>
        <w:br/>
        <w:t>f 18766/17154/15539 18767/17153/15538 18804/17190/15575</w:t>
        <w:br/>
        <w:t>f 18805/17191/15576 18766/17154/15539 18804/17190/15575</w:t>
        <w:br/>
        <w:t>f 18774/17159/15544 18766/17154/15539 18805/17191/15576</w:t>
        <w:br/>
        <w:t>f 18806/17192/15577 18774/17159/15544 18805/17191/15576</w:t>
        <w:br/>
        <w:t>f 18774/17159/15544 18806/17192/15577 18796/17182/15567</w:t>
        <w:br/>
        <w:t>f 18765/17148/15533 18774/17159/15544 18796/17182/15567</w:t>
        <w:br/>
        <w:t>f 18762/17151/15536 18763/17150/15535 18790/17176/15561</w:t>
        <w:br/>
        <w:t>f 18791/17175/15560 18762/17151/15536 18790/17176/15561</w:t>
        <w:br/>
        <w:t>f 18791/17175/15560 18773/17160/15545 18762/17151/15536</w:t>
        <w:br/>
        <w:t>f 18809/17193/15578 18808/17194/15579 18807/17195/15580</w:t>
        <w:br/>
        <w:t>f 18768/17152/15537 18809/17193/15578 18807/17195/15580</w:t>
        <w:br/>
        <w:t>f 18811/17196/15581 18768/17152/15537 18807/17195/15580</w:t>
        <w:br/>
        <w:t>f 18810/17197/15582 18811/17196/15581 18807/17195/15580</w:t>
        <w:br/>
        <w:t>f 18779/17166/15551 18811/17196/15581 18810/17197/15582</w:t>
        <w:br/>
        <w:t>f 18792/17180/15565 18779/17166/15551 18810/17197/15582</w:t>
        <w:br/>
        <w:t>f 18779/17166/15551 18792/17180/15565 18793/17179/15564</w:t>
        <w:br/>
        <w:t>f 18778/17167/15552 18779/17166/15551 18793/17179/15564</w:t>
        <w:br/>
        <w:t>f 18813/17198/15583 18812/17199/15584 18776/17162/15547</w:t>
        <w:br/>
        <w:t>f 18777/17161/15546 18813/17198/15583 18776/17162/15547</w:t>
        <w:br/>
        <w:t>f 18812/17199/15584 18785/17173/15558 18769/17158/15543</w:t>
        <w:br/>
        <w:t>f 18776/17162/15547 18812/17199/15584 18769/17158/15543</w:t>
        <w:br/>
        <w:t>f 18814/17200/15585 18811/17196/15581 18779/17166/15551</w:t>
        <w:br/>
        <w:t>f 18780/17165/15550 18814/17200/15585 18779/17166/15551</w:t>
        <w:br/>
        <w:t>f 18814/17200/15585 18784/17168/15553 18782/17170/15555</w:t>
        <w:br/>
        <w:t>f 18811/17196/15581 18814/17200/15585 18782/17170/15555</w:t>
        <w:br/>
        <w:t>f 18783/17169/15554 18813/17198/15583 18777/17161/15546</w:t>
        <w:br/>
        <w:t>f 18815/17201/15586 18786/17172/15557 18797/17184/15569</w:t>
        <w:br/>
        <w:t>f 18816/17202/15587 18815/17201/15586 18797/17184/15569</w:t>
        <w:br/>
        <w:t>f 18776/17162/15547 18769/17158/15543 18770/17157/15542</w:t>
        <w:br/>
        <w:t>f 18775/17163/15548 18776/17162/15547 18770/17157/15542</w:t>
        <w:br/>
        <w:t>f 18819/17203/15588 18818/17204/15588 18817/17205/15588</w:t>
        <w:br/>
        <w:t>f 18823/17206/15589 18822/17207/15589 18821/17208/15589</w:t>
        <w:br/>
        <w:t>f 18820/17209/15589 18823/17206/15589 18821/17208/15589</w:t>
        <w:br/>
        <w:t>f 18827/17210/15590 18826/17211/15591 18825/17212/15590</w:t>
        <w:br/>
        <w:t>f 18824/17213/15590 18827/17210/15590 18825/17212/15590</w:t>
        <w:br/>
        <w:t>f 18830/17214/15592 18829/17215/15592 18828/17216/15593</w:t>
        <w:br/>
        <w:t>f 18831/17217/15593 18830/17214/15592 18828/17216/15593</w:t>
        <w:br/>
        <w:t>f 18833/17218/15594 18832/17219/15594 18829/17215/15592</w:t>
        <w:br/>
        <w:t>f 18830/17214/15592 18833/17218/15594 18829/17215/15592</w:t>
        <w:br/>
        <w:t>f 18772/17155/15540 18815/17201/15586 18816/17202/15587</w:t>
        <w:br/>
        <w:t>f 18800/17185/15570 18772/17155/15540 18816/17202/15587</w:t>
        <w:br/>
        <w:t>f 18836/17220/15595 18835/17221/15596 18834/17222/15597</w:t>
        <w:br/>
        <w:t>f 18840/17223/15598 18839/17224/15599 18838/17225/15600</w:t>
        <w:br/>
        <w:t>f 18837/17226/15601 18840/17223/15598 18838/17225/15600</w:t>
        <w:br/>
        <w:t>f 18843/17227/15602 18842/17228/15603 18841/17229/15604</w:t>
        <w:br/>
        <w:t>f 18834/17222/15597 18835/17221/15596 18845/17230/15605</w:t>
        <w:br/>
        <w:t>f 18844/17231/15606 18834/17222/15597 18845/17230/15605</w:t>
        <w:br/>
        <w:t>f 18781/17164/15549 18848/17232/15607 18847/17233/15608</w:t>
        <w:br/>
        <w:t>f 18846/17234/15609 18781/17164/15549 18847/17233/15608</w:t>
        <w:br/>
        <w:t>f 18851/17235/15610 18850/17236/15611 18834/17222/15597</w:t>
        <w:br/>
        <w:t>f 18849/17237/15612 18851/17235/15610 18834/17222/15597</w:t>
        <w:br/>
        <w:t>f 18854/17238/15613 18853/17239/15614 18852/17240/15615</w:t>
        <w:br/>
        <w:t>f 18841/17229/15604 18842/17228/15603 18855/17241/15616</w:t>
        <w:br/>
        <w:t>f 18836/17220/15595 18841/17229/15604 18855/17241/15616</w:t>
        <w:br/>
        <w:t>f 18859/17242/15617 18858/17243/15618 18857/17244/15619</w:t>
        <w:br/>
        <w:t>f 18856/17245/15575 18859/17242/15617 18857/17244/15619</w:t>
        <w:br/>
        <w:t>f 18863/17246/15571 18862/17247/15570 18861/17248/15620</w:t>
        <w:br/>
        <w:t>f 18860/17249/15621 18863/17246/15571 18861/17248/15620</w:t>
        <w:br/>
        <w:t>f 18867/17250/15622 18866/17251/15623 18865/17252/15573</w:t>
        <w:br/>
        <w:t>f 18864/17253/15572 18867/17250/15622 18865/17252/15573</w:t>
        <w:br/>
        <w:t>f 18791/17175/15560 18789/17177/15562 18868/17254/15624</w:t>
        <w:br/>
        <w:t>f 18808/17194/15579 18791/17175/15560 18868/17254/15624</w:t>
        <w:br/>
        <w:t>f 18872/17255/15567 18871/17256/15577 18870/17257/15625</w:t>
        <w:br/>
        <w:t>f 18869/17258/15626 18872/17255/15567 18870/17257/15625</w:t>
        <w:br/>
        <w:t>f 18874/17259/15627 18859/17242/15617 18856/17245/15575</w:t>
        <w:br/>
        <w:t>f 18873/17260/15628 18874/17259/15627 18856/17245/15575</w:t>
        <w:br/>
        <w:t>f 18794/17178/15563 18792/17180/15565 18810/17197/15582</w:t>
        <w:br/>
        <w:t>f 18875/17261/15629 18794/17178/15563 18810/17197/15582</w:t>
        <w:br/>
        <w:t>f 18876/17262/15630 18875/17261/15629 18810/17197/15582</w:t>
        <w:br/>
        <w:t>f 18807/17195/15580 18876/17262/15630 18810/17197/15582</w:t>
        <w:br/>
        <w:t>f 18866/17251/15623 18878/17263/15631 18877/17264/15574</w:t>
        <w:br/>
        <w:t>f 18865/17252/15573 18866/17251/15623 18877/17264/15574</w:t>
        <w:br/>
        <w:t>f 18876/17262/15630 18807/17195/15580 18808/17194/15579</w:t>
        <w:br/>
        <w:t>f 18868/17254/15624 18876/17262/15630 18808/17194/15579</w:t>
        <w:br/>
        <w:t>f 18858/17243/15632 18870/17257/15625 18871/17256/15577</w:t>
        <w:br/>
        <w:t>f 18879/17265/15576 18858/17243/15632 18871/17256/15577</w:t>
        <w:br/>
        <w:t>f 18854/17238/15613 18852/17240/15615 18881/17266/15633</w:t>
        <w:br/>
        <w:t>f 18880/17267/15634 18854/17238/15613 18881/17266/15633</w:t>
        <w:br/>
        <w:t>f 18883/17268/15620 18840/17223/15598 18837/17226/15601</w:t>
        <w:br/>
        <w:t>f 18882/17269/15635 18883/17268/15620 18837/17226/15601</w:t>
        <w:br/>
        <w:t>f 18885/17270/15623 18884/17271/15636 18837/17226/15601</w:t>
        <w:br/>
        <w:t>f 18838/17225/15600 18885/17270/15623 18837/17226/15601</w:t>
        <w:br/>
        <w:t>f 18886/17272/15631 18885/17270/15623 18838/17225/15600</w:t>
        <w:br/>
        <w:t>f 18845/17230/15605 18886/17272/15631 18838/17225/15600</w:t>
        <w:br/>
        <w:t>f 18835/17221/15596 18888/17273/15617 18887/17274/15627</w:t>
        <w:br/>
        <w:t>f 18845/17230/15605 18835/17221/15596 18887/17274/15627</w:t>
        <w:br/>
        <w:t>f 18890/17275/15637 18889/17276/15632 18888/17273/15617</w:t>
        <w:br/>
        <w:t>f 18835/17221/15596 18890/17275/15637 18888/17273/15617</w:t>
        <w:br/>
        <w:t>f 18892/17277/15638 18891/17278/15639 18889/17276/15618</w:t>
        <w:br/>
        <w:t>f 18855/17241/15616 18892/17277/15638 18889/17276/15618</w:t>
        <w:br/>
        <w:t>f 18893/17279/15626 18891/17278/15639 18892/17277/15638</w:t>
        <w:br/>
        <w:t>f 18894/17280/15640 18893/17279/15626 18892/17277/15638</w:t>
        <w:br/>
        <w:t>f 18868/17254/15624 18789/17177/15562 18843/17227/15602</w:t>
        <w:br/>
        <w:t>f 18841/17229/15604 18868/17254/15624 18843/17227/15602</w:t>
        <w:br/>
        <w:t>f 18876/17262/15630 18868/17254/15624 18841/17229/15604</w:t>
        <w:br/>
        <w:t>f 18836/17220/15595 18876/17262/15630 18841/17229/15604</w:t>
        <w:br/>
        <w:t>f 18895/17281/15641 18875/17261/15629 18876/17262/15630</w:t>
        <w:br/>
        <w:t>f 18836/17220/15595 18895/17281/15641 18876/17262/15630</w:t>
        <w:br/>
        <w:t>f 18847/17233/15608 18794/17178/15563 18875/17261/15629</w:t>
        <w:br/>
        <w:t>f 18895/17281/15641 18847/17233/15608 18875/17261/15629</w:t>
        <w:br/>
        <w:t>f 18793/17179/15564 18794/17178/15563 18847/17233/15608</w:t>
        <w:br/>
        <w:t>f 18778/17167/15552 18793/17179/15564 18847/17233/15608</w:t>
        <w:br/>
        <w:t>f 18897/17282/15642 18834/17222/15597 18844/17231/15606</w:t>
        <w:br/>
        <w:t>f 18896/17283/15643 18897/17282/15642 18844/17231/15606</w:t>
        <w:br/>
        <w:t>f 18839/17224/15599 18853/17239/15614 18896/17283/15643</w:t>
        <w:br/>
        <w:t>f 18844/17231/15606 18839/17224/15599 18896/17283/15643</w:t>
        <w:br/>
        <w:t>f 18847/17233/15608 18895/17281/15641 18898/17284/15644</w:t>
        <w:br/>
        <w:t>f 18846/17234/15609 18847/17233/15608 18898/17284/15644</w:t>
        <w:br/>
        <w:t>f 18898/17284/15644 18895/17281/15641 18850/17236/15611</w:t>
        <w:br/>
        <w:t>f 18851/17235/15610 18898/17284/15644 18850/17236/15611</w:t>
        <w:br/>
        <w:t>f 18834/17222/15597 18897/17282/15642 18849/17237/15612</w:t>
        <w:br/>
        <w:t>f 18901/17285/15569 18900/17286/15645 18899/17287/15646</w:t>
        <w:br/>
        <w:t>f 18902/17288/15633 18901/17285/15569 18899/17287/15646</w:t>
        <w:br/>
        <w:t>f 18902/17288/15633 18904/17289/15647 18903/17290/15587</w:t>
        <w:br/>
        <w:t>f 18901/17285/15569 18902/17288/15633 18903/17290/15587</w:t>
        <w:br/>
        <w:t>f 18906/17291/15648 18905/17292/15647 18881/17266/15633</w:t>
        <w:br/>
        <w:t>f 18852/17240/15615 18906/17291/15648 18881/17266/15633</w:t>
        <w:br/>
        <w:t>f 18844/17231/15606 18845/17230/15605 18838/17225/15600</w:t>
        <w:br/>
        <w:t>f 18839/17224/15599 18844/17231/15606 18838/17225/15600</w:t>
        <w:br/>
        <w:t>f 18910/17293/15649 18909/17294/15649 18908/17295/15649</w:t>
        <w:br/>
        <w:t>f 18907/17296/15649 18910/17293/15649 18908/17295/15649</w:t>
        <w:br/>
        <w:t>f 18913/17297/15585 18912/17298/15650 18826/17211/15591</w:t>
        <w:br/>
        <w:t>f 18911/17299/15651 18913/17297/15585 18826/17211/15591</w:t>
        <w:br/>
        <w:t>f 18914/17300/15652 18831/17217/15593 18828/17216/15593</w:t>
        <w:br/>
        <w:t>f 18915/17301/15652 18914/17300/15652 18828/17216/15593</w:t>
        <w:br/>
        <w:t>f 18916/17302/15653 18914/17300/15652 18915/17301/15652</w:t>
        <w:br/>
        <w:t>f 18917/17303/15653 18916/17302/15653 18915/17301/15652</w:t>
        <w:br/>
        <w:t>f 18862/17247/15570 18903/17290/15587 18904/17289/15647</w:t>
        <w:br/>
        <w:t>f 18861/17248/15620 18862/17247/15570 18904/17289/15647</w:t>
        <w:br/>
        <w:t>f 18840/17223/15598 18883/17268/15620 18905/17292/15647</w:t>
        <w:br/>
        <w:t>f 18906/17291/15648 18840/17223/15598 18905/17292/15647</w:t>
        <w:br/>
        <w:t>f 18919/17304/15654 18918/17305/15655 18763/17150/15535</w:t>
        <w:br/>
        <w:t>f 18764/17149/15534 18919/17304/15654 18763/17150/15535</w:t>
        <w:br/>
        <w:t>f 18894/17280/15640 18764/17149/15534 18795/17181/15566</w:t>
        <w:br/>
        <w:t>f 18893/17279/15626 18894/17280/15640 18795/17181/15566</w:t>
        <w:br/>
        <w:t>f 18763/17150/15535 18918/17305/15655 18789/17177/15562</w:t>
        <w:br/>
        <w:t>f 18790/17176/15561 18763/17150/15535 18789/17177/15562</w:t>
        <w:br/>
        <w:t>f 18872/17255/15567 18869/17258/15626 18920/17306/15656</w:t>
        <w:br/>
        <w:t>f 18815/17201/15586 18772/17155/15540 18769/17158/15543</w:t>
        <w:br/>
        <w:t>f 18839/17224/15599 18840/17223/15598 18906/17291/15648</w:t>
        <w:br/>
        <w:t>f 18815/17201/15586 18769/17158/15543 18785/17173/15558</w:t>
        <w:br/>
        <w:t>f 18853/17239/15614 18839/17224/15599 18906/17291/15648</w:t>
        <w:br/>
        <w:t>f 18786/17172/15557 18815/17201/15586 18785/17173/15558</w:t>
        <w:br/>
        <w:t>f 18853/17239/15614 18906/17291/15648 18852/17240/15615</w:t>
        <w:br/>
        <w:t>f 18777/17161/15546 18768/17152/15537 18782/17170/15555</w:t>
        <w:br/>
        <w:t>f 18850/17236/15611 18836/17220/15595 18834/17222/15597</w:t>
        <w:br/>
        <w:t>f 18782/17170/15555 18768/17152/15537 18811/17196/15581</w:t>
        <w:br/>
        <w:t>f 18895/17281/15641 18836/17220/15595 18850/17236/15611</w:t>
        <w:br/>
        <w:t>f 18768/17152/15537 18777/17161/15546 18767/17153/15538</w:t>
        <w:br/>
        <w:t>f 18836/17220/15595 18855/17241/15616 18835/17221/15596</w:t>
        <w:br/>
        <w:t>f 18809/17193/15578 18768/17152/15537 18766/17154/15539</w:t>
        <w:br/>
        <w:t>f 18788/17174/15559 18809/17193/15578 18766/17154/15539</w:t>
        <w:br/>
        <w:t>f 18788/17174/15559 18773/17160/15545 18809/17193/15578</w:t>
        <w:br/>
        <w:t>f 18773/17160/15545 18791/17175/15560 18808/17194/15579</w:t>
        <w:br/>
        <w:t>f 18809/17193/15578 18773/17160/15545 18808/17194/15579</w:t>
        <w:br/>
        <w:t>f 18774/17159/15544 18773/17160/15545 18788/17174/15559</w:t>
        <w:br/>
        <w:t>f 18855/17241/15616 18842/17228/15603 18892/17277/15638</w:t>
        <w:br/>
        <w:t>f 18842/17228/15603 18843/17227/15602 18892/17277/15638</w:t>
        <w:br/>
        <w:t>f 18843/17227/15602 18789/17177/15562 18918/17305/15655</w:t>
        <w:br/>
        <w:t>f 18892/17277/15638 18843/17227/15602 18918/17305/15655</w:t>
        <w:br/>
        <w:t>f 18894/17280/15640 18892/17277/15638 18918/17305/15655</w:t>
        <w:br/>
        <w:t>f 18761/17147/15532 18921/17307/15657 18024/16410/14837</w:t>
        <w:br/>
        <w:t>f 18924/17308/15658 18923/17309/15659 18922/17310/15660</w:t>
        <w:br/>
        <w:t>f 18925/17311/15658 18924/17308/15658 18922/17310/15660</w:t>
        <w:br/>
        <w:t>f 18929/17312/15661 18928/17313/15662 18927/17314/15663</w:t>
        <w:br/>
        <w:t>f 18926/17315/15664 18929/17312/15661 18927/17314/15663</w:t>
        <w:br/>
        <w:t>f 18931/17316/15665 18929/17312/15661 18926/17315/15664</w:t>
        <w:br/>
        <w:t>f 18930/17317/15666 18931/17316/15665 18926/17315/15664</w:t>
        <w:br/>
        <w:t>f 18934/17318/15667 18933/17319/15668 18932/17320/15669</w:t>
        <w:br/>
        <w:t>f 18935/17321/15670 18934/17318/15667 18932/17320/15669</w:t>
        <w:br/>
        <w:t>f 18936/17322/15671 18924/17308/15658 18925/17311/15658</w:t>
        <w:br/>
        <w:t>f 18937/17323/15671 18936/17322/15671 18925/17311/15658</w:t>
        <w:br/>
        <w:t>f 18938/17324/15672 18928/17313/15662 18929/17312/15661</w:t>
        <w:br/>
        <w:t>f 18939/17325/15673 18938/17324/15672 18929/17312/15661</w:t>
        <w:br/>
        <w:t>f 18940/17326/15674 18939/17325/15673 18929/17312/15661</w:t>
        <w:br/>
        <w:t>f 18931/17316/15665 18940/17326/15674 18929/17312/15661</w:t>
        <w:br/>
        <w:t>f 18942/17327/15675 18941/17328/15675 18934/17318/15667</w:t>
        <w:br/>
        <w:t>f 18935/17321/15670 18942/17327/15675 18934/17318/15667</w:t>
        <w:br/>
        <w:t>f 18946/17329/15676 18945/17330/15677 18944/17331/15671</w:t>
        <w:br/>
        <w:t>f 18943/17332/15671 18946/17329/15676 18944/17331/15671</w:t>
        <w:br/>
        <w:t>f 18950/17333/15678 18949/17334/15679 18948/17335/15672</w:t>
        <w:br/>
        <w:t>f 18947/17336/15680 18950/17333/15678 18948/17335/15672</w:t>
        <w:br/>
        <w:t>f 18952/17337/15681 18950/17333/15678 18947/17336/15680</w:t>
        <w:br/>
        <w:t>f 18951/17338/15674 18952/17337/15681 18947/17336/15680</w:t>
        <w:br/>
        <w:t>f 18955/17339/15682 18954/17340/15675 18953/17341/15675</w:t>
        <w:br/>
        <w:t>f 18956/17342/15682 18955/17339/15682 18953/17341/15675</w:t>
        <w:br/>
        <w:t>f 18957/17343/15683 18945/17330/15677 18946/17329/15676</w:t>
        <w:br/>
        <w:t>f 18958/17344/15683 18957/17343/15683 18946/17329/15676</w:t>
        <w:br/>
        <w:t>f 18959/17345/15684 18949/17334/15679 18950/17333/15678</w:t>
        <w:br/>
        <w:t>f 18960/17346/15685 18959/17345/15684 18950/17333/15678</w:t>
        <w:br/>
        <w:t>f 18960/17346/15685 18950/17333/15678 18952/17337/15681</w:t>
        <w:br/>
        <w:t>f 18961/17347/15686 18960/17346/15685 18952/17337/15681</w:t>
        <w:br/>
        <w:t>f 18963/17348/15687 18962/17349/15688 18955/17339/15682</w:t>
        <w:br/>
        <w:t>f 18956/17342/15682 18963/17348/15687 18955/17339/15682</w:t>
        <w:br/>
        <w:t>f 18965/17350/15689 18964/17351/15689 18957/17343/15683</w:t>
        <w:br/>
        <w:t>f 18958/17344/15683 18965/17350/15689 18957/17343/15683</w:t>
        <w:br/>
        <w:t>f 18967/17352/15690 18966/17353/15691 18959/17345/15684</w:t>
        <w:br/>
        <w:t>f 18960/17346/15685 18967/17352/15690 18959/17345/15684</w:t>
        <w:br/>
        <w:t>f 18967/17352/15690 18960/17346/15685 18961/17347/15686</w:t>
        <w:br/>
        <w:t>f 18968/17354/15692 18967/17352/15690 18961/17347/15686</w:t>
        <w:br/>
        <w:t>f 18970/17355/15693 18969/17356/15693 18962/17349/15688</w:t>
        <w:br/>
        <w:t>f 18963/17348/15687 18970/17355/15693 18962/17349/15688</w:t>
        <w:br/>
        <w:t>f 18971/17357/15694 18964/17351/15689 18965/17350/15689</w:t>
        <w:br/>
        <w:t>f 18972/17358/15694 18971/17357/15694 18965/17350/15689</w:t>
        <w:br/>
        <w:t>f 18973/17359/15695 18966/17353/15691 18967/17352/15690</w:t>
        <w:br/>
        <w:t>f 18974/17360/15696 18973/17359/15695 18967/17352/15690</w:t>
        <w:br/>
        <w:t>f 18974/17360/15696 18967/17352/15690 18968/17354/15692</w:t>
        <w:br/>
        <w:t>f 18975/17361/15697 18974/17360/15696 18968/17354/15692</w:t>
        <w:br/>
        <w:t>f 18977/17362/15698 18976/17363/15698 18969/17356/15693</w:t>
        <w:br/>
        <w:t>f 18970/17355/15693 18977/17362/15698 18969/17356/15693</w:t>
        <w:br/>
        <w:t>f 18979/17364/15699 18978/17365/15700 18971/17357/15694</w:t>
        <w:br/>
        <w:t>f 18972/17358/15694 18979/17364/15699 18971/17357/15694</w:t>
        <w:br/>
        <w:t>f 18981/17366/15701 18980/17367/15702 18973/17359/15695</w:t>
        <w:br/>
        <w:t>f 18974/17360/15696 18981/17366/15701 18973/17359/15695</w:t>
        <w:br/>
        <w:t>f 18981/17366/15701 18974/17360/15696 18975/17361/15697</w:t>
        <w:br/>
        <w:t>f 18982/17368/15703 18981/17366/15701 18975/17361/15697</w:t>
        <w:br/>
        <w:t>f 18983/17369/15704 18976/17363/15698 18977/17362/15698</w:t>
        <w:br/>
        <w:t>f 18984/17370/15705 18983/17369/15704 18977/17362/15698</w:t>
        <w:br/>
        <w:t>f 18923/17309/15659 18978/17365/15700 18979/17364/15699</w:t>
        <w:br/>
        <w:t>f 18922/17310/15660 18923/17309/15659 18979/17364/15699</w:t>
        <w:br/>
        <w:t>f 18927/17314/15663 18979/17364/15706 18981/17366/15701</w:t>
        <w:br/>
        <w:t>f 18926/17315/15664 18927/17314/15663 18981/17366/15701</w:t>
        <w:br/>
        <w:t>f 18926/17315/15664 18981/17366/15701 18982/17368/15703</w:t>
        <w:br/>
        <w:t>f 18930/17317/15666 18926/17315/15664 18982/17368/15703</w:t>
        <w:br/>
        <w:t>f 18932/17320/15669 18933/17319/15668 18983/17369/15704</w:t>
        <w:br/>
        <w:t>f 18984/17370/15705 18932/17320/15669 18983/17369/15704</w:t>
        <w:br/>
        <w:t>f 18988/17371/15707 18987/17372/15708 18986/17373/15709</w:t>
        <w:br/>
        <w:t>f 18985/17374/15710 18988/17371/15707 18986/17373/15709</w:t>
        <w:br/>
        <w:t>f 18990/17375/15711 18988/17371/15707 18985/17374/15710</w:t>
        <w:br/>
        <w:t>f 18989/17376/15712 18990/17375/15711 18985/17374/15710</w:t>
        <w:br/>
        <w:t>f 18994/17377/15713 18993/17378/15713 18992/17379/15714</w:t>
        <w:br/>
        <w:t>f 18991/17380/15715 18994/17377/15713 18992/17379/15714</w:t>
        <w:br/>
        <w:t>f 18997/17381/15716 18996/17382/15717 18995/17383/15718</w:t>
        <w:br/>
        <w:t>f 18998/17384/15719 18997/17381/15716 18995/17383/15718</w:t>
        <w:br/>
        <w:t>f 18999/17385/15720 18987/17372/15708 18988/17371/15707</w:t>
        <w:br/>
        <w:t>f 19000/17386/15721 18999/17385/15720 18988/17371/15707</w:t>
        <w:br/>
        <w:t>f 19000/17386/15721 18988/17371/15707 18990/17375/15711</w:t>
        <w:br/>
        <w:t>f 19001/17387/15722 19000/17386/15721 18990/17375/15711</w:t>
        <w:br/>
        <w:t>f 19002/17388/15723 18993/17378/15713 18994/17377/15713</w:t>
        <w:br/>
        <w:t>f 19003/17389/15724 19002/17388/15723 18994/17377/15713</w:t>
        <w:br/>
        <w:t>f 19004/17390/15725 19003/17389/15726 18997/17381/15716</w:t>
        <w:br/>
        <w:t>f 18998/17384/15719 19004/17390/15725 18997/17381/15716</w:t>
        <w:br/>
        <w:t>f 19007/17391/15727 19006/17392/15720 19005/17393/15728</w:t>
        <w:br/>
        <w:t>f 19008/17394/15729 19007/17391/15727 19005/17393/15728</w:t>
        <w:br/>
        <w:t>f 19010/17395/15730 19008/17394/15729 19005/17393/15728</w:t>
        <w:br/>
        <w:t>f 19009/17396/15722 19010/17395/15730 19005/17393/15728</w:t>
        <w:br/>
        <w:t>f 19014/17397/15731 19013/17398/15732 19012/17399/15723</w:t>
        <w:br/>
        <w:t>f 19011/17400/15726 19014/17397/15731 19012/17399/15723</w:t>
        <w:br/>
        <w:t>f 19016/17401/15733 19014/17397/15731 19011/17400/15726</w:t>
        <w:br/>
        <w:t>f 19015/17402/15725 19016/17401/15733 19011/17400/15726</w:t>
        <w:br/>
        <w:t>f 19017/17403/15734 19007/17391/15727 19008/17394/15729</w:t>
        <w:br/>
        <w:t>f 19018/17404/15735 19017/17403/15734 19008/17394/15729</w:t>
        <w:br/>
        <w:t>f 19018/17404/15735 19008/17394/15729 19010/17395/15730</w:t>
        <w:br/>
        <w:t>f 19019/17405/15736 19018/17404/15735 19010/17395/15730</w:t>
        <w:br/>
        <w:t>f 19020/17406/15737 19013/17398/15732 19014/17397/15731</w:t>
        <w:br/>
        <w:t>f 19021/17407/15738 19020/17406/15737 19014/17397/15731</w:t>
        <w:br/>
        <w:t>f 19022/17408/15739 19021/17407/15738 19014/17397/15731</w:t>
        <w:br/>
        <w:t>f 19016/17401/15733 19022/17408/15739 19014/17397/15731</w:t>
        <w:br/>
        <w:t>f 19024/17409/15740 19023/17410/15741 19017/17403/15734</w:t>
        <w:br/>
        <w:t>f 19018/17404/15735 19024/17409/15740 19017/17403/15734</w:t>
        <w:br/>
        <w:t>f 19025/17411/15742 19024/17409/15740 19018/17404/15735</w:t>
        <w:br/>
        <w:t>f 19019/17405/15736 19025/17411/15742 19018/17404/15735</w:t>
        <w:br/>
        <w:t>f 19027/17412/15743 19026/17413/15744 19020/17406/15737</w:t>
        <w:br/>
        <w:t>f 19021/17407/15738 19027/17412/15743 19020/17406/15737</w:t>
        <w:br/>
        <w:t>f 19027/17412/15743 19021/17407/15738 19022/17408/15739</w:t>
        <w:br/>
        <w:t>f 19028/17414/15745 19027/17412/15743 19022/17408/15739</w:t>
        <w:br/>
        <w:t>f 19030/17415/15746 19029/17416/15747 19023/17410/15741</w:t>
        <w:br/>
        <w:t>f 19024/17409/15740 19030/17415/15746 19023/17410/15741</w:t>
        <w:br/>
        <w:t>f 19030/17415/15746 19024/17409/15740 19025/17411/15742</w:t>
        <w:br/>
        <w:t>f 19031/17417/15748 19030/17415/15746 19025/17411/15742</w:t>
        <w:br/>
        <w:t>f 19032/17418/15749 19026/17413/15744 19027/17412/15743</w:t>
        <w:br/>
        <w:t>f 19033/17419/15750 19032/17418/15749 19027/17412/15743</w:t>
        <w:br/>
        <w:t>f 19033/17419/15750 19027/17412/15743 19028/17414/15745</w:t>
        <w:br/>
        <w:t>f 19034/17420/15751 19033/17419/15750 19028/17414/15745</w:t>
        <w:br/>
        <w:t>f 19036/17421/15752 19035/17422/15753 19029/17416/15747</w:t>
        <w:br/>
        <w:t>f 19030/17415/15746 19036/17421/15752 19029/17416/15747</w:t>
        <w:br/>
        <w:t>f 19037/17423/15754 19036/17421/15752 19030/17415/15746</w:t>
        <w:br/>
        <w:t>f 19031/17417/15748 19037/17423/15754 19030/17415/15746</w:t>
        <w:br/>
        <w:t>f 19039/17424/15755 19038/17425/15756 19032/17418/15749</w:t>
        <w:br/>
        <w:t>f 19033/17419/15750 19039/17424/15755 19032/17418/15749</w:t>
        <w:br/>
        <w:t>f 19039/17424/15755 19033/17419/15750 19034/17420/15751</w:t>
        <w:br/>
        <w:t>f 19040/17426/15757 19039/17424/15755 19034/17420/15751</w:t>
        <w:br/>
        <w:t>f 18986/17373/15709 19035/17422/15753 19036/17421/15752</w:t>
        <w:br/>
        <w:t>f 18985/17374/15710 18986/17373/15709 19036/17421/15752</w:t>
        <w:br/>
        <w:t>f 18985/17374/15710 19036/17421/15752 19037/17423/15754</w:t>
        <w:br/>
        <w:t>f 18989/17376/15712 18985/17374/15710 19037/17423/15754</w:t>
        <w:br/>
        <w:t>f 18992/17379/15714 19038/17425/15756 19039/17424/15755</w:t>
        <w:br/>
        <w:t>f 18991/17380/15715 18992/17379/15714 19039/17424/15755</w:t>
        <w:br/>
        <w:t>f 18995/17383/15718 18996/17382/15717 19039/17424/15755</w:t>
        <w:br/>
        <w:t>f 19040/17426/15757 18995/17383/15718 19039/17424/15755</w:t>
        <w:br/>
        <w:t>f 19044/17427/15758 19043/17428/15758 19042/17429/15759</w:t>
        <w:br/>
        <w:t>f 19041/17430/15760 19044/17427/15758 19042/17429/15759</w:t>
        <w:br/>
        <w:t>f 19048/17431/15761 19047/17432/15761 19046/17433/15762</w:t>
        <w:br/>
        <w:t>f 19045/17434/15763 19048/17431/15761 19046/17433/15762</w:t>
        <w:br/>
        <w:t>f 19052/17435/15764 19051/17436/15765 19050/17437/15766</w:t>
        <w:br/>
        <w:t>f 19049/17438/15767 19052/17435/15764 19050/17437/15766</w:t>
        <w:br/>
        <w:t>f 19052/17435/15764 19049/17438/15767 19053/17439/15768</w:t>
        <w:br/>
        <w:t>f 19054/17440/15769 19052/17435/15764 19053/17439/15768</w:t>
        <w:br/>
        <w:t>f 19057/17441/15770 19056/17442/15758 19055/17443/15758</w:t>
        <w:br/>
        <w:t>f 19058/17444/15771 19057/17441/15770 19055/17443/15758</w:t>
        <w:br/>
        <w:t>f 19061/17445/15772 19060/17446/15761 19059/17447/15761</w:t>
        <w:br/>
        <w:t>f 19062/17448/15773 19061/17445/15772 19059/17447/15761</w:t>
        <w:br/>
        <w:t>f 19065/17449/15774 19064/17450/15775 19063/17451/15776</w:t>
        <w:br/>
        <w:t>f 19066/17452/15777 19065/17449/15774 19063/17451/15776</w:t>
        <w:br/>
        <w:t>f 19068/17453/15778 19066/17452/15777 19063/17451/15776</w:t>
        <w:br/>
        <w:t>f 19067/17454/15769 19068/17453/15778 19063/17451/15776</w:t>
        <w:br/>
        <w:t>f 19070/17455/15779 19069/17456/15780 19057/17441/15770</w:t>
        <w:br/>
        <w:t>f 19058/17444/15771 19070/17455/15779 19057/17441/15770</w:t>
        <w:br/>
        <w:t>f 19072/17457/15781 19071/17458/15782 19061/17445/15772</w:t>
        <w:br/>
        <w:t>f 19062/17448/15773 19072/17457/15781 19061/17445/15772</w:t>
        <w:br/>
        <w:t>f 19074/17459/15783 19073/17460/15784 19065/17449/15774</w:t>
        <w:br/>
        <w:t>f 19066/17452/15777 19074/17459/15783 19065/17449/15774</w:t>
        <w:br/>
        <w:t>f 19074/17459/15783 19066/17452/15777 19068/17453/15778</w:t>
        <w:br/>
        <w:t>f 19075/17461/15785 19074/17459/15783 19068/17453/15778</w:t>
        <w:br/>
        <w:t>f 19076/17462/15786 19069/17456/15780 19070/17455/15779</w:t>
        <w:br/>
        <w:t>f 19077/17463/15787 19076/17462/15786 19070/17455/15779</w:t>
        <w:br/>
        <w:t>f 19078/17464/15788 19071/17458/15782 19072/17457/15781</w:t>
        <w:br/>
        <w:t>f 19079/17465/15788 19078/17464/15788 19072/17457/15781</w:t>
        <w:br/>
        <w:t>f 19080/17466/15789 19073/17460/15784 19074/17459/15783</w:t>
        <w:br/>
        <w:t>f 19081/17467/15790 19080/17466/15789 19074/17459/15783</w:t>
        <w:br/>
        <w:t>f 19083/17468/15791 19082/17469/15792 19074/17459/15783</w:t>
        <w:br/>
        <w:t>f 19075/17461/15785 19083/17468/15791 19074/17459/15783</w:t>
        <w:br/>
        <w:t>f 19085/17470/15793 19084/17471/15793 19076/17462/15786</w:t>
        <w:br/>
        <w:t>f 19077/17463/15787 19085/17470/15793 19076/17462/15786</w:t>
        <w:br/>
        <w:t>f 19087/17472/15794 19086/17473/15795 19078/17464/15788</w:t>
        <w:br/>
        <w:t>f 19079/17465/15788 19087/17472/15794 19078/17464/15788</w:t>
        <w:br/>
        <w:t>f 19089/17474/15796 19088/17475/15797 19080/17466/15789</w:t>
        <w:br/>
        <w:t>f 19081/17467/15790 19089/17474/15796 19080/17466/15789</w:t>
        <w:br/>
        <w:t>f 19089/17474/15796 19082/17469/15792 19083/17468/15791</w:t>
        <w:br/>
        <w:t>f 19090/17476/15798 19089/17474/15796 19083/17468/15791</w:t>
        <w:br/>
        <w:t>f 19091/17477/15799 19084/17471/15793 19085/17470/15793</w:t>
        <w:br/>
        <w:t>f 19092/17478/15800 19091/17477/15799 19085/17470/15793</w:t>
        <w:br/>
        <w:t>f 19093/17479/15801 19086/17473/15795 19087/17472/15794</w:t>
        <w:br/>
        <w:t>f 19094/17480/15802 19093/17479/15801 19087/17472/15794</w:t>
        <w:br/>
        <w:t>f 19095/17481/15803 19088/17475/15797 19089/17474/15796</w:t>
        <w:br/>
        <w:t>f 19096/17482/15804 19095/17481/15803 19089/17474/15796</w:t>
        <w:br/>
        <w:t>f 19097/17483/15805 19096/17482/15804 19089/17474/15796</w:t>
        <w:br/>
        <w:t>f 19090/17476/15798 19097/17483/15805 19089/17474/15796</w:t>
        <w:br/>
        <w:t>f 19099/17484/15806 19098/17485/15807 19091/17477/15799</w:t>
        <w:br/>
        <w:t>f 19092/17478/15800 19099/17484/15806 19091/17477/15799</w:t>
        <w:br/>
        <w:t>f 19101/17486/15808 19100/17487/15808 19093/17479/15801</w:t>
        <w:br/>
        <w:t>f 19094/17480/15802 19101/17486/15808 19093/17479/15801</w:t>
        <w:br/>
        <w:t>f 19103/17488/15809 19102/17489/15810 19095/17481/15803</w:t>
        <w:br/>
        <w:t>f 19096/17482/15804 19103/17488/15809 19095/17481/15803</w:t>
        <w:br/>
        <w:t>f 19103/17488/15809 19096/17482/15804 19097/17483/15805</w:t>
        <w:br/>
        <w:t>f 19104/17490/15811 19103/17488/15809 19097/17483/15805</w:t>
        <w:br/>
        <w:t>f 19042/17429/15759 19098/17485/15807 19099/17484/15806</w:t>
        <w:br/>
        <w:t>f 19041/17430/15760 19042/17429/15759 19099/17484/15806</w:t>
        <w:br/>
        <w:t>f 19046/17433/15762 19100/17487/15808 19101/17486/15808</w:t>
        <w:br/>
        <w:t>f 19045/17434/15763 19046/17433/15762 19101/17486/15808</w:t>
        <w:br/>
        <w:t>f 19050/17437/15766 19102/17489/15810 19103/17488/15809</w:t>
        <w:br/>
        <w:t>f 19049/17438/15767 19050/17437/15766 19103/17488/15809</w:t>
        <w:br/>
        <w:t>f 19053/17439/15768 19049/17438/15767 19103/17488/15809</w:t>
        <w:br/>
        <w:t>f 19104/17490/15811 19053/17439/15768 19103/17488/15809</w:t>
        <w:br/>
        <w:t>f 19107/17491/15812 19106/17492/15813 19105/17493/15814</w:t>
        <w:br/>
        <w:t>f 19108/17494/15815 19107/17491/15812 19105/17493/15814</w:t>
        <w:br/>
        <w:t>f 19112/17495/15816 19111/17496/15817 19110/17497/15818</w:t>
        <w:br/>
        <w:t>f 19109/17498/15819 19112/17495/15816 19110/17497/15818</w:t>
        <w:br/>
        <w:t>f 19114/17499/15820 19113/17500/15821 19111/17496/15817</w:t>
        <w:br/>
        <w:t>f 19112/17495/15816 19114/17499/15820 19111/17496/15817</w:t>
        <w:br/>
        <w:t>f 19117/17501/15822 19116/17502/15822 19115/17503/15823</w:t>
        <w:br/>
        <w:t>f 19118/17504/15823 19117/17501/15822 19115/17503/15823</w:t>
        <w:br/>
        <w:t>f 19108/17494/15815 19105/17493/15814 19119/17505/15824</w:t>
        <w:br/>
        <w:t>f 19120/17506/15825 19108/17494/15815 19119/17505/15824</w:t>
        <w:br/>
        <w:t>f 19112/17495/15816 19109/17498/15819 19121/17507/15826</w:t>
        <w:br/>
        <w:t>f 19122/17508/15827 19112/17495/15816 19121/17507/15826</w:t>
        <w:br/>
        <w:t>f 19123/17509/15828 19114/17499/15820 19112/17495/15816</w:t>
        <w:br/>
        <w:t>f 19122/17508/15827 19123/17509/15828 19112/17495/15816</w:t>
        <w:br/>
        <w:t>f 19125/17510/15829 19118/17504/15823 19115/17503/15823</w:t>
        <w:br/>
        <w:t>f 19124/17511/15829 19125/17510/15829 19115/17503/15823</w:t>
        <w:br/>
        <w:t>f 19129/17512/15830 19128/17513/15824 19127/17514/15824</w:t>
        <w:br/>
        <w:t>f 19126/17515/15830 19129/17512/15830 19127/17514/15824</w:t>
        <w:br/>
        <w:t>f 19133/17516/15831 19132/17517/15827 19131/17518/15826</w:t>
        <w:br/>
        <w:t>f 19130/17519/15832 19133/17516/15831 19131/17518/15826</w:t>
        <w:br/>
        <w:t>f 19135/17520/15833 19134/17521/15828 19132/17517/15827</w:t>
        <w:br/>
        <w:t>f 19133/17516/15831 19135/17520/15833 19132/17517/15827</w:t>
        <w:br/>
        <w:t>f 19138/17522/15829 19137/17523/15829 19136/17524/15834</w:t>
        <w:br/>
        <w:t>f 19139/17525/15835 19138/17522/15829 19136/17524/15834</w:t>
        <w:br/>
        <w:t>f 19129/17512/15830 19126/17515/15830 19140/17526/15836</w:t>
        <w:br/>
        <w:t>f 19141/17527/15837 19129/17512/15830 19140/17526/15836</w:t>
        <w:br/>
        <w:t>f 19133/17516/15831 19130/17519/15832 19142/17528/15838</w:t>
        <w:br/>
        <w:t>f 19143/17529/15839 19133/17516/15831 19142/17528/15838</w:t>
        <w:br/>
        <w:t>f 19135/17520/15833 19133/17516/15831 19143/17529/15839</w:t>
        <w:br/>
        <w:t>f 19144/17530/15840 19135/17520/15833 19143/17529/15839</w:t>
        <w:br/>
        <w:t>f 19146/17531/15841 19139/17525/15835 19136/17524/15834</w:t>
        <w:br/>
        <w:t>f 19145/17532/15842 19146/17531/15841 19136/17524/15834</w:t>
        <w:br/>
        <w:t>f 19148/17533/15843 19141/17527/15837 19140/17526/15836</w:t>
        <w:br/>
        <w:t>f 19147/17534/15843 19148/17533/15843 19140/17526/15836</w:t>
        <w:br/>
        <w:t>f 19150/17535/15844 19143/17529/15839 19142/17528/15838</w:t>
        <w:br/>
        <w:t>f 19149/17536/15845 19150/17535/15844 19142/17528/15838</w:t>
        <w:br/>
        <w:t>f 19144/17530/15840 19143/17529/15839 19150/17535/15844</w:t>
        <w:br/>
        <w:t>f 19151/17537/15846 19144/17530/15840 19150/17535/15844</w:t>
        <w:br/>
        <w:t>f 19153/17538/15847 19146/17531/15841 19145/17532/15842</w:t>
        <w:br/>
        <w:t>f 19152/17539/15847 19153/17538/15847 19145/17532/15842</w:t>
        <w:br/>
        <w:t>f 19148/17533/15843 19147/17534/15843 19154/17540/15848</w:t>
        <w:br/>
        <w:t>f 19155/17541/15848 19148/17533/15843 19154/17540/15848</w:t>
        <w:br/>
        <w:t>f 19150/17535/15844 19149/17536/15845 19156/17542/15849</w:t>
        <w:br/>
        <w:t>f 19157/17543/15850 19150/17535/15844 19156/17542/15849</w:t>
        <w:br/>
        <w:t>f 19151/17537/15846 19150/17535/15844 19157/17543/15850</w:t>
        <w:br/>
        <w:t>f 19158/17544/15851 19151/17537/15846 19157/17543/15850</w:t>
        <w:br/>
        <w:t>f 19160/17545/15852 19153/17538/15847 19152/17539/15847</w:t>
        <w:br/>
        <w:t>f 19159/17546/15853 19160/17545/15852 19152/17539/15847</w:t>
        <w:br/>
        <w:t>f 19162/17547/15854 19155/17541/15848 19154/17540/15848</w:t>
        <w:br/>
        <w:t>f 19161/17548/15855 19162/17547/15854 19154/17540/15848</w:t>
        <w:br/>
        <w:t>f 19164/17549/15856 19157/17543/15850 19156/17542/15849</w:t>
        <w:br/>
        <w:t>f 19163/17550/15857 19164/17549/15856 19156/17542/15849</w:t>
        <w:br/>
        <w:t>f 19158/17544/15851 19157/17543/15850 19164/17549/15856</w:t>
        <w:br/>
        <w:t>f 19165/17551/15858 19158/17544/15851 19164/17549/15856</w:t>
        <w:br/>
        <w:t>f 19160/17545/15852 19159/17546/15853 19166/17552/15859</w:t>
        <w:br/>
        <w:t>f 19167/17553/15860 19160/17545/15852 19166/17552/15859</w:t>
        <w:br/>
        <w:t>f 19162/17547/15854 19161/17548/15855 19106/17492/15813</w:t>
        <w:br/>
        <w:t>f 19107/17491/15812 19162/17547/15854 19106/17492/15813</w:t>
        <w:br/>
        <w:t>f 19164/17549/15856 19162/17547/15861 19110/17497/15818</w:t>
        <w:br/>
        <w:t>f 19111/17496/15817 19164/17549/15856 19110/17497/15818</w:t>
        <w:br/>
        <w:t>f 19165/17551/15858 19164/17549/15856 19111/17496/15817</w:t>
        <w:br/>
        <w:t>f 19113/17500/15821 19165/17551/15858 19111/17496/15817</w:t>
        <w:br/>
        <w:t>f 19117/17501/15822 19167/17553/15860 19166/17552/15859</w:t>
        <w:br/>
        <w:t>f 19116/17502/15822 19117/17501/15822 19166/17552/15859</w:t>
        <w:br/>
        <w:t>f 19171/17554/15862 19170/17555/15863 19169/17556/15864</w:t>
        <w:br/>
        <w:t>f 19168/17557/15865 19171/17554/15862 19169/17556/15864</w:t>
        <w:br/>
        <w:t>f 19173/17558/15866 19172/17559/15867 19170/17555/15863</w:t>
        <w:br/>
        <w:t>f 19171/17554/15862 19173/17558/15866 19170/17555/15863</w:t>
        <w:br/>
        <w:t>f 19177/17560/15868 19176/17561/15869 19175/17562/15869</w:t>
        <w:br/>
        <w:t>f 19174/17563/15868 19177/17560/15868 19175/17562/15869</w:t>
        <w:br/>
        <w:t>f 19180/17564/15870 19179/17565/15871 19178/17566/15872</w:t>
        <w:br/>
        <w:t>f 19181/17567/15872 19180/17564/15870 19178/17566/15872</w:t>
        <w:br/>
        <w:t>f 19171/17554/15862 19168/17557/15865 19182/17568/15873</w:t>
        <w:br/>
        <w:t>f 19183/17569/15874 19171/17554/15862 19182/17568/15873</w:t>
        <w:br/>
        <w:t>f 19173/17558/15866 19171/17554/15862 19183/17569/15874</w:t>
        <w:br/>
        <w:t>f 19184/17570/15875 19173/17558/15866 19183/17569/15874</w:t>
        <w:br/>
        <w:t>f 19177/17560/15868 19174/17563/15868 19185/17571/15876</w:t>
        <w:br/>
        <w:t>f 19186/17572/15877 19177/17560/15868 19185/17571/15876</w:t>
        <w:br/>
        <w:t>f 19187/17573/15878 19181/17567/15872 19178/17566/15872</w:t>
        <w:br/>
        <w:t>f 19186/17572/15877 19187/17573/15878 19178/17566/15872</w:t>
        <w:br/>
        <w:t>f 19190/17574/15874 19189/17575/15879 19188/17576/15880</w:t>
        <w:br/>
        <w:t>f 19191/17577/15881 19190/17574/15874 19188/17576/15880</w:t>
        <w:br/>
        <w:t>f 19193/17578/15882 19192/17579/15875 19190/17574/15874</w:t>
        <w:br/>
        <w:t>f 19191/17577/15881 19193/17578/15882 19190/17574/15874</w:t>
        <w:br/>
        <w:t>f 19197/17580/15883 19196/17581/15877 19195/17582/15876</w:t>
        <w:br/>
        <w:t>f 19194/17583/15884 19197/17580/15883 19195/17582/15876</w:t>
        <w:br/>
        <w:t>f 19199/17584/15885 19198/17585/15878 19196/17581/15877</w:t>
        <w:br/>
        <w:t>f 19197/17580/15883 19199/17584/15885 19196/17581/15877</w:t>
        <w:br/>
        <w:t>f 19191/17577/15881 19188/17576/15880 19200/17586/15886</w:t>
        <w:br/>
        <w:t>f 19201/17587/15887 19191/17577/15881 19200/17586/15886</w:t>
        <w:br/>
        <w:t>f 19193/17578/15882 19191/17577/15881 19201/17587/15887</w:t>
        <w:br/>
        <w:t>f 19202/17588/15888 19193/17578/15882 19201/17587/15887</w:t>
        <w:br/>
        <w:t>f 19197/17580/15883 19194/17583/15884 19203/17589/15889</w:t>
        <w:br/>
        <w:t>f 19204/17590/15890 19197/17580/15883 19203/17589/15889</w:t>
        <w:br/>
        <w:t>f 19205/17591/15891 19199/17584/15885 19197/17580/15883</w:t>
        <w:br/>
        <w:t>f 19204/17590/15890 19205/17591/15891 19197/17580/15883</w:t>
        <w:br/>
        <w:t>f 19207/17592/15892 19201/17587/15887 19200/17586/15886</w:t>
        <w:br/>
        <w:t>f 19206/17593/15893 19207/17592/15892 19200/17586/15886</w:t>
        <w:br/>
        <w:t>f 19208/17594/15894 19202/17588/15888 19201/17587/15887</w:t>
        <w:br/>
        <w:t>f 19207/17592/15892 19208/17594/15894 19201/17587/15887</w:t>
        <w:br/>
        <w:t>f 19210/17595/15895 19204/17590/15890 19203/17589/15889</w:t>
        <w:br/>
        <w:t>f 19209/17596/15896 19210/17595/15895 19203/17589/15889</w:t>
        <w:br/>
        <w:t>f 19205/17591/15891 19204/17590/15890 19210/17595/15895</w:t>
        <w:br/>
        <w:t>f 19211/17597/15897 19205/17591/15891 19210/17595/15895</w:t>
        <w:br/>
        <w:t>f 19213/17598/15898 19207/17592/15892 19206/17593/15893</w:t>
        <w:br/>
        <w:t>f 19212/17599/15899 19213/17598/15898 19206/17593/15893</w:t>
        <w:br/>
        <w:t>f 19208/17594/15894 19207/17592/15892 19213/17598/15898</w:t>
        <w:br/>
        <w:t>f 19214/17600/15900 19208/17594/15894 19213/17598/15898</w:t>
        <w:br/>
        <w:t>f 19210/17595/15895 19209/17596/15896 19215/17601/15901</w:t>
        <w:br/>
        <w:t>f 19216/17602/15902 19210/17595/15895 19215/17601/15901</w:t>
        <w:br/>
        <w:t>f 19211/17597/15897 19210/17595/15895 19216/17602/15902</w:t>
        <w:br/>
        <w:t>f 19217/17603/15903 19211/17597/15897 19216/17602/15902</w:t>
        <w:br/>
        <w:t>f 19219/17604/15904 19213/17598/15898 19212/17599/15899</w:t>
        <w:br/>
        <w:t>f 19218/17605/15905 19219/17604/15904 19212/17599/15899</w:t>
        <w:br/>
        <w:t>f 19220/17606/15906 19214/17600/15900 19213/17598/15898</w:t>
        <w:br/>
        <w:t>f 19219/17604/15904 19220/17606/15906 19213/17598/15898</w:t>
        <w:br/>
        <w:t>f 19222/17607/15907 19216/17602/15902 19215/17601/15901</w:t>
        <w:br/>
        <w:t>f 19221/17608/15908 19222/17607/15907 19215/17601/15901</w:t>
        <w:br/>
        <w:t>f 19217/17603/15903 19216/17602/15902 19222/17607/15907</w:t>
        <w:br/>
        <w:t>f 19223/17609/15909 19217/17603/15903 19222/17607/15907</w:t>
        <w:br/>
        <w:t>f 19219/17604/15904 19218/17605/15905 19169/17556/15864</w:t>
        <w:br/>
        <w:t>f 19170/17555/15863 19219/17604/15904 19169/17556/15864</w:t>
        <w:br/>
        <w:t>f 19220/17606/15906 19219/17604/15904 19170/17555/15863</w:t>
        <w:br/>
        <w:t>f 19172/17559/15867 19220/17606/15906 19170/17555/15863</w:t>
        <w:br/>
        <w:t>f 19222/17607/15907 19221/17608/15908 19175/17562/15869</w:t>
        <w:br/>
        <w:t>f 19176/17561/15869 19222/17607/15907 19175/17562/15869</w:t>
        <w:br/>
        <w:t>f 19180/17564/15870 19223/17609/15909 19222/17607/15907</w:t>
        <w:br/>
        <w:t>f 19179/17565/15871 19180/17564/15870 19222/17607/15907</w:t>
        <w:br/>
        <w:t>f 19227/17610/15910 19226/17611/15911 19225/17612/15912</w:t>
        <w:br/>
        <w:t>f 19224/17613/15910 19227/17610/15910 19225/17612/15912</w:t>
        <w:br/>
        <w:t>f 19231/17614/15913 19230/17615/15914 19229/17616/15915</w:t>
        <w:br/>
        <w:t>f 19228/17617/15913 19231/17614/15913 19229/17616/15915</w:t>
        <w:br/>
        <w:t>f 19235/17618/15916 19234/17619/15917 19233/17620/15918</w:t>
        <w:br/>
        <w:t>f 19232/17621/15919 19235/17618/15916 19233/17620/15918</w:t>
        <w:br/>
        <w:t>f 19236/17622/15920 19234/17619/15917 19235/17618/15916</w:t>
        <w:br/>
        <w:t>f 19237/17623/15921 19236/17622/15920 19235/17618/15916</w:t>
        <w:br/>
        <w:t>f 19240/17624/15922 19239/17625/15910 19238/17626/15923</w:t>
        <w:br/>
        <w:t>f 19241/17627/15923 19240/17624/15922 19238/17626/15923</w:t>
        <w:br/>
        <w:t>f 19244/17628/15913 19243/17629/15913 19242/17630/15924</w:t>
        <w:br/>
        <w:t>f 19245/17631/15925 19244/17628/15913 19242/17630/15924</w:t>
        <w:br/>
        <w:t>f 19248/17632/15926 19247/17633/15919 19246/17634/15927</w:t>
        <w:br/>
        <w:t>f 19249/17635/15928 19248/17632/15926 19246/17634/15927</w:t>
        <w:br/>
        <w:t>f 19251/17636/15929 19250/17637/15921 19248/17632/15926</w:t>
        <w:br/>
        <w:t>f 19249/17635/15928 19251/17636/15929 19248/17632/15926</w:t>
        <w:br/>
        <w:t>f 19253/17638/15930 19241/17627/15923 19238/17626/15923</w:t>
        <w:br/>
        <w:t>f 19252/17639/15931 19253/17638/15930 19238/17626/15923</w:t>
        <w:br/>
        <w:t>f 19255/17640/15932 19245/17631/15925 19242/17630/15924</w:t>
        <w:br/>
        <w:t>f 19254/17641/15933 19255/17640/15932 19242/17630/15924</w:t>
        <w:br/>
        <w:t>f 19257/17642/15934 19249/17635/15928 19246/17634/15927</w:t>
        <w:br/>
        <w:t>f 19256/17643/15935 19257/17642/15934 19246/17634/15927</w:t>
        <w:br/>
        <w:t>f 19251/17636/15929 19249/17635/15928 19257/17642/15934</w:t>
        <w:br/>
        <w:t>f 19258/17644/15936 19251/17636/15929 19257/17642/15934</w:t>
        <w:br/>
        <w:t>f 19253/17638/15930 19252/17639/15931 19259/17645/15937</w:t>
        <w:br/>
        <w:t>f 19260/17646/15938 19253/17638/15930 19259/17645/15937</w:t>
        <w:br/>
        <w:t>f 19255/17640/15932 19254/17641/15933 19261/17647/15939</w:t>
        <w:br/>
        <w:t>f 19262/17648/15940 19255/17640/15932 19261/17647/15939</w:t>
        <w:br/>
        <w:t>f 19257/17642/15934 19256/17643/15935 19263/17649/15941</w:t>
        <w:br/>
        <w:t>f 19264/17650/15942 19257/17642/15934 19263/17649/15941</w:t>
        <w:br/>
        <w:t>f 19266/17651/15943 19258/17644/15936 19257/17642/15934</w:t>
        <w:br/>
        <w:t>f 19265/17652/15943 19266/17651/15943 19257/17642/15934</w:t>
        <w:br/>
        <w:t>f 19268/17653/15944 19260/17646/15938 19259/17645/15937</w:t>
        <w:br/>
        <w:t>f 19267/17654/15944 19268/17653/15944 19259/17645/15937</w:t>
        <w:br/>
        <w:t>f 19270/17655/15945 19262/17648/15940 19261/17647/15939</w:t>
        <w:br/>
        <w:t>f 19269/17656/15946 19270/17655/15945 19261/17647/15939</w:t>
        <w:br/>
        <w:t>f 19272/17657/15947 19264/17650/15942 19263/17649/15941</w:t>
        <w:br/>
        <w:t>f 19271/17658/15948 19272/17657/15947 19263/17649/15941</w:t>
        <w:br/>
        <w:t>f 19266/17651/15943 19265/17652/15943 19272/17657/15947</w:t>
        <w:br/>
        <w:t>f 19273/17659/15949 19266/17651/15943 19272/17657/15947</w:t>
        <w:br/>
        <w:t>f 19268/17653/15944 19267/17654/15944 19274/17660/15950</w:t>
        <w:br/>
        <w:t>f 19275/17661/15951 19268/17653/15944 19274/17660/15950</w:t>
        <w:br/>
        <w:t>f 19270/17655/15945 19269/17656/15946 19276/17662/15952</w:t>
        <w:br/>
        <w:t>f 19277/17663/15953 19270/17655/15945 19276/17662/15952</w:t>
        <w:br/>
        <w:t>f 19272/17657/15947 19271/17658/15948 19278/17664/15954</w:t>
        <w:br/>
        <w:t>f 19279/17665/15955 19272/17657/15947 19278/17664/15954</w:t>
        <w:br/>
        <w:t>f 19280/17666/15956 19273/17659/15949 19272/17657/15947</w:t>
        <w:br/>
        <w:t>f 19279/17665/15955 19280/17666/15956 19272/17657/15947</w:t>
        <w:br/>
        <w:t>f 19282/17667/15957 19275/17661/15951 19274/17660/15950</w:t>
        <w:br/>
        <w:t>f 19281/17668/15958 19282/17667/15957 19274/17660/15950</w:t>
        <w:br/>
        <w:t>f 19284/17669/15959 19277/17663/15953 19276/17662/15952</w:t>
        <w:br/>
        <w:t>f 19283/17670/15960 19284/17669/15959 19276/17662/15952</w:t>
        <w:br/>
        <w:t>f 19286/17671/15961 19279/17665/15955 19278/17664/15954</w:t>
        <w:br/>
        <w:t>f 19285/17672/15962 19286/17671/15961 19278/17664/15954</w:t>
        <w:br/>
        <w:t>f 19280/17666/15956 19279/17665/15955 19286/17671/15961</w:t>
        <w:br/>
        <w:t>f 19287/17673/15963 19280/17666/15956 19286/17671/15961</w:t>
        <w:br/>
        <w:t>f 19282/17667/15957 19281/17668/15958 19225/17612/15912</w:t>
        <w:br/>
        <w:t>f 19226/17611/15911 19282/17667/15957 19225/17612/15912</w:t>
        <w:br/>
        <w:t>f 19284/17669/15959 19283/17670/15960 19229/17616/15915</w:t>
        <w:br/>
        <w:t>f 19230/17615/15914 19284/17669/15959 19229/17616/15915</w:t>
        <w:br/>
        <w:t>f 19286/17671/15961 19285/17672/15962 19233/17620/15918</w:t>
        <w:br/>
        <w:t>f 19234/17619/15917 19286/17671/15961 19233/17620/15918</w:t>
        <w:br/>
        <w:t>f 19236/17622/15920 19287/17673/15963 19286/17671/15961</w:t>
        <w:br/>
        <w:t>f 19234/17619/15917 19236/17622/15920 19286/17671/15961</w:t>
        <w:br/>
        <w:t>f 19291/17674/15964 19290/17675/15965 19289/17676/15966</w:t>
        <w:br/>
        <w:t>f 19288/17677/15967 19291/17674/15964 19289/17676/15966</w:t>
        <w:br/>
        <w:t>f 19295/17678/15968 19294/17679/15969 19293/17680/15970</w:t>
        <w:br/>
        <w:t>f 19292/17681/15971 19295/17678/15968 19293/17680/15970</w:t>
        <w:br/>
        <w:t>f 19299/17682/15972 19298/17683/15973 19297/17684/15974</w:t>
        <w:br/>
        <w:t>f 19296/17685/15975 19299/17682/15972 19297/17684/15974</w:t>
        <w:br/>
        <w:t>f 19301/17686/15976 19290/17675/15965 19291/17674/15964</w:t>
        <w:br/>
        <w:t>f 19300/17687/15977 19301/17686/15976 19291/17674/15964</w:t>
        <w:br/>
        <w:t>f 19292/17681/15971 19303/17688/15978 19302/17689/15979</w:t>
        <w:br/>
        <w:t>f 19295/17678/15968 19292/17681/15971 19302/17689/15979</w:t>
        <w:br/>
        <w:t>f 19299/17682/15972 19305/17690/15980 19304/17691/15981</w:t>
        <w:br/>
        <w:t>f 19298/17683/15973 19299/17682/15972 19304/17691/15981</w:t>
        <w:br/>
        <w:t>f 19307/17692/15982 19306/17693/15983 19288/17677/15967</w:t>
        <w:br/>
        <w:t>f 19289/17676/15966 19307/17692/15982 19288/17677/15967</w:t>
        <w:br/>
        <w:t>f 19294/17679/15969 19309/17694/15984 19308/17695/15985</w:t>
        <w:br/>
        <w:t>f 19293/17680/15970 19294/17679/15969 19308/17695/15985</w:t>
        <w:br/>
        <w:t>f 19296/17685/15975 19297/17684/15974 19306/17693/15983</w:t>
        <w:br/>
        <w:t>f 19307/17692/15982 19296/17685/15975 19306/17693/15983</w:t>
        <w:br/>
        <w:t>f 19309/17694/15984 19301/17686/15976 19300/17687/15977</w:t>
        <w:br/>
        <w:t>f 19308/17695/15985 19309/17694/15984 19300/17687/15977</w:t>
        <w:br/>
        <w:t>f 19312/17696/15986 19311/17697/15987 19310/17698/15988</w:t>
        <w:br/>
        <w:t>f 19313/17699/15989 19312/17696/15986 19310/17698/15988</w:t>
        <w:br/>
        <w:t>f 19317/17700/15990 19316/17701/15991 19315/17702/15992</w:t>
        <w:br/>
        <w:t>f 19314/17703/15993 19317/17700/15990 19315/17702/15992</w:t>
        <w:br/>
        <w:t>f 19320/17704/15994 19319/17705/15995 19318/17706/15996</w:t>
        <w:br/>
        <w:t>f 19321/17707/15997 19320/17704/15994 19318/17706/15996</w:t>
        <w:br/>
        <w:t>f 19310/17698/15988 19311/17697/15987 19323/17708/15998</w:t>
        <w:br/>
        <w:t>f 19322/17709/15999 19310/17698/15988 19323/17708/15998</w:t>
        <w:br/>
        <w:t>f 19325/17710/16000 19324/17711/16001 19314/17703/15993</w:t>
        <w:br/>
        <w:t>f 19315/17702/15992 19325/17710/16000 19314/17703/15993</w:t>
        <w:br/>
        <w:t>f 19318/17706/15996 19319/17705/15995 19327/17712/16002</w:t>
        <w:br/>
        <w:t>f 19326/17713/16003 19318/17706/15996 19327/17712/16002</w:t>
        <w:br/>
        <w:t>f 19313/17699/15989 19329/17714/16004 19328/17715/16005</w:t>
        <w:br/>
        <w:t>f 19312/17696/15986 19313/17699/15989 19328/17715/16005</w:t>
        <w:br/>
        <w:t>f 19331/17716/16006 19330/17717/16007 19316/17701/15991</w:t>
        <w:br/>
        <w:t>f 19317/17700/15990 19331/17716/16006 19316/17701/15991</w:t>
        <w:br/>
        <w:t>f 19329/17714/16004 19320/17704/15994 19321/17707/15997</w:t>
        <w:br/>
        <w:t>f 19328/17715/16005 19329/17714/16004 19321/17707/15997</w:t>
        <w:br/>
        <w:t>f 19322/17709/15999 19323/17708/15998 19330/17717/16007</w:t>
        <w:br/>
        <w:t>f 19331/17716/16006 19322/17709/15999 19330/17717/16007</w:t>
        <w:br/>
        <w:t>f 19332/17718/16008 19289/17676/15966 19290/17675/15965</w:t>
        <w:br/>
        <w:t>f 19333/17719/16009 19332/17718/16008 19290/17675/15965</w:t>
        <w:br/>
        <w:t>f 19334/17720/16010 19291/17674/15964 19288/17677/15967</w:t>
        <w:br/>
        <w:t>f 19335/17721/16011 19334/17720/16010 19288/17677/15967</w:t>
        <w:br/>
        <w:t>f 19337/17722/16012 19336/17723/16013 19294/17679/15969</w:t>
        <w:br/>
        <w:t>f 19295/17678/15968 19337/17722/16012 19294/17679/15969</w:t>
        <w:br/>
        <w:t>f 19339/17724/16014 19338/17725/16015 19292/17681/15971</w:t>
        <w:br/>
        <w:t>f 19293/17680/15970 19339/17724/16014 19292/17681/15971</w:t>
        <w:br/>
        <w:t>f 19340/17726/16016 19297/17684/15974 19298/17683/15973</w:t>
        <w:br/>
        <w:t>f 19341/17727/16017 19340/17726/16016 19298/17683/15973</w:t>
        <w:br/>
        <w:t>f 19342/17728/16018 19299/17682/15972 19296/17685/15975</w:t>
        <w:br/>
        <w:t>f 19343/17729/16019 19342/17728/16018 19296/17685/15975</w:t>
        <w:br/>
        <w:t>f 19344/17730/16020 19333/17719/16009 19290/17675/15965</w:t>
        <w:br/>
        <w:t>f 19301/17686/15976 19344/17730/16020 19290/17675/15965</w:t>
        <w:br/>
        <w:t>f 19334/17720/16010 19345/17731/16021 19300/17687/15977</w:t>
        <w:br/>
        <w:t>f 19291/17674/15964 19334/17720/16010 19300/17687/15977</w:t>
        <w:br/>
        <w:t>f 19338/17725/16015 19346/17732/16022 19303/17688/15978</w:t>
        <w:br/>
        <w:t>f 19292/17681/15971 19338/17725/16015 19303/17688/15978</w:t>
        <w:br/>
        <w:t>f 19347/17733/16023 19337/17722/16012 19295/17678/15968</w:t>
        <w:br/>
        <w:t>f 19302/17689/15979 19347/17733/16023 19295/17678/15968</w:t>
        <w:br/>
        <w:t>f 19348/17734/16024 19341/17727/16017 19298/17683/15973</w:t>
        <w:br/>
        <w:t>f 19304/17691/15981 19348/17734/16024 19298/17683/15973</w:t>
        <w:br/>
        <w:t>f 19349/17735/16025 19305/17690/15980 19299/17682/15972</w:t>
        <w:br/>
        <w:t>f 19342/17728/16018 19349/17735/16025 19299/17682/15972</w:t>
        <w:br/>
        <w:t>f 19335/17721/16011 19288/17677/15967 19306/17693/15983</w:t>
        <w:br/>
        <w:t>f 19350/17736/16026 19335/17721/16011 19306/17693/15983</w:t>
        <w:br/>
        <w:t>f 19351/17737/16027 19307/17692/15982 19289/17676/15966</w:t>
        <w:br/>
        <w:t>f 19332/17718/16008 19351/17737/16027 19289/17676/15966</w:t>
        <w:br/>
        <w:t>f 19336/17723/16013 19352/17738/16028 19309/17694/15984</w:t>
        <w:br/>
        <w:t>f 19294/17679/15969 19336/17723/16013 19309/17694/15984</w:t>
        <w:br/>
        <w:t>f 19353/17739/16029 19339/17724/16014 19293/17680/15970</w:t>
        <w:br/>
        <w:t>f 19308/17695/15985 19353/17739/16029 19293/17680/15970</w:t>
        <w:br/>
        <w:t>f 19350/17736/16026 19306/17693/15983 19297/17684/15974</w:t>
        <w:br/>
        <w:t>f 19340/17726/16016 19350/17736/16026 19297/17684/15974</w:t>
        <w:br/>
        <w:t>f 19343/17729/16019 19296/17685/15975 19307/17692/15982</w:t>
        <w:br/>
        <w:t>f 19351/17737/16027 19343/17729/16019 19307/17692/15982</w:t>
        <w:br/>
        <w:t>f 19352/17738/16028 19344/17730/16020 19301/17686/15976</w:t>
        <w:br/>
        <w:t>f 19309/17694/15984 19352/17738/16028 19301/17686/15976</w:t>
        <w:br/>
        <w:t>f 19345/17731/16021 19353/17739/16029 19308/17695/15985</w:t>
        <w:br/>
        <w:t>f 19300/17687/15977 19345/17731/16021 19308/17695/15985</w:t>
        <w:br/>
        <w:t>f 19355/17740/16030 19354/17741/16031 19311/17697/15987</w:t>
        <w:br/>
        <w:t>f 19312/17696/15986 19355/17740/16030 19311/17697/15987</w:t>
        <w:br/>
        <w:t>f 19359/17742/16032 19358/17743/16033 19357/17744/15989</w:t>
        <w:br/>
        <w:t>f 19356/17745/15988 19359/17742/16032 19357/17744/15989</w:t>
        <w:br/>
        <w:t>f 19360/17746/16034 19315/17702/15992 19316/17701/15991</w:t>
        <w:br/>
        <w:t>f 19361/17747/16035 19360/17746/16034 19316/17701/15991</w:t>
        <w:br/>
        <w:t>f 19364/17748/16036 19363/17749/16037 19362/17750/16038</w:t>
        <w:br/>
        <w:t>f 19365/17751/16039 19364/17748/16036 19362/17750/16038</w:t>
        <w:br/>
        <w:t>f 19369/17752/16040 19368/17753/16041 19367/17754/15995</w:t>
        <w:br/>
        <w:t>f 19366/17755/16042 19369/17752/16040 19367/17754/15995</w:t>
        <w:br/>
        <w:t>f 19371/17756/16043 19370/17757/16044 19321/17707/15997</w:t>
        <w:br/>
        <w:t>f 19318/17706/15996 19371/17756/16043 19321/17707/15997</w:t>
        <w:br/>
        <w:t>f 19372/17758/16045 19323/17708/15998 19311/17697/15987</w:t>
        <w:br/>
        <w:t>f 19354/17741/16031 19372/17758/16045 19311/17697/15987</w:t>
        <w:br/>
        <w:t>f 19359/17742/16032 19356/17745/15988 19373/17759/15999</w:t>
        <w:br/>
        <w:t>f 19374/17760/16046 19359/17742/16032 19373/17759/15999</w:t>
        <w:br/>
        <w:t>f 19365/17751/16039 19362/17750/16038 19375/17761/16047</w:t>
        <w:br/>
        <w:t>f 19376/17762/16048 19365/17751/16039 19375/17761/16047</w:t>
        <w:br/>
        <w:t>f 19377/17763/16049 19325/17710/16000 19315/17702/15992</w:t>
        <w:br/>
        <w:t>f 19360/17746/16034 19377/17763/16049 19315/17702/15992</w:t>
        <w:br/>
        <w:t>f 19368/17753/16041 19379/17764/16050 19378/17765/16051</w:t>
        <w:br/>
        <w:t>f 19367/17754/15995 19368/17753/16041 19378/17765/16051</w:t>
        <w:br/>
        <w:t>f 19371/17756/16043 19318/17706/15996 19326/17713/16003</w:t>
        <w:br/>
        <w:t>f 19380/17766/16052 19371/17756/16043 19326/17713/16003</w:t>
        <w:br/>
        <w:t>f 19358/17743/16033 19382/17767/16053 19381/17768/16004</w:t>
        <w:br/>
        <w:t>f 19357/17744/15989 19358/17743/16033 19381/17768/16004</w:t>
        <w:br/>
        <w:t>f 19383/17769/16054 19355/17740/16030 19312/17696/15986</w:t>
        <w:br/>
        <w:t>f 19328/17715/16005 19383/17769/16054 19312/17696/15986</w:t>
        <w:br/>
        <w:t>f 19361/17747/16035 19316/17701/15991 19330/17717/16007</w:t>
        <w:br/>
        <w:t>f 19384/17770/16055 19361/17747/16035 19330/17717/16007</w:t>
        <w:br/>
        <w:t>f 19386/17771/16056 19385/17772/16006 19363/17749/16037</w:t>
        <w:br/>
        <w:t>f 19364/17748/16036 19386/17771/16056 19363/17749/16037</w:t>
        <w:br/>
        <w:t>f 19382/17767/16053 19369/17752/16040 19366/17755/16042</w:t>
        <w:br/>
        <w:t>f 19381/17768/16004 19382/17767/16053 19366/17755/16042</w:t>
        <w:br/>
        <w:t>f 19370/17757/16044 19383/17769/16054 19328/17715/16005</w:t>
        <w:br/>
        <w:t>f 19321/17707/15997 19370/17757/16044 19328/17715/16005</w:t>
        <w:br/>
        <w:t>f 19384/17770/16055 19330/17717/16007 19323/17708/15998</w:t>
        <w:br/>
        <w:t>f 19372/17758/16045 19384/17770/16055 19323/17708/15998</w:t>
        <w:br/>
        <w:t>f 19374/17760/16046 19373/17759/15999 19385/17772/16006</w:t>
        <w:br/>
        <w:t>f 19386/17771/16056 19374/17760/16046 19385/17772/16006</w:t>
        <w:br/>
        <w:t>f 19390/17773/16057 19389/17774/16058 19388/17775/16059</w:t>
        <w:br/>
        <w:t>f 19387/17776/16060 19390/17773/16057 19388/17775/16059</w:t>
        <w:br/>
        <w:t>f 19387/17776/16060 19388/17775/16059 19391/17777/16061</w:t>
        <w:br/>
        <w:t>f 19392/17778/16062 19387/17776/16060 19391/17777/16061</w:t>
        <w:br/>
        <w:t>f 19394/17779/16063 19392/17778/16062 19391/17777/16061</w:t>
        <w:br/>
        <w:t>f 19393/17780/16064 19394/17779/16063 19391/17777/16061</w:t>
        <w:br/>
        <w:t>f 19397/17781/16065 19396/17782/16066 19395/17783/16067</w:t>
        <w:br/>
        <w:t>f 19398/17784/16068 19397/17781/16065 19395/17783/16067</w:t>
        <w:br/>
        <w:t>f 19398/17784/16068 19395/17783/16067 19399/17785/16069</w:t>
        <w:br/>
        <w:t>f 19400/17786/16070 19398/17784/16068 19399/17785/16069</w:t>
        <w:br/>
        <w:t>f 19400/17786/16070 19399/17785/16069 19401/17787/16071</w:t>
        <w:br/>
        <w:t>f 19402/17788/16072 19400/17786/16070 19401/17787/16071</w:t>
        <w:br/>
        <w:t>f 19403/17789/16073 19397/17781/16065 19398/17784/16068</w:t>
        <w:br/>
        <w:t>f 19404/17790/16074 19403/17789/16073 19398/17784/16068</w:t>
        <w:br/>
        <w:t>f 19404/17790/16074 19398/17784/16068 19400/17786/16070</w:t>
        <w:br/>
        <w:t>f 19405/17791/16075 19404/17790/16074 19400/17786/16070</w:t>
        <w:br/>
        <w:t>f 19405/17791/16075 19400/17786/16070 19402/17788/16072</w:t>
        <w:br/>
        <w:t>f 19406/17792/16076 19405/17791/16075 19402/17788/16072</w:t>
        <w:br/>
        <w:t>f 19403/17789/16073 19404/17790/16074 19407/17793/16077</w:t>
        <w:br/>
        <w:t>f 19408/17794/16078 19403/17789/16073 19407/17793/16077</w:t>
        <w:br/>
        <w:t>f 19407/17793/16077 19404/17790/16074 19405/17791/16075</w:t>
        <w:br/>
        <w:t>f 19409/17795/16079 19407/17793/16077 19405/17791/16075</w:t>
        <w:br/>
        <w:t>f 19409/17795/16079 19405/17791/16075 19406/17792/16076</w:t>
        <w:br/>
        <w:t>f 19410/17796/16080 19409/17795/16079 19406/17792/16076</w:t>
        <w:br/>
        <w:t>f 19412/17797/16081 19411/17798/16082 19395/17783/16067</w:t>
        <w:br/>
        <w:t>f 19396/17782/16066 19412/17797/16081 19395/17783/16067</w:t>
        <w:br/>
        <w:t>f 19411/17798/16082 19413/17799/16083 19399/17785/16069</w:t>
        <w:br/>
        <w:t>f 19395/17783/16067 19411/17798/16082 19399/17785/16069</w:t>
        <w:br/>
        <w:t>f 19414/17800/16084 19401/17787/16071 19399/17785/16069</w:t>
        <w:br/>
        <w:t>f 19413/17799/16083 19414/17800/16084 19399/17785/16069</w:t>
        <w:br/>
        <w:t>f 19390/17773/16057 19387/17776/16060 19411/17798/16082</w:t>
        <w:br/>
        <w:t>f 19412/17797/16081 19390/17773/16057 19411/17798/16082</w:t>
        <w:br/>
        <w:t>f 19387/17776/16060 19392/17778/16062 19413/17799/16083</w:t>
        <w:br/>
        <w:t>f 19411/17798/16082 19387/17776/16060 19413/17799/16083</w:t>
        <w:br/>
        <w:t>f 19394/17779/16063 19414/17800/16084 19413/17799/16083</w:t>
        <w:br/>
        <w:t>f 19392/17778/16062 19394/17779/16063 19413/17799/16083</w:t>
        <w:br/>
        <w:t>f 19418/17801/16085 19417/17802/16086 19416/17803/16087</w:t>
        <w:br/>
        <w:t>f 19415/17804/16088 19418/17801/16085 19416/17803/16087</w:t>
        <w:br/>
        <w:t>f 19419/17805/16089 19416/17803/16087 19417/17802/16086</w:t>
        <w:br/>
        <w:t>f 19420/17806/16090 19419/17805/16089 19417/17802/16086</w:t>
        <w:br/>
        <w:t>f 19422/17807/16091 19421/17808/16092 19419/17805/16089</w:t>
        <w:br/>
        <w:t>f 19420/17806/16090 19422/17807/16091 19419/17805/16089</w:t>
        <w:br/>
        <w:t>f 19425/17809/16093 19424/17810/16094 19423/17811/16095</w:t>
        <w:br/>
        <w:t>f 19426/17812/16096 19425/17809/16093 19423/17811/16095</w:t>
        <w:br/>
        <w:t>f 19427/17813/16097 19425/17809/16093 19426/17812/16096</w:t>
        <w:br/>
        <w:t>f 19428/17814/16098 19427/17813/16097 19426/17812/16096</w:t>
        <w:br/>
        <w:t>f 19429/17815/16099 19427/17813/16097 19428/17814/16098</w:t>
        <w:br/>
        <w:t>f 19430/17816/16100 19429/17815/16099 19428/17814/16098</w:t>
        <w:br/>
        <w:t>f 19426/17812/16096 19423/17811/16095 19431/17817/16101</w:t>
        <w:br/>
        <w:t>f 19432/17818/16102 19426/17812/16096 19431/17817/16101</w:t>
        <w:br/>
        <w:t>f 19432/17818/16102 19433/17819/16103 19428/17814/16098</w:t>
        <w:br/>
        <w:t>f 19426/17812/16096 19432/17818/16102 19428/17814/16098</w:t>
        <w:br/>
        <w:t>f 19433/17819/16103 19434/17820/16104 19430/17816/16100</w:t>
        <w:br/>
        <w:t>f 19428/17814/16098 19433/17819/16103 19430/17816/16100</w:t>
        <w:br/>
        <w:t>f 19436/17821/16105 19435/17822/16106 19432/17818/16102</w:t>
        <w:br/>
        <w:t>f 19431/17817/16101 19436/17821/16105 19432/17818/16102</w:t>
        <w:br/>
        <w:t>f 19433/17819/16103 19432/17818/16102 19435/17822/16106</w:t>
        <w:br/>
        <w:t>f 19437/17823/16107 19433/17819/16103 19435/17822/16106</w:t>
        <w:br/>
        <w:t>f 19434/17820/16104 19433/17819/16103 19437/17823/16107</w:t>
        <w:br/>
        <w:t>f 19438/17824/16108 19434/17820/16104 19437/17823/16107</w:t>
        <w:br/>
        <w:t>f 19425/17809/16093 19440/17825/16109 19439/17826/16110</w:t>
        <w:br/>
        <w:t>f 19424/17810/16094 19425/17809/16093 19439/17826/16110</w:t>
        <w:br/>
        <w:t>f 19440/17825/16109 19425/17809/16093 19427/17813/16097</w:t>
        <w:br/>
        <w:t>f 19441/17827/16111 19440/17825/16109 19427/17813/16097</w:t>
        <w:br/>
        <w:t>f 19427/17813/16097 19429/17815/16099 19442/17828/16112</w:t>
        <w:br/>
        <w:t>f 19441/17827/16111 19427/17813/16097 19442/17828/16112</w:t>
        <w:br/>
        <w:t>f 19440/17825/16109 19417/17802/16086 19418/17801/16085</w:t>
        <w:br/>
        <w:t>f 19439/17826/16110 19440/17825/16109 19418/17801/16085</w:t>
        <w:br/>
        <w:t>f 19440/17825/16109 19441/17827/16111 19420/17806/16090</w:t>
        <w:br/>
        <w:t>f 19417/17802/16086 19440/17825/16109 19420/17806/16090</w:t>
        <w:br/>
        <w:t>f 19441/17827/16111 19442/17828/16112 19422/17807/16091</w:t>
        <w:br/>
        <w:t>f 19420/17806/16090 19441/17827/16111 19422/17807/16091</w:t>
        <w:br/>
        <w:t>f 19446/17829/16113 19445/17830/16114 19444/17831/16115</w:t>
        <w:br/>
        <w:t>f 19443/17832/16116 19446/17829/16113 19444/17831/16115</w:t>
        <w:br/>
        <w:t>f 19447/17833/16117 19444/17831/16115 19445/17830/16114</w:t>
        <w:br/>
        <w:t>f 19448/17834/16118 19447/17833/16117 19445/17830/16114</w:t>
        <w:br/>
        <w:t>f 19450/17835/16119 19449/17836/16120 19447/17833/16117</w:t>
        <w:br/>
        <w:t>f 19448/17834/16118 19450/17835/16119 19447/17833/16117</w:t>
        <w:br/>
        <w:t>f 19453/17837/16121 19452/17838/16122 19451/17839/16123</w:t>
        <w:br/>
        <w:t>f 19454/17840/16124 19453/17837/16121 19451/17839/16123</w:t>
        <w:br/>
        <w:t>f 19452/17838/16122 19456/17841/16125 19455/17842/16126</w:t>
        <w:br/>
        <w:t>f 19451/17839/16123 19452/17838/16122 19455/17842/16126</w:t>
        <w:br/>
        <w:t>f 19458/17843/16127 19455/17842/16126 19456/17841/16125</w:t>
        <w:br/>
        <w:t>f 19457/17844/16128 19458/17843/16127 19456/17841/16125</w:t>
        <w:br/>
        <w:t>f 19451/17839/16123 19445/17830/16114 19446/17829/16113</w:t>
        <w:br/>
        <w:t>f 19454/17840/16124 19451/17839/16123 19446/17829/16113</w:t>
        <w:br/>
        <w:t>f 19445/17830/16114 19451/17839/16123 19455/17842/16126</w:t>
        <w:br/>
        <w:t>f 19448/17834/16118 19445/17830/16114 19455/17842/16126</w:t>
        <w:br/>
        <w:t>f 19455/17842/16126 19458/17843/16127 19450/17835/16119</w:t>
        <w:br/>
        <w:t>f 19448/17834/16118 19455/17842/16126 19450/17835/16119</w:t>
        <w:br/>
        <w:t>f 19461/17845/16129 19460/17846/16130 19459/17847/16131</w:t>
        <w:br/>
        <w:t>f 19462/17848/16132 19461/17845/16129 19459/17847/16131</w:t>
        <w:br/>
        <w:t>f 19462/17848/16132 19459/17847/16131 19463/17849/16133</w:t>
        <w:br/>
        <w:t>f 19464/17850/16134 19462/17848/16132 19463/17849/16133</w:t>
        <w:br/>
        <w:t>f 19466/17851/16135 19464/17850/16134 19463/17849/16133</w:t>
        <w:br/>
        <w:t>f 19465/17852/16136 19466/17851/16135 19463/17849/16133</w:t>
        <w:br/>
        <w:t>f 19469/17853/16137 19468/17854/16138 19467/17855/16139</w:t>
        <w:br/>
        <w:t>f 19470/17856/16140 19469/17853/16137 19467/17855/16139</w:t>
        <w:br/>
        <w:t>f 19470/17856/16140 19467/17855/16139 19471/17857/16141</w:t>
        <w:br/>
        <w:t>f 19472/17858/16142 19470/17856/16140 19471/17857/16141</w:t>
        <w:br/>
        <w:t>f 19472/17858/16142 19471/17857/16141 19473/17859/16143</w:t>
        <w:br/>
        <w:t>f 19474/17860/16144 19472/17858/16142 19473/17859/16143</w:t>
        <w:br/>
        <w:t>f 19475/17861/16145 19469/17853/16137 19470/17856/16140</w:t>
        <w:br/>
        <w:t>f 19476/17862/16146 19475/17861/16145 19470/17856/16140</w:t>
        <w:br/>
        <w:t>f 19476/17862/16146 19470/17856/16140 19472/17858/16142</w:t>
        <w:br/>
        <w:t>f 19477/17863/16147 19476/17862/16146 19472/17858/16142</w:t>
        <w:br/>
        <w:t>f 19477/17863/16147 19472/17858/16142 19474/17860/16144</w:t>
        <w:br/>
        <w:t>f 19478/17864/16148 19477/17863/16147 19474/17860/16144</w:t>
        <w:br/>
        <w:t>f 19479/17865/16149 19475/17861/16145 19476/17862/16146</w:t>
        <w:br/>
        <w:t>f 19480/17866/16150 19479/17865/16149 19476/17862/16146</w:t>
        <w:br/>
        <w:t>f 19480/17866/16150 19476/17862/16146 19477/17863/16147</w:t>
        <w:br/>
        <w:t>f 19481/17867/16151 19480/17866/16150 19477/17863/16147</w:t>
        <w:br/>
        <w:t>f 19481/17867/16151 19477/17863/16147 19478/17864/16148</w:t>
        <w:br/>
        <w:t>f 19482/17868/16152 19481/17867/16151 19478/17864/16148</w:t>
        <w:br/>
        <w:t>f 19461/17845/16129 19462/17848/16132 19467/17855/16139</w:t>
        <w:br/>
        <w:t>f 19468/17854/16138 19461/17845/16129 19467/17855/16139</w:t>
        <w:br/>
        <w:t>f 19462/17848/16132 19464/17850/16134 19471/17857/16141</w:t>
        <w:br/>
        <w:t>f 19467/17855/16139 19462/17848/16132 19471/17857/16141</w:t>
        <w:br/>
        <w:t>f 19466/17851/16135 19473/17859/16143 19471/17857/16141</w:t>
        <w:br/>
        <w:t>f 19464/17850/16134 19466/17851/16135 19471/17857/16141</w:t>
        <w:br/>
        <w:t>f 19486/17869/16153 19485/17870/16154 19484/17871/16155</w:t>
        <w:br/>
        <w:t>f 19483/17872/16156 19486/17869/16153 19484/17871/16155</w:t>
        <w:br/>
        <w:t>f 19485/17870/16154 19488/17873/16157 19487/17874/16158</w:t>
        <w:br/>
        <w:t>f 19484/17871/16155 19485/17870/16154 19487/17874/16158</w:t>
        <w:br/>
        <w:t>f 19488/17873/16157 19490/17875/16159 19489/17876/16160</w:t>
        <w:br/>
        <w:t>f 19487/17874/16158 19488/17873/16157 19489/17876/16160</w:t>
        <w:br/>
        <w:t>f 19491/17877/16161 19489/17876/16160 19490/17875/16159</w:t>
        <w:br/>
        <w:t>f 19492/17878/16162 19491/17877/16161 19490/17875/16159</w:t>
        <w:br/>
        <w:t>f 19496/17879/16163 19495/17880/16164 19494/17881/16165</w:t>
        <w:br/>
        <w:t>f 19493/17882/16166 19496/17879/16163 19494/17881/16165</w:t>
        <w:br/>
        <w:t>f 19498/17883/16167 19497/17884/16168 19495/17880/16164</w:t>
        <w:br/>
        <w:t>f 19496/17879/16163 19498/17883/16167 19495/17880/16164</w:t>
        <w:br/>
        <w:t>f 19500/17885/16169 19499/17886/16170 19497/17884/16168</w:t>
        <w:br/>
        <w:t>f 19498/17883/16167 19500/17885/16169 19497/17884/16168</w:t>
        <w:br/>
        <w:t>f 19504/17887/16169 19503/17888/16171 19502/17889/16172</w:t>
        <w:br/>
        <w:t>f 19501/17890/16173 19504/17887/16169 19502/17889/16172</w:t>
        <w:br/>
        <w:t>f 19507/17891/16174 19506/17892/16175 19505/17893/16176</w:t>
        <w:br/>
        <w:t>f 19508/17894/16177 19507/17891/16174 19505/17893/16176</w:t>
        <w:br/>
        <w:t>f 19509/17895/16178 19507/17891/16174 19508/17894/16177</w:t>
        <w:br/>
        <w:t>f 19510/17896/16179 19509/17895/16178 19508/17894/16177</w:t>
        <w:br/>
        <w:t>f 19511/17897/16180 19509/17895/16178 19510/17896/16179</w:t>
        <w:br/>
        <w:t>f 19512/17898/16181 19511/17897/16180 19510/17896/16179</w:t>
        <w:br/>
        <w:t>f 19513/17899/16182 19511/17897/16180 19512/17898/16181</w:t>
        <w:br/>
        <w:t>f 19514/17900/16183 19513/17899/16182 19512/17898/16181</w:t>
        <w:br/>
        <w:t>f 19518/17901/16184 19517/17902/16185 19516/17903/16186</w:t>
        <w:br/>
        <w:t>f 19515/17904/16187 19518/17901/16184 19516/17903/16186</w:t>
        <w:br/>
        <w:t>f 19520/17905/16188 19519/17906/16189 19517/17902/16185</w:t>
        <w:br/>
        <w:t>f 19518/17901/16184 19520/17905/16188 19517/17902/16185</w:t>
        <w:br/>
        <w:t>f 19522/17907/16190 19521/17908/16191 19519/17906/16189</w:t>
        <w:br/>
        <w:t>f 19520/17905/16188 19522/17907/16190 19519/17906/16189</w:t>
        <w:br/>
        <w:t>f 19526/17909/16192 19525/17910/16193 19524/17911/16191</w:t>
        <w:br/>
        <w:t>f 19523/17912/16194 19526/17909/16192 19524/17911/16191</w:t>
        <w:br/>
        <w:t>f 19528/17913/16195 19527/17914/16196 19485/17870/16154</w:t>
        <w:br/>
        <w:t>f 19486/17869/16153 19528/17913/16195 19485/17870/16154</w:t>
        <w:br/>
        <w:t>f 19527/17914/16196 19529/17915/16197 19488/17873/16157</w:t>
        <w:br/>
        <w:t>f 19485/17870/16154 19527/17914/16196 19488/17873/16157</w:t>
        <w:br/>
        <w:t>f 19529/17915/16197 19530/17916/16198 19490/17875/16159</w:t>
        <w:br/>
        <w:t>f 19488/17873/16157 19529/17915/16197 19490/17875/16159</w:t>
        <w:br/>
        <w:t>f 19530/17916/16198 19531/17917/16199 19492/17878/16162</w:t>
        <w:br/>
        <w:t>f 19490/17875/16159 19530/17916/16198 19492/17878/16162</w:t>
        <w:br/>
        <w:t>f 19493/17882/16166 19533/17918/16200 19532/17919/16201</w:t>
        <w:br/>
        <w:t>f 19496/17879/16163 19493/17882/16166 19532/17919/16201</w:t>
        <w:br/>
        <w:t>f 19496/17879/16163 19532/17919/16201 19534/17920/16202</w:t>
        <w:br/>
        <w:t>f 19498/17883/16167 19496/17879/16163 19534/17920/16202</w:t>
        <w:br/>
        <w:t>f 19498/17883/16167 19534/17920/16202 19535/17921/16203</w:t>
        <w:br/>
        <w:t>f 19500/17885/16169 19498/17883/16167 19535/17921/16203</w:t>
        <w:br/>
        <w:t>f 19504/17887/16169 19537/17922/16203 19536/17923/16204</w:t>
        <w:br/>
        <w:t>f 19503/17888/16171 19504/17887/16169 19536/17923/16204</w:t>
        <w:br/>
        <w:t>f 19506/17892/16175 19507/17891/16174 19527/17914/16196</w:t>
        <w:br/>
        <w:t>f 19528/17913/16195 19506/17892/16175 19527/17914/16196</w:t>
        <w:br/>
        <w:t>f 19507/17891/16174 19509/17895/16178 19529/17915/16197</w:t>
        <w:br/>
        <w:t>f 19527/17914/16196 19507/17891/16174 19529/17915/16197</w:t>
        <w:br/>
        <w:t>f 19509/17895/16178 19511/17897/16180 19530/17916/16198</w:t>
        <w:br/>
        <w:t>f 19529/17915/16197 19509/17895/16178 19530/17916/16198</w:t>
        <w:br/>
        <w:t>f 19511/17897/16180 19513/17899/16182 19531/17917/16199</w:t>
        <w:br/>
        <w:t>f 19530/17916/16198 19511/17897/16180 19531/17917/16199</w:t>
        <w:br/>
        <w:t>f 19533/17918/16200 19516/17903/16186 19517/17902/16185</w:t>
        <w:br/>
        <w:t>f 19532/17919/16201 19533/17918/16200 19517/17902/16185</w:t>
        <w:br/>
        <w:t>f 19532/17919/16201 19517/17902/16185 19519/17906/16189</w:t>
        <w:br/>
        <w:t>f 19534/17920/16202 19532/17919/16201 19519/17906/16189</w:t>
        <w:br/>
        <w:t>f 19534/17920/16202 19519/17906/16189 19521/17908/16191</w:t>
        <w:br/>
        <w:t>f 19535/17921/16203 19534/17920/16202 19521/17908/16191</w:t>
        <w:br/>
        <w:t>f 19525/17910/16193 19536/17923/16204 19537/17922/16203</w:t>
        <w:br/>
        <w:t>f 19524/17911/16191 19525/17910/16193 19537/17922/16203</w:t>
        <w:br/>
        <w:t>f 19541/17924/16205 19540/17925/16206 19539/17926/16207</w:t>
        <w:br/>
        <w:t>f 19538/17927/16208 19541/17924/16205 19539/17926/16207</w:t>
        <w:br/>
        <w:t>f 19538/17927/16208 19539/17926/16207 19543/17928/16209</w:t>
        <w:br/>
        <w:t>f 19542/17929/16210 19538/17927/16208 19543/17928/16209</w:t>
        <w:br/>
        <w:t>f 19542/17929/16210 19543/17928/16209 19545/17930/16211</w:t>
        <w:br/>
        <w:t>f 19544/17931/16212 19542/17929/16210 19545/17930/16211</w:t>
        <w:br/>
        <w:t>f 19544/17931/16212 19545/17930/16211 19546/17932/16213</w:t>
        <w:br/>
        <w:t>f 19547/17933/16214 19544/17931/16212 19546/17932/16213</w:t>
        <w:br/>
        <w:t>f 19551/17934/16215 19550/17935/16216 19549/17936/16217</w:t>
        <w:br/>
        <w:t>f 19548/17937/16218 19551/17934/16215 19549/17936/16217</w:t>
        <w:br/>
        <w:t>f 19553/17938/16219 19551/17934/16215 19548/17937/16218</w:t>
        <w:br/>
        <w:t>f 19552/17939/16220 19553/17938/16219 19548/17937/16218</w:t>
        <w:br/>
        <w:t>f 19555/17940/16221 19553/17938/16219 19552/17939/16220</w:t>
        <w:br/>
        <w:t>f 19554/17941/16222 19555/17940/16221 19552/17939/16220</w:t>
        <w:br/>
        <w:t>f 19559/17942/16221 19558/17943/16222 19557/17944/16223</w:t>
        <w:br/>
        <w:t>f 19556/17945/16224 19559/17942/16221 19557/17944/16223</w:t>
        <w:br/>
        <w:t>f 19562/17946/16225 19561/17947/16226 19560/17948/16227</w:t>
        <w:br/>
        <w:t>f 19563/17949/16228 19562/17946/16225 19560/17948/16227</w:t>
        <w:br/>
        <w:t>f 19563/17949/16228 19560/17948/16227 19564/17950/16229</w:t>
        <w:br/>
        <w:t>f 19565/17951/16230 19563/17949/16228 19564/17950/16229</w:t>
        <w:br/>
        <w:t>f 19565/17951/16230 19564/17950/16229 19566/17952/16231</w:t>
        <w:br/>
        <w:t>f 19567/17953/16232 19565/17951/16230 19566/17952/16231</w:t>
        <w:br/>
        <w:t>f 19567/17953/16232 19566/17952/16231 19568/17954/16233</w:t>
        <w:br/>
        <w:t>f 19569/17955/16234 19567/17953/16232 19568/17954/16233</w:t>
        <w:br/>
        <w:t>f 19573/17956/16235 19572/17957/16236 19571/17958/16237</w:t>
        <w:br/>
        <w:t>f 19570/17959/16238 19573/17956/16235 19571/17958/16237</w:t>
        <w:br/>
        <w:t>f 19575/17960/16239 19573/17956/16235 19570/17959/16238</w:t>
        <w:br/>
        <w:t>f 19574/17961/16240 19575/17960/16239 19570/17959/16238</w:t>
        <w:br/>
        <w:t>f 19577/17962/16241 19575/17960/16239 19574/17961/16240</w:t>
        <w:br/>
        <w:t>f 19576/17963/16242 19577/17962/16241 19574/17961/16240</w:t>
        <w:br/>
        <w:t>f 19581/17964/16243 19580/17965/16241 19579/17966/16242</w:t>
        <w:br/>
        <w:t>f 19578/17967/16244 19581/17964/16243 19579/17966/16242</w:t>
        <w:br/>
        <w:t>f 19583/17968/16245 19541/17924/16205 19538/17927/16208</w:t>
        <w:br/>
        <w:t>f 19582/17969/16246 19583/17968/16245 19538/17927/16208</w:t>
        <w:br/>
        <w:t>f 19582/17969/16246 19538/17927/16208 19542/17929/16210</w:t>
        <w:br/>
        <w:t>f 19584/17970/16247 19582/17969/16246 19542/17929/16210</w:t>
        <w:br/>
        <w:t>f 19584/17970/16247 19542/17929/16210 19544/17931/16212</w:t>
        <w:br/>
        <w:t>f 19585/17971/16248 19584/17970/16247 19544/17931/16212</w:t>
        <w:br/>
        <w:t>f 19585/17971/16248 19544/17931/16212 19547/17933/16214</w:t>
        <w:br/>
        <w:t>f 19586/17972/16249 19585/17971/16248 19547/17933/16214</w:t>
        <w:br/>
        <w:t>f 19550/17935/16216 19551/17934/16215 19588/17973/16250</w:t>
        <w:br/>
        <w:t>f 19587/17974/16251 19550/17935/16216 19588/17973/16250</w:t>
        <w:br/>
        <w:t>f 19551/17934/16215 19553/17938/16219 19589/17975/16252</w:t>
        <w:br/>
        <w:t>f 19588/17973/16250 19551/17934/16215 19589/17975/16252</w:t>
        <w:br/>
        <w:t>f 19553/17938/16219 19555/17940/16221 19590/17976/16253</w:t>
        <w:br/>
        <w:t>f 19589/17975/16252 19553/17938/16219 19590/17976/16253</w:t>
        <w:br/>
        <w:t>f 19559/17942/16221 19556/17945/16224 19592/17977/16254</w:t>
        <w:br/>
        <w:t>f 19591/17978/16253 19559/17942/16221 19592/17977/16254</w:t>
        <w:br/>
        <w:t>f 19561/17947/16226 19583/17968/16245 19582/17969/16246</w:t>
        <w:br/>
        <w:t>f 19560/17948/16227 19561/17947/16226 19582/17969/16246</w:t>
        <w:br/>
        <w:t>f 19560/17948/16227 19582/17969/16246 19584/17970/16247</w:t>
        <w:br/>
        <w:t>f 19564/17950/16229 19560/17948/16227 19584/17970/16247</w:t>
        <w:br/>
        <w:t>f 19564/17950/16229 19584/17970/16247 19585/17971/16248</w:t>
        <w:br/>
        <w:t>f 19566/17952/16231 19564/17950/16229 19585/17971/16248</w:t>
        <w:br/>
        <w:t>f 19566/17952/16231 19585/17971/16248 19586/17972/16249</w:t>
        <w:br/>
        <w:t>f 19568/17954/16233 19566/17952/16231 19586/17972/16249</w:t>
        <w:br/>
        <w:t>f 19587/17974/16251 19588/17973/16250 19570/17959/16238</w:t>
        <w:br/>
        <w:t>f 19571/17958/16237 19587/17974/16251 19570/17959/16238</w:t>
        <w:br/>
        <w:t>f 19588/17973/16250 19589/17975/16252 19574/17961/16240</w:t>
        <w:br/>
        <w:t>f 19570/17959/16238 19588/17973/16250 19574/17961/16240</w:t>
        <w:br/>
        <w:t>f 19589/17975/16252 19590/17976/16253 19576/17963/16242</w:t>
        <w:br/>
        <w:t>f 19574/17961/16240 19589/17975/16252 19576/17963/16242</w:t>
        <w:br/>
        <w:t>f 19591/17978/16253 19592/17977/16254 19578/17967/16244</w:t>
        <w:br/>
        <w:t>f 19579/17966/16242 19591/17978/16253 19578/17967/16244</w:t>
        <w:br/>
        <w:t>f 19595/17979/16255 19594/17980/16256 19593/17981/16257</w:t>
        <w:br/>
        <w:t>f 19596/17982/16258 19595/17979/16255 19593/17981/16257</w:t>
        <w:br/>
        <w:t>f 19594/17980/16256 19595/17979/16255 19598/17983/16259</w:t>
        <w:br/>
        <w:t>f 19597/17984/16260 19594/17980/16256 19598/17983/16259</w:t>
        <w:br/>
        <w:t>f 19598/17983/16259 19600/17985/16261 19599/17986/16262</w:t>
        <w:br/>
        <w:t>f 19597/17984/16260 19598/17983/16259 19599/17986/16262</w:t>
        <w:br/>
        <w:t>f 19600/17985/16261 19602/17987/16263 19601/17988/16264</w:t>
        <w:br/>
        <w:t>f 19599/17986/16262 19600/17985/16261 19601/17988/16264</w:t>
        <w:br/>
        <w:t>f 19602/17987/16263 19604/17989/16265 19603/17990/16266</w:t>
        <w:br/>
        <w:t>f 19601/17988/16264 19602/17987/16263 19603/17990/16266</w:t>
        <w:br/>
        <w:t>f 19608/17991/16265 19607/17992/16267 19606/17993/16268</w:t>
        <w:br/>
        <w:t>f 19605/17994/16269 19608/17991/16265 19606/17993/16268</w:t>
        <w:br/>
        <w:t>f 19610/17995/16270 19609/17996/16271 19606/17993/16268</w:t>
        <w:br/>
        <w:t>f 19607/17992/16267 19610/17995/16270 19606/17993/16268</w:t>
        <w:br/>
        <w:t>f 19609/17996/16271 19593/17981/16257 19611/17997/16272</w:t>
        <w:br/>
        <w:t>f 19612/17998/16273 19609/17996/16271 19611/17997/16272</w:t>
        <w:br/>
        <w:t>f 19593/17981/16257 19594/17980/16256 19613/17999/16274</w:t>
        <w:br/>
        <w:t>f 19611/17997/16272 19593/17981/16257 19613/17999/16274</w:t>
        <w:br/>
        <w:t>f 19594/17980/16256 19597/17984/16260 19614/18000/16275</w:t>
        <w:br/>
        <w:t>f 19613/17999/16274 19594/17980/16256 19614/18000/16275</w:t>
        <w:br/>
        <w:t>f 19614/18000/16275 19597/17984/16260 19599/17986/16262</w:t>
        <w:br/>
        <w:t>f 19615/18001/16276 19614/18000/16275 19599/17986/16262</w:t>
        <w:br/>
        <w:t>f 19615/18001/16276 19599/17986/16262 19601/17988/16264</w:t>
        <w:br/>
        <w:t>f 19616/18002/16277 19615/18001/16276 19601/17988/16264</w:t>
        <w:br/>
        <w:t>f 19616/18002/16277 19601/17988/16264 19603/17990/16266</w:t>
        <w:br/>
        <w:t>f 19617/18003/16278 19616/18002/16277 19603/17990/16266</w:t>
        <w:br/>
        <w:t>f 19619/18004/16278 19605/17994/16269 19606/17993/16268</w:t>
        <w:br/>
        <w:t>f 19618/18005/16279 19619/18004/16278 19606/17993/16268</w:t>
        <w:br/>
        <w:t>f 19612/17998/16273 19618/18005/16279 19606/17993/16268</w:t>
        <w:br/>
        <w:t>f 19609/17996/16271 19612/17998/16273 19606/17993/16268</w:t>
        <w:br/>
        <w:t>f 19622/18006/16280 19621/18007/16281 19620/18008/16282</w:t>
        <w:br/>
        <w:t>f 19623/18009/16283 19621/18007/16281 19622/18006/16280</w:t>
        <w:br/>
        <w:t>f 19624/18010/16284 19621/18007/16281 19623/18009/16283</w:t>
        <w:br/>
        <w:t>f 19625/18011/16285 19621/18007/16281 19624/18010/16284</w:t>
        <w:br/>
        <w:t>f 19626/18012/16286 19621/18007/16281 19625/18011/16285</w:t>
        <w:br/>
        <w:t>f 19627/18013/16287 19621/18007/16281 19626/18012/16286</w:t>
        <w:br/>
        <w:t>f 19628/18014/16288 19621/18007/16281 19627/18013/16287</w:t>
        <w:br/>
        <w:t>f 19620/18008/16282 19621/18007/16281 19628/18014/16288</w:t>
        <w:br/>
        <w:t>f 19631/18015/16289 19630/18016/16290 19629/18017/16291</w:t>
        <w:br/>
        <w:t>f 19632/18018/16292 19631/18015/16289 19629/18017/16291</w:t>
        <w:br/>
        <w:t>f 19633/18019/16293 19632/18018/16292 19629/18017/16291</w:t>
        <w:br/>
        <w:t>f 19634/18020/16294 19633/18019/16293 19629/18017/16291</w:t>
        <w:br/>
        <w:t>f 19635/18021/16295 19634/18020/16294 19629/18017/16291</w:t>
        <w:br/>
        <w:t>f 19636/18022/16296 19635/18021/16295 19629/18017/16291</w:t>
        <w:br/>
        <w:t>f 19637/18023/16297 19636/18022/16296 19629/18017/16291</w:t>
        <w:br/>
        <w:t>f 19630/18016/16290 19637/18023/16297 19629/18017/16291</w:t>
        <w:br/>
        <w:t>f 19611/17997/16272 19639/18024/16298 19638/18025/16299</w:t>
        <w:br/>
        <w:t>f 19612/17998/16273 19611/17997/16272 19638/18025/16299</w:t>
        <w:br/>
        <w:t>f 19640/18026/16300 19639/18024/16298 19611/17997/16272</w:t>
        <w:br/>
        <w:t>f 19613/17999/16274 19640/18026/16300 19611/17997/16272</w:t>
        <w:br/>
        <w:t>f 19614/18000/16275 19641/18027/16301 19640/18026/16300</w:t>
        <w:br/>
        <w:t>f 19613/17999/16274 19614/18000/16275 19640/18026/16300</w:t>
        <w:br/>
        <w:t>f 19615/18001/16276 19642/18028/16302 19641/18027/16301</w:t>
        <w:br/>
        <w:t>f 19614/18000/16275 19615/18001/16276 19641/18027/16301</w:t>
        <w:br/>
        <w:t>f 19616/18002/16277 19643/18029/16303 19642/18028/16302</w:t>
        <w:br/>
        <w:t>f 19615/18001/16276 19616/18002/16277 19642/18028/16302</w:t>
        <w:br/>
        <w:t>f 19644/18030/16304 19643/18029/16303 19616/18002/16277</w:t>
        <w:br/>
        <w:t>f 19617/18003/16278 19644/18030/16304 19616/18002/16277</w:t>
        <w:br/>
        <w:t>f 19646/18031/16305 19645/18032/16304 19619/18004/16278</w:t>
        <w:br/>
        <w:t>f 19618/18005/16279 19646/18031/16305 19619/18004/16278</w:t>
        <w:br/>
        <w:t>f 19638/18025/16299 19646/18031/16305 19618/18005/16279</w:t>
        <w:br/>
        <w:t>f 19612/17998/16273 19638/18025/16299 19618/18005/16279</w:t>
        <w:br/>
        <w:t>f 19648/18033/16306 19647/18034/16307 19596/17982/16258</w:t>
        <w:br/>
        <w:t>f 19649/18035/16308 19648/18033/16306 19596/17982/16258</w:t>
        <w:br/>
        <w:t>f 19596/17982/16258 19647/18034/16307 19650/18036/16309</w:t>
        <w:br/>
        <w:t>f 19595/17979/16255 19596/17982/16258 19650/18036/16309</w:t>
        <w:br/>
        <w:t>f 19650/18036/16309 19651/18037/16310 19598/17983/16259</w:t>
        <w:br/>
        <w:t>f 19595/17979/16255 19650/18036/16309 19598/17983/16259</w:t>
        <w:br/>
        <w:t>f 19651/18037/16310 19652/18038/16311 19600/17985/16261</w:t>
        <w:br/>
        <w:t>f 19598/17983/16259 19651/18037/16310 19600/17985/16261</w:t>
        <w:br/>
        <w:t>f 19652/18038/16311 19653/18039/16312 19602/17987/16263</w:t>
        <w:br/>
        <w:t>f 19600/17985/16261 19652/18038/16311 19602/17987/16263</w:t>
        <w:br/>
        <w:t>f 19602/17987/16263 19653/18039/16312 19654/18040/16313</w:t>
        <w:br/>
        <w:t>f 19604/17989/16265 19602/17987/16263 19654/18040/16313</w:t>
        <w:br/>
        <w:t>f 19608/17991/16265 19656/18041/16314 19655/18042/16315</w:t>
        <w:br/>
        <w:t>f 19607/17992/16267 19608/17991/16265 19655/18042/16315</w:t>
        <w:br/>
        <w:t>f 19607/17992/16267 19655/18042/16315 19648/18033/16316</w:t>
        <w:br/>
        <w:t>f 19610/17995/16270 19607/17992/16267 19648/18033/16316</w:t>
        <w:br/>
        <w:t>f 19660/18043/16317 19659/18044/16318 19658/18045/16319</w:t>
        <w:br/>
        <w:t>f 19657/18046/16320 19660/18043/16317 19658/18045/16319</w:t>
        <w:br/>
        <w:t>f 19657/18046/16320 19662/18047/16321 19661/18048/16322</w:t>
        <w:br/>
        <w:t>f 19660/18043/16317 19657/18046/16320 19661/18048/16322</w:t>
        <w:br/>
        <w:t>f 19662/18047/16321 19664/18049/16323 19663/18050/16324</w:t>
        <w:br/>
        <w:t>f 19661/18048/16322 19662/18047/16321 19663/18050/16324</w:t>
        <w:br/>
        <w:t>f 19668/18051/16325 19667/18052/16326 19666/18053/16327</w:t>
        <w:br/>
        <w:t>f 19665/18054/16328 19668/18051/16325 19666/18053/16327</w:t>
        <w:br/>
        <w:t>f 19672/18055/16329 19671/18056/16330 19670/18057/16331</w:t>
        <w:br/>
        <w:t>f 19669/18058/16332 19672/18055/16329 19670/18057/16331</w:t>
        <w:br/>
        <w:t>f 19674/18059/16333 19673/18060/16334 19672/18055/16329</w:t>
        <w:br/>
        <w:t>f 19669/18058/16332 19674/18059/16333 19672/18055/16329</w:t>
        <w:br/>
        <w:t>f 19676/18061/16335 19675/18062/16336 19673/18060/16334</w:t>
        <w:br/>
        <w:t>f 19674/18059/16333 19676/18061/16335 19673/18060/16334</w:t>
        <w:br/>
        <w:t>f 19680/18063/16337 19679/18064/16338 19678/18065/16339</w:t>
        <w:br/>
        <w:t>f 19677/18066/16340 19680/18063/16337 19678/18065/16339</w:t>
        <w:br/>
        <w:t>f 19659/18044/16318 19660/18043/16317 19681/18067/16341</w:t>
        <w:br/>
        <w:t>f 19682/18068/16342 19659/18044/16318 19681/18067/16341</w:t>
        <w:br/>
        <w:t>f 19684/18069/16343 19683/18070/16344 19657/18046/16320</w:t>
        <w:br/>
        <w:t>f 19658/18045/16319 19684/18069/16343 19657/18046/16320</w:t>
        <w:br/>
        <w:t>f 19660/18043/16317 19661/18048/16322 19685/18071/16345</w:t>
        <w:br/>
        <w:t>f 19681/18067/16341 19660/18043/16317 19685/18071/16345</w:t>
        <w:br/>
        <w:t>f 19662/18047/16321 19657/18046/16320 19683/18070/16344</w:t>
        <w:br/>
        <w:t>f 19686/18072/16346 19662/18047/16321 19683/18070/16344</w:t>
        <w:br/>
        <w:t>f 19661/18048/16322 19663/18050/16324 19687/18073/16347</w:t>
        <w:br/>
        <w:t>f 19685/18071/16345 19661/18048/16322 19687/18073/16347</w:t>
        <w:br/>
        <w:t>f 19664/18049/16323 19662/18047/16321 19686/18072/16346</w:t>
        <w:br/>
        <w:t>f 19688/18074/16348 19664/18049/16323 19686/18072/16346</w:t>
        <w:br/>
        <w:t>f 19690/18075/16349 19668/18051/16325 19665/18054/16328</w:t>
        <w:br/>
        <w:t>f 19689/18076/16350 19690/18075/16349 19665/18054/16328</w:t>
        <w:br/>
        <w:t>f 19692/18077/16351 19691/18078/16352 19669/18058/16332</w:t>
        <w:br/>
        <w:t>f 19670/18057/16331 19692/18077/16351 19669/18058/16332</w:t>
        <w:br/>
        <w:t>f 19691/18078/16352 19693/18079/16353 19674/18059/16333</w:t>
        <w:br/>
        <w:t>f 19669/18058/16332 19691/18078/16352 19674/18059/16333</w:t>
        <w:br/>
        <w:t>f 19694/18080/16354 19676/18061/16335 19674/18059/16333</w:t>
        <w:br/>
        <w:t>f 19693/18079/16353 19694/18080/16354 19674/18059/16333</w:t>
        <w:br/>
        <w:t>f 19697/18081/16355 19696/18082/16356 19695/18083/16357</w:t>
        <w:br/>
        <w:t>f 19698/18084/16358 19697/18081/16355 19695/18083/16357</w:t>
        <w:br/>
        <w:t>f 19696/18082/16356 19697/18081/16355 19700/18085/16359</w:t>
        <w:br/>
        <w:t>f 19699/18086/16360 19696/18082/16356 19700/18085/16359</w:t>
        <w:br/>
        <w:t>f 19699/18086/16360 19700/18085/16359 19702/18087/16361</w:t>
        <w:br/>
        <w:t>f 19701/18088/16362 19699/18086/16360 19702/18087/16361</w:t>
        <w:br/>
        <w:t>f 19706/18089/16363 19705/18090/16364 19704/18091/16365</w:t>
        <w:br/>
        <w:t>f 19703/18092/16366 19706/18089/16363 19704/18091/16365</w:t>
        <w:br/>
        <w:t>f 19706/18089/16363 19708/18093/16367 19707/18094/16368</w:t>
        <w:br/>
        <w:t>f 19705/18090/16364 19706/18089/16363 19707/18094/16368</w:t>
        <w:br/>
        <w:t>f 19708/18093/16367 19710/18095/16369 19709/18096/16370</w:t>
        <w:br/>
        <w:t>f 19707/18094/16368 19708/18093/16367 19709/18096/16370</w:t>
        <w:br/>
        <w:t>f 19698/18084/16358 19712/18097/16371 19711/18098/16372</w:t>
        <w:br/>
        <w:t>f 19697/18081/16355 19698/18084/16358 19711/18098/16372</w:t>
        <w:br/>
        <w:t>f 19683/18070/16344 19684/18069/16343 19695/18083/16357</w:t>
        <w:br/>
        <w:t>f 19696/18082/16356 19683/18070/16344 19695/18083/16357</w:t>
        <w:br/>
        <w:t>f 19697/18081/16355 19711/18098/16372 19713/18099/16373</w:t>
        <w:br/>
        <w:t>f 19700/18085/16359 19697/18081/16355 19713/18099/16373</w:t>
        <w:br/>
        <w:t>f 19699/18086/16360 19686/18072/16346 19683/18070/16344</w:t>
        <w:br/>
        <w:t>f 19696/18082/16356 19699/18086/16360 19683/18070/16344</w:t>
        <w:br/>
        <w:t>f 19700/18085/16359 19713/18099/16373 19714/18100/16374</w:t>
        <w:br/>
        <w:t>f 19702/18087/16361 19700/18085/16359 19714/18100/16374</w:t>
        <w:br/>
        <w:t>f 19701/18088/16362 19688/18074/16348 19686/18072/16346</w:t>
        <w:br/>
        <w:t>f 19699/18086/16360 19701/18088/16362 19686/18072/16346</w:t>
        <w:br/>
        <w:t>f 19717/18101/16375 19716/18102/16376 19715/18103/16377</w:t>
        <w:br/>
        <w:t>f 19718/18104/16378 19717/18101/16375 19715/18103/16377</w:t>
        <w:br/>
        <w:t>f 19720/18105/16379 19719/18106/16380 19718/18104/16378</w:t>
        <w:br/>
        <w:t>f 19715/18103/16377 19720/18105/16379 19718/18104/16378</w:t>
        <w:br/>
        <w:t>f 19719/18106/16380 19720/18105/16379 19721/18107/16381</w:t>
        <w:br/>
        <w:t>f 19722/18108/16382 19719/18106/16380 19721/18107/16381</w:t>
        <w:br/>
        <w:t>f 19726/18109/16383 19725/18110/16384 19724/18111/16385</w:t>
        <w:br/>
        <w:t>f 19723/18112/16386 19726/18109/16383 19724/18111/16385</w:t>
        <w:br/>
        <w:t>f 19730/18113/16387 19729/18114/16388 19728/18115/16389</w:t>
        <w:br/>
        <w:t>f 19727/18116/16390 19730/18113/16387 19728/18115/16389</w:t>
        <w:br/>
        <w:t>f 19733/18117/16391 19732/18118/16392 19731/18119/16393</w:t>
        <w:br/>
        <w:t>f 19734/18120/16394 19733/18117/16391 19731/18119/16393</w:t>
        <w:br/>
        <w:t>f 19734/18120/16394 19731/18119/16393 19735/18121/16395</w:t>
        <w:br/>
        <w:t>f 19736/18122/16396 19734/18120/16394 19735/18121/16395</w:t>
        <w:br/>
        <w:t>f 19736/18122/16396 19735/18121/16395 19737/18123/16397</w:t>
        <w:br/>
        <w:t>f 19738/18124/16398 19736/18122/16396 19737/18123/16397</w:t>
        <w:br/>
        <w:t>f 19666/18053/16327 19738/18124/16398 19737/18123/16397</w:t>
        <w:br/>
        <w:t>f 19739/18125/16399 19666/18053/16327 19737/18123/16397</w:t>
        <w:br/>
        <w:t>f 19665/18054/16328 19666/18053/16327 19739/18125/16399</w:t>
        <w:br/>
        <w:t>f 19740/18126/16400 19665/18054/16328 19739/18125/16399</w:t>
        <w:br/>
        <w:t>f 19665/18054/16328 19659/18044/16318 19682/18068/16342</w:t>
        <w:br/>
        <w:t>f 19689/18076/16350 19665/18054/16328 19682/18068/16342</w:t>
        <w:br/>
        <w:t>f 19742/18127/16401 19741/18128/16402 19689/18076/16350</w:t>
        <w:br/>
        <w:t>f 19682/18068/16342 19742/18127/16401 19689/18076/16350</w:t>
        <w:br/>
        <w:t>f 19679/18064/16338 19744/18129/16403 19743/18130/16404</w:t>
        <w:br/>
        <w:t>f 19678/18065/16339 19679/18064/16338 19743/18130/16404</w:t>
        <w:br/>
        <w:t>f 19667/18052/16326 19745/18131/16405 19738/18124/16398</w:t>
        <w:br/>
        <w:t>f 19666/18053/16327 19667/18052/16326 19738/18124/16398</w:t>
        <w:br/>
        <w:t>f 19746/18132/16406 19690/18075/16349 19689/18076/16350</w:t>
        <w:br/>
        <w:t>f 19741/18128/16402 19746/18132/16406 19689/18076/16350</w:t>
        <w:br/>
        <w:t>f 19747/18133/16407 19734/18120/16394 19736/18122/16396</w:t>
        <w:br/>
        <w:t>f 19748/18134/16408 19747/18133/16407 19736/18122/16396</w:t>
        <w:br/>
        <w:t>f 19723/18112/16386 19724/18111/16385 19750/18135/16409</w:t>
        <w:br/>
        <w:t>f 19749/18136/16410 19723/18112/16386 19750/18135/16409</w:t>
        <w:br/>
        <w:t>f 19734/18120/16394 19747/18133/16407 19751/18137/16411</w:t>
        <w:br/>
        <w:t>f 19733/18117/16391 19734/18120/16394 19751/18137/16411</w:t>
        <w:br/>
        <w:t>f 19748/18134/16408 19736/18122/16396 19738/18124/16398</w:t>
        <w:br/>
        <w:t>f 19745/18131/16405 19748/18134/16408 19738/18124/16398</w:t>
        <w:br/>
        <w:t>f 19729/18114/16388 19753/18138/16412 19752/18139/16413</w:t>
        <w:br/>
        <w:t>f 19728/18115/16389 19729/18114/16388 19752/18139/16413</w:t>
        <w:br/>
        <w:t>f 19682/18068/16342 19681/18067/16341 19691/18078/16352</w:t>
        <w:br/>
        <w:t>f 19692/18077/16351 19682/18068/16342 19691/18078/16352</w:t>
        <w:br/>
        <w:t>f 19681/18067/16341 19685/18071/16345 19693/18079/16353</w:t>
        <w:br/>
        <w:t>f 19691/18078/16352 19681/18067/16341 19693/18079/16353</w:t>
        <w:br/>
        <w:t>f 19685/18071/16345 19687/18073/16347 19694/18080/16354</w:t>
        <w:br/>
        <w:t>f 19693/18079/16353 19685/18071/16345 19694/18080/16354</w:t>
        <w:br/>
        <w:t>f 19718/18104/16378 19711/18098/16372 19712/18097/16371</w:t>
        <w:br/>
        <w:t>f 19717/18101/16375 19718/18104/16378 19712/18097/16371</w:t>
        <w:br/>
        <w:t>f 19719/18106/16380 19713/18099/16373 19711/18098/16372</w:t>
        <w:br/>
        <w:t>f 19718/18104/16378 19719/18106/16380 19711/18098/16372</w:t>
        <w:br/>
        <w:t>f 19713/18099/16373 19719/18106/16380 19722/18108/16382</w:t>
        <w:br/>
        <w:t>f 19714/18100/16374 19713/18099/16373 19722/18108/16382</w:t>
        <w:br/>
        <w:t>f 19733/18117/16391 19729/18114/16388 19730/18113/16387</w:t>
        <w:br/>
        <w:t>f 19732/18118/16392 19733/18117/16391 19730/18113/16387</w:t>
        <w:br/>
        <w:t>f 19744/18129/16403 19679/18064/16338 19741/18128/16402</w:t>
        <w:br/>
        <w:t>f 19742/18127/16401 19744/18129/16403 19741/18128/16402</w:t>
        <w:br/>
        <w:t>f 19679/18064/16338 19680/18063/16337 19746/18132/16406</w:t>
        <w:br/>
        <w:t>f 19741/18128/16402 19679/18064/16338 19746/18132/16406</w:t>
        <w:br/>
        <w:t>f 19733/18117/16391 19751/18137/16411 19753/18138/16412</w:t>
        <w:br/>
        <w:t>f 19729/18114/16388 19733/18117/16391 19753/18138/16412</w:t>
        <w:br/>
        <w:t>f 19756/18140/16414 19755/18141/16415 19754/18142/16415</w:t>
        <w:br/>
        <w:t>f 19757/18143/16416 19756/18140/16414 19754/18142/16415</w:t>
        <w:br/>
        <w:t>f 19757/18143/16416 19759/18144/16417 19758/18145/16417</w:t>
        <w:br/>
        <w:t>f 19756/18140/16414 19757/18143/16416 19758/18145/16417</w:t>
        <w:br/>
        <w:t>f 19759/18144/16417 19761/18146/16418 19760/18147/16418</w:t>
        <w:br/>
        <w:t>f 19758/18145/16417 19759/18144/16417 19760/18147/16418</w:t>
        <w:br/>
        <w:t>f 19762/18148/16419 19760/18147/16418 19761/18146/16418</w:t>
        <w:br/>
        <w:t>f 19763/18149/16420 19762/18148/16419 19761/18146/16418</w:t>
        <w:br/>
        <w:t>f 19764/18150/16421 19762/18148/16422 19663/18050/16324</w:t>
        <w:br/>
        <w:t>f 19765/18151/16421 19764/18150/16421 19663/18050/16324</w:t>
        <w:br/>
        <w:t>f 19766/18152/16423 19764/18150/16421 19765/18151/16421</w:t>
        <w:br/>
        <w:t>f 19767/18153/16423 19766/18152/16423 19765/18151/16421</w:t>
        <w:br/>
        <w:t>f 19767/18153/16423 19769/18154/16424 19768/18155/16425</w:t>
        <w:br/>
        <w:t>f 19766/18152/16423 19767/18153/16423 19768/18155/16425</w:t>
        <w:br/>
        <w:t>f 19769/18154/16424 19702/18087/16361 19770/18156/16426</w:t>
        <w:br/>
        <w:t>f 19768/18155/16425 19769/18154/16424 19770/18156/16426</w:t>
        <w:br/>
        <w:t>f 19714/18100/16374 19771/18157/16427 19770/18156/16426</w:t>
        <w:br/>
        <w:t>f 19702/18087/16361 19714/18100/16374 19770/18156/16426</w:t>
        <w:br/>
        <w:t>f 19722/18108/16382 19772/18158/16428 19771/18157/16427</w:t>
        <w:br/>
        <w:t>f 19714/18100/16374 19722/18108/16382 19771/18157/16427</w:t>
        <w:br/>
        <w:t>f 19721/18107/16381 19773/18159/16429 19772/18158/16428</w:t>
        <w:br/>
        <w:t>f 19722/18108/16382 19721/18107/16381 19772/18158/16428</w:t>
        <w:br/>
        <w:t>f 19710/18095/16369 19775/18160/16430 19774/18161/16431</w:t>
        <w:br/>
        <w:t>f 19709/18096/16370 19710/18095/16369 19774/18161/16431</w:t>
        <w:br/>
        <w:t>f 19779/18162/16432 19778/18163/16433 19777/18164/16434</w:t>
        <w:br/>
        <w:t>f 19776/18165/16435 19779/18162/16432 19777/18164/16434</w:t>
        <w:br/>
        <w:t>f 19783/18166/16436 19782/18167/16437 19781/18168/16438</w:t>
        <w:br/>
        <w:t>f 19780/18169/16439 19783/18166/16436 19781/18168/16438</w:t>
        <w:br/>
        <w:t>f 19785/18170/16440 19783/18166/16436 19780/18169/16439</w:t>
        <w:br/>
        <w:t>f 19784/18171/16441 19785/18170/16440 19780/18169/16439</w:t>
        <w:br/>
        <w:t>f 19785/18170/16440 19784/18171/16441 19787/18172/16442</w:t>
        <w:br/>
        <w:t>f 19786/18173/16443 19785/18170/16440 19787/18172/16442</w:t>
        <w:br/>
        <w:t>f 19790/18174/16444 19789/18175/16445 19788/18176/16446</w:t>
        <w:br/>
        <w:t>f 19791/18177/16447 19790/18174/16444 19788/18176/16446</w:t>
        <w:br/>
        <w:t>f 19793/18178/16448 19791/18177/16447 19788/18176/16446</w:t>
        <w:br/>
        <w:t>f 19792/18179/16449 19793/18178/16448 19788/18176/16446</w:t>
        <w:br/>
        <w:t>f 19795/18180/16450 19793/18178/16448 19792/18179/16449</w:t>
        <w:br/>
        <w:t>f 19794/18181/16451 19795/18180/16450 19792/18179/16449</w:t>
        <w:br/>
        <w:t>f 19797/18182/16452 19795/18180/16450 19794/18181/16451</w:t>
        <w:br/>
        <w:t>f 19796/18183/16453 19797/18182/16452 19794/18181/16451</w:t>
        <w:br/>
        <w:t>f 19801/18184/16454 19800/18185/16452 19799/18186/16453</w:t>
        <w:br/>
        <w:t>f 19798/18187/16455 19801/18184/16454 19799/18186/16453</w:t>
        <w:br/>
        <w:t>f 19801/18184/16454 19798/18187/16455 19802/18188/16456</w:t>
        <w:br/>
        <w:t>f 19803/18189/16457 19801/18184/16454 19802/18188/16456</w:t>
        <w:br/>
        <w:t>f 19803/18189/16457 19802/18188/16456 19804/18190/16458</w:t>
        <w:br/>
        <w:t>f 19805/18191/16459 19803/18189/16457 19804/18190/16458</w:t>
        <w:br/>
        <w:t>f 19805/18191/16459 19804/18190/16458 19806/18192/16460</w:t>
        <w:br/>
        <w:t>f 19807/18193/16461 19805/18191/16459 19806/18192/16460</w:t>
        <w:br/>
        <w:t>f 19811/18194/16462 19810/18195/16463 19809/18196/16464</w:t>
        <w:br/>
        <w:t>f 19808/18197/16465 19811/18194/16462 19809/18196/16464</w:t>
        <w:br/>
        <w:t>f 19813/18198/16466 19811/18194/16462 19808/18197/16465</w:t>
        <w:br/>
        <w:t>f 19812/18199/16467 19813/18198/16466 19808/18197/16465</w:t>
        <w:br/>
        <w:t>f 19813/18198/16466 19812/18199/16467 19814/18200/16468</w:t>
        <w:br/>
        <w:t>f 19815/18201/16469 19813/18198/16466 19814/18200/16468</w:t>
        <w:br/>
        <w:t>f 19815/18201/16469 19814/18200/16468 19816/18202/16470</w:t>
        <w:br/>
        <w:t>f 19817/18203/16470 19815/18201/16469 19816/18202/16470</w:t>
        <w:br/>
        <w:t>f 19821/18204/16471 19820/18205/16470 19819/18206/16470</w:t>
        <w:br/>
        <w:t>f 19818/18207/16471 19821/18204/16471 19819/18206/16470</w:t>
        <w:br/>
        <w:t>f 19823/18208/16472 19821/18204/16471 19818/18207/16471</w:t>
        <w:br/>
        <w:t>f 19822/18209/16473 19823/18208/16472 19818/18207/16471</w:t>
        <w:br/>
        <w:t>f 19823/18208/16472 19822/18209/16473 19824/18210/16474</w:t>
        <w:br/>
        <w:t>f 19825/18211/16475 19823/18208/16472 19824/18210/16474</w:t>
        <w:br/>
        <w:t>f 19825/18211/16475 19824/18210/16474 19826/18212/16464</w:t>
        <w:br/>
        <w:t>f 19827/18213/16463 19825/18211/16475 19826/18212/16464</w:t>
        <w:br/>
        <w:t>f 19829/18214/16476 19828/18215/16477 19811/18194/16462</w:t>
        <w:br/>
        <w:t>f 19830/18216/16478 19829/18214/16476 19811/18194/16462</w:t>
        <w:br/>
        <w:t>f 19831/18217/16479 19830/18216/16478 19811/18194/16462</w:t>
        <w:br/>
        <w:t>f 19813/18198/16466 19831/18217/16479 19811/18194/16462</w:t>
        <w:br/>
        <w:t>f 19832/18218/16480 19831/18217/16479 19813/18198/16466</w:t>
        <w:br/>
        <w:t>f 19815/18201/16469 19832/18218/16480 19813/18198/16466</w:t>
        <w:br/>
        <w:t>f 19834/18219/16481 19832/18218/16480 19815/18201/16469</w:t>
        <w:br/>
        <w:t>f 19833/18220/16482 19834/18219/16481 19815/18201/16469</w:t>
        <w:br/>
        <w:t>f 19838/18221/16483 19837/18222/16484 19836/18223/16485</w:t>
        <w:br/>
        <w:t>f 19835/18224/16486 19838/18221/16483 19836/18223/16485</w:t>
        <w:br/>
        <w:t>f 19840/18225/16487 19838/18221/16483 19835/18224/16486</w:t>
        <w:br/>
        <w:t>f 19839/18226/16488 19840/18225/16487 19835/18224/16486</w:t>
        <w:br/>
        <w:t>f 19840/18225/16487 19839/18226/16488 19841/18227/16489</w:t>
        <w:br/>
        <w:t>f 19842/18228/16490 19840/18225/16487 19841/18227/16489</w:t>
        <w:br/>
        <w:t>f 19842/18228/16490 19841/18227/16489 19843/18229/16491</w:t>
        <w:br/>
        <w:t>f 19844/18230/16492 19842/18228/16490 19843/18229/16491</w:t>
        <w:br/>
        <w:t>f 19846/18231/16493 19829/18214/16476 19830/18216/16478</w:t>
        <w:br/>
        <w:t>f 19845/18232/16494 19846/18231/16493 19830/18216/16478</w:t>
        <w:br/>
        <w:t>f 19845/18232/16494 19830/18216/16478 19831/18217/16479</w:t>
        <w:br/>
        <w:t>f 19847/18233/16495 19845/18232/16494 19831/18217/16479</w:t>
        <w:br/>
        <w:t>f 19831/18217/16479 19832/18218/16480 19848/18234/16496</w:t>
        <w:br/>
        <w:t>f 19847/18233/16495 19831/18217/16479 19848/18234/16496</w:t>
        <w:br/>
        <w:t>f 19832/18218/16480 19834/18219/16481 19849/18235/16497</w:t>
        <w:br/>
        <w:t>f 19848/18234/16496 19832/18218/16480 19849/18235/16497</w:t>
        <w:br/>
        <w:t>f 19851/18236/16497 19837/18222/16484 19838/18221/16483</w:t>
        <w:br/>
        <w:t>f 19850/18237/16498 19851/18236/16497 19838/18221/16483</w:t>
        <w:br/>
        <w:t>f 19850/18237/16498 19838/18221/16483 19840/18225/16487</w:t>
        <w:br/>
        <w:t>f 19852/18238/16499 19850/18237/16498 19840/18225/16487</w:t>
        <w:br/>
        <w:t>f 19840/18225/16487 19842/18228/16490 19853/18239/16500</w:t>
        <w:br/>
        <w:t>f 19852/18238/16499 19840/18225/16487 19853/18239/16500</w:t>
        <w:br/>
        <w:t>f 19854/18240/16493 19853/18239/16500 19842/18228/16490</w:t>
        <w:br/>
        <w:t>f 19844/18230/16492 19854/18240/16493 19842/18228/16490</w:t>
        <w:br/>
        <w:t>f 19845/18232/16494 19855/18241/16501 19846/18231/16493</w:t>
        <w:br/>
        <w:t>f 19847/18233/16495 19855/18241/16501 19845/18232/16494</w:t>
        <w:br/>
        <w:t>f 19848/18234/16496 19855/18241/16501 19847/18233/16495</w:t>
        <w:br/>
        <w:t>f 19849/18235/16497 19855/18241/16501 19848/18234/16496</w:t>
        <w:br/>
        <w:t>f 19850/18237/16498 19856/18242/16502 19851/18236/16497</w:t>
        <w:br/>
        <w:t>f 19852/18238/16499 19856/18242/16502 19850/18237/16498</w:t>
        <w:br/>
        <w:t>f 19853/18239/16500 19856/18242/16502 19852/18238/16499</w:t>
        <w:br/>
        <w:t>f 19854/18240/16493 19856/18242/16502 19853/18239/16500</w:t>
        <w:br/>
        <w:t>f 19859/18243/16503 19858/18244/16504 19857/18245/16505</w:t>
        <w:br/>
        <w:t>f 19776/18165/16435 19859/18243/16503 19857/18245/16505</w:t>
        <w:br/>
        <w:t>f 19859/18243/16503 19861/18246/16506 19860/18247/16507</w:t>
        <w:br/>
        <w:t>f 19858/18244/16504 19859/18243/16503 19860/18247/16507</w:t>
        <w:br/>
        <w:t>f 19861/18246/16506 19863/18248/16508 19862/18249/16509</w:t>
        <w:br/>
        <w:t>f 19860/18247/16507 19861/18246/16506 19862/18249/16509</w:t>
        <w:br/>
        <w:t>f 19866/18250/16510 19782/18167/16437 19865/18251/16511</w:t>
        <w:br/>
        <w:t>f 19864/18252/16512 19866/18250/16510 19865/18251/16511</w:t>
        <w:br/>
        <w:t>f 19867/18253/16513 19790/18174/16444 19791/18177/16447</w:t>
        <w:br/>
        <w:t>f 19868/18254/16514 19867/18253/16513 19791/18177/16447</w:t>
        <w:br/>
        <w:t>f 19869/18255/16515 19868/18254/16514 19791/18177/16447</w:t>
        <w:br/>
        <w:t>f 19793/18178/16448 19869/18255/16515 19791/18177/16447</w:t>
        <w:br/>
        <w:t>f 19870/18256/16516 19869/18255/16515 19793/18178/16448</w:t>
        <w:br/>
        <w:t>f 19795/18180/16450 19870/18256/16516 19793/18178/16448</w:t>
        <w:br/>
        <w:t>f 19871/18257/16517 19870/18256/16516 19795/18180/16450</w:t>
        <w:br/>
        <w:t>f 19797/18182/16452 19871/18257/16517 19795/18180/16450</w:t>
        <w:br/>
        <w:t>f 19873/18258/16518 19872/18259/16519 19800/18185/16452</w:t>
        <w:br/>
        <w:t>f 19801/18184/16454 19873/18258/16518 19800/18185/16452</w:t>
        <w:br/>
        <w:t>f 19873/18258/16518 19801/18184/16454 19803/18189/16457</w:t>
        <w:br/>
        <w:t>f 19874/18260/16520 19873/18258/16518 19803/18189/16457</w:t>
        <w:br/>
        <w:t>f 19874/18260/16520 19803/18189/16457 19805/18191/16459</w:t>
        <w:br/>
        <w:t>f 19875/18261/16521 19874/18260/16520 19805/18191/16459</w:t>
        <w:br/>
        <w:t>f 19875/18261/16521 19805/18191/16459 19807/18193/16461</w:t>
        <w:br/>
        <w:t>f 19876/18262/16522 19875/18261/16521 19807/18193/16461</w:t>
        <w:br/>
        <w:t>f 19809/18196/16464 19867/18253/16513 19868/18254/16514</w:t>
        <w:br/>
        <w:t>f 19808/18197/16465 19809/18196/16464 19868/18254/16514</w:t>
        <w:br/>
        <w:t>f 19868/18254/16514 19869/18255/16515 19812/18199/16467</w:t>
        <w:br/>
        <w:t>f 19808/18197/16465 19868/18254/16514 19812/18199/16467</w:t>
        <w:br/>
        <w:t>f 19869/18255/16515 19870/18256/16516 19814/18200/16468</w:t>
        <w:br/>
        <w:t>f 19812/18199/16467 19869/18255/16515 19814/18200/16468</w:t>
        <w:br/>
        <w:t>f 19870/18256/16516 19871/18257/16517 19877/18263/16523</w:t>
        <w:br/>
        <w:t>f 19814/18200/16468 19870/18256/16516 19877/18263/16523</w:t>
        <w:br/>
        <w:t>f 19872/18259/16519 19873/18258/16518 19879/18264/16524</w:t>
        <w:br/>
        <w:t>f 19878/18265/16525 19872/18259/16519 19879/18264/16524</w:t>
        <w:br/>
        <w:t>f 19879/18264/16524 19873/18258/16518 19874/18260/16520</w:t>
        <w:br/>
        <w:t>f 19880/18266/16526 19879/18264/16524 19874/18260/16520</w:t>
        <w:br/>
        <w:t>f 19880/18266/16526 19874/18260/16520 19875/18261/16521</w:t>
        <w:br/>
        <w:t>f 19881/18267/16527 19880/18266/16526 19875/18261/16521</w:t>
        <w:br/>
        <w:t>f 19881/18267/16527 19875/18261/16521 19876/18262/16522</w:t>
        <w:br/>
        <w:t>f 19882/18268/16528 19881/18267/16527 19876/18262/16522</w:t>
        <w:br/>
        <w:t>f 19788/18176/16446 19789/18175/16445 19883/18269/16529</w:t>
        <w:br/>
        <w:t>f 19857/18245/16505 19788/18176/16446 19883/18269/16529</w:t>
        <w:br/>
        <w:t>f 19798/18187/16455 19865/18251/16511 19884/18270/16530</w:t>
        <w:br/>
        <w:t>f 19802/18188/16456 19798/18187/16455 19884/18270/16530</w:t>
        <w:br/>
        <w:t>f 19885/18271/16531 19804/18190/16458 19802/18188/16456</w:t>
        <w:br/>
        <w:t>f 19884/18270/16530 19885/18271/16531 19802/18188/16456</w:t>
        <w:br/>
        <w:t>f 19886/18272/16532 19806/18192/16460 19804/18190/16458</w:t>
        <w:br/>
        <w:t>f 19885/18271/16531 19886/18272/16532 19804/18190/16458</w:t>
        <w:br/>
        <w:t>f 19716/18102/16376 19704/18091/16365 19705/18090/16364</w:t>
        <w:br/>
        <w:t>f 19715/18103/16377 19716/18102/16376 19705/18090/16364</w:t>
        <w:br/>
        <w:t>f 19707/18094/16368 19720/18105/16379 19715/18103/16377</w:t>
        <w:br/>
        <w:t>f 19705/18090/16364 19707/18094/16368 19715/18103/16377</w:t>
        <w:br/>
        <w:t>f 19707/18094/16368 19709/18096/16370 19721/18107/16381</w:t>
        <w:br/>
        <w:t>f 19720/18105/16379 19707/18094/16368 19721/18107/16381</w:t>
        <w:br/>
        <w:t>f 19728/18115/16389 19724/18111/16385 19725/18110/16384</w:t>
        <w:br/>
        <w:t>f 19727/18116/16390 19728/18115/16389 19725/18110/16384</w:t>
        <w:br/>
        <w:t>f 19752/18139/16413 19750/18135/16409 19724/18111/16385</w:t>
        <w:br/>
        <w:t>f 19728/18115/16389 19752/18139/16413 19724/18111/16385</w:t>
        <w:br/>
        <w:t>f 19709/18096/16370 19774/18161/16431 19773/18159/16429</w:t>
        <w:br/>
        <w:t>f 19721/18107/16381 19709/18096/16370 19773/18159/16429</w:t>
        <w:br/>
        <w:t>f 19776/18165/16435 19777/18164/16434 19887/18273/16533</w:t>
        <w:br/>
        <w:t>f 19859/18243/16503 19776/18165/16435 19887/18273/16533</w:t>
        <w:br/>
        <w:t>f 19859/18243/16503 19887/18273/16533 19888/18274/16534</w:t>
        <w:br/>
        <w:t>f 19861/18246/16506 19859/18243/16503 19888/18274/16534</w:t>
        <w:br/>
        <w:t>f 19888/18274/16534 19889/18275/16535 19863/18248/16508</w:t>
        <w:br/>
        <w:t>f 19861/18246/16506 19888/18274/16534 19863/18248/16508</w:t>
        <w:br/>
        <w:t>f 19890/18276/16536 19781/18168/16438 19782/18167/16437</w:t>
        <w:br/>
        <w:t>f 19866/18250/16510 19890/18276/16536 19782/18167/16437</w:t>
        <w:br/>
        <w:t>f 19857/18245/16505 19858/18244/16504 19792/18179/16449</w:t>
        <w:br/>
        <w:t>f 19788/18176/16446 19857/18245/16505 19792/18179/16449</w:t>
        <w:br/>
        <w:t>f 19858/18244/16504 19860/18247/16507 19794/18181/16451</w:t>
        <w:br/>
        <w:t>f 19792/18179/16449 19858/18244/16504 19794/18181/16451</w:t>
        <w:br/>
        <w:t>f 19860/18247/16507 19862/18249/16509 19796/18183/16453</w:t>
        <w:br/>
        <w:t>f 19794/18181/16451 19860/18247/16507 19796/18183/16453</w:t>
        <w:br/>
        <w:t>f 19865/18251/16511 19798/18187/16455 19799/18186/16453</w:t>
        <w:br/>
        <w:t>f 19864/18252/16512 19865/18251/16511 19799/18186/16453</w:t>
        <w:br/>
        <w:t>f 19776/18165/16435 19857/18245/16505 19883/18269/16529</w:t>
        <w:br/>
        <w:t>f 19779/18162/16432 19776/18165/16435 19883/18269/16529</w:t>
        <w:br/>
        <w:t>f 19884/18270/16530 19865/18251/16511 19782/18167/16437</w:t>
        <w:br/>
        <w:t>f 19783/18166/16436 19884/18270/16530 19782/18167/16437</w:t>
        <w:br/>
        <w:t>f 19785/18170/16440 19885/18271/16531 19884/18270/16530</w:t>
        <w:br/>
        <w:t>f 19783/18166/16436 19785/18170/16440 19884/18270/16530</w:t>
        <w:br/>
        <w:t>f 19786/18173/16443 19886/18272/16532 19885/18271/16531</w:t>
        <w:br/>
        <w:t>f 19785/18170/16440 19786/18173/16443 19885/18271/16531</w:t>
        <w:br/>
        <w:t>f 19894/18277/16537 19893/18278/16538 19892/18279/16539</w:t>
        <w:br/>
        <w:t>f 19891/18280/16540 19894/18277/16537 19892/18279/16539</w:t>
        <w:br/>
        <w:t>f 19893/18278/16538 19894/18277/16537 19896/18281/16541</w:t>
        <w:br/>
        <w:t>f 19895/18282/16542 19893/18278/16538 19896/18281/16541</w:t>
        <w:br/>
        <w:t>f 19895/18282/16542 19896/18281/16541 19898/18283/16543</w:t>
        <w:br/>
        <w:t>f 19897/18284/16544 19895/18282/16542 19898/18283/16543</w:t>
        <w:br/>
        <w:t>f 19902/18285/16545 19901/18286/16546 19900/18287/16547</w:t>
        <w:br/>
        <w:t>f 19899/18288/16548 19902/18285/16545 19900/18287/16547</w:t>
        <w:br/>
        <w:t>f 19906/18289/16549 19905/18290/16550 19904/18291/16551</w:t>
        <w:br/>
        <w:t>f 19903/18292/16552 19906/18289/16549 19904/18291/16551</w:t>
        <w:br/>
        <w:t>f 19906/18289/16549 19908/18293/16553 19907/18294/16554</w:t>
        <w:br/>
        <w:t>f 19905/18290/16550 19906/18289/16549 19907/18294/16554</w:t>
        <w:br/>
        <w:t>f 19908/18293/16553 19910/18295/16555 19909/18296/16556</w:t>
        <w:br/>
        <w:t>f 19907/18294/16554 19908/18293/16553 19909/18296/16556</w:t>
        <w:br/>
        <w:t>f 19914/18297/16557 19913/18298/16558 19912/18299/16559</w:t>
        <w:br/>
        <w:t>f 19911/18300/16560 19914/18297/16557 19912/18299/16559</w:t>
        <w:br/>
        <w:t>f 19915/18301/16561 19894/18277/16537 19891/18280/16540</w:t>
        <w:br/>
        <w:t>f 19916/18302/16562 19915/18301/16561 19891/18280/16540</w:t>
        <w:br/>
        <w:t>f 19893/18278/16538 19918/18303/16563 19917/18304/16564</w:t>
        <w:br/>
        <w:t>f 19892/18279/16539 19893/18278/16538 19917/18304/16564</w:t>
        <w:br/>
        <w:t>f 19894/18277/16537 19915/18301/16561 19919/18305/16565</w:t>
        <w:br/>
        <w:t>f 19896/18281/16541 19894/18277/16537 19919/18305/16565</w:t>
        <w:br/>
        <w:t>f 19895/18282/16542 19920/18306/16566 19918/18303/16563</w:t>
        <w:br/>
        <w:t>f 19893/18278/16538 19895/18282/16542 19918/18303/16563</w:t>
        <w:br/>
        <w:t>f 19896/18281/16541 19919/18305/16565 19921/18307/16567</w:t>
        <w:br/>
        <w:t>f 19898/18283/16543 19896/18281/16541 19921/18307/16567</w:t>
        <w:br/>
        <w:t>f 19897/18284/16544 19922/18308/16568 19920/18306/16566</w:t>
        <w:br/>
        <w:t>f 19895/18282/16542 19897/18284/16544 19920/18306/16566</w:t>
        <w:br/>
        <w:t>f 19924/18309/16569 19923/18310/16570 19901/18286/16546</w:t>
        <w:br/>
        <w:t>f 19902/18285/16545 19924/18309/16569 19901/18286/16546</w:t>
        <w:br/>
        <w:t>f 19926/18311/16571 19904/18291/16551 19905/18290/16550</w:t>
        <w:br/>
        <w:t>f 19925/18312/16572 19926/18311/16571 19905/18290/16550</w:t>
        <w:br/>
        <w:t>f 19925/18312/16572 19905/18290/16550 19907/18294/16554</w:t>
        <w:br/>
        <w:t>f 19927/18313/16573 19925/18312/16572 19907/18294/16554</w:t>
        <w:br/>
        <w:t>f 19928/18314/16574 19927/18313/16573 19907/18294/16554</w:t>
        <w:br/>
        <w:t>f 19909/18296/16556 19928/18314/16574 19907/18294/16554</w:t>
        <w:br/>
        <w:t>f 19931/18315/16575 19930/18316/16576 19929/18317/15113</w:t>
        <w:br/>
        <w:t>f 19932/18318/16577 19931/18315/16575 19929/18317/15113</w:t>
        <w:br/>
        <w:t>f 19930/18316/16576 19934/18319/16578 19933/18320/16579</w:t>
        <w:br/>
        <w:t>f 19929/18317/15113 19930/18316/16576 19933/18320/16579</w:t>
        <w:br/>
        <w:t>f 19934/18319/16578 19936/18321/16580 19935/18322/16581</w:t>
        <w:br/>
        <w:t>f 19933/18320/16579 19934/18319/16578 19935/18322/16581</w:t>
        <w:br/>
        <w:t>f 19940/18323/16582 19939/18324/16583 19938/18325/16584</w:t>
        <w:br/>
        <w:t>f 19937/18326/16585 19940/18323/16582 19938/18325/16584</w:t>
        <w:br/>
        <w:t>f 19940/18323/16582 19937/18326/16585 19942/18327/16586</w:t>
        <w:br/>
        <w:t>f 19941/18328/16587 19940/18323/16582 19942/18327/16586</w:t>
        <w:br/>
        <w:t>f 19941/18328/16587 19942/18327/16586 19944/18329/16588</w:t>
        <w:br/>
        <w:t>f 19943/18330/16589 19941/18328/16587 19944/18329/16588</w:t>
        <w:br/>
        <w:t>f 19932/18318/16577 19929/18317/15113 19946/18331/16590</w:t>
        <w:br/>
        <w:t>f 19945/18332/16591 19932/18318/16577 19946/18331/16590</w:t>
        <w:br/>
        <w:t>f 19918/18303/16563 19930/18316/16576 19931/18315/16575</w:t>
        <w:br/>
        <w:t>f 19917/18304/16564 19918/18303/16563 19931/18315/16575</w:t>
        <w:br/>
        <w:t>f 19929/18317/15113 19933/18320/16579 19947/18333/16592</w:t>
        <w:br/>
        <w:t>f 19946/18331/16590 19929/18317/15113 19947/18333/16592</w:t>
        <w:br/>
        <w:t>f 19934/18319/16578 19930/18316/16576 19918/18303/16563</w:t>
        <w:br/>
        <w:t>f 19920/18306/16566 19934/18319/16578 19918/18303/16563</w:t>
        <w:br/>
        <w:t>f 19933/18320/16579 19935/18322/16581 19948/18334/16593</w:t>
        <w:br/>
        <w:t>f 19947/18333/16592 19933/18320/16579 19948/18334/16593</w:t>
        <w:br/>
        <w:t>f 19936/18321/16580 19934/18319/16578 19920/18306/16566</w:t>
        <w:br/>
        <w:t>f 19922/18308/16568 19936/18321/16580 19920/18306/16566</w:t>
        <w:br/>
        <w:t>f 19951/18335/16594 19950/18336/16595 19949/18337/16596</w:t>
        <w:br/>
        <w:t>f 19952/18338/16597 19951/18335/16594 19949/18337/16596</w:t>
        <w:br/>
        <w:t>f 19954/18339/16598 19951/18335/16594 19952/18338/16597</w:t>
        <w:br/>
        <w:t>f 19953/18340/16599 19954/18339/16598 19952/18338/16597</w:t>
        <w:br/>
        <w:t>f 19955/18341/16600 19954/18339/16598 19953/18340/16599</w:t>
        <w:br/>
        <w:t>f 19956/18342/16601 19955/18341/16600 19953/18340/16599</w:t>
        <w:br/>
        <w:t>f 19960/18343/16602 19959/18344/16603 19958/18345/16604</w:t>
        <w:br/>
        <w:t>f 19957/18346/16605 19960/18343/16602 19958/18345/16604</w:t>
        <w:br/>
        <w:t>f 19964/18347/16606 19963/18348/16607 19962/18349/16608</w:t>
        <w:br/>
        <w:t>f 19961/18350/16609 19964/18347/16606 19962/18349/16608</w:t>
        <w:br/>
        <w:t>f 19967/18351/16610 19966/18352/16611 19965/18353/16612</w:t>
        <w:br/>
        <w:t>f 19968/18354/16613 19967/18351/16610 19965/18353/16612</w:t>
        <w:br/>
        <w:t>f 19969/18355/16614 19967/18351/16610 19968/18354/16613</w:t>
        <w:br/>
        <w:t>f 19970/18356/16615 19969/18355/16614 19968/18354/16613</w:t>
        <w:br/>
        <w:t>f 19971/18357/16616 19969/18355/16614 19970/18356/16615</w:t>
        <w:br/>
        <w:t>f 19972/18358/16617 19971/18357/16616 19970/18356/16615</w:t>
        <w:br/>
        <w:t>f 19900/18287/16547 19973/18359/16618 19971/18357/16616</w:t>
        <w:br/>
        <w:t>f 19972/18358/16617 19900/18287/16547 19971/18357/16616</w:t>
        <w:br/>
        <w:t>f 19901/18286/16546 19974/18360/16619 19973/18359/16618</w:t>
        <w:br/>
        <w:t>f 19900/18287/16547 19901/18286/16546 19973/18359/16618</w:t>
        <w:br/>
        <w:t>f 19916/18302/16562 19891/18280/16540 19901/18286/16546</w:t>
        <w:br/>
        <w:t>f 19923/18310/16570 19916/18302/16562 19901/18286/16546</w:t>
        <w:br/>
        <w:t>f 19976/18361/16620 19916/18302/16562 19923/18310/16570</w:t>
        <w:br/>
        <w:t>f 19975/18362/16621 19976/18361/16620 19923/18310/16570</w:t>
        <w:br/>
        <w:t>f 19978/18363/16622 19977/18364/16623 19911/18300/16560</w:t>
        <w:br/>
        <w:t>f 19912/18299/16559 19978/18363/16622 19911/18300/16560</w:t>
        <w:br/>
        <w:t>f 19899/18288/16548 19900/18287/16547 19972/18358/16617</w:t>
        <w:br/>
        <w:t>f 19979/18365/16624 19899/18288/16548 19972/18358/16617</w:t>
        <w:br/>
        <w:t>f 19923/18310/16570 19924/18309/16569 19980/18366/16625</w:t>
        <w:br/>
        <w:t>f 19975/18362/16621 19923/18310/16570 19980/18366/16625</w:t>
        <w:br/>
        <w:t>f 19970/18356/16615 19968/18354/16613 19981/18367/16626</w:t>
        <w:br/>
        <w:t>f 19982/18368/16627 19970/18356/16615 19981/18367/16626</w:t>
        <w:br/>
        <w:t>f 19959/18344/16603 19984/18369/16628 19983/18370/16629</w:t>
        <w:br/>
        <w:t>f 19958/18345/16604 19959/18344/16603 19983/18370/16629</w:t>
        <w:br/>
        <w:t>f 19968/18354/16613 19965/18353/16612 19985/18371/16630</w:t>
        <w:br/>
        <w:t>f 19981/18367/16626 19968/18354/16613 19985/18371/16630</w:t>
        <w:br/>
        <w:t>f 19972/18358/16617 19970/18356/16615 19982/18368/16627</w:t>
        <w:br/>
        <w:t>f 19979/18365/16624 19972/18358/16617 19982/18368/16627</w:t>
        <w:br/>
        <w:t>f 19961/18350/16609 19962/18349/16608 19987/18372/16631</w:t>
        <w:br/>
        <w:t>f 19986/18373/16632 19961/18350/16609 19987/18372/16631</w:t>
        <w:br/>
        <w:t>f 19916/18302/16562 19926/18311/16571 19925/18312/16572</w:t>
        <w:br/>
        <w:t>f 19915/18301/16561 19916/18302/16562 19925/18312/16572</w:t>
        <w:br/>
        <w:t>f 19915/18301/16561 19925/18312/16572 19927/18313/16573</w:t>
        <w:br/>
        <w:t>f 19919/18305/16565 19915/18301/16561 19927/18313/16573</w:t>
        <w:br/>
        <w:t>f 19928/18314/16574 19921/18307/16567 19919/18305/16565</w:t>
        <w:br/>
        <w:t>f 19927/18313/16573 19928/18314/16574 19919/18305/16565</w:t>
        <w:br/>
        <w:t>f 19952/18338/16597 19949/18337/16596 19945/18332/16591</w:t>
        <w:br/>
        <w:t>f 19946/18331/16590 19952/18338/16597 19945/18332/16591</w:t>
        <w:br/>
        <w:t>f 19953/18340/16599 19952/18338/16597 19946/18331/16590</w:t>
        <w:br/>
        <w:t>f 19947/18333/16592 19953/18340/16599 19946/18331/16590</w:t>
        <w:br/>
        <w:t>f 19956/18342/16601 19953/18340/16599 19947/18333/16592</w:t>
        <w:br/>
        <w:t>f 19948/18334/16593 19956/18342/16601 19947/18333/16592</w:t>
        <w:br/>
        <w:t>f 19964/18347/16606 19961/18350/16609 19965/18353/16612</w:t>
        <w:br/>
        <w:t>f 19966/18352/16611 19964/18347/16606 19965/18353/16612</w:t>
        <w:br/>
        <w:t>f 19977/18364/16623 19976/18361/16620 19975/18362/16621</w:t>
        <w:br/>
        <w:t>f 19911/18300/16560 19977/18364/16623 19975/18362/16621</w:t>
        <w:br/>
        <w:t>f 19911/18300/16560 19975/18362/16621 19980/18366/16625</w:t>
        <w:br/>
        <w:t>f 19914/18297/16557 19911/18300/16560 19980/18366/16625</w:t>
        <w:br/>
        <w:t>f 19965/18353/16612 19961/18350/16609 19986/18373/16632</w:t>
        <w:br/>
        <w:t>f 19985/18371/16630 19965/18353/16612 19986/18373/16632</w:t>
        <w:br/>
        <w:t>f 19990/18374/16633 19989/18375/16633 19988/18376/16634</w:t>
        <w:br/>
        <w:t>f 19991/18377/16634 19990/18374/16633 19988/18376/16634</w:t>
        <w:br/>
        <w:t>f 19991/18377/16634 19988/18376/16634 19993/18378/16635</w:t>
        <w:br/>
        <w:t>f 19992/18379/16636 19991/18377/16634 19993/18378/16635</w:t>
        <w:br/>
        <w:t>f 19992/18379/16636 19993/18378/16635 19995/18380/16637</w:t>
        <w:br/>
        <w:t>f 19994/18381/16637 19992/18379/16636 19995/18380/16637</w:t>
        <w:br/>
        <w:t>f 19994/18381/16637 19995/18380/16637 19996/18382/16638</w:t>
        <w:br/>
        <w:t>f 19997/18383/16639 19994/18381/16637 19996/18382/16638</w:t>
        <w:br/>
        <w:t>f 19898/18283/16543 19996/18382/16638 19998/18384/16640</w:t>
        <w:br/>
        <w:t>f 19999/18385/16640 19898/18283/16543 19998/18384/16640</w:t>
        <w:br/>
        <w:t>f 19999/18385/16640 19998/18384/16640 20000/18386/16641</w:t>
        <w:br/>
        <w:t>f 20001/18387/16642 19999/18385/16640 20000/18386/16641</w:t>
        <w:br/>
        <w:t>f 20001/18387/16642 20000/18386/16641 20003/18388/16643</w:t>
        <w:br/>
        <w:t>f 20002/18389/16644 20001/18387/16642 20003/18388/16643</w:t>
        <w:br/>
        <w:t>f 20002/18389/16644 20003/18388/16643 20004/18390/16645</w:t>
        <w:br/>
        <w:t>f 19935/18322/16581 20002/18389/16644 20004/18390/16645</w:t>
        <w:br/>
        <w:t>f 20004/18390/16645 20005/18391/16646 19948/18334/16593</w:t>
        <w:br/>
        <w:t>f 19935/18322/16581 20004/18390/16645 19948/18334/16593</w:t>
        <w:br/>
        <w:t>f 19956/18342/16601 19948/18334/16593 20005/18391/16646</w:t>
        <w:br/>
        <w:t>f 20006/18392/16647 19956/18342/16601 20005/18391/16646</w:t>
        <w:br/>
        <w:t>f 19955/18341/16600 19956/18342/16601 20006/18392/16647</w:t>
        <w:br/>
        <w:t>f 20007/18393/16648 19955/18341/16600 20006/18392/16647</w:t>
        <w:br/>
        <w:t>f 19943/18330/16589 19944/18329/16588 20009/18394/16649</w:t>
        <w:br/>
        <w:t>f 20008/18395/16650 19943/18330/16589 20009/18394/16649</w:t>
        <w:br/>
        <w:t>f 20013/18396/16651 20012/18397/16652 20011/18398/16653</w:t>
        <w:br/>
        <w:t>f 20010/18399/16654 20013/18396/16651 20011/18398/16653</w:t>
        <w:br/>
        <w:t>f 20017/18400/16655 20016/18401/16656 20015/18402/16657</w:t>
        <w:br/>
        <w:t>f 20014/18403/16658 20017/18400/16655 20015/18402/16657</w:t>
        <w:br/>
        <w:t>f 20019/18404/16659 20018/18405/16660 20016/18401/16656</w:t>
        <w:br/>
        <w:t>f 20017/18400/16655 20019/18404/16659 20016/18401/16656</w:t>
        <w:br/>
        <w:t>f 20019/18404/16659 20021/18406/16661 20020/18407/16662</w:t>
        <w:br/>
        <w:t>f 20018/18405/16660 20019/18404/16659 20020/18407/16662</w:t>
        <w:br/>
        <w:t>f 20024/18408/16663 20023/18409/16664 20022/18410/16665</w:t>
        <w:br/>
        <w:t>f 20025/18411/16666 20024/18408/16663 20022/18410/16665</w:t>
        <w:br/>
        <w:t>f 20027/18412/16667 20026/18413/16668 20024/18408/16663</w:t>
        <w:br/>
        <w:t>f 20025/18411/16666 20027/18412/16667 20024/18408/16663</w:t>
        <w:br/>
        <w:t>f 20029/18414/16669 20028/18415/16670 20026/18413/16668</w:t>
        <w:br/>
        <w:t>f 20027/18412/16667 20029/18414/16669 20026/18413/16668</w:t>
        <w:br/>
        <w:t>f 20031/18416/16671 20030/18417/16672 20028/18415/16670</w:t>
        <w:br/>
        <w:t>f 20029/18414/16669 20031/18416/16671 20028/18415/16670</w:t>
        <w:br/>
        <w:t>f 20035/18418/16673 20034/18419/16674 20033/18420/16675</w:t>
        <w:br/>
        <w:t>f 20032/18421/16671 20035/18418/16673 20033/18420/16675</w:t>
        <w:br/>
        <w:t>f 20036/18422/16676 20034/18419/16674 20035/18418/16673</w:t>
        <w:br/>
        <w:t>f 20037/18423/16677 20036/18422/16676 20035/18418/16673</w:t>
        <w:br/>
        <w:t>f 20038/18424/16678 20036/18422/16676 20037/18423/16677</w:t>
        <w:br/>
        <w:t>f 20039/18425/16679 20038/18424/16678 20037/18423/16677</w:t>
        <w:br/>
        <w:t>f 20040/18426/16680 20038/18424/16678 20039/18425/16679</w:t>
        <w:br/>
        <w:t>f 20041/18427/16681 20040/18426/16680 20039/18425/16679</w:t>
        <w:br/>
        <w:t>f 20045/18428/16682 20044/18429/16683 20043/18430/16684</w:t>
        <w:br/>
        <w:t>f 20042/18431/16685 20045/18428/16682 20043/18430/16684</w:t>
        <w:br/>
        <w:t>f 20047/18432/16686 20046/18433/16687 20044/18429/16683</w:t>
        <w:br/>
        <w:t>f 20045/18428/16682 20047/18432/16686 20044/18429/16683</w:t>
        <w:br/>
        <w:t>f 20048/18434/16688 20046/18433/16687 20047/18432/16686</w:t>
        <w:br/>
        <w:t>f 20049/18435/16689 20048/18434/16688 20047/18432/16686</w:t>
        <w:br/>
        <w:t>f 20050/18436/16690 20048/18434/16688 20049/18435/16689</w:t>
        <w:br/>
        <w:t>f 20051/18437/16690 20050/18436/16690 20049/18435/16689</w:t>
        <w:br/>
        <w:t>f 20055/18438/16691 20054/18439/16691 20053/18440/16690</w:t>
        <w:br/>
        <w:t>f 20052/18441/16690 20055/18438/16691 20053/18440/16690</w:t>
        <w:br/>
        <w:t>f 20057/18442/16692 20056/18443/16692 20054/18439/16691</w:t>
        <w:br/>
        <w:t>f 20055/18438/16691 20057/18442/16692 20054/18439/16691</w:t>
        <w:br/>
        <w:t>f 20058/18444/16693 20056/18443/16692 20057/18442/16692</w:t>
        <w:br/>
        <w:t>f 20059/18445/16693 20058/18444/16693 20057/18442/16692</w:t>
        <w:br/>
        <w:t>f 20060/18446/16684 20058/18444/16693 20059/18445/16693</w:t>
        <w:br/>
        <w:t>f 20061/18447/16694 20060/18446/16684 20059/18445/16693</w:t>
        <w:br/>
        <w:t>f 20045/18428/16682 20063/18448/16695 20062/18449/16696</w:t>
        <w:br/>
        <w:t>f 20064/18450/16697 20045/18428/16682 20062/18449/16696</w:t>
        <w:br/>
        <w:t>f 20065/18451/16698 20047/18432/16686 20045/18428/16682</w:t>
        <w:br/>
        <w:t>f 20064/18450/16697 20065/18451/16698 20045/18428/16682</w:t>
        <w:br/>
        <w:t>f 20066/18452/16699 20049/18435/16689 20047/18432/16686</w:t>
        <w:br/>
        <w:t>f 20065/18451/16698 20066/18452/16699 20047/18432/16686</w:t>
        <w:br/>
        <w:t>f 20068/18453/16700 20067/18454/16701 20049/18435/16689</w:t>
        <w:br/>
        <w:t>f 20066/18452/16699 20068/18453/16700 20049/18435/16689</w:t>
        <w:br/>
        <w:t>f 20072/18455/16702 20071/18456/16703 20070/18457/16704</w:t>
        <w:br/>
        <w:t>f 20069/18458/16705 20072/18455/16702 20070/18457/16704</w:t>
        <w:br/>
        <w:t>f 20074/18459/16706 20073/18460/16707 20071/18456/16703</w:t>
        <w:br/>
        <w:t>f 20072/18455/16702 20074/18459/16706 20071/18456/16703</w:t>
        <w:br/>
        <w:t>f 20075/18461/16708 20073/18460/16707 20074/18459/16706</w:t>
        <w:br/>
        <w:t>f 20076/18462/16709 20075/18461/16708 20074/18459/16706</w:t>
        <w:br/>
        <w:t>f 20077/18463/16710 20075/18461/16708 20076/18462/16709</w:t>
        <w:br/>
        <w:t>f 20078/18464/16711 20077/18463/16710 20076/18462/16709</w:t>
        <w:br/>
        <w:t>f 20080/18465/16712 20079/18466/16713 20064/18450/16697</w:t>
        <w:br/>
        <w:t>f 20062/18449/16696 20080/18465/16712 20064/18450/16697</w:t>
        <w:br/>
        <w:t>f 20079/18466/16713 20081/18467/16714 20065/18451/16698</w:t>
        <w:br/>
        <w:t>f 20064/18450/16697 20079/18466/16713 20065/18451/16698</w:t>
        <w:br/>
        <w:t>f 20082/18468/16715 20066/18452/16699 20065/18451/16698</w:t>
        <w:br/>
        <w:t>f 20081/18467/16714 20082/18468/16715 20065/18451/16698</w:t>
        <w:br/>
        <w:t>f 20083/18469/16716 20068/18453/16700 20066/18452/16699</w:t>
        <w:br/>
        <w:t>f 20082/18468/16715 20083/18469/16716 20066/18452/16699</w:t>
        <w:br/>
        <w:t>f 20085/18470/16716 20084/18471/16717 20072/18455/16702</w:t>
        <w:br/>
        <w:t>f 20069/18458/16705 20085/18470/16716 20072/18455/16702</w:t>
        <w:br/>
        <w:t>f 20084/18471/16717 20086/18472/16718 20074/18459/16706</w:t>
        <w:br/>
        <w:t>f 20072/18455/16702 20084/18471/16717 20074/18459/16706</w:t>
        <w:br/>
        <w:t>f 20087/18473/16719 20076/18462/16709 20074/18459/16706</w:t>
        <w:br/>
        <w:t>f 20086/18472/16718 20087/18473/16719 20074/18459/16706</w:t>
        <w:br/>
        <w:t>f 20088/18474/16720 20078/18464/16711 20076/18462/16709</w:t>
        <w:br/>
        <w:t>f 20087/18473/16719 20088/18474/16720 20076/18462/16709</w:t>
        <w:br/>
        <w:t>f 20079/18466/16713 20080/18465/16712 20089/18475/16721</w:t>
        <w:br/>
        <w:t>f 20081/18467/16714 20079/18466/16713 20089/18475/16721</w:t>
        <w:br/>
        <w:t>f 20082/18468/16715 20081/18467/16714 20089/18475/16721</w:t>
        <w:br/>
        <w:t>f 20083/18469/16716 20082/18468/16715 20089/18475/16721</w:t>
        <w:br/>
        <w:t>f 20084/18471/16717 20085/18470/16716 20090/18476/16721</w:t>
        <w:br/>
        <w:t>f 20086/18472/16718 20084/18471/16717 20090/18476/16721</w:t>
        <w:br/>
        <w:t>f 20087/18473/16719 20086/18472/16718 20090/18476/16721</w:t>
        <w:br/>
        <w:t>f 20088/18474/16720 20087/18473/16719 20090/18476/16721</w:t>
        <w:br/>
        <w:t>f 20093/18477/16722 20092/18478/16723 20091/18479/16724</w:t>
        <w:br/>
        <w:t>f 20012/18397/16652 20093/18477/16722 20091/18479/16724</w:t>
        <w:br/>
        <w:t>f 20091/18479/16724 20092/18478/16723 20095/18480/16725</w:t>
        <w:br/>
        <w:t>f 20094/18481/16726 20091/18479/16724 20095/18480/16725</w:t>
        <w:br/>
        <w:t>f 20094/18481/16726 20095/18480/16725 20097/18482/16727</w:t>
        <w:br/>
        <w:t>f 20096/18483/16728 20094/18481/16726 20097/18482/16727</w:t>
        <w:br/>
        <w:t>f 20100/18484/16729 20099/18485/16730 20098/18486/16731</w:t>
        <w:br/>
        <w:t>f 20014/18403/16658 20100/18484/16729 20098/18486/16731</w:t>
        <w:br/>
        <w:t>f 20025/18411/16666 20022/18410/16665 20101/18487/16732</w:t>
        <w:br/>
        <w:t>f 20102/18488/16733 20025/18411/16666 20101/18487/16732</w:t>
        <w:br/>
        <w:t>f 20103/18489/16734 20027/18412/16667 20025/18411/16666</w:t>
        <w:br/>
        <w:t>f 20102/18488/16733 20103/18489/16734 20025/18411/16666</w:t>
        <w:br/>
        <w:t>f 20104/18490/16735 20029/18414/16669 20027/18412/16667</w:t>
        <w:br/>
        <w:t>f 20103/18489/16734 20104/18490/16735 20027/18412/16667</w:t>
        <w:br/>
        <w:t>f 20105/18491/16736 20031/18416/16671 20029/18414/16669</w:t>
        <w:br/>
        <w:t>f 20104/18490/16735 20105/18491/16736 20029/18414/16669</w:t>
        <w:br/>
        <w:t>f 20107/18492/16737 20035/18418/16673 20032/18421/16671</w:t>
        <w:br/>
        <w:t>f 20106/18493/16738 20107/18492/16737 20032/18421/16671</w:t>
        <w:br/>
        <w:t>f 20037/18423/16677 20035/18418/16673 20107/18492/16737</w:t>
        <w:br/>
        <w:t>f 20108/18494/16739 20037/18423/16677 20107/18492/16737</w:t>
        <w:br/>
        <w:t>f 20039/18425/16679 20037/18423/16677 20108/18494/16739</w:t>
        <w:br/>
        <w:t>f 20109/18495/16740 20039/18425/16679 20108/18494/16739</w:t>
        <w:br/>
        <w:t>f 20041/18427/16681 20039/18425/16679 20109/18495/16740</w:t>
        <w:br/>
        <w:t>f 20110/18496/16741 20041/18427/16681 20109/18495/16740</w:t>
        <w:br/>
        <w:t>f 20043/18430/16684 20044/18429/16683 20102/18488/16733</w:t>
        <w:br/>
        <w:t>f 20101/18487/16732 20043/18430/16684 20102/18488/16733</w:t>
        <w:br/>
        <w:t>f 20102/18488/16733 20044/18429/16683 20046/18433/16687</w:t>
        <w:br/>
        <w:t>f 20103/18489/16734 20102/18488/16733 20046/18433/16687</w:t>
        <w:br/>
        <w:t>f 20103/18489/16734 20046/18433/16687 20048/18434/16688</w:t>
        <w:br/>
        <w:t>f 20104/18490/16735 20103/18489/16734 20048/18434/16688</w:t>
        <w:br/>
        <w:t>f 20104/18490/16735 20048/18434/16688 20111/18497/16742</w:t>
        <w:br/>
        <w:t>f 20105/18491/16736 20104/18490/16735 20111/18497/16742</w:t>
        <w:br/>
        <w:t>f 20106/18493/16738 20113/18498/16743 20112/18499/16744</w:t>
        <w:br/>
        <w:t>f 20107/18492/16737 20106/18493/16738 20112/18499/16744</w:t>
        <w:br/>
        <w:t>f 20112/18499/16744 20114/18500/16745 20108/18494/16739</w:t>
        <w:br/>
        <w:t>f 20107/18492/16737 20112/18499/16744 20108/18494/16739</w:t>
        <w:br/>
        <w:t>f 20114/18500/16745 20115/18501/16746 20109/18495/16740</w:t>
        <w:br/>
        <w:t>f 20108/18494/16739 20114/18500/16745 20109/18495/16740</w:t>
        <w:br/>
        <w:t>f 20115/18501/16746 20116/18502/16747 20110/18496/16741</w:t>
        <w:br/>
        <w:t>f 20109/18495/16740 20115/18501/16746 20110/18496/16741</w:t>
        <w:br/>
        <w:t>f 20117/18503/16748 20023/18409/16664 20024/18408/16663</w:t>
        <w:br/>
        <w:t>f 20093/18477/16722 20117/18503/16748 20024/18408/16663</w:t>
        <w:br/>
        <w:t>f 20118/18504/16749 20098/18486/16731 20034/18419/16674</w:t>
        <w:br/>
        <w:t>f 20036/18422/16676 20118/18504/16749 20034/18419/16674</w:t>
        <w:br/>
        <w:t>f 20119/18505/16750 20118/18504/16749 20036/18422/16676</w:t>
        <w:br/>
        <w:t>f 20038/18424/16678 20119/18505/16750 20036/18422/16676</w:t>
        <w:br/>
        <w:t>f 20120/18506/16751 20119/18505/16750 20038/18424/16678</w:t>
        <w:br/>
        <w:t>f 20040/18426/16680 20120/18506/16751 20038/18424/16678</w:t>
        <w:br/>
        <w:t>f 19950/18336/16595 19951/18335/16594 19937/18326/16585</w:t>
        <w:br/>
        <w:t>f 19938/18325/16584 19950/18336/16595 19937/18326/16585</w:t>
        <w:br/>
        <w:t>f 19951/18335/16594 19954/18339/16598 19942/18327/16586</w:t>
        <w:br/>
        <w:t>f 19937/18326/16585 19951/18335/16594 19942/18327/16586</w:t>
        <w:br/>
        <w:t>f 19942/18327/16586 19954/18339/16598 19955/18341/16600</w:t>
        <w:br/>
        <w:t>f 19944/18329/16588 19942/18327/16586 19955/18341/16600</w:t>
        <w:br/>
        <w:t>f 19962/18349/16608 19963/18348/16607 19957/18346/16605</w:t>
        <w:br/>
        <w:t>f 19958/18345/16604 19962/18349/16608 19957/18346/16605</w:t>
        <w:br/>
        <w:t>f 19987/18372/16631 19962/18349/16608 19958/18345/16604</w:t>
        <w:br/>
        <w:t>f 19983/18370/16629 19987/18372/16631 19958/18345/16604</w:t>
        <w:br/>
        <w:t>f 19944/18329/16588 19955/18341/16600 20007/18393/16648</w:t>
        <w:br/>
        <w:t>f 20009/18394/16649 19944/18329/16588 20007/18393/16648</w:t>
        <w:br/>
        <w:t>f 20012/18397/16652 20091/18479/16724 20121/18507/16752</w:t>
        <w:br/>
        <w:t>f 20011/18398/16653 20012/18397/16652 20121/18507/16752</w:t>
        <w:br/>
        <w:t>f 20091/18479/16724 20094/18481/16726 20122/18508/16753</w:t>
        <w:br/>
        <w:t>f 20121/18507/16752 20091/18479/16724 20122/18508/16753</w:t>
        <w:br/>
        <w:t>f 20122/18508/16753 20094/18481/16726 20096/18483/16728</w:t>
        <w:br/>
        <w:t>f 20123/18509/16754 20122/18508/16753 20096/18483/16728</w:t>
        <w:br/>
        <w:t>f 20124/18510/16755 20100/18484/16729 20014/18403/16658</w:t>
        <w:br/>
        <w:t>f 20015/18402/16657 20124/18510/16755 20014/18403/16658</w:t>
        <w:br/>
        <w:t>f 20026/18413/16668 20092/18478/16723 20093/18477/16722</w:t>
        <w:br/>
        <w:t>f 20024/18408/16663 20026/18413/16668 20093/18477/16722</w:t>
        <w:br/>
        <w:t>f 20092/18478/16723 20026/18413/16668 20028/18415/16670</w:t>
        <w:br/>
        <w:t>f 20095/18480/16725 20092/18478/16723 20028/18415/16670</w:t>
        <w:br/>
        <w:t>f 20095/18480/16725 20028/18415/16670 20030/18417/16672</w:t>
        <w:br/>
        <w:t>f 20097/18482/16727 20095/18480/16725 20030/18417/16672</w:t>
        <w:br/>
        <w:t>f 20033/18420/16675 20034/18419/16674 20098/18486/16731</w:t>
        <w:br/>
        <w:t>f 20099/18485/16730 20033/18420/16675 20098/18486/16731</w:t>
        <w:br/>
        <w:t>f 20012/18397/16652 20013/18396/16651 20117/18503/16748</w:t>
        <w:br/>
        <w:t>f 20093/18477/16722 20012/18397/16652 20117/18503/16748</w:t>
        <w:br/>
        <w:t>f 20014/18403/16658 20098/18486/16731 20118/18504/16749</w:t>
        <w:br/>
        <w:t>f 20017/18400/16655 20014/18403/16658 20118/18504/16749</w:t>
        <w:br/>
        <w:t>f 20019/18404/16659 20017/18400/16655 20118/18504/16749</w:t>
        <w:br/>
        <w:t>f 20119/18505/16750 20019/18404/16659 20118/18504/16749</w:t>
        <w:br/>
        <w:t>f 20021/18406/16661 20019/18404/16659 20119/18505/16750</w:t>
        <w:br/>
        <w:t>f 20120/18506/16751 20021/18406/16661 20119/18505/16750</w:t>
        <w:br/>
        <w:t>f 19452/17838/16122 19453/17837/16121 20125/18511/16756</w:t>
        <w:br/>
        <w:t>f 20126/18512/16757 19452/17838/16122 20125/18511/16756</w:t>
        <w:br/>
        <w:t>f 19456/17841/16125 19452/17838/16122 20126/18512/16757</w:t>
        <w:br/>
        <w:t>f 20127/18513/16758 19456/17841/16125 20126/18512/16757</w:t>
        <w:br/>
        <w:t>f 19457/17844/16128 19456/17841/16125 20127/18513/16758</w:t>
        <w:br/>
        <w:t>f 20128/18514/16759 19457/17844/16128 20127/18513/16758</w:t>
        <w:br/>
        <w:t>f 20126/18512/16757 20125/18511/16756 20129/18515/16760</w:t>
        <w:br/>
        <w:t>f 20130/18516/16761 20126/18512/16757 20129/18515/16760</w:t>
        <w:br/>
        <w:t>f 20127/18513/16758 20126/18512/16757 20130/18516/16761</w:t>
        <w:br/>
        <w:t>f 20131/18517/16762 20127/18513/16758 20130/18516/16761</w:t>
        <w:br/>
        <w:t>f 20128/18514/16759 20127/18513/16758 20131/18517/16762</w:t>
        <w:br/>
        <w:t>f 20132/18518/16763 20128/18514/16759 20131/18517/16762</w:t>
        <w:br/>
        <w:t>f 20130/18516/16761 20129/18515/16760 20133/18519/16764</w:t>
        <w:br/>
        <w:t>f 20134/18520/16765 20130/18516/16761 20133/18519/16764</w:t>
        <w:br/>
        <w:t>f 20131/18517/16762 20130/18516/16761 20134/18520/16765</w:t>
        <w:br/>
        <w:t>f 20135/18521/16766 20131/18517/16762 20134/18520/16765</w:t>
        <w:br/>
        <w:t>f 20132/18518/16763 20131/18517/16762 20135/18521/16766</w:t>
        <w:br/>
        <w:t>f 20136/18522/16767 20132/18518/16763 20135/18521/16766</w:t>
        <w:br/>
        <w:t>f 19479/17865/16149 19480/17866/16150 20138/18523/16768</w:t>
        <w:br/>
        <w:t>f 20137/18524/16769 19479/17865/16149 20138/18523/16768</w:t>
        <w:br/>
        <w:t>f 19481/17867/16151 20139/18525/16770 20138/18523/16768</w:t>
        <w:br/>
        <w:t>f 19480/17866/16150 19481/17867/16151 20138/18523/16768</w:t>
        <w:br/>
        <w:t>f 20139/18525/16770 19481/17867/16151 19482/17868/16152</w:t>
        <w:br/>
        <w:t>f 20140/18526/16771 20139/18525/16770 19482/17868/16152</w:t>
        <w:br/>
        <w:t>f 19435/17822/16106 19436/17821/16105 20141/18527/16772</w:t>
        <w:br/>
        <w:t>f 20142/18528/16773 19435/17822/16106 20141/18527/16772</w:t>
        <w:br/>
        <w:t>f 19437/17823/16107 19435/17822/16106 20142/18528/16773</w:t>
        <w:br/>
        <w:t>f 20143/18529/16774 19437/17823/16107 20142/18528/16773</w:t>
        <w:br/>
        <w:t>f 19438/17824/16108 19437/17823/16107 20143/18529/16774</w:t>
        <w:br/>
        <w:t>f 20144/18530/16775 19438/17824/16108 20143/18529/16774</w:t>
        <w:br/>
        <w:t>f 19408/17794/16078 19407/17793/16077 20145/18531/16776</w:t>
        <w:br/>
        <w:t>f 20146/18532/16777 19408/17794/16078 20145/18531/16776</w:t>
        <w:br/>
        <w:t>f 19409/17795/16079 20147/18533/16778 20145/18531/16776</w:t>
        <w:br/>
        <w:t>f 19407/17793/16077 19409/17795/16079 20145/18531/16776</w:t>
        <w:br/>
        <w:t>f 19409/17795/16079 19410/17796/16080 20147/18533/16778</w:t>
        <w:br/>
        <w:t>f 19609/17996/16271 19610/17995/16270 19596/17982/16258</w:t>
        <w:br/>
        <w:t>f 19593/17981/16257 19609/17996/16271 19596/17982/16258</w:t>
        <w:br/>
        <w:t>f 20151/18534/16779 20150/18535/16780 20149/18536/16781</w:t>
        <w:br/>
        <w:t>f 20148/18537/16782 20151/18534/16779 20149/18536/16781</w:t>
        <w:br/>
        <w:t>f 20154/18538/16783 20153/18539/16784 20152/18540/16785</w:t>
        <w:br/>
        <w:t>f 20158/18541/16786 20157/18542/16787 20156/18543/16788</w:t>
        <w:br/>
        <w:t>f 20155/18544/16789 20158/18541/16786 20156/18543/16788</w:t>
        <w:br/>
        <w:t>f 20160/18545/16790 20159/18546/16791 20150/18535/16780</w:t>
        <w:br/>
        <w:t>f 20151/18534/16779 20160/18545/16790 20150/18535/16780</w:t>
        <w:br/>
        <w:t>f 20163/18547/16792 20152/18540/16785 20162/18548/16793</w:t>
        <w:br/>
        <w:t>f 20161/18549/16794 20163/18547/16792 20162/18548/16793</w:t>
        <w:br/>
        <w:t>f 20167/18550/16795 20166/18551/16796 20165/18552/16797</w:t>
        <w:br/>
        <w:t>f 20164/18553/16798 20167/18550/16795 20165/18552/16797</w:t>
        <w:br/>
        <w:t>f 20170/18554/16799 20169/18555/16800 20163/18547/16792</w:t>
        <w:br/>
        <w:t>f 20168/18556/16801 20170/18554/16799 20163/18547/16792</w:t>
        <w:br/>
        <w:t>f 20173/18557/16802 20172/18558/16803 20171/18559/16804</w:t>
        <w:br/>
        <w:t>f 20153/18539/16784 20174/18560/16805 20160/18545/16790</w:t>
        <w:br/>
        <w:t>f 20177/18561/16806 20176/18562/16807 20175/18563/16808</w:t>
        <w:br/>
        <w:t>f 20180/18564/16809 20179/18565/16810 20178/18566/16811</w:t>
        <w:br/>
        <w:t>f 20151/18534/16779 20148/18537/16782 20181/18567/16812</w:t>
        <w:br/>
        <w:t>f 20182/18568/16813 20151/18534/16779 20181/18567/16812</w:t>
        <w:br/>
        <w:t>f 20171/18559/16804 20184/18569/16814 20183/18570/16815</w:t>
        <w:br/>
        <w:t>f 20173/18557/16802 20171/18559/16804 20183/18570/16815</w:t>
        <w:br/>
        <w:t>f 20186/18571/16816 20158/18541/16786 20155/18544/16789</w:t>
        <w:br/>
        <w:t>f 20185/18572/16817 20186/18571/16816 20155/18544/16789</w:t>
        <w:br/>
        <w:t>f 20188/18573/16818 20187/18574/16819 20155/18544/16789</w:t>
        <w:br/>
        <w:t>f 20156/18543/16788 20188/18573/16818 20155/18544/16789</w:t>
        <w:br/>
        <w:t>f 20162/18548/16793 20189/18575/16820 20188/18573/16818</w:t>
        <w:br/>
        <w:t>f 20156/18543/16788 20162/18548/16793 20188/18573/16818</w:t>
        <w:br/>
        <w:t>f 20152/18540/16785 20190/18576/16821 20189/18575/16820</w:t>
        <w:br/>
        <w:t>f 20162/18548/16793 20152/18540/16785 20189/18575/16820</w:t>
        <w:br/>
        <w:t>f 20153/18539/16784 20191/18577/16822 20190/18576/16821</w:t>
        <w:br/>
        <w:t>f 20152/18540/16785 20153/18539/16784 20190/18576/16821</w:t>
        <w:br/>
        <w:t>f 20160/18545/16790 20192/18578/16823 20191/18577/16822</w:t>
        <w:br/>
        <w:t>f 20153/18539/16784 20160/18545/16790 20191/18577/16822</w:t>
        <w:br/>
        <w:t>f 20182/18568/16813 20192/18578/16823 20160/18545/16790</w:t>
        <w:br/>
        <w:t>f 20151/18534/16779 20182/18568/16813 20160/18545/16790</w:t>
        <w:br/>
        <w:t>f 20175/18563/16808 20149/18536/16781 20150/18535/16780</w:t>
        <w:br/>
        <w:t>f 20177/18561/16806 20175/18563/16808 20150/18535/16780</w:t>
        <w:br/>
        <w:t>f 20177/18561/16806 20150/18535/16780 20159/18546/16791</w:t>
        <w:br/>
        <w:t>f 20195/18579/16824 20194/18580/16825 20193/18581/16826</w:t>
        <w:br/>
        <w:t>f 20154/18538/16783 20195/18579/16824 20193/18581/16826</w:t>
        <w:br/>
        <w:t>f 20197/18582/16827 20196/18583/16828 20195/18579/16824</w:t>
        <w:br/>
        <w:t>f 20154/18538/16783 20197/18582/16827 20195/18579/16824</w:t>
        <w:br/>
        <w:t>f 20165/18552/16797 20179/18565/16810 20196/18583/16828</w:t>
        <w:br/>
        <w:t>f 20197/18582/16827 20165/18552/16797 20196/18583/16828</w:t>
        <w:br/>
        <w:t>f 20178/18566/16811 20179/18565/16810 20165/18552/16797</w:t>
        <w:br/>
        <w:t>f 20166/18551/16796 20178/18566/16811 20165/18552/16797</w:t>
        <w:br/>
        <w:t>f 20199/18584/16829 20163/18547/16792 20161/18549/16794</w:t>
        <w:br/>
        <w:t>f 20198/18585/16830 20199/18584/16829 20161/18549/16794</w:t>
        <w:br/>
        <w:t>f 20198/18585/16830 20161/18549/16794 20157/18542/16787</w:t>
        <w:br/>
        <w:t>f 20172/18558/16803 20198/18585/16830 20157/18542/16787</w:t>
        <w:br/>
        <w:t>f 20200/18586/16831 20164/18553/16798 20165/18552/16797</w:t>
        <w:br/>
        <w:t>f 20197/18582/16827 20200/18586/16831 20165/18552/16797</w:t>
        <w:br/>
        <w:t>f 20200/18586/16831 20197/18582/16827 20169/18555/16800</w:t>
        <w:br/>
        <w:t>f 20170/18554/16799 20200/18586/16831 20169/18555/16800</w:t>
        <w:br/>
        <w:t>f 20168/18556/16801 20163/18547/16792 20199/18584/16829</w:t>
        <w:br/>
        <w:t>f 20184/18569/16814 20171/18559/16804 20201/18587/16832</w:t>
        <w:br/>
        <w:t>f 20202/18588/16833 20184/18569/16814 20201/18587/16832</w:t>
        <w:br/>
        <w:t>f 20161/18549/16794 20162/18548/16793 20156/18543/16788</w:t>
        <w:br/>
        <w:t>f 20157/18542/16787 20161/18549/16794 20156/18543/16788</w:t>
        <w:br/>
        <w:t>f 20205/18589/16834 20204/18590/16834 20203/18591/16834</w:t>
        <w:br/>
        <w:t>f 20209/18592/16835 20208/18593/16835 20207/18594/16835</w:t>
        <w:br/>
        <w:t>f 20206/18595/16835 20209/18592/16835 20207/18594/16835</w:t>
        <w:br/>
        <w:t>f 20213/18596/16836 20212/18597/16836 20211/18598/16836</w:t>
        <w:br/>
        <w:t>f 20210/18599/16837 20213/18596/16836 20211/18598/16836</w:t>
        <w:br/>
        <w:t>f 20216/18600/16838 20215/18601/16839 20214/18602/16839</w:t>
        <w:br/>
        <w:t>f 20217/18603/16840 20216/18600/16838 20214/18602/16839</w:t>
        <w:br/>
        <w:t>f 20219/18604/16841 20214/18602/16839 20215/18601/16839</w:t>
        <w:br/>
        <w:t>f 20218/18605/16841 20219/18604/16841 20215/18601/16839</w:t>
        <w:br/>
        <w:t>f 20158/18541/16786 20186/18571/16816 20202/18588/16833</w:t>
        <w:br/>
        <w:t>f 20201/18587/16832 20158/18541/16786 20202/18588/16833</w:t>
        <w:br/>
        <w:t>f 20222/18606/16842 20221/18607/16843 20220/18608/16844</w:t>
        <w:br/>
        <w:t>f 20226/18609/16845 20225/18610/16846 20224/18611/16847</w:t>
        <w:br/>
        <w:t>f 20223/18612/16848 20226/18609/16845 20224/18611/16847</w:t>
        <w:br/>
        <w:t>f 20229/18613/16849 20228/18614/16850 20227/18615/16851</w:t>
        <w:br/>
        <w:t>f 20221/18607/16843 20231/18616/16852 20230/18617/16853</w:t>
        <w:br/>
        <w:t>f 20220/18608/16844 20221/18607/16843 20230/18617/16853</w:t>
        <w:br/>
        <w:t>f 20167/18550/16795 20234/18618/16854 20233/18619/16855</w:t>
        <w:br/>
        <w:t>f 20232/18620/16856 20167/18550/16795 20233/18619/16855</w:t>
        <w:br/>
        <w:t>f 20237/18621/16857 20236/18622/16858 20221/18607/16843</w:t>
        <w:br/>
        <w:t>f 20235/18623/16859 20237/18621/16857 20221/18607/16843</w:t>
        <w:br/>
        <w:t>f 20240/18624/16860 20239/18625/16861 20238/18626/16862</w:t>
        <w:br/>
        <w:t>f 20228/18614/16850 20222/18606/16842 20241/18627/16863</w:t>
        <w:br/>
        <w:t>f 20227/18615/16851 20228/18614/16850 20241/18627/16863</w:t>
        <w:br/>
        <w:t>f 20245/18628/16864 20244/18629/16821 20243/18630/16865</w:t>
        <w:br/>
        <w:t>f 20242/18631/16866 20245/18628/16864 20243/18630/16865</w:t>
        <w:br/>
        <w:t>f 20249/18632/16817 20248/18633/16867 20247/18634/16868</w:t>
        <w:br/>
        <w:t>f 20246/18635/16816 20249/18632/16817 20247/18634/16868</w:t>
        <w:br/>
        <w:t>f 20253/18636/16869 20252/18637/16819 20251/18638/16818</w:t>
        <w:br/>
        <w:t>f 20250/18639/16870 20253/18636/16869 20251/18638/16818</w:t>
        <w:br/>
        <w:t>f 20254/18640/16871 20176/18562/16807 20177/18561/16806</w:t>
        <w:br/>
        <w:t>f 20194/18580/16825 20254/18640/16871 20177/18561/16806</w:t>
        <w:br/>
        <w:t>f 20258/18641/16872 20257/18642/16873 20256/18643/16874</w:t>
        <w:br/>
        <w:t>f 20255/18644/16823 20258/18641/16872 20256/18643/16874</w:t>
        <w:br/>
        <w:t>f 20260/18645/16875 20259/18646/16876 20244/18629/16821</w:t>
        <w:br/>
        <w:t>f 20245/18628/16864 20260/18645/16875 20244/18629/16821</w:t>
        <w:br/>
        <w:t>f 20196/18583/16828 20179/18565/16810 20180/18564/16809</w:t>
        <w:br/>
        <w:t>f 20261/18647/16877 20196/18583/16828 20180/18564/16809</w:t>
        <w:br/>
        <w:t>f 20262/18648/16878 20195/18579/16824 20196/18583/16828</w:t>
        <w:br/>
        <w:t>f 20261/18647/16877 20262/18648/16878 20196/18583/16828</w:t>
        <w:br/>
        <w:t>f 20250/18639/16870 20251/18638/16818 20264/18649/16820</w:t>
        <w:br/>
        <w:t>f 20263/18650/16879 20250/18639/16870 20264/18649/16820</w:t>
        <w:br/>
        <w:t>f 20194/18580/16825 20195/18579/16824 20262/18648/16878</w:t>
        <w:br/>
        <w:t>f 20254/18640/16871 20194/18580/16825 20262/18648/16878</w:t>
        <w:br/>
        <w:t>f 20242/18631/16866 20265/18651/16880 20255/18644/16823</w:t>
        <w:br/>
        <w:t>f 20256/18643/16874 20242/18631/16866 20255/18644/16823</w:t>
        <w:br/>
        <w:t>f 20240/18624/16860 20267/18652/16881 20266/18653/16882</w:t>
        <w:br/>
        <w:t>f 20239/18625/16861 20240/18624/16860 20266/18653/16882</w:t>
        <w:br/>
        <w:t>f 20269/18654/16868 20268/18655/16867 20225/18610/16846</w:t>
        <w:br/>
        <w:t>f 20226/18609/16845 20269/18654/16868 20225/18610/16846</w:t>
        <w:br/>
        <w:t>f 20225/18610/16846 20271/18656/16883 20270/18657/16884</w:t>
        <w:br/>
        <w:t>f 20224/18611/16847 20225/18610/16846 20270/18657/16884</w:t>
        <w:br/>
        <w:t>f 20224/18611/16847 20270/18657/16884 20272/18658/16879</w:t>
        <w:br/>
        <w:t>f 20230/18617/16853 20224/18611/16847 20272/18658/16879</w:t>
        <w:br/>
        <w:t>f 20220/18608/16844 20230/18617/16853 20274/18659/16875</w:t>
        <w:br/>
        <w:t>f 20273/18660/16864 20220/18608/16844 20274/18659/16875</w:t>
        <w:br/>
        <w:t>f 20276/18661/16885 20220/18608/16844 20273/18660/16864</w:t>
        <w:br/>
        <w:t>f 20275/18662/16866 20276/18661/16885 20273/18660/16864</w:t>
        <w:br/>
        <w:t>f 20278/18663/16886 20241/18627/16863 20275/18662/16866</w:t>
        <w:br/>
        <w:t>f 20277/18664/16887 20278/18663/16886 20275/18662/16866</w:t>
        <w:br/>
        <w:t>f 20278/18663/16886 20277/18664/16887 20279/18665/16873</w:t>
        <w:br/>
        <w:t>f 20280/18666/16888 20278/18663/16886 20279/18665/16873</w:t>
        <w:br/>
        <w:t>f 20229/18613/16849 20176/18562/16807 20254/18640/16871</w:t>
        <w:br/>
        <w:t>f 20228/18614/16850 20229/18613/16849 20254/18640/16871</w:t>
        <w:br/>
        <w:t>f 20228/18614/16850 20254/18640/16871 20262/18648/16878</w:t>
        <w:br/>
        <w:t>f 20222/18606/16842 20228/18614/16850 20262/18648/16878</w:t>
        <w:br/>
        <w:t>f 20281/18667/16889 20222/18606/16842 20262/18648/16878</w:t>
        <w:br/>
        <w:t>f 20261/18647/16877 20281/18667/16889 20262/18648/16878</w:t>
        <w:br/>
        <w:t>f 20233/18619/16855 20281/18667/16889 20261/18647/16877</w:t>
        <w:br/>
        <w:t>f 20180/18564/16809 20233/18619/16855 20261/18647/16877</w:t>
        <w:br/>
        <w:t>f 20233/18619/16855 20180/18564/16809 20178/18566/16811</w:t>
        <w:br/>
        <w:t>f 20166/18551/16796 20233/18619/16855 20178/18566/16811</w:t>
        <w:br/>
        <w:t>f 20283/18668/16890 20282/18669/16891 20231/18616/16852</w:t>
        <w:br/>
        <w:t>f 20221/18607/16843 20283/18668/16890 20231/18616/16852</w:t>
        <w:br/>
        <w:t>f 20282/18669/16891 20238/18626/16862 20223/18612/16848</w:t>
        <w:br/>
        <w:t>f 20231/18616/16852 20282/18669/16891 20223/18612/16848</w:t>
        <w:br/>
        <w:t>f 20233/18619/16855 20234/18618/16854 20284/18670/16892</w:t>
        <w:br/>
        <w:t>f 20281/18667/16889 20233/18619/16855 20284/18670/16892</w:t>
        <w:br/>
        <w:t>f 20284/18670/16892 20237/18621/16857 20235/18623/16859</w:t>
        <w:br/>
        <w:t>f 20281/18667/16889 20284/18670/16892 20235/18623/16859</w:t>
        <w:br/>
        <w:t>f 20221/18607/16843 20236/18622/16858 20283/18668/16890</w:t>
        <w:br/>
        <w:t>f 20287/18671/16893 20286/18672/16894 20285/18673/16814</w:t>
        <w:br/>
        <w:t>f 20288/18674/16895 20287/18671/16893 20285/18673/16814</w:t>
        <w:br/>
        <w:t>f 20290/18675/16833 20289/18676/16896 20288/18674/16895</w:t>
        <w:br/>
        <w:t>f 20285/18673/16814 20290/18675/16833 20288/18674/16895</w:t>
        <w:br/>
        <w:t>f 20266/18653/16882 20292/18677/16896 20291/18678/16897</w:t>
        <w:br/>
        <w:t>f 20239/18625/16861 20266/18653/16882 20291/18678/16897</w:t>
        <w:br/>
        <w:t>f 20231/18616/16852 20223/18612/16848 20224/18611/16847</w:t>
        <w:br/>
        <w:t>f 20230/18617/16853 20231/18616/16852 20224/18611/16847</w:t>
        <w:br/>
        <w:t>f 20296/18679/16898 20295/18680/16898 20294/18681/16898</w:t>
        <w:br/>
        <w:t>f 20293/18682/16898 20296/18679/16898 20294/18681/16898</w:t>
        <w:br/>
        <w:t>f 20299/18683/16831 20298/18684/16899 20210/18599/16900</w:t>
        <w:br/>
        <w:t>f 20297/18685/16901 20299/18683/16831 20210/18599/16900</w:t>
        <w:br/>
        <w:t>f 20216/18600/16838 20217/18603/16840 20300/18686/16902</w:t>
        <w:br/>
        <w:t>f 20301/18687/16902 20216/18600/16838 20300/18686/16902</w:t>
        <w:br/>
        <w:t>f 20301/18687/16902 20300/18686/16902 20302/18688/16903</w:t>
        <w:br/>
        <w:t>f 20303/18689/16903 20301/18687/16902 20302/18688/16903</w:t>
        <w:br/>
        <w:t>f 20246/18635/16816 20247/18634/16868 20289/18676/16896</w:t>
        <w:br/>
        <w:t>f 20290/18675/16833 20246/18635/16816 20289/18676/16896</w:t>
        <w:br/>
        <w:t>f 20226/18609/16845 20291/18678/16897 20292/18677/16896</w:t>
        <w:br/>
        <w:t>f 20269/18654/16868 20226/18609/16845 20292/18677/16896</w:t>
        <w:br/>
        <w:t>f 20305/18690/16904 20148/18537/16782 20149/18536/16781</w:t>
        <w:br/>
        <w:t>f 20304/18691/16905 20305/18690/16904 20149/18536/16781</w:t>
        <w:br/>
        <w:t>f 20181/18567/16812 20148/18537/16782 20280/18666/16888</w:t>
        <w:br/>
        <w:t>f 20279/18665/16873 20181/18567/16812 20280/18666/16888</w:t>
        <w:br/>
        <w:t>f 20149/18536/16781 20175/18563/16808 20176/18562/16807</w:t>
        <w:br/>
        <w:t>f 20304/18691/16905 20149/18536/16781 20176/18562/16807</w:t>
        <w:br/>
        <w:t>f 20258/18641/16872 20306/18692/16906 20257/18642/16873</w:t>
        <w:br/>
        <w:t>f 20201/18587/16832 20157/18542/16787 20158/18541/16786</w:t>
        <w:br/>
        <w:t>f 20223/18612/16848 20291/18678/16897 20226/18609/16845</w:t>
        <w:br/>
        <w:t>f 20201/18587/16832 20172/18558/16803 20157/18542/16787</w:t>
        <w:br/>
        <w:t>f 20238/18626/16862 20291/18678/16897 20223/18612/16848</w:t>
        <w:br/>
        <w:t>f 20171/18559/16804 20172/18558/16803 20201/18587/16832</w:t>
        <w:br/>
        <w:t>f 20238/18626/16862 20239/18625/16861 20291/18678/16897</w:t>
        <w:br/>
        <w:t>f 20163/18547/16792 20169/18555/16800 20154/18538/16783</w:t>
        <w:br/>
        <w:t>f 20235/18623/16859 20221/18607/16843 20222/18606/16842</w:t>
        <w:br/>
        <w:t>f 20169/18555/16800 20197/18582/16827 20154/18538/16783</w:t>
        <w:br/>
        <w:t>f 20281/18667/16889 20235/18623/16859 20222/18606/16842</w:t>
        <w:br/>
        <w:t>f 20154/18538/16783 20152/18540/16785 20163/18547/16792</w:t>
        <w:br/>
        <w:t>f 20222/18606/16842 20220/18608/16844 20241/18627/16863</w:t>
        <w:br/>
        <w:t>f 20193/18581/16826 20174/18560/16805 20153/18539/16784</w:t>
        <w:br/>
        <w:t>f 20154/18538/16783 20193/18581/16826 20153/18539/16784</w:t>
        <w:br/>
        <w:t>f 20174/18560/16805 20193/18581/16826 20159/18546/16791</w:t>
        <w:br/>
        <w:t>f 20194/18580/16825 20177/18561/16806 20159/18546/16791</w:t>
        <w:br/>
        <w:t>f 20193/18581/16826 20194/18580/16825 20159/18546/16791</w:t>
        <w:br/>
        <w:t>f 20160/18545/16790 20174/18560/16805 20159/18546/16791</w:t>
        <w:br/>
        <w:t>f 20241/18627/16863 20278/18663/16886 20227/18615/16851</w:t>
        <w:br/>
        <w:t>f 20227/18615/16851 20278/18663/16886 20229/18613/16849</w:t>
        <w:br/>
        <w:t>f 20229/18613/16849 20304/18691/16905 20176/18562/16807</w:t>
        <w:br/>
        <w:t>f 20278/18663/16886 20280/18666/16888 20304/18691/16905</w:t>
        <w:br/>
        <w:t>f 20229/18613/16849 20278/18663/16886 20304/18691/16905</w:t>
        <w:br/>
        <w:t>f 20147/18533/16778 19410/17796/16080 20307/18693/16907</w:t>
        <w:br/>
        <w:t>f 20310/18694/16908 20309/18695/16909 20308/18696/16910</w:t>
        <w:br/>
        <w:t>f 20311/18697/16910 20310/18694/16908 20308/18696/16910</w:t>
        <w:br/>
        <w:t>f 20315/18698/16911 20314/18699/16912 20313/18700/16913</w:t>
        <w:br/>
        <w:t>f 20312/18701/16914 20315/18698/16911 20313/18700/16913</w:t>
        <w:br/>
        <w:t>f 20317/18702/16915 20316/18703/16916 20314/18699/16912</w:t>
        <w:br/>
        <w:t>f 20315/18698/16911 20317/18702/16915 20314/18699/16912</w:t>
        <w:br/>
        <w:t>f 20320/18704/16917 20319/18705/16918 20318/18706/16919</w:t>
        <w:br/>
        <w:t>f 20321/18707/16919 20320/18704/16917 20318/18706/16919</w:t>
        <w:br/>
        <w:t>f 20311/18697/16910 20308/18696/16910 20322/18708/16920</w:t>
        <w:br/>
        <w:t>f 20323/18709/16921 20311/18697/16910 20322/18708/16920</w:t>
        <w:br/>
        <w:t>f 20315/18698/16911 20312/18701/16914 20324/18710/16922</w:t>
        <w:br/>
        <w:t>f 20325/18711/16923 20315/18698/16911 20324/18710/16922</w:t>
        <w:br/>
        <w:t>f 20326/18712/16924 20317/18702/16915 20315/18698/16911</w:t>
        <w:br/>
        <w:t>f 20325/18711/16923 20326/18712/16924 20315/18698/16911</w:t>
        <w:br/>
        <w:t>f 20328/18713/16925 20321/18707/16919 20318/18706/16919</w:t>
        <w:br/>
        <w:t>f 20327/18714/16925 20328/18713/16925 20318/18706/16919</w:t>
        <w:br/>
        <w:t>f 20332/18715/16926 20331/18716/16920 20330/18717/16920</w:t>
        <w:br/>
        <w:t>f 20329/18718/16927 20332/18715/16926 20330/18717/16920</w:t>
        <w:br/>
        <w:t>f 20336/18719/16928 20335/18720/16923 20334/18721/16922</w:t>
        <w:br/>
        <w:t>f 20333/18722/16929 20336/18719/16928 20334/18721/16922</w:t>
        <w:br/>
        <w:t>f 20338/18723/16930 20337/18724/16924 20335/18720/16923</w:t>
        <w:br/>
        <w:t>f 20336/18719/16928 20338/18723/16930 20335/18720/16923</w:t>
        <w:br/>
        <w:t>f 20341/18725/16931 20340/18726/16931 20339/18727/16932</w:t>
        <w:br/>
        <w:t>f 20342/18728/16932 20341/18725/16931 20339/18727/16932</w:t>
        <w:br/>
        <w:t>f 20332/18715/16926 20329/18718/16927 20343/18729/16933</w:t>
        <w:br/>
        <w:t>f 20344/18730/16934 20332/18715/16926 20343/18729/16933</w:t>
        <w:br/>
        <w:t>f 20336/18719/16928 20333/18722/16929 20345/18731/16935</w:t>
        <w:br/>
        <w:t>f 20346/18732/16936 20336/18719/16928 20345/18731/16935</w:t>
        <w:br/>
        <w:t>f 20338/18723/16930 20336/18719/16928 20346/18732/16936</w:t>
        <w:br/>
        <w:t>f 20347/18733/16937 20338/18723/16930 20346/18732/16936</w:t>
        <w:br/>
        <w:t>f 20349/18734/16938 20342/18728/16932 20339/18727/16932</w:t>
        <w:br/>
        <w:t>f 20348/18735/16938 20349/18734/16938 20339/18727/16932</w:t>
        <w:br/>
        <w:t>f 20351/18736/16939 20344/18730/16934 20343/18729/16933</w:t>
        <w:br/>
        <w:t>f 20350/18737/16939 20351/18736/16939 20343/18729/16933</w:t>
        <w:br/>
        <w:t>f 20353/18738/16940 20346/18732/16936 20345/18731/16935</w:t>
        <w:br/>
        <w:t>f 20352/18739/16941 20353/18738/16940 20345/18731/16935</w:t>
        <w:br/>
        <w:t>f 20347/18733/16937 20346/18732/16936 20353/18738/16940</w:t>
        <w:br/>
        <w:t>f 20354/18740/16942 20347/18733/16937 20353/18738/16940</w:t>
        <w:br/>
        <w:t>f 20356/18741/16943 20349/18734/16938 20348/18735/16938</w:t>
        <w:br/>
        <w:t>f 20355/18742/16943 20356/18741/16943 20348/18735/16938</w:t>
        <w:br/>
        <w:t>f 20351/18736/16939 20350/18737/16939 20357/18743/16944</w:t>
        <w:br/>
        <w:t>f 20358/18744/16944 20351/18736/16939 20357/18743/16944</w:t>
        <w:br/>
        <w:t>f 20353/18738/16940 20352/18739/16941 20359/18745/16945</w:t>
        <w:br/>
        <w:t>f 20360/18746/16946 20353/18738/16940 20359/18745/16945</w:t>
        <w:br/>
        <w:t>f 20354/18740/16942 20353/18738/16940 20360/18746/16946</w:t>
        <w:br/>
        <w:t>f 20361/18747/16947 20354/18740/16942 20360/18746/16946</w:t>
        <w:br/>
        <w:t>f 20363/18748/16948 20356/18741/16943 20355/18742/16943</w:t>
        <w:br/>
        <w:t>f 20362/18749/16948 20363/18748/16948 20355/18742/16943</w:t>
        <w:br/>
        <w:t>f 20365/18750/16949 20358/18744/16944 20357/18743/16944</w:t>
        <w:br/>
        <w:t>f 20364/18751/16950 20365/18750/16949 20357/18743/16944</w:t>
        <w:br/>
        <w:t>f 20367/18752/16951 20360/18746/16946 20359/18745/16945</w:t>
        <w:br/>
        <w:t>f 20366/18753/16952 20367/18752/16951 20359/18745/16945</w:t>
        <w:br/>
        <w:t>f 20361/18747/16947 20360/18746/16946 20367/18752/16951</w:t>
        <w:br/>
        <w:t>f 20368/18754/16953 20361/18747/16947 20367/18752/16951</w:t>
        <w:br/>
        <w:t>f 20363/18748/16948 20362/18749/16948 20369/18755/16954</w:t>
        <w:br/>
        <w:t>f 20370/18756/16954 20363/18748/16948 20369/18755/16954</w:t>
        <w:br/>
        <w:t>f 20365/18750/16949 20364/18751/16950 20309/18695/16909</w:t>
        <w:br/>
        <w:t>f 20310/18694/16908 20365/18750/16949 20309/18695/16909</w:t>
        <w:br/>
        <w:t>f 20367/18752/16951 20365/18750/16949 20313/18700/16913</w:t>
        <w:br/>
        <w:t>f 20314/18699/16912 20367/18752/16951 20313/18700/16913</w:t>
        <w:br/>
        <w:t>f 20368/18754/16953 20367/18752/16951 20314/18699/16912</w:t>
        <w:br/>
        <w:t>f 20316/18703/16916 20368/18754/16953 20314/18699/16912</w:t>
        <w:br/>
        <w:t>f 20320/18704/16917 20370/18756/16954 20369/18755/16954</w:t>
        <w:br/>
        <w:t>f 20319/18705/16918 20320/18704/16917 20369/18755/16954</w:t>
        <w:br/>
        <w:t>f 20374/18757/16955 20373/18758/16956 20372/18759/16957</w:t>
        <w:br/>
        <w:t>f 20371/18760/16958 20374/18757/16955 20372/18759/16957</w:t>
        <w:br/>
        <w:t>f 20376/18761/16959 20375/18762/16960 20373/18758/16956</w:t>
        <w:br/>
        <w:t>f 20374/18757/16955 20376/18761/16959 20373/18758/16956</w:t>
        <w:br/>
        <w:t>f 20380/18763/16961 20379/18764/16962 20378/18765/16963</w:t>
        <w:br/>
        <w:t>f 20377/18766/16961 20380/18763/16961 20378/18765/16963</w:t>
        <w:br/>
        <w:t>f 20383/18767/16964 20382/18768/16965 20381/18769/16966</w:t>
        <w:br/>
        <w:t>f 20384/18770/16966 20383/18767/16964 20381/18769/16966</w:t>
        <w:br/>
        <w:t>f 20374/18757/16955 20371/18760/16958 20385/18771/16967</w:t>
        <w:br/>
        <w:t>f 20386/18772/16968 20374/18757/16955 20385/18771/16967</w:t>
        <w:br/>
        <w:t>f 20376/18761/16959 20374/18757/16955 20386/18772/16968</w:t>
        <w:br/>
        <w:t>f 20387/18773/16969 20376/18761/16959 20386/18772/16968</w:t>
        <w:br/>
        <w:t>f 20380/18763/16961 20377/18766/16961 20388/18774/16970</w:t>
        <w:br/>
        <w:t>f 20389/18775/16971 20380/18763/16961 20388/18774/16970</w:t>
        <w:br/>
        <w:t>f 20390/18776/16972 20384/18770/16966 20381/18769/16966</w:t>
        <w:br/>
        <w:t>f 20389/18775/16973 20390/18776/16972 20381/18769/16966</w:t>
        <w:br/>
        <w:t>f 20393/18777/16968 20392/18778/16967 20391/18779/16974</w:t>
        <w:br/>
        <w:t>f 20394/18780/16975 20393/18777/16968 20391/18779/16974</w:t>
        <w:br/>
        <w:t>f 20396/18781/16976 20395/18782/16977 20393/18777/16968</w:t>
        <w:br/>
        <w:t>f 20394/18780/16975 20396/18781/16976 20393/18777/16968</w:t>
        <w:br/>
        <w:t>f 20400/18783/16978 20399/18784/16973 20398/18785/16970</w:t>
        <w:br/>
        <w:t>f 20397/18786/16979 20400/18783/16978 20398/18785/16970</w:t>
        <w:br/>
        <w:t>f 20402/18787/16980 20401/18788/16972 20399/18784/16973</w:t>
        <w:br/>
        <w:t>f 20400/18783/16978 20402/18787/16980 20399/18784/16973</w:t>
        <w:br/>
        <w:t>f 20394/18780/16975 20391/18779/16974 20403/18789/16981</w:t>
        <w:br/>
        <w:t>f 20404/18790/16982 20394/18780/16975 20403/18789/16981</w:t>
        <w:br/>
        <w:t>f 20396/18781/16976 20394/18780/16975 20404/18790/16982</w:t>
        <w:br/>
        <w:t>f 20405/18791/16983 20396/18781/16976 20404/18790/16982</w:t>
        <w:br/>
        <w:t>f 20400/18783/16978 20397/18786/16979 20406/18792/16984</w:t>
        <w:br/>
        <w:t>f 20407/18793/16985 20400/18783/16978 20406/18792/16984</w:t>
        <w:br/>
        <w:t>f 20408/18794/16986 20402/18787/16980 20400/18783/16978</w:t>
        <w:br/>
        <w:t>f 20407/18793/16985 20408/18794/16986 20400/18783/16978</w:t>
        <w:br/>
        <w:t>f 20410/18795/16987 20404/18790/16982 20403/18789/16981</w:t>
        <w:br/>
        <w:t>f 20409/18796/16988 20410/18795/16987 20403/18789/16981</w:t>
        <w:br/>
        <w:t>f 20411/18797/16989 20405/18791/16983 20404/18790/16982</w:t>
        <w:br/>
        <w:t>f 20410/18795/16987 20411/18797/16989 20404/18790/16982</w:t>
        <w:br/>
        <w:t>f 20413/18798/16990 20407/18793/16985 20406/18792/16984</w:t>
        <w:br/>
        <w:t>f 20412/18799/16991 20413/18798/16990 20406/18792/16984</w:t>
        <w:br/>
        <w:t>f 20408/18794/16986 20407/18793/16985 20413/18798/16990</w:t>
        <w:br/>
        <w:t>f 20414/18800/16992 20408/18794/16986 20413/18798/16990</w:t>
        <w:br/>
        <w:t>f 20416/18801/16993 20410/18795/16987 20409/18796/16988</w:t>
        <w:br/>
        <w:t>f 20415/18802/16994 20416/18801/16993 20409/18796/16988</w:t>
        <w:br/>
        <w:t>f 20411/18797/16989 20410/18795/16987 20416/18801/16993</w:t>
        <w:br/>
        <w:t>f 20417/18803/16995 20411/18797/16989 20416/18801/16993</w:t>
        <w:br/>
        <w:t>f 20413/18798/16990 20412/18799/16991 20418/18804/16996</w:t>
        <w:br/>
        <w:t>f 20419/18805/16997 20413/18798/16990 20418/18804/16996</w:t>
        <w:br/>
        <w:t>f 20414/18800/16992 20413/18798/16990 20419/18805/16997</w:t>
        <w:br/>
        <w:t>f 20420/18806/16998 20414/18800/16992 20419/18805/16997</w:t>
        <w:br/>
        <w:t>f 20422/18807/16999 20416/18801/16993 20415/18802/16994</w:t>
        <w:br/>
        <w:t>f 20421/18808/17000 20422/18807/16999 20415/18802/16994</w:t>
        <w:br/>
        <w:t>f 20423/18809/17001 20417/18803/16995 20416/18801/16993</w:t>
        <w:br/>
        <w:t>f 20422/18807/16999 20423/18809/17001 20416/18801/16993</w:t>
        <w:br/>
        <w:t>f 20425/18810/17002 20419/18805/16997 20418/18804/16996</w:t>
        <w:br/>
        <w:t>f 20424/18811/17003 20425/18810/17002 20418/18804/16996</w:t>
        <w:br/>
        <w:t>f 20420/18806/16998 20419/18805/16997 20425/18810/17002</w:t>
        <w:br/>
        <w:t>f 20426/18812/17004 20420/18806/16998 20425/18810/17002</w:t>
        <w:br/>
        <w:t>f 20422/18807/16999 20421/18808/17000 20372/18759/16957</w:t>
        <w:br/>
        <w:t>f 20373/18758/16956 20422/18807/16999 20372/18759/16957</w:t>
        <w:br/>
        <w:t>f 20423/18809/17001 20422/18807/16999 20373/18758/16956</w:t>
        <w:br/>
        <w:t>f 20375/18762/16960 20423/18809/17001 20373/18758/16956</w:t>
        <w:br/>
        <w:t>f 20425/18810/17002 20424/18811/17003 20378/18765/16963</w:t>
        <w:br/>
        <w:t>f 20379/18764/16962 20425/18810/17002 20378/18765/16963</w:t>
        <w:br/>
        <w:t>f 20383/18767/16964 20426/18812/17004 20425/18810/17002</w:t>
        <w:br/>
        <w:t>f 20382/18768/16965 20383/18767/16964 20425/18810/17002</w:t>
        <w:br/>
        <w:t>f 20430/18813/17005 20429/18814/17006 20428/18815/17006</w:t>
        <w:br/>
        <w:t>f 20427/18816/17005 20430/18813/17005 20428/18815/17006</w:t>
        <w:br/>
        <w:t>f 20434/18817/17007 20433/18818/17008 20432/18819/17009</w:t>
        <w:br/>
        <w:t>f 20431/18820/17007 20434/18817/17007 20432/18819/17009</w:t>
        <w:br/>
        <w:t>f 20438/18821/17010 20437/18822/17011 20436/18823/17012</w:t>
        <w:br/>
        <w:t>f 20435/18824/17013 20438/18821/17010 20436/18823/17012</w:t>
        <w:br/>
        <w:t>f 20439/18825/17014 20437/18822/17011 20438/18821/17010</w:t>
        <w:br/>
        <w:t>f 20440/18826/17015 20439/18825/17014 20438/18821/17010</w:t>
        <w:br/>
        <w:t>f 20443/18827/17016 20442/18828/17005 20441/18829/17017</w:t>
        <w:br/>
        <w:t>f 20444/18830/17018 20443/18827/17016 20441/18829/17017</w:t>
        <w:br/>
        <w:t>f 20447/18831/17007 20446/18832/17019 20445/18833/17020</w:t>
        <w:br/>
        <w:t>f 20448/18834/17021 20447/18831/17007 20445/18833/17020</w:t>
        <w:br/>
        <w:t>f 20451/18835/17022 20450/18836/17023 20449/18837/17024</w:t>
        <w:br/>
        <w:t>f 20452/18838/17025 20451/18835/17022 20449/18837/17024</w:t>
        <w:br/>
        <w:t>f 20454/18839/17026 20453/18840/17015 20451/18835/17022</w:t>
        <w:br/>
        <w:t>f 20452/18838/17025 20454/18839/17026 20451/18835/17022</w:t>
        <w:br/>
        <w:t>f 20456/18841/17027 20444/18830/17018 20441/18829/17017</w:t>
        <w:br/>
        <w:t>f 20455/18842/17028 20456/18841/17027 20441/18829/17017</w:t>
        <w:br/>
        <w:t>f 20458/18843/17029 20448/18834/17021 20445/18833/17020</w:t>
        <w:br/>
        <w:t>f 20457/18844/17030 20458/18843/17029 20445/18833/17020</w:t>
        <w:br/>
        <w:t>f 20460/18845/17031 20452/18838/17025 20449/18837/17024</w:t>
        <w:br/>
        <w:t>f 20459/18846/17032 20460/18845/17031 20449/18837/17024</w:t>
        <w:br/>
        <w:t>f 20454/18839/17026 20452/18838/17025 20460/18845/17031</w:t>
        <w:br/>
        <w:t>f 20461/18847/17033 20454/18839/17026 20460/18845/17031</w:t>
        <w:br/>
        <w:t>f 20456/18841/17027 20455/18842/17028 20462/18848/17034</w:t>
        <w:br/>
        <w:t>f 20463/18849/17035 20456/18841/17027 20462/18848/17034</w:t>
        <w:br/>
        <w:t>f 20458/18843/17029 20457/18844/17030 20464/18850/17036</w:t>
        <w:br/>
        <w:t>f 20465/18851/17037 20458/18843/17029 20464/18850/17036</w:t>
        <w:br/>
        <w:t>f 20460/18845/17031 20459/18846/17032 20466/18852/17038</w:t>
        <w:br/>
        <w:t>f 20467/18853/17038 20460/18845/17031 20466/18852/17038</w:t>
        <w:br/>
        <w:t>f 20469/18854/17039 20461/18847/17033 20460/18845/17031</w:t>
        <w:br/>
        <w:t>f 20468/18855/17039 20469/18854/17039 20460/18845/17031</w:t>
        <w:br/>
        <w:t>f 20471/18856/17040 20463/18849/17035 20462/18848/17034</w:t>
        <w:br/>
        <w:t>f 20470/18857/17041 20471/18856/17040 20462/18848/17034</w:t>
        <w:br/>
        <w:t>f 20473/18858/17042 20465/18851/17037 20464/18850/17036</w:t>
        <w:br/>
        <w:t>f 20472/18859/17043 20473/18858/17042 20464/18850/17036</w:t>
        <w:br/>
        <w:t>f 20475/18860/17044 20467/18853/17038 20466/18852/17038</w:t>
        <w:br/>
        <w:t>f 20474/18861/17045 20475/18860/17044 20466/18852/17038</w:t>
        <w:br/>
        <w:t>f 20469/18854/17039 20468/18855/17039 20475/18860/17044</w:t>
        <w:br/>
        <w:t>f 20476/18862/17046 20469/18854/17039 20475/18860/17044</w:t>
        <w:br/>
        <w:t>f 20471/18856/17040 20470/18857/17041 20477/18863/17047</w:t>
        <w:br/>
        <w:t>f 20478/18864/17048 20471/18856/17040 20477/18863/17047</w:t>
        <w:br/>
        <w:t>f 20473/18858/17042 20472/18859/17043 20479/18865/15952</w:t>
        <w:br/>
        <w:t>f 20480/18866/17049 20473/18858/17042 20479/18865/15952</w:t>
        <w:br/>
        <w:t>f 20475/18860/17044 20474/18861/17045 20481/18867/17050</w:t>
        <w:br/>
        <w:t>f 20482/18868/17051 20475/18860/17044 20481/18867/17050</w:t>
        <w:br/>
        <w:t>f 20483/18869/17052 20476/18862/17046 20475/18860/17044</w:t>
        <w:br/>
        <w:t>f 20482/18868/17051 20483/18869/17052 20475/18860/17044</w:t>
        <w:br/>
        <w:t>f 20485/18870/17053 20478/18864/17048 20477/18863/17047</w:t>
        <w:br/>
        <w:t>f 20484/18871/17054 20485/18870/17053 20477/18863/17047</w:t>
        <w:br/>
        <w:t>f 20487/18872/17055 20480/18866/17049 20479/18865/15952</w:t>
        <w:br/>
        <w:t>f 20486/18873/17056 20487/18872/17055 20479/18865/15952</w:t>
        <w:br/>
        <w:t>f 20489/18874/17057 20482/18868/17051 20481/18867/17050</w:t>
        <w:br/>
        <w:t>f 20488/18875/17058 20489/18874/17057 20481/18867/17050</w:t>
        <w:br/>
        <w:t>f 20483/18869/17052 20482/18868/17051 20489/18874/17057</w:t>
        <w:br/>
        <w:t>f 20490/18876/17059 20483/18869/17052 20489/18874/17057</w:t>
        <w:br/>
        <w:t>f 20485/18870/17053 20484/18871/17054 20428/18815/17006</w:t>
        <w:br/>
        <w:t>f 20429/18814/17006 20485/18870/17053 20428/18815/17006</w:t>
        <w:br/>
        <w:t>f 20487/18872/17055 20486/18873/17056 20432/18819/17009</w:t>
        <w:br/>
        <w:t>f 20433/18818/17008 20487/18872/17055 20432/18819/17009</w:t>
        <w:br/>
        <w:t>f 20489/18874/17057 20488/18875/17058 20436/18823/17012</w:t>
        <w:br/>
        <w:t>f 20437/18822/17011 20489/18874/17057 20436/18823/17012</w:t>
        <w:br/>
        <w:t>f 20439/18825/17014 20490/18876/17059 20489/18874/17057</w:t>
        <w:br/>
        <w:t>f 20437/18822/17011 20439/18825/17014 20489/18874/17057</w:t>
        <w:br/>
        <w:t>f 20493/18877/17060 20492/18878/17061 20491/18879/17062</w:t>
        <w:br/>
        <w:t>f 20494/18880/17063 20493/18877/17060 20491/18879/17062</w:t>
        <w:br/>
        <w:t>f 20498/18881/17064 20497/18882/17065 20496/18883/17066</w:t>
        <w:br/>
        <w:t>f 20495/18884/17067 20498/18881/17064 20496/18883/17066</w:t>
        <w:br/>
        <w:t>f 20500/18885/17068 20498/18881/17064 20495/18884/17067</w:t>
        <w:br/>
        <w:t>f 20499/18886/17069 20500/18885/17068 20495/18884/17067</w:t>
        <w:br/>
        <w:t>f 20503/18887/17070 20502/18888/17071 20501/18889/17072</w:t>
        <w:br/>
        <w:t>f 20504/18890/17070 20503/18887/17070 20501/18889/17072</w:t>
        <w:br/>
        <w:t>f 20505/18891/17073 20493/18877/17060 20494/18880/17063</w:t>
        <w:br/>
        <w:t>f 20506/18892/17074 20505/18891/17073 20494/18880/17063</w:t>
        <w:br/>
        <w:t>f 20507/18893/17075 20497/18882/17065 20498/18881/17064</w:t>
        <w:br/>
        <w:t>f 20508/18894/17076 20507/18893/17075 20498/18881/17064</w:t>
        <w:br/>
        <w:t>f 20509/18895/17077 20508/18894/17076 20498/18881/17064</w:t>
        <w:br/>
        <w:t>f 20500/18885/17068 20509/18895/17077 20498/18881/17064</w:t>
        <w:br/>
        <w:t>f 20511/18896/17078 20510/18897/17078 20503/18887/17070</w:t>
        <w:br/>
        <w:t>f 20504/18890/17070 20511/18896/17078 20503/18887/17070</w:t>
        <w:br/>
        <w:t>f 20515/18898/17079 20514/18899/17080 20513/18900/17073</w:t>
        <w:br/>
        <w:t>f 20512/18901/17081 20515/18898/17079 20513/18900/17073</w:t>
        <w:br/>
        <w:t>f 20519/18902/17082 20518/18903/17083 20517/18904/17084</w:t>
        <w:br/>
        <w:t>f 20516/18905/17076 20519/18902/17082 20517/18904/17084</w:t>
        <w:br/>
        <w:t>f 20521/18906/17085 20519/18902/17082 20516/18905/17076</w:t>
        <w:br/>
        <w:t>f 20520/18907/17086 20521/18906/17085 20516/18905/17076</w:t>
        <w:br/>
        <w:t>f 20524/18908/17087 20523/18909/17078 20522/18910/17078</w:t>
        <w:br/>
        <w:t>f 20525/18911/17088 20524/18908/17087 20522/18910/17078</w:t>
        <w:br/>
        <w:t>f 20526/18912/17089 20514/18899/17080 20515/18898/17079</w:t>
        <w:br/>
        <w:t>f 20527/18913/17090 20526/18912/17089 20515/18898/17079</w:t>
        <w:br/>
        <w:t>f 20528/18914/17091 20518/18903/17083 20519/18902/17082</w:t>
        <w:br/>
        <w:t>f 20529/18915/17092 20528/18914/17091 20519/18902/17082</w:t>
        <w:br/>
        <w:t>f 20529/18915/17092 20519/18902/17082 20521/18906/17085</w:t>
        <w:br/>
        <w:t>f 20530/18916/17093 20529/18915/17092 20521/18906/17085</w:t>
        <w:br/>
        <w:t>f 20532/18917/17094 20531/18918/17095 20524/18908/17087</w:t>
        <w:br/>
        <w:t>f 20525/18911/17088 20532/18917/17094 20524/18908/17087</w:t>
        <w:br/>
        <w:t>f 20534/18919/17096 20533/18920/17097 20526/18912/17089</w:t>
        <w:br/>
        <w:t>f 20527/18913/17090 20534/18919/17096 20526/18912/17089</w:t>
        <w:br/>
        <w:t>f 20536/18921/17098 20535/18922/17099 20528/18914/17091</w:t>
        <w:br/>
        <w:t>f 20529/18915/17092 20536/18921/17098 20528/18914/17091</w:t>
        <w:br/>
        <w:t>f 20536/18921/17098 20529/18915/17092 20530/18916/17093</w:t>
        <w:br/>
        <w:t>f 20537/18923/17100 20536/18921/17098 20530/18916/17093</w:t>
        <w:br/>
        <w:t>f 20539/18924/17101 20538/18925/17102 20531/18918/17095</w:t>
        <w:br/>
        <w:t>f 20532/18917/17094 20539/18924/17101 20531/18918/17095</w:t>
        <w:br/>
        <w:t>f 20540/18926/17103 20533/18920/17097 20534/18919/17096</w:t>
        <w:br/>
        <w:t>f 20541/18927/17104 20540/18926/17103 20534/18919/17096</w:t>
        <w:br/>
        <w:t>f 20542/18928/17105 20535/18922/17099 20536/18921/17098</w:t>
        <w:br/>
        <w:t>f 20543/18929/17106 20542/18928/17105 20536/18921/17098</w:t>
        <w:br/>
        <w:t>f 20543/18929/17106 20536/18921/17098 20537/18923/17100</w:t>
        <w:br/>
        <w:t>f 20544/18930/17107 20543/18929/17106 20537/18923/17100</w:t>
        <w:br/>
        <w:t>f 20546/18931/17108 20545/18932/17109 20538/18925/17102</w:t>
        <w:br/>
        <w:t>f 20539/18924/17101 20546/18931/17108 20538/18925/17102</w:t>
        <w:br/>
        <w:t>f 20548/18933/17110 20547/18934/17111 20540/18926/17103</w:t>
        <w:br/>
        <w:t>f 20541/18927/17104 20548/18933/17110 20540/18926/17103</w:t>
        <w:br/>
        <w:t>f 20550/18935/17112 20549/18936/17113 20542/18928/17105</w:t>
        <w:br/>
        <w:t>f 20543/18929/17106 20550/18935/17112 20542/18928/17105</w:t>
        <w:br/>
        <w:t>f 20550/18935/17112 20543/18929/17106 20544/18930/17107</w:t>
        <w:br/>
        <w:t>f 20551/18937/17114 20550/18935/17112 20544/18930/17107</w:t>
        <w:br/>
        <w:t>f 20552/18938/17115 20545/18932/17109 20546/18931/17108</w:t>
        <w:br/>
        <w:t>f 20553/18939/17116 20552/18938/17115 20546/18931/17108</w:t>
        <w:br/>
        <w:t>f 20492/18878/17061 20547/18934/17111 20548/18933/17110</w:t>
        <w:br/>
        <w:t>f 20491/18879/17062 20492/18878/17061 20548/18933/17110</w:t>
        <w:br/>
        <w:t>f 20496/18883/17066 20548/18933/17117 20550/18935/17112</w:t>
        <w:br/>
        <w:t>f 20495/18884/17067 20496/18883/17066 20550/18935/17112</w:t>
        <w:br/>
        <w:t>f 20495/18884/17067 20550/18935/17112 20551/18937/17114</w:t>
        <w:br/>
        <w:t>f 20499/18886/17069 20495/18884/17067 20551/18937/17114</w:t>
        <w:br/>
        <w:t>f 20501/18889/17072 20502/18888/17071 20552/18938/17115</w:t>
        <w:br/>
        <w:t>f 20553/18939/17116 20501/18889/17072 20552/18938/17115</w:t>
        <w:br/>
        <w:t>f 20557/18940/17118 20556/18941/17119 20555/18942/17120</w:t>
        <w:br/>
        <w:t>f 20554/18943/17121 20557/18940/17118 20555/18942/17120</w:t>
        <w:br/>
        <w:t>f 20559/18944/17122 20557/18940/17118 20554/18943/17121</w:t>
        <w:br/>
        <w:t>f 20558/18945/17123 20559/18944/17122 20554/18943/17121</w:t>
        <w:br/>
        <w:t>f 20563/18946/17124 20562/18947/17125 20561/18948/17126</w:t>
        <w:br/>
        <w:t>f 20560/18949/17127 20563/18946/17124 20561/18948/17126</w:t>
        <w:br/>
        <w:t>f 20566/18950/17128 20565/18951/17129 20564/18952/17129</w:t>
        <w:br/>
        <w:t>f 20567/18953/17128 20566/18950/17128 20564/18952/17129</w:t>
        <w:br/>
        <w:t>f 20568/18954/17130 20556/18941/17119 20557/18940/17118</w:t>
        <w:br/>
        <w:t>f 20569/18955/17131 20568/18954/17130 20557/18940/17118</w:t>
        <w:br/>
        <w:t>f 20569/18955/17131 20557/18940/17118 20559/18944/17122</w:t>
        <w:br/>
        <w:t>f 20570/18956/17132 20569/18955/17131 20559/18944/17122</w:t>
        <w:br/>
        <w:t>f 20571/18957/17133 20562/18947/17125 20563/18946/17124</w:t>
        <w:br/>
        <w:t>f 20572/18958/17134 20571/18957/17133 20563/18946/17124</w:t>
        <w:br/>
        <w:t>f 20573/18959/17135 20572/18958/17136 20566/18950/17128</w:t>
        <w:br/>
        <w:t>f 20567/18953/17128 20573/18959/17135 20566/18950/17128</w:t>
        <w:br/>
        <w:t>f 20576/18960/17137 20575/18961/17130 20574/18962/17131</w:t>
        <w:br/>
        <w:t>f 20577/18963/17138 20576/18960/17137 20574/18962/17131</w:t>
        <w:br/>
        <w:t>f 20579/18964/17139 20577/18963/17138 20574/18962/17131</w:t>
        <w:br/>
        <w:t>f 20578/18965/17132 20579/18964/17139 20574/18962/17131</w:t>
        <w:br/>
        <w:t>f 20583/18966/17140 20582/18967/17141 20581/18968/17133</w:t>
        <w:br/>
        <w:t>f 20580/18969/17134 20583/18966/17140 20581/18968/17133</w:t>
        <w:br/>
        <w:t>f 20585/18970/17142 20583/18966/17140 20580/18969/17134</w:t>
        <w:br/>
        <w:t>f 20584/18971/17135 20585/18970/17142 20580/18969/17134</w:t>
        <w:br/>
        <w:t>f 20586/18972/17143 20576/18960/17137 20577/18963/17138</w:t>
        <w:br/>
        <w:t>f 20587/18973/17144 20586/18972/17143 20577/18963/17138</w:t>
        <w:br/>
        <w:t>f 20587/18973/17144 20577/18963/17138 20579/18964/17139</w:t>
        <w:br/>
        <w:t>f 20588/18974/17145 20587/18973/17144 20579/18964/17139</w:t>
        <w:br/>
        <w:t>f 20589/18975/17146 20582/18967/17141 20583/18966/17140</w:t>
        <w:br/>
        <w:t>f 20590/18976/17147 20589/18975/17146 20583/18966/17140</w:t>
        <w:br/>
        <w:t>f 20591/18977/17148 20590/18976/17147 20583/18966/17140</w:t>
        <w:br/>
        <w:t>f 20585/18970/17142 20591/18977/17148 20583/18966/17140</w:t>
        <w:br/>
        <w:t>f 20593/18978/17149 20592/18979/17150 20586/18972/17143</w:t>
        <w:br/>
        <w:t>f 20587/18973/17144 20593/18978/17149 20586/18972/17143</w:t>
        <w:br/>
        <w:t>f 20594/18980/17151 20593/18978/17149 20587/18973/17144</w:t>
        <w:br/>
        <w:t>f 20588/18974/17145 20594/18980/17151 20587/18973/17144</w:t>
        <w:br/>
        <w:t>f 20596/18981/17152 20595/18982/17153 20589/18975/17146</w:t>
        <w:br/>
        <w:t>f 20590/18976/17147 20596/18981/17152 20589/18975/17146</w:t>
        <w:br/>
        <w:t>f 20596/18981/17152 20590/18976/17147 20591/18977/17148</w:t>
        <w:br/>
        <w:t>f 20597/18983/17154 20596/18981/17152 20591/18977/17148</w:t>
        <w:br/>
        <w:t>f 20599/18984/17155 20598/18985/17156 20592/18979/17150</w:t>
        <w:br/>
        <w:t>f 20593/18978/17149 20599/18984/17155 20592/18979/17150</w:t>
        <w:br/>
        <w:t>f 20599/18984/17155 20593/18978/17149 20594/18980/17151</w:t>
        <w:br/>
        <w:t>f 20600/18986/17157 20599/18984/17155 20594/18980/17151</w:t>
        <w:br/>
        <w:t>f 20601/18987/17158 20595/18982/17153 20596/18981/17152</w:t>
        <w:br/>
        <w:t>f 20602/18988/17159 20601/18987/17158 20596/18981/17152</w:t>
        <w:br/>
        <w:t>f 20602/18988/17159 20596/18981/17152 20597/18983/17154</w:t>
        <w:br/>
        <w:t>f 20603/18989/17160 20602/18988/17159 20597/18983/17154</w:t>
        <w:br/>
        <w:t>f 20605/18990/17161 20604/18991/17162 20598/18985/17156</w:t>
        <w:br/>
        <w:t>f 20599/18984/17155 20605/18990/17161 20598/18985/17156</w:t>
        <w:br/>
        <w:t>f 20606/18992/17163 20605/18990/17161 20599/18984/17155</w:t>
        <w:br/>
        <w:t>f 20600/18986/17157 20606/18992/17163 20599/18984/17155</w:t>
        <w:br/>
        <w:t>f 20608/18993/17164 20607/18994/17165 20601/18987/17158</w:t>
        <w:br/>
        <w:t>f 20602/18988/17159 20608/18993/17164 20601/18987/17158</w:t>
        <w:br/>
        <w:t>f 20608/18993/17164 20602/18988/17159 20603/18989/17160</w:t>
        <w:br/>
        <w:t>f 20609/18995/17166 20608/18993/17164 20603/18989/17160</w:t>
        <w:br/>
        <w:t>f 20555/18942/17120 20604/18991/17162 20605/18990/17161</w:t>
        <w:br/>
        <w:t>f 20554/18943/17121 20555/18942/17120 20605/18990/17161</w:t>
        <w:br/>
        <w:t>f 20554/18943/17121 20605/18990/17161 20606/18992/17163</w:t>
        <w:br/>
        <w:t>f 20558/18945/17123 20554/18943/17121 20606/18992/17163</w:t>
        <w:br/>
        <w:t>f 20561/18948/17126 20607/18994/17165 20608/18993/17164</w:t>
        <w:br/>
        <w:t>f 20560/18949/17127 20561/18948/17126 20608/18993/17164</w:t>
        <w:br/>
        <w:t>f 20564/18952/17129 20565/18951/17129 20608/18993/17164</w:t>
        <w:br/>
        <w:t>f 20609/18995/17166 20564/18952/17129 20608/18993/17164</w:t>
        <w:br/>
        <w:t>f 20613/18996/17167 20612/18997/17168 20611/18998/17169</w:t>
        <w:br/>
        <w:t>f 20610/18999/17170 20613/18996/17167 20611/18998/17169</w:t>
        <w:br/>
        <w:t>f 20617/19000/17171 20616/19001/17171 20615/19002/17172</w:t>
        <w:br/>
        <w:t>f 20614/19003/17173 20617/19000/17171 20615/19002/17172</w:t>
        <w:br/>
        <w:t>f 20621/19004/17174 20620/19005/17175 20619/19006/17176</w:t>
        <w:br/>
        <w:t>f 20618/19007/17177 20621/19004/17174 20619/19006/17176</w:t>
        <w:br/>
        <w:t>f 20621/19004/17174 20618/19007/17177 20622/19008/17178</w:t>
        <w:br/>
        <w:t>f 20623/19009/17179 20621/19004/17174 20622/19008/17178</w:t>
        <w:br/>
        <w:t>f 20626/19010/17180 20625/19011/17168 20624/19012/17168</w:t>
        <w:br/>
        <w:t>f 20627/19013/17181 20626/19010/17180 20624/19012/17168</w:t>
        <w:br/>
        <w:t>f 20630/19014/17182 20629/19015/17183 20628/19016/17183</w:t>
        <w:br/>
        <w:t>f 20631/19017/17184 20630/19014/17182 20628/19016/17183</w:t>
        <w:br/>
        <w:t>f 20634/19018/17185 20633/19019/17175 20632/19020/17186</w:t>
        <w:br/>
        <w:t>f 20635/19021/17187 20634/19018/17185 20632/19020/17186</w:t>
        <w:br/>
        <w:t>f 20637/19022/17188 20635/19021/17187 20632/19020/17186</w:t>
        <w:br/>
        <w:t>f 20636/19023/17179 20637/19022/17188 20632/19020/17186</w:t>
        <w:br/>
        <w:t>f 20639/19024/17189 20638/19025/17189 20626/19010/17180</w:t>
        <w:br/>
        <w:t>f 20627/19013/17181 20639/19024/17189 20626/19010/17180</w:t>
        <w:br/>
        <w:t>f 20641/19026/17190 20640/19027/17191 20630/19014/17182</w:t>
        <w:br/>
        <w:t>f 20631/19017/17184 20641/19026/17190 20630/19014/17182</w:t>
        <w:br/>
        <w:t>f 20643/19028/17192 20642/19029/17193 20634/19018/17185</w:t>
        <w:br/>
        <w:t>f 20635/19021/17187 20643/19028/17192 20634/19018/17185</w:t>
        <w:br/>
        <w:t>f 20643/19028/17192 20635/19021/17187 20637/19022/17188</w:t>
        <w:br/>
        <w:t>f 20644/19030/17194 20643/19028/17192 20637/19022/17188</w:t>
        <w:br/>
        <w:t>f 20645/19031/17195 20638/19025/17189 20639/19024/17189</w:t>
        <w:br/>
        <w:t>f 20646/19032/17196 20645/19031/17195 20639/19024/17189</w:t>
        <w:br/>
        <w:t>f 20647/19033/17197 20640/19027/17191 20641/19026/17190</w:t>
        <w:br/>
        <w:t>f 20648/19034/17198 20647/19033/17197 20641/19026/17190</w:t>
        <w:br/>
        <w:t>f 20649/19035/17199 20642/19029/17193 20643/19028/17192</w:t>
        <w:br/>
        <w:t>f 20650/19036/17200 20649/19035/17199 20643/19028/17192</w:t>
        <w:br/>
        <w:t>f 20652/19037/17201 20651/19038/17202 20643/19028/17192</w:t>
        <w:br/>
        <w:t>f 20644/19030/17194 20652/19037/17201 20643/19028/17192</w:t>
        <w:br/>
        <w:t>f 20654/19039/17203 20653/19040/17203 20645/19031/17195</w:t>
        <w:br/>
        <w:t>f 20646/19032/17196 20654/19039/17203 20645/19031/17195</w:t>
        <w:br/>
        <w:t>f 20656/19041/17204 20655/19042/17205 20647/19033/17197</w:t>
        <w:br/>
        <w:t>f 20648/19034/17198 20656/19041/17204 20647/19033/17197</w:t>
        <w:br/>
        <w:t>f 20658/19043/17206 20657/19044/17207 20649/19035/17199</w:t>
        <w:br/>
        <w:t>f 20650/19036/17200 20658/19043/17206 20649/19035/17199</w:t>
        <w:br/>
        <w:t>f 20658/19043/17206 20651/19038/17202 20652/19037/17201</w:t>
        <w:br/>
        <w:t>f 20659/19045/17208 20658/19043/17206 20652/19037/17201</w:t>
        <w:br/>
        <w:t>f 20660/19046/17209 20653/19040/17203 20654/19039/17203</w:t>
        <w:br/>
        <w:t>f 20661/19047/17210 20660/19046/17209 20654/19039/17203</w:t>
        <w:br/>
        <w:t>f 20662/19048/17211 20655/19042/17205 20656/19041/17204</w:t>
        <w:br/>
        <w:t>f 20663/19049/17212 20662/19048/17211 20656/19041/17204</w:t>
        <w:br/>
        <w:t>f 20664/19050/17213 20657/19044/17207 20658/19043/17206</w:t>
        <w:br/>
        <w:t>f 20665/19051/17214 20664/19050/17213 20658/19043/17206</w:t>
        <w:br/>
        <w:t>f 20666/19052/17215 20665/19051/17214 20658/19043/17206</w:t>
        <w:br/>
        <w:t>f 20659/19045/17208 20666/19052/17215 20658/19043/17206</w:t>
        <w:br/>
        <w:t>f 20668/19053/17216 20667/19054/17217 20660/19046/17209</w:t>
        <w:br/>
        <w:t>f 20661/19047/17210 20668/19053/17216 20660/19046/17209</w:t>
        <w:br/>
        <w:t>f 20670/19055/17218 20669/19056/17219 20662/19048/17211</w:t>
        <w:br/>
        <w:t>f 20663/19049/17212 20670/19055/17218 20662/19048/17211</w:t>
        <w:br/>
        <w:t>f 20672/19057/17220 20671/19058/17221 20664/19050/17213</w:t>
        <w:br/>
        <w:t>f 20665/19051/17214 20672/19057/17220 20664/19050/17213</w:t>
        <w:br/>
        <w:t>f 20672/19057/17220 20665/19051/17214 20666/19052/17215</w:t>
        <w:br/>
        <w:t>f 20673/19059/17222 20672/19057/17220 20666/19052/17215</w:t>
        <w:br/>
        <w:t>f 20611/18998/17169 20667/19054/17217 20668/19053/17216</w:t>
        <w:br/>
        <w:t>f 20610/18999/17170 20611/18998/17169 20668/19053/17216</w:t>
        <w:br/>
        <w:t>f 20615/19002/17172 20669/19056/17219 20670/19055/17218</w:t>
        <w:br/>
        <w:t>f 20614/19003/17173 20615/19002/17172 20670/19055/17218</w:t>
        <w:br/>
        <w:t>f 20619/19006/17176 20671/19058/17221 20672/19057/17220</w:t>
        <w:br/>
        <w:t>f 20618/19007/17177 20619/19006/17176 20672/19057/17220</w:t>
        <w:br/>
        <w:t>f 20622/19008/17178 20618/19007/17177 20672/19057/17220</w:t>
        <w:br/>
        <w:t>f 20673/19059/17222 20622/19008/17178 20672/19057/17220</w:t>
        <w:br/>
        <w:t>f 21996/19060/17223 21995/19061/17224 21994/19062/17225</w:t>
        <w:br/>
        <w:t>f 21999/19063/17226 21998/19064/17227 21997/19065/17228</w:t>
        <w:br/>
        <w:t>f 22003/19066/17229 22002/19067/17230 22001/19068/17231</w:t>
        <w:br/>
        <w:t>f 22000/19069/17232 22003/19066/17229 22001/19068/17231</w:t>
        <w:br/>
        <w:t>f 22005/19070/17233 22004/19071/17234 22002/19067/17230</w:t>
        <w:br/>
        <w:t>f 22003/19066/17229 22005/19070/17233 22002/19067/17230</w:t>
        <w:br/>
        <w:t>f 22009/19072/17235 22008/19073/17236 22007/19074/17237</w:t>
        <w:br/>
        <w:t>f 22006/19075/17238 22009/19072/17235 22007/19074/17237</w:t>
        <w:br/>
        <w:t>f 22011/19076/17239 22010/19077/17240 22008/19073/17236</w:t>
        <w:br/>
        <w:t>f 22009/19072/17235 22011/19076/17239 22008/19073/17236</w:t>
        <w:br/>
        <w:t>f 22014/19078/17241 22013/19079/17242 22012/19080/17243</w:t>
        <w:br/>
        <w:t>f 22017/19081/17244 22016/19082/17245 22015/19083/17246</w:t>
        <w:br/>
        <w:t>f 22018/19084/17247 22017/19081/17244 22015/19083/17246</w:t>
        <w:br/>
        <w:t>f 22022/19085/17248 22021/19086/17249 22020/19087/17250</w:t>
        <w:br/>
        <w:t>f 22019/19088/17251 22022/19085/17248 22020/19087/17250</w:t>
        <w:br/>
        <w:t>f 22024/19089/17252 22022/19085/17248 22019/19088/17251</w:t>
        <w:br/>
        <w:t>f 22023/19090/17253 22024/19089/17252 22019/19088/17251</w:t>
        <w:br/>
        <w:t>f 22025/19091/17254 22013/19079/17242 22014/19078/17241</w:t>
        <w:br/>
        <w:t>f 22026/19092/17255 22025/19091/17254 22014/19078/17241</w:t>
        <w:br/>
        <w:t>f 22030/19093/17256 22029/19094/17257 22028/19095/17258</w:t>
        <w:br/>
        <w:t>f 22027/19096/17259 22030/19093/17256 22028/19095/17258</w:t>
        <w:br/>
        <w:t>f 22029/19094/17257 22030/19093/17256 22020/19087/17250</w:t>
        <w:br/>
        <w:t>f 22021/19086/17249 22029/19094/17257 22020/19087/17250</w:t>
        <w:br/>
        <w:t>f 22026/19092/17255 22024/19089/17252 22023/19090/17253</w:t>
        <w:br/>
        <w:t>f 22025/19091/17254 22026/19092/17255 22023/19090/17253</w:t>
        <w:br/>
        <w:t>f 22033/19097/17260 22032/19098/17261 22031/19099/17262</w:t>
        <w:br/>
        <w:t>f 22034/19100/17263 22033/19097/17260 22031/19099/17262</w:t>
        <w:br/>
        <w:t>f 22036/19101/17264 22035/19102/17265 22032/19098/17261</w:t>
        <w:br/>
        <w:t>f 22033/19097/17260 22036/19101/17264 22032/19098/17261</w:t>
        <w:br/>
        <w:t>f 21996/19060/17223 22014/19078/17241 22012/19080/17243</w:t>
        <w:br/>
        <w:t>f 21995/19061/17224 21996/19060/17223 22012/19080/17243</w:t>
        <w:br/>
        <w:t>f 22038/19103/17266 22037/19104/17267 21995/19061/17224</w:t>
        <w:br/>
        <w:t>f 22012/19080/17243 22038/19103/17266 21995/19061/17224</w:t>
        <w:br/>
        <w:t>f 22008/19073/17236 22036/19101/17264 22033/19097/17260</w:t>
        <w:br/>
        <w:t>f 22007/19074/17237 22008/19073/17236 22033/19097/17260</w:t>
        <w:br/>
        <w:t>f 22039/19105/17268 22007/19074/17237 22033/19097/17260</w:t>
        <w:br/>
        <w:t>f 22034/19100/17263 22039/19105/17268 22033/19097/17260</w:t>
        <w:br/>
        <w:t>f 22039/19105/17268 22034/19100/17263 22028/19095/17258</w:t>
        <w:br/>
        <w:t>f 22000/19069/17232 22039/19105/17268 22028/19095/17258</w:t>
        <w:br/>
        <w:t>f 22003/19066/17229 22029/19094/17257 22021/19086/17249</w:t>
        <w:br/>
        <w:t>f 22005/19070/17233 22003/19066/17229 22021/19086/17249</w:t>
        <w:br/>
        <w:t>f 22040/19106/17269 22005/19070/17233 22021/19086/17249</w:t>
        <w:br/>
        <w:t>f 22022/19085/17248 22040/19106/17269 22021/19086/17249</w:t>
        <w:br/>
        <w:t>f 21997/19065/17228 22040/19106/17269 22022/19085/17248</w:t>
        <w:br/>
        <w:t>f 22024/19089/17252 21997/19065/17228 22022/19085/17248</w:t>
        <w:br/>
        <w:t>f 21999/19063/17226 21997/19065/17228 22024/19089/17252</w:t>
        <w:br/>
        <w:t>f 22026/19092/17255 21999/19063/17226 22024/19089/17252</w:t>
        <w:br/>
        <w:t>f 22026/19092/17255 22014/19078/17241 21996/19060/17223</w:t>
        <w:br/>
        <w:t>f 21999/19063/17226 22026/19092/17255 21996/19060/17223</w:t>
        <w:br/>
        <w:t>f 22042/19107/17246 22041/19108/17270 22037/19104/17267</w:t>
        <w:br/>
        <w:t>f 22038/19103/17266 22042/19107/17246 22037/19104/17267</w:t>
        <w:br/>
        <w:t>f 22045/19109/17271 22044/19110/17266 22043/19111/17272</w:t>
        <w:br/>
        <w:t>f 22046/19112/17273 22045/19109/17271 22043/19111/17272</w:t>
        <w:br/>
        <w:t>f 22004/19071/17234 22005/19070/17233 22040/19106/17269</w:t>
        <w:br/>
        <w:t>f 22047/19113/17274 22004/19071/17234 22040/19106/17269</w:t>
        <w:br/>
        <w:t>f 22048/19114/17275 22047/19113/17274 22040/19106/17269</w:t>
        <w:br/>
        <w:t>f 21997/19065/17228 22048/19114/17275 22040/19106/17269</w:t>
        <w:br/>
        <w:t>f 22050/19115/17276 22001/19068/17231 22002/19067/17230</w:t>
        <w:br/>
        <w:t>f 22049/19116/17277 22050/19115/17276 22002/19067/17230</w:t>
        <w:br/>
        <w:t>f 21997/19065/17228 21998/19064/17227 22052/19117/17278</w:t>
        <w:br/>
        <w:t>f 22051/19118/17279 21997/19065/17228 22052/19117/17278</w:t>
        <w:br/>
        <w:t>f 22006/19075/17238 22007/19074/17237 22053/19119/17280</w:t>
        <w:br/>
        <w:t>f 22054/19120/17281 22006/19075/17238 22053/19119/17280</w:t>
        <w:br/>
        <w:t>f 22018/19084/17247 22015/19083/17246 22044/19110/17266</w:t>
        <w:br/>
        <w:t>f 22045/19109/17271 22018/19084/17247 22044/19110/17266</w:t>
        <w:br/>
        <w:t>f 22056/19121/17282 22055/19122/17283 22051/19118/17279</w:t>
        <w:br/>
        <w:t>f 22052/19117/17278 22056/19121/17282 22051/19118/17279</w:t>
        <w:br/>
        <w:t>f 22058/19123/17284 22056/19121/17282 22057/19124/17285</w:t>
        <w:br/>
        <w:t>f 22059/19125/17286 22058/19123/17284 22057/19124/17285</w:t>
        <w:br/>
        <w:t>f 22057/19124/17285 22041/19108/17270 22060/19126/17287</w:t>
        <w:br/>
        <w:t>f 22059/19125/17286 22057/19124/17285 22060/19126/17287</w:t>
        <w:br/>
        <w:t>f 22001/19068/17231 22050/19115/17276 22054/19120/17281</w:t>
        <w:br/>
        <w:t>f 22053/19119/17280 22001/19068/17231 22054/19120/17281</w:t>
        <w:br/>
        <w:t>f 22061/19127/17288 22055/19122/17283 22056/19121/17282</w:t>
        <w:br/>
        <w:t>f 22058/19123/17284 22061/19127/17288 22056/19121/17282</w:t>
        <w:br/>
        <w:t>f 22008/19073/17236 22010/19077/17240 22062/19128/17289</w:t>
        <w:br/>
        <w:t>f 22036/19101/17264 22008/19073/17236 22062/19128/17289</w:t>
        <w:br/>
        <w:t>f 22066/19129/17290 22065/19130/17291 22064/19131/17291</w:t>
        <w:br/>
        <w:t>f 22063/19132/17292 22066/19129/17290 22064/19131/17291</w:t>
        <w:br/>
        <w:t>f 22070/19133/17293 22069/19134/17294 22068/19135/17295</w:t>
        <w:br/>
        <w:t>f 22067/19136/17293 22070/19133/17293 22068/19135/17295</w:t>
        <w:br/>
        <w:t>f 22074/19137/17296 22073/19138/17297 22072/19139/17297</w:t>
        <w:br/>
        <w:t>f 22071/19140/17296 22074/19137/17296 22072/19139/17297</w:t>
        <w:br/>
        <w:t>f 22071/19140/17296 22076/19141/17298 22075/19142/17298</w:t>
        <w:br/>
        <w:t>f 22074/19137/17296 22071/19140/17296 22075/19142/17298</w:t>
        <w:br/>
        <w:t>f 22080/19143/17299 22079/19144/17300 22078/19145/17301</w:t>
        <w:br/>
        <w:t>f 22077/19146/17301 22080/19143/17299 22078/19145/17301</w:t>
        <w:br/>
        <w:t>f 22077/19146/17301 22078/19145/17301 22082/19147/17302</w:t>
        <w:br/>
        <w:t>f 22081/19148/17302 22077/19146/17301 22082/19147/17302</w:t>
        <w:br/>
        <w:t>f 22083/19149/17303 22066/19129/17290 22063/19132/17292</w:t>
        <w:br/>
        <w:t>f 22035/19102/17265 22085/19150/17304 22084/19151/17305</w:t>
        <w:br/>
        <w:t>f 22032/19098/17261 22035/19102/17265 22084/19151/17305</w:t>
        <w:br/>
        <w:t>f 22085/19150/17304 22035/19102/17265 22036/19101/17264</w:t>
        <w:br/>
        <w:t>f 22062/19128/17289 22085/19150/17304 22036/19101/17264</w:t>
        <w:br/>
        <w:t>f 21999/19063/17226 21996/19060/17223 21994/19062/17225</w:t>
        <w:br/>
        <w:t>f 21998/19064/17227 21999/19063/17226 21994/19062/17225</w:t>
        <w:br/>
        <w:t>f 21994/19062/17225 22086/19152/17306 22052/19117/17278</w:t>
        <w:br/>
        <w:t>f 21998/19064/17227 21994/19062/17225 22052/19117/17278</w:t>
        <w:br/>
        <w:t>f 22037/19104/17267 22086/19152/17306 21994/19062/17225</w:t>
        <w:br/>
        <w:t>f 21995/19061/17224 22037/19104/17267 21994/19062/17225</w:t>
        <w:br/>
        <w:t>f 22027/19096/17259 22028/19095/17258 22034/19100/17263</w:t>
        <w:br/>
        <w:t>f 22087/19153/17307 22027/19096/17259 22034/19100/17263</w:t>
        <w:br/>
        <w:t>f 22000/19069/17232 22028/19095/17258 22029/19094/17257</w:t>
        <w:br/>
        <w:t>f 22003/19066/17229 22000/19069/17232 22029/19094/17257</w:t>
        <w:br/>
        <w:t>f 22067/19136/17293 22089/19154/17308 22088/19155/17308</w:t>
        <w:br/>
        <w:t>f 22070/19133/17293 22067/19136/17293 22088/19155/17308</w:t>
        <w:br/>
        <w:t>f 22092/19156/17309 22091/19157/17310 22090/19158/17311</w:t>
        <w:br/>
        <w:t>f 22095/19159/17312 22094/19160/17313 22093/19161/17314</w:t>
        <w:br/>
        <w:t>f 22099/19162/17315 22098/19163/17316 22097/19164/17317</w:t>
        <w:br/>
        <w:t>f 22096/19165/17318 22099/19162/17315 22097/19164/17317</w:t>
        <w:br/>
        <w:t>f 22101/19166/17319 22099/19162/17315 22096/19165/17318</w:t>
        <w:br/>
        <w:t>f 22100/19167/17320 22101/19166/17319 22096/19165/17318</w:t>
        <w:br/>
        <w:t>f 22104/19168/17321 22103/19169/17322 22102/19170/17323</w:t>
        <w:br/>
        <w:t>f 22104/19168/17321 22106/19171/17324 22105/19172/17325</w:t>
        <w:br/>
        <w:t>f 22107/19173/17326 22104/19168/17321 22105/19172/17325</w:t>
        <w:br/>
        <w:t>f 22011/19076/17239 22105/19172/17325 22106/19171/17324</w:t>
        <w:br/>
        <w:t>f 22010/19077/17240 22011/19076/17239 22106/19171/17324</w:t>
        <w:br/>
        <w:t>f 22110/19174/17327 22109/19175/17328 22108/19176/17329</w:t>
        <w:br/>
        <w:t>f 22114/19177/17330 22113/19178/17331 22112/19179/17332</w:t>
        <w:br/>
        <w:t>f 22111/19180/17333 22114/19177/17330 22112/19179/17332</w:t>
        <w:br/>
        <w:t>f 22116/19181/17334 22115/19182/17335 22113/19178/17331</w:t>
        <w:br/>
        <w:t>f 22114/19177/17330 22116/19181/17334 22113/19178/17331</w:t>
        <w:br/>
        <w:t>f 22110/19174/17327 22108/19176/17329 22118/19183/17336</w:t>
        <w:br/>
        <w:t>f 22117/19184/17337 22110/19174/17327 22118/19183/17336</w:t>
        <w:br/>
        <w:t>f 22122/19185/17338 22121/19186/17339 22120/19187/17340</w:t>
        <w:br/>
        <w:t>f 22119/19188/17341 22122/19185/17338 22120/19187/17340</w:t>
        <w:br/>
        <w:t>f 22112/19179/17332 22122/19185/17338 22119/19188/17341</w:t>
        <w:br/>
        <w:t>f 22111/19180/17333 22112/19179/17332 22119/19188/17341</w:t>
        <w:br/>
        <w:t>f 22115/19182/17335 22116/19181/17334 22117/19184/17337</w:t>
        <w:br/>
        <w:t>f 22118/19183/17336 22115/19182/17335 22117/19184/17337</w:t>
        <w:br/>
        <w:t>f 22125/19189/17342 22124/19190/17343 22123/19191/17344</w:t>
        <w:br/>
        <w:t>f 22126/19192/17345 22125/19189/17342 22123/19191/17344</w:t>
        <w:br/>
        <w:t>f 22124/19190/17343 22128/19193/17346 22127/19194/17347</w:t>
        <w:br/>
        <w:t>f 22123/19191/17344 22124/19190/17343 22127/19194/17347</w:t>
        <w:br/>
        <w:t>f 22109/19175/17328 22110/19174/17327 22092/19156/17309</w:t>
        <w:br/>
        <w:t>f 22090/19158/17311 22109/19175/17328 22092/19156/17309</w:t>
        <w:br/>
        <w:t>f 22090/19158/17311 22130/19195/17348 22129/19196/17271</w:t>
        <w:br/>
        <w:t>f 22131/19197/17349 22090/19158/17311 22129/19196/17271</w:t>
        <w:br/>
        <w:t>f 22123/19191/17344 22127/19194/17347 22106/19171/17324</w:t>
        <w:br/>
        <w:t>f 22104/19168/17321 22123/19191/17344 22106/19171/17324</w:t>
        <w:br/>
        <w:t>f 22102/19170/17323 22126/19192/17345 22123/19191/17344</w:t>
        <w:br/>
        <w:t>f 22104/19168/17321 22102/19170/17323 22123/19191/17344</w:t>
        <w:br/>
        <w:t>f 22102/19170/17323 22098/19163/17316 22120/19187/17340</w:t>
        <w:br/>
        <w:t>f 22126/19192/17345 22102/19170/17323 22120/19187/17340</w:t>
        <w:br/>
        <w:t>f 22111/19180/17333 22119/19188/17341 22099/19162/17315</w:t>
        <w:br/>
        <w:t>f 22101/19166/17319 22111/19180/17333 22099/19162/17315</w:t>
        <w:br/>
        <w:t>f 22132/19198/17350 22114/19177/17330 22111/19180/17333</w:t>
        <w:br/>
        <w:t>f 22101/19166/17319 22132/19198/17350 22111/19180/17333</w:t>
        <w:br/>
        <w:t>f 22094/19160/17313 22116/19181/17334 22114/19177/17330</w:t>
        <w:br/>
        <w:t>f 22132/19198/17350 22094/19160/17313 22114/19177/17330</w:t>
        <w:br/>
        <w:t>f 22095/19159/17312 22117/19184/17337 22116/19181/17334</w:t>
        <w:br/>
        <w:t>f 22094/19160/17313 22095/19159/17312 22116/19181/17334</w:t>
        <w:br/>
        <w:t>f 22117/19184/17337 22095/19159/17312 22092/19156/17309</w:t>
        <w:br/>
        <w:t>f 22110/19174/17327 22117/19184/17337 22092/19156/17309</w:t>
        <w:br/>
        <w:t>f 22130/19195/17348 22134/19199/17351 22133/19200/17352</w:t>
        <w:br/>
        <w:t>f 22129/19196/17271 22130/19195/17348 22133/19200/17352</w:t>
        <w:br/>
        <w:t>f 22136/19201/17353 22100/19167/17320 22135/19202/17354</w:t>
        <w:br/>
        <w:t>f 22137/19203/17355 22094/19160/17313 22132/19198/17350</w:t>
        <w:br/>
        <w:t>f 22136/19201/17353 22137/19203/17355 22132/19198/17350</w:t>
        <w:br/>
        <w:t>f 22096/19165/17318 22097/19164/17317 22139/19204/17356</w:t>
        <w:br/>
        <w:t>f 22138/19205/17357 22096/19165/17318 22139/19204/17356</w:t>
        <w:br/>
        <w:t>f 22094/19160/17313 22141/19206/17358 22140/19207/17359</w:t>
        <w:br/>
        <w:t>f 22093/19161/17314 22094/19160/17313 22140/19207/17359</w:t>
        <w:br/>
        <w:t>f 22103/19169/17322 22104/19168/17321 22107/19173/17326</w:t>
        <w:br/>
        <w:t>f 22142/19208/17360 22103/19169/17322 22107/19173/17326</w:t>
        <w:br/>
        <w:t>f 22143/19209/17361 22140/19207/17359 22141/19206/17358</w:t>
        <w:br/>
        <w:t>f 22144/19210/17362 22143/19209/17361 22141/19206/17358</w:t>
        <w:br/>
        <w:t>f 22146/19211/17363 22143/19209/17361 22145/19212/17364</w:t>
        <w:br/>
        <w:t>f 22147/19213/17365 22146/19211/17363 22145/19212/17364</w:t>
        <w:br/>
        <w:t>f 22148/19214/17366 22134/19199/17351 22146/19211/17363</w:t>
        <w:br/>
        <w:t>f 22147/19213/17365 22148/19214/17366 22146/19211/17363</w:t>
        <w:br/>
        <w:t>f 22097/19164/17317 22103/19169/17322 22142/19208/17360</w:t>
        <w:br/>
        <w:t>f 22139/19204/17356 22097/19164/17317 22142/19208/17360</w:t>
        <w:br/>
        <w:t>f 22149/19215/17367 22145/19212/17364 22143/19209/17361</w:t>
        <w:br/>
        <w:t>f 22144/19210/17362 22149/19215/17367 22143/19209/17361</w:t>
        <w:br/>
        <w:t>f 22106/19171/17324 22127/19194/17347 22062/19128/17289</w:t>
        <w:br/>
        <w:t>f 22010/19077/17240 22106/19171/17324 22062/19128/17289</w:t>
        <w:br/>
        <w:t>f 22065/19130/17291 22151/19216/17368 22150/19217/17368</w:t>
        <w:br/>
        <w:t>f 22064/19131/17291 22065/19130/17291 22150/19217/17368</w:t>
        <w:br/>
        <w:t>f 22151/19216/17368 22088/19155/17308 22089/19154/17308</w:t>
        <w:br/>
        <w:t>f 22150/19217/17368 22151/19216/17368 22089/19154/17308</w:t>
        <w:br/>
        <w:t>f 22155/19218/17369 22154/19219/17370 22153/19220/17371</w:t>
        <w:br/>
        <w:t>f 22152/19221/17371 22155/19218/17369 22153/19220/17371</w:t>
        <w:br/>
        <w:t>f 22159/19222/17372 22158/19223/17373 22157/19224/17374</w:t>
        <w:br/>
        <w:t>f 22156/19225/17374 22159/19222/17372 22157/19224/17374</w:t>
        <w:br/>
        <w:t>f 22159/19222/17372 22075/19142/17298 22076/19141/17298</w:t>
        <w:br/>
        <w:t>f 22158/19223/17373 22159/19222/17372 22076/19141/17298</w:t>
        <w:br/>
        <w:t>f 22162/19226/17375 22161/19227/17376 22160/19228/17377</w:t>
        <w:br/>
        <w:t>f 22163/19229/17377 22162/19226/17375 22160/19228/17377</w:t>
        <w:br/>
        <w:t>f 22128/19193/17346 22124/19190/17343 22084/19151/17305</w:t>
        <w:br/>
        <w:t>f 22085/19150/17304 22128/19193/17346 22084/19151/17305</w:t>
        <w:br/>
        <w:t>f 22127/19194/17347 22128/19193/17346 22085/19150/17304</w:t>
        <w:br/>
        <w:t>f 22062/19128/17289 22127/19194/17347 22085/19150/17304</w:t>
        <w:br/>
        <w:t>f 22095/19159/17312 22093/19161/17314 22091/19157/17310</w:t>
        <w:br/>
        <w:t>f 22092/19156/17309 22095/19159/17312 22091/19157/17310</w:t>
        <w:br/>
        <w:t>f 22161/19227/17376 22162/19226/17375 22081/19148/17302</w:t>
        <w:br/>
        <w:t>f 22082/19147/17302 22161/19227/17376 22081/19148/17302</w:t>
        <w:br/>
        <w:t>f 22140/19207/17359 22164/19230/17378 22091/19157/17310</w:t>
        <w:br/>
        <w:t>f 22093/19161/17314 22140/19207/17359 22091/19157/17310</w:t>
        <w:br/>
        <w:t>f 22121/19186/17339 22165/19231/17379 22126/19192/17345</w:t>
        <w:br/>
        <w:t>f 22120/19187/17340 22121/19186/17339 22126/19192/17345</w:t>
        <w:br/>
        <w:t>f 22098/19163/17316 22099/19162/17315 22119/19188/17341</w:t>
        <w:br/>
        <w:t>f 22120/19187/17340 22098/19163/17316 22119/19188/17341</w:t>
        <w:br/>
        <w:t>f 22091/19157/17310 22164/19230/17378 22130/19195/17348</w:t>
        <w:br/>
        <w:t>f 22090/19158/17311 22091/19157/17310 22130/19195/17348</w:t>
        <w:br/>
        <w:t>f 22169/19232/17380 22168/19233/17381 22167/19234/17382</w:t>
        <w:br/>
        <w:t>f 22166/19235/17383 22169/19232/17380 22167/19234/17382</w:t>
        <w:br/>
        <w:t>f 22172/19236/17384 22171/19237/17385 22168/19233/17381</w:t>
        <w:br/>
        <w:t>f 22170/19238/17386 22172/19236/17384 22168/19233/17381</w:t>
        <w:br/>
        <w:t>f 22176/19239/17387 22175/19240/17388 22174/19241/17389</w:t>
        <w:br/>
        <w:t>f 22173/19242/17390 22176/19239/17387 22174/19241/17389</w:t>
        <w:br/>
        <w:t>f 22178/19243/17391 22177/19244/17392 22170/19238/17386</w:t>
        <w:br/>
        <w:t>f 22179/19245/17393 22178/19243/17391 22170/19238/17386</w:t>
        <w:br/>
        <w:t>f 22180/19246/17394 22178/19243/17391 22179/19245/17393</w:t>
        <w:br/>
        <w:t>f 22181/19247/17395 22180/19246/17394 22179/19245/17393</w:t>
        <w:br/>
        <w:t>f 22184/19248/17396 22183/19249/17397 22182/19250/17398</w:t>
        <w:br/>
        <w:t>f 22186/19251/17399 22185/19252/17400 22184/19248/17396</w:t>
        <w:br/>
        <w:t>f 22182/19250/17398 22186/19251/17399 22184/19248/17396</w:t>
        <w:br/>
        <w:t>f 22188/19253/17401 22187/19254/17402 22177/19244/17392</w:t>
        <w:br/>
        <w:t>f 22178/19243/17391 22188/19253/17401 22177/19244/17392</w:t>
        <w:br/>
        <w:t>f 22172/19236/17384 22186/19251/17399 22182/19250/17398</w:t>
        <w:br/>
        <w:t>f 22189/19255/17403 22172/19236/17384 22182/19250/17398</w:t>
        <w:br/>
        <w:t>f 22170/19238/17386 22177/19244/17392 22186/19251/17399</w:t>
        <w:br/>
        <w:t>f 22172/19236/17384 22170/19238/17386 22186/19251/17399</w:t>
        <w:br/>
        <w:t>f 22187/19254/17402 22185/19252/17400 22186/19251/17399</w:t>
        <w:br/>
        <w:t>f 22177/19244/17392 22187/19254/17402 22186/19251/17399</w:t>
        <w:br/>
        <w:t>f 22193/19256/17404 22192/19257/17405 22191/19258/17406</w:t>
        <w:br/>
        <w:t>f 22190/19259/17407 22193/19256/17404 22191/19258/17406</w:t>
        <w:br/>
        <w:t>f 22197/19260/17408 22196/19261/17409 22195/19262/17410</w:t>
        <w:br/>
        <w:t>f 22194/19263/17411 22197/19260/17408 22195/19262/17410</w:t>
        <w:br/>
        <w:t>f 22198/19264/17412 22197/19260/17408 22194/19263/17411</w:t>
        <w:br/>
        <w:t>f 22194/19263/17411 22199/19265/17413 22198/19264/17412</w:t>
        <w:br/>
        <w:t>f 22203/19266/17414 22202/19267/17415 22201/19268/17416</w:t>
        <w:br/>
        <w:t>f 22200/19269/17417 22203/19266/17414 22201/19268/17416</w:t>
        <w:br/>
        <w:t>f 22205/19270/17418 22184/19248/17396 22185/19252/17400</w:t>
        <w:br/>
        <w:t>f 22204/19271/17419 22205/19270/17418 22185/19252/17400</w:t>
        <w:br/>
        <w:t>f 22187/19254/17402 22206/19272/17420 22185/19252/17400</w:t>
        <w:br/>
        <w:t>f 22187/19254/17402 22188/19253/17401 22207/19273/17421</w:t>
        <w:br/>
        <w:t>f 22206/19272/17420 22187/19254/17402 22207/19273/17421</w:t>
        <w:br/>
        <w:t>f 22188/19253/17401 22209/19274/17422 22208/19275/17423</w:t>
        <w:br/>
        <w:t>f 22207/19273/17421 22188/19253/17401 22208/19275/17423</w:t>
        <w:br/>
        <w:t>f 22213/19276/17424 22212/19277/17425 22211/19278/17426</w:t>
        <w:br/>
        <w:t>f 22210/19279/17427 22213/19276/17424 22211/19278/17426</w:t>
        <w:br/>
        <w:t>f 22216/19280/17428 22212/19277/17425 22215/19281/17429</w:t>
        <w:br/>
        <w:t>f 22214/19282/17430 22216/19280/17428 22215/19281/17429</w:t>
        <w:br/>
        <w:t>f 22203/19266/17414 22200/19269/17417 22184/19248/17396</w:t>
        <w:br/>
        <w:t>f 22217/19283/17431 22203/19266/17414 22184/19248/17396</w:t>
        <w:br/>
        <w:t>f 22171/19237/17385 22174/19241/17389 22175/19240/17388</w:t>
        <w:br/>
        <w:t>f 22218/19284/17432 22171/19237/17385 22175/19240/17388</w:t>
        <w:br/>
        <w:t>f 22221/19285/17433 22220/19286/17434 22219/19287/17435</w:t>
        <w:br/>
        <w:t>f 22222/19288/17436 22221/19285/17433 22219/19287/17435</w:t>
        <w:br/>
        <w:t>f 22212/19277/17425 22213/19276/17424 22223/19289/17437</w:t>
        <w:br/>
        <w:t>f 22215/19281/17429 22212/19277/17425 22223/19289/17437</w:t>
        <w:br/>
        <w:t>f 22225/19290/17438 22201/19268/17416 22224/19291/17439</w:t>
        <w:br/>
        <w:t>f 22226/19292/17440 22225/19290/17438 22224/19291/17439</w:t>
        <w:br/>
        <w:t>f 22229/19293/17441 22228/19294/17442 22222/19288/17436</w:t>
        <w:br/>
        <w:t>f 22227/19295/17443 22229/19293/17441 22222/19288/17436</w:t>
        <w:br/>
        <w:t>f 22232/19296/17444 22221/19285/17433 22231/19297/17445</w:t>
        <w:br/>
        <w:t>f 22230/19298/17446 22232/19296/17444 22231/19297/17445</w:t>
        <w:br/>
        <w:t>f 22231/19297/17445 22228/19294/17442 22233/19299/17447</w:t>
        <w:br/>
        <w:t>f 22193/19256/17404 22231/19297/17445 22233/19299/17447</w:t>
        <w:br/>
        <w:t>f 22192/19257/17405 22235/19300/17448 22234/19301/17449</w:t>
        <w:br/>
        <w:t>f 22191/19258/17406 22192/19257/17405 22234/19301/17449</w:t>
        <w:br/>
        <w:t>f 22212/19277/17425 22216/19280/17428 22236/19302/17450</w:t>
        <w:br/>
        <w:t>f 22211/19278/17426 22212/19277/17425 22236/19302/17450</w:t>
        <w:br/>
        <w:t>f 22237/19303/17451 22227/19295/17443 22222/19288/17436</w:t>
        <w:br/>
        <w:t>f 22219/19287/17435 22237/19303/17451 22222/19288/17436</w:t>
        <w:br/>
        <w:t>f 22181/19247/17395 22179/19245/17393 22169/19232/17380</w:t>
        <w:br/>
        <w:t>f 22238/19304/17452 22181/19247/17395 22169/19232/17380</w:t>
        <w:br/>
        <w:t>f 22209/19274/17422 22188/19253/17401 22178/19243/17391</w:t>
        <w:br/>
        <w:t>f 22180/19246/17394 22209/19274/17422 22178/19243/17391</w:t>
        <w:br/>
        <w:t>f 22240/19305/17453 22219/19287/17435 22220/19286/17434</w:t>
        <w:br/>
        <w:t>f 22239/19306/17454 22240/19305/17453 22220/19286/17434</w:t>
        <w:br/>
        <w:t>f 22241/19307/17455 22237/19303/17451 22219/19287/17435</w:t>
        <w:br/>
        <w:t>f 22240/19305/17453 22241/19307/17455 22219/19287/17435</w:t>
        <w:br/>
        <w:t>f 22244/19308/17456 22243/19309/17457 22242/19310/17458</w:t>
        <w:br/>
        <w:t>f 22245/19311/17459 22244/19308/17456 22242/19310/17458</w:t>
        <w:br/>
        <w:t>f 22245/19311/17459 22242/19310/17458 22247/19312/17460</w:t>
        <w:br/>
        <w:t>f 22246/19313/17461 22245/19311/17459 22247/19312/17460</w:t>
        <w:br/>
        <w:t>f 22249/19314/17462 22248/19315/17463 22243/19309/17457</w:t>
        <w:br/>
        <w:t>f 22244/19308/17456 22249/19314/17462 22243/19309/17457</w:t>
        <w:br/>
        <w:t>f 22251/19316/17464 22250/19317/17465 22176/19239/17387</w:t>
        <w:br/>
        <w:t>f 22254/19318/17466 22253/19319/17467 22252/19320/17468</w:t>
        <w:br/>
        <w:t>f 22256/19321/17469 22242/19310/17458 22243/19309/17457</w:t>
        <w:br/>
        <w:t>f 22255/19322/17470 22256/19321/17469 22243/19309/17457</w:t>
        <w:br/>
        <w:t>f 22242/19310/17458 22256/19321/17469 22257/19323/17471</w:t>
        <w:br/>
        <w:t>f 22247/19312/17460 22242/19310/17458 22257/19323/17471</w:t>
        <w:br/>
        <w:t>f 22260/19324/17472 22259/19325/17473 22258/19326/17474</w:t>
        <w:br/>
        <w:t>f 22257/19323/17471 22260/19324/17472 22258/19326/17474</w:t>
        <w:br/>
        <w:t>f 22259/19325/17473 22262/19327/17475 22261/19328/17476</w:t>
        <w:br/>
        <w:t>f 22258/19326/17474 22259/19325/17473 22261/19328/17476</w:t>
        <w:br/>
        <w:t>f 22255/19322/17470 22243/19309/17457 22248/19315/17463</w:t>
        <w:br/>
        <w:t>f 22263/19329/17477 22255/19322/17470 22248/19315/17463</w:t>
        <w:br/>
        <w:t>f 22267/19330/17478 22266/19331/17479 22265/19332/17480</w:t>
        <w:br/>
        <w:t>f 22264/19333/17481 22267/19330/17478 22265/19332/17480</w:t>
        <w:br/>
        <w:t>f 22270/19334/17482 22269/19335/17483 22268/19336/17484</w:t>
        <w:br/>
        <w:t>f 22269/19335/17483 22265/19332/17480 22266/19331/17479</w:t>
        <w:br/>
        <w:t>f 22271/19337/17485 22269/19335/17483 22266/19331/17479</w:t>
        <w:br/>
        <w:t>f 22275/19338/17486 22274/19339/17487 22273/19340/17488</w:t>
        <w:br/>
        <w:t>f 22272/19341/17489 22275/19338/17486 22273/19340/17488</w:t>
        <w:br/>
        <w:t>f 22279/19342/17490 22278/19343/17490 22277/19344/17491</w:t>
        <w:br/>
        <w:t>f 22276/19345/17491 22279/19342/17490 22277/19344/17491</w:t>
        <w:br/>
        <w:t>f 22281/19346/17492 22280/19347/17493 22278/19343/17490</w:t>
        <w:br/>
        <w:t>f 22279/19342/17490 22281/19346/17492 22278/19343/17490</w:t>
        <w:br/>
        <w:t>f 22285/19348/17494 22284/19349/17495 22283/19350/17496</w:t>
        <w:br/>
        <w:t>f 22282/19351/17496 22285/19348/17494 22283/19350/17496</w:t>
        <w:br/>
        <w:t>f 22282/19351/17496 22283/19350/17496 22280/19347/17493</w:t>
        <w:br/>
        <w:t>f 22281/19346/17492 22282/19351/17496 22280/19347/17493</w:t>
        <w:br/>
        <w:t>f 22276/19345/17491 22277/19344/17491 22287/19352/17497</w:t>
        <w:br/>
        <w:t>f 22286/19353/17498 22276/19345/17491 22287/19352/17497</w:t>
        <w:br/>
        <w:t>f 22284/19349/17495 22285/19348/17494 22289/19354/17499</w:t>
        <w:br/>
        <w:t>f 22288/19355/17500 22284/19349/17495 22289/19354/17499</w:t>
        <w:br/>
        <w:t>f 22270/19334/17482 22268/19336/17484 22291/19356/17501</w:t>
        <w:br/>
        <w:t>f 22290/19357/17502 22270/19334/17482 22291/19356/17501</w:t>
        <w:br/>
        <w:t>f 22295/19358/17503 22294/19359/17504 22293/19360/17505</w:t>
        <w:br/>
        <w:t>f 22292/19361/17506 22295/19358/17503 22293/19360/17505</w:t>
        <w:br/>
        <w:t>f 22292/19361/17506 22293/19360/17505 22297/19362/17507</w:t>
        <w:br/>
        <w:t>f 22296/19363/17508 22292/19361/17506 22297/19362/17507</w:t>
        <w:br/>
        <w:t>f 22270/19334/17482 22298/19364/17509 22269/19335/17483</w:t>
        <w:br/>
        <w:t>f 22269/19335/17483 22298/19364/17509 22299/19365/17510</w:t>
        <w:br/>
        <w:t>f 22265/19332/17480 22269/19335/17483 22299/19365/17510</w:t>
        <w:br/>
        <w:t>f 22290/19357/17502 22301/19366/17511 22300/19367/17512</w:t>
        <w:br/>
        <w:t>f 22270/19334/17482 22290/19357/17502 22300/19367/17512</w:t>
        <w:br/>
        <w:t>f 22303/19368/17513 22294/19359/17504 22295/19358/17503</w:t>
        <w:br/>
        <w:t>f 22302/19369/17514 22303/19368/17513 22295/19358/17503</w:t>
        <w:br/>
        <w:t>f 22306/19370/17515 22305/19371/17516 22304/19372/17517</w:t>
        <w:br/>
        <w:t>f 22307/19373/17518 22306/19370/17515 22304/19372/17517</w:t>
        <w:br/>
        <w:t>f 22309/19374/17519 22308/19375/17520 22305/19371/17516</w:t>
        <w:br/>
        <w:t>f 22306/19370/17515 22309/19374/17519 22305/19371/17516</w:t>
        <w:br/>
        <w:t>f 22309/19374/17519 22311/19376/17521 22310/19377/17521</w:t>
        <w:br/>
        <w:t>f 22308/19375/17520 22309/19374/17519 22310/19377/17521</w:t>
        <w:br/>
        <w:t>f 22307/19373/17518 22304/19372/17517 22312/19378/17522</w:t>
        <w:br/>
        <w:t>f 22313/19379/17522 22307/19373/17518 22312/19378/17522</w:t>
        <w:br/>
        <w:t>f 22317/19380/17523 22316/19381/17524 22315/19382/17525</w:t>
        <w:br/>
        <w:t>f 22314/19383/17526 22317/19380/17523 22315/19382/17525</w:t>
        <w:br/>
        <w:t>f 22320/19384/17527 22319/19385/17528 22318/19386/17528</w:t>
        <w:br/>
        <w:t>f 22321/19387/17527 22320/19384/17527 22318/19386/17528</w:t>
        <w:br/>
        <w:t>f 22311/19376/17521 22323/19388/17529 22322/19389/17530</w:t>
        <w:br/>
        <w:t>f 22310/19377/17521 22311/19376/17521 22322/19389/17530</w:t>
        <w:br/>
        <w:t>f 22326/19390/17531 22325/19391/17532 22301/19366/17511</w:t>
        <w:br/>
        <w:t>f 22324/19392/17533 22326/19390/17531 22301/19366/17511</w:t>
        <w:br/>
        <w:t>f 22239/19306/17454 22220/19286/17434 22327/19393/17534</w:t>
        <w:br/>
        <w:t>f 22328/19394/17535 22239/19306/17454 22327/19393/17534</w:t>
        <w:br/>
        <w:t>f 22332/19395/17536 22331/19396/17537 22330/19397/17538</w:t>
        <w:br/>
        <w:t>f 22329/19398/17539 22332/19395/17536 22330/19397/17538</w:t>
        <w:br/>
        <w:t>f 22329/19398/17539 22330/19397/17538 22328/19394/17535</w:t>
        <w:br/>
        <w:t>f 22327/19393/17534 22329/19398/17539 22328/19394/17535</w:t>
        <w:br/>
        <w:t>f 22184/19248/17396 22200/19269/17417 22183/19249/17397</w:t>
        <w:br/>
        <w:t>f 22335/19399/17540 22198/19264/17412 22334/19400/17541</w:t>
        <w:br/>
        <w:t>f 22333/19401/17542 22335/19399/17540 22334/19400/17541</w:t>
        <w:br/>
        <w:t>f 22198/19264/17412 22335/19399/17540 22336/19402/17543</w:t>
        <w:br/>
        <w:t>f 22197/19260/17408 22198/19264/17412 22336/19402/17543</w:t>
        <w:br/>
        <w:t>f 22197/19260/17408 22336/19402/17543 22337/19403/17544</w:t>
        <w:br/>
        <w:t>f 22338/19404/17545 22197/19260/17408 22337/19403/17544</w:t>
        <w:br/>
        <w:t>f 22342/19405/17546 22341/19406/17547 22340/19407/17548</w:t>
        <w:br/>
        <w:t>f 22339/19408/17546 22342/19405/17546 22340/19407/17548</w:t>
        <w:br/>
        <w:t>f 22344/19409/17549 22342/19405/17546 22339/19408/17546</w:t>
        <w:br/>
        <w:t>f 22343/19410/17550 22344/19409/17549 22339/19408/17546</w:t>
        <w:br/>
        <w:t>f 22345/19411/17551 22344/19409/17549 22343/19410/17550</w:t>
        <w:br/>
        <w:t>f 22233/19299/17552 22345/19411/17551 22343/19410/17550</w:t>
        <w:br/>
        <w:t>f 22210/19279/17427 22211/19278/17426 22233/19299/17447</w:t>
        <w:br/>
        <w:t>f 22346/19412/17553 22210/19279/17427 22233/19299/17447</w:t>
        <w:br/>
        <w:t>f 22194/19263/17411 22195/19262/17410 22348/19413/17554</w:t>
        <w:br/>
        <w:t>f 22347/19414/17555 22194/19263/17411 22348/19413/17554</w:t>
        <w:br/>
        <w:t>f 22347/19414/17555 22349/19415/17556 22199/19265/17413</w:t>
        <w:br/>
        <w:t>f 22194/19263/17411 22347/19414/17555 22199/19265/17413</w:t>
        <w:br/>
        <w:t>f 22251/19316/17464 22176/19239/17387 22350/19416/17557</w:t>
        <w:br/>
        <w:t>f 22251/19316/17464 22351/19417/17524 22250/19317/17465</w:t>
        <w:br/>
        <w:t>f 22220/19286/17434 22221/19285/17433 22232/19296/17444</w:t>
        <w:br/>
        <w:t>f 22327/19393/17534 22220/19286/17434 22232/19296/17444</w:t>
        <w:br/>
        <w:t>f 22234/19301/17449 22183/19249/17397 22200/19269/17417</w:t>
        <w:br/>
        <w:t>f 22201/19268/17416 22234/19301/17449 22200/19269/17417</w:t>
        <w:br/>
        <w:t>f 22225/19290/17438 22352/19418/17558 22191/19258/17406</w:t>
        <w:br/>
        <w:t>f 22190/19259/17407 22352/19418/17558 22332/19395/17536</w:t>
        <w:br/>
        <w:t>f 22235/19300/17448 22353/19419/17559 22183/19249/17397</w:t>
        <w:br/>
        <w:t>f 22182/19250/17398 22183/19249/17397 22353/19419/17559</w:t>
        <w:br/>
        <w:t>f 22354/19420/17560 22182/19250/17398 22353/19419/17559</w:t>
        <w:br/>
        <w:t>f 22189/19255/17403 22182/19250/17398 22354/19420/17560</w:t>
        <w:br/>
        <w:t>f 22355/19421/17561 22189/19255/17403 22354/19420/17560</w:t>
        <w:br/>
        <w:t>f 22235/19300/17448 22183/19249/17397 22234/19301/17449</w:t>
        <w:br/>
        <w:t>f 22228/19294/17442 22229/19293/17441 22346/19412/17553</w:t>
        <w:br/>
        <w:t>f 22233/19299/17447 22228/19294/17442 22346/19412/17553</w:t>
        <w:br/>
        <w:t>f 22228/19294/17442 22231/19297/17445 22221/19285/17433</w:t>
        <w:br/>
        <w:t>f 22222/19288/17436 22228/19294/17442 22221/19285/17433</w:t>
        <w:br/>
        <w:t>f 22190/19259/17407 22230/19298/17446 22231/19297/17445</w:t>
        <w:br/>
        <w:t>f 22193/19256/17404 22190/19259/17407 22231/19297/17445</w:t>
        <w:br/>
        <w:t>f 22215/19281/17429 22195/19262/17410 22196/19261/17409</w:t>
        <w:br/>
        <w:t>f 22214/19282/17430 22215/19281/17429 22196/19261/17409</w:t>
        <w:br/>
        <w:t>f 22195/19262/17410 22215/19281/17429 22223/19289/17437</w:t>
        <w:br/>
        <w:t>f 22348/19413/17554 22195/19262/17410 22223/19289/17437</w:t>
        <w:br/>
        <w:t>f 22338/19404/17545 22337/19403/17544 22340/19407/17548</w:t>
        <w:br/>
        <w:t>f 22341/19406/17547 22338/19404/17545 22340/19407/17548</w:t>
        <w:br/>
        <w:t>f 22332/19395/17536 22329/19398/17539 22230/19298/17446</w:t>
        <w:br/>
        <w:t>f 22190/19259/17407 22332/19395/17536 22230/19298/17446</w:t>
        <w:br/>
        <w:t>f 22230/19298/17446 22329/19398/17539 22327/19393/17534</w:t>
        <w:br/>
        <w:t>f 22232/19296/17444 22230/19298/17446 22327/19393/17534</w:t>
        <w:br/>
        <w:t>f 22332/19395/17536 22352/19418/17558 22356/19422/17562</w:t>
        <w:br/>
        <w:t>f 22331/19396/17537 22332/19395/17536 22356/19422/17562</w:t>
        <w:br/>
        <w:t>f 22360/19423/17563 22359/19424/17564 22358/19425/17565</w:t>
        <w:br/>
        <w:t>f 22357/19426/17566 22360/19423/17563 22358/19425/17565</w:t>
        <w:br/>
        <w:t>f 22362/19427/17567 22361/19428/17568 22358/19425/17565</w:t>
        <w:br/>
        <w:t>f 22363/19429/17569 22362/19427/17567 22358/19425/17565</w:t>
        <w:br/>
        <w:t>f 22367/19430/17570 22366/19431/17571 22365/19432/17572</w:t>
        <w:br/>
        <w:t>f 22364/19433/17573 22367/19430/17570 22365/19432/17572</w:t>
        <w:br/>
        <w:t>f 22360/19423/17563 22357/19426/17566 22369/19434/17574</w:t>
        <w:br/>
        <w:t>f 22368/19435/17575 22360/19423/17563 22369/19434/17574</w:t>
        <w:br/>
        <w:t>f 22181/19247/17395 22360/19423/17563 22368/19435/17575</w:t>
        <w:br/>
        <w:t>f 22180/19246/17394 22181/19247/17395 22368/19435/17575</w:t>
        <w:br/>
        <w:t>f 22372/19436/17576 22371/19437/17577 22370/19438/17578</w:t>
        <w:br/>
        <w:t>f 22374/19439/17579 22371/19437/17577 22372/19436/17576</w:t>
        <w:br/>
        <w:t>f 22373/19440/17580 22374/19439/17579 22372/19436/17576</w:t>
        <w:br/>
        <w:t>f 22369/19434/17574 22376/19441/17581 22375/19442/17582</w:t>
        <w:br/>
        <w:t>f 22368/19435/17575 22369/19434/17574 22375/19442/17582</w:t>
        <w:br/>
        <w:t>f 22371/19437/17577 22374/19439/17579 22377/19443/17583</w:t>
        <w:br/>
        <w:t>f 22366/19431/17571 22371/19437/17577 22377/19443/17583</w:t>
        <w:br/>
        <w:t>f 22357/19426/17566 22379/19444/17583 22378/19445/17579</w:t>
        <w:br/>
        <w:t>f 22369/19434/17574 22357/19426/17566 22378/19445/17579</w:t>
        <w:br/>
        <w:t>f 22369/19434/17574 22378/19445/17579 22380/19446/17584</w:t>
        <w:br/>
        <w:t>f 22376/19441/17581 22369/19434/17574 22380/19446/17584</w:t>
        <w:br/>
        <w:t>f 22384/19447/17585 22383/19448/17586 22382/19449/17587</w:t>
        <w:br/>
        <w:t>f 22381/19450/17588 22384/19447/17585 22382/19449/17587</w:t>
        <w:br/>
        <w:t>f 22388/19451/17589 22387/19452/17590 22386/19453/17591</w:t>
        <w:br/>
        <w:t>f 22385/19454/17592 22388/19451/17589 22386/19453/17591</w:t>
        <w:br/>
        <w:t>f 22389/19455/17593 22387/19452/17590 22388/19451/17589</w:t>
        <w:br/>
        <w:t>f 22389/19455/17593 22390/19456/17594 22387/19452/17590</w:t>
        <w:br/>
        <w:t>f 22394/19457/17595 22393/19458/17596 22392/19459/17597</w:t>
        <w:br/>
        <w:t>f 22391/19460/17598 22394/19457/17595 22392/19459/17597</w:t>
        <w:br/>
        <w:t>f 22373/19440/17580 22372/19436/17576 22396/19461/17599</w:t>
        <w:br/>
        <w:t>f 22395/19462/17600 22373/19440/17580 22396/19461/17599</w:t>
        <w:br/>
        <w:t>f 22398/19463/17601 22376/19441/17581 22380/19446/17584</w:t>
        <w:br/>
        <w:t>f 22397/19464/17600 22398/19463/17601 22380/19446/17584</w:t>
        <w:br/>
        <w:t>f 22399/19465/17602 22375/19442/17582 22376/19441/17581</w:t>
        <w:br/>
        <w:t>f 22398/19463/17601 22399/19465/17602 22376/19441/17581</w:t>
        <w:br/>
        <w:t>f 22209/19274/17422 22375/19442/17582 22399/19465/17602</w:t>
        <w:br/>
        <w:t>f 22208/19275/17423 22209/19274/17422 22399/19465/17602</w:t>
        <w:br/>
        <w:t>f 22401/19466/17603 22400/19467/17604 22213/19276/17424</w:t>
        <w:br/>
        <w:t>f 22210/19279/17427 22401/19466/17603 22213/19276/17424</w:t>
        <w:br/>
        <w:t>f 22404/19468/17605 22403/19469/17606 22402/19470/17607</w:t>
        <w:br/>
        <w:t>f 22400/19467/17604 22404/19468/17605 22402/19470/17607</w:t>
        <w:br/>
        <w:t>f 22408/19471/17608 22407/19472/17609 22406/19473/17610</w:t>
        <w:br/>
        <w:t>f 22405/19474/17611 22408/19471/17608 22406/19473/17610</w:t>
        <w:br/>
        <w:t>f 22394/19457/17595 22409/19475/17612 22372/19436/17576</w:t>
        <w:br/>
        <w:t>f 22393/19458/17596 22394/19457/17595 22372/19436/17576</w:t>
        <w:br/>
        <w:t>f 22366/19431/17571 22377/19443/17583 22410/19476/17568</w:t>
        <w:br/>
        <w:t>f 22365/19432/17572 22366/19431/17571 22410/19476/17568</w:t>
        <w:br/>
        <w:t>f 22414/19477/17613 22413/19478/17614 22412/19479/17615</w:t>
        <w:br/>
        <w:t>f 22411/19480/17616 22414/19477/17613 22412/19479/17615</w:t>
        <w:br/>
        <w:t>f 22223/19289/17437 22213/19276/17424 22400/19467/17604</w:t>
        <w:br/>
        <w:t>f 22402/19470/17607 22223/19289/17437 22400/19467/17604</w:t>
        <w:br/>
        <w:t>f 22417/19481/17617 22416/19482/17618 22415/19483/17619</w:t>
        <w:br/>
        <w:t>f 22392/19459/17597 22417/19481/17617 22415/19483/17619</w:t>
        <w:br/>
        <w:t>f 22229/19293/17441 22227/19295/17443 22414/19477/17613</w:t>
        <w:br/>
        <w:t>f 22418/19484/17620 22229/19293/17441 22414/19477/17613</w:t>
        <w:br/>
        <w:t>f 22421/19485/17621 22420/19486/17622 22419/19487/17623</w:t>
        <w:br/>
        <w:t>f 22411/19480/17616 22421/19485/17621 22419/19487/17623</w:t>
        <w:br/>
        <w:t>f 22419/19487/17623 22384/19447/17585 22422/19488/17624</w:t>
        <w:br/>
        <w:t>f 22418/19484/17620 22419/19487/17623 22422/19488/17624</w:t>
        <w:br/>
        <w:t>f 22381/19450/17588 22382/19449/17587 22424/19489/17625</w:t>
        <w:br/>
        <w:t>f 22423/19490/17626 22381/19450/17588 22424/19489/17625</w:t>
        <w:br/>
        <w:t>f 22425/19491/17627 22404/19468/17605 22400/19467/17604</w:t>
        <w:br/>
        <w:t>f 22401/19466/17603 22425/19491/17627 22400/19467/17604</w:t>
        <w:br/>
        <w:t>f 22413/19478/17614 22414/19477/17613 22227/19295/17443</w:t>
        <w:br/>
        <w:t>f 22237/19303/17451 22413/19478/17614 22227/19295/17443</w:t>
        <w:br/>
        <w:t>f 22359/19424/17564 22238/19304/17452 22426/19492/17628</w:t>
        <w:br/>
        <w:t>f 22427/19493/17629 22359/19424/17564 22426/19492/17628</w:t>
        <w:br/>
        <w:t>f 22209/19274/17422 22180/19246/17394 22368/19435/17575</w:t>
        <w:br/>
        <w:t>f 22375/19442/17582 22209/19274/17422 22368/19435/17575</w:t>
        <w:br/>
        <w:t>f 22392/19459/17597 22424/19489/17625 22382/19449/17587</w:t>
        <w:br/>
        <w:t>f 22417/19481/17617 22392/19459/17597 22382/19449/17587</w:t>
        <w:br/>
        <w:t>f 22428/19494/17630 22412/19479/17615 22413/19478/17614</w:t>
        <w:br/>
        <w:t>f 22429/19495/17631 22428/19494/17630 22413/19478/17614</w:t>
        <w:br/>
        <w:t>f 22413/19478/17614 22237/19303/17451 22241/19307/17455</w:t>
        <w:br/>
        <w:t>f 22429/19495/17631 22413/19478/17614 22241/19307/17455</w:t>
        <w:br/>
        <w:t>f 22433/19496/17632 22432/19497/17633 22431/19498/17634</w:t>
        <w:br/>
        <w:t>f 22430/19499/17635 22433/19496/17632 22431/19498/17634</w:t>
        <w:br/>
        <w:t>f 22430/19499/17635 22435/19500/17636 22434/19501/17637</w:t>
        <w:br/>
        <w:t>f 22433/19496/17632 22430/19499/17635 22434/19501/17637</w:t>
        <w:br/>
        <w:t>f 22437/19502/17638 22435/19500/17636 22436/19503/17639</w:t>
        <w:br/>
        <w:t>f 22248/19315/17463 22249/19314/17462 22431/19498/17634</w:t>
        <w:br/>
        <w:t>f 22432/19497/17633 22248/19315/17463 22431/19498/17634</w:t>
        <w:br/>
        <w:t>f 22440/19504/17640 22439/19505/17641 22438/19506/17642</w:t>
        <w:br/>
        <w:t>f 22444/19507/17643 22443/19508/17644 22442/19509/17645</w:t>
        <w:br/>
        <w:t>f 22441/19510/17646 22444/19507/17643 22442/19509/17645</w:t>
        <w:br/>
        <w:t>f 22445/19511/17647 22432/19497/17633 22433/19496/17632</w:t>
        <w:br/>
        <w:t>f 22446/19512/17648 22445/19511/17647 22433/19496/17632</w:t>
        <w:br/>
        <w:t>f 22446/19512/17648 22433/19496/17632 22434/19501/17637</w:t>
        <w:br/>
        <w:t>f 22447/19513/17649 22446/19512/17648 22434/19501/17637</w:t>
        <w:br/>
        <w:t>f 22450/19514/17650 22447/19513/17649 22449/19515/17651</w:t>
        <w:br/>
        <w:t>f 22448/19516/17652 22450/19514/17650 22449/19515/17651</w:t>
        <w:br/>
        <w:t>f 22448/19516/17652 22452/19517/17653 22451/19518/17654</w:t>
        <w:br/>
        <w:t>f 22432/19497/17633 22445/19511/17647 22263/19329/17477</w:t>
        <w:br/>
        <w:t>f 22248/19315/17463 22432/19497/17633 22263/19329/17477</w:t>
        <w:br/>
        <w:t>f 22456/19519/17655 22455/19520/17656 22454/19521/17657</w:t>
        <w:br/>
        <w:t>f 22453/19522/17658 22456/19519/17655 22454/19521/17657</w:t>
        <w:br/>
        <w:t>f 22453/19522/17658 22454/19521/17657 22458/19523/17659</w:t>
        <w:br/>
        <w:t>f 22457/19524/17660 22453/19522/17658 22458/19523/17659</w:t>
        <w:br/>
        <w:t>f 22457/19524/17660 22458/19523/17659 22460/19525/17661</w:t>
        <w:br/>
        <w:t>f 22459/19526/17662 22457/19524/17660 22460/19525/17661</w:t>
        <w:br/>
        <w:t>f 22464/19527/17663 22463/19528/17664 22462/19529/17665</w:t>
        <w:br/>
        <w:t>f 22461/19530/17666 22464/19527/17663 22462/19529/17665</w:t>
        <w:br/>
        <w:t>f 22466/19531/17667 22464/19527/17663 22461/19530/17666</w:t>
        <w:br/>
        <w:t>f 22465/19532/17668 22466/19531/17667 22461/19530/17666</w:t>
        <w:br/>
        <w:t>f 22470/19533/17669 22469/19534/17670 22468/19535/17670</w:t>
        <w:br/>
        <w:t>f 22467/19536/17671 22470/19533/17669 22468/19535/17670</w:t>
        <w:br/>
        <w:t>f 22469/19534/17670 22466/19531/17667 22465/19532/17668</w:t>
        <w:br/>
        <w:t>f 22468/19535/17670 22469/19534/17670 22465/19532/17668</w:t>
        <w:br/>
        <w:t>f 22463/19528/17664 22286/19353/17498 22287/19352/17497</w:t>
        <w:br/>
        <w:t>f 22462/19529/17665 22463/19528/17664 22287/19352/17497</w:t>
        <w:br/>
        <w:t>f 22467/19536/17671 22472/19537/17500 22471/19538/17672</w:t>
        <w:br/>
        <w:t>f 22470/19533/17669 22467/19536/17671 22471/19538/17672</w:t>
        <w:br/>
        <w:t>f 22476/19539/17673 22475/19540/17674 22474/19541/17675</w:t>
        <w:br/>
        <w:t>f 22473/19542/17676 22476/19539/17673 22474/19541/17675</w:t>
        <w:br/>
        <w:t>f 22480/19543/17677 22479/19544/17678 22478/19545/17679</w:t>
        <w:br/>
        <w:t>f 22477/19546/17680 22480/19543/17677 22478/19545/17679</w:t>
        <w:br/>
        <w:t>f 22482/19547/17681 22480/19543/17677 22477/19546/17680</w:t>
        <w:br/>
        <w:t>f 22481/19548/17682 22482/19547/17681 22477/19546/17680</w:t>
        <w:br/>
        <w:t>f 22485/19549/17683 22484/19550/17684 22483/19551/17685</w:t>
        <w:br/>
        <w:t>f 22460/19525/17661 22458/19523/17659 22486/19552/17686</w:t>
        <w:br/>
        <w:t>f 22484/19550/17684 22460/19525/17661 22486/19552/17686</w:t>
        <w:br/>
        <w:t>f 22483/19551/17685 22488/19553/17687 22487/19554/17688</w:t>
        <w:br/>
        <w:t>f 22485/19549/17683 22483/19551/17685 22487/19554/17688</w:t>
        <w:br/>
        <w:t>f 22479/19544/17678 22303/19368/17513 22302/19369/17514</w:t>
        <w:br/>
        <w:t>f 22478/19545/17679 22479/19544/17678 22302/19369/17514</w:t>
        <w:br/>
        <w:t>f 22492/19555/17689 22491/19556/17690 22490/19557/17691</w:t>
        <w:br/>
        <w:t>f 22489/19558/17691 22492/19555/17689 22490/19557/17691</w:t>
        <w:br/>
        <w:t>f 22495/19559/17692 22494/19560/17693 22493/19561/17694</w:t>
        <w:br/>
        <w:t>f 22496/19562/17695 22495/19559/17692 22493/19561/17694</w:t>
        <w:br/>
        <w:t>f 22499/19563/17696 22498/19564/17697 22497/19565/17697</w:t>
        <w:br/>
        <w:t>f 22500/19566/17696 22499/19563/17696 22497/19565/17697</w:t>
        <w:br/>
        <w:t>f 22498/19564/17697 22502/19567/17698 22501/19568/17698</w:t>
        <w:br/>
        <w:t>f 22497/19565/17697 22498/19564/17697 22501/19568/17698</w:t>
        <w:br/>
        <w:t>f 22501/19568/17698 22502/19567/17698 22504/19569/17699</w:t>
        <w:br/>
        <w:t>f 22503/19570/17700 22501/19568/17698 22504/19569/17699</w:t>
        <w:br/>
        <w:t>f 22312/19378/17522 22499/19563/17696 22500/19566/17696</w:t>
        <w:br/>
        <w:t>f 22313/19379/17522 22312/19378/17522 22500/19566/17696</w:t>
        <w:br/>
        <w:t>f 22508/19571/17701 22507/19572/17702 22506/19573/17525</w:t>
        <w:br/>
        <w:t>f 22505/19574/17524 22508/19571/17701 22506/19573/17525</w:t>
        <w:br/>
        <w:t>f 22512/19575/17703 22511/19576/17704 22510/19577/17705</w:t>
        <w:br/>
        <w:t>f 22509/19578/17706 22512/19575/17703 22510/19577/17705</w:t>
        <w:br/>
        <w:t>f 22503/19570/17700 22504/19569/17699 22514/19579/17707</w:t>
        <w:br/>
        <w:t>f 22513/19580/17707 22503/19570/17700 22514/19579/17707</w:t>
        <w:br/>
        <w:t>f 22487/19554/17688 22488/19553/17687 22516/19581/17708</w:t>
        <w:br/>
        <w:t>f 22515/19582/17709 22487/19554/17688 22516/19581/17708</w:t>
        <w:br/>
        <w:t>f 22517/19583/17710 22412/19479/17615 22428/19494/17630</w:t>
        <w:br/>
        <w:t>f 22518/19584/17711 22517/19583/17710 22428/19494/17630</w:t>
        <w:br/>
        <w:t>f 22406/19473/17610 22520/19585/17712 22519/19586/17713</w:t>
        <w:br/>
        <w:t>f 22405/19474/17611 22406/19473/17610 22519/19586/17713</w:t>
        <w:br/>
        <w:t>f 22520/19585/17712 22517/19583/17710 22518/19584/17711</w:t>
        <w:br/>
        <w:t>f 22519/19586/17713 22520/19585/17712 22518/19584/17711</w:t>
        <w:br/>
        <w:t>f 22372/19436/17576 22370/19438/17578 22393/19458/17596</w:t>
        <w:br/>
        <w:t>f 22524/19587/17714 22523/19588/17715 22522/19589/17716</w:t>
        <w:br/>
        <w:t>f 22521/19590/17717 22524/19587/17714 22522/19589/17716</w:t>
        <w:br/>
        <w:t>f 22526/19591/17718 22525/19592/17719 22389/19455/17593</w:t>
        <w:br/>
        <w:t>f 22388/19451/17589 22526/19591/17718 22389/19455/17593</w:t>
        <w:br/>
        <w:t>f 22527/19593/17720 22526/19591/17718 22388/19451/17589</w:t>
        <w:br/>
        <w:t>f 22528/19594/17721 22527/19593/17720 22388/19451/17589</w:t>
        <w:br/>
        <w:t>f 22532/19595/17722 22531/19596/17722 22530/19597/17723</w:t>
        <w:br/>
        <w:t>f 22529/19598/17724 22532/19595/17722 22530/19597/17723</w:t>
        <w:br/>
        <w:t>f 22533/19599/17725 22531/19596/17722 22532/19595/17722</w:t>
        <w:br/>
        <w:t>f 22534/19600/17726 22533/19599/17725 22532/19595/17722</w:t>
        <w:br/>
        <w:t>f 22535/19601/17727 22422/19488/17624 22533/19599/17725</w:t>
        <w:br/>
        <w:t>f 22534/19600/17726 22535/19601/17727 22533/19599/17725</w:t>
        <w:br/>
        <w:t>f 22210/19279/17427 22346/19412/17553 22422/19488/17624</w:t>
        <w:br/>
        <w:t>f 22401/19466/17603 22210/19279/17427 22422/19488/17624</w:t>
        <w:br/>
        <w:t>f 22537/19602/17728 22536/19603/17729 22386/19453/17591</w:t>
        <w:br/>
        <w:t>f 22387/19452/17590 22537/19602/17728 22386/19453/17591</w:t>
        <w:br/>
        <w:t>f 22440/19504/17640 22351/19417/17524 22349/19415/17556</w:t>
        <w:br/>
        <w:t>f 22390/19456/17594 22440/19504/17640 22349/19415/17556</w:t>
        <w:br/>
        <w:t>f 22440/19504/17640 22538/19604/17730 22439/19505/17641</w:t>
        <w:br/>
        <w:t>f 22440/19504/17640 22438/19506/17642 22351/19417/17524</w:t>
        <w:br/>
        <w:t>f 22412/19479/17615 22517/19583/17710 22421/19485/17621</w:t>
        <w:br/>
        <w:t>f 22411/19480/17616 22412/19479/17615 22421/19485/17621</w:t>
        <w:br/>
        <w:t>f 22393/19458/17596 22370/19438/17578 22424/19489/17625</w:t>
        <w:br/>
        <w:t>f 22392/19459/17597 22393/19458/17596 22424/19489/17625</w:t>
        <w:br/>
        <w:t>f 22417/19481/17617 22382/19449/17587 22407/19472/17609</w:t>
        <w:br/>
        <w:t>f 22407/19472/17609 22383/19448/17586 22406/19473/17610</w:t>
        <w:br/>
        <w:t>f 22423/19490/17626 22370/19438/17578 22539/19605/17731</w:t>
        <w:br/>
        <w:t>f 22371/19437/17577 22540/19606/17732 22539/19605/17731</w:t>
        <w:br/>
        <w:t>f 22370/19438/17578 22371/19437/17577 22539/19605/17731</w:t>
        <w:br/>
        <w:t>f 22366/19431/17571 22367/19430/17570 22540/19606/17732</w:t>
        <w:br/>
        <w:t>f 22371/19437/17577 22366/19431/17571 22540/19606/17732</w:t>
        <w:br/>
        <w:t>f 22423/19490/17626 22424/19489/17625 22370/19438/17578</w:t>
        <w:br/>
        <w:t>f 22418/19484/17620 22422/19488/17624 22346/19412/17553</w:t>
        <w:br/>
        <w:t>f 22229/19293/17441 22418/19484/17620 22346/19412/17553</w:t>
        <w:br/>
        <w:t>f 22418/19484/17620 22414/19477/17613 22411/19480/17616</w:t>
        <w:br/>
        <w:t>f 22419/19487/17623 22418/19484/17620 22411/19480/17616</w:t>
        <w:br/>
        <w:t>f 22383/19448/17586 22384/19447/17585 22419/19487/17623</w:t>
        <w:br/>
        <w:t>f 22420/19486/17622 22383/19448/17586 22419/19487/17623</w:t>
        <w:br/>
        <w:t>f 22402/19470/17607 22403/19469/17606 22385/19454/17592</w:t>
        <w:br/>
        <w:t>f 22386/19453/17591 22402/19470/17607 22385/19454/17592</w:t>
        <w:br/>
        <w:t>f 22536/19603/17729 22223/19289/17437 22402/19470/17607</w:t>
        <w:br/>
        <w:t>f 22386/19453/17591 22536/19603/17729 22402/19470/17607</w:t>
        <w:br/>
        <w:t>f 22528/19594/17721 22529/19598/17724 22530/19597/17723</w:t>
        <w:br/>
        <w:t>f 22527/19593/17720 22528/19594/17721 22530/19597/17723</w:t>
        <w:br/>
        <w:t>f 22406/19473/17610 22383/19448/17586 22420/19486/17622</w:t>
        <w:br/>
        <w:t>f 22520/19585/17712 22406/19473/17610 22420/19486/17622</w:t>
        <w:br/>
        <w:t>f 22420/19486/17622 22421/19485/17621 22517/19583/17710</w:t>
        <w:br/>
        <w:t>f 22520/19585/17712 22420/19486/17622 22517/19583/17710</w:t>
        <w:br/>
        <w:t>f 22542/19607/17733 22541/19608/17734 22256/19321/17469</w:t>
        <w:br/>
        <w:t>f 22255/19322/17470 22542/19607/17733 22256/19321/17469</w:t>
        <w:br/>
        <w:t>f 22541/19608/17734 22260/19324/17472 22257/19323/17471</w:t>
        <w:br/>
        <w:t>f 22256/19321/17469 22541/19608/17734 22257/19323/17471</w:t>
        <w:br/>
        <w:t>f 22543/19609/17735 22542/19607/17733 22255/19322/17470</w:t>
        <w:br/>
        <w:t>f 22263/19329/17477 22543/19609/17735 22255/19322/17470</w:t>
        <w:br/>
        <w:t>f 22547/19610/17736 22546/19611/17737 22545/19612/17738</w:t>
        <w:br/>
        <w:t>f 22544/19613/17739 22547/19610/17736 22545/19612/17738</w:t>
        <w:br/>
        <w:t>f 22296/19363/17508 22297/19362/17507 22546/19611/17737</w:t>
        <w:br/>
        <w:t>f 22547/19610/17736 22296/19363/17508 22546/19611/17737</w:t>
        <w:br/>
        <w:t>f 22544/19613/17739 22545/19612/17738 22325/19391/17532</w:t>
        <w:br/>
        <w:t>f 22548/19614/17740 22544/19613/17739 22325/19391/17532</w:t>
        <w:br/>
        <w:t>f 22550/19615/17465 22548/19614/17740 22549/19616/17741</w:t>
        <w:br/>
        <w:t>f 22552/19617/17742 22445/19511/17647 22446/19512/17648</w:t>
        <w:br/>
        <w:t>f 22551/19618/17743 22552/19617/17742 22446/19512/17648</w:t>
        <w:br/>
        <w:t>f 22551/19618/17743 22446/19512/17648 22447/19513/17649</w:t>
        <w:br/>
        <w:t>f 22450/19514/17650 22551/19618/17743 22447/19513/17649</w:t>
        <w:br/>
        <w:t>f 22552/19617/17742 22543/19609/17735 22263/19329/17477</w:t>
        <w:br/>
        <w:t>f 22445/19511/17647 22552/19617/17742 22263/19329/17477</w:t>
        <w:br/>
        <w:t>f 22556/19619/17744 22555/19620/17745 22554/19621/17746</w:t>
        <w:br/>
        <w:t>f 22553/19622/17747 22556/19619/17744 22554/19621/17746</w:t>
        <w:br/>
        <w:t>f 22481/19548/17682 22556/19619/17744 22553/19622/17747</w:t>
        <w:br/>
        <w:t>f 22482/19547/17681 22481/19548/17682 22553/19622/17747</w:t>
        <w:br/>
        <w:t>f 22557/19623/17748 22554/19621/17746 22555/19620/17745</w:t>
        <w:br/>
        <w:t>f 22558/19624/17749 22557/19623/17748 22555/19620/17745</w:t>
        <w:br/>
        <w:t>f 22558/19624/17749 22560/19625/17642 22559/19626/17750</w:t>
        <w:br/>
        <w:t>f 22549/19616/17741 22548/19614/17740 22325/19391/17532</w:t>
        <w:br/>
        <w:t>f 22557/19623/17748 22558/19624/17749 22559/19626/17750</w:t>
        <w:br/>
        <w:t>f 22258/19326/17474 22561/19627/17751 22257/19323/17471</w:t>
        <w:br/>
        <w:t>f 22564/19628/17752 22254/19318/17466 22563/19629/17753</w:t>
        <w:br/>
        <w:t>f 22562/19630/17754 22564/19628/17752 22563/19629/17753</w:t>
        <w:br/>
        <w:t>f 22273/19340/17488 22264/19333/17481 22566/19631/17755</w:t>
        <w:br/>
        <w:t>f 22565/19632/17756 22273/19340/17488 22566/19631/17755</w:t>
        <w:br/>
        <w:t>f 22293/19360/17505 22566/19631/17755 22299/19365/17510</w:t>
        <w:br/>
        <w:t>f 22297/19362/17507 22293/19360/17505 22299/19365/17510</w:t>
        <w:br/>
        <w:t>f 22272/19341/17489 22273/19340/17488 22565/19632/17756</w:t>
        <w:br/>
        <w:t>f 22567/19633/17757 22272/19341/17489 22565/19632/17756</w:t>
        <w:br/>
        <w:t>f 22447/19513/17649 22568/19634/17758 22449/19515/17651</w:t>
        <w:br/>
        <w:t>f 22449/19515/17651 22568/19634/17758 22570/19635/17759</w:t>
        <w:br/>
        <w:t>f 22569/19636/17760 22449/19515/17651 22570/19635/17759</w:t>
        <w:br/>
        <w:t>f 22572/19637/17761 22571/19638/17762 22479/19544/17678</w:t>
        <w:br/>
        <w:t>f 22480/19543/17677 22572/19637/17761 22479/19544/17678</w:t>
        <w:br/>
        <w:t>f 22454/19521/17657 22572/19637/17761 22486/19552/17686</w:t>
        <w:br/>
        <w:t>f 22458/19523/17659 22454/19521/17657 22486/19552/17686</w:t>
        <w:br/>
        <w:t>f 22571/19638/17762 22567/19633/17757 22303/19368/17513</w:t>
        <w:br/>
        <w:t>f 22479/19544/17678 22571/19638/17762 22303/19368/17513</w:t>
        <w:br/>
        <w:t>f 22437/19502/17638 22434/19501/17637 22435/19500/17636</w:t>
        <w:br/>
        <w:t>f 22575/19639/17328 22043/19111/17243 22574/19640/17242</w:t>
        <w:br/>
        <w:t>f 22573/19641/17329 22575/19639/17328 22574/19640/17242</w:t>
        <w:br/>
        <w:t>f 22548/19614/17740 22576/19642/17763 22544/19613/17739</w:t>
        <w:br/>
        <w:t>f 22555/19620/17745 22577/19643/17764 22558/19624/17749</w:t>
        <w:br/>
        <w:t>f 22259/19325/17473 22578/19644/17765 22262/19327/17475</w:t>
        <w:br/>
        <w:t>f 22448/19516/17652 22449/19515/17651 22569/19636/17760</w:t>
        <w:br/>
        <w:t>f 22452/19517/17653 22448/19516/17652 22569/19636/17760</w:t>
        <w:br/>
        <w:t>f 22201/19268/17416 22225/19290/17438 22191/19258/17406</w:t>
        <w:br/>
        <w:t>f 22234/19301/17449 22201/19268/17416 22191/19258/17406</w:t>
        <w:br/>
        <w:t>f 22300/19367/17512 22545/19612/17738 22546/19611/17737</w:t>
        <w:br/>
        <w:t>f 22298/19364/17509 22300/19367/17512 22546/19611/17737</w:t>
        <w:br/>
        <w:t>f 22298/19364/17509 22546/19611/17737 22297/19362/17507</w:t>
        <w:br/>
        <w:t>f 22299/19365/17510 22298/19364/17509 22297/19362/17507</w:t>
        <w:br/>
        <w:t>f 22301/19366/17511 22325/19391/17532 22545/19612/17738</w:t>
        <w:br/>
        <w:t>f 22300/19367/17512 22301/19366/17511 22545/19612/17738</w:t>
        <w:br/>
        <w:t>f 22579/19645/17766 22324/19392/17533 22301/19366/17511</w:t>
        <w:br/>
        <w:t>f 22580/19646/17767 22579/19645/17766 22301/19366/17511</w:t>
        <w:br/>
        <w:t>f 22553/19622/17747 22554/19621/17746 22483/19551/17685</w:t>
        <w:br/>
        <w:t>f 22484/19550/17684 22553/19622/17747 22483/19551/17685</w:t>
        <w:br/>
        <w:t>f 22482/19547/17681 22553/19622/17747 22484/19550/17684</w:t>
        <w:br/>
        <w:t>f 22486/19552/17686 22482/19547/17681 22484/19550/17684</w:t>
        <w:br/>
        <w:t>f 22554/19621/17746 22557/19623/17748 22488/19553/17687</w:t>
        <w:br/>
        <w:t>f 22483/19551/17685 22554/19621/17746 22488/19553/17687</w:t>
        <w:br/>
        <w:t>f 22488/19553/17687 22557/19623/17748 22581/19647/17768</w:t>
        <w:br/>
        <w:t>f 22516/19581/17708 22488/19553/17687 22581/19647/17768</w:t>
        <w:br/>
        <w:t>f 22258/19326/17474 22261/19328/17476 22563/19629/17753</w:t>
        <w:br/>
        <w:t>f 22561/19627/17751 22258/19326/17474 22563/19629/17753</w:t>
        <w:br/>
        <w:t>f 22294/19359/17504 22565/19632/17756 22566/19631/17755</w:t>
        <w:br/>
        <w:t>f 22293/19360/17505 22294/19359/17504 22566/19631/17755</w:t>
        <w:br/>
        <w:t>f 22264/19333/17481 22265/19332/17480 22299/19365/17510</w:t>
        <w:br/>
        <w:t>f 22566/19631/17755 22264/19333/17481 22299/19365/17510</w:t>
        <w:br/>
        <w:t>f 22294/19359/17504 22303/19368/17513 22567/19633/17757</w:t>
        <w:br/>
        <w:t>f 22565/19632/17756 22294/19359/17504 22567/19633/17757</w:t>
        <w:br/>
        <w:t>f 22568/19634/17758 22437/19502/17638 22582/19648/17769</w:t>
        <w:br/>
        <w:t>f 22570/19635/17759 22568/19634/17758 22582/19648/17769</w:t>
        <w:br/>
        <w:t>f 22455/19520/17656 22571/19638/17762 22572/19637/17761</w:t>
        <w:br/>
        <w:t>f 22454/19521/17657 22455/19520/17656 22572/19637/17761</w:t>
        <w:br/>
        <w:t>f 22480/19543/17677 22482/19547/17681 22486/19552/17686</w:t>
        <w:br/>
        <w:t>f 22572/19637/17761 22480/19543/17677 22486/19552/17686</w:t>
        <w:br/>
        <w:t>f 22455/19520/17656 22272/19341/17489 22567/19633/17757</w:t>
        <w:br/>
        <w:t>f 22571/19638/17762 22455/19520/17656 22567/19633/17757</w:t>
        <w:br/>
        <w:t>f 22585/19649/17770 22584/19650/17771 22583/19651/17772</w:t>
        <w:br/>
        <w:t>f 22253/19319/17467 22585/19649/17770 22583/19651/17772</w:t>
        <w:br/>
        <w:t>f 22274/19339/17487 22267/19330/17478 22264/19333/17481</w:t>
        <w:br/>
        <w:t>f 22273/19340/17488 22274/19339/17487 22264/19333/17481</w:t>
        <w:br/>
        <w:t>f 22269/19335/17483 22271/19337/17485 22268/19336/17484</w:t>
        <w:br/>
        <w:t>f 22587/19652/17773 22586/19653/17774 22291/19356/17501</w:t>
        <w:br/>
        <w:t>f 22268/19336/17484 22587/19652/17773 22291/19356/17501</w:t>
        <w:br/>
        <w:t>f 22290/19357/17502 22320/19384/17527 22321/19387/17527</w:t>
        <w:br/>
        <w:t>f 22579/19645/17766 22290/19357/17502 22321/19387/17527</w:t>
        <w:br/>
        <w:t>f 22444/19507/17643 22588/19654/17775 22582/19648/17769</w:t>
        <w:br/>
        <w:t>f 22443/19508/17644 22444/19507/17643 22582/19648/17769</w:t>
        <w:br/>
        <w:t>f 22460/19525/17661 22485/19549/17683 22475/19540/17674</w:t>
        <w:br/>
        <w:t>f 22455/19520/17656 22456/19519/17655 22275/19338/17486</w:t>
        <w:br/>
        <w:t>f 22272/19341/17489 22455/19520/17656 22275/19338/17486</w:t>
        <w:br/>
        <w:t>f 22474/19541/17675 22475/19540/17674 22485/19549/17683</w:t>
        <w:br/>
        <w:t>f 22487/19554/17688 22474/19541/17675 22485/19549/17683</w:t>
        <w:br/>
        <w:t>f 22474/19541/17675 22487/19554/17688 22515/19582/17709</w:t>
        <w:br/>
        <w:t>f 22510/19577/17776 22474/19541/17675 22515/19582/17709</w:t>
        <w:br/>
        <w:t>f 22270/19334/17482 22300/19367/17512 22298/19364/17509</w:t>
        <w:br/>
        <w:t>f 22485/19549/17683 22460/19525/17661 22484/19550/17684</w:t>
        <w:br/>
        <w:t>f 22459/19526/17662 22460/19525/17661 22475/19540/17674</w:t>
        <w:br/>
        <w:t>f 22179/19245/17393 22170/19238/17386 22168/19233/17381</w:t>
        <w:br/>
        <w:t>f 22169/19232/17380 22179/19245/17393 22168/19233/17381</w:t>
        <w:br/>
        <w:t>f 22218/19284/17432 22167/19234/17382 22168/19233/17381</w:t>
        <w:br/>
        <w:t>f 22171/19237/17385 22218/19284/17432 22168/19233/17381</w:t>
        <w:br/>
        <w:t>f 22174/19241/17389 22189/19255/17403 22355/19421/17561</w:t>
        <w:br/>
        <w:t>f 22173/19242/17390 22174/19241/17389 22355/19421/17561</w:t>
        <w:br/>
        <w:t>f 22251/19316/17464 22350/19416/17557 22589/19655/17777</w:t>
        <w:br/>
        <w:t>f 22199/19265/17413 22251/19316/17464 22589/19655/17777</w:t>
        <w:br/>
        <w:t>f 22171/19237/17385 22172/19236/17384 22189/19255/17403</w:t>
        <w:br/>
        <w:t>f 22174/19241/17389 22171/19237/17385 22189/19255/17403</w:t>
        <w:br/>
        <w:t>f 22166/19235/17383 22426/19492/17628 22238/19304/17452</w:t>
        <w:br/>
        <w:t>f 22169/19232/17380 22166/19235/17383 22238/19304/17452</w:t>
        <w:br/>
        <w:t>f 22591/19656/17778 22590/19657/17779 22333/19401/17542</w:t>
        <w:br/>
        <w:t>f 22334/19400/17541 22591/19656/17778 22333/19401/17542</w:t>
        <w:br/>
        <w:t>f 22349/19415/17556 22351/19417/17524 22251/19316/17464</w:t>
        <w:br/>
        <w:t>f 22199/19265/17413 22349/19415/17556 22251/19316/17464</w:t>
        <w:br/>
        <w:t>f 22359/19424/17564 22427/19493/17629 22363/19429/17569</w:t>
        <w:br/>
        <w:t>f 22358/19425/17565 22359/19424/17564 22363/19429/17569</w:t>
        <w:br/>
        <w:t>f 22379/19444/17583 22357/19426/17566 22358/19425/17565</w:t>
        <w:br/>
        <w:t>f 22361/19428/17568 22379/19444/17583 22358/19425/17565</w:t>
        <w:br/>
        <w:t>f 22365/19432/17572 22592/19658/17780 22439/19505/17641</w:t>
        <w:br/>
        <w:t>f 22364/19433/17573 22365/19432/17572 22439/19505/17641</w:t>
        <w:br/>
        <w:t>f 22593/19659/17781 22538/19604/17730 22440/19504/17640</w:t>
        <w:br/>
        <w:t>f 22390/19456/17594 22593/19659/17781 22440/19504/17640</w:t>
        <w:br/>
        <w:t>f 22410/19476/17568 22594/19660/17567 22592/19658/17780</w:t>
        <w:br/>
        <w:t>f 22365/19432/17572 22410/19476/17568 22592/19658/17780</w:t>
        <w:br/>
        <w:t>f 22360/19423/17563 22181/19247/17395 22238/19304/17452</w:t>
        <w:br/>
        <w:t>f 22359/19424/17564 22360/19423/17563 22238/19304/17452</w:t>
        <w:br/>
        <w:t>f 22523/19588/17715 22389/19455/17593 22525/19592/17719</w:t>
        <w:br/>
        <w:t>f 22522/19589/17716 22523/19588/17715 22525/19592/17719</w:t>
        <w:br/>
        <w:t>f 22537/19602/17728 22387/19452/17590 22390/19456/17594</w:t>
        <w:br/>
        <w:t>f 22349/19415/17556 22537/19602/17728 22390/19456/17594</w:t>
        <w:br/>
        <w:t>f 22199/19265/17413 22589/19655/17777 22198/19264/17412</w:t>
        <w:br/>
        <w:t>f 22389/19455/17593 22593/19659/17781 22390/19456/17594</w:t>
        <w:br/>
        <w:t>f 22596/19661/17782 22595/19662/17783 22049/19116/17277</w:t>
        <w:br/>
        <w:t>f 22100/19167/17320 22096/19165/17318 22138/19205/17357</w:t>
        <w:br/>
        <w:t>f 22135/19202/17354 22100/19167/17320 22138/19205/17357</w:t>
        <w:br/>
        <w:t>f 22156/19225/17374 22157/19224/17374 22152/19221/17371</w:t>
        <w:br/>
        <w:t>f 22153/19220/17371 22156/19225/17374 22152/19221/17371</w:t>
        <w:br/>
        <w:t>f 22494/19560/17693 22491/19556/17690 22492/19555/17689</w:t>
        <w:br/>
        <w:t>f 22493/19561/17694 22494/19560/17693 22492/19555/17689</w:t>
        <w:br/>
        <w:t>f 22489/19558/17691 22490/19557/17691 22598/19663/17784</w:t>
        <w:br/>
        <w:t>f 22597/19664/17784 22489/19558/17691 22598/19663/17784</w:t>
        <w:br/>
        <w:t>f 22053/19119/17280 22039/19105/17268 22000/19069/17232</w:t>
        <w:br/>
        <w:t>f 22001/19068/17231 22053/19119/17280 22000/19069/17232</w:t>
        <w:br/>
        <w:t>f 22098/19163/17316 22102/19170/17323 22103/19169/17322</w:t>
        <w:br/>
        <w:t>f 22097/19164/17317 22098/19163/17316 22103/19169/17322</w:t>
        <w:br/>
        <w:t>f 22007/19074/17237 22039/19105/17268 22053/19119/17280</w:t>
        <w:br/>
        <w:t>f 22352/19418/17558 22225/19290/17438 22226/19292/17440</w:t>
        <w:br/>
        <w:t>f 22356/19422/17562 22352/19418/17558 22226/19292/17440</w:t>
        <w:br/>
        <w:t>f 22416/19482/17618 22417/19481/17617 22407/19472/17609</w:t>
        <w:br/>
        <w:t>f 22408/19471/17608 22416/19482/17618 22407/19472/17609</w:t>
        <w:br/>
        <w:t>f 22202/19267/17415 22224/19291/17439 22201/19268/17416</w:t>
        <w:br/>
        <w:t>f 22392/19459/17597 22415/19483/17619 22391/19460/17598</w:t>
        <w:br/>
        <w:t>f 22190/19259/17407 22191/19258/17406 22352/19418/17558</w:t>
        <w:br/>
        <w:t>f 22407/19472/17609 22382/19449/17587 22383/19448/17586</w:t>
        <w:br/>
        <w:t>f 22047/19113/17274 22596/19661/17782 22004/19071/17234</w:t>
        <w:br/>
        <w:t>f 22132/19198/17350 22101/19166/17319 22100/19167/17320</w:t>
        <w:br/>
        <w:t>f 22136/19201/17353 22132/19198/17350 22100/19167/17320</w:t>
        <w:br/>
        <w:t>f 22135/19202/17354 22138/19205/17357 22599/19665/17785</w:t>
        <w:br/>
        <w:t>f 22051/19118/17279 22048/19114/17275 21997/19065/17228</w:t>
        <w:br/>
        <w:t>f 22094/19160/17313 22137/19203/17355 22141/19206/17358</w:t>
        <w:br/>
        <w:t>f 22086/19152/17306 22057/19124/17285 22056/19121/17282</w:t>
        <w:br/>
        <w:t>f 22052/19117/17278 22086/19152/17306 22056/19121/17282</w:t>
        <w:br/>
        <w:t>f 22086/19152/17306 22037/19104/17267 22041/19108/17270</w:t>
        <w:br/>
        <w:t>f 22057/19124/17285 22086/19152/17306 22041/19108/17270</w:t>
        <w:br/>
        <w:t>f 22164/19230/17378 22140/19207/17359 22143/19209/17361</w:t>
        <w:br/>
        <w:t>f 22146/19211/17363 22164/19230/17378 22143/19209/17361</w:t>
        <w:br/>
        <w:t>f 22134/19199/17351 22130/19195/17348 22164/19230/17378</w:t>
        <w:br/>
        <w:t>f 22146/19211/17363 22134/19199/17351 22164/19230/17378</w:t>
        <w:br/>
        <w:t>f 22600/19666/17245 22060/19126/17287 22041/19108/17270</w:t>
        <w:br/>
        <w:t>f 22042/19107/17246 22600/19666/17245 22041/19108/17270</w:t>
        <w:br/>
        <w:t>f 22601/19667/17786 22133/19200/17352 22134/19199/17351</w:t>
        <w:br/>
        <w:t>f 22148/19214/17366 22601/19667/17786 22134/19199/17351</w:t>
        <w:br/>
        <w:t>f 22049/19116/17277 22002/19067/17230 22004/19071/17234</w:t>
        <w:br/>
        <w:t>f 22596/19661/17782 22049/19116/17277 22004/19071/17234</w:t>
        <w:br/>
        <w:t>f 22217/19283/17431 22184/19248/17396 22205/19270/17418</w:t>
        <w:br/>
        <w:t>f 22372/19436/17576 22409/19475/17612 22396/19461/17599</w:t>
        <w:br/>
        <w:t>f 22439/19505/17641 22602/19668/17787 22438/19506/17642</w:t>
        <w:br/>
        <w:t>f 22250/19317/17465 22603/19669/17788 22176/19239/17387</w:t>
        <w:br/>
        <w:t>f 22603/19669/17788 22175/19240/17388 22176/19239/17387</w:t>
        <w:br/>
        <w:t>f 22578/19644/17765 22605/19670/17789 22604/19671/17790</w:t>
        <w:br/>
        <w:t>f 22439/19505/17641 22592/19658/17780 22602/19668/17787</w:t>
        <w:br/>
        <w:t>f 22607/19672/17791 22606/19673/17792 22451/19518/17654</w:t>
        <w:br/>
        <w:t>f 22550/19615/17465 22314/19383/17526 22548/19614/17740</w:t>
        <w:br/>
        <w:t>f 22558/19624/17749 22507/19572/17702 22560/19625/17642</w:t>
        <w:br/>
        <w:t>f 22559/19626/17750 22581/19647/17768 22557/19623/17748</w:t>
        <w:br/>
        <w:t>f 22325/19391/17532 22326/19390/17531 22549/19616/17741</w:t>
        <w:br/>
        <w:t>f 22561/19627/17751 22247/19312/17460 22257/19323/17471</w:t>
        <w:br/>
        <w:t>f 22561/19627/17751 22252/19320/17468 22247/19312/17460</w:t>
        <w:br/>
        <w:t>f 22252/19320/17468 22608/19674/17793 22246/19313/17461</w:t>
        <w:br/>
        <w:t>f 22252/19320/17468 22246/19313/17461 22247/19312/17460</w:t>
        <w:br/>
        <w:t>f 22323/19388/17529 22610/19675/17794 22609/19676/17794</w:t>
        <w:br/>
        <w:t>f 22322/19389/17530 22323/19388/17529 22609/19676/17794</w:t>
        <w:br/>
        <w:t>f 22612/19677/17795 22611/19678/17796 22513/19580/17707</w:t>
        <w:br/>
        <w:t>f 22514/19579/17707 22612/19677/17795 22513/19580/17707</w:t>
        <w:br/>
        <w:t>f 22476/19539/17673 22459/19526/17662 22475/19540/17674</w:t>
        <w:br/>
        <w:t>f 22268/19336/17484 22271/19337/17485 22587/19652/17773</w:t>
        <w:br/>
        <w:t>f 22585/19649/17770 22253/19319/17467 22254/19318/17466</w:t>
        <w:br/>
        <w:t>f 22564/19628/17752 22585/19649/17770 22254/19318/17466</w:t>
        <w:br/>
        <w:t>f 22262/19327/17475 22604/19671/17790 22613/19679/17797</w:t>
        <w:br/>
        <w:t>f 22261/19328/17476 22262/19327/17475 22613/19679/17797</w:t>
        <w:br/>
        <w:t>f 22254/19318/17466 22252/19320/17468 22561/19627/17751</w:t>
        <w:br/>
        <w:t>f 22563/19629/17753 22254/19318/17466 22561/19627/17751</w:t>
        <w:br/>
        <w:t>f 22261/19328/17476 22613/19679/17797 22562/19630/17754</w:t>
        <w:br/>
        <w:t>f 22563/19629/17753 22261/19328/17476 22562/19630/17754</w:t>
        <w:br/>
        <w:t>f 22578/19644/17765 22604/19671/17790 22262/19327/17475</w:t>
        <w:br/>
        <w:t>f 22608/19674/17793 22252/19320/17468 22253/19319/17467</w:t>
        <w:br/>
        <w:t>f 22583/19651/17772 22608/19674/17793 22253/19319/17467</w:t>
        <w:br/>
        <w:t>f 22615/19680/17798 22614/19681/17799 22569/19636/17760</w:t>
        <w:br/>
        <w:t>f 22570/19635/17759 22615/19680/17798 22569/19636/17760</w:t>
        <w:br/>
        <w:t>f 22614/19681/17799 22607/19672/17791 22452/19517/17653</w:t>
        <w:br/>
        <w:t>f 22569/19636/17760 22614/19681/17799 22452/19517/17653</w:t>
        <w:br/>
        <w:t>f 22588/19654/17775 22615/19680/17798 22570/19635/17759</w:t>
        <w:br/>
        <w:t>f 22582/19648/17769 22588/19654/17775 22570/19635/17759</w:t>
        <w:br/>
        <w:t>f 22582/19648/17769 22437/19502/17638 22443/19508/17644</w:t>
        <w:br/>
        <w:t>f 22452/19517/17653 22607/19672/17791 22451/19518/17654</w:t>
        <w:br/>
        <w:t>f 22436/19503/17639 22442/19509/17645 22443/19508/17644</w:t>
        <w:br/>
        <w:t>f 22437/19502/17638 22436/19503/17639 22443/19508/17644</w:t>
        <w:br/>
        <w:t>f 22447/19513/17649 22434/19501/17637 22568/19634/17758</w:t>
        <w:br/>
        <w:t>f 22434/19501/17637 22437/19502/17638 22568/19634/17758</w:t>
        <w:br/>
        <w:t>f 22618/19682/17495 22617/19683/17500 22616/19684/17800</w:t>
        <w:br/>
        <w:t>f 22617/19683/17500 22619/19685/17801 22616/19684/17800</w:t>
        <w:br/>
        <w:t>f 22622/19686/17802 22621/19687/17803 22620/19688/17804</w:t>
        <w:br/>
        <w:t>f 22625/19689/17805 22624/19690/17806 22623/19691/17807</w:t>
        <w:br/>
        <w:t>f 22629/19692/17808 22628/19693/17809 22627/19694/17810</w:t>
        <w:br/>
        <w:t>f 22626/19695/17811 22629/19692/17808 22627/19694/17810</w:t>
        <w:br/>
        <w:t>f 22631/19696/17812 22629/19692/17808 22626/19695/17811</w:t>
        <w:br/>
        <w:t>f 22630/19697/17813 22631/19696/17812 22626/19695/17811</w:t>
        <w:br/>
        <w:t>f 22635/19698/17814 22634/19699/17815 22633/19700/17816</w:t>
        <w:br/>
        <w:t>f 22632/19701/17817 22635/19698/17814 22633/19700/17816</w:t>
        <w:br/>
        <w:t>f 22637/19702/17818 22635/19698/17814 22632/19701/17817</w:t>
        <w:br/>
        <w:t>f 22636/19703/17819 22637/19702/17818 22632/19701/17817</w:t>
        <w:br/>
        <w:t>f 22640/19704/17820 22639/19705/17821 22638/19706/17822</w:t>
        <w:br/>
        <w:t>f 22643/19707/17823 22642/19708/17824 22641/19709/17825</w:t>
        <w:br/>
        <w:t>f 22644/19710/17826 22643/19707/17823 22641/19709/17825</w:t>
        <w:br/>
        <w:t>f 22648/19711/17827 22647/19712/17828 22646/19713/17829</w:t>
        <w:br/>
        <w:t>f 22645/19714/17830 22648/19711/17827 22646/19713/17829</w:t>
        <w:br/>
        <w:t>f 22650/19715/17831 22649/19716/17832 22647/19712/17828</w:t>
        <w:br/>
        <w:t>f 22648/19711/17827 22650/19715/17831 22647/19712/17828</w:t>
        <w:br/>
        <w:t>f 22640/19704/17820 22638/19706/17822 22651/19717/17833</w:t>
        <w:br/>
        <w:t>f 22652/19718/17834 22640/19704/17820 22651/19717/17833</w:t>
        <w:br/>
        <w:t>f 22656/19719/17835 22655/19720/17836 22654/19721/17837</w:t>
        <w:br/>
        <w:t>f 22653/19722/17838 22656/19719/17835 22654/19721/17837</w:t>
        <w:br/>
        <w:t>f 22646/19713/17829 22656/19719/17835 22653/19722/17838</w:t>
        <w:br/>
        <w:t>f 22645/19714/17830 22646/19713/17829 22653/19722/17838</w:t>
        <w:br/>
        <w:t>f 22649/19716/17832 22650/19715/17831 22652/19718/17834</w:t>
        <w:br/>
        <w:t>f 22651/19717/17833 22649/19716/17832 22652/19718/17834</w:t>
        <w:br/>
        <w:t>f 22659/19723/17839 22658/19724/17840 22657/19725/17841</w:t>
        <w:br/>
        <w:t>f 22660/19726/17842 22659/19723/17839 22657/19725/17841</w:t>
        <w:br/>
        <w:t>f 22658/19724/17840 22662/19727/17843 22661/19728/17844</w:t>
        <w:br/>
        <w:t>f 22657/19725/17841 22658/19724/17840 22661/19728/17844</w:t>
        <w:br/>
        <w:t>f 22639/19705/17821 22640/19704/17820 22622/19686/17802</w:t>
        <w:br/>
        <w:t>f 22620/19688/17804 22639/19705/17821 22622/19686/17802</w:t>
        <w:br/>
        <w:t>f 22620/19688/17804 22664/19729/17845 22663/19730/17846</w:t>
        <w:br/>
        <w:t>f 22639/19705/17821 22620/19688/17804 22663/19730/17846</w:t>
        <w:br/>
        <w:t>f 22657/19725/17841 22661/19728/17844 22632/19701/17817</w:t>
        <w:br/>
        <w:t>f 22633/19700/17816 22657/19725/17841 22632/19701/17817</w:t>
        <w:br/>
        <w:t>f 22665/19731/17847 22660/19726/17842 22657/19725/17841</w:t>
        <w:br/>
        <w:t>f 22633/19700/17816 22665/19731/17847 22657/19725/17841</w:t>
        <w:br/>
        <w:t>f 22665/19731/17847 22628/19693/17809 22654/19721/17837</w:t>
        <w:br/>
        <w:t>f 22660/19726/17842 22665/19731/17847 22654/19721/17837</w:t>
        <w:br/>
        <w:t>f 22645/19714/17830 22653/19722/17838 22629/19692/17808</w:t>
        <w:br/>
        <w:t>f 22631/19696/17812 22645/19714/17830 22629/19692/17808</w:t>
        <w:br/>
        <w:t>f 22666/19732/17848 22648/19711/17827 22645/19714/17830</w:t>
        <w:br/>
        <w:t>f 22631/19696/17812 22666/19732/17848 22645/19714/17830</w:t>
        <w:br/>
        <w:t>f 22624/19690/17806 22650/19715/17831 22648/19711/17827</w:t>
        <w:br/>
        <w:t>f 22666/19732/17848 22624/19690/17806 22648/19711/17827</w:t>
        <w:br/>
        <w:t>f 22625/19689/17805 22652/19718/17834 22650/19715/17831</w:t>
        <w:br/>
        <w:t>f 22624/19690/17806 22625/19689/17805 22650/19715/17831</w:t>
        <w:br/>
        <w:t>f 22652/19718/17834 22625/19689/17805 22622/19686/17802</w:t>
        <w:br/>
        <w:t>f 22640/19704/17820 22652/19718/17834 22622/19686/17802</w:t>
        <w:br/>
        <w:t>f 22668/19733/17823 22663/19730/17846 22664/19729/17845</w:t>
        <w:br/>
        <w:t>f 22667/19734/17849 22668/19733/17823 22664/19729/17845</w:t>
        <w:br/>
        <w:t>f 22671/19735/17821 22670/19736/17846 22669/19737/17850</w:t>
        <w:br/>
        <w:t>f 22672/19738/17851 22671/19735/17821 22669/19737/17850</w:t>
        <w:br/>
        <w:t>f 22666/19732/17848 22631/19696/17812 22630/19697/17813</w:t>
        <w:br/>
        <w:t>f 22673/19739/17852 22666/19732/17848 22630/19697/17813</w:t>
        <w:br/>
        <w:t>f 22674/19740/17853 22624/19690/17806 22666/19732/17848</w:t>
        <w:br/>
        <w:t>f 22673/19739/17852 22674/19740/17853 22666/19732/17848</w:t>
        <w:br/>
        <w:t>f 22676/19741/17854 22675/19742/17855 22626/19695/17811</w:t>
        <w:br/>
        <w:t>f 22627/19694/17810 22676/19741/17854 22626/19695/17811</w:t>
        <w:br/>
        <w:t>f 22624/19690/17806 22678/19743/17856 22677/19744/17857</w:t>
        <w:br/>
        <w:t>f 22623/19691/17807 22624/19690/17806 22677/19744/17857</w:t>
        <w:br/>
        <w:t>f 22679/19745/17858 22633/19700/17816 22634/19699/17815</w:t>
        <w:br/>
        <w:t>f 22680/19746/17859 22679/19745/17858 22634/19699/17815</w:t>
        <w:br/>
        <w:t>f 22670/19736/17846 22643/19707/17823 22644/19710/17826</w:t>
        <w:br/>
        <w:t>f 22669/19737/17850 22670/19736/17846 22644/19710/17826</w:t>
        <w:br/>
        <w:t>f 22678/19743/17856 22682/19747/17860 22681/19748/17861</w:t>
        <w:br/>
        <w:t>f 22677/19744/17857 22678/19743/17856 22681/19748/17861</w:t>
        <w:br/>
        <w:t>f 22684/19749/17862 22681/19748/17861 22683/19750/17863</w:t>
        <w:br/>
        <w:t>f 22685/19751/17864 22684/19749/17862 22683/19750/17863</w:t>
        <w:br/>
        <w:t>f 22684/19749/17862 22685/19751/17864 22686/19752/17865</w:t>
        <w:br/>
        <w:t>f 22667/19734/17849 22684/19749/17862 22686/19752/17865</w:t>
        <w:br/>
        <w:t>f 22627/19694/17810 22679/19745/17858 22680/19746/17859</w:t>
        <w:br/>
        <w:t>f 22676/19741/17854 22627/19694/17810 22680/19746/17859</w:t>
        <w:br/>
        <w:t>f 22687/19753/17866 22683/19750/17863 22681/19748/17861</w:t>
        <w:br/>
        <w:t>f 22682/19747/17860 22687/19753/17866 22681/19748/17861</w:t>
        <w:br/>
        <w:t>f 22632/19701/17817 22661/19728/17844 22688/19754/17867</w:t>
        <w:br/>
        <w:t>f 22636/19703/17819 22632/19701/17817 22688/19754/17867</w:t>
        <w:br/>
        <w:t>f 22692/19755/17868 22691/19756/17868 22690/19757/17869</w:t>
        <w:br/>
        <w:t>f 22689/19758/17869 22692/19755/17868 22690/19757/17869</w:t>
        <w:br/>
        <w:t>f 22696/19759/17870 22695/19760/17871 22694/19761/17872</w:t>
        <w:br/>
        <w:t>f 22693/19762/17873 22696/19759/17870 22694/19761/17872</w:t>
        <w:br/>
        <w:t>f 22700/19763/17874 22699/19764/17874 22698/19765/17875</w:t>
        <w:br/>
        <w:t>f 22697/19766/17875 22700/19763/17874 22698/19765/17875</w:t>
        <w:br/>
        <w:t>f 22702/19767/17876 22701/19768/17877 22699/19764/17874</w:t>
        <w:br/>
        <w:t>f 22700/19763/17874 22702/19767/17876 22699/19764/17874</w:t>
        <w:br/>
        <w:t>f 22706/19769/17878 22705/19770/17879 22704/19771/17879</w:t>
        <w:br/>
        <w:t>f 22703/19772/17880 22706/19769/17878 22704/19771/17879</w:t>
        <w:br/>
        <w:t>f 22705/19770/17879 22708/19773/17881 22707/19774/17881</w:t>
        <w:br/>
        <w:t>f 22704/19771/17879 22705/19770/17879 22707/19774/17881</w:t>
        <w:br/>
        <w:t>f 22709/19775/17882 22691/19756/17868 22692/19755/17868</w:t>
        <w:br/>
        <w:t>f 22662/19727/17843 22658/19724/17840 22711/19776/17883</w:t>
        <w:br/>
        <w:t>f 22710/19777/17884 22662/19727/17843 22711/19776/17883</w:t>
        <w:br/>
        <w:t>f 22661/19728/17844 22662/19727/17843 22710/19777/17884</w:t>
        <w:br/>
        <w:t>f 22688/19754/17867 22661/19728/17844 22710/19777/17884</w:t>
        <w:br/>
        <w:t>f 22625/19689/17805 22623/19691/17807 22621/19687/17803</w:t>
        <w:br/>
        <w:t>f 22622/19686/17802 22625/19689/17805 22621/19687/17803</w:t>
        <w:br/>
        <w:t>f 22677/19744/17857 22712/19778/17885 22621/19687/17803</w:t>
        <w:br/>
        <w:t>f 22623/19691/17807 22677/19744/17857 22621/19687/17803</w:t>
        <w:br/>
        <w:t>f 22621/19687/17803 22712/19778/17885 22664/19729/17845</w:t>
        <w:br/>
        <w:t>f 22620/19688/17804 22621/19687/17803 22664/19729/17845</w:t>
        <w:br/>
        <w:t>f 22655/19720/17836 22713/19779/17886 22660/19726/17842</w:t>
        <w:br/>
        <w:t>f 22654/19721/17837 22655/19720/17836 22660/19726/17842</w:t>
        <w:br/>
        <w:t>f 22628/19693/17809 22629/19692/17808 22653/19722/17838</w:t>
        <w:br/>
        <w:t>f 22654/19721/17837 22628/19693/17809 22653/19722/17838</w:t>
        <w:br/>
        <w:t>f 22715/19780/17887 22714/19781/17887 22695/19760/17871</w:t>
        <w:br/>
        <w:t>f 22696/19759/17870 22715/19780/17887 22695/19760/17871</w:t>
        <w:br/>
        <w:t>f 22718/19782/17888 22717/19783/17889 22716/19784/17890</w:t>
        <w:br/>
        <w:t>f 22721/19785/17891 22720/19786/17892 22719/19787/17893</w:t>
        <w:br/>
        <w:t>f 22725/19788/17894 22724/19789/17895 22723/19790/17896</w:t>
        <w:br/>
        <w:t>f 22722/19791/17897 22725/19788/17894 22723/19790/17896</w:t>
        <w:br/>
        <w:t>f 22727/19792/17898 22726/19793/17899 22724/19789/17895</w:t>
        <w:br/>
        <w:t>f 22725/19788/17894 22727/19792/17898 22724/19789/17895</w:t>
        <w:br/>
        <w:t>f 22730/19794/17900 22729/19795/17901 22728/19796/17902</w:t>
        <w:br/>
        <w:t>f 22732/19797/17903 22731/19798/17904 22730/19794/17900</w:t>
        <w:br/>
        <w:t>f 22733/19799/17905 22732/19797/17903 22730/19794/17900</w:t>
        <w:br/>
        <w:t>f 22637/19702/17818 22636/19703/17819 22731/19798/17904</w:t>
        <w:br/>
        <w:t>f 22732/19797/17903 22637/19702/17818 22731/19798/17904</w:t>
        <w:br/>
        <w:t>f 22736/19800/17906 22735/19801/17907 22734/19802/17908</w:t>
        <w:br/>
        <w:t>f 22740/19803/17909 22739/19804/17910 22738/19805/17911</w:t>
        <w:br/>
        <w:t>f 22737/19806/17912 22740/19803/17909 22738/19805/17911</w:t>
        <w:br/>
        <w:t>f 22742/19807/17913 22740/19803/17909 22737/19806/17912</w:t>
        <w:br/>
        <w:t>f 22741/19808/17914 22742/19807/17913 22737/19806/17912</w:t>
        <w:br/>
        <w:t>f 22736/19800/17906 22744/19809/17915 22743/19810/17916</w:t>
        <w:br/>
        <w:t>f 22735/19801/17907 22736/19800/17906 22743/19810/17916</w:t>
        <w:br/>
        <w:t>f 22748/19811/17917 22747/19812/17918 22746/19813/17919</w:t>
        <w:br/>
        <w:t>f 22745/19814/17920 22748/19811/17917 22746/19813/17919</w:t>
        <w:br/>
        <w:t>f 22747/19812/17918 22748/19811/17917 22738/19805/17911</w:t>
        <w:br/>
        <w:t>f 22739/19804/17910 22747/19812/17918 22738/19805/17911</w:t>
        <w:br/>
        <w:t>f 22744/19809/17915 22742/19807/17913 22741/19808/17914</w:t>
        <w:br/>
        <w:t>f 22743/19810/17916 22744/19809/17915 22741/19808/17914</w:t>
        <w:br/>
        <w:t>f 22751/19815/17921 22750/19816/17922 22749/19817/17923</w:t>
        <w:br/>
        <w:t>f 22752/19818/17924 22751/19815/17921 22749/19817/17923</w:t>
        <w:br/>
        <w:t>f 22754/19819/17925 22753/19820/17926 22750/19816/17922</w:t>
        <w:br/>
        <w:t>f 22751/19815/17921 22754/19819/17925 22750/19816/17922</w:t>
        <w:br/>
        <w:t>f 22718/19782/17888 22736/19800/17906 22734/19802/17908</w:t>
        <w:br/>
        <w:t>f 22717/19783/17889 22718/19782/17888 22734/19802/17908</w:t>
        <w:br/>
        <w:t>f 22756/19821/17850 22755/19822/17927 22717/19783/17889</w:t>
        <w:br/>
        <w:t>f 22757/19823/17851 22756/19821/17850 22717/19783/17889</w:t>
        <w:br/>
        <w:t>f 22731/19798/17904 22754/19819/17925 22751/19815/17921</w:t>
        <w:br/>
        <w:t>f 22730/19794/17900 22731/19798/17904 22751/19815/17921</w:t>
        <w:br/>
        <w:t>f 22729/19795/17901 22730/19794/17900 22751/19815/17921</w:t>
        <w:br/>
        <w:t>f 22752/19818/17924 22729/19795/17901 22751/19815/17921</w:t>
        <w:br/>
        <w:t>f 22729/19795/17901 22752/19818/17924 22746/19813/17919</w:t>
        <w:br/>
        <w:t>f 22722/19791/17897 22729/19795/17901 22746/19813/17919</w:t>
        <w:br/>
        <w:t>f 22725/19788/17894 22747/19812/17918 22739/19804/17910</w:t>
        <w:br/>
        <w:t>f 22727/19792/17898 22725/19788/17894 22739/19804/17910</w:t>
        <w:br/>
        <w:t>f 22758/19824/17928 22727/19792/17898 22739/19804/17910</w:t>
        <w:br/>
        <w:t>f 22740/19803/17909 22758/19824/17928 22739/19804/17910</w:t>
        <w:br/>
        <w:t>f 22719/19787/17893 22758/19824/17928 22740/19803/17909</w:t>
        <w:br/>
        <w:t>f 22742/19807/17913 22719/19787/17893 22740/19803/17909</w:t>
        <w:br/>
        <w:t>f 22721/19785/17891 22719/19787/17893 22742/19807/17913</w:t>
        <w:br/>
        <w:t>f 22744/19809/17915 22721/19785/17891 22742/19807/17913</w:t>
        <w:br/>
        <w:t>f 22744/19809/17915 22736/19800/17906 22718/19782/17888</w:t>
        <w:br/>
        <w:t>f 22721/19785/17891 22744/19809/17915 22718/19782/17888</w:t>
        <w:br/>
        <w:t>f 22755/19822/17927 22756/19821/17850 22760/19825/17826</w:t>
        <w:br/>
        <w:t>f 22759/19826/17929 22755/19822/17927 22760/19825/17826</w:t>
        <w:br/>
        <w:t>f 22762/19827/17930 22761/19828/17931 22726/19793/17899</w:t>
        <w:br/>
        <w:t>f 22763/19829/17932 22762/19827/17930 22758/19824/17928</w:t>
        <w:br/>
        <w:t>f 22719/19787/17893 22763/19829/17932 22758/19824/17928</w:t>
        <w:br/>
        <w:t>f 22724/19789/17895 22765/19830/17933 22764/19831/17934</w:t>
        <w:br/>
        <w:t>f 22723/19790/17896 22724/19789/17895 22764/19831/17934</w:t>
        <w:br/>
        <w:t>f 22767/19832/17935 22766/19833/17936 22719/19787/17893</w:t>
        <w:br/>
        <w:t>f 22720/19786/17892 22767/19832/17935 22719/19787/17893</w:t>
        <w:br/>
        <w:t>f 22728/19796/17902 22768/19834/17937 22733/19799/17905</w:t>
        <w:br/>
        <w:t>f 22730/19794/17900 22728/19796/17902 22733/19799/17905</w:t>
        <w:br/>
        <w:t>f 22766/19833/17936 22767/19832/17935 22769/19835/17938</w:t>
        <w:br/>
        <w:t>f 22770/19836/17939 22766/19833/17936 22769/19835/17938</w:t>
        <w:br/>
        <w:t>f 22772/19837/17940 22769/19835/17938 22771/19838/17941</w:t>
        <w:br/>
        <w:t>f 22773/19839/17942 22772/19837/17940 22771/19838/17941</w:t>
        <w:br/>
        <w:t>f 22774/19840/17943 22773/19839/17942 22771/19838/17941</w:t>
        <w:br/>
        <w:t>f 22759/19826/17929 22774/19840/17943 22771/19838/17941</w:t>
        <w:br/>
        <w:t>f 22768/19834/17937 22728/19796/17902 22723/19790/17896</w:t>
        <w:br/>
        <w:t>f 22764/19831/17934 22768/19834/17937 22723/19790/17896</w:t>
        <w:br/>
        <w:t>f 22775/19841/17944 22770/19836/17939 22769/19835/17938</w:t>
        <w:br/>
        <w:t>f 22772/19837/17940 22775/19841/17944 22769/19835/17938</w:t>
        <w:br/>
        <w:t>f 22731/19798/17904 22636/19703/17819 22688/19754/17867</w:t>
        <w:br/>
        <w:t>f 22754/19819/17925 22731/19798/17904 22688/19754/17867</w:t>
        <w:br/>
        <w:t>f 22689/19758/17869 22690/19757/17869 22777/19842/17945</w:t>
        <w:br/>
        <w:t>f 22776/19843/17945 22689/19758/17869 22777/19842/17945</w:t>
        <w:br/>
        <w:t>f 22776/19843/17945 22777/19842/17945 22714/19781/17887</w:t>
        <w:br/>
        <w:t>f 22715/19780/17887 22776/19843/17945 22714/19781/17887</w:t>
        <w:br/>
        <w:t>f 22781/19844/17946 22780/19845/17947 22779/19846/17947</w:t>
        <w:br/>
        <w:t>f 22778/19847/17946 22781/19844/17946 22779/19846/17947</w:t>
        <w:br/>
        <w:t>f 22785/19848/17948 22784/19849/17949 22783/19850/17949</w:t>
        <w:br/>
        <w:t>f 22782/19851/17950 22785/19848/17948 22783/19850/17949</w:t>
        <w:br/>
        <w:t>f 22785/19848/17948 22782/19851/17950 22701/19768/17877</w:t>
        <w:br/>
        <w:t>f 22702/19767/17876 22785/19848/17948 22701/19768/17877</w:t>
        <w:br/>
        <w:t>f 22788/19852/17951 22787/19853/17952 22786/19854/17952</w:t>
        <w:br/>
        <w:t>f 22789/19855/17951 22788/19852/17951 22786/19854/17952</w:t>
        <w:br/>
        <w:t>f 22753/19820/17926 22710/19777/17884 22711/19776/17883</w:t>
        <w:br/>
        <w:t>f 22750/19816/17922 22753/19820/17926 22711/19776/17883</w:t>
        <w:br/>
        <w:t>f 22710/19777/17884 22753/19820/17926 22754/19819/17925</w:t>
        <w:br/>
        <w:t>f 22688/19754/17867 22710/19777/17884 22754/19819/17925</w:t>
        <w:br/>
        <w:t>f 22721/19785/17891 22718/19782/17888 22716/19784/17890</w:t>
        <w:br/>
        <w:t>f 22720/19786/17892 22721/19785/17891 22716/19784/17890</w:t>
        <w:br/>
        <w:t>f 22787/19853/17952 22707/19774/17881 22708/19773/17881</w:t>
        <w:br/>
        <w:t>f 22786/19854/17952 22787/19853/17952 22708/19773/17881</w:t>
        <w:br/>
        <w:t>f 22716/19784/17890 22790/19856/17953 22767/19832/17935</w:t>
        <w:br/>
        <w:t>f 22720/19786/17892 22716/19784/17890 22767/19832/17935</w:t>
        <w:br/>
        <w:t>f 22745/19814/17920 22746/19813/17919 22752/19818/17924</w:t>
        <w:br/>
        <w:t>f 22791/19857/17954 22745/19814/17920 22752/19818/17924</w:t>
        <w:br/>
        <w:t>f 22722/19791/17897 22746/19813/17919 22747/19812/17918</w:t>
        <w:br/>
        <w:t>f 22725/19788/17894 22722/19791/17897 22747/19812/17918</w:t>
        <w:br/>
        <w:t>f 22755/19822/17927 22790/19856/17953 22716/19784/17890</w:t>
        <w:br/>
        <w:t>f 22717/19783/17889 22755/19822/17927 22716/19784/17890</w:t>
        <w:br/>
        <w:t>f 22795/19858/17955 22794/19859/17956 22793/19860/17957</w:t>
        <w:br/>
        <w:t>f 22792/19861/17958 22795/19858/17955 22793/19860/17957</w:t>
        <w:br/>
        <w:t>f 22798/19862/17959 22797/19863/17960 22792/19861/17958</w:t>
        <w:br/>
        <w:t>f 22796/19864/17961 22798/19862/17959 22792/19861/17958</w:t>
        <w:br/>
        <w:t>f 22802/19865/17962 22801/19866/17963 22800/19867/17964</w:t>
        <w:br/>
        <w:t>f 22799/19868/17965 22802/19865/17962 22800/19867/17964</w:t>
        <w:br/>
        <w:t>f 22797/19863/17960 22804/19869/17966 22803/19870/17967</w:t>
        <w:br/>
        <w:t>f 22805/19871/17968 22797/19863/17960 22803/19870/17967</w:t>
        <w:br/>
        <w:t>f 22805/19871/17968 22803/19870/17967 22806/19872/17969</w:t>
        <w:br/>
        <w:t>f 22807/19873/17970 22805/19871/17968 22806/19872/17969</w:t>
        <w:br/>
        <w:t>f 22810/19874/17971 22809/19875/17972 22808/19876/17973</w:t>
        <w:br/>
        <w:t>f 22812/19877/17974 22809/19875/17972 22810/19874/17971</w:t>
        <w:br/>
        <w:t>f 22811/19878/17975 22812/19877/17974 22810/19874/17971</w:t>
        <w:br/>
        <w:t>f 22804/19869/17966 22814/19879/17976 22813/19880/17977</w:t>
        <w:br/>
        <w:t>f 22803/19870/17967 22804/19869/17966 22813/19880/17977</w:t>
        <w:br/>
        <w:t>f 22809/19875/17972 22812/19877/17974 22798/19862/17959</w:t>
        <w:br/>
        <w:t>f 22815/19881/17978 22809/19875/17972 22798/19862/17959</w:t>
        <w:br/>
        <w:t>f 22797/19863/17960 22798/19862/17959 22812/19877/17974</w:t>
        <w:br/>
        <w:t>f 22804/19869/17966 22797/19863/17960 22812/19877/17974</w:t>
        <w:br/>
        <w:t>f 22814/19879/17976 22804/19869/17966 22812/19877/17974</w:t>
        <w:br/>
        <w:t>f 22811/19878/17975 22814/19879/17976 22812/19877/17974</w:t>
        <w:br/>
        <w:t>f 22819/19882/17979 22818/19883/17980 22817/19884/17981</w:t>
        <w:br/>
        <w:t>f 22816/19885/17982 22819/19882/17979 22817/19884/17981</w:t>
        <w:br/>
        <w:t>f 22823/19886/17983 22822/19887/17984 22821/19888/17985</w:t>
        <w:br/>
        <w:t>f 22820/19889/17986 22823/19886/17983 22821/19888/17985</w:t>
        <w:br/>
        <w:t>f 22824/19890/17987 22822/19887/17984 22823/19886/17983</w:t>
        <w:br/>
        <w:t>f 22822/19887/17984 22824/19890/17987 22825/19891/17988</w:t>
        <w:br/>
        <w:t>f 22829/19892/17989 22828/19893/17990 22827/19894/17991</w:t>
        <w:br/>
        <w:t>f 22826/19895/17992 22829/19892/17989 22827/19894/17991</w:t>
        <w:br/>
        <w:t>f 22831/19896/17993 22830/19897/17994 22811/19878/17975</w:t>
        <w:br/>
        <w:t>f 22810/19874/17971 22831/19896/17993 22811/19878/17975</w:t>
        <w:br/>
        <w:t>f 22814/19879/17976 22811/19878/17975 22832/19898/17995</w:t>
        <w:br/>
        <w:t>f 22814/19879/17976 22832/19898/17995 22833/19899/17996</w:t>
        <w:br/>
        <w:t>f 22813/19880/17977 22814/19879/17976 22833/19899/17996</w:t>
        <w:br/>
        <w:t>f 22835/19900/17997 22834/19901/17998 22813/19880/17977</w:t>
        <w:br/>
        <w:t>f 22833/19899/17996 22835/19900/17997 22813/19880/17977</w:t>
        <w:br/>
        <w:t>f 22839/19902/17999 22838/19903/18000 22837/19904/18001</w:t>
        <w:br/>
        <w:t>f 22836/19905/18002 22839/19902/17999 22837/19904/18001</w:t>
        <w:br/>
        <w:t>f 22842/19906/18003 22841/19907/18004 22840/19908/18005</w:t>
        <w:br/>
        <w:t>f 22836/19905/18002 22842/19906/18003 22840/19908/18005</w:t>
        <w:br/>
        <w:t>f 22829/19892/17989 22843/19909/18006 22810/19874/17971</w:t>
        <w:br/>
        <w:t>f 22828/19893/17990 22829/19892/17989 22810/19874/17971</w:t>
        <w:br/>
        <w:t>f 22799/19868/17965 22800/19867/17964 22796/19864/17961</w:t>
        <w:br/>
        <w:t>f 22844/19910/18007 22799/19868/17965 22796/19864/17961</w:t>
        <w:br/>
        <w:t>f 22847/19911/18008 22846/19912/18009 22845/19913/18010</w:t>
        <w:br/>
        <w:t>f 22848/19914/18011 22847/19911/18008 22845/19913/18010</w:t>
        <w:br/>
        <w:t>f 22849/19915/18012 22839/19902/17999 22836/19905/18002</w:t>
        <w:br/>
        <w:t>f 22840/19908/18005 22849/19915/18012 22836/19905/18002</w:t>
        <w:br/>
        <w:t>f 22851/19916/18013 22827/19894/17991 22850/19917/18014</w:t>
        <w:br/>
        <w:t>f 22852/19918/18015 22851/19916/18013 22850/19917/18014</w:t>
        <w:br/>
        <w:t>f 22855/19919/18016 22854/19920/18017 22848/19914/18011</w:t>
        <w:br/>
        <w:t>f 22853/19921/18018 22855/19919/18016 22848/19914/18011</w:t>
        <w:br/>
        <w:t>f 22858/19922/18019 22857/19923/18020 22856/19924/18021</w:t>
        <w:br/>
        <w:t>f 22845/19913/18010 22858/19922/18019 22856/19924/18021</w:t>
        <w:br/>
        <w:t>f 22856/19924/18021 22819/19882/17979 22859/19925/18022</w:t>
        <w:br/>
        <w:t>f 22853/19921/18018 22856/19924/18021 22859/19925/18022</w:t>
        <w:br/>
        <w:t>f 22816/19885/17982 22817/19884/17981 22861/19926/18023</w:t>
        <w:br/>
        <w:t>f 22860/19927/18024 22816/19885/17982 22861/19926/18023</w:t>
        <w:br/>
        <w:t>f 22836/19905/18002 22837/19904/18001 22862/19928/18025</w:t>
        <w:br/>
        <w:t>f 22842/19906/18003 22836/19905/18002 22862/19928/18025</w:t>
        <w:br/>
        <w:t>f 22863/19929/18026 22847/19911/18008 22848/19914/18011</w:t>
        <w:br/>
        <w:t>f 22854/19920/18017 22863/19929/18026 22848/19914/18011</w:t>
        <w:br/>
        <w:t>f 22807/19873/17970 22864/19930/18027 22795/19858/17955</w:t>
        <w:br/>
        <w:t>f 22805/19871/17968 22807/19873/17970 22795/19858/17955</w:t>
        <w:br/>
        <w:t>f 22834/19901/17998 22806/19872/17969 22803/19870/17967</w:t>
        <w:br/>
        <w:t>f 22813/19880/17977 22834/19901/17998 22803/19870/17967</w:t>
        <w:br/>
        <w:t>f 22866/19931/18028 22865/19932/18029 22846/19912/18009</w:t>
        <w:br/>
        <w:t>f 22847/19911/18008 22866/19931/18028 22846/19912/18009</w:t>
        <w:br/>
        <w:t>f 22847/19911/18008 22863/19929/18026 22867/19933/18030</w:t>
        <w:br/>
        <w:t>f 22866/19931/18028 22847/19911/18008 22867/19933/18030</w:t>
        <w:br/>
        <w:t>f 22870/19934/18031 22869/19935/18032 22868/19936/18033</w:t>
        <w:br/>
        <w:t>f 22871/19937/18034 22870/19934/18031 22868/19936/18033</w:t>
        <w:br/>
        <w:t>f 22871/19937/18034 22873/19938/18035 22872/19939/18036</w:t>
        <w:br/>
        <w:t>f 22870/19934/18031 22871/19937/18034 22872/19939/18036</w:t>
        <w:br/>
        <w:t>f 22869/19935/18032 22875/19940/18037 22874/19941/18038</w:t>
        <w:br/>
        <w:t>f 22868/19936/18033 22869/19935/18032 22874/19941/18038</w:t>
        <w:br/>
        <w:t>f 22877/19942/18039 22802/19865/17962 22876/19943/18040</w:t>
        <w:br/>
        <w:t>f 22880/19944/18041 22879/19945/18042 22878/19946/18043</w:t>
        <w:br/>
        <w:t>f 22882/19947/18044 22881/19948/18045 22869/19935/18032</w:t>
        <w:br/>
        <w:t>f 22870/19934/18031 22882/19947/18044 22869/19935/18032</w:t>
        <w:br/>
        <w:t>f 22883/19949/18046 22882/19947/18044 22870/19934/18031</w:t>
        <w:br/>
        <w:t>f 22872/19939/18036 22883/19949/18046 22870/19934/18031</w:t>
        <w:br/>
        <w:t>f 22886/19950/18047 22883/19949/18046 22885/19951/18048</w:t>
        <w:br/>
        <w:t>f 22884/19952/18049 22886/19950/18047 22885/19951/18048</w:t>
        <w:br/>
        <w:t>f 22884/19952/18049 22885/19951/18048 22888/19953/18050</w:t>
        <w:br/>
        <w:t>f 22887/19954/18051 22884/19952/18049 22888/19953/18050</w:t>
        <w:br/>
        <w:t>f 22875/19940/18037 22869/19935/18032 22881/19948/18045</w:t>
        <w:br/>
        <w:t>f 22889/19955/18052 22875/19940/18037 22881/19948/18045</w:t>
        <w:br/>
        <w:t>f 22893/19956/18053 22892/19957/18054 22891/19958/18055</w:t>
        <w:br/>
        <w:t>f 22890/19959/18056 22893/19956/18053 22891/19958/18055</w:t>
        <w:br/>
        <w:t>f 22896/19960/18057 22895/19961/18058 22894/19962/18059</w:t>
        <w:br/>
        <w:t>f 22890/19959/18056 22891/19958/18055 22894/19962/18059</w:t>
        <w:br/>
        <w:t>f 22897/19963/18060 22890/19959/18056 22894/19962/18059</w:t>
        <w:br/>
        <w:t>f 22901/19964/18061 22900/19965/18062 22899/19966/18063</w:t>
        <w:br/>
        <w:t>f 22898/19967/18064 22901/19964/18061 22899/19966/18063</w:t>
        <w:br/>
        <w:t>f 22905/19968/18065 22904/19969/18066 22903/19970/18067</w:t>
        <w:br/>
        <w:t>f 22902/19971/18065 22905/19968/18065 22903/19970/18067</w:t>
        <w:br/>
        <w:t>f 22907/19972/18068 22905/19968/18065 22902/19971/18065</w:t>
        <w:br/>
        <w:t>f 22906/19973/18068 22907/19972/18068 22902/19971/18065</w:t>
        <w:br/>
        <w:t>f 22911/19974/18069 22910/19975/18070 22909/19976/18070</w:t>
        <w:br/>
        <w:t>f 22908/19977/18071 22911/19974/18069 22909/19976/18070</w:t>
        <w:br/>
        <w:t>f 22910/19975/18070 22907/19972/18068 22906/19973/18068</w:t>
        <w:br/>
        <w:t>f 22909/19976/18070 22910/19975/18070 22906/19973/18068</w:t>
        <w:br/>
        <w:t>f 22904/19969/18066 22913/19978/18072 22912/19979/18072</w:t>
        <w:br/>
        <w:t>f 22903/19970/18067 22904/19969/18066 22912/19979/18072</w:t>
        <w:br/>
        <w:t>f 22908/19977/18071 22915/19980/18073 22914/19981/18074</w:t>
        <w:br/>
        <w:t>f 22911/19974/18069 22908/19977/18071 22914/19981/18074</w:t>
        <w:br/>
        <w:t>f 22896/19960/18057 22917/19982/18075 22916/19983/18076</w:t>
        <w:br/>
        <w:t>f 22895/19961/18058 22896/19960/18057 22916/19983/18076</w:t>
        <w:br/>
        <w:t>f 22921/19984/18077 22920/19985/18078 22919/19986/18079</w:t>
        <w:br/>
        <w:t>f 22918/19987/18080 22921/19984/18077 22919/19986/18079</w:t>
        <w:br/>
        <w:t>f 22920/19985/18078 22923/19988/18081 22922/19989/18082</w:t>
        <w:br/>
        <w:t>f 22919/19986/18079 22920/19985/18078 22922/19989/18082</w:t>
        <w:br/>
        <w:t>f 22896/19960/18057 22894/19962/18059 22924/19990/18083</w:t>
        <w:br/>
        <w:t>f 22894/19962/18059 22891/19958/18055 22925/19991/18084</w:t>
        <w:br/>
        <w:t>f 22924/19990/18083 22894/19962/18059 22925/19991/18084</w:t>
        <w:br/>
        <w:t>f 22917/19982/18075 22896/19960/18057 22927/19992/18085</w:t>
        <w:br/>
        <w:t>f 22926/19993/18086 22917/19982/18075 22927/19992/18085</w:t>
        <w:br/>
        <w:t>f 22929/19994/18087 22928/19995/18088 22921/19984/18077</w:t>
        <w:br/>
        <w:t>f 22918/19987/18080 22929/19994/18087 22921/19984/18077</w:t>
        <w:br/>
        <w:t>f 22932/19996/18089 22931/19997/18090 22930/19998/18091</w:t>
        <w:br/>
        <w:t>f 22933/19999/18089 22932/19996/18089 22930/19998/18091</w:t>
        <w:br/>
        <w:t>f 22931/19997/18090 22935/20000/18092 22934/20001/18093</w:t>
        <w:br/>
        <w:t>f 22930/19998/18091 22931/19997/18090 22934/20001/18093</w:t>
        <w:br/>
        <w:t>f 22934/20001/18093 22935/20000/18092 22937/20002/18094</w:t>
        <w:br/>
        <w:t>f 22936/20003/18095 22934/20001/18093 22937/20002/18094</w:t>
        <w:br/>
        <w:t>f 22938/20004/18096 22932/19996/18089 22933/19999/18089</w:t>
        <w:br/>
        <w:t>f 22939/20005/18096 22938/20004/18096 22933/19999/18089</w:t>
        <w:br/>
        <w:t>f 22943/20006/18097 22942/20007/18098 22941/20008/18099</w:t>
        <w:br/>
        <w:t>f 22940/20009/18100 22943/20006/18097 22941/20008/18099</w:t>
        <w:br/>
        <w:t>f 22946/20010/18101 22945/20011/18102 22944/20012/18103</w:t>
        <w:br/>
        <w:t>f 22947/20013/18104 22946/20010/18101 22944/20012/18103</w:t>
        <w:br/>
        <w:t>f 22936/20003/18095 22937/20002/18094 22949/20014/18105</w:t>
        <w:br/>
        <w:t>f 22948/20015/18106 22936/20003/18095 22949/20014/18105</w:t>
        <w:br/>
        <w:t>f 22952/20016/18107 22951/20017/18108 22926/19993/18086</w:t>
        <w:br/>
        <w:t>f 22950/20018/18109 22952/20016/18107 22926/19993/18086</w:t>
        <w:br/>
        <w:t>f 22953/20019/18110 22846/19912/18009 22865/19932/18029</w:t>
        <w:br/>
        <w:t>f 22954/20020/18111 22953/20019/18110 22865/19932/18029</w:t>
        <w:br/>
        <w:t>f 22958/20021/18112 22957/20022/18113 22956/20023/18114</w:t>
        <w:br/>
        <w:t>f 22955/20024/18115 22958/20021/18112 22956/20023/18114</w:t>
        <w:br/>
        <w:t>f 22957/20022/18113 22953/20019/18110 22954/20020/18111</w:t>
        <w:br/>
        <w:t>f 22956/20023/18114 22957/20022/18113 22954/20020/18111</w:t>
        <w:br/>
        <w:t>f 22810/19874/17971 22808/19876/17973 22828/19893/17990</w:t>
        <w:br/>
        <w:t>f 22961/20025/18116 22960/20026/18117 22959/20027/18118</w:t>
        <w:br/>
        <w:t>f 22824/19890/17987 22961/20025/18116 22959/20027/18118</w:t>
        <w:br/>
        <w:t>f 22962/20028/18119 22961/20025/18116 22824/19890/17987</w:t>
        <w:br/>
        <w:t>f 22823/19886/17983 22962/20028/18119 22824/19890/17987</w:t>
        <w:br/>
        <w:t>f 22963/20029/18120 22962/20028/18119 22823/19886/17983</w:t>
        <w:br/>
        <w:t>f 22964/20030/18121 22963/20029/18120 22823/19886/17983</w:t>
        <w:br/>
        <w:t>f 22968/20031/18122 22967/20032/18122 22966/20033/18123</w:t>
        <w:br/>
        <w:t>f 22965/20034/18124 22968/20031/18122 22966/20033/18123</w:t>
        <w:br/>
        <w:t>f 22970/20035/18125 22969/20036/18125 22967/20032/18122</w:t>
        <w:br/>
        <w:t>f 22968/20031/18122 22970/20035/18125 22967/20032/18122</w:t>
        <w:br/>
        <w:t>f 22971/20037/18126 22859/19925/18022 22969/20036/18125</w:t>
        <w:br/>
        <w:t>f 22970/20035/18125 22971/20037/18126 22969/20036/18125</w:t>
        <w:br/>
        <w:t>f 22838/19903/18000 22972/20038/18127 22859/19925/18022</w:t>
        <w:br/>
        <w:t>f 22837/19904/18001 22838/19903/18000 22859/19925/18022</w:t>
        <w:br/>
        <w:t>f 22822/19887/17984 22974/20039/18128 22973/20040/18129</w:t>
        <w:br/>
        <w:t>f 22821/19888/17985 22822/19887/17984 22973/20040/18129</w:t>
        <w:br/>
        <w:t>f 22974/20039/18128 22822/19887/17984 22825/19891/17988</w:t>
        <w:br/>
        <w:t>f 22975/20041/18130 22974/20039/18128 22825/19891/17988</w:t>
        <w:br/>
        <w:t>f 22877/19942/18039 22976/20042/18131 22802/19865/17962</w:t>
        <w:br/>
        <w:t>f 22877/19942/18039 22876/19943/18040 22977/20043/18100</w:t>
        <w:br/>
        <w:t>f 22846/19912/18009 22953/20019/18110 22858/19922/18019</w:t>
        <w:br/>
        <w:t>f 22845/19913/18010 22846/19912/18009 22858/19922/18019</w:t>
        <w:br/>
        <w:t>f 22828/19893/17990 22808/19876/17973 22861/19926/18023</w:t>
        <w:br/>
        <w:t>f 22827/19894/17991 22828/19893/17990 22861/19926/18023</w:t>
        <w:br/>
        <w:t>f 22850/19917/18014 22817/19884/17981 22978/20044/18132</w:t>
        <w:br/>
        <w:t>f 22818/19883/17980 22958/20021/18112 22978/20044/18132</w:t>
        <w:br/>
        <w:t>f 22860/19927/18024 22808/19876/17973 22979/20045/18133</w:t>
        <w:br/>
        <w:t>f 22809/19875/17972 22980/20046/18134 22979/20045/18133</w:t>
        <w:br/>
        <w:t>f 22808/19876/17973 22809/19875/17972 22979/20045/18133</w:t>
        <w:br/>
        <w:t>f 22815/19881/17978 22981/20047/18135 22980/20046/18134</w:t>
        <w:br/>
        <w:t>f 22809/19875/17972 22815/19881/17978 22980/20046/18134</w:t>
        <w:br/>
        <w:t>f 22860/19927/18024 22861/19926/18023 22808/19876/17973</w:t>
        <w:br/>
        <w:t>f 22853/19921/18018 22859/19925/18022 22972/20038/18127</w:t>
        <w:br/>
        <w:t>f 22855/19919/18016 22853/19921/18018 22972/20038/18127</w:t>
        <w:br/>
        <w:t>f 22853/19921/18018 22848/19914/18011 22845/19913/18010</w:t>
        <w:br/>
        <w:t>f 22856/19924/18021 22853/19921/18018 22845/19913/18010</w:t>
        <w:br/>
        <w:t>f 22818/19883/17980 22819/19882/17979 22856/19924/18021</w:t>
        <w:br/>
        <w:t>f 22857/19923/18020 22818/19883/17980 22856/19924/18021</w:t>
        <w:br/>
        <w:t>f 22840/19908/18005 22841/19907/18004 22820/19889/17986</w:t>
        <w:br/>
        <w:t>f 22821/19888/17985 22840/19908/18005 22820/19889/17986</w:t>
        <w:br/>
        <w:t>f 22849/19915/18012 22840/19908/18005 22821/19888/17985</w:t>
        <w:br/>
        <w:t>f 22973/20040/18129 22849/19915/18012 22821/19888/17985</w:t>
        <w:br/>
        <w:t>f 22964/20030/18121 22965/20034/18124 22966/20033/18123</w:t>
        <w:br/>
        <w:t>f 22963/20029/18120 22964/20030/18121 22966/20033/18123</w:t>
        <w:br/>
        <w:t>f 22958/20021/18112 22818/19883/17980 22857/19923/18020</w:t>
        <w:br/>
        <w:t>f 22957/20022/18113 22958/20021/18112 22857/19923/18020</w:t>
        <w:br/>
        <w:t>f 22857/19923/18020 22858/19922/18019 22953/20019/18110</w:t>
        <w:br/>
        <w:t>f 22957/20022/18113 22857/19923/18020 22953/20019/18110</w:t>
        <w:br/>
        <w:t>f 22982/20048/18136 22978/20044/18132 22958/20021/18112</w:t>
        <w:br/>
        <w:t>f 22955/20024/18115 22982/20048/18136 22958/20021/18112</w:t>
        <w:br/>
        <w:t>f 22986/20049/18137 22985/20050/18138 22984/20051/18139</w:t>
        <w:br/>
        <w:t>f 22983/20052/18140 22986/20049/18137 22984/20051/18139</w:t>
        <w:br/>
        <w:t>f 22984/20051/18139 22988/20053/18141 22987/20054/18142</w:t>
        <w:br/>
        <w:t>f 22989/20055/18143 22984/20051/18139 22987/20054/18142</w:t>
        <w:br/>
        <w:t>f 22993/20056/18144 22992/20057/18145 22991/20058/18146</w:t>
        <w:br/>
        <w:t>f 22990/20059/18147 22993/20056/18144 22991/20058/18146</w:t>
        <w:br/>
        <w:t>f 22986/20049/18137 22995/20060/18148 22994/20061/18149</w:t>
        <w:br/>
        <w:t>f 22985/20050/18138 22986/20049/18137 22994/20061/18149</w:t>
        <w:br/>
        <w:t>f 22807/19873/17970 22806/19872/17969 22995/20060/18148</w:t>
        <w:br/>
        <w:t>f 22986/20049/18137 22807/19873/17970 22995/20060/18148</w:t>
        <w:br/>
        <w:t>f 22998/20062/18150 22997/20063/18151 22996/20064/18152</w:t>
        <w:br/>
        <w:t>f 23000/20065/18153 22999/20066/18154 22998/20062/18150</w:t>
        <w:br/>
        <w:t>f 22996/20064/18152 23000/20065/18153 22998/20062/18150</w:t>
        <w:br/>
        <w:t>f 23002/20067/18155 23001/20068/18156 22994/20061/18149</w:t>
        <w:br/>
        <w:t>f 22995/20060/18148 23002/20067/18155 22994/20061/18149</w:t>
        <w:br/>
        <w:t>f 23003/20069/18157 23000/20065/18153 22996/20064/18152</w:t>
        <w:br/>
        <w:t>f 22990/20059/18147 23003/20069/18157 22996/20064/18152</w:t>
        <w:br/>
        <w:t>f 22985/20050/18138 22994/20061/18149 23005/20070/18153</w:t>
        <w:br/>
        <w:t>f 23004/20071/18157 22985/20050/18138 23005/20070/18153</w:t>
        <w:br/>
        <w:t>f 23006/20072/18154 23005/20070/18153 22994/20061/18149</w:t>
        <w:br/>
        <w:t>f 23001/20068/18156 23006/20072/18154 22994/20061/18149</w:t>
        <w:br/>
        <w:t>f 23010/20073/18158 23009/20074/18159 23008/20075/18160</w:t>
        <w:br/>
        <w:t>f 23007/20076/18161 23010/20073/18158 23008/20075/18160</w:t>
        <w:br/>
        <w:t>f 23014/20077/18162 23013/20078/18163 23012/20079/18164</w:t>
        <w:br/>
        <w:t>f 23011/20080/18165 23014/20077/18162 23012/20079/18164</w:t>
        <w:br/>
        <w:t>f 23015/20081/18166 23014/20077/18162 23011/20080/18165</w:t>
        <w:br/>
        <w:t>f 23015/20081/18166 23011/20080/18165 23016/20082/18167</w:t>
        <w:br/>
        <w:t>f 23020/20083/18168 23019/20084/18169 23018/20085/18170</w:t>
        <w:br/>
        <w:t>f 23017/20086/18171 23020/20083/18168 23018/20085/18170</w:t>
        <w:br/>
        <w:t>f 22999/20066/18154 23022/20087/18172 23021/20088/18173</w:t>
        <w:br/>
        <w:t>f 22998/20062/18150 22999/20066/18154 23021/20088/18173</w:t>
        <w:br/>
        <w:t>f 23024/20089/18174 23023/20090/18172 23006/20072/18154</w:t>
        <w:br/>
        <w:t>f 23001/20068/18156 23024/20089/18174 23006/20072/18154</w:t>
        <w:br/>
        <w:t>f 23025/20091/18175 23024/20089/18174 23001/20068/18156</w:t>
        <w:br/>
        <w:t>f 23002/20067/18155 23025/20091/18175 23001/20068/18156</w:t>
        <w:br/>
        <w:t>f 22834/19901/17998 22835/19900/17997 23025/20091/18175</w:t>
        <w:br/>
        <w:t>f 23002/20067/18155 22834/19901/17998 23025/20091/18175</w:t>
        <w:br/>
        <w:t>f 22839/19902/17999 23027/20092/18176 23026/20093/18177</w:t>
        <w:br/>
        <w:t>f 22838/19903/18000 22839/19902/17999 23026/20093/18177</w:t>
        <w:br/>
        <w:t>f 23030/20094/18178 23027/20092/18176 23029/20095/18179</w:t>
        <w:br/>
        <w:t>f 23028/20096/18180 23030/20094/18178 23029/20095/18179</w:t>
        <w:br/>
        <w:t>f 23034/20097/18181 23033/20098/18182 23032/20099/18183</w:t>
        <w:br/>
        <w:t>f 23031/20100/18184 23034/20097/18181 23032/20099/18183</w:t>
        <w:br/>
        <w:t>f 23020/20083/18168 23017/20086/18171 22998/20062/18150</w:t>
        <w:br/>
        <w:t>f 23035/20101/18185 23020/20083/18168 22998/20062/18150</w:t>
        <w:br/>
        <w:t>f 22990/20059/18147 22991/20058/18146 23036/20102/18141</w:t>
        <w:br/>
        <w:t>f 23003/20069/18157 22990/20059/18147 23036/20102/18141</w:t>
        <w:br/>
        <w:t>f 23040/20103/18186 23039/20104/18187 23038/20105/18188</w:t>
        <w:br/>
        <w:t>f 23037/20106/18189 23040/20103/18186 23038/20105/18188</w:t>
        <w:br/>
        <w:t>f 23027/20092/18176 22839/19902/17999 22849/19915/18012</w:t>
        <w:br/>
        <w:t>f 23029/20095/18179 23027/20092/18176 22849/19915/18012</w:t>
        <w:br/>
        <w:t>f 23043/20107/18190 23042/20108/18191 23041/20109/18192</w:t>
        <w:br/>
        <w:t>f 23018/20085/18170 23043/20107/18190 23041/20109/18192</w:t>
        <w:br/>
        <w:t>f 22855/19919/18016 23044/20110/18193 23040/20103/18186</w:t>
        <w:br/>
        <w:t>f 22854/19920/18017 22855/19919/18016 23040/20103/18186</w:t>
        <w:br/>
        <w:t>f 23047/20111/18194 23039/20104/18187 23046/20112/18195</w:t>
        <w:br/>
        <w:t>f 23045/20113/18196 23047/20111/18194 23046/20112/18195</w:t>
        <w:br/>
        <w:t>f 23046/20112/18195 23044/20110/18193 23048/20114/18197</w:t>
        <w:br/>
        <w:t>f 23010/20073/18158 23046/20112/18195 23048/20114/18197</w:t>
        <w:br/>
        <w:t>f 23009/20074/18159 23050/20115/18198 23049/20116/18199</w:t>
        <w:br/>
        <w:t>f 23008/20075/18160 23009/20074/18159 23049/20116/18199</w:t>
        <w:br/>
        <w:t>f 23051/20117/18200 23026/20093/18177 23027/20092/18176</w:t>
        <w:br/>
        <w:t>f 23030/20094/18178 23051/20117/18200 23027/20092/18176</w:t>
        <w:br/>
        <w:t>f 22854/19920/18017 23040/20103/18186 23037/20106/18189</w:t>
        <w:br/>
        <w:t>f 22863/19929/18026 22854/19920/18017 23037/20106/18189</w:t>
        <w:br/>
        <w:t>f 23052/20118/18201 22864/19930/18027 22983/20052/18140</w:t>
        <w:br/>
        <w:t>f 23053/20119/18202 23052/20118/18201 22983/20052/18140</w:t>
        <w:br/>
        <w:t>f 22834/19901/17998 23002/20067/18155 22995/20060/18148</w:t>
        <w:br/>
        <w:t>f 22806/19872/17969 22834/19901/17998 22995/20060/18148</w:t>
        <w:br/>
        <w:t>f 23018/20085/18170 23041/20109/18192 23008/20075/18160</w:t>
        <w:br/>
        <w:t>f 23049/20116/18199 23018/20085/18170 23008/20075/18160</w:t>
        <w:br/>
        <w:t>f 23037/20106/18189 23038/20105/18188 23054/20120/18203</w:t>
        <w:br/>
        <w:t>f 23055/20121/18204 23037/20106/18189 23054/20120/18203</w:t>
        <w:br/>
        <w:t>f 22867/19933/18030 22863/19929/18026 23037/20106/18189</w:t>
        <w:br/>
        <w:t>f 23055/20121/18204 22867/19933/18030 23037/20106/18189</w:t>
        <w:br/>
        <w:t>f 23059/20122/18205 23058/20123/18206 23057/20124/18207</w:t>
        <w:br/>
        <w:t>f 23056/20125/18208 23059/20122/18205 23057/20124/18207</w:t>
        <w:br/>
        <w:t>f 23058/20123/18206 23059/20122/18205 23061/20126/18209</w:t>
        <w:br/>
        <w:t>f 23060/20127/18210 23058/20123/18206 23061/20126/18209</w:t>
        <w:br/>
        <w:t>f 23063/20128/18211 23062/20129/18212 23060/20127/18210</w:t>
        <w:br/>
        <w:t>f 22875/19940/18037 23056/20125/18208 23057/20124/18207</w:t>
        <w:br/>
        <w:t>f 22874/19941/18038 22875/19940/18037 23057/20124/18207</w:t>
        <w:br/>
        <w:t>f 23066/20130/18213 23065/20131/18214 23064/20132/18215</w:t>
        <w:br/>
        <w:t>f 23070/20133/18216 23069/20134/18217 23068/20135/18218</w:t>
        <w:br/>
        <w:t>f 23067/20136/18219 23070/20133/18216 23068/20135/18218</w:t>
        <w:br/>
        <w:t>f 23059/20122/18205 23056/20125/18208 23071/20137/18220</w:t>
        <w:br/>
        <w:t>f 23072/20138/18221 23059/20122/18205 23071/20137/18220</w:t>
        <w:br/>
        <w:t>f 23072/20138/18221 23073/20139/18222 23061/20126/18209</w:t>
        <w:br/>
        <w:t>f 23059/20122/18205 23072/20138/18221 23061/20126/18209</w:t>
        <w:br/>
        <w:t>f 23076/20140/18223 23075/20141/18224 23074/20142/18225</w:t>
        <w:br/>
        <w:t>f 23073/20139/18222 23076/20140/18223 23074/20142/18225</w:t>
        <w:br/>
        <w:t>f 23075/20141/18224 23078/20143/18226 23077/20144/18227</w:t>
        <w:br/>
        <w:t>f 22889/19955/18052 23071/20137/18220 23056/20125/18208</w:t>
        <w:br/>
        <w:t>f 22875/19940/18037 22889/19955/18052 23056/20125/18208</w:t>
        <w:br/>
        <w:t>f 23082/20145/18228 23081/20146/18229 23080/20147/18230</w:t>
        <w:br/>
        <w:t>f 23079/20148/18231 23082/20145/18228 23080/20147/18230</w:t>
        <w:br/>
        <w:t>f 23081/20146/18229 23084/20149/18232 23083/20150/18233</w:t>
        <w:br/>
        <w:t>f 23080/20147/18230 23081/20146/18229 23083/20150/18233</w:t>
        <w:br/>
        <w:t>f 23084/20149/18232 23086/20151/18234 23085/20152/18235</w:t>
        <w:br/>
        <w:t>f 23083/20150/18233 23084/20149/18232 23085/20152/18235</w:t>
        <w:br/>
        <w:t>f 23090/20153/18236 23089/20154/18236 23088/20155/18237</w:t>
        <w:br/>
        <w:t>f 23087/20156/18238 23090/20153/18236 23088/20155/18237</w:t>
        <w:br/>
        <w:t>f 23092/20157/18239 23091/20158/18239 23089/20154/18236</w:t>
        <w:br/>
        <w:t>f 23090/20153/18236 23092/20157/18239 23089/20154/18236</w:t>
        <w:br/>
        <w:t>f 23096/20159/18240 23095/20160/18241 23094/20161/18242</w:t>
        <w:br/>
        <w:t>f 23093/20162/18242 23096/20159/18240 23094/20161/18242</w:t>
        <w:br/>
        <w:t>f 23093/20162/18242 23094/20161/18242 23091/20158/18239</w:t>
        <w:br/>
        <w:t>f 23092/20157/18239 23093/20162/18242 23091/20158/18239</w:t>
        <w:br/>
        <w:t>f 23087/20156/18238 23088/20155/18237 22912/19979/18072</w:t>
        <w:br/>
        <w:t>f 22913/19978/18072 23087/20156/18238 22912/19979/18072</w:t>
        <w:br/>
        <w:t>f 23095/20160/18241 23096/20159/18240 23098/20163/18243</w:t>
        <w:br/>
        <w:t>f 23097/20164/18073 23095/20160/18241 23098/20163/18243</w:t>
        <w:br/>
        <w:t>f 23101/20165/18244 23100/20166/18245 23099/20167/18246</w:t>
        <w:br/>
        <w:t>f 23102/20168/18247 23101/20165/18244 23099/20167/18246</w:t>
        <w:br/>
        <w:t>f 23106/20169/18248 23105/20170/18249 23104/20171/18250</w:t>
        <w:br/>
        <w:t>f 23103/20172/18251 23106/20169/18248 23104/20171/18250</w:t>
        <w:br/>
        <w:t>f 23108/20173/18252 23107/20174/18253 23105/20170/18249</w:t>
        <w:br/>
        <w:t>f 23106/20169/18248 23108/20173/18252 23105/20170/18249</w:t>
        <w:br/>
        <w:t>f 23111/20175/18254 23110/20176/18255 23109/20177/18256</w:t>
        <w:br/>
        <w:t>f 23085/20152/18235 23109/20177/18256 23112/20178/18257</w:t>
        <w:br/>
        <w:t>f 23083/20150/18233 23085/20152/18235 23112/20178/18257</w:t>
        <w:br/>
        <w:t>f 23114/20179/18258 23113/20180/18259 23110/20176/18255</w:t>
        <w:br/>
        <w:t>f 23111/20175/18254 23114/20179/18258 23110/20176/18255</w:t>
        <w:br/>
        <w:t>f 22928/19995/18088 22929/19994/18087 23103/20172/18251</w:t>
        <w:br/>
        <w:t>f 23104/20171/18250 22928/19995/18088 23103/20172/18251</w:t>
        <w:br/>
        <w:t>f 23118/20181/18260 23117/20182/18261 23116/20183/18262</w:t>
        <w:br/>
        <w:t>f 23115/20184/18260 23118/20181/18260 23116/20183/18262</w:t>
        <w:br/>
        <w:t>f 23121/20185/18263 23120/20186/18263 23119/20187/18264</w:t>
        <w:br/>
        <w:t>f 23122/20188/18264 23121/20185/18263 23119/20187/18264</w:t>
        <w:br/>
        <w:t>f 23125/20189/18265 23124/20190/18265 23123/20191/18266</w:t>
        <w:br/>
        <w:t>f 23126/20192/18266 23125/20189/18265 23123/20191/18266</w:t>
        <w:br/>
        <w:t>f 23128/20193/18267 23127/20194/18268 23124/20190/18265</w:t>
        <w:br/>
        <w:t>f 23125/20189/18265 23128/20193/18267 23124/20190/18265</w:t>
        <w:br/>
        <w:t>f 23128/20193/18267 23130/20195/18269 23129/20196/18270</w:t>
        <w:br/>
        <w:t>f 23127/20194/18268 23128/20193/18267 23129/20196/18270</w:t>
        <w:br/>
        <w:t>f 23126/20192/18266 23123/20191/18266 22938/20004/18096</w:t>
        <w:br/>
        <w:t>f 22939/20005/18096 23126/20192/18266 22938/20004/18096</w:t>
        <w:br/>
        <w:t>f 23134/20197/18271 23133/20198/18100 23132/20199/18272</w:t>
        <w:br/>
        <w:t>f 23131/20200/18273 23134/20197/18271 23132/20199/18272</w:t>
        <w:br/>
        <w:t>f 23138/20201/18274 23137/20202/18275 23136/20203/18276</w:t>
        <w:br/>
        <w:t>f 23135/20204/18277 23138/20201/18274 23136/20203/18276</w:t>
        <w:br/>
        <w:t>f 23130/20195/18269 23140/20205/18278 23139/20206/18279</w:t>
        <w:br/>
        <w:t>f 23129/20196/18270 23130/20195/18269 23139/20206/18279</w:t>
        <w:br/>
        <w:t>f 23114/20179/18258 23142/20207/18280 23141/20208/18281</w:t>
        <w:br/>
        <w:t>f 23113/20180/18259 23114/20179/18258 23141/20208/18281</w:t>
        <w:br/>
        <w:t>f 23054/20120/18203 23038/20105/18188 23143/20209/18282</w:t>
        <w:br/>
        <w:t>f 23144/20210/18283 23054/20120/18203 23143/20209/18282</w:t>
        <w:br/>
        <w:t>f 23032/20099/18183 23033/20098/18182 23146/20211/18284</w:t>
        <w:br/>
        <w:t>f 23145/20212/18285 23032/20099/18183 23146/20211/18284</w:t>
        <w:br/>
        <w:t>f 23145/20212/18285 23146/20211/18284 23144/20210/18283</w:t>
        <w:br/>
        <w:t>f 23143/20209/18282 23145/20212/18285 23144/20210/18283</w:t>
        <w:br/>
        <w:t>f 22998/20062/18150 23017/20086/18171 22997/20063/18151</w:t>
        <w:br/>
        <w:t>f 23150/20213/18286 23149/20214/18287 23148/20215/18288</w:t>
        <w:br/>
        <w:t>f 23147/20216/18289 23150/20213/18286 23148/20215/18288</w:t>
        <w:br/>
        <w:t>f 23015/20081/18166 23152/20217/18290 23151/20218/18291</w:t>
        <w:br/>
        <w:t>f 23014/20077/18162 23015/20081/18166 23151/20218/18291</w:t>
        <w:br/>
        <w:t>f 23014/20077/18162 23151/20218/18291 23153/20219/18292</w:t>
        <w:br/>
        <w:t>f 23154/20220/18293 23014/20077/18162 23153/20219/18292</w:t>
        <w:br/>
        <w:t>f 23158/20221/18294 23157/20222/18295 23156/20223/18296</w:t>
        <w:br/>
        <w:t>f 23155/20224/18297 23158/20221/18294 23156/20223/18296</w:t>
        <w:br/>
        <w:t>f 23158/20221/18294 23155/20224/18297 23159/20225/18298</w:t>
        <w:br/>
        <w:t>f 23160/20226/18298 23158/20221/18294 23159/20225/18298</w:t>
        <w:br/>
        <w:t>f 23161/20227/18299 23160/20226/18298 23159/20225/18298</w:t>
        <w:br/>
        <w:t>f 23048/20114/18197 23161/20227/18299 23159/20225/18298</w:t>
        <w:br/>
        <w:t>f 22838/19903/18000 23026/20093/18177 23048/20114/18197</w:t>
        <w:br/>
        <w:t>f 22972/20038/18127 22838/19903/18000 23048/20114/18197</w:t>
        <w:br/>
        <w:t>f 23012/20079/18164 23163/20228/18300 23162/20229/18301</w:t>
        <w:br/>
        <w:t>f 23011/20080/18165 23012/20079/18164 23162/20229/18301</w:t>
        <w:br/>
        <w:t>f 23066/20130/18213 23016/20082/18167 22975/20041/18130</w:t>
        <w:br/>
        <w:t>f 22977/20043/18100 23066/20130/18213 22975/20041/18130</w:t>
        <w:br/>
        <w:t>f 23066/20130/18213 23064/20132/18215 23164/20230/18302</w:t>
        <w:br/>
        <w:t>f 23066/20130/18213 22977/20043/18100 23065/20131/18214</w:t>
        <w:br/>
        <w:t>f 23038/20105/18188 23039/20104/18187 23047/20111/18194</w:t>
        <w:br/>
        <w:t>f 23143/20209/18282 23038/20105/18188 23047/20111/18194</w:t>
        <w:br/>
        <w:t>f 23049/20116/18199 22997/20063/18151 23017/20086/18171</w:t>
        <w:br/>
        <w:t>f 23018/20085/18170 23049/20116/18199 23017/20086/18171</w:t>
        <w:br/>
        <w:t>f 23041/20109/18192 23031/20100/18184 23008/20075/18160</w:t>
        <w:br/>
        <w:t>f 23031/20100/18184 23032/20099/18183 23007/20076/18161</w:t>
        <w:br/>
        <w:t>f 23050/20115/18198 23165/20231/18303 22997/20063/18151</w:t>
        <w:br/>
        <w:t>f 22996/20064/18152 22997/20063/18151 23165/20231/18303</w:t>
        <w:br/>
        <w:t>f 23166/20232/18304 22996/20064/18152 23165/20231/18303</w:t>
        <w:br/>
        <w:t>f 22990/20059/18147 22996/20064/18152 23166/20232/18304</w:t>
        <w:br/>
        <w:t>f 22993/20056/18144 22990/20059/18147 23166/20232/18304</w:t>
        <w:br/>
        <w:t>f 23050/20115/18198 22997/20063/18151 23049/20116/18199</w:t>
        <w:br/>
        <w:t>f 23044/20110/18193 22855/19919/18016 22972/20038/18127</w:t>
        <w:br/>
        <w:t>f 23048/20114/18197 23044/20110/18193 22972/20038/18127</w:t>
        <w:br/>
        <w:t>f 23044/20110/18193 23046/20112/18195 23039/20104/18187</w:t>
        <w:br/>
        <w:t>f 23040/20103/18186 23044/20110/18193 23039/20104/18187</w:t>
        <w:br/>
        <w:t>f 23007/20076/18161 23045/20113/18196 23046/20112/18195</w:t>
        <w:br/>
        <w:t>f 23010/20073/18158 23007/20076/18161 23046/20112/18195</w:t>
        <w:br/>
        <w:t>f 23029/20095/18179 23012/20079/18164 23013/20078/18163</w:t>
        <w:br/>
        <w:t>f 23028/20096/18180 23029/20095/18179 23013/20078/18163</w:t>
        <w:br/>
        <w:t>f 23163/20228/18300 23012/20079/18164 23029/20095/18179</w:t>
        <w:br/>
        <w:t>f 22849/19915/18012 23163/20228/18300 23029/20095/18179</w:t>
        <w:br/>
        <w:t>f 23154/20220/18293 23153/20219/18292 23156/20223/18296</w:t>
        <w:br/>
        <w:t>f 23157/20222/18295 23154/20220/18293 23156/20223/18296</w:t>
        <w:br/>
        <w:t>f 23032/20099/18183 23145/20212/18285 23045/20113/18196</w:t>
        <w:br/>
        <w:t>f 23007/20076/18161 23032/20099/18183 23045/20113/18196</w:t>
        <w:br/>
        <w:t>f 23045/20113/18196 23145/20212/18285 23143/20209/18282</w:t>
        <w:br/>
        <w:t>f 23047/20111/18194 23045/20113/18196 23143/20209/18282</w:t>
        <w:br/>
        <w:t>f 23168/20233/18305 22881/19948/18045 22882/19947/18044</w:t>
        <w:br/>
        <w:t>f 23167/20234/18306 23168/20233/18305 22882/19947/18044</w:t>
        <w:br/>
        <w:t>f 23167/20234/18306 22882/19947/18044 22883/19949/18046</w:t>
        <w:br/>
        <w:t>f 22886/19950/18047 23167/20234/18306 22883/19949/18046</w:t>
        <w:br/>
        <w:t>f 23169/20235/18307 22889/19955/18052 22881/19948/18045</w:t>
        <w:br/>
        <w:t>f 23168/20233/18305 23169/20235/18307 22881/19948/18045</w:t>
        <w:br/>
        <w:t>f 23173/20236/18308 23172/20237/18309 23171/20238/18310</w:t>
        <w:br/>
        <w:t>f 23170/20239/18311 23173/20236/18308 23171/20238/18310</w:t>
        <w:br/>
        <w:t>f 22923/19988/18081 23173/20236/18308 23170/20239/18311</w:t>
        <w:br/>
        <w:t>f 22922/19989/18082 22923/19988/18081 23170/20239/18311</w:t>
        <w:br/>
        <w:t>f 22950/20018/18109 23171/20238/18310 23172/20237/18309</w:t>
        <w:br/>
        <w:t>f 23174/20240/18312 22950/20018/18109 23172/20237/18309</w:t>
        <w:br/>
        <w:t>f 23176/20241/18313 23175/20242/18314 23174/20240/18312</w:t>
        <w:br/>
        <w:t>f 23178/20243/18315 23177/20244/18316 23072/20138/18221</w:t>
        <w:br/>
        <w:t>f 23071/20137/18220 23178/20243/18315 23072/20138/18221</w:t>
        <w:br/>
        <w:t>f 23177/20244/18316 23076/20140/18223 23073/20139/18222</w:t>
        <w:br/>
        <w:t>f 23072/20138/18221 23177/20244/18316 23073/20139/18222</w:t>
        <w:br/>
        <w:t>f 23178/20243/18315 23071/20137/18220 22889/19955/18052</w:t>
        <w:br/>
        <w:t>f 23169/20235/18307 23178/20243/18315 22889/19955/18052</w:t>
        <w:br/>
        <w:t>f 23182/20245/18317 23181/20246/18318 23180/20247/18319</w:t>
        <w:br/>
        <w:t>f 23179/20248/18320 23182/20245/18317 23180/20247/18319</w:t>
        <w:br/>
        <w:t>f 23107/20174/18253 23108/20173/18252 23181/20246/18318</w:t>
        <w:br/>
        <w:t>f 23182/20245/18317 23107/20174/18253 23181/20246/18318</w:t>
        <w:br/>
        <w:t>f 23179/20248/18320 23180/20247/18319 23183/20249/18321</w:t>
        <w:br/>
        <w:t>f 23184/20250/18322 23179/20248/18320 23183/20249/18321</w:t>
        <w:br/>
        <w:t>f 23184/20250/18322 23186/20251/18323 23185/20252/18214</w:t>
        <w:br/>
        <w:t>f 23175/20242/18314 22950/20018/18109 23174/20240/18312</w:t>
        <w:br/>
        <w:t>f 23183/20249/18321 23186/20251/18323 23184/20250/18322</w:t>
        <w:br/>
        <w:t>f 22885/19951/18048 22883/19949/18046 23187/20253/18324</w:t>
        <w:br/>
        <w:t>f 23190/20254/18325 23189/20255/18326 23188/20256/18327</w:t>
        <w:br/>
        <w:t>f 22880/19944/18041 23190/20254/18325 23188/20256/18327</w:t>
        <w:br/>
        <w:t>f 22899/19966/18063 23192/20257/18328 23191/20258/18329</w:t>
        <w:br/>
        <w:t>f 22892/19957/18054 22899/19966/18063 23191/20258/18329</w:t>
        <w:br/>
        <w:t>f 22919/19986/18079 22922/19989/18082 22925/19991/18084</w:t>
        <w:br/>
        <w:t>f 23191/20258/18329 22919/19986/18079 22925/19991/18084</w:t>
        <w:br/>
        <w:t>f 22900/19965/18062 23193/20259/18330 23192/20257/18328</w:t>
        <w:br/>
        <w:t>f 22899/19966/18063 22900/19965/18062 23192/20257/18328</w:t>
        <w:br/>
        <w:t>f 23073/20139/18222 23074/20142/18225 23194/20260/18331</w:t>
        <w:br/>
        <w:t>f 23074/20142/18225 23196/20261/18332 23195/20262/18333</w:t>
        <w:br/>
        <w:t>f 23194/20260/18331 23074/20142/18225 23195/20262/18333</w:t>
        <w:br/>
        <w:t>f 23198/20263/18334 23106/20169/18248 23103/20172/18251</w:t>
        <w:br/>
        <w:t>f 23197/20264/18335 23198/20263/18334 23103/20172/18251</w:t>
        <w:br/>
        <w:t>f 23112/20178/18257 23198/20263/18334 23080/20147/18230</w:t>
        <w:br/>
        <w:t>f 23083/20150/18233 23112/20178/18257 23080/20147/18230</w:t>
        <w:br/>
        <w:t>f 23197/20264/18335 23103/20172/18251 22929/19994/18087</w:t>
        <w:br/>
        <w:t>f 23193/20259/18330 23197/20264/18335 22929/19994/18087</w:t>
        <w:br/>
        <w:t>f 23063/20128/18211 23060/20127/18210 23061/20126/18209</w:t>
        <w:br/>
        <w:t>f 23201/20265/17908 23200/20266/17907 23199/20267/18336</w:t>
        <w:br/>
        <w:t>f 22671/19735/17821 23201/20265/17908 23199/20267/18336</w:t>
        <w:br/>
        <w:t>f 23174/20240/18312 23172/20237/18309 23202/20268/18337</w:t>
        <w:br/>
        <w:t>f 23179/20248/18320 23184/20250/18322 23203/20269/18338</w:t>
        <w:br/>
        <w:t>f 22884/19952/18049 22887/19954/18051 23204/20270/18339</w:t>
        <w:br/>
        <w:t>f 23075/20141/18224 23077/20144/18227 23196/20261/18332</w:t>
        <w:br/>
        <w:t>f 23074/20142/18225 23075/20141/18224 23196/20261/18332</w:t>
        <w:br/>
        <w:t>f 22827/19894/17991 22861/19926/18023 22817/19884/17981</w:t>
        <w:br/>
        <w:t>f 22850/19917/18014 22827/19894/17991 22817/19884/17981</w:t>
        <w:br/>
        <w:t>f 22927/19992/18085 22924/19990/18083 23170/20239/18311</w:t>
        <w:br/>
        <w:t>f 23171/20238/18310 22927/19992/18085 23170/20239/18311</w:t>
        <w:br/>
        <w:t>f 22924/19990/18083 22925/19991/18084 22922/19989/18082</w:t>
        <w:br/>
        <w:t>f 23170/20239/18311 22924/19990/18083 22922/19989/18082</w:t>
        <w:br/>
        <w:t>f 22926/19993/18086 22927/19992/18085 23171/20238/18310</w:t>
        <w:br/>
        <w:t>f 22950/20018/18109 22926/19993/18086 23171/20238/18310</w:t>
        <w:br/>
        <w:t>f 22926/19993/18086 22951/20017/18108 23205/20271/18340</w:t>
        <w:br/>
        <w:t>f 23206/20272/18341 22926/19993/18086 23205/20271/18340</w:t>
        <w:br/>
        <w:t>f 23181/20246/18318 23109/20177/18256 23110/20176/18255</w:t>
        <w:br/>
        <w:t>f 23180/20247/18319 23181/20246/18318 23110/20176/18255</w:t>
        <w:br/>
        <w:t>f 23108/20173/18252 23112/20178/18257 23109/20177/18256</w:t>
        <w:br/>
        <w:t>f 23181/20246/18318 23108/20173/18252 23109/20177/18256</w:t>
        <w:br/>
        <w:t>f 23180/20247/18319 23110/20176/18255 23113/20180/18259</w:t>
        <w:br/>
        <w:t>f 23183/20249/18321 23180/20247/18319 23113/20180/18259</w:t>
        <w:br/>
        <w:t>f 23113/20180/18259 23141/20208/18281 23207/20273/18342</w:t>
        <w:br/>
        <w:t>f 23183/20249/18321 23113/20180/18259 23207/20273/18342</w:t>
        <w:br/>
        <w:t>f 22885/19951/18048 23187/20253/18324 23188/20256/18327</w:t>
        <w:br/>
        <w:t>f 22888/19953/18050 22885/19951/18048 23188/20256/18327</w:t>
        <w:br/>
        <w:t>f 23191/20258/18329 23192/20257/18328 22918/19987/18080</w:t>
        <w:br/>
        <w:t>f 22919/19986/18079 23191/20258/18329 22918/19987/18080</w:t>
        <w:br/>
        <w:t>f 22925/19991/18084 22891/19958/18055 22892/19957/18054</w:t>
        <w:br/>
        <w:t>f 23191/20258/18329 22925/19991/18084 22892/19957/18054</w:t>
        <w:br/>
        <w:t>f 22918/19987/18080 23192/20257/18328 23193/20259/18330</w:t>
        <w:br/>
        <w:t>f 22929/19994/18087 22918/19987/18080 23193/20259/18330</w:t>
        <w:br/>
        <w:t>f 23194/20260/18331 23195/20262/18333 23208/20274/18343</w:t>
        <w:br/>
        <w:t>f 23063/20128/18211 23194/20260/18331 23208/20274/18343</w:t>
        <w:br/>
        <w:t>f 23198/20263/18334 23197/20264/18335 23079/20148/18231</w:t>
        <w:br/>
        <w:t>f 23080/20147/18230 23198/20263/18334 23079/20148/18231</w:t>
        <w:br/>
        <w:t>f 23106/20169/18248 23198/20263/18334 23112/20178/18257</w:t>
        <w:br/>
        <w:t>f 23108/20173/18252 23106/20169/18248 23112/20178/18257</w:t>
        <w:br/>
        <w:t>f 23079/20148/18231 23197/20264/18335 23193/20259/18330</w:t>
        <w:br/>
        <w:t>f 22900/19965/18062 23079/20148/18231 23193/20259/18330</w:t>
        <w:br/>
        <w:t>f 23211/20275/18344 22878/19946/18043 23210/20276/18345</w:t>
        <w:br/>
        <w:t>f 23209/20277/18346 23211/20275/18344 23210/20276/18345</w:t>
        <w:br/>
        <w:t>f 22898/19967/18064 22899/19966/18063 22892/19957/18054</w:t>
        <w:br/>
        <w:t>f 22893/19956/18053 22898/19967/18064 22892/19957/18054</w:t>
        <w:br/>
        <w:t>f 22894/19962/18059 22895/19961/18058 22897/19963/18060</w:t>
        <w:br/>
        <w:t>f 22916/19983/18076 23213/20278/18347 23212/20279/18348</w:t>
        <w:br/>
        <w:t>f 22895/19961/18058 22916/19983/18076 23212/20279/18348</w:t>
        <w:br/>
        <w:t>f 22947/20013/18104 22944/20012/18103 22917/19982/18075</w:t>
        <w:br/>
        <w:t>f 23205/20271/18340 22947/20013/18104 22917/19982/18075</w:t>
        <w:br/>
        <w:t>f 23070/20133/18216 23067/20136/18219 23208/20274/18343</w:t>
        <w:br/>
        <w:t>f 23214/20280/18349 23070/20133/18216 23208/20274/18343</w:t>
        <w:br/>
        <w:t>f 23085/20152/18235 23100/20166/18245 23111/20175/18254</w:t>
        <w:br/>
        <w:t>f 23079/20148/18231 22900/19965/18062 22901/19964/18061</w:t>
        <w:br/>
        <w:t>f 23082/20145/18228 23079/20148/18231 22901/19964/18061</w:t>
        <w:br/>
        <w:t>f 23111/20175/18254 23100/20166/18245 23101/20165/18244</w:t>
        <w:br/>
        <w:t>f 23114/20179/18258 23111/20175/18254 23101/20165/18244</w:t>
        <w:br/>
        <w:t>f 23101/20165/18244 23136/20203/18276 23142/20207/18280</w:t>
        <w:br/>
        <w:t>f 23114/20179/18258 23101/20165/18244 23142/20207/18280</w:t>
        <w:br/>
        <w:t>f 22896/19960/18057 22924/19990/18083 22927/19992/18085</w:t>
        <w:br/>
        <w:t>f 23111/20175/18254 23109/20177/18256 23085/20152/18235</w:t>
        <w:br/>
        <w:t>f 23086/20151/18234 23100/20166/18245 23085/20152/18235</w:t>
        <w:br/>
        <w:t>f 22805/19871/17968 22795/19858/17955 22792/19861/17958</w:t>
        <w:br/>
        <w:t>f 22797/19863/17960 22805/19871/17968 22792/19861/17958</w:t>
        <w:br/>
        <w:t>f 22844/19910/18007 22796/19864/17961 22792/19861/17958</w:t>
        <w:br/>
        <w:t>f 22793/19860/17957 22844/19910/18007 22792/19861/17958</w:t>
        <w:br/>
        <w:t>f 22800/19867/17964 22801/19866/17963 22981/20047/18135</w:t>
        <w:br/>
        <w:t>f 22815/19881/17978 22800/19867/17964 22981/20047/18135</w:t>
        <w:br/>
        <w:t>f 22877/19942/18039 22825/19891/17988 23215/20281/18350</w:t>
        <w:br/>
        <w:t>f 22976/20042/18131 22877/19942/18039 23215/20281/18350</w:t>
        <w:br/>
        <w:t>f 22796/19864/17961 22800/19867/17964 22815/19881/17978</w:t>
        <w:br/>
        <w:t>f 22798/19862/17959 22796/19864/17961 22815/19881/17978</w:t>
        <w:br/>
        <w:t>f 22794/19859/17956 22795/19858/17955 22864/19930/18027</w:t>
        <w:br/>
        <w:t>f 23052/20118/18201 22794/19859/17956 22864/19930/18027</w:t>
        <w:br/>
        <w:t>f 23217/20282/18351 22959/20027/18118 22960/20026/18117</w:t>
        <w:br/>
        <w:t>f 23216/20283/18352 23217/20282/18351 22960/20026/18117</w:t>
        <w:br/>
        <w:t>f 22975/20041/18130 22825/19891/17988 22877/19942/18039</w:t>
        <w:br/>
        <w:t>f 22977/20043/18100 22975/20041/18130 22877/19942/18039</w:t>
        <w:br/>
        <w:t>f 22983/20052/18140 22984/20051/18139 22989/20055/18143</w:t>
        <w:br/>
        <w:t>f 23053/20119/18202 22983/20052/18140 22989/20055/18143</w:t>
        <w:br/>
        <w:t>f 23004/20071/18157 22988/20053/18141 22984/20051/18139</w:t>
        <w:br/>
        <w:t>f 22985/20050/18138 23004/20071/18157 22984/20051/18139</w:t>
        <w:br/>
        <w:t>f 22991/20058/18146 22992/20057/18145 23064/20132/18215</w:t>
        <w:br/>
        <w:t>f 23218/20284/18353 22991/20058/18146 23064/20132/18215</w:t>
        <w:br/>
        <w:t>f 23219/20285/18354 23016/20082/18167 23066/20130/18213</w:t>
        <w:br/>
        <w:t>f 23164/20230/18302 23219/20285/18354 23066/20130/18213</w:t>
        <w:br/>
        <w:t>f 23036/20102/18141 22991/20058/18146 23218/20284/18353</w:t>
        <w:br/>
        <w:t>f 23220/20286/18142 23036/20102/18141 23218/20284/18353</w:t>
        <w:br/>
        <w:t>f 22986/20049/18137 22983/20052/18140 22864/19930/18027</w:t>
        <w:br/>
        <w:t>f 22807/19873/17970 22986/20049/18137 22864/19930/18027</w:t>
        <w:br/>
        <w:t>f 23147/20216/18289 23148/20215/18288 23152/20217/18290</w:t>
        <w:br/>
        <w:t>f 23015/20081/18166 23147/20216/18289 23152/20217/18290</w:t>
        <w:br/>
        <w:t>f 23162/20229/18301 22975/20041/18130 23016/20082/18167</w:t>
        <w:br/>
        <w:t>f 23011/20080/18165 23162/20229/18301 23016/20082/18167</w:t>
        <w:br/>
        <w:t>f 22825/19891/17988 22824/19890/17987 23215/20281/18350</w:t>
        <w:br/>
        <w:t>f 23015/20081/18166 23016/20082/18167 23219/20285/18354</w:t>
        <w:br/>
        <w:t>f 23222/20287/18355 22675/19742/17855 23221/20288/18356</w:t>
        <w:br/>
        <w:t>f 22726/19793/17899 22761/19828/17931 22765/19830/17933</w:t>
        <w:br/>
        <w:t>f 22724/19789/17895 22726/19793/17899 22765/19830/17933</w:t>
        <w:br/>
        <w:t>f 22784/19849/17949 22779/19846/17947 22780/19845/17947</w:t>
        <w:br/>
        <w:t>f 22783/19850/17949 22784/19849/17949 22780/19845/17947</w:t>
        <w:br/>
        <w:t>f 23118/20181/18260 23115/20184/18260 23120/20186/18263</w:t>
        <w:br/>
        <w:t>f 23121/20185/18263 23118/20181/18260 23120/20186/18263</w:t>
        <w:br/>
        <w:t>f 23117/20182/18261 23224/20289/18357 23223/20290/18357</w:t>
        <w:br/>
        <w:t>f 23116/20183/18262 23117/20182/18261 23223/20290/18357</w:t>
        <w:br/>
        <w:t>f 22679/19745/17858 22627/19694/17810 22628/19693/17809</w:t>
        <w:br/>
        <w:t>f 22665/19731/17847 22679/19745/17858 22628/19693/17809</w:t>
        <w:br/>
        <w:t>f 22722/19791/17897 22723/19790/17896 22728/19796/17902</w:t>
        <w:br/>
        <w:t>f 22729/19795/17901 22722/19791/17897 22728/19796/17902</w:t>
        <w:br/>
        <w:t>f 22633/19700/17816 22679/19745/17858 22665/19731/17847</w:t>
        <w:br/>
        <w:t>f 22978/20044/18132 22982/20048/18136 22852/19918/18015</w:t>
        <w:br/>
        <w:t>f 22850/19917/18014 22978/20044/18132 22852/19918/18015</w:t>
        <w:br/>
        <w:t>f 23031/20100/18184 23041/20109/18192 23042/20108/18191</w:t>
        <w:br/>
        <w:t>f 23034/20097/18181 23031/20100/18184 23042/20108/18191</w:t>
        <w:br/>
        <w:t>f 22826/19895/17992 22827/19894/17991 22851/19916/18013</w:t>
        <w:br/>
        <w:t>f 23018/20085/18170 23019/20084/18169 23043/20107/18190</w:t>
        <w:br/>
        <w:t>f 22818/19883/17980 22978/20044/18132 22817/19884/17981</w:t>
        <w:br/>
        <w:t>f 23031/20100/18184 23007/20076/18161 23008/20075/18160</w:t>
        <w:br/>
        <w:t>f 22673/19739/17852 22630/19697/17813 23222/20287/18355</w:t>
        <w:br/>
        <w:t>f 22758/19824/17928 22762/19827/17930 22726/19793/17899</w:t>
        <w:br/>
        <w:t>f 22727/19792/17898 22758/19824/17928 22726/19793/17899</w:t>
        <w:br/>
        <w:t>f 22761/19828/17931 23225/20291/18358 22765/19830/17933</w:t>
        <w:br/>
        <w:t>f 22678/19743/17856 22624/19690/17806 22674/19740/17853</w:t>
        <w:br/>
        <w:t>f 22719/19787/17893 22766/19833/17936 22763/19829/17932</w:t>
        <w:br/>
        <w:t>f 22681/19748/17861 22684/19749/17862 22712/19778/17885</w:t>
        <w:br/>
        <w:t>f 22677/19744/17857 22681/19748/17861 22712/19778/17885</w:t>
        <w:br/>
        <w:t>f 22712/19778/17885 22684/19749/17862 22667/19734/17849</w:t>
        <w:br/>
        <w:t>f 22664/19729/17845 22712/19778/17885 22667/19734/17849</w:t>
        <w:br/>
        <w:t>f 22769/19835/17938 22767/19832/17935 22790/19856/17953</w:t>
        <w:br/>
        <w:t>f 22771/19838/17941 22769/19835/17938 22790/19856/17953</w:t>
        <w:br/>
        <w:t>f 22759/19826/17929 22771/19838/17941 22790/19856/17953</w:t>
        <w:br/>
        <w:t>f 22755/19822/17927 22759/19826/17929 22790/19856/17953</w:t>
        <w:br/>
        <w:t>f 22667/19734/17849 22686/19752/17865 23226/20292/17824</w:t>
        <w:br/>
        <w:t>f 22668/19733/17823 22667/19734/17849 23226/20292/17824</w:t>
        <w:br/>
        <w:t>f 22759/19826/17929 22760/19825/17826 23227/20293/18359</w:t>
        <w:br/>
        <w:t>f 22774/19840/17943 22759/19826/17929 23227/20293/18359</w:t>
        <w:br/>
        <w:t>f 22630/19697/17813 22626/19695/17811 22675/19742/17855</w:t>
        <w:br/>
        <w:t>f 23222/20287/18355 22630/19697/17813 22675/19742/17855</w:t>
        <w:br/>
        <w:t>f 22843/19909/18006 22831/19896/17993 22810/19874/17971</w:t>
        <w:br/>
        <w:t>f 22998/20062/18150 23021/20088/18173 23035/20101/18185</w:t>
        <w:br/>
        <w:t>f 23064/20132/18215 23065/20131/18214 23228/20294/18360</w:t>
        <w:br/>
        <w:t>f 22876/19943/18040 22802/19865/17962 23229/20295/18361</w:t>
        <w:br/>
        <w:t>f 23229/20295/18361 22802/19865/17962 22799/19868/17965</w:t>
        <w:br/>
        <w:t>f 23204/20270/18339 23231/20296/18362 23230/20297/18363</w:t>
        <w:br/>
        <w:t>f 23064/20132/18215 23228/20294/18360 23218/20284/18353</w:t>
        <w:br/>
        <w:t>f 23233/20298/18364 23078/20143/18226 23232/20299/18365</w:t>
        <w:br/>
        <w:t>f 23176/20241/18313 23174/20240/18312 22942/20007/18366</w:t>
        <w:br/>
        <w:t>f 23184/20250/18322 23185/20252/18214 23131/20200/18273</w:t>
        <w:br/>
        <w:t>f 23186/20251/18323 23183/20249/18321 23207/20273/18342</w:t>
        <w:br/>
        <w:t>f 22950/20018/18109 23175/20242/18314 22952/20016/18107</w:t>
        <w:br/>
        <w:t>f 23187/20253/18324 22883/19949/18046 22872/19939/18036</w:t>
        <w:br/>
        <w:t>f 23187/20253/18324 22872/19939/18036 22879/19945/18042</w:t>
        <w:br/>
        <w:t>f 22879/19945/18042 22873/19938/18035 23234/20300/18367</w:t>
        <w:br/>
        <w:t>f 22879/19945/18042 22872/19939/18036 22873/19938/18035</w:t>
        <w:br/>
        <w:t>f 22948/20015/18106 22949/20014/18105 23236/20301/18368</w:t>
        <w:br/>
        <w:t>f 23235/20302/18369 22948/20015/18106 23236/20301/18368</w:t>
        <w:br/>
        <w:t>f 23238/20303/18370 23139/20206/18279 23140/20205/18278</w:t>
        <w:br/>
        <w:t>f 23237/20304/18371 23238/20303/18370 23140/20205/18278</w:t>
        <w:br/>
        <w:t>f 23099/20167/18246 23100/20166/18245 23086/20151/18234</w:t>
        <w:br/>
        <w:t>f 22895/19961/18058 23212/20279/18348 22897/19963/18060</w:t>
        <w:br/>
        <w:t>f 22880/19944/18041 22878/19946/18043 23211/20275/18344</w:t>
        <w:br/>
        <w:t>f 23190/20254/18325 22880/19944/18041 23211/20275/18344</w:t>
        <w:br/>
        <w:t>f 22887/19954/18051 22888/19953/18050 23239/20305/18372</w:t>
        <w:br/>
        <w:t>f 23231/20296/18362 22887/19954/18051 23239/20305/18372</w:t>
        <w:br/>
        <w:t>f 22880/19944/18041 23188/20256/18327 23187/20253/18324</w:t>
        <w:br/>
        <w:t>f 22879/19945/18042 22880/19944/18041 23187/20253/18324</w:t>
        <w:br/>
        <w:t>f 22888/19953/18050 23188/20256/18327 23189/20255/18326</w:t>
        <w:br/>
        <w:t>f 23239/20305/18372 22888/19953/18050 23189/20255/18326</w:t>
        <w:br/>
        <w:t>f 23204/20270/18339 22887/19954/18051 23231/20296/18362</w:t>
        <w:br/>
        <w:t>f 23234/20300/18367 23210/20276/18345 22878/19946/18043</w:t>
        <w:br/>
        <w:t>f 22879/19945/18042 23234/20300/18367 22878/19946/18043</w:t>
        <w:br/>
        <w:t>f 23241/20306/18373 23195/20262/18333 23196/20261/18332</w:t>
        <w:br/>
        <w:t>f 23240/20307/18374 23241/20306/18373 23196/20261/18332</w:t>
        <w:br/>
        <w:t>f 23240/20307/18374 23196/20261/18332 23077/20144/18227</w:t>
        <w:br/>
        <w:t>f 23233/20298/18364 23240/20307/18374 23077/20144/18227</w:t>
        <w:br/>
        <w:t>f 23214/20280/18349 23208/20274/18343 23195/20262/18333</w:t>
        <w:br/>
        <w:t>f 23241/20306/18373 23214/20280/18349 23195/20262/18333</w:t>
        <w:br/>
        <w:t>f 23208/20274/18343 23067/20136/18219 23063/20128/18211</w:t>
        <w:br/>
        <w:t>f 23077/20144/18227 23078/20143/18226 23233/20298/18364</w:t>
        <w:br/>
        <w:t>f 23067/20136/18219 23068/20135/18218 23062/20129/18212</w:t>
        <w:br/>
        <w:t>f 23063/20128/18211 23067/20136/18219 23062/20129/18212</w:t>
        <w:br/>
        <w:t>f 23073/20139/18222 23194/20260/18331 23061/20126/18209</w:t>
        <w:br/>
        <w:t>f 23061/20126/18209 23194/20260/18331 23063/20128/18211</w:t>
        <w:br/>
        <w:t>f 23244/20308/18071 23243/20309/18375 23242/20310/18073</w:t>
        <w:br/>
        <w:t>f 23242/20310/18073 23243/20309/18375 23245/20311/18241</w:t>
        <w:br/>
        <w:t>f 22206/19272/17420 22204/19271/17419 22185/19252/17400</w:t>
        <w:br/>
        <w:t>f 22811/19878/17975 22830/19897/17994 22832/19898/17995</w:t>
        <w:br/>
        <w:t>f 2947/20312/18376 2946/20313/18377 2945/20314/18378</w:t>
        <w:br/>
        <w:t>f 2948/20315/18379 2947/20312/18376 2945/20314/18378</w:t>
        <w:br/>
        <w:t>f 2952/20316/18380 2951/20317/18381 2950/20318/18382</w:t>
        <w:br/>
        <w:t>f 2949/20319/18383 2952/20316/18380 2950/20318/18382</w:t>
        <w:br/>
        <w:t>f 2947/20312/18376 2954/20320/18384 2953/20321/18385</w:t>
        <w:br/>
        <w:t>f 2946/20313/18377 2947/20312/18376 2953/20321/18385</w:t>
        <w:br/>
        <w:t>f 2958/20322/18386 2957/20323/18387 2956/20324/18388</w:t>
        <w:br/>
        <w:t>f 2955/20325/18389 2958/20322/18386 2956/20324/18388</w:t>
        <w:br/>
        <w:t>f 2960/20326/18390 2959/20327/18391 2949/20319/18383</w:t>
        <w:br/>
        <w:t>f 2950/20318/18382 2960/20326/18390 2949/20319/18383</w:t>
        <w:br/>
        <w:t>f 2964/20328/18392 2963/20329/18393 2962/20330/18394</w:t>
        <w:br/>
        <w:t>f 2961/20331/18395 2964/20328/18392 2962/20330/18394</w:t>
        <w:br/>
        <w:t>f 2963/20329/18393 2964/20328/18392 2965/20332/18396</w:t>
        <w:br/>
        <w:t>f 2966/20333/18397 2963/20329/18393 2965/20332/18396</w:t>
        <w:br/>
        <w:t>f 2970/20334/18398 2969/20335/18399 2968/20336/18400</w:t>
        <w:br/>
        <w:t>f 2967/20337/18401 2970/20334/18398 2968/20336/18400</w:t>
        <w:br/>
        <w:t>f 2969/20335/18399 2966/20333/18397 2971/20338/18402</w:t>
        <w:br/>
        <w:t>f 2968/20336/18400 2969/20335/18399 2971/20338/18402</w:t>
        <w:br/>
        <w:t>f 2973/20339/18403 2972/20340/18404 2969/20335/18399</w:t>
        <w:br/>
        <w:t>f 2970/20334/18398 2973/20339/18403 2969/20335/18399</w:t>
        <w:br/>
        <w:t>f 2976/20341/18405 2975/20342/18406 2962/20330/18394</w:t>
        <w:br/>
        <w:t>f 2974/20343/18407 2976/20341/18405 2962/20330/18394</w:t>
        <w:br/>
        <w:t>f 2972/20340/18404 2973/20339/18403 2977/20344/18408</w:t>
        <w:br/>
        <w:t>f 2974/20343/18407 2972/20340/18404 2977/20344/18408</w:t>
        <w:br/>
        <w:t>f 2966/20333/18397 2969/20335/18399 2972/20340/18404</w:t>
        <w:br/>
        <w:t>f 2963/20329/18393 2966/20333/18397 2972/20340/18404</w:t>
        <w:br/>
        <w:t>f 2979/20345/18409 2978/20346/18410 2960/20326/18390</w:t>
        <w:br/>
        <w:t>f 2950/20318/18382 2979/20345/18409 2960/20326/18390</w:t>
        <w:br/>
        <w:t>f 2954/20320/18384 2947/20312/18376 2980/20347/18411</w:t>
        <w:br/>
        <w:t>f 2975/20342/18406 2954/20320/18384 2980/20347/18411</w:t>
        <w:br/>
        <w:t>f 2950/20318/18382 2951/20317/18381 2981/20348/18412</w:t>
        <w:br/>
        <w:t>f 2979/20345/18409 2950/20318/18382 2981/20348/18412</w:t>
        <w:br/>
        <w:t>f 2980/20347/18411 2947/20312/18376 2982/20349/18413</w:t>
        <w:br/>
        <w:t>f 2947/20312/18376 2948/20315/18379 2983/20350/18414</w:t>
        <w:br/>
        <w:t>f 2966/20333/18397 2965/20332/18396 2984/20351/18415</w:t>
        <w:br/>
        <w:t>f 2971/20338/18402 2966/20333/18397 2984/20351/18415</w:t>
        <w:br/>
        <w:t>f 2988/20352/18416 2987/20353/18417 2986/20354/18418</w:t>
        <w:br/>
        <w:t>f 2985/20355/18419 2988/20352/18416 2986/20354/18418</w:t>
        <w:br/>
        <w:t>f 2992/20356/18420 2991/20357/18421 2990/20358/18422</w:t>
        <w:br/>
        <w:t>f 2989/20359/18423 2992/20356/18420 2990/20358/18422</w:t>
        <w:br/>
        <w:t>f 2995/20360/18424 2994/20361/18425 2993/20362/18426</w:t>
        <w:br/>
        <w:t>f 2996/20363/18427 2995/20360/18424 2993/20362/18426</w:t>
        <w:br/>
        <w:t>f 3000/20364/18428 2999/20365/18429 2998/20366/18430</w:t>
        <w:br/>
        <w:t>f 2997/20367/18431 3000/20364/18428 2998/20366/18430</w:t>
        <w:br/>
        <w:t>f 2994/20361/18425 3002/20368/18432 3001/20369/18433</w:t>
        <w:br/>
        <w:t>f 2993/20362/18426 2994/20361/18425 3001/20369/18433</w:t>
        <w:br/>
        <w:t>f 3006/20370/18434 3005/20371/18435 3004/20372/18436</w:t>
        <w:br/>
        <w:t>f 3003/20373/18437 3006/20370/18434 3004/20372/18436</w:t>
        <w:br/>
        <w:t>f 3008/20374/18438 3007/20375/18439 2998/20366/18430</w:t>
        <w:br/>
        <w:t>f 2999/20365/18429 3008/20374/18438 2998/20366/18430</w:t>
        <w:br/>
        <w:t>f 3010/20376/18440 3009/20377/18441 2987/20353/18417</w:t>
        <w:br/>
        <w:t>f 2988/20352/18416 3010/20376/18440 2987/20353/18417</w:t>
        <w:br/>
        <w:t>f 2991/20357/18421 2992/20356/18420 3012/20378/18442</w:t>
        <w:br/>
        <w:t>f 3011/20379/18443 2991/20357/18421 3012/20378/18442</w:t>
        <w:br/>
        <w:t>f 3015/20380/18444 3014/20381/18445 3013/20382/18446</w:t>
        <w:br/>
        <w:t>f 3016/20383/18447 3015/20380/18444 3013/20382/18446</w:t>
        <w:br/>
        <w:t>f 3018/20384/18448 3017/20385/18449 3016/20383/18447</w:t>
        <w:br/>
        <w:t>f 3013/20382/18446 3018/20384/18448 3016/20383/18447</w:t>
        <w:br/>
        <w:t>f 3024/20386/18450 3023/20387/18451 3022/20388/18452</w:t>
        <w:br/>
        <w:t>f 3025/20389/18453 3024/20386/18450 3022/20388/18452</w:t>
        <w:br/>
        <w:t>f 3028/20390/18454 3027/20391/18455 3026/20392/18456</w:t>
        <w:br/>
        <w:t>f 3029/20393/18457 3028/20390/18454 3026/20392/18456</w:t>
        <w:br/>
        <w:t>f 3032/20394/18458 3031/20395/18459 3030/20396/18460</w:t>
        <w:br/>
        <w:t>f 3033/20397/18461 3032/20394/18458 3030/20396/18460</w:t>
        <w:br/>
        <w:t>f 3037/20398/18462 3036/20399/18463 3035/20400/18464</w:t>
        <w:br/>
        <w:t>f 3034/20401/18465 3037/20398/18462 3035/20400/18464</w:t>
        <w:br/>
        <w:t>f 3039/20402/18466 3033/20397/18461 3030/20396/18460</w:t>
        <w:br/>
        <w:t>f 3038/20403/18467 3039/20402/18466 3030/20396/18460</w:t>
        <w:br/>
        <w:t>f 3038/20403/18467 3041/20404/18468 3040/20405/18469</w:t>
        <w:br/>
        <w:t>f 3039/20402/18466 3038/20403/18467 3040/20405/18469</w:t>
        <w:br/>
        <w:t>f 3043/20406/18470 3042/20407/18471 3037/20398/18462</w:t>
        <w:br/>
        <w:t>f 3034/20401/18465 3043/20406/18470 3037/20398/18462</w:t>
        <w:br/>
        <w:t>f 3047/20408/18472 3046/20409/18473 3045/20410/18474</w:t>
        <w:br/>
        <w:t>f 3044/20411/18475 3047/20408/18472 3045/20410/18474</w:t>
        <w:br/>
        <w:t>f 3050/20412/18476 3049/20413/18477 3048/20414/18478</w:t>
        <w:br/>
        <w:t>f 3051/20415/18479 3050/20412/18476 3048/20414/18478</w:t>
        <w:br/>
        <w:t>f 3027/20391/18455 3025/20389/18453 3022/20388/18452</w:t>
        <w:br/>
        <w:t>f 3026/20392/18456 3027/20391/18455 3022/20388/18452</w:t>
        <w:br/>
        <w:t>f 3052/20416/18480 3028/20390/18454 3029/20393/18457</w:t>
        <w:br/>
        <w:t>f 3053/20417/18481 3052/20416/18480 3029/20393/18457</w:t>
        <w:br/>
        <w:t>f 3015/20380/18444 3045/20410/18474 3046/20409/18473</w:t>
        <w:br/>
        <w:t>f 3014/20381/18445 3015/20380/18444 3046/20409/18473</w:t>
        <w:br/>
        <w:t>f 2997/20367/18431 2998/20366/18430 2948/20315/18379</w:t>
        <w:br/>
        <w:t>f 2945/20314/18378 2997/20367/18431 2948/20315/18379</w:t>
        <w:br/>
        <w:t>f 2978/20346/18410 2979/20345/18409 2994/20361/18425</w:t>
        <w:br/>
        <w:t>f 2995/20360/18424 2978/20346/18410 2994/20361/18425</w:t>
        <w:br/>
        <w:t>f 2979/20345/18409 2981/20348/18412 3002/20368/18432</w:t>
        <w:br/>
        <w:t>f 2994/20361/18425 2979/20345/18409 3002/20368/18432</w:t>
        <w:br/>
        <w:t>f 2958/20322/18386 3004/20372/18436 3002/20368/18432</w:t>
        <w:br/>
        <w:t>f 2981/20348/18412 2958/20322/18386 3002/20368/18432</w:t>
        <w:br/>
        <w:t>f 3056/20418/18482 3055/20419/18482 3054/20420/18483</w:t>
        <w:br/>
        <w:t>f 3057/20421/18484 3056/20418/18482 3054/20420/18483</w:t>
        <w:br/>
        <w:t>f 3059/20422/18485 3058/20423/18486 3005/20371/18435</w:t>
        <w:br/>
        <w:t>f 3006/20370/18434 3059/20422/18485 3005/20371/18435</w:t>
        <w:br/>
        <w:t>f 3038/20403/18467 3030/20396/18460 2993/20362/18426</w:t>
        <w:br/>
        <w:t>f 3001/20369/18433 3038/20403/18467 2993/20362/18426</w:t>
        <w:br/>
        <w:t>f 3031/20395/18459 2996/20363/18427 2993/20362/18426</w:t>
        <w:br/>
        <w:t>f 3030/20396/18460 3031/20395/18459 2993/20362/18426</w:t>
        <w:br/>
        <w:t>f 3036/20399/18463 3037/20398/18462 2999/20365/18429</w:t>
        <w:br/>
        <w:t>f 3000/20364/18428 3036/20399/18463 2999/20365/18429</w:t>
        <w:br/>
        <w:t>f 3042/20407/18471 3008/20374/18438 2999/20365/18429</w:t>
        <w:br/>
        <w:t>f 3037/20398/18462 3042/20407/18471 2999/20365/18429</w:t>
        <w:br/>
        <w:t>f 3048/20414/18478 3049/20413/18477 2991/20357/18421</w:t>
        <w:br/>
        <w:t>f 3011/20379/18443 3048/20414/18478 2991/20357/18421</w:t>
        <w:br/>
        <w:t>f 3018/20384/18448 2990/20358/18422 2991/20357/18421</w:t>
        <w:br/>
        <w:t>f 3049/20413/18477 3018/20384/18448 2991/20357/18421</w:t>
        <w:br/>
        <w:t>f 3014/20381/18445 2988/20352/18416 2985/20355/18419</w:t>
        <w:br/>
        <w:t>f 3013/20382/18446 3014/20381/18445 2985/20355/18419</w:t>
        <w:br/>
        <w:t>f 3046/20409/18473 3010/20376/18440 2988/20352/18416</w:t>
        <w:br/>
        <w:t>f 3014/20381/18445 3046/20409/18473 2988/20352/18416</w:t>
        <w:br/>
        <w:t>f 3053/20417/18481 3029/20393/18457 3061/20424/18487</w:t>
        <w:br/>
        <w:t>f 3060/20425/18488 3053/20417/18481 3061/20424/18487</w:t>
        <w:br/>
        <w:t>f 2965/20332/18396 2987/20353/18417 3009/20377/18441</w:t>
        <w:br/>
        <w:t>f 2984/20351/18415 2965/20332/18396 3009/20377/18441</w:t>
        <w:br/>
        <w:t>f 2964/20328/18392 2986/20354/18418 2987/20353/18417</w:t>
        <w:br/>
        <w:t>f 2965/20332/18396 2964/20328/18392 2987/20353/18417</w:t>
        <w:br/>
        <w:t>f 2961/20331/18395 2989/20359/18423 2986/20354/18418</w:t>
        <w:br/>
        <w:t>f 2964/20328/18392 2961/20331/18395 2986/20354/18418</w:t>
        <w:br/>
        <w:t>f 2982/20349/18413 3012/20378/18442 2992/20356/18420</w:t>
        <w:br/>
        <w:t>f 2980/20347/18411 2982/20349/18413 2992/20356/18420</w:t>
        <w:br/>
        <w:t>f 2948/20315/18379 2998/20366/18430 3007/20375/18439</w:t>
        <w:br/>
        <w:t>f 2983/20350/18414 2948/20315/18379 3007/20375/18439</w:t>
        <w:br/>
        <w:t>f 2951/20317/18381 2952/20316/18380 3062/20426/18489</w:t>
        <w:br/>
        <w:t>f 2957/20323/18387 2951/20317/18381 3062/20426/18489</w:t>
        <w:br/>
        <w:t>f 3055/20419/18482 3056/20418/18482 3077/20427/18490</w:t>
        <w:br/>
        <w:t>f 3078/20428/18491 3055/20419/18482 3077/20427/18490</w:t>
        <w:br/>
        <w:t>f 3058/20423/18486 3059/20422/18485 3080/20429/18492</w:t>
        <w:br/>
        <w:t>f 3079/20430/18493 3058/20423/18486 3080/20429/18492</w:t>
        <w:br/>
        <w:t>f 2955/20325/18389 3003/20373/18437 3004/20372/18436</w:t>
        <w:br/>
        <w:t>f 2958/20322/18386 2955/20325/18389 3004/20372/18436</w:t>
        <w:br/>
        <w:t>f 3078/20428/18491 3077/20427/18490 3081/20431/18494</w:t>
        <w:br/>
        <w:t>f 3021/20432/18495 3078/20428/18491 3081/20431/18494</w:t>
        <w:br/>
        <w:t>f 3058/20423/18486 3041/20404/18468 3005/20371/18435</w:t>
        <w:br/>
        <w:t>f 3054/20420/18483 2956/20324/18388 2957/20323/18387</w:t>
        <w:br/>
        <w:t>f 3057/20421/18484 3054/20420/18483 2957/20323/18387</w:t>
        <w:br/>
        <w:t>f 3085/20433/18496 3084/20434/18497 3083/20435/18498</w:t>
        <w:br/>
        <w:t>f 3082/20436/18499 3085/20433/18496 3083/20435/18498</w:t>
        <w:br/>
        <w:t>f 3089/20437/18500 3088/20438/18501 3087/20439/18502</w:t>
        <w:br/>
        <w:t>f 3086/20440/18503 3089/20437/18500 3087/20439/18502</w:t>
        <w:br/>
        <w:t>f 3093/20441/18504 3092/20442/18465 3091/20443/18464</w:t>
        <w:br/>
        <w:t>f 3090/20444/18505 3093/20441/18504 3091/20443/18464</w:t>
        <w:br/>
        <w:t>f 3097/20445/18506 3096/20446/18507 3095/20447/18508</w:t>
        <w:br/>
        <w:t>f 3094/20448/18509 3097/20445/18506 3095/20447/18508</w:t>
        <w:br/>
        <w:t>f 3100/20449/18510 3099/20450/18511 3098/20451/18512</w:t>
        <w:br/>
        <w:t>f 3092/20442/18465 3093/20441/18504 3101/20452/18513</w:t>
        <w:br/>
        <w:t>f 3102/20453/18514 3092/20442/18465 3101/20452/18513</w:t>
        <w:br/>
        <w:t>f 3106/20454/18515 3105/20455/18516 3104/20456/18517</w:t>
        <w:br/>
        <w:t>f 3103/20457/18518 3106/20454/18515 3104/20456/18517</w:t>
        <w:br/>
        <w:t>f 3108/20458/18519 3107/20459/18520 3104/20456/18517</w:t>
        <w:br/>
        <w:t>f 3105/20455/18516 3108/20458/18519 3104/20456/18517</w:t>
        <w:br/>
        <w:t>f 3110/20460/18521 3107/20459/18520 3109/20461/18522</w:t>
        <w:br/>
        <w:t>f 3111/20462/18523 3110/20460/18521 3109/20461/18522</w:t>
        <w:br/>
        <w:t>f 3113/20463/18466 3112/20464/18524 3087/20439/18502</w:t>
        <w:br/>
        <w:t>f 3088/20438/18501 3113/20463/18466 3087/20439/18502</w:t>
        <w:br/>
        <w:t>f 3115/20465/18525 3085/20433/18496 3082/20436/18499</w:t>
        <w:br/>
        <w:t>f 3114/20466/18526 3115/20465/18525 3082/20436/18499</w:t>
        <w:br/>
        <w:t>f 3119/20467/18527 3118/20468/18528 3117/20469/18529</w:t>
        <w:br/>
        <w:t>f 3116/20470/18530 3119/20467/18527 3117/20469/18529</w:t>
        <w:br/>
        <w:t>f 3122/20471/18531 3121/20472/18532 3120/20473/18533</w:t>
        <w:br/>
        <w:t>f 3123/20474/18534 3122/20471/18531 3120/20473/18533</w:t>
        <w:br/>
        <w:t>f 3126/20475/18535 3125/20476/18536 3124/20477/18537</w:t>
        <w:br/>
        <w:t>f 3100/20449/18510 3127/20478/18538 3099/20450/18511</w:t>
        <w:br/>
        <w:t>f 3130/20479/18539 3129/20480/18540 3128/20481/18541</w:t>
        <w:br/>
        <w:t>f 3132/20482/18542 3131/20483/18543 3093/20441/18504</w:t>
        <w:br/>
        <w:t>f 3090/20444/18505 3132/20482/18542 3093/20441/18504</w:t>
        <w:br/>
        <w:t>f 3136/20484/18544 3135/20485/18545 3134/20486/18546</w:t>
        <w:br/>
        <w:t>f 3133/20487/18547 3136/20484/18544 3134/20486/18546</w:t>
        <w:br/>
        <w:t>f 3086/20440/18503 3087/20439/18502 3111/20462/18523</w:t>
        <w:br/>
        <w:t>f 3137/20488/18548 3086/20440/18503 3111/20462/18523</w:t>
        <w:br/>
        <w:t>f 3110/20460/18521 3111/20462/18523 3087/20439/18502</w:t>
        <w:br/>
        <w:t>f 3112/20464/18524 3110/20460/18521 3087/20439/18502</w:t>
        <w:br/>
        <w:t>f 3139/20489/18549 3138/20490/18550 3126/20475/18535</w:t>
        <w:br/>
        <w:t>f 3124/20477/18537 3139/20489/18549 3126/20475/18535</w:t>
        <w:br/>
        <w:t>f 3123/20474/18534 3120/20473/18533 3116/20470/18530</w:t>
        <w:br/>
        <w:t>f 3117/20469/18529 3123/20474/18534 3116/20470/18530</w:t>
        <w:br/>
        <w:t>f 3143/20491/18551 3142/20492/18552 3141/20493/18553</w:t>
        <w:br/>
        <w:t>f 3140/20494/18554 3143/20491/18551 3141/20493/18553</w:t>
        <w:br/>
        <w:t>f 3147/20495/18555 3146/20496/18470 3145/20497/18556</w:t>
        <w:br/>
        <w:t>f 3144/20498/18476 3147/20495/18555 3145/20497/18556</w:t>
        <w:br/>
        <w:t>f 3119/20467/18527 3149/20499/18557 3148/20500/18558</w:t>
        <w:br/>
        <w:t>f 3118/20468/18528 3119/20467/18527 3148/20500/18558</w:t>
        <w:br/>
        <w:t>f 3131/20483/18543 3150/20501/18559 3101/20452/18513</w:t>
        <w:br/>
        <w:t>f 3093/20441/18504 3131/20483/18543 3101/20452/18513</w:t>
        <w:br/>
        <w:t>f 3151/20502/18560 3115/20465/18525 3114/20466/18526</w:t>
        <w:br/>
        <w:t>f 3152/20503/18561 3151/20502/18560 3114/20466/18526</w:t>
        <w:br/>
        <w:t>f 3155/20504/18562 3154/20505/18563 3083/20435/18498</w:t>
        <w:br/>
        <w:t>f 3153/20506/18564 3155/20504/18562 3083/20435/18498</w:t>
        <w:br/>
        <w:t>f 3156/20507/18565 3102/20453/18514 3101/20452/18513</w:t>
        <w:br/>
        <w:t>f 3157/20508/18566 3156/20507/18565 3101/20452/18513</w:t>
        <w:br/>
        <w:t>f 3114/20466/18526 3082/20436/18499 3159/20509/18567</w:t>
        <w:br/>
        <w:t>f 3158/20510/18568 3114/20466/18526 3159/20509/18567</w:t>
        <w:br/>
        <w:t>f 3118/20468/18528 3161/20511/18569 3160/20512/18570</w:t>
        <w:br/>
        <w:t>f 3117/20469/18529 3118/20468/18528 3160/20512/18570</w:t>
        <w:br/>
        <w:t>f 3163/20513/18571 3122/20471/18531 3123/20474/18534</w:t>
        <w:br/>
        <w:t>f 3162/20514/18572 3163/20513/18571 3123/20474/18534</w:t>
        <w:br/>
        <w:t>f 3166/20515/18573 3165/20516/18574 3164/20517/18575</w:t>
        <w:br/>
        <w:t>f 3158/20510/18568 3166/20515/18573 3164/20517/18575</w:t>
        <w:br/>
        <w:t>f 3138/20490/18550 3139/20489/18549 3168/20518/18576</w:t>
        <w:br/>
        <w:t>f 3167/20519/18577 3138/20490/18550 3168/20518/18576</w:t>
        <w:br/>
        <w:t>f 3117/20469/18529 3160/20512/18570 3162/20514/18572</w:t>
        <w:br/>
        <w:t>f 3123/20474/18534 3117/20469/18529 3162/20514/18572</w:t>
        <w:br/>
        <w:t>f 3170/20520/18578 3169/20521/18579 3140/20494/18554</w:t>
        <w:br/>
        <w:t>f 3171/20522/18580 3170/20520/18578 3140/20494/18554</w:t>
        <w:br/>
        <w:t>f 3174/20523/18581 3173/20524/18582 3161/20511/18569</w:t>
        <w:br/>
        <w:t>f 3172/20525/18583 3174/20523/18581 3161/20511/18569</w:t>
        <w:br/>
        <w:t>f 3162/20514/18572 3157/20508/18566 3175/20526/18584</w:t>
        <w:br/>
        <w:t>f 3163/20513/18571 3162/20514/18572 3175/20526/18584</w:t>
        <w:br/>
        <w:t>f 3158/20510/18568 3164/20517/18575 3152/20503/18561</w:t>
        <w:br/>
        <w:t>f 3114/20466/18526 3158/20510/18568 3152/20503/18561</w:t>
        <w:br/>
        <w:t>f 3179/20527/18585 3178/20528/18586 3177/20529/18587</w:t>
        <w:br/>
        <w:t>f 3176/20530/18588 3179/20527/18585 3177/20529/18587</w:t>
        <w:br/>
        <w:t>f 3182/20531/18589 3181/20532/18590 3180/20533/18591</w:t>
        <w:br/>
        <w:t>f 3184/20534/18592 3183/20535/18593 3178/20528/18586</w:t>
        <w:br/>
        <w:t>f 3179/20527/18585 3184/20534/18592 3178/20528/18586</w:t>
        <w:br/>
        <w:t>f 3182/20531/18589 3186/20536/18594 3185/20537/18595</w:t>
        <w:br/>
        <w:t>f 3180/20533/18591 3181/20532/18590 3187/20538/18596</w:t>
        <w:br/>
        <w:t>f 3129/20480/18540 3130/20479/18539 3188/20539/18597</w:t>
        <w:br/>
        <w:t>f 3190/20540/18598 3185/20537/18595 3186/20536/18594</w:t>
        <w:br/>
        <w:t>f 3189/20541/18599 3190/20540/18598 3186/20536/18594</w:t>
        <w:br/>
        <w:t>f 3185/20537/18595 3190/20540/18598 3192/20542/18600</w:t>
        <w:br/>
        <w:t>f 3191/20543/18601 3185/20537/18595 3192/20542/18600</w:t>
        <w:br/>
        <w:t>f 3196/20544/18602 3195/20545/18603 3194/20546/18604</w:t>
        <w:br/>
        <w:t>f 3193/20547/18605 3196/20544/18602 3194/20546/18604</w:t>
        <w:br/>
        <w:t>f 3151/20502/18560 3152/20503/18561 3183/20535/18593</w:t>
        <w:br/>
        <w:t>f 3184/20534/18592 3151/20502/18560 3183/20535/18593</w:t>
        <w:br/>
        <w:t>f 3178/20528/18586 3198/20548/18606 3197/20549/18607</w:t>
        <w:br/>
        <w:t>f 3177/20529/18587 3178/20528/18586 3197/20549/18607</w:t>
        <w:br/>
        <w:t>f 3183/20535/18593 3199/20550/18608 3198/20548/18606</w:t>
        <w:br/>
        <w:t>f 3178/20528/18586 3183/20535/18593 3198/20548/18606</w:t>
        <w:br/>
        <w:t>f 3203/20551/18609 3202/20552/18610 3201/20553/18611</w:t>
        <w:br/>
        <w:t>f 3200/20554/18612 3203/20551/18609 3201/20553/18611</w:t>
        <w:br/>
        <w:t>f 3198/20548/18606 3205/20555/18613 3204/20556/18614</w:t>
        <w:br/>
        <w:t>f 3197/20549/18607 3198/20548/18606 3204/20556/18614</w:t>
        <w:br/>
        <w:t>f 3199/20550/18608 3206/20557/18615 3205/20555/18613</w:t>
        <w:br/>
        <w:t>f 3198/20548/18606 3199/20550/18608 3205/20555/18613</w:t>
        <w:br/>
        <w:t>f 3152/20503/18561 3164/20517/18575 3199/20550/18608</w:t>
        <w:br/>
        <w:t>f 3183/20535/18593 3152/20503/18561 3199/20550/18608</w:t>
        <w:br/>
        <w:t>f 3210/20558/18616 3209/20559/18617 3208/20560/18618</w:t>
        <w:br/>
        <w:t>f 3207/20561/18619 3210/20558/18616 3208/20560/18618</w:t>
        <w:br/>
        <w:t>f 3213/20562/18620 3212/20563/18621 3211/20564/18622</w:t>
        <w:br/>
        <w:t>f 3214/20565/18623 3213/20562/18620 3211/20564/18622</w:t>
        <w:br/>
        <w:t>f 3211/20564/18622 3216/20566/18624 3215/20567/18625</w:t>
        <w:br/>
        <w:t>f 3214/20565/18623 3211/20564/18622 3215/20567/18625</w:t>
        <w:br/>
        <w:t>f 3218/20568/18626 3217/20569/18627 3209/20559/18617</w:t>
        <w:br/>
        <w:t>f 3210/20558/18616 3218/20568/18626 3209/20559/18617</w:t>
        <w:br/>
        <w:t>f 3221/20570/18628 3220/20571/18629 3219/20572/18630</w:t>
        <w:br/>
        <w:t>f 3222/20573/18631 3221/20570/18628 3219/20572/18630</w:t>
        <w:br/>
        <w:t>f 3226/20574/18632 3225/20575/18633 3224/20576/18634</w:t>
        <w:br/>
        <w:t>f 3223/20577/18635 3226/20574/18632 3224/20576/18634</w:t>
        <w:br/>
        <w:t>f 3222/20573/18631 3219/20572/18630 3212/20563/18621</w:t>
        <w:br/>
        <w:t>f 3213/20562/18620 3222/20573/18631 3212/20563/18621</w:t>
        <w:br/>
        <w:t>f 3230/20578/18636 3229/20579/18637 3228/20580/18638</w:t>
        <w:br/>
        <w:t>f 3227/20581/18639 3230/20578/18636 3228/20580/18638</w:t>
        <w:br/>
        <w:t>f 3234/20582/18640 3233/20583/18641 3232/20584/18642</w:t>
        <w:br/>
        <w:t>f 3231/20585/18643 3234/20582/18640 3232/20584/18642</w:t>
        <w:br/>
        <w:t>f 3229/20579/18637 3230/20578/18636 3235/20586/18644</w:t>
        <w:br/>
        <w:t>f 3237/20587/18645 3236/20588/18646 3227/20581/18639</w:t>
        <w:br/>
        <w:t>f 3228/20580/18638 3237/20587/18645 3227/20581/18639</w:t>
        <w:br/>
        <w:t>f 3241/20589/18647 3240/20590/18648 3239/20591/18649</w:t>
        <w:br/>
        <w:t>f 3238/20592/18650 3241/20589/18647 3239/20591/18649</w:t>
        <w:br/>
        <w:t>f 3244/20593/18651 3243/20594/18652 3242/20595/18653</w:t>
        <w:br/>
        <w:t>f 3245/20596/18654 3244/20593/18651 3242/20595/18653</w:t>
        <w:br/>
        <w:t>f 3249/20597/18655 3248/20598/18656 3247/20599/18657</w:t>
        <w:br/>
        <w:t>f 3246/20600/18658 3249/20597/18655 3247/20599/18657</w:t>
        <w:br/>
        <w:t>f 3252/20601/18659 3251/20602/18660 3250/20603/18661</w:t>
        <w:br/>
        <w:t>f 3253/20604/18662 3252/20601/18659 3250/20603/18661</w:t>
        <w:br/>
        <w:t>f 3255/20605/18663 3254/20606/18664 3251/20602/18660</w:t>
        <w:br/>
        <w:t>f 3252/20601/18659 3255/20605/18663 3251/20602/18660</w:t>
        <w:br/>
        <w:t>f 3259/20607/18665 3258/20608/18666 3257/20609/18667</w:t>
        <w:br/>
        <w:t>f 3256/20610/18668 3259/20607/18665 3257/20609/18667</w:t>
        <w:br/>
        <w:t>f 3262/20611/18669 3261/20612/18670 3260/20613/18671</w:t>
        <w:br/>
        <w:t>f 3263/20614/18672 3262/20611/18669 3260/20613/18671</w:t>
        <w:br/>
        <w:t>f 3266/20615/18673 3265/20616/18674 3264/20617/18675</w:t>
        <w:br/>
        <w:t>f 3267/20618/18676 3266/20615/18673 3264/20617/18675</w:t>
        <w:br/>
        <w:t>f 3270/20619/18677 3256/20610/18668 3269/20620/18678</w:t>
        <w:br/>
        <w:t>f 3268/20621/18679 3270/20619/18677 3269/20620/18678</w:t>
        <w:br/>
        <w:t>f 3227/20581/18639 3272/20622/18680 3271/20623/18681</w:t>
        <w:br/>
        <w:t>f 3230/20578/18636 3227/20581/18639 3271/20623/18681</w:t>
        <w:br/>
        <w:t>f 3276/20624/18682 3275/20625/18683 3274/20626/18684</w:t>
        <w:br/>
        <w:t>f 3273/20627/18685 3276/20624/18682 3274/20626/18684</w:t>
        <w:br/>
        <w:t>f 3278/20628/18686 3274/20626/18684 3275/20625/18683</w:t>
        <w:br/>
        <w:t>f 3277/20629/18687 3278/20628/18686 3275/20625/18683</w:t>
        <w:br/>
        <w:t>f 3277/20629/18687 3280/20630/18688 3279/20631/18689</w:t>
        <w:br/>
        <w:t>f 3278/20628/18686 3277/20629/18687 3279/20631/18689</w:t>
        <w:br/>
        <w:t>f 3281/20632/18690 3234/20582/18640 3231/20585/18643</w:t>
        <w:br/>
        <w:t>f 3282/20633/18691 3281/20632/18690 3231/20585/18643</w:t>
        <w:br/>
        <w:t>f 3285/20634/18692 3284/20635/18693 3270/20619/18677</w:t>
        <w:br/>
        <w:t>f 3283/20636/18694 3285/20634/18692 3270/20619/18677</w:t>
        <w:br/>
        <w:t>f 3287/20637/18695 3264/20617/18675 3265/20616/18674</w:t>
        <w:br/>
        <w:t>f 3286/20638/18696 3287/20637/18695 3265/20616/18674</w:t>
        <w:br/>
        <w:t>f 3289/20639/18697 3287/20637/18695 3286/20638/18696</w:t>
        <w:br/>
        <w:t>f 3288/20640/18698 3289/20639/18697 3286/20638/18696</w:t>
        <w:br/>
        <w:t>f 3291/20641/18699 3285/20634/18692 3283/20636/18694</w:t>
        <w:br/>
        <w:t>f 3290/20642/18700 3291/20641/18699 3283/20636/18694</w:t>
        <w:br/>
        <w:t>f 3240/20590/18648 3271/20623/18681 3272/20622/18680</w:t>
        <w:br/>
        <w:t>f 3245/20596/18654 3240/20590/18648 3272/20622/18680</w:t>
        <w:br/>
        <w:t>f 3292/20643/18701 3250/20603/18661 3265/20616/18674</w:t>
        <w:br/>
        <w:t>f 3266/20615/18673 3292/20643/18701 3265/20616/18674</w:t>
        <w:br/>
        <w:t>f 3286/20638/18696 3265/20616/18674 3250/20603/18661</w:t>
        <w:br/>
        <w:t>f 3251/20602/18660 3286/20638/18696 3250/20603/18661</w:t>
        <w:br/>
        <w:t>f 3251/20602/18660 3254/20606/18664 3288/20640/18698</w:t>
        <w:br/>
        <w:t>f 3286/20638/18696 3251/20602/18660 3288/20640/18698</w:t>
        <w:br/>
        <w:t>f 3239/20591/18649 3240/20590/18648 3245/20596/18654</w:t>
        <w:br/>
        <w:t>f 3242/20595/18653 3239/20591/18649 3245/20596/18654</w:t>
        <w:br/>
        <w:t>f 3245/20596/18654 3272/20622/18680 3293/20644/18702</w:t>
        <w:br/>
        <w:t>f 3244/20593/18651 3245/20596/18654 3293/20644/18702</w:t>
        <w:br/>
        <w:t>f 3282/20633/18691 3249/20597/18655 3246/20600/18658</w:t>
        <w:br/>
        <w:t>f 3281/20632/18690 3282/20633/18691 3246/20600/18658</w:t>
        <w:br/>
        <w:t>f 3295/20645/18703 3279/20631/18689 3294/20646/18704</w:t>
        <w:br/>
        <w:t>f 3253/20604/18662 3250/20603/18661 3292/20643/18701</w:t>
        <w:br/>
        <w:t>f 3296/20647/18705 3253/20604/18662 3292/20643/18701</w:t>
        <w:br/>
        <w:t>f 3230/20578/18636 3271/20623/18681 3298/20648/18706</w:t>
        <w:br/>
        <w:t>f 3297/20649/18707 3230/20578/18636 3298/20648/18706</w:t>
        <w:br/>
        <w:t>f 3272/20622/18680 3227/20581/18639 3236/20588/18646</w:t>
        <w:br/>
        <w:t>f 3293/20644/18702 3272/20622/18680 3236/20588/18646</w:t>
        <w:br/>
        <w:t>f 3298/20648/18706 3271/20623/18681 3240/20590/18648</w:t>
        <w:br/>
        <w:t>f 3241/20589/18647 3298/20648/18706 3240/20590/18648</w:t>
        <w:br/>
        <w:t>f 3299/20650/18708 3257/20609/18667 3258/20608/18666</w:t>
        <w:br/>
        <w:t>f 3300/20651/18709 3299/20650/18708 3258/20608/18666</w:t>
        <w:br/>
        <w:t>f 3248/20598/18656 3290/20642/18700 3301/20652/18710</w:t>
        <w:br/>
        <w:t>f 3247/20599/18657 3248/20598/18656 3301/20652/18710</w:t>
        <w:br/>
        <w:t>f 3238/20592/18650 3239/20591/18649 3254/20606/18664</w:t>
        <w:br/>
        <w:t>f 3255/20605/18663 3238/20592/18650 3254/20606/18664</w:t>
        <w:br/>
        <w:t>f 3288/20640/18698 3242/20595/18653 3243/20594/18652</w:t>
        <w:br/>
        <w:t>f 3289/20639/18697 3288/20640/18698 3243/20594/18652</w:t>
        <w:br/>
        <w:t>f 3242/20595/18653 3288/20640/18698 3254/20606/18664</w:t>
        <w:br/>
        <w:t>f 3239/20591/18649 3242/20595/18653 3254/20606/18664</w:t>
        <w:br/>
        <w:t>f 3305/20653/18711 3304/20654/18712 3303/20655/18713</w:t>
        <w:br/>
        <w:t>f 3302/20656/18714 3305/20653/18711 3303/20655/18713</w:t>
        <w:br/>
        <w:t>f 3305/20653/18711 3302/20656/18714 3263/20614/18672</w:t>
        <w:br/>
        <w:t>f 3260/20613/18671 3305/20653/18711 3263/20614/18672</w:t>
        <w:br/>
        <w:t>f 3276/20624/18682 3273/20627/18685 3306/20657/18715</w:t>
        <w:br/>
        <w:t>f 3307/20658/18716 3276/20624/18682 3306/20657/18715</w:t>
        <w:br/>
        <w:t>f 3310/20659/18717 3309/20660/18718 3308/20661/18719</w:t>
        <w:br/>
        <w:t>f 3294/20646/18704 3310/20659/18717 3308/20661/18719</w:t>
        <w:br/>
        <w:t>f 3307/20658/18716 3306/20657/18715 3311/20662/18720</w:t>
        <w:br/>
        <w:t>f 3312/20663/18721 3307/20658/18716 3311/20662/18720</w:t>
        <w:br/>
        <w:t>f 3258/20608/18666 3259/20607/18665 3314/20664/18722</w:t>
        <w:br/>
        <w:t>f 3313/20665/18723 3258/20608/18666 3314/20664/18722</w:t>
        <w:br/>
        <w:t>f 3316/20666/18724 3315/20667/18725 3275/20625/18683</w:t>
        <w:br/>
        <w:t>f 3276/20624/18682 3316/20666/18724 3275/20625/18683</w:t>
        <w:br/>
        <w:t>f 3315/20667/18725 3317/20668/18726 3277/20629/18687</w:t>
        <w:br/>
        <w:t>f 3275/20625/18683 3315/20667/18725 3277/20629/18687</w:t>
        <w:br/>
        <w:t>f 3317/20668/18726 3318/20669/18727 3280/20630/18688</w:t>
        <w:br/>
        <w:t>f 3277/20629/18687 3317/20668/18726 3280/20630/18688</w:t>
        <w:br/>
        <w:t>f 3321/20670/18728 3320/20671/18729 3319/20672/18730</w:t>
        <w:br/>
        <w:t>f 3322/20673/18731 3321/20670/18728 3319/20672/18730</w:t>
        <w:br/>
        <w:t>f 3318/20669/18727 3323/20674/18732 3310/20659/18717</w:t>
        <w:br/>
        <w:t>f 3280/20630/18688 3318/20669/18727 3310/20659/18717</w:t>
        <w:br/>
        <w:t>f 3258/20608/18666 3313/20665/18723 3324/20675/18733</w:t>
        <w:br/>
        <w:t>f 3300/20651/18709 3258/20608/18666 3324/20675/18733</w:t>
        <w:br/>
        <w:t>f 3307/20658/18716 3325/20676/18734 3316/20666/18724</w:t>
        <w:br/>
        <w:t>f 3276/20624/18682 3307/20658/18716 3316/20666/18724</w:t>
        <w:br/>
        <w:t>f 3314/20664/18722 3326/20677/18735 3315/20667/18725</w:t>
        <w:br/>
        <w:t>f 3316/20666/18724 3314/20664/18722 3315/20667/18725</w:t>
        <w:br/>
        <w:t>f 3317/20668/18726 3315/20667/18725 3326/20677/18735</w:t>
        <w:br/>
        <w:t>f 3327/20678/18736 3317/20668/18726 3326/20677/18735</w:t>
        <w:br/>
        <w:t>f 3318/20669/18727 3317/20668/18726 3327/20678/18736</w:t>
        <w:br/>
        <w:t>f 3328/20679/18737 3318/20669/18727 3327/20678/18736</w:t>
        <w:br/>
        <w:t>f 3323/20674/18732 3329/20680/18738 3309/20660/18718</w:t>
        <w:br/>
        <w:t>f 3310/20659/18717 3323/20674/18732 3309/20660/18718</w:t>
        <w:br/>
        <w:t>f 3323/20674/18732 3318/20669/18727 3328/20679/18737</w:t>
        <w:br/>
        <w:t>f 3319/20672/18730 3323/20674/18732 3328/20679/18737</w:t>
        <w:br/>
        <w:t>f 3325/20676/18734 3307/20658/18716 3312/20663/18721</w:t>
        <w:br/>
        <w:t>f 3330/20681/18739 3325/20676/18734 3312/20663/18721</w:t>
        <w:br/>
        <w:t>f 3302/20656/18714 3303/20655/18713 3296/20647/18705</w:t>
        <w:br/>
        <w:t>f 3292/20643/18701 3302/20656/18714 3296/20647/18705</w:t>
        <w:br/>
        <w:t>f 3263/20614/18672 3266/20615/18673 3267/20618/18676</w:t>
        <w:br/>
        <w:t>f 3262/20611/18669 3263/20614/18672 3267/20618/18676</w:t>
        <w:br/>
        <w:t>f 3302/20656/18714 3292/20643/18701 3266/20615/18673</w:t>
        <w:br/>
        <w:t>f 3263/20614/18672 3302/20656/18714 3266/20615/18673</w:t>
        <w:br/>
        <w:t>f 3332/20682/18740 3331/20683/18741 3257/20609/18667</w:t>
        <w:br/>
        <w:t>f 3333/20684/18742 3332/20682/18740 3257/20609/18667</w:t>
        <w:br/>
        <w:t>f 3336/20685/18743 3335/20686/18744 3334/20687/18745</w:t>
        <w:br/>
        <w:t>f 3337/20688/18746 3336/20685/18743 3334/20687/18745</w:t>
        <w:br/>
        <w:t>f 3339/20689/18747 3334/20687/18745 3335/20686/18744</w:t>
        <w:br/>
        <w:t>f 3338/20690/18748 3339/20689/18747 3335/20686/18744</w:t>
        <w:br/>
        <w:t>f 3343/20691/18749 3342/20692/18750 3341/20693/18751</w:t>
        <w:br/>
        <w:t>f 3340/20694/18752 3343/20691/18749 3341/20693/18751</w:t>
        <w:br/>
        <w:t>f 3347/20695/18753 3346/20696/18754 3345/20697/18755</w:t>
        <w:br/>
        <w:t>f 3344/20698/18756 3347/20695/18753 3345/20697/18755</w:t>
        <w:br/>
        <w:t>f 3098/20451/18512 3099/20450/18511 3142/20492/18552</w:t>
        <w:br/>
        <w:t>f 3143/20491/18551 3098/20451/18512 3142/20492/18552</w:t>
        <w:br/>
        <w:t>f 3191/20543/18601 3181/20532/18590 3182/20531/18589</w:t>
        <w:br/>
        <w:t>f 3185/20537/18595 3191/20543/18601 3182/20531/18589</w:t>
        <w:br/>
        <w:t>f 3349/20699/18757 3200/20554/18612 3348/20700/18758</w:t>
        <w:br/>
        <w:t>f 3349/20699/18757 3350/20701/18759 3200/20554/18612</w:t>
        <w:br/>
        <w:t>f 3348/20700/18758 3200/20554/18612 3171/20522/18580</w:t>
        <w:br/>
        <w:t>f 3203/20551/18609 3200/20554/18612 3350/20701/18759</w:t>
        <w:br/>
        <w:t>f 3354/20702/18760 3353/20703/18761 3352/20704/18762</w:t>
        <w:br/>
        <w:t>f 3351/20705/18763 3354/20702/18760 3352/20704/18762</w:t>
        <w:br/>
        <w:t>f 3358/20706/18764 3357/20707/18765 3356/20708/18766</w:t>
        <w:br/>
        <w:t>f 3355/20709/18767 3358/20706/18764 3356/20708/18766</w:t>
        <w:br/>
        <w:t>f 3360/20710/18768 3358/20706/18764 3355/20709/18767</w:t>
        <w:br/>
        <w:t>f 3359/20711/18769 3360/20710/18768 3355/20709/18767</w:t>
        <w:br/>
        <w:t>f 3361/20712/18770 3085/20433/18496 3115/20465/18525</w:t>
        <w:br/>
        <w:t>f 3362/20713/18771 3361/20712/18770 3115/20465/18525</w:t>
        <w:br/>
        <w:t>f 3363/20714/18772 3119/20467/18527 3116/20470/18530</w:t>
        <w:br/>
        <w:t>f 3364/20715/18773 3363/20714/18772 3116/20470/18530</w:t>
        <w:br/>
        <w:t>f 3366/20716/18774 3365/20717/18775 3120/20473/18533</w:t>
        <w:br/>
        <w:t>f 3121/20472/18532 3366/20716/18774 3120/20473/18533</w:t>
        <w:br/>
        <w:t>f 3368/20718/18776 3367/20719/18777 3356/20708/18766</w:t>
        <w:br/>
        <w:t>f 3357/20707/18765 3368/20718/18776 3356/20708/18766</w:t>
        <w:br/>
        <w:t>f 3353/20703/18761 3360/20710/18768 3359/20711/18769</w:t>
        <w:br/>
        <w:t>f 3352/20704/18762 3353/20703/18761 3359/20711/18769</w:t>
        <w:br/>
        <w:t>f 3364/20715/18773 3116/20470/18530 3120/20473/18533</w:t>
        <w:br/>
        <w:t>f 3365/20717/18775 3364/20715/18773 3120/20473/18533</w:t>
        <w:br/>
        <w:t>f 3149/20499/18557 3119/20467/18527 3363/20714/18772</w:t>
        <w:br/>
        <w:t>f 3369/20720/18778 3149/20499/18557 3363/20714/18772</w:t>
        <w:br/>
        <w:t>f 3362/20713/18771 3115/20465/18525 3151/20502/18560</w:t>
        <w:br/>
        <w:t>f 3370/20721/18779 3362/20713/18771 3151/20502/18560</w:t>
        <w:br/>
        <w:t>f 3372/20722/18780 3371/20723/18781 3179/20527/18585</w:t>
        <w:br/>
        <w:t>f 3176/20530/18588 3372/20722/18780 3179/20527/18585</w:t>
        <w:br/>
        <w:t>f 3373/20724/18782 3184/20534/18592 3179/20527/18585</w:t>
        <w:br/>
        <w:t>f 3371/20723/18781 3373/20724/18782 3179/20527/18585</w:t>
        <w:br/>
        <w:t>f 3373/20724/18782 3370/20721/18779 3151/20502/18560</w:t>
        <w:br/>
        <w:t>f 3184/20534/18592 3373/20724/18782 3151/20502/18560</w:t>
        <w:br/>
        <w:t>f 3376/20725/18783 3375/20726/18784 3374/20727/18785</w:t>
        <w:br/>
        <w:t>f 3379/20728/18786 3378/20729/18787 3377/20730/18788</w:t>
        <w:br/>
        <w:t>f 3380/20731/18789 3379/20728/18786 3377/20730/18788</w:t>
        <w:br/>
        <w:t>f 3384/20732/18790 3383/20733/18791 3382/20734/18792</w:t>
        <w:br/>
        <w:t>f 3381/20735/18793 3384/20732/18790 3382/20734/18792</w:t>
        <w:br/>
        <w:t>f 3388/20736/18794 3387/20737/18408 3386/20738/18795</w:t>
        <w:br/>
        <w:t>f 3385/20739/18796 3388/20736/18794 3386/20738/18795</w:t>
        <w:br/>
        <w:t>f 3390/20740/18797 3389/20741/18798 3385/20739/18796</w:t>
        <w:br/>
        <w:t>f 3386/20738/18795 3390/20740/18797 3385/20739/18796</w:t>
        <w:br/>
        <w:t>f 3393/20742/18799 3392/20743/18800 3391/20744/18801</w:t>
        <w:br/>
        <w:t>f 3394/20745/18802 3393/20742/18799 3391/20744/18801</w:t>
        <w:br/>
        <w:t>f 3393/20742/18799 3384/20732/18790 3381/20735/18793</w:t>
        <w:br/>
        <w:t>f 3392/20743/18800 3393/20742/18799 3381/20735/18793</w:t>
        <w:br/>
        <w:t>f 3398/20746/18803 3397/20747/18804 3396/20748/18805</w:t>
        <w:br/>
        <w:t>f 3395/20749/18806 3398/20746/18803 3396/20748/18805</w:t>
        <w:br/>
        <w:t>f 3402/20750/18807 3401/20751/18808 3400/20752/18384</w:t>
        <w:br/>
        <w:t>f 3399/20753/18809 3402/20750/18807 3400/20752/18384</w:t>
        <w:br/>
        <w:t>f 3404/20754/18801 3403/20755/18810 3399/20753/18809</w:t>
        <w:br/>
        <w:t>f 3405/20756/18811 3404/20754/18801 3399/20753/18809</w:t>
        <w:br/>
        <w:t>f 3395/20749/18806 3407/20757/18812 3406/20758/18813</w:t>
        <w:br/>
        <w:t>f 3398/20746/18803 3395/20749/18806 3406/20758/18813</w:t>
        <w:br/>
        <w:t>f 3409/20759/18814 3408/20760/18815 3396/20748/18805</w:t>
        <w:br/>
        <w:t>f 3397/20747/18804 3409/20759/18814 3396/20748/18805</w:t>
        <w:br/>
        <w:t>f 3423/20761/18816 3422/20762/18817 3421/20763/18818</w:t>
        <w:br/>
        <w:t>f 3420/20764/18819 3423/20761/18816 3421/20763/18818</w:t>
        <w:br/>
        <w:t>f 3425/20765/18820 3424/20766/18821 3273/20627/18685</w:t>
        <w:br/>
        <w:t>f 3274/20626/18684 3425/20765/18820 3273/20627/18685</w:t>
        <w:br/>
        <w:t>f 3425/20765/18820 3274/20626/18684 3278/20628/18686</w:t>
        <w:br/>
        <w:t>f 3426/20767/18822 3425/20765/18820 3278/20628/18686</w:t>
        <w:br/>
        <w:t>f 3426/20767/18822 3278/20628/18686 3279/20631/18689</w:t>
        <w:br/>
        <w:t>f 3427/20768/18823 3426/20767/18822 3279/20631/18689</w:t>
        <w:br/>
        <w:t>f 3427/20768/18823 3279/20631/18689 3295/20645/18703</w:t>
        <w:br/>
        <w:t>f 3428/20769/18824 3427/20768/18823 3295/20645/18703</w:t>
        <w:br/>
        <w:t>f 3422/20762/18817 3443/20770/18825 3442/20771/18826</w:t>
        <w:br/>
        <w:t>f 3421/20763/18818 3422/20762/18817 3442/20771/18826</w:t>
        <w:br/>
        <w:t>f 3424/20766/18821 3444/20772/18827 3306/20657/18715</w:t>
        <w:br/>
        <w:t>f 3273/20627/18685 3424/20766/18821 3306/20657/18715</w:t>
        <w:br/>
        <w:t>f 3447/20773/18828 3446/20774/18829 3445/20775/18830</w:t>
        <w:br/>
        <w:t>f 3449/20776/18831 3448/20777/18832 3428/20769/18824</w:t>
        <w:br/>
        <w:t>f 3295/20645/18703 3449/20776/18831 3428/20769/18824</w:t>
        <w:br/>
        <w:t>f 3452/20778/18833 3451/20779/18834 3450/20780/18835</w:t>
        <w:br/>
        <w:t>f 3453/20781/18836 3452/20778/18833 3450/20780/18835</w:t>
        <w:br/>
        <w:t>f 3457/20782/18837 3456/20783/18838 3455/20784/18839</w:t>
        <w:br/>
        <w:t>f 3454/20785/18840 3457/20782/18837 3455/20784/18839</w:t>
        <w:br/>
        <w:t>f 3460/20786/18841 3311/20662/18720 3459/20787/18842</w:t>
        <w:br/>
        <w:t>f 3458/20788/18746 3460/20786/18841 3459/20787/18842</w:t>
        <w:br/>
        <w:t>f 3464/20789/18843 3463/20790/18844 3462/20791/18845</w:t>
        <w:br/>
        <w:t>f 3461/20792/18846 3464/20789/18843 3462/20791/18845</w:t>
        <w:br/>
        <w:t>f 3468/20793/18847 3467/20794/18848 3466/20795/18849</w:t>
        <w:br/>
        <w:t>f 3465/20796/18850 3468/20793/18847 3466/20795/18849</w:t>
        <w:br/>
        <w:t>f 3470/20797/18851 3469/20798/18852 3461/20792/18846</w:t>
        <w:br/>
        <w:t>f 3462/20791/18845 3470/20797/18851 3461/20792/18846</w:t>
        <w:br/>
        <w:t>f 3455/20784/18839 3472/20799/18853 3471/20800/18854</w:t>
        <w:br/>
        <w:t>f 3454/20785/18840 3455/20784/18839 3471/20800/18854</w:t>
        <w:br/>
        <w:t>f 3336/20685/18743 3474/20801/18855 3473/20802/18856</w:t>
        <w:br/>
        <w:t>f 3475/20803/18857 3336/20685/18743 3473/20802/18856</w:t>
        <w:br/>
        <w:t>f 3479/20804/18858 3478/20805/18859 3477/20806/18860</w:t>
        <w:br/>
        <w:t>f 3476/20807/18861 3479/20804/18858 3477/20806/18860</w:t>
        <w:br/>
        <w:t>f 3483/20808/18862 3482/20809/18863 3481/20810/18864</w:t>
        <w:br/>
        <w:t>f 3480/20811/18865 3483/20808/18862 3481/20810/18864</w:t>
        <w:br/>
        <w:t>f 3486/20812/18866 3485/20813/18867 3484/20814/18868</w:t>
        <w:br/>
        <w:t>f 3487/20815/18869 3486/20812/18866 3484/20814/18868</w:t>
        <w:br/>
        <w:t>f 3490/20816/18870 3489/20817/18871 3488/20818/18872</w:t>
        <w:br/>
        <w:t>f 3493/20819/18873 3492/20820/18874 3491/20821/18875</w:t>
        <w:br/>
        <w:t>f 3494/20822/18876 3493/20819/18873 3491/20821/18875</w:t>
        <w:br/>
        <w:t>f 3498/20823/18877 3497/20824/18878 3496/20825/18879</w:t>
        <w:br/>
        <w:t>f 3495/20826/18880 3498/20823/18877 3496/20825/18879</w:t>
        <w:br/>
        <w:t>f 3500/20827/18881 3499/20828/18882 3497/20824/18878</w:t>
        <w:br/>
        <w:t>f 3498/20823/18877 3500/20827/18881 3497/20824/18878</w:t>
        <w:br/>
        <w:t>f 3503/20829/18883 3502/20830/18884 3501/20831/18885</w:t>
        <w:br/>
        <w:t>f 3504/20832/18886 3503/20829/18883 3501/20831/18885</w:t>
        <w:br/>
        <w:t>f 3506/20833/18887 3505/20834/18888 3503/20829/18883</w:t>
        <w:br/>
        <w:t>f 3504/20832/18886 3506/20833/18887 3503/20829/18883</w:t>
        <w:br/>
        <w:t>f 3509/20835/18889 3508/20836/18890 3507/20837/18891</w:t>
        <w:br/>
        <w:t>f 3510/20838/18892 3509/20835/18889 3507/20837/18891</w:t>
        <w:br/>
        <w:t>f 3512/20839/18893 3511/20840/18894 3508/20836/18890</w:t>
        <w:br/>
        <w:t>f 3509/20835/18889 3512/20839/18893 3508/20836/18890</w:t>
        <w:br/>
        <w:t>f 3515/20841/18895 3514/20842/18896 3513/20843/18897</w:t>
        <w:br/>
        <w:t>f 3516/20844/18898 3515/20841/18895 3513/20843/18897</w:t>
        <w:br/>
        <w:t>f 3518/20845/18899 3517/20846/18900 3514/20842/18896</w:t>
        <w:br/>
        <w:t>f 3515/20841/18895 3518/20845/18899 3514/20842/18896</w:t>
        <w:br/>
        <w:t>f 3522/20847/18901 3521/20848/18902 3520/20849/18903</w:t>
        <w:br/>
        <w:t>f 3519/20850/18904 3522/20847/18901 3520/20849/18903</w:t>
        <w:br/>
        <w:t>f 3300/20651/18709 3524/20851/18905 3523/20852/18906</w:t>
        <w:br/>
        <w:t>f 3299/20650/18708 3300/20651/18709 3523/20852/18906</w:t>
        <w:br/>
        <w:t>f 3526/20853/18907 3332/20682/18740 3333/20684/18742</w:t>
        <w:br/>
        <w:t>f 3525/20854/18908 3526/20853/18907 3333/20684/18742</w:t>
        <w:br/>
        <w:t>f 3529/20855/18909 3528/20856/18910 3527/20857/18911</w:t>
        <w:br/>
        <w:t>f 3531/20858/18912 3530/20859/18913 3527/20857/18911</w:t>
        <w:br/>
        <w:t>f 3528/20856/18910 3531/20858/18912 3527/20857/18911</w:t>
        <w:br/>
        <w:t>f 3533/20860/18914 3532/20861/18915 3530/20859/18913</w:t>
        <w:br/>
        <w:t>f 3531/20858/18912 3533/20860/18914 3530/20859/18913</w:t>
        <w:br/>
        <w:t>f 3535/20862/18916 3534/20863/18917 3532/20861/18915</w:t>
        <w:br/>
        <w:t>f 3533/20860/18914 3535/20862/18916 3532/20861/18915</w:t>
        <w:br/>
        <w:t>f 3537/20864/18918 3536/20865/18919 3534/20863/18917</w:t>
        <w:br/>
        <w:t>f 3535/20862/18916 3537/20864/18918 3534/20863/18917</w:t>
        <w:br/>
        <w:t>f 3539/20866/18920 3538/20867/18921 3536/20865/18919</w:t>
        <w:br/>
        <w:t>f 3537/20864/18918 3539/20866/18920 3536/20865/18919</w:t>
        <w:br/>
        <w:t>f 3539/20866/18920 3541/20868/18922 3540/20869/18923</w:t>
        <w:br/>
        <w:t>f 3538/20867/18921 3539/20866/18920 3540/20869/18923</w:t>
        <w:br/>
        <w:t>f 3541/20868/18922 3543/20870/18924 3542/20871/18925</w:t>
        <w:br/>
        <w:t>f 3540/20869/18923 3541/20868/18922 3542/20871/18925</w:t>
        <w:br/>
        <w:t>f 3543/20870/18924 3545/20872/18926 3544/20873/18927</w:t>
        <w:br/>
        <w:t>f 3542/20871/18925 3543/20870/18924 3544/20873/18927</w:t>
        <w:br/>
        <w:t>f 3547/20874/18928 3546/20875/18929 3544/20873/18927</w:t>
        <w:br/>
        <w:t>f 3545/20872/18926 3547/20874/18928 3544/20873/18927</w:t>
        <w:br/>
        <w:t>f 3548/20876/18930 3546/20875/18929 3547/20874/18928</w:t>
        <w:br/>
        <w:t>f 3549/20877/18931 3548/20876/18930 3547/20874/18928</w:t>
        <w:br/>
        <w:t>f 3495/20826/18880 3496/20825/18879 3551/20878/18932</w:t>
        <w:br/>
        <w:t>f 3550/20879/18933 3495/20826/18880 3551/20878/18932</w:t>
        <w:br/>
        <w:t>f 3553/20880/18934 3552/20881/18935 3448/20777/18832</w:t>
        <w:br/>
        <w:t>f 3449/20776/18831 3553/20880/18934 3448/20777/18832</w:t>
        <w:br/>
        <w:t>f 3554/20882/18936 3449/20776/18831 3308/20661/18719</w:t>
        <w:br/>
        <w:t>f 3517/20846/18900 3554/20882/18936 3308/20661/18719</w:t>
        <w:br/>
        <w:t>f 3311/20662/18720 3306/20657/18715 3444/20772/18827</w:t>
        <w:br/>
        <w:t>f 3459/20787/18842 3311/20662/18720 3444/20772/18827</w:t>
        <w:br/>
        <w:t>f 3522/20847/18901 3519/20850/18904 3556/20883/18937</w:t>
        <w:br/>
        <w:t>f 3555/20884/18938 3522/20847/18901 3556/20883/18937</w:t>
        <w:br/>
        <w:t>f 3392/20743/18800 3219/20572/18630 3220/20571/18629</w:t>
        <w:br/>
        <w:t>f 3391/20744/18801 3392/20743/18800 3220/20571/18629</w:t>
        <w:br/>
        <w:t>f 3381/20735/18793 3212/20563/18621 3219/20572/18630</w:t>
        <w:br/>
        <w:t>f 3392/20743/18800 3381/20735/18793 3219/20572/18630</w:t>
        <w:br/>
        <w:t>f 3382/20734/18792 3211/20564/18622 3212/20563/18621</w:t>
        <w:br/>
        <w:t>f 3381/20735/18793 3382/20734/18792 3212/20563/18621</w:t>
        <w:br/>
        <w:t>f 3382/20734/18792 3557/20885/18939 3216/20566/18624</w:t>
        <w:br/>
        <w:t>f 3211/20564/18622 3382/20734/18792 3216/20566/18624</w:t>
        <w:br/>
        <w:t>f 3389/20741/18798 3209/20559/18617 3217/20569/18627</w:t>
        <w:br/>
        <w:t>f 3385/20739/18796 3389/20741/18798 3217/20569/18627</w:t>
        <w:br/>
        <w:t>f 3558/20886/18940 3208/20560/18618 3209/20559/18617</w:t>
        <w:br/>
        <w:t>f 3389/20741/18798 3558/20886/18940 3209/20559/18617</w:t>
        <w:br/>
        <w:t>f 3378/20729/18787 3560/20887/18941 3559/20888/18942</w:t>
        <w:br/>
        <w:t>f 3377/20730/18788 3378/20729/18787 3559/20888/18942</w:t>
        <w:br/>
        <w:t>f 3562/20889/18943 3210/20558/18616 3207/20561/18619</w:t>
        <w:br/>
        <w:t>f 3561/20890/18944 3562/20889/18943 3207/20561/18619</w:t>
        <w:br/>
        <w:t>f 3563/20891/18945 3218/20568/18626 3210/20558/18616</w:t>
        <w:br/>
        <w:t>f 3562/20889/18943 3563/20891/18945 3210/20558/18616</w:t>
        <w:br/>
        <w:t>f 3565/20892/18946 3564/20893/18947 3218/20568/18626</w:t>
        <w:br/>
        <w:t>f 3563/20891/18945 3565/20892/18946 3218/20568/18626</w:t>
        <w:br/>
        <w:t>f 3223/20577/18635 3213/20562/18620 3214/20565/18623</w:t>
        <w:br/>
        <w:t>f 3566/20894/18948 3223/20577/18635 3214/20565/18623</w:t>
        <w:br/>
        <w:t>f 3224/20576/18634 3222/20573/18631 3213/20562/18620</w:t>
        <w:br/>
        <w:t>f 3223/20577/18635 3224/20576/18634 3213/20562/18620</w:t>
        <w:br/>
        <w:t>f 3225/20575/18633 3221/20570/18628 3222/20573/18631</w:t>
        <w:br/>
        <w:t>f 3224/20576/18634 3225/20575/18633 3222/20573/18631</w:t>
        <w:br/>
        <w:t>f 3569/20895/18949 3492/20820/18874 3568/20896/18950</w:t>
        <w:br/>
        <w:t>f 3567/20897/18951 3569/20895/18949 3568/20896/18950</w:t>
        <w:br/>
        <w:t>f 3571/20898/18952 3346/20696/18754 3570/20899/18845</w:t>
        <w:br/>
        <w:t>f 3574/20900/18953 3573/20901/18954 3572/20902/18955</w:t>
        <w:br/>
        <w:t>f 3489/20817/18871 3574/20900/18953 3572/20902/18955</w:t>
        <w:br/>
        <w:t>f 3492/20820/18874 3575/20903/18956 3568/20896/18950</w:t>
        <w:br/>
        <w:t>f 3489/20817/18871 3577/20904/18957 3576/20905/18958</w:t>
        <w:br/>
        <w:t>f 3574/20900/18953 3489/20817/18871 3576/20905/18958</w:t>
        <w:br/>
        <w:t>f 3579/20906/18959 3569/20895/18949 3567/20897/18951</w:t>
        <w:br/>
        <w:t>f 3578/20907/18960 3579/20906/18959 3567/20897/18951</w:t>
        <w:br/>
        <w:t>f 3492/20820/18874 3493/20819/18873 3580/20908/18961</w:t>
        <w:br/>
        <w:t>f 3575/20903/18956 3492/20820/18874 3580/20908/18961</w:t>
        <w:br/>
        <w:t>f 3341/20693/18751 3582/20909/18962 3581/20910/18963</w:t>
        <w:br/>
        <w:t>f 3340/20694/18752 3341/20693/18751 3581/20910/18963</w:t>
        <w:br/>
        <w:t>f 3586/20911/18964 3585/20912/18965 3584/20913/18966</w:t>
        <w:br/>
        <w:t>f 3583/20914/18967 3586/20911/18964 3584/20913/18966</w:t>
        <w:br/>
        <w:t>f 3337/20688/18746 3587/20915/18968 3474/20801/18855</w:t>
        <w:br/>
        <w:t>f 3336/20685/18743 3337/20688/18746 3474/20801/18855</w:t>
        <w:br/>
        <w:t>f 3589/20916/18969 3588/20917/18970 3482/20809/18863</w:t>
        <w:br/>
        <w:t>f 3483/20808/18862 3589/20916/18969 3482/20809/18863</w:t>
        <w:br/>
        <w:t>f 3591/20918/18971 3590/20919/18972 3581/20910/18963</w:t>
        <w:br/>
        <w:t>f 3582/20909/18962 3591/20918/18971 3581/20910/18963</w:t>
        <w:br/>
        <w:t>f 3133/20487/18547 3134/20486/18546 3593/20920/18973</w:t>
        <w:br/>
        <w:t>f 3592/20921/18974 3133/20487/18547 3593/20920/18973</w:t>
        <w:br/>
        <w:t>f 3094/20448/18509 3095/20447/18508 3135/20485/18545</w:t>
        <w:br/>
        <w:t>f 3136/20484/18544 3094/20448/18509 3135/20485/18545</w:t>
        <w:br/>
        <w:t>f 3595/20922/18975 3096/20446/18507 3097/20445/18506</w:t>
        <w:br/>
        <w:t>f 3594/20923/18976 3595/20922/18975 3097/20445/18506</w:t>
        <w:br/>
        <w:t>f 3396/20748/18805 3498/20823/18877 3495/20826/18880</w:t>
        <w:br/>
        <w:t>f 3395/20749/18806 3396/20748/18805 3495/20826/18880</w:t>
        <w:br/>
        <w:t>f 3408/20760/18815 3500/20827/18881 3498/20823/18877</w:t>
        <w:br/>
        <w:t>f 3396/20748/18805 3408/20760/18815 3498/20823/18877</w:t>
        <w:br/>
        <w:t>f 3402/20750/18807 3399/20753/18809 3504/20832/18886</w:t>
        <w:br/>
        <w:t>f 3501/20831/18885 3402/20750/18807 3504/20832/18886</w:t>
        <w:br/>
        <w:t>f 3403/20755/18810 3506/20833/18887 3504/20832/18886</w:t>
        <w:br/>
        <w:t>f 3399/20753/18809 3403/20755/18810 3504/20832/18886</w:t>
        <w:br/>
        <w:t>f 3451/20779/18834 3509/20835/18889 3510/20838/18892</w:t>
        <w:br/>
        <w:t>f 3450/20780/18835 3451/20779/18834 3510/20838/18892</w:t>
        <w:br/>
        <w:t>f 3451/20779/18834 3596/20924/18977 3512/20839/18893</w:t>
        <w:br/>
        <w:t>f 3509/20835/18889 3451/20779/18834 3512/20839/18893</w:t>
        <w:br/>
        <w:t>f 3469/20798/18852 3515/20841/18895 3516/20844/18898</w:t>
        <w:br/>
        <w:t>f 3461/20792/18846 3469/20798/18852 3516/20844/18898</w:t>
        <w:br/>
        <w:t>f 3597/20925/18978 3518/20845/18899 3515/20841/18895</w:t>
        <w:br/>
        <w:t>f 3469/20798/18852 3597/20925/18978 3515/20841/18895</w:t>
        <w:br/>
        <w:t>f 3553/20880/18934 3449/20776/18831 3554/20882/18936</w:t>
        <w:br/>
        <w:t>f 3598/20926/18979 3553/20880/18934 3554/20882/18936</w:t>
        <w:br/>
        <w:t>f 3311/20662/18720 3460/20786/18841 3555/20884/18938</w:t>
        <w:br/>
        <w:t>f 3556/20883/18937 3311/20662/18720 3555/20884/18938</w:t>
        <w:br/>
        <w:t>f 3454/20785/18840 3522/20847/18901 3555/20884/18938</w:t>
        <w:br/>
        <w:t>f 3457/20782/18837 3454/20785/18840 3555/20884/18938</w:t>
        <w:br/>
        <w:t>f 3471/20800/18854 3600/20927/18980 3599/20928/18981</w:t>
        <w:br/>
        <w:t>f 3521/20848/18902 3471/20800/18854 3599/20928/18981</w:t>
        <w:br/>
        <w:t>f 3468/20793/18847 3603/20929/18982 3602/20930/18983</w:t>
        <w:br/>
        <w:t>f 3601/20931/18984 3468/20793/18847 3602/20930/18983</w:t>
        <w:br/>
        <w:t>f 3607/20932/18985 3606/20933/18986 3605/20934/18987</w:t>
        <w:br/>
        <w:t>f 3604/20935/18988 3607/20932/18985 3605/20934/18987</w:t>
        <w:br/>
        <w:t>f 3421/20763/18818 3609/20936/18989 3608/20937/18990</w:t>
        <w:br/>
        <w:t>f 3420/20764/18819 3421/20763/18818 3608/20937/18990</w:t>
        <w:br/>
        <w:t>f 3442/20771/18826 3610/20938/18991 3609/20936/18989</w:t>
        <w:br/>
        <w:t>f 3421/20763/18818 3442/20771/18826 3609/20936/18989</w:t>
        <w:br/>
        <w:t>f 3432/20939/18992 3613/20940/18993 3612/20941/18994</w:t>
        <w:br/>
        <w:t>f 3495/20826/18880 3550/20879/18933 3407/20757/18812</w:t>
        <w:br/>
        <w:t>f 3395/20749/18806 3495/20826/18880 3407/20757/18812</w:t>
        <w:br/>
        <w:t>f 3229/20579/18637 3496/20825/18879 3497/20824/18878</w:t>
        <w:br/>
        <w:t>f 3228/20580/18638 3229/20579/18637 3497/20824/18878</w:t>
        <w:br/>
        <w:t>f 3235/20586/18644 3551/20878/18932 3496/20825/18879</w:t>
        <w:br/>
        <w:t>f 3229/20579/18637 3235/20586/18644 3496/20825/18879</w:t>
        <w:br/>
        <w:t>f 3614/20942/18995 3548/20876/18930 3551/20878/18932</w:t>
        <w:br/>
        <w:t>f 3235/20586/18644 3614/20942/18995 3551/20878/18932</w:t>
        <w:br/>
        <w:t>f 3298/20648/18706 3544/20873/18927 3546/20875/18929</w:t>
        <w:br/>
        <w:t>f 3297/20649/18707 3298/20648/18706 3546/20875/18929</w:t>
        <w:br/>
        <w:t>f 3241/20589/18647 3542/20871/18925 3544/20873/18927</w:t>
        <w:br/>
        <w:t>f 3298/20648/18706 3241/20589/18647 3544/20873/18927</w:t>
        <w:br/>
        <w:t>f 3238/20592/18650 3540/20869/18923 3542/20871/18925</w:t>
        <w:br/>
        <w:t>f 3241/20589/18647 3238/20592/18650 3542/20871/18925</w:t>
        <w:br/>
        <w:t>f 3255/20605/18663 3538/20867/18921 3540/20869/18923</w:t>
        <w:br/>
        <w:t>f 3238/20592/18650 3255/20605/18663 3540/20869/18923</w:t>
        <w:br/>
        <w:t>f 3255/20605/18663 3252/20601/18659 3536/20865/18919</w:t>
        <w:br/>
        <w:t>f 3538/20867/18921 3255/20605/18663 3536/20865/18919</w:t>
        <w:br/>
        <w:t>f 3252/20601/18659 3253/20604/18662 3534/20863/18917</w:t>
        <w:br/>
        <w:t>f 3536/20865/18919 3252/20601/18659 3534/20863/18917</w:t>
        <w:br/>
        <w:t>f 3296/20647/18705 3532/20861/18915 3534/20863/18917</w:t>
        <w:br/>
        <w:t>f 3253/20604/18662 3296/20647/18705 3534/20863/18917</w:t>
        <w:br/>
        <w:t>f 3303/20655/18713 3530/20859/18913 3532/20861/18915</w:t>
        <w:br/>
        <w:t>f 3296/20647/18705 3303/20655/18713 3532/20861/18915</w:t>
        <w:br/>
        <w:t>f 3304/20654/18712 3527/20857/18911 3530/20859/18913</w:t>
        <w:br/>
        <w:t>f 3303/20655/18713 3304/20654/18712 3530/20859/18913</w:t>
        <w:br/>
        <w:t>f 3304/20654/18712 3305/20653/18711 3610/20938/18991</w:t>
        <w:br/>
        <w:t>f 3527/20857/18911 3304/20654/18712 3610/20938/18991</w:t>
        <w:br/>
        <w:t>f 3260/20613/18671 3609/20936/18989 3610/20938/18991</w:t>
        <w:br/>
        <w:t>f 3305/20653/18711 3260/20613/18671 3610/20938/18991</w:t>
        <w:br/>
        <w:t>f 3261/20612/18670 3608/20937/18990 3609/20936/18989</w:t>
        <w:br/>
        <w:t>f 3260/20613/18671 3261/20612/18670 3609/20936/18989</w:t>
        <w:br/>
        <w:t>f 3324/20675/18733 3615/20943/18996 3524/20851/18905</w:t>
        <w:br/>
        <w:t>f 3300/20651/18709 3324/20675/18733 3524/20851/18905</w:t>
        <w:br/>
        <w:t>f 3312/20663/18721 3519/20850/18904 3520/20849/18903</w:t>
        <w:br/>
        <w:t>f 3330/20681/18739 3312/20663/18721 3520/20849/18903</w:t>
        <w:br/>
        <w:t>f 3312/20663/18721 3311/20662/18720 3556/20883/18937</w:t>
        <w:br/>
        <w:t>f 3519/20850/18904 3312/20663/18721 3556/20883/18937</w:t>
        <w:br/>
        <w:t>f 3329/20680/18738 3513/20843/18897 3514/20842/18896</w:t>
        <w:br/>
        <w:t>f 3309/20660/18718 3329/20680/18738 3514/20842/18896</w:t>
        <w:br/>
        <w:t>f 3320/20671/18729 3616/20944/18997 3513/20843/18897</w:t>
        <w:br/>
        <w:t>f 3329/20680/18738 3320/20671/18729 3513/20843/18897</w:t>
        <w:br/>
        <w:t>f 3617/20945/18998 3507/20837/18891 3508/20836/18890</w:t>
        <w:br/>
        <w:t>f 3618/20946/18999 3617/20945/18998 3508/20836/18890</w:t>
        <w:br/>
        <w:t>f 3619/20947/19000 3507/20837/18891 3617/20945/18998</w:t>
        <w:br/>
        <w:t>f 3620/20948/19001 3619/20947/19000 3617/20945/18998</w:t>
        <w:br/>
        <w:t>f 3232/20584/18642 3233/20583/18641 3502/20830/18884</w:t>
        <w:br/>
        <w:t>f 3503/20829/18883 3232/20584/18642 3502/20830/18884</w:t>
        <w:br/>
        <w:t>f 3228/20580/18638 3497/20824/18878 3499/20828/18882</w:t>
        <w:br/>
        <w:t>f 3237/20587/18645 3228/20580/18638 3499/20828/18882</w:t>
        <w:br/>
        <w:t>f 3475/20803/18857 3590/20919/18972 3591/20918/18971</w:t>
        <w:br/>
        <w:t>f 3336/20685/18743 3475/20803/18857 3591/20918/18971</w:t>
        <w:br/>
        <w:t>f 3479/20804/18858 3581/20910/18963 3590/20919/18972</w:t>
        <w:br/>
        <w:t>f 3478/20805/18859 3479/20804/18858 3590/20919/18972</w:t>
        <w:br/>
        <w:t>f 3479/20804/18858 3621/20949/19002 3340/20694/18752</w:t>
        <w:br/>
        <w:t>f 3581/20910/18963 3479/20804/18858 3340/20694/18752</w:t>
        <w:br/>
        <w:t>f 3623/20950/19003 3621/20949/19002 3622/20951/19004</w:t>
        <w:br/>
        <w:t>f 3624/20952/19005 3623/20950/19003 3622/20951/19004</w:t>
        <w:br/>
        <w:t>f 3589/20916/18969 3483/20808/18862 3626/20953/19006</w:t>
        <w:br/>
        <w:t>f 3625/20954/19007 3589/20916/18969 3626/20953/19006</w:t>
        <w:br/>
        <w:t>f 3583/20914/18967 3628/20955/19008 3627/20956/19009</w:t>
        <w:br/>
        <w:t>f 3586/20911/18964 3583/20914/18967 3627/20956/19009</w:t>
        <w:br/>
        <w:t>f 3335/20686/18744 3582/20909/18962 3341/20693/18751</w:t>
        <w:br/>
        <w:t>f 3338/20690/18748 3335/20686/18744 3341/20693/18751</w:t>
        <w:br/>
        <w:t>f 3335/20686/18744 3336/20685/18743 3591/20918/18971</w:t>
        <w:br/>
        <w:t>f 3582/20909/18962 3335/20686/18744 3591/20918/18971</w:t>
        <w:br/>
        <w:t>f 3630/20957/18493 3629/20958/19010 3133/20487/18547</w:t>
        <w:br/>
        <w:t>f 3592/20921/18974 3630/20957/18493 3133/20487/18547</w:t>
        <w:br/>
        <w:t>f 3631/20959/19011 3136/20484/18544 3133/20487/18547</w:t>
        <w:br/>
        <w:t>f 3629/20958/19010 3631/20959/19011 3133/20487/18547</w:t>
        <w:br/>
        <w:t>f 3632/20960/19012 3094/20448/18509 3136/20484/18544</w:t>
        <w:br/>
        <w:t>f 3631/20959/19011 3632/20960/19012 3136/20484/18544</w:t>
        <w:br/>
        <w:t>f 3633/20961/19013 3097/20445/18506 3094/20448/18509</w:t>
        <w:br/>
        <w:t>f 3632/20960/19012 3633/20961/19013 3094/20448/18509</w:t>
        <w:br/>
        <w:t>f 3594/20923/18976 3097/20445/18506 3356/20708/18766</w:t>
        <w:br/>
        <w:t>f 3367/20719/18777 3594/20923/18976 3356/20708/18766</w:t>
        <w:br/>
        <w:t>f 3636/20962/19014 3635/20963/19015 3634/20964/19016</w:t>
        <w:br/>
        <w:t>f 3637/20965/19017 3636/20962/19014 3634/20964/19016</w:t>
        <w:br/>
        <w:t>f 3641/20966/19018 3640/20967/19019 3639/20968/19020</w:t>
        <w:br/>
        <w:t>f 3638/20969/19021 3641/20966/19018 3639/20968/19020</w:t>
        <w:br/>
        <w:t>f 3641/20966/19018 3643/20970/19022 3642/20971/19023</w:t>
        <w:br/>
        <w:t>f 3640/20967/19019 3641/20966/19018 3642/20971/19023</w:t>
        <w:br/>
        <w:t>f 3645/20972/19024 3644/20973/19025 3639/20968/19020</w:t>
        <w:br/>
        <w:t>f 3640/20967/19019 3645/20972/19024 3639/20968/19020</w:t>
        <w:br/>
        <w:t>f 3648/20974/18817 3647/20975/19026 3646/20976/19027</w:t>
        <w:br/>
        <w:t>f 3649/20977/18825 3648/20974/18817 3646/20976/19027</w:t>
        <w:br/>
        <w:t>f 3653/20978/19028 3652/20979/19029 3651/20980/19030</w:t>
        <w:br/>
        <w:t>f 3650/20981/19031 3653/20978/19028 3651/20980/19030</w:t>
        <w:br/>
        <w:t>f 3652/20979/19029 3646/20976/19027 3647/20975/19026</w:t>
        <w:br/>
        <w:t>f 3651/20980/19030 3652/20979/19029 3647/20975/19026</w:t>
        <w:br/>
        <w:t>f 3645/20972/19024 3640/20967/19019 3642/20971/19023</w:t>
        <w:br/>
        <w:t>f 3655/20982/19032 3637/20965/19017 3634/20964/19016</w:t>
        <w:br/>
        <w:t>f 3654/20983/19033 3655/20982/19032 3634/20964/19016</w:t>
        <w:br/>
        <w:t>f 3656/20984/19034 3653/20978/19028 3650/20981/19031</w:t>
        <w:br/>
        <w:t>f 3657/20985/19035 3656/20984/19034 3650/20981/19031</w:t>
        <w:br/>
        <w:t>f 3660/20986/19036 3659/20987/19037 3657/20985/19035</w:t>
        <w:br/>
        <w:t>f 3658/20988/19038 3660/20986/19036 3657/20985/19035</w:t>
        <w:br/>
        <w:t>f 3662/20989/19039 3655/20982/19032 3654/20983/19033</w:t>
        <w:br/>
        <w:t>f 3661/20990/19040 3662/20989/19039 3654/20983/19033</w:t>
        <w:br/>
        <w:t>f 3661/20990/19040 3664/20991/19041 3663/20992/19042</w:t>
        <w:br/>
        <w:t>f 3662/20989/19039 3661/20990/19040 3663/20992/19042</w:t>
        <w:br/>
        <w:t>f 3665/20993/19043 3656/20984/19034 3657/20985/19035</w:t>
        <w:br/>
        <w:t>f 3659/20987/19037 3665/20993/19043 3657/20985/19035</w:t>
        <w:br/>
        <w:t>f 3638/20969/19021 3639/20968/19020 3651/20980/19030</w:t>
        <w:br/>
        <w:t>f 3647/20975/19026 3638/20969/19021 3651/20980/19030</w:t>
        <w:br/>
        <w:t>f 3644/20973/19025 3650/20981/19031 3651/20980/19030</w:t>
        <w:br/>
        <w:t>f 3639/20968/19020 3644/20973/19025 3651/20980/19030</w:t>
        <w:br/>
        <w:t>f 3647/20975/19026 3648/20974/18817 3666/20994/19044</w:t>
        <w:br/>
        <w:t>f 3638/20969/19021 3647/20975/19026 3666/20994/19044</w:t>
        <w:br/>
        <w:t>f 3658/20988/19038 3657/20985/19035 3650/20981/19031</w:t>
        <w:br/>
        <w:t>f 3644/20973/19025 3658/20988/19038 3650/20981/19031</w:t>
        <w:br/>
        <w:t>f 3670/20995/19045 3669/20996/19046 3668/20997/19047</w:t>
        <w:br/>
        <w:t>f 3667/20998/19048 3670/20995/19045 3668/20997/19047</w:t>
        <w:br/>
        <w:t>f 3674/20999/19049 3673/21000/19050 3672/21001/19051</w:t>
        <w:br/>
        <w:t>f 3671/21002/19052 3674/20999/19049 3672/21001/19051</w:t>
        <w:br/>
        <w:t>f 3678/21003/19053 3677/21004/19054 3676/21005/19055</w:t>
        <w:br/>
        <w:t>f 3675/21006/19056 3678/21003/19053 3676/21005/19055</w:t>
        <w:br/>
        <w:t>f 3644/20973/19025 3645/20972/19024 3679/21007/19057</w:t>
        <w:br/>
        <w:t>f 3683/21008/19058 3682/21009/19059 3681/21010/19060</w:t>
        <w:br/>
        <w:t>f 3680/21011/19061 3683/21008/19058 3681/21010/19060</w:t>
        <w:br/>
        <w:t>f 3686/21012/19062 3685/21013/19063 3684/21014/19064</w:t>
        <w:br/>
        <w:t>f 3687/21015/19065 3686/21012/19062 3684/21014/19064</w:t>
        <w:br/>
        <w:t>f 3691/21016/19066 3690/21017/19067 3689/21018/19068</w:t>
        <w:br/>
        <w:t>f 3688/21019/19069 3691/21016/19066 3689/21018/19068</w:t>
        <w:br/>
        <w:t>f 3690/21017/19067 3694/21020/19070 3693/21021/19071</w:t>
        <w:br/>
        <w:t>f 3692/21022/19072 3690/21017/19067 3693/21021/19071</w:t>
        <w:br/>
        <w:t>f 3697/21023/19073 3696/21024/19074 3695/21025/19075</w:t>
        <w:br/>
        <w:t>f 3701/21026/19076 3700/21027/19077 3699/21028/19078</w:t>
        <w:br/>
        <w:t>f 3698/21029/19079 3701/21026/19076 3699/21028/19078</w:t>
        <w:br/>
        <w:t>f 3697/21023/19073 3695/21025/19075 3698/21029/19079</w:t>
        <w:br/>
        <w:t>f 3699/21028/19078 3697/21023/19073 3698/21029/19079</w:t>
        <w:br/>
        <w:t>f 3692/21022/19072 3689/21018/19068 3690/21017/19067</w:t>
        <w:br/>
        <w:t>f 3703/21030/19080 3702/21031/19081 3682/21009/19059</w:t>
        <w:br/>
        <w:t>f 3683/21008/19058 3703/21030/19080 3682/21009/19059</w:t>
        <w:br/>
        <w:t>f 3700/21027/19077 3701/21026/19076 3704/21032/19082</w:t>
        <w:br/>
        <w:t>f 3705/21033/19083 3700/21027/19077 3704/21032/19082</w:t>
        <w:br/>
        <w:t>f 3660/20986/19036 3706/21034/19084 3705/21033/19083</w:t>
        <w:br/>
        <w:t>f 3659/20987/19037 3660/20986/19036 3705/21033/19083</w:t>
        <w:br/>
        <w:t>f 3708/21035/19085 3707/21036/19086 3702/21031/19081</w:t>
        <w:br/>
        <w:t>f 3703/21030/19080 3708/21035/19085 3702/21031/19081</w:t>
        <w:br/>
        <w:t>f 3663/20992/19042 3664/20991/19041 3707/21036/19086</w:t>
        <w:br/>
        <w:t>f 3708/21035/19085 3663/20992/19042 3707/21036/19086</w:t>
        <w:br/>
        <w:t>f 3705/21033/19083 3704/21032/19082 3665/20993/19043</w:t>
        <w:br/>
        <w:t>f 3659/20987/19037 3705/21033/19083 3665/20993/19043</w:t>
        <w:br/>
        <w:t>f 3712/21037/19087 3711/21038/19088 3710/21039/19089</w:t>
        <w:br/>
        <w:t>f 3709/21040/19090 3712/21037/19087 3710/21039/19089</w:t>
        <w:br/>
        <w:t>f 3699/21028/19078 3694/21020/19070 3713/21041/19091</w:t>
        <w:br/>
        <w:t>f 3697/21023/19073 3699/21028/19078 3713/21041/19091</w:t>
        <w:br/>
        <w:t>f 3694/21020/19070 3699/21028/19078 3700/21027/19077</w:t>
        <w:br/>
        <w:t>f 3693/21021/19071 3694/21020/19070 3700/21027/19077</w:t>
        <w:br/>
        <w:t>f 3693/21021/19071 3700/21027/19077 3705/21033/19083</w:t>
        <w:br/>
        <w:t>f 3706/21034/19084 3693/21021/19071 3705/21033/19083</w:t>
        <w:br/>
        <w:t>f 3716/21042/19092 3715/21043/19093 3714/21044/19094</w:t>
        <w:br/>
        <w:t>f 3717/21045/19095 3716/21042/19092 3714/21044/19094</w:t>
        <w:br/>
        <w:t>f 3706/21034/19084 3718/21046/19096 3693/21021/19071</w:t>
        <w:br/>
        <w:t>f 3721/21047/19097 3720/21048/19098 3719/21049/19099</w:t>
        <w:br/>
        <w:t>f 3722/21050/19100 3721/21047/19097 3719/21049/19099</w:t>
        <w:br/>
        <w:t>f 3724/21051/19101 3723/21052/19102 3720/21048/19098</w:t>
        <w:br/>
        <w:t>f 3721/21047/19097 3724/21051/19101 3720/21048/19098</w:t>
        <w:br/>
        <w:t>f 3722/21050/19100 3719/21049/19099 3725/21053/19103</w:t>
        <w:br/>
        <w:t>f 3726/21054/19104 3722/21050/19100 3725/21053/19103</w:t>
        <w:br/>
        <w:t>f 3726/21054/19104 3725/21053/19103 3727/21055/19105</w:t>
        <w:br/>
        <w:t>f 3728/21056/19106 3726/21054/19104 3727/21055/19105</w:t>
        <w:br/>
        <w:t>f 3728/21056/19106 3727/21055/19105 3729/21057/19107</w:t>
        <w:br/>
        <w:t>f 3730/21058/19108 3728/21056/19106 3729/21057/19107</w:t>
        <w:br/>
        <w:t>f 3737/21059/19109 3736/21060/19110 3735/21061/19111</w:t>
        <w:br/>
        <w:t>f 3738/21062/19112 3737/21059/19109 3735/21061/19111</w:t>
        <w:br/>
        <w:t>f 3739/21063/19113 3738/21062/19112 3735/21061/19111</w:t>
        <w:br/>
        <w:t>f 3740/21064/19114 3739/21063/19113 3735/21061/19111</w:t>
        <w:br/>
        <w:t>f 3744/21065/19115 3743/21066/19116 3742/21067/19117</w:t>
        <w:br/>
        <w:t>f 3741/21068/19118 3744/21065/19115 3742/21067/19117</w:t>
        <w:br/>
        <w:t>f 3746/21069/19119 3745/21070/19120 3736/21060/19110</w:t>
        <w:br/>
        <w:t>f 3737/21059/19109 3746/21069/19119 3736/21060/19110</w:t>
        <w:br/>
        <w:t>f 3746/21069/19119 3748/21071/19121 3747/21072/19122</w:t>
        <w:br/>
        <w:t>f 3745/21070/19120 3746/21069/19119 3747/21072/19122</w:t>
        <w:br/>
        <w:t>f 3748/21071/19121 3730/21058/19108 3729/21057/19107</w:t>
        <w:br/>
        <w:t>f 3747/21072/19122 3748/21071/19121 3729/21057/19107</w:t>
        <w:br/>
        <w:t>f 3751/21073/19123 3750/21074/19124 3749/21075/19125</w:t>
        <w:br/>
        <w:t>f 3752/21076/19126 3751/21073/19123 3749/21075/19125</w:t>
        <w:br/>
        <w:t>f 3754/21077/19127 3753/21078/19128 3743/21066/19116</w:t>
        <w:br/>
        <w:t>f 3744/21065/19115 3754/21077/19127 3743/21066/19116</w:t>
        <w:br/>
        <w:t>f 3758/21079/19129 3757/21080/19130 3756/21081/19131</w:t>
        <w:br/>
        <w:t>f 3755/21082/19132 3758/21079/19129 3756/21081/19131</w:t>
        <w:br/>
        <w:t>f 3755/21082/19132 3756/21081/19131 3716/21042/19092</w:t>
        <w:br/>
        <w:t>f 3717/21045/19095 3755/21082/19132 3716/21042/19092</w:t>
        <w:br/>
        <w:t>f 3756/21081/19131 3769/21083/19133 3716/21042/19092</w:t>
        <w:br/>
        <w:t>f 3692/21022/19072 3714/21044/19094 3715/21043/19093</w:t>
        <w:br/>
        <w:t>f 3689/21018/19068 3692/21022/19072 3715/21043/19093</w:t>
        <w:br/>
        <w:t>f 3706/21034/19084 3686/21012/19062 3687/21015/19065</w:t>
        <w:br/>
        <w:t>f 3718/21046/19096 3706/21034/19084 3687/21015/19065</w:t>
        <w:br/>
        <w:t>f 3658/20988/19038 3668/20997/19047 3669/20996/19046</w:t>
        <w:br/>
        <w:t>f 3660/20986/19036 3658/20988/19038 3669/20996/19046</w:t>
        <w:br/>
        <w:t>f 3645/20972/19024 3642/20971/19023 3676/21005/19055</w:t>
        <w:br/>
        <w:t>f 3677/21004/19054 3645/20972/19024 3676/21005/19055</w:t>
        <w:br/>
        <w:t>f 3671/21002/19052 3676/21005/19055 3642/20971/19023</w:t>
        <w:br/>
        <w:t>f 3643/20970/19022 3671/21002/19052 3642/20971/19023</w:t>
        <w:br/>
        <w:t>f 3771/21084/19134 3770/21085/19135 3710/21039/19089</w:t>
        <w:br/>
        <w:t>f 3772/21086/19136 3771/21084/19134 3710/21039/19089</w:t>
        <w:br/>
        <w:t>f 3773/21087/19137 3772/21086/19136 3710/21039/19089</w:t>
        <w:br/>
        <w:t>f 3750/21074/19124 3772/21086/19136 3774/21088/19138</w:t>
        <w:br/>
        <w:t>f 3749/21075/19125 3750/21074/19124 3774/21088/19138</w:t>
        <w:br/>
        <w:t>f 3775/21089/19139 3771/21084/19134 3772/21086/19136</w:t>
        <w:br/>
        <w:t>f 3750/21074/19124 3775/21089/19139 3772/21086/19136</w:t>
        <w:br/>
        <w:t>f 3778/21090/19140 3777/21091/19141 3776/21092/19142</w:t>
        <w:br/>
        <w:t>f 3779/21093/19143 3778/21090/19140 3776/21092/19142</w:t>
        <w:br/>
        <w:t>f 3710/21039/19089 3711/21038/19088 3773/21087/19137</w:t>
        <w:br/>
        <w:t>f 3635/20963/19015 3636/20962/19014 3781/21094/19144</w:t>
        <w:br/>
        <w:t>f 3780/21095/19145 3635/20963/19015 3781/21094/19144</w:t>
        <w:br/>
        <w:t>f 3782/21096/19146 3777/21091/19141 3680/21011/19061</w:t>
        <w:br/>
        <w:t>f 3681/21010/19060 3782/21096/19146 3680/21011/19061</w:t>
        <w:br/>
        <w:t>f 3770/21085/19135 3776/21092/19142 3777/21091/19141</w:t>
        <w:br/>
        <w:t>f 3782/21096/19146 3770/21085/19135 3777/21091/19141</w:t>
        <w:br/>
        <w:t>f 3784/21097/19147 3783/21098/19148 3636/20962/19014</w:t>
        <w:br/>
        <w:t>f 3637/20965/19017 3784/21097/19147 3636/20962/19014</w:t>
        <w:br/>
        <w:t>f 3783/21098/19148 3785/21099/19149 3781/21094/19144</w:t>
        <w:br/>
        <w:t>f 3636/20962/19014 3783/21098/19148 3781/21094/19144</w:t>
        <w:br/>
        <w:t>f 3646/20976/19027 3635/20963/19015 3780/21095/19145</w:t>
        <w:br/>
        <w:t>f 3649/20977/18825 3646/20976/19027 3780/21095/19145</w:t>
        <w:br/>
        <w:t>f 3634/20964/19016 3635/20963/19015 3646/20976/19027</w:t>
        <w:br/>
        <w:t>f 3652/20979/19029 3634/20964/19016 3646/20976/19027</w:t>
        <w:br/>
        <w:t>f 3652/20979/19029 3653/20978/19028 3654/20983/19033</w:t>
        <w:br/>
        <w:t>f 3634/20964/19016 3652/20979/19029 3654/20983/19033</w:t>
        <w:br/>
        <w:t>f 3653/20978/19028 3656/20984/19034 3661/20990/19040</w:t>
        <w:br/>
        <w:t>f 3654/20983/19033 3653/20978/19028 3661/20990/19040</w:t>
        <w:br/>
        <w:t>f 3656/20984/19034 3665/20993/19043 3664/20991/19041</w:t>
        <w:br/>
        <w:t>f 3661/20990/19040 3656/20984/19034 3664/20991/19041</w:t>
        <w:br/>
        <w:t>f 3704/21032/19082 3707/21036/19086 3664/20991/19041</w:t>
        <w:br/>
        <w:t>f 3665/20993/19043 3704/21032/19082 3664/20991/19041</w:t>
        <w:br/>
        <w:t>f 3701/21026/19076 3702/21031/19081 3707/21036/19086</w:t>
        <w:br/>
        <w:t>f 3704/21032/19082 3701/21026/19076 3707/21036/19086</w:t>
        <w:br/>
        <w:t>f 3698/21029/19079 3682/21009/19059 3702/21031/19081</w:t>
        <w:br/>
        <w:t>f 3701/21026/19076 3698/21029/19079 3702/21031/19081</w:t>
        <w:br/>
        <w:t>f 3695/21025/19075 3681/21010/19060 3682/21009/19059</w:t>
        <w:br/>
        <w:t>f 3698/21029/19079 3695/21025/19075 3682/21009/19059</w:t>
        <w:br/>
        <w:t>f 3695/21025/19075 3709/21040/19090 3782/21096/19146</w:t>
        <w:br/>
        <w:t>f 3681/21010/19060 3695/21025/19075 3782/21096/19146</w:t>
        <w:br/>
        <w:t>f 3709/21040/19090 3710/21039/19089 3770/21085/19135</w:t>
        <w:br/>
        <w:t>f 3782/21096/19146 3709/21040/19090 3770/21085/19135</w:t>
        <w:br/>
        <w:t>f 3786/21100/19150 3680/21011/19061 3777/21091/19141</w:t>
        <w:br/>
        <w:t>f 3778/21090/19140 3786/21100/19150 3777/21091/19141</w:t>
        <w:br/>
        <w:t>f 3787/21101/19151 3683/21008/19058 3680/21011/19061</w:t>
        <w:br/>
        <w:t>f 3786/21100/19150 3787/21101/19151 3680/21011/19061</w:t>
        <w:br/>
        <w:t>f 3788/21102/19152 3703/21030/19080 3683/21008/19058</w:t>
        <w:br/>
        <w:t>f 3787/21101/19151 3788/21102/19152 3683/21008/19058</w:t>
        <w:br/>
        <w:t>f 3789/21103/19153 3708/21035/19085 3703/21030/19080</w:t>
        <w:br/>
        <w:t>f 3788/21102/19152 3789/21103/19153 3703/21030/19080</w:t>
        <w:br/>
        <w:t>f 3790/21104/19154 3663/20992/19042 3708/21035/19085</w:t>
        <w:br/>
        <w:t>f 3789/21103/19153 3790/21104/19154 3708/21035/19085</w:t>
        <w:br/>
        <w:t>f 3791/21105/19155 3662/20989/19039 3663/20992/19042</w:t>
        <w:br/>
        <w:t>f 3790/21104/19154 3791/21105/19155 3663/20992/19042</w:t>
        <w:br/>
        <w:t>f 3791/21105/19155 3792/21106/19156 3655/20982/19032</w:t>
        <w:br/>
        <w:t>f 3662/20989/19039 3791/21105/19155 3655/20982/19032</w:t>
        <w:br/>
        <w:t>f 3792/21106/19156 3784/21097/19147 3637/20965/19017</w:t>
        <w:br/>
        <w:t>f 3655/20982/19032 3792/21106/19156 3637/20965/19017</w:t>
        <w:br/>
        <w:t>f 3795/21107/19157 3794/21108/19158 3793/21109/19159</w:t>
        <w:br/>
        <w:t>f 3796/21110/19160 3795/21107/19157 3793/21109/19159</w:t>
        <w:br/>
        <w:t>f 3800/21111/19161 3799/21112/19162 3798/21113/19163</w:t>
        <w:br/>
        <w:t>f 3797/21114/19164 3800/21111/19161 3798/21113/19163</w:t>
        <w:br/>
        <w:t>f 3804/21115/19165 3803/21116/19166 3802/21117/19167</w:t>
        <w:br/>
        <w:t>f 3801/21118/19168 3804/21115/19165 3802/21117/19167</w:t>
        <w:br/>
        <w:t>f 3807/21119/19169 3806/21120/19170 3805/21121/19171</w:t>
        <w:br/>
        <w:t>f 3808/21122/19172 3807/21119/19169 3805/21121/19171</w:t>
        <w:br/>
        <w:t>f 3810/21123/19173 3794/21108/19158 3809/21124/19174</w:t>
        <w:br/>
        <w:t>f 3811/21125/19175 3810/21123/19173 3809/21124/19174</w:t>
        <w:br/>
        <w:t>f 3815/21126/19176 3814/21127/19177 3813/21128/19178</w:t>
        <w:br/>
        <w:t>f 3812/21129/19179 3815/21126/19176 3813/21128/19178</w:t>
        <w:br/>
        <w:t>f 3814/21127/19177 3815/21126/19176 3817/21130/19180</w:t>
        <w:br/>
        <w:t>f 3816/21131/19181 3814/21127/19177 3817/21130/19180</w:t>
        <w:br/>
        <w:t>f 3816/21131/19181 3817/21130/19180 3818/21132/19182</w:t>
        <w:br/>
        <w:t>f 3819/21133/19183 3816/21131/19181 3818/21132/19182</w:t>
        <w:br/>
        <w:t>f 3821/21134/19184 3820/21135/19185 3811/21125/19175</w:t>
        <w:br/>
        <w:t>f 3809/21124/19174 3821/21134/19184 3811/21125/19175</w:t>
        <w:br/>
        <w:t>f 3823/21136/19186 3822/21137/19187 3806/21120/19170</w:t>
        <w:br/>
        <w:t>f 3807/21119/19169 3823/21136/19186 3806/21120/19170</w:t>
        <w:br/>
        <w:t>f 3822/21137/19187 3823/21136/19186 3825/21138/19188</w:t>
        <w:br/>
        <w:t>f 3824/21139/19189 3822/21137/19187 3825/21138/19188</w:t>
        <w:br/>
        <w:t>f 3827/21140/19190 3826/21141/19191 3820/21135/19185</w:t>
        <w:br/>
        <w:t>f 3821/21134/19184 3827/21140/19190 3820/21135/19185</w:t>
        <w:br/>
        <w:t>f 3831/21142/19192 3830/21143/19193 3829/21144/19194</w:t>
        <w:br/>
        <w:t>f 3828/21145/19195 3831/21142/19192 3829/21144/19194</w:t>
        <w:br/>
        <w:t>f 3832/21146/19196 3793/21109/19159 3794/21108/19158</w:t>
        <w:br/>
        <w:t>f 3810/21123/19173 3832/21146/19196 3794/21108/19158</w:t>
        <w:br/>
        <w:t>f 3804/21115/19165 3833/21147/19197 3796/21110/19160</w:t>
        <w:br/>
        <w:t>f 3793/21109/19159 3804/21115/19165 3796/21110/19160</w:t>
        <w:br/>
        <w:t>f 3837/21148/19198 3836/21149/19199 3835/21150/19200</w:t>
        <w:br/>
        <w:t>f 3834/21151/19201 3837/21148/19198 3835/21150/19200</w:t>
        <w:br/>
        <w:t>f 3804/21115/19165 3793/21109/19159 3832/21146/19196</w:t>
        <w:br/>
        <w:t>f 3803/21116/19166 3804/21115/19165 3832/21146/19196</w:t>
        <w:br/>
        <w:t>f 3812/21129/19179 3813/21128/19178 3839/21152/19202</w:t>
        <w:br/>
        <w:t>f 3838/21153/19203 3812/21129/19179 3839/21152/19202</w:t>
        <w:br/>
        <w:t>f 3840/21154/19204 3809/21124/19174 3794/21108/19158</w:t>
        <w:br/>
        <w:t>f 3795/21107/19157 3840/21154/19204 3794/21108/19158</w:t>
        <w:br/>
        <w:t>f 3841/21155/19205 3821/21134/19184 3809/21124/19174</w:t>
        <w:br/>
        <w:t>f 3840/21154/19204 3841/21155/19205 3809/21124/19174</w:t>
        <w:br/>
        <w:t>f 3821/21134/19184 3841/21155/19205 3842/21156/19206</w:t>
        <w:br/>
        <w:t>f 3846/21157/19207 3845/21158/19208 3844/21159/19209</w:t>
        <w:br/>
        <w:t>f 3843/21160/19210 3846/21157/19207 3844/21159/19209</w:t>
        <w:br/>
        <w:t>f 3801/21118/19168 3847/21161/19211 3833/21147/19197</w:t>
        <w:br/>
        <w:t>f 3804/21115/19165 3801/21118/19168 3833/21147/19197</w:t>
        <w:br/>
        <w:t>f 3839/21152/19202 3831/21142/19192 3828/21145/19195</w:t>
        <w:br/>
        <w:t>f 3838/21153/19203 3839/21152/19202 3828/21145/19195</w:t>
        <w:br/>
        <w:t>f 3851/21162/19212 3850/21163/19213 3849/21164/19214</w:t>
        <w:br/>
        <w:t>f 3848/21165/19215 3851/21162/19212 3849/21164/19214</w:t>
        <w:br/>
        <w:t>f 3851/21162/19212 3813/21128/19178 3814/21127/19177</w:t>
        <w:br/>
        <w:t>f 3852/21166/19216 3851/21162/19212 3814/21127/19177</w:t>
        <w:br/>
        <w:t>f 3852/21166/19216 3814/21127/19177 3816/21131/19181</w:t>
        <w:br/>
        <w:t>f 3853/21167/19217 3852/21166/19216 3816/21131/19181</w:t>
        <w:br/>
        <w:t>f 3853/21167/19217 3816/21131/19181 3819/21133/19183</w:t>
        <w:br/>
        <w:t>f 3854/21168/19218 3853/21167/19217 3819/21133/19183</w:t>
        <w:br/>
        <w:t>f 3858/21169/19219 3857/21170/19220 3856/21171/19221</w:t>
        <w:br/>
        <w:t>f 3855/21172/19222 3858/21169/19219 3856/21171/19221</w:t>
        <w:br/>
        <w:t>f 3860/21173/19223 3859/21174/19224 3830/21143/19193</w:t>
        <w:br/>
        <w:t>f 3831/21142/19192 3860/21173/19223 3830/21143/19193</w:t>
        <w:br/>
        <w:t>f 3861/21175/19225 3849/21164/19214 3796/21110/19160</w:t>
        <w:br/>
        <w:t>f 3833/21147/19197 3861/21175/19225 3796/21110/19160</w:t>
        <w:br/>
        <w:t>f 3813/21128/19178 3851/21162/19212 3848/21165/19215</w:t>
        <w:br/>
        <w:t>f 3839/21152/19202 3813/21128/19178 3848/21165/19215</w:t>
        <w:br/>
        <w:t>f 3852/21166/19216 3862/21176/19226 3850/21163/19213</w:t>
        <w:br/>
        <w:t>f 3851/21162/19212 3852/21166/19216 3850/21163/19213</w:t>
        <w:br/>
        <w:t>f 3840/21154/19204 3862/21176/19226 3863/21177/19227</w:t>
        <w:br/>
        <w:t>f 3841/21155/19205 3840/21154/19204 3863/21177/19227</w:t>
        <w:br/>
        <w:t>f 3854/21168/19218 3864/21178/19228 3863/21177/19227</w:t>
        <w:br/>
        <w:t>f 3853/21167/19217 3854/21168/19218 3863/21177/19227</w:t>
        <w:br/>
        <w:t>f 3857/21170/19220 3866/21179/19229 3865/21180/19230</w:t>
        <w:br/>
        <w:t>f 3856/21171/19221 3857/21170/19220 3865/21180/19230</w:t>
        <w:br/>
        <w:t>f 3847/21161/19211 3867/21181/19231 3861/21175/19225</w:t>
        <w:br/>
        <w:t>f 3833/21147/19197 3847/21161/19211 3861/21175/19225</w:t>
        <w:br/>
        <w:t>f 3848/21165/19215 3860/21173/19223 3831/21142/19192</w:t>
        <w:br/>
        <w:t>f 3839/21152/19202 3848/21165/19215 3831/21142/19192</w:t>
        <w:br/>
        <w:t>f 3870/21182/19232 3869/21183/19233 3868/21184/19234</w:t>
        <w:br/>
        <w:t>f 3871/21185/19235 3870/21182/19232 3868/21184/19234</w:t>
        <w:br/>
        <w:t>f 3874/21186/19236 3873/21187/19237 3872/21188/19238</w:t>
        <w:br/>
        <w:t>f 3875/21189/19239 3874/21186/19236 3872/21188/19238</w:t>
        <w:br/>
        <w:t>f 3880/21190/19240 3815/21126/19176 3812/21129/19179</w:t>
        <w:br/>
        <w:t>f 3881/21191/19241 3880/21190/19240 3812/21129/19179</w:t>
        <w:br/>
        <w:t>f 3880/21190/19240 3882/21192/19242 3817/21130/19180</w:t>
        <w:br/>
        <w:t>f 3815/21126/19176 3880/21190/19240 3817/21130/19180</w:t>
        <w:br/>
        <w:t>f 3882/21192/19242 3883/21193/19243 3818/21132/19182</w:t>
        <w:br/>
        <w:t>f 3817/21130/19180 3882/21192/19242 3818/21132/19182</w:t>
        <w:br/>
        <w:t>f 3888/21194/19244 3887/21195/19245 3886/21196/19246</w:t>
        <w:br/>
        <w:t>f 3829/21144/19194 3890/21197/19247 3889/21198/19248</w:t>
        <w:br/>
        <w:t>f 3828/21145/19195 3829/21144/19194 3889/21198/19248</w:t>
        <w:br/>
        <w:t>f 3881/21191/19241 3812/21129/19179 3838/21153/19203</w:t>
        <w:br/>
        <w:t>f 3891/21199/19249 3881/21191/19241 3838/21153/19203</w:t>
        <w:br/>
        <w:t>f 3889/21198/19248 3891/21199/19249 3838/21153/19203</w:t>
        <w:br/>
        <w:t>f 3828/21145/19195 3889/21198/19248 3838/21153/19203</w:t>
        <w:br/>
        <w:t>f 3894/21200/19250 3893/21201/19251 3892/21202/19252</w:t>
        <w:br/>
        <w:t>f 3895/21203/19253 3894/21200/19250 3892/21202/19252</w:t>
        <w:br/>
        <w:t>f 3898/21204/19254 3897/21205/19255 3896/21206/18562</w:t>
        <w:br/>
        <w:t>f 3892/21202/19252 3898/21204/19254 3896/21206/18562</w:t>
        <w:br/>
        <w:t>f 3900/21207/19256 3899/21208/19257 3858/21169/19219</w:t>
        <w:br/>
        <w:t>f 3855/21172/19222 3900/21207/19256 3858/21169/19219</w:t>
        <w:br/>
        <w:t>f 3902/21209/19258 3819/21133/19183 3818/21132/19182</w:t>
        <w:br/>
        <w:t>f 3901/21210/19259 3902/21209/19258 3818/21132/19182</w:t>
        <w:br/>
        <w:t>f 3845/21158/19208 3904/21211/19260 3903/21212/19261</w:t>
        <w:br/>
        <w:t>f 3844/21159/19209 3845/21158/19208 3903/21212/19261</w:t>
        <w:br/>
        <w:t>f 3821/21134/19184 3842/21156/19206 3905/21213/19262</w:t>
        <w:br/>
        <w:t>f 3827/21140/19190 3821/21134/19184 3905/21213/19262</w:t>
        <w:br/>
        <w:t>f 3854/21168/19218 3819/21133/19183 3902/21209/19258</w:t>
        <w:br/>
        <w:t>f 3906/21214/19263 3854/21168/19218 3902/21209/19258</w:t>
        <w:br/>
        <w:t>f 3842/21156/19206 3864/21178/19228 3907/21215/19264</w:t>
        <w:br/>
        <w:t>f 3905/21213/19262 3842/21156/19206 3907/21215/19264</w:t>
        <w:br/>
        <w:t>f 3901/21210/19259 3818/21132/19182 3883/21193/19243</w:t>
        <w:br/>
        <w:t>f 3908/21216/19265 3901/21210/19259 3883/21193/19243</w:t>
        <w:br/>
        <w:t>f 3837/21148/19198 3834/21151/19201 3910/21217/19266</w:t>
        <w:br/>
        <w:t>f 3909/21218/19267 3837/21148/19198 3910/21217/19266</w:t>
        <w:br/>
        <w:t>f 3914/21219/19268 3913/21220/19269 3912/21221/19270</w:t>
        <w:br/>
        <w:t>f 3911/21222/19271 3914/21219/19268 3912/21221/19270</w:t>
        <w:br/>
        <w:t>f 3917/21223/19272 3916/21224/19273 3915/21225/19274</w:t>
        <w:br/>
        <w:t>f 3918/21226/19275 3917/21223/19272 3915/21225/19274</w:t>
        <w:br/>
        <w:t>f 3913/21220/19269 3920/21227/19276 3919/21228/19277</w:t>
        <w:br/>
        <w:t>f 3912/21221/19270 3913/21220/19269 3919/21228/19277</w:t>
        <w:br/>
        <w:t>f 3922/21229/19278 3921/21230/19279 3918/21226/19275</w:t>
        <w:br/>
        <w:t>f 3915/21225/19274 3922/21229/19278 3918/21226/19275</w:t>
        <w:br/>
        <w:t>f 3920/21227/19276 3924/21231/19280 3923/21232/19281</w:t>
        <w:br/>
        <w:t>f 3919/21228/19277 3920/21227/19276 3923/21232/19281</w:t>
        <w:br/>
        <w:t>f 3929/21233/19282 3890/21197/19247 3829/21144/19194</w:t>
        <w:br/>
        <w:t>f 3930/21234/19283 3929/21233/19282 3829/21144/19194</w:t>
        <w:br/>
        <w:t>f 3869/21183/19233 3797/21114/19164 3798/21113/19163</w:t>
        <w:br/>
        <w:t>f 3868/21184/19234 3869/21183/19233 3798/21113/19163</w:t>
        <w:br/>
        <w:t>f 3931/21235/19284 3924/21231/19280 3920/21227/19276</w:t>
        <w:br/>
        <w:t>f 3873/21187/19237 3931/21235/19284 3920/21227/19276</w:t>
        <w:br/>
        <w:t>f 3893/21201/19251 3918/21226/19275 3921/21230/19279</w:t>
        <w:br/>
        <w:t>f 3892/21202/19252 3893/21201/19251 3921/21230/19279</w:t>
        <w:br/>
        <w:t>f 3893/21201/19251 3888/21194/19244 3917/21223/19272</w:t>
        <w:br/>
        <w:t>f 3918/21226/19275 3893/21201/19251 3917/21223/19272</w:t>
        <w:br/>
        <w:t>f 3930/21234/19283 3829/21144/19194 3916/21224/19273</w:t>
        <w:br/>
        <w:t>f 3917/21223/19272 3930/21234/19283 3916/21224/19273</w:t>
        <w:br/>
        <w:t>f 3830/21143/19193 3915/21225/19274 3916/21224/19273</w:t>
        <w:br/>
        <w:t>f 3829/21144/19194 3830/21143/19193 3916/21224/19273</w:t>
        <w:br/>
        <w:t>f 3830/21143/19193 3859/21174/19224 3922/21229/19278</w:t>
        <w:br/>
        <w:t>f 3915/21225/19274 3830/21143/19193 3922/21229/19278</w:t>
        <w:br/>
        <w:t>f 3859/21174/19224 3933/21236/19285 3932/21237/19286</w:t>
        <w:br/>
        <w:t>f 3922/21229/19278 3859/21174/19224 3932/21237/19286</w:t>
        <w:br/>
        <w:t>f 3847/21161/19211 3801/21118/19168 3912/21221/19270</w:t>
        <w:br/>
        <w:t>f 3919/21228/19277 3847/21161/19211 3912/21221/19270</w:t>
        <w:br/>
        <w:t>f 3909/21218/19267 3910/21217/19266 3799/21112/19162</w:t>
        <w:br/>
        <w:t>f 3800/21111/19161 3909/21218/19267 3799/21112/19162</w:t>
        <w:br/>
        <w:t>f 3934/21238/19287 3798/21113/19163 3799/21112/19162</w:t>
        <w:br/>
        <w:t>f 3910/21217/19266 3934/21238/19287 3799/21112/19162</w:t>
        <w:br/>
        <w:t>f 3938/21239/19288 3937/21240/19289 3936/21241/19290</w:t>
        <w:br/>
        <w:t>f 3935/21242/19291 3938/21239/19288 3936/21241/19290</w:t>
        <w:br/>
        <w:t>f 3940/21243/19292 3939/21244/19293 3857/21170/19220</w:t>
        <w:br/>
        <w:t>f 3858/21169/19219 3940/21243/19292 3857/21170/19220</w:t>
        <w:br/>
        <w:t>f 3939/21244/19293 3941/21245/19294 3866/21179/19229</w:t>
        <w:br/>
        <w:t>f 3857/21170/19220 3939/21244/19293 3866/21179/19229</w:t>
        <w:br/>
        <w:t>f 3943/21246/18559 3942/21247/18543 3845/21158/19208</w:t>
        <w:br/>
        <w:t>f 3846/21157/19207 3943/21246/18559 3845/21158/19208</w:t>
        <w:br/>
        <w:t>f 3942/21247/18543 3944/21248/19295 3904/21211/19260</w:t>
        <w:br/>
        <w:t>f 3845/21158/19208 3942/21247/18543 3904/21211/19260</w:t>
        <w:br/>
        <w:t>f 3946/21249/19296 3945/21250/19297 3935/21242/19291</w:t>
        <w:br/>
        <w:t>f 3936/21241/19290 3946/21249/19296 3935/21242/19291</w:t>
        <w:br/>
        <w:t>f 3825/21138/19188 3948/21251/19298 3947/21252/19299</w:t>
        <w:br/>
        <w:t>f 3824/21139/19189 3825/21138/19188 3947/21252/19299</w:t>
        <w:br/>
        <w:t>f 3827/21140/19190 3950/21253/19300 3949/21254/19301</w:t>
        <w:br/>
        <w:t>f 3826/21141/19191 3827/21140/19190 3949/21254/19301</w:t>
        <w:br/>
        <w:t>f 3827/21140/19190 3905/21213/19262 3951/21255/19302</w:t>
        <w:br/>
        <w:t>f 3950/21253/19300 3827/21140/19190 3951/21255/19302</w:t>
        <w:br/>
        <w:t>f 3905/21213/19262 3907/21215/19264 3952/21256/19303</w:t>
        <w:br/>
        <w:t>f 3951/21255/19302 3905/21213/19262 3952/21256/19303</w:t>
        <w:br/>
        <w:t>f 3906/21214/19263 3902/21209/19258 3954/21257/19304</w:t>
        <w:br/>
        <w:t>f 3953/21258/19305 3906/21214/19263 3954/21257/19304</w:t>
        <w:br/>
        <w:t>f 3902/21209/19258 3901/21210/19259 3955/21259/19306</w:t>
        <w:br/>
        <w:t>f 3954/21257/19304 3902/21209/19258 3955/21259/19306</w:t>
        <w:br/>
        <w:t>f 3957/21260/19307 3956/21261/19308 3901/21210/19259</w:t>
        <w:br/>
        <w:t>f 3958/21262/19309 3957/21260/19307 3901/21210/19259</w:t>
        <w:br/>
        <w:t>f 3058/20423/18486 3079/20430/18493 3959/21263/19310</w:t>
        <w:br/>
        <w:t>f 3041/20404/18468 3058/20423/18486 3959/21263/19310</w:t>
        <w:br/>
        <w:t>f 2981/20348/18412 2951/20317/18381 2957/20323/18387</w:t>
        <w:br/>
        <w:t>f 2958/20322/18386 2981/20348/18412 2957/20323/18387</w:t>
        <w:br/>
        <w:t>f 3005/20371/18435 3001/20369/18433 3002/20368/18432</w:t>
        <w:br/>
        <w:t>f 3004/20372/18436 3005/20371/18435 3002/20368/18432</w:t>
        <w:br/>
        <w:t>f 3041/20404/18468 3038/20403/18467 3001/20369/18433</w:t>
        <w:br/>
        <w:t>f 3005/20371/18435 3041/20404/18468 3001/20369/18433</w:t>
        <w:br/>
        <w:t>f 3108/20458/18519 3109/20461/18522 3107/20459/18520</w:t>
        <w:br/>
        <w:t>f 3779/21093/19143 3775/21089/19139 3962/21264/19311</w:t>
        <w:br/>
        <w:t>f 3688/21019/19069 3689/21018/19068 3715/21043/19093</w:t>
        <w:br/>
        <w:t>f 3963/21265/19312 3688/21019/19069 3715/21043/19093</w:t>
        <w:br/>
        <w:t>f 3963/21265/19312 3715/21043/19093 3716/21042/19092</w:t>
        <w:br/>
        <w:t>f 3769/21083/19133 3963/21265/19312 3716/21042/19092</w:t>
        <w:br/>
        <w:t>f 3967/21266/19145 3611/21267/19313 3442/20771/18826</w:t>
        <w:br/>
        <w:t>f 3443/20770/18825 3967/21266/19145 3442/20771/18826</w:t>
        <w:br/>
        <w:t>f 3442/20771/18826 3529/20855/18909 3527/20857/18911</w:t>
        <w:br/>
        <w:t>f 3610/20938/18991 3442/20771/18826 3527/20857/18911</w:t>
        <w:br/>
        <w:t>f 3605/20934/18987 3969/21268/19314 3968/21269/19315</w:t>
        <w:br/>
        <w:t>f 3468/20793/18847 3465/20796/18850 3970/21270/19316</w:t>
        <w:br/>
        <w:t>f 3525/20854/18908 3333/20684/18742 3299/20650/18708</w:t>
        <w:br/>
        <w:t>f 3523/20852/18906 3525/20854/18908 3299/20650/18708</w:t>
        <w:br/>
        <w:t>f 3972/21271/19317 3971/21272/19318 3197/20549/18607</w:t>
        <w:br/>
        <w:t>f 3204/20556/18614 3972/21271/19317 3197/20549/18607</w:t>
        <w:br/>
        <w:t>f 3299/20650/18708 3333/20684/18742 3257/20609/18667</w:t>
        <w:br/>
        <w:t>f 3176/20530/18588 3177/20529/18587 3974/21273/19319</w:t>
        <w:br/>
        <w:t>f 3973/21274/19320 3176/20530/18588 3974/21273/19319</w:t>
        <w:br/>
        <w:t>f 3177/20529/18587 3197/20549/18607 3971/21272/19318</w:t>
        <w:br/>
        <w:t>f 3974/21273/19319 3177/20529/18587 3971/21272/19318</w:t>
        <w:br/>
        <w:t>f 3372/20722/18780 3176/20530/18588 3973/21274/19320</w:t>
        <w:br/>
        <w:t>f 3975/21275/19321 3372/20722/18780 3973/21274/19320</w:t>
        <w:br/>
        <w:t>f 3977/21276/18873 3562/20889/18943 3561/20890/18944</w:t>
        <w:br/>
        <w:t>f 3976/21277/18961 3977/21276/18873 3561/20890/18944</w:t>
        <w:br/>
        <w:t>f 3978/21278/18876 3563/20891/18945 3562/20889/18943</w:t>
        <w:br/>
        <w:t>f 3977/21276/18873 3978/21278/18876 3562/20889/18943</w:t>
        <w:br/>
        <w:t>f 3566/20894/18948 3981/21279/19322 3980/21280/19323</w:t>
        <w:br/>
        <w:t>f 3979/21281/19324 3566/20894/18948 3980/21280/19323</w:t>
        <w:br/>
        <w:t>f 3983/21282/19325 3378/20729/18787 3379/20728/18786</w:t>
        <w:br/>
        <w:t>f 3982/21283/19326 3983/21282/19325 3379/20728/18786</w:t>
        <w:br/>
        <w:t>f 3187/20538/18596 3129/20480/18540 3188/20539/18597</w:t>
        <w:br/>
        <w:t>f 3129/20480/18540 3127/20478/18538 3128/20481/18541</w:t>
        <w:br/>
        <w:t>f 3685/21013/19063 3744/21065/19115 3741/21068/19118</w:t>
        <w:br/>
        <w:t>f 3684/21014/19064 3685/21013/19063 3741/21068/19118</w:t>
        <w:br/>
        <w:t>f 3188/20539/18597 3180/20533/18591 3187/20538/18596</w:t>
        <w:br/>
        <w:t>f 3127/20478/18538 3100/20449/18510 3128/20481/18541</w:t>
        <w:br/>
        <w:t>f 3696/21024/19074 3712/21037/19087 3709/21040/19090</w:t>
        <w:br/>
        <w:t>f 3695/21025/19075 3696/21024/19074 3709/21040/19090</w:t>
        <w:br/>
        <w:t>f 2982/20349/18413 2947/20312/18376 2983/20350/18414</w:t>
        <w:br/>
        <w:t>f 3011/20379/18443 3012/20378/18442 3007/20375/18439</w:t>
        <w:br/>
        <w:t>f 3008/20374/18438 3011/20379/18443 3007/20375/18439</w:t>
        <w:br/>
        <w:t>f 3051/20415/18479 3048/20414/18478 3042/20407/18471</w:t>
        <w:br/>
        <w:t>f 3043/20406/18470 3051/20415/18479 3042/20407/18471</w:t>
        <w:br/>
        <w:t>f 3042/20407/18471 3048/20414/18478 3011/20379/18443</w:t>
        <w:br/>
        <w:t>f 3008/20374/18438 3042/20407/18471 3011/20379/18443</w:t>
        <w:br/>
        <w:t>f 2983/20350/18414 3007/20375/18439 3012/20378/18442</w:t>
        <w:br/>
        <w:t>f 2982/20349/18413 2983/20350/18414 3012/20378/18442</w:t>
        <w:br/>
        <w:t>f 3612/20941/18994 3992/21284/19327 3549/20877/18931</w:t>
        <w:br/>
        <w:t>f 3062/20426/18489 3057/20421/18484 2957/20323/18387</w:t>
        <w:br/>
        <w:t>f 3992/21284/19327 3407/20757/18812 3550/20879/18933</w:t>
        <w:br/>
        <w:t>f 3549/20877/18931 3992/21284/19327 3550/20879/18933</w:t>
        <w:br/>
        <w:t>f 3995/21285/19328 3992/21284/19327 3612/20941/18994</w:t>
        <w:br/>
        <w:t>f 3995/21285/19328 3996/21286/19329 3992/21284/19327</w:t>
        <w:br/>
        <w:t>f 3996/21286/19329 3406/20758/18813 3407/20757/18812</w:t>
        <w:br/>
        <w:t>f 3992/21284/19327 3996/21286/19329 3407/20757/18812</w:t>
        <w:br/>
        <w:t>f 3297/20649/18707 3546/20875/18929 3548/20876/18930</w:t>
        <w:br/>
        <w:t>f 3614/20942/18995 3297/20649/18707 3548/20876/18930</w:t>
        <w:br/>
        <w:t>f 3549/20877/18931 3550/20879/18933 3551/20878/18932</w:t>
        <w:br/>
        <w:t>f 3548/20876/18930 3549/20877/18931 3551/20878/18932</w:t>
        <w:br/>
        <w:t>f 3230/20578/18636 3297/20649/18707 3614/20942/18995</w:t>
        <w:br/>
        <w:t>f 3230/20578/18636 3614/20942/18995 3235/20586/18644</w:t>
        <w:br/>
        <w:t>f 3612/20941/18994 3549/20877/18931 3432/20939/18992</w:t>
        <w:br/>
        <w:t>f 3390/20740/18797 3998/21287/19330 3558/20886/18940</w:t>
        <w:br/>
        <w:t>f 3389/20741/18798 3390/20740/18797 3558/20886/18940</w:t>
        <w:br/>
        <w:t>f 4000/21288/19331 3453/20781/18836 3450/20780/18835</w:t>
        <w:br/>
        <w:t>f 3999/21289/19332 4000/21288/19331 3450/20780/18835</w:t>
        <w:br/>
        <w:t>f 3507/20837/18891 3619/20947/19000 4001/21290/19333</w:t>
        <w:br/>
        <w:t>f 3510/20838/18892 3507/20837/18891 4001/21290/19333</w:t>
        <w:br/>
        <w:t>f 3999/21289/19332 3450/20780/18835 3510/20838/18892</w:t>
        <w:br/>
        <w:t>f 4001/21290/19333 3999/21289/19332 3510/20838/18892</w:t>
        <w:br/>
        <w:t>f 3232/20584/18642 3503/20829/18883 3505/20834/18888</w:t>
        <w:br/>
        <w:t>f 4002/21291/19334 3232/20584/18642 3505/20834/18888</w:t>
        <w:br/>
        <w:t>f 3404/20754/18801 4003/21292/19335 3403/20755/18810</w:t>
        <w:br/>
        <w:t>f 3506/20833/18887 4001/21290/19333 3619/20947/19000</w:t>
        <w:br/>
        <w:t>f 3505/20834/18888 3506/20833/18887 3619/20947/19000</w:t>
        <w:br/>
        <w:t>f 4002/21291/19334 3505/20834/18888 3619/20947/19000</w:t>
        <w:br/>
        <w:t>f 3620/20948/19001 4002/21291/19334 3619/20947/19000</w:t>
        <w:br/>
        <w:t>f 4005/21293/19336 4004/21294/19337 3999/21289/19332</w:t>
        <w:br/>
        <w:t>f 3403/20755/18810 4005/21293/19336 3999/21289/19332</w:t>
        <w:br/>
        <w:t>f 4004/21294/19337 4000/21288/19331 3999/21289/19332</w:t>
        <w:br/>
        <w:t>f 4007/21295/19338 4006/21296/19339 2976/20341/18405</w:t>
        <w:br/>
        <w:t>f 4006/21296/19339 4008/21297/19340 2975/20342/18406</w:t>
        <w:br/>
        <w:t>f 2976/20341/18405 4006/21296/19339 2975/20342/18406</w:t>
        <w:br/>
        <w:t>f 4009/21298/19341 2954/20320/18384 2975/20342/18406</w:t>
        <w:br/>
        <w:t>f 4008/21297/19340 4009/21298/19341 2975/20342/18406</w:t>
        <w:br/>
        <w:t>f 4010/21299/19342 3404/20754/18801 3405/20756/18811</w:t>
        <w:br/>
        <w:t>f 3469/20798/18852 3470/20797/18851 4011/21300/19343</w:t>
        <w:br/>
        <w:t>f 3597/20925/18978 3469/20798/18852 4011/21300/19343</w:t>
        <w:br/>
        <w:t>f 3309/20660/18718 3514/20842/18896 3517/20846/18900</w:t>
        <w:br/>
        <w:t>f 3308/20661/18719 3309/20660/18718 3517/20846/18900</w:t>
        <w:br/>
        <w:t>f 3566/20894/18948 4012/21301/18833 3226/20574/18632</w:t>
        <w:br/>
        <w:t>f 3223/20577/18635 3566/20894/18948 3226/20574/18632</w:t>
        <w:br/>
        <w:t>f 2975/20342/18406 2980/20347/18411 2961/20331/18395</w:t>
        <w:br/>
        <w:t>f 2962/20330/18394 2975/20342/18406 2961/20331/18395</w:t>
        <w:br/>
        <w:t>f 2963/20329/18393 2972/20340/18404 2974/20343/18407</w:t>
        <w:br/>
        <w:t>f 2962/20330/18394 2963/20329/18393 2974/20343/18407</w:t>
        <w:br/>
        <w:t>f 2977/20344/18408 4013/21302/19344 2974/20343/18407</w:t>
        <w:br/>
        <w:t>f 2985/20355/18419 2986/20354/18418 2989/20359/18423</w:t>
        <w:br/>
        <w:t>f 2990/20358/18422 2985/20355/18419 2989/20359/18423</w:t>
        <w:br/>
        <w:t>f 3049/20413/18477 3050/20412/18476 3017/20385/18449</w:t>
        <w:br/>
        <w:t>f 3018/20384/18448 3049/20413/18477 3017/20385/18449</w:t>
        <w:br/>
        <w:t>f 3013/20382/18446 2985/20355/18419 2990/20358/18422</w:t>
        <w:br/>
        <w:t>f 3018/20384/18448 3013/20382/18446 2990/20358/18422</w:t>
        <w:br/>
        <w:t>f 2980/20347/18411 2992/20356/18420 2989/20359/18423</w:t>
        <w:br/>
        <w:t>f 2961/20331/18395 2980/20347/18411 2989/20359/18423</w:t>
        <w:br/>
        <w:t>f 3157/20508/18566 3162/20514/18572 3160/20512/18570</w:t>
        <w:br/>
        <w:t>f 3156/20507/18565 3157/20508/18566 3160/20512/18570</w:t>
        <w:br/>
        <w:t>f 3170/20520/18578 3201/20553/18611 3165/20516/18574</w:t>
        <w:br/>
        <w:t>f 3166/20515/18573 3170/20520/18578 3165/20516/18574</w:t>
        <w:br/>
        <w:t>f 3159/20509/18567 3154/20505/18563 4015/21303/19345</w:t>
        <w:br/>
        <w:t>f 4014/21304/19346 3159/20509/18567 4015/21303/19345</w:t>
        <w:br/>
        <w:t>f 3158/20510/18568 3159/20509/18567 4014/21304/19346</w:t>
        <w:br/>
        <w:t>f 3166/20515/18573 3158/20510/18568 4014/21304/19346</w:t>
        <w:br/>
        <w:t>f 3144/20498/18476 3145/20497/18556 3173/20524/18582</w:t>
        <w:br/>
        <w:t>f 4016/21305/19347 3144/20498/18476 3173/20524/18582</w:t>
        <w:br/>
        <w:t>f 3157/20508/18566 3101/20452/18513 3150/20501/18559</w:t>
        <w:br/>
        <w:t>f 3175/20526/18584 3157/20508/18566 3150/20501/18559</w:t>
        <w:br/>
        <w:t>f 3164/20517/18575 3165/20516/18574 3206/20557/18615</w:t>
        <w:br/>
        <w:t>f 3199/20550/18608 3164/20517/18575 3206/20557/18615</w:t>
        <w:br/>
        <w:t>f 3205/20555/18613 4018/21306/19348 4017/21307/19349</w:t>
        <w:br/>
        <w:t>f 3204/20556/18614 3205/20555/18613 4017/21307/19349</w:t>
        <w:br/>
        <w:t>f 3206/20557/18615 3202/20552/18610 4018/21306/19348</w:t>
        <w:br/>
        <w:t>f 3205/20555/18613 3206/20557/18615 4018/21306/19348</w:t>
        <w:br/>
        <w:t>f 3217/20569/18627 3218/20568/18626 3564/20893/18947</w:t>
        <w:br/>
        <w:t>f 4019/21308/19350 3217/20569/18627 3564/20893/18947</w:t>
        <w:br/>
        <w:t>f 3325/20676/18734 3313/20665/18723 3314/20664/18722</w:t>
        <w:br/>
        <w:t>f 3316/20666/18724 3325/20676/18734 3314/20664/18722</w:t>
        <w:br/>
        <w:t>f 3329/20680/18738 3323/20674/18732 3319/20672/18730</w:t>
        <w:br/>
        <w:t>f 3320/20671/18729 3329/20680/18738 3319/20672/18730</w:t>
        <w:br/>
        <w:t>f 3325/20676/18734 3330/20681/18739 4020/21309/19351</w:t>
        <w:br/>
        <w:t>f 3313/20665/18723 3325/20676/18734 4020/21309/19351</w:t>
        <w:br/>
        <w:t>f 3259/20607/18665 3284/20635/18693 3326/20677/18735</w:t>
        <w:br/>
        <w:t>f 3314/20664/18722 3259/20607/18665 3326/20677/18735</w:t>
        <w:br/>
        <w:t>f 3284/20635/18693 3285/20634/18692 3327/20678/18736</w:t>
        <w:br/>
        <w:t>f 3326/20677/18735 3284/20635/18693 3327/20678/18736</w:t>
        <w:br/>
        <w:t>f 3285/20634/18692 3291/20641/18699 3328/20679/18737</w:t>
        <w:br/>
        <w:t>f 3327/20678/18736 3285/20634/18692 3328/20679/18737</w:t>
        <w:br/>
        <w:t>f 3291/20641/18699 3322/20673/18731 3319/20672/18730</w:t>
        <w:br/>
        <w:t>f 3328/20679/18737 3291/20641/18699 3319/20672/18730</w:t>
        <w:br/>
        <w:t>f 4021/21310/19352 3628/20955/19008 3342/20692/18750</w:t>
        <w:br/>
        <w:t>f 3343/20691/18749 4021/21310/19352 3342/20692/18750</w:t>
        <w:br/>
        <w:t>f 3388/20736/18794 3557/20885/18939 4022/21311/19353</w:t>
        <w:br/>
        <w:t>f 3387/20737/18408 3388/20736/18794 4022/21311/19353</w:t>
        <w:br/>
        <w:t>f 3464/20789/18843 3596/20924/18977 3463/20790/18844</w:t>
        <w:br/>
        <w:t>f 3600/20927/18980 3471/20800/18854 3472/20799/18853</w:t>
        <w:br/>
        <w:t>f 4023/21312/19354 3600/20927/18980 3472/20799/18853</w:t>
        <w:br/>
        <w:t>f 3516/20844/18898 3513/20843/18897 3616/20944/18997</w:t>
        <w:br/>
        <w:t>f 4024/21313/19355 3516/20844/18898 3616/20944/18997</w:t>
        <w:br/>
        <w:t>f 3385/20739/18796 3217/20569/18627 4019/21308/19350</w:t>
        <w:br/>
        <w:t>f 3388/20736/18794 3385/20739/18796 4019/21308/19350</w:t>
        <w:br/>
        <w:t>f 3215/20567/18625 3564/20893/18947 3565/20892/18946</w:t>
        <w:br/>
        <w:t>f 3981/21279/19322 3215/20567/18625 3565/20892/18946</w:t>
        <w:br/>
        <w:t>f 4026/21314/19356 3339/20689/18747 3338/20690/18748</w:t>
        <w:br/>
        <w:t>f 4025/21315/19357 4026/21314/19356 3338/20690/18748</w:t>
        <w:br/>
        <w:t>f 3461/20792/18846 3516/20844/18898 4024/21313/19355</w:t>
        <w:br/>
        <w:t>f 3464/20789/18843 3461/20792/18846 4024/21313/19355</w:t>
        <w:br/>
        <w:t>f 3600/20927/18980 3467/20794/18848 4027/21316/19358</w:t>
        <w:br/>
        <w:t>f 3599/20928/18981 3600/20927/18980 4027/21316/19358</w:t>
        <w:br/>
        <w:t>f 3330/20681/18739 3520/20849/18903 4028/21317/19359</w:t>
        <w:br/>
        <w:t>f 4020/21309/19351 3330/20681/18739 4028/21317/19359</w:t>
        <w:br/>
        <w:t>f 3511/20840/18894 3616/20944/18997 3320/20671/18729</w:t>
        <w:br/>
        <w:t>f 3321/20670/18728 3511/20840/18894 3320/20671/18729</w:t>
        <w:br/>
        <w:t>f 4030/21318/19360 4029/21319/19361 3623/20950/19003</w:t>
        <w:br/>
        <w:t>f 3624/20952/19005 4030/21318/19360 3623/20950/19003</w:t>
        <w:br/>
        <w:t>f 3338/20690/18748 3341/20693/18751 3342/20692/18750</w:t>
        <w:br/>
        <w:t>f 4025/21315/19357 3338/20690/18748 3342/20692/18750</w:t>
        <w:br/>
        <w:t>f 3796/21110/19160 3849/21164/19214 3850/21163/19213</w:t>
        <w:br/>
        <w:t>f 3795/21107/19157 3796/21110/19160 3850/21163/19213</w:t>
        <w:br/>
        <w:t>f 3848/21165/19215 3849/21164/19214 4031/21320/19362</w:t>
        <w:br/>
        <w:t>f 3860/21173/19223 3848/21165/19215 4031/21320/19362</w:t>
        <w:br/>
        <w:t>f 3862/21176/19226 3840/21154/19204 3795/21107/19157</w:t>
        <w:br/>
        <w:t>f 3850/21163/19213 3862/21176/19226 3795/21107/19157</w:t>
        <w:br/>
        <w:t>f 3862/21176/19226 3852/21166/19216 3853/21167/19217</w:t>
        <w:br/>
        <w:t>f 3863/21177/19227 3862/21176/19226 3853/21167/19217</w:t>
        <w:br/>
        <w:t>f 3864/21178/19228 3842/21156/19206 3841/21155/19205</w:t>
        <w:br/>
        <w:t>f 3863/21177/19227 3864/21178/19228 3841/21155/19205</w:t>
        <w:br/>
        <w:t>f 3866/21179/19229 3846/21157/19207 3843/21160/19210</w:t>
        <w:br/>
        <w:t>f 3865/21180/19230 3866/21179/19229 3843/21160/19210</w:t>
        <w:br/>
        <w:t>f 3859/21174/19224 3860/21173/19223 4031/21320/19362</w:t>
        <w:br/>
        <w:t>f 3933/21236/19285 3859/21174/19224 4031/21320/19362</w:t>
        <w:br/>
        <w:t>f 3931/21235/19284 4032/21321/18577 3897/21205/19255</w:t>
        <w:br/>
        <w:t>f 3898/21204/19254 3931/21235/19284 3897/21205/19255</w:t>
        <w:br/>
        <w:t>f 3864/21178/19228 3854/21168/19218 3906/21214/19263</w:t>
        <w:br/>
        <w:t>f 3907/21215/19264 3864/21178/19228 3906/21214/19263</w:t>
        <w:br/>
        <w:t>f 4033/21322/19363 3921/21230/19279 3922/21229/19278</w:t>
        <w:br/>
        <w:t>f 3932/21237/19286 4033/21322/19363 3922/21229/19278</w:t>
        <w:br/>
        <w:t>f 3892/21202/19252 3921/21230/19279 4033/21322/19363</w:t>
        <w:br/>
        <w:t>f 3898/21204/19254 3892/21202/19252 4033/21322/19363</w:t>
        <w:br/>
        <w:t>f 3933/21236/19285 3867/21181/19231 3923/21232/19281</w:t>
        <w:br/>
        <w:t>f 3932/21237/19286 3933/21236/19285 3923/21232/19281</w:t>
        <w:br/>
        <w:t>f 3941/21245/19294 3943/21246/18559 3846/21157/19207</w:t>
        <w:br/>
        <w:t>f 3866/21179/19229 3941/21245/19294 3846/21157/19207</w:t>
        <w:br/>
        <w:t>f 3906/21214/19263 3953/21258/19305 3952/21256/19303</w:t>
        <w:br/>
        <w:t>f 3907/21215/19264 3906/21214/19263 3952/21256/19303</w:t>
        <w:br/>
        <w:t>f 3563/20891/18945 3978/21278/18876 4034/21323/19364</w:t>
        <w:br/>
        <w:t>f 3565/20892/18946 3563/20891/18945 4034/21323/19364</w:t>
        <w:br/>
        <w:t>f 4037/21324/19365 4036/21325/19366 4035/21326/19364</w:t>
        <w:br/>
        <w:t>f 3204/20556/18614 4017/21307/19349 4038/21327/19367</w:t>
        <w:br/>
        <w:t>f 3972/21271/19317 3204/20556/18614 4038/21327/19367</w:t>
        <w:br/>
        <w:t>f 3618/20946/18999 3322/20673/18731 3248/20598/18656</w:t>
        <w:br/>
        <w:t>f 3249/20597/18655 3618/20946/18999 3248/20598/18656</w:t>
        <w:br/>
        <w:t>f 3284/20635/18693 3259/20607/18665 3256/20610/18668</w:t>
        <w:br/>
        <w:t>f 3270/20619/18677 3284/20635/18693 3256/20610/18668</w:t>
        <w:br/>
        <w:t>f 3268/20621/18679 4039/21328/19368 3283/20636/18694</w:t>
        <w:br/>
        <w:t>f 3270/20619/18677 3268/20621/18679 3283/20636/18694</w:t>
        <w:br/>
        <w:t>f 4039/21328/19368 3301/20652/18710 3290/20642/18700</w:t>
        <w:br/>
        <w:t>f 3283/20636/18694 4039/21328/19368 3290/20642/18700</w:t>
        <w:br/>
        <w:t>f 3617/20945/18998 3618/20946/18999 3249/20597/18655</w:t>
        <w:br/>
        <w:t>f 3282/20633/18691 3617/20945/18998 3249/20597/18655</w:t>
        <w:br/>
        <w:t>f 3322/20673/18731 3291/20641/18699 3290/20642/18700</w:t>
        <w:br/>
        <w:t>f 3248/20598/18656 3322/20673/18731 3290/20642/18700</w:t>
        <w:br/>
        <w:t>f 3331/20683/18741 3269/20620/18678 3256/20610/18668</w:t>
        <w:br/>
        <w:t>f 3257/20609/18667 3331/20683/18741 3256/20610/18668</w:t>
        <w:br/>
        <w:t>f 3620/20948/19001 3617/20945/18998 3282/20633/18691</w:t>
        <w:br/>
        <w:t>f 3231/20585/18643 3620/20948/19001 3282/20633/18691</w:t>
        <w:br/>
        <w:t>f 4002/21291/19334 3231/20585/18643 3232/20584/18642</w:t>
        <w:br/>
        <w:t>f 3146/20496/18470 3092/20442/18465 3102/20453/18514</w:t>
        <w:br/>
        <w:t>f 3893/21201/19251 3894/21200/19250 3887/21195/19245</w:t>
        <w:br/>
        <w:t>f 3888/21194/19244 3893/21201/19251 3887/21195/19245</w:t>
        <w:br/>
        <w:t>f 3361/20712/18770 4040/21329/19369 3084/20434/18497</w:t>
        <w:br/>
        <w:t>f 3085/20433/18496 3361/20712/18770 3084/20434/18497</w:t>
        <w:br/>
        <w:t>f 3836/21149/19199 3808/21122/19172 3805/21121/19171</w:t>
        <w:br/>
        <w:t>f 3835/21150/19200 3836/21149/19199 3805/21121/19171</w:t>
        <w:br/>
        <w:t>f 3332/20682/18740 3526/20853/18907 3608/20937/18990</w:t>
        <w:br/>
        <w:t>f 3261/20612/18670 3332/20682/18740 3608/20937/18990</w:t>
        <w:br/>
        <w:t>f 4043/21330/18988 3641/20966/19018 3638/20969/19021</w:t>
        <w:br/>
        <w:t>f 3666/20994/19044 4043/21330/18988 3638/20969/19021</w:t>
        <w:br/>
        <w:t>f 3694/21020/19070 3690/21017/19067 3691/21016/19066</w:t>
        <w:br/>
        <w:t>f 3713/21041/19091 3694/21020/19070 3691/21016/19066</w:t>
        <w:br/>
        <w:t>f 3810/21123/19173 3808/21122/19172 3836/21149/19199</w:t>
        <w:br/>
        <w:t>f 3803/21116/19166 3909/21218/19267 3802/21117/19167</w:t>
        <w:br/>
        <w:t>f 2946/20313/18377 2960/20326/18390 2978/20346/18410</w:t>
        <w:br/>
        <w:t>f 2945/20314/18378 2946/20313/18377 2978/20346/18410</w:t>
        <w:br/>
        <w:t>f 2959/20327/18391 2960/20326/18390 2946/20313/18377</w:t>
        <w:br/>
        <w:t>f 2953/20321/18385 2959/20327/18391 2946/20313/18377</w:t>
        <w:br/>
        <w:t>f 2996/20363/18427 3000/20364/18428 2997/20367/18431</w:t>
        <w:br/>
        <w:t>f 2995/20360/18424 2996/20363/18427 2997/20367/18431</w:t>
        <w:br/>
        <w:t>f 3035/20400/18464 3036/20399/18463 3031/20395/18459</w:t>
        <w:br/>
        <w:t>f 3032/20394/18458 3035/20400/18464 3031/20395/18459</w:t>
        <w:br/>
        <w:t>f 2995/20360/18424 2997/20367/18431 2945/20314/18378</w:t>
        <w:br/>
        <w:t>f 2978/20346/18410 2995/20360/18424 2945/20314/18378</w:t>
        <w:br/>
        <w:t>f 3036/20399/18463 3000/20364/18428 2996/20363/18427</w:t>
        <w:br/>
        <w:t>f 3031/20395/18459 3036/20399/18463 2996/20363/18427</w:t>
        <w:br/>
        <w:t>f 3086/20440/18503 3090/20444/18505 3091/20443/18464</w:t>
        <w:br/>
        <w:t>f 4044/21331/19370 3086/20440/18503 3091/20443/18464</w:t>
        <w:br/>
        <w:t>f 3090/20444/18505 3086/20440/18503 3137/20488/18548</w:t>
        <w:br/>
        <w:t>f 3132/20482/18542 3090/20444/18505 3137/20488/18548</w:t>
        <w:br/>
        <w:t>f 3233/20583/18641 3234/20582/18640 3236/20588/18646</w:t>
        <w:br/>
        <w:t>f 3237/20587/18645 3233/20583/18641 3236/20588/18646</w:t>
        <w:br/>
        <w:t>f 3246/20600/18658 3247/20599/18657 3243/20594/18652</w:t>
        <w:br/>
        <w:t>f 3244/20593/18651 3246/20600/18658 3243/20594/18652</w:t>
        <w:br/>
        <w:t>f 3331/20683/18741 3332/20682/18740 3261/20612/18670</w:t>
        <w:br/>
        <w:t>f 3262/20611/18669 3331/20683/18741 3261/20612/18670</w:t>
        <w:br/>
        <w:t>f 3268/20621/18679 3269/20620/18678 3267/20618/18676</w:t>
        <w:br/>
        <w:t>f 3264/20617/18675 3268/20621/18679 3267/20618/18676</w:t>
        <w:br/>
        <w:t>f 3264/20617/18675 3287/20637/18695 4039/21328/19368</w:t>
        <w:br/>
        <w:t>f 3268/20621/18679 3264/20617/18675 4039/21328/19368</w:t>
        <w:br/>
        <w:t>f 3301/20652/18710 4039/21328/19368 3287/20637/18695</w:t>
        <w:br/>
        <w:t>f 3289/20639/18697 3301/20652/18710 3287/20637/18695</w:t>
        <w:br/>
        <w:t>f 3281/20632/18690 3246/20600/18658 3244/20593/18651</w:t>
        <w:br/>
        <w:t>f 3293/20644/18702 3281/20632/18690 3244/20593/18651</w:t>
        <w:br/>
        <w:t>f 3262/20611/18669 3267/20618/18676 3269/20620/18678</w:t>
        <w:br/>
        <w:t>f 3331/20683/18741 3262/20611/18669 3269/20620/18678</w:t>
        <w:br/>
        <w:t>f 3234/20582/18640 3281/20632/18690 3293/20644/18702</w:t>
        <w:br/>
        <w:t>f 3236/20588/18646 3234/20582/18640 3293/20644/18702</w:t>
        <w:br/>
        <w:t>f 3289/20639/18697 3243/20594/18652 3247/20599/18657</w:t>
        <w:br/>
        <w:t>f 3301/20652/18710 3289/20639/18697 3247/20599/18657</w:t>
        <w:br/>
        <w:t>f 3401/20751/18808 3402/20750/18807 3408/20760/18815</w:t>
        <w:br/>
        <w:t>f 4045/21332/18391 3401/20751/18808 3408/20760/18815</w:t>
        <w:br/>
        <w:t>f 3420/20764/18819 3607/20932/18985 3604/20935/18988</w:t>
        <w:br/>
        <w:t>f 3423/20761/18816 3420/20764/18819 3604/20935/18988</w:t>
        <w:br/>
        <w:t>f 3501/20831/18885 3502/20830/18884 3499/20828/18882</w:t>
        <w:br/>
        <w:t>f 3500/20827/18881 3501/20831/18885 3499/20828/18882</w:t>
        <w:br/>
        <w:t>f 3402/20750/18807 3501/20831/18885 3500/20827/18881</w:t>
        <w:br/>
        <w:t>f 3408/20760/18815 3402/20750/18807 3500/20827/18881</w:t>
        <w:br/>
        <w:t>f 3420/20764/18819 3608/20937/18990 3526/20853/18907</w:t>
        <w:br/>
        <w:t>f 3607/20932/18985 3420/20764/18819 3526/20853/18907</w:t>
        <w:br/>
        <w:t>f 3237/20587/18645 3499/20828/18882 3502/20830/18884</w:t>
        <w:br/>
        <w:t>f 3233/20583/18641 3237/20587/18645 3502/20830/18884</w:t>
        <w:br/>
        <w:t>f 3797/21114/19164 3914/21219/19268 3911/21222/19271</w:t>
        <w:br/>
        <w:t>f 3800/21111/19161 3797/21114/19164 3911/21222/19271</w:t>
        <w:br/>
        <w:t>f 3803/21116/19166 3832/21146/19196 3837/21148/19198</w:t>
        <w:br/>
        <w:t>f 3909/21218/19267 3803/21116/19166 3837/21148/19198</w:t>
        <w:br/>
        <w:t>f 3808/21122/19172 3810/21123/19173 3811/21125/19175</w:t>
        <w:br/>
        <w:t>f 3807/21119/19169 3808/21122/19172 3811/21125/19175</w:t>
        <w:br/>
        <w:t>f 3820/21135/19185 3823/21136/19186 3807/21119/19169</w:t>
        <w:br/>
        <w:t>f 3811/21125/19175 3820/21135/19185 3807/21119/19169</w:t>
        <w:br/>
        <w:t>f 3823/21136/19186 3820/21135/19185 3826/21141/19191</w:t>
        <w:br/>
        <w:t>f 3825/21138/19188 3823/21136/19186 3826/21141/19191</w:t>
        <w:br/>
        <w:t>f 3836/21149/19199 3837/21148/19198 3832/21146/19196</w:t>
        <w:br/>
        <w:t>f 3810/21123/19173 3836/21149/19199 3832/21146/19196</w:t>
        <w:br/>
        <w:t>f 4047/21333/19371 4046/21334/19372 3869/21183/19233</w:t>
        <w:br/>
        <w:t>f 3870/21182/19232 4047/21333/19371 3869/21183/19233</w:t>
        <w:br/>
        <w:t>f 3948/21251/19298 3949/21254/19301 3903/21212/19261</w:t>
        <w:br/>
        <w:t>f 3937/21240/19289 3948/21251/19298 3903/21212/19261</w:t>
        <w:br/>
        <w:t>f 4046/21334/19372 3914/21219/19268 3797/21114/19164</w:t>
        <w:br/>
        <w:t>f 3869/21183/19233 4046/21334/19372 3797/21114/19164</w:t>
        <w:br/>
        <w:t>f 3802/21117/19167 3909/21218/19267 3800/21111/19161</w:t>
        <w:br/>
        <w:t>f 3911/21222/19271 3802/21117/19167 3800/21111/19161</w:t>
        <w:br/>
        <w:t>f 3944/21248/19295 3946/21249/19296 3936/21241/19290</w:t>
        <w:br/>
        <w:t>f 3904/21211/19260 3944/21248/19295 3936/21241/19290</w:t>
        <w:br/>
        <w:t>f 3826/21141/19191 3949/21254/19301 3948/21251/19298</w:t>
        <w:br/>
        <w:t>f 3825/21138/19188 3826/21141/19191 3948/21251/19298</w:t>
        <w:br/>
        <w:t>f 3779/21093/19143 3962/21264/19311 4048/21335/18777</w:t>
        <w:br/>
        <w:t>f 3739/21063/19113 3740/21064/19114 4049/21336/19373</w:t>
        <w:br/>
        <w:t>f 4048/21335/18777 3739/21063/19113 4049/21336/19373</w:t>
        <w:br/>
        <w:t>f 3096/20446/18507 3104/20456/18517 3107/20459/18520</w:t>
        <w:br/>
        <w:t>f 3095/20447/18508 3096/20446/18507 3107/20459/18520</w:t>
        <w:br/>
        <w:t>f 3135/20485/18545 3110/20460/18521 3112/20464/18524</w:t>
        <w:br/>
        <w:t>f 3134/20486/18546 3135/20485/18545 3112/20464/18524</w:t>
        <w:br/>
        <w:t>f 3134/20486/18546 3112/20464/18524 3113/20463/18466</w:t>
        <w:br/>
        <w:t>f 4050/21337/19374 3134/20486/18546 3113/20463/18466</w:t>
        <w:br/>
        <w:t>f 3095/20447/18508 3107/20459/18520 3110/20460/18521</w:t>
        <w:br/>
        <w:t>f 3135/20485/18545 3095/20447/18508 3110/20460/18521</w:t>
        <w:br/>
        <w:t>f 3750/21074/19124 3751/21073/19123 4051/21338/19375</w:t>
        <w:br/>
        <w:t>f 3775/21089/19139 3750/21074/19124 4051/21338/19375</w:t>
        <w:br/>
        <w:t>f 3775/21089/19139 3779/21093/19143 3776/21092/19142</w:t>
        <w:br/>
        <w:t>f 3771/21084/19134 3775/21089/19139 3776/21092/19142</w:t>
        <w:br/>
        <w:t>f 3771/21084/19134 3776/21092/19142 3770/21085/19135</w:t>
        <w:br/>
        <w:t>f 3041/20404/18468 3959/21263/19310 3040/20405/18469</w:t>
        <w:br/>
        <w:t>f 3603/20929/18982 4052/21339/19376 3969/21268/19314</w:t>
        <w:br/>
        <w:t>f 3605/20934/18987 3603/20929/18982 3969/21268/19314</w:t>
        <w:br/>
        <w:t>f 3343/20691/18749 3340/20694/18752 3621/20949/19002</w:t>
        <w:br/>
        <w:t>f 3623/20950/19003 3343/20691/18749 3621/20949/19002</w:t>
        <w:br/>
        <w:t>f 4021/21310/19352 4029/21319/19361 4053/21340/19377</w:t>
        <w:br/>
        <w:t>f 3625/20954/19007 4021/21310/19352 4053/21340/19377</w:t>
        <w:br/>
        <w:t>f 3476/20807/18861 3622/20951/19004 3621/20949/19002</w:t>
        <w:br/>
        <w:t>f 3479/20804/18858 3476/20807/18861 3621/20949/19002</w:t>
        <w:br/>
        <w:t>f 3604/20935/18988 3605/20934/18987 3968/21269/19315</w:t>
        <w:br/>
        <w:t>f 3675/21006/19056 3676/21005/19055 3671/21002/19052</w:t>
        <w:br/>
        <w:t>f 3672/21001/19051 3675/21006/19056 3671/21002/19052</w:t>
        <w:br/>
        <w:t>f 4054/21341/19378 3674/20999/19049 3671/21002/19052</w:t>
        <w:br/>
        <w:t>f 3643/20970/19022 4054/21341/19378 3671/21002/19052</w:t>
        <w:br/>
        <w:t>f 3195/20545/18603 3189/20541/18599 3194/20546/18604</w:t>
        <w:br/>
        <w:t>f 4043/21330/18988 4054/21341/19378 3643/20970/19022</w:t>
        <w:br/>
        <w:t>f 3641/20966/19018 4043/21330/18988 3643/20970/19022</w:t>
        <w:br/>
        <w:t>f 3193/20547/18605 4060/21342/19379 4059/21343/19380</w:t>
        <w:br/>
        <w:t>f 3196/20544/18602 3193/20547/18605 4059/21343/19380</w:t>
        <w:br/>
        <w:t>f 4014/21304/19346 4015/21303/19345 3168/20518/18576</w:t>
        <w:br/>
        <w:t>f 3169/20521/18579 4014/21304/19346 3168/20518/18576</w:t>
        <w:br/>
        <w:t>f 3166/20515/18573 4014/21304/19346 3169/20521/18579</w:t>
        <w:br/>
        <w:t>f 3170/20520/18578 3166/20515/18573 3169/20521/18579</w:t>
        <w:br/>
        <w:t>f 3202/20552/18610 3206/20557/18615 3165/20516/18574</w:t>
        <w:br/>
        <w:t>f 3201/20553/18611 3202/20552/18610 3165/20516/18574</w:t>
        <w:br/>
        <w:t>f 3467/20794/18848 3600/20927/18980 4023/21312/19354</w:t>
        <w:br/>
        <w:t>f 3466/20795/18849 3467/20794/18848 4023/21312/19354</w:t>
        <w:br/>
        <w:t>f 4026/21314/19356 4025/21315/19357 3583/20914/18967</w:t>
        <w:br/>
        <w:t>f 3584/20913/18966 4026/21314/19356 3583/20914/18967</w:t>
        <w:br/>
        <w:t>f 4020/21309/19351 4028/21317/19359 3615/20943/18996</w:t>
        <w:br/>
        <w:t>f 3324/20675/18733 4020/21309/19351 3615/20943/18996</w:t>
        <w:br/>
        <w:t>f 4025/21315/19357 3342/20692/18750 3628/20955/19008</w:t>
        <w:br/>
        <w:t>f 3583/20914/18967 4025/21315/19357 3628/20955/19008</w:t>
        <w:br/>
        <w:t>f 3867/21181/19231 3933/21236/19285 4031/21320/19362</w:t>
        <w:br/>
        <w:t>f 3861/21175/19225 3867/21181/19231 4031/21320/19362</w:t>
        <w:br/>
        <w:t>f 3924/21231/19280 4033/21322/19363 3932/21237/19286</w:t>
        <w:br/>
        <w:t>f 3923/21232/19281 3924/21231/19280 3932/21237/19286</w:t>
        <w:br/>
        <w:t>f 3898/21204/19254 4033/21322/19363 3924/21231/19280</w:t>
        <w:br/>
        <w:t>f 3931/21235/19284 3898/21204/19254 3924/21231/19280</w:t>
        <w:br/>
        <w:t>f 3171/20522/18580 3200/20554/18612 3201/20553/18611</w:t>
        <w:br/>
        <w:t>f 3170/20520/18578 3171/20522/18580 3201/20553/18611</w:t>
        <w:br/>
        <w:t>f 3189/20541/18599 4017/21307/19349 4018/21306/19348</w:t>
        <w:br/>
        <w:t>f 3190/20540/18598 3189/20541/18599 4018/21306/19348</w:t>
        <w:br/>
        <w:t>f 3202/20552/18610 3203/20551/18609 3190/20540/18598</w:t>
        <w:br/>
        <w:t>f 4018/21306/19348 3202/20552/18610 3190/20540/18598</w:t>
        <w:br/>
        <w:t>f 3625/20954/19007 3626/20953/19006 3628/20955/19008</w:t>
        <w:br/>
        <w:t>f 4021/21310/19352 3625/20954/19007 3628/20955/19008</w:t>
        <w:br/>
        <w:t>f 3467/20794/18848 3468/20793/18847 3601/20931/18984</w:t>
        <w:br/>
        <w:t>f 4027/21316/19358 3467/20794/18848 3601/20931/18984</w:t>
        <w:br/>
        <w:t>f 3588/20917/19381 4061/21344/19382 4029/21319/19361</w:t>
        <w:br/>
        <w:t>f 4030/21318/19360 3588/20917/19381 4029/21319/19361</w:t>
        <w:br/>
        <w:t>f 3873/21187/19237 3874/21186/19236 4032/21321/18577</w:t>
        <w:br/>
        <w:t>f 3931/21235/19284 3873/21187/19237 4032/21321/18577</w:t>
        <w:br/>
        <w:t>f 3867/21181/19231 3847/21161/19211 3919/21228/19277</w:t>
        <w:br/>
        <w:t>f 3923/21232/19281 3867/21181/19231 3919/21228/19277</w:t>
        <w:br/>
        <w:t>f 4017/21307/19349 3189/20541/18599 3195/20545/18603</w:t>
        <w:br/>
        <w:t>f 4038/21327/19367 4017/21307/19349 3195/20545/18603</w:t>
        <w:br/>
        <w:t>f 3343/20691/18749 3623/20950/19003 4029/21319/19361</w:t>
        <w:br/>
        <w:t>f 4021/21310/19352 3343/20691/18749 4029/21319/19361</w:t>
        <w:br/>
        <w:t>f 3861/21175/19225 4031/21320/19362 3849/21164/19214</w:t>
        <w:br/>
        <w:t>f 3313/20665/18723 4020/21309/19351 3324/20675/18733</w:t>
        <w:br/>
        <w:t>f 3679/21007/19057 3645/20972/19024 3677/21004/19054</w:t>
        <w:br/>
        <w:t>f 4062/21345/19383 3679/21007/19057 3677/21004/19054</w:t>
        <w:br/>
        <w:t>f 3677/21004/19054 3678/21003/19053 4063/21346/19384</w:t>
        <w:br/>
        <w:t>f 4062/21345/19383 3677/21004/19054 4063/21346/19384</w:t>
        <w:br/>
        <w:t>f 4063/21346/19384 3678/21003/19053 3764/21347/19385</w:t>
        <w:br/>
        <w:t>f 4064/21348/19386 4063/21346/19384 3764/21347/19385</w:t>
        <w:br/>
        <w:t>f 3764/21347/19385 3678/21003/19053 3675/21006/19056</w:t>
        <w:br/>
        <w:t>f 4067/21349/19387 3153/20506/18564 3083/20435/18498</w:t>
        <w:br/>
        <w:t>f 3084/20434/18497 4067/21349/19387 3083/20435/18498</w:t>
        <w:br/>
        <w:t>f 3140/20494/18554 3139/20489/18549 3124/20477/18537</w:t>
        <w:br/>
        <w:t>f 3143/20491/18551 3140/20494/18554 3124/20477/18537</w:t>
        <w:br/>
        <w:t>f 3154/20505/18563 3159/20509/18567 3082/20436/18499</w:t>
        <w:br/>
        <w:t>f 3083/20435/18498 3154/20505/18563 3082/20436/18499</w:t>
        <w:br/>
        <w:t>f 3140/20494/18554 3169/20521/18579 3168/20518/18576</w:t>
        <w:br/>
        <w:t>f 3139/20489/18549 3140/20494/18554 3168/20518/18576</w:t>
        <w:br/>
        <w:t>f 3154/20505/18563 3155/20504/18562 4068/21350/19388</w:t>
        <w:br/>
        <w:t>f 4015/21303/19345 3154/20505/18563 4068/21350/19388</w:t>
        <w:br/>
        <w:t>f 4040/21329/19369 4069/21351/19389 3084/20434/18497</w:t>
        <w:br/>
        <w:t>f 4015/21303/19345 4068/21350/19388 3167/20519/18577</w:t>
        <w:br/>
        <w:t>f 3168/20518/18576 4015/21303/19345 3167/20519/18577</w:t>
        <w:br/>
        <w:t>f 3125/20476/18536 3098/20451/18512 3143/20491/18551</w:t>
        <w:br/>
        <w:t>f 3124/20477/18537 3125/20476/18536 3143/20491/18551</w:t>
        <w:br/>
        <w:t>f 3523/20852/18906 3602/20930/18983 4070/21352/19390</w:t>
        <w:br/>
        <w:t>f 3525/20854/18908 3523/20852/18906 4070/21352/19390</w:t>
        <w:br/>
        <w:t>f 3520/20849/18903 3521/20848/18902 3599/20928/18981</w:t>
        <w:br/>
        <w:t>f 4028/21317/19359 3520/20849/18903 3599/20928/18981</w:t>
        <w:br/>
        <w:t>f 3523/20852/18906 3524/20851/18905 3601/20931/18984</w:t>
        <w:br/>
        <w:t>f 3602/20930/18983 3523/20852/18906 3601/20931/18984</w:t>
        <w:br/>
        <w:t>f 3615/20943/18996 4028/21317/19359 3599/20928/18981</w:t>
        <w:br/>
        <w:t>f 4027/21316/19358 3615/20943/18996 3599/20928/18981</w:t>
        <w:br/>
        <w:t>f 3524/20851/18905 3615/20943/18996 4027/21316/19358</w:t>
        <w:br/>
        <w:t>f 3601/20931/18984 3524/20851/18905 4027/21316/19358</w:t>
        <w:br/>
        <w:t>f 3603/20929/18982 3605/20934/18987 3606/20933/18986</w:t>
        <w:br/>
        <w:t>f 3602/20930/18983 3603/20929/18982 3606/20933/18986</w:t>
        <w:br/>
        <w:t>f 3607/20932/18985 3526/20853/18907 3525/20854/18908</w:t>
        <w:br/>
        <w:t>f 3606/20933/18986 3607/20932/18985 3525/20854/18908</w:t>
        <w:br/>
        <w:t>f 3454/20785/18840 3471/20800/18854 3521/20848/18902</w:t>
        <w:br/>
        <w:t>f 3522/20847/18901 3454/20785/18840 3521/20848/18902</w:t>
        <w:br/>
        <w:t>f 3491/20821/18875 3571/20898/18952 4037/21324/19365</w:t>
        <w:br/>
        <w:t>f 4035/21326/19364 3491/20821/18875 4037/21324/19365</w:t>
        <w:br/>
        <w:t>f 4035/21326/19364 3494/20822/18876 3491/20821/18875</w:t>
        <w:br/>
        <w:t>f 3156/20507/18565 3160/20512/18570 3161/20511/18569</w:t>
        <w:br/>
        <w:t>f 3173/20524/18582 3156/20507/18565 3161/20511/18569</w:t>
        <w:br/>
        <w:t>f 3156/20507/18565 3173/20524/18582 3145/20497/18556</w:t>
        <w:br/>
        <w:t>f 3102/20453/18514 3156/20507/18565 3145/20497/18556</w:t>
        <w:br/>
        <w:t>f 3118/20468/18528 3148/20500/18558 3172/20525/18583</w:t>
        <w:br/>
        <w:t>f 3161/20511/18569 3118/20468/18528 3172/20525/18583</w:t>
        <w:br/>
        <w:t>f 3146/20496/18470 3102/20453/18514 3145/20497/18556</w:t>
        <w:br/>
        <w:t>f 3801/21118/19168 3802/21117/19167 3911/21222/19271</w:t>
        <w:br/>
        <w:t>f 3912/21221/19270 3801/21118/19168 3911/21222/19271</w:t>
        <w:br/>
        <w:t>f 3914/21219/19268 4046/21334/19372 4071/21353/19391</w:t>
        <w:br/>
        <w:t>f 3913/21220/19269 3914/21219/19268 4071/21353/19391</w:t>
        <w:br/>
        <w:t>f 3913/21220/19269 3965/21354/19392 3873/21187/19237</w:t>
        <w:br/>
        <w:t>f 4046/21334/19372 4047/21333/19371 4072/21355/19393</w:t>
        <w:br/>
        <w:t>f 3966/21356/19394 4046/21334/19372 4072/21355/19393</w:t>
        <w:br/>
        <w:t>f 3913/21220/19269 3873/21187/19237 3920/21227/19276</w:t>
        <w:br/>
        <w:t>f 3103/20457/18518 3104/20456/18517 3096/20446/18507</w:t>
        <w:br/>
        <w:t>f 3595/20922/18975 3103/20457/18518 3096/20446/18507</w:t>
        <w:br/>
        <w:t>f 3962/21264/19311 3775/21089/19139 4051/21338/19375</w:t>
        <w:br/>
        <w:t>f 3231/20585/18643 4002/21291/19334 3620/20948/19001</w:t>
        <w:br/>
        <w:t>f 4073/21357/19395 3569/20895/18949 3579/20906/18959</w:t>
        <w:br/>
        <w:t>f 3571/20898/18952 3491/20821/18875 3492/20820/18874</w:t>
        <w:br/>
        <w:t>f 3569/20895/18949 3571/20898/18952 3492/20820/18874</w:t>
        <w:br/>
        <w:t>f 3487/20815/18869 3484/20814/18868 3576/20905/18958</w:t>
        <w:br/>
        <w:t>f 3280/20630/18688 3310/20659/18717 3294/20646/18704</w:t>
        <w:br/>
        <w:t>f 3279/20631/18689 3280/20630/18688 3294/20646/18704</w:t>
        <w:br/>
        <w:t>f 4062/21345/19383 3668/20997/19047 3658/20988/19038</w:t>
        <w:br/>
        <w:t>f 3679/21007/19057 4062/21345/19383 3658/20988/19038</w:t>
        <w:br/>
        <w:t>f 3668/20997/19047 4062/21345/19383 4063/21346/19384</w:t>
        <w:br/>
        <w:t>f 3667/20998/19048 3668/20997/19047 4063/21346/19384</w:t>
        <w:br/>
        <w:t>f 4064/21348/19386 3734/21358/19396 3667/20998/19048</w:t>
        <w:br/>
        <w:t>f 4063/21346/19384 4064/21348/19386 3667/20998/19048</w:t>
        <w:br/>
        <w:t>f 3706/21034/19084 3660/20986/19036 3669/20996/19046</w:t>
        <w:br/>
        <w:t>f 3686/21012/19062 3706/21034/19084 3669/20996/19046</w:t>
        <w:br/>
        <w:t>f 3686/21012/19062 3669/20996/19046 3670/20995/19045</w:t>
        <w:br/>
        <w:t>f 3685/21013/19063 3686/21012/19062 3670/20995/19045</w:t>
        <w:br/>
        <w:t>f 3670/20995/19045 3754/21077/19127 3744/21065/19115</w:t>
        <w:br/>
        <w:t>f 3685/21013/19063 3670/20995/19045 3744/21065/19115</w:t>
        <w:br/>
        <w:t>f 3773/21087/19137 3774/21088/19138 3772/21086/19136</w:t>
        <w:br/>
        <w:t>f 3570/20899/18845 3346/20696/18754 3347/20695/18753</w:t>
        <w:br/>
        <w:t>f 4037/21324/19365 3571/20898/18952 3570/20899/18845</w:t>
        <w:br/>
        <w:t>f 4019/21308/19350 3564/20893/18947 3215/20567/18625</w:t>
        <w:br/>
        <w:t>f 3216/20566/18624 4019/21308/19350 3215/20567/18625</w:t>
        <w:br/>
        <w:t>f 4024/21313/19355 3616/20944/18997 3511/20840/18894</w:t>
        <w:br/>
        <w:t>f 3512/20839/18893 4024/21313/19355 3511/20840/18894</w:t>
        <w:br/>
        <w:t>f 3557/20885/18939 3388/20736/18794 4019/21308/19350</w:t>
        <w:br/>
        <w:t>f 3216/20566/18624 3557/20885/18939 4019/21308/19350</w:t>
        <w:br/>
        <w:t>f 3464/20789/18843 4024/21313/19355 3512/20839/18893</w:t>
        <w:br/>
        <w:t>f 3596/20924/18977 3464/20789/18843 3512/20839/18893</w:t>
        <w:br/>
        <w:t>f 4034/21323/19364 3980/21280/19323 3981/21279/19322</w:t>
        <w:br/>
        <w:t>f 3565/20892/18946 4034/21323/19364 3981/21279/19322</w:t>
        <w:br/>
        <w:t>f 3557/20885/18939 3382/20734/18792 3383/20733/18791</w:t>
        <w:br/>
        <w:t>f 4022/21311/19353 3557/20885/18939 3383/20733/18791</w:t>
        <w:br/>
        <w:t>f 3451/20779/18834 3452/20778/18833 4074/21359/19397</w:t>
        <w:br/>
        <w:t>f 3596/20924/18977 3451/20779/18834 4074/21359/19397</w:t>
        <w:br/>
        <w:t>f 3981/21279/19322 3566/20894/18948 3214/20565/18623</w:t>
        <w:br/>
        <w:t>f 3215/20567/18625 3981/21279/19322 3214/20565/18623</w:t>
        <w:br/>
        <w:t>f 3321/20670/18728 3618/20946/18999 3508/20836/18890</w:t>
        <w:br/>
        <w:t>f 3511/20840/18894 3321/20670/18728 3508/20836/18890</w:t>
        <w:br/>
        <w:t>f 3596/20924/18977 4074/21359/19397 3463/20790/18844</w:t>
        <w:br/>
        <w:t>f 3322/20673/18731 3618/20946/18999 3321/20670/18728</w:t>
        <w:br/>
        <w:t>f 4013/21302/19344 4007/21295/19338 2976/20341/18405</w:t>
        <w:br/>
        <w:t>f 2974/20343/18407 4013/21302/19344 2976/20341/18405</w:t>
        <w:br/>
        <w:t>f 4075/21360/19398 3010/20376/18440 3046/20409/18473</w:t>
        <w:br/>
        <w:t>f 3047/20408/18472 4075/21360/19398 3046/20409/18473</w:t>
        <w:br/>
        <w:t>f 3060/20425/18488 3061/20424/18487 3009/20377/18441</w:t>
        <w:br/>
        <w:t>f 3010/20376/18440 3060/20425/18488 3009/20377/18441</w:t>
        <w:br/>
        <w:t>f 3061/20424/18487 4076/21361/19399 2984/20351/18415</w:t>
        <w:br/>
        <w:t>f 3009/20377/18441 3061/20424/18487 2984/20351/18415</w:t>
        <w:br/>
        <w:t>f 3029/20393/18457 3026/20392/18456 2971/20338/18402</w:t>
        <w:br/>
        <w:t>f 2984/20351/18415 3029/20393/18457 2971/20338/18402</w:t>
        <w:br/>
        <w:t>f 3026/20392/18456 3022/20388/18452 2968/20336/18400</w:t>
        <w:br/>
        <w:t>f 2971/20338/18402 3026/20392/18456 2968/20336/18400</w:t>
        <w:br/>
        <w:t>f 3023/20387/18451 2967/20337/18401 2968/20336/18400</w:t>
        <w:br/>
        <w:t>f 3022/20388/18452 3023/20387/18451 2968/20336/18400</w:t>
        <w:br/>
        <w:t>f 3375/20726/18784 3376/20725/18783 3558/20886/18940</w:t>
        <w:br/>
        <w:t>f 3998/21287/19330 3375/20726/18784 3558/20886/18940</w:t>
        <w:br/>
        <w:t>f 3559/20888/18942 3208/20560/18618 3558/20886/18940</w:t>
        <w:br/>
        <w:t>f 3376/20725/18783 3559/20888/18942 3558/20886/18940</w:t>
        <w:br/>
        <w:t>f 3208/20560/18618 3559/20888/18942 3560/20887/18941</w:t>
        <w:br/>
        <w:t>f 3207/20561/18619 3208/20560/18618 3560/20887/18941</w:t>
        <w:br/>
        <w:t>f 3560/20887/18941 3378/20729/18787 3561/20890/18944</w:t>
        <w:br/>
        <w:t>f 3207/20561/18619 3560/20887/18941 3561/20890/18944</w:t>
        <w:br/>
        <w:t>f 3561/20890/18944 3378/20729/18787 3983/21282/19325</w:t>
        <w:br/>
        <w:t>f 3976/21277/18961 3561/20890/18944 3983/21282/19325</w:t>
        <w:br/>
        <w:t>f 3580/20908/18961 3486/20812/18866 3487/20815/18869</w:t>
        <w:br/>
        <w:t>f 3575/20903/18956 3580/20908/18961 3487/20815/18869</w:t>
        <w:br/>
        <w:t>f 3568/20896/18950 3575/20903/18956 3487/20815/18869</w:t>
        <w:br/>
        <w:t>f 3576/20905/18958 3568/20896/18950 3487/20815/18869</w:t>
        <w:br/>
        <w:t>f 3568/20896/18950 3576/20905/18958 3577/20904/18957</w:t>
        <w:br/>
        <w:t>f 3567/20897/18951 3568/20896/18950 3577/20904/18957</w:t>
        <w:br/>
        <w:t>f 3577/20904/18957 3489/20817/18871 3578/20907/18960</w:t>
        <w:br/>
        <w:t>f 3567/20897/18951 3577/20904/18957 3578/20907/18960</w:t>
        <w:br/>
        <w:t>f 3345/20697/18755 3489/20817/19400 4077/21362/19401</w:t>
        <w:br/>
        <w:t>f 3344/20698/18756 3345/20697/18755 4077/21362/19401</w:t>
        <w:br/>
        <w:t>f 3597/20925/18978 3447/20773/18828 4078/21363/19402</w:t>
        <w:br/>
        <w:t>f 3518/20845/18899 3597/20925/18978 4078/21363/19402</w:t>
        <w:br/>
        <w:t>f 3518/20845/18899 3598/20926/18979 3554/20882/18936</w:t>
        <w:br/>
        <w:t>f 3517/20846/18900 3518/20845/18899 3554/20882/18936</w:t>
        <w:br/>
        <w:t>f 3308/20661/18719 3449/20776/18831 3295/20645/18703</w:t>
        <w:br/>
        <w:t>f 3294/20646/18704 3308/20661/18719 3295/20645/18703</w:t>
        <w:br/>
        <w:t>f 3189/20541/18599 3186/20536/18594 4079/21364/19403</w:t>
        <w:br/>
        <w:t>f 3194/20546/18604 3189/20541/18599 4079/21364/19403</w:t>
        <w:br/>
        <w:t>f 3194/20546/18604 4079/21364/19403 4080/21365/19404</w:t>
        <w:br/>
        <w:t>f 3193/20547/18605 3194/20546/18604 4080/21365/19404</w:t>
        <w:br/>
        <w:t>f 3193/20547/18605 4080/21365/19404 4060/21342/19379</w:t>
        <w:br/>
        <w:t>f 3970/21270/19316 4052/21339/19376 3603/20929/18982</w:t>
        <w:br/>
        <w:t>f 3468/20793/18847 3970/21270/19316 3603/20929/18982</w:t>
        <w:br/>
        <w:t>f 3757/21080/19130 4084/21366/19405 4083/21367/19406</w:t>
        <w:br/>
        <w:t>f 3756/21081/19131 3757/21080/19130 4083/21367/19406</w:t>
        <w:br/>
        <w:t>f 4048/21335/18777 4101/21368/18776 3739/21063/19113</w:t>
        <w:br/>
        <w:t>f 4104/21369/18761 4103/21370/19407 4102/21371/19408</w:t>
        <w:br/>
        <w:t>f 4106/21372/19409 4105/21373/19410 4102/21371/19408</w:t>
        <w:br/>
        <w:t>f 4105/21373/19410 4107/21374/18768 4102/21371/19408</w:t>
        <w:br/>
        <w:t>f 4108/21375/19411 4106/21372/19409 4102/21371/19408</w:t>
        <w:br/>
        <w:t>f 4107/21374/18768 4104/21369/18761 4102/21371/19408</w:t>
        <w:br/>
        <w:t>f 4134/21376/19104 4133/21377/19412 4128/21378/19413</w:t>
        <w:br/>
        <w:t>f 4135/21379/19414 4134/21376/19104 4128/21378/19413</w:t>
        <w:br/>
        <w:t>f 4137/21380/19106 4136/21381/19415 4133/21377/19412</w:t>
        <w:br/>
        <w:t>f 4134/21376/19104 4137/21380/19106 4133/21377/19412</w:t>
        <w:br/>
        <w:t>f 4139/21382/19108 4138/21383/19416 4136/21381/19415</w:t>
        <w:br/>
        <w:t>f 4137/21380/19106 4139/21382/19108 4136/21381/19415</w:t>
        <w:br/>
        <w:t>f 4142/21384/19112 4141/21385/19417 4140/21386/19418</w:t>
        <w:br/>
        <w:t>f 4143/21387/19109 4142/21384/19112 4140/21386/19418</w:t>
        <w:br/>
        <w:t>f 4145/21388/19419 4144/21389/19420 4141/21385/19417</w:t>
        <w:br/>
        <w:t>f 4142/21384/19112 4145/21388/19419 4141/21385/19417</w:t>
        <w:br/>
        <w:t>f 4147/21390/19119 4143/21387/19109 4140/21386/19418</w:t>
        <w:br/>
        <w:t>f 4146/21391/19421 4147/21390/19119 4140/21386/19418</w:t>
        <w:br/>
        <w:t>f 4149/21392/19422 4147/21390/19119 4146/21391/19421</w:t>
        <w:br/>
        <w:t>f 4148/21393/19423 4149/21392/19422 4146/21391/19421</w:t>
        <w:br/>
        <w:t>f 4139/21382/19108 4149/21392/19422 4148/21393/19423</w:t>
        <w:br/>
        <w:t>f 4138/21383/19416 4139/21382/19108 4148/21393/19423</w:t>
        <w:br/>
        <w:t>f 4103/21370/19407 4150/21394/19424 4102/21371/19408</w:t>
        <w:br/>
        <w:t>f 4145/21388/19419 4151/21395/19425 4144/21389/19420</w:t>
        <w:br/>
        <w:t>f 4153/21396/19426 4152/21397/19427 4102/21371/19408</w:t>
        <w:br/>
        <w:t>f 4155/21398/19428 4154/21399/19429 4102/21371/19408</w:t>
        <w:br/>
        <w:t>f 4156/21400/19430 4155/21398/19428 4102/21371/19408</w:t>
        <w:br/>
        <w:t>f 4154/21399/19429 4157/21401/19431 4102/21371/19408</w:t>
        <w:br/>
        <w:t>f 4159/21402/19432 4158/21403/19433 4102/21371/19408</w:t>
        <w:br/>
        <w:t>f 4158/21403/19433 4153/21396/19426 4102/21371/19408</w:t>
        <w:br/>
        <w:t>f 4152/21397/19427 4156/21400/19430 4102/21371/19408</w:t>
        <w:br/>
        <w:t>f 4157/21401/19431 4160/21404/19434 4102/21371/19408</w:t>
        <w:br/>
        <w:t>f 4162/21405/19435 4161/21406/19413 4102/21371/19408</w:t>
        <w:br/>
        <w:t>f 4163/21407/19436 4162/21405/19435 4102/21371/19408</w:t>
        <w:br/>
        <w:t>f 4161/21406/19413 4164/21408/19412 4102/21371/19408</w:t>
        <w:br/>
        <w:t>f 4164/21408/19412 4165/21409/19415 4102/21371/19408</w:t>
        <w:br/>
        <w:t>f 4165/21409/19415 4166/21410/19437 4102/21371/19408</w:t>
        <w:br/>
        <w:t>f 4168/21411/19418 4167/21412/19438 4102/21371/19408</w:t>
        <w:br/>
        <w:t>f 4167/21412/19438 4169/21413/19420 4102/21371/19408</w:t>
        <w:br/>
        <w:t>f 4170/21414/19439 4168/21411/19418 4102/21371/19408</w:t>
        <w:br/>
        <w:t>f 4171/21415/19440 4170/21414/19439 4102/21371/19408</w:t>
        <w:br/>
        <w:t>f 4166/21410/19437 4171/21415/19440 4102/21371/19408</w:t>
        <w:br/>
        <w:t>f 4160/21404/19434 4163/21407/19436 4102/21371/19408</w:t>
        <w:br/>
        <w:t>f 4150/21394/19424 4159/21402/19432 4102/21371/19408</w:t>
        <w:br/>
        <w:t>f 4108/21375/19411 4102/21371/19408 4169/21413/19420</w:t>
        <w:br/>
        <w:t>f 4174/21416/19441 4173/21417/19442 4172/21418/19443</w:t>
        <w:br/>
        <w:t>f 4175/21419/19444 4174/21416/19441 4172/21418/19443</w:t>
        <w:br/>
        <w:t>f 4177/21420/19445 4176/21421/19446 4173/21417/19442</w:t>
        <w:br/>
        <w:t>f 4174/21416/19441 4177/21420/19445 4173/21417/19442</w:t>
        <w:br/>
        <w:t>f 4180/21422/19447 4179/21423/19448 4178/21424/19448</w:t>
        <w:br/>
        <w:t>f 4181/21425/19449 4180/21422/19447 4178/21424/19448</w:t>
        <w:br/>
        <w:t>f 4184/21426/19450 4183/21427/19451 4182/21428/19452</w:t>
        <w:br/>
        <w:t>f 4185/21429/19452 4184/21426/19450 4182/21428/19452</w:t>
        <w:br/>
        <w:t>f 3444/20772/18827 3424/20766/18821 4186/21430/19453</w:t>
        <w:br/>
        <w:t>f 4189/21431/19454 4188/21432/19455 4187/21433/19456</w:t>
        <w:br/>
        <w:t>f 4193/21434/19457 4192/21435/19458 4191/21436/19459</w:t>
        <w:br/>
        <w:t>f 4190/21437/19460 4193/21434/19457 4191/21436/19459</w:t>
        <w:br/>
        <w:t>f 4196/21438/19461 4195/21439/19462 4194/21440/19463</w:t>
        <w:br/>
        <w:t>f 4197/21441/19464 4196/21438/19461 4194/21440/19463</w:t>
        <w:br/>
        <w:t>f 4199/21442/19465 4185/21429/19452 4182/21428/19452</w:t>
        <w:br/>
        <w:t>f 4198/21443/19466 4199/21442/19465 4182/21428/19452</w:t>
        <w:br/>
        <w:t>f 4201/21444/19467 4200/21445/19468 4183/21427/19451</w:t>
        <w:br/>
        <w:t>f 4184/21426/19450 4201/21444/19467 4183/21427/19451</w:t>
        <w:br/>
        <w:t>f 4203/21446/19469 4202/21447/19470 4200/21445/19468</w:t>
        <w:br/>
        <w:t>f 4201/21444/19467 4203/21446/19469 4200/21445/19468</w:t>
        <w:br/>
        <w:t>f 4203/21446/19469 4189/21431/19454 4187/21433/19456</w:t>
        <w:br/>
        <w:t>f 4202/21447/19470 4203/21446/19469 4187/21433/19456</w:t>
        <w:br/>
        <w:t>f 4206/21448/19471 4205/21449/19472 4204/21450/19473</w:t>
        <w:br/>
        <w:t>f 3459/20787/18842 3444/20772/18827 4186/21430/19453</w:t>
        <w:br/>
        <w:t>f 4207/21451/19474 3459/20787/18842 4186/21430/19453</w:t>
        <w:br/>
        <w:t>f 3882/21192/19242 3880/21190/19240 4209/21452/19475</w:t>
        <w:br/>
        <w:t>f 4208/21453/19476 3882/21192/19242 4209/21452/19475</w:t>
        <w:br/>
        <w:t>f 3890/21197/19247 4211/21454/19477 4210/21455/19478</w:t>
        <w:br/>
        <w:t>f 3889/21198/19248 3890/21197/19247 4210/21455/19478</w:t>
        <w:br/>
        <w:t>f 3880/21190/19240 3881/21191/19241 4212/21456/19479</w:t>
        <w:br/>
        <w:t>f 4209/21452/19475 3880/21190/19240 4212/21456/19479</w:t>
        <w:br/>
        <w:t>f 3883/21193/19243 3882/21192/19242 4208/21453/19476</w:t>
        <w:br/>
        <w:t>f 4213/21457/19480 3883/21193/19243 4208/21453/19476</w:t>
        <w:br/>
        <w:t>f 3908/21216/19265 3883/21193/19243 4213/21457/19480</w:t>
        <w:br/>
        <w:t>f 4214/21458/19481 3908/21216/19265 4213/21457/19480</w:t>
        <w:br/>
        <w:t>f 3891/21199/19249 4215/21459/19482 4212/21456/19479</w:t>
        <w:br/>
        <w:t>f 3881/21191/19241 3891/21199/19249 4212/21456/19479</w:t>
        <w:br/>
        <w:t>f 3889/21198/19248 4210/21455/19478 4215/21459/19482</w:t>
        <w:br/>
        <w:t>f 3891/21199/19249 3889/21198/19248 4215/21459/19482</w:t>
        <w:br/>
        <w:t>f 4217/21460/19483 3908/21216/19265 4214/21458/19481</w:t>
        <w:br/>
        <w:t>f 4216/21461/19484 4217/21460/19483 4214/21458/19481</w:t>
        <w:br/>
        <w:t>f 3890/21197/19247 3929/21233/19282 4218/21462/19485</w:t>
        <w:br/>
        <w:t>f 4211/21454/19477 3890/21197/19247 4218/21462/19485</w:t>
        <w:br/>
        <w:t>f 4188/21432/19455 4219/21463/19486 4187/21433/19456</w:t>
        <w:br/>
        <w:t>f 4069/21351/19389 4040/21329/19369 4220/21464/19485</w:t>
        <w:br/>
        <w:t>f 4177/21420/19445 4178/21424/19448 4179/21423/19448</w:t>
        <w:br/>
        <w:t>f 4176/21421/19446 4177/21420/19445 4179/21423/19448</w:t>
        <w:br/>
        <w:t>f 3975/21275/19321 3973/21274/19320 4221/21465/19487</w:t>
        <w:br/>
        <w:t>f 3973/21274/19320 4222/21466/19488 4221/21465/19487</w:t>
        <w:br/>
        <w:t>f 3486/20812/18866 4223/21467/19489 3485/20813/18867</w:t>
        <w:br/>
        <w:t>f 4227/21468/19490 4226/21469/19491 4225/21470/19492</w:t>
        <w:br/>
        <w:t>f 4224/21471/19493 4227/21468/19490 4225/21470/19492</w:t>
        <w:br/>
        <w:t>f 3908/21216/19265 4217/21460/19483 3958/21262/19309</w:t>
        <w:br/>
        <w:t>f 3901/21210/19259 3908/21216/19265 3958/21262/19309</w:t>
        <w:br/>
        <w:t>f 3858/21169/19219 3899/21208/19257 4228/21472/19494</w:t>
        <w:br/>
        <w:t>f 3940/21243/19292 3858/21169/19219 4228/21472/19494</w:t>
        <w:br/>
        <w:t>f 3899/21208/19257 4229/21473/19495 4228/21472/19494</w:t>
        <w:br/>
        <w:t>f 4228/21472/19494 4229/21473/19495 4230/21474/19496</w:t>
        <w:br/>
        <w:t>f 4196/21438/19461 4224/21471/19493 4195/21439/19462</w:t>
        <w:br/>
        <w:t>f 4191/21436/19459 4194/21440/19463 4195/21439/19462</w:t>
        <w:br/>
        <w:t>f 3489/20817/18871 3572/20902/18955 4231/21475/19497</w:t>
        <w:br/>
        <w:t>f 3488/20818/18872 3489/20817/18871 4231/21475/19497</w:t>
        <w:br/>
        <w:t>f 4193/21434/19457 4190/21437/19460 4232/21476/19498</w:t>
        <w:br/>
        <w:t>f 4224/21471/19493 4191/21436/19459 4195/21439/19462</w:t>
        <w:br/>
        <w:t>f 4175/21419/19444 4172/21418/19443 4227/21468/19490</w:t>
        <w:br/>
        <w:t>f 4224/21471/19493 4175/21419/19444 4227/21468/19490</w:t>
        <w:br/>
        <w:t>f 4235/21477/19499 4234/21478/19500 4233/21479/19501</w:t>
        <w:br/>
        <w:t>f 4226/21469/19491 4233/21479/19501 4234/21478/19500</w:t>
        <w:br/>
        <w:t>f 4225/21470/19492 4226/21469/19491 4234/21478/19500</w:t>
        <w:br/>
        <w:t>f 4235/21477/19499 4236/21480/19502 4234/21478/19500</w:t>
        <w:br/>
        <w:t>f 3488/20818/18872 4231/21475/19497 4237/21481/19503</w:t>
        <w:br/>
        <w:t>f 4238/21482/19504 4202/21447/19470 4232/21476/19498</w:t>
        <w:br/>
        <w:t>f 4190/21437/19460 4238/21482/19504 4232/21476/19498</w:t>
        <w:br/>
        <w:t>f 4242/21483/19505 4241/21484/19506 4240/21485/19507</w:t>
        <w:br/>
        <w:t>f 4239/21486/19508 4242/21483/19505 4240/21485/19507</w:t>
        <w:br/>
        <w:t>f 4246/21487/19509 4245/21488/19510 4244/21489/19511</w:t>
        <w:br/>
        <w:t>f 4243/21490/19512 4246/21487/19509 4244/21489/19511</w:t>
        <w:br/>
        <w:t>f 4249/21491/19513 4248/21492/19514 4247/21493/19515</w:t>
        <w:br/>
        <w:t>f 4250/21494/19516 4249/21491/19513 4247/21493/19515</w:t>
        <w:br/>
        <w:t>f 4249/21491/19513 4252/21495/19517 4251/21496/19518</w:t>
        <w:br/>
        <w:t>f 4248/21492/19514 4249/21491/19513 4251/21496/19518</w:t>
        <w:br/>
        <w:t>f 4255/21497/19519 4254/21498/19520 4253/21499/19521</w:t>
        <w:br/>
        <w:t>f 4256/21500/19522 4255/21497/19519 4253/21499/19521</w:t>
        <w:br/>
        <w:t>f 4250/21494/19516 4247/21493/19515 4254/21498/19520</w:t>
        <w:br/>
        <w:t>f 4255/21497/19519 4250/21494/19516 4254/21498/19520</w:t>
        <w:br/>
        <w:t>f 4245/21488/19510 4242/21483/19505 4239/21486/19508</w:t>
        <w:br/>
        <w:t>f 4244/21489/19511 4245/21488/19510 4239/21486/19508</w:t>
        <w:br/>
        <w:t>f 4260/21501/19523 4259/21502/19524 4258/21503/19525</w:t>
        <w:br/>
        <w:t>f 4257/21504/19526 4260/21501/19523 4258/21503/19525</w:t>
        <w:br/>
        <w:t>f 4252/21495/19517 4260/21501/19523 4257/21504/19526</w:t>
        <w:br/>
        <w:t>f 4251/21496/19518 4252/21495/19517 4257/21504/19526</w:t>
        <w:br/>
        <w:t>f 4262/21505/19527 4261/21506/19528 4258/21503/19525</w:t>
        <w:br/>
        <w:t>f 4259/21502/19524 4262/21505/19527 4258/21503/19525</w:t>
        <w:br/>
        <w:t>f 4173/21417/19442 4264/21507/19529 4263/21508/19530</w:t>
        <w:br/>
        <w:t>f 4172/21418/19443 4173/21417/19442 4263/21508/19530</w:t>
        <w:br/>
        <w:t>f 4173/21417/19442 4176/21421/19446 4264/21507/19529</w:t>
        <w:br/>
        <w:t>f 4183/21427/19531 4266/21509/19532 4265/21510/19533</w:t>
        <w:br/>
        <w:t>f 4267/21511/19534 4183/21427/19531 4265/21510/19533</w:t>
        <w:br/>
        <w:t>f 4270/21512/19535 4269/21513/19536 4268/21514/19537</w:t>
        <w:br/>
        <w:t>f 4271/21515/19538 4270/21512/19535 4268/21514/19537</w:t>
        <w:br/>
        <w:t>f 4227/21468/19490 4273/21516/19539 4272/21517/19540</w:t>
        <w:br/>
        <w:t>f 4226/21469/19491 4227/21468/19490 4272/21517/19540</w:t>
        <w:br/>
        <w:t>f 4267/21511/19534 4265/21510/19533 4274/21518/19536</w:t>
        <w:br/>
        <w:t>f 4275/21519/19541 4267/21511/19534 4274/21518/19536</w:t>
        <w:br/>
        <w:t>f 4183/21427/19531 4277/21520/19542 4276/21521/19543</w:t>
        <w:br/>
        <w:t>f 4266/21509/19532 4183/21427/19531 4276/21521/19543</w:t>
        <w:br/>
        <w:t>f 4271/21515/19538 4268/21514/19537 4278/21522/19544</w:t>
        <w:br/>
        <w:t>f 4205/21449/19472 4271/21515/19538 4278/21522/19544</w:t>
        <w:br/>
        <w:t>f 4282/21523/19545 4281/21524/19546 4280/21525/19547</w:t>
        <w:br/>
        <w:t>f 4279/21526/19548 4282/21523/19545 4280/21525/19547</w:t>
        <w:br/>
        <w:t>f 4285/21527/19549 4284/21528/19550 4283/21529/19551</w:t>
        <w:br/>
        <w:t>f 4286/21530/19552 4285/21527/19549 4283/21529/19551</w:t>
        <w:br/>
        <w:t>f 4281/21524/19546 4288/21531/19553 4287/21532/19554</w:t>
        <w:br/>
        <w:t>f 4280/21525/19547 4281/21524/19546 4287/21532/19554</w:t>
        <w:br/>
        <w:t>f 4282/21523/19545 4279/21526/19548 4289/21533/19555</w:t>
        <w:br/>
        <w:t>f 4290/21534/19556 4282/21523/19545 4289/21533/19555</w:t>
        <w:br/>
        <w:t>f 4292/21535/19557 4290/21534/19556 4289/21533/19555</w:t>
        <w:br/>
        <w:t>f 4291/21536/19558 4292/21535/19557 4289/21533/19555</w:t>
        <w:br/>
        <w:t>f 4288/21531/19553 4294/21537/19559 4293/21538/19560</w:t>
        <w:br/>
        <w:t>f 4287/21532/19554 4288/21531/19553 4293/21538/19560</w:t>
        <w:br/>
        <w:t>f 4286/21530/19552 4283/21529/19551 4293/21538/19560</w:t>
        <w:br/>
        <w:t>f 4294/21537/19559 4286/21530/19552 4293/21538/19560</w:t>
        <w:br/>
        <w:t>f 4295/21539/19561 4292/21535/19557 4291/21536/19558</w:t>
        <w:br/>
        <w:t>f 4285/21527/19549 4296/21540/19562 4284/21528/19550</w:t>
        <w:br/>
        <w:t>f 4297/21541/19563 4205/21449/19472 4278/21522/19544</w:t>
        <w:br/>
        <w:t>f 4261/21506/19528 4297/21541/19563 4278/21522/19544</w:t>
        <w:br/>
        <w:t>f 4176/21421/19446 4298/21542/19564 4243/21490/19512</w:t>
        <w:br/>
        <w:t>f 4264/21507/19529 4176/21421/19446 4243/21490/19512</w:t>
        <w:br/>
        <w:t>f 4262/21505/19527 4297/21541/19563 4261/21506/19528</w:t>
        <w:br/>
        <w:t>f 4298/21542/19564 4246/21487/19509 4243/21490/19512</w:t>
        <w:br/>
        <w:t>f 4295/21539/19561 4291/21536/19558 4240/21485/19507</w:t>
        <w:br/>
        <w:t>f 4241/21484/19506 4295/21539/19561 4240/21485/19507</w:t>
        <w:br/>
        <w:t>f 4256/21500/19522 4253/21499/19521 4284/21528/19550</w:t>
        <w:br/>
        <w:t>f 4296/21540/19562 4256/21500/19522 4284/21528/19550</w:t>
        <w:br/>
        <w:t>f 4172/21418/19443 4263/21508/19530 4273/21516/19539</w:t>
        <w:br/>
        <w:t>f 4227/21468/19490 4172/21418/19443 4273/21516/19539</w:t>
        <w:br/>
        <w:t>f 4277/21520/19542 4300/21543/19565 4299/21544/19566</w:t>
        <w:br/>
        <w:t>f 4276/21521/19543 4277/21520/19542 4299/21544/19566</w:t>
        <w:br/>
        <w:t>f 4226/21469/19491 4272/21517/19540 4299/21544/19566</w:t>
        <w:br/>
        <w:t>f 4300/21543/19565 4226/21469/19491 4299/21544/19566</w:t>
        <w:br/>
        <w:t>f 4271/21515/19538 4205/21449/19472 4302/21545/19567</w:t>
        <w:br/>
        <w:t>f 4301/21546/19568 4271/21515/19538 4302/21545/19567</w:t>
        <w:br/>
        <w:t>f 4304/21547/19466 4271/21515/19538 4301/21546/19568</w:t>
        <w:br/>
        <w:t>f 4303/21548/19465 4304/21547/19466 4301/21546/19568</w:t>
        <w:br/>
        <w:t>f 3458/20788/18746 3459/20787/18842 4207/21451/19474</w:t>
        <w:br/>
        <w:t>f 4305/21549/19569 3458/20788/18746 4207/21451/19474</w:t>
        <w:br/>
        <w:t>f 4236/21480/19502 4235/21477/19499 4306/21550/19570</w:t>
        <w:br/>
        <w:t>f 4225/21470/19492 4234/21478/19500 4238/21482/19504</w:t>
        <w:br/>
        <w:t>f 4190/21437/19460 4225/21470/19492 4238/21482/19504</w:t>
        <w:br/>
        <w:t>f 4200/21445/19468 4202/21447/19470 4238/21482/19504</w:t>
        <w:br/>
        <w:t>f 4200/21445/19468 4238/21482/19504 4234/21478/19500</w:t>
        <w:br/>
        <w:t>f 4191/21436/19459 4224/21471/19493 4225/21470/19492</w:t>
        <w:br/>
        <w:t>f 4190/21437/19460 4191/21436/19459 4225/21470/19492</w:t>
        <w:br/>
        <w:t>f 4309/21551/19571 4308/21552/19572 4204/21450/19473</w:t>
        <w:br/>
        <w:t>f 4307/21553/19573 4309/21551/19571 4204/21450/19473</w:t>
        <w:br/>
        <w:t>f 4206/21448/19471 4302/21545/19567 4205/21449/19472</w:t>
        <w:br/>
        <w:t>f 4310/21554/19574 4221/21465/19487 4222/21466/19488</w:t>
        <w:br/>
        <w:t>f 4204/21450/19473 4308/21552/19572 4206/21448/19471</w:t>
        <w:br/>
        <w:t>f 4312/21555/18475 4311/21556/18474 4180/21422/19447</w:t>
        <w:br/>
        <w:t>f 4239/21486/19508 4240/21485/19507 4314/21557/19575</w:t>
        <w:br/>
        <w:t>f 4313/21558/19576 4239/21486/19508 4314/21557/19575</w:t>
        <w:br/>
        <w:t>f 4243/21490/19512 4244/21489/19511 4316/21559/19577</w:t>
        <w:br/>
        <w:t>f 4315/21560/19578 4243/21490/19512 4316/21559/19577</w:t>
        <w:br/>
        <w:t>f 4248/21492/19514 4318/21561/19579 4317/21562/19580</w:t>
        <w:br/>
        <w:t>f 4247/21493/19515 4248/21492/19514 4317/21562/19580</w:t>
        <w:br/>
        <w:t>f 4248/21492/19514 4251/21496/19518 4319/21563/19581</w:t>
        <w:br/>
        <w:t>f 4318/21561/19579 4248/21492/19514 4319/21563/19581</w:t>
        <w:br/>
        <w:t>f 4254/21498/19520 4321/21564/19582 4320/21565/19583</w:t>
        <w:br/>
        <w:t>f 4253/21499/19521 4254/21498/19520 4320/21565/19583</w:t>
        <w:br/>
        <w:t>f 4247/21493/19515 4317/21562/19580 4321/21564/19582</w:t>
        <w:br/>
        <w:t>f 4254/21498/19520 4247/21493/19515 4321/21564/19582</w:t>
        <w:br/>
        <w:t>f 4244/21489/19511 4239/21486/19508 4313/21558/19576</w:t>
        <w:br/>
        <w:t>f 4316/21559/19577 4244/21489/19511 4313/21558/19576</w:t>
        <w:br/>
        <w:t>f 4257/21504/19526 4258/21503/19525 4323/21566/19584</w:t>
        <w:br/>
        <w:t>f 4322/21567/19585 4257/21504/19526 4323/21566/19584</w:t>
        <w:br/>
        <w:t>f 4251/21496/19518 4257/21504/19526 4322/21567/19585</w:t>
        <w:br/>
        <w:t>f 4319/21563/19581 4251/21496/19518 4322/21567/19585</w:t>
        <w:br/>
        <w:t>f 4258/21503/19525 4261/21506/19528 4324/21568/19586</w:t>
        <w:br/>
        <w:t>f 4323/21566/19584 4258/21503/19525 4324/21568/19586</w:t>
        <w:br/>
        <w:t>f 4264/21507/19529 4326/21569/19587 4325/21570/19588</w:t>
        <w:br/>
        <w:t>f 4263/21508/19530 4264/21507/19529 4325/21570/19588</w:t>
        <w:br/>
        <w:t>f 4266/21509/19532 4328/21571/19589 4327/21572/19590</w:t>
        <w:br/>
        <w:t>f 4265/21510/19533 4266/21509/19532 4327/21572/19590</w:t>
        <w:br/>
        <w:t>f 4268/21514/19537 4269/21513/19536 4330/21573/19591</w:t>
        <w:br/>
        <w:t>f 4329/21574/19592 4268/21514/19537 4330/21573/19591</w:t>
        <w:br/>
        <w:t>f 4273/21516/19539 4332/21575/19593 4331/21576/19594</w:t>
        <w:br/>
        <w:t>f 4272/21517/19540 4273/21516/19539 4331/21576/19594</w:t>
        <w:br/>
        <w:t>f 4274/21518/19536 4265/21510/19533 4327/21572/19590</w:t>
        <w:br/>
        <w:t>f 4333/21577/19591 4274/21518/19536 4327/21572/19590</w:t>
        <w:br/>
        <w:t>f 4276/21521/19543 4334/21578/19595 4328/21571/19589</w:t>
        <w:br/>
        <w:t>f 4266/21509/19532 4276/21521/19543 4328/21571/19589</w:t>
        <w:br/>
        <w:t>f 4278/21522/19544 4268/21514/19537 4329/21574/19592</w:t>
        <w:br/>
        <w:t>f 4335/21579/19596 4278/21522/19544 4329/21574/19592</w:t>
        <w:br/>
        <w:t>f 4279/21526/19548 4280/21525/19547 4337/21580/19597</w:t>
        <w:br/>
        <w:t>f 4336/21581/19598 4279/21526/19548 4337/21580/19597</w:t>
        <w:br/>
        <w:t>f 4284/21528/19550 4339/21582/19599 4338/21583/19600</w:t>
        <w:br/>
        <w:t>f 4283/21529/19551 4284/21528/19550 4338/21583/19600</w:t>
        <w:br/>
        <w:t>f 4287/21532/19554 4340/21584/19601 4337/21580/19597</w:t>
        <w:br/>
        <w:t>f 4280/21525/19547 4287/21532/19554 4337/21580/19597</w:t>
        <w:br/>
        <w:t>f 4289/21533/19555 4279/21526/19548 4336/21581/19598</w:t>
        <w:br/>
        <w:t>f 4341/21585/19602 4289/21533/19555 4336/21581/19598</w:t>
        <w:br/>
        <w:t>f 4291/21536/19558 4289/21533/19555 4341/21585/19602</w:t>
        <w:br/>
        <w:t>f 4342/21586/19603 4291/21536/19558 4341/21585/19602</w:t>
        <w:br/>
        <w:t>f 4293/21538/19560 4343/21587/19604 4340/21584/19601</w:t>
        <w:br/>
        <w:t>f 4287/21532/19554 4293/21538/19560 4340/21584/19601</w:t>
        <w:br/>
        <w:t>f 4283/21529/19551 4338/21583/19600 4343/21587/19604</w:t>
        <w:br/>
        <w:t>f 4293/21538/19560 4283/21529/19551 4343/21587/19604</w:t>
        <w:br/>
        <w:t>f 4261/21506/19528 4278/21522/19544 4335/21579/19596</w:t>
        <w:br/>
        <w:t>f 4324/21568/19586 4261/21506/19528 4335/21579/19596</w:t>
        <w:br/>
        <w:t>f 4243/21490/19512 4315/21560/19578 4326/21569/19587</w:t>
        <w:br/>
        <w:t>f 4264/21507/19529 4243/21490/19512 4326/21569/19587</w:t>
        <w:br/>
        <w:t>f 4240/21485/19507 4291/21536/19558 4342/21586/19603</w:t>
        <w:br/>
        <w:t>f 4314/21557/19575 4240/21485/19507 4342/21586/19603</w:t>
        <w:br/>
        <w:t>f 4253/21499/19521 4320/21565/19583 4339/21582/19599</w:t>
        <w:br/>
        <w:t>f 4284/21528/19550 4253/21499/19521 4339/21582/19599</w:t>
        <w:br/>
        <w:t>f 4263/21508/19530 4325/21570/19588 4332/21575/19593</w:t>
        <w:br/>
        <w:t>f 4273/21516/19539 4263/21508/19530 4332/21575/19593</w:t>
        <w:br/>
        <w:t>f 4299/21544/19566 4344/21588/19605 4334/21578/19595</w:t>
        <w:br/>
        <w:t>f 4276/21521/19543 4299/21544/19566 4334/21578/19595</w:t>
        <w:br/>
        <w:t>f 4272/21517/19540 4331/21576/19594 4344/21588/19605</w:t>
        <w:br/>
        <w:t>f 4299/21544/19566 4272/21517/19540 4344/21588/19605</w:t>
        <w:br/>
        <w:t>f 4313/21558/19576 4314/21557/19575 4346/21589/19606</w:t>
        <w:br/>
        <w:t>f 4345/21590/19607 4313/21558/19576 4346/21589/19606</w:t>
        <w:br/>
        <w:t>f 4315/21560/19578 4316/21559/19577 4348/21591/19608</w:t>
        <w:br/>
        <w:t>f 4347/21592/19609 4315/21560/19578 4348/21591/19608</w:t>
        <w:br/>
        <w:t>f 4318/21561/19579 4350/21593/19610 4349/21594/19611</w:t>
        <w:br/>
        <w:t>f 4317/21562/19580 4318/21561/19579 4349/21594/19611</w:t>
        <w:br/>
        <w:t>f 4318/21561/19579 4319/21563/19581 4351/21595/19612</w:t>
        <w:br/>
        <w:t>f 4350/21593/19610 4318/21561/19579 4351/21595/19612</w:t>
        <w:br/>
        <w:t>f 4321/21564/19582 4353/21596/19613 4352/21597/19614</w:t>
        <w:br/>
        <w:t>f 4320/21565/19583 4321/21564/19582 4352/21597/19614</w:t>
        <w:br/>
        <w:t>f 4317/21562/19580 4349/21594/19611 4353/21596/19613</w:t>
        <w:br/>
        <w:t>f 4321/21564/19582 4317/21562/19580 4353/21596/19613</w:t>
        <w:br/>
        <w:t>f 4316/21559/19577 4313/21558/19576 4345/21590/19607</w:t>
        <w:br/>
        <w:t>f 4348/21591/19608 4316/21559/19577 4345/21590/19607</w:t>
        <w:br/>
        <w:t>f 4322/21567/19585 4323/21566/19584 4355/21598/19615</w:t>
        <w:br/>
        <w:t>f 4354/21599/19616 4322/21567/19585 4355/21598/19615</w:t>
        <w:br/>
        <w:t>f 4319/21563/19581 4322/21567/19585 4354/21599/19616</w:t>
        <w:br/>
        <w:t>f 4351/21595/19612 4319/21563/19581 4354/21599/19616</w:t>
        <w:br/>
        <w:t>f 4323/21566/19584 4324/21568/19586 4356/21600/19617</w:t>
        <w:br/>
        <w:t>f 4355/21598/19615 4323/21566/19584 4356/21600/19617</w:t>
        <w:br/>
        <w:t>f 4326/21569/19587 4358/21601/19618 4357/21602/19619</w:t>
        <w:br/>
        <w:t>f 4325/21570/19588 4326/21569/19587 4357/21602/19619</w:t>
        <w:br/>
        <w:t>f 4328/21571/19589 4360/21603/19620 4359/21604/19621</w:t>
        <w:br/>
        <w:t>f 4327/21572/19590 4328/21571/19589 4359/21604/19621</w:t>
        <w:br/>
        <w:t>f 4329/21574/19592 4330/21573/19591 4362/21605/19622</w:t>
        <w:br/>
        <w:t>f 4361/21606/19623 4329/21574/19592 4362/21605/19622</w:t>
        <w:br/>
        <w:t>f 4332/21575/19593 4364/21607/19624 4363/21608/19625</w:t>
        <w:br/>
        <w:t>f 4331/21576/19594 4332/21575/19593 4363/21608/19625</w:t>
        <w:br/>
        <w:t>f 4333/21577/19591 4327/21572/19590 4359/21604/19621</w:t>
        <w:br/>
        <w:t>f 4365/21609/19622 4333/21577/19591 4359/21604/19621</w:t>
        <w:br/>
        <w:t>f 4334/21578/19595 4366/21610/19626 4360/21603/19620</w:t>
        <w:br/>
        <w:t>f 4328/21571/19589 4334/21578/19595 4360/21603/19620</w:t>
        <w:br/>
        <w:t>f 4335/21579/19596 4329/21574/19592 4361/21606/19623</w:t>
        <w:br/>
        <w:t>f 4367/21611/19627 4335/21579/19596 4361/21606/19623</w:t>
        <w:br/>
        <w:t>f 4336/21581/19598 4337/21580/19597 4369/21612/19628</w:t>
        <w:br/>
        <w:t>f 4368/21613/19629 4336/21581/19598 4369/21612/19628</w:t>
        <w:br/>
        <w:t>f 4339/21582/19599 4371/21614/19630 4370/21615/19631</w:t>
        <w:br/>
        <w:t>f 4338/21583/19600 4339/21582/19599 4370/21615/19631</w:t>
        <w:br/>
        <w:t>f 4340/21584/19601 4372/21616/19632 4369/21612/19628</w:t>
        <w:br/>
        <w:t>f 4337/21580/19597 4340/21584/19601 4369/21612/19628</w:t>
        <w:br/>
        <w:t>f 4341/21585/19602 4336/21581/19598 4368/21613/19629</w:t>
        <w:br/>
        <w:t>f 4373/21617/19633 4341/21585/19602 4368/21613/19629</w:t>
        <w:br/>
        <w:t>f 4342/21586/19603 4341/21585/19602 4373/21617/19633</w:t>
        <w:br/>
        <w:t>f 4374/21618/19634 4342/21586/19603 4373/21617/19633</w:t>
        <w:br/>
        <w:t>f 4343/21587/19604 4375/21619/19635 4372/21616/19632</w:t>
        <w:br/>
        <w:t>f 4340/21584/19601 4343/21587/19604 4372/21616/19632</w:t>
        <w:br/>
        <w:t>f 4338/21583/19600 4370/21615/19631 4375/21619/19635</w:t>
        <w:br/>
        <w:t>f 4343/21587/19604 4338/21583/19600 4375/21619/19635</w:t>
        <w:br/>
        <w:t>f 4324/21568/19586 4335/21579/19596 4367/21611/19627</w:t>
        <w:br/>
        <w:t>f 4356/21600/19617 4324/21568/19586 4367/21611/19627</w:t>
        <w:br/>
        <w:t>f 4315/21560/19578 4347/21592/19609 4358/21601/19618</w:t>
        <w:br/>
        <w:t>f 4326/21569/19587 4315/21560/19578 4358/21601/19618</w:t>
        <w:br/>
        <w:t>f 4314/21557/19575 4342/21586/19603 4374/21618/19634</w:t>
        <w:br/>
        <w:t>f 4346/21589/19606 4314/21557/19575 4374/21618/19634</w:t>
        <w:br/>
        <w:t>f 4320/21565/19583 4352/21597/19614 4371/21614/19630</w:t>
        <w:br/>
        <w:t>f 4339/21582/19599 4320/21565/19583 4371/21614/19630</w:t>
        <w:br/>
        <w:t>f 4325/21570/19588 4357/21602/19619 4364/21607/19624</w:t>
        <w:br/>
        <w:t>f 4332/21575/19593 4325/21570/19588 4364/21607/19624</w:t>
        <w:br/>
        <w:t>f 4344/21588/19605 4376/21620/19636 4366/21610/19626</w:t>
        <w:br/>
        <w:t>f 4334/21578/19595 4344/21588/19605 4366/21610/19626</w:t>
        <w:br/>
        <w:t>f 4331/21576/19594 4363/21608/19625 4376/21620/19636</w:t>
        <w:br/>
        <w:t>f 4344/21588/19605 4331/21576/19594 4376/21620/19636</w:t>
        <w:br/>
        <w:t>f 4380/21621/19637 4379/21622/19638 4378/21623/19639</w:t>
        <w:br/>
        <w:t>f 4377/21624/19639 4380/21621/19637 4378/21623/19639</w:t>
        <w:br/>
        <w:t>f 3149/20499/18557 3369/20720/18778 4381/21625/19640</w:t>
        <w:br/>
        <w:t>f 4377/21624/19639 4378/21623/19639 4382/21626/19641</w:t>
        <w:br/>
        <w:t>f 3950/21253/19300 3951/21255/19302 3843/21160/19210</w:t>
        <w:br/>
        <w:t>f 3844/21159/19209 3950/21253/19300 3843/21160/19210</w:t>
        <w:br/>
        <w:t>f 3953/21258/19305 3954/21257/19304 3855/21172/19222</w:t>
        <w:br/>
        <w:t>f 3856/21171/19221 3953/21258/19305 3855/21172/19222</w:t>
        <w:br/>
        <w:t>f 3952/21256/19303 3953/21258/19305 3856/21171/19221</w:t>
        <w:br/>
        <w:t>f 3865/21180/19230 3952/21256/19303 3856/21171/19221</w:t>
        <w:br/>
        <w:t>f 3954/21257/19304 3955/21259/19306 3900/21207/19256</w:t>
        <w:br/>
        <w:t>f 3855/21172/19222 3954/21257/19304 3900/21207/19256</w:t>
        <w:br/>
        <w:t>f 3949/21254/19301 3950/21253/19300 3844/21159/19209</w:t>
        <w:br/>
        <w:t>f 3903/21212/19261 3949/21254/19301 3844/21159/19209</w:t>
        <w:br/>
        <w:t>f 3947/21252/19299 3948/21251/19298 3937/21240/19289</w:t>
        <w:br/>
        <w:t>f 3938/21239/19288 3947/21252/19299 3937/21240/19289</w:t>
        <w:br/>
        <w:t>f 3951/21255/19302 3952/21256/19303 3865/21180/19230</w:t>
        <w:br/>
        <w:t>f 3843/21160/19210 3951/21255/19302 3865/21180/19230</w:t>
        <w:br/>
        <w:t>f 3904/21211/19260 3936/21241/19290 3937/21240/19289</w:t>
        <w:br/>
        <w:t>f 3903/21212/19261 3904/21211/19260 3937/21240/19289</w:t>
        <w:br/>
        <w:t>f 3478/20805/18859 4385/21627/19642 3477/20806/18860</w:t>
        <w:br/>
        <w:t>f 3741/21068/19118 3742/21067/19117 3758/21079/19129</w:t>
        <w:br/>
        <w:t>f 3755/21082/19132 3741/21068/19118 3758/21079/19129</w:t>
        <w:br/>
        <w:t>f 3741/21068/19118 3755/21082/19132 3717/21045/19095</w:t>
        <w:br/>
        <w:t>f 3684/21014/19064 3741/21068/19118 3717/21045/19095</w:t>
        <w:br/>
        <w:t>f 3684/21014/19064 3717/21045/19095 3714/21044/19094</w:t>
        <w:br/>
        <w:t>f 3687/21015/19065 3684/21014/19064 3714/21044/19094</w:t>
        <w:br/>
        <w:t>f 3687/21015/19065 3714/21044/19094 3692/21022/19072</w:t>
        <w:br/>
        <w:t>f 3718/21046/19096 3687/21015/19065 3692/21022/19072</w:t>
        <w:br/>
        <w:t>f 3718/21046/19096 3692/21022/19072 3693/21021/19071</w:t>
        <w:br/>
        <w:t>f 3679/21007/19057 3658/20988/19038 3644/20973/19025</w:t>
        <w:br/>
        <w:t>f 5998/21628/19643 5997/21629/19644 5996/21630/19645</w:t>
        <w:br/>
        <w:t>f 5999/21631/19646 5998/21628/19643 5996/21630/19645</w:t>
        <w:br/>
        <w:t>f 6003/21632/19647 6002/21633/19648 6001/21634/19649</w:t>
        <w:br/>
        <w:t>f 6000/21635/19650 6003/21632/19647 6001/21634/19649</w:t>
        <w:br/>
        <w:t>f 5996/21630/19645 5997/21629/19644 6009/21636/19651</w:t>
        <w:br/>
        <w:t>f 6008/21637/19652 5996/21630/19645 6009/21636/19651</w:t>
        <w:br/>
        <w:t>f 5999/21631/19646 5996/21630/19645 6008/21637/19652</w:t>
        <w:br/>
        <w:t>f 6010/21638/19653 5999/21631/19646 6008/21637/19652</w:t>
        <w:br/>
        <w:t>f 6014/21639/19654 6013/21640/19655 6001/21634/19649</w:t>
        <w:br/>
        <w:t>f 6002/21633/19648 6014/21639/19654 6001/21634/19649</w:t>
        <w:br/>
        <w:t>f 6013/21640/19655 6015/21641/19656 6000/21635/19650</w:t>
        <w:br/>
        <w:t>f 6001/21634/19649 6013/21640/19655 6000/21635/19650</w:t>
        <w:br/>
        <w:t>f 5998/21628/19643 6003/21632/19647 6000/21635/19650</w:t>
        <w:br/>
        <w:t>f 5997/21629/19644 5998/21628/19643 6000/21635/19650</w:t>
        <w:br/>
        <w:t>f 5997/21629/19644 6000/21635/19650 6015/21641/19656</w:t>
        <w:br/>
        <w:t>f 6009/21636/19651 5997/21629/19644 6015/21641/19656</w:t>
        <w:br/>
        <w:t>f 3023/20387/18451 3024/20386/18450 7997/21642/19657</w:t>
        <w:br/>
        <w:t>f 8019/21643/19658 4067/21349/19387 3084/20434/18497</w:t>
        <w:br/>
        <w:t>f 3597/20925/18978 4011/21300/19343 3446/20774/18829</w:t>
        <w:br/>
        <w:t>f 3447/20773/18828 3597/20925/18978 3446/20774/18829</w:t>
        <w:br/>
        <w:t>f 11717/21644/19659 11716/21645/19660 11715/21646/19661</w:t>
        <w:br/>
        <w:t>f 11719/21647/19662 11718/21648/19663 11715/21646/19661</w:t>
        <w:br/>
        <w:t>f 11721/21649/19664 11720/21650/19665 11715/21646/19661</w:t>
        <w:br/>
        <w:t>f 11720/21650/19665 11722/21651/19666 11715/21646/19661</w:t>
        <w:br/>
        <w:t>f 11724/21652/19667 11723/21653/19668 11715/21646/19661</w:t>
        <w:br/>
        <w:t>f 11723/21653/19668 11721/21649/19664 11715/21646/19661</w:t>
        <w:br/>
        <w:t>f 11718/21648/19663 11717/21644/19659 11715/21646/19661</w:t>
        <w:br/>
        <w:t>f 11726/21654/19669 11725/21655/19670 11715/21646/19661</w:t>
        <w:br/>
        <w:t>f 11722/21651/19666 11726/21654/19669 11715/21646/19661</w:t>
        <w:br/>
        <w:t>f 11725/21655/19670 11727/21656/19671 11715/21646/19661</w:t>
        <w:br/>
        <w:t>f 11729/21657/19672 11728/21658/19673 11715/21646/19661</w:t>
        <w:br/>
        <w:t>f 11731/21659/19674 11730/21660/19675 11715/21646/19661</w:t>
        <w:br/>
        <w:t>f 11733/21661/19676 11732/21662/19677 11715/21646/19661</w:t>
        <w:br/>
        <w:t>f 11735/21663/19678 11734/21664/19679 11715/21646/19661</w:t>
        <w:br/>
        <w:t>f 11732/21662/19677 11731/21659/19674 11715/21646/19661</w:t>
        <w:br/>
        <w:t>f 11730/21660/19675 11736/21665/19680 11715/21646/19661</w:t>
        <w:br/>
        <w:t>f 11737/21666/19681 11733/21661/19676 11715/21646/19661</w:t>
        <w:br/>
        <w:t>f 11739/21667/19682 11738/21668/19683 11715/21646/19661</w:t>
        <w:br/>
        <w:t>f 11741/21669/19684 11740/21670/19685 11715/21646/19661</w:t>
        <w:br/>
        <w:t>f 11738/21668/19683 11742/21671/19686 11715/21646/19661</w:t>
        <w:br/>
        <w:t>f 11743/21672/19687 11739/21667/19682 11715/21646/19661</w:t>
        <w:br/>
        <w:t>f 11744/21673/19688 11743/21672/19687 11715/21646/19661</w:t>
        <w:br/>
        <w:t>f 11742/21671/19686 11745/21674/19689 11715/21646/19661</w:t>
        <w:br/>
        <w:t>f 11745/21674/19689 11741/21669/19684 11715/21646/19661</w:t>
        <w:br/>
        <w:t>f 11727/21656/19671 11737/21666/19681 11715/21646/19661</w:t>
        <w:br/>
        <w:t>f 11728/21658/19673 11719/21647/19662 11715/21646/19661</w:t>
        <w:br/>
        <w:t>f 11716/21645/19660 11744/21673/19688 11715/21646/19661</w:t>
        <w:br/>
        <w:t>f 11740/21670/19685 11724/21652/19667 11715/21646/19661</w:t>
        <w:br/>
        <w:t>f 11734/21664/19679 11729/21657/19672 11715/21646/19661</w:t>
        <w:br/>
        <w:t>f 11736/21665/19680 11746/21675/19690 11715/21646/19661</w:t>
        <w:br/>
        <w:t>f 11746/21675/19690 11735/21663/19678 11715/21646/19661</w:t>
        <w:br/>
        <w:t>f 4001/21290/19333 3506/20833/18887 3403/20755/18810</w:t>
        <w:br/>
        <w:t>f 3999/21289/19332 4001/21290/19333 3403/20755/18810</w:t>
        <w:br/>
        <w:t>f 15930/21676/19691 15929/21677/19692 15928/21678/19693</w:t>
        <w:br/>
        <w:t>f 15934/21679/19694 15933/21680/19695 15932/21681/19696</w:t>
        <w:br/>
        <w:t>f 15931/21682/19697 15934/21679/19694 15932/21681/19696</w:t>
        <w:br/>
        <w:t>f 15937/21683/19698 15936/21684/19699 15935/21685/19700</w:t>
        <w:br/>
        <w:t>f 15938/21686/19701 15937/21683/19698 15935/21685/19700</w:t>
        <w:br/>
        <w:t>f 15941/21687/19702 15940/21688/19703 15939/21689/19704</w:t>
        <w:br/>
        <w:t>f 15942/21690/19705 15941/21687/19702 15939/21689/19704</w:t>
        <w:br/>
        <w:t>f 15934/21679/19694 15944/21691/19706 15943/21692/19707</w:t>
        <w:br/>
        <w:t>f 15945/21693/19708 15934/21679/19694 15943/21692/19707</w:t>
        <w:br/>
        <w:t>f 15946/21694/19709 15942/21690/19705 15945/21693/19708</w:t>
        <w:br/>
        <w:t>f 15943/21692/19707 15946/21694/19709 15945/21693/19708</w:t>
        <w:br/>
        <w:t>f 15947/21695/19710 15936/21684/19699 15931/21682/19697</w:t>
        <w:br/>
        <w:t>f 15932/21681/19696 15947/21695/19710 15931/21682/19697</w:t>
        <w:br/>
        <w:t>f 15946/21694/19709 15941/21687/19702 15942/21690/19705</w:t>
        <w:br/>
        <w:t>f 15945/21693/19708 15942/21690/19705 15939/21689/19704</w:t>
        <w:br/>
        <w:t>f 15948/21696/19711 15945/21693/19708 15939/21689/19704</w:t>
        <w:br/>
        <w:t>f 15953/21697/19712 15929/21677/19692 15930/21676/19691</w:t>
        <w:br/>
        <w:t>f 15952/21698/19713 15953/21697/19712 15930/21676/19691</w:t>
        <w:br/>
        <w:t>f 15956/21699/19714 15955/21700/19715 15935/21685/19700</w:t>
        <w:br/>
        <w:t>f 15954/21701/19716 15956/21699/19714 15935/21685/19700</w:t>
        <w:br/>
        <w:t>f 15955/21700/19715 15956/21699/19714 15929/21677/19692</w:t>
        <w:br/>
        <w:t>f 15953/21697/19712 15955/21700/19715 15929/21677/19692</w:t>
        <w:br/>
        <w:t>f 15936/21684/19699 15947/21695/19710 15954/21701/19716</w:t>
        <w:br/>
        <w:t>f 15935/21685/19700 15936/21684/19699 15954/21701/19716</w:t>
        <w:br/>
        <w:t>f 15933/21680/19695 15934/21679/19694 15945/21693/19708</w:t>
        <w:br/>
        <w:t>f 15948/21696/19711 15933/21680/19695 15945/21693/19708</w:t>
        <w:br/>
        <w:t>f 15960/21702/19717 15959/21703/19718 15952/21698/19713</w:t>
        <w:br/>
        <w:t>f 15930/21676/19691 15960/21702/19717 15952/21698/19713</w:t>
        <w:br/>
        <w:t>f 15961/21704/19719 15960/21702/19717 15930/21676/19691</w:t>
        <w:br/>
        <w:t>f 15928/21678/19693 15961/21704/19719 15930/21676/19691</w:t>
        <w:br/>
        <w:t>f 15959/21703/19718 15964/21705/19720 15963/21706/19721</w:t>
        <w:br/>
        <w:t>f 15970/21707/19722 15959/21703/19718 15963/21706/19721</w:t>
        <w:br/>
        <w:t>f 15959/21703/19718 15970/21707/19722 15952/21698/19713</w:t>
        <w:br/>
        <w:t>f 15952/21698/19713 15971/21708/19723 15953/21697/19712</w:t>
        <w:br/>
        <w:t>f 15972/21709/19724 15955/21700/19715 15953/21697/19712</w:t>
        <w:br/>
        <w:t>f 15971/21708/19723 15972/21709/19724 15953/21697/19712</w:t>
        <w:br/>
        <w:t>f 15955/21700/19715 15972/21709/19724 15938/21686/19701</w:t>
        <w:br/>
        <w:t>f 15935/21685/19700 15955/21700/19715 15938/21686/19701</w:t>
        <w:br/>
        <w:t>f 15936/21684/19699 15937/21683/19698 15973/21710/19725</w:t>
        <w:br/>
        <w:t>f 15931/21682/19697 15936/21684/19699 15973/21710/19725</w:t>
        <w:br/>
        <w:t>f 15960/21702/19717 15961/21704/19719 16036/21711/19726</w:t>
        <w:br/>
        <w:t>f 15964/21705/19720 15960/21702/19717 16036/21711/19726</w:t>
        <w:br/>
        <w:t>f 16132/21712/19727 16131/21713/19728 16130/21714/19729</w:t>
        <w:br/>
        <w:t>f 16129/21715/19730 16132/21712/19727 16130/21714/19729</w:t>
        <w:br/>
        <w:t>f 16135/21716/19731 16134/21717/19732 16133/21718/19733</w:t>
        <w:br/>
        <w:t>f 16138/21719/19734 16137/21720/19735 16136/21721/19736</w:t>
        <w:br/>
        <w:t>f 16139/21722/19737 16138/21719/19734 16136/21721/19736</w:t>
        <w:br/>
        <w:t>f 16142/21723/19738 16141/21724/19734 16140/21725/19739</w:t>
        <w:br/>
        <w:t>f 16134/21717/19732 16142/21723/19738 16140/21725/19739</w:t>
        <w:br/>
        <w:t>f 16144/21726/19740 16135/21716/19731 16133/21718/19733</w:t>
        <w:br/>
        <w:t>f 16143/21727/19741 16144/21726/19740 16133/21718/19733</w:t>
        <w:br/>
        <w:t>f 16148/21728/19742 16147/21729/19743 16146/21730/19744</w:t>
        <w:br/>
        <w:t>f 16145/21731/19745 16148/21728/19742 16146/21730/19744</w:t>
        <w:br/>
        <w:t>f 16152/21732/19746 16151/21733/19747 16150/21734/19748</w:t>
        <w:br/>
        <w:t>f 16149/21735/19749 16152/21732/19746 16150/21734/19748</w:t>
        <w:br/>
        <w:t>f 16134/21717/19732 16154/21736/19750 16153/21737/19751</w:t>
        <w:br/>
        <w:t>f 16142/21723/19738 16134/21717/19732 16153/21737/19751</w:t>
        <w:br/>
        <w:t>f 16151/21733/19747 16156/21738/19752 16155/21739/19753</w:t>
        <w:br/>
        <w:t>f 16150/21734/19748 16151/21733/19747 16155/21739/19753</w:t>
        <w:br/>
        <w:t>f 16158/21740/19751 16157/21741/19754 16136/21721/19736</w:t>
        <w:br/>
        <w:t>f 16137/21720/19735 16158/21740/19751 16136/21721/19736</w:t>
        <w:br/>
        <w:t>f 16162/21742/19755 16161/21743/19756 16160/21744/19757</w:t>
        <w:br/>
        <w:t>f 16159/21745/19758 16162/21742/19755 16160/21744/19757</w:t>
        <w:br/>
        <w:t>f 16166/21746/19759 16165/21747/19760 16164/21748/19761</w:t>
        <w:br/>
        <w:t>f 16163/21749/19762 16166/21746/19759 16164/21748/19761</w:t>
        <w:br/>
        <w:t>f 16169/21750/19763 16163/21749/19762 16168/21751/19764</w:t>
        <w:br/>
        <w:t>f 16167/21752/19765 16169/21750/19763 16168/21751/19764</w:t>
        <w:br/>
        <w:t>f 16171/21753/19766 16170/21754/19767 16167/21752/19765</w:t>
        <w:br/>
        <w:t>f 16168/21751/19764 16171/21753/19766 16167/21752/19765</w:t>
        <w:br/>
        <w:t>f 16165/21747/19760 16166/21746/19759 16173/21755/19768</w:t>
        <w:br/>
        <w:t>f 16172/21756/19769 16165/21747/19760 16173/21755/19768</w:t>
        <w:br/>
        <w:t>f 16176/21757/19770 16175/21758/19771 16174/21759/19772</w:t>
        <w:br/>
        <w:t>f 16177/21760/19773 16176/21757/19770 16174/21759/19772</w:t>
        <w:br/>
        <w:t>f 16176/21757/19770 16180/21761/19774 16179/21762/19775</w:t>
        <w:br/>
        <w:t>f 16178/21763/19776 16176/21757/19770 16179/21762/19775</w:t>
        <w:br/>
        <w:t>f 16183/21764/19777 16172/21756/19769 16182/21765/19778</w:t>
        <w:br/>
        <w:t>f 16181/21766/19779 16183/21764/19777 16182/21765/19778</w:t>
        <w:br/>
        <w:t>f 16187/21767/19780 16186/21768/19781 16185/21769/19782</w:t>
        <w:br/>
        <w:t>f 16184/21770/19783 16187/21767/19780 16185/21769/19782</w:t>
        <w:br/>
        <w:t>f 16139/21722/19737 16136/21721/19736 16162/21742/19755</w:t>
        <w:br/>
        <w:t>f 16188/21771/19784 16139/21722/19737 16162/21742/19755</w:t>
        <w:br/>
        <w:t>f 16191/21772/19785 16190/21773/19786 16189/21774/19787</w:t>
        <w:br/>
        <w:t>f 16180/21761/19774 16191/21772/19785 16189/21774/19787</w:t>
        <w:br/>
        <w:t>f 16182/21765/19778 16192/21775/19788 16149/21735/19749</w:t>
        <w:br/>
        <w:t>f 16150/21734/19748 16182/21765/19778 16149/21735/19749</w:t>
        <w:br/>
        <w:t>f 16195/21776/19789 16194/21777/19790 16193/21778/19791</w:t>
        <w:br/>
        <w:t>f 16198/21779/19792 16197/21780/19793 16196/21781/19794</w:t>
        <w:br/>
        <w:t>f 16199/21782/19795 16198/21779/19792 16196/21781/19794</w:t>
        <w:br/>
        <w:t>f 16159/21745/19758 16160/21744/19757 16147/21729/19743</w:t>
        <w:br/>
        <w:t>f 16148/21728/19742 16159/21745/19758 16147/21729/19743</w:t>
        <w:br/>
        <w:t>f 16150/21734/19748 16155/21739/19753 16181/21766/19779</w:t>
        <w:br/>
        <w:t>f 16182/21765/19778 16150/21734/19748 16181/21766/19779</w:t>
        <w:br/>
        <w:t>f 16201/21783/19796 16156/21738/19752 16200/21784/19797</w:t>
        <w:br/>
        <w:t>f 16200/21784/19797 16144/21726/19740 16143/21727/19741</w:t>
        <w:br/>
        <w:t>f 16194/21777/19790 16195/21776/19789 16202/21785/19798</w:t>
        <w:br/>
        <w:t>f 16205/21786/19799 16204/21787/19800 16203/21788/19801</w:t>
        <w:br/>
        <w:t>f 16202/21785/19798 16205/21786/19799 16203/21788/19801</w:t>
        <w:br/>
        <w:t>f 16155/21739/19753 16201/21783/19796 16206/21789/19802</w:t>
        <w:br/>
        <w:t>f 16181/21766/19779 16155/21739/19753 16206/21789/19802</w:t>
        <w:br/>
        <w:t>f 16181/21766/19779 16206/21789/19802 16207/21790/19803</w:t>
        <w:br/>
        <w:t>f 16183/21764/19777 16181/21766/19779 16207/21790/19803</w:t>
        <w:br/>
        <w:t>f 16201/21783/19796 16200/21784/19797 16143/21727/19741</w:t>
        <w:br/>
        <w:t>f 16206/21789/19802 16201/21783/19796 16208/21791/19804</w:t>
        <w:br/>
        <w:t>f 16208/21791/19804 16209/21792/19805 16197/21780/19793</w:t>
        <w:br/>
        <w:t>f 16198/21779/19792 16208/21791/19804 16197/21780/19793</w:t>
        <w:br/>
        <w:t>f 16211/21793/19806 16210/21794/19807 16183/21764/19777</w:t>
        <w:br/>
        <w:t>f 16207/21790/19803 16211/21793/19806 16183/21764/19777</w:t>
        <w:br/>
        <w:t>f 16213/21795/19808 16195/21776/19789 16212/21796/19809</w:t>
        <w:br/>
        <w:t>f 16199/21782/19795 16211/21793/19806 16207/21790/19803</w:t>
        <w:br/>
        <w:t>f 16198/21779/19792 16199/21782/19795 16207/21790/19803</w:t>
        <w:br/>
        <w:t>f 16211/21793/19806 16199/21782/19795 16205/21786/19799</w:t>
        <w:br/>
        <w:t>f 16213/21795/19808 16211/21793/19806 16205/21786/19799</w:t>
        <w:br/>
        <w:t>f 16149/21735/19749 16215/21797/19810 16214/21798/19811</w:t>
        <w:br/>
        <w:t>f 16152/21732/19746 16149/21735/19749 16214/21798/19811</w:t>
        <w:br/>
        <w:t>f 16215/21797/19810 16149/21735/19749 16192/21775/19788</w:t>
        <w:br/>
        <w:t>f 16216/21799/19812 16215/21797/19810 16192/21775/19788</w:t>
        <w:br/>
        <w:t>f 16216/21799/19812 16192/21775/19788 16173/21755/19768</w:t>
        <w:br/>
        <w:t>f 16217/21800/19813 16216/21799/19812 16173/21755/19768</w:t>
        <w:br/>
        <w:t>f 16202/21785/19798 16195/21776/19789 16205/21786/19799</w:t>
        <w:br/>
        <w:t>f 16213/21795/19808 16212/21796/19809 16210/21794/19807</w:t>
        <w:br/>
        <w:t>f 16211/21793/19806 16213/21795/19808 16210/21794/19807</w:t>
        <w:br/>
        <w:t>f 16175/21758/19771 16176/21757/19770 16178/21763/19776</w:t>
        <w:br/>
        <w:t>f 16218/21801/19814 16175/21758/19771 16178/21763/19776</w:t>
        <w:br/>
        <w:t>f 16218/21801/19814 16220/21802/19815 16219/21803/19816</w:t>
        <w:br/>
        <w:t>f 16175/21758/19771 16218/21801/19814 16219/21803/19816</w:t>
        <w:br/>
        <w:t>f 16189/21774/19787 16221/21804/19817 16131/21713/19728</w:t>
        <w:br/>
        <w:t>f 16132/21712/19727 16189/21774/19787 16131/21713/19728</w:t>
        <w:br/>
        <w:t>f 16224/21805/19818 16223/21806/19819 16222/21807/19820</w:t>
        <w:br/>
        <w:t>f 16225/21808/19821 16224/21805/19818 16222/21807/19820</w:t>
        <w:br/>
        <w:t>f 16222/21807/19820 16223/21806/19819 16204/21787/19800</w:t>
        <w:br/>
        <w:t>f 16226/21809/19822 16222/21807/19820 16204/21787/19800</w:t>
        <w:br/>
        <w:t>f 16224/21805/19818 16227/21810/19823 16203/21788/19801</w:t>
        <w:br/>
        <w:t>f 16223/21806/19819 16224/21805/19818 16203/21788/19801</w:t>
        <w:br/>
        <w:t>f 16204/21787/19800 16223/21806/19819 16203/21788/19801</w:t>
        <w:br/>
        <w:t>f 16204/21787/19800 16196/21781/19794 16226/21809/19822</w:t>
        <w:br/>
        <w:t>f 16230/21811/19824 16229/21812/19825 16228/21813/19826</w:t>
        <w:br/>
        <w:t>f 16231/21814/19827 16230/21811/19824 16228/21813/19826</w:t>
        <w:br/>
        <w:t>f 16235/21815/19828 16234/21816/19829 16233/21817/19830</w:t>
        <w:br/>
        <w:t>f 16232/21818/19831 16235/21815/19828 16233/21817/19830</w:t>
        <w:br/>
        <w:t>f 16191/21772/19785 16177/21760/19773 16229/21812/19825</w:t>
        <w:br/>
        <w:t>f 16230/21811/19824 16191/21772/19785 16229/21812/19825</w:t>
        <w:br/>
        <w:t>f 16177/21760/19773 16174/21759/19772 16236/21819/19832</w:t>
        <w:br/>
        <w:t>f 16229/21812/19825 16177/21760/19773 16236/21819/19832</w:t>
        <w:br/>
        <w:t>f 16194/21777/19790 16227/21810/19823 16232/21818/19831</w:t>
        <w:br/>
        <w:t>f 16237/21820/19833 16194/21777/19790 16232/21818/19831</w:t>
        <w:br/>
        <w:t>f 16236/21819/19832 16228/21813/19826 16229/21812/19825</w:t>
        <w:br/>
        <w:t>f 16132/21712/19727 16179/21762/19775 16180/21761/19774</w:t>
        <w:br/>
        <w:t>f 16189/21774/19787 16132/21712/19727 16180/21761/19774</w:t>
        <w:br/>
        <w:t>f 16199/21782/19795 16196/21781/19794 16204/21787/19800</w:t>
        <w:br/>
        <w:t>f 16205/21786/19799 16199/21782/19795 16204/21787/19800</w:t>
        <w:br/>
        <w:t>f 16145/21731/19745 16130/21714/19729 16131/21713/19728</w:t>
        <w:br/>
        <w:t>f 16148/21728/19742 16145/21731/19745 16131/21713/19728</w:t>
        <w:br/>
        <w:t>f 16238/21821/19834 16217/21800/19813 16173/21755/19768</w:t>
        <w:br/>
        <w:t>f 16166/21746/19759 16238/21821/19834 16173/21755/19768</w:t>
        <w:br/>
        <w:t>f 16239/21822/19835 16230/21811/19824 16231/21814/19827</w:t>
        <w:br/>
        <w:t>f 16240/21823/19836 16239/21822/19835 16231/21814/19827</w:t>
        <w:br/>
        <w:t>f 16220/21802/19815 16218/21801/19814 16241/21824/19837</w:t>
        <w:br/>
        <w:t>f 16242/21825/19838 16220/21802/19815 16241/21824/19837</w:t>
        <w:br/>
        <w:t>f 16174/21759/19772 16175/21758/19771 16219/21803/19816</w:t>
        <w:br/>
        <w:t>f 16234/21816/19829 16235/21815/19828 16244/21826/19839</w:t>
        <w:br/>
        <w:t>f 16243/21827/19840 16234/21816/19829 16244/21826/19839</w:t>
        <w:br/>
        <w:t>f 16243/21827/19840 16246/21828/19841 16245/21829/19842</w:t>
        <w:br/>
        <w:t>f 16234/21816/19829 16243/21827/19840 16245/21829/19842</w:t>
        <w:br/>
        <w:t>f 16235/21815/19828 16224/21805/19818 16225/21808/19821</w:t>
        <w:br/>
        <w:t>f 16244/21826/19839 16235/21815/19828 16225/21808/19821</w:t>
        <w:br/>
        <w:t>f 16221/21804/19817 16159/21745/19758 16148/21728/19742</w:t>
        <w:br/>
        <w:t>f 16131/21713/19728 16221/21804/19817 16148/21728/19742</w:t>
        <w:br/>
        <w:t>f 16249/21830/19843 16248/21831/19844 16247/21832/19845</w:t>
        <w:br/>
        <w:t>f 16190/21773/19786 16250/21833/19846 16221/21804/19817</w:t>
        <w:br/>
        <w:t>f 16189/21774/19787 16190/21773/19786 16221/21804/19817</w:t>
        <w:br/>
        <w:t>f 16179/21762/19775 16132/21712/19727 16129/21715/19730</w:t>
        <w:br/>
        <w:t>f 16247/21832/19845 16179/21762/19775 16129/21715/19730</w:t>
        <w:br/>
        <w:t>f 16251/21834/19847 16249/21830/19843 16247/21832/19845</w:t>
        <w:br/>
        <w:t>f 16129/21715/19730 16251/21834/19847 16247/21832/19845</w:t>
        <w:br/>
        <w:t>f 16239/21822/19835 16240/21823/19836 16252/21835/19848</w:t>
        <w:br/>
        <w:t>f 16232/21818/19831 16227/21810/19823 16224/21805/19818</w:t>
        <w:br/>
        <w:t>f 16235/21815/19828 16232/21818/19831 16224/21805/19818</w:t>
        <w:br/>
        <w:t>f 16165/21747/19760 16210/21794/19807 16212/21796/19809</w:t>
        <w:br/>
        <w:t>f 16164/21748/19761 16165/21747/19760 16212/21796/19809</w:t>
        <w:br/>
        <w:t>f 16168/21751/19764 16253/21836/19849 16193/21778/19791</w:t>
        <w:br/>
        <w:t>f 16171/21753/19766 16168/21751/19764 16193/21778/19791</w:t>
        <w:br/>
        <w:t>f 16253/21836/19849 16168/21751/19764 16163/21749/19762</w:t>
        <w:br/>
        <w:t>f 16164/21748/19761 16253/21836/19849 16163/21749/19762</w:t>
        <w:br/>
        <w:t>f 16254/21837/19850 16171/21753/19766 16193/21778/19791</w:t>
        <w:br/>
        <w:t>f 16130/21714/19729 16145/21731/19745 16255/21838/19851</w:t>
        <w:br/>
        <w:t>f 16256/21839/19852 16130/21714/19729 16255/21838/19851</w:t>
        <w:br/>
        <w:t>f 16258/21840/19853 16220/21802/19815 16242/21825/19838</w:t>
        <w:br/>
        <w:t>f 16257/21841/19854 16258/21840/19853 16242/21825/19838</w:t>
        <w:br/>
        <w:t>f 16178/21763/19776 16248/21831/19844 16241/21824/19837</w:t>
        <w:br/>
        <w:t>f 16218/21801/19814 16178/21763/19776 16241/21824/19837</w:t>
        <w:br/>
        <w:t>f 16163/21749/19762 16169/21750/19763 16238/21821/19834</w:t>
        <w:br/>
        <w:t>f 16166/21746/19759 16163/21749/19762 16238/21821/19834</w:t>
        <w:br/>
        <w:t>f 16129/21715/19730 16130/21714/19729 16256/21839/19852</w:t>
        <w:br/>
        <w:t>f 16251/21834/19847 16129/21715/19730 16256/21839/19852</w:t>
        <w:br/>
        <w:t>f 16145/21731/19745 16146/21730/19744 16259/21842/19855</w:t>
        <w:br/>
        <w:t>f 16255/21838/19851 16145/21731/19745 16259/21842/19855</w:t>
        <w:br/>
        <w:t>f 16136/21721/19736 16157/21741/19754 16161/21743/19756</w:t>
        <w:br/>
        <w:t>f 16162/21742/19755 16136/21721/19736 16161/21743/19756</w:t>
        <w:br/>
        <w:t>f 16159/21745/19758 16221/21804/19817 16188/21771/19784</w:t>
        <w:br/>
        <w:t>f 16162/21742/19755 16159/21745/19758 16188/21771/19784</w:t>
        <w:br/>
        <w:t>f 16230/21811/19824 16239/21822/19835 16190/21773/19786</w:t>
        <w:br/>
        <w:t>f 16191/21772/19785 16230/21811/19824 16190/21773/19786</w:t>
        <w:br/>
        <w:t>f 16262/21843/19856 16261/21844/19857 16260/21845/19857</w:t>
        <w:br/>
        <w:t>f 16263/21846/19858 16262/21843/19856 16260/21845/19857</w:t>
        <w:br/>
        <w:t>f 16266/21847/19857 16265/21848/19859 16264/21849/19859</w:t>
        <w:br/>
        <w:t>f 16267/21850/19857 16266/21847/19857 16264/21849/19859</w:t>
        <w:br/>
        <w:t>f 16268/21851/19860 16262/21843/19856 16263/21846/19858</w:t>
        <w:br/>
        <w:t>f 16269/21852/19861 16268/21851/19860 16263/21846/19858</w:t>
        <w:br/>
        <w:t>f 16270/21853/19862 16268/21851/19860 16269/21852/19861</w:t>
        <w:br/>
        <w:t>f 16271/21854/19863 16270/21853/19862 16269/21852/19861</w:t>
        <w:br/>
        <w:t>f 16273/21855/19864 16209/21792/19805 16270/21853/19862</w:t>
        <w:br/>
        <w:t>f 16272/21856/6700 16273/21855/19864 16270/21853/19862</w:t>
        <w:br/>
        <w:t>f 16275/21857/19865 16197/21780/19793 16209/21792/19805</w:t>
        <w:br/>
        <w:t>f 16274/21858/19866 16275/21857/19865 16209/21792/19805</w:t>
        <w:br/>
        <w:t>f 16277/21859/6708 16225/21808/19821 16222/21807/19820</w:t>
        <w:br/>
        <w:t>f 16276/21860/6709 16277/21859/6708 16222/21807/19820</w:t>
        <w:br/>
        <w:t>f 16222/21807/19820 16226/21809/19822 16278/21861/19867</w:t>
        <w:br/>
        <w:t>f 16276/21860/6709 16222/21807/19820 16278/21861/19867</w:t>
        <w:br/>
        <w:t>f 16226/21809/19822 16280/21862/19868 16279/21863/19868</w:t>
        <w:br/>
        <w:t>f 16278/21861/19867 16226/21809/19822 16279/21863/19868</w:t>
        <w:br/>
        <w:t>f 16284/21864/19869 16283/21865/19870 16282/21866/19871</w:t>
        <w:br/>
        <w:t>f 16281/21867/19871 16284/21864/19869 16282/21866/19871</w:t>
        <w:br/>
        <w:t>f 16286/21868/19872 16285/21869/19873 16283/21865/19870</w:t>
        <w:br/>
        <w:t>f 16284/21864/19869 16286/21868/19872 16283/21865/19870</w:t>
        <w:br/>
        <w:t>f 16243/21827/19840 16244/21826/19839 16287/21870/6711</w:t>
        <w:br/>
        <w:t>f 16288/21871/19874 16243/21827/19840 16287/21870/6711</w:t>
        <w:br/>
        <w:t>f 16246/21828/19841 16243/21827/19840 16289/21872/6731</w:t>
        <w:br/>
        <w:t>f 16290/21873/6730 16246/21828/19841 16289/21872/6731</w:t>
        <w:br/>
        <w:t>f 16279/21863/19868 16280/21862/19868 16197/21780/19793</w:t>
        <w:br/>
        <w:t>f 16275/21857/19865 16279/21863/19868 16197/21780/19793</w:t>
        <w:br/>
        <w:t>f 16244/21826/19839 16225/21808/19821 16277/21859/6708</w:t>
        <w:br/>
        <w:t>f 16287/21870/6711 16244/21826/19839 16277/21859/6708</w:t>
        <w:br/>
        <w:t>f 16265/21848/19859 16285/21869/19873 16286/21868/19872</w:t>
        <w:br/>
        <w:t>f 16264/21849/19859 16265/21848/19859 16286/21868/19872</w:t>
        <w:br/>
        <w:t>f 16294/21874/19875 16293/21875/19780 16292/21876/19783</w:t>
        <w:br/>
        <w:t>f 16291/21877/19876 16294/21874/19875 16292/21876/19783</w:t>
        <w:br/>
        <w:t>f 16257/21841/19854 16170/21754/19767 16295/21878/19877</w:t>
        <w:br/>
        <w:t>f 16258/21840/19853 16257/21841/19854 16295/21878/19877</w:t>
        <w:br/>
        <w:t>f 16298/21879/19878 16297/21880/19879 16296/21881/19698</w:t>
        <w:br/>
        <w:t>f 16299/21882/19701 16298/21879/19878 16296/21881/19698</w:t>
        <w:br/>
        <w:t>f 16297/21880/19879 16301/21883/19880 16300/21884/19725</w:t>
        <w:br/>
        <w:t>f 16296/21881/19698 16297/21880/19879 16300/21884/19725</w:t>
        <w:br/>
        <w:t>f 16300/21884/19725 16301/21883/19880 16302/21885/19881</w:t>
        <w:br/>
        <w:t>f 16303/21886/19882 16300/21884/19725 16302/21885/19881</w:t>
        <w:br/>
        <w:t>f 16303/21886/19882 16302/21885/19881 16305/21887/19883</w:t>
        <w:br/>
        <w:t>f 16304/21888/19707 16303/21886/19882 16305/21887/19883</w:t>
        <w:br/>
        <w:t>f 16304/21888/19884 16242/21825/19838 16241/21824/19837</w:t>
        <w:br/>
        <w:t>f 16306/21889/19885 16304/21888/19884 16241/21824/19837</w:t>
        <w:br/>
        <w:t>f 16309/21890/19886 16241/21824/19837 16308/21891/19887</w:t>
        <w:br/>
        <w:t>f 16307/21892/19888 16309/21890/19886 16308/21891/19887</w:t>
        <w:br/>
        <w:t>f 16307/21892/19888 16308/21891/19887 16311/21893/19889</w:t>
        <w:br/>
        <w:t>f 16310/21894/19890 16307/21892/19888 16311/21893/19889</w:t>
        <w:br/>
        <w:t>f 16310/21894/19890 16311/21893/19889 16313/21895/19891</w:t>
        <w:br/>
        <w:t>f 16312/21896/19892 16310/21894/19890 16313/21895/19891</w:t>
        <w:br/>
        <w:t>f 16313/21895/19891 16315/21897/19893 16314/21898/19893</w:t>
        <w:br/>
        <w:t>f 16312/21896/19892 16313/21895/19891 16314/21898/19893</w:t>
        <w:br/>
        <w:t>f 16314/21898/19893 16315/21897/19893 16317/21899/19894</w:t>
        <w:br/>
        <w:t>f 16316/21900/19894 16314/21898/19893 16317/21899/19894</w:t>
        <w:br/>
        <w:t>f 16317/21899/19894 16319/21901/19895 16318/21902/19896</w:t>
        <w:br/>
        <w:t>f 16316/21900/19894 16317/21899/19894 16318/21902/19896</w:t>
        <w:br/>
        <w:t>f 16214/21798/19811 16215/21797/19810 16320/21903/19897</w:t>
        <w:br/>
        <w:t>f 16321/21904/19898 16214/21798/19811 16320/21903/19897</w:t>
        <w:br/>
        <w:t>f 16215/21797/19810 16216/21799/19812 16322/21905/19713</w:t>
        <w:br/>
        <w:t>f 16320/21903/19897 16215/21797/19810 16322/21905/19713</w:t>
        <w:br/>
        <w:t>f 16216/21799/19812 16324/21906/19899 16323/21907/19723</w:t>
        <w:br/>
        <w:t>f 16322/21905/19713 16216/21799/19812 16323/21907/19723</w:t>
        <w:br/>
        <w:t>f 16324/21906/19899 16326/21908/19900 16325/21909/19901</w:t>
        <w:br/>
        <w:t>f 16323/21907/19723 16324/21906/19899 16325/21909/19901</w:t>
        <w:br/>
        <w:t>f 16325/21909/19901 16326/21908/19900 16298/21879/19878</w:t>
        <w:br/>
        <w:t>f 16299/21882/19701 16325/21909/19901 16298/21879/19878</w:t>
        <w:br/>
        <w:t>f 16236/21819/19832 16327/21910/6718 16228/21813/19826</w:t>
        <w:br/>
        <w:t>f 16329/21911/19902 16290/21873/6730 16328/21912/6719</w:t>
        <w:br/>
        <w:t>f 16233/21817/19830 16331/21913/19903 16330/21914/19904</w:t>
        <w:br/>
        <w:t>f 16330/21914/19904 16332/21915/19905 16254/21837/19850</w:t>
        <w:br/>
        <w:t>f 16295/21878/19877 16254/21837/19850 16258/21840/19853</w:t>
        <w:br/>
        <w:t>f 16333/21916/19906 16270/21853/19862 16209/21792/19805</w:t>
        <w:br/>
        <w:t>f 16208/21791/19804 16333/21916/19906 16209/21792/19805</w:t>
        <w:br/>
        <w:t>f 16198/21779/19792 16207/21790/19803 16206/21789/19802</w:t>
        <w:br/>
        <w:t>f 16208/21791/19804 16198/21779/19792 16206/21789/19802</w:t>
        <w:br/>
        <w:t>f 16133/21718/19733 16140/21725/19739 16291/21877/19907</w:t>
        <w:br/>
        <w:t>f 16334/21917/19908 16133/21718/19733 16291/21877/19907</w:t>
        <w:br/>
        <w:t>f 16133/21718/19733 16334/21917/19908 16143/21727/19741</w:t>
        <w:br/>
        <w:t>f 16134/21717/19732 16140/21725/19739 16133/21718/19733</w:t>
        <w:br/>
        <w:t>f 16135/21716/19731 16154/21736/19750 16134/21717/19732</w:t>
        <w:br/>
        <w:t>f 16227/21810/19823 16202/21785/19798 16203/21788/19801</w:t>
        <w:br/>
        <w:t>f 16201/21783/19796 16143/21727/19741 16333/21916/19906</w:t>
        <w:br/>
        <w:t>f 16184/21770/19783 16185/21769/19782 16252/21835/19848</w:t>
        <w:br/>
        <w:t>f 16335/21918/19909 16184/21770/19783 16252/21835/19848</w:t>
        <w:br/>
        <w:t>f 16291/21877/19876 16292/21876/19783 16337/21919/19909</w:t>
        <w:br/>
        <w:t>f 16336/21920/19910 16291/21877/19876 16337/21919/19909</w:t>
        <w:br/>
        <w:t>f 16334/21917/19908 16291/21877/19907 16262/21843/19856</w:t>
        <w:br/>
        <w:t>f 16268/21851/19860 16334/21917/19908 16262/21843/19856</w:t>
        <w:br/>
        <w:t>f 16333/21916/19906 16334/21917/19908 16268/21851/19860</w:t>
        <w:br/>
        <w:t>f 16270/21853/19862 16333/21916/19906 16268/21851/19860</w:t>
        <w:br/>
        <w:t>f 16239/21822/19835 16185/21769/19782 16190/21773/19786</w:t>
        <w:br/>
        <w:t>f 16190/21773/19786 16185/21769/19782 16186/21768/19781</w:t>
        <w:br/>
        <w:t>f 16254/21837/19850 16237/21820/19833 16330/21914/19904</w:t>
        <w:br/>
        <w:t>f 16232/21818/19831 16233/21817/19830 16330/21914/19904</w:t>
        <w:br/>
        <w:t>f 16237/21820/19833 16232/21818/19831 16330/21914/19904</w:t>
        <w:br/>
        <w:t>f 16295/21878/19877 16171/21753/19766 16254/21837/19850</w:t>
        <w:br/>
        <w:t>f 16194/21777/19790 16202/21785/19798 16227/21810/19823</w:t>
        <w:br/>
        <w:t>f 16195/21776/19789 16193/21778/19791 16253/21836/19849</w:t>
        <w:br/>
        <w:t>f 16205/21786/19799 16195/21776/19789 16213/21795/19808</w:t>
        <w:br/>
        <w:t>f 16254/21837/19850 16193/21778/19791 16237/21820/19833</w:t>
        <w:br/>
        <w:t>f 16190/21773/19911 16139/21722/19737 16188/21771/19784</w:t>
        <w:br/>
        <w:t>f 16239/21822/19835 16252/21835/19848 16185/21769/19782</w:t>
        <w:br/>
        <w:t>f 16180/21761/19774 16176/21757/19770 16177/21760/19773</w:t>
        <w:br/>
        <w:t>f 16191/21772/19785 16180/21761/19774 16177/21760/19773</w:t>
        <w:br/>
        <w:t>f 16210/21794/19807 16165/21747/19760 16172/21756/19769</w:t>
        <w:br/>
        <w:t>f 16183/21764/19777 16210/21794/19807 16172/21756/19769</w:t>
        <w:br/>
        <w:t>f 16172/21756/19769 16173/21755/19768 16192/21775/19788</w:t>
        <w:br/>
        <w:t>f 16182/21765/19778 16172/21756/19769 16192/21775/19788</w:t>
        <w:br/>
        <w:t>f 16253/21836/19849 16164/21748/19761 16212/21796/19809</w:t>
        <w:br/>
        <w:t>f 16212/21796/19809 16195/21776/19789 16253/21836/19849</w:t>
        <w:br/>
        <w:t>f 16201/21783/19796 16333/21916/19906 16208/21791/19804</w:t>
        <w:br/>
        <w:t>f 16334/21917/19908 16333/21916/19906 16143/21727/19741</w:t>
        <w:br/>
        <w:t>f 16170/21754/19767 16171/21753/19766 16295/21878/19877</w:t>
        <w:br/>
        <w:t>f 15944/21691/19706 15934/21679/19694 15931/21682/19697</w:t>
        <w:br/>
        <w:t>f 15973/21710/19725 15944/21691/19706 15931/21682/19697</w:t>
        <w:br/>
        <w:t>f 16178/21763/19776 16179/21762/19775 16247/21832/19845</w:t>
        <w:br/>
        <w:t>f 16248/21831/19844 16178/21763/19776 16247/21832/19845</w:t>
        <w:br/>
        <w:t>f 15941/21687/19702 16338/21921/19912 15940/21688/19703</w:t>
        <w:br/>
        <w:t>f 15959/21703/19718 15960/21702/19717 15964/21705/19720</w:t>
        <w:br/>
        <w:t>f 16339/21922/19913 15940/21688/19703 16338/21921/19912</w:t>
        <w:br/>
        <w:t>f 16201/21783/19796 16155/21739/19753 16156/21738/19752</w:t>
        <w:br/>
        <w:t>f 16331/21913/19903 16219/21803/19816 16332/21915/19905</w:t>
        <w:br/>
        <w:t>f 16576/21923/19914 16174/21759/19772 16331/21913/19903</w:t>
        <w:br/>
        <w:t>f 16332/21915/19905 16220/21802/19815 16258/21840/19853</w:t>
        <w:br/>
        <w:t>f 16193/21778/19791 16194/21777/19790 16237/21820/19833</w:t>
        <w:br/>
        <w:t>f 16329/21911/19902 16576/21923/19914 16245/21829/19842</w:t>
        <w:br/>
        <w:t>f 16245/21829/19842 16233/21817/19830 16234/21816/19829</w:t>
        <w:br/>
        <w:t>f 16329/21911/19902 16245/21829/19842 16290/21873/6730</w:t>
        <w:br/>
        <w:t>f 16245/21829/19842 16246/21828/19841 16290/21873/6730</w:t>
        <w:br/>
        <w:t>f 16236/21819/19832 16329/21911/19902 16327/21910/6718</w:t>
        <w:br/>
        <w:t>f 16236/21819/19832 16576/21923/19914 16329/21911/19902</w:t>
        <w:br/>
        <w:t>f 16329/21911/19902 16328/21912/6719 16327/21910/6718</w:t>
        <w:br/>
        <w:t>f 16576/21923/19914 16236/21819/19832 16174/21759/19772</w:t>
        <w:br/>
        <w:t>f 16576/21923/19914 16233/21817/19830 16245/21829/19842</w:t>
        <w:br/>
        <w:t>f 16331/21913/19903 16174/21759/19772 16219/21803/19816</w:t>
        <w:br/>
        <w:t>f 16233/21817/19830 16576/21923/19914 16331/21913/19903</w:t>
        <w:br/>
        <w:t>f 16330/21914/19904 16331/21913/19903 16332/21915/19905</w:t>
        <w:br/>
        <w:t>f 16332/21915/19905 16219/21803/19816 16220/21802/19815</w:t>
        <w:br/>
        <w:t>f 16254/21837/19850 16332/21915/19905 16258/21840/19853</w:t>
        <w:br/>
        <w:t>f 16922/21924/19915 16921/21925/19916 16920/21926/19917</w:t>
        <w:br/>
        <w:t>f 16926/21927/19918 16925/21928/19919 16924/21929/19920</w:t>
        <w:br/>
        <w:t>f 16923/21930/19921 16926/21927/19918 16924/21929/19920</w:t>
        <w:br/>
        <w:t>f 16929/21931/19922 16928/21932/19923 16927/21933/19924</w:t>
        <w:br/>
        <w:t>f 16930/21934/19925 16929/21931/19922 16927/21933/19924</w:t>
        <w:br/>
        <w:t>f 16933/21935/19926 16932/21936/19927 16931/21937/19928</w:t>
        <w:br/>
        <w:t>f 16934/21938/19929 16933/21935/19926 16931/21937/19928</w:t>
        <w:br/>
        <w:t>f 16936/21939/19930 16935/21940/19931 16926/21927/19918</w:t>
        <w:br/>
        <w:t>f 16937/21941/19932 16936/21939/19930 16926/21927/19918</w:t>
        <w:br/>
        <w:t>f 16937/21941/19932 16934/21938/19929 16938/21942/19933</w:t>
        <w:br/>
        <w:t>f 16936/21939/19930 16937/21941/19932 16938/21942/19933</w:t>
        <w:br/>
        <w:t>f 16939/21943/19934 16924/21929/19920 16925/21928/19919</w:t>
        <w:br/>
        <w:t>f 16928/21932/19923 16939/21943/19934 16925/21928/19919</w:t>
        <w:br/>
        <w:t>f 16938/21942/19933 16934/21938/19929 16931/21937/19928</w:t>
        <w:br/>
        <w:t>f 16937/21941/19932 16940/21944/19935 16933/21935/19926</w:t>
        <w:br/>
        <w:t>f 16934/21938/19929 16937/21941/19932 16933/21935/19926</w:t>
        <w:br/>
        <w:t>f 16945/21945/19936 16944/21946/19937 16922/21924/19915</w:t>
        <w:br/>
        <w:t>f 16920/21926/19917 16945/21945/19936 16922/21924/19915</w:t>
        <w:br/>
        <w:t>f 16948/21947/19938 16947/21948/19939 16929/21931/19922</w:t>
        <w:br/>
        <w:t>f 16946/21949/19940 16948/21947/19938 16929/21931/19922</w:t>
        <w:br/>
        <w:t>f 16946/21949/19940 16945/21945/19936 16920/21926/19917</w:t>
        <w:br/>
        <w:t>f 16948/21947/19938 16946/21949/19940 16920/21926/19917</w:t>
        <w:br/>
        <w:t>f 16928/21932/19923 16929/21931/19922 16947/21948/19939</w:t>
        <w:br/>
        <w:t>f 16939/21943/19934 16928/21932/19923 16947/21948/19939</w:t>
        <w:br/>
        <w:t>f 16923/21930/19921 16940/21944/19935 16937/21941/19932</w:t>
        <w:br/>
        <w:t>f 16926/21927/19918 16923/21930/19921 16937/21941/19932</w:t>
        <w:br/>
        <w:t>f 16952/21950/19941 16922/21924/19915 16944/21946/19937</w:t>
        <w:br/>
        <w:t>f 16951/21951/19942 16952/21950/19941 16944/21946/19937</w:t>
        <w:br/>
        <w:t>f 16922/21924/19915 16952/21950/19941 16953/21952/19943</w:t>
        <w:br/>
        <w:t>f 16921/21925/19916 16922/21924/19915 16953/21952/19943</w:t>
        <w:br/>
        <w:t>f 16951/21951/19942 16956/21953/19944 16955/21954/19945</w:t>
        <w:br/>
        <w:t>f 16962/21955/19946 16956/21953/19944 16951/21951/19942</w:t>
        <w:br/>
        <w:t>f 16951/21951/19942 16944/21946/19937 16962/21955/19946</w:t>
        <w:br/>
        <w:t>f 16944/21946/19937 16945/21945/19936 16963/21956/19947</w:t>
        <w:br/>
        <w:t>f 16964/21957/19948 16963/21956/19947 16945/21945/19936</w:t>
        <w:br/>
        <w:t>f 16946/21949/19940 16964/21957/19948 16945/21945/19936</w:t>
        <w:br/>
        <w:t>f 16946/21949/19940 16929/21931/19922 16930/21934/19925</w:t>
        <w:br/>
        <w:t>f 16964/21957/19948 16946/21949/19940 16930/21934/19925</w:t>
        <w:br/>
        <w:t>f 16928/21932/19923 16925/21928/19919 16965/21958/19949</w:t>
        <w:br/>
        <w:t>f 16927/21933/19924 16928/21932/19923 16965/21958/19949</w:t>
        <w:br/>
        <w:t>f 16952/21950/19941 16955/21954/19945 17028/21959/19950</w:t>
        <w:br/>
        <w:t>f 16953/21952/19943 16952/21950/19941 17028/21959/19950</w:t>
        <w:br/>
        <w:t>f 17124/21960/19951 17123/21961/19952 17122/21962/19953</w:t>
        <w:br/>
        <w:t>f 17121/21963/19954 17124/21960/19951 17122/21962/19953</w:t>
        <w:br/>
        <w:t>f 16135/21716/19731 17126/21964/19955 17125/21965/19956</w:t>
        <w:br/>
        <w:t>f 17129/21966/19957 17128/21967/19958 17127/21968/19959</w:t>
        <w:br/>
        <w:t>f 17130/21969/19960 17129/21966/19957 17127/21968/19959</w:t>
        <w:br/>
        <w:t>f 17133/21970/19961 17132/21971/19959 17131/21972/19962</w:t>
        <w:br/>
        <w:t>f 17125/21965/19956 17133/21970/19961 17131/21972/19962</w:t>
        <w:br/>
        <w:t>f 17135/21973/19963 17134/21974/19964 17126/21964/19955</w:t>
        <w:br/>
        <w:t>f 16135/21716/19731 17135/21973/19963 17126/21964/19955</w:t>
        <w:br/>
        <w:t>f 17137/21975/19965 17136/21976/19966 16146/21730/19744</w:t>
        <w:br/>
        <w:t>f 16147/21729/19743 17137/21975/19965 16146/21730/19744</w:t>
        <w:br/>
        <w:t>f 17141/21977/19967 17140/21978/19968 17139/21979/19969</w:t>
        <w:br/>
        <w:t>f 17138/21980/19970 17141/21977/19967 17139/21979/19969</w:t>
        <w:br/>
        <w:t>f 17125/21965/19956 17131/21972/19962 16153/21737/19751</w:t>
        <w:br/>
        <w:t>f 16154/21736/19750 17125/21965/19956 16153/21737/19751</w:t>
        <w:br/>
        <w:t>f 17138/21980/19970 17139/21979/19969 17143/21981/19971</w:t>
        <w:br/>
        <w:t>f 17142/21982/19972 17138/21980/19970 17143/21981/19971</w:t>
        <w:br/>
        <w:t>f 16158/21740/19751 17128/21967/19958 17129/21966/19957</w:t>
        <w:br/>
        <w:t>f 16157/21741/19754 16158/21740/19751 17129/21966/19957</w:t>
        <w:br/>
        <w:t>f 17145/21983/19973 17144/21984/19974 16160/21744/19757</w:t>
        <w:br/>
        <w:t>f 16161/21743/19756 17145/21983/19973 16160/21744/19757</w:t>
        <w:br/>
        <w:t>f 17149/21985/19975 17148/21986/19976 17147/21987/19977</w:t>
        <w:br/>
        <w:t>f 17146/21988/19978 17149/21985/19975 17147/21987/19977</w:t>
        <w:br/>
        <w:t>f 17152/21989/19979 17151/21990/19980 17150/21991/19981</w:t>
        <w:br/>
        <w:t>f 17148/21986/19976 17152/21989/19979 17150/21991/19981</w:t>
        <w:br/>
        <w:t>f 17151/21990/19980 17154/21992/19982 17153/21993/19983</w:t>
        <w:br/>
        <w:t>f 17150/21991/19981 17151/21990/19980 17153/21993/19983</w:t>
        <w:br/>
        <w:t>f 17146/21988/19978 17156/21994/19984 17155/21995/19985</w:t>
        <w:br/>
        <w:t>f 17149/21985/19975 17146/21988/19978 17155/21995/19985</w:t>
        <w:br/>
        <w:t>f 17159/21996/19986 17158/21997/19987 17157/21998/19988</w:t>
        <w:br/>
        <w:t>f 17160/21999/19989 17159/21996/19986 17157/21998/19988</w:t>
        <w:br/>
        <w:t>f 17157/21998/19988 17163/22000/19990 17162/22001/19991</w:t>
        <w:br/>
        <w:t>f 17161/22002/19992 17157/21998/19988 17162/22001/19991</w:t>
        <w:br/>
        <w:t>f 17166/22003/19993 17165/22004/19994 17164/22005/19995</w:t>
        <w:br/>
        <w:t>f 17156/21994/19984 17166/22003/19993 17164/22005/19995</w:t>
        <w:br/>
        <w:t>f 17170/22006/19996 17169/22007/19997 17168/22008/19998</w:t>
        <w:br/>
        <w:t>f 17167/22009/19999 17170/22006/19996 17168/22008/19998</w:t>
        <w:br/>
        <w:t>f 17145/21983/19973 17129/21966/19957 17130/21969/19960</w:t>
        <w:br/>
        <w:t>f 17171/22010/20000 17145/21983/19973 17130/21969/19960</w:t>
        <w:br/>
        <w:t>f 17174/22011/20001 17161/22002/19992 17173/22012/20002</w:t>
        <w:br/>
        <w:t>f 17172/22013/20003 17174/22011/20001 17173/22012/20002</w:t>
        <w:br/>
        <w:t>f 17164/22005/19995 17139/21979/19969 17140/21978/19968</w:t>
        <w:br/>
        <w:t>f 17175/22014/20004 17164/22005/19995 17140/21978/19968</w:t>
        <w:br/>
        <w:t>f 17178/22015/20005 17177/22016/20006 17176/22017/20007</w:t>
        <w:br/>
        <w:t>f 17181/22018/20008 17180/22019/20009 17179/22020/20010</w:t>
        <w:br/>
        <w:t>f 17182/22021/20011 17181/22018/20008 17179/22020/20010</w:t>
        <w:br/>
        <w:t>f 16147/21729/19743 16160/21744/19757 17144/21984/19974</w:t>
        <w:br/>
        <w:t>f 17137/21975/19965 16147/21729/19743 17144/21984/19974</w:t>
        <w:br/>
        <w:t>f 17165/22004/19994 17143/21981/19971 17139/21979/19969</w:t>
        <w:br/>
        <w:t>f 17164/22005/19995 17165/22004/19994 17139/21979/19969</w:t>
        <w:br/>
        <w:t>f 17184/22022/20012 17183/22023/20013 17142/21982/19972</w:t>
        <w:br/>
        <w:t>f 17183/22023/20013 17134/21974/19964 17135/21973/19963</w:t>
        <w:br/>
        <w:t>f 17176/22017/20007 17185/22024/20014 17178/22015/20005</w:t>
        <w:br/>
        <w:t>f 17188/22025/20015 17185/22024/20014 17187/22026/20016</w:t>
        <w:br/>
        <w:t>f 17186/22027/20017 17188/22025/20015 17187/22026/20016</w:t>
        <w:br/>
        <w:t>f 17143/21981/19971 17165/22004/19994 17189/22028/20018</w:t>
        <w:br/>
        <w:t>f 17184/22022/20012 17143/21981/19971 17189/22028/20018</w:t>
        <w:br/>
        <w:t>f 17165/22004/19994 17166/22003/19993 17190/22029/20019</w:t>
        <w:br/>
        <w:t>f 17189/22028/20018 17165/22004/19994 17190/22029/20019</w:t>
        <w:br/>
        <w:t>f 17184/22022/20012 17134/21974/19964 17183/22023/20013</w:t>
        <w:br/>
        <w:t>f 17189/22028/20018 17191/22030/20020 17184/22022/20012</w:t>
        <w:br/>
        <w:t>f 17180/22019/20009 17192/22031/20021 17191/22030/20020</w:t>
        <w:br/>
        <w:t>f 17179/22020/20010 17180/22019/20009 17191/22030/20020</w:t>
        <w:br/>
        <w:t>f 17194/22032/20022 17190/22029/20019 17166/22003/19993</w:t>
        <w:br/>
        <w:t>f 17193/22033/20023 17194/22032/20022 17166/22003/19993</w:t>
        <w:br/>
        <w:t>f 17196/22034/20024 17195/22035/20025 17178/22015/20005</w:t>
        <w:br/>
        <w:t>f 17182/22021/20011 17179/22020/20010 17190/22029/20019</w:t>
        <w:br/>
        <w:t>f 17194/22032/20022 17182/22021/20011 17190/22029/20019</w:t>
        <w:br/>
        <w:t>f 17194/22032/20022 17196/22034/20024 17188/22025/20015</w:t>
        <w:br/>
        <w:t>f 17182/22021/20011 17194/22032/20022 17188/22025/20015</w:t>
        <w:br/>
        <w:t>f 17198/22036/20026 17197/22037/20027 17140/21978/19968</w:t>
        <w:br/>
        <w:t>f 17141/21977/19967 17198/22036/20026 17140/21978/19968</w:t>
        <w:br/>
        <w:t>f 17197/22037/20027 17199/22038/20028 17175/22014/20004</w:t>
        <w:br/>
        <w:t>f 17140/21978/19968 17197/22037/20027 17175/22014/20004</w:t>
        <w:br/>
        <w:t>f 17199/22038/20028 17200/22039/20029 17155/21995/19985</w:t>
        <w:br/>
        <w:t>f 17175/22014/20004 17199/22038/20028 17155/21995/19985</w:t>
        <w:br/>
        <w:t>f 17185/22024/20014 17188/22025/20015 17178/22015/20005</w:t>
        <w:br/>
        <w:t>f 17196/22034/20024 17194/22032/20022 17193/22033/20023</w:t>
        <w:br/>
        <w:t>f 17195/22035/20025 17196/22034/20024 17193/22033/20023</w:t>
        <w:br/>
        <w:t>f 17158/21997/19987 17201/22040/20030 17163/22000/19990</w:t>
        <w:br/>
        <w:t>f 17157/21998/19988 17158/21997/19987 17163/22000/19990</w:t>
        <w:br/>
        <w:t>f 17203/22041/20031 17202/22042/20032 17201/22040/20030</w:t>
        <w:br/>
        <w:t>f 17158/21997/19987 17203/22041/20031 17201/22040/20030</w:t>
        <w:br/>
        <w:t>f 17173/22012/20002 17124/21960/19951 17121/21963/19954</w:t>
        <w:br/>
        <w:t>f 17204/22043/20033 17173/22012/20002 17121/21963/19954</w:t>
        <w:br/>
        <w:t>f 17207/22044/20034 17206/22045/20035 17205/22046/20036</w:t>
        <w:br/>
        <w:t>f 17208/22047/20037 17207/22044/20034 17205/22046/20036</w:t>
        <w:br/>
        <w:t>f 17186/22027/20017 17206/22045/20035 17207/22044/20034</w:t>
        <w:br/>
        <w:t>f 17209/22048/20038 17186/22027/20017 17207/22044/20034</w:t>
        <w:br/>
        <w:t>f 17187/22026/20016 17210/22049/20039 17205/22046/20036</w:t>
        <w:br/>
        <w:t>f 17206/22045/20035 17187/22026/20016 17205/22046/20036</w:t>
        <w:br/>
        <w:t>f 17186/22027/20017 17187/22026/20016 17206/22045/20035</w:t>
        <w:br/>
        <w:t>f 17186/22027/20017 17209/22048/20038 17181/22018/20008</w:t>
        <w:br/>
        <w:t>f 17213/22050/20040 17212/22051/20041 17211/22052/20042</w:t>
        <w:br/>
        <w:t>f 17214/22053/20043 17213/22050/20040 17211/22052/20042</w:t>
        <w:br/>
        <w:t>f 17218/22054/20044 17217/22055/20045 17216/22056/20046</w:t>
        <w:br/>
        <w:t>f 17215/22057/20047 17218/22054/20044 17216/22056/20046</w:t>
        <w:br/>
        <w:t>f 17174/22011/20001 17211/22052/20042 17212/22051/20041</w:t>
        <w:br/>
        <w:t>f 17160/21999/19989 17174/22011/20001 17212/22051/20041</w:t>
        <w:br/>
        <w:t>f 17160/21999/19989 17212/22051/20041 17219/22058/20048</w:t>
        <w:br/>
        <w:t>f 17159/21996/19986 17160/21999/19989 17219/22058/20048</w:t>
        <w:br/>
        <w:t>f 17217/22055/20045 17210/22049/20039 17176/22017/20007</w:t>
        <w:br/>
        <w:t>f 17220/22059/20049 17217/22055/20045 17176/22017/20007</w:t>
        <w:br/>
        <w:t>f 17219/22058/20048 17212/22051/20041 17213/22050/20040</w:t>
        <w:br/>
        <w:t>f 17124/21960/19951 17173/22012/20002 17161/22002/19992</w:t>
        <w:br/>
        <w:t>f 17162/22001/19991 17124/21960/19951 17161/22002/19992</w:t>
        <w:br/>
        <w:t>f 17182/22021/20011 17188/22025/20015 17186/22027/20017</w:t>
        <w:br/>
        <w:t>f 17181/22018/20008 17182/22021/20011 17186/22027/20017</w:t>
        <w:br/>
        <w:t>f 17136/21976/19966 17137/21975/19965 17121/21963/19954</w:t>
        <w:br/>
        <w:t>f 17122/21962/19953 17136/21976/19966 17121/21963/19954</w:t>
        <w:br/>
        <w:t>f 17221/22060/20050 17149/21985/19975 17155/21995/19985</w:t>
        <w:br/>
        <w:t>f 17200/22039/20029 17221/22060/20050 17155/21995/19985</w:t>
        <w:br/>
        <w:t>f 17214/22053/20043 17211/22052/20042 17222/22061/20051</w:t>
        <w:br/>
        <w:t>f 17223/22062/20052 17214/22053/20043 17222/22061/20051</w:t>
        <w:br/>
        <w:t>f 17224/22063/20053 17201/22040/20030 17202/22042/20032</w:t>
        <w:br/>
        <w:t>f 17225/22064/20054 17224/22063/20053 17202/22042/20032</w:t>
        <w:br/>
        <w:t>f 17159/21996/19986 17203/22041/20031 17158/21997/19987</w:t>
        <w:br/>
        <w:t>f 17215/22057/20047 17227/22065/20055 17226/22066/20056</w:t>
        <w:br/>
        <w:t>f 17218/22054/20044 17215/22057/20047 17226/22066/20056</w:t>
        <w:br/>
        <w:t>f 17229/22067/20057 17228/22068/20058 17227/22065/20055</w:t>
        <w:br/>
        <w:t>f 17215/22057/20047 17229/22067/20057 17227/22065/20055</w:t>
        <w:br/>
        <w:t>f 17218/22054/20044 17226/22066/20056 17208/22047/20037</w:t>
        <w:br/>
        <w:t>f 17205/22046/20036 17218/22054/20044 17208/22047/20037</w:t>
        <w:br/>
        <w:t>f 17204/22043/20033 17121/21963/19954 17137/21975/19965</w:t>
        <w:br/>
        <w:t>f 17144/21984/19974 17204/22043/20033 17137/21975/19965</w:t>
        <w:br/>
        <w:t>f 17232/22069/20059 17231/22070/20060 17230/22071/20061</w:t>
        <w:br/>
        <w:t>f 17172/22013/20003 17173/22012/20002 17204/22043/20033</w:t>
        <w:br/>
        <w:t>f 17233/22072/20062 17172/22013/20003 17204/22043/20033</w:t>
        <w:br/>
        <w:t>f 17162/22001/19991 17231/22070/20060 17123/21961/19952</w:t>
        <w:br/>
        <w:t>f 17124/21960/19951 17162/22001/19991 17123/21961/19952</w:t>
        <w:br/>
        <w:t>f 17234/22073/20063 17123/21961/19952 17231/22070/20060</w:t>
        <w:br/>
        <w:t>f 17232/22069/20059 17234/22073/20063 17231/22070/20060</w:t>
        <w:br/>
        <w:t>f 17222/22061/20051 17235/22074/20064 17223/22062/20052</w:t>
        <w:br/>
        <w:t>f 17205/22046/20036 17210/22049/20039 17217/22055/20045</w:t>
        <w:br/>
        <w:t>f 17218/22054/20044 17205/22046/20036 17217/22055/20045</w:t>
        <w:br/>
        <w:t>f 17146/21988/19978 17147/21987/19977 17195/22035/20025</w:t>
        <w:br/>
        <w:t>f 17193/22033/20023 17146/21988/19978 17195/22035/20025</w:t>
        <w:br/>
        <w:t>f 17150/21991/19981 17153/21993/19983 17177/22016/20006</w:t>
        <w:br/>
        <w:t>f 17236/22075/20065 17150/21991/19981 17177/22016/20006</w:t>
        <w:br/>
        <w:t>f 17148/21986/19976 17150/21991/19981 17236/22075/20065</w:t>
        <w:br/>
        <w:t>f 17147/21987/19977 17148/21986/19976 17236/22075/20065</w:t>
        <w:br/>
        <w:t>f 17237/22076/20066 17177/22016/20006 17153/21993/19983</w:t>
        <w:br/>
        <w:t>f 17238/22077/20067 17136/21976/19966 17122/21962/19953</w:t>
        <w:br/>
        <w:t>f 17239/22078/20068 17238/22077/20067 17122/21962/19953</w:t>
        <w:br/>
        <w:t>f 17241/22079/20069 17240/22080/20070 17225/22064/20054</w:t>
        <w:br/>
        <w:t>f 17202/22042/20032 17241/22079/20069 17225/22064/20054</w:t>
        <w:br/>
        <w:t>f 17224/22063/20053 17230/22071/20061 17163/22000/19990</w:t>
        <w:br/>
        <w:t>f 17201/22040/20030 17224/22063/20053 17163/22000/19990</w:t>
        <w:br/>
        <w:t>f 17221/22060/20050 17152/21989/19979 17148/21986/19976</w:t>
        <w:br/>
        <w:t>f 17149/21985/19975 17221/22060/20050 17148/21986/19976</w:t>
        <w:br/>
        <w:t>f 17123/21961/19952 17234/22073/20063 17239/22078/20068</w:t>
        <w:br/>
        <w:t>f 17122/21962/19953 17123/21961/19952 17239/22078/20068</w:t>
        <w:br/>
        <w:t>f 17136/21976/19966 17238/22077/20067 16259/21842/19855</w:t>
        <w:br/>
        <w:t>f 16146/21730/19744 17136/21976/19966 16259/21842/19855</w:t>
        <w:br/>
        <w:t>f 17129/21966/19957 17145/21983/19973 16161/21743/19756</w:t>
        <w:br/>
        <w:t>f 16157/21741/19754 17129/21966/19957 16161/21743/19756</w:t>
        <w:br/>
        <w:t>f 17171/22010/20000 17204/22043/20033 17144/21984/19974</w:t>
        <w:br/>
        <w:t>f 17145/21983/19973 17171/22010/20000 17144/21984/19974</w:t>
        <w:br/>
        <w:t>f 17211/22052/20042 17174/22011/20001 17172/22013/20003</w:t>
        <w:br/>
        <w:t>f 17222/22061/20051 17211/22052/20042 17172/22013/20003</w:t>
        <w:br/>
        <w:t>f 17244/22081/20071 17243/22082/20072 17242/22083/20073</w:t>
        <w:br/>
        <w:t>f 17245/22084/20074 17244/22081/20071 17242/22083/20073</w:t>
        <w:br/>
        <w:t>f 17248/22085/20075 17247/22086/20076 17246/22087/20072</w:t>
        <w:br/>
        <w:t>f 17249/22088/20071 17248/22085/20075 17246/22087/20072</w:t>
        <w:br/>
        <w:t>f 17245/22084/20074 17242/22083/20073 17250/22089/20077</w:t>
        <w:br/>
        <w:t>f 17251/22090/20078 17245/22084/20074 17250/22089/20077</w:t>
        <w:br/>
        <w:t>f 17251/22090/20078 17250/22089/20077 17252/22091/20079</w:t>
        <w:br/>
        <w:t>f 17253/22092/20080 17251/22090/20078 17252/22091/20079</w:t>
        <w:br/>
        <w:t>f 17255/22093/20081 17254/22094/6799 17252/22091/20079</w:t>
        <w:br/>
        <w:t>f 17192/22031/20021 17255/22093/20081 17252/22091/20079</w:t>
        <w:br/>
        <w:t>f 17257/22095/20082 17256/22096/20083 17192/22031/20021</w:t>
        <w:br/>
        <w:t>f 17180/22019/20009 17257/22095/20082 17192/22031/20021</w:t>
        <w:br/>
        <w:t>f 17259/22097/6807 17258/22098/6806 17207/22044/20034</w:t>
        <w:br/>
        <w:t>f 17208/22047/20037 17259/22097/6807 17207/22044/20034</w:t>
        <w:br/>
        <w:t>f 17260/22099/20084 17209/22048/20038 17207/22044/20034</w:t>
        <w:br/>
        <w:t>f 17258/22098/6806 17260/22099/20084 17207/22044/20034</w:t>
        <w:br/>
        <w:t>f 17262/22100/20085 17261/22101/20086 17209/22048/20038</w:t>
        <w:br/>
        <w:t>f 17260/22099/20084 17262/22100/20085 17209/22048/20038</w:t>
        <w:br/>
        <w:t>f 17266/22102/20087 17265/22103/20088 17264/22104/20089</w:t>
        <w:br/>
        <w:t>f 17263/22105/20090 17266/22102/20087 17264/22104/20089</w:t>
        <w:br/>
        <w:t>f 17268/22106/20091 17266/22102/20087 17263/22105/20090</w:t>
        <w:br/>
        <w:t>f 17267/22107/20092 17268/22106/20091 17263/22105/20090</w:t>
        <w:br/>
        <w:t>f 17269/22108/20093 17226/22066/20056 17227/22065/20055</w:t>
        <w:br/>
        <w:t>f 17270/22109/20094 17269/22108/20093 17227/22065/20055</w:t>
        <w:br/>
        <w:t>f 17271/22110/20095 17227/22065/20055 17228/22068/20058</w:t>
        <w:br/>
        <w:t>f 17272/22111/20096 17271/22110/20095 17228/22068/20058</w:t>
        <w:br/>
        <w:t>f 17262/22100/20085 17257/22095/20082 17180/22019/20009</w:t>
        <w:br/>
        <w:t>f 17261/22101/20086 17262/22100/20085 17180/22019/20009</w:t>
        <w:br/>
        <w:t>f 17259/22097/6807 17208/22047/20037 17226/22066/20056</w:t>
        <w:br/>
        <w:t>f 17269/22108/20093 17259/22097/6807 17226/22066/20056</w:t>
        <w:br/>
        <w:t>f 17268/22106/20091 17267/22107/20092 17247/22086/20076</w:t>
        <w:br/>
        <w:t>f 17248/22085/20075 17268/22106/20091 17247/22086/20076</w:t>
        <w:br/>
        <w:t>f 17276/22112/20097 17275/22113/20098 17274/22114/19997</w:t>
        <w:br/>
        <w:t>f 17273/22115/19996 17276/22112/20097 17274/22114/19997</w:t>
        <w:br/>
        <w:t>f 17277/22116/20099 17154/21992/19982 17240/22080/20070</w:t>
        <w:br/>
        <w:t>f 17241/22079/20069 17277/22116/20099 17240/22080/20070</w:t>
        <w:br/>
        <w:t>f 17280/22117/19924 17279/22118/20100 17278/22119/20101</w:t>
        <w:br/>
        <w:t>f 17281/22120/19925 17280/22117/19924 17278/22119/20101</w:t>
        <w:br/>
        <w:t>f 17283/22121/20102 17282/22122/20103 17279/22118/20100</w:t>
        <w:br/>
        <w:t>f 17280/22117/19924 17283/22121/20102 17279/22118/20100</w:t>
        <w:br/>
        <w:t>f 17284/22123/20104 17282/22122/20103 17283/22121/20102</w:t>
        <w:br/>
        <w:t>f 17285/22124/20105 17284/22123/20104 17283/22121/20102</w:t>
        <w:br/>
        <w:t>f 17285/22124/20105 17287/22125/20106 17286/22126/20107</w:t>
        <w:br/>
        <w:t>f 17284/22123/20104 17285/22124/20105 17286/22126/20107</w:t>
        <w:br/>
        <w:t>f 17287/22125/19930 17288/22127/20108 17224/22063/20053</w:t>
        <w:br/>
        <w:t>f 17225/22064/20054 17287/22125/19930 17224/22063/20053</w:t>
        <w:br/>
        <w:t>f 17302/22128/20109 17197/22037/20027 17198/22036/20026</w:t>
        <w:br/>
        <w:t>f 17303/22129/20110 17302/22128/20109 17198/22036/20026</w:t>
        <w:br/>
        <w:t>f 17304/22130/20111 17199/22038/20028 17197/22037/20027</w:t>
        <w:br/>
        <w:t>f 17302/22128/20109 17304/22130/20111 17197/22037/20027</w:t>
        <w:br/>
        <w:t>f 17306/22131/20112 17305/22132/20113 17199/22038/20028</w:t>
        <w:br/>
        <w:t>f 17304/22130/20111 17306/22131/20112 17199/22038/20028</w:t>
        <w:br/>
        <w:t>f 17308/22133/19948 17307/22134/20114 17305/22132/20113</w:t>
        <w:br/>
        <w:t>f 17306/22131/20112 17308/22133/19948 17305/22132/20113</w:t>
        <w:br/>
        <w:t>f 17308/22133/19948 17281/22120/19925 17278/22119/20101</w:t>
        <w:br/>
        <w:t>f 17307/22134/20114 17308/22133/19948 17278/22119/20101</w:t>
        <w:br/>
        <w:t>f 17219/22058/20048 17213/22050/20040 17309/22135/6815</w:t>
        <w:br/>
        <w:t>f 17311/22136/20115 17310/22137/6819 17272/22111/20096</w:t>
        <w:br/>
        <w:t>f 17216/22056/20046 17313/22138/20116 17312/22139/20117</w:t>
        <w:br/>
        <w:t>f 17313/22138/20116 17237/22076/20066 17314/22140/20118</w:t>
        <w:br/>
        <w:t>f 17277/22116/20099 17241/22079/20069 17237/22076/20066</w:t>
        <w:br/>
        <w:t>f 17315/22141/20119 17191/22030/20020 17192/22031/20021</w:t>
        <w:br/>
        <w:t>f 17252/22091/20079 17315/22141/20119 17192/22031/20021</w:t>
        <w:br/>
        <w:t>f 17179/22020/20010 17191/22030/20020 17189/22028/20018</w:t>
        <w:br/>
        <w:t>f 17190/22029/20019 17179/22020/20010 17189/22028/20018</w:t>
        <w:br/>
        <w:t>f 17126/21964/19955 17316/22142/20120 17275/22113/20098</w:t>
        <w:br/>
        <w:t>f 17133/21970/19961 17126/21964/19955 17275/22113/20098</w:t>
        <w:br/>
        <w:t>f 17126/21964/19955 17134/21974/19964 17316/22142/20120</w:t>
        <w:br/>
        <w:t>f 17125/21965/19956 17126/21964/19955 17133/21970/19961</w:t>
        <w:br/>
        <w:t>f 16135/21716/19731 17125/21965/19956 16154/21736/19750</w:t>
        <w:br/>
        <w:t>f 17210/22049/20039 17187/22026/20016 17185/22024/20014</w:t>
        <w:br/>
        <w:t>f 17184/22022/20012 17315/22141/20119 17134/21974/19964</w:t>
        <w:br/>
        <w:t>f 17169/22007/19997 17317/22143/20121 17235/22074/20064</w:t>
        <w:br/>
        <w:t>f 17168/22008/19998 17169/22007/19997 17235/22074/20064</w:t>
        <w:br/>
        <w:t>f 17275/22113/20098 17319/22144/20122 17318/22145/20121</w:t>
        <w:br/>
        <w:t>f 17274/22114/19997 17275/22113/20098 17318/22145/20121</w:t>
        <w:br/>
        <w:t>f 17316/22142/20120 17250/22089/20077 17242/22083/20073</w:t>
        <w:br/>
        <w:t>f 17275/22113/20098 17316/22142/20120 17242/22083/20073</w:t>
        <w:br/>
        <w:t>f 17315/22141/20119 17252/22091/20079 17250/22089/20077</w:t>
        <w:br/>
        <w:t>f 17316/22142/20120 17315/22141/20119 17250/22089/20077</w:t>
        <w:br/>
        <w:t>f 17222/22061/20051 17172/22013/20003 17168/22008/19998</w:t>
        <w:br/>
        <w:t>f 17172/22013/20003 17167/22009/19999 17168/22008/19998</w:t>
        <w:br/>
        <w:t>f 17237/22076/20066 17313/22138/20116 17220/22059/20049</w:t>
        <w:br/>
        <w:t>f 17217/22055/20045 17220/22059/20049 17313/22138/20116</w:t>
        <w:br/>
        <w:t>f 17216/22056/20046 17217/22055/20045 17313/22138/20116</w:t>
        <w:br/>
        <w:t>f 17277/22116/20099 17237/22076/20066 17153/21993/19983</w:t>
        <w:br/>
        <w:t>f 17176/22017/20007 17210/22049/20039 17185/22024/20014</w:t>
        <w:br/>
        <w:t>f 17178/22015/20005 17236/22075/20065 17177/22016/20006</w:t>
        <w:br/>
        <w:t>f 17188/22025/20015 17196/22034/20024 17178/22015/20005</w:t>
        <w:br/>
        <w:t>f 17237/22076/20066 17220/22059/20049 17177/22016/20006</w:t>
        <w:br/>
        <w:t>f 17172/22013/20123 17171/22010/20000 17130/21969/19960</w:t>
        <w:br/>
        <w:t>f 17222/22061/20051 17168/22008/19998 17235/22074/20064</w:t>
        <w:br/>
        <w:t>f 17161/22002/19992 17174/22011/20001 17160/21999/19989</w:t>
        <w:br/>
        <w:t>f 17157/21998/19988 17161/22002/19992 17160/21999/19989</w:t>
        <w:br/>
        <w:t>f 17193/22033/20023 17166/22003/19993 17156/21994/19984</w:t>
        <w:br/>
        <w:t>f 17146/21988/19978 17193/22033/20023 17156/21994/19984</w:t>
        <w:br/>
        <w:t>f 17175/22014/20004 17155/21995/19985 17156/21994/19984</w:t>
        <w:br/>
        <w:t>f 17164/22005/19995 17175/22014/20004 17156/21994/19984</w:t>
        <w:br/>
        <w:t>f 17236/22075/20065 17195/22035/20025 17147/21987/19977</w:t>
        <w:br/>
        <w:t>f 17195/22035/20025 17236/22075/20065 17178/22015/20005</w:t>
        <w:br/>
        <w:t>f 17184/22022/20012 17191/22030/20020 17315/22141/20119</w:t>
        <w:br/>
        <w:t>f 17316/22142/20120 17134/21974/19964 17315/22141/20119</w:t>
        <w:br/>
        <w:t>f 17154/21992/19982 17277/22116/20099 17153/21993/19983</w:t>
        <w:br/>
        <w:t>f 16935/21940/19931 16965/21958/19949 16925/21928/19919</w:t>
        <w:br/>
        <w:t>f 16926/21927/19918 16935/21940/19931 16925/21928/19919</w:t>
        <w:br/>
        <w:t>f 17231/22070/20060 17162/22001/19991 17163/22000/19990</w:t>
        <w:br/>
        <w:t>f 17230/22071/20061 17231/22070/20060 17163/22000/19990</w:t>
        <w:br/>
        <w:t>f 16931/21937/19928 16932/21936/19927 17320/22146/20124</w:t>
        <w:br/>
        <w:t>f 16951/21951/19942 16955/21954/19945 16952/21950/19941</w:t>
        <w:br/>
        <w:t>f 17321/22147/20125 17320/22146/20124 16932/21936/19927</w:t>
        <w:br/>
        <w:t>f 17184/22022/20012 17142/21982/19972 17143/21981/19971</w:t>
        <w:br/>
        <w:t>f 17312/22139/20117 17314/22140/20118 17203/22041/20031</w:t>
        <w:br/>
        <w:t>f 17558/22148/20126 17312/22139/20117 17159/21996/19986</w:t>
        <w:br/>
        <w:t>f 17314/22140/20118 17241/22079/20069 17202/22042/20032</w:t>
        <w:br/>
        <w:t>f 17177/22016/20006 17220/22059/20049 17176/22017/20007</w:t>
        <w:br/>
        <w:t>f 17311/22136/20115 17229/22067/20057 17558/22148/20126</w:t>
        <w:br/>
        <w:t>f 17229/22067/20057 17215/22057/20047 17216/22056/20046</w:t>
        <w:br/>
        <w:t>f 17311/22136/20115 17272/22111/20096 17229/22067/20057</w:t>
        <w:br/>
        <w:t>f 17229/22067/20057 17272/22111/20096 17228/22068/20058</w:t>
        <w:br/>
        <w:t>f 17219/22058/20048 17309/22135/6815 17311/22136/20115</w:t>
        <w:br/>
        <w:t>f 17219/22058/20048 17311/22136/20115 17558/22148/20126</w:t>
        <w:br/>
        <w:t>f 17311/22136/20115 17309/22135/6815 17310/22137/6819</w:t>
        <w:br/>
        <w:t>f 17558/22148/20126 17159/21996/19986 17219/22058/20048</w:t>
        <w:br/>
        <w:t>f 17558/22148/20126 17229/22067/20057 17216/22056/20046</w:t>
        <w:br/>
        <w:t>f 17312/22139/20117 17203/22041/20031 17159/21996/19986</w:t>
        <w:br/>
        <w:t>f 17216/22056/20046 17312/22139/20117 17558/22148/20126</w:t>
        <w:br/>
        <w:t>f 17313/22138/20116 17314/22140/20118 17312/22139/20117</w:t>
        <w:br/>
        <w:t>f 17314/22140/20118 17202/22042/20032 17203/22041/20031</w:t>
        <w:br/>
        <w:t>f 17237/22076/20066 17241/22079/20069 17314/22140/20118</w:t>
        <w:br/>
        <w:t>f 3141/20493/18553 3348/20700/18758 3171/20522/18580</w:t>
        <w:br/>
        <w:t>f 3192/20542/18600 3203/20551/18609 3350/20701/18759</w:t>
        <w:br/>
        <w:t>f 3190/20540/18598 3203/20551/18609 3192/20542/18600</w:t>
        <w:br/>
        <w:t>f 3141/20493/18553 3171/20522/18580 3140/20494/18554</w:t>
        <w:br/>
        <w:t>f 3413/22149/20127 3412/22150/20128 3411/22151/20128</w:t>
        <w:br/>
        <w:t>f 3410/22152/20127 3413/22149/20127 3411/22151/20128</w:t>
        <w:br/>
        <w:t>f 3416/22153/20129 3415/22154/20129 3414/22155/20130</w:t>
        <w:br/>
        <w:t>f 3417/22156/20130 3416/22153/20129 3414/22155/20130</w:t>
        <w:br/>
        <w:t>f 3419/22157/20131 3418/22158/20131 3415/22154/20129</w:t>
        <w:br/>
        <w:t>f 3416/22153/20129 3419/22157/20131 3415/22154/20129</w:t>
        <w:br/>
        <w:t>f 3417/22156/20130 3414/22155/20130 3429/22159/20132</w:t>
        <w:br/>
        <w:t>f 3430/22160/20132 3417/22156/20130 3429/22159/20132</w:t>
        <w:br/>
        <w:t>f 3433/22161/20133 3432/20939/20134 3431/22162/20135</w:t>
        <w:br/>
        <w:t>f 3434/22163/20136 3433/22161/20133 3431/22162/20135</w:t>
        <w:br/>
        <w:t>f 3410/22152/20127 3434/22163/20136 3431/22162/20135</w:t>
        <w:br/>
        <w:t>f 3413/22149/20127 3410/22152/20127 3431/22162/20135</w:t>
        <w:br/>
        <w:t>f 3419/22157/20131 3411/22151/20128 3412/22150/20128</w:t>
        <w:br/>
        <w:t>f 3418/22158/20131 3419/22157/20131 3412/22150/20128</w:t>
        <w:br/>
        <w:t>f 3440/22164/20137 3439/22165/20138 3438/22166/20139</w:t>
        <w:br/>
        <w:t>f 3441/22167/20140 3440/22164/20137 3438/22166/20139</w:t>
        <w:br/>
        <w:t>f 3438/22166/20139 3430/22160/20132 3429/22159/20132</w:t>
        <w:br/>
        <w:t>f 3441/22167/20140 3438/22166/20139 3429/22159/20132</w:t>
        <w:br/>
        <w:t>f 3733/22168/20141 3732/22169/20142 3731/22170/20143</w:t>
        <w:br/>
        <w:t>f 3734/21358/19396 3733/22168/20141 3731/22170/20143</w:t>
        <w:br/>
        <w:t>f 3762/22171/20144 3761/22172/20145 3760/22173/20146</w:t>
        <w:br/>
        <w:t>f 3759/22174/20147 3762/22171/20144 3760/22173/20146</w:t>
        <w:br/>
        <w:t>f 3765/22175/20148 3764/21347/20149 3763/22176/20150</w:t>
        <w:br/>
        <w:t>f 3766/22177/20151 3765/22175/20148 3763/22176/20150</w:t>
        <w:br/>
        <w:t>f 3768/22178/20152 3767/22179/20152 3734/21358/19396</w:t>
        <w:br/>
        <w:t>f 3731/22170/20143 3768/22178/20152 3734/21358/19396</w:t>
        <w:br/>
        <w:t>f 3432/20939/20134 3433/22161/20133 3994/22180/20153</w:t>
        <w:br/>
        <w:t>f 3993/22181/20154 3432/20939/20134 3994/22180/20153</w:t>
        <w:br/>
        <w:t>f 3766/22177/20151 3763/22176/20150 3761/22172/20145</w:t>
        <w:br/>
        <w:t>f 3762/22171/20144 3766/22177/20151 3761/22172/20145</w:t>
        <w:br/>
        <w:t>f 4058/22182/20155 4057/22183/20156 4056/22184/20157</w:t>
        <w:br/>
        <w:t>f 4055/22185/20158 4058/22182/20155 4056/22184/20157</w:t>
        <w:br/>
        <w:t>f 3765/22175/20148 4066/22186/20159 4065/22187/20159</w:t>
        <w:br/>
        <w:t>f 3764/21347/20149 3765/22175/20148 4065/22187/20159</w:t>
        <w:br/>
        <w:t>f 4066/22186/20159 3733/22168/20141 3734/21358/19396</w:t>
        <w:br/>
        <w:t>f 4065/22187/20159 4066/22186/20159 3734/21358/19396</w:t>
        <w:br/>
        <w:t>f 4055/22185/20158 4082/22188/20160 4081/22189/19376</w:t>
        <w:br/>
        <w:t>f 4058/22182/20155 4055/22185/20158 4081/22189/19376</w:t>
        <w:br/>
        <w:t>f 4088/22190/18760 4087/22191/20161 4086/22192/20162</w:t>
        <w:br/>
        <w:t>f 4085/22193/20163 4088/22190/18760 4086/22192/20162</w:t>
        <w:br/>
        <w:t>f 4086/22192/20162 4089/22194/20153 4085/22193/20163</w:t>
        <w:br/>
        <w:t>f 4092/22195/20164 4091/22196/20165 4090/22197/20166</w:t>
        <w:br/>
        <w:t>f 4092/22195/20164 4093/22198/20167 4091/22196/20165</w:t>
        <w:br/>
        <w:t>f 4091/22196/20165 4094/22199/20168 4090/22197/20166</w:t>
        <w:br/>
        <w:t>f 4093/22198/20167 4096/22200/20169 4095/22201/20170</w:t>
        <w:br/>
        <w:t>f 4094/22199/20168 4097/22202/20171 4090/22197/20166</w:t>
        <w:br/>
        <w:t>f 4091/22196/20165 4093/22198/20167 4095/22201/20170</w:t>
        <w:br/>
        <w:t>f 3439/22165/20138 4098/22203/20172 3438/22166/20139</w:t>
        <w:br/>
        <w:t>f 4100/22204/19432 4089/22194/20153 4099/22205/20173</w:t>
        <w:br/>
        <w:t>f 4112/22206/20174 4111/22207/20175 4110/22208/20175</w:t>
        <w:br/>
        <w:t>f 4109/22209/20176 4112/22206/20174 4110/22208/20175</w:t>
        <w:br/>
        <w:t>f 4116/22210/20177 4115/22211/20178 4114/22212/20178</w:t>
        <w:br/>
        <w:t>f 4113/22213/20177 4116/22210/20177 4114/22212/20178</w:t>
        <w:br/>
        <w:t>f 4118/22214/20179 4116/22210/20177 4113/22213/20177</w:t>
        <w:br/>
        <w:t>f 4117/22215/20179 4118/22214/20179 4113/22213/20177</w:t>
        <w:br/>
        <w:t>f 4115/22211/20178 4120/22216/20180 4119/22217/20180</w:t>
        <w:br/>
        <w:t>f 4114/22212/20178 4115/22211/20178 4119/22217/20180</w:t>
        <w:br/>
        <w:t>f 4099/22205/20173 4122/22218/20136 4121/22219/20181</w:t>
        <w:br/>
        <w:t>f 4100/22204/19432 4099/22205/20173 4121/22219/20181</w:t>
        <w:br/>
        <w:t>f 4122/22218/20136 4112/22206/20174 4109/22209/20176</w:t>
        <w:br/>
        <w:t>f 4121/22219/20181 4122/22218/20136 4109/22209/20176</w:t>
        <w:br/>
        <w:t>f 4111/22207/20175 4118/22214/20179 4117/22215/20179</w:t>
        <w:br/>
        <w:t>f 4110/22208/20175 4111/22207/20175 4117/22215/20179</w:t>
        <w:br/>
        <w:t>f 5946/22220/20182 5945/22221/20183 5944/22222/20184</w:t>
        <w:br/>
        <w:t>f 5943/22223/20185 5946/22220/20182 5944/22222/20184</w:t>
        <w:br/>
        <w:t>f 5948/22224/20186 5947/22225/20187 5943/22223/20185</w:t>
        <w:br/>
        <w:t>f 5944/22222/20184 5948/22224/20186 5943/22223/20185</w:t>
        <w:br/>
        <w:t>f 5950/22226/20188 5946/22220/20182 5943/22223/20185</w:t>
        <w:br/>
        <w:t>f 5949/22227/20189 5950/22226/20188 5943/22223/20185</w:t>
        <w:br/>
        <w:t>f 5947/22225/20187 5951/22228/20190 5949/22227/20189</w:t>
        <w:br/>
        <w:t>f 5943/22223/20185 5947/22225/20187 5949/22227/20189</w:t>
        <w:br/>
        <w:t>f 5950/22226/20188 5949/22227/20189 5952/22229/20191</w:t>
        <w:br/>
        <w:t>f 5953/22230/20192 5950/22226/20188 5952/22229/20191</w:t>
        <w:br/>
        <w:t>f 5954/22231/20193 5952/22229/20191 5949/22227/20189</w:t>
        <w:br/>
        <w:t>f 5951/22228/20190 5954/22231/20193 5949/22227/20189</w:t>
        <w:br/>
        <w:t>f 5953/22230/20192 5952/22229/20191 5955/22232/20194</w:t>
        <w:br/>
        <w:t>f 5956/22233/20195 5953/22230/20192 5955/22232/20194</w:t>
        <w:br/>
        <w:t>f 5957/22234/20196 5955/22232/20194 5952/22229/20191</w:t>
        <w:br/>
        <w:t>f 5954/22231/20193 5957/22234/20196 5952/22229/20191</w:t>
        <w:br/>
        <w:t>f 6007/22235/20197 6006/22236/20198 6005/22237/20199</w:t>
        <w:br/>
        <w:t>f 6004/22238/20199 6007/22235/20197 6005/22237/20199</w:t>
        <w:br/>
        <w:t>f 6005/22237/20199 6012/22239/20200 6011/22240/20201</w:t>
        <w:br/>
        <w:t>f 6004/22238/20199 6005/22237/20199 6011/22240/20201</w:t>
        <w:br/>
        <w:t>f 6331/22241/20202 6330/22242/20203 6329/22243/20204</w:t>
        <w:br/>
        <w:t>f 6328/22244/20205 6331/22241/20202 6329/22243/20204</w:t>
        <w:br/>
        <w:t>f 6339/22245/20206 6338/22246/20207 6337/22247/20207</w:t>
        <w:br/>
        <w:t>f 6336/22248/20207 6339/22245/20206 6337/22247/20207</w:t>
        <w:br/>
        <w:t>f 6349/22249/20208 6348/22250/20209 6347/22251/20210</w:t>
        <w:br/>
        <w:t>f 6346/22252/20208 6349/22249/20208 6347/22251/20210</w:t>
        <w:br/>
        <w:t>f 6352/22253/20211 6351/22254/20211 6350/22255/20212</w:t>
        <w:br/>
        <w:t>f 6353/22256/20212 6352/22253/20211 6350/22255/20212</w:t>
        <w:br/>
        <w:t>f 6361/22257/20213 6360/22258/20214 6359/22259/20215</w:t>
        <w:br/>
        <w:t>f 6358/22260/20216 6361/22257/20213 6359/22259/20215</w:t>
        <w:br/>
        <w:t>f 6368/22261/20217 6367/22262/20217 6366/22263/20218</w:t>
        <w:br/>
        <w:t>f 6369/22264/20219 6368/22261/20217 6366/22263/20218</w:t>
        <w:br/>
        <w:t>f 6377/22265/20220 6376/22266/20220 6375/22267/20221</w:t>
        <w:br/>
        <w:t>f 6374/22268/20221 6377/22265/20220 6375/22267/20221</w:t>
        <w:br/>
        <w:t>f 6381/22269/20222 6380/22270/20223 6379/22271/20224</w:t>
        <w:br/>
        <w:t>f 6378/22272/20222 6381/22269/20222 6379/22271/20224</w:t>
        <w:br/>
        <w:t>f 6349/22249/20208 6346/22252/20208 6387/22273/20225</w:t>
        <w:br/>
        <w:t>f 6386/22274/20226 6349/22249/20208 6387/22273/20225</w:t>
        <w:br/>
        <w:t>f 6375/22267/20221 6391/22275/20227 6390/22276/20227</w:t>
        <w:br/>
        <w:t>f 6374/22268/20221 6375/22267/20221 6390/22276/20227</w:t>
        <w:br/>
        <w:t>f 6393/22277/20228 6392/22278/20228 6006/22236/20198</w:t>
        <w:br/>
        <w:t>f 6007/22235/20197 6393/22277/20228 6006/22236/20198</w:t>
        <w:br/>
        <w:t>f 4089/22194/20153 4100/22204/19432 4085/22193/20163</w:t>
        <w:br/>
        <w:t>f 6359/22259/20215 11748/22279/20229 11747/22280/20230</w:t>
        <w:br/>
        <w:t>f 6358/22260/20216 6359/22259/20215 11747/22280/20230</w:t>
        <w:br/>
        <w:t>f 6379/22271/20224 6380/22270/20223 6390/22276/20227</w:t>
        <w:br/>
        <w:t>f 6391/22275/20227 6379/22271/20224 6390/22276/20227</w:t>
        <w:br/>
        <w:t>f 6330/22242/20203 11750/22281/20231 11749/22282/20231</w:t>
        <w:br/>
        <w:t>f 6329/22243/20204 6330/22242/20203 11749/22282/20231</w:t>
        <w:br/>
        <w:t>f 6387/22273/20225 6351/22254/20211 6352/22253/20211</w:t>
        <w:br/>
        <w:t>f 6386/22274/20226 6387/22273/20225 6352/22253/20211</w:t>
        <w:br/>
        <w:t>f 17291/22283/19933 17290/22284/20232 17289/22285/20233</w:t>
        <w:br/>
        <w:t>f 17224/22063/20234 17291/22283/19933 17289/22285/20233</w:t>
        <w:br/>
        <w:t>f 17290/22284/20232 17293/22286/20124 17292/22287/20235</w:t>
        <w:br/>
        <w:t>f 17289/22285/20233 17290/22284/20232 17292/22287/20235</w:t>
        <w:br/>
        <w:t>f 17293/22286/20124 17295/22288/20125 17294/22289/20236</w:t>
        <w:br/>
        <w:t>f 17292/22287/20235 17293/22286/20124 17294/22289/20236</w:t>
        <w:br/>
        <w:t>f 17297/22290/20237 17296/22291/20238 17294/22289/20236</w:t>
        <w:br/>
        <w:t>f 17295/22288/20125 17297/22290/20237 17294/22289/20236</w:t>
        <w:br/>
        <w:t>f 17297/22290/20237 17299/22292/20239 17298/22293/20240</w:t>
        <w:br/>
        <w:t>f 17296/22291/20238 17297/22290/20237 17298/22293/20240</w:t>
        <w:br/>
        <w:t>f 17301/22294/20241 17300/22295/20242 17298/22293/20240</w:t>
        <w:br/>
        <w:t>f 17299/22292/20239 17301/22294/20241 17298/22293/20240</w:t>
        <w:br/>
        <w:t>f 3966/21356/20243 3965/21354/19133 3964/22296/20244</w:t>
        <w:br/>
        <w:t>f 5960/22297/20245 5959/22298/20246 5958/22299/20247</w:t>
        <w:br/>
        <w:t>f 5961/22300/20248 5960/22297/20245 5958/22299/20247</w:t>
        <w:br/>
        <w:t>f 5962/22301/20249 5958/22299/20247 5959/22298/20246</w:t>
        <w:br/>
        <w:t>f 5963/22302/20250 5962/22301/20249 5959/22298/20246</w:t>
        <w:br/>
        <w:t>f 5961/22300/20248 5958/22299/20247 5964/22303/20251</w:t>
        <w:br/>
        <w:t>f 5965/22304/20252 5961/22300/20248 5964/22303/20251</w:t>
        <w:br/>
        <w:t>f 5966/22305/20253 5964/22303/20251 5958/22299/20247</w:t>
        <w:br/>
        <w:t>f 5962/22301/20249 5966/22305/20253 5958/22299/20247</w:t>
        <w:br/>
        <w:t>f 5969/22306/20254 5968/22307/20255 5967/22308/20256</w:t>
        <w:br/>
        <w:t>f 5970/22309/20252 5969/22306/20254 5967/22308/20256</w:t>
        <w:br/>
        <w:t>f 5972/22310/20257 5971/22311/20258 5968/22307/20255</w:t>
        <w:br/>
        <w:t>f 5969/22306/20254 5972/22310/20257 5968/22307/20255</w:t>
        <w:br/>
        <w:t>f 5974/22312/20259 5967/22308/20256 5968/22307/20255</w:t>
        <w:br/>
        <w:t>f 5973/22313/20260 5974/22312/20259 5968/22307/20255</w:t>
        <w:br/>
        <w:t>f 5971/22311/20258 5975/22314/20261 5973/22313/20260</w:t>
        <w:br/>
        <w:t>f 5968/22307/20255 5971/22311/20258 5973/22313/20260</w:t>
        <w:br/>
        <w:t>f 5978/22315/20262 5977/22316/20263 5976/22317/20264</w:t>
        <w:br/>
        <w:t>f 5981/22318/20265 5980/22319/20266 5979/22320/20267</w:t>
        <w:br/>
        <w:t>f 5977/22316/20263 5982/22321/20268 5976/22317/20264</w:t>
        <w:br/>
        <w:t>f 5983/22322/20269 5981/22318/20265 5979/22320/20267</w:t>
        <w:br/>
        <w:t>f 5982/22321/20268 5984/22323/20270 5976/22317/20264</w:t>
        <w:br/>
        <w:t>f 5985/22324/20271 5983/22322/20269 5979/22320/20267</w:t>
        <w:br/>
        <w:t>f 5984/22323/20270 5986/22325/20272 5976/22317/20264</w:t>
        <w:br/>
        <w:t>f 5987/22326/20273 5985/22324/20271 5979/22320/20267</w:t>
        <w:br/>
        <w:t>f 5986/22325/20274 5989/22327/20275 5988/22328/20276</w:t>
        <w:br/>
        <w:t>f 5991/22329/20277 5987/22326/20278 5990/22330/20279</w:t>
        <w:br/>
        <w:t>f 5989/22327/20275 5992/22331/20280 5988/22328/20276</w:t>
        <w:br/>
        <w:t>f 5993/22332/20281 5991/22329/20277 5990/22330/20279</w:t>
        <w:br/>
        <w:t>f 5992/22331/20280 5994/22333/20282 5988/22328/20276</w:t>
        <w:br/>
        <w:t>f 5995/22334/20283 5993/22332/20281 5990/22330/20279</w:t>
        <w:br/>
        <w:t>f 5994/22333/20282 5978/22315/20262 5988/22328/20276</w:t>
        <w:br/>
        <w:t>f 5980/22319/20284 5995/22334/20283 5990/22330/20279</w:t>
        <w:br/>
        <w:t>f 3437/22335/20285 3436/22336/19144 3435/22337/19149</w:t>
        <w:br/>
        <w:t>f 3436/22336/19144 3437/22335/20285 3611/21267/19313</w:t>
        <w:br/>
        <w:t>f 3529/20855/20286 3967/21266/20287 3436/22336/20288</w:t>
        <w:br/>
        <w:t>f 4126/22338/20180 4125/22339/20289 4124/22340/20289</w:t>
        <w:br/>
        <w:t>f 4123/22341/20180 4126/22338/20180 4124/22340/20289</w:t>
        <w:br/>
        <w:t>f 4129/22342/20290 4128/21378/19413 4127/22343/20291</w:t>
        <w:br/>
        <w:t>f 4130/22344/20292 4129/22342/20290 4127/22343/20291</w:t>
        <w:br/>
        <w:t>f 4130/22344/20292 4127/22343/20291 4131/22345/20293</w:t>
        <w:br/>
        <w:t>f 4132/22346/20294 4130/22344/20292 4131/22345/20293</w:t>
        <w:br/>
        <w:t>f 4125/22339/20289 4132/22346/20294 4131/22345/20293</w:t>
        <w:br/>
        <w:t>f 4124/22340/20289 4125/22339/20289 4131/22345/20293</w:t>
        <w:br/>
        <w:t>f 5120/22347/20295 5119/22348/20295 5118/22349/20295</w:t>
        <w:br/>
        <w:t>f 5121/22350/20296 5120/22347/20295 5118/22349/20295</w:t>
        <w:br/>
        <w:t>f 5124/22351/20297 5123/22352/20297 5122/22353/20297</w:t>
        <w:br/>
        <w:t>f 5125/22354/20297 5124/22351/20297 5122/22353/20297</w:t>
        <w:br/>
        <w:t>f 5128/22355/20298 5127/22356/20299 5126/22357/20299</w:t>
        <w:br/>
        <w:t>f 5129/22358/20298 5128/22355/20298 5126/22357/20299</w:t>
        <w:br/>
        <w:t>f 5133/22359/20300 5132/22360/20301 5131/22361/20301</w:t>
        <w:br/>
        <w:t>f 5130/22362/20302 5133/22359/20300 5131/22361/20301</w:t>
        <w:br/>
        <w:t>f 5137/22363/20303 5136/22364/20304 5135/22365/20304</w:t>
        <w:br/>
        <w:t>f 5134/22366/20305 5137/22363/20303 5135/22365/20304</w:t>
        <w:br/>
        <w:t>f 5139/22367/20306 5138/22368/20307 5126/22357/20299</w:t>
        <w:br/>
        <w:t>f 5127/22356/20299 5139/22367/20306 5126/22357/20299</w:t>
        <w:br/>
        <w:t>f 5143/22369/20306 5142/22370/20308 5141/22371/20308</w:t>
        <w:br/>
        <w:t>f 5140/22372/20306 5143/22369/20306 5141/22371/20308</w:t>
        <w:br/>
        <w:t>f 5145/22373/20303 5144/22374/20303 5133/22359/20300</w:t>
        <w:br/>
        <w:t>f 5130/22362/20302 5145/22373/20303 5133/22359/20300</w:t>
        <w:br/>
        <w:t>f 6279/22375/20309 6278/22376/20309 6277/22377/20309</w:t>
        <w:br/>
        <w:t>f 6280/22378/20309 6279/22375/20309 6277/22377/20309</w:t>
        <w:br/>
        <w:t>f 5135/22365/20304 5136/22364/20304 5131/22361/20301</w:t>
        <w:br/>
        <w:t>f 5132/22360/20301 5135/22365/20304 5131/22361/20301</w:t>
        <w:br/>
        <w:t>f 11752/22379/20309 11751/22380/20309 6278/22376/20309</w:t>
        <w:br/>
        <w:t>f 6279/22375/20309 11752/22379/20309 6278/22376/20309</w:t>
        <w:br/>
        <w:t>f 5141/22371/20308 5142/22370/20308 5128/22355/20298</w:t>
        <w:br/>
        <w:t>f 5129/22358/20298 5141/22371/20308 5128/22355/20298</w:t>
        <w:br/>
        <w:t>f 3021/20432/20310 3020/22381/20311 3019/22382/20312</w:t>
        <w:br/>
        <w:t>f 3065/22383/20164 3064/22384/20313 3063/22385/20314</w:t>
        <w:br/>
        <w:t>f 3066/22386/20167 3065/22383/20164 3063/22385/20314</w:t>
        <w:br/>
        <w:t>f 3068/22387/20315 3067/22388/20316 3066/22386/20167</w:t>
        <w:br/>
        <w:t>f 3063/22385/20314 3068/22387/20315 3066/22386/20167</w:t>
        <w:br/>
        <w:t>f 3070/22389/20317 3069/22390/20318 3068/22387/20315</w:t>
        <w:br/>
        <w:t>f 3063/22385/20314 3070/22389/20317 3068/22387/20315</w:t>
        <w:br/>
        <w:t>f 3074/22391/20319 3073/22392/20320 3072/22393/20320</w:t>
        <w:br/>
        <w:t>f 3071/22394/20321 3074/22391/20319 3072/22393/20320</w:t>
        <w:br/>
        <w:t>f 3076/22395/20322 3074/22391/20319 3071/22394/20321</w:t>
        <w:br/>
        <w:t>f 3075/22396/20323 3076/22395/20322 3071/22394/20321</w:t>
        <w:br/>
        <w:t>f 3075/22396/20323 3071/22394/20321 3064/22384/20313</w:t>
        <w:br/>
        <w:t>f 3065/22383/20164 3075/22396/20323 3064/22384/20313</w:t>
        <w:br/>
        <w:t>f 3021/20432/20310 3997/22397/20324 3020/22381/20311</w:t>
        <w:br/>
        <w:t>f 6334/22398/20325 6333/22399/20326 6332/22400/20326</w:t>
        <w:br/>
        <w:t>f 6335/22401/20325 6334/22398/20325 6332/22400/20326</w:t>
        <w:br/>
        <w:t>f 6343/22402/20327 6342/22403/20328 6341/22404/20329</w:t>
        <w:br/>
        <w:t>f 6340/22405/20330 6343/22402/20327 6341/22404/20329</w:t>
        <w:br/>
        <w:t>f 6343/22402/20327 6340/22405/20330 6344/22406/20331</w:t>
        <w:br/>
        <w:t>f 6345/22407/20332 6343/22402/20327 6344/22406/20331</w:t>
        <w:br/>
        <w:t>f 6357/22408/20333 6356/22409/20334 6355/22410/20335</w:t>
        <w:br/>
        <w:t>f 6354/22411/20333 6357/22408/20333 6355/22410/20335</w:t>
        <w:br/>
        <w:t>f 6373/22412/20336 6372/22413/20337 6371/22414/20337</w:t>
        <w:br/>
        <w:t>f 6370/22415/20338 6373/22412/20336 6371/22414/20337</w:t>
        <w:br/>
        <w:t>f 6385/22416/20339 6384/22417/20339 6383/22418/20340</w:t>
        <w:br/>
        <w:t>f 6382/22419/20340 6385/22416/20339 6383/22418/20340</w:t>
        <w:br/>
        <w:t>f 6383/22418/20340 6389/22420/20341 6388/22421/20341</w:t>
        <w:br/>
        <w:t>f 6382/22419/20340 6383/22418/20340 6388/22421/20341</w:t>
        <w:br/>
        <w:t>f 6371/22414/20337 6372/22413/20337 6388/22421/20341</w:t>
        <w:br/>
        <w:t>f 6389/22420/20341 6371/22414/20337 6388/22421/20341</w:t>
        <w:br/>
        <w:t>f 6357/22408/20333 6354/22411/20333 6341/22404/20329</w:t>
        <w:br/>
        <w:t>f 6342/22403/20328 6357/22408/20333 6341/22404/20329</w:t>
        <w:br/>
        <w:t>f 21923/22422/20342 21922/22423/20343 21921/22424/20344</w:t>
        <w:br/>
        <w:t>f 21923/22422/20342 21935/22425/20345 21934/22426/20346</w:t>
        <w:br/>
        <w:t>f 21923/22422/20342 21973/22427/20347 21972/22428/20348</w:t>
        <w:br/>
        <w:t>f 21935/22425/20345 21923/22422/20342 21921/22424/20344</w:t>
        <w:br/>
        <w:t>f 21973/22427/20347 21923/22422/20342 21976/22429/20349</w:t>
        <w:br/>
        <w:t>f 21976/22429/20349 21923/22422/20342 21934/22426/20346</w:t>
        <w:br/>
        <w:t>f 21922/22423/20343 21923/22422/20342 21977/22430/20350</w:t>
        <w:br/>
        <w:t>f 21977/22430/20350 21923/22422/20342 21978/22431/20351</w:t>
        <w:br/>
        <w:t>f 21978/22431/20351 21923/22422/20342 21979/22432/20352</w:t>
        <w:br/>
        <w:t>f 21979/22432/20352 21923/22422/20342 21980/22433/20353</w:t>
        <w:br/>
        <w:t>f 21980/22433/20353 21923/22422/20342 21981/22434/20354</w:t>
        <w:br/>
        <w:t>f 21981/22434/20354 21923/22422/20342 21972/22428/20348</w:t>
        <w:br/>
        <w:t>f 6365/22435/20355 6364/22436/20355 6363/22437/20355</w:t>
        <w:br/>
        <w:t>f 6362/22438/20355 6365/22435/20355 6363/22437/20355</w:t>
        <w:br/>
        <w:t>f 4479/22439/20356 4478/22440/20357 4477/22441/20358</w:t>
        <w:br/>
        <w:t>f 4480/22442/20359 4479/22439/20356 4477/22441/20358</w:t>
        <w:br/>
        <w:t>f 4478/22440/20357 4481/22443/20360 4477/22441/20358</w:t>
        <w:br/>
        <w:t>f 4483/22444/20361 4478/22440/20357 4479/22439/20356</w:t>
        <w:br/>
        <w:t>f 4482/22445/20362 4483/22444/20361 4479/22439/20356</w:t>
        <w:br/>
        <w:t>f 4480/22442/20359 4477/22441/20358 4484/22446/20363</w:t>
        <w:br/>
        <w:t>f 4485/22447/20364 4480/22442/20359 4484/22446/20363</w:t>
        <w:br/>
        <w:t>f 4479/22439/20356 4480/22442/20359 4486/22448/20365</w:t>
        <w:br/>
        <w:t>f 4487/22449/20365 4479/22439/20356 4486/22448/20365</w:t>
        <w:br/>
        <w:t>f 4489/22450/20366 4488/22451/20366 4478/22440/20357</w:t>
        <w:br/>
        <w:t>f 4483/22444/20361 4489/22450/20366 4478/22440/20357</w:t>
        <w:br/>
        <w:t>f 4477/22441/20358 4491/22452/20367 4490/22453/20367</w:t>
        <w:br/>
        <w:t>f 4484/22446/20363 4477/22441/20358 4490/22453/20367</w:t>
        <w:br/>
        <w:t>f 4823/22454/20368 4822/22455/20369 4821/22456/20370</w:t>
        <w:br/>
        <w:t>f 4822/22455/20369 4823/22454/20368 4824/22457/20371</w:t>
        <w:br/>
        <w:t>f 4825/22458/20372 4822/22455/20369 4824/22457/20371</w:t>
        <w:br/>
        <w:t>f 4828/22459/20373 4827/22460/20373 4826/22461/20373</w:t>
        <w:br/>
        <w:t>f 4829/22462/20373 4828/22459/20373 4826/22461/20373</w:t>
        <w:br/>
        <w:t>f 4831/22463/20374 4827/22460/20373 4828/22459/20373</w:t>
        <w:br/>
        <w:t>f 4830/22464/20374 4831/22463/20374 4828/22459/20373</w:t>
        <w:br/>
        <w:t>f 4833/22465/20374 4832/22466/20374 4831/22463/20374</w:t>
        <w:br/>
        <w:t>f 4830/22464/20374 4833/22465/20374 4831/22463/20374</w:t>
        <w:br/>
        <w:t>f 4836/22467/20375 4835/22468/20376 4834/22469/20377</w:t>
        <w:br/>
        <w:t>f 4837/22470/20368 4836/22467/20375 4834/22469/20377</w:t>
        <w:br/>
        <w:t>f 4841/22471/20378 4840/22472/20379 4839/22473/20379</w:t>
        <w:br/>
        <w:t>f 4838/22474/20378 4841/22471/20378 4839/22473/20379</w:t>
        <w:br/>
        <w:t>f 4843/22475/20379 4842/22476/20379 4839/22473/20379</w:t>
        <w:br/>
        <w:t>f 4840/22472/20379 4843/22475/20379 4839/22473/20379</w:t>
        <w:br/>
        <w:t>f 4843/22475/20379 4832/22466/20374 4833/22465/20374</w:t>
        <w:br/>
        <w:t>f 4842/22476/20379 4843/22475/20379 4833/22465/20374</w:t>
        <w:br/>
        <w:t>f 4825/22458/20372 4824/22457/20371 4829/22462/20373</w:t>
        <w:br/>
        <w:t>f 4826/22461/20373 4825/22458/20372 4829/22462/20373</w:t>
        <w:br/>
        <w:t>f 4835/22468/20376 4841/22471/20378 4838/22474/20378</w:t>
        <w:br/>
        <w:t>f 4834/22469/20377 4835/22468/20376 4838/22474/20378</w:t>
        <w:br/>
        <w:t>f 4846/22477/20380 4845/22478/20381 4844/22479/20382</w:t>
        <w:br/>
        <w:t>f 4848/22480/20383 4846/22477/20380 4844/22479/20382</w:t>
        <w:br/>
        <w:t>f 4847/22481/20384 4848/22480/20383 4844/22479/20382</w:t>
        <w:br/>
        <w:t>f 4852/22482/20385 4851/22483/20385 4850/22484/20386</w:t>
        <w:br/>
        <w:t>f 4849/22485/20385 4852/22482/20385 4850/22484/20386</w:t>
        <w:br/>
        <w:t>f 4850/22484/20386 4851/22483/20385 4853/22486/20386</w:t>
        <w:br/>
        <w:t>f 4854/22487/20386 4850/22484/20386 4853/22486/20386</w:t>
        <w:br/>
        <w:t>f 4853/22486/20386 4856/22488/20386 4855/22489/20386</w:t>
        <w:br/>
        <w:t>f 4854/22487/20386 4853/22486/20386 4855/22489/20386</w:t>
        <w:br/>
        <w:t>f 4860/22490/20387 4859/22491/20388 4858/22492/20389</w:t>
        <w:br/>
        <w:t>f 4857/22493/20380 4860/22490/20387 4858/22492/20389</w:t>
        <w:br/>
        <w:t>f 4864/22494/20390 4863/22495/20390 4862/22496/20391</w:t>
        <w:br/>
        <w:t>f 4861/22497/20391 4864/22494/20390 4862/22496/20391</w:t>
        <w:br/>
        <w:t>f 4862/22496/20391 4866/22498/20391 4865/22499/20391</w:t>
        <w:br/>
        <w:t>f 4861/22497/20391 4862/22496/20391 4865/22499/20391</w:t>
        <w:br/>
        <w:t>f 4865/22499/20391 4866/22498/20391 4855/22489/20386</w:t>
        <w:br/>
        <w:t>f 4856/22488/20386 4865/22499/20391 4855/22489/20386</w:t>
        <w:br/>
        <w:t>f 4849/22485/20385 4848/22480/20383 4847/22481/20384</w:t>
        <w:br/>
        <w:t>f 4852/22482/20385 4849/22485/20385 4847/22481/20384</w:t>
        <w:br/>
        <w:t>f 4863/22495/20390 4864/22494/20390 4859/22491/20388</w:t>
        <w:br/>
        <w:t>f 4860/22490/20387 4863/22495/20390 4859/22491/20388</w:t>
        <w:br/>
        <w:t>f 4867/22500/20392 4836/22467/20375 4837/22470/20368</w:t>
        <w:br/>
        <w:t>f 4823/22454/20368 4821/22456/20370 4867/22500/20392</w:t>
        <w:br/>
        <w:t>f 4837/22470/20368 4823/22454/20368 4867/22500/20392</w:t>
        <w:br/>
        <w:t>f 4857/22493/20380 4858/22492/20389 4868/22501/20393</w:t>
        <w:br/>
        <w:t>f 4868/22501/20393 4845/22478/20381 4846/22477/20380</w:t>
        <w:br/>
        <w:t>f 4857/22493/20380 4868/22501/20393 4846/22477/20380</w:t>
        <w:br/>
        <w:t>f 5032/22502/20394 5031/22503/20395 5030/22504/20396</w:t>
        <w:br/>
        <w:t>f 5033/22505/20397 5032/22502/20394 5030/22504/20396</w:t>
        <w:br/>
        <w:t>f 5030/22504/20396 5035/22506/20398 5034/22507/20395</w:t>
        <w:br/>
        <w:t>f 5033/22505/20397 5030/22504/20396 5034/22507/20395</w:t>
        <w:br/>
        <w:t>f 5034/22507/20395 5035/22506/20398 5036/22508/20396</w:t>
        <w:br/>
        <w:t>f 5037/22509/20396 5034/22507/20395 5036/22508/20396</w:t>
        <w:br/>
        <w:t>f 5040/22510/20399 5039/22511/20400 5038/22512/20401</w:t>
        <w:br/>
        <w:t>f 5041/22513/20402 5040/22510/20399 5038/22512/20401</w:t>
        <w:br/>
        <w:t>f 5041/22513/20402 5038/22512/20401 5042/22514/20399</w:t>
        <w:br/>
        <w:t>f 5043/22515/20403 5041/22513/20402 5042/22514/20399</w:t>
        <w:br/>
        <w:t>f 5045/22516/20402 5043/22515/20403 5042/22514/20399</w:t>
        <w:br/>
        <w:t>f 5044/22517/20402 5045/22516/20402 5042/22514/20399</w:t>
        <w:br/>
        <w:t>f 5040/22510/20399 5045/22516/20402 5044/22517/20402</w:t>
        <w:br/>
        <w:t>f 5039/22511/20400 5040/22510/20399 5044/22517/20402</w:t>
        <w:br/>
        <w:t>f 5037/22509/20396 5036/22508/20396 5031/22503/20395</w:t>
        <w:br/>
        <w:t>f 5032/22502/20394 5037/22509/20396 5031/22503/20395</w:t>
        <w:br/>
        <w:t>f 5419/22518/20404 5418/22519/20405 5417/22520/20406</w:t>
        <w:br/>
        <w:t>f 5416/22521/20407 5419/22518/20404 5417/22520/20406</w:t>
        <w:br/>
        <w:t>f 5423/22522/20408 5422/22523/20409 5421/22524/20410</w:t>
        <w:br/>
        <w:t>f 5420/22525/20411 5423/22522/20408 5421/22524/20410</w:t>
        <w:br/>
        <w:t>f 5422/22523/20409 5423/22522/20408 5424/22526/20412</w:t>
        <w:br/>
        <w:t>f 5425/22527/20413 5422/22523/20409 5424/22526/20412</w:t>
        <w:br/>
        <w:t>f 5428/22528/20414 5427/22529/20415 5426/22530/20416</w:t>
        <w:br/>
        <w:t>f 5429/22531/20417 5428/22528/20414 5426/22530/20416</w:t>
        <w:br/>
        <w:t>f 5433/22532/20418 5432/22533/20418 5431/22534/20418</w:t>
        <w:br/>
        <w:t>f 5430/22535/20418 5433/22532/20418 5431/22534/20418</w:t>
        <w:br/>
        <w:t>f 5416/22521/20407 5417/22520/20406 5435/22536/20419</w:t>
        <w:br/>
        <w:t>f 5434/22537/20420 5416/22521/20407 5435/22536/20419</w:t>
        <w:br/>
        <w:t>f 5420/22525/20411 5421/22524/20410 5437/22538/20421</w:t>
        <w:br/>
        <w:t>f 5436/22539/20422 5420/22525/20411 5437/22538/20421</w:t>
        <w:br/>
        <w:t>f 5427/22529/20415 5425/22527/20413 5424/22526/20412</w:t>
        <w:br/>
        <w:t>f 5426/22530/20416 5427/22529/20415 5424/22526/20412</w:t>
        <w:br/>
        <w:t>f 5421/22524/20410 5417/22520/20406 5418/22519/20405</w:t>
        <w:br/>
        <w:t>f 5437/22538/20421 5421/22524/20410 5418/22519/20405</w:t>
        <w:br/>
        <w:t>f 5439/22540/20423 5434/22537/20420 5435/22536/20419</w:t>
        <w:br/>
        <w:t>f 5438/22541/20424 5439/22540/20423 5435/22536/20419</w:t>
        <w:br/>
        <w:t>f 5416/22521/20407 5434/22537/20420 5425/22527/20413</w:t>
        <w:br/>
        <w:t>f 5427/22529/20415 5416/22521/20407 5425/22527/20413</w:t>
        <w:br/>
        <w:t>f 5418/22519/20405 5419/22518/20404 5440/22542/20425</w:t>
        <w:br/>
        <w:t>f 5441/22543/20426 5418/22519/20405 5440/22542/20425</w:t>
        <w:br/>
        <w:t>f 5422/22523/20409 5435/22536/20419 5417/22520/20406</w:t>
        <w:br/>
        <w:t>f 5421/22524/20410 5422/22523/20409 5417/22520/20406</w:t>
        <w:br/>
        <w:t>f 5419/22518/20404 5416/22521/20407 5427/22529/20415</w:t>
        <w:br/>
        <w:t>f 5428/22528/20414 5419/22518/20404 5427/22529/20415</w:t>
        <w:br/>
        <w:t>f 5710/22544/20427 5709/22545/20428 5708/22546/20428</w:t>
        <w:br/>
        <w:t>f 5711/22547/20427 5710/22544/20427 5708/22546/20428</w:t>
        <w:br/>
        <w:t>f 5718/22548/20429 5717/22549/20430 5716/22550/20430</w:t>
        <w:br/>
        <w:t>f 5719/22551/20429 5718/22548/20429 5716/22550/20430</w:t>
        <w:br/>
        <w:t>f 5711/22547/20427 5741/22552/20431 5740/22553/20431</w:t>
        <w:br/>
        <w:t>f 5710/22544/20427 5711/22547/20427 5740/22553/20431</w:t>
        <w:br/>
        <w:t>f 5743/22554/20432 5708/22546/20428 5709/22545/20428</w:t>
        <w:br/>
        <w:t>f 5742/22555/20432 5743/22554/20432 5709/22545/20428</w:t>
        <w:br/>
        <w:t>f 5716/22550/20430 5717/22549/20430 5748/22556/20433</w:t>
        <w:br/>
        <w:t>f 5749/22557/20433 5716/22550/20430 5748/22556/20433</w:t>
        <w:br/>
        <w:t>f 5900/22558/20434 5899/22559/20435 5898/22560/20436</w:t>
        <w:br/>
        <w:t>f 5901/22561/20437 5900/22558/20434 5898/22560/20436</w:t>
        <w:br/>
        <w:t>f 5903/22562/20438 5902/22563/20439 5899/22559/20435</w:t>
        <w:br/>
        <w:t>f 5900/22558/20434 5903/22562/20438 5899/22559/20435</w:t>
        <w:br/>
        <w:t>f 5905/22564/20440 5904/22565/20441 5902/22563/20439</w:t>
        <w:br/>
        <w:t>f 5903/22562/20438 5905/22564/20440 5902/22563/20439</w:t>
        <w:br/>
        <w:t>f 5907/22566/20442 5906/22567/20443 5904/22565/20441</w:t>
        <w:br/>
        <w:t>f 5905/22564/20440 5907/22566/20442 5904/22565/20441</w:t>
        <w:br/>
        <w:t>f 5907/22566/20442 5909/22568/20444 5908/22569/20445</w:t>
        <w:br/>
        <w:t>f 5906/22567/20443 5907/22566/20442 5908/22569/20445</w:t>
        <w:br/>
        <w:t>f 5909/22568/20444 5911/22570/20446 5910/22571/20447</w:t>
        <w:br/>
        <w:t>f 5908/22569/20445 5909/22568/20444 5910/22571/20447</w:t>
        <w:br/>
        <w:t>f 5915/22572/20448 5914/22573/20449 5913/22574/20450</w:t>
        <w:br/>
        <w:t>f 5912/22575/20447 5915/22572/20448 5913/22574/20450</w:t>
        <w:br/>
        <w:t>f 5901/22561/20437 5898/22560/20436 5913/22574/20450</w:t>
        <w:br/>
        <w:t>f 5914/22573/20449 5901/22561/20437 5913/22574/20450</w:t>
        <w:br/>
        <w:t>f 5899/22559/20435 5917/22576/20451 5916/22577/20452</w:t>
        <w:br/>
        <w:t>f 5898/22560/20436 5899/22559/20435 5916/22577/20452</w:t>
        <w:br/>
        <w:t>f 5902/22563/20439 5918/22578/20453 5917/22576/20451</w:t>
        <w:br/>
        <w:t>f 5899/22559/20435 5902/22563/20439 5917/22576/20451</w:t>
        <w:br/>
        <w:t>f 5904/22565/20441 5919/22579/20454 5918/22578/20453</w:t>
        <w:br/>
        <w:t>f 5902/22563/20439 5904/22565/20441 5918/22578/20453</w:t>
        <w:br/>
        <w:t>f 5920/22580/20455 5919/22579/20454 5904/22565/20441</w:t>
        <w:br/>
        <w:t>f 5906/22567/20443 5920/22580/20455 5904/22565/20441</w:t>
        <w:br/>
        <w:t>f 5906/22567/20443 5908/22569/20445 5921/22581/20456</w:t>
        <w:br/>
        <w:t>f 5920/22580/20455 5906/22567/20443 5921/22581/20456</w:t>
        <w:br/>
        <w:t>f 5908/22569/20445 5910/22571/20447 5922/22582/20457</w:t>
        <w:br/>
        <w:t>f 5921/22581/20456 5908/22569/20445 5922/22582/20457</w:t>
        <w:br/>
        <w:t>f 5912/22575/20447 5913/22574/20450 5924/22583/20458</w:t>
        <w:br/>
        <w:t>f 5923/22584/20459 5912/22575/20447 5924/22583/20458</w:t>
        <w:br/>
        <w:t>f 5898/22560/20436 5916/22577/20452 5924/22583/20458</w:t>
        <w:br/>
        <w:t>f 5913/22574/20450 5898/22560/20436 5924/22583/20458</w:t>
        <w:br/>
        <w:t>f 5928/22585/20460 5927/22586/20461 5926/22587/20462</w:t>
        <w:br/>
        <w:t>f 5925/22588/20463 5928/22585/20460 5926/22587/20462</w:t>
        <w:br/>
        <w:t>f 5927/22586/20461 5930/22589/20464 5929/22590/20465</w:t>
        <w:br/>
        <w:t>f 5926/22587/20462 5927/22586/20461 5929/22590/20465</w:t>
        <w:br/>
        <w:t>f 5932/22591/20466 5931/22592/20467 5929/22590/20465</w:t>
        <w:br/>
        <w:t>f 5930/22589/20464 5932/22591/20466 5929/22590/20465</w:t>
        <w:br/>
        <w:t>f 5934/22593/20468 5933/22594/20469 5931/22592/20467</w:t>
        <w:br/>
        <w:t>f 5932/22591/20466 5934/22593/20468 5931/22592/20467</w:t>
        <w:br/>
        <w:t>f 5936/22595/20470 5935/22596/20471 5933/22594/20469</w:t>
        <w:br/>
        <w:t>f 5934/22593/20468 5936/22595/20470 5933/22594/20469</w:t>
        <w:br/>
        <w:t>f 5938/22597/20472 5937/22598/20473 5935/22596/20471</w:t>
        <w:br/>
        <w:t>f 5936/22595/20470 5938/22597/20472 5935/22596/20471</w:t>
        <w:br/>
        <w:t>f 5942/22599/20472 5941/22600/20474 5940/22601/20475</w:t>
        <w:br/>
        <w:t>f 5939/22602/20473 5942/22599/20472 5940/22601/20475</w:t>
        <w:br/>
        <w:t>f 5941/22600/20474 5928/22585/20460 5925/22588/20463</w:t>
        <w:br/>
        <w:t>f 5940/22601/20475 5941/22600/20474 5925/22588/20463</w:t>
        <w:br/>
        <w:t>f 6019/22603/20476 6018/22604/20476 6017/22605/20477</w:t>
        <w:br/>
        <w:t>f 6016/22606/20478 6019/22603/20476 6017/22605/20477</w:t>
        <w:br/>
        <w:t>f 6022/22607/20479 6021/22608/20480 6020/22609/20481</w:t>
        <w:br/>
        <w:t>f 6023/22610/20482 6022/22607/20479 6020/22609/20481</w:t>
        <w:br/>
        <w:t>f 6026/22611/20483 6025/22612/20484 6024/22613/20485</w:t>
        <w:br/>
        <w:t>f 6028/22614/20486 6027/22615/20487 6016/22606/20478</w:t>
        <w:br/>
        <w:t>f 6017/22605/20477 6028/22614/20486 6016/22606/20478</w:t>
        <w:br/>
        <w:t>f 6018/22604/20476 6019/22603/20476 6026/22611/20483</w:t>
        <w:br/>
        <w:t>f 6024/22613/20485 6018/22604/20476 6026/22611/20483</w:t>
        <w:br/>
        <w:t>f 6027/22615/20487 6028/22614/20486 6029/22616/20488</w:t>
        <w:br/>
        <w:t>f 6030/22617/20489 6027/22615/20487 6029/22616/20488</w:t>
        <w:br/>
        <w:t>f 6034/22618/20490 6033/22619/20491 6032/22620/20491</w:t>
        <w:br/>
        <w:t>f 6031/22621/20492 6034/22618/20490 6032/22620/20491</w:t>
        <w:br/>
        <w:t>f 6038/22622/20493 6037/22623/20494 6036/22624/20495</w:t>
        <w:br/>
        <w:t>f 6035/22625/20495 6038/22622/20493 6036/22624/20495</w:t>
        <w:br/>
        <w:t>f 6039/22626/20496 6037/22623/20494 6038/22622/20493</w:t>
        <w:br/>
        <w:t>f 6031/22621/20492 6041/22627/20497 6040/22628/20498</w:t>
        <w:br/>
        <w:t>f 6034/22618/20490 6031/22621/20492 6040/22628/20498</w:t>
        <w:br/>
        <w:t>f 6038/22622/20493 6032/22620/20491 6033/22619/20491</w:t>
        <w:br/>
        <w:t>f 6039/22626/20496 6038/22622/20493 6033/22619/20491</w:t>
        <w:br/>
        <w:t>f 6041/22627/20497 6030/22617/20489 6029/22616/20488</w:t>
        <w:br/>
        <w:t>f 6040/22628/20498 6041/22627/20497 6029/22616/20488</w:t>
        <w:br/>
        <w:t>f 6020/22609/20481 6021/22608/20480 6295/22629/20499</w:t>
        <w:br/>
        <w:t>f 6294/22630/20499 6020/22609/20481 6295/22629/20499</w:t>
        <w:br/>
        <w:t>f 6023/22610/20482 6025/22612/20484 6026/22611/20483</w:t>
        <w:br/>
        <w:t>f 6022/22607/20479 6023/22610/20482 6026/22611/20483</w:t>
        <w:br/>
        <w:t>f 6296/22631/20500 5916/22577/20452 5917/22576/20451</w:t>
        <w:br/>
        <w:t>f 6297/22632/20501 6296/22631/20500 5917/22576/20451</w:t>
        <w:br/>
        <w:t>f 5930/22589/20464 5927/22586/20461 5917/22576/20451</w:t>
        <w:br/>
        <w:t>f 5918/22578/20453 5930/22589/20464 5917/22576/20451</w:t>
        <w:br/>
        <w:t>f 5932/22591/20466 5930/22589/20464 5918/22578/20453</w:t>
        <w:br/>
        <w:t>f 5919/22579/20454 5932/22591/20466 5918/22578/20453</w:t>
        <w:br/>
        <w:t>f 6298/22633/20502 5932/22591/20466 5919/22579/20454</w:t>
        <w:br/>
        <w:t>f 5920/22580/20455 6298/22633/20502 5919/22579/20454</w:t>
        <w:br/>
        <w:t>f 6299/22634/20503 6298/22633/20502 5920/22580/20455</w:t>
        <w:br/>
        <w:t>f 5921/22581/20456 6299/22634/20503 5920/22580/20455</w:t>
        <w:br/>
        <w:t>f 5922/22582/20457 5938/22597/20472 5936/22595/20470</w:t>
        <w:br/>
        <w:t>f 5921/22581/20456 5922/22582/20457 5936/22595/20470</w:t>
        <w:br/>
        <w:t>f 5924/22583/20458 5941/22600/20474 5942/22599/20472</w:t>
        <w:br/>
        <w:t>f 5923/22584/20459 5924/22583/20458 5942/22599/20472</w:t>
        <w:br/>
        <w:t>f 5916/22577/20452 6296/22631/20500 5941/22600/20474</w:t>
        <w:br/>
        <w:t>f 5924/22583/20458 5916/22577/20452 5941/22600/20474</w:t>
        <w:br/>
        <w:t>f 6417/22635/20504 6416/22636/20505 6415/22637/20506</w:t>
        <w:br/>
        <w:t>f 6414/22638/20507 6417/22635/20504 6415/22637/20506</w:t>
        <w:br/>
        <w:t>f 6418/22639/20508 6416/22636/20505 6417/22635/20504</w:t>
        <w:br/>
        <w:t>f 6419/22640/20509 6418/22639/20508 6417/22635/20504</w:t>
        <w:br/>
        <w:t>f 6419/22640/20509 6421/22641/20510 6420/22642/20511</w:t>
        <w:br/>
        <w:t>f 6418/22639/20508 6419/22640/20509 6420/22642/20511</w:t>
        <w:br/>
        <w:t>f 6423/22643/20512 6422/22644/20513 6420/22642/20511</w:t>
        <w:br/>
        <w:t>f 6421/22641/20510 6423/22643/20512 6420/22642/20511</w:t>
        <w:br/>
        <w:t>f 6425/22645/20514 6424/22646/20515 6422/22644/20513</w:t>
        <w:br/>
        <w:t>f 6423/22643/20512 6425/22645/20514 6422/22644/20513</w:t>
        <w:br/>
        <w:t>f 6425/22645/20514 6427/22647/20516 6426/22648/20517</w:t>
        <w:br/>
        <w:t>f 6424/22646/20515 6425/22645/20514 6426/22648/20517</w:t>
        <w:br/>
        <w:t>f 6430/22649/20518 6429/22650/20518 6428/22651/20519</w:t>
        <w:br/>
        <w:t>f 6431/22652/20519 6430/22649/20518 6428/22651/20519</w:t>
        <w:br/>
        <w:t>f 6430/22649/20518 6433/22653/20520 6432/22654/20521</w:t>
        <w:br/>
        <w:t>f 6429/22650/20518 6430/22649/20518 6432/22654/20521</w:t>
        <w:br/>
        <w:t>f 6434/22655/20522 6432/22654/20521 6433/22653/20520</w:t>
        <w:br/>
        <w:t>f 6435/22656/20523 6434/22655/20522 6433/22653/20520</w:t>
        <w:br/>
        <w:t>f 6437/22657/20524 6436/22658/20525 6434/22655/20522</w:t>
        <w:br/>
        <w:t>f 6435/22656/20523 6437/22657/20524 6434/22655/20522</w:t>
        <w:br/>
        <w:t>f 6439/22659/20526 6438/22660/20527 6436/22658/20525</w:t>
        <w:br/>
        <w:t>f 6437/22657/20524 6439/22659/20526 6436/22658/20525</w:t>
        <w:br/>
        <w:t>f 6440/22661/20528 6438/22660/20527 6439/22659/20526</w:t>
        <w:br/>
        <w:t>f 6441/22662/20529 6440/22661/20528 6439/22659/20526</w:t>
        <w:br/>
        <w:t>f 6444/22663/20530 6443/22664/20531 6442/22665/20532</w:t>
        <w:br/>
        <w:t>f 6445/22666/20530 6444/22663/20530 6442/22665/20532</w:t>
        <w:br/>
        <w:t>f 6449/22667/20533 6448/22668/20533 6447/22669/20534</w:t>
        <w:br/>
        <w:t>f 6446/22670/20534 6449/22667/20533 6447/22669/20534</w:t>
        <w:br/>
        <w:t>f 6450/22671/20535 6448/22668/20533 6449/22667/20533</w:t>
        <w:br/>
        <w:t>f 6451/22672/20536 6450/22671/20535 6449/22667/20533</w:t>
        <w:br/>
        <w:t>f 6453/22673/20537 6452/22674/20537 6450/22671/20535</w:t>
        <w:br/>
        <w:t>f 6451/22672/20536 6453/22673/20537 6450/22671/20535</w:t>
        <w:br/>
        <w:t>f 6457/22675/20538 6456/22676/20539 6455/22677/20540</w:t>
        <w:br/>
        <w:t>f 6454/22678/20541 6457/22675/20538 6455/22677/20540</w:t>
        <w:br/>
        <w:t>f 6459/22679/20542 6458/22680/20543 6456/22676/20539</w:t>
        <w:br/>
        <w:t>f 6457/22675/20538 6459/22679/20542 6456/22676/20539</w:t>
        <w:br/>
        <w:t>f 6459/22679/20542 6461/22681/20544 6460/22682/20545</w:t>
        <w:br/>
        <w:t>f 6458/22680/20543 6459/22679/20542 6460/22682/20545</w:t>
        <w:br/>
        <w:t>f 6464/22683/20546 6463/22684/20547 6462/22685/20548</w:t>
        <w:br/>
        <w:t>f 6465/22686/20549 6464/22683/20546 6462/22685/20548</w:t>
        <w:br/>
        <w:t>f 6482/22687/20550 6481/22688/20550 6480/22689/20551</w:t>
        <w:br/>
        <w:t>f 6483/22690/20551 6482/22687/20550 6480/22689/20551</w:t>
        <w:br/>
        <w:t>f 6485/22691/20552 6484/22692/20553 6481/22688/20550</w:t>
        <w:br/>
        <w:t>f 6482/22687/20550 6485/22691/20552 6481/22688/20550</w:t>
        <w:br/>
        <w:t>f 6487/22693/20554 6486/22694/20554 6484/22692/20553</w:t>
        <w:br/>
        <w:t>f 6485/22691/20552 6487/22693/20554 6484/22692/20553</w:t>
        <w:br/>
        <w:t>f 6487/22693/20554 6489/22695/20555 6488/22696/20555</w:t>
        <w:br/>
        <w:t>f 6486/22694/20554 6487/22693/20554 6488/22696/20555</w:t>
        <w:br/>
        <w:t>f 6524/22697/20556 6523/22698/20556 6522/22699/20557</w:t>
        <w:br/>
        <w:t>f 6525/22700/20557 6524/22697/20556 6522/22699/20557</w:t>
        <w:br/>
        <w:t>f 6527/22701/20558 6526/22702/20559 6523/22698/20556</w:t>
        <w:br/>
        <w:t>f 6524/22697/20556 6527/22701/20558 6523/22698/20556</w:t>
        <w:br/>
        <w:t>f 6527/22701/20558 6529/22703/20560 6528/22704/20561</w:t>
        <w:br/>
        <w:t>f 6526/22702/20559 6527/22701/20558 6528/22704/20561</w:t>
        <w:br/>
        <w:t>f 6536/22705/20562 6535/22706/20563 6534/22707/20563</w:t>
        <w:br/>
        <w:t>f 6537/22708/20562 6536/22705/20562 6534/22707/20563</w:t>
        <w:br/>
        <w:t>f 6541/22709/20564 6540/22710/20564 6539/22711/20565</w:t>
        <w:br/>
        <w:t>f 6538/22712/20565 6541/22709/20564 6539/22711/20565</w:t>
        <w:br/>
        <w:t>f 6545/22713/20566 6544/22714/20566 6543/22715/20567</w:t>
        <w:br/>
        <w:t>f 6542/22716/20567 6545/22713/20566 6543/22715/20567</w:t>
        <w:br/>
        <w:t>f 6549/22717/20568 6548/22718/20569 6547/22719/20568</w:t>
        <w:br/>
        <w:t>f 6546/22720/20570 6549/22717/20568 6547/22719/20568</w:t>
        <w:br/>
        <w:t>f 6556/22721/20571 6555/22722/20572 6554/22723/20573</w:t>
        <w:br/>
        <w:t>f 6557/22724/20571 6556/22721/20571 6554/22723/20573</w:t>
        <w:br/>
        <w:t>f 6619/22725/20574 6618/22726/20575 6617/22727/20576</w:t>
        <w:br/>
        <w:t>f 6616/22728/20574 6619/22725/20574 6617/22727/20576</w:t>
        <w:br/>
        <w:t>f 6622/22729/20577 6621/22730/20578 6620/22731/20579</w:t>
        <w:br/>
        <w:t>f 6623/22732/20579 6622/22729/20577 6620/22731/20579</w:t>
        <w:br/>
        <w:t>f 6618/22726/20575 6624/22733/20580 6617/22727/20576</w:t>
        <w:br/>
        <w:t>f 6628/22734/20581 6627/22735/20582 6626/22736/20582</w:t>
        <w:br/>
        <w:t>f 6625/22737/20581 6628/22734/20581 6626/22736/20582</w:t>
        <w:br/>
        <w:t>f 6627/22735/20582 6630/22738/20583 6629/22739/20584</w:t>
        <w:br/>
        <w:t>f 6626/22736/20582 6627/22735/20582 6629/22739/20584</w:t>
        <w:br/>
        <w:t>f 6630/22738/20583 6631/22740/20585 6629/22739/20584</w:t>
        <w:br/>
        <w:t>f 6635/22741/20586 6634/22742/20586 6633/22743/20587</w:t>
        <w:br/>
        <w:t>f 6632/22744/20588 6635/22741/20586 6633/22743/20587</w:t>
        <w:br/>
        <w:t>f 6639/22745/20589 6638/22746/20589 6637/22747/20589</w:t>
        <w:br/>
        <w:t>f 6636/22748/20589 6639/22745/20589 6637/22747/20589</w:t>
        <w:br/>
        <w:t>f 6643/22749/20590 6642/22750/20591 6641/22751/20591</w:t>
        <w:br/>
        <w:t>f 6640/22752/20590 6643/22749/20590 6641/22751/20591</w:t>
        <w:br/>
        <w:t>f 6651/22753/20592 6650/22754/20592 6649/22755/20592</w:t>
        <w:br/>
        <w:t>f 6648/22756/20592 6651/22753/20592 6649/22755/20592</w:t>
        <w:br/>
        <w:t>f 6657/22757/20593 6643/22749/20590 6640/22752/20590</w:t>
        <w:br/>
        <w:t>f 6656/22758/20594 6657/22757/20593 6640/22752/20590</w:t>
        <w:br/>
        <w:t>f 6659/22759/20595 6658/22760/20596 6632/22744/20588</w:t>
        <w:br/>
        <w:t>f 6633/22743/20587 6659/22759/20595 6632/22744/20588</w:t>
        <w:br/>
        <w:t>f 6662/22761/20597 6661/22762/20597 6660/22763/20597</w:t>
        <w:br/>
        <w:t>f 6663/22764/20598 6662/22761/20597 6660/22763/20597</w:t>
        <w:br/>
        <w:t>f 6667/22765/20599 6666/22766/20600 6665/22767/20601</w:t>
        <w:br/>
        <w:t>f 6664/22768/20601 6667/22765/20599 6665/22767/20601</w:t>
        <w:br/>
        <w:t>f 6671/22769/20602 6670/22770/20603 6669/22771/20604</w:t>
        <w:br/>
        <w:t>f 6668/22772/20605 6671/22769/20602 6669/22771/20604</w:t>
        <w:br/>
        <w:t>f 6671/22769/20602 6673/22773/20606 6672/22774/20607</w:t>
        <w:br/>
        <w:t>f 6670/22770/20603 6671/22769/20602 6672/22774/20607</w:t>
        <w:br/>
        <w:t>f 6668/22772/20605 6669/22771/20604 6675/22775/20608</w:t>
        <w:br/>
        <w:t>f 6674/22776/20608 6668/22772/20605 6675/22775/20608</w:t>
        <w:br/>
        <w:t>f 6673/22773/20606 6677/22777/20609 6676/22778/20609</w:t>
        <w:br/>
        <w:t>f 6672/22774/20607 6673/22773/20606 6676/22778/20609</w:t>
        <w:br/>
        <w:t>f 6681/22779/20610 6680/22780/20611 6679/22781/20611</w:t>
        <w:br/>
        <w:t>f 6678/22782/20610 6681/22779/20610 6679/22781/20611</w:t>
        <w:br/>
        <w:t>f 6659/22759/20595 6683/22783/20612 6682/22784/20613</w:t>
        <w:br/>
        <w:t>f 6658/22760/20596 6659/22759/20595 6682/22784/20613</w:t>
        <w:br/>
        <w:t>f 6666/22766/20600 6667/22765/20599 6685/22785/20614</w:t>
        <w:br/>
        <w:t>f 6684/22786/20614 6666/22766/20600 6685/22785/20614</w:t>
        <w:br/>
        <w:t>f 6622/22729/20577 6686/22787/20615 6621/22730/20578</w:t>
        <w:br/>
        <w:t>f 6623/22732/20579 6620/22731/20579 6619/22725/20574</w:t>
        <w:br/>
        <w:t>f 6616/22728/20574 6623/22732/20579 6619/22725/20574</w:t>
        <w:br/>
        <w:t>f 6621/22730/20578 6686/22787/20615 6624/22733/20580</w:t>
        <w:br/>
        <w:t>f 6618/22726/20575 6621/22730/20578 6624/22733/20580</w:t>
        <w:br/>
        <w:t>f 6688/22788/20616 6687/22789/20617 6628/22734/20581</w:t>
        <w:br/>
        <w:t>f 6625/22737/20581 6688/22788/20616 6628/22734/20581</w:t>
        <w:br/>
        <w:t>f 6688/22788/20616 6689/22790/20618 6687/22789/20617</w:t>
        <w:br/>
        <w:t>f 6630/22738/20583 6687/22789/20617 6689/22790/20618</w:t>
        <w:br/>
        <w:t>f 6631/22740/20585 6630/22738/20583 6689/22790/20618</w:t>
        <w:br/>
        <w:t>f 6683/22783/20612 6681/22779/20610 6678/22782/20610</w:t>
        <w:br/>
        <w:t>f 6682/22784/20613 6683/22783/20612 6678/22782/20610</w:t>
        <w:br/>
        <w:t>f 6685/22785/20614 6657/22757/20593 6656/22758/20594</w:t>
        <w:br/>
        <w:t>f 6684/22786/20614 6685/22785/20614 6656/22758/20594</w:t>
        <w:br/>
        <w:t>f 6686/22787/20615 6691/22791/20619 6690/22792/20620</w:t>
        <w:br/>
        <w:t>f 6624/22733/20580 6686/22787/20615 6690/22792/20620</w:t>
        <w:br/>
        <w:t>f 6693/22793/20621 6692/22794/20622 6631/22740/20585</w:t>
        <w:br/>
        <w:t>f 6689/22790/20618 6693/22793/20621 6631/22740/20585</w:t>
        <w:br/>
        <w:t>f 6691/22791/20619 6694/22795/20623 6690/22792/20620</w:t>
        <w:br/>
        <w:t>f 6693/22793/20621 6695/22796/20624 6692/22794/20622</w:t>
        <w:br/>
        <w:t>f 6696/22797/20625 6617/22727/20576 6624/22733/20580</w:t>
        <w:br/>
        <w:t>f 6697/22798/20626 6696/22797/20625 6624/22733/20580</w:t>
        <w:br/>
        <w:t>f 6699/22799/20627 6698/22800/20627 6629/22739/20584</w:t>
        <w:br/>
        <w:t>f 6631/22740/20585 6699/22799/20627 6629/22739/20584</w:t>
        <w:br/>
        <w:t>f 6700/22801/20628 6686/22787/20615 6622/22729/20577</w:t>
        <w:br/>
        <w:t>f 6701/22802/20629 6700/22801/20628 6622/22729/20577</w:t>
        <w:br/>
        <w:t>f 6703/22803/20630 6702/22804/20631 6689/22790/20618</w:t>
        <w:br/>
        <w:t>f 6688/22788/20616 6703/22803/20630 6689/22790/20618</w:t>
        <w:br/>
        <w:t>f 6697/22798/20626 6704/22805/20632 6696/22797/20625</w:t>
        <w:br/>
        <w:t>f 6699/22799/20627 6705/22806/20633 6698/22800/20627</w:t>
        <w:br/>
        <w:t>f 6701/22802/20629 6706/22807/20634 6700/22801/20628</w:t>
        <w:br/>
        <w:t>f 6703/22803/20630 6707/22808/20635 6702/22804/20631</w:t>
        <w:br/>
        <w:t>f 8354/22809/20636 8353/22810/20637 8352/22811/20638</w:t>
        <w:br/>
        <w:t>f 8355/22812/20639 8354/22809/20636 8352/22811/20638</w:t>
        <w:br/>
        <w:t>f 8357/22813/20640 8356/22814/20641 8353/22810/20637</w:t>
        <w:br/>
        <w:t>f 8354/22809/20636 8357/22813/20640 8353/22810/20637</w:t>
        <w:br/>
        <w:t>f 8359/22815/20642 8358/22816/20643 8356/22814/20641</w:t>
        <w:br/>
        <w:t>f 8357/22813/20640 8359/22815/20642 8356/22814/20641</w:t>
        <w:br/>
        <w:t>f 8359/22815/20642 8361/22817/20644 8360/22818/20645</w:t>
        <w:br/>
        <w:t>f 8358/22816/20643 8359/22815/20642 8360/22818/20645</w:t>
        <w:br/>
        <w:t>f 8365/22819/20646 8364/22820/20647 8363/22821/20648</w:t>
        <w:br/>
        <w:t>f 8362/22822/20649 8365/22819/20646 8363/22821/20648</w:t>
        <w:br/>
        <w:t>f 8364/22820/20647 8367/22823/20650 8366/22824/20651</w:t>
        <w:br/>
        <w:t>f 8363/22821/20648 8364/22820/20647 8366/22824/20651</w:t>
        <w:br/>
        <w:t>f 8367/22823/20650 8369/22825/20652 8368/22826/20653</w:t>
        <w:br/>
        <w:t>f 8366/22824/20651 8367/22823/20650 8368/22826/20653</w:t>
        <w:br/>
        <w:t>f 8371/22827/20654 8370/22828/20655 8368/22826/20653</w:t>
        <w:br/>
        <w:t>f 8369/22825/20652 8371/22827/20654 8368/22826/20653</w:t>
        <w:br/>
        <w:t>f 8353/22810/20637 8373/22829/20656 8372/22830/20657</w:t>
        <w:br/>
        <w:t>f 8352/22811/20638 8353/22810/20637 8372/22830/20657</w:t>
        <w:br/>
        <w:t>f 8356/22814/20641 8374/22831/20658 8373/22829/20656</w:t>
        <w:br/>
        <w:t>f 8353/22810/20637 8356/22814/20641 8373/22829/20656</w:t>
        <w:br/>
        <w:t>f 8356/22814/20641 8358/22816/20643 8375/22832/20659</w:t>
        <w:br/>
        <w:t>f 8374/22831/20658 8356/22814/20641 8375/22832/20659</w:t>
        <w:br/>
        <w:t>f 8358/22816/20643 8360/22818/20645 8376/22833/20660</w:t>
        <w:br/>
        <w:t>f 8375/22832/20659 8358/22816/20643 8376/22833/20660</w:t>
        <w:br/>
        <w:t>f 8362/22822/20649 8363/22821/20648 8378/22834/20661</w:t>
        <w:br/>
        <w:t>f 8377/22835/20662 8362/22822/20649 8378/22834/20661</w:t>
        <w:br/>
        <w:t>f 8363/22821/20648 8366/22824/20651 8379/22836/20663</w:t>
        <w:br/>
        <w:t>f 8378/22834/20661 8363/22821/20648 8379/22836/20663</w:t>
        <w:br/>
        <w:t>f 8368/22826/20653 8380/22837/20664 8379/22836/20663</w:t>
        <w:br/>
        <w:t>f 8366/22824/20651 8368/22826/20653 8379/22836/20663</w:t>
        <w:br/>
        <w:t>f 8370/22828/20655 8381/22838/20665 8380/22837/20664</w:t>
        <w:br/>
        <w:t>f 8368/22826/20653 8370/22828/20655 8380/22837/20664</w:t>
        <w:br/>
        <w:t>f 8373/22829/20656 8383/22839/20666 8382/22840/20667</w:t>
        <w:br/>
        <w:t>f 8372/22830/20657 8373/22829/20656 8382/22840/20667</w:t>
        <w:br/>
        <w:t>f 8374/22831/20658 8384/22841/20668 8383/22839/20666</w:t>
        <w:br/>
        <w:t>f 8373/22829/20656 8374/22831/20658 8383/22839/20666</w:t>
        <w:br/>
        <w:t>f 8375/22832/20659 8385/22842/20669 8384/22841/20668</w:t>
        <w:br/>
        <w:t>f 8374/22831/20658 8375/22832/20659 8384/22841/20668</w:t>
        <w:br/>
        <w:t>f 8375/22832/20659 8376/22833/20660 8386/22843/20670</w:t>
        <w:br/>
        <w:t>f 8385/22842/20669 8375/22832/20659 8386/22843/20670</w:t>
        <w:br/>
        <w:t>f 8377/22835/20662 8378/22834/20661 8388/22844/20671</w:t>
        <w:br/>
        <w:t>f 8387/22845/20672 8377/22835/20662 8388/22844/20671</w:t>
        <w:br/>
        <w:t>f 8378/22834/20661 8379/22836/20663 8389/22846/20673</w:t>
        <w:br/>
        <w:t>f 8388/22844/20671 8378/22834/20661 8389/22846/20673</w:t>
        <w:br/>
        <w:t>f 8379/22836/20663 8380/22837/20664 8390/22847/20674</w:t>
        <w:br/>
        <w:t>f 8389/22846/20673 8379/22836/20663 8390/22847/20674</w:t>
        <w:br/>
        <w:t>f 8381/22838/20665 8391/22848/20675 8390/22847/20674</w:t>
        <w:br/>
        <w:t>f 8380/22837/20664 8381/22838/20665 8390/22847/20674</w:t>
        <w:br/>
        <w:t>f 8383/22839/20666 8393/22849/20676 8392/22850/20677</w:t>
        <w:br/>
        <w:t>f 8382/22840/20667 8383/22839/20666 8392/22850/20677</w:t>
        <w:br/>
        <w:t>f 8383/22839/20666 8384/22841/20668 8394/22851/20678</w:t>
        <w:br/>
        <w:t>f 8393/22849/20676 8383/22839/20666 8394/22851/20678</w:t>
        <w:br/>
        <w:t>f 8384/22841/20668 8385/22842/20669 8395/22852/20679</w:t>
        <w:br/>
        <w:t>f 8394/22851/20678 8384/22841/20668 8395/22852/20679</w:t>
        <w:br/>
        <w:t>f 8385/22842/20669 8386/22843/20670 8396/22853/20680</w:t>
        <w:br/>
        <w:t>f 8395/22852/20679 8385/22842/20669 8396/22853/20680</w:t>
        <w:br/>
        <w:t>f 8387/22845/20672 8388/22844/20671 8398/22854/20681</w:t>
        <w:br/>
        <w:t>f 8397/22855/20682 8387/22845/20672 8398/22854/20681</w:t>
        <w:br/>
        <w:t>f 8389/22846/20673 8399/22856/4943 8398/22854/20681</w:t>
        <w:br/>
        <w:t>f 8388/22844/20671 8389/22846/20673 8398/22854/20681</w:t>
        <w:br/>
        <w:t>f 8390/22847/20674 8400/22857/20683 8399/22856/4943</w:t>
        <w:br/>
        <w:t>f 8389/22846/20673 8390/22847/20674 8399/22856/4943</w:t>
        <w:br/>
        <w:t>f 8391/22848/20675 8401/22858/20684 8400/22857/20683</w:t>
        <w:br/>
        <w:t>f 8390/22847/20674 8391/22848/20675 8400/22857/20683</w:t>
        <w:br/>
        <w:t>f 9809/22859/20685 9808/22860/20686 9807/22861/20687</w:t>
        <w:br/>
        <w:t>f 9810/22862/20688 9809/22859/20685 9807/22861/20687</w:t>
        <w:br/>
        <w:t>f 9808/22860/20686 9812/22863/20689 9811/22864/20690</w:t>
        <w:br/>
        <w:t>f 9807/22861/20687 9808/22860/20686 9811/22864/20690</w:t>
        <w:br/>
        <w:t>f 9812/22863/20689 9814/22865/20691 9813/22866/20692</w:t>
        <w:br/>
        <w:t>f 9811/22864/20690 9812/22863/20689 9813/22866/20692</w:t>
        <w:br/>
        <w:t>f 9813/22866/20692 9814/22865/20691 9816/22867/20693</w:t>
        <w:br/>
        <w:t>f 9815/22868/20694 9813/22866/20692 9816/22867/20693</w:t>
        <w:br/>
        <w:t>f 9820/22869/20695 9819/22870/20696 9818/22871/20697</w:t>
        <w:br/>
        <w:t>f 9817/22872/20698 9820/22869/20695 9818/22871/20697</w:t>
        <w:br/>
        <w:t>f 9817/22872/20698 9818/22871/20697 9822/22873/20699</w:t>
        <w:br/>
        <w:t>f 9821/22874/20700 9817/22872/20698 9822/22873/20699</w:t>
        <w:br/>
        <w:t>f 9821/22874/20700 9822/22873/20699 9824/22875/20701</w:t>
        <w:br/>
        <w:t>f 9823/22876/20702 9821/22874/20700 9824/22875/20701</w:t>
        <w:br/>
        <w:t>f 9824/22875/20701 9826/22877/20703 9825/22878/20704</w:t>
        <w:br/>
        <w:t>f 9823/22876/20702 9824/22875/20701 9825/22878/20704</w:t>
        <w:br/>
        <w:t>f 9828/22879/20705 9827/22880/20706 9808/22860/20686</w:t>
        <w:br/>
        <w:t>f 9809/22859/20685 9828/22879/20705 9808/22860/20686</w:t>
        <w:br/>
        <w:t>f 9827/22880/20706 9829/22881/20707 9812/22863/20689</w:t>
        <w:br/>
        <w:t>f 9808/22860/20686 9827/22880/20706 9812/22863/20689</w:t>
        <w:br/>
        <w:t>f 9812/22863/20689 9829/22881/20707 9830/22882/20708</w:t>
        <w:br/>
        <w:t>f 9814/22865/20691 9812/22863/20689 9830/22882/20708</w:t>
        <w:br/>
        <w:t>f 9814/22865/20691 9830/22882/20708 9831/22883/20709</w:t>
        <w:br/>
        <w:t>f 9816/22867/20693 9814/22865/20691 9831/22883/20709</w:t>
        <w:br/>
        <w:t>f 9819/22870/20696 9833/22884/20710 9832/22885/20711</w:t>
        <w:br/>
        <w:t>f 9818/22871/20697 9819/22870/20696 9832/22885/20711</w:t>
        <w:br/>
        <w:t>f 9818/22871/20697 9832/22885/20711 9834/22886/20712</w:t>
        <w:br/>
        <w:t>f 9822/22873/20699 9818/22871/20697 9834/22886/20712</w:t>
        <w:br/>
        <w:t>f 9834/22886/20712 9835/22887/20713 9824/22875/20701</w:t>
        <w:br/>
        <w:t>f 9822/22873/20699 9834/22886/20712 9824/22875/20701</w:t>
        <w:br/>
        <w:t>f 9835/22887/20713 9836/22888/20714 9826/22877/20703</w:t>
        <w:br/>
        <w:t>f 9824/22875/20701 9835/22887/20713 9826/22877/20703</w:t>
        <w:br/>
        <w:t>f 9838/22889/20715 9837/22890/20716 9827/22880/20706</w:t>
        <w:br/>
        <w:t>f 9828/22879/20705 9838/22889/20715 9827/22880/20706</w:t>
        <w:br/>
        <w:t>f 9837/22890/20716 9839/22891/20717 9829/22881/20707</w:t>
        <w:br/>
        <w:t>f 9827/22880/20706 9837/22890/20716 9829/22881/20707</w:t>
        <w:br/>
        <w:t>f 9839/22891/20717 9840/22892/20718 9830/22882/20708</w:t>
        <w:br/>
        <w:t>f 9829/22881/20707 9839/22891/20717 9830/22882/20708</w:t>
        <w:br/>
        <w:t>f 9830/22882/20708 9840/22892/20718 9841/22893/20719</w:t>
        <w:br/>
        <w:t>f 9831/22883/20709 9830/22882/20708 9841/22893/20719</w:t>
        <w:br/>
        <w:t>f 9833/22884/20710 9843/22894/20720 9842/22895/20721</w:t>
        <w:br/>
        <w:t>f 9832/22885/20711 9833/22884/20710 9842/22895/20721</w:t>
        <w:br/>
        <w:t>f 9832/22885/20711 9842/22895/20721 9844/22896/20722</w:t>
        <w:br/>
        <w:t>f 9834/22886/20712 9832/22885/20711 9844/22896/20722</w:t>
        <w:br/>
        <w:t>f 9834/22886/20712 9844/22896/20722 9845/22897/20723</w:t>
        <w:br/>
        <w:t>f 9835/22887/20713 9834/22886/20712 9845/22897/20723</w:t>
        <w:br/>
        <w:t>f 9845/22897/20723 9846/22898/20724 9836/22888/20714</w:t>
        <w:br/>
        <w:t>f 9835/22887/20713 9845/22897/20723 9836/22888/20714</w:t>
        <w:br/>
        <w:t>f 8392/22850/20677 8393/22849/20676 9837/22890/20716</w:t>
        <w:br/>
        <w:t>f 9838/22889/20715 8392/22850/20677 9837/22890/20716</w:t>
        <w:br/>
        <w:t>f 9837/22890/20716 8393/22849/20676 8394/22851/20678</w:t>
        <w:br/>
        <w:t>f 9839/22891/20717 9837/22890/20716 8394/22851/20678</w:t>
        <w:br/>
        <w:t>f 9839/22891/20717 8394/22851/20678 8395/22852/20679</w:t>
        <w:br/>
        <w:t>f 9840/22892/20718 9839/22891/20717 8395/22852/20679</w:t>
        <w:br/>
        <w:t>f 9840/22892/20718 8395/22852/20679 8396/22853/20680</w:t>
        <w:br/>
        <w:t>f 9841/22893/20719 9840/22892/20718 8396/22853/20680</w:t>
        <w:br/>
        <w:t>f 9843/22894/20720 8397/22855/20682 8398/22854/20681</w:t>
        <w:br/>
        <w:t>f 9842/22895/20721 9843/22894/20720 8398/22854/20681</w:t>
        <w:br/>
        <w:t>f 8398/22854/20681 8399/22856/4943 9844/22896/20722</w:t>
        <w:br/>
        <w:t>f 9842/22895/20721 8398/22854/20681 9844/22896/20722</w:t>
        <w:br/>
        <w:t>f 8399/22856/4943 8400/22857/20683 9845/22897/20723</w:t>
        <w:br/>
        <w:t>f 9844/22896/20722 8399/22856/4943 9845/22897/20723</w:t>
        <w:br/>
        <w:t>f 8400/22857/20683 8401/22858/20684 9846/22898/20724</w:t>
        <w:br/>
        <w:t>f 9845/22897/20723 8400/22857/20683 9846/22898/20724</w:t>
        <w:br/>
        <w:t>f 6295/22629/20499 6035/22625/20495 6036/22624/20495</w:t>
        <w:br/>
        <w:t>f 6294/22630/20499 6295/22629/20499 6036/22624/20495</w:t>
        <w:br/>
        <w:t>f 6455/22677/20540 6452/22674/20537 6453/22673/20537</w:t>
        <w:br/>
        <w:t>f 6454/22678/20541 6455/22677/20540 6453/22673/20537</w:t>
        <w:br/>
        <w:t>f 12380/22899/20725 12379/22900/10534 12378/22901/10533</w:t>
        <w:br/>
        <w:t>f 12377/22902/20726 12380/22899/20725 12378/22901/10533</w:t>
        <w:br/>
        <w:t>f 12382/22903/20727 12381/22904/20728 12377/22902/20726</w:t>
        <w:br/>
        <w:t>f 12378/22901/10533 12382/22903/20727 12377/22902/20726</w:t>
        <w:br/>
        <w:t>f 12384/22905/10557 12383/22906/20729 12381/22904/20728</w:t>
        <w:br/>
        <w:t>f 12382/22903/20727 12384/22905/10557 12381/22904/20728</w:t>
        <w:br/>
        <w:t>f 12377/22902/20726 12381/22904/20728 12385/22907/20730</w:t>
        <w:br/>
        <w:t>f 12380/22899/20725 12377/22902/20726 12385/22907/20730</w:t>
        <w:br/>
        <w:t>f 12386/22908/10568 12379/22900/10534 12380/22899/20725</w:t>
        <w:br/>
        <w:t>f 12387/22909/20731 12386/22908/10568 12380/22899/20725</w:t>
        <w:br/>
        <w:t>f 12389/22910/20732 12386/22908/10568 12387/22909/20731</w:t>
        <w:br/>
        <w:t>f 12388/22911/20733 12389/22910/20732 12387/22909/20731</w:t>
        <w:br/>
        <w:t>f 12388/22911/20733 12387/22909/20731 12385/22907/20730</w:t>
        <w:br/>
        <w:t>f 12385/22907/20730 12387/22909/20731 12380/22899/20725</w:t>
        <w:br/>
        <w:t>f 12388/22911/20733 12391/22912/20734 12390/22913/10566</w:t>
        <w:br/>
        <w:t>f 12389/22910/20732 12388/22911/20733 12390/22913/10566</w:t>
        <w:br/>
        <w:t>f 12395/22914/10563 12394/22915/20735 12393/22916/20736</w:t>
        <w:br/>
        <w:t>f 12392/22917/20737 12395/22914/10563 12393/22916/20736</w:t>
        <w:br/>
        <w:t>f 12385/22907/20730 12392/22917/20737 12393/22916/20736</w:t>
        <w:br/>
        <w:t>f 12391/22912/20734 12385/22907/20730 12393/22916/20736</w:t>
        <w:br/>
        <w:t>f 12391/22912/20734 12388/22911/20733 12385/22907/20730</w:t>
        <w:br/>
        <w:t>f 12396/22918/20738 12392/22917/20737 12385/22907/20730</w:t>
        <w:br/>
        <w:t>f 12385/22907/20730 12397/22919/20739 12396/22918/20738</w:t>
        <w:br/>
        <w:t>f 12398/22920/10562 12395/22914/10563 12392/22917/20737</w:t>
        <w:br/>
        <w:t>f 12396/22918/20738 12398/22920/10562 12392/22917/20737</w:t>
        <w:br/>
        <w:t>f 12399/22921/20740 12398/22920/10562 12396/22918/20738</w:t>
        <w:br/>
        <w:t>f 12397/22919/20739 12399/22921/20740 12396/22918/20738</w:t>
        <w:br/>
        <w:t>f 12400/22922/20741 12397/22919/20739 12385/22907/20730</w:t>
        <w:br/>
        <w:t>f 12400/22922/20741 12385/22907/20730 12383/22906/20729</w:t>
        <w:br/>
        <w:t>f 12394/22915/20735 12390/22913/10566 12391/22912/20734</w:t>
        <w:br/>
        <w:t>f 12393/22916/20736 12394/22915/20735 12391/22912/20734</w:t>
        <w:br/>
        <w:t>f 12384/22905/10557 12401/22923/20742 12400/22922/20741</w:t>
        <w:br/>
        <w:t>f 12383/22906/20729 12384/22905/10557 12400/22922/20741</w:t>
        <w:br/>
        <w:t>f 12401/22923/20742 12399/22921/20740 12397/22919/20739</w:t>
        <w:br/>
        <w:t>f 12400/22922/20741 12401/22923/20742 12397/22919/20739</w:t>
        <w:br/>
        <w:t>f 12385/22907/20730 12381/22904/20728 12383/22906/20729</w:t>
        <w:br/>
        <w:t>f 12498/22924/20743 12497/22925/20744 12496/22926/20745</w:t>
        <w:br/>
        <w:t>f 12495/22927/10613 12498/22924/20743 12496/22926/20745</w:t>
        <w:br/>
        <w:t>f 12497/22925/20744 12500/22928/20746 12499/22929/20747</w:t>
        <w:br/>
        <w:t>f 12496/22926/20745 12497/22925/20744 12499/22929/20747</w:t>
        <w:br/>
        <w:t>f 12500/22928/20746 12502/22930/20748 12501/22931/10633</w:t>
        <w:br/>
        <w:t>f 12499/22929/20747 12500/22928/20746 12501/22931/10633</w:t>
        <w:br/>
        <w:t>f 12497/22925/20744 12503/22932/20749 12500/22928/20746</w:t>
        <w:br/>
        <w:t>f 12498/22924/20743 12503/22932/20749 12497/22925/20744</w:t>
        <w:br/>
        <w:t>f 12498/22924/20743 12495/22927/10613 12504/22933/10646</w:t>
        <w:br/>
        <w:t>f 12505/22934/20750 12498/22924/20743 12504/22933/10646</w:t>
        <w:br/>
        <w:t>f 12507/22935/20751 12506/22936/20752 12505/22934/20750</w:t>
        <w:br/>
        <w:t>f 12504/22933/10646 12507/22935/20751 12505/22934/20750</w:t>
        <w:br/>
        <w:t>f 12506/22936/20752 12503/22932/20749 12505/22934/20750</w:t>
        <w:br/>
        <w:t>f 12503/22932/20749 12498/22924/20743 12505/22934/20750</w:t>
        <w:br/>
        <w:t>f 12506/22936/20752 12507/22935/20751 12509/22937/10644</w:t>
        <w:br/>
        <w:t>f 12508/22938/20753 12506/22936/20752 12509/22937/10644</w:t>
        <w:br/>
        <w:t>f 12513/22939/20754 12512/22940/20755 12511/22941/20756</w:t>
        <w:br/>
        <w:t>f 12510/22942/20757 12513/22939/20754 12511/22941/20756</w:t>
        <w:br/>
        <w:t>f 12503/22932/20749 12511/22941/20756 12512/22940/20755</w:t>
        <w:br/>
        <w:t>f 12508/22938/20753 12511/22941/20756 12503/22932/20749</w:t>
        <w:br/>
        <w:t>f 12508/22938/20753 12503/22932/20749 12506/22936/20752</w:t>
        <w:br/>
        <w:t>f 12514/22943/20758 12503/22932/20749 12512/22940/20755</w:t>
        <w:br/>
        <w:t>f 12503/22932/20749 12514/22943/20758 12515/22944/20759</w:t>
        <w:br/>
        <w:t>f 12516/22945/20760 12514/22943/20758 12512/22940/20755</w:t>
        <w:br/>
        <w:t>f 12513/22939/20754 12516/22945/20760 12512/22940/20755</w:t>
        <w:br/>
        <w:t>f 12514/22943/20758 12516/22945/20760 12517/22946/10638</w:t>
        <w:br/>
        <w:t>f 12515/22944/20759 12514/22943/20758 12517/22946/10638</w:t>
        <w:br/>
        <w:t>f 12518/22947/20761 12503/22932/20749 12515/22944/20759</w:t>
        <w:br/>
        <w:t>f 12518/22947/20761 12502/22930/20748 12503/22932/20749</w:t>
        <w:br/>
        <w:t>f 12508/22938/20753 12509/22937/10644 12510/22942/20757</w:t>
        <w:br/>
        <w:t>f 12511/22941/20756 12508/22938/20753 12510/22942/20757</w:t>
        <w:br/>
        <w:t>f 12501/22931/10633 12502/22930/20748 12518/22947/20761</w:t>
        <w:br/>
        <w:t>f 12519/22948/20762 12501/22931/10633 12518/22947/20761</w:t>
        <w:br/>
        <w:t>f 12515/22944/20759 12517/22946/10638 12519/22948/20762</w:t>
        <w:br/>
        <w:t>f 12518/22947/20761 12515/22944/20759 12519/22948/20762</w:t>
        <w:br/>
        <w:t>f 12503/22932/20749 12502/22930/20748 12500/22928/20746</w:t>
        <w:br/>
        <w:t>f 15858/22949/20763 15857/22950/20763 15856/22951/20764</w:t>
        <w:br/>
        <w:t>f 15859/22952/20764 15858/22949/20763 15856/22951/20764</w:t>
        <w:br/>
        <w:t>f 15863/22953/20765 15862/22954/20766 15861/22955/20766</w:t>
        <w:br/>
        <w:t>f 15860/22956/20767 15863/22953/20765 15861/22955/20766</w:t>
        <w:br/>
        <w:t>f 15858/22949/20763 15865/22957/20768 15864/22958/20768</w:t>
        <w:br/>
        <w:t>f 15857/22950/20763 15858/22949/20763 15864/22958/20768</w:t>
        <w:br/>
        <w:t>f 15869/22959/20769 15868/22960/20769 15867/22961/20770</w:t>
        <w:br/>
        <w:t>f 15866/22962/20771 15869/22959/20769 15867/22961/20770</w:t>
        <w:br/>
        <w:t>f 15872/22963/20772 15871/22964/20772 15870/22965/20773</w:t>
        <w:br/>
        <w:t>f 15873/22966/20773 15872/22963/20772 15870/22965/20773</w:t>
        <w:br/>
        <w:t>f 15875/22967/20774 15874/22968/20774 15871/22964/20772</w:t>
        <w:br/>
        <w:t>f 15872/22963/20772 15875/22967/20774 15871/22964/20772</w:t>
        <w:br/>
        <w:t>f 15879/22969/20775 15878/22970/20775 15877/22971/20776</w:t>
        <w:br/>
        <w:t>f 15876/22972/20777 15879/22969/20775 15877/22971/20776</w:t>
        <w:br/>
        <w:t>f 15883/22973/20778 15882/22974/20779 15881/22975/20779</w:t>
        <w:br/>
        <w:t>f 15880/22976/20778 15883/22973/20778 15881/22975/20779</w:t>
        <w:br/>
        <w:t>f 15884/22977/20780 15881/22975/20779 15882/22974/20779</w:t>
        <w:br/>
        <w:t>f 15885/22978/20781 15884/22977/20780 15882/22974/20779</w:t>
        <w:br/>
        <w:t>f 15889/22979/20782 15888/22980/20783 15887/22981/20784</w:t>
        <w:br/>
        <w:t>f 15886/22982/20782 15889/22979/20782 15887/22981/20784</w:t>
        <w:br/>
        <w:t>f 15873/22966/20773 15870/22965/20773 15891/22983/20785</w:t>
        <w:br/>
        <w:t>f 15890/22984/20786 15873/22966/20773 15891/22983/20785</w:t>
        <w:br/>
        <w:t>f 15895/22985/20787 15894/22986/20788 15893/22987/20788</w:t>
        <w:br/>
        <w:t>f 15892/22988/20789 15895/22985/20787 15893/22987/20788</w:t>
        <w:br/>
        <w:t>f 15860/22956/20767 15866/22962/20771 15867/22961/20770</w:t>
        <w:br/>
        <w:t>f 15863/22953/20765 15860/22956/20767 15867/22961/20770</w:t>
        <w:br/>
        <w:t>f 15876/22972/20777 15877/22971/20776 15896/22989/20790</w:t>
        <w:br/>
        <w:t>f 15897/22990/20790 15876/22972/20777 15896/22989/20790</w:t>
        <w:br/>
        <w:t>f 15886/22982/20782 15893/22987/20788 15894/22986/20788</w:t>
        <w:br/>
        <w:t>f 15889/22979/20782 15886/22982/20782 15894/22986/20788</w:t>
        <w:br/>
        <w:t>f 15856/22951/20764 15861/22955/20766 15862/22954/20766</w:t>
        <w:br/>
        <w:t>f 15859/22952/20764 15856/22951/20764 15862/22954/20766</w:t>
        <w:br/>
        <w:t>f 15897/22990/20790 15896/22989/20790 15874/22968/20774</w:t>
        <w:br/>
        <w:t>f 15875/22967/20774 15897/22990/20790 15874/22968/20774</w:t>
        <w:br/>
        <w:t>f 15888/22980/20783 15883/22973/20778 15880/22976/20778</w:t>
        <w:br/>
        <w:t>f 15887/22981/20784 15888/22980/20783 15880/22976/20778</w:t>
        <w:br/>
        <w:t>f 15900/22991/20791 15899/22992/20792 15898/22993/20792</w:t>
        <w:br/>
        <w:t>f 15901/22994/20791 15900/22991/20791 15898/22993/20792</w:t>
        <w:br/>
        <w:t>f 15905/22995/20793 15904/22996/20793 15903/22997/20794</w:t>
        <w:br/>
        <w:t>f 15902/22998/20794 15905/22995/20793 15903/22997/20794</w:t>
        <w:br/>
        <w:t>f 15898/22993/20792 15899/22992/20792 15864/22958/20768</w:t>
        <w:br/>
        <w:t>f 15865/22957/20768 15898/22993/20792 15864/22958/20768</w:t>
        <w:br/>
        <w:t>f 15869/22959/20769 15907/22999/20795 15906/23000/20795</w:t>
        <w:br/>
        <w:t>f 15868/22960/20769 15869/22959/20769 15906/23000/20795</w:t>
        <w:br/>
        <w:t>f 15910/23001/20796 15909/23002/20797 15908/23003/20797</w:t>
        <w:br/>
        <w:t>f 15911/23004/20798 15910/23001/20796 15908/23003/20797</w:t>
        <w:br/>
        <w:t>f 15913/23005/20799 15908/23003/20797 15909/23002/20797</w:t>
        <w:br/>
        <w:t>f 15912/23006/20800 15913/23005/20799 15909/23002/20797</w:t>
        <w:br/>
        <w:t>f 15879/22969/20775 15915/23007/20801 15914/23008/20802</w:t>
        <w:br/>
        <w:t>f 15878/22970/20775 15879/22969/20775 15914/23008/20802</w:t>
        <w:br/>
        <w:t>f 15919/23009/20803 15918/23010/20803 15917/23011/20804</w:t>
        <w:br/>
        <w:t>f 15916/23012/20805 15919/23009/20803 15917/23011/20804</w:t>
        <w:br/>
        <w:t>f 15916/23012/20805 15917/23011/20804 15884/22977/20780</w:t>
        <w:br/>
        <w:t>f 15885/22978/20781 15916/23012/20805 15884/22977/20780</w:t>
        <w:br/>
        <w:t>f 15923/23013/20806 15922/23014/20806 15921/23015/20807</w:t>
        <w:br/>
        <w:t>f 15920/23016/20807 15923/23013/20806 15921/23015/20807</w:t>
        <w:br/>
        <w:t>f 15911/23004/20798 15890/22984/20786 15891/22983/20785</w:t>
        <w:br/>
        <w:t>f 15910/23001/20796 15911/23004/20798 15891/22983/20785</w:t>
        <w:br/>
        <w:t>f 15895/22985/20787 15892/22988/20789 15925/23017/20808</w:t>
        <w:br/>
        <w:t>f 15924/23018/20809 15895/22985/20787 15925/23017/20808</w:t>
        <w:br/>
        <w:t>f 15904/22996/20793 15905/22995/20793 15906/23000/20795</w:t>
        <w:br/>
        <w:t>f 15907/22999/20795 15904/22996/20793 15906/23000/20795</w:t>
        <w:br/>
        <w:t>f 15926/23019/20810 15914/23008/20802 15915/23007/20801</w:t>
        <w:br/>
        <w:t>f 15927/23020/20810 15926/23019/20810 15915/23007/20801</w:t>
        <w:br/>
        <w:t>f 15922/23014/20806 15923/23013/20806 15924/23018/20809</w:t>
        <w:br/>
        <w:t>f 15925/23017/20808 15922/23014/20806 15924/23018/20809</w:t>
        <w:br/>
        <w:t>f 15902/22998/20794 15903/22997/20794 15900/22991/20791</w:t>
        <w:br/>
        <w:t>f 15901/22994/20791 15902/22998/20794 15900/22991/20791</w:t>
        <w:br/>
        <w:t>f 15927/23020/20810 15913/23005/20799 15912/23006/20800</w:t>
        <w:br/>
        <w:t>f 15926/23019/20810 15927/23020/20810 15912/23006/20800</w:t>
        <w:br/>
        <w:t>f 15920/23016/20807 15921/23015/20807 15918/23010/20803</w:t>
        <w:br/>
        <w:t>f 15919/23009/20803 15920/23016/20807 15918/23010/20803</w:t>
        <w:br/>
        <w:t>f 21926/23021/20811 21925/23022/20812 21924/23023/20813</w:t>
        <w:br/>
        <w:t>f 21927/23024/20814 21926/23021/20811 21924/23023/20813</w:t>
        <w:br/>
        <w:t>f 21930/23025/20815 21929/23026/20816 21928/23027/20817</w:t>
        <w:br/>
        <w:t>f 21931/23028/20818 21930/23025/20815 21928/23027/20817</w:t>
        <w:br/>
        <w:t>f 21931/23028/20818 21928/23027/20817 21932/23029/20819</w:t>
        <w:br/>
        <w:t>f 21933/23030/20820 21931/23028/20818 21932/23029/20819</w:t>
        <w:br/>
        <w:t>f 21939/23031/20821 21938/23032/20821 21937/23033/20822</w:t>
        <w:br/>
        <w:t>f 21936/23034/20822 21939/23031/20821 21937/23033/20822</w:t>
        <w:br/>
        <w:t>f 21941/23035/20823 21940/23036/20823 21936/23034/20822</w:t>
        <w:br/>
        <w:t>f 21937/23033/20822 21941/23035/20823 21936/23034/20822</w:t>
        <w:br/>
        <w:t>f 21942/23037/20824 21940/23036/20823 21941/23035/20823</w:t>
        <w:br/>
        <w:t>f 21943/23038/20824 21942/23037/20824 21941/23035/20823</w:t>
        <w:br/>
        <w:t>f 21947/23039/20825 21946/23040/20826 21945/23041/20827</w:t>
        <w:br/>
        <w:t>f 21944/23042/20828 21947/23039/20825 21945/23041/20827</w:t>
        <w:br/>
        <w:t>f 21949/23043/20829 21947/23039/20825 21944/23042/20828</w:t>
        <w:br/>
        <w:t>f 21948/23044/20830 21949/23043/20829 21944/23042/20828</w:t>
        <w:br/>
        <w:t>f 21951/23045/20831 21949/23043/20829 21948/23044/20830</w:t>
        <w:br/>
        <w:t>f 21950/23046/20832 21951/23045/20831 21948/23044/20830</w:t>
        <w:br/>
        <w:t>f 21951/23045/20831 21950/23046/20832 21952/23047/20833</w:t>
        <w:br/>
        <w:t>f 21953/23048/20834 21951/23045/20831 21952/23047/20833</w:t>
        <w:br/>
        <w:t>f 21953/23048/20834 21952/23047/20833 21954/23049/20835</w:t>
        <w:br/>
        <w:t>f 21955/23050/20836 21953/23048/20834 21954/23049/20835</w:t>
        <w:br/>
        <w:t>f 21959/23051/20837 21958/23052/20838 21957/23053/20838</w:t>
        <w:br/>
        <w:t>f 21956/23054/20837 21959/23051/20837 21957/23053/20838</w:t>
        <w:br/>
        <w:t>f 21958/23052/20838 21961/23055/20839 21960/23056/20839</w:t>
        <w:br/>
        <w:t>f 21957/23053/20838 21958/23052/20838 21960/23056/20839</w:t>
        <w:br/>
        <w:t>f 21963/23057/20840 21960/23056/20839 21961/23055/20839</w:t>
        <w:br/>
        <w:t>f 21962/23058/20840 21963/23057/20840 21961/23055/20839</w:t>
        <w:br/>
        <w:t>f 21964/23059/20841 21963/23057/20840 21962/23058/20840</w:t>
        <w:br/>
        <w:t>f 21965/23060/20841 21964/23059/20841 21962/23058/20840</w:t>
        <w:br/>
        <w:t>f 21956/23054/20837 21967/23061/20842 21966/23062/20842</w:t>
        <w:br/>
        <w:t>f 21959/23051/20837 21956/23054/20837 21966/23062/20842</w:t>
        <w:br/>
        <w:t>f 21955/23050/20836 21954/23049/20835 21968/23063/20843</w:t>
        <w:br/>
        <w:t>f 21969/23064/20844 21955/23050/20836 21968/23063/20843</w:t>
        <w:br/>
        <w:t>f 21966/23062/20842 21967/23061/20842 21970/23065/20845</w:t>
        <w:br/>
        <w:t>f 21971/23066/20845 21966/23062/20842 21970/23065/20845</w:t>
        <w:br/>
        <w:t>f 21964/23059/20841 21965/23060/20841 21942/23037/20824</w:t>
        <w:br/>
        <w:t>f 21943/23038/20824 21964/23059/20841 21942/23037/20824</w:t>
        <w:br/>
        <w:t>f 21975/23067/20846 21974/23068/20846 21938/23032/20821</w:t>
        <w:br/>
        <w:t>f 21939/23031/20821 21975/23067/20846 21938/23032/20821</w:t>
        <w:br/>
        <w:t>f 21975/23067/20846 21971/23066/20845 21970/23065/20845</w:t>
        <w:br/>
        <w:t>f 21974/23068/20846 21975/23067/20846 21970/23065/20845</w:t>
        <w:br/>
        <w:t>f 21925/23022/20812 21945/23041/20827 21946/23040/20826</w:t>
        <w:br/>
        <w:t>f 21924/23023/20813 21925/23022/20812 21946/23040/20826</w:t>
        <w:br/>
        <w:t>f 21932/23029/20819 21926/23021/20811 21927/23024/20814</w:t>
        <w:br/>
        <w:t>f 21933/23030/20820 21932/23029/20819 21927/23024/20814</w:t>
        <w:br/>
        <w:t>f 21969/23064/20844 21968/23063/20843 21929/23026/20816</w:t>
        <w:br/>
        <w:t>f 21930/23025/20815 21969/23064/20844 21929/23026/20816</w:t>
        <w:br/>
        <w:t>f 21925/23022/20812 21983/23069/20344 21982/23070/20847</w:t>
        <w:br/>
        <w:t>f 21945/23041/20827 21925/23022/20812 21982/23070/20847</w:t>
        <w:br/>
        <w:t>f 21925/23022/20812 21926/23021/20811 21984/23071/20345</w:t>
        <w:br/>
        <w:t>f 21983/23069/20344 21925/23022/20812 21984/23071/20345</w:t>
        <w:br/>
        <w:t>f 21926/23021/20811 21932/23029/20819 21985/23072/20848</w:t>
        <w:br/>
        <w:t>f 21984/23071/20345 21926/23021/20811 21985/23072/20848</w:t>
        <w:br/>
        <w:t>f 21932/23029/20819 21928/23027/20817 21986/23073/20349</w:t>
        <w:br/>
        <w:t>f 21985/23072/20848 21932/23029/20819 21986/23073/20349</w:t>
        <w:br/>
        <w:t>f 21929/23026/20816 21987/23074/20347 21986/23073/20349</w:t>
        <w:br/>
        <w:t>f 21928/23027/20817 21929/23026/20816 21986/23073/20349</w:t>
        <w:br/>
        <w:t>f 21968/23063/20843 21988/23075/20849 21987/23074/20347</w:t>
        <w:br/>
        <w:t>f 21929/23026/20816 21968/23063/20843 21987/23074/20347</w:t>
        <w:br/>
        <w:t>f 21954/23049/20835 21989/23076/20354 21988/23075/20849</w:t>
        <w:br/>
        <w:t>f 21968/23063/20843 21954/23049/20835 21988/23075/20849</w:t>
        <w:br/>
        <w:t>f 21952/23047/20833 21990/23077/20353 21989/23076/20354</w:t>
        <w:br/>
        <w:t>f 21954/23049/20835 21952/23047/20833 21989/23076/20354</w:t>
        <w:br/>
        <w:t>f 21950/23046/20832 21991/23078/20352 21990/23077/20353</w:t>
        <w:br/>
        <w:t>f 21952/23047/20833 21950/23046/20832 21990/23077/20353</w:t>
        <w:br/>
        <w:t>f 21948/23044/20830 21992/23079/20850 21991/23078/20352</w:t>
        <w:br/>
        <w:t>f 21950/23046/20832 21948/23044/20830 21991/23078/20352</w:t>
        <w:br/>
        <w:t>f 21944/23042/20828 21993/23080/20851 21992/23079/20850</w:t>
        <w:br/>
        <w:t>f 21948/23044/20830 21944/23042/20828 21992/23079/20850</w:t>
        <w:br/>
        <w:t>f 21944/23042/20828 21945/23041/20827 21982/23070/20847</w:t>
        <w:br/>
        <w:t>f 21993/23080/20851 21944/23042/20828 21982/23070/20847</w:t>
        <w:br/>
        <w:t>f 4466/23081/20852 4465/23082/20852 4464/23083/20852</w:t>
        <w:br/>
        <w:t>f 4465/23082/20852 4467/23084/20852 4464/23083/20852</w:t>
        <w:br/>
        <w:t>f 4467/23084/20852 4468/23085/20852 4464/23083/20852</w:t>
        <w:br/>
        <w:t>f 4468/23085/20852 4469/23086/20853 4464/23083/20852</w:t>
        <w:br/>
        <w:t>f 4469/23086/20853 4470/23087/20852 4464/23083/20852</w:t>
        <w:br/>
        <w:t>f 4470/23087/20852 4471/23088/20852 4464/23083/20852</w:t>
        <w:br/>
        <w:t>f 4471/23088/20852 4472/23089/20852 4464/23083/20852</w:t>
        <w:br/>
        <w:t>f 4472/23089/20852 4473/23090/20852 4464/23083/20852</w:t>
        <w:br/>
        <w:t>f 4473/23090/20852 4474/23091/20852 4464/23083/20852</w:t>
        <w:br/>
        <w:t>f 4474/23091/20852 4475/23092/20853 4464/23083/20852</w:t>
        <w:br/>
        <w:t>f 4475/23092/20853 4476/23093/20853 4464/23083/20852</w:t>
        <w:br/>
        <w:t>f 4476/23093/20853 4466/23081/20852 4464/23083/20852</w:t>
        <w:br/>
        <w:t>f 4725/23094/20854 4724/23095/20854 4723/23096/20855</w:t>
        <w:br/>
        <w:t>f 4726/23097/20855 4725/23094/20854 4723/23096/20855</w:t>
        <w:br/>
        <w:t>f 4729/23098/20856 4728/23099/20857 4727/23100/20858</w:t>
        <w:br/>
        <w:t>f 4730/23101/20859 4729/23098/20856 4727/23100/20858</w:t>
        <w:br/>
        <w:t>f 4734/23102/20860 4733/23103/20861 4732/23104/20861</w:t>
        <w:br/>
        <w:t>f 4731/23105/20862 4734/23102/20860 4732/23104/20861</w:t>
        <w:br/>
        <w:t>f 4737/23106/20863 4736/23107/20863 4735/23108/20864</w:t>
        <w:br/>
        <w:t>f 4738/23109/20865 4737/23106/20863 4735/23108/20864</w:t>
        <w:br/>
        <w:t>f 4745/23110/20866 4744/23111/20867 4743/23112/20868</w:t>
        <w:br/>
        <w:t>f 4746/23113/20869 4745/23110/20866 4743/23112/20868</w:t>
        <w:br/>
        <w:t>f 4750/23114/20870 4749/23115/20871 4748/23116/20872</w:t>
        <w:br/>
        <w:t>f 4747/23117/20873 4750/23114/20870 4748/23116/20872</w:t>
        <w:br/>
        <w:t>f 4747/23117/20873 4745/23110/20866 4746/23113/20869</w:t>
        <w:br/>
        <w:t>f 4750/23114/20870 4747/23117/20873 4746/23113/20869</w:t>
        <w:br/>
        <w:t>f 4758/23118/20874 4757/23119/20875 4743/23112/20868</w:t>
        <w:br/>
        <w:t>f 4744/23111/20867 4758/23118/20874 4743/23112/20868</w:t>
        <w:br/>
        <w:t>f 4759/23120/20876 4726/23097/20855 4723/23096/20855</w:t>
        <w:br/>
        <w:t>f 4760/23121/20877 4759/23120/20876 4723/23096/20855</w:t>
        <w:br/>
        <w:t>f 4762/23122/20878 4761/23123/20879 4724/23095/20854</w:t>
        <w:br/>
        <w:t>f 4725/23094/20854 4762/23122/20878 4724/23095/20854</w:t>
        <w:br/>
        <w:t>f 4765/23124/20880 4764/23125/20872 4728/23099/20857</w:t>
        <w:br/>
        <w:t>f 4763/23126/20881 4765/23124/20880 4728/23099/20857</w:t>
        <w:br/>
        <w:t>f 4767/23127/20882 4766/23128/20883 4729/23098/20856</w:t>
        <w:br/>
        <w:t>f 4730/23101/20859 4767/23127/20882 4729/23098/20856</w:t>
        <w:br/>
        <w:t>f 4732/23104/20861 4733/23103/20861 4768/23129/20866</w:t>
        <w:br/>
        <w:t>f 4769/23130/20884 4732/23104/20861 4768/23129/20866</w:t>
        <w:br/>
        <w:t>f 4771/23131/20877 4734/23102/20860 4731/23105/20862</w:t>
        <w:br/>
        <w:t>f 4770/23132/20885 4771/23131/20877 4731/23105/20862</w:t>
        <w:br/>
        <w:t>f 4736/23107/20863 4737/23106/20863 4772/23133/20876</w:t>
        <w:br/>
        <w:t>f 4773/23134/20882 4736/23107/20863 4772/23133/20876</w:t>
        <w:br/>
        <w:t>f 4775/23135/20886 4738/23109/20865 4735/23108/20864</w:t>
        <w:br/>
        <w:t>f 4774/23136/20887 4775/23135/20886 4735/23108/20864</w:t>
        <w:br/>
        <w:t>f 6281/23137/20888 4763/23126/20881 4728/23099/20857</w:t>
        <w:br/>
        <w:t>f 4729/23098/20856 6281/23137/20888 4728/23099/20857</w:t>
        <w:br/>
        <w:t>f 4757/23119/20875 4758/23118/20874 4748/23116/20872</w:t>
        <w:br/>
        <w:t>f 4749/23115/20871 4757/23119/20875 4748/23116/20872</w:t>
        <w:br/>
        <w:t>f 6282/23138/20889 4727/23100/20858 4728/23099/20857</w:t>
        <w:br/>
        <w:t>f 4764/23125/20872 6282/23138/20889 4728/23099/20857</w:t>
        <w:br/>
        <w:t>f 6283/23139/20890 6281/23137/20888 4729/23098/20856</w:t>
        <w:br/>
        <w:t>f 4766/23128/20883 6283/23139/20890 4729/23098/20856</w:t>
        <w:br/>
        <w:t>f 6397/23140/20891 6396/23141/20892 6395/23142/20891</w:t>
        <w:br/>
        <w:t>f 6394/23143/20893 6397/23140/20891 6395/23142/20891</w:t>
        <w:br/>
        <w:t>f 6401/23144/20894 6400/23145/20895 6399/23146/20896</w:t>
        <w:br/>
        <w:t>f 6398/23147/20897 6401/23144/20894 6399/23146/20896</w:t>
        <w:br/>
        <w:t>f 6403/23148/20898 6402/23149/20899 6400/23145/20895</w:t>
        <w:br/>
        <w:t>f 6401/23144/20894 6403/23148/20898 6400/23145/20895</w:t>
        <w:br/>
        <w:t>f 6407/23150/20900 6406/23151/20901 6405/23152/20901</w:t>
        <w:br/>
        <w:t>f 6404/23153/20900 6407/23150/20900 6405/23152/20901</w:t>
        <w:br/>
        <w:t>f 6408/23154/20902 6407/23150/20900 6404/23153/20900</w:t>
        <w:br/>
        <w:t>f 6409/23155/20902 6408/23154/20902 6404/23153/20900</w:t>
        <w:br/>
        <w:t>f 6413/23156/20903 6412/23157/20904 6411/23158/20905</w:t>
        <w:br/>
        <w:t>f 6410/23159/20905 6413/23156/20903 6411/23158/20905</w:t>
        <w:br/>
        <w:t>f 6469/23160/20906 6468/23161/20906 6467/23162/20906</w:t>
        <w:br/>
        <w:t>f 6466/23163/20906 6469/23160/20906 6467/23162/20906</w:t>
        <w:br/>
        <w:t>f 6472/23164/20907 6471/23165/20908 6470/23166/20909</w:t>
        <w:br/>
        <w:t>f 6473/23167/20910 6472/23164/20907 6470/23166/20909</w:t>
        <w:br/>
        <w:t>f 6475/23168/20911 6474/23169/20911 6471/23165/20908</w:t>
        <w:br/>
        <w:t>f 6472/23164/20907 6475/23168/20911 6471/23165/20908</w:t>
        <w:br/>
        <w:t>f 6475/23168/20911 6477/23170/20912 6476/23171/20912</w:t>
        <w:br/>
        <w:t>f 6474/23169/20911 6475/23168/20911 6476/23171/20912</w:t>
        <w:br/>
        <w:t>f 6477/23170/20912 6479/23172/20913 6478/23173/20913</w:t>
        <w:br/>
        <w:t>f 6476/23171/20912 6477/23170/20912 6478/23173/20913</w:t>
        <w:br/>
        <w:t>f 6492/23174/20914 6491/23175/20914 6490/23176/20915</w:t>
        <w:br/>
        <w:t>f 6493/23177/20915 6492/23174/20914 6490/23176/20915</w:t>
        <w:br/>
        <w:t>f 6495/23178/20916 6494/23179/20917 6491/23175/20914</w:t>
        <w:br/>
        <w:t>f 6492/23174/20914 6495/23178/20916 6491/23175/20914</w:t>
        <w:br/>
        <w:t>f 6495/23178/20916 6497/23180/20918 6496/23181/20919</w:t>
        <w:br/>
        <w:t>f 6494/23179/20917 6495/23178/20916 6496/23181/20919</w:t>
        <w:br/>
        <w:t>f 6497/23180/20918 6499/23182/20920 6498/23183/20921</w:t>
        <w:br/>
        <w:t>f 6496/23181/20919 6497/23180/20918 6498/23183/20921</w:t>
        <w:br/>
        <w:t>f 6506/23184/20922 6505/23185/20923 6504/23186/20924</w:t>
        <w:br/>
        <w:t>f 6507/23187/20925 6506/23184/20922 6504/23186/20924</w:t>
        <w:br/>
        <w:t>f 6506/23184/20922 6509/23188/20926 6508/23189/20926</w:t>
        <w:br/>
        <w:t>f 6505/23185/20923 6506/23184/20922 6508/23189/20926</w:t>
        <w:br/>
        <w:t>f 6509/23188/20926 6511/23190/20927 6510/23191/20927</w:t>
        <w:br/>
        <w:t>f 6508/23189/20926 6509/23188/20926 6510/23191/20927</w:t>
        <w:br/>
        <w:t>f 6514/23192/20928 6513/23193/20928 6512/23194/20929</w:t>
        <w:br/>
        <w:t>f 6515/23195/20929 6514/23192/20928 6512/23194/20929</w:t>
        <w:br/>
        <w:t>f 6517/23196/20930 6516/23197/20931 6513/23193/20928</w:t>
        <w:br/>
        <w:t>f 6514/23192/20928 6517/23196/20930 6513/23193/20928</w:t>
        <w:br/>
        <w:t>f 6519/23198/20932 6518/23199/20933 6516/23197/20931</w:t>
        <w:br/>
        <w:t>f 6517/23196/20930 6519/23198/20932 6516/23197/20931</w:t>
        <w:br/>
        <w:t>f 6519/23198/20932 6521/23200/20934 6520/23201/20934</w:t>
        <w:br/>
        <w:t>f 6518/23199/20933 6519/23198/20932 6520/23201/20934</w:t>
        <w:br/>
        <w:t>f 6532/23202/20935 6531/23203/20935 6530/23204/20935</w:t>
        <w:br/>
        <w:t>f 6533/23205/20935 6532/23202/20935 6530/23204/20935</w:t>
        <w:br/>
        <w:t>f 6655/23206/20936 6654/23207/20937 6653/23208/20936</w:t>
        <w:br/>
        <w:t>f 6652/23209/20936 6655/23206/20936 6653/23208/20936</w:t>
        <w:br/>
        <w:t>f 8210/23210/20938 8209/23211/20939 8208/23212/20940</w:t>
        <w:br/>
        <w:t>f 8207/23213/20941 8210/23210/20938 8208/23212/20940</w:t>
        <w:br/>
        <w:t>f 8212/23214/20942 8210/23210/20938 8207/23213/20941</w:t>
        <w:br/>
        <w:t>f 8211/23215/20943 8212/23214/20942 8207/23213/20941</w:t>
        <w:br/>
        <w:t>f 8214/23216/20944 8212/23214/20942 8211/23215/20943</w:t>
        <w:br/>
        <w:t>f 8213/23217/20945 8214/23216/20944 8211/23215/20943</w:t>
        <w:br/>
        <w:t>f 8216/23218/20946 8214/23216/20944 8213/23217/20945</w:t>
        <w:br/>
        <w:t>f 8215/23219/20947 8216/23218/20946 8213/23217/20945</w:t>
        <w:br/>
        <w:t>f 8216/23218/20946 8215/23219/20947 8217/23220/20948</w:t>
        <w:br/>
        <w:t>f 8218/23221/20949 8216/23218/20946 8217/23220/20948</w:t>
        <w:br/>
        <w:t>f 8218/23221/20949 8217/23220/20948 8219/23222/20950</w:t>
        <w:br/>
        <w:t>f 8220/23223/20951 8218/23221/20949 8219/23222/20950</w:t>
        <w:br/>
        <w:t>f 8220/23223/20951 8219/23222/20950 8221/23224/20952</w:t>
        <w:br/>
        <w:t>f 8222/23225/20953 8220/23223/20951 8221/23224/20952</w:t>
        <w:br/>
        <w:t>f 8222/23225/20953 8221/23224/20952 8208/23212/20940</w:t>
        <w:br/>
        <w:t>f 8209/23211/20939 8222/23225/20953 8208/23212/20940</w:t>
        <w:br/>
        <w:t>f 8225/23226/20954 8224/23227/20955 8223/23228/20956</w:t>
        <w:br/>
        <w:t>f 8224/23227/20955 8226/23229/20957 8223/23228/20956</w:t>
        <w:br/>
        <w:t>f 8226/23229/20957 8227/23230/20958 8223/23228/20956</w:t>
        <w:br/>
        <w:t>f 8227/23230/20958 8228/23231/20959 8223/23228/20956</w:t>
        <w:br/>
        <w:t>f 8228/23231/20959 8229/23232/20960 8223/23228/20956</w:t>
        <w:br/>
        <w:t>f 8229/23232/20960 8230/23233/20961 8223/23228/20956</w:t>
        <w:br/>
        <w:t>f 8230/23233/20961 8231/23234/20962 8223/23228/20956</w:t>
        <w:br/>
        <w:t>f 8231/23234/20962 8225/23226/20954 8223/23228/20956</w:t>
        <w:br/>
        <w:t>f 8209/23211/20939 8210/23210/20938 8224/23227/20955</w:t>
        <w:br/>
        <w:t>f 8225/23226/20954 8209/23211/20939 8224/23227/20955</w:t>
        <w:br/>
        <w:t>f 8224/23227/20955 8210/23210/20938 8212/23214/20942</w:t>
        <w:br/>
        <w:t>f 8226/23229/20957 8224/23227/20955 8212/23214/20942</w:t>
        <w:br/>
        <w:t>f 8212/23214/20942 8214/23216/20944 8227/23230/20958</w:t>
        <w:br/>
        <w:t>f 8226/23229/20957 8212/23214/20942 8227/23230/20958</w:t>
        <w:br/>
        <w:t>f 8227/23230/20958 8214/23216/20944 8216/23218/20946</w:t>
        <w:br/>
        <w:t>f 8228/23231/20959 8227/23230/20958 8216/23218/20946</w:t>
        <w:br/>
        <w:t>f 8216/23218/20946 8218/23221/20949 8229/23232/20960</w:t>
        <w:br/>
        <w:t>f 8228/23231/20959 8216/23218/20946 8229/23232/20960</w:t>
        <w:br/>
        <w:t>f 8229/23232/20960 8218/23221/20949 8220/23223/20951</w:t>
        <w:br/>
        <w:t>f 8230/23233/20961 8229/23232/20960 8220/23223/20951</w:t>
        <w:br/>
        <w:t>f 8220/23223/20951 8222/23225/20953 8231/23234/20962</w:t>
        <w:br/>
        <w:t>f 8230/23233/20961 8220/23223/20951 8231/23234/20962</w:t>
        <w:br/>
        <w:t>f 8231/23234/20962 8222/23225/20953 8209/23211/20939</w:t>
        <w:br/>
        <w:t>f 8225/23226/20954 8231/23234/20962 8209/23211/20939</w:t>
        <w:br/>
        <w:t>f 9665/23235/20963 9664/23236/20964 9663/23237/20965</w:t>
        <w:br/>
        <w:t>f 9662/23238/20966 9665/23235/20963 9663/23237/20965</w:t>
        <w:br/>
        <w:t>f 9667/23239/20967 9666/23240/20968 9664/23236/20964</w:t>
        <w:br/>
        <w:t>f 9665/23235/20963 9667/23239/20967 9664/23236/20964</w:t>
        <w:br/>
        <w:t>f 9669/23241/20969 9668/23242/20970 9666/23240/20968</w:t>
        <w:br/>
        <w:t>f 9667/23239/20967 9669/23241/20969 9666/23240/20968</w:t>
        <w:br/>
        <w:t>f 9671/23243/20971 9670/23244/20972 9668/23242/20970</w:t>
        <w:br/>
        <w:t>f 9669/23241/20969 9671/23243/20971 9668/23242/20970</w:t>
        <w:br/>
        <w:t>f 9672/23245/20973 9670/23244/20972 9671/23243/20971</w:t>
        <w:br/>
        <w:t>f 9673/23246/20974 9672/23245/20973 9671/23243/20971</w:t>
        <w:br/>
        <w:t>f 9674/23247/20975 9672/23245/20973 9673/23246/20974</w:t>
        <w:br/>
        <w:t>f 9675/23248/20976 9674/23247/20975 9673/23246/20974</w:t>
        <w:br/>
        <w:t>f 9676/23249/20977 9674/23247/20975 9675/23248/20976</w:t>
        <w:br/>
        <w:t>f 9677/23250/20978 9676/23249/20977 9675/23248/20976</w:t>
        <w:br/>
        <w:t>f 9663/23237/20965 9676/23249/20977 9677/23250/20978</w:t>
        <w:br/>
        <w:t>f 9662/23238/20966 9663/23237/20965 9677/23250/20978</w:t>
        <w:br/>
        <w:t>f 9680/23251/20979 9679/23252/20980 9678/23253/20981</w:t>
        <w:br/>
        <w:t>f 9678/23253/20981 9679/23252/20980 9681/23254/20982</w:t>
        <w:br/>
        <w:t>f 9681/23254/20982 9679/23252/20980 9682/23255/20983</w:t>
        <w:br/>
        <w:t>f 9682/23255/20983 9679/23252/20980 9683/23256/20984</w:t>
        <w:br/>
        <w:t>f 9683/23256/20984 9679/23252/20980 9684/23257/20985</w:t>
        <w:br/>
        <w:t>f 9684/23257/20985 9679/23252/20980 9685/23258/20986</w:t>
        <w:br/>
        <w:t>f 9685/23258/20986 9679/23252/20980 9686/23259/20987</w:t>
        <w:br/>
        <w:t>f 9686/23259/20987 9679/23252/20980 9680/23251/20979</w:t>
        <w:br/>
        <w:t>f 9678/23253/20981 9665/23235/20963 9662/23238/20966</w:t>
        <w:br/>
        <w:t>f 9680/23251/20979 9678/23253/20981 9662/23238/20966</w:t>
        <w:br/>
        <w:t>f 9678/23253/20981 9681/23254/20982 9667/23239/20967</w:t>
        <w:br/>
        <w:t>f 9665/23235/20963 9678/23253/20981 9667/23239/20967</w:t>
        <w:br/>
        <w:t>f 9682/23255/20983 9669/23241/20969 9667/23239/20967</w:t>
        <w:br/>
        <w:t>f 9681/23254/20982 9682/23255/20983 9667/23239/20967</w:t>
        <w:br/>
        <w:t>f 9682/23255/20983 9683/23256/20984 9671/23243/20971</w:t>
        <w:br/>
        <w:t>f 9669/23241/20969 9682/23255/20983 9671/23243/20971</w:t>
        <w:br/>
        <w:t>f 9684/23257/20985 9673/23246/20974 9671/23243/20971</w:t>
        <w:br/>
        <w:t>f 9683/23256/20984 9684/23257/20985 9671/23243/20971</w:t>
        <w:br/>
        <w:t>f 9684/23257/20985 9685/23258/20986 9675/23248/20976</w:t>
        <w:br/>
        <w:t>f 9673/23246/20974 9684/23257/20985 9675/23248/20976</w:t>
        <w:br/>
        <w:t>f 9686/23259/20987 9677/23250/20978 9675/23248/20976</w:t>
        <w:br/>
        <w:t>f 9685/23258/20986 9686/23259/20987 9675/23248/20976</w:t>
        <w:br/>
        <w:t>f 9686/23259/20987 9680/23251/20979 9662/23238/20966</w:t>
        <w:br/>
        <w:t>f 9677/23250/20978 9686/23259/20987 9662/23238/20966</w:t>
        <w:br/>
        <w:t>f 6402/23149/20899 6403/23148/20898 6405/23152/20901</w:t>
        <w:br/>
        <w:t>f 6406/23151/20901 6402/23149/20899 6405/23152/20901</w:t>
        <w:br/>
        <w:t>f 4742/23260/20988 4741/23261/20876 4740/23262/20877</w:t>
        <w:br/>
        <w:t>f 4739/23263/20989 4742/23260/20988 4740/23262/20877</w:t>
        <w:br/>
        <w:t>f 4754/23264/20990 4753/23265/20991 4752/23266/20883</w:t>
        <w:br/>
        <w:t>f 4751/23267/20992 4754/23264/20990 4752/23266/20883</w:t>
        <w:br/>
        <w:t>f 4756/23268/20890 4755/23269/20993 4739/23263/20989</w:t>
        <w:br/>
        <w:t>f 4740/23262/20877 4756/23268/20890 4739/23263/20989</w:t>
        <w:br/>
        <w:t>f 4751/23267/20992 4741/23261/20876 4742/23260/20988</w:t>
        <w:br/>
        <w:t>f 4754/23264/20990 4751/23267/20992 4742/23260/20988</w:t>
        <w:br/>
        <w:t>f 6266/23270/20994 6265/23271/20995 6264/23272/20996</w:t>
        <w:br/>
        <w:t>f 6267/23273/20997 6266/23270/20994 6264/23272/20996</w:t>
        <w:br/>
        <w:t>f 6268/23274/20998 6267/23273/20997 6264/23272/20996</w:t>
        <w:br/>
        <w:t>f 6269/23275/20999 6268/23274/20998 6264/23272/20996</w:t>
        <w:br/>
        <w:t>f 6270/23276/21000 6269/23275/20999 6264/23272/20996</w:t>
        <w:br/>
        <w:t>f 6271/23277/21001 6270/23276/21000 6264/23272/20996</w:t>
        <w:br/>
        <w:t>f 6272/23278/21002 6271/23277/21001 6264/23272/20996</w:t>
        <w:br/>
        <w:t>f 6273/23279/21003 6272/23278/21002 6264/23272/20996</w:t>
        <w:br/>
        <w:t>f 6274/23280/21004 6273/23279/21003 6264/23272/20996</w:t>
        <w:br/>
        <w:t>f 6275/23281/21005 6274/23280/21004 6264/23272/20996</w:t>
        <w:br/>
        <w:t>f 6276/23282/21006 6275/23281/21005 6264/23272/20996</w:t>
        <w:br/>
        <w:t>f 6265/23271/20995 6276/23282/21006 6264/23272/20996</w:t>
        <w:br/>
        <w:t>f 4755/23269/20993 4756/23268/20890 4752/23266/20883</w:t>
        <w:br/>
        <w:t>f 4753/23265/20991 4755/23269/20993 4752/23266/20883</w:t>
        <w:br/>
        <w:t>f 4443/23283/21007 4442/23284/21008 4441/23285/21008</w:t>
        <w:br/>
        <w:t>f 4440/23286/21009 4443/23283/21007 4441/23285/21008</w:t>
        <w:br/>
        <w:t>f 4443/23283/21007 4440/23286/21009 4444/23287/21010</w:t>
        <w:br/>
        <w:t>f 4445/23288/21010 4443/23283/21007 4444/23287/21010</w:t>
        <w:br/>
        <w:t>f 4445/23288/21010 4444/23287/21010 4446/23289/21011</w:t>
        <w:br/>
        <w:t>f 4447/23290/21011 4445/23288/21010 4446/23289/21011</w:t>
        <w:br/>
        <w:t>f 4449/23291/21012 4447/23290/21011 4446/23289/21011</w:t>
        <w:br/>
        <w:t>f 4448/23292/21012 4449/23291/21012 4446/23289/21011</w:t>
        <w:br/>
        <w:t>f 4451/23293/21013 4449/23291/21012 4448/23292/21012</w:t>
        <w:br/>
        <w:t>f 4450/23294/21014 4451/23293/21013 4448/23292/21012</w:t>
        <w:br/>
        <w:t>f 4453/23295/21015 4451/23293/21013 4450/23294/21014</w:t>
        <w:br/>
        <w:t>f 4452/23296/21016 4453/23295/21015 4450/23294/21014</w:t>
        <w:br/>
        <w:t>f 4455/23297/21017 4453/23295/21015 4452/23296/21016</w:t>
        <w:br/>
        <w:t>f 4454/23298/21018 4455/23297/21017 4452/23296/21016</w:t>
        <w:br/>
        <w:t>f 4457/23299/21019 4455/23297/21017 4454/23298/21018</w:t>
        <w:br/>
        <w:t>f 4456/23300/21019 4457/23299/21019 4454/23298/21018</w:t>
        <w:br/>
        <w:t>f 4457/23299/21019 4456/23300/21019 4458/23301/21020</w:t>
        <w:br/>
        <w:t>f 4459/23302/21020 4457/23299/21019 4458/23301/21020</w:t>
        <w:br/>
        <w:t>f 4461/23303/21021 4459/23302/21020 4458/23301/21020</w:t>
        <w:br/>
        <w:t>f 4460/23304/21021 4461/23303/21021 4458/23301/21020</w:t>
        <w:br/>
        <w:t>f 4463/23305/21022 4461/23303/21021 4460/23304/21021</w:t>
        <w:br/>
        <w:t>f 4462/23306/21023 4463/23305/21022 4460/23304/21021</w:t>
        <w:br/>
        <w:t>f 4442/23284/21008 4463/23305/21022 4462/23306/21023</w:t>
        <w:br/>
        <w:t>f 4441/23285/21008 4442/23284/21008 4462/23306/21023</w:t>
        <w:br/>
        <w:t>f 3879/23307/21024 3878/23308/21025 3877/23309/21026</w:t>
        <w:br/>
        <w:t>f 3876/23310/21027 3879/23307/21024 3877/23309/21026</w:t>
        <w:br/>
        <w:t>f 3885/23311/21028 3884/23312/21028 3879/23307/21024</w:t>
        <w:br/>
        <w:t>f 3876/23310/21027 3885/23311/21028 3879/23307/21024</w:t>
        <w:br/>
        <w:t>f 3928/23313/21029 3927/23314/21030 3926/23315/21031</w:t>
        <w:br/>
        <w:t>f 3925/23316/21029 3928/23313/21029 3926/23315/21031</w:t>
        <w:br/>
        <w:t>f 3960/23317/21032 3884/23312/21028 3885/23311/21028</w:t>
        <w:br/>
        <w:t>f 3961/23318/21033 3960/23317/21032 3885/23311/21028</w:t>
        <w:br/>
        <w:t>f 3927/23314/21030 3985/23319/21034 3984/23320/21035</w:t>
        <w:br/>
        <w:t>f 3926/23315/21031 3927/23314/21030 3984/23320/21035</w:t>
        <w:br/>
        <w:t>f 3877/23309/21026 3987/23321/21036 3986/23322/21037</w:t>
        <w:br/>
        <w:t>f 3877/23309/21026 3986/23322/21037 3988/23323/21038</w:t>
        <w:br/>
        <w:t>f 3927/23314/21030 3989/23324/21039 3985/23319/21034</w:t>
        <w:br/>
        <w:t>f 3991/23325/21040 3928/23313/21029 3925/23316/21029</w:t>
        <w:br/>
        <w:t>f 3990/23326/21041 3991/23325/21040 3925/23316/21029</w:t>
        <w:br/>
        <w:t>f 3960/23317/21032 3961/23318/21033 4042/23327/21042</w:t>
        <w:br/>
        <w:t>f 4041/23328/21043 3960/23317/21032 4042/23327/21042</w:t>
        <w:br/>
        <w:t>f 3989/23324/21039 3877/23309/21026 3988/23323/21038</w:t>
        <w:br/>
        <w:t>f 3985/23319/21034 3989/23324/21039 3988/23323/21038</w:t>
        <w:br/>
        <w:t>f 4042/23327/21042 3961/23318/21033 4384/23329/21044</w:t>
        <w:br/>
        <w:t>f 4383/23330/21044 4042/23327/21042 4384/23329/21044</w:t>
        <w:br/>
        <w:t>f 4389/23331/21045 4388/23332/21046 4387/23333/21046</w:t>
        <w:br/>
        <w:t>f 4386/23334/21045 4389/23331/21045 4387/23333/21046</w:t>
        <w:br/>
        <w:t>f 4389/23331/21045 4386/23334/21045 4390/23335/21047</w:t>
        <w:br/>
        <w:t>f 4391/23336/21048 4389/23331/21045 4390/23335/21047</w:t>
        <w:br/>
        <w:t>f 4393/23337/21049 4391/23336/21048 4390/23335/21047</w:t>
        <w:br/>
        <w:t>f 4392/23338/21050 4393/23337/21049 4390/23335/21047</w:t>
        <w:br/>
        <w:t>f 4397/23339/21051 4396/23340/21050 4395/23341/21050</w:t>
        <w:br/>
        <w:t>f 4394/23342/21051 4397/23339/21051 4395/23341/21050</w:t>
        <w:br/>
        <w:t>f 4397/23339/21051 4394/23342/21051 4398/23343/21052</w:t>
        <w:br/>
        <w:t>f 4399/23344/21052 4397/23339/21051 4398/23343/21052</w:t>
        <w:br/>
        <w:t>f 4399/23344/21052 4398/23343/21052 4400/23345/21053</w:t>
        <w:br/>
        <w:t>f 4401/23346/21053 4399/23344/21052 4400/23345/21053</w:t>
        <w:br/>
        <w:t>f 4403/23347/21054 4401/23346/21053 4400/23345/21053</w:t>
        <w:br/>
        <w:t>f 4402/23348/21054 4403/23347/21054 4400/23345/21053</w:t>
        <w:br/>
        <w:t>f 4387/23333/21046 4388/23332/21046 4403/23347/21054</w:t>
        <w:br/>
        <w:t>f 4402/23348/21054 4387/23333/21046 4403/23347/21054</w:t>
        <w:br/>
        <w:t>f 4407/23349/21055 4406/23350/21056 4405/23351/21057</w:t>
        <w:br/>
        <w:t>f 4404/23352/21058 4407/23349/21055 4405/23351/21057</w:t>
        <w:br/>
        <w:t>f 4409/23353/21059 4407/23349/21055 4404/23352/21058</w:t>
        <w:br/>
        <w:t>f 4408/23354/21060 4409/23353/21059 4404/23352/21058</w:t>
        <w:br/>
        <w:t>f 4413/23355/21061 4412/23356/21059 4411/23357/21059</w:t>
        <w:br/>
        <w:t>f 4410/23358/21062 4413/23355/21061 4411/23357/21059</w:t>
        <w:br/>
        <w:t>f 4415/23359/21063 4413/23355/21061 4410/23358/21062</w:t>
        <w:br/>
        <w:t>f 4414/23360/21064 4415/23359/21063 4410/23358/21062</w:t>
        <w:br/>
        <w:t>f 4415/23359/21063 4414/23360/21064 4416/23361/21065</w:t>
        <w:br/>
        <w:t>f 4417/23362/21066 4415/23359/21063 4416/23361/21065</w:t>
        <w:br/>
        <w:t>f 4417/23362/21066 4416/23361/21065 4418/23363/21067</w:t>
        <w:br/>
        <w:t>f 4419/23364/21068 4417/23362/21066 4418/23363/21067</w:t>
        <w:br/>
        <w:t>f 4419/23364/21068 4418/23363/21067 4420/23365/21069</w:t>
        <w:br/>
        <w:t>f 4421/23366/21070 4419/23364/21068 4420/23365/21069</w:t>
        <w:br/>
        <w:t>f 4421/23366/21070 4420/23365/21069 4405/23351/21057</w:t>
        <w:br/>
        <w:t>f 4406/23350/21056 4421/23366/21070 4405/23351/21057</w:t>
        <w:br/>
        <w:t>f 4425/23367/21071 4424/23368/21072 4423/23369/21072</w:t>
        <w:br/>
        <w:t>f 4422/23370/21071 4425/23367/21071 4423/23369/21072</w:t>
        <w:br/>
        <w:t>f 4425/23367/21071 4422/23370/21071 4426/23371/21073</w:t>
        <w:br/>
        <w:t>f 4427/23372/21074 4425/23367/21071 4426/23371/21073</w:t>
        <w:br/>
        <w:t>f 4430/23373/21074 4429/23374/21073 4428/23375/21075</w:t>
        <w:br/>
        <w:t>f 4431/23376/21075 4430/23373/21074 4428/23375/21075</w:t>
        <w:br/>
        <w:t>f 4431/23376/21075 4428/23375/21075 4432/23377/21076</w:t>
        <w:br/>
        <w:t>f 4433/23378/21076 4431/23376/21075 4432/23377/21076</w:t>
        <w:br/>
        <w:t>f 4435/23379/21077 4433/23378/21076 4432/23377/21076</w:t>
        <w:br/>
        <w:t>f 4434/23380/21077 4435/23379/21077 4432/23377/21076</w:t>
        <w:br/>
        <w:t>f 4435/23379/21077 4434/23380/21077 4436/23381/21078</w:t>
        <w:br/>
        <w:t>f 4437/23382/21078 4435/23379/21077 4436/23381/21078</w:t>
        <w:br/>
        <w:t>f 4436/23381/21078 4439/23383/21079 4438/23384/21079</w:t>
        <w:br/>
        <w:t>f 4437/23382/21078 4436/23381/21078 4438/23384/21079</w:t>
        <w:br/>
        <w:t>f 4424/23368/21072 4438/23384/21079 4439/23383/21079</w:t>
        <w:br/>
        <w:t>f 4423/23369/21072 4424/23368/21072 4439/23383/21079</w:t>
        <w:br/>
        <w:t>f 4495/23385/21080 4494/23386/21081 4493/23387/21082</w:t>
        <w:br/>
        <w:t>f 4492/23388/21083 4495/23385/21080 4493/23387/21082</w:t>
        <w:br/>
        <w:t>f 4499/23389/21084 4498/23390/21085 4497/23391/21086</w:t>
        <w:br/>
        <w:t>f 4496/23392/21087 4499/23389/21084 4497/23391/21086</w:t>
        <w:br/>
        <w:t>f 4503/23393/21088 4502/23394/21089 4501/23395/21090</w:t>
        <w:br/>
        <w:t>f 4500/23396/21091 4503/23393/21088 4501/23395/21090</w:t>
        <w:br/>
        <w:t>f 4506/23397/21092 4505/23398/21093 4504/23399/21094</w:t>
        <w:br/>
        <w:t>f 4507/23400/21095 4506/23397/21092 4504/23399/21094</w:t>
        <w:br/>
        <w:t>f 4508/23401/21096 4506/23397/21092 4507/23400/21095</w:t>
        <w:br/>
        <w:t>f 4509/23402/21097 4508/23401/21096 4507/23400/21095</w:t>
        <w:br/>
        <w:t>f 4513/23403/21098 4512/23404/21099 4511/23405/21100</w:t>
        <w:br/>
        <w:t>f 4510/23406/21101 4513/23403/21098 4511/23405/21100</w:t>
        <w:br/>
        <w:t>f 4511/23405/21100 4515/23407/21102 4514/23408/21103</w:t>
        <w:br/>
        <w:t>f 4510/23406/21101 4511/23405/21100 4514/23408/21103</w:t>
        <w:br/>
        <w:t>f 4517/23409/21104 4516/23410/21105 4508/23401/21096</w:t>
        <w:br/>
        <w:t>f 4509/23402/21097 4517/23409/21104 4508/23401/21096</w:t>
        <w:br/>
        <w:t>f 4520/23411/21106 4519/23412/21107 4518/23413/21108</w:t>
        <w:br/>
        <w:t>f 4521/23414/21109 4520/23411/21106 4518/23413/21108</w:t>
        <w:br/>
        <w:t>f 4525/23415/21110 4524/23416/21111 4523/23417/21112</w:t>
        <w:br/>
        <w:t>f 4522/23418/21113 4525/23415/21110 4523/23417/21112</w:t>
        <w:br/>
        <w:t>f 4527/23419/21114 4526/23420/21115 4521/23414/21109</w:t>
        <w:br/>
        <w:t>f 4518/23413/21108 4527/23419/21114 4521/23414/21109</w:t>
        <w:br/>
        <w:t>f 4530/23421/21116 4529/23422/21117 4528/23423/21118</w:t>
        <w:br/>
        <w:t>f 4531/23424/21119 4530/23421/21116 4528/23423/21118</w:t>
        <w:br/>
        <w:t>f 4535/23425/21120 4534/23426/21120 4533/23427/21121</w:t>
        <w:br/>
        <w:t>f 4532/23428/21121 4535/23425/21120 4533/23427/21121</w:t>
        <w:br/>
        <w:t>f 4512/23404/21099 4513/23403/21098 4537/23429/21122</w:t>
        <w:br/>
        <w:t>f 4536/23430/21123 4512/23404/21099 4537/23429/21122</w:t>
        <w:br/>
        <w:t>f 4498/23390/21085 4539/23431/21124 4538/23432/21125</w:t>
        <w:br/>
        <w:t>f 4497/23391/21086 4498/23390/21085 4538/23432/21125</w:t>
        <w:br/>
        <w:t>f 4543/23433/21126 4542/23434/21127 4541/23435/21128</w:t>
        <w:br/>
        <w:t>f 4540/23436/21129 4543/23433/21126 4541/23435/21128</w:t>
        <w:br/>
        <w:t>f 4545/23437/21130 4499/23389/21084 4496/23392/21087</w:t>
        <w:br/>
        <w:t>f 4544/23438/21131 4545/23437/21130 4496/23392/21087</w:t>
        <w:br/>
        <w:t>f 4549/23439/21132 4548/23440/21133 4547/23441/21134</w:t>
        <w:br/>
        <w:t>f 4546/23442/21135 4549/23439/21132 4547/23441/21134</w:t>
        <w:br/>
        <w:t>f 4553/23443/21136 4552/23444/21137 4551/23445/21138</w:t>
        <w:br/>
        <w:t>f 4550/23446/21138 4553/23443/21136 4551/23445/21138</w:t>
        <w:br/>
        <w:t>f 4555/23447/21139 4554/23448/21140 4543/23433/21126</w:t>
        <w:br/>
        <w:t>f 4540/23436/21129 4555/23447/21139 4543/23433/21126</w:t>
        <w:br/>
        <w:t>f 4557/23449/21141 4541/23435/21128 4542/23434/21127</w:t>
        <w:br/>
        <w:t>f 4556/23450/21142 4557/23449/21141 4542/23434/21127</w:t>
        <w:br/>
        <w:t>f 4561/23451/21143 4560/23452/21144 4559/23453/21145</w:t>
        <w:br/>
        <w:t>f 4558/23454/21146 4561/23451/21143 4559/23453/21145</w:t>
        <w:br/>
        <w:t>f 4564/23455/21147 4563/23456/21148 4562/23457/21149</w:t>
        <w:br/>
        <w:t>f 4565/23458/21150 4564/23455/21147 4562/23457/21149</w:t>
        <w:br/>
        <w:t>f 4492/23388/21083 4503/23393/21088 4500/23396/21091</w:t>
        <w:br/>
        <w:t>f 4495/23385/21080 4492/23388/21083 4500/23396/21091</w:t>
        <w:br/>
        <w:t>f 4494/23386/21081 4495/23385/21080 4507/23400/21095</w:t>
        <w:br/>
        <w:t>f 4504/23399/21094 4494/23386/21081 4507/23400/21095</w:t>
        <w:br/>
        <w:t>f 4493/23387/21082 4555/23447/21139 4540/23436/21129</w:t>
        <w:br/>
        <w:t>f 4492/23388/21083 4493/23387/21082 4540/23436/21129</w:t>
        <w:br/>
        <w:t>f 4492/23388/21083 4540/23436/21129 4541/23435/21128</w:t>
        <w:br/>
        <w:t>f 4503/23393/21088 4492/23388/21083 4541/23435/21128</w:t>
        <w:br/>
        <w:t>f 4502/23394/21089 4503/23393/21088 4541/23435/21128</w:t>
        <w:br/>
        <w:t>f 4557/23449/21141 4502/23394/21089 4541/23435/21128</w:t>
        <w:br/>
        <w:t>f 4522/23418/21113 4523/23417/21112 4560/23452/21144</w:t>
        <w:br/>
        <w:t>f 4561/23451/21143 4522/23418/21113 4560/23452/21144</w:t>
        <w:br/>
        <w:t>f 4535/23425/21120 4563/23456/21148 4564/23455/21147</w:t>
        <w:br/>
        <w:t>f 4534/23426/21120 4535/23425/21120 4564/23455/21147</w:t>
        <w:br/>
        <w:t>f 4567/23459/21151 4566/23460/21152 4505/23398/21093</w:t>
        <w:br/>
        <w:t>f 4506/23397/21092 4567/23459/21151 4505/23398/21093</w:t>
        <w:br/>
        <w:t>f 4568/23461/21153 4567/23459/21151 4506/23397/21092</w:t>
        <w:br/>
        <w:t>f 4508/23401/21096 4568/23461/21153 4506/23397/21092</w:t>
        <w:br/>
        <w:t>f 4568/23461/21153 4508/23401/21096 4516/23410/21105</w:t>
        <w:br/>
        <w:t>f 4569/23462/21154 4568/23461/21153 4516/23410/21105</w:t>
        <w:br/>
        <w:t>f 4570/23463/21155 4527/23419/21114 4518/23413/21108</w:t>
        <w:br/>
        <w:t>f 4571/23464/21156 4570/23463/21155 4518/23413/21108</w:t>
        <w:br/>
        <w:t>f 4533/23427/21121 4573/23465/21157 4572/23466/21158</w:t>
        <w:br/>
        <w:t>f 4532/23428/21121 4533/23427/21121 4572/23466/21158</w:t>
        <w:br/>
        <w:t>f 4577/23467/21159 4576/23468/21160 4575/23469/21161</w:t>
        <w:br/>
        <w:t>f 4574/23470/21162 4577/23467/21159 4575/23469/21161</w:t>
        <w:br/>
        <w:t>f 4577/23467/21159 4520/23411/21106 4521/23414/21109</w:t>
        <w:br/>
        <w:t>f 4578/23471/21163 4577/23467/21159 4521/23414/21109</w:t>
        <w:br/>
        <w:t>f 4578/23471/21163 4521/23414/21109 4526/23420/21115</w:t>
        <w:br/>
        <w:t>f 4579/23472/21164 4578/23471/21163 4526/23420/21115</w:t>
        <w:br/>
        <w:t>f 4501/23395/21090 4517/23409/21104 4509/23402/21097</w:t>
        <w:br/>
        <w:t>f 4500/23396/21091 4501/23395/21090 4509/23402/21097</w:t>
        <w:br/>
        <w:t>f 4495/23385/21080 4500/23396/21091 4509/23402/21097</w:t>
        <w:br/>
        <w:t>f 4507/23400/21095 4495/23385/21080 4509/23402/21097</w:t>
        <w:br/>
        <w:t>f 4538/23432/21125 4537/23429/21122 4513/23403/21098</w:t>
        <w:br/>
        <w:t>f 4497/23391/21086 4538/23432/21125 4513/23403/21098</w:t>
        <w:br/>
        <w:t>f 4497/23391/21086 4513/23403/21098 4510/23406/21101</w:t>
        <w:br/>
        <w:t>f 4496/23392/21087 4497/23391/21086 4510/23406/21101</w:t>
        <w:br/>
        <w:t>f 4544/23438/21131 4496/23392/21087 4510/23406/21101</w:t>
        <w:br/>
        <w:t>f 4514/23408/21103 4544/23438/21131 4510/23406/21101</w:t>
        <w:br/>
        <w:t>f 4581/23473/21165 4580/23474/21166 4529/23422/21117</w:t>
        <w:br/>
        <w:t>f 4530/23421/21116 4581/23473/21165 4529/23422/21117</w:t>
        <w:br/>
        <w:t>f 4550/23446/21138 4551/23445/21138 4583/23475/21167</w:t>
        <w:br/>
        <w:t>f 4582/23476/21168 4550/23446/21138 4583/23475/21167</w:t>
        <w:br/>
        <w:t>f 4587/23477/21169 4586/23478/21170 4585/23479/21171</w:t>
        <w:br/>
        <w:t>f 4584/23480/21172 4587/23477/21169 4585/23479/21171</w:t>
        <w:br/>
        <w:t>f 4587/23477/21169 4584/23480/21172 4588/23481/21173</w:t>
        <w:br/>
        <w:t>f 4589/23482/21174 4587/23477/21169 4588/23481/21173</w:t>
        <w:br/>
        <w:t>f 4590/23483/21175 4589/23482/21174 4531/23424/21119</w:t>
        <w:br/>
        <w:t>f 4528/23423/21118 4590/23483/21175 4531/23424/21119</w:t>
        <w:br/>
        <w:t>f 4591/23484/21176 4515/23407/21102 4511/23405/21100</w:t>
        <w:br/>
        <w:t>f 4592/23485/21177 4591/23484/21176 4511/23405/21100</w:t>
        <w:br/>
        <w:t>f 4592/23485/21177 4511/23405/21100 4512/23404/21099</w:t>
        <w:br/>
        <w:t>f 4593/23486/21178 4592/23485/21177 4512/23404/21099</w:t>
        <w:br/>
        <w:t>f 4593/23486/21178 4512/23404/21099 4536/23430/21123</w:t>
        <w:br/>
        <w:t>f 4594/23487/21179 4593/23486/21178 4536/23430/21123</w:t>
        <w:br/>
        <w:t>f 4553/23443/21136 4565/23458/21150 4562/23457/21149</w:t>
        <w:br/>
        <w:t>f 4552/23444/21137 4553/23443/21136 4562/23457/21149</w:t>
        <w:br/>
        <w:t>f 4598/23488/21180 4597/23489/21181 4596/23490/21182</w:t>
        <w:br/>
        <w:t>f 4595/23491/21183 4598/23488/21180 4596/23490/21182</w:t>
        <w:br/>
        <w:t>f 4549/23439/21132 4598/23488/21180 4595/23491/21183</w:t>
        <w:br/>
        <w:t>f 4558/23454/21146 4549/23439/21132 4595/23491/21183</w:t>
        <w:br/>
        <w:t>f 4548/23440/21133 4549/23439/21132 4558/23454/21146</w:t>
        <w:br/>
        <w:t>f 4559/23453/21145 4548/23440/21133 4558/23454/21146</w:t>
        <w:br/>
        <w:t>f 4545/23437/21130 4556/23450/21142 4542/23434/21127</w:t>
        <w:br/>
        <w:t>f 4499/23389/21084 4545/23437/21130 4542/23434/21127</w:t>
        <w:br/>
        <w:t>f 4498/23390/21085 4499/23389/21084 4542/23434/21127</w:t>
        <w:br/>
        <w:t>f 4543/23433/21126 4498/23390/21085 4542/23434/21127</w:t>
        <w:br/>
        <w:t>f 4539/23431/21124 4498/23390/21085 4543/23433/21126</w:t>
        <w:br/>
        <w:t>f 4554/23448/21140 4539/23431/21124 4543/23433/21126</w:t>
        <w:br/>
        <w:t>f 4545/23437/21130 4544/23438/21131 4547/23441/21134</w:t>
        <w:br/>
        <w:t>f 4548/23440/21133 4545/23437/21130 4547/23441/21134</w:t>
        <w:br/>
        <w:t>f 4598/23488/21180 4600/23492/21184 4599/23493/21185</w:t>
        <w:br/>
        <w:t>f 4597/23489/21181 4598/23488/21180 4599/23493/21185</w:t>
        <w:br/>
        <w:t>f 4601/23494/21186 4528/23423/21118 4529/23422/21117</w:t>
        <w:br/>
        <w:t>f 4514/23408/21103 4601/23494/21186 4529/23422/21117</w:t>
        <w:br/>
        <w:t>f 4516/23410/21105 4517/23409/21104 4526/23420/21115</w:t>
        <w:br/>
        <w:t>f 4527/23419/21114 4516/23410/21105 4526/23420/21115</w:t>
        <w:br/>
        <w:t>f 4519/23412/21107 4520/23411/21106 4575/23469/21187</w:t>
        <w:br/>
        <w:t>f 4602/23495/21157 4519/23412/21107 4575/23469/21187</w:t>
        <w:br/>
        <w:t>f 4605/23496/21167 4604/23497/21188 4584/23480/21172</w:t>
        <w:br/>
        <w:t>f 4603/23498/21189 4605/23496/21167 4584/23480/21172</w:t>
        <w:br/>
        <w:t>f 4598/23488/21180 4549/23439/21132 4546/23442/21135</w:t>
        <w:br/>
        <w:t>f 4600/23492/21184 4598/23488/21180 4546/23442/21135</w:t>
        <w:br/>
        <w:t>f 4530/23421/21116 4531/23424/21119 4584/23480/21172</w:t>
        <w:br/>
        <w:t>f 4604/23497/21188 4530/23421/21116 4584/23480/21172</w:t>
        <w:br/>
        <w:t>f 4560/23452/21144 4557/23449/21141 4556/23450/21142</w:t>
        <w:br/>
        <w:t>f 4559/23453/21145 4560/23452/21144 4556/23450/21142</w:t>
        <w:br/>
        <w:t>f 4607/23499/21190 4606/23500/21191 4595/23491/21183</w:t>
        <w:br/>
        <w:t>f 4596/23490/21182 4607/23499/21190 4595/23491/21183</w:t>
        <w:br/>
        <w:t>f 4561/23451/21143 4558/23454/21146 4595/23491/21183</w:t>
        <w:br/>
        <w:t>f 4606/23500/21191 4561/23451/21143 4595/23491/21183</w:t>
        <w:br/>
        <w:t>f 4524/23416/21111 4501/23395/21090 4502/23394/21089</w:t>
        <w:br/>
        <w:t>f 4523/23417/21112 4524/23416/21111 4502/23394/21089</w:t>
        <w:br/>
        <w:t>f 4576/23468/21160 4577/23467/21159 4609/23501/21192</w:t>
        <w:br/>
        <w:t>f 4608/23502/21193 4576/23468/21160 4609/23501/21192</w:t>
        <w:br/>
        <w:t>f 4525/23415/21110 4522/23418/21113 4609/23501/21192</w:t>
        <w:br/>
        <w:t>f 4577/23467/21159 4525/23415/21110 4609/23501/21192</w:t>
        <w:br/>
        <w:t>f 4523/23417/21112 4502/23394/21089 4557/23449/21141</w:t>
        <w:br/>
        <w:t>f 4560/23452/21144 4523/23417/21112 4557/23449/21141</w:t>
        <w:br/>
        <w:t>f 4522/23418/21113 4561/23451/21143 4606/23500/21191</w:t>
        <w:br/>
        <w:t>f 4609/23501/21192 4522/23418/21113 4606/23500/21191</w:t>
        <w:br/>
        <w:t>f 4609/23501/21192 4606/23500/21191 4607/23499/21190</w:t>
        <w:br/>
        <w:t>f 4608/23502/21193 4609/23501/21192 4607/23499/21190</w:t>
        <w:br/>
        <w:t>f 4569/23462/21154 4516/23410/21105 4527/23419/21114</w:t>
        <w:br/>
        <w:t>f 4570/23463/21155 4569/23462/21154 4527/23419/21114</w:t>
        <w:br/>
        <w:t>f 4610/23503/21194 4571/23464/21156 4518/23413/21108</w:t>
        <w:br/>
        <w:t>f 4519/23412/21107 4610/23503/21194 4518/23413/21108</w:t>
        <w:br/>
        <w:t>f 4610/23503/21194 4519/23412/21107 4602/23495/21157</w:t>
        <w:br/>
        <w:t>f 4611/23504/21195 4610/23503/21194 4602/23495/21157</w:t>
        <w:br/>
        <w:t>f 4501/23395/21090 4579/23472/21164 4526/23420/21115</w:t>
        <w:br/>
        <w:t>f 4517/23409/21104 4501/23395/21090 4526/23420/21115</w:t>
        <w:br/>
        <w:t>f 4544/23438/21131 4514/23408/21103 4529/23422/21117</w:t>
        <w:br/>
        <w:t>f 4580/23474/21166 4544/23438/21131 4529/23422/21117</w:t>
        <w:br/>
        <w:t>f 4612/23505/21196 4581/23473/21165 4530/23421/21116</w:t>
        <w:br/>
        <w:t>f 4604/23497/21188 4612/23505/21196 4530/23421/21116</w:t>
        <w:br/>
        <w:t>f 4600/23492/21184 4604/23497/21188 4605/23496/21167</w:t>
        <w:br/>
        <w:t>f 4599/23493/21185 4600/23492/21184 4605/23496/21167</w:t>
        <w:br/>
        <w:t>f 4591/23484/21197 4590/23483/21175 4528/23423/21118</w:t>
        <w:br/>
        <w:t>f 4601/23494/21186 4591/23484/21197 4528/23423/21118</w:t>
        <w:br/>
        <w:t>f 4548/23440/21133 4559/23453/21145 4556/23450/21142</w:t>
        <w:br/>
        <w:t>f 4545/23437/21130 4548/23440/21133 4556/23450/21142</w:t>
        <w:br/>
        <w:t>f 4614/23506/21198 4613/23507/21199 4493/23387/21082</w:t>
        <w:br/>
        <w:t>f 4494/23386/21081 4614/23506/21198 4493/23387/21082</w:t>
        <w:br/>
        <w:t>f 4618/23508/21200 4617/23509/21201 4616/23510/21202</w:t>
        <w:br/>
        <w:t>f 4615/23511/21203 4618/23508/21200 4616/23510/21202</w:t>
        <w:br/>
        <w:t>f 4622/23512/21204 4621/23513/21205 4620/23514/21206</w:t>
        <w:br/>
        <w:t>f 4619/23515/21207 4622/23512/21204 4620/23514/21206</w:t>
        <w:br/>
        <w:t>f 4504/23399/21094 4505/23398/21093 4623/23516/21208</w:t>
        <w:br/>
        <w:t>f 4624/23517/21209 4504/23399/21094 4623/23516/21208</w:t>
        <w:br/>
        <w:t>f 4624/23517/21209 4623/23516/21208 4625/23518/21210</w:t>
        <w:br/>
        <w:t>f 4626/23519/21211 4624/23517/21209 4625/23518/21210</w:t>
        <w:br/>
        <w:t>f 4630/23520/21212 4629/23521/21213 4628/23522/21214</w:t>
        <w:br/>
        <w:t>f 4627/23523/21215 4630/23520/21212 4628/23522/21214</w:t>
        <w:br/>
        <w:t>f 4628/23522/21214 4629/23521/21213 4632/23524/21216</w:t>
        <w:br/>
        <w:t>f 4631/23525/21217 4628/23522/21214 4632/23524/21216</w:t>
        <w:br/>
        <w:t>f 4633/23526/21218 4626/23519/21211 4625/23518/21210</w:t>
        <w:br/>
        <w:t>f 4634/23527/21219 4633/23526/21218 4625/23518/21210</w:t>
        <w:br/>
        <w:t>f 4638/23528/21220 4637/23529/21221 4636/23530/21222</w:t>
        <w:br/>
        <w:t>f 4635/23531/21223 4638/23528/21220 4636/23530/21222</w:t>
        <w:br/>
        <w:t>f 4642/23532/21224 4641/23533/21225 4640/23534/21226</w:t>
        <w:br/>
        <w:t>f 4639/23535/21227 4642/23532/21224 4640/23534/21226</w:t>
        <w:br/>
        <w:t>f 4644/23536/21228 4637/23529/21221 4638/23528/21220</w:t>
        <w:br/>
        <w:t>f 4643/23537/21229 4644/23536/21228 4638/23528/21220</w:t>
        <w:br/>
        <w:t>f 4647/23538/21230 4646/23539/21231 4645/23540/21232</w:t>
        <w:br/>
        <w:t>f 4648/23541/21233 4647/23538/21230 4645/23540/21232</w:t>
        <w:br/>
        <w:t>f 4651/23542/21234 4650/23543/21235 4649/23544/21236</w:t>
        <w:br/>
        <w:t>f 4652/23545/21236 4651/23542/21234 4649/23544/21236</w:t>
        <w:br/>
        <w:t>f 4627/23523/21215 4536/23430/21123 4537/23429/21122</w:t>
        <w:br/>
        <w:t>f 4630/23520/21212 4627/23523/21215 4537/23429/21122</w:t>
        <w:br/>
        <w:t>f 4615/23511/21203 4616/23510/21202 4538/23432/21125</w:t>
        <w:br/>
        <w:t>f 4539/23431/21124 4615/23511/21203 4538/23432/21125</w:t>
        <w:br/>
        <w:t>f 4656/23546/21237 4655/23547/21238 4654/23548/21239</w:t>
        <w:br/>
        <w:t>f 4653/23549/21240 4656/23546/21237 4654/23548/21239</w:t>
        <w:br/>
        <w:t>f 4617/23509/21201 4618/23508/21200 4658/23550/21241</w:t>
        <w:br/>
        <w:t>f 4657/23551/21242 4617/23509/21201 4658/23550/21241</w:t>
        <w:br/>
        <w:t>f 4662/23552/21243 4661/23553/21244 4660/23554/21245</w:t>
        <w:br/>
        <w:t>f 4659/23555/21246 4662/23552/21243 4660/23554/21245</w:t>
        <w:br/>
        <w:t>f 4665/23556/21247 4664/23557/21248 4663/23558/21249</w:t>
        <w:br/>
        <w:t>f 4666/23559/21250 4665/23556/21247 4663/23558/21249</w:t>
        <w:br/>
        <w:t>f 4554/23448/21140 4555/23447/21139 4653/23549/21240</w:t>
        <w:br/>
        <w:t>f 4654/23548/21239 4554/23448/21140 4653/23549/21240</w:t>
        <w:br/>
        <w:t>f 4655/23547/21238 4656/23546/21237 4668/23560/21251</w:t>
        <w:br/>
        <w:t>f 4667/23561/21252 4655/23547/21238 4668/23560/21251</w:t>
        <w:br/>
        <w:t>f 4672/23562/21253 4671/23563/21254 4670/23564/21255</w:t>
        <w:br/>
        <w:t>f 4669/23565/21256 4672/23562/21253 4670/23564/21255</w:t>
        <w:br/>
        <w:t>f 4676/23566/21257 4675/23567/21257 4674/23568/21258</w:t>
        <w:br/>
        <w:t>f 4673/23569/21259 4676/23566/21257 4674/23568/21258</w:t>
        <w:br/>
        <w:t>f 4613/23507/21199 4614/23506/21198 4619/23515/21207</w:t>
        <w:br/>
        <w:t>f 4620/23514/21206 4613/23507/21199 4619/23515/21207</w:t>
        <w:br/>
        <w:t>f 4494/23386/21081 4504/23399/21094 4624/23517/21209</w:t>
        <w:br/>
        <w:t>f 4614/23506/21198 4494/23386/21081 4624/23517/21209</w:t>
        <w:br/>
        <w:t>f 4653/23549/21240 4555/23447/21139 4493/23387/21082</w:t>
        <w:br/>
        <w:t>f 4613/23507/21199 4653/23549/21240 4493/23387/21082</w:t>
        <w:br/>
        <w:t>f 4656/23546/21237 4653/23549/21240 4613/23507/21199</w:t>
        <w:br/>
        <w:t>f 4620/23514/21206 4656/23546/21237 4613/23507/21199</w:t>
        <w:br/>
        <w:t>f 4621/23513/21205 4668/23560/21251 4656/23546/21237</w:t>
        <w:br/>
        <w:t>f 4620/23514/21206 4621/23513/21205 4656/23546/21237</w:t>
        <w:br/>
        <w:t>f 4641/23533/21225 4670/23564/21255 4671/23563/21254</w:t>
        <w:br/>
        <w:t>f 4640/23534/21226 4641/23533/21225 4671/23563/21254</w:t>
        <w:br/>
        <w:t>f 4673/23569/21259 4674/23568/21258 4652/23545/21236</w:t>
        <w:br/>
        <w:t>f 4649/23544/21236 4673/23569/21259 4652/23545/21236</w:t>
        <w:br/>
        <w:t>f 4677/23570/21260 4623/23516/21208 4505/23398/21093</w:t>
        <w:br/>
        <w:t>f 4566/23460/21152 4677/23570/21260 4505/23398/21093</w:t>
        <w:br/>
        <w:t>f 4678/23571/21261 4625/23518/21210 4623/23516/21208</w:t>
        <w:br/>
        <w:t>f 4677/23570/21260 4678/23571/21261 4623/23516/21208</w:t>
        <w:br/>
        <w:t>f 4679/23572/21262 4634/23527/21219 4625/23518/21210</w:t>
        <w:br/>
        <w:t>f 4678/23571/21261 4679/23572/21262 4625/23518/21210</w:t>
        <w:br/>
        <w:t>f 4637/23529/21221 4644/23536/21228 4680/23573/21263</w:t>
        <w:br/>
        <w:t>f 4681/23574/21264 4637/23529/21221 4680/23573/21263</w:t>
        <w:br/>
        <w:t>f 4683/23575/21265 4682/23576/21266 4650/23543/21235</w:t>
        <w:br/>
        <w:t>f 4651/23542/21234 4683/23575/21265 4650/23543/21235</w:t>
        <w:br/>
        <w:t>f 4687/23577/21267 4686/23578/21268 4685/23579/21269</w:t>
        <w:br/>
        <w:t>f 4684/23580/21270 4687/23577/21267 4685/23579/21269</w:t>
        <w:br/>
        <w:t>f 4638/23528/21220 4635/23531/21223 4687/23577/21271</w:t>
        <w:br/>
        <w:t>f 4688/23581/21272 4638/23528/21220 4687/23577/21271</w:t>
        <w:br/>
        <w:t>f 4643/23537/21229 4638/23528/21220 4688/23581/21272</w:t>
        <w:br/>
        <w:t>f 4689/23582/21273 4643/23537/21229 4688/23581/21272</w:t>
        <w:br/>
        <w:t>f 4690/23583/21274 4619/23515/21207 4626/23519/21211</w:t>
        <w:br/>
        <w:t>f 4633/23526/21218 4690/23583/21274 4626/23519/21211</w:t>
        <w:br/>
        <w:t>f 4624/23517/21209 4626/23519/21211 4619/23515/21207</w:t>
        <w:br/>
        <w:t>f 4614/23506/21198 4624/23517/21209 4619/23515/21207</w:t>
        <w:br/>
        <w:t>f 4630/23520/21212 4537/23429/21122 4538/23432/21125</w:t>
        <w:br/>
        <w:t>f 4616/23510/21202 4630/23520/21212 4538/23432/21125</w:t>
        <w:br/>
        <w:t>f 4629/23521/21213 4630/23520/21212 4616/23510/21202</w:t>
        <w:br/>
        <w:t>f 4617/23509/21201 4629/23521/21213 4616/23510/21202</w:t>
        <w:br/>
        <w:t>f 4691/23584/21275 4632/23524/21216 4629/23521/21213</w:t>
        <w:br/>
        <w:t>f 4617/23509/21201 4691/23584/21275 4629/23521/21213</w:t>
        <w:br/>
        <w:t>f 4693/23585/21276 4645/23540/21232 4646/23539/21231</w:t>
        <w:br/>
        <w:t>f 4692/23586/21277 4693/23585/21276 4646/23539/21231</w:t>
        <w:br/>
        <w:t>f 4695/23587/21278 4694/23588/21279 4664/23557/21248</w:t>
        <w:br/>
        <w:t>f 4665/23556/21247 4695/23587/21278 4664/23557/21248</w:t>
        <w:br/>
        <w:t>f 4699/23589/21280 4698/23590/21281 4697/23591/21282</w:t>
        <w:br/>
        <w:t>f 4696/23592/21282 4699/23589/21280 4697/23591/21282</w:t>
        <w:br/>
        <w:t>f 4701/23593/21283 4647/23538/21230 4648/23541/21233</w:t>
        <w:br/>
        <w:t>f 4700/23594/21284 4701/23593/21283 4648/23541/21233</w:t>
        <w:br/>
        <w:t>f 4703/23595/21285 4702/23596/21286 4628/23522/21214</w:t>
        <w:br/>
        <w:t>f 4631/23525/21217 4703/23595/21285 4628/23522/21214</w:t>
        <w:br/>
        <w:t>f 4627/23523/21215 4628/23522/21214 4702/23596/21286</w:t>
        <w:br/>
        <w:t>f 4704/23597/21287 4627/23523/21215 4702/23596/21286</w:t>
        <w:br/>
        <w:t>f 4536/23430/21123 4627/23523/21215 4704/23597/21287</w:t>
        <w:br/>
        <w:t>f 4594/23487/21179 4536/23430/21123 4704/23597/21287</w:t>
        <w:br/>
        <w:t>f 4675/23567/21257 4676/23566/21257 4666/23559/21250</w:t>
        <w:br/>
        <w:t>f 4663/23558/21249 4675/23567/21257 4666/23559/21250</w:t>
        <w:br/>
        <w:t>f 4708/23598/21288 4707/23599/21289 4706/23600/21290</w:t>
        <w:br/>
        <w:t>f 4705/23601/21291 4708/23598/21288 4706/23600/21290</w:t>
        <w:br/>
        <w:t>f 4662/23552/21243 4669/23565/21256 4707/23599/21289</w:t>
        <w:br/>
        <w:t>f 4708/23598/21288 4662/23552/21243 4707/23599/21289</w:t>
        <w:br/>
        <w:t>f 4659/23555/21246 4672/23562/21253 4669/23565/21256</w:t>
        <w:br/>
        <w:t>f 4662/23552/21243 4659/23555/21246 4669/23565/21256</w:t>
        <w:br/>
        <w:t>f 4658/23550/21241 4618/23508/21200 4655/23547/21238</w:t>
        <w:br/>
        <w:t>f 4667/23561/21252 4658/23550/21241 4655/23547/21238</w:t>
        <w:br/>
        <w:t>f 4615/23511/21203 4654/23548/21239 4655/23547/21238</w:t>
        <w:br/>
        <w:t>f 4618/23508/21200 4615/23511/21203 4655/23547/21238</w:t>
        <w:br/>
        <w:t>f 4539/23431/21124 4554/23448/21140 4654/23548/21239</w:t>
        <w:br/>
        <w:t>f 4615/23511/21203 4539/23431/21124 4654/23548/21239</w:t>
        <w:br/>
        <w:t>f 4658/23550/21241 4659/23555/21246 4660/23554/21245</w:t>
        <w:br/>
        <w:t>f 4657/23551/21242 4658/23550/21241 4660/23554/21245</w:t>
        <w:br/>
        <w:t>f 4705/23601/21291 4710/23602/21292 4709/23603/21293</w:t>
        <w:br/>
        <w:t>f 4708/23598/21288 4705/23601/21291 4709/23603/21293</w:t>
        <w:br/>
        <w:t>f 4646/23539/21231 4647/23538/21230 4631/23525/21217</w:t>
        <w:br/>
        <w:t>f 4632/23524/21216 4646/23539/21231 4631/23525/21217</w:t>
        <w:br/>
        <w:t>f 4643/23537/21229 4633/23526/21218 4634/23527/21219</w:t>
        <w:br/>
        <w:t>f 4644/23536/21228 4643/23537/21229 4634/23527/21219</w:t>
        <w:br/>
        <w:t>f 4636/23530/21222 4712/23604/21294 4711/23605/21265</w:t>
        <w:br/>
        <w:t>f 4635/23531/21223 4636/23530/21222 4711/23605/21265</w:t>
        <w:br/>
        <w:t>f 4715/23606/21295 4714/23607/21296 4698/23590/21281</w:t>
        <w:br/>
        <w:t>f 4713/23608/21297 4715/23606/21295 4698/23590/21281</w:t>
        <w:br/>
        <w:t>f 4708/23598/21288 4709/23603/21293 4661/23553/21244</w:t>
        <w:br/>
        <w:t>f 4662/23552/21243 4708/23598/21288 4661/23553/21244</w:t>
        <w:br/>
        <w:t>f 4645/23540/21232 4713/23608/21297 4698/23590/21281</w:t>
        <w:br/>
        <w:t>f 4648/23541/21233 4645/23540/21232 4698/23590/21281</w:t>
        <w:br/>
        <w:t>f 4671/23563/21254 4672/23562/21253 4667/23561/21252</w:t>
        <w:br/>
        <w:t>f 4668/23560/21251 4671/23563/21254 4667/23561/21252</w:t>
        <w:br/>
        <w:t>f 4707/23599/21289 4717/23609/21298 4716/23610/21299</w:t>
        <w:br/>
        <w:t>f 4706/23600/21290 4707/23599/21289 4716/23610/21299</w:t>
        <w:br/>
        <w:t>f 4669/23565/21256 4670/23564/21255 4717/23609/21298</w:t>
        <w:br/>
        <w:t>f 4707/23599/21289 4669/23565/21256 4717/23609/21298</w:t>
        <w:br/>
        <w:t>f 4639/23535/21227 4640/23534/21226 4621/23513/21205</w:t>
        <w:br/>
        <w:t>f 4622/23512/21204 4639/23535/21227 4621/23513/21205</w:t>
        <w:br/>
        <w:t>f 4684/23580/21270 4719/23611/21300 4718/23612/21301</w:t>
        <w:br/>
        <w:t>f 4687/23577/21267 4684/23580/21270 4718/23612/21301</w:t>
        <w:br/>
        <w:t>f 4642/23532/21224 4687/23577/21267 4718/23612/21301</w:t>
        <w:br/>
        <w:t>f 4641/23533/21225 4642/23532/21224 4718/23612/21301</w:t>
        <w:br/>
        <w:t>f 4640/23534/21226 4671/23563/21254 4668/23560/21251</w:t>
        <w:br/>
        <w:t>f 4621/23513/21205 4640/23534/21226 4668/23560/21251</w:t>
        <w:br/>
        <w:t>f 4717/23609/21298 4670/23564/21255 4641/23533/21225</w:t>
        <w:br/>
        <w:t>f 4718/23612/21301 4717/23609/21298 4641/23533/21225</w:t>
        <w:br/>
        <w:t>f 4716/23610/21299 4717/23609/21298 4718/23612/21301</w:t>
        <w:br/>
        <w:t>f 4719/23611/21300 4716/23610/21299 4718/23612/21301</w:t>
        <w:br/>
        <w:t>f 4644/23536/21228 4634/23527/21219 4679/23572/21262</w:t>
        <w:br/>
        <w:t>f 4680/23573/21263 4644/23536/21228 4679/23572/21262</w:t>
        <w:br/>
        <w:t>f 4720/23613/21302 4636/23530/21222 4637/23529/21221</w:t>
        <w:br/>
        <w:t>f 4681/23574/21264 4720/23613/21302 4637/23529/21221</w:t>
        <w:br/>
        <w:t>f 4712/23604/21294 4636/23530/21222 4720/23613/21302</w:t>
        <w:br/>
        <w:t>f 4721/23614/21303 4712/23604/21294 4720/23613/21302</w:t>
        <w:br/>
        <w:t>f 4690/23583/21274 4633/23526/21218 4643/23537/21229</w:t>
        <w:br/>
        <w:t>f 4689/23582/21273 4690/23583/21274 4643/23537/21229</w:t>
        <w:br/>
        <w:t>f 4646/23539/21231 4632/23524/21216 4691/23584/21275</w:t>
        <w:br/>
        <w:t>f 4692/23586/21277 4646/23539/21231 4691/23584/21275</w:t>
        <w:br/>
        <w:t>f 4722/23615/21304 4713/23608/21297 4645/23540/21232</w:t>
        <w:br/>
        <w:t>f 4693/23585/21276 4722/23615/21304 4645/23540/21232</w:t>
        <w:br/>
        <w:t>f 4715/23606/21295 4713/23608/21297 4709/23603/21293</w:t>
        <w:br/>
        <w:t>f 4710/23602/21292 4715/23606/21295 4709/23603/21293</w:t>
        <w:br/>
        <w:t>f 4703/23595/21285 4631/23525/21217 4647/23538/21230</w:t>
        <w:br/>
        <w:t>f 4701/23593/21283 4703/23595/21285 4647/23538/21230</w:t>
        <w:br/>
        <w:t>f 4667/23561/21252 4672/23562/21253 4659/23555/21246</w:t>
        <w:br/>
        <w:t>f 4658/23550/21241 4667/23561/21252 4659/23555/21246</w:t>
        <w:br/>
        <w:t>f 4778/23616/21305 4777/23617/21306 4776/23618/21307</w:t>
        <w:br/>
        <w:t>f 4779/23619/21308 4778/23616/21305 4776/23618/21307</w:t>
        <w:br/>
        <w:t>f 4783/23620/21309 4782/23621/21310 4781/23622/21311</w:t>
        <w:br/>
        <w:t>f 4780/23623/21312 4783/23620/21309 4781/23622/21311</w:t>
        <w:br/>
        <w:t>f 4777/23617/21306 4778/23616/21305 4782/23621/21310</w:t>
        <w:br/>
        <w:t>f 4783/23620/21309 4777/23617/21306 4782/23621/21310</w:t>
        <w:br/>
        <w:t>f 4786/23624/21313 4785/23625/21314 4784/23626/21315</w:t>
        <w:br/>
        <w:t>f 4787/23627/21316 4786/23624/21313 4784/23626/21315</w:t>
        <w:br/>
        <w:t>f 4786/23624/21313 4789/23628/21317 4788/23629/21318</w:t>
        <w:br/>
        <w:t>f 4785/23625/21314 4786/23624/21313 4788/23629/21318</w:t>
        <w:br/>
        <w:t>f 4793/23630/21319 4792/23631/21320 4791/23632/21321</w:t>
        <w:br/>
        <w:t>f 4790/23633/21322 4793/23630/21319 4791/23632/21321</w:t>
        <w:br/>
        <w:t>f 4795/23634/21323 4794/23635/21324 4787/23627/21316</w:t>
        <w:br/>
        <w:t>f 4784/23626/21315 4795/23634/21323 4787/23627/21316</w:t>
        <w:br/>
        <w:t>f 4794/23635/21324 4795/23634/21323 4796/23636/21325</w:t>
        <w:br/>
        <w:t>f 4797/23637/21326 4794/23635/21324 4796/23636/21325</w:t>
        <w:br/>
        <w:t>f 4800/23638/21327 4799/23639/21328 4798/23640/21329</w:t>
        <w:br/>
        <w:t>f 4801/23641/21330 4800/23638/21327 4798/23640/21329</w:t>
        <w:br/>
        <w:t>f 4789/23628/21317 4801/23641/21330 4798/23640/21329</w:t>
        <w:br/>
        <w:t>f 4788/23629/21318 4789/23628/21317 4798/23640/21329</w:t>
        <w:br/>
        <w:t>f 4797/23637/21326 4796/23636/21325 4791/23632/21321</w:t>
        <w:br/>
        <w:t>f 4792/23631/21320 4797/23637/21326 4791/23632/21321</w:t>
        <w:br/>
        <w:t>f 4805/23642/21331 4804/23643/21332 4803/23644/21333</w:t>
        <w:br/>
        <w:t>f 4802/23645/21334 4805/23642/21331 4803/23644/21333</w:t>
        <w:br/>
        <w:t>f 4807/23646/21335 4806/23647/21336 4805/23642/21331</w:t>
        <w:br/>
        <w:t>f 4802/23645/21334 4807/23646/21335 4805/23642/21331</w:t>
        <w:br/>
        <w:t>f 4806/23647/21336 4807/23646/21335 4808/23648/21337</w:t>
        <w:br/>
        <w:t>f 4809/23649/21338 4806/23647/21336 4808/23648/21337</w:t>
        <w:br/>
        <w:t>f 4809/23649/21338 4808/23648/21337 4810/23650/21339</w:t>
        <w:br/>
        <w:t>f 4811/23651/21340 4809/23649/21338 4810/23650/21339</w:t>
        <w:br/>
        <w:t>f 4813/23652/21341 4811/23651/21340 4810/23650/21339</w:t>
        <w:br/>
        <w:t>f 4812/23653/21342 4813/23652/21341 4810/23650/21339</w:t>
        <w:br/>
        <w:t>f 4817/23654/21343 4816/23655/21344 4815/23656/21345</w:t>
        <w:br/>
        <w:t>f 4814/23657/21346 4817/23654/21343 4815/23656/21345</w:t>
        <w:br/>
        <w:t>f 4804/23643/21332 4817/23654/21343 4814/23657/21346</w:t>
        <w:br/>
        <w:t>f 4803/23644/21333 4804/23643/21332 4814/23657/21346</w:t>
        <w:br/>
        <w:t>f 4819/23658/21347 4818/23659/21348 4815/23656/21345</w:t>
        <w:br/>
        <w:t>f 4816/23655/21344 4819/23658/21347 4815/23656/21345</w:t>
        <w:br/>
        <w:t>f 4803/23644/21333 4786/23624/21313 4787/23627/21316</w:t>
        <w:br/>
        <w:t>f 4802/23645/21334 4803/23644/21333 4787/23627/21316</w:t>
        <w:br/>
        <w:t>f 4787/23627/21316 4794/23635/21324 4807/23646/21335</w:t>
        <w:br/>
        <w:t>f 4802/23645/21334 4787/23627/21316 4807/23646/21335</w:t>
        <w:br/>
        <w:t>f 4807/23646/21335 4794/23635/21324 4797/23637/21326</w:t>
        <w:br/>
        <w:t>f 4808/23648/21337 4807/23646/21335 4797/23637/21326</w:t>
        <w:br/>
        <w:t>f 4808/23648/21337 4797/23637/21326 4792/23631/21320</w:t>
        <w:br/>
        <w:t>f 4810/23650/21339 4808/23648/21337 4792/23631/21320</w:t>
        <w:br/>
        <w:t>f 4810/23650/21339 4792/23631/21320 4793/23630/21319</w:t>
        <w:br/>
        <w:t>f 4812/23653/21342 4810/23650/21339 4793/23630/21319</w:t>
        <w:br/>
        <w:t>f 4811/23651/21340 4813/23652/21341 4781/23622/21311</w:t>
        <w:br/>
        <w:t>f 4782/23621/21310 4811/23651/21340 4781/23622/21311</w:t>
        <w:br/>
        <w:t>f 4811/23651/21340 4782/23621/21310 4778/23616/21305</w:t>
        <w:br/>
        <w:t>f 4809/23649/21338 4811/23651/21340 4778/23616/21305</w:t>
        <w:br/>
        <w:t>f 4809/23649/21338 4778/23616/21305 4779/23619/21308</w:t>
        <w:br/>
        <w:t>f 4806/23647/21336 4809/23649/21338 4779/23619/21308</w:t>
        <w:br/>
        <w:t>f 4779/23619/21308 4820/23660/21349 4805/23642/21331</w:t>
        <w:br/>
        <w:t>f 4806/23647/21336 4779/23619/21308 4805/23642/21331</w:t>
        <w:br/>
        <w:t>f 4805/23642/21331 4820/23660/21349 4776/23618/21307</w:t>
        <w:br/>
        <w:t>f 4804/23643/21332 4805/23642/21331 4776/23618/21307</w:t>
        <w:br/>
        <w:t>f 4817/23654/21343 4804/23643/21332 4776/23618/21307</w:t>
        <w:br/>
        <w:t>f 4777/23617/21306 4817/23654/21343 4776/23618/21307</w:t>
        <w:br/>
        <w:t>f 4816/23655/21344 4817/23654/21343 4777/23617/21306</w:t>
        <w:br/>
        <w:t>f 4783/23620/21309 4816/23655/21344 4777/23617/21306</w:t>
        <w:br/>
        <w:t>f 4816/23655/21344 4783/23620/21309 4780/23623/21312</w:t>
        <w:br/>
        <w:t>f 4819/23658/21347 4816/23655/21344 4780/23623/21312</w:t>
        <w:br/>
        <w:t>f 4815/23656/21345 4818/23659/21348 4800/23638/21327</w:t>
        <w:br/>
        <w:t>f 4801/23641/21330 4815/23656/21345 4800/23638/21327</w:t>
        <w:br/>
        <w:t>f 4814/23657/21346 4815/23656/21345 4801/23641/21330</w:t>
        <w:br/>
        <w:t>f 4789/23628/21317 4814/23657/21346 4801/23641/21330</w:t>
        <w:br/>
        <w:t>f 4803/23644/21333 4814/23657/21346 4789/23628/21317</w:t>
        <w:br/>
        <w:t>f 4786/23624/21313 4803/23644/21333 4789/23628/21317</w:t>
        <w:br/>
        <w:t>f 4776/23618/21307 4820/23660/21349 4779/23619/21308</w:t>
        <w:br/>
        <w:t>f 4872/23661/21350 4871/23662/21351 4870/23663/21352</w:t>
        <w:br/>
        <w:t>f 4869/23664/21353 4872/23661/21350 4870/23663/21352</w:t>
        <w:br/>
        <w:t>f 4876/23665/21354 4875/23666/21355 4874/23667/21356</w:t>
        <w:br/>
        <w:t>f 4873/23668/21357 4876/23665/21354 4874/23667/21356</w:t>
        <w:br/>
        <w:t>f 4879/23669/21358 4878/23670/21359 4877/23671/21360</w:t>
        <w:br/>
        <w:t>f 4880/23672/21361 4879/23669/21358 4877/23671/21360</w:t>
        <w:br/>
        <w:t>f 4884/23673/21362 4883/23674/21363 4882/23675/21364</w:t>
        <w:br/>
        <w:t>f 4881/23676/21365 4884/23673/21362 4882/23675/21364</w:t>
        <w:br/>
        <w:t>f 4869/23664/21353 4878/23670/21359 4879/23669/21358</w:t>
        <w:br/>
        <w:t>f 4872/23661/21350 4869/23664/21353 4879/23669/21358</w:t>
        <w:br/>
        <w:t>f 4881/23676/21365 4882/23675/21364 4871/23662/21351</w:t>
        <w:br/>
        <w:t>f 4885/23677/21366 4881/23676/21365 4871/23662/21351</w:t>
        <w:br/>
        <w:t>f 4888/23678/21367 4887/23679/21368 4874/23667/21356</w:t>
        <w:br/>
        <w:t>f 4886/23680/21369 4888/23678/21367 4874/23667/21356</w:t>
        <w:br/>
        <w:t>f 4890/23681/21370 4889/23682/21371 4875/23666/21355</w:t>
        <w:br/>
        <w:t>f 4876/23665/21354 4890/23681/21370 4875/23666/21355</w:t>
        <w:br/>
        <w:t>f 4893/23683/21372 4892/23684/21373 4891/23685/21374</w:t>
        <w:br/>
        <w:t>f 4894/23686/21375 4893/23683/21372 4891/23685/21374</w:t>
        <w:br/>
        <w:t>f 4897/23687/21376 4896/23688/21377 4895/23689/21378</w:t>
        <w:br/>
        <w:t>f 4898/23690/21379 4897/23687/21376 4895/23689/21378</w:t>
        <w:br/>
        <w:t>f 4902/23691/21380 4901/23692/21381 4900/23693/21382</w:t>
        <w:br/>
        <w:t>f 4899/23694/21383 4902/23691/21380 4900/23693/21382</w:t>
        <w:br/>
        <w:t>f 4906/23695/21384 4905/23696/21385 4904/23697/21386</w:t>
        <w:br/>
        <w:t>f 4903/23698/21387 4906/23695/21384 4904/23697/21386</w:t>
        <w:br/>
        <w:t>f 4910/23699/21388 4909/23700/21389 4908/23701/21390</w:t>
        <w:br/>
        <w:t>f 4907/23702/21391 4910/23699/21388 4908/23701/21390</w:t>
        <w:br/>
        <w:t>f 4913/23703/21392 4912/23704/21393 4911/23705/21394</w:t>
        <w:br/>
        <w:t>f 4916/23706/21395 4915/23707/21395 4914/23708/21396</w:t>
        <w:br/>
        <w:t>f 4917/23709/21396 4916/23706/21395 4914/23708/21396</w:t>
        <w:br/>
        <w:t>f 4920/23710/21397 4919/23711/21398 4918/23712/21399</w:t>
        <w:br/>
        <w:t>f 4921/23713/21400 4920/23710/21397 4918/23712/21399</w:t>
        <w:br/>
        <w:t>f 4924/23714/21401 4923/23715/21402 4922/23716/21403</w:t>
        <w:br/>
        <w:t>f 4925/23717/21404 4924/23714/21401 4922/23716/21403</w:t>
        <w:br/>
        <w:t>f 4928/23718/21405 4927/23719/21406 4926/23720/21407</w:t>
        <w:br/>
        <w:t>f 4929/23721/21408 4928/23718/21405 4926/23720/21407</w:t>
        <w:br/>
        <w:t>f 4933/23722/21409 4932/23723/21410 4931/23724/21411</w:t>
        <w:br/>
        <w:t>f 4930/23725/21412 4933/23722/21409 4931/23724/21411</w:t>
        <w:br/>
        <w:t>f 4936/23726/21413 4935/23727/21414 4934/23728/21415</w:t>
        <w:br/>
        <w:t>f 4937/23729/21416 4936/23726/21413 4934/23728/21415</w:t>
        <w:br/>
        <w:t>f 4937/23729/21416 4939/23730/21417 4938/23731/21418</w:t>
        <w:br/>
        <w:t>f 4936/23726/21413 4937/23729/21416 4938/23731/21418</w:t>
        <w:br/>
        <w:t>f 4941/23732/21419 4940/23733/21420 4921/23713/21400</w:t>
        <w:br/>
        <w:t>f 4918/23712/21399 4941/23732/21419 4921/23713/21400</w:t>
        <w:br/>
        <w:t>f 4923/23715/21402 4943/23734/21421 4942/23735/21422</w:t>
        <w:br/>
        <w:t>f 4922/23716/21403 4923/23715/21402 4942/23735/21422</w:t>
        <w:br/>
        <w:t>f 4947/23736/21423 4946/23737/21424 4945/23738/21425</w:t>
        <w:br/>
        <w:t>f 4944/23739/21426 4947/23736/21423 4945/23738/21425</w:t>
        <w:br/>
        <w:t>f 4927/23719/21406 4949/23740/21427 4948/23741/21428</w:t>
        <w:br/>
        <w:t>f 4926/23720/21407 4927/23719/21406 4948/23741/21428</w:t>
        <w:br/>
        <w:t>f 4952/23742/21429 4951/23743/21430 4950/23744/21431</w:t>
        <w:br/>
        <w:t>f 4953/23745/21432 4952/23742/21429 4950/23744/21431</w:t>
        <w:br/>
        <w:t>f 4956/23746/21433 4955/23747/21434 4954/23748/21435</w:t>
        <w:br/>
        <w:t>f 4957/23749/21436 4956/23746/21433 4954/23748/21435</w:t>
        <w:br/>
        <w:t>f 4932/23723/21410 4933/23722/21409 4959/23750/21437</w:t>
        <w:br/>
        <w:t>f 4958/23751/21438 4932/23723/21410 4959/23750/21437</w:t>
        <w:br/>
        <w:t>f 4960/23752/21439 4948/23741/21428 4949/23740/21427</w:t>
        <w:br/>
        <w:t>f 4961/23753/21440 4960/23752/21439 4949/23740/21427</w:t>
        <w:br/>
        <w:t>f 4954/23748/21435 4955/23747/21434 4962/23754/21441</w:t>
        <w:br/>
        <w:t>f 4963/23755/21441 4954/23748/21435 4962/23754/21441</w:t>
        <w:br/>
        <w:t>f 4958/23751/21438 4959/23750/21437 4965/23756/21442</w:t>
        <w:br/>
        <w:t>f 4964/23757/21443 4958/23751/21438 4965/23756/21442</w:t>
        <w:br/>
        <w:t>f 4953/23745/21432 4967/23758/21444 4966/23759/21445</w:t>
        <w:br/>
        <w:t>f 4952/23742/21429 4953/23745/21432 4966/23759/21445</w:t>
        <w:br/>
        <w:t>f 4961/23753/21440 4969/23760/21446 4968/23761/21447</w:t>
        <w:br/>
        <w:t>f 4960/23752/21439 4961/23753/21440 4968/23761/21447</w:t>
        <w:br/>
        <w:t>f 4970/23762/21448 4902/23691/21380 4899/23694/21383</w:t>
        <w:br/>
        <w:t>f 4971/23763/21449 4970/23762/21448 4899/23694/21383</w:t>
        <w:br/>
        <w:t>f 4975/23764/21450 4974/23765/21451 4973/23766/21452</w:t>
        <w:br/>
        <w:t>f 4972/23767/21453 4975/23764/21450 4973/23766/21452</w:t>
        <w:br/>
        <w:t>f 4978/23768/21454 4977/23769/21455 4976/23770/21456</w:t>
        <w:br/>
        <w:t>f 4979/23771/21457 4978/23768/21454 4976/23770/21456</w:t>
        <w:br/>
        <w:t>f 4951/23743/21430 4891/23685/21374 4892/23684/21373</w:t>
        <w:br/>
        <w:t>f 4950/23744/21431 4951/23743/21430 4892/23684/21373</w:t>
        <w:br/>
        <w:t>f 4983/23772/21458 4982/23773/21459 4981/23774/21460</w:t>
        <w:br/>
        <w:t>f 4980/23775/21461 4983/23772/21458 4981/23774/21460</w:t>
        <w:br/>
        <w:t>f 4985/23776/21462 4984/23777/21463 4913/23703/21392</w:t>
        <w:br/>
        <w:t>f 4911/23705/21394 4985/23776/21462 4913/23703/21392</w:t>
        <w:br/>
        <w:t>f 4989/23778/21464 4988/23779/21465 4987/23780/21466</w:t>
        <w:br/>
        <w:t>f 4986/23781/21467 4989/23778/21464 4987/23780/21466</w:t>
        <w:br/>
        <w:t>f 4993/23782/21468 4992/23783/21469 4991/23784/21470</w:t>
        <w:br/>
        <w:t>f 4990/23785/21471 4993/23782/21468 4991/23784/21470</w:t>
        <w:br/>
        <w:t>f 4994/23786/21472 4976/23770/21456 4977/23769/21455</w:t>
        <w:br/>
        <w:t>f 4997/23787/21473 4996/23788/21474 4995/23789/21475</w:t>
        <w:br/>
        <w:t>f 4986/23781/21467 4974/23765/21451 4975/23764/21450</w:t>
        <w:br/>
        <w:t>f 4989/23778/21464 4986/23781/21467 4975/23764/21450</w:t>
        <w:br/>
        <w:t>f 4999/23790/21476 4998/23791/21477 4907/23702/21391</w:t>
        <w:br/>
        <w:t>f 4908/23701/21390 4999/23790/21476 4907/23702/21391</w:t>
        <w:br/>
        <w:t>f 5000/23792/21478 4911/23705/21394 4912/23704/21393</w:t>
        <w:br/>
        <w:t>f 5001/23793/21479 5000/23792/21478 4912/23704/21393</w:t>
        <w:br/>
        <w:t>f 5001/23793/21479 4983/23772/21458 5002/23794/21480</w:t>
        <w:br/>
        <w:t>f 4917/23709/21396 4914/23708/21396 4963/23755/21441</w:t>
        <w:br/>
        <w:t>f 4962/23754/21441 4917/23709/21396 4963/23755/21441</w:t>
        <w:br/>
        <w:t>f 4909/23700/21389 4910/23699/21388 5004/23795/21481</w:t>
        <w:br/>
        <w:t>f 5003/23796/21482 4909/23700/21389 5004/23795/21481</w:t>
        <w:br/>
        <w:t>f 5008/23797/21483 5007/23798/21484 5006/23799/21485</w:t>
        <w:br/>
        <w:t>f 5005/23800/21486 5008/23797/21483 5006/23799/21485</w:t>
        <w:br/>
        <w:t>f 5011/23801/21487 5010/23802/21488 5009/23803/21489</w:t>
        <w:br/>
        <w:t>f 4938/23731/21418 5011/23801/21487 5009/23803/21489</w:t>
        <w:br/>
        <w:t>f 4895/23689/21378 4935/23727/21414 4936/23726/21413</w:t>
        <w:br/>
        <w:t>f 4898/23690/21379 4895/23689/21378 4936/23726/21413</w:t>
        <w:br/>
        <w:t>f 4896/23688/21377 4897/23687/21376 5013/23804/21490</w:t>
        <w:br/>
        <w:t>f 5012/23805/21491 4896/23688/21377 5013/23804/21490</w:t>
        <w:br/>
        <w:t>f 5015/23806/21492 5014/23807/21493 5013/23804/21490</w:t>
        <w:br/>
        <w:t>f 4897/23687/21376 5015/23806/21492 5013/23804/21490</w:t>
        <w:br/>
        <w:t>f 4905/23696/21385 4996/23788/21474 4997/23787/21473</w:t>
        <w:br/>
        <w:t>f 4904/23697/21386 4905/23696/21385 4997/23787/21473</w:t>
        <w:br/>
        <w:t>f 4905/23696/21385 4999/23790/21476 4972/23767/21453</w:t>
        <w:br/>
        <w:t>f 4996/23788/21474 4905/23696/21385 4972/23767/21453</w:t>
        <w:br/>
        <w:t>f 4909/23700/21389 4989/23778/21464 4975/23764/21450</w:t>
        <w:br/>
        <w:t>f 4908/23701/21390 4909/23700/21389 4975/23764/21450</w:t>
        <w:br/>
        <w:t>f 4988/23779/21465 4989/23778/21464 4909/23700/21389</w:t>
        <w:br/>
        <w:t>f 5003/23796/21482 4988/23779/21465 4909/23700/21389</w:t>
        <w:br/>
        <w:t>f 5003/23796/21482 5005/23800/21486 4993/23782/21468</w:t>
        <w:br/>
        <w:t>f 4988/23779/21465 5003/23796/21482 4993/23782/21468</w:t>
        <w:br/>
        <w:t>f 5008/23797/21483 4968/23761/21447 5016/23808/21494</w:t>
        <w:br/>
        <w:t>f 5007/23798/21484 5008/23797/21483 5016/23808/21494</w:t>
        <w:br/>
        <w:t>f 4948/23741/21428 4960/23752/21439 5004/23795/21481</w:t>
        <w:br/>
        <w:t>f 4910/23699/21388 4948/23741/21428 5004/23795/21481</w:t>
        <w:br/>
        <w:t>f 4907/23702/21391 4926/23720/21407 4948/23741/21428</w:t>
        <w:br/>
        <w:t>f 4910/23699/21388 4907/23702/21391 4948/23741/21428</w:t>
        <w:br/>
        <w:t>f 4907/23702/21391 4998/23791/21477 4929/23721/21408</w:t>
        <w:br/>
        <w:t>f 4926/23720/21407 4907/23702/21391 4929/23721/21408</w:t>
        <w:br/>
        <w:t>f 4902/23691/21380 4970/23762/21448 4920/23710/21397</w:t>
        <w:br/>
        <w:t>f 4921/23713/21400 4902/23691/21380 4920/23710/21397</w:t>
        <w:br/>
        <w:t>f 5017/23809/21495 4894/23686/21375 4930/23725/21412</w:t>
        <w:br/>
        <w:t>f 5018/23810/21496 5017/23809/21495 4930/23725/21412</w:t>
        <w:br/>
        <w:t>f 4951/23743/21430 4959/23750/21437 4933/23722/21409</w:t>
        <w:br/>
        <w:t>f 4891/23685/21374 4951/23743/21430 4933/23722/21409</w:t>
        <w:br/>
        <w:t>f 4952/23742/21429 4965/23756/21442 4959/23750/21437</w:t>
        <w:br/>
        <w:t>f 4951/23743/21430 4952/23742/21429 4959/23750/21437</w:t>
        <w:br/>
        <w:t>f 4966/23759/21445 4946/23737/21424 4965/23756/21442</w:t>
        <w:br/>
        <w:t>f 4952/23742/21429 4966/23759/21445 4965/23756/21442</w:t>
        <w:br/>
        <w:t>f 4967/23758/21444 4990/23785/21471 4991/23784/21470</w:t>
        <w:br/>
        <w:t>f 5019/23811/21497 4967/23758/21444 4991/23784/21470</w:t>
        <w:br/>
        <w:t>f 4950/23744/21431 4986/23781/21467 4987/23780/21466</w:t>
        <w:br/>
        <w:t>f 4953/23745/21432 4950/23744/21431 4987/23780/21466</w:t>
        <w:br/>
        <w:t>f 4974/23765/21451 4986/23781/21467 4950/23744/21431</w:t>
        <w:br/>
        <w:t>f 4892/23684/21373 4974/23765/21451 4950/23744/21431</w:t>
        <w:br/>
        <w:t>f 4893/23683/21372 5020/23812/21498 4974/23765/21451</w:t>
        <w:br/>
        <w:t>f 4892/23684/21373 4893/23683/21372 4974/23765/21451</w:t>
        <w:br/>
        <w:t>f 5023/23813/21499 4900/23693/21382 5022/23814/21500</w:t>
        <w:br/>
        <w:t>f 5021/23815/21501 5023/23813/21499 5022/23814/21500</w:t>
        <w:br/>
        <w:t>f 4967/23758/21444 5019/23811/21497 5024/23816/21502</w:t>
        <w:br/>
        <w:t>f 4966/23759/21445 4967/23758/21444 5024/23816/21502</w:t>
        <w:br/>
        <w:t>f 4969/23760/21446 5025/23817/21503 5016/23808/21494</w:t>
        <w:br/>
        <w:t>f 4968/23761/21447 4969/23760/21446 5016/23808/21494</w:t>
        <w:br/>
        <w:t>f 4992/23783/21469 4993/23782/21468 5005/23800/21486</w:t>
        <w:br/>
        <w:t>f 5006/23799/21485 4992/23783/21469 5005/23800/21486</w:t>
        <w:br/>
        <w:t>f 4945/23738/21425 4946/23737/21424 4966/23759/21445</w:t>
        <w:br/>
        <w:t>f 5024/23816/21502 4945/23738/21425 4966/23759/21445</w:t>
        <w:br/>
        <w:t>f 4964/23757/21443 4965/23756/21442 4946/23737/21424</w:t>
        <w:br/>
        <w:t>f 4947/23736/21423 4964/23757/21443 4946/23737/21424</w:t>
        <w:br/>
        <w:t>f 4990/23785/21471 4987/23780/21466 4988/23779/21465</w:t>
        <w:br/>
        <w:t>f 4993/23782/21468 4990/23785/21471 4988/23779/21465</w:t>
        <w:br/>
        <w:t>f 5005/23800/21486 5003/23796/21482 5004/23795/21481</w:t>
        <w:br/>
        <w:t>f 5008/23797/21483 5005/23800/21486 5004/23795/21481</w:t>
        <w:br/>
        <w:t>f 5004/23795/21481 4960/23752/21439 4968/23761/21447</w:t>
        <w:br/>
        <w:t>f 5008/23797/21483 5004/23795/21481 4968/23761/21447</w:t>
        <w:br/>
        <w:t>f 4953/23745/21432 4987/23780/21466 4990/23785/21471</w:t>
        <w:br/>
        <w:t>f 4967/23758/21444 4953/23745/21432 4990/23785/21471</w:t>
        <w:br/>
        <w:t>f 5027/23818/21504 5026/23819/21505 4922/23716/21403</w:t>
        <w:br/>
        <w:t>f 4942/23735/21422 5027/23818/21504 4922/23716/21403</w:t>
        <w:br/>
        <w:t>f 5013/23804/21490 5029/23820/21506 5028/23821/21507</w:t>
        <w:br/>
        <w:t>f 5009/23803/21489 5015/23806/21492 4897/23687/21376</w:t>
        <w:br/>
        <w:t>f 4898/23690/21379 5009/23803/21489 4897/23687/21376</w:t>
        <w:br/>
        <w:t>f 4938/23731/21418 5009/23803/21489 4898/23690/21379</w:t>
        <w:br/>
        <w:t>f 4936/23726/21413 4938/23731/21418 4898/23690/21379</w:t>
        <w:br/>
        <w:t>f 4940/23733/21420 4901/23692/21381 4902/23691/21380</w:t>
        <w:br/>
        <w:t>f 4921/23713/21400 4940/23733/21420 4902/23691/21380</w:t>
        <w:br/>
        <w:t>f 5049/23822/21508 5048/23823/21509 5047/23824/21510</w:t>
        <w:br/>
        <w:t>f 5046/23825/21511 5049/23822/21508 5047/23824/21510</w:t>
        <w:br/>
        <w:t>f 5053/23826/21512 5052/23827/21513 5051/23828/21514</w:t>
        <w:br/>
        <w:t>f 5050/23829/21515 5053/23826/21512 5051/23828/21514</w:t>
        <w:br/>
        <w:t>f 5051/23828/21514 5055/23830/21516 5054/23831/21517</w:t>
        <w:br/>
        <w:t>f 5050/23829/21515 5051/23828/21514 5054/23831/21517</w:t>
        <w:br/>
        <w:t>f 5054/23831/21517 5055/23830/21516 5057/23832/21518</w:t>
        <w:br/>
        <w:t>f 5056/23833/21519 5054/23831/21517 5057/23832/21518</w:t>
        <w:br/>
        <w:t>f 5056/23833/21519 5057/23832/21518 5059/23834/21520</w:t>
        <w:br/>
        <w:t>f 5058/23835/21521 5056/23833/21519 5059/23834/21520</w:t>
        <w:br/>
        <w:t>f 5058/23835/21521 5059/23834/21520 5061/23836/21522</w:t>
        <w:br/>
        <w:t>f 5060/23837/21523 5058/23835/21521 5061/23836/21522</w:t>
        <w:br/>
        <w:t>f 5061/23836/21522 5063/23838/21524 5062/23839/21525</w:t>
        <w:br/>
        <w:t>f 5060/23837/21523 5061/23836/21522 5062/23839/21525</w:t>
        <w:br/>
        <w:t>f 5063/23838/21524 5048/23823/21509 5049/23822/21508</w:t>
        <w:br/>
        <w:t>f 5062/23839/21525 5063/23838/21524 5049/23822/21508</w:t>
        <w:br/>
        <w:t>f 5067/23840/21509 5066/23841/21526 5065/23842/21527</w:t>
        <w:br/>
        <w:t>f 5064/23843/21508 5067/23840/21509 5065/23842/21527</w:t>
        <w:br/>
        <w:t>f 5071/23844/21513 5070/23845/21528 5069/23846/21529</w:t>
        <w:br/>
        <w:t>f 5068/23847/21530 5071/23844/21513 5069/23846/21529</w:t>
        <w:br/>
        <w:t>f 5073/23848/21531 5072/23849/21532 5069/23846/21529</w:t>
        <w:br/>
        <w:t>f 5070/23845/21528 5073/23848/21531 5069/23846/21529</w:t>
        <w:br/>
        <w:t>f 5075/23850/21533 5074/23851/21519 5072/23849/21532</w:t>
        <w:br/>
        <w:t>f 5073/23848/21531 5075/23850/21533 5072/23849/21532</w:t>
        <w:br/>
        <w:t>f 5077/23852/21534 5076/23853/21535 5074/23851/21519</w:t>
        <w:br/>
        <w:t>f 5075/23850/21533 5077/23852/21534 5074/23851/21519</w:t>
        <w:br/>
        <w:t>f 5079/23854/21522 5078/23855/21523 5076/23853/21535</w:t>
        <w:br/>
        <w:t>f 5077/23852/21534 5079/23854/21522 5076/23853/21535</w:t>
        <w:br/>
        <w:t>f 5081/23856/21536 5080/23857/21525 5078/23855/21523</w:t>
        <w:br/>
        <w:t>f 5079/23854/21522 5081/23856/21536 5078/23855/21523</w:t>
        <w:br/>
        <w:t>f 5067/23840/21509 5064/23843/21508 5080/23857/21525</w:t>
        <w:br/>
        <w:t>f 5081/23856/21536 5067/23840/21509 5080/23857/21525</w:t>
        <w:br/>
        <w:t>f 5084/23858/21509 5083/23859/21508 5082/23860/21537</w:t>
        <w:br/>
        <w:t>f 5085/23861/21538 5084/23858/21509 5082/23860/21537</w:t>
        <w:br/>
        <w:t>f 5089/23862/21539 5088/23863/21538 5087/23864/21540</w:t>
        <w:br/>
        <w:t>f 5086/23865/21541 5089/23862/21539 5087/23864/21540</w:t>
        <w:br/>
        <w:t>f 5091/23866/21542 5090/23867/21543 5089/23862/21539</w:t>
        <w:br/>
        <w:t>f 5086/23865/21541 5091/23866/21542 5089/23862/21539</w:t>
        <w:br/>
        <w:t>f 5090/23867/21543 5091/23866/21542 5092/23868/21519</w:t>
        <w:br/>
        <w:t>f 5093/23869/21544 5090/23867/21543 5092/23868/21519</w:t>
        <w:br/>
        <w:t>f 5095/23870/21520 5093/23869/21544 5092/23868/21519</w:t>
        <w:br/>
        <w:t>f 5094/23871/21535 5095/23870/21520 5092/23868/21519</w:t>
        <w:br/>
        <w:t>f 5095/23870/21520 5094/23871/21535 5096/23872/21523</w:t>
        <w:br/>
        <w:t>f 5097/23873/21522 5095/23870/21520 5096/23872/21523</w:t>
        <w:br/>
        <w:t>f 5099/23874/21545 5098/23875/21536 5097/23873/21522</w:t>
        <w:br/>
        <w:t>f 5096/23872/21523 5099/23874/21545 5097/23873/21522</w:t>
        <w:br/>
        <w:t>f 5084/23858/21509 5098/23875/21536 5099/23874/21545</w:t>
        <w:br/>
        <w:t>f 5083/23859/21508 5084/23858/21509 5099/23874/21545</w:t>
        <w:br/>
        <w:t>f 5048/23823/21509 5101/23876/21546 5100/23877/21547</w:t>
        <w:br/>
        <w:t>f 5047/23824/21510 5048/23823/21509 5100/23877/21547</w:t>
        <w:br/>
        <w:t>f 5051/23828/21514 5052/23827/21513 5103/23878/21548</w:t>
        <w:br/>
        <w:t>f 5102/23879/21549 5051/23828/21514 5103/23878/21548</w:t>
        <w:br/>
        <w:t>f 5051/23828/21514 5102/23879/21549 5104/23880/21550</w:t>
        <w:br/>
        <w:t>f 5055/23830/21516 5051/23828/21514 5104/23880/21550</w:t>
        <w:br/>
        <w:t>f 5057/23832/21518 5055/23830/21516 5104/23880/21550</w:t>
        <w:br/>
        <w:t>f 5105/23881/21551 5057/23832/21518 5104/23880/21550</w:t>
        <w:br/>
        <w:t>f 5057/23832/21518 5105/23881/21551 5106/23882/21552</w:t>
        <w:br/>
        <w:t>f 5059/23834/21520 5057/23832/21518 5106/23882/21552</w:t>
        <w:br/>
        <w:t>f 5061/23836/21522 5059/23834/21520 5106/23882/21552</w:t>
        <w:br/>
        <w:t>f 5107/23883/21553 5061/23836/21522 5106/23882/21552</w:t>
        <w:br/>
        <w:t>f 5061/23836/21522 5107/23883/21553 5108/23884/21554</w:t>
        <w:br/>
        <w:t>f 5063/23838/21524 5061/23836/21522 5108/23884/21554</w:t>
        <w:br/>
        <w:t>f 5048/23823/21509 5063/23838/21524 5108/23884/21554</w:t>
        <w:br/>
        <w:t>f 5101/23876/21546 5048/23823/21509 5108/23884/21554</w:t>
        <w:br/>
        <w:t>f 5049/23822/21508 5046/23825/21511 5082/23860/21537</w:t>
        <w:br/>
        <w:t>f 5083/23859/21508 5049/23822/21508 5082/23860/21537</w:t>
        <w:br/>
        <w:t>f 5049/23822/21508 5083/23859/21508 5099/23874/21545</w:t>
        <w:br/>
        <w:t>f 5062/23839/21525 5049/23822/21508 5099/23874/21545</w:t>
        <w:br/>
        <w:t>f 5060/23837/21523 5062/23839/21525 5099/23874/21545</w:t>
        <w:br/>
        <w:t>f 5096/23872/21523 5060/23837/21523 5099/23874/21545</w:t>
        <w:br/>
        <w:t>f 5060/23837/21523 5096/23872/21523 5094/23871/21535</w:t>
        <w:br/>
        <w:t>f 5058/23835/21521 5060/23837/21523 5094/23871/21535</w:t>
        <w:br/>
        <w:t>f 5056/23833/21519 5058/23835/21521 5094/23871/21535</w:t>
        <w:br/>
        <w:t>f 5092/23868/21519 5056/23833/21519 5094/23871/21535</w:t>
        <w:br/>
        <w:t>f 5056/23833/21519 5092/23868/21519 5091/23866/21542</w:t>
        <w:br/>
        <w:t>f 5054/23831/21517 5056/23833/21519 5091/23866/21542</w:t>
        <w:br/>
        <w:t>f 5091/23866/21542 5086/23865/21541 5050/23829/21515</w:t>
        <w:br/>
        <w:t>f 5054/23831/21517 5091/23866/21542 5050/23829/21515</w:t>
        <w:br/>
        <w:t>f 5050/23829/21515 5086/23865/21541 5087/23864/21540</w:t>
        <w:br/>
        <w:t>f 5053/23826/21512 5050/23829/21515 5087/23864/21540</w:t>
        <w:br/>
        <w:t>f 5064/23843/21508 5065/23842/21527 5110/23885/21555</w:t>
        <w:br/>
        <w:t>f 5109/23886/21556 5064/23843/21508 5110/23885/21555</w:t>
        <w:br/>
        <w:t>f 5064/23843/21508 5109/23886/21556 5111/23887/21557</w:t>
        <w:br/>
        <w:t>f 5080/23857/21525 5064/23843/21508 5111/23887/21557</w:t>
        <w:br/>
        <w:t>f 5078/23855/21523 5080/23857/21525 5111/23887/21557</w:t>
        <w:br/>
        <w:t>f 5112/23888/21558 5078/23855/21523 5111/23887/21557</w:t>
        <w:br/>
        <w:t>f 5078/23855/21523 5112/23888/21558 5113/23889/21559</w:t>
        <w:br/>
        <w:t>f 5076/23853/21535 5078/23855/21523 5113/23889/21559</w:t>
        <w:br/>
        <w:t>f 5074/23851/21519 5076/23853/21535 5113/23889/21559</w:t>
        <w:br/>
        <w:t>f 5114/23890/21560 5074/23851/21519 5113/23889/21559</w:t>
        <w:br/>
        <w:t>f 5074/23851/21519 5114/23890/21560 5115/23891/21561</w:t>
        <w:br/>
        <w:t>f 5072/23849/21532 5074/23851/21519 5115/23891/21561</w:t>
        <w:br/>
        <w:t>f 5069/23846/21529 5072/23849/21532 5115/23891/21561</w:t>
        <w:br/>
        <w:t>f 5116/23892/21562 5069/23846/21529 5115/23891/21561</w:t>
        <w:br/>
        <w:t>f 5069/23846/21529 5116/23892/21562 5117/23893/21563</w:t>
        <w:br/>
        <w:t>f 5068/23847/21530 5069/23846/21529 5117/23893/21563</w:t>
        <w:br/>
        <w:t>f 5067/23840/21509 5084/23858/21509 5085/23861/21538</w:t>
        <w:br/>
        <w:t>f 5066/23841/21526 5067/23840/21509 5085/23861/21538</w:t>
        <w:br/>
        <w:t>f 5070/23845/21528 5071/23844/21513 5088/23863/21538</w:t>
        <w:br/>
        <w:t>f 5089/23862/21539 5070/23845/21528 5088/23863/21538</w:t>
        <w:br/>
        <w:t>f 5070/23845/21528 5089/23862/21539 5090/23867/21543</w:t>
        <w:br/>
        <w:t>f 5073/23848/21531 5070/23845/21528 5090/23867/21543</w:t>
        <w:br/>
        <w:t>f 5075/23850/21533 5073/23848/21531 5090/23867/21543</w:t>
        <w:br/>
        <w:t>f 5093/23869/21544 5075/23850/21533 5090/23867/21543</w:t>
        <w:br/>
        <w:t>f 5075/23850/21533 5093/23869/21544 5095/23870/21520</w:t>
        <w:br/>
        <w:t>f 5077/23852/21534 5075/23850/21533 5095/23870/21520</w:t>
        <w:br/>
        <w:t>f 5079/23854/21522 5077/23852/21534 5095/23870/21520</w:t>
        <w:br/>
        <w:t>f 5097/23873/21522 5079/23854/21522 5095/23870/21520</w:t>
        <w:br/>
        <w:t>f 5079/23854/21522 5097/23873/21522 5098/23875/21536</w:t>
        <w:br/>
        <w:t>f 5081/23856/21536 5079/23854/21522 5098/23875/21536</w:t>
        <w:br/>
        <w:t>f 5067/23840/21509 5081/23856/21536 5098/23875/21536</w:t>
        <w:br/>
        <w:t>f 5084/23858/21509 5067/23840/21509 5098/23875/21536</w:t>
        <w:br/>
        <w:t>f 5148/23894/21564 5147/23895/21564 5146/23896/21565</w:t>
        <w:br/>
        <w:t>f 5149/23897/21566 5148/23894/21564 5146/23896/21565</w:t>
        <w:br/>
        <w:t>f 5152/23898/21567 5151/23899/21568 5150/23900/21569</w:t>
        <w:br/>
        <w:t>f 5153/23901/21569 5152/23898/21567 5150/23900/21569</w:t>
        <w:br/>
        <w:t>f 5155/23902/21570 5154/23903/21571 5151/23899/21568</w:t>
        <w:br/>
        <w:t>f 5152/23898/21567 5155/23902/21570 5151/23899/21568</w:t>
        <w:br/>
        <w:t>f 5157/23904/21572 5156/23905/21572 5154/23903/21571</w:t>
        <w:br/>
        <w:t>f 5155/23902/21570 5157/23904/21572 5154/23903/21571</w:t>
        <w:br/>
        <w:t>f 5159/23906/21573 5158/23907/21573 5156/23905/21572</w:t>
        <w:br/>
        <w:t>f 5157/23904/21572 5159/23906/21573 5156/23905/21572</w:t>
        <w:br/>
        <w:t>f 5159/23906/21573 5149/23897/21566 5146/23896/21565</w:t>
        <w:br/>
        <w:t>f 5158/23907/21573 5159/23906/21573 5146/23896/21565</w:t>
        <w:br/>
        <w:t>f 5162/23908/21574 5161/23909/21574 5160/23910/21575</w:t>
        <w:br/>
        <w:t>f 5163/23911/21576 5162/23908/21574 5160/23910/21575</w:t>
        <w:br/>
        <w:t>f 5166/23912/21577 5165/23913/20417 5164/23914/21578</w:t>
        <w:br/>
        <w:t>f 5167/23915/21579 5166/23912/21577 5164/23914/21578</w:t>
        <w:br/>
        <w:t>f 5170/23916/21580 5169/23917/21581 5168/23918/21582</w:t>
        <w:br/>
        <w:t>f 5171/23919/20417 5170/23916/21580 5168/23918/21582</w:t>
        <w:br/>
        <w:t>f 5175/23920/21583 5174/23921/21584 5173/23922/21585</w:t>
        <w:br/>
        <w:t>f 5172/23923/21583 5175/23920/21583 5173/23922/21585</w:t>
        <w:br/>
        <w:t>f 5177/23924/21586 5176/23925/21586 5173/23922/21585</w:t>
        <w:br/>
        <w:t>f 5174/23921/21584 5177/23924/21586 5173/23922/21585</w:t>
        <w:br/>
        <w:t>f 5179/23926/21587 5178/23927/21587 5176/23925/21586</w:t>
        <w:br/>
        <w:t>f 5177/23924/21586 5179/23926/21587 5176/23925/21586</w:t>
        <w:br/>
        <w:t>f 5181/23928/20422 5180/23929/21588 5178/23927/21587</w:t>
        <w:br/>
        <w:t>f 5179/23926/21587 5181/23928/20422 5178/23927/21587</w:t>
        <w:br/>
        <w:t>f 5183/23930/21589 5182/23931/21573 5180/23929/21588</w:t>
        <w:br/>
        <w:t>f 5181/23928/20422 5183/23930/21589 5180/23929/21588</w:t>
        <w:br/>
        <w:t>f 5185/23932/21590 5184/23933/21591 5182/23931/21573</w:t>
        <w:br/>
        <w:t>f 5183/23930/21589 5185/23932/21590 5182/23931/21573</w:t>
        <w:br/>
        <w:t>f 5163/23911/21576 5160/23910/21575 5184/23933/21591</w:t>
        <w:br/>
        <w:t>f 5185/23932/21590 5163/23911/21576 5184/23933/21591</w:t>
        <w:br/>
        <w:t>f 5188/23934/21592 5187/23935/21568 5186/23936/21568</w:t>
        <w:br/>
        <w:t>f 5189/23937/21592 5188/23934/21592 5186/23936/21568</w:t>
        <w:br/>
        <w:t>f 5193/23938/21565 5192/23939/21593 5191/23940/21594</w:t>
        <w:br/>
        <w:t>f 5190/23941/21595 5193/23938/21565 5191/23940/21594</w:t>
        <w:br/>
        <w:t>f 5194/23942/21596 5192/23939/21593 5193/23938/21565</w:t>
        <w:br/>
        <w:t>f 5195/23943/21597 5194/23942/21596 5193/23938/21565</w:t>
        <w:br/>
        <w:t>f 5196/23944/21578 5194/23942/21596 5195/23943/21597</w:t>
        <w:br/>
        <w:t>f 5197/23945/21598 5196/23944/21578 5195/23943/21597</w:t>
        <w:br/>
        <w:t>f 5198/23946/21599 5196/23944/21578 5197/23945/21598</w:t>
        <w:br/>
        <w:t>f 5199/23947/21600 5198/23946/21599 5197/23945/21598</w:t>
        <w:br/>
        <w:t>f 5186/23936/21568 5187/23935/21568 5198/23946/21599</w:t>
        <w:br/>
        <w:t>f 5199/23947/21600 5186/23936/21568 5198/23946/21599</w:t>
        <w:br/>
        <w:t>f 5202/23948/21601 5201/23949/21602 5200/23950/21603</w:t>
        <w:br/>
        <w:t>f 5203/23951/21601 5202/23948/21601 5200/23950/21603</w:t>
        <w:br/>
        <w:t>f 5207/23952/21604 5206/23953/21605 5205/23954/21606</w:t>
        <w:br/>
        <w:t>f 5204/23955/21607 5207/23952/21604 5205/23954/21606</w:t>
        <w:br/>
        <w:t>f 5210/23956/21608 5209/23957/21609 5208/23958/21610</w:t>
        <w:br/>
        <w:t>f 5211/23959/21611 5210/23956/21608 5208/23958/21610</w:t>
        <w:br/>
        <w:t>f 5215/23960/21612 5214/23961/21613 5213/23962/21575</w:t>
        <w:br/>
        <w:t>f 5212/23963/21614 5215/23960/21612 5213/23962/21575</w:t>
        <w:br/>
        <w:t>f 5216/23964/21615 5214/23961/21613 5215/23960/21612</w:t>
        <w:br/>
        <w:t>f 5217/23965/21615 5216/23964/21615 5215/23960/21612</w:t>
        <w:br/>
        <w:t>f 5219/23966/21616 5218/23967/21617 5216/23964/21615</w:t>
        <w:br/>
        <w:t>f 5217/23965/21615 5219/23966/21616 5216/23964/21615</w:t>
        <w:br/>
        <w:t>f 5220/23968/21577 5218/23967/21617 5219/23966/21616</w:t>
        <w:br/>
        <w:t>f 5221/23969/21618 5220/23968/21577 5219/23966/21616</w:t>
        <w:br/>
        <w:t>f 5223/23970/21619 5222/23971/21599 5220/23968/21577</w:t>
        <w:br/>
        <w:t>f 5221/23969/21618 5223/23970/21619 5220/23968/21577</w:t>
        <w:br/>
        <w:t>f 5225/23972/21620 5224/23973/21621 5222/23971/21599</w:t>
        <w:br/>
        <w:t>f 5223/23970/21619 5225/23972/21620 5222/23971/21599</w:t>
        <w:br/>
        <w:t>f 5201/23949/21602 5224/23973/21621 5225/23972/21620</w:t>
        <w:br/>
        <w:t>f 5200/23950/21603 5201/23949/21602 5225/23972/21620</w:t>
        <w:br/>
        <w:t>f 5228/23974/20418 5227/23975/20418 5226/23976/21622</w:t>
        <w:br/>
        <w:t>f 5229/23977/21622 5228/23974/20418 5226/23976/21622</w:t>
        <w:br/>
        <w:t>f 5233/23978/21623 5232/23979/21623 5231/23980/21623</w:t>
        <w:br/>
        <w:t>f 5230/23981/21623 5233/23978/21623 5231/23980/21623</w:t>
        <w:br/>
        <w:t>f 5237/23982/21624 5236/23983/21625 5235/23984/21625</w:t>
        <w:br/>
        <w:t>f 5234/23985/20418 5237/23982/21624 5235/23984/21625</w:t>
        <w:br/>
        <w:t>f 5240/23986/21626 5239/23987/21627 5238/23988/21623</w:t>
        <w:br/>
        <w:t>f 5241/23989/21623 5240/23986/21626 5238/23988/21623</w:t>
        <w:br/>
        <w:t>f 5237/23982/21624 5234/23985/20418 5242/23990/21624</w:t>
        <w:br/>
        <w:t>f 5243/23991/21625 5237/23982/21624 5242/23990/21624</w:t>
        <w:br/>
        <w:t>f 5240/23986/21626 5245/23992/21628 5244/23993/21629</w:t>
        <w:br/>
        <w:t>f 5239/23987/21627 5240/23986/21626 5244/23993/21629</w:t>
        <w:br/>
        <w:t>f 5247/23994/21625 5243/23991/21625 5242/23990/21624</w:t>
        <w:br/>
        <w:t>f 5246/23995/21630 5247/23994/21625 5242/23990/21624</w:t>
        <w:br/>
        <w:t>f 5249/23996/21623 5248/23997/21623 5244/23993/21629</w:t>
        <w:br/>
        <w:t>f 5245/23992/21628 5249/23996/21623 5244/23993/21629</w:t>
        <w:br/>
        <w:t>f 5247/23994/21625 5246/23995/21630 5250/23998/20418</w:t>
        <w:br/>
        <w:t>f 5251/23999/20418 5247/23994/21625 5250/23998/20418</w:t>
        <w:br/>
        <w:t>f 5249/23996/21623 5253/24000/21623 5252/24001/21623</w:t>
        <w:br/>
        <w:t>f 5248/23997/21623 5249/23996/21623 5252/24001/21623</w:t>
        <w:br/>
        <w:t>f 5228/23974/20418 5251/23999/20418 5250/23998/20418</w:t>
        <w:br/>
        <w:t>f 5227/23975/20418 5228/23974/20418 5250/23998/20418</w:t>
        <w:br/>
        <w:t>f 5233/23978/21623 5230/23981/21623 5252/24001/21623</w:t>
        <w:br/>
        <w:t>f 5253/24000/21623 5233/23978/21623 5252/24001/21623</w:t>
        <w:br/>
        <w:t>f 5256/24002/21631 5255/24003/21631 5254/24004/21632</w:t>
        <w:br/>
        <w:t>f 5257/24005/21631 5256/24002/21631 5254/24004/21632</w:t>
        <w:br/>
        <w:t>f 5261/24006/21633 5260/24007/21634 5259/24008/21633</w:t>
        <w:br/>
        <w:t>f 5258/24009/21635 5261/24006/21633 5259/24008/21633</w:t>
        <w:br/>
        <w:t>f 5263/24010/20418 5257/24005/21631 5254/24004/21632</w:t>
        <w:br/>
        <w:t>f 5262/24011/21636 5263/24010/20418 5254/24004/21632</w:t>
        <w:br/>
        <w:t>f 5265/24012/21637 5264/24013/21638 5259/24008/21633</w:t>
        <w:br/>
        <w:t>f 5260/24007/21634 5265/24012/21637 5259/24008/21633</w:t>
        <w:br/>
        <w:t>f 5263/24010/20418 5262/24011/21636 5266/24014/21639</w:t>
        <w:br/>
        <w:t>f 5267/24015/21640 5263/24010/20418 5266/24014/21639</w:t>
        <w:br/>
        <w:t>f 5265/24012/21637 5269/24016/21628 5268/24017/21628</w:t>
        <w:br/>
        <w:t>f 5264/24013/21638 5265/24012/21637 5268/24017/21628</w:t>
        <w:br/>
        <w:t>f 5271/24018/21640 5267/24015/21640 5266/24014/21639</w:t>
        <w:br/>
        <w:t>f 5270/24019/21631 5271/24018/21640 5266/24014/21639</w:t>
        <w:br/>
        <w:t>f 5273/24020/21637 5272/24021/21637 5268/24017/21628</w:t>
        <w:br/>
        <w:t>f 5269/24016/21628 5273/24020/21637 5268/24017/21628</w:t>
        <w:br/>
        <w:t>f 5271/24018/21640 5270/24019/21631 5274/24022/20418</w:t>
        <w:br/>
        <w:t>f 5275/24023/21624 5271/24018/21640 5274/24022/20418</w:t>
        <w:br/>
        <w:t>f 5273/24020/21637 5277/24024/21623 5276/24025/21627</w:t>
        <w:br/>
        <w:t>f 5272/24021/21637 5273/24020/21637 5276/24025/21627</w:t>
        <w:br/>
        <w:t>f 5275/24023/21624 5274/24022/20418 5278/24026/21625</w:t>
        <w:br/>
        <w:t>f 5279/24027/20418 5275/24023/21624 5278/24026/21625</w:t>
        <w:br/>
        <w:t>f 5277/24024/21623 5281/24028/21641 5280/24029/21623</w:t>
        <w:br/>
        <w:t>f 5276/24025/21627 5277/24024/21623 5280/24029/21623</w:t>
        <w:br/>
        <w:t>f 5283/24030/21642 5279/24027/20418 5278/24026/21625</w:t>
        <w:br/>
        <w:t>f 5282/24031/21642 5283/24030/21642 5278/24026/21625</w:t>
        <w:br/>
        <w:t>f 5285/24032/21643 5284/24033/21623 5280/24029/21623</w:t>
        <w:br/>
        <w:t>f 5281/24028/21641 5285/24032/21643 5280/24029/21623</w:t>
        <w:br/>
        <w:t>f 5287/24034/20418 5283/24030/21642 5282/24031/21642</w:t>
        <w:br/>
        <w:t>f 5286/24035/21644 5287/24034/20418 5282/24031/21642</w:t>
        <w:br/>
        <w:t>f 5285/24032/21643 5289/24036/21645 5288/24037/21629</w:t>
        <w:br/>
        <w:t>f 5284/24033/21623 5285/24032/21643 5288/24037/21629</w:t>
        <w:br/>
        <w:t>f 5291/24038/20418 5287/24034/20418 5286/24035/21644</w:t>
        <w:br/>
        <w:t>f 5290/24039/21646 5291/24038/20418 5286/24035/21644</w:t>
        <w:br/>
        <w:t>f 5293/24040/21647 5292/24041/21648 5288/24037/21629</w:t>
        <w:br/>
        <w:t>f 5289/24036/21645 5293/24040/21647 5288/24037/21629</w:t>
        <w:br/>
        <w:t>f 5256/24002/21631 5291/24038/20418 5290/24039/21646</w:t>
        <w:br/>
        <w:t>f 5255/24003/21631 5256/24002/21631 5290/24039/21646</w:t>
        <w:br/>
        <w:t>f 5261/24006/21633 5258/24009/21635 5292/24041/21648</w:t>
        <w:br/>
        <w:t>f 5293/24040/21647 5261/24006/21633 5292/24041/21648</w:t>
        <w:br/>
        <w:t>f 4872/23661/21350 5294/24042/21649 4885/23677/21366</w:t>
        <w:br/>
        <w:t>f 4871/23662/21351 4872/23661/21350 4885/23677/21366</w:t>
        <w:br/>
        <w:t>f 4875/23666/21355 5295/24043/21650 4886/23680/21369</w:t>
        <w:br/>
        <w:t>f 4874/23667/21356 4875/23666/21355 4886/23680/21369</w:t>
        <w:br/>
        <w:t>f 5296/24044/21651 4879/23669/21358 4880/23672/21361</w:t>
        <w:br/>
        <w:t>f 5297/24045/21652 5296/24044/21651 4880/23672/21361</w:t>
        <w:br/>
        <w:t>f 4883/23674/21363 5299/24046/21370 5298/24047/21653</w:t>
        <w:br/>
        <w:t>f 4882/23675/21364 4883/23674/21363 5298/24047/21653</w:t>
        <w:br/>
        <w:t>f 4879/23669/21358 5296/24044/21651 5294/24042/21649</w:t>
        <w:br/>
        <w:t>f 4872/23661/21350 4879/23669/21358 5294/24042/21649</w:t>
        <w:br/>
        <w:t>f 4882/23675/21364 5298/24047/21653 4870/23663/21352</w:t>
        <w:br/>
        <w:t>f 4871/23662/21351 4882/23675/21364 4870/23663/21352</w:t>
        <w:br/>
        <w:t>f 4887/23679/21368 5300/24048/21654 4873/23668/21357</w:t>
        <w:br/>
        <w:t>f 4874/23667/21356 4887/23679/21368 4873/23668/21357</w:t>
        <w:br/>
        <w:t>f 4889/23682/21371 5301/24049/21655 5295/24043/21650</w:t>
        <w:br/>
        <w:t>f 4875/23666/21355 4889/23682/21371 5295/24043/21650</w:t>
        <w:br/>
        <w:t>f 5305/24050/21656 5304/24051/21657 5303/24052/21658</w:t>
        <w:br/>
        <w:t>f 5302/24053/21659 5305/24050/21656 5303/24052/21658</w:t>
        <w:br/>
        <w:t>f 5308/24054/21660 5307/24055/21661 5306/24056/21662</w:t>
        <w:br/>
        <w:t>f 5309/24057/21663 5308/24054/21660 5306/24056/21662</w:t>
        <w:br/>
        <w:t>f 5312/24058/21664 5311/24059/21665 5310/24060/21666</w:t>
        <w:br/>
        <w:t>f 5313/24061/21667 5312/24058/21664 5310/24060/21666</w:t>
        <w:br/>
        <w:t>f 5314/24062/21668 5310/24060/21666 5311/24059/21665</w:t>
        <w:br/>
        <w:t>f 5315/24063/21669 5314/24062/21668 5311/24059/21665</w:t>
        <w:br/>
        <w:t>f 5319/24064/21670 5318/24065/21671 5317/24066/21672</w:t>
        <w:br/>
        <w:t>f 5316/24067/21673 5319/24064/21670 5317/24066/21672</w:t>
        <w:br/>
        <w:t>f 5318/24065/21671 5319/24064/21670 5320/24068/21674</w:t>
        <w:br/>
        <w:t>f 5321/24069/21675 5318/24065/21671 5320/24068/21674</w:t>
        <w:br/>
        <w:t>f 5324/24070/21676 5323/24071/21677 5322/24072/21678</w:t>
        <w:br/>
        <w:t>f 5325/24073/21679 5324/24070/21676 5322/24072/21678</w:t>
        <w:br/>
        <w:t>f 5328/24074/21680 5327/24075/21681 5326/24076/21682</w:t>
        <w:br/>
        <w:t>f 5329/24077/21683 5328/24074/21680 5326/24076/21682</w:t>
        <w:br/>
        <w:t>f 5333/24078/21684 5332/24079/21685 5331/24080/21686</w:t>
        <w:br/>
        <w:t>f 5330/24081/21686 5333/24078/21684 5331/24080/21686</w:t>
        <w:br/>
        <w:t>f 5337/24082/21687 5336/24083/21688 5335/24084/21689</w:t>
        <w:br/>
        <w:t>f 5334/24085/21690 5337/24082/21687 5335/24084/21689</w:t>
        <w:br/>
        <w:t>f 5340/24086/21691 5339/24087/21692 5338/24088/21693</w:t>
        <w:br/>
        <w:t>f 5341/24089/21694 5340/24086/21691 5338/24088/21693</w:t>
        <w:br/>
        <w:t>f 5305/24050/21656 5302/24053/21659 5343/24090/21695</w:t>
        <w:br/>
        <w:t>f 5342/24091/21696 5305/24050/21656 5343/24090/21695</w:t>
        <w:br/>
        <w:t>f 5345/24092/21697 5344/24093/21698 5337/24082/21687</w:t>
        <w:br/>
        <w:t>f 5334/24085/21690 5345/24092/21697 5337/24082/21687</w:t>
        <w:br/>
        <w:t>f 5307/24055/21661 5308/24054/21660 5328/24074/21680</w:t>
        <w:br/>
        <w:t>f 5329/24077/21683 5307/24055/21661 5328/24074/21680</w:t>
        <w:br/>
        <w:t>f 5349/24094/21699 5348/24095/21700 5347/24096/21701</w:t>
        <w:br/>
        <w:t>f 5346/24097/21702 5349/24094/21699 5347/24096/21701</w:t>
        <w:br/>
        <w:t>f 5351/24098/21703 5350/24099/21704 5339/24087/21692</w:t>
        <w:br/>
        <w:t>f 5340/24086/21691 5351/24098/21703 5339/24087/21692</w:t>
        <w:br/>
        <w:t>f 5355/24100/21705 5354/24101/21706 5353/24102/21707</w:t>
        <w:br/>
        <w:t>f 5352/24103/21708 5355/24100/21705 5353/24102/21707</w:t>
        <w:br/>
        <w:t>f 5358/24104/21709 5357/24105/21710 5356/24106/21711</w:t>
        <w:br/>
        <w:t>f 5359/24107/21711 5358/24104/21709 5356/24106/21711</w:t>
        <w:br/>
        <w:t>f 5362/24108/21712 5361/24109/21713 5360/24110/21714</w:t>
        <w:br/>
        <w:t>f 5363/24111/21715 5362/24108/21712 5360/24110/21714</w:t>
        <w:br/>
        <w:t>f 5366/24112/20418 5365/24113/20418 5364/24114/21716</w:t>
        <w:br/>
        <w:t>f 5367/24115/21717 5366/24112/20418 5364/24114/21716</w:t>
        <w:br/>
        <w:t>f 5370/24116/21718 5369/24117/21718 5368/24118/21718</w:t>
        <w:br/>
        <w:t>f 5371/24119/21718 5370/24116/21718 5368/24118/21718</w:t>
        <w:br/>
        <w:t>f 5375/24120/21719 5374/24121/21720 5373/24122/21721</w:t>
        <w:br/>
        <w:t>f 5372/24123/21719 5375/24120/21719 5373/24122/21721</w:t>
        <w:br/>
        <w:t>f 5378/24124/21722 5377/24125/21723 5376/24126/21724</w:t>
        <w:br/>
        <w:t>f 5379/24127/21725 5378/24124/21722 5376/24126/21724</w:t>
        <w:br/>
        <w:t>f 5383/24128/21726 5382/24129/21727 5381/24130/21728</w:t>
        <w:br/>
        <w:t>f 5380/24131/21729 5383/24128/21726 5381/24130/21728</w:t>
        <w:br/>
        <w:t>f 5386/24132/21730 5385/24133/21731 5384/24134/21732</w:t>
        <w:br/>
        <w:t>f 5387/24135/21733 5386/24132/21730 5384/24134/21732</w:t>
        <w:br/>
        <w:t>f 5387/24135/21733 5383/24128/21726 5380/24131/21729</w:t>
        <w:br/>
        <w:t>f 5386/24132/21730 5387/24135/21733 5380/24131/21729</w:t>
        <w:br/>
        <w:t>f 5379/24127/21725 5376/24126/21724 5384/24134/21732</w:t>
        <w:br/>
        <w:t>f 5385/24133/21731 5379/24127/21725 5384/24134/21732</w:t>
        <w:br/>
        <w:t>f 5389/24136/21734 5388/24137/21735 5302/24053/21659</w:t>
        <w:br/>
        <w:t>f 5303/24052/21658 5389/24136/21734 5302/24053/21659</w:t>
        <w:br/>
        <w:t>f 5384/24134/21732 5352/24103/21708 5353/24102/21707</w:t>
        <w:br/>
        <w:t>f 5387/24135/21733 5384/24134/21732 5353/24102/21707</w:t>
        <w:br/>
        <w:t>f 5305/24050/21656 5391/24138/21736 5390/24139/21704</w:t>
        <w:br/>
        <w:t>f 5304/24051/21657 5305/24050/21656 5390/24139/21704</w:t>
        <w:br/>
        <w:t>f 5393/24140/21737 5392/24141/21738 5385/24133/21731</w:t>
        <w:br/>
        <w:t>f 5386/24132/21730 5393/24140/21737 5385/24133/21731</w:t>
        <w:br/>
        <w:t>f 5377/24125/21723 5394/24142/21739 5355/24100/21705</w:t>
        <w:br/>
        <w:t>f 5376/24126/21724 5377/24125/21723 5355/24100/21705</w:t>
        <w:br/>
        <w:t>f 5378/24124/21722 5379/24127/21725 5395/24143/21740</w:t>
        <w:br/>
        <w:t>f 5396/24144/21741 5378/24124/21722 5395/24143/21740</w:t>
        <w:br/>
        <w:t>f 5399/24145/21742 5398/24146/21743 5397/24147/21744</w:t>
        <w:br/>
        <w:t>f 5336/24083/21688 5399/24145/21742 5397/24147/21744</w:t>
        <w:br/>
        <w:t>f 5335/24084/21689 5401/24148/21745 5400/24149/21691</w:t>
        <w:br/>
        <w:t>f 5402/24150/21746 5335/24084/21689 5400/24149/21691</w:t>
        <w:br/>
        <w:t>f 5404/24151/21747 5380/24131/21729 5381/24130/21728</w:t>
        <w:br/>
        <w:t>f 5403/24152/21748 5404/24151/21747 5381/24130/21728</w:t>
        <w:br/>
        <w:t>f 5354/24101/21706 5405/24153/21749 5382/24129/21727</w:t>
        <w:br/>
        <w:t>f 5383/24128/21726 5354/24101/21706 5382/24129/21727</w:t>
        <w:br/>
        <w:t>f 5345/24092/21697 5334/24085/21690 5400/24149/21691</w:t>
        <w:br/>
        <w:t>f 5406/24154/21750 5345/24092/21697 5400/24149/21691</w:t>
        <w:br/>
        <w:t>f 5398/24146/21743 5337/24082/21687 5344/24093/21698</w:t>
        <w:br/>
        <w:t>f 5407/24155/21751 5398/24146/21743 5344/24093/21698</w:t>
        <w:br/>
        <w:t>f 5388/24137/21735 5408/24156/21752 5343/24090/21695</w:t>
        <w:br/>
        <w:t>f 5302/24053/21659 5388/24137/21735 5343/24090/21695</w:t>
        <w:br/>
        <w:t>f 5391/24138/21736 5305/24050/21656 5342/24091/21696</w:t>
        <w:br/>
        <w:t>f 5409/24157/21753 5391/24138/21736 5342/24091/21696</w:t>
        <w:br/>
        <w:t>f 5386/24132/21730 5380/24131/21729 5404/24151/21747</w:t>
        <w:br/>
        <w:t>f 5393/24140/21737 5386/24132/21730 5404/24151/21747</w:t>
        <w:br/>
        <w:t>f 5354/24101/21706 5383/24128/21726 5387/24135/21733</w:t>
        <w:br/>
        <w:t>f 5353/24102/21707 5354/24101/21706 5387/24135/21733</w:t>
        <w:br/>
        <w:t>f 5384/24134/21732 5376/24126/21724 5355/24100/21705</w:t>
        <w:br/>
        <w:t>f 5352/24103/21708 5384/24134/21732 5355/24100/21705</w:t>
        <w:br/>
        <w:t>f 5395/24143/21740 5379/24127/21725 5385/24133/21731</w:t>
        <w:br/>
        <w:t>f 5392/24141/21738 5395/24143/21740 5385/24133/21731</w:t>
        <w:br/>
        <w:t>f 5328/24074/21680 5411/24158/21754 5410/24159/21755</w:t>
        <w:br/>
        <w:t>f 5327/24075/21681 5328/24074/21680 5410/24159/21755</w:t>
        <w:br/>
        <w:t>f 5309/24057/21663 5413/24160/21756 5412/24161/21757</w:t>
        <w:br/>
        <w:t>f 5308/24054/21660 5309/24057/21663 5412/24161/21757</w:t>
        <w:br/>
        <w:t>f 5362/24108/21712 5363/24111/21715 5313/24061/21667</w:t>
        <w:br/>
        <w:t>f 5310/24060/21666 5362/24108/21712 5313/24061/21667</w:t>
        <w:br/>
        <w:t>f 5310/24060/21666 5314/24062/21668 5357/24105/21710</w:t>
        <w:br/>
        <w:t>f 5358/24104/21709 5310/24060/21666 5357/24105/21710</w:t>
        <w:br/>
        <w:t>f 5318/24065/21671 5359/24107/21711 5356/24106/21711</w:t>
        <w:br/>
        <w:t>f 5317/24066/21672 5318/24065/21671 5356/24106/21711</w:t>
        <w:br/>
        <w:t>f 5361/24109/21713 5318/24065/21671 5321/24069/21675</w:t>
        <w:br/>
        <w:t>f 5360/24110/21714 5361/24109/21713 5321/24069/21675</w:t>
        <w:br/>
        <w:t>f 5323/24071/21677 5324/24070/21676 5415/24162/21758</w:t>
        <w:br/>
        <w:t>f 5414/24163/21759 5323/24071/21677 5415/24162/21758</w:t>
        <w:br/>
        <w:t>f 5415/24162/21758 5324/24070/21676 5327/24075/21681</w:t>
        <w:br/>
        <w:t>f 5410/24159/21755 5415/24162/21758 5327/24075/21681</w:t>
        <w:br/>
        <w:t>f 5328/24074/21680 5308/24054/21660 5412/24161/21757</w:t>
        <w:br/>
        <w:t>f 5411/24158/21754 5328/24074/21680 5412/24161/21757</w:t>
        <w:br/>
        <w:t>f 5444/24164/21760 5443/24165/21761 5442/24166/21762</w:t>
        <w:br/>
        <w:t>f 5445/24167/21763 5444/24164/21760 5442/24166/21762</w:t>
        <w:br/>
        <w:t>f 5447/24168/21764 5446/24169/21765 5445/24167/21763</w:t>
        <w:br/>
        <w:t>f 5442/24166/21762 5447/24168/21764 5445/24167/21763</w:t>
        <w:br/>
        <w:t>f 5449/24170/21766 5448/24171/21767 5446/24169/21765</w:t>
        <w:br/>
        <w:t>f 5447/24168/21764 5449/24170/21766 5446/24169/21765</w:t>
        <w:br/>
        <w:t>f 5453/24172/21768 5452/24173/21769 5451/24174/21770</w:t>
        <w:br/>
        <w:t>f 5450/24175/21771 5453/24172/21768 5451/24174/21770</w:t>
        <w:br/>
        <w:t>f 5448/24171/21767 5449/24170/21766 5455/24176/21772</w:t>
        <w:br/>
        <w:t>f 5454/24177/21773 5448/24171/21767 5455/24176/21772</w:t>
        <w:br/>
        <w:t>f 5459/24178/21774 5458/24179/21775 5457/24180/21776</w:t>
        <w:br/>
        <w:t>f 5456/24181/21777 5459/24178/21774 5457/24180/21776</w:t>
        <w:br/>
        <w:t>f 5461/24182/21778 5460/24183/21779 5457/24180/21776</w:t>
        <w:br/>
        <w:t>f 5458/24179/21775 5461/24182/21778 5457/24180/21776</w:t>
        <w:br/>
        <w:t>f 5461/24182/21778 5463/24184/21780 5462/24185/21781</w:t>
        <w:br/>
        <w:t>f 5460/24183/21779 5461/24182/21778 5462/24185/21781</w:t>
        <w:br/>
        <w:t>f 5463/24184/21780 5465/24186/21782 5464/24187/21783</w:t>
        <w:br/>
        <w:t>f 5462/24185/21781 5463/24184/21780 5464/24187/21783</w:t>
        <w:br/>
        <w:t>f 5467/24188/21784 5466/24189/21785 5464/24187/21783</w:t>
        <w:br/>
        <w:t>f 5465/24186/21782 5467/24188/21784 5464/24187/21783</w:t>
        <w:br/>
        <w:t>f 5467/24188/21784 5469/24190/21786 5468/24191/21787</w:t>
        <w:br/>
        <w:t>f 5466/24189/21785 5467/24188/21784 5468/24191/21787</w:t>
        <w:br/>
        <w:t>f 5471/24192/21788 5470/24193/21767 5468/24191/21787</w:t>
        <w:br/>
        <w:t>f 5469/24190/21786 5471/24192/21788 5468/24191/21787</w:t>
        <w:br/>
        <w:t>f 5473/24194/21789 5470/24193/21767 5471/24192/21788</w:t>
        <w:br/>
        <w:t>f 5472/24195/21790 5473/24194/21789 5471/24192/21788</w:t>
        <w:br/>
        <w:t>f 5472/24195/21790 5475/24196/21791 5474/24197/21792</w:t>
        <w:br/>
        <w:t>f 5473/24194/21789 5472/24195/21790 5474/24197/21792</w:t>
        <w:br/>
        <w:t>f 5474/24197/21792 5475/24196/21791 5477/24198/21793</w:t>
        <w:br/>
        <w:t>f 5476/24199/21794 5474/24197/21792 5477/24198/21793</w:t>
        <w:br/>
        <w:t>f 5481/24200/21795 5480/24201/21796 5479/24202/21797</w:t>
        <w:br/>
        <w:t>f 5478/24203/21798 5481/24200/21795 5479/24202/21797</w:t>
        <w:br/>
        <w:t>f 5478/24203/21798 5483/24204/21799 5482/24205/21800</w:t>
        <w:br/>
        <w:t>f 5481/24200/21795 5478/24203/21798 5482/24205/21800</w:t>
        <w:br/>
        <w:t>f 5482/24205/21800 5483/24204/21799 5484/24206/21801</w:t>
        <w:br/>
        <w:t>f 5485/24207/21802 5482/24205/21800 5484/24206/21801</w:t>
        <w:br/>
        <w:t>f 5489/24208/21803 5488/24209/21804 5487/24210/21805</w:t>
        <w:br/>
        <w:t>f 5486/24211/21806 5489/24208/21803 5487/24210/21805</w:t>
        <w:br/>
        <w:t>f 5491/24212/21807 5490/24213/21808 5489/24208/21803</w:t>
        <w:br/>
        <w:t>f 5486/24211/21806 5491/24212/21807 5489/24208/21803</w:t>
        <w:br/>
        <w:t>f 5490/24213/21808 5491/24212/21807 5493/24214/21809</w:t>
        <w:br/>
        <w:t>f 5492/24215/21810 5490/24213/21808 5493/24214/21809</w:t>
        <w:br/>
        <w:t>f 5493/24214/21809 5495/24216/21811 5494/24217/21812</w:t>
        <w:br/>
        <w:t>f 5492/24215/21810 5493/24214/21809 5494/24217/21812</w:t>
        <w:br/>
        <w:t>f 5494/24217/21812 5495/24216/21811 5459/24178/21774</w:t>
        <w:br/>
        <w:t>f 5456/24181/21777 5494/24217/21812 5459/24178/21774</w:t>
        <w:br/>
        <w:t>f 5466/24189/21785 5497/24218/21813 5496/24219/21814</w:t>
        <w:br/>
        <w:t>f 5464/24187/21783 5466/24189/21785 5496/24219/21814</w:t>
        <w:br/>
        <w:t>f 5462/24185/21781 5464/24187/21783 5496/24219/21814</w:t>
        <w:br/>
        <w:t>f 5498/24220/21815 5462/24185/21781 5496/24219/21814</w:t>
        <w:br/>
        <w:t>f 5462/24185/21781 5498/24220/21815 5499/24221/21816</w:t>
        <w:br/>
        <w:t>f 5460/24183/21779 5462/24185/21781 5499/24221/21816</w:t>
        <w:br/>
        <w:t>f 5460/24183/21779 5499/24221/21816 5500/24222/21817</w:t>
        <w:br/>
        <w:t>f 5457/24180/21776 5460/24183/21779 5500/24222/21817</w:t>
        <w:br/>
        <w:t>f 5456/24181/21777 5457/24180/21776 5500/24222/21817</w:t>
        <w:br/>
        <w:t>f 5501/24223/21818 5456/24181/21777 5500/24222/21817</w:t>
        <w:br/>
        <w:t>f 5456/24181/21777 5501/24223/21818 5455/24176/21772</w:t>
        <w:br/>
        <w:t>f 5494/24217/21812 5456/24181/21777 5455/24176/21772</w:t>
        <w:br/>
        <w:t>f 5492/24215/21810 5494/24217/21812 5455/24176/21772</w:t>
        <w:br/>
        <w:t>f 5449/24170/21766 5492/24215/21810 5455/24176/21772</w:t>
        <w:br/>
        <w:t>f 5492/24215/21810 5449/24170/21766 5447/24168/21764</w:t>
        <w:br/>
        <w:t>f 5490/24213/21808 5492/24215/21810 5447/24168/21764</w:t>
        <w:br/>
        <w:t>f 5490/24213/21808 5447/24168/21764 5442/24166/21762</w:t>
        <w:br/>
        <w:t>f 5489/24208/21803 5490/24213/21808 5442/24166/21762</w:t>
        <w:br/>
        <w:t>f 5489/24208/21803 5442/24166/21762 5443/24165/21761</w:t>
        <w:br/>
        <w:t>f 5488/24209/21804 5489/24208/21803 5443/24165/21761</w:t>
        <w:br/>
        <w:t>f 5485/24207/21802 5451/24174/21770 5452/24173/21769</w:t>
        <w:br/>
        <w:t>f 5482/24205/21800 5485/24207/21802 5452/24173/21769</w:t>
        <w:br/>
        <w:t>f 5481/24200/21795 5482/24205/21800 5452/24173/21769</w:t>
        <w:br/>
        <w:t>f 5453/24172/21768 5481/24200/21795 5452/24173/21769</w:t>
        <w:br/>
        <w:t>f 5480/24201/21796 5481/24200/21795 5453/24172/21768</w:t>
        <w:br/>
        <w:t>f 5450/24175/21771 5480/24201/21796 5453/24172/21768</w:t>
        <w:br/>
        <w:t>f 5474/24197/21792 5476/24199/21794 5444/24164/21760</w:t>
        <w:br/>
        <w:t>f 5445/24167/21763 5474/24197/21792 5444/24164/21760</w:t>
        <w:br/>
        <w:t>f 5473/24194/21789 5474/24197/21792 5445/24167/21763</w:t>
        <w:br/>
        <w:t>f 5446/24169/21765 5473/24194/21789 5445/24167/21763</w:t>
        <w:br/>
        <w:t>f 5470/24193/21767 5473/24194/21789 5446/24169/21765</w:t>
        <w:br/>
        <w:t>f 5448/24171/21767 5470/24193/21767 5446/24169/21765</w:t>
        <w:br/>
        <w:t>f 5470/24193/21767 5448/24171/21767 5454/24177/21773</w:t>
        <w:br/>
        <w:t>f 5468/24191/21787 5470/24193/21767 5454/24177/21773</w:t>
        <w:br/>
        <w:t>f 5454/24177/21773 5497/24218/21813 5466/24189/21785</w:t>
        <w:br/>
        <w:t>f 5468/24191/21787 5454/24177/21773 5466/24189/21785</w:t>
        <w:br/>
        <w:t>f 5458/24179/21775 5459/24178/21774 5503/24224/21819</w:t>
        <w:br/>
        <w:t>f 5502/24225/21820 5458/24179/21775 5503/24224/21819</w:t>
        <w:br/>
        <w:t>f 5458/24179/21775 5505/24226/21821 5504/24227/21822</w:t>
        <w:br/>
        <w:t>f 5461/24182/21778 5458/24179/21775 5504/24227/21822</w:t>
        <w:br/>
        <w:t>f 5461/24182/21778 5504/24227/21822 5506/24228/21823</w:t>
        <w:br/>
        <w:t>f 5463/24184/21780 5461/24182/21778 5506/24228/21823</w:t>
        <w:br/>
        <w:t>f 5465/24186/21782 5463/24184/21780 5506/24228/21823</w:t>
        <w:br/>
        <w:t>f 5507/24229/21824 5465/24186/21782 5506/24228/21823</w:t>
        <w:br/>
        <w:t>f 5465/24186/21782 5509/24230/21825 5508/24231/21826</w:t>
        <w:br/>
        <w:t>f 5467/24188/21784 5465/24186/21782 5508/24231/21826</w:t>
        <w:br/>
        <w:t>f 5508/24231/21826 5510/24232/21827 5469/24190/21786</w:t>
        <w:br/>
        <w:t>f 5467/24188/21784 5508/24231/21826 5469/24190/21786</w:t>
        <w:br/>
        <w:t>f 5469/24190/21786 5510/24232/21827 5511/24233/21828</w:t>
        <w:br/>
        <w:t>f 5471/24192/21788 5469/24190/21786 5511/24233/21828</w:t>
        <w:br/>
        <w:t>f 5471/24192/21788 5511/24233/21828 5512/24234/21829</w:t>
        <w:br/>
        <w:t>f 5472/24195/21790 5471/24192/21788 5512/24234/21829</w:t>
        <w:br/>
        <w:t>f 5475/24196/21791 5472/24195/21790 5512/24234/21829</w:t>
        <w:br/>
        <w:t>f 5513/24235/21830 5475/24196/21791 5512/24234/21829</w:t>
        <w:br/>
        <w:t>f 5475/24196/21791 5513/24235/21830 5514/24236/21831</w:t>
        <w:br/>
        <w:t>f 5477/24198/21793 5475/24196/21791 5514/24236/21831</w:t>
        <w:br/>
        <w:t>f 5516/24237/21832 5515/24238/21833 5478/24203/21798</w:t>
        <w:br/>
        <w:t>f 5479/24202/21797 5516/24237/21832 5478/24203/21798</w:t>
        <w:br/>
        <w:t>f 5483/24204/21799 5478/24203/21798 5518/24239/21834</w:t>
        <w:br/>
        <w:t>f 5517/24240/21835 5483/24204/21799 5518/24239/21834</w:t>
        <w:br/>
        <w:t>f 5483/24204/21799 5520/24241/21836 5519/24242/21837</w:t>
        <w:br/>
        <w:t>f 5484/24206/21801 5483/24204/21799 5519/24242/21837</w:t>
        <w:br/>
        <w:t>f 5486/24211/21806 5487/24210/21805 5522/24243/21838</w:t>
        <w:br/>
        <w:t>f 5521/24244/21839 5486/24211/21806 5522/24243/21838</w:t>
        <w:br/>
        <w:t>f 5486/24211/21806 5521/24244/21839 5523/24245/21840</w:t>
        <w:br/>
        <w:t>f 5491/24212/21807 5486/24211/21806 5523/24245/21840</w:t>
        <w:br/>
        <w:t>f 5523/24245/21840 5524/24246/21841 5493/24214/21809</w:t>
        <w:br/>
        <w:t>f 5491/24212/21807 5523/24245/21840 5493/24214/21809</w:t>
        <w:br/>
        <w:t>f 5495/24216/21811 5493/24214/21809 5524/24246/21841</w:t>
        <w:br/>
        <w:t>f 5525/24247/21842 5495/24216/21811 5524/24246/21841</w:t>
        <w:br/>
        <w:t>f 5495/24216/21811 5525/24247/21842 5503/24224/21819</w:t>
        <w:br/>
        <w:t>f 5459/24178/21774 5495/24216/21811 5503/24224/21819</w:t>
        <w:br/>
        <w:t>f 5499/24221/21816 5498/24220/21815 5454/24177/21773</w:t>
        <w:br/>
        <w:t>f 5455/24176/21772 5499/24221/21816 5454/24177/21773</w:t>
        <w:br/>
        <w:t>f 5528/24248/21843 5527/24249/21844 5526/24250/21701</w:t>
        <w:br/>
        <w:t>f 5529/24251/21845 5528/24248/21843 5526/24250/21701</w:t>
        <w:br/>
        <w:t>f 5533/24252/21846 5532/24253/21847 5531/24254/21848</w:t>
        <w:br/>
        <w:t>f 5530/24255/21699 5533/24252/21846 5531/24254/21848</w:t>
        <w:br/>
        <w:t>f 5455/24176/21772 5501/24223/21818 5499/24221/21816</w:t>
        <w:br/>
        <w:t>f 5498/24220/21815 5497/24218/21813 5454/24177/21773</w:t>
        <w:br/>
        <w:t>f 5498/24220/21815 5496/24219/21814 5497/24218/21813</w:t>
        <w:br/>
        <w:t>f 5501/24223/21818 5500/24222/21817 5499/24221/21816</w:t>
        <w:br/>
        <w:t>f 5415/24162/21758 5412/24161/21757 5413/24160/21756</w:t>
        <w:br/>
        <w:t>f 5414/24163/21759 5415/24162/21758 5413/24160/21756</w:t>
        <w:br/>
        <w:t>f 5309/24057/21663 5306/24056/21662 5534/24256/21849</w:t>
        <w:br/>
        <w:t>f 5535/24257/21850 5309/24057/21663 5534/24256/21849</w:t>
        <w:br/>
        <w:t>f 5321/24069/21675 5320/24068/21674 5536/24258/21851</w:t>
        <w:br/>
        <w:t>f 5537/24259/21852 5321/24069/21675 5536/24258/21851</w:t>
        <w:br/>
        <w:t>f 5541/24260/21853 5540/24261/21854 5539/24262/21855</w:t>
        <w:br/>
        <w:t>f 5538/24263/21853 5541/24260/21853 5539/24262/21855</w:t>
        <w:br/>
        <w:t>f 5363/24111/21715 5360/24110/21714 5542/24264/21856</w:t>
        <w:br/>
        <w:t>f 5543/24265/21857 5363/24111/21715 5542/24264/21856</w:t>
        <w:br/>
        <w:t>f 5413/24160/21756 5309/24057/21663 5535/24257/21850</w:t>
        <w:br/>
        <w:t>f 5544/24266/21858 5413/24160/21756 5535/24257/21850</w:t>
        <w:br/>
        <w:t>f 5360/24110/21714 5321/24069/21675 5537/24259/21852</w:t>
        <w:br/>
        <w:t>f 5542/24264/21856 5360/24110/21714 5537/24259/21852</w:t>
        <w:br/>
        <w:t>f 5546/24267/21859 5443/24165/21761 5444/24164/21760</w:t>
        <w:br/>
        <w:t>f 5545/24268/21860 5546/24267/21859 5444/24164/21760</w:t>
        <w:br/>
        <w:t>f 5548/24269/21861 5476/24199/21794 5477/24198/21793</w:t>
        <w:br/>
        <w:t>f 5547/24270/21862 5548/24269/21861 5477/24198/21793</w:t>
        <w:br/>
        <w:t>f 5550/24271/21863 5485/24207/21802 5484/24206/21801</w:t>
        <w:br/>
        <w:t>f 5549/24272/21864 5550/24271/21863 5484/24206/21801</w:t>
        <w:br/>
        <w:t>f 5488/24209/21804 5443/24165/21761 5546/24267/21859</w:t>
        <w:br/>
        <w:t>f 5551/24273/21865 5488/24209/21804 5546/24267/21859</w:t>
        <w:br/>
        <w:t>f 5480/24201/21796 5450/24175/21771 5552/24274/21866</w:t>
        <w:br/>
        <w:t>f 5553/24275/21867 5480/24201/21796 5552/24274/21866</w:t>
        <w:br/>
        <w:t>f 5477/24198/21793 5514/24236/21831 5554/24276/21868</w:t>
        <w:br/>
        <w:t>f 5547/24270/21862 5477/24198/21793 5554/24276/21868</w:t>
        <w:br/>
        <w:t>f 5484/24206/21801 5519/24242/21837 5555/24277/21869</w:t>
        <w:br/>
        <w:t>f 5549/24272/21864 5484/24206/21801 5555/24277/21869</w:t>
        <w:br/>
        <w:t>f 5535/24257/21850 5534/24256/21849 5556/24278/21870</w:t>
        <w:br/>
        <w:t>f 5557/24279/21871 5535/24257/21850 5556/24278/21870</w:t>
        <w:br/>
        <w:t>f 5557/24279/21871 5556/24278/21870 5558/24280/21872</w:t>
        <w:br/>
        <w:t>f 5559/24281/21873 5557/24279/21871 5558/24280/21872</w:t>
        <w:br/>
        <w:t>f 5561/24282/21874 5559/24281/21873 5558/24280/21872</w:t>
        <w:br/>
        <w:t>f 5560/24283/21875 5561/24282/21874 5558/24280/21872</w:t>
        <w:br/>
        <w:t>f 5313/24061/21667 5561/24282/21874 5560/24283/21875</w:t>
        <w:br/>
        <w:t>f 5312/24058/21664 5313/24061/21667 5560/24283/21875</w:t>
        <w:br/>
        <w:t>f 5537/24259/21852 5536/24258/21851 5562/24284/21876</w:t>
        <w:br/>
        <w:t>f 5563/24285/21877 5537/24259/21852 5562/24284/21876</w:t>
        <w:br/>
        <w:t>f 5565/24286/21878 5563/24285/21877 5562/24284/21876</w:t>
        <w:br/>
        <w:t>f 5564/24287/21879 5565/24286/21878 5562/24284/21876</w:t>
        <w:br/>
        <w:t>f 5567/24288/21880 5565/24286/21878 5564/24287/21879</w:t>
        <w:br/>
        <w:t>f 5566/24289/21881 5567/24288/21880 5564/24287/21879</w:t>
        <w:br/>
        <w:t>f 5323/24071/21677 5567/24288/21880 5566/24289/21881</w:t>
        <w:br/>
        <w:t>f 5322/24072/21678 5323/24071/21677 5566/24289/21881</w:t>
        <w:br/>
        <w:t>f 5569/24290/21882 5541/24260/21853 5538/24263/21853</w:t>
        <w:br/>
        <w:t>f 5568/24291/21883 5569/24290/21882 5538/24263/21853</w:t>
        <w:br/>
        <w:t>f 5571/24292/21884 5569/24290/21882 5568/24291/21883</w:t>
        <w:br/>
        <w:t>f 5570/24293/21885 5571/24292/21884 5568/24291/21883</w:t>
        <w:br/>
        <w:t>f 5573/24294/21886 5571/24292/21884 5570/24293/21885</w:t>
        <w:br/>
        <w:t>f 5572/24295/21887 5573/24294/21886 5570/24293/21885</w:t>
        <w:br/>
        <w:t>f 5364/24114/21716 5573/24294/21886 5572/24295/21887</w:t>
        <w:br/>
        <w:t>f 5367/24115/21717 5364/24114/21716 5572/24295/21887</w:t>
        <w:br/>
        <w:t>f 5543/24265/21857 5542/24264/21856 5574/24296/21888</w:t>
        <w:br/>
        <w:t>f 5575/24297/21889 5543/24265/21857 5574/24296/21888</w:t>
        <w:br/>
        <w:t>f 5575/24297/21889 5574/24296/21888 5576/24298/21890</w:t>
        <w:br/>
        <w:t>f 5577/24299/21891 5575/24297/21889 5576/24298/21890</w:t>
        <w:br/>
        <w:t>f 5577/24299/21891 5576/24298/21890 5578/24300/21892</w:t>
        <w:br/>
        <w:t>f 5544/24266/21858 5577/24299/21891 5578/24300/21892</w:t>
        <w:br/>
        <w:t>f 5544/24266/21858 5578/24300/21892 5414/24163/21759</w:t>
        <w:br/>
        <w:t>f 5413/24160/21756 5544/24266/21858 5414/24163/21759</w:t>
        <w:br/>
        <w:t>f 5544/24266/21858 5535/24257/21850 5557/24279/21871</w:t>
        <w:br/>
        <w:t>f 5577/24299/21891 5544/24266/21858 5557/24279/21871</w:t>
        <w:br/>
        <w:t>f 5575/24297/21889 5577/24299/21891 5557/24279/21871</w:t>
        <w:br/>
        <w:t>f 5559/24281/21873 5575/24297/21889 5557/24279/21871</w:t>
        <w:br/>
        <w:t>f 5543/24265/21857 5575/24297/21889 5559/24281/21873</w:t>
        <w:br/>
        <w:t>f 5561/24282/21874 5543/24265/21857 5559/24281/21873</w:t>
        <w:br/>
        <w:t>f 5363/24111/21715 5543/24265/21857 5561/24282/21874</w:t>
        <w:br/>
        <w:t>f 5313/24061/21667 5363/24111/21715 5561/24282/21874</w:t>
        <w:br/>
        <w:t>f 5542/24264/21856 5537/24259/21852 5563/24285/21877</w:t>
        <w:br/>
        <w:t>f 5574/24296/21888 5542/24264/21856 5563/24285/21877</w:t>
        <w:br/>
        <w:t>f 5574/24296/21888 5563/24285/21877 5565/24286/21878</w:t>
        <w:br/>
        <w:t>f 5576/24298/21890 5574/24296/21888 5565/24286/21878</w:t>
        <w:br/>
        <w:t>f 5578/24300/21892 5576/24298/21890 5565/24286/21878</w:t>
        <w:br/>
        <w:t>f 5567/24288/21880 5578/24300/21892 5565/24286/21878</w:t>
        <w:br/>
        <w:t>f 5414/24163/21759 5578/24300/21892 5567/24288/21880</w:t>
        <w:br/>
        <w:t>f 5323/24071/21677 5414/24163/21759 5567/24288/21880</w:t>
        <w:br/>
        <w:t>f 5546/24267/21859 5545/24268/21860 5579/24301/21893</w:t>
        <w:br/>
        <w:t>f 5580/24302/21894 5546/24267/21859 5579/24301/21893</w:t>
        <w:br/>
        <w:t>f 5582/24303/21895 5580/24302/21894 5579/24301/21893</w:t>
        <w:br/>
        <w:t>f 5581/24304/21896 5582/24303/21895 5579/24301/21893</w:t>
        <w:br/>
        <w:t>f 5583/24305/21897 5582/24303/21895 5581/24304/21896</w:t>
        <w:br/>
        <w:t>f 5552/24274/21866 5583/24305/21897 5581/24304/21896</w:t>
        <w:br/>
        <w:t>f 5583/24305/21897 5552/24274/21866 5450/24175/21771</w:t>
        <w:br/>
        <w:t>f 5451/24174/21770 5583/24305/21897 5450/24175/21771</w:t>
        <w:br/>
        <w:t>f 5585/24306/21898 5548/24269/21861 5547/24270/21862</w:t>
        <w:br/>
        <w:t>f 5584/24307/21899 5585/24306/21898 5547/24270/21862</w:t>
        <w:br/>
        <w:t>f 5585/24306/21898 5584/24307/21899 5586/24308/21900</w:t>
        <w:br/>
        <w:t>f 5587/24309/21901 5585/24306/21898 5586/24308/21900</w:t>
        <w:br/>
        <w:t>f 5587/24309/21901 5586/24308/21900 5588/24310/21902</w:t>
        <w:br/>
        <w:t>f 5553/24275/21867 5587/24309/21901 5588/24310/21902</w:t>
        <w:br/>
        <w:t>f 5553/24275/21867 5588/24310/21902 5479/24202/21797</w:t>
        <w:br/>
        <w:t>f 5480/24201/21796 5553/24275/21867 5479/24202/21797</w:t>
        <w:br/>
        <w:t>f 5590/24311/21903 5550/24271/21863 5549/24272/21864</w:t>
        <w:br/>
        <w:t>f 5589/24312/21904 5590/24311/21903 5549/24272/21864</w:t>
        <w:br/>
        <w:t>f 5592/24313/21905 5590/24311/21903 5589/24312/21904</w:t>
        <w:br/>
        <w:t>f 5591/24314/21906 5592/24313/21905 5589/24312/21904</w:t>
        <w:br/>
        <w:t>f 5592/24313/21905 5591/24314/21906 5593/24315/21907</w:t>
        <w:br/>
        <w:t>f 5551/24273/21865 5592/24313/21905 5593/24315/21907</w:t>
        <w:br/>
        <w:t>f 5551/24273/21865 5593/24315/21907 5487/24210/21805</w:t>
        <w:br/>
        <w:t>f 5488/24209/21804 5551/24273/21865 5487/24210/21805</w:t>
        <w:br/>
        <w:t>f 5551/24273/21865 5546/24267/21859 5580/24302/21894</w:t>
        <w:br/>
        <w:t>f 5592/24313/21905 5551/24273/21865 5580/24302/21894</w:t>
        <w:br/>
        <w:t>f 5590/24311/21903 5592/24313/21905 5580/24302/21894</w:t>
        <w:br/>
        <w:t>f 5582/24303/21895 5590/24311/21903 5580/24302/21894</w:t>
        <w:br/>
        <w:t>f 5550/24271/21863 5590/24311/21903 5582/24303/21895</w:t>
        <w:br/>
        <w:t>f 5583/24305/21897 5550/24271/21863 5582/24303/21895</w:t>
        <w:br/>
        <w:t>f 5485/24207/21802 5550/24271/21863 5583/24305/21897</w:t>
        <w:br/>
        <w:t>f 5451/24174/21770 5485/24207/21802 5583/24305/21897</w:t>
        <w:br/>
        <w:t>f 5553/24275/21867 5552/24274/21866 5581/24304/21896</w:t>
        <w:br/>
        <w:t>f 5587/24309/21901 5553/24275/21867 5581/24304/21896</w:t>
        <w:br/>
        <w:t>f 5587/24309/21901 5581/24304/21896 5579/24301/21893</w:t>
        <w:br/>
        <w:t>f 5585/24306/21898 5587/24309/21901 5579/24301/21893</w:t>
        <w:br/>
        <w:t>f 5548/24269/21861 5585/24306/21898 5579/24301/21893</w:t>
        <w:br/>
        <w:t>f 5545/24268/21860 5548/24269/21861 5579/24301/21893</w:t>
        <w:br/>
        <w:t>f 5476/24199/21794 5548/24269/21861 5545/24268/21860</w:t>
        <w:br/>
        <w:t>f 5444/24164/21760 5476/24199/21794 5545/24268/21860</w:t>
        <w:br/>
        <w:t>f 5547/24270/21862 5554/24276/21868 5594/24316/21908</w:t>
        <w:br/>
        <w:t>f 5584/24307/21899 5547/24270/21862 5594/24316/21908</w:t>
        <w:br/>
        <w:t>f 5586/24308/21900 5584/24307/21899 5594/24316/21908</w:t>
        <w:br/>
        <w:t>f 5595/24317/21909 5586/24308/21900 5594/24316/21908</w:t>
        <w:br/>
        <w:t>f 5588/24310/21902 5586/24308/21900 5595/24317/21909</w:t>
        <w:br/>
        <w:t>f 5596/24318/21910 5588/24310/21902 5595/24317/21909</w:t>
        <w:br/>
        <w:t>f 5479/24202/21797 5588/24310/21902 5596/24318/21910</w:t>
        <w:br/>
        <w:t>f 5516/24237/21832 5479/24202/21797 5596/24318/21910</w:t>
        <w:br/>
        <w:t>f 5549/24272/21864 5555/24277/21869 5597/24319/21911</w:t>
        <w:br/>
        <w:t>f 5589/24312/21904 5549/24272/21864 5597/24319/21911</w:t>
        <w:br/>
        <w:t>f 5589/24312/21904 5597/24319/21911 5598/24320/21912</w:t>
        <w:br/>
        <w:t>f 5591/24314/21906 5589/24312/21904 5598/24320/21912</w:t>
        <w:br/>
        <w:t>f 5593/24315/21907 5591/24314/21906 5598/24320/21912</w:t>
        <w:br/>
        <w:t>f 5599/24321/21913 5593/24315/21907 5598/24320/21912</w:t>
        <w:br/>
        <w:t>f 5487/24210/21805 5593/24315/21907 5599/24321/21913</w:t>
        <w:br/>
        <w:t>f 5522/24243/21838 5487/24210/21805 5599/24321/21913</w:t>
        <w:br/>
        <w:t>f 5532/24253/21847 5533/24252/21846 5303/24052/21658</w:t>
        <w:br/>
        <w:t>f 5304/24051/21657 5532/24253/21847 5303/24052/21658</w:t>
        <w:br/>
        <w:t>f 5528/24248/21843 5529/24251/21845 5335/24084/21689</w:t>
        <w:br/>
        <w:t>f 5336/24083/21688 5528/24248/21843 5335/24084/21689</w:t>
        <w:br/>
        <w:t>f 5303/24052/21658 5533/24252/21846 5530/24255/21699</w:t>
        <w:br/>
        <w:t>f 5389/24136/21734 5303/24052/21658 5530/24255/21699</w:t>
        <w:br/>
        <w:t>f 5531/24254/21848 5532/24253/21847 5304/24051/21657</w:t>
        <w:br/>
        <w:t>f 5390/24139/21704 5531/24254/21848 5304/24051/21657</w:t>
        <w:br/>
        <w:t>f 5527/24249/21844 5528/24248/21843 5336/24083/21688</w:t>
        <w:br/>
        <w:t>f 5397/24147/21744 5527/24249/21844 5336/24083/21688</w:t>
        <w:br/>
        <w:t>f 5335/24084/21689 5529/24251/21845 5526/24250/21701</w:t>
        <w:br/>
        <w:t>f 5401/24148/21745 5335/24084/21689 5526/24250/21701</w:t>
        <w:br/>
        <w:t>f 5347/24096/21701 5348/24095/21700 5350/24099/21704</w:t>
        <w:br/>
        <w:t>f 5351/24098/21703 5347/24096/21701 5350/24099/21704</w:t>
        <w:br/>
        <w:t>f 5410/24159/21755 5411/24158/21754 5412/24161/21757</w:t>
        <w:br/>
        <w:t>f 5415/24162/21758 5410/24159/21755 5412/24161/21757</w:t>
        <w:br/>
        <w:t>f 5394/24142/21739 5405/24153/21749 5354/24101/21706</w:t>
        <w:br/>
        <w:t>f 5355/24100/21705 5394/24142/21739 5354/24101/21706</w:t>
        <w:br/>
        <w:t>f 5333/24078/21684 5539/24262/21855 5540/24261/21854</w:t>
        <w:br/>
        <w:t>f 5332/24079/21685 5333/24078/21684 5540/24261/21854</w:t>
        <w:br/>
        <w:t>f 5327/24075/21681 5324/24070/21676 5325/24073/21679</w:t>
        <w:br/>
        <w:t>f 5326/24076/21682 5327/24075/21681 5325/24073/21679</w:t>
        <w:br/>
        <w:t>f 5600/24322/21914 5373/24122/21721 5374/24121/21720</w:t>
        <w:br/>
        <w:t>f 5601/24323/21915 5600/24322/21914 5374/24121/21720</w:t>
        <w:br/>
        <w:t>f 5605/24324/21916 5604/24325/21916 5603/24326/21917</w:t>
        <w:br/>
        <w:t>f 5602/24327/21918 5605/24324/21916 5603/24326/21917</w:t>
        <w:br/>
        <w:t>f 5609/24328/21919 5608/24329/21920 5607/24330/21920</w:t>
        <w:br/>
        <w:t>f 5606/24331/21921 5609/24328/21919 5607/24330/21920</w:t>
        <w:br/>
        <w:t>f 5612/24332/21922 5611/24333/21923 5610/24334/21924</w:t>
        <w:br/>
        <w:t>f 5613/24335/21924 5612/24332/21922 5610/24334/21924</w:t>
        <w:br/>
        <w:t>f 5617/24336/21925 5616/24337/21925 5615/24338/21926</w:t>
        <w:br/>
        <w:t>f 5614/24339/21926 5617/24336/21925 5615/24338/21926</w:t>
        <w:br/>
        <w:t>f 5619/24340/21927 5618/24341/21927 5602/24327/21918</w:t>
        <w:br/>
        <w:t>f 5603/24326/21917 5619/24340/21927 5602/24327/21918</w:t>
        <w:br/>
        <w:t>f 5604/24325/21916 5605/24324/21916 5621/24342/21928</w:t>
        <w:br/>
        <w:t>f 5620/24343/21928 5604/24325/21916 5621/24342/21928</w:t>
        <w:br/>
        <w:t>f 5625/24344/21929 5624/24345/21930 5623/24346/21930</w:t>
        <w:br/>
        <w:t>f 5622/24347/21931 5625/24344/21929 5623/24346/21930</w:t>
        <w:br/>
        <w:t>f 5624/24345/21930 5609/24328/21919 5606/24331/21921</w:t>
        <w:br/>
        <w:t>f 5623/24346/21930 5624/24345/21930 5606/24331/21921</w:t>
        <w:br/>
        <w:t>f 5628/24348/21932 5627/24349/21933 5626/24350/21934</w:t>
        <w:br/>
        <w:t>f 5629/24351/21932 5628/24348/21932 5626/24350/21934</w:t>
        <w:br/>
        <w:t>f 5620/24343/21928 5621/24342/21928 5626/24350/21934</w:t>
        <w:br/>
        <w:t>f 5627/24349/21933 5620/24343/21928 5626/24350/21934</w:t>
        <w:br/>
        <w:t>f 5612/24332/21922 5625/24344/21929 5622/24347/21931</w:t>
        <w:br/>
        <w:t>f 5611/24333/21923 5612/24332/21922 5622/24347/21931</w:t>
        <w:br/>
        <w:t>f 5613/24335/21924 5610/24334/21924 5628/24348/21932</w:t>
        <w:br/>
        <w:t>f 5629/24351/21932 5613/24335/21924 5628/24348/21932</w:t>
        <w:br/>
        <w:t>f 5633/24352/21935 5632/24353/21936 5631/24354/21936</w:t>
        <w:br/>
        <w:t>f 5630/24355/21937 5633/24352/21935 5631/24354/21936</w:t>
        <w:br/>
        <w:t>f 5636/24356/21938 5635/24357/21938 5634/24358/21939</w:t>
        <w:br/>
        <w:t>f 5637/24359/21940 5636/24356/21938 5634/24358/21939</w:t>
        <w:br/>
        <w:t>f 5640/24360/21941 5639/24361/21942 5638/24362/21943</w:t>
        <w:br/>
        <w:t>f 5641/24363/21944 5640/24360/21941 5638/24362/21943</w:t>
        <w:br/>
        <w:t>f 5643/24364/21945 5633/24352/21935 5630/24355/21937</w:t>
        <w:br/>
        <w:t>f 5642/24365/21945 5643/24364/21945 5630/24355/21937</w:t>
        <w:br/>
        <w:t>f 5645/24366/21946 5631/24354/21936 5632/24353/21936</w:t>
        <w:br/>
        <w:t>f 5644/24367/21947 5645/24366/21946 5632/24353/21936</w:t>
        <w:br/>
        <w:t>f 5649/24368/21948 5648/24369/21948 5647/24370/21949</w:t>
        <w:br/>
        <w:t>f 5646/24371/21950 5649/24368/21948 5647/24370/21949</w:t>
        <w:br/>
        <w:t>f 5637/24359/21940 5634/24358/21939 5648/24369/21948</w:t>
        <w:br/>
        <w:t>f 5649/24368/21948 5637/24359/21940 5648/24369/21948</w:t>
        <w:br/>
        <w:t>f 5652/24372/21951 5651/24373/21952 5650/24374/21953</w:t>
        <w:br/>
        <w:t>f 5653/24375/21954 5652/24372/21951 5650/24374/21953</w:t>
        <w:br/>
        <w:t>f 5644/24367/21947 5653/24375/21954 5650/24374/21953</w:t>
        <w:br/>
        <w:t>f 5645/24366/21946 5644/24367/21947 5650/24374/21953</w:t>
        <w:br/>
        <w:t>f 5646/24371/21950 5647/24370/21949 5640/24360/21941</w:t>
        <w:br/>
        <w:t>f 5641/24363/21944 5646/24371/21950 5640/24360/21941</w:t>
        <w:br/>
        <w:t>f 5639/24361/21942 5651/24373/21952 5652/24372/21951</w:t>
        <w:br/>
        <w:t>f 5638/24362/21943 5639/24361/21942 5652/24372/21951</w:t>
        <w:br/>
        <w:t>f 5657/24376/21955 5656/24377/21956 5655/24378/21957</w:t>
        <w:br/>
        <w:t>f 5654/24379/21955 5657/24376/21955 5655/24378/21957</w:t>
        <w:br/>
        <w:t>f 5661/24380/21958 5660/24381/21959 5659/24382/21960</w:t>
        <w:br/>
        <w:t>f 5658/24383/21961 5661/24380/21958 5659/24382/21960</w:t>
        <w:br/>
        <w:t>f 5665/24384/21962 5664/24385/21963 5663/24386/21964</w:t>
        <w:br/>
        <w:t>f 5662/24387/21965 5665/24384/21962 5663/24386/21964</w:t>
        <w:br/>
        <w:t>f 5669/24388/21966 5668/24389/21967 5667/24390/21968</w:t>
        <w:br/>
        <w:t>f 5666/24391/21969 5669/24388/21966 5667/24390/21968</w:t>
        <w:br/>
        <w:t>f 5673/24392/21970 5672/24393/21971 5671/24394/21971</w:t>
        <w:br/>
        <w:t>f 5670/24395/21972 5673/24392/21970 5671/24394/21971</w:t>
        <w:br/>
        <w:t>f 5676/24396/21973 5675/24397/21974 5674/24398/21975</w:t>
        <w:br/>
        <w:t>f 5677/24399/21975 5676/24396/21973 5674/24398/21975</w:t>
        <w:br/>
        <w:t>f 5664/24385/21963 5678/24400/21976 5663/24386/21964</w:t>
        <w:br/>
        <w:t>f 5679/24401/21977 5666/24391/21969 5667/24390/21968</w:t>
        <w:br/>
        <w:t>f 5667/24390/21968 5657/24376/21955 5654/24379/21955</w:t>
        <w:br/>
        <w:t>f 5679/24401/21977 5667/24390/21968 5654/24379/21955</w:t>
        <w:br/>
        <w:t>f 5659/24382/21960 5660/24381/21959 5663/24386/21964</w:t>
        <w:br/>
        <w:t>f 5678/24400/21976 5659/24382/21960 5663/24386/21964</w:t>
        <w:br/>
        <w:t>f 5681/24402/21978 5661/24380/21958 5658/24383/21961</w:t>
        <w:br/>
        <w:t>f 5680/24403/21979 5681/24402/21978 5658/24383/21961</w:t>
        <w:br/>
        <w:t>f 5683/24404/21980 5682/24405/21981 5655/24378/21957</w:t>
        <w:br/>
        <w:t>f 5656/24377/21956 5683/24404/21980 5655/24378/21957</w:t>
        <w:br/>
        <w:t>f 5686/24406/21982 5685/24407/21983 5684/24408/21984</w:t>
        <w:br/>
        <w:t>f 5687/24409/21984 5686/24406/21982 5684/24408/21984</w:t>
        <w:br/>
        <w:t>f 5691/24410/21985 5690/24411/21986 5689/24412/21986</w:t>
        <w:br/>
        <w:t>f 5688/24413/21985 5691/24410/21985 5689/24412/21986</w:t>
        <w:br/>
        <w:t>f 5687/24409/21984 5684/24408/21984 5665/24384/21962</w:t>
        <w:br/>
        <w:t>f 5662/24387/21965 5687/24409/21984 5665/24384/21962</w:t>
        <w:br/>
        <w:t>f 5668/24389/21967 5669/24388/21966 5689/24412/21986</w:t>
        <w:br/>
        <w:t>f 5690/24411/21986 5668/24389/21967 5689/24412/21986</w:t>
        <w:br/>
        <w:t>f 5695/24414/21987 5694/24415/21975 5693/24416/21975</w:t>
        <w:br/>
        <w:t>f 5692/24417/21987 5695/24414/21987 5693/24416/21975</w:t>
        <w:br/>
        <w:t>f 5698/24418/21988 5697/24419/21989 5696/24420/21971</w:t>
        <w:br/>
        <w:t>f 5699/24421/21971 5698/24418/21988 5696/24420/21971</w:t>
        <w:br/>
        <w:t>f 5683/24404/21980 5695/24414/21987 5692/24417/21987</w:t>
        <w:br/>
        <w:t>f 5682/24405/21981 5683/24404/21980 5692/24417/21987</w:t>
        <w:br/>
        <w:t>f 5698/24418/21988 5681/24402/21978 5680/24403/21979</w:t>
        <w:br/>
        <w:t>f 5697/24419/21989 5698/24418/21988 5680/24403/21979</w:t>
        <w:br/>
        <w:t>f 5673/24392/21970 5670/24395/21972 5685/24407/21983</w:t>
        <w:br/>
        <w:t>f 5686/24406/21982 5673/24392/21970 5685/24407/21983</w:t>
        <w:br/>
        <w:t>f 5691/24410/21985 5688/24413/21985 5675/24397/21974</w:t>
        <w:br/>
        <w:t>f 5676/24396/21973 5691/24410/21985 5675/24397/21974</w:t>
        <w:br/>
        <w:t>f 5699/24421/21971 5696/24420/21971 5671/24394/21971</w:t>
        <w:br/>
        <w:t>f 5672/24393/21971 5699/24421/21971 5671/24394/21971</w:t>
        <w:br/>
        <w:t>f 5694/24415/21975 5677/24399/21975 5674/24398/21975</w:t>
        <w:br/>
        <w:t>f 5693/24416/21975 5694/24415/21975 5674/24398/21975</w:t>
        <w:br/>
        <w:t>f 5702/24422/21990 5701/24423/21925 5700/24424/21925</w:t>
        <w:br/>
        <w:t>f 5703/24425/21926 5702/24422/21990 5700/24424/21925</w:t>
        <w:br/>
        <w:t>f 5706/24426/7458 5705/24427/21991 5704/24428/21992</w:t>
        <w:br/>
        <w:t>f 5707/24429/21993 5706/24426/7458 5704/24428/21992</w:t>
        <w:br/>
        <w:t>f 5714/24430/21975 5713/24431/21975 5712/24432/21975</w:t>
        <w:br/>
        <w:t>f 5715/24433/21975 5714/24430/21975 5712/24432/21975</w:t>
        <w:br/>
        <w:t>f 5722/24434/21971 5721/24435/21971 5720/24436/21971</w:t>
        <w:br/>
        <w:t>f 5723/24437/21971 5722/24434/21971 5720/24436/21971</w:t>
        <w:br/>
        <w:t>f 5727/24438/21994 5726/24439/21995 5725/24440/21996</w:t>
        <w:br/>
        <w:t>f 5724/24441/21997 5727/24438/21994 5725/24440/21996</w:t>
        <w:br/>
        <w:t>f 5730/24442/21998 5729/24443/21999 5728/24444/22000</w:t>
        <w:br/>
        <w:t>f 5731/24445/21998 5730/24442/21998 5728/24444/22000</w:t>
        <w:br/>
        <w:t>f 5735/24446/22001 5734/24447/22002 5733/24448/22003</w:t>
        <w:br/>
        <w:t>f 5732/24449/22004 5735/24446/22001 5733/24448/22003</w:t>
        <w:br/>
        <w:t>f 5738/24450/22005 5737/24451/22006 5736/24452/22007</w:t>
        <w:br/>
        <w:t>f 5739/24453/22007 5738/24450/22005 5736/24452/22007</w:t>
        <w:br/>
        <w:t>f 5746/24454/22008 5745/24455/22008 5744/24456/20429</w:t>
        <w:br/>
        <w:t>f 5747/24457/20429 5746/24454/22008 5744/24456/20429</w:t>
        <w:br/>
        <w:t>f 5726/24439/21995 5727/24438/21994 5750/24458/22009</w:t>
        <w:br/>
        <w:t>f 5751/24459/22010 5726/24439/21995 5750/24458/22009</w:t>
        <w:br/>
        <w:t>f 5755/24460/22011 5754/24461/22001 5753/24462/22004</w:t>
        <w:br/>
        <w:t>f 5752/24463/22012 5755/24460/22011 5753/24462/22004</w:t>
        <w:br/>
        <w:t>f 5724/24441/21997 5725/24440/21996 5756/24464/22013</w:t>
        <w:br/>
        <w:t>f 5757/24465/22014 5724/24441/21997 5756/24464/22013</w:t>
        <w:br/>
        <w:t>f 5759/24466/22015 5733/24448/22003 5734/24447/22002</w:t>
        <w:br/>
        <w:t>f 5758/24467/22016 5759/24466/22015 5734/24447/22002</w:t>
        <w:br/>
        <w:t>f 5700/24424/21925 5761/24468/22017 5760/24469/21925</w:t>
        <w:br/>
        <w:t>f 5703/24425/21926 5700/24424/21925 5760/24469/21925</w:t>
        <w:br/>
        <w:t>f 5764/24470/22018 5763/24471/7458 5762/24472/7458</w:t>
        <w:br/>
        <w:t>f 5765/24473/21993 5764/24470/22018 5762/24472/7458</w:t>
        <w:br/>
        <w:t>f 5701/24423/21925 5702/24422/21990 5767/24474/21926</w:t>
        <w:br/>
        <w:t>f 5766/24475/22017 5701/24423/21925 5767/24474/21926</w:t>
        <w:br/>
        <w:t>f 5704/24428/21992 5764/24470/22018 5765/24473/21993</w:t>
        <w:br/>
        <w:t>f 5707/24429/21993 5704/24428/21992 5765/24473/21993</w:t>
        <w:br/>
        <w:t>f 5769/24476/22019 5768/24477/22020 5725/24440/21996</w:t>
        <w:br/>
        <w:t>f 5726/24439/21995 5769/24476/22019 5725/24440/21996</w:t>
        <w:br/>
        <w:t>f 5771/24478/22021 5770/24479/22022 5732/24449/22004</w:t>
        <w:br/>
        <w:t>f 5733/24448/22003 5771/24478/22021 5732/24449/22004</w:t>
        <w:br/>
        <w:t>f 5773/24480/22018 5772/24481/22018 5728/24444/22000</w:t>
        <w:br/>
        <w:t>f 5729/24443/21999 5773/24480/22018 5728/24444/22000</w:t>
        <w:br/>
        <w:t>f 5775/24482/22023 5774/24483/21993 5737/24451/22006</w:t>
        <w:br/>
        <w:t>f 5738/24450/22005 5775/24482/22023 5737/24451/22006</w:t>
        <w:br/>
        <w:t>f 5776/24484/22024 5756/24464/22013 5725/24440/21996</w:t>
        <w:br/>
        <w:t>f 5768/24477/22020 5776/24484/22024 5725/24440/21996</w:t>
        <w:br/>
        <w:t>f 5733/24448/22003 5759/24466/22015 5777/24485/22025</w:t>
        <w:br/>
        <w:t>f 5771/24478/22021 5733/24448/22003 5777/24485/22025</w:t>
        <w:br/>
        <w:t>f 5726/24439/21995 5751/24459/22010 5778/24486/22026</w:t>
        <w:br/>
        <w:t>f 5769/24476/22019 5726/24439/21995 5778/24486/22026</w:t>
        <w:br/>
        <w:t>f 5780/24487/22027 5752/24463/22012 5753/24462/22004</w:t>
        <w:br/>
        <w:t>f 5779/24488/22022 5780/24487/22027 5753/24462/22004</w:t>
        <w:br/>
        <w:t>f 5783/24489/22028 5782/24490/22017 5781/24491/22029</w:t>
        <w:br/>
        <w:t>f 5784/24492/22030 5783/24489/22028 5781/24491/22029</w:t>
        <w:br/>
        <w:t>f 5784/24492/22030 5781/24491/22029 5785/24493/21971</w:t>
        <w:br/>
        <w:t>f 5786/24494/21971 5784/24492/22030 5785/24493/21971</w:t>
        <w:br/>
        <w:t>f 5786/24494/21971 5785/24493/21971 5787/24495/22031</w:t>
        <w:br/>
        <w:t>f 5788/24496/22032 5786/24494/21971 5787/24495/22031</w:t>
        <w:br/>
        <w:t>f 5788/24496/22032 5787/24495/22031 5789/24497/7458</w:t>
        <w:br/>
        <w:t>f 5790/24498/22033 5788/24496/22032 5789/24497/7458</w:t>
        <w:br/>
        <w:t>f 5794/24499/22034 5793/24500/22035 5792/24501/22036</w:t>
        <w:br/>
        <w:t>f 5791/24502/22037 5794/24499/22034 5792/24501/22036</w:t>
        <w:br/>
        <w:t>f 5796/24503/21975 5794/24499/22034 5791/24502/22037</w:t>
        <w:br/>
        <w:t>f 5795/24504/21975 5796/24503/21975 5791/24502/22037</w:t>
        <w:br/>
        <w:t>f 5798/24505/22038 5796/24503/21975 5795/24504/21975</w:t>
        <w:br/>
        <w:t>f 5797/24506/22039 5798/24505/22038 5795/24504/21975</w:t>
        <w:br/>
        <w:t>f 5783/24489/22028 5798/24505/22038 5797/24506/22039</w:t>
        <w:br/>
        <w:t>f 5782/24490/22017 5783/24489/22028 5797/24506/22039</w:t>
        <w:br/>
        <w:t>f 5799/24507/22040 5783/24489/22028 5784/24492/22030</w:t>
        <w:br/>
        <w:t>f 5800/24508/22041 5799/24507/22040 5784/24492/22030</w:t>
        <w:br/>
        <w:t>f 5800/24508/22041 5784/24492/22030 5786/24494/21971</w:t>
        <w:br/>
        <w:t>f 5801/24509/21971 5800/24508/22041 5786/24494/21971</w:t>
        <w:br/>
        <w:t>f 5801/24509/21971 5786/24494/21971 5788/24496/22032</w:t>
        <w:br/>
        <w:t>f 5802/24510/22042 5801/24509/21971 5788/24496/22032</w:t>
        <w:br/>
        <w:t>f 5803/24511/22043 5802/24510/22042 5788/24496/22032</w:t>
        <w:br/>
        <w:t>f 5790/24498/22033 5803/24511/22043 5788/24496/22032</w:t>
        <w:br/>
        <w:t>f 5805/24512/22044 5804/24513/22043 5793/24500/22035</w:t>
        <w:br/>
        <w:t>f 5794/24499/22034 5805/24512/22044 5793/24500/22035</w:t>
        <w:br/>
        <w:t>f 5806/24514/21975 5805/24512/22044 5794/24499/22034</w:t>
        <w:br/>
        <w:t>f 5796/24503/21975 5806/24514/21975 5794/24499/22034</w:t>
        <w:br/>
        <w:t>f 5806/24514/21975 5796/24503/21975 5798/24505/22038</w:t>
        <w:br/>
        <w:t>f 5807/24515/22045 5806/24514/21975 5798/24505/22038</w:t>
        <w:br/>
        <w:t>f 5799/24507/22040 5807/24515/22045 5798/24505/22038</w:t>
        <w:br/>
        <w:t>f 5783/24489/22028 5799/24507/22040 5798/24505/22038</w:t>
        <w:br/>
        <w:t>f 5809/24516/22046 5808/24517/22047 5799/24507/22040</w:t>
        <w:br/>
        <w:t>f 5800/24508/22041 5809/24516/22046 5799/24507/22040</w:t>
        <w:br/>
        <w:t>f 5809/24516/22046 5800/24508/22041 5801/24509/21971</w:t>
        <w:br/>
        <w:t>f 5810/24518/21971 5809/24516/22046 5801/24509/21971</w:t>
        <w:br/>
        <w:t>f 5810/24518/21971 5801/24509/21971 5802/24510/22042</w:t>
        <w:br/>
        <w:t>f 5811/24519/22048 5810/24518/21971 5802/24510/22042</w:t>
        <w:br/>
        <w:t>f 5812/24520/22049 5811/24519/22048 5802/24510/22042</w:t>
        <w:br/>
        <w:t>f 5803/24511/22043 5812/24520/22049 5802/24510/22042</w:t>
        <w:br/>
        <w:t>f 5813/24521/22049 5804/24513/22043 5805/24512/22044</w:t>
        <w:br/>
        <w:t>f 5814/24522/22050 5813/24521/22049 5805/24512/22044</w:t>
        <w:br/>
        <w:t>f 5815/24523/21975 5814/24522/22050 5805/24512/22044</w:t>
        <w:br/>
        <w:t>f 5806/24514/21975 5815/24523/21975 5805/24512/22044</w:t>
        <w:br/>
        <w:t>f 5816/24524/22051 5815/24523/21975 5806/24514/21975</w:t>
        <w:br/>
        <w:t>f 5807/24515/22045 5816/24524/22051 5806/24514/21975</w:t>
        <w:br/>
        <w:t>f 5816/24524/22051 5807/24515/22045 5799/24507/22040</w:t>
        <w:br/>
        <w:t>f 5808/24517/22047 5816/24524/22051 5799/24507/22040</w:t>
        <w:br/>
        <w:t>f 5817/24525/22052 5808/24517/22047 5809/24516/22046</w:t>
        <w:br/>
        <w:t>f 5818/24526/22053 5817/24525/22052 5809/24516/22046</w:t>
        <w:br/>
        <w:t>f 5819/24527/21971 5818/24526/22053 5809/24516/22046</w:t>
        <w:br/>
        <w:t>f 5810/24518/21971 5819/24527/21971 5809/24516/22046</w:t>
        <w:br/>
        <w:t>f 5819/24527/21971 5810/24518/21971 5811/24519/22048</w:t>
        <w:br/>
        <w:t>f 5820/24528/22054 5819/24527/21971 5811/24519/22048</w:t>
        <w:br/>
        <w:t>f 5821/24529/22055 5820/24528/22054 5811/24519/22048</w:t>
        <w:br/>
        <w:t>f 5812/24520/22049 5821/24529/22055 5811/24519/22048</w:t>
        <w:br/>
        <w:t>f 5822/24530/22056 5813/24521/22049 5814/24522/22050</w:t>
        <w:br/>
        <w:t>f 5823/24531/22057 5822/24530/22056 5814/24522/22050</w:t>
        <w:br/>
        <w:t>f 5824/24532/21975 5823/24531/22057 5814/24522/22050</w:t>
        <w:br/>
        <w:t>f 5815/24523/21975 5824/24532/21975 5814/24522/22050</w:t>
        <w:br/>
        <w:t>f 5824/24532/21975 5815/24523/21975 5816/24524/22051</w:t>
        <w:br/>
        <w:t>f 5825/24533/22058 5824/24532/21975 5816/24524/22051</w:t>
        <w:br/>
        <w:t>f 5817/24525/22052 5825/24533/22058 5816/24524/22051</w:t>
        <w:br/>
        <w:t>f 5808/24517/22047 5817/24525/22052 5816/24524/22051</w:t>
        <w:br/>
        <w:t>f 5828/24534/22059 5827/24535/22052 5826/24536/22060</w:t>
        <w:br/>
        <w:t>f 5829/24537/22061 5828/24534/22059 5826/24536/22060</w:t>
        <w:br/>
        <w:t>f 5831/24538/21971 5829/24537/22061 5826/24536/22060</w:t>
        <w:br/>
        <w:t>f 5830/24539/21971 5831/24538/21971 5826/24536/22060</w:t>
        <w:br/>
        <w:t>f 5831/24538/21971 5830/24539/21971 5832/24540/22062</w:t>
        <w:br/>
        <w:t>f 5833/24541/22063 5831/24538/21971 5832/24540/22062</w:t>
        <w:br/>
        <w:t>f 5835/24542/22064 5833/24541/22063 5832/24540/22062</w:t>
        <w:br/>
        <w:t>f 5834/24543/22055 5835/24542/22064 5832/24540/22062</w:t>
        <w:br/>
        <w:t>f 5838/24544/22065 5837/24545/22055 5836/24546/22066</w:t>
        <w:br/>
        <w:t>f 5839/24547/22067 5838/24544/22065 5836/24546/22066</w:t>
        <w:br/>
        <w:t>f 5841/24548/21975 5839/24547/22067 5836/24546/22066</w:t>
        <w:br/>
        <w:t>f 5840/24549/22068 5841/24548/21975 5836/24546/22066</w:t>
        <w:br/>
        <w:t>f 5841/24548/21975 5840/24549/22068 5842/24550/22069</w:t>
        <w:br/>
        <w:t>f 5843/24551/22070 5841/24548/21975 5842/24550/22069</w:t>
        <w:br/>
        <w:t>f 5828/24534/22059 5843/24551/22070 5842/24550/22069</w:t>
        <w:br/>
        <w:t>f 5827/24535/22052 5828/24534/22059 5842/24550/22069</w:t>
        <w:br/>
        <w:t>f 5844/24552/7458 5828/24534/22059 5829/24537/22061</w:t>
        <w:br/>
        <w:t>f 5845/24553/22031 5844/24552/7458 5829/24537/22061</w:t>
        <w:br/>
        <w:t>f 5845/24553/22031 5829/24537/22061 5831/24538/21971</w:t>
        <w:br/>
        <w:t>f 5846/24554/21971 5845/24553/22031 5831/24538/21971</w:t>
        <w:br/>
        <w:t>f 5847/24555/22029 5846/24554/21971 5831/24538/21971</w:t>
        <w:br/>
        <w:t>f 5833/24541/22063 5847/24555/22029 5831/24538/21971</w:t>
        <w:br/>
        <w:t>f 5847/24555/22029 5833/24541/22063 5835/24542/22064</w:t>
        <w:br/>
        <w:t>f 5848/24556/22017 5847/24555/22029 5835/24542/22064</w:t>
        <w:br/>
        <w:t>f 5850/24557/22039 5849/24558/21925 5838/24544/22065</w:t>
        <w:br/>
        <w:t>f 5839/24547/22067 5850/24557/22039 5838/24544/22065</w:t>
        <w:br/>
        <w:t>f 5850/24557/22039 5839/24547/22067 5841/24548/21975</w:t>
        <w:br/>
        <w:t>f 5851/24559/21975 5850/24557/22039 5841/24548/21975</w:t>
        <w:br/>
        <w:t>f 5852/24560/22071 5851/24559/21975 5841/24548/21975</w:t>
        <w:br/>
        <w:t>f 5843/24551/22070 5852/24560/22071 5841/24548/21975</w:t>
        <w:br/>
        <w:t>f 5844/24552/7458 5852/24560/22071 5843/24551/22070</w:t>
        <w:br/>
        <w:t>f 5828/24534/22059 5844/24552/7458 5843/24551/22070</w:t>
        <w:br/>
        <w:t>f 5854/24561/22032 5853/24562/22072 5844/24552/7458</w:t>
        <w:br/>
        <w:t>f 5845/24553/22031 5854/24561/22032 5844/24552/7458</w:t>
        <w:br/>
        <w:t>f 5855/24563/21971 5854/24561/22032 5845/24553/22031</w:t>
        <w:br/>
        <w:t>f 5846/24554/21971 5855/24563/21971 5845/24553/22031</w:t>
        <w:br/>
        <w:t>f 5855/24563/21971 5846/24554/21971 5847/24555/22029</w:t>
        <w:br/>
        <w:t>f 5856/24564/22030 5855/24563/21971 5847/24555/22029</w:t>
        <w:br/>
        <w:t>f 5857/24565/22073 5856/24564/22030 5847/24555/22029</w:t>
        <w:br/>
        <w:t>f 5848/24556/22017 5857/24565/22073 5847/24555/22029</w:t>
        <w:br/>
        <w:t>f 5858/24566/22073 5849/24558/21925 5850/24557/22039</w:t>
        <w:br/>
        <w:t>f 5859/24567/22074 5858/24566/22073 5850/24557/22039</w:t>
        <w:br/>
        <w:t>f 5860/24568/21975 5859/24567/22074 5850/24557/22039</w:t>
        <w:br/>
        <w:t>f 5851/24559/21975 5860/24568/21975 5850/24557/22039</w:t>
        <w:br/>
        <w:t>f 5860/24568/21975 5851/24559/21975 5852/24560/22071</w:t>
        <w:br/>
        <w:t>f 5861/24569/22075 5860/24568/21975 5852/24560/22071</w:t>
        <w:br/>
        <w:t>f 5861/24569/22075 5852/24560/22071 5844/24552/7458</w:t>
        <w:br/>
        <w:t>f 5853/24562/22072 5861/24569/22075 5844/24552/7458</w:t>
        <w:br/>
        <w:t>f 5863/24570/22076 5862/24571/22043 5853/24562/22072</w:t>
        <w:br/>
        <w:t>f 5854/24561/22032 5863/24570/22076 5853/24562/22072</w:t>
        <w:br/>
        <w:t>f 5863/24570/22076 5854/24561/22032 5855/24563/21971</w:t>
        <w:br/>
        <w:t>f 5864/24572/21971 5863/24570/22076 5855/24563/21971</w:t>
        <w:br/>
        <w:t>f 5865/24573/22077 5864/24572/21971 5855/24563/21971</w:t>
        <w:br/>
        <w:t>f 5856/24564/22030 5865/24573/22077 5855/24563/21971</w:t>
        <w:br/>
        <w:t>f 5865/24573/22077 5856/24564/22030 5857/24565/22073</w:t>
        <w:br/>
        <w:t>f 5866/24574/22040 5865/24573/22077 5857/24565/22073</w:t>
        <w:br/>
        <w:t>f 5868/24575/22078 5867/24576/22040 5858/24566/22073</w:t>
        <w:br/>
        <w:t>f 5859/24567/22074 5868/24575/22078 5858/24566/22073</w:t>
        <w:br/>
        <w:t>f 5868/24575/22078 5859/24567/22074 5860/24568/21975</w:t>
        <w:br/>
        <w:t>f 5869/24577/21975 5868/24575/22078 5860/24568/21975</w:t>
        <w:br/>
        <w:t>f 5870/24578/22079 5869/24577/21975 5860/24568/21975</w:t>
        <w:br/>
        <w:t>f 5861/24569/22075 5870/24578/22079 5860/24568/21975</w:t>
        <w:br/>
        <w:t>f 5870/24578/22079 5861/24569/22075 5853/24562/22072</w:t>
        <w:br/>
        <w:t>f 5862/24571/22043 5870/24578/22079 5853/24562/22072</w:t>
        <w:br/>
        <w:t>f 5872/24579/22048 5871/24580/22049 5862/24571/22043</w:t>
        <w:br/>
        <w:t>f 5863/24570/22076 5872/24579/22048 5862/24571/22043</w:t>
        <w:br/>
        <w:t>f 5872/24579/22048 5863/24570/22076 5864/24572/21971</w:t>
        <w:br/>
        <w:t>f 5873/24581/21971 5872/24579/22048 5864/24572/21971</w:t>
        <w:br/>
        <w:t>f 5874/24582/22046 5873/24581/21971 5864/24572/21971</w:t>
        <w:br/>
        <w:t>f 5865/24573/22077 5874/24582/22046 5864/24572/21971</w:t>
        <w:br/>
        <w:t>f 5874/24582/22046 5865/24573/22077 5866/24574/22040</w:t>
        <w:br/>
        <w:t>f 5875/24583/22047 5874/24582/22046 5866/24574/22040</w:t>
        <w:br/>
        <w:t>f 5877/24584/22051 5876/24585/22047 5867/24576/22040</w:t>
        <w:br/>
        <w:t>f 5868/24575/22078 5877/24584/22051 5867/24576/22040</w:t>
        <w:br/>
        <w:t>f 5877/24584/22051 5868/24575/22078 5869/24577/21975</w:t>
        <w:br/>
        <w:t>f 5878/24586/21975 5877/24584/22051 5869/24577/21975</w:t>
        <w:br/>
        <w:t>f 5879/24587/22050 5878/24586/21975 5869/24577/21975</w:t>
        <w:br/>
        <w:t>f 5870/24578/22079 5879/24587/22050 5869/24577/21975</w:t>
        <w:br/>
        <w:t>f 5879/24587/22050 5870/24578/22079 5862/24571/22043</w:t>
        <w:br/>
        <w:t>f 5871/24580/22049 5879/24587/22050 5862/24571/22043</w:t>
        <w:br/>
        <w:t>f 5880/24588/22055 5871/24580/22049 5872/24579/22048</w:t>
        <w:br/>
        <w:t>f 5881/24589/22062 5880/24588/22055 5872/24579/22048</w:t>
        <w:br/>
        <w:t>f 5882/24590/21971 5881/24589/22062 5872/24579/22048</w:t>
        <w:br/>
        <w:t>f 5873/24581/21971 5882/24590/21971 5872/24579/22048</w:t>
        <w:br/>
        <w:t>f 5883/24591/22080 5882/24590/21971 5873/24581/21971</w:t>
        <w:br/>
        <w:t>f 5874/24582/22046 5883/24591/22080 5873/24581/21971</w:t>
        <w:br/>
        <w:t>f 5883/24591/22080 5874/24582/22046 5875/24583/22047</w:t>
        <w:br/>
        <w:t>f 5884/24592/22081 5883/24591/22080 5875/24583/22047</w:t>
        <w:br/>
        <w:t>f 5886/24593/22058 5885/24594/22082 5876/24585/22047</w:t>
        <w:br/>
        <w:t>f 5877/24584/22051 5886/24593/22058 5876/24585/22047</w:t>
        <w:br/>
        <w:t>f 5886/24593/22058 5877/24584/22051 5878/24586/21975</w:t>
        <w:br/>
        <w:t>f 5887/24595/21975 5886/24593/22058 5878/24586/21975</w:t>
        <w:br/>
        <w:t>f 5887/24595/21975 5878/24586/21975 5879/24587/22050</w:t>
        <w:br/>
        <w:t>f 5888/24596/22066 5887/24595/21975 5879/24587/22050</w:t>
        <w:br/>
        <w:t>f 5880/24588/22055 5888/24596/22066 5879/24587/22050</w:t>
        <w:br/>
        <w:t>f 5871/24580/22049 5880/24588/22055 5879/24587/22050</w:t>
        <w:br/>
        <w:t>f 5890/24597/22063 5889/24598/22083 5880/24588/22055</w:t>
        <w:br/>
        <w:t>f 5881/24589/22062 5890/24597/22063 5880/24588/22055</w:t>
        <w:br/>
        <w:t>f 5891/24599/21971 5890/24597/22063 5881/24589/22062</w:t>
        <w:br/>
        <w:t>f 5882/24590/21971 5891/24599/21971 5881/24589/22062</w:t>
        <w:br/>
        <w:t>f 5892/24600/22061 5891/24599/21971 5882/24590/21971</w:t>
        <w:br/>
        <w:t>f 5883/24591/22080 5892/24600/22061 5882/24590/21971</w:t>
        <w:br/>
        <w:t>f 5893/24601/22084 5892/24600/22061 5883/24591/22080</w:t>
        <w:br/>
        <w:t>f 5884/24592/22081 5893/24601/22084 5883/24591/22080</w:t>
        <w:br/>
        <w:t>f 5894/24602/22059 5885/24594/22082 5886/24593/22058</w:t>
        <w:br/>
        <w:t>f 5895/24603/22085 5894/24602/22059 5886/24593/22058</w:t>
        <w:br/>
        <w:t>f 5895/24603/22085 5886/24593/22058 5887/24595/21975</w:t>
        <w:br/>
        <w:t>f 5896/24604/21975 5895/24603/22085 5887/24595/21975</w:t>
        <w:br/>
        <w:t>f 5896/24604/21975 5887/24595/21975 5888/24596/22066</w:t>
        <w:br/>
        <w:t>f 5897/24605/22067 5896/24604/21975 5888/24596/22066</w:t>
        <w:br/>
        <w:t>f 5897/24605/22067 5888/24596/22066 5880/24588/22055</w:t>
        <w:br/>
        <w:t>f 5889/24598/22083 5897/24605/22067 5880/24588/22055</w:t>
        <w:br/>
        <w:t>f 5781/24491/22029 5782/24490/22017 5889/24598/22083</w:t>
        <w:br/>
        <w:t>f 5890/24597/22063 5781/24491/22029 5889/24598/22083</w:t>
        <w:br/>
        <w:t>f 5785/24493/21971 5781/24491/22029 5890/24597/22063</w:t>
        <w:br/>
        <w:t>f 5891/24599/21971 5785/24493/21971 5890/24597/22063</w:t>
        <w:br/>
        <w:t>f 5787/24495/22031 5785/24493/21971 5891/24599/21971</w:t>
        <w:br/>
        <w:t>f 5892/24600/22061 5787/24495/22031 5891/24599/21971</w:t>
        <w:br/>
        <w:t>f 5789/24497/7458 5787/24495/22031 5892/24600/22061</w:t>
        <w:br/>
        <w:t>f 5893/24601/22084 5789/24497/7458 5892/24600/22061</w:t>
        <w:br/>
        <w:t>f 5792/24501/22036 5894/24602/22059 5895/24603/22085</w:t>
        <w:br/>
        <w:t>f 5791/24502/22037 5792/24501/22036 5895/24603/22085</w:t>
        <w:br/>
        <w:t>f 5791/24502/22037 5895/24603/22085 5896/24604/21975</w:t>
        <w:br/>
        <w:t>f 5795/24504/21975 5791/24502/22037 5896/24604/21975</w:t>
        <w:br/>
        <w:t>f 5795/24504/21975 5896/24604/21975 5897/24605/22067</w:t>
        <w:br/>
        <w:t>f 5797/24506/22039 5795/24504/21975 5897/24605/22067</w:t>
        <w:br/>
        <w:t>f 5797/24506/22039 5897/24605/22067 5889/24598/22083</w:t>
        <w:br/>
        <w:t>f 5782/24490/22017 5797/24506/22039 5889/24598/22083</w:t>
        <w:br/>
        <w:t>f 6045/24606/22086 6044/24607/22087 6043/24608/22088</w:t>
        <w:br/>
        <w:t>f 6042/24609/22089 6045/24606/22086 6043/24608/22088</w:t>
        <w:br/>
        <w:t>f 6049/24610/22090 6048/24611/22089 6047/24612/22091</w:t>
        <w:br/>
        <w:t>f 6046/24613/22092 6049/24610/22090 6047/24612/22091</w:t>
        <w:br/>
        <w:t>f 6053/24614/22093 6052/24615/22094 6051/24616/22095</w:t>
        <w:br/>
        <w:t>f 6050/24617/22096 6053/24614/22093 6051/24616/22095</w:t>
        <w:br/>
        <w:t>f 6053/24614/22093 6055/24618/22097 6054/24619/22098</w:t>
        <w:br/>
        <w:t>f 6052/24615/22094 6053/24614/22093 6054/24619/22098</w:t>
        <w:br/>
        <w:t>f 6058/24620/22099 6057/24621/22100 6056/24622/22101</w:t>
        <w:br/>
        <w:t>f 6059/24623/22099 6058/24620/22099 6056/24622/22101</w:t>
        <w:br/>
        <w:t>f 6062/24624/22102 6061/24625/22103 6060/24626/22104</w:t>
        <w:br/>
        <w:t>f 6063/24627/22105 6062/24624/22102 6060/24626/22104</w:t>
        <w:br/>
        <w:t>f 6065/24628/22106 6063/24627/22105 6060/24626/22104</w:t>
        <w:br/>
        <w:t>f 6064/24629/22107 6065/24628/22106 6060/24626/22104</w:t>
        <w:br/>
        <w:t>f 6056/24622/22101 6057/24621/22100 6065/24628/22106</w:t>
        <w:br/>
        <w:t>f 6064/24629/22107 6056/24622/22101 6065/24628/22106</w:t>
        <w:br/>
        <w:t>f 6061/24625/22103 6062/24624/22102 6067/24630/22108</w:t>
        <w:br/>
        <w:t>f 6066/24631/22109 6061/24625/22103 6067/24630/22108</w:t>
        <w:br/>
        <w:t>f 6048/24611/22089 6068/24632/22110 6067/24630/22108</w:t>
        <w:br/>
        <w:t>f 6069/24633/22111 6048/24611/22089 6067/24630/22108</w:t>
        <w:br/>
        <w:t>f 6047/24612/22091 6048/24611/22089 6069/24633/22111</w:t>
        <w:br/>
        <w:t>f 6070/24634/22112 6047/24612/22091 6069/24633/22111</w:t>
        <w:br/>
        <w:t>f 6072/24635/22087 6049/24610/22113 6071/24636/22114</w:t>
        <w:br/>
        <w:t>f 6073/24637/22115 6072/24635/22087 6071/24636/22114</w:t>
        <w:br/>
        <w:t>f 6074/24638/22116 6057/24621/22117 6049/24610/22090</w:t>
        <w:br/>
        <w:t>f 6046/24613/22092 6074/24638/22116 6049/24610/22090</w:t>
        <w:br/>
        <w:t>f 6074/24638/22116 6046/24613/22092 6047/24612/22091</w:t>
        <w:br/>
        <w:t>f 6070/24634/22112 6074/24638/22116 6047/24612/22091</w:t>
        <w:br/>
        <w:t>f 6077/24639/22118 6076/24640/22118 6075/24641/22119</w:t>
        <w:br/>
        <w:t>f 6078/24642/22120 6077/24639/22118 6075/24641/22119</w:t>
        <w:br/>
        <w:t>f 6079/24643/22118 6077/24639/22118 6078/24642/22120</w:t>
        <w:br/>
        <w:t>f 6080/24644/22120 6079/24643/22118 6078/24642/22120</w:t>
        <w:br/>
        <w:t>f 6083/24645/22121 6082/24646/22122 6081/24647/22123</w:t>
        <w:br/>
        <w:t>f 6084/24648/22017 6083/24645/22121 6081/24647/22123</w:t>
        <w:br/>
        <w:t>f 6087/24649/22124 6086/24650/22124 6085/24651/22124</w:t>
        <w:br/>
        <w:t>f 6088/24652/22124 6087/24649/22124 6085/24651/22124</w:t>
        <w:br/>
        <w:t>f 6091/24653/7458 6090/24654/22125 6089/24655/22126</w:t>
        <w:br/>
        <w:t>f 6092/24656/22127 6091/24653/7458 6089/24655/22126</w:t>
        <w:br/>
        <w:t>f 6096/24657/7458 6095/24658/22128 6094/24659/22129</w:t>
        <w:br/>
        <w:t>f 6093/24660/22125 6096/24657/7458 6094/24659/22129</w:t>
        <w:br/>
        <w:t>f 6100/24661/22130 6099/24662/22130 6098/24663/22130</w:t>
        <w:br/>
        <w:t>f 6097/24664/22130 6100/24661/22130 6098/24663/22130</w:t>
        <w:br/>
        <w:t>f 6102/24665/22131 6084/24648/22017 6081/24647/22123</w:t>
        <w:br/>
        <w:t>f 6101/24666/22132 6102/24665/22131 6081/24647/22123</w:t>
        <w:br/>
        <w:t>f 6081/24647/22123 6082/24646/22122 6104/24667/22133</w:t>
        <w:br/>
        <w:t>f 6103/24668/22134 6081/24647/22123 6104/24667/22133</w:t>
        <w:br/>
        <w:t>f 6086/24650/22124 6106/24669/22124 6105/24670/22124</w:t>
        <w:br/>
        <w:t>f 6085/24651/22124 6086/24650/22124 6105/24670/22124</w:t>
        <w:br/>
        <w:t>f 6089/24655/22126 6090/24654/22125 6108/24671/22135</w:t>
        <w:br/>
        <w:t>f 6107/24672/22136 6089/24655/22126 6108/24671/22135</w:t>
        <w:br/>
        <w:t>f 6094/24659/22129 6110/24673/22137 6109/24674/22138</w:t>
        <w:br/>
        <w:t>f 6093/24660/22125 6094/24659/22129 6109/24674/22138</w:t>
        <w:br/>
        <w:t>f 6098/24663/22130 6112/24675/22130 6111/24676/22130</w:t>
        <w:br/>
        <w:t>f 6097/24664/22130 6098/24663/22130 6111/24676/22130</w:t>
        <w:br/>
        <w:t>f 6081/24647/22123 6103/24668/22134 6113/24677/22139</w:t>
        <w:br/>
        <w:t>f 6101/24666/22132 6081/24647/22123 6113/24677/22139</w:t>
        <w:br/>
        <w:t>f 6103/24668/22134 6104/24667/22133 6115/24678/22140</w:t>
        <w:br/>
        <w:t>f 6114/24679/22141 6103/24668/22134 6115/24678/22140</w:t>
        <w:br/>
        <w:t>f 6106/24669/22124 6117/24680/22124 6116/24681/22124</w:t>
        <w:br/>
        <w:t>f 6105/24670/22124 6106/24669/22124 6116/24681/22124</w:t>
        <w:br/>
        <w:t>f 6107/24672/22136 6108/24671/22135 6119/24682/22142</w:t>
        <w:br/>
        <w:t>f 6118/24683/22143 6107/24672/22136 6119/24682/22142</w:t>
        <w:br/>
        <w:t>f 6110/24673/22137 6121/24684/22144 6120/24685/22145</w:t>
        <w:br/>
        <w:t>f 6109/24674/22138 6110/24673/22137 6120/24685/22145</w:t>
        <w:br/>
        <w:t>f 6112/24675/22130 6123/24686/22130 6122/24687/22130</w:t>
        <w:br/>
        <w:t>f 6111/24676/22130 6112/24675/22130 6122/24687/22130</w:t>
        <w:br/>
        <w:t>f 6103/24668/22134 6114/24679/22141 6124/24688/22146</w:t>
        <w:br/>
        <w:t>f 6113/24677/22139 6103/24668/22134 6124/24688/22146</w:t>
        <w:br/>
        <w:t>f 6114/24679/22141 6115/24678/22140 6126/24689/22147</w:t>
        <w:br/>
        <w:t>f 6125/24690/22148 6114/24679/22141 6126/24689/22147</w:t>
        <w:br/>
        <w:t>f 6117/24680/22124 6128/24691/22124 6127/24692/22124</w:t>
        <w:br/>
        <w:t>f 6116/24681/22124 6117/24680/22124 6127/24692/22124</w:t>
        <w:br/>
        <w:t>f 6118/24683/22143 6119/24682/22142 6130/24693/22149</w:t>
        <w:br/>
        <w:t>f 6129/24694/22150 6118/24683/22143 6130/24693/22149</w:t>
        <w:br/>
        <w:t>f 6121/24684/22144 6132/24695/22151 6131/24696/22149</w:t>
        <w:br/>
        <w:t>f 6120/24685/22145 6121/24684/22144 6131/24696/22149</w:t>
        <w:br/>
        <w:t>f 6122/24687/22130 6123/24686/22130 6134/24697/22130</w:t>
        <w:br/>
        <w:t>f 6133/24698/22130 6122/24687/22130 6134/24697/22130</w:t>
        <w:br/>
        <w:t>f 6114/24679/22141 6125/24690/22148 6135/24699/22152</w:t>
        <w:br/>
        <w:t>f 6124/24688/22146 6114/24679/22141 6135/24699/22152</w:t>
        <w:br/>
        <w:t>f 6125/24690/22148 6126/24689/22147 6137/24700/22153</w:t>
        <w:br/>
        <w:t>f 6136/24701/22154 6125/24690/22148 6137/24700/22153</w:t>
        <w:br/>
        <w:t>f 6128/24691/22124 6139/24702/22124 6138/24703/22124</w:t>
        <w:br/>
        <w:t>f 6127/24692/22124 6128/24691/22124 6138/24703/22124</w:t>
        <w:br/>
        <w:t>f 6129/24694/22150 6130/24693/22149 6141/24704/22155</w:t>
        <w:br/>
        <w:t>f 6140/24705/22156 6129/24694/22150 6141/24704/22155</w:t>
        <w:br/>
        <w:t>f 6132/24695/22151 6143/24706/22157 6142/24707/22155</w:t>
        <w:br/>
        <w:t>f 6131/24696/22149 6132/24695/22151 6142/24707/22155</w:t>
        <w:br/>
        <w:t>f 6133/24698/22130 6134/24697/22130 6145/24708/22130</w:t>
        <w:br/>
        <w:t>f 6144/24709/22130 6133/24698/22130 6145/24708/22130</w:t>
        <w:br/>
        <w:t>f 6125/24690/22148 6136/24701/22154 6146/24710/22158</w:t>
        <w:br/>
        <w:t>f 6135/24699/22152 6125/24690/22148 6146/24710/22158</w:t>
        <w:br/>
        <w:t>f 6137/24700/22153 6148/24711/22159 6147/24712/7458</w:t>
        <w:br/>
        <w:t>f 6136/24701/22154 6137/24700/22153 6147/24712/7458</w:t>
        <w:br/>
        <w:t>f 6138/24703/22124 6139/24702/22124 6150/24713/22124</w:t>
        <w:br/>
        <w:t>f 6149/24714/22124 6138/24703/22124 6150/24713/22124</w:t>
        <w:br/>
        <w:t>f 6141/24704/22155 6152/24715/21926 6151/24716/22121</w:t>
        <w:br/>
        <w:t>f 6140/24705/22156 6141/24704/22155 6151/24716/22121</w:t>
        <w:br/>
        <w:t>f 6142/24707/22155 6143/24706/22157 6154/24717/22160</w:t>
        <w:br/>
        <w:t>f 6153/24718/22017 6142/24707/22155 6154/24717/22160</w:t>
        <w:br/>
        <w:t>f 6145/24708/22130 6156/24719/22130 6155/24720/22130</w:t>
        <w:br/>
        <w:t>f 6144/24709/22130 6145/24708/22130 6155/24720/22130</w:t>
        <w:br/>
        <w:t>f 6146/24710/22158 6136/24701/22154 6147/24712/7458</w:t>
        <w:br/>
        <w:t>f 6157/24721/22161 6146/24710/22158 6147/24712/7458</w:t>
        <w:br/>
        <w:t>f 6161/24722/7458 6160/24723/22162 6159/24724/22126</w:t>
        <w:br/>
        <w:t>f 6158/24725/22125 6161/24722/7458 6159/24724/22126</w:t>
        <w:br/>
        <w:t>f 6164/24726/22124 6163/24727/22124 6162/24728/22124</w:t>
        <w:br/>
        <w:t>f 6165/24729/22124 6164/24726/22124 6162/24728/22124</w:t>
        <w:br/>
        <w:t>f 6169/24730/22163 6168/24731/22017 6167/24732/22164</w:t>
        <w:br/>
        <w:t>f 6166/24733/22122 6169/24730/22163 6167/24732/22164</w:t>
        <w:br/>
        <w:t>f 6172/24734/22131 6171/24735/22132 6170/24736/22123</w:t>
        <w:br/>
        <w:t>f 6173/24737/21925 6172/24734/22131 6170/24736/22123</w:t>
        <w:br/>
        <w:t>f 6176/24738/22130 6175/24739/22130 6174/24740/22130</w:t>
        <w:br/>
        <w:t>f 6177/24741/22130 6176/24738/22130 6174/24740/22130</w:t>
        <w:br/>
        <w:t>f 6161/24722/7458 6158/24725/22125 6178/24742/22129</w:t>
        <w:br/>
        <w:t>f 6179/24743/22128 6161/24722/7458 6178/24742/22129</w:t>
        <w:br/>
        <w:t>f 6159/24724/22126 6181/24744/22136 6180/24745/22135</w:t>
        <w:br/>
        <w:t>f 6158/24725/22125 6159/24724/22126 6180/24745/22135</w:t>
        <w:br/>
        <w:t>f 6162/24728/22124 6163/24727/22124 6183/24746/22124</w:t>
        <w:br/>
        <w:t>f 6182/24747/22124 6162/24728/22124 6183/24746/22124</w:t>
        <w:br/>
        <w:t>f 6167/24732/22164 6185/24748/22134 6184/24749/22133</w:t>
        <w:br/>
        <w:t>f 6166/24733/22122 6167/24732/22164 6184/24749/22133</w:t>
        <w:br/>
        <w:t>f 6170/24736/22123 6171/24735/22132 6187/24750/22139</w:t>
        <w:br/>
        <w:t>f 6186/24751/22134 6170/24736/22123 6187/24750/22139</w:t>
        <w:br/>
        <w:t>f 6175/24739/22130 6189/24752/22130 6188/24753/22130</w:t>
        <w:br/>
        <w:t>f 6174/24740/22130 6175/24739/22130 6188/24753/22130</w:t>
        <w:br/>
        <w:t>f 6178/24742/22129 6158/24725/22125 6180/24745/22135</w:t>
        <w:br/>
        <w:t>f 6190/24754/22137 6178/24742/22129 6180/24745/22135</w:t>
        <w:br/>
        <w:t>f 6181/24744/22136 6192/24755/22143 6191/24756/22145</w:t>
        <w:br/>
        <w:t>f 6180/24745/22135 6181/24744/22136 6191/24756/22145</w:t>
        <w:br/>
        <w:t>f 6182/24747/22124 6183/24746/22124 6194/24757/22124</w:t>
        <w:br/>
        <w:t>f 6193/24758/22124 6182/24747/22124 6194/24757/22124</w:t>
        <w:br/>
        <w:t>f 6185/24748/22134 6196/24759/22141 6195/24760/22140</w:t>
        <w:br/>
        <w:t>f 6184/24749/22133 6185/24748/22134 6195/24760/22140</w:t>
        <w:br/>
        <w:t>f 6186/24751/22134 6187/24750/22139 6198/24761/22146</w:t>
        <w:br/>
        <w:t>f 6197/24762/22165 6186/24751/22134 6198/24761/22146</w:t>
        <w:br/>
        <w:t>f 6189/24752/22130 6200/24763/22130 6199/24764/22130</w:t>
        <w:br/>
        <w:t>f 6188/24753/22130 6189/24752/22130 6199/24764/22130</w:t>
        <w:br/>
        <w:t>f 6190/24754/22137 6180/24745/22135 6191/24756/22145</w:t>
        <w:br/>
        <w:t>f 6201/24765/22144 6190/24754/22137 6191/24756/22145</w:t>
        <w:br/>
        <w:t>f 6192/24755/22143 6203/24766/22150 6202/24767/22149</w:t>
        <w:br/>
        <w:t>f 6191/24756/22145 6192/24755/22143 6202/24767/22149</w:t>
        <w:br/>
        <w:t>f 6193/24758/22124 6194/24757/22124 6205/24768/22124</w:t>
        <w:br/>
        <w:t>f 6204/24769/22124 6193/24758/22124 6205/24768/22124</w:t>
        <w:br/>
        <w:t>f 6196/24759/22141 6207/24770/22166 6206/24771/22147</w:t>
        <w:br/>
        <w:t>f 6195/24760/22140 6196/24759/22141 6206/24771/22147</w:t>
        <w:br/>
        <w:t>f 6197/24762/22165 6198/24761/22146 6209/24772/22152</w:t>
        <w:br/>
        <w:t>f 6208/24773/22148 6197/24762/22165 6209/24772/22152</w:t>
        <w:br/>
        <w:t>f 6200/24763/22130 6211/24774/22130 6210/24775/22130</w:t>
        <w:br/>
        <w:t>f 6199/24764/22130 6200/24763/22130 6210/24775/22130</w:t>
        <w:br/>
        <w:t>f 6201/24765/22144 6191/24756/22145 6202/24767/22149</w:t>
        <w:br/>
        <w:t>f 6212/24776/22151 6201/24765/22144 6202/24767/22149</w:t>
        <w:br/>
        <w:t>f 6203/24766/22150 6214/24777/22156 6213/24778/22155</w:t>
        <w:br/>
        <w:t>f 6202/24767/22149 6203/24766/22150 6213/24778/22155</w:t>
        <w:br/>
        <w:t>f 6204/24769/22124 6205/24768/22124 6216/24779/22124</w:t>
        <w:br/>
        <w:t>f 6215/24780/22124 6204/24769/22124 6216/24779/22124</w:t>
        <w:br/>
        <w:t>f 6207/24770/22166 6218/24781/22154 6217/24782/22167</w:t>
        <w:br/>
        <w:t>f 6206/24771/22147 6207/24770/22166 6217/24782/22167</w:t>
        <w:br/>
        <w:t>f 6208/24773/22148 6209/24772/22152 6220/24783/22168</w:t>
        <w:br/>
        <w:t>f 6219/24784/22169 6208/24773/22148 6220/24783/22168</w:t>
        <w:br/>
        <w:t>f 6210/24775/22130 6211/24774/22130 6222/24785/22130</w:t>
        <w:br/>
        <w:t>f 6221/24786/22130 6210/24775/22130 6222/24785/22130</w:t>
        <w:br/>
        <w:t>f 6212/24776/22151 6202/24767/22149 6213/24778/22155</w:t>
        <w:br/>
        <w:t>f 6223/24787/22157 6212/24776/22151 6213/24778/22155</w:t>
        <w:br/>
        <w:t>f 6213/24778/22155 6214/24777/22156 6083/24645/22121</w:t>
        <w:br/>
        <w:t>f 6084/24648/22017 6213/24778/22155 6083/24645/22121</w:t>
        <w:br/>
        <w:t>f 6215/24780/22124 6216/24779/22124 6087/24649/22124</w:t>
        <w:br/>
        <w:t>f 6088/24652/22124 6215/24780/22124 6087/24649/22124</w:t>
        <w:br/>
        <w:t>f 6217/24782/22167 6218/24781/22154 6091/24653/7458</w:t>
        <w:br/>
        <w:t>f 6092/24656/22127 6217/24782/22167 6091/24653/7458</w:t>
        <w:br/>
        <w:t>f 6220/24783/22168 6095/24658/22128 6096/24657/7458</w:t>
        <w:br/>
        <w:t>f 6219/24784/22169 6220/24783/22168 6096/24657/7458</w:t>
        <w:br/>
        <w:t>f 6222/24785/22130 6099/24662/22130 6100/24661/22130</w:t>
        <w:br/>
        <w:t>f 6221/24786/22130 6222/24785/22130 6100/24661/22130</w:t>
        <w:br/>
        <w:t>f 6213/24778/22155 6084/24648/22017 6102/24665/22131</w:t>
        <w:br/>
        <w:t>f 6223/24787/22157 6213/24778/22155 6102/24665/22131</w:t>
        <w:br/>
        <w:t>f 5521/24244/21839 5522/24243/21838 6225/24788/22170</w:t>
        <w:br/>
        <w:t>f 6224/24789/20417 5521/24244/21839 6225/24788/22170</w:t>
        <w:br/>
        <w:t>f 5522/24243/21838 5599/24321/21913 6226/24790/21577</w:t>
        <w:br/>
        <w:t>f 6225/24788/22170 5522/24243/21838 6226/24790/21577</w:t>
        <w:br/>
        <w:t>f 5599/24321/21913 5598/24320/21912 6227/24791/22171</w:t>
        <w:br/>
        <w:t>f 6226/24790/21577 5599/24321/21913 6227/24791/22171</w:t>
        <w:br/>
        <w:t>f 5597/24319/21911 6228/24792/20417 6227/24791/22171</w:t>
        <w:br/>
        <w:t>f 5598/24320/21912 5597/24319/21911 6227/24791/22171</w:t>
        <w:br/>
        <w:t>f 5555/24277/21869 6229/24793/22172 6228/24792/20417</w:t>
        <w:br/>
        <w:t>f 5597/24319/21911 5555/24277/21869 6228/24792/20417</w:t>
        <w:br/>
        <w:t>f 5519/24242/21837 6230/24794/22173 6229/24793/22172</w:t>
        <w:br/>
        <w:t>f 5555/24277/21869 5519/24242/21837 6229/24793/22172</w:t>
        <w:br/>
        <w:t>f 5520/24241/21836 6231/24795/20417 6230/24794/22173</w:t>
        <w:br/>
        <w:t>f 5519/24242/21837 5520/24241/21836 6230/24794/22173</w:t>
        <w:br/>
        <w:t>f 5517/24240/21835 5518/24239/21834 6233/24796/22174</w:t>
        <w:br/>
        <w:t>f 6232/24797/22174 5517/24240/21835 6233/24796/22174</w:t>
        <w:br/>
        <w:t>f 5515/24238/21833 5516/24237/21832 6235/24798/22175</w:t>
        <w:br/>
        <w:t>f 6234/24799/22176 5515/24238/21833 6235/24798/22175</w:t>
        <w:br/>
        <w:t>f 5516/24237/21832 5596/24318/21910 6236/24800/20422</w:t>
        <w:br/>
        <w:t>f 6235/24798/22175 5516/24237/21832 6236/24800/20422</w:t>
        <w:br/>
        <w:t>f 5596/24318/21910 5595/24317/21909 6237/24801/20422</w:t>
        <w:br/>
        <w:t>f 6236/24800/20422 5596/24318/21910 6237/24801/20422</w:t>
        <w:br/>
        <w:t>f 5595/24317/21909 5594/24316/21908 6238/24802/22177</w:t>
        <w:br/>
        <w:t>f 6237/24801/20422 5595/24317/21909 6238/24802/22177</w:t>
        <w:br/>
        <w:t>f 5554/24276/21868 6239/24803/22178 6238/24802/22177</w:t>
        <w:br/>
        <w:t>f 5594/24316/21908 5554/24276/21868 6238/24802/22177</w:t>
        <w:br/>
        <w:t>f 5514/24236/21831 6240/24804/22179 6239/24803/22178</w:t>
        <w:br/>
        <w:t>f 5554/24276/21868 5514/24236/21831 6239/24803/22178</w:t>
        <w:br/>
        <w:t>f 5513/24235/21830 6241/24805/22180 6240/24804/22179</w:t>
        <w:br/>
        <w:t>f 5514/24236/21831 5513/24235/21830 6240/24804/22179</w:t>
        <w:br/>
        <w:t>f 5513/24235/21830 5512/24234/21829 6243/24806/22181</w:t>
        <w:br/>
        <w:t>f 6242/24807/22182 5513/24235/21830 6243/24806/22181</w:t>
        <w:br/>
        <w:t>f 6245/24808/22183 6244/24809/22184 5512/24234/21829</w:t>
        <w:br/>
        <w:t>f 5511/24233/21828 6245/24808/22183 5512/24234/21829</w:t>
        <w:br/>
        <w:t>f 5510/24232/21827 6247/24810/22185 6246/24811/22186</w:t>
        <w:br/>
        <w:t>f 5511/24233/21828 5510/24232/21827 6246/24811/22186</w:t>
        <w:br/>
        <w:t>f 6249/24812/22187 6248/24813/22188 5510/24232/21827</w:t>
        <w:br/>
        <w:t>f 5508/24231/21826 6249/24812/22187 5510/24232/21827</w:t>
        <w:br/>
        <w:t>f 5508/24231/21826 5509/24230/21825 6250/24814/22189</w:t>
        <w:br/>
        <w:t>f 6249/24812/22187 5508/24231/21826 6250/24814/22189</w:t>
        <w:br/>
        <w:t>f 5506/24228/21823 6252/24815/22190 6251/24816/22191</w:t>
        <w:br/>
        <w:t>f 5507/24229/21824 5506/24228/21823 6251/24816/22191</w:t>
        <w:br/>
        <w:t>f 5506/24228/21823 5504/24227/21822 6253/24817/22192</w:t>
        <w:br/>
        <w:t>f 6252/24815/22190 5506/24228/21823 6253/24817/22192</w:t>
        <w:br/>
        <w:t>f 5504/24227/21822 5505/24226/21821 6254/24818/22193</w:t>
        <w:br/>
        <w:t>f 6253/24817/22192 5504/24227/21822 6254/24818/22193</w:t>
        <w:br/>
        <w:t>f 5503/24224/21819 6256/24819/22194 6255/24820/22195</w:t>
        <w:br/>
        <w:t>f 5502/24225/21820 5503/24224/21819 6255/24820/22195</w:t>
        <w:br/>
        <w:t>f 5525/24247/21842 6257/24821/22196 6256/24819/22194</w:t>
        <w:br/>
        <w:t>f 5503/24224/21819 5525/24247/21842 6256/24819/22194</w:t>
        <w:br/>
        <w:t>f 5524/24246/21841 6259/24822/22197 6258/24823/22197</w:t>
        <w:br/>
        <w:t>f 5525/24247/21842 5524/24246/21841 6258/24823/22197</w:t>
        <w:br/>
        <w:t>f 5523/24245/21840 6261/24824/21577 6260/24825/22198</w:t>
        <w:br/>
        <w:t>f 5524/24246/21841 5523/24245/21840 6260/24825/22198</w:t>
        <w:br/>
        <w:t>f 5521/24244/21839 6263/24826/22199 6262/24827/22200</w:t>
        <w:br/>
        <w:t>f 5523/24245/21840 5521/24244/21839 6262/24827/22200</w:t>
        <w:br/>
        <w:t>f 4901/23692/21381 4940/23733/21420 6284/24828/22201</w:t>
        <w:br/>
        <w:t>f 6285/24829/22202 4901/23692/21381 6284/24828/22201</w:t>
        <w:br/>
        <w:t>f 5012/23805/21491 5013/23804/21490 5028/23821/21507</w:t>
        <w:br/>
        <w:t>f 5011/23801/21487 4938/23731/21418 4939/23730/21417</w:t>
        <w:br/>
        <w:t>f 6286/24830/22203 5011/23801/21487 4939/23730/21417</w:t>
        <w:br/>
        <w:t>f 5010/23802/21488 6287/24831/22204 5015/23806/21492</w:t>
        <w:br/>
        <w:t>f 5009/23803/21489 5010/23802/21488 5015/23806/21492</w:t>
        <w:br/>
        <w:t>f 6289/24832/22205 6288/24833/22206 5014/23807/21493</w:t>
        <w:br/>
        <w:t>f 5015/23806/21492 6289/24832/22205 5014/23807/21493</w:t>
        <w:br/>
        <w:t>f 5014/23807/21493 6288/24833/22206 4978/23768/21454</w:t>
        <w:br/>
        <w:t>f 6290/24834/22207 4971/23763/21449 4994/23786/21472</w:t>
        <w:br/>
        <w:t>f 6291/24835/22208 6290/24834/22207 4994/23786/21472</w:t>
        <w:br/>
        <w:t>f 4911/23705/21394 5000/23792/21478 6292/24836/22209</w:t>
        <w:br/>
        <w:t>f 4985/23776/21462 4911/23705/21394 6292/24836/22209</w:t>
        <w:br/>
        <w:t>f 4957/23749/21436 6293/24837/22210 4980/23775/21461</w:t>
        <w:br/>
        <w:t>f 4956/23746/21433 4957/23749/21436 4980/23775/21461</w:t>
        <w:br/>
        <w:t>f 6302/24838/22211 6301/24839/21546 6300/24840/22212</w:t>
        <w:br/>
        <w:t>f 6305/24841/22213 6304/24842/22214 6303/24843/22215</w:t>
        <w:br/>
        <w:t>f 6306/24844/22216 6302/24838/22211 6300/24840/22212</w:t>
        <w:br/>
        <w:t>f 6304/24842/22214 6307/24845/22217 6303/24843/22215</w:t>
        <w:br/>
        <w:t>f 6308/24846/22218 6306/24844/22216 6300/24840/22212</w:t>
        <w:br/>
        <w:t>f 6307/24845/22217 6309/24847/22219 6303/24843/22215</w:t>
        <w:br/>
        <w:t>f 6310/24848/22220 6308/24846/22218 6300/24840/22212</w:t>
        <w:br/>
        <w:t>f 6309/24847/22219 6311/24849/21560 6303/24843/22215</w:t>
        <w:br/>
        <w:t>f 6312/24850/22221 6310/24848/22220 6300/24840/22212</w:t>
        <w:br/>
        <w:t>f 6311/24849/21560 6313/24851/21559 6303/24843/22215</w:t>
        <w:br/>
        <w:t>f 6314/24852/22222 6312/24850/22221 6300/24840/22212</w:t>
        <w:br/>
        <w:t>f 6313/24851/21559 6315/24853/22223 6303/24843/22215</w:t>
        <w:br/>
        <w:t>f 6316/24854/22224 6314/24852/22222 6300/24840/22212</w:t>
        <w:br/>
        <w:t>f 6315/24853/22223 6317/24855/22225 6303/24843/22215</w:t>
        <w:br/>
        <w:t>f 6301/24839/21546 6316/24854/22224 6300/24840/22212</w:t>
        <w:br/>
        <w:t>f 6317/24855/22225 6305/24841/22213 6303/24843/22215</w:t>
        <w:br/>
        <w:t>f 4982/23773/21459 4983/23772/21458 5001/23793/21479</w:t>
        <w:br/>
        <w:t>f 4912/23704/21393 4982/23773/21459 5001/23793/21479</w:t>
        <w:br/>
        <w:t>f 6285/24829/22202 5022/23814/21500 4900/23693/21382</w:t>
        <w:br/>
        <w:t>f 4901/23692/21381 6285/24829/22202 4900/23693/21382</w:t>
        <w:br/>
        <w:t>f 6284/24828/22201 4940/23733/21420 4941/23732/21419</w:t>
        <w:br/>
        <w:t>f 6318/24856/22226 6284/24828/22201 4941/23732/21419</w:t>
        <w:br/>
        <w:t>f 5014/23807/21493 4978/23768/21454 4979/23771/21457</w:t>
        <w:br/>
        <w:t>f 5029/23820/21506 5014/23807/21493 4979/23771/21457</w:t>
        <w:br/>
        <w:t>f 6319/24857/22227 5010/23802/21488 5011/23801/21487</w:t>
        <w:br/>
        <w:t>f 4925/23717/21404 6319/24857/22227 5011/23801/21487</w:t>
        <w:br/>
        <w:t>f 4899/23694/21383 4900/23693/21382 4979/23771/21457</w:t>
        <w:br/>
        <w:t>f 6320/24858/22228 4899/23694/21383 4979/23771/21457</w:t>
        <w:br/>
        <w:t>f 4925/23717/21404 5011/23801/21487 6286/24830/22203</w:t>
        <w:br/>
        <w:t>f 4924/23714/21401 4925/23717/21404 6286/24830/22203</w:t>
        <w:br/>
        <w:t>f 5010/23802/21488 6319/24857/22227 6321/24859/22229</w:t>
        <w:br/>
        <w:t>f 6287/24831/22204 5010/23802/21488 6321/24859/22229</w:t>
        <w:br/>
        <w:t>f 6287/24831/22204 6321/24859/22229 6322/24860/22230</w:t>
        <w:br/>
        <w:t>f 6288/24833/22206 6287/24831/22204 6322/24860/22230</w:t>
        <w:br/>
        <w:t>f 4977/23769/21455 4978/23768/21454 6288/24833/22206</w:t>
        <w:br/>
        <w:t>f 6322/24860/22230 4977/23769/21455 6288/24833/22206</w:t>
        <w:br/>
        <w:t>f 4943/23734/21421 4928/23718/21405 4929/23721/21408</w:t>
        <w:br/>
        <w:t>f 4942/23735/21422 4943/23734/21421 4929/23721/21408</w:t>
        <w:br/>
        <w:t>f 6323/24861/22231 5018/23810/21496 4930/23725/21412</w:t>
        <w:br/>
        <w:t>f 4931/23724/21411 6323/24861/22231 4930/23725/21412</w:t>
        <w:br/>
        <w:t>f 4973/23766/21452 4995/23789/21475 4996/23788/21474</w:t>
        <w:br/>
        <w:t>f 4972/23767/21453 4973/23766/21452 4996/23788/21474</w:t>
        <w:br/>
        <w:t>f 4981/23774/21460 6324/24862/22232 4956/23746/21433</w:t>
        <w:br/>
        <w:t>f 4980/23775/21461 4981/23774/21460 4956/23746/21433</w:t>
        <w:br/>
        <w:t>f 4999/23790/21476 4905/23696/21385 4906/23695/21384</w:t>
        <w:br/>
        <w:t>f 4998/23791/21477 4999/23790/21476 4906/23695/21384</w:t>
        <w:br/>
        <w:t>f 4999/23790/21476 4908/23701/21390 4975/23764/21450</w:t>
        <w:br/>
        <w:t>f 4972/23767/21453 4999/23790/21476 4975/23764/21450</w:t>
        <w:br/>
        <w:t>f 4998/23791/21477 5027/23818/21504 4942/23735/21422</w:t>
        <w:br/>
        <w:t>f 4929/23721/21408 4998/23791/21477 4942/23735/21422</w:t>
        <w:br/>
        <w:t>f 4891/23685/21374 4933/23722/21409 4930/23725/21412</w:t>
        <w:br/>
        <w:t>f 4894/23686/21375 4891/23685/21374 4930/23725/21412</w:t>
        <w:br/>
        <w:t>f 4894/23686/21375 5017/23809/21495 6325/24863/22233</w:t>
        <w:br/>
        <w:t>f 4893/23683/21372 4894/23686/21375 6325/24863/22233</w:t>
        <w:br/>
        <w:t>f 6291/24835/22208 5020/23812/21498 4893/23683/21372</w:t>
        <w:br/>
        <w:t>f 6290/24834/22207 6291/24835/22208 4893/23683/21372</w:t>
        <w:br/>
        <w:t>f 4995/23789/21475 4973/23766/21452 5020/23812/21498</w:t>
        <w:br/>
        <w:t>f 6291/24835/22208 4995/23789/21475 5020/23812/21498</w:t>
        <w:br/>
        <w:t>f 5002/23794/21480 4983/23772/21458 4980/23775/21461</w:t>
        <w:br/>
        <w:t>f 6293/24837/22210 5002/23794/21480 4980/23775/21461</w:t>
        <w:br/>
        <w:t>f 4974/23765/21451 5020/23812/21498 4973/23766/21452</w:t>
        <w:br/>
        <w:t>f 4956/23746/21433 6324/24862/22232 4955/23747/21434</w:t>
        <w:br/>
        <w:t>f 5029/23820/21506 5013/23804/21490 5014/23807/21493</w:t>
        <w:br/>
        <w:t>f 4971/23763/21449 6290/24834/22207 5017/23809/21495</w:t>
        <w:br/>
        <w:t>f 4970/23762/21448 4971/23763/21449 5017/23809/21495</w:t>
        <w:br/>
        <w:t>f 5018/23810/21496 4920/23710/21397 4970/23762/21448</w:t>
        <w:br/>
        <w:t>f 5017/23809/21495 5018/23810/21496 4970/23762/21448</w:t>
        <w:br/>
        <w:t>f 6320/24858/22228 4994/23786/21472 4971/23763/21449</w:t>
        <w:br/>
        <w:t>f 4899/23694/21383 6320/24858/22228 4971/23763/21449</w:t>
        <w:br/>
        <w:t>f 4994/23786/21472 4977/23769/21455 6322/24860/22230</w:t>
        <w:br/>
        <w:t>f 6326/24864/22234 4994/23786/21472 6322/24860/22230</w:t>
        <w:br/>
        <w:t>f 6326/24864/22234 6322/24860/22230 6321/24859/22229</w:t>
        <w:br/>
        <w:t>f 6327/24865/22235 6326/24864/22234 6321/24859/22229</w:t>
        <w:br/>
        <w:t>f 6327/24865/22235 6321/24859/22229 6319/24857/22227</w:t>
        <w:br/>
        <w:t>f 4903/23698/21387 6327/24865/22235 6319/24857/22227</w:t>
        <w:br/>
        <w:t>f 4925/23717/21404 4922/23716/21403 5026/23819/21505</w:t>
        <w:br/>
        <w:t>f 6319/24857/22227 4925/23717/21404 5026/23819/21505</w:t>
        <w:br/>
        <w:t>f 6291/24835/22208 4994/23786/21472 4997/23787/21473</w:t>
        <w:br/>
        <w:t>f 4995/23789/21475 6291/24835/22208 4997/23787/21473</w:t>
        <w:br/>
        <w:t>f 6326/24864/22234 6327/24865/22235 4904/23697/21386</w:t>
        <w:br/>
        <w:t>f 4997/23787/21473 6326/24864/22234 4904/23697/21386</w:t>
        <w:br/>
        <w:t>f 4904/23697/21386 6327/24865/22235 4903/23698/21387</w:t>
        <w:br/>
        <w:t>f 4994/23786/21472 6326/24864/22234 4997/23787/21473</w:t>
        <w:br/>
        <w:t>f 4648/23541/21233 4698/23590/21281 4699/23589/21280</w:t>
        <w:br/>
        <w:t>f 4700/23594/21284 4648/23541/21233 4699/23589/21280</w:t>
        <w:br/>
        <w:t>f 6502/24866/22236 6501/24867/22236 6500/24868/22237</w:t>
        <w:br/>
        <w:t>f 6503/24869/22237 6502/24866/22236 6500/24868/22237</w:t>
        <w:br/>
        <w:t>f 6552/24870/22238 6551/24871/20564 6550/24872/20564</w:t>
        <w:br/>
        <w:t>f 6553/24873/22238 6552/24870/22238 6550/24872/20564</w:t>
        <w:br/>
        <w:t>f 6561/24874/20935 6560/24875/20935 6559/24876/22239</w:t>
        <w:br/>
        <w:t>f 6558/24877/22239 6561/24874/20935 6559/24876/22239</w:t>
        <w:br/>
        <w:t>f 6564/24878/22240 6563/24879/22240 6562/24880/22241</w:t>
        <w:br/>
        <w:t>f 6565/24881/22242 6564/24878/22240 6562/24880/22241</w:t>
        <w:br/>
        <w:t>f 6566/24882/22243 6565/24881/22242 6562/24880/22241</w:t>
        <w:br/>
        <w:t>f 6567/24883/22244 6566/24882/22243 6562/24880/22241</w:t>
        <w:br/>
        <w:t>f 6568/24884/22245 6567/24883/22244 6562/24880/22241</w:t>
        <w:br/>
        <w:t>f 6569/24885/22240 6568/24884/22245 6562/24880/22241</w:t>
        <w:br/>
        <w:t>f 6570/24886/22240 6569/24885/22240 6562/24880/22241</w:t>
        <w:br/>
        <w:t>f 6563/24879/22240 6570/24886/22240 6562/24880/22241</w:t>
        <w:br/>
        <w:t>f 6573/24887/22246 6572/24888/22246 6571/24889/22246</w:t>
        <w:br/>
        <w:t>f 6574/24890/22247 6573/24887/22246 6571/24889/22246</w:t>
        <w:br/>
        <w:t>f 6575/24891/22247 6574/24890/22247 6571/24889/22246</w:t>
        <w:br/>
        <w:t>f 6576/24892/22246 6575/24891/22247 6571/24889/22246</w:t>
        <w:br/>
        <w:t>f 6577/24893/22246 6576/24892/22246 6571/24889/22246</w:t>
        <w:br/>
        <w:t>f 6578/24894/22246 6577/24893/22246 6571/24889/22246</w:t>
        <w:br/>
        <w:t>f 6579/24895/22246 6578/24894/22246 6571/24889/22246</w:t>
        <w:br/>
        <w:t>f 6572/24888/22246 6579/24895/22246 6571/24889/22246</w:t>
        <w:br/>
        <w:t>f 6582/24896/22248 6581/24897/22248 6580/24898/22248</w:t>
        <w:br/>
        <w:t>f 6583/24899/22248 6582/24896/22248 6580/24898/22248</w:t>
        <w:br/>
        <w:t>f 6584/24900/22249 6583/24899/22248 6580/24898/22248</w:t>
        <w:br/>
        <w:t>f 6585/24901/22248 6584/24900/22249 6580/24898/22248</w:t>
        <w:br/>
        <w:t>f 6586/24902/22248 6585/24901/22248 6580/24898/22248</w:t>
        <w:br/>
        <w:t>f 6587/24903/22248 6586/24902/22248 6580/24898/22248</w:t>
        <w:br/>
        <w:t>f 6588/24904/22248 6587/24903/22248 6580/24898/22248</w:t>
        <w:br/>
        <w:t>f 6581/24897/22248 6588/24904/22248 6580/24898/22248</w:t>
        <w:br/>
        <w:t>f 6591/24905/22250 6590/24906/22250 6589/24907/22251</w:t>
        <w:br/>
        <w:t>f 6590/24906/22250 6592/24908/22252 6589/24907/22251</w:t>
        <w:br/>
        <w:t>f 6592/24908/22252 6593/24909/22253 6589/24907/22251</w:t>
        <w:br/>
        <w:t>f 6593/24909/22253 6594/24910/22254 6589/24907/22251</w:t>
        <w:br/>
        <w:t>f 6594/24910/22254 6595/24911/22255 6589/24907/22251</w:t>
        <w:br/>
        <w:t>f 6595/24911/22255 6596/24912/22255 6589/24907/22251</w:t>
        <w:br/>
        <w:t>f 6596/24912/22255 6597/24913/22250 6589/24907/22251</w:t>
        <w:br/>
        <w:t>f 6597/24913/22250 6591/24905/22250 6589/24907/22251</w:t>
        <w:br/>
        <w:t>f 6600/24914/22256 6599/24915/22257 6598/24916/22257</w:t>
        <w:br/>
        <w:t>f 6599/24915/22257 6601/24917/22257 6598/24916/22257</w:t>
        <w:br/>
        <w:t>f 6601/24917/22257 6602/24918/22256 6598/24916/22257</w:t>
        <w:br/>
        <w:t>f 6602/24918/22256 6603/24919/22257 6598/24916/22257</w:t>
        <w:br/>
        <w:t>f 6603/24919/22257 6604/24920/22257 6598/24916/22257</w:t>
        <w:br/>
        <w:t>f 6604/24920/22257 6605/24921/22256 6598/24916/22257</w:t>
        <w:br/>
        <w:t>f 6605/24921/22256 6606/24922/22256 6598/24916/22257</w:t>
        <w:br/>
        <w:t>f 6606/24922/22256 6600/24914/22256 6598/24916/22257</w:t>
        <w:br/>
        <w:t>f 6609/24923/22258 6608/24924/22258 6607/24925/22258</w:t>
        <w:br/>
        <w:t>f 6608/24924/22258 6610/24926/22258 6607/24925/22258</w:t>
        <w:br/>
        <w:t>f 6610/24926/22258 6611/24927/22258 6607/24925/22258</w:t>
        <w:br/>
        <w:t>f 6611/24927/22258 6612/24928/22258 6607/24925/22258</w:t>
        <w:br/>
        <w:t>f 6612/24928/22258 6613/24929/22258 6607/24925/22258</w:t>
        <w:br/>
        <w:t>f 6613/24929/22258 6614/24930/22258 6607/24925/22258</w:t>
        <w:br/>
        <w:t>f 6614/24930/22258 6615/24931/22258 6607/24925/22258</w:t>
        <w:br/>
        <w:t>f 6615/24931/22258 6609/24923/22258 6607/24925/22258</w:t>
        <w:br/>
        <w:t>f 6647/24932/22259 6646/24933/22260 6645/24934/22260</w:t>
        <w:br/>
        <w:t>f 6644/24935/22259 6647/24932/22259 6645/24934/22260</w:t>
        <w:br/>
        <w:t>f 4919/23711/21398 4920/23710/21397 5018/23810/21496</w:t>
        <w:br/>
        <w:t>f 6323/24861/22231 4919/23711/21398 5018/23810/21496</w:t>
        <w:br/>
        <w:t>f 11380/24936/22261 11379/24937/22262 11378/24938/22263</w:t>
        <w:br/>
        <w:t>f 11377/24939/22264 11380/24936/22261 11378/24938/22263</w:t>
        <w:br/>
        <w:t>f 11383/24940/22265 11382/24941/22266 11381/24942/22267</w:t>
        <w:br/>
        <w:t>f 11384/24943/22268 11383/24940/22265 11381/24942/22267</w:t>
        <w:br/>
        <w:t>f 11388/24944/22269 11387/24945/22270 11386/24946/22271</w:t>
        <w:br/>
        <w:t>f 11385/24947/22272 11388/24944/22269 11386/24946/22271</w:t>
        <w:br/>
        <w:t>f 11392/24948/22273 11391/24949/22274 11390/24950/22275</w:t>
        <w:br/>
        <w:t>f 11389/24951/22276 11392/24948/22273 11390/24950/22275</w:t>
        <w:br/>
        <w:t>f 11396/24952/22277 11395/24953/22278 11394/24954/22279</w:t>
        <w:br/>
        <w:t>f 11393/24955/22280 11396/24952/22277 11394/24954/22279</w:t>
        <w:br/>
        <w:t>f 11400/24956/22281 11399/24957/22282 11398/24958/22283</w:t>
        <w:br/>
        <w:t>f 11397/24959/22284 11400/24956/22281 11398/24958/22283</w:t>
        <w:br/>
        <w:t>f 11397/24959/22284 11402/24960/22285 11401/24961/22286</w:t>
        <w:br/>
        <w:t>f 11400/24956/22281 11397/24959/22284 11401/24961/22286</w:t>
        <w:br/>
        <w:t>f 11405/24962/22287 11404/24963/22288 11403/24964/22289</w:t>
        <w:br/>
        <w:t>f 11406/24965/22290 11405/24962/22287 11403/24964/22289</w:t>
        <w:br/>
        <w:t>f 11408/24966/22291 11406/24965/22290 11403/24964/22289</w:t>
        <w:br/>
        <w:t>f 11407/24967/22292 11408/24966/22291 11403/24964/22289</w:t>
        <w:br/>
        <w:t>f 11410/24968/22293 11409/24969/22294 11401/24961/22286</w:t>
        <w:br/>
        <w:t>f 11402/24960/22285 11410/24968/22293 11401/24961/22286</w:t>
        <w:br/>
        <w:t>f 11413/24970/22295 11412/24971/22296 11411/24972/22297</w:t>
        <w:br/>
        <w:t>f 11414/24973/22298 11413/24970/22295 11411/24972/22297</w:t>
        <w:br/>
        <w:t>f 11418/24974/22299 11417/24975/22299 11416/24976/22300</w:t>
        <w:br/>
        <w:t>f 11415/24977/22301 11418/24974/22299 11416/24976/22300</w:t>
        <w:br/>
        <w:t>f 11422/24978/22302 11421/24979/22303 11420/24980/22304</w:t>
        <w:br/>
        <w:t>f 11419/24981/22305 11422/24978/22302 11420/24980/22304</w:t>
        <w:br/>
        <w:t>f 11425/24982/22306 11424/24983/22307 11423/24984/22308</w:t>
        <w:br/>
        <w:t>f 11426/24985/22309 11425/24982/22306 11423/24984/22308</w:t>
        <w:br/>
        <w:t>f 11428/24986/22310 11422/24978/22302 11419/24981/22305</w:t>
        <w:br/>
        <w:t>f 11427/24987/22311 11428/24986/22310 11419/24981/22305</w:t>
        <w:br/>
        <w:t>f 11431/24988/22312 11430/24989/22313 11429/24990/22314</w:t>
        <w:br/>
        <w:t>f 11432/24991/22315 11431/24988/22312 11429/24990/22314</w:t>
        <w:br/>
        <w:t>f 11435/24992/22316 11434/24993/22317 11433/24994/22318</w:t>
        <w:br/>
        <w:t>f 11436/24995/22319 11435/24992/22316 11433/24994/22318</w:t>
        <w:br/>
        <w:t>f 11432/24991/22315 11438/24996/22320 11437/24997/22321</w:t>
        <w:br/>
        <w:t>f 11431/24988/22312 11432/24991/22315 11437/24997/22321</w:t>
        <w:br/>
        <w:t>f 11441/24998/22322 11440/24999/22323 11439/25000/22324</w:t>
        <w:br/>
        <w:t>f 11442/25001/22325 11441/24998/22322 11439/25000/22324</w:t>
        <w:br/>
        <w:t>f 11445/25002/22326 11444/25003/22327 11443/25004/22328</w:t>
        <w:br/>
        <w:t>f 11446/25005/22329 11445/25002/22326 11443/25004/22328</w:t>
        <w:br/>
        <w:t>f 11448/25006/22330 11447/25007/22331 11434/24993/22317</w:t>
        <w:br/>
        <w:t>f 11435/24992/22316 11448/25006/22330 11434/24993/22317</w:t>
        <w:br/>
        <w:t>f 11452/25008/22332 11451/25009/22333 11450/25010/22334</w:t>
        <w:br/>
        <w:t>f 11449/25011/22335 11452/25008/22332 11450/25010/22334</w:t>
        <w:br/>
        <w:t>f 11455/25012/22336 11454/25013/22337 11453/25014/22338</w:t>
        <w:br/>
        <w:t>f 11456/25015/22339 11455/25012/22336 11453/25014/22338</w:t>
        <w:br/>
        <w:t>f 11460/25016/22340 11459/25017/22341 11458/25018/22342</w:t>
        <w:br/>
        <w:t>f 11457/25019/22343 11460/25016/22340 11458/25018/22342</w:t>
        <w:br/>
        <w:t>f 11463/25020/22344 11462/25021/22345 11461/25022/22346</w:t>
        <w:br/>
        <w:t>f 11464/25023/22347 11463/25020/22344 11461/25022/22346</w:t>
        <w:br/>
        <w:t>f 11466/25024/22348 11465/25025/22349 11443/25004/22328</w:t>
        <w:br/>
        <w:t>f 11444/25003/22327 11466/25024/22348 11443/25004/22328</w:t>
        <w:br/>
        <w:t>f 11430/24989/22313 11445/25002/22326 11446/25005/22329</w:t>
        <w:br/>
        <w:t>f 11429/24990/22314 11430/24989/22313 11446/25005/22329</w:t>
        <w:br/>
        <w:t>f 11470/25026/22350 11469/25027/22351 11468/25028/22352</w:t>
        <w:br/>
        <w:t>f 11467/25029/22353 11470/25026/22350 11468/25028/22352</w:t>
        <w:br/>
        <w:t>f 11473/25030/22354 11472/25031/22355 11471/25032/22356</w:t>
        <w:br/>
        <w:t>f 11474/25033/22357 11473/25030/22354 11471/25032/22356</w:t>
        <w:br/>
        <w:t>f 11476/25034/22358 11475/25035/22359 11473/25030/22354</w:t>
        <w:br/>
        <w:t>f 11474/25033/22357 11476/25034/22358 11473/25030/22354</w:t>
        <w:br/>
        <w:t>f 11479/25036/22360 11478/25037/22361 11477/25038/22362</w:t>
        <w:br/>
        <w:t>f 11480/25039/22363 11479/25036/22360 11477/25038/22362</w:t>
        <w:br/>
        <w:t>f 11484/25040/22364 11483/25041/22365 11482/25042/22366</w:t>
        <w:br/>
        <w:t>f 11481/25043/22367 11484/25040/22364 11482/25042/22366</w:t>
        <w:br/>
        <w:t>f 11488/25044/22368 11487/25045/22369 11486/25046/22370</w:t>
        <w:br/>
        <w:t>f 11485/25047/22371 11488/25044/22368 11486/25046/22370</w:t>
        <w:br/>
        <w:t>f 11463/25020/22344 11490/25048/22372 11489/25049/22373</w:t>
        <w:br/>
        <w:t>f 11462/25021/22345 11463/25020/22344 11489/25049/22373</w:t>
        <w:br/>
        <w:t>f 11493/25050/22374 11492/25051/22375 11491/25052/22376</w:t>
        <w:br/>
        <w:t>f 11494/25053/22377 11493/25050/22374 11491/25052/22376</w:t>
        <w:br/>
        <w:t>f 11496/25054/22378 11494/25053/22377 11491/25052/22376</w:t>
        <w:br/>
        <w:t>f 11495/25055/22379 11496/25054/22378 11491/25052/22376</w:t>
        <w:br/>
        <w:t>f 11500/25056/22380 11499/25057/22381 11498/25058/22382</w:t>
        <w:br/>
        <w:t>f 11497/25059/22382 11500/25056/22380 11498/25058/22382</w:t>
        <w:br/>
        <w:t>f 11504/25060/22383 11503/25061/22384 11502/25062/22385</w:t>
        <w:br/>
        <w:t>f 11501/25063/22386 11504/25060/22383 11502/25062/22385</w:t>
        <w:br/>
        <w:t>f 11506/25064/22387 11505/25065/22388 11392/24948/22273</w:t>
        <w:br/>
        <w:t>f 11389/24951/22276 11506/25064/22387 11392/24948/22273</w:t>
        <w:br/>
        <w:t>f 11510/25066/22389 11509/25067/22390 11508/25068/22391</w:t>
        <w:br/>
        <w:t>f 11507/25069/22392 11510/25066/22389 11508/25068/22391</w:t>
        <w:br/>
        <w:t>f 11514/25070/22393 11513/25071/22394 11512/25072/22395</w:t>
        <w:br/>
        <w:t>f 11511/25073/22396 11514/25070/22393 11512/25072/22395</w:t>
        <w:br/>
        <w:t>f 11518/25074/22397 11517/25075/22398 11516/25076/22399</w:t>
        <w:br/>
        <w:t>f 11515/25077/22400 11518/25074/22397 11516/25076/22399</w:t>
        <w:br/>
        <w:t>f 11521/25078/22401 11520/25079/22402 11519/25080/22403</w:t>
        <w:br/>
        <w:t>f 11522/25081/22404 11521/25078/22401 11519/25080/22403</w:t>
        <w:br/>
        <w:t>f 11507/25069/22392 11508/25068/22391 11523/25082/22405</w:t>
        <w:br/>
        <w:t>f 11524/25083/22406 11507/25069/22392 11523/25082/22405</w:t>
        <w:br/>
        <w:t>f 11526/25084/22407 11524/25083/22406 11523/25082/22405</w:t>
        <w:br/>
        <w:t>f 11525/25085/22408 11526/25084/22407 11523/25082/22405</w:t>
        <w:br/>
        <w:t>f 11530/25086/22409 11529/25087/22409 11528/25088/22410</w:t>
        <w:br/>
        <w:t>f 11527/25089/22411 11530/25086/22409 11528/25088/22410</w:t>
        <w:br/>
        <w:t>f 11531/25090/22412 11479/25036/22360 11480/25039/22363</w:t>
        <w:br/>
        <w:t>f 11532/25091/22413 11531/25090/22412 11480/25039/22363</w:t>
        <w:br/>
        <w:t>f 11536/25092/22414 11535/25093/22415 11534/25094/22416</w:t>
        <w:br/>
        <w:t>f 11533/25095/22417 11536/25092/22414 11534/25094/22416</w:t>
        <w:br/>
        <w:t>f 11539/25096/22418 11538/25097/22419 11537/25098/22420</w:t>
        <w:br/>
        <w:t>f 11540/25099/22421 11539/25096/22418 11537/25098/22420</w:t>
        <w:br/>
        <w:t>f 11542/25100/22422 11541/25101/22423 11539/25096/22418</w:t>
        <w:br/>
        <w:t>f 11540/25099/22421 11542/25100/22422 11539/25096/22418</w:t>
        <w:br/>
        <w:t>f 11458/25018/22342 11544/25102/22424 11543/25103/22425</w:t>
        <w:br/>
        <w:t>f 11457/25019/22343 11458/25018/22342 11543/25103/22425</w:t>
        <w:br/>
        <w:t>f 11548/25104/22426 11547/25105/22427 11546/25106/22428</w:t>
        <w:br/>
        <w:t>f 11545/25107/22429 11548/25104/22426 11546/25106/22428</w:t>
        <w:br/>
        <w:t>f 11409/24969/22294 11410/24968/22293 11404/24963/22288</w:t>
        <w:br/>
        <w:t>f 11405/24962/22287 11409/24969/22294 11404/24963/22288</w:t>
        <w:br/>
        <w:t>f 11549/25108/22430 11412/24971/22296 11450/25010/22334</w:t>
        <w:br/>
        <w:t>f 11451/25009/22333 11549/25108/22430 11450/25010/22334</w:t>
        <w:br/>
        <w:t>f 11413/24970/22295 11438/24996/22320 11386/24946/22271</w:t>
        <w:br/>
        <w:t>f 11387/24945/22270 11413/24970/22295 11386/24946/22271</w:t>
        <w:br/>
        <w:t>f 11432/24991/22315 11429/24990/22314 11382/24941/22266</w:t>
        <w:br/>
        <w:t>f 11383/24940/22265 11432/24991/22315 11382/24941/22266</w:t>
        <w:br/>
        <w:t>f 11389/24951/22276 11390/24950/22275 11446/25005/22329</w:t>
        <w:br/>
        <w:t>f 11443/25004/22328 11389/24951/22276 11446/25005/22329</w:t>
        <w:br/>
        <w:t>f 11389/24951/22276 11443/25004/22328 11465/25025/22349</w:t>
        <w:br/>
        <w:t>f 11506/25064/22387 11389/24951/22276 11465/25025/22349</w:t>
        <w:br/>
        <w:t>f 11506/25064/22387 11465/25025/22349 11425/24982/22306</w:t>
        <w:br/>
        <w:t>f 11550/25109/22431 11506/25064/22387 11425/24982/22306</w:t>
        <w:br/>
        <w:t>f 11498/25058/22382 11552/25110/22432 11551/25111/22433</w:t>
        <w:br/>
        <w:t>f 11497/25059/22382 11498/25058/22382 11551/25111/22433</w:t>
        <w:br/>
        <w:t>f 11556/25112/22433 11555/25113/22307 11554/25114/22434</w:t>
        <w:br/>
        <w:t>f 11553/25115/22435 11556/25112/22433 11554/25114/22434</w:t>
        <w:br/>
        <w:t>f 11559/25116/22348 11558/25117/22327 11557/25118/22436</w:t>
        <w:br/>
        <w:t>f 11560/25119/22437 11559/25116/22348 11557/25118/22436</w:t>
        <w:br/>
        <w:t>f 11461/25022/22346 11462/25021/22345 11558/25117/22327</w:t>
        <w:br/>
        <w:t>f 11561/25120/22438 11461/25022/22346 11558/25117/22327</w:t>
        <w:br/>
        <w:t>f 11492/25051/22375 11461/25022/22346 11561/25120/22438</w:t>
        <w:br/>
        <w:t>f 11562/25121/22313 11492/25051/22375 11561/25120/22438</w:t>
        <w:br/>
        <w:t>f 11562/25121/22313 11563/25122/22312 11491/25052/22376</w:t>
        <w:br/>
        <w:t>f 11492/25051/22375 11562/25121/22313 11491/25052/22376</w:t>
        <w:br/>
        <w:t>f 11563/25122/22312 11564/25123/22321 11495/25055/22379</w:t>
        <w:br/>
        <w:t>f 11491/25052/22376 11563/25122/22312 11495/25055/22379</w:t>
        <w:br/>
        <w:t>f 11481/25043/22367 11482/25042/22366 11566/25124/22298</w:t>
        <w:br/>
        <w:t>f 11565/25125/22297 11481/25043/22367 11566/25124/22298</w:t>
        <w:br/>
        <w:t>f 11511/25073/22396 11484/25040/22364 11567/25126/22439</w:t>
        <w:br/>
        <w:t>f 11568/25127/22440 11511/25073/22396 11567/25126/22439</w:t>
        <w:br/>
        <w:t>f 11483/25041/22365 11512/25072/22395 11525/25085/22408</w:t>
        <w:br/>
        <w:t>f 11496/25054/22378 11483/25041/22365 11525/25085/22408</w:t>
        <w:br/>
        <w:t>f 11494/25053/22377 11523/25082/22405 11508/25068/22391</w:t>
        <w:br/>
        <w:t>f 11493/25050/22374 11494/25053/22377 11508/25068/22391</w:t>
        <w:br/>
        <w:t>f 11569/25128/22441 11463/25020/22344 11464/25023/22347</w:t>
        <w:br/>
        <w:t>f 11509/25067/22390 11569/25128/22441 11464/25023/22347</w:t>
        <w:br/>
        <w:t>f 11463/25020/22344 11569/25128/22441 11571/25129/22442</w:t>
        <w:br/>
        <w:t>f 11570/25130/22442 11463/25020/22344 11571/25129/22442</w:t>
        <w:br/>
        <w:t>f 11490/25048/22372 11520/25079/22402 11573/25131/22443</w:t>
        <w:br/>
        <w:t>f 11572/25132/22443 11490/25048/22372 11573/25131/22443</w:t>
        <w:br/>
        <w:t>f 11499/25057/22381 11500/25056/22380 11527/25089/22411</w:t>
        <w:br/>
        <w:t>f 11528/25088/22410 11499/25057/22381 11527/25089/22411</w:t>
        <w:br/>
        <w:t>f 11468/25028/22352 11469/25027/22351 11380/24936/22261</w:t>
        <w:br/>
        <w:t>f 11377/24939/22264 11468/25028/22352 11380/24936/22261</w:t>
        <w:br/>
        <w:t>f 11574/25133/22444 11505/25065/22388 11532/25091/22413</w:t>
        <w:br/>
        <w:t>f 11480/25039/22363 11574/25133/22444 11532/25091/22413</w:t>
        <w:br/>
        <w:t>f 11391/24949/22274 11392/24948/22273 11480/25039/22363</w:t>
        <w:br/>
        <w:t>f 11477/25038/22362 11391/24949/22274 11480/25039/22363</w:t>
        <w:br/>
        <w:t>f 11381/24942/22267 11472/25031/22355 11473/25030/22354</w:t>
        <w:br/>
        <w:t>f 11384/24943/22268 11381/24942/22267 11473/25030/22354</w:t>
        <w:br/>
        <w:t>f 11475/25035/22359 11385/24947/22272 11384/24943/22268</w:t>
        <w:br/>
        <w:t>f 11473/25030/22354 11475/25035/22359 11384/24943/22268</w:t>
        <w:br/>
        <w:t>f 11388/24944/22269 11576/25134/22445 11575/25135/22446</w:t>
        <w:br/>
        <w:t>f 11449/25011/22335 11388/24944/22269 11575/25135/22446</w:t>
        <w:br/>
        <w:t>f 11578/25136/22447 11440/24999/22323 11453/25014/22338</w:t>
        <w:br/>
        <w:t>f 11577/25137/22448 11578/25136/22447 11453/25014/22338</w:t>
        <w:br/>
        <w:t>f 11580/25138/22449 11396/24952/22277 11579/25139/22450</w:t>
        <w:br/>
        <w:t>f 11581/25140/22451 11580/25138/22449 11579/25139/22450</w:t>
        <w:br/>
        <w:t>f 11395/24953/22278 11583/25141/22322 11582/25142/22325</w:t>
        <w:br/>
        <w:t>f 11584/25143/22452 11395/24953/22278 11582/25142/22325</w:t>
        <w:br/>
        <w:t>f 11587/25144/22453 11586/25145/22318 11585/25146/22317</w:t>
        <w:br/>
        <w:t>f 11588/25147/22454 11587/25144/22453 11585/25146/22317</w:t>
        <w:br/>
        <w:t>f 11592/25148/22311 11591/25149/22455 11590/25150/22456</w:t>
        <w:br/>
        <w:t>f 11589/25151/22331 11592/25148/22311 11590/25150/22456</w:t>
        <w:br/>
        <w:t>f 11591/25149/22455 11592/25148/22311 11594/25152/22305</w:t>
        <w:br/>
        <w:t>f 11593/25153/22457 11591/25149/22455 11594/25152/22305</w:t>
        <w:br/>
        <w:t>f 11593/25153/22457 11594/25152/22305 11596/25154/22458</w:t>
        <w:br/>
        <w:t>f 11595/25155/22459 11593/25153/22457 11596/25154/22458</w:t>
        <w:br/>
        <w:t>f 11417/24975/22299 11418/24974/22299 11598/25156/22460</w:t>
        <w:br/>
        <w:t>f 11597/25157/22461 11417/24975/22299 11598/25156/22460</w:t>
        <w:br/>
        <w:t>f 11601/25158/22462 11421/24979/22303 11600/25159/22463</w:t>
        <w:br/>
        <w:t>f 11599/25160/22464 11601/25158/22462 11600/25159/22463</w:t>
        <w:br/>
        <w:t>f 11603/25161/22465 11602/25162/22466 11422/24978/22302</w:t>
        <w:br/>
        <w:t>f 11428/24986/22310 11603/25161/22465 11422/24978/22302</w:t>
        <w:br/>
        <w:t>f 11544/25102/22424 11458/25018/22342 11428/24986/22310</w:t>
        <w:br/>
        <w:t>f 11448/25006/22330 11544/25102/22424 11428/24986/22310</w:t>
        <w:br/>
        <w:t>f 11537/25098/22420 11435/24992/22316 11436/24995/22319</w:t>
        <w:br/>
        <w:t>f 11540/25099/22421 11537/25098/22420 11436/24995/22319</w:t>
        <w:br/>
        <w:t>f 11439/25000/22324 11542/25100/22422 11540/25099/22421</w:t>
        <w:br/>
        <w:t>f 11436/24995/22319 11439/25000/22324 11540/25099/22421</w:t>
        <w:br/>
        <w:t>f 11607/25163/22467 11606/25164/22468 11605/25165/22469</w:t>
        <w:br/>
        <w:t>f 11604/25166/22470 11607/25163/22467 11605/25165/22469</w:t>
        <w:br/>
        <w:t>f 11608/25167/22471 11504/25060/22383 11547/25105/22427</w:t>
        <w:br/>
        <w:t>f 11609/25168/22472 11608/25167/22471 11547/25105/22427</w:t>
        <w:br/>
        <w:t>f 11612/25169/22473 11611/25170/22474 11610/25171/22474</w:t>
        <w:br/>
        <w:t>f 11546/25106/22475 11612/25169/22473 11610/25171/22474</w:t>
        <w:br/>
        <w:t>f 11615/25172/22476 11614/25173/22477 11613/25174/22477</w:t>
        <w:br/>
        <w:t>f 11616/25175/22476 11615/25172/22476 11613/25174/22477</w:t>
        <w:br/>
        <w:t>f 11619/25176/22478 11618/25177/22479 11617/25178/22479</w:t>
        <w:br/>
        <w:t>f 11620/25179/22480 11619/25176/22478 11617/25178/22479</w:t>
        <w:br/>
        <w:t>f 11619/25176/22478 11479/25036/22360 11622/25180/22481</w:t>
        <w:br/>
        <w:t>f 11621/25181/22481 11619/25176/22478 11622/25180/22481</w:t>
        <w:br/>
        <w:t>f 11460/25016/22482 11531/25090/22483 11624/25182/22484</w:t>
        <w:br/>
        <w:t>f 11623/25183/22484 11460/25016/22482 11624/25182/22484</w:t>
        <w:br/>
        <w:t>f 11529/25087/22409 11530/25086/22409 11415/24977/22301</w:t>
        <w:br/>
        <w:t>f 11416/24976/22300 11529/25087/22409 11415/24977/22301</w:t>
        <w:br/>
        <w:t>f 11515/25077/22400 11516/25076/22399 11398/24958/22283</w:t>
        <w:br/>
        <w:t>f 11625/25184/22485 11515/25077/22400 11398/24958/22283</w:t>
        <w:br/>
        <w:t>f 11628/25185/22486 11627/25186/22487 11626/25187/22487</w:t>
        <w:br/>
        <w:t>f 11397/24959/22284 11628/25185/22486 11626/25187/22487</w:t>
        <w:br/>
        <w:t>f 11410/24968/22293 11402/24960/22285 11522/25081/22488</w:t>
        <w:br/>
        <w:t>f 11629/25188/22489 11410/24968/22293 11522/25081/22488</w:t>
        <w:br/>
        <w:t>f 11404/24963/22288 11410/24968/22293 11510/25066/22389</w:t>
        <w:br/>
        <w:t>f 11507/25069/22392 11404/24963/22288 11510/25066/22389</w:t>
        <w:br/>
        <w:t>f 11507/25069/22392 11524/25083/22406 11403/24964/22289</w:t>
        <w:br/>
        <w:t>f 11404/24963/22288 11507/25069/22392 11403/24964/22289</w:t>
        <w:br/>
        <w:t>f 11524/25083/22406 11630/25189/22490 11407/24967/22292</w:t>
        <w:br/>
        <w:t>f 11403/24964/22289 11524/25083/22406 11407/24967/22292</w:t>
        <w:br/>
        <w:t>f 11625/25184/22485 11398/24958/22283 11399/24957/22282</w:t>
        <w:br/>
        <w:t>f 11631/25190/22491 11625/25184/22485 11399/24957/22282</w:t>
        <w:br/>
        <w:t>f 11632/25191/22492 11420/24980/22304 11421/24979/22303</w:t>
        <w:br/>
        <w:t>f 11601/25158/22462 11632/25191/22492 11421/24979/22303</w:t>
        <w:br/>
        <w:t>f 11426/24985/22309 11378/24938/22263 11379/24937/22262</w:t>
        <w:br/>
        <w:t>f 11425/24982/22306 11426/24985/22309 11379/24937/22262</w:t>
        <w:br/>
        <w:t>f 11518/25074/22397 11485/25047/22371 11486/25046/22370</w:t>
        <w:br/>
        <w:t>f 11517/25075/22398 11518/25074/22397 11486/25046/22370</w:t>
        <w:br/>
        <w:t>f 11634/25192/22492 11633/25193/22493 11595/25155/22459</w:t>
        <w:br/>
        <w:t>f 11596/25154/22458 11634/25192/22492 11595/25155/22459</w:t>
        <w:br/>
        <w:t>f 11467/25029/22353 11534/25094/22416 11535/25093/22415</w:t>
        <w:br/>
        <w:t>f 11470/25026/22350 11467/25029/22353 11535/25093/22415</w:t>
        <w:br/>
        <w:t>f 11379/24937/22262 11380/24936/22261 11505/25065/22388</w:t>
        <w:br/>
        <w:t>f 11506/25064/22387 11379/24937/22262 11505/25065/22388</w:t>
        <w:br/>
        <w:t>f 11424/24983/22307 11425/24982/22306 11465/25025/22349</w:t>
        <w:br/>
        <w:t>f 11466/25024/22348 11424/24983/22307 11465/25025/22349</w:t>
        <w:br/>
        <w:t>f 11469/25027/22351 11470/25026/22350 11531/25090/22412</w:t>
        <w:br/>
        <w:t>f 11532/25091/22413 11469/25027/22351 11531/25090/22412</w:t>
        <w:br/>
        <w:t>f 11490/25048/22372 11486/25046/22370 11487/25045/22369</w:t>
        <w:br/>
        <w:t>f 11489/25049/22373 11490/25048/22372 11487/25045/22369</w:t>
        <w:br/>
        <w:t>f 11521/25078/22401 11516/25076/22399 11517/25075/22398</w:t>
        <w:br/>
        <w:t>f 11520/25079/22402 11521/25078/22401 11517/25075/22398</w:t>
        <w:br/>
        <w:t>f 11535/25093/22415 11536/25092/22414 11459/25017/22341</w:t>
        <w:br/>
        <w:t>f 11460/25016/22340 11535/25093/22415 11459/25017/22341</w:t>
        <w:br/>
        <w:t>f 11560/25119/22437 11554/25114/22434 11555/25113/22307</w:t>
        <w:br/>
        <w:t>f 11559/25116/22348 11560/25119/22437 11555/25113/22307</w:t>
        <w:br/>
        <w:t>f 11505/25065/22388 11380/24936/22261 11469/25027/22351</w:t>
        <w:br/>
        <w:t>f 11532/25091/22413 11505/25065/22388 11469/25027/22351</w:t>
        <w:br/>
        <w:t>f 11602/25162/22466 11600/25159/22463 11421/24979/22303</w:t>
        <w:br/>
        <w:t>f 11422/24978/22302 11602/25162/22466 11421/24979/22303</w:t>
        <w:br/>
        <w:t>f 11397/24959/22284 11398/24958/22283 11516/25076/22399</w:t>
        <w:br/>
        <w:t>f 11628/25185/22486 11397/24959/22284 11516/25076/22399</w:t>
        <w:br/>
        <w:t>f 11385/24947/22272 11386/24946/22271 11383/24940/22265</w:t>
        <w:br/>
        <w:t>f 11384/24943/22268 11385/24947/22272 11383/24940/22265</w:t>
        <w:br/>
        <w:t>f 11395/24953/22278 11408/24966/22291 11407/24967/22292</w:t>
        <w:br/>
        <w:t>f 11394/24954/22279 11395/24953/22278 11407/24967/22292</w:t>
        <w:br/>
        <w:t>f 11438/24996/22320 11413/24970/22295 11414/24973/22298</w:t>
        <w:br/>
        <w:t>f 11437/24997/22321 11438/24996/22320 11414/24973/22298</w:t>
        <w:br/>
        <w:t>f 11442/25001/22325 11439/25000/22324 11436/24995/22319</w:t>
        <w:br/>
        <w:t>f 11433/24994/22318 11442/25001/22325 11436/24995/22319</w:t>
        <w:br/>
        <w:t>f 11475/25035/22359 11476/25034/22358 11501/25063/22386</w:t>
        <w:br/>
        <w:t>f 11502/25062/22385 11475/25035/22359 11501/25063/22386</w:t>
        <w:br/>
        <w:t>f 11483/25041/22365 11496/25054/22378 11495/25055/22379</w:t>
        <w:br/>
        <w:t>f 11482/25042/22366 11483/25041/22365 11495/25055/22379</w:t>
        <w:br/>
        <w:t>f 11513/25071/22394 11526/25084/22407 11525/25085/22408</w:t>
        <w:br/>
        <w:t>f 11512/25072/22395 11513/25071/22394 11525/25085/22408</w:t>
        <w:br/>
        <w:t>f 11541/25101/22423 11542/25100/22422 11545/25107/22429</w:t>
        <w:br/>
        <w:t>f 11546/25106/22428 11541/25101/22423 11545/25107/22429</w:t>
        <w:br/>
        <w:t>f 11438/24996/22320 11432/24991/22315 11383/24940/22265</w:t>
        <w:br/>
        <w:t>f 11386/24946/22271 11438/24996/22320 11383/24940/22265</w:t>
        <w:br/>
        <w:t>f 11564/25123/22321 11566/25124/22298 11482/25042/22366</w:t>
        <w:br/>
        <w:t>f 11495/25055/22379 11564/25123/22321 11482/25042/22366</w:t>
        <w:br/>
        <w:t>f 11523/25082/22405 11494/25053/22377 11496/25054/22378</w:t>
        <w:br/>
        <w:t>f 11525/25085/22408 11523/25082/22405 11496/25054/22378</w:t>
        <w:br/>
        <w:t>f 11502/25062/22385 11388/24944/22269 11385/24947/22272</w:t>
        <w:br/>
        <w:t>f 11475/25035/22359 11502/25062/22385 11385/24947/22272</w:t>
        <w:br/>
        <w:t>f 11586/25145/22318 11587/25144/22453 11584/25143/22452</w:t>
        <w:br/>
        <w:t>f 11582/25142/22325 11586/25145/22318 11584/25143/22452</w:t>
        <w:br/>
        <w:t>f 11542/25100/22422 11439/25000/22324 11440/24999/22323</w:t>
        <w:br/>
        <w:t>f 11578/25136/22447 11542/25100/22422 11440/24999/22323</w:t>
        <w:br/>
        <w:t>f 11611/25170/22474 11615/25172/22476 11616/25175/22476</w:t>
        <w:br/>
        <w:t>f 11610/25171/22474 11611/25170/22474 11616/25175/22476</w:t>
        <w:br/>
        <w:t>f 11630/25189/22490 11605/25165/22469 11606/25164/22468</w:t>
        <w:br/>
        <w:t>f 11407/24967/22292 11630/25189/22490 11606/25164/22468</w:t>
        <w:br/>
        <w:t>f 11579/25139/22450 11396/24952/22277 11393/24955/22280</w:t>
        <w:br/>
        <w:t>f 11635/25194/22494 11579/25139/22450 11393/24955/22280</w:t>
        <w:br/>
        <w:t>f 11412/24971/22296 11549/25108/22430 11636/25195/22495</w:t>
        <w:br/>
        <w:t>f 11411/24972/22297 11412/24971/22296 11636/25195/22495</w:t>
        <w:br/>
        <w:t>f 11449/25011/22335 11450/25010/22334 11387/24945/22270</w:t>
        <w:br/>
        <w:t>f 11388/24944/22269 11449/25011/22335 11387/24945/22270</w:t>
        <w:br/>
        <w:t>f 11456/25015/22339 11453/25014/22338 11440/24999/22323</w:t>
        <w:br/>
        <w:t>f 11441/24998/22322 11456/25015/22339 11440/24999/22323</w:t>
        <w:br/>
        <w:t>f 11567/25126/22439 11484/25040/22364 11481/25043/22367</w:t>
        <w:br/>
        <w:t>f 11637/25196/22496 11567/25126/22439 11481/25043/22367</w:t>
        <w:br/>
        <w:t>f 11503/25061/22384 11504/25060/22383 11608/25167/22471</w:t>
        <w:br/>
        <w:t>f 11638/25197/22497 11503/25061/22384 11608/25167/22471</w:t>
        <w:br/>
        <w:t>f 11639/25198/22498 11514/25070/22393 11511/25073/22396</w:t>
        <w:br/>
        <w:t>f 11568/25127/22440 11639/25198/22498 11511/25073/22396</w:t>
        <w:br/>
        <w:t>f 11547/25105/22427 11548/25104/22426 11640/25199/22499</w:t>
        <w:br/>
        <w:t>f 11609/25168/22472 11547/25105/22427 11640/25199/22499</w:t>
        <w:br/>
        <w:t>f 11412/24971/22296 11413/24970/22295 11387/24945/22270</w:t>
        <w:br/>
        <w:t>f 11450/25010/22334 11412/24971/22296 11387/24945/22270</w:t>
        <w:br/>
        <w:t>f 11637/25196/22496 11481/25043/22367 11565/25125/22297</w:t>
        <w:br/>
        <w:t>f 11641/25200/22500 11637/25196/22496 11565/25125/22297</w:t>
        <w:br/>
        <w:t>f 11512/25072/22395 11483/25041/22365 11484/25040/22364</w:t>
        <w:br/>
        <w:t>f 11511/25073/22396 11512/25072/22395 11484/25040/22364</w:t>
        <w:br/>
        <w:t>f 11449/25011/22335 11575/25135/22446 11642/25201/22501</w:t>
        <w:br/>
        <w:t>f 11452/25008/22332 11449/25011/22335 11642/25201/22501</w:t>
        <w:br/>
        <w:t>f 11577/25137/22448 11453/25014/22338 11454/25013/22337</w:t>
        <w:br/>
        <w:t>f 11643/25202/22502 11577/25137/22448 11454/25013/22337</w:t>
        <w:br/>
        <w:t>f 11583/25141/22322 11395/24953/22278 11396/24952/22277</w:t>
        <w:br/>
        <w:t>f 11580/25138/22449 11583/25141/22322 11396/24952/22277</w:t>
        <w:br/>
        <w:t>f 11645/25203/22503 11607/25163/22467 11604/25166/22470</w:t>
        <w:br/>
        <w:t>f 11644/25204/22504 11645/25203/22503 11604/25166/22470</w:t>
        <w:br/>
        <w:t>f 11504/25060/22383 11501/25063/22386 11546/25106/22428</w:t>
        <w:br/>
        <w:t>f 11547/25105/22427 11504/25060/22383 11546/25106/22428</w:t>
        <w:br/>
        <w:t>f 11649/25205/22505 11648/25206/22506 11647/25207/22507</w:t>
        <w:br/>
        <w:t>f 11646/25208/22508 11649/25205/22505 11647/25207/22507</w:t>
        <w:br/>
        <w:t>f 11646/25208/22508 11651/25209/22509 11650/25210/22510</w:t>
        <w:br/>
        <w:t>f 11649/25205/22505 11646/25208/22508 11650/25210/22510</w:t>
        <w:br/>
        <w:t>f 11654/25211/22511 11653/25212/22512 11652/25213/22513</w:t>
        <w:br/>
        <w:t>f 11655/25214/22514 11654/25211/22511 11652/25213/22513</w:t>
        <w:br/>
        <w:t>f 11659/25215/22515 11658/25216/22516 11657/25217/22517</w:t>
        <w:br/>
        <w:t>f 11656/25218/22518 11659/25215/22515 11657/25217/22517</w:t>
        <w:br/>
        <w:t>f 11663/25219/22519 11662/25220/22520 11661/25221/22521</w:t>
        <w:br/>
        <w:t>f 11660/25222/22522 11663/25219/22519 11661/25221/22521</w:t>
        <w:br/>
        <w:t>f 11661/25221/22521 11665/25223/22523 11664/25224/22524</w:t>
        <w:br/>
        <w:t>f 11660/25222/22522 11661/25221/22521 11664/25224/22524</w:t>
        <w:br/>
        <w:t>f 11657/25217/22517 11658/25216/22516 11667/25225/22525</w:t>
        <w:br/>
        <w:t>f 11666/25226/22526 11657/25217/22517 11667/25225/22525</w:t>
        <w:br/>
        <w:t>f 11669/25227/22527 11668/25228/22528 11653/25212/22512</w:t>
        <w:br/>
        <w:t>f 11654/25211/22511 11669/25227/22527 11653/25212/22512</w:t>
        <w:br/>
        <w:t>f 11668/25228/22528 11669/25227/22527 11662/25220/22520</w:t>
        <w:br/>
        <w:t>f 11663/25219/22519 11668/25228/22528 11662/25220/22520</w:t>
        <w:br/>
        <w:t>f 11655/25214/22514 11652/25213/22513 11659/25215/22515</w:t>
        <w:br/>
        <w:t>f 11656/25218/22518 11655/25214/22514 11659/25215/22515</w:t>
        <w:br/>
        <w:t>f 11647/25207/22507 11648/25206/22506 11671/25229/22529</w:t>
        <w:br/>
        <w:t>f 11670/25230/22530 11647/25207/22507 11671/25229/22529</w:t>
        <w:br/>
        <w:t>f 11675/25231/22531 11674/25232/22532 11673/25233/22533</w:t>
        <w:br/>
        <w:t>f 11672/25234/22534 11675/25231/22531 11673/25233/22533</w:t>
        <w:br/>
        <w:t>f 11675/25231/22531 11672/25234/22534 11677/25235/22535</w:t>
        <w:br/>
        <w:t>f 11676/25236/22536 11675/25231/22531 11677/25235/22535</w:t>
        <w:br/>
        <w:t>f 11676/25236/22536 11677/25235/22535 11679/25237/22537</w:t>
        <w:br/>
        <w:t>f 11678/25238/22538 11676/25236/22536 11679/25237/22537</w:t>
        <w:br/>
        <w:t>f 11678/25238/22538 11679/25237/22537 11681/25239/22539</w:t>
        <w:br/>
        <w:t>f 11680/25240/22540 11678/25238/22538 11681/25239/22539</w:t>
        <w:br/>
        <w:t>f 11683/25241/22541 11680/25240/22540 11681/25239/22539</w:t>
        <w:br/>
        <w:t>f 11682/25242/22542 11683/25241/22541 11681/25239/22539</w:t>
        <w:br/>
        <w:t>f 11687/25243/22543 11686/25244/22544 11685/25245/22545</w:t>
        <w:br/>
        <w:t>f 11684/25246/22546 11687/25243/22543 11685/25245/22545</w:t>
        <w:br/>
        <w:t>f 11685/25245/22545 11689/25247/22547 11688/25248/22548</w:t>
        <w:br/>
        <w:t>f 11684/25246/22546 11685/25245/22545 11688/25248/22548</w:t>
        <w:br/>
        <w:t>f 11688/25248/22548 11689/25247/22547 11673/25233/22533</w:t>
        <w:br/>
        <w:t>f 11674/25232/22532 11688/25248/22548 11673/25233/22533</w:t>
        <w:br/>
        <w:t>f 11672/25234/22534 11673/25233/22533 11669/25227/22527</w:t>
        <w:br/>
        <w:t>f 11654/25211/22511 11672/25234/22534 11669/25227/22527</w:t>
        <w:br/>
        <w:t>f 11672/25234/22534 11654/25211/22511 11655/25214/22514</w:t>
        <w:br/>
        <w:t>f 11677/25235/22535 11672/25234/22534 11655/25214/22514</w:t>
        <w:br/>
        <w:t>f 11655/25214/22514 11656/25218/22518 11679/25237/22537</w:t>
        <w:br/>
        <w:t>f 11677/25235/22535 11655/25214/22514 11679/25237/22537</w:t>
        <w:br/>
        <w:t>f 11657/25217/22517 11681/25239/22539 11679/25237/22537</w:t>
        <w:br/>
        <w:t>f 11656/25218/22518 11657/25217/22517 11679/25237/22537</w:t>
        <w:br/>
        <w:t>f 11682/25242/22542 11681/25239/22539 11657/25217/22517</w:t>
        <w:br/>
        <w:t>f 11666/25226/22526 11682/25242/22542 11657/25217/22517</w:t>
        <w:br/>
        <w:t>f 11686/25244/22544 11665/25223/22523 11661/25221/22521</w:t>
        <w:br/>
        <w:t>f 11685/25245/22545 11686/25244/22544 11661/25221/22521</w:t>
        <w:br/>
        <w:t>f 11661/25221/22521 11662/25220/22520 11689/25247/22547</w:t>
        <w:br/>
        <w:t>f 11685/25245/22545 11661/25221/22521 11689/25247/22547</w:t>
        <w:br/>
        <w:t>f 11662/25220/22520 11669/25227/22527 11673/25233/22533</w:t>
        <w:br/>
        <w:t>f 11689/25247/22547 11662/25220/22520 11673/25233/22533</w:t>
        <w:br/>
        <w:t>f 11674/25232/22532 11675/25231/22531 11690/25249/22549</w:t>
        <w:br/>
        <w:t>f 11671/25229/22529 11674/25232/22532 11690/25249/22549</w:t>
        <w:br/>
        <w:t>f 11674/25232/22532 11671/25229/22529 11648/25206/22506</w:t>
        <w:br/>
        <w:t>f 11688/25248/22548 11674/25232/22532 11648/25206/22506</w:t>
        <w:br/>
        <w:t>f 11684/25246/22546 11688/25248/22548 11648/25206/22506</w:t>
        <w:br/>
        <w:t>f 11649/25205/22505 11684/25246/22546 11648/25206/22506</w:t>
        <w:br/>
        <w:t>f 11684/25246/22546 11649/25205/22505 11650/25210/22510</w:t>
        <w:br/>
        <w:t>f 11687/25243/22543 11684/25246/22546 11650/25210/22510</w:t>
        <w:br/>
        <w:t>f 11680/25240/22540 11683/25241/22541 11651/25209/22509</w:t>
        <w:br/>
        <w:t>f 11646/25208/22508 11680/25240/22540 11651/25209/22509</w:t>
        <w:br/>
        <w:t>f 11680/25240/22540 11646/25208/22508 11647/25207/22507</w:t>
        <w:br/>
        <w:t>f 11678/25238/22538 11680/25240/22540 11647/25207/22507</w:t>
        <w:br/>
        <w:t>f 11678/25238/22538 11647/25207/22507 11670/25230/22530</w:t>
        <w:br/>
        <w:t>f 11676/25236/22536 11678/25238/22538 11670/25230/22530</w:t>
        <w:br/>
        <w:t>f 11676/25236/22536 11670/25230/22530 11690/25249/22549</w:t>
        <w:br/>
        <w:t>f 11675/25231/22531 11676/25236/22536 11690/25249/22549</w:t>
        <w:br/>
        <w:t>f 11671/25229/22529 11690/25249/22549 11670/25230/22530</w:t>
        <w:br/>
        <w:t>f 11694/25250/22550 11693/25251/22551 11692/25252/22552</w:t>
        <w:br/>
        <w:t>f 11691/25253/22553 11694/25250/22550 11692/25252/22552</w:t>
        <w:br/>
        <w:t>f 11698/25254/22554 11697/25255/22555 11696/25256/22556</w:t>
        <w:br/>
        <w:t>f 11695/25257/22557 11698/25254/22554 11696/25256/22556</w:t>
        <w:br/>
        <w:t>f 11702/25258/22558 11701/25259/22558 11700/25260/22558</w:t>
        <w:br/>
        <w:t>f 11699/25261/22558 11702/25258/22558 11700/25260/22558</w:t>
        <w:br/>
        <w:t>f 11706/25262/22559 11705/25263/22560 11704/25264/22561</w:t>
        <w:br/>
        <w:t>f 11703/25265/22562 11706/25262/22559 11704/25264/22561</w:t>
        <w:br/>
        <w:t>f 11710/25266/22563 11709/25267/22563 11708/25268/22563</w:t>
        <w:br/>
        <w:t>f 11707/25269/22563 11710/25266/22563 11708/25268/22563</w:t>
        <w:br/>
        <w:t>f 11714/25270/22564 11713/25271/22565 11712/25272/22566</w:t>
        <w:br/>
        <w:t>f 11711/25273/22567 11714/25270/22564 11712/25272/22566</w:t>
        <w:br/>
        <w:t>f 11382/24941/22266 11390/24950/22275 11391/24949/22274</w:t>
        <w:br/>
        <w:t>f 11381/24942/22267 11382/24941/22266 11391/24949/22274</w:t>
        <w:br/>
        <w:t>f 11428/24986/22310 11427/24987/22311 11447/25007/22331</w:t>
        <w:br/>
        <w:t>f 11448/25006/22330 11428/24986/22310 11447/25007/22331</w:t>
        <w:br/>
        <w:t>f 11492/25051/22375 11493/25050/22374 11464/25023/22347</w:t>
        <w:br/>
        <w:t>f 11461/25022/22346 11492/25051/22375 11464/25023/22347</w:t>
        <w:br/>
        <w:t>f 11478/25037/22361 11471/25032/22356 11472/25031/22355</w:t>
        <w:br/>
        <w:t>f 11477/25038/22362 11478/25037/22361 11472/25031/22355</w:t>
        <w:br/>
        <w:t>f 11522/25081/22404 11519/25080/22403 11509/25067/22390</w:t>
        <w:br/>
        <w:t>f 11510/25066/22389 11522/25081/22404 11509/25067/22390</w:t>
        <w:br/>
        <w:t>f 11538/25097/22419 11543/25103/22425 11544/25102/22424</w:t>
        <w:br/>
        <w:t>f 11537/25098/22420 11538/25097/22419 11544/25102/22424</w:t>
        <w:br/>
        <w:t>f 11429/24990/22314 11446/25005/22329 11390/24950/22275</w:t>
        <w:br/>
        <w:t>f 11382/24941/22266 11429/24990/22314 11390/24950/22275</w:t>
        <w:br/>
        <w:t>f 11493/25050/22374 11508/25068/22391 11509/25067/22390</w:t>
        <w:br/>
        <w:t>f 11464/25023/22347 11493/25050/22374 11509/25067/22390</w:t>
        <w:br/>
        <w:t>f 11472/25031/22355 11381/24942/22267 11391/24949/22274</w:t>
        <w:br/>
        <w:t>f 11477/25038/22362 11472/25031/22355 11391/24949/22274</w:t>
        <w:br/>
        <w:t>f 11588/25147/22454 11585/25146/22317 11589/25151/22331</w:t>
        <w:br/>
        <w:t>f 11590/25150/22456 11588/25147/22454 11589/25151/22331</w:t>
        <w:br/>
        <w:t>f 11435/24992/22316 11537/25098/22420 11544/25102/22424</w:t>
        <w:br/>
        <w:t>f 11448/25006/22330 11435/24992/22316 11544/25102/22424</w:t>
        <w:br/>
        <w:t>f 11614/25173/22477 11617/25178/22479 11618/25177/22479</w:t>
        <w:br/>
        <w:t>f 11613/25174/22477 11614/25173/22477 11618/25177/22479</w:t>
        <w:br/>
        <w:t>f 11756/25274/22568 11755/25275/22569 11754/25276/22570</w:t>
        <w:br/>
        <w:t>f 11753/25277/22571 11756/25274/22568 11754/25276/22570</w:t>
        <w:br/>
        <w:t>f 11760/25278/22572 11759/25279/22573 11758/25280/22574</w:t>
        <w:br/>
        <w:t>f 11757/25281/22575 11760/25278/22572 11758/25280/22574</w:t>
        <w:br/>
        <w:t>f 11763/25282/22576 11762/25283/22577 11761/25284/22578</w:t>
        <w:br/>
        <w:t>f 11764/25285/22579 11763/25282/22576 11761/25284/22578</w:t>
        <w:br/>
        <w:t>f 11767/25286/22580 11766/25287/22581 11765/25288/22582</w:t>
        <w:br/>
        <w:t>f 11768/25289/22583 11767/25286/22580 11765/25288/22582</w:t>
        <w:br/>
        <w:t>f 11766/25287/22581 11767/25286/22580 11769/25290/22584</w:t>
        <w:br/>
        <w:t>f 11770/25291/22585 11766/25287/22581 11769/25290/22584</w:t>
        <w:br/>
        <w:t>f 11773/25292/22586 11772/25293/22587 11771/25294/22588</w:t>
        <w:br/>
        <w:t>f 11774/25295/22589 11773/25292/22586 11771/25294/22588</w:t>
        <w:br/>
        <w:t>f 11778/25296/22590 11777/25297/22591 11776/25298/22592</w:t>
        <w:br/>
        <w:t>f 11775/25299/22593 11778/25296/22590 11776/25298/22592</w:t>
        <w:br/>
        <w:t>f 11781/25300/22594 11780/25301/22595 11779/25302/22596</w:t>
        <w:br/>
        <w:t>f 11782/25303/22597 11781/25300/22594 11779/25302/22596</w:t>
        <w:br/>
        <w:t>f 11786/25304/22598 11785/25305/22599 11784/25306/22600</w:t>
        <w:br/>
        <w:t>f 11783/25307/22601 11786/25304/22598 11784/25306/22600</w:t>
        <w:br/>
        <w:t>f 11790/25308/22602 11789/25309/22603 11788/25310/22604</w:t>
        <w:br/>
        <w:t>f 11787/25311/22605 11790/25308/22602 11788/25310/22604</w:t>
        <w:br/>
        <w:t>f 11792/25312/22606 11791/25313/22607 11787/25311/22605</w:t>
        <w:br/>
        <w:t>f 11788/25310/22604 11792/25312/22606 11787/25311/22605</w:t>
        <w:br/>
        <w:t>f 11773/25292/22586 11776/25298/22592 11777/25297/22591</w:t>
        <w:br/>
        <w:t>f 11772/25293/22587 11773/25292/22586 11777/25297/22591</w:t>
        <w:br/>
        <w:t>f 11764/25285/22579 11761/25284/22578 11794/25314/22608</w:t>
        <w:br/>
        <w:t>f 11793/25315/22609 11764/25285/22579 11794/25314/22608</w:t>
        <w:br/>
        <w:t>f 11754/25276/22570 11755/25275/22569 11796/25316/22610</w:t>
        <w:br/>
        <w:t>f 11795/25317/22611 11754/25276/22570 11796/25316/22610</w:t>
        <w:br/>
        <w:t>f 11800/25318/22612 11799/25319/22613 11798/25320/22614</w:t>
        <w:br/>
        <w:t>f 11797/25321/22615 11800/25318/22612 11798/25320/22614</w:t>
        <w:br/>
        <w:t>f 11803/25322/22616 11802/25323/22617 11801/25324/22618</w:t>
        <w:br/>
        <w:t>f 11804/25325/22619 11803/25322/22616 11801/25324/22618</w:t>
        <w:br/>
        <w:t>f 11807/25326/22620 11806/25327/22621 11805/25328/22622</w:t>
        <w:br/>
        <w:t>f 11808/25329/22623 11807/25326/22620 11805/25328/22622</w:t>
        <w:br/>
        <w:t>f 11812/25330/22624 11811/25331/22625 11810/25332/22626</w:t>
        <w:br/>
        <w:t>f 11809/25333/22627 11812/25330/22624 11810/25332/22626</w:t>
        <w:br/>
        <w:t>f 11809/25333/22627 11810/25332/22626 11806/25327/22621</w:t>
        <w:br/>
        <w:t>f 11807/25326/22620 11809/25333/22627 11806/25327/22621</w:t>
        <w:br/>
        <w:t>f 11816/25334/22628 11815/25335/22629 11814/25336/22630</w:t>
        <w:br/>
        <w:t>f 11813/25337/22631 11816/25334/22628 11814/25336/22630</w:t>
        <w:br/>
        <w:t>f 11819/25338/22632 11818/25339/22633 11817/25340/22634</w:t>
        <w:br/>
        <w:t>f 11820/25341/22635 11819/25338/22632 11817/25340/22634</w:t>
        <w:br/>
        <w:t>f 11822/25342/22636 11816/25334/22628 11813/25337/22631</w:t>
        <w:br/>
        <w:t>f 11821/25343/22637 11822/25342/22636 11813/25337/22631</w:t>
        <w:br/>
        <w:t>f 11824/25344/22638 11823/25345/22639 11818/25339/22633</w:t>
        <w:br/>
        <w:t>f 11819/25338/22632 11824/25344/22638 11818/25339/22633</w:t>
        <w:br/>
        <w:t>f 11828/25346/22640 11827/25347/22641 11826/25348/22642</w:t>
        <w:br/>
        <w:t>f 11825/25349/22643 11828/25346/22640 11826/25348/22642</w:t>
        <w:br/>
        <w:t>f 11832/25350/22644 11831/25351/22645 11830/25352/22646</w:t>
        <w:br/>
        <w:t>f 11829/25353/22647 11832/25350/22644 11830/25352/22646</w:t>
        <w:br/>
        <w:t>f 11835/25354/22648 11834/25355/22649 11833/25356/22650</w:t>
        <w:br/>
        <w:t>f 11836/25357/22651 11835/25354/22648 11833/25356/22650</w:t>
        <w:br/>
        <w:t>f 11840/25358/22652 11839/25359/22653 11838/25360/22654</w:t>
        <w:br/>
        <w:t>f 11837/25361/22655 11840/25358/22652 11838/25360/22654</w:t>
        <w:br/>
        <w:t>f 11840/25358/22652 11837/25361/22655 11841/25362/22656</w:t>
        <w:br/>
        <w:t>f 11842/25363/22657 11840/25358/22652 11841/25362/22656</w:t>
        <w:br/>
        <w:t>f 11835/25354/22648 11844/25364/22658 11843/25365/22659</w:t>
        <w:br/>
        <w:t>f 11834/25355/22649 11835/25354/22648 11843/25365/22659</w:t>
        <w:br/>
        <w:t>f 11844/25364/22658 11846/25366/22660 11845/25367/22661</w:t>
        <w:br/>
        <w:t>f 11843/25365/22659 11844/25364/22658 11845/25367/22661</w:t>
        <w:br/>
        <w:t>f 11848/25368/22662 11842/25363/22657 11841/25362/22656</w:t>
        <w:br/>
        <w:t>f 11847/25369/22663 11848/25368/22662 11841/25362/22656</w:t>
        <w:br/>
        <w:t>f 11824/25344/22638 11850/25370/22664 11849/25371/22665</w:t>
        <w:br/>
        <w:t>f 11823/25345/22639 11824/25344/22638 11849/25371/22665</w:t>
        <w:br/>
        <w:t>f 11822/25342/22636 11821/25343/22637 11851/25372/22666</w:t>
        <w:br/>
        <w:t>f 11852/25373/22667 11822/25342/22636 11851/25372/22666</w:t>
        <w:br/>
        <w:t>f 11856/25374/22668 11855/25375/22669 11854/25376/22670</w:t>
        <w:br/>
        <w:t>f 11853/25377/22671 11856/25374/22668 11854/25376/22670</w:t>
        <w:br/>
        <w:t>f 11829/25353/22647 11857/25378/22672 11832/25350/22644</w:t>
        <w:br/>
        <w:t>f 11827/25347/22641 11856/25374/22668 11853/25377/22671</w:t>
        <w:br/>
        <w:t>f 11826/25348/22642 11827/25347/22641 11853/25377/22671</w:t>
        <w:br/>
        <w:t>f 11859/25379/22673 11858/25380/22674 11854/25376/22670</w:t>
        <w:br/>
        <w:t>f 11855/25375/22669 11859/25379/22673 11854/25376/22670</w:t>
        <w:br/>
        <w:t>f 11861/25381/22675 11860/25382/22676 11858/25380/22674</w:t>
        <w:br/>
        <w:t>f 11859/25379/22673 11861/25381/22675 11858/25380/22674</w:t>
        <w:br/>
        <w:t>f 11850/25370/22664 11848/25368/22662 11847/25369/22663</w:t>
        <w:br/>
        <w:t>f 11849/25371/22665 11850/25370/22664 11847/25369/22663</w:t>
        <w:br/>
        <w:t>f 11852/25373/22667 11851/25372/22666 11845/25367/22661</w:t>
        <w:br/>
        <w:t>f 11846/25366/22660 11852/25373/22667 11845/25367/22661</w:t>
        <w:br/>
        <w:t>f 11839/25359/22653 11828/25346/22640 11825/25349/22643</w:t>
        <w:br/>
        <w:t>f 11838/25360/22654 11839/25359/22653 11825/25349/22643</w:t>
        <w:br/>
        <w:t>f 11836/25357/22651 11833/25356/22650 11830/25352/22646</w:t>
        <w:br/>
        <w:t>f 11831/25351/22645 11836/25357/22651 11830/25352/22646</w:t>
        <w:br/>
        <w:t>f 11820/25341/22635 11817/25340/22634 11862/25383/22677</w:t>
        <w:br/>
        <w:t>f 11863/25384/22678 11820/25341/22635 11862/25383/22677</w:t>
        <w:br/>
        <w:t>f 11815/25335/22629 11865/25385/22679 11864/25386/22680</w:t>
        <w:br/>
        <w:t>f 11814/25336/22630 11815/25335/22629 11864/25386/22680</w:t>
        <w:br/>
        <w:t>f 11867/25387/22681 11863/25384/22678 11862/25383/22677</w:t>
        <w:br/>
        <w:t>f 11866/25388/22682 11867/25387/22681 11862/25383/22677</w:t>
        <w:br/>
        <w:t>f 11869/25389/22683 11868/25390/22684 11864/25386/22680</w:t>
        <w:br/>
        <w:t>f 11865/25385/22679 11869/25389/22683 11864/25386/22680</w:t>
        <w:br/>
        <w:t>f 11872/25391/22685 11871/25392/22686 11870/25393/22687</w:t>
        <w:br/>
        <w:t>f 11873/25394/22688 11872/25391/22685 11870/25393/22687</w:t>
        <w:br/>
        <w:t>f 11876/25395/22689 11875/25396/22690 11874/25397/22691</w:t>
        <w:br/>
        <w:t>f 11877/25398/22692 11876/25395/22689 11874/25397/22691</w:t>
        <w:br/>
        <w:t>f 11880/25399/22693 11879/25400/22694 11878/25401/22695</w:t>
        <w:br/>
        <w:t>f 11881/25402/22696 11880/25399/22693 11878/25401/22695</w:t>
        <w:br/>
        <w:t>f 11885/25403/22697 11884/25404/22698 11883/25405/22699</w:t>
        <w:br/>
        <w:t>f 11882/25406/22700 11885/25403/22697 11883/25405/22699</w:t>
        <w:br/>
        <w:t>f 11885/25403/22697 11882/25406/22700 11886/25407/22701</w:t>
        <w:br/>
        <w:t>f 11887/25408/22702 11885/25403/22697 11886/25407/22701</w:t>
        <w:br/>
        <w:t>f 11880/25399/22693 11889/25409/22703 11888/25410/22704</w:t>
        <w:br/>
        <w:t>f 11879/25400/22694 11880/25399/22693 11888/25410/22704</w:t>
        <w:br/>
        <w:t>f 11891/25411/22705 11890/25412/22706 11888/25410/22704</w:t>
        <w:br/>
        <w:t>f 11889/25409/22703 11891/25411/22705 11888/25410/22704</w:t>
        <w:br/>
        <w:t>f 11887/25408/22702 11886/25407/22701 11892/25413/22707</w:t>
        <w:br/>
        <w:t>f 11893/25414/22708 11887/25408/22702 11892/25413/22707</w:t>
        <w:br/>
        <w:t>f 11895/25415/22709 11894/25416/22710 11868/25390/22684</w:t>
        <w:br/>
        <w:t>f 11869/25389/22683 11895/25415/22709 11868/25390/22684</w:t>
        <w:br/>
        <w:t>f 11897/25417/22711 11867/25387/22681 11866/25388/22682</w:t>
        <w:br/>
        <w:t>f 11896/25418/22712 11897/25417/22711 11866/25388/22682</w:t>
        <w:br/>
        <w:t>f 11900/25419/22713 11899/25420/22714 11898/25421/22715</w:t>
        <w:br/>
        <w:t>f 11901/25422/22716 11900/25419/22713 11898/25421/22715</w:t>
        <w:br/>
        <w:t>f 11904/25423/22717 11903/25424/22718 11902/25425/22719</w:t>
        <w:br/>
        <w:t>f 11905/25426/22720 11904/25423/22717 11902/25425/22719</w:t>
        <w:br/>
        <w:t>f 11900/25419/22713 11877/25398/22692 11874/25397/22691</w:t>
        <w:br/>
        <w:t>f 11899/25420/22714 11900/25419/22713 11874/25397/22691</w:t>
        <w:br/>
        <w:t>f 11905/25426/22720 11902/25425/22719 11871/25392/22686</w:t>
        <w:br/>
        <w:t>f 11872/25391/22685 11905/25426/22720 11871/25392/22686</w:t>
        <w:br/>
        <w:t>f 11907/25427/22721 11901/25422/22716 11898/25421/22715</w:t>
        <w:br/>
        <w:t>f 11906/25428/22722 11907/25427/22721 11898/25421/22715</w:t>
        <w:br/>
        <w:t>f 11909/25429/22723 11908/25430/22724 11903/25424/22718</w:t>
        <w:br/>
        <w:t>f 11904/25423/22717 11909/25429/22723 11903/25424/22718</w:t>
        <w:br/>
        <w:t>f 11911/25431/22725 11910/25432/22726 11908/25430/22724</w:t>
        <w:br/>
        <w:t>f 11909/25429/22723 11911/25431/22725 11908/25430/22724</w:t>
        <w:br/>
        <w:t>f 11913/25433/22727 11907/25427/22721 11906/25428/22722</w:t>
        <w:br/>
        <w:t>f 11912/25434/22728 11913/25433/22727 11906/25428/22722</w:t>
        <w:br/>
        <w:t>f 11895/25415/22709 11893/25414/22708 11892/25413/22707</w:t>
        <w:br/>
        <w:t>f 11894/25416/22710 11895/25415/22709 11892/25413/22707</w:t>
        <w:br/>
        <w:t>f 11897/25417/22711 11896/25418/22712 11890/25412/22706</w:t>
        <w:br/>
        <w:t>f 11891/25411/22705 11897/25417/22711 11890/25412/22706</w:t>
        <w:br/>
        <w:t>f 11884/25404/22698 11873/25394/22688 11870/25393/22687</w:t>
        <w:br/>
        <w:t>f 11883/25405/22699 11884/25404/22698 11870/25393/22687</w:t>
        <w:br/>
        <w:t>f 11876/25395/22689 11881/25402/22696 11878/25401/22695</w:t>
        <w:br/>
        <w:t>f 11875/25396/22690 11876/25395/22689 11878/25401/22695</w:t>
        <w:br/>
        <w:t>f 11915/25435/22729 11914/25436/22730 11815/25335/22629</w:t>
        <w:br/>
        <w:t>f 11816/25334/22628 11915/25435/22729 11815/25335/22629</w:t>
        <w:br/>
        <w:t>f 11820/25341/22635 11917/25437/22731 11916/25438/22732</w:t>
        <w:br/>
        <w:t>f 11819/25338/22632 11820/25341/22635 11916/25438/22732</w:t>
        <w:br/>
        <w:t>f 11918/25439/22733 11915/25435/22729 11816/25334/22628</w:t>
        <w:br/>
        <w:t>f 11822/25342/22636 11918/25439/22733 11816/25334/22628</w:t>
        <w:br/>
        <w:t>f 11819/25338/22632 11916/25438/22732 11919/25440/22734</w:t>
        <w:br/>
        <w:t>f 11824/25344/22638 11819/25338/22632 11919/25440/22734</w:t>
        <w:br/>
        <w:t>f 11828/25346/22640 11921/25441/22735 11920/25442/22736</w:t>
        <w:br/>
        <w:t>f 11827/25347/22641 11828/25346/22640 11920/25442/22736</w:t>
        <w:br/>
        <w:t>f 11832/25350/22644 11785/25305/22599 11922/25443/22737</w:t>
        <w:br/>
        <w:t>f 11831/25351/22645 11832/25350/22644 11922/25443/22737</w:t>
        <w:br/>
        <w:t>f 11836/25357/22651 11765/25288/22738 11923/25444/22739</w:t>
        <w:br/>
        <w:t>f 11835/25354/22648 11836/25357/22651 11923/25444/22739</w:t>
        <w:br/>
        <w:t>f 11925/25445/22740 11924/25446/22741 11839/25359/22653</w:t>
        <w:br/>
        <w:t>f 11840/25358/22652 11925/25445/22740 11839/25359/22653</w:t>
        <w:br/>
        <w:t>f 11842/25363/22657 11926/25447/22742 11925/25445/22740</w:t>
        <w:br/>
        <w:t>f 11840/25358/22652 11842/25363/22657 11925/25445/22740</w:t>
        <w:br/>
        <w:t>f 11766/25287/22743 11927/25448/22744 11844/25364/22658</w:t>
        <w:br/>
        <w:t>f 11835/25354/22648 11766/25287/22743 11844/25364/22658</w:t>
        <w:br/>
        <w:t>f 11844/25364/22658 11770/25291/22585 11928/25449/22745</w:t>
        <w:br/>
        <w:t>f 11846/25366/22660 11844/25364/22658 11928/25449/22745</w:t>
        <w:br/>
        <w:t>f 11929/25450/22746 11926/25447/22742 11842/25363/22657</w:t>
        <w:br/>
        <w:t>f 11848/25368/22662 11929/25450/22746 11842/25363/22657</w:t>
        <w:br/>
        <w:t>f 11919/25440/22734 11930/25451/22747 11850/25370/22664</w:t>
        <w:br/>
        <w:t>f 11824/25344/22638 11919/25440/22734 11850/25370/22664</w:t>
        <w:br/>
        <w:t>f 11931/25452/22748 11757/25281/22575 11822/25342/22636</w:t>
        <w:br/>
        <w:t>f 11852/25373/22667 11931/25452/22748 11822/25342/22636</w:t>
        <w:br/>
        <w:t>f 11933/25453/22749 11789/25309/22603 11932/25454/22750</w:t>
        <w:br/>
        <w:t>f 11857/25378/22672 11933/25453/22749 11932/25454/22750</w:t>
        <w:br/>
        <w:t>f 11856/25374/22668 11935/25455/22751 11934/25456/22752</w:t>
        <w:br/>
        <w:t>f 11855/25375/22669 11856/25374/22668 11934/25456/22752</w:t>
        <w:br/>
        <w:t>f 11857/25378/22672 11784/25306/22600 11785/25305/22599</w:t>
        <w:br/>
        <w:t>f 11832/25350/22644 11857/25378/22672 11785/25305/22599</w:t>
        <w:br/>
        <w:t>f 11827/25347/22641 11920/25442/22736 11935/25455/22751</w:t>
        <w:br/>
        <w:t>f 11856/25374/22668 11827/25347/22641 11935/25455/22751</w:t>
        <w:br/>
        <w:t>f 11788/25310/22604 11789/25309/22603 11933/25453/22749</w:t>
        <w:br/>
        <w:t>f 11936/25457/22753 11788/25310/22604 11933/25453/22749</w:t>
        <w:br/>
        <w:t>f 11855/25375/22669 11782/25303/22597 11937/25458/22754</w:t>
        <w:br/>
        <w:t>f 11859/25379/22673 11855/25375/22669 11937/25458/22754</w:t>
        <w:br/>
        <w:t>f 11859/25379/22673 11937/25458/22754 11938/25459/22755</w:t>
        <w:br/>
        <w:t>f 11861/25381/22675 11859/25379/22673 11938/25459/22755</w:t>
        <w:br/>
        <w:t>f 11792/25312/22606 11788/25310/22604 11936/25457/22753</w:t>
        <w:br/>
        <w:t>f 11939/25460/22756 11792/25312/22606 11936/25457/22753</w:t>
        <w:br/>
        <w:t>f 11930/25451/22747 11929/25450/22746 11848/25368/22662</w:t>
        <w:br/>
        <w:t>f 11850/25370/22664 11930/25451/22747 11848/25368/22662</w:t>
        <w:br/>
        <w:t>f 11846/25366/22660 11928/25449/22745 11931/25452/22748</w:t>
        <w:br/>
        <w:t>f 11852/25373/22667 11846/25366/22660 11931/25452/22748</w:t>
        <w:br/>
        <w:t>f 11839/25359/22653 11924/25446/22741 11921/25441/22735</w:t>
        <w:br/>
        <w:t>f 11828/25346/22640 11839/25359/22653 11921/25441/22735</w:t>
        <w:br/>
        <w:t>f 11831/25351/22645 11922/25443/22737 11765/25288/22738</w:t>
        <w:br/>
        <w:t>f 11836/25357/22651 11831/25351/22645 11765/25288/22738</w:t>
        <w:br/>
        <w:t>f 11863/25384/22678 11940/25461/22757 11917/25437/22731</w:t>
        <w:br/>
        <w:t>f 11820/25341/22635 11863/25384/22678 11917/25437/22731</w:t>
        <w:br/>
        <w:t>f 11914/25436/22730 11941/25462/22758 11865/25385/22679</w:t>
        <w:br/>
        <w:t>f 11815/25335/22629 11914/25436/22730 11865/25385/22679</w:t>
        <w:br/>
        <w:t>f 11942/25463/22759 11940/25461/22757 11863/25384/22678</w:t>
        <w:br/>
        <w:t>f 11867/25387/22681 11942/25463/22759 11863/25384/22678</w:t>
        <w:br/>
        <w:t>f 11865/25385/22679 11941/25462/22758 11943/25464/22760</w:t>
        <w:br/>
        <w:t>f 11869/25389/22683 11865/25385/22679 11943/25464/22760</w:t>
        <w:br/>
        <w:t>f 11945/25465/22761 11944/25466/22762 11872/25391/22685</w:t>
        <w:br/>
        <w:t>f 11873/25394/22688 11945/25465/22761 11872/25391/22685</w:t>
        <w:br/>
        <w:t>f 11885/25403/22697 11803/25322/22616 11946/25467/22763</w:t>
        <w:br/>
        <w:t>f 11884/25404/22698 11885/25403/22697 11946/25467/22763</w:t>
        <w:br/>
        <w:t>f 11887/25408/22702 11802/25323/22617 11803/25322/22616</w:t>
        <w:br/>
        <w:t>f 11885/25403/22697 11887/25408/22702 11803/25322/22616</w:t>
        <w:br/>
        <w:t>f 11948/25468/22764 11880/25399/22693 11947/25469/22765</w:t>
        <w:br/>
        <w:t>f 11889/25409/22703 11948/25468/22764 11949/25470/22766</w:t>
        <w:br/>
        <w:t>f 11891/25411/22705 11889/25409/22703 11949/25470/22766</w:t>
        <w:br/>
        <w:t>f 11893/25414/22708 11950/25471/22767 11802/25323/22617</w:t>
        <w:br/>
        <w:t>f 11887/25408/22702 11893/25414/22708 11802/25323/22617</w:t>
        <w:br/>
        <w:t>f 11869/25389/22683 11799/25319/22768 11951/25472/22769</w:t>
        <w:br/>
        <w:t>f 11895/25415/22709 11869/25389/22683 11951/25472/22769</w:t>
        <w:br/>
        <w:t>f 11897/25417/22711 11952/25473/22770 11942/25463/22759</w:t>
        <w:br/>
        <w:t>f 11867/25387/22681 11897/25417/22711 11942/25463/22759</w:t>
        <w:br/>
        <w:t>f 11954/25474/22771 11953/25475/22772 11900/25419/22713</w:t>
        <w:br/>
        <w:t>f 11901/25422/22716 11954/25474/22771 11900/25419/22713</w:t>
        <w:br/>
        <w:t>f 11956/25476/22773 11955/25477/22774 11904/25423/22717</w:t>
        <w:br/>
        <w:t>f 11905/25426/22720 11956/25476/22773 11904/25423/22717</w:t>
        <w:br/>
        <w:t>f 11953/25475/22772 11957/25478/22775 11877/25398/22692</w:t>
        <w:br/>
        <w:t>f 11900/25419/22713 11953/25475/22772 11877/25398/22692</w:t>
        <w:br/>
        <w:t>f 11944/25466/22762 11956/25476/22773 11905/25426/22720</w:t>
        <w:br/>
        <w:t>f 11872/25391/22685 11944/25466/22762 11905/25426/22720</w:t>
        <w:br/>
        <w:t>f 11958/25479/22776 11954/25474/22771 11901/25422/22716</w:t>
        <w:br/>
        <w:t>f 11907/25427/22721 11958/25479/22776 11901/25422/22716</w:t>
        <w:br/>
        <w:t>f 11955/25477/22774 11959/25480/22777 11909/25429/22723</w:t>
        <w:br/>
        <w:t>f 11904/25423/22717 11955/25477/22774 11909/25429/22723</w:t>
        <w:br/>
        <w:t>f 11959/25480/22777 11960/25481/22778 11911/25431/22725</w:t>
        <w:br/>
        <w:t>f 11909/25429/22723 11959/25480/22777 11911/25431/22725</w:t>
        <w:br/>
        <w:t>f 11961/25482/22755 11958/25479/22776 11907/25427/22721</w:t>
        <w:br/>
        <w:t>f 11913/25433/22727 11961/25482/22755 11907/25427/22721</w:t>
        <w:br/>
        <w:t>f 11951/25472/22769 11950/25471/22767 11893/25414/22708</w:t>
        <w:br/>
        <w:t>f 11895/25415/22709 11951/25472/22769 11893/25414/22708</w:t>
        <w:br/>
        <w:t>f 11891/25411/22705 11949/25470/22766 11952/25473/22770</w:t>
        <w:br/>
        <w:t>f 11897/25417/22711 11891/25411/22705 11952/25473/22770</w:t>
        <w:br/>
        <w:t>f 11946/25467/22763 11945/25465/22761 11873/25394/22688</w:t>
        <w:br/>
        <w:t>f 11884/25404/22698 11946/25467/22763 11873/25394/22688</w:t>
        <w:br/>
        <w:t>f 11759/25279/22573 11963/25483/22779 11962/25484/22780</w:t>
        <w:br/>
        <w:t>f 11758/25280/22574 11759/25279/22573 11962/25484/22780</w:t>
        <w:br/>
        <w:t>f 11753/25277/22571 11778/25296/22590 11775/25299/22593</w:t>
        <w:br/>
        <w:t>f 11756/25274/22568 11753/25277/22571 11775/25299/22593</w:t>
        <w:br/>
        <w:t>f 11965/25485/22781 11964/25486/22782 11785/25305/22599</w:t>
        <w:br/>
        <w:t>f 11786/25304/22598 11965/25485/22781 11785/25305/22599</w:t>
        <w:br/>
        <w:t>f 11793/25315/22609 11794/25314/22608 11966/25487/22783</w:t>
        <w:br/>
        <w:t>f 11967/25488/22784 11793/25315/22609 11966/25487/22783</w:t>
        <w:br/>
        <w:t>f 11967/25488/22784 11966/25487/22783 11774/25295/22589</w:t>
        <w:br/>
        <w:t>f 11771/25294/22588 11967/25488/22784 11774/25295/22589</w:t>
        <w:br/>
        <w:t>f 11968/25489/22785 11928/25449/22745 11770/25291/22585</w:t>
        <w:br/>
        <w:t>f 11769/25290/22584 11968/25489/22785 11770/25291/22585</w:t>
        <w:br/>
        <w:t>f 11970/25490/22786 11760/25278/22572 11757/25281/22575</w:t>
        <w:br/>
        <w:t>f 11969/25491/22787 11970/25490/22786 11757/25281/22575</w:t>
        <w:br/>
        <w:t>f 11783/25307/22601 11784/25306/22600 11789/25309/22603</w:t>
        <w:br/>
        <w:t>f 11790/25308/22602 11783/25307/22601 11789/25309/22603</w:t>
        <w:br/>
        <w:t>f 11762/25283/22577 11763/25282/22576 11780/25301/22595</w:t>
        <w:br/>
        <w:t>f 11781/25300/22594 11762/25283/22577 11780/25301/22595</w:t>
        <w:br/>
        <w:t>f 11782/25303/22597 11779/25302/22596 11971/25492/22788</w:t>
        <w:br/>
        <w:t>f 11937/25458/22754 11782/25303/22597 11971/25492/22788</w:t>
        <w:br/>
        <w:t>f 11972/25493/22789 11938/25459/22755 11937/25458/22754</w:t>
        <w:br/>
        <w:t>f 11971/25492/22788 11972/25493/22789 11937/25458/22754</w:t>
        <w:br/>
        <w:t>f 11968/25489/22785 11970/25490/22786 11931/25452/22748</w:t>
        <w:br/>
        <w:t>f 11928/25449/22745 11968/25489/22785 11931/25452/22748</w:t>
        <w:br/>
        <w:t>f 11964/25486/22782 11965/25485/22781 11768/25289/22583</w:t>
        <w:br/>
        <w:t>f 11765/25288/22582 11964/25486/22782 11768/25289/22583</w:t>
        <w:br/>
        <w:t>f 11797/25321/22615 11798/25320/22614 11962/25484/22780</w:t>
        <w:br/>
        <w:t>f 11963/25483/22779 11797/25321/22615 11962/25484/22780</w:t>
        <w:br/>
        <w:t>f 11795/25317/22611 11796/25316/22610 11811/25331/22625</w:t>
        <w:br/>
        <w:t>f 11812/25330/22624 11795/25317/22611 11811/25331/22625</w:t>
        <w:br/>
        <w:t>f 11974/25494/22790 11808/25329/22623 11805/25328/22622</w:t>
        <w:br/>
        <w:t>f 11973/25495/22791 11974/25494/22790 11805/25328/22622</w:t>
        <w:br/>
        <w:t>f 11975/25496/22792 11801/25324/22618 11802/25323/22617</w:t>
        <w:br/>
        <w:t>f 11950/25471/22767 11975/25496/22792 11802/25323/22617</w:t>
        <w:br/>
        <w:t>f 11799/25319/22613 11800/25318/22612 11977/25497/22793</w:t>
        <w:br/>
        <w:t>f 11976/25498/22794 11799/25319/22613 11977/25497/22793</w:t>
        <w:br/>
        <w:t>f 11976/25498/22794 11977/25497/22793 11975/25496/22792</w:t>
        <w:br/>
        <w:t>f 11950/25471/22767 11976/25498/22794 11975/25496/22792</w:t>
        <w:br/>
        <w:t>f 11981/25499/22795 11980/25500/22796 11979/25501/22797</w:t>
        <w:br/>
        <w:t>f 11978/25502/22798 11981/25499/22795 11979/25501/22797</w:t>
        <w:br/>
        <w:t>f 11984/25503/22799 11983/25504/22800 11979/25501/22797</w:t>
        <w:br/>
        <w:t>f 11982/25505/22801 11984/25503/22799 11979/25501/22797</w:t>
        <w:br/>
        <w:t>f 11988/25506/22802 11987/25507/22803 11986/25508/22804</w:t>
        <w:br/>
        <w:t>f 11985/25509/22805 11988/25506/22802 11986/25508/22804</w:t>
        <w:br/>
        <w:t>f 11992/25510/22806 11991/25511/22807 11990/25512/22808</w:t>
        <w:br/>
        <w:t>f 11989/25513/22809 11992/25510/22806 11990/25512/22808</w:t>
        <w:br/>
        <w:t>f 11989/25513/22809 11990/25512/22808 11994/25514/22810</w:t>
        <w:br/>
        <w:t>f 11993/25515/22811 11989/25513/22809 11994/25514/22810</w:t>
        <w:br/>
        <w:t>f 11993/25515/22811 11994/25514/22810 11996/25516/22812</w:t>
        <w:br/>
        <w:t>f 11995/25517/22813 11993/25515/22811 11996/25516/22812</w:t>
        <w:br/>
        <w:t>f 11999/25518/22814 11998/25519/22815 11997/25520/22816</w:t>
        <w:br/>
        <w:t>f 11982/25505/22801 11999/25518/22814 11997/25520/22816</w:t>
        <w:br/>
        <w:t>f 12003/25521/22817 12002/25522/22818 12001/25523/22819</w:t>
        <w:br/>
        <w:t>f 12000/25524/22820 12003/25521/22817 12001/25523/22819</w:t>
        <w:br/>
        <w:t>f 11985/25509/22805 11986/25508/22804 12002/25522/22818</w:t>
        <w:br/>
        <w:t>f 12003/25521/22817 11985/25509/22805 12002/25522/22818</w:t>
        <w:br/>
        <w:t>f 12006/25525/22821 12005/25526/22822 12001/25523/22819</w:t>
        <w:br/>
        <w:t>f 12004/25527/22823 12006/25525/22821 12001/25523/22819</w:t>
        <w:br/>
        <w:t>f 12008/25528/22824 12007/25529/22825 12005/25526/22822</w:t>
        <w:br/>
        <w:t>f 12006/25525/22821 12008/25528/22824 12005/25526/22822</w:t>
        <w:br/>
        <w:t>f 11998/25519/22815 11995/25517/22813 11996/25516/22812</w:t>
        <w:br/>
        <w:t>f 11997/25520/22816 11998/25519/22815 11996/25516/22812</w:t>
        <w:br/>
        <w:t>f 12009/25530/22826 11991/25511/22807 11987/25507/22803</w:t>
        <w:br/>
        <w:t>f 11988/25506/22802 12009/25530/22826 11987/25507/22803</w:t>
        <w:br/>
        <w:t>f 12012/25531/22827 12011/25532/22828 11978/25502/22798</w:t>
        <w:br/>
        <w:t>f 12010/25533/22829 12012/25531/22827 11978/25502/22798</w:t>
        <w:br/>
        <w:t>f 12015/25534/22830 12011/25532/22828 12014/25535/22831</w:t>
        <w:br/>
        <w:t>f 12013/25536/22832 12015/25534/22830 12014/25535/22831</w:t>
        <w:br/>
        <w:t>f 12019/25537/22833 12018/25538/22834 12017/25539/22835</w:t>
        <w:br/>
        <w:t>f 12016/25540/22836 12019/25537/22833 12017/25539/22835</w:t>
        <w:br/>
        <w:t>f 12022/25541/22837 12021/25542/22838 12020/25543/22839</w:t>
        <w:br/>
        <w:t>f 12016/25540/22836 12022/25541/22837 12020/25543/22839</w:t>
        <w:br/>
        <w:t>f 12025/25544/22840 12024/25545/22841 12014/25535/22831</w:t>
        <w:br/>
        <w:t>f 12023/25546/22842 12025/25544/22840 12014/25535/22831</w:t>
        <w:br/>
        <w:t>f 12026/25547/22843 12020/25543/22839 12024/25545/22841</w:t>
        <w:br/>
        <w:t>f 12025/25544/22840 12026/25547/22843 12024/25545/22841</w:t>
        <w:br/>
        <w:t>f 12010/25533/22829 11983/25504/22800 11753/25277/22571</w:t>
        <w:br/>
        <w:t>f 11754/25276/22570 12010/25533/22829 11753/25277/22571</w:t>
        <w:br/>
        <w:t>f 12012/25531/22827 12010/25533/22829 11754/25276/22570</w:t>
        <w:br/>
        <w:t>f 11795/25317/22611 12012/25531/22827 11754/25276/22570</w:t>
        <w:br/>
        <w:t>f 12012/25531/22827 11795/25317/22611 11812/25330/22624</w:t>
        <w:br/>
        <w:t>f 12023/25546/22842 12012/25531/22827 11812/25330/22624</w:t>
        <w:br/>
        <w:t>f 12023/25546/22842 11812/25330/22624 11809/25333/22627</w:t>
        <w:br/>
        <w:t>f 12025/25544/22840 12023/25546/22842 11809/25333/22627</w:t>
        <w:br/>
        <w:t>f 12026/25547/22843 12025/25544/22840 11809/25333/22627</w:t>
        <w:br/>
        <w:t>f 11807/25326/22620 12026/25547/22843 11809/25333/22627</w:t>
        <w:br/>
        <w:t>f 12019/25537/22833 12026/25547/22843 11807/25326/22620</w:t>
        <w:br/>
        <w:t>f 11808/25329/22623 12019/25537/22833 11807/25326/22620</w:t>
        <w:br/>
        <w:t>f 12018/25538/22834 12019/25537/22833 11808/25329/22623</w:t>
        <w:br/>
        <w:t>f 11974/25494/22790 12018/25538/22834 11808/25329/22623</w:t>
        <w:br/>
        <w:t>f 12028/25548/22844 12027/25549/22845 11972/25493/22789</w:t>
        <w:br/>
        <w:t>f 11971/25492/22788 12028/25548/22844 11972/25493/22789</w:t>
        <w:br/>
        <w:t>f 12000/25524/22820 12028/25548/22844 11971/25492/22788</w:t>
        <w:br/>
        <w:t>f 11779/25302/22596 12000/25524/22820 11971/25492/22788</w:t>
        <w:br/>
        <w:t>f 12000/25524/22820 11779/25302/22596 11780/25301/22595</w:t>
        <w:br/>
        <w:t>f 12003/25521/22817 12000/25524/22820 11780/25301/22595</w:t>
        <w:br/>
        <w:t>f 12003/25521/22817 11780/25301/22595 11763/25282/22576</w:t>
        <w:br/>
        <w:t>f 11985/25509/22805 12003/25521/22817 11763/25282/22576</w:t>
        <w:br/>
        <w:t>f 11988/25506/22802 11985/25509/22805 11763/25282/22576</w:t>
        <w:br/>
        <w:t>f 11764/25285/22579 11988/25506/22802 11763/25282/22576</w:t>
        <w:br/>
        <w:t>f 12009/25530/22826 11988/25506/22802 11764/25285/22579</w:t>
        <w:br/>
        <w:t>f 11793/25315/22609 12009/25530/22826 11764/25285/22579</w:t>
        <w:br/>
        <w:t>f 12009/25530/22826 11793/25315/22609 11967/25488/22784</w:t>
        <w:br/>
        <w:t>f 12029/25550/22846 12009/25530/22826 11967/25488/22784</w:t>
        <w:br/>
        <w:t>f 12030/25551/22847 12029/25550/22846 11967/25488/22784</w:t>
        <w:br/>
        <w:t>f 11771/25294/22588 12030/25551/22847 11967/25488/22784</w:t>
        <w:br/>
        <w:t>f 12030/25551/22847 11771/25294/22588 11772/25293/22587</w:t>
        <w:br/>
        <w:t>f 12031/25552/22848 12030/25551/22847 11772/25293/22587</w:t>
        <w:br/>
        <w:t>f 12031/25552/22848 11772/25293/22587 11777/25297/22591</w:t>
        <w:br/>
        <w:t>f 12032/25553/22849 12031/25552/22848 11777/25297/22591</w:t>
        <w:br/>
        <w:t>f 12032/25553/22849 11777/25297/22591 11778/25296/22590</w:t>
        <w:br/>
        <w:t>f 11984/25503/22799 12032/25553/22849 11778/25296/22590</w:t>
        <w:br/>
        <w:t>f 11983/25504/22800 11984/25503/22799 11778/25296/22590</w:t>
        <w:br/>
        <w:t>f 11753/25277/22571 11983/25504/22800 11778/25296/22590</w:t>
        <w:br/>
        <w:t>f 11999/25518/22814 11980/25500/22796 11759/25279/22573</w:t>
        <w:br/>
        <w:t>f 11760/25278/22572 11999/25518/22814 11759/25279/22573</w:t>
        <w:br/>
        <w:t>f 11998/25519/22815 11999/25518/22814 11760/25278/22572</w:t>
        <w:br/>
        <w:t>f 11970/25490/22786 11998/25519/22815 11760/25278/22572</w:t>
        <w:br/>
        <w:t>f 11995/25517/22813 11998/25519/22815 11970/25490/22786</w:t>
        <w:br/>
        <w:t>f 11968/25489/22785 11995/25517/22813 11970/25490/22786</w:t>
        <w:br/>
        <w:t>f 11995/25517/22813 11968/25489/22785 11769/25290/22584</w:t>
        <w:br/>
        <w:t>f 11993/25515/22811 11995/25517/22813 11769/25290/22584</w:t>
        <w:br/>
        <w:t>f 11993/25515/22811 11769/25290/22584 11767/25286/22580</w:t>
        <w:br/>
        <w:t>f 11989/25513/22809 11993/25515/22811 11767/25286/22580</w:t>
        <w:br/>
        <w:t>f 11992/25510/22806 11989/25513/22809 11767/25286/22580</w:t>
        <w:br/>
        <w:t>f 11768/25289/22583 11992/25510/22806 11767/25286/22580</w:t>
        <w:br/>
        <w:t>f 11992/25510/22806 11768/25289/22583 11965/25485/22781</w:t>
        <w:br/>
        <w:t>f 12033/25554/22850 11992/25510/22806 11965/25485/22781</w:t>
        <w:br/>
        <w:t>f 12033/25554/22850 11965/25485/22781 11786/25304/22598</w:t>
        <w:br/>
        <w:t>f 12034/25555/22851 12033/25554/22850 11786/25304/22598</w:t>
        <w:br/>
        <w:t>f 12034/25555/22851 11786/25304/22598 11783/25307/22601</w:t>
        <w:br/>
        <w:t>f 12035/25556/22852 12034/25555/22851 11783/25307/22601</w:t>
        <w:br/>
        <w:t>f 12035/25556/22852 11783/25307/22601 11790/25308/22602</w:t>
        <w:br/>
        <w:t>f 12004/25527/22823 12035/25556/22852 11790/25308/22602</w:t>
        <w:br/>
        <w:t>f 12004/25527/22823 11790/25308/22602 11787/25311/22605</w:t>
        <w:br/>
        <w:t>f 12006/25525/22821 12004/25527/22823 11787/25311/22605</w:t>
        <w:br/>
        <w:t>f 12006/25525/22821 11787/25311/22605 11791/25313/22607</w:t>
        <w:br/>
        <w:t>f 12008/25528/22824 12006/25525/22821 11791/25313/22607</w:t>
        <w:br/>
        <w:t>f 12022/25541/22837 12036/25557/22853 11804/25325/22619</w:t>
        <w:br/>
        <w:t>f 11801/25324/22618 12022/25541/22837 11804/25325/22619</w:t>
        <w:br/>
        <w:t>f 12021/25542/22838 12022/25541/22837 11801/25324/22618</w:t>
        <w:br/>
        <w:t>f 11975/25496/22792 12021/25542/22838 11801/25324/22618</w:t>
        <w:br/>
        <w:t>f 12021/25542/22838 11975/25496/22792 11977/25497/22793</w:t>
        <w:br/>
        <w:t>f 12037/25558/22854 12021/25542/22838 11977/25497/22793</w:t>
        <w:br/>
        <w:t>f 12037/25558/22854 11977/25497/22793 11800/25318/22612</w:t>
        <w:br/>
        <w:t>f 12013/25536/22832 12037/25558/22854 11800/25318/22612</w:t>
        <w:br/>
        <w:t>f 12013/25536/22832 11800/25318/22612 11797/25321/22615</w:t>
        <w:br/>
        <w:t>f 12015/25534/22830 12013/25536/22832 11797/25321/22615</w:t>
        <w:br/>
        <w:t>f 12015/25534/22830 11797/25321/22615 11963/25483/22779</w:t>
        <w:br/>
        <w:t>f 11981/25499/22795 12015/25534/22830 11963/25483/22779</w:t>
        <w:br/>
        <w:t>f 11980/25500/22796 11981/25499/22795 11963/25483/22779</w:t>
        <w:br/>
        <w:t>f 11759/25279/22573 11980/25500/22796 11963/25483/22779</w:t>
        <w:br/>
        <w:t>f 12041/25559/22855 12040/25560/22856 12039/25561/22857</w:t>
        <w:br/>
        <w:t>f 12038/25562/22858 12041/25559/22855 12039/25561/22857</w:t>
        <w:br/>
        <w:t>f 12038/25562/22858 12039/25561/22857 12043/25563/22859</w:t>
        <w:br/>
        <w:t>f 12042/25564/22860 12038/25562/22858 12043/25563/22859</w:t>
        <w:br/>
        <w:t>f 12047/25565/22861 12046/25566/22862 12045/25567/22863</w:t>
        <w:br/>
        <w:t>f 12044/25568/22864 12047/25565/22861 12045/25567/22863</w:t>
        <w:br/>
        <w:t>f 12051/25569/22865 12050/25570/22866 12049/25571/22867</w:t>
        <w:br/>
        <w:t>f 12048/25572/22868 12051/25569/22865 12049/25571/22867</w:t>
        <w:br/>
        <w:t>f 12055/25573/22869 12054/25574/22870 12053/25575/22871</w:t>
        <w:br/>
        <w:t>f 12052/25576/22872 12055/25573/22869 12053/25575/22871</w:t>
        <w:br/>
        <w:t>f 12053/25575/22871 12054/25574/22870 12057/25577/22873</w:t>
        <w:br/>
        <w:t>f 12056/25578/22874 12053/25575/22871 12057/25577/22873</w:t>
        <w:br/>
        <w:t>f 12061/25579/22875 12060/25580/22876 12059/25581/22877</w:t>
        <w:br/>
        <w:t>f 12058/25582/22878 12061/25579/22875 12059/25581/22877</w:t>
        <w:br/>
        <w:t>f 12065/25583/22879 12064/25584/22880 12063/25585/22881</w:t>
        <w:br/>
        <w:t>f 12062/25586/22882 12065/25583/22879 12063/25585/22881</w:t>
        <w:br/>
        <w:t>f 12069/25587/22883 12068/25588/22884 12067/25589/22885</w:t>
        <w:br/>
        <w:t>f 12066/25590/22886 12069/25587/22883 12067/25589/22885</w:t>
        <w:br/>
        <w:t>f 12073/25591/22887 12072/25592/22888 12071/25593/22889</w:t>
        <w:br/>
        <w:t>f 12070/25594/22890 12073/25591/22887 12071/25593/22889</w:t>
        <w:br/>
        <w:t>f 12077/25595/22891 12076/25596/22892 12075/25597/22893</w:t>
        <w:br/>
        <w:t>f 12074/25598/22894 12077/25595/22891 12075/25597/22893</w:t>
        <w:br/>
        <w:t>f 12074/25598/22894 12079/25599/22895 12078/25600/22896</w:t>
        <w:br/>
        <w:t>f 12077/25595/22891 12074/25598/22894 12078/25600/22896</w:t>
        <w:br/>
        <w:t>f 12081/25601/22897 12080/25602/22898 12060/25580/22876</w:t>
        <w:br/>
        <w:t>f 12061/25579/22875 12081/25601/22897 12060/25580/22876</w:t>
        <w:br/>
        <w:t>f 12083/25603/22899 12051/25569/22865 12048/25572/22868</w:t>
        <w:br/>
        <w:t>f 12082/25604/22900 12083/25603/22899 12048/25572/22868</w:t>
        <w:br/>
        <w:t>f 12087/25605/22901 12086/25606/22902 12085/25607/22903</w:t>
        <w:br/>
        <w:t>f 12084/25608/22904 12087/25605/22901 12085/25607/22903</w:t>
        <w:br/>
        <w:t>f 12090/25609/22905 12089/25610/22906 12088/25611/22907</w:t>
        <w:br/>
        <w:t>f 12091/25612/22908 12090/25609/22905 12088/25611/22907</w:t>
        <w:br/>
        <w:t>f 12093/25613/22909 12091/25612/22908 12088/25611/22907</w:t>
        <w:br/>
        <w:t>f 12092/25614/22910 12093/25613/22909 12088/25611/22907</w:t>
        <w:br/>
        <w:t>f 12096/25615/22911 12095/25616/22912 12094/25617/22913</w:t>
        <w:br/>
        <w:t>f 12097/25618/22914 12096/25615/22911 12094/25617/22913</w:t>
        <w:br/>
        <w:t>f 12099/25619/22915 12093/25613/22909 12092/25614/22910</w:t>
        <w:br/>
        <w:t>f 12098/25620/22916 12099/25619/22915 12092/25614/22910</w:t>
        <w:br/>
        <w:t>f 12101/25621/22917 12100/25622/22918 12094/25617/22913</w:t>
        <w:br/>
        <w:t>f 12095/25616/22912 12101/25621/22917 12094/25617/22913</w:t>
        <w:br/>
        <w:t>f 12104/25623/22919 12103/25624/22920 12102/25625/22921</w:t>
        <w:br/>
        <w:t>f 12105/25626/22922 12104/25623/22919 12102/25625/22921</w:t>
        <w:br/>
        <w:t>f 12108/25627/22923 12107/25628/22924 12106/25629/22925</w:t>
        <w:br/>
        <w:t>f 12109/25630/22926 12108/25627/22923 12106/25629/22925</w:t>
        <w:br/>
        <w:t>f 12112/25631/22927 12111/25632/22928 12110/25633/22696</w:t>
        <w:br/>
        <w:t>f 12113/25634/22929 12112/25631/22927 12110/25633/22696</w:t>
        <w:br/>
        <w:t>f 12116/25635/22930 12115/25636/22931 12114/25637/22932</w:t>
        <w:br/>
        <w:t>f 12117/25638/22933 12116/25635/22930 12114/25637/22932</w:t>
        <w:br/>
        <w:t>f 12117/25638/22933 12114/25637/22932 12118/25639/22934</w:t>
        <w:br/>
        <w:t>f 12119/25640/22935 12117/25638/22933 12118/25639/22934</w:t>
        <w:br/>
        <w:t>f 12112/25631/22927 12121/25641/22936 12120/25642/22937</w:t>
        <w:br/>
        <w:t>f 12111/25632/22928 12112/25631/22927 12120/25642/22937</w:t>
        <w:br/>
        <w:t>f 12121/25641/22936 12123/25643/22938 12122/25644/22939</w:t>
        <w:br/>
        <w:t>f 12120/25642/22937 12121/25641/22936 12122/25644/22939</w:t>
        <w:br/>
        <w:t>f 12125/25645/22940 12119/25640/22935 12118/25639/22934</w:t>
        <w:br/>
        <w:t>f 12124/25646/22941 12125/25645/22940 12118/25639/22934</w:t>
        <w:br/>
        <w:t>f 12101/25621/22917 12127/25647/22942 12126/25648/22943</w:t>
        <w:br/>
        <w:t>f 12100/25622/22918 12101/25621/22917 12126/25648/22943</w:t>
        <w:br/>
        <w:t>f 12130/25649/22944 12129/25650/22945 12128/25651/22946</w:t>
        <w:br/>
        <w:t>f 12131/25652/22947 12130/25649/22944 12128/25651/22946</w:t>
        <w:br/>
        <w:t>f 12134/25653/22948 12133/25654/22949 12132/25655/22950</w:t>
        <w:br/>
        <w:t>f 12135/25656/22951 12134/25653/22948 12132/25655/22950</w:t>
        <w:br/>
        <w:t>f 12139/25657/22952 12138/25658/22953 12137/25659/22774</w:t>
        <w:br/>
        <w:t>f 12136/25660/22773 12139/25657/22952 12137/25659/22774</w:t>
        <w:br/>
        <w:t>f 12134/25653/22948 12109/25630/22926 12106/25629/22925</w:t>
        <w:br/>
        <w:t>f 12133/25654/22949 12134/25653/22948 12106/25629/22925</w:t>
        <w:br/>
        <w:t>f 12139/25657/22952 12136/25660/22773 12103/25624/22920</w:t>
        <w:br/>
        <w:t>f 12104/25623/22919 12139/25657/22952 12103/25624/22920</w:t>
        <w:br/>
        <w:t>f 12141/25661/22954 12135/25656/22951 12132/25655/22950</w:t>
        <w:br/>
        <w:t>f 12140/25662/22955 12141/25661/22954 12132/25655/22950</w:t>
        <w:br/>
        <w:t>f 12138/25658/22953 12143/25663/22956 12142/25664/22777</w:t>
        <w:br/>
        <w:t>f 12137/25659/22774 12138/25658/22953 12142/25664/22777</w:t>
        <w:br/>
        <w:t>f 12145/25665/22957 12144/25666/22958 12142/25664/22777</w:t>
        <w:br/>
        <w:t>f 12143/25663/22956 12145/25665/22957 12142/25664/22777</w:t>
        <w:br/>
        <w:t>f 12147/25667/22959 12141/25661/22954 12140/25662/22955</w:t>
        <w:br/>
        <w:t>f 12146/25668/22960 12147/25667/22959 12140/25662/22955</w:t>
        <w:br/>
        <w:t>f 12125/25645/22940 12124/25646/22941 12126/25648/22943</w:t>
        <w:br/>
        <w:t>f 12127/25647/22942 12125/25645/22940 12126/25648/22943</w:t>
        <w:br/>
        <w:t>f 12123/25643/22938 12130/25649/22944 12131/25652/22947</w:t>
        <w:br/>
        <w:t>f 12122/25644/22939 12123/25643/22938 12131/25652/22947</w:t>
        <w:br/>
        <w:t>f 12105/25626/22922 12102/25625/22921 12115/25636/22931</w:t>
        <w:br/>
        <w:t>f 12116/25635/22930 12105/25626/22922 12115/25636/22931</w:t>
        <w:br/>
        <w:t>f 12108/25627/22923 12113/25634/22929 12110/25633/22696</w:t>
        <w:br/>
        <w:t>f 12107/25628/22924 12108/25627/22923 12110/25633/22696</w:t>
        <w:br/>
        <w:t>f 12150/25669/22961 12149/25670/22962 12148/25671/22963</w:t>
        <w:br/>
        <w:t>f 12045/25567/22863 12152/25672/22964 12151/25673/22965</w:t>
        <w:br/>
        <w:t>f 12044/25568/22864 12045/25567/22863 12151/25673/22965</w:t>
        <w:br/>
        <w:t>f 12063/25585/22881 12064/25584/22880 12042/25564/22860</w:t>
        <w:br/>
        <w:t>f 12043/25563/22859 12063/25585/22881 12042/25564/22860</w:t>
        <w:br/>
        <w:t>f 12154/25674/22966 12071/25593/22889 12072/25592/22888</w:t>
        <w:br/>
        <w:t>f 12153/25675/22967 12154/25674/22966 12072/25592/22888</w:t>
        <w:br/>
        <w:t>f 12082/25604/22900 12156/25676/22968 12155/25677/22969</w:t>
        <w:br/>
        <w:t>f 12083/25603/22899 12082/25604/22900 12155/25677/22969</w:t>
        <w:br/>
        <w:t>f 12155/25677/22969 12156/25676/22968 12058/25582/22878</w:t>
        <w:br/>
        <w:t>f 12059/25581/22877 12155/25677/22969 12058/25582/22878</w:t>
        <w:br/>
        <w:t>f 12158/25678/22970 12157/25679/22971 12056/25578/22874</w:t>
        <w:br/>
        <w:t>f 12057/25577/22873 12158/25678/22970 12056/25578/22874</w:t>
        <w:br/>
        <w:t>f 12046/25566/22862 12047/25565/22861 12160/25680/22972</w:t>
        <w:br/>
        <w:t>f 12159/25681/22973 12046/25566/22862 12160/25680/22972</w:t>
        <w:br/>
        <w:t>f 12070/25594/22890 12075/25597/22893 12076/25596/22892</w:t>
        <w:br/>
        <w:t>f 12073/25591/22887 12070/25594/22890 12076/25596/22892</w:t>
        <w:br/>
        <w:t>f 12068/25588/22884 12049/25571/22867 12050/25570/22866</w:t>
        <w:br/>
        <w:t>f 12067/25589/22885 12068/25588/22884 12050/25570/22866</w:t>
        <w:br/>
        <w:t>f 12162/25682/22974 12069/25587/22883 12066/25590/22886</w:t>
        <w:br/>
        <w:t>f 12161/25683/22975 12162/25682/22974 12066/25590/22886</w:t>
        <w:br/>
        <w:t>f 12164/25684/22976 12162/25682/22974 12161/25683/22975</w:t>
        <w:br/>
        <w:t>f 12163/25685/22977 12164/25684/22976 12161/25683/22975</w:t>
        <w:br/>
        <w:t>f 12159/25681/22973 12160/25680/22972 12157/25679/22971</w:t>
        <w:br/>
        <w:t>f 12158/25678/22970 12159/25681/22973 12157/25679/22971</w:t>
        <w:br/>
        <w:t>f 12052/25576/22872 12154/25674/22966 12153/25675/22967</w:t>
        <w:br/>
        <w:t>f 12055/25573/22869 12052/25576/22872 12153/25675/22967</w:t>
        <w:br/>
        <w:t>f 12168/25686/22978 12167/25687/22979 12166/25688/22980</w:t>
        <w:br/>
        <w:t>f 12165/25689/22981 12168/25686/22978 12166/25688/22980</w:t>
        <w:br/>
        <w:t>f 12170/25690/22982 12168/25686/22978 12165/25689/22981</w:t>
        <w:br/>
        <w:t>f 12169/25691/22983 12170/25690/22982 12165/25689/22981</w:t>
        <w:br/>
        <w:t>f 12172/25692/22984 12171/25693/22985 12170/25690/22982</w:t>
        <w:br/>
        <w:t>f 12169/25691/22983 12172/25692/22984 12170/25690/22982</w:t>
        <w:br/>
        <w:t>f 12176/25694/22986 12175/25695/22987 12174/25696/22988</w:t>
        <w:br/>
        <w:t>f 12173/25697/22989 12176/25694/22986 12174/25696/22988</w:t>
        <w:br/>
        <w:t>f 12180/25698/22990 12179/25699/22991 12178/25700/22992</w:t>
        <w:br/>
        <w:t>f 12177/25701/22993 12180/25698/22990 12178/25700/22992</w:t>
        <w:br/>
        <w:t>f 12180/25698/22990 12177/25701/22993 12182/25702/22994</w:t>
        <w:br/>
        <w:t>f 12181/25703/22995 12180/25698/22990 12182/25702/22994</w:t>
        <w:br/>
        <w:t>f 12181/25703/22995 12184/25704/22996 12183/25705/22997</w:t>
        <w:br/>
        <w:t>f 12171/25693/22985 12172/25692/22984 12185/25706/22998</w:t>
        <w:br/>
        <w:t>f 12189/25707/22999 12188/25708/23000 12187/25709/23001</w:t>
        <w:br/>
        <w:t>f 12186/25710/23002 12189/25707/22999 12187/25709/23001</w:t>
        <w:br/>
        <w:t>f 12191/25711/23003 12190/25712/23004 12187/25709/23001</w:t>
        <w:br/>
        <w:t>f 12173/25697/22989 12191/25711/23003 12187/25709/23001</w:t>
        <w:br/>
        <w:t>f 12194/25713/23005 12193/25714/23006 12192/25715/23007</w:t>
        <w:br/>
        <w:t>f 12186/25710/23002 12194/25713/23005 12192/25715/23007</w:t>
        <w:br/>
        <w:t>f 12193/25714/23006 12196/25716/23008 12195/25717/23009</w:t>
        <w:br/>
        <w:t>f 12192/25715/23007 12193/25714/23006 12195/25717/23009</w:t>
        <w:br/>
        <w:t>f 12183/25705/22997 12184/25704/22996 12198/25718/23010</w:t>
        <w:br/>
        <w:t>f 12197/25719/23011 12183/25705/22997 12198/25718/23010</w:t>
        <w:br/>
        <w:t>f 12174/25696/22988 12178/25700/22992 12179/25699/22991</w:t>
        <w:br/>
        <w:t>f 12199/25720/23012 12174/25696/22988 12179/25699/22991</w:t>
        <w:br/>
        <w:t>f 12040/25560/22856 12090/25609/22905 12091/25612/22908</w:t>
        <w:br/>
        <w:t>f 12039/25561/22857 12040/25560/22856 12091/25612/22908</w:t>
        <w:br/>
        <w:t>f 12039/25561/22857 12091/25612/22908 12093/25613/22909</w:t>
        <w:br/>
        <w:t>f 12043/25563/22859 12039/25561/22857 12093/25613/22909</w:t>
        <w:br/>
        <w:t>f 12043/25563/22859 12093/25613/22909 12099/25619/22915</w:t>
        <w:br/>
        <w:t>f 12063/25585/22881 12043/25563/22859 12099/25619/22915</w:t>
        <w:br/>
        <w:t>f 12099/25619/22915 12129/25650/22945 12062/25586/22882</w:t>
        <w:br/>
        <w:t>f 12063/25585/22881 12099/25619/22915 12062/25586/22882</w:t>
        <w:br/>
        <w:t>f 12060/25580/22876 12080/25602/22898 12130/25649/22944</w:t>
        <w:br/>
        <w:t>f 12123/25643/22938 12060/25580/22876 12130/25649/22944</w:t>
        <w:br/>
        <w:t>f 12059/25581/22877 12060/25580/22876 12123/25643/22938</w:t>
        <w:br/>
        <w:t>f 12121/25641/22936 12059/25581/22877 12123/25643/22938</w:t>
        <w:br/>
        <w:t>f 12155/25677/22969 12059/25581/22877 12121/25641/22936</w:t>
        <w:br/>
        <w:t>f 12112/25631/22927 12155/25677/22969 12121/25641/22936</w:t>
        <w:br/>
        <w:t>f 12155/25677/22969 12112/25631/22927 12113/25634/22929</w:t>
        <w:br/>
        <w:t>f 12083/25603/22899 12155/25677/22969 12113/25634/22929</w:t>
        <w:br/>
        <w:t>f 12051/25569/22865 12083/25603/22899 12113/25634/22929</w:t>
        <w:br/>
        <w:t>f 12108/25627/22923 12051/25569/22865 12113/25634/22929</w:t>
        <w:br/>
        <w:t>f 12051/25569/22865 12108/25627/22923 12109/25630/22926</w:t>
        <w:br/>
        <w:t>f 12050/25570/22866 12051/25569/22865 12109/25630/22926</w:t>
        <w:br/>
        <w:t>f 12067/25589/22885 12050/25570/22866 12109/25630/22926</w:t>
        <w:br/>
        <w:t>f 12134/25653/22948 12067/25589/22885 12109/25630/22926</w:t>
        <w:br/>
        <w:t>f 12067/25589/22885 12134/25653/22948 12135/25656/22951</w:t>
        <w:br/>
        <w:t>f 12066/25590/22886 12067/25589/22885 12135/25656/22951</w:t>
        <w:br/>
        <w:t>f 12161/25683/22975 12066/25590/22886 12135/25656/22951</w:t>
        <w:br/>
        <w:t>f 12141/25661/22954 12161/25683/22975 12135/25656/22951</w:t>
        <w:br/>
        <w:t>f 12163/25685/22977 12161/25683/22975 12141/25661/22954</w:t>
        <w:br/>
        <w:t>f 12147/25667/22959 12163/25685/22977 12141/25661/22954</w:t>
        <w:br/>
        <w:t>f 12164/25684/22976 12196/25716/23008 12193/25714/23006</w:t>
        <w:br/>
        <w:t>f 12162/25682/22974 12164/25684/22976 12193/25714/23006</w:t>
        <w:br/>
        <w:t>f 12162/25682/22974 12193/25714/23006 12194/25713/23005</w:t>
        <w:br/>
        <w:t>f 12069/25587/22883 12162/25682/22974 12194/25713/23005</w:t>
        <w:br/>
        <w:t>f 12068/25588/22884 12069/25587/22883 12194/25713/23005</w:t>
        <w:br/>
        <w:t>f 12190/25712/23004 12068/25588/22884 12194/25713/23005</w:t>
        <w:br/>
        <w:t>f 12068/25588/22884 12190/25712/23004 12191/25711/23003</w:t>
        <w:br/>
        <w:t>f 12049/25571/22867 12068/25588/22884 12191/25711/23003</w:t>
        <w:br/>
        <w:t>f 12048/25572/22868 12049/25571/22867 12191/25711/23003</w:t>
        <w:br/>
        <w:t>f 12199/25720/23012 12048/25572/22868 12191/25711/23003</w:t>
        <w:br/>
        <w:t>f 12048/25572/22868 12199/25720/23012 12179/25699/22991</w:t>
        <w:br/>
        <w:t>f 12082/25604/22900 12048/25572/22868 12179/25699/22991</w:t>
        <w:br/>
        <w:t>f 12156/25676/22968 12082/25604/22900 12179/25699/22991</w:t>
        <w:br/>
        <w:t>f 12180/25698/22990 12156/25676/22968 12179/25699/22991</w:t>
        <w:br/>
        <w:t>f 12156/25676/22968 12180/25698/22990 12181/25703/22995</w:t>
        <w:br/>
        <w:t>f 12058/25582/22878 12156/25676/22968 12181/25703/22995</w:t>
        <w:br/>
        <w:t>f 12058/25582/22878 12181/25703/22995 12183/25705/22997</w:t>
        <w:br/>
        <w:t>f 12061/25579/22875 12058/25582/22878 12183/25705/22997</w:t>
        <w:br/>
        <w:t>f 12061/25579/22875 12183/25705/22997 12197/25719/23011</w:t>
        <w:br/>
        <w:t>f 12081/25601/22897 12061/25579/22875 12197/25719/23011</w:t>
        <w:br/>
        <w:t>f 12185/25706/22998 12172/25692/22984 12064/25584/22880</w:t>
        <w:br/>
        <w:t>f 12065/25583/22879 12185/25706/22998 12064/25584/22880</w:t>
        <w:br/>
        <w:t>f 12064/25584/22880 12172/25692/22984 12169/25691/22983</w:t>
        <w:br/>
        <w:t>f 12042/25564/22860 12064/25584/22880 12169/25691/22983</w:t>
        <w:br/>
        <w:t>f 12042/25564/22860 12169/25691/22983 12165/25689/22981</w:t>
        <w:br/>
        <w:t>f 12038/25562/22858 12042/25564/22860 12165/25689/22981</w:t>
        <w:br/>
        <w:t>f 12041/25559/22855 12038/25562/22858 12165/25689/22981</w:t>
        <w:br/>
        <w:t>f 12166/25688/22980 12041/25559/22855 12165/25689/22981</w:t>
        <w:br/>
        <w:t>f 12150/25669/22961 12200/25721/23013 12086/25606/22902</w:t>
        <w:br/>
        <w:t>f 12087/25605/22901 12150/25669/22961 12086/25606/22902</w:t>
        <w:br/>
        <w:t>f 12167/25687/22979 12201/25722/23014 12148/25671/22963</w:t>
        <w:br/>
        <w:t>f 12149/25670/22962 12167/25687/22979 12148/25671/22963</w:t>
        <w:br/>
        <w:t>f 12204/25723/23015 12203/25724/23016 12151/25673/22965</w:t>
        <w:br/>
        <w:t>f 12202/25725/23017 12204/25723/23015 12151/25673/22965</w:t>
        <w:br/>
        <w:t>f 12044/25568/22864 12206/25726/23018 12205/25727/23019</w:t>
        <w:br/>
        <w:t>f 12047/25565/22861 12044/25568/22864 12205/25727/23019</w:t>
        <w:br/>
        <w:t>f 12047/25565/22861 12205/25727/23019 12207/25728/23020</w:t>
        <w:br/>
        <w:t>f 12160/25680/22972 12047/25565/22861 12207/25728/23020</w:t>
        <w:br/>
        <w:t>f 12157/25679/22971 12160/25680/22972 12207/25728/23020</w:t>
        <w:br/>
        <w:t>f 12208/25729/23021 12157/25679/22971 12207/25728/23020</w:t>
        <w:br/>
        <w:t>f 12056/25578/22874 12157/25679/22971 12208/25729/23021</w:t>
        <w:br/>
        <w:t>f 12209/25730/23022 12056/25578/22874 12208/25729/23021</w:t>
        <w:br/>
        <w:t>f 12053/25575/22871 12056/25578/22874 12209/25730/23022</w:t>
        <w:br/>
        <w:t>f 12210/25731/23023 12053/25575/22871 12209/25730/23022</w:t>
        <w:br/>
        <w:t>f 12052/25576/22872 12053/25575/22871 12210/25731/23023</w:t>
        <w:br/>
        <w:t>f 12211/25732/23024 12052/25576/22872 12210/25731/23023</w:t>
        <w:br/>
        <w:t>f 12052/25576/22872 12211/25732/23024 12175/25695/22987</w:t>
        <w:br/>
        <w:t>f 12154/25674/22966 12052/25576/22872 12175/25695/22987</w:t>
        <w:br/>
        <w:t>f 12154/25674/22966 12175/25695/22987 12176/25694/22986</w:t>
        <w:br/>
        <w:t>f 12071/25593/22889 12154/25674/22966 12176/25694/22986</w:t>
        <w:br/>
        <w:t>f 12070/25594/22890 12071/25593/22889 12176/25694/22986</w:t>
        <w:br/>
        <w:t>f 12188/25708/23000 12070/25594/22890 12176/25694/22986</w:t>
        <w:br/>
        <w:t>f 12075/25597/22893 12070/25594/22890 12188/25708/23000</w:t>
        <w:br/>
        <w:t>f 12189/25707/22999 12075/25597/22893 12188/25708/23000</w:t>
        <w:br/>
        <w:t>f 12074/25598/22894 12075/25597/22893 12189/25707/22999</w:t>
        <w:br/>
        <w:t>f 12212/25733/23025 12074/25598/22894 12189/25707/22999</w:t>
        <w:br/>
        <w:t>f 12079/25599/22895 12074/25598/22894 12212/25733/23025</w:t>
        <w:br/>
        <w:t>f 12213/25734/23026 12079/25599/22895 12212/25733/23025</w:t>
        <w:br/>
        <w:t>f 12078/25600/22896 12145/25665/22957 12143/25663/22956</w:t>
        <w:br/>
        <w:t>f 12077/25595/22891 12078/25600/22896 12143/25663/22956</w:t>
        <w:br/>
        <w:t>f 12077/25595/22891 12143/25663/22956 12138/25658/22953</w:t>
        <w:br/>
        <w:t>f 12076/25596/22892 12077/25595/22891 12138/25658/22953</w:t>
        <w:br/>
        <w:t>f 12073/25591/22887 12076/25596/22892 12138/25658/22953</w:t>
        <w:br/>
        <w:t>f 12139/25657/22952 12073/25591/22887 12138/25658/22953</w:t>
        <w:br/>
        <w:t>f 12073/25591/22887 12139/25657/22952 12104/25623/22919</w:t>
        <w:br/>
        <w:t>f 12072/25592/22888 12073/25591/22887 12104/25623/22919</w:t>
        <w:br/>
        <w:t>f 12153/25675/22967 12072/25592/22888 12104/25623/22919</w:t>
        <w:br/>
        <w:t>f 12105/25626/22922 12153/25675/22967 12104/25623/22919</w:t>
        <w:br/>
        <w:t>f 12055/25573/22869 12153/25675/22967 12105/25626/22922</w:t>
        <w:br/>
        <w:t>f 12116/25635/22930 12055/25573/22869 12105/25626/22922</w:t>
        <w:br/>
        <w:t>f 12054/25574/22870 12055/25573/22869 12116/25635/22930</w:t>
        <w:br/>
        <w:t>f 12117/25638/22933 12054/25574/22870 12116/25635/22930</w:t>
        <w:br/>
        <w:t>f 12054/25574/22870 12117/25638/22933 12119/25640/22935</w:t>
        <w:br/>
        <w:t>f 12057/25577/22873 12054/25574/22870 12119/25640/22935</w:t>
        <w:br/>
        <w:t>f 12158/25678/22970 12057/25577/22873 12119/25640/22935</w:t>
        <w:br/>
        <w:t>f 12125/25645/22940 12158/25678/22970 12119/25640/22935</w:t>
        <w:br/>
        <w:t>f 12158/25678/22970 12125/25645/22940 12127/25647/22942</w:t>
        <w:br/>
        <w:t>f 12159/25681/22973 12158/25678/22970 12127/25647/22942</w:t>
        <w:br/>
        <w:t>f 12046/25566/22862 12159/25681/22973 12127/25647/22942</w:t>
        <w:br/>
        <w:t>f 12101/25621/22917 12046/25566/22862 12127/25647/22942</w:t>
        <w:br/>
        <w:t>f 12046/25566/22862 12101/25621/22917 12095/25616/22912</w:t>
        <w:br/>
        <w:t>f 12045/25567/22863 12046/25566/22862 12095/25616/22912</w:t>
        <w:br/>
        <w:t>f 12152/25672/22964 12045/25567/22863 12095/25616/22912</w:t>
        <w:br/>
        <w:t>f 12096/25615/22911 12152/25672/22964 12095/25616/22912</w:t>
        <w:br/>
        <w:t>f 12216/25735/23027 12215/25736/23028 12214/25737/23029</w:t>
        <w:br/>
        <w:t>f 12220/25738/23030 12219/25739/23031 12218/25740/23032</w:t>
        <w:br/>
        <w:t>f 12217/25741/23033 12220/25738/23030 12218/25740/23032</w:t>
        <w:br/>
        <w:t>f 12222/25742/23034 12219/25739/23031 12220/25738/23030</w:t>
        <w:br/>
        <w:t>f 12221/25743/23035 12222/25742/23034 12220/25738/23030</w:t>
        <w:br/>
        <w:t>f 12226/25744/23036 12225/25745/23037 12224/25746/23038</w:t>
        <w:br/>
        <w:t>f 12223/25747/23039 12226/25744/23036 12224/25746/23038</w:t>
        <w:br/>
        <w:t>f 12230/25748/23040 12229/25749/23041 12228/25750/23042</w:t>
        <w:br/>
        <w:t>f 12227/25751/23043 12230/25748/23040 12228/25750/23042</w:t>
        <w:br/>
        <w:t>f 12233/25752/23044 12232/25753/23045 12231/25754/23046</w:t>
        <w:br/>
        <w:t>f 12237/25755/23047 12236/25756/22630 12235/25757/23048</w:t>
        <w:br/>
        <w:t>f 12234/25758/23049 12237/25755/23047 12235/25757/23048</w:t>
        <w:br/>
        <w:t>f 12237/25755/23047 12234/25758/23049 12238/25759/23050</w:t>
        <w:br/>
        <w:t>f 12239/25760/23051 12237/25755/23047 12238/25759/23050</w:t>
        <w:br/>
        <w:t>f 12243/25761/23052 12242/25762/23053 12241/25763/23054</w:t>
        <w:br/>
        <w:t>f 12240/25764/23055 12243/25761/23052 12241/25763/23054</w:t>
        <w:br/>
        <w:t>f 12247/25765/23056 12246/25766/23057 12245/25767/23058</w:t>
        <w:br/>
        <w:t>f 12244/25768/23059 12247/25765/23056 12245/25767/23058</w:t>
        <w:br/>
        <w:t>f 12246/25766/23057 12249/25769/23060 12248/25770/23061</w:t>
        <w:br/>
        <w:t>f 12245/25767/23058 12246/25766/23057 12248/25770/23061</w:t>
        <w:br/>
        <w:t>f 12249/25769/23060 12251/25771/23062 12250/25772/23063</w:t>
        <w:br/>
        <w:t>f 12248/25770/23061 12249/25769/23060 12250/25772/23063</w:t>
        <w:br/>
        <w:t>f 12239/25760/23051 12238/25759/23050 12252/25773/23064</w:t>
        <w:br/>
        <w:t>f 12253/25774/23065 12239/25760/23051 12252/25773/23064</w:t>
        <w:br/>
        <w:t>f 12257/25775/23066 12256/25776/23067 12255/25777/23068</w:t>
        <w:br/>
        <w:t>f 12254/25778/23069 12257/25775/23066 12255/25777/23068</w:t>
        <w:br/>
        <w:t>f 12243/25761/23052 12240/25764/23055 12255/25777/23068</w:t>
        <w:br/>
        <w:t>f 12256/25776/23067 12243/25761/23052 12255/25777/23068</w:t>
        <w:br/>
        <w:t>f 12257/25775/23066 12254/25778/23069 12258/25779/23070</w:t>
        <w:br/>
        <w:t>f 12259/25780/23071 12257/25775/23066 12258/25779/23070</w:t>
        <w:br/>
        <w:t>f 12261/25781/23072 12259/25780/23071 12258/25779/23070</w:t>
        <w:br/>
        <w:t>f 12260/25782/23073 12261/25781/23072 12258/25779/23070</w:t>
        <w:br/>
        <w:t>f 12251/25771/23062 12253/25774/23065 12252/25773/23064</w:t>
        <w:br/>
        <w:t>f 12250/25772/23063 12251/25771/23062 12252/25773/23064</w:t>
        <w:br/>
        <w:t>f 12242/25762/23053 12247/25765/23056 12244/25768/23059</w:t>
        <w:br/>
        <w:t>f 12241/25763/23054 12242/25762/23053 12244/25768/23059</w:t>
        <w:br/>
        <w:t>f 12229/25749/23041 12230/25748/23040 12263/25783/23074</w:t>
        <w:br/>
        <w:t>f 12262/25784/23075 12229/25749/23041 12263/25783/23074</w:t>
        <w:br/>
        <w:t>f 12221/25743/23035 12265/25785/23076 12264/25786/23077</w:t>
        <w:br/>
        <w:t>f 12222/25742/23034 12221/25743/23035 12264/25786/23077</w:t>
        <w:br/>
        <w:t>f 12267/25787/23078 12214/25737/23029 12215/25736/23028</w:t>
        <w:br/>
        <w:t>f 12266/25788/23079 12267/25787/23078 12215/25736/23028</w:t>
        <w:br/>
        <w:t>f 12231/25754/23046 12232/25753/23045 12227/25751/23043</w:t>
        <w:br/>
        <w:t>f 12228/25750/23042 12231/25754/23046 12227/25751/23043</w:t>
        <w:br/>
        <w:t>f 12265/25785/23076 12267/25787/23078 12266/25788/23079</w:t>
        <w:br/>
        <w:t>f 12264/25786/23077 12265/25785/23076 12266/25788/23079</w:t>
        <w:br/>
        <w:t>f 12262/25784/23075 12263/25783/23074 12217/25741/23033</w:t>
        <w:br/>
        <w:t>f 12218/25740/23032 12262/25784/23075 12217/25741/23033</w:t>
        <w:br/>
        <w:t>f 12237/25755/23047 12268/25789/23080 12236/25756/22630</w:t>
        <w:br/>
        <w:t>f 12215/25736/23028 12268/25789/23080 12237/25755/23047</w:t>
        <w:br/>
        <w:t>f 12239/25760/23051 12215/25736/23028 12237/25755/23047</w:t>
        <w:br/>
        <w:t>f 12215/25736/23028 12239/25760/23051 12253/25774/23065</w:t>
        <w:br/>
        <w:t>f 12266/25788/23079 12215/25736/23028 12253/25774/23065</w:t>
        <w:br/>
        <w:t>f 12264/25786/23077 12266/25788/23079 12253/25774/23065</w:t>
        <w:br/>
        <w:t>f 12251/25771/23062 12264/25786/23077 12253/25774/23065</w:t>
        <w:br/>
        <w:t>f 12222/25742/23034 12264/25786/23077 12251/25771/23062</w:t>
        <w:br/>
        <w:t>f 12249/25769/23060 12222/25742/23034 12251/25771/23062</w:t>
        <w:br/>
        <w:t>f 12219/25739/23031 12222/25742/23034 12249/25769/23060</w:t>
        <w:br/>
        <w:t>f 12246/25766/23057 12219/25739/23031 12249/25769/23060</w:t>
        <w:br/>
        <w:t>f 12218/25740/23032 12219/25739/23031 12246/25766/23057</w:t>
        <w:br/>
        <w:t>f 12247/25765/23056 12218/25740/23032 12246/25766/23057</w:t>
        <w:br/>
        <w:t>f 12218/25740/23032 12247/25765/23056 12242/25762/23053</w:t>
        <w:br/>
        <w:t>f 12262/25784/23075 12218/25740/23032 12242/25762/23053</w:t>
        <w:br/>
        <w:t>f 12262/25784/23075 12242/25762/23053 12243/25761/23052</w:t>
        <w:br/>
        <w:t>f 12229/25749/23041 12262/25784/23075 12243/25761/23052</w:t>
        <w:br/>
        <w:t>f 12229/25749/23041 12243/25761/23052 12256/25776/23067</w:t>
        <w:br/>
        <w:t>f 12228/25750/23042 12229/25749/23041 12256/25776/23067</w:t>
        <w:br/>
        <w:t>f 12231/25754/23046 12228/25750/23042 12256/25776/23067</w:t>
        <w:br/>
        <w:t>f 12257/25775/23066 12231/25754/23046 12256/25776/23067</w:t>
        <w:br/>
        <w:t>f 12231/25754/23046 12257/25775/23066 12259/25780/23071</w:t>
        <w:br/>
        <w:t>f 12233/25752/23044 12231/25754/23046 12259/25780/23071</w:t>
        <w:br/>
        <w:t>f 12269/25790/23081 12233/25752/23044 12259/25780/23071</w:t>
        <w:br/>
        <w:t>f 12261/25781/23072 12269/25790/23081 12259/25780/23071</w:t>
        <w:br/>
        <w:t>f 12270/25791/23082 12260/25782/23073 12258/25779/23070</w:t>
        <w:br/>
        <w:t>f 12271/25792/23083 12270/25791/23082 12258/25779/23070</w:t>
        <w:br/>
        <w:t>f 12272/25793/23084 12271/25792/23083 12258/25779/23070</w:t>
        <w:br/>
        <w:t>f 12254/25778/23069 12272/25793/23084 12258/25779/23070</w:t>
        <w:br/>
        <w:t>f 12273/25794/23085 12272/25793/23084 12254/25778/23069</w:t>
        <w:br/>
        <w:t>f 12255/25777/23068 12273/25794/23085 12254/25778/23069</w:t>
        <w:br/>
        <w:t>f 12274/25795/23086 12273/25794/23085 12255/25777/23068</w:t>
        <w:br/>
        <w:t>f 12240/25764/23055 12274/25795/23086 12255/25777/23068</w:t>
        <w:br/>
        <w:t>f 12275/25796/23087 12274/25795/23086 12240/25764/23055</w:t>
        <w:br/>
        <w:t>f 12241/25763/23054 12275/25796/23087 12240/25764/23055</w:t>
        <w:br/>
        <w:t>f 12276/25797/23088 12275/25796/23087 12241/25763/23054</w:t>
        <w:br/>
        <w:t>f 12244/25768/23059 12276/25797/23088 12241/25763/23054</w:t>
        <w:br/>
        <w:t>f 12276/25797/23088 12244/25768/23059 12245/25767/23058</w:t>
        <w:br/>
        <w:t>f 12277/25798/23089 12276/25797/23088 12245/25767/23058</w:t>
        <w:br/>
        <w:t>f 12277/25798/23089 12245/25767/23058 12248/25770/23061</w:t>
        <w:br/>
        <w:t>f 12278/25799/23090 12277/25798/23089 12248/25770/23061</w:t>
        <w:br/>
        <w:t>f 12278/25799/23090 12248/25770/23061 12250/25772/23063</w:t>
        <w:br/>
        <w:t>f 12279/25800/23091 12278/25799/23090 12250/25772/23063</w:t>
        <w:br/>
        <w:t>f 12280/25801/23092 12279/25800/23091 12250/25772/23063</w:t>
        <w:br/>
        <w:t>f 12252/25773/23064 12280/25801/23092 12250/25772/23063</w:t>
        <w:br/>
        <w:t>f 12280/25801/23092 12252/25773/23064 12238/25759/23050</w:t>
        <w:br/>
        <w:t>f 12281/25802/23093 12280/25801/23092 12238/25759/23050</w:t>
        <w:br/>
        <w:t>f 12281/25802/23093 12238/25759/23050 12234/25758/23049</w:t>
        <w:br/>
        <w:t>f 12282/25803/23094 12281/25802/23093 12234/25758/23049</w:t>
        <w:br/>
        <w:t>f 12283/25804/23095 12282/25803/23094 12234/25758/23049</w:t>
        <w:br/>
        <w:t>f 12235/25757/23048 12283/25804/23095 12234/25758/23049</w:t>
        <w:br/>
        <w:t>f 12230/25748/23040 12227/25751/23043 12285/25805/23096</w:t>
        <w:br/>
        <w:t>f 12284/25806/23097 12230/25748/23040 12285/25805/23096</w:t>
        <w:br/>
        <w:t>f 12230/25748/23040 12284/25806/23097 12286/25807/23098</w:t>
        <w:br/>
        <w:t>f 12263/25783/23074 12230/25748/23040 12286/25807/23098</w:t>
        <w:br/>
        <w:t>f 12263/25783/23074 12286/25807/23098 12287/25808/23099</w:t>
        <w:br/>
        <w:t>f 12217/25741/23033 12263/25783/23074 12287/25808/23099</w:t>
        <w:br/>
        <w:t>f 12220/25738/23030 12217/25741/23033 12287/25808/23099</w:t>
        <w:br/>
        <w:t>f 12288/25809/23100 12220/25738/23030 12287/25808/23099</w:t>
        <w:br/>
        <w:t>f 12220/25738/23030 12288/25809/23100 12223/25747/23039</w:t>
        <w:br/>
        <w:t>f 12221/25743/23035 12220/25738/23030 12223/25747/23039</w:t>
        <w:br/>
        <w:t>f 12265/25785/23076 12221/25743/23035 12223/25747/23039</w:t>
        <w:br/>
        <w:t>f 12224/25746/23038 12265/25785/23076 12223/25747/23039</w:t>
        <w:br/>
        <w:t>f 12267/25787/23078 12265/25785/23076 12224/25746/23038</w:t>
        <w:br/>
        <w:t>f 12289/25810/23101 12267/25787/23078 12224/25746/23038</w:t>
        <w:br/>
        <w:t>f 12289/25810/23101 12214/25737/23029 12267/25787/23078</w:t>
        <w:br/>
        <w:t>f 12129/25650/22945 12130/25649/22944 12080/25602/22898</w:t>
        <w:br/>
        <w:t>f 12062/25586/22882 12129/25650/22945 12080/25602/22898</w:t>
        <w:br/>
        <w:t>f 12062/25586/22882 12080/25602/22898 12081/25601/22897</w:t>
        <w:br/>
        <w:t>f 12065/25583/22879 12062/25586/22882 12081/25601/22897</w:t>
        <w:br/>
        <w:t>f 12065/25583/22879 12081/25601/22897 12197/25719/23011</w:t>
        <w:br/>
        <w:t>f 12185/25706/22998 12065/25583/22879 12197/25719/23011</w:t>
        <w:br/>
        <w:t>f 12185/25706/22998 12290/25811/23102 12171/25693/22985</w:t>
        <w:br/>
        <w:t>f 12290/25811/23102 12291/25812/23103 12170/25690/22982</w:t>
        <w:br/>
        <w:t>f 12171/25693/22985 12290/25811/23102 12170/25690/22982</w:t>
        <w:br/>
        <w:t>f 12203/25724/23016 12204/25723/23015 12168/25686/22978</w:t>
        <w:br/>
        <w:t>f 12170/25690/22982 12203/25724/23016 12168/25686/22978</w:t>
        <w:br/>
        <w:t>f 12168/25686/22978 12204/25723/23015 12201/25722/23014</w:t>
        <w:br/>
        <w:t>f 12201/25722/23014 12204/25723/23015 12202/25725/23017</w:t>
        <w:br/>
        <w:t>f 12148/25671/22963 12201/25722/23014 12202/25725/23017</w:t>
        <w:br/>
        <w:t>f 12148/25671/22963 12202/25725/23017 12200/25721/23013</w:t>
        <w:br/>
        <w:t>f 12150/25669/22961 12148/25671/22963 12200/25721/23013</w:t>
        <w:br/>
        <w:t>f 12129/25650/22945 12099/25619/22915 12098/25620/22916</w:t>
        <w:br/>
        <w:t>f 12128/25651/22946 12129/25650/22945 12098/25620/22916</w:t>
        <w:br/>
        <w:t>f 12293/25813/23104 12286/25807/23098 12284/25806/23097</w:t>
        <w:br/>
        <w:t>f 12292/25814/23105 12293/25813/23104 12284/25806/23097</w:t>
        <w:br/>
        <w:t>f 12289/25810/23101 12224/25746/23038 12225/25745/23037</w:t>
        <w:br/>
        <w:t>f 12294/25815/23106 12289/25810/23101 12225/25745/23037</w:t>
        <w:br/>
        <w:t>f 12295/25816/23107 12287/25808/23099 12286/25807/23098</w:t>
        <w:br/>
        <w:t>f 12293/25813/23104 12295/25816/23107 12286/25807/23098</w:t>
        <w:br/>
        <w:t>f 12296/25817/23108 12288/25809/23100 12287/25808/23099</w:t>
        <w:br/>
        <w:t>f 12295/25816/23107 12296/25817/23108 12287/25808/23099</w:t>
        <w:br/>
        <w:t>f 12288/25809/23100 12296/25817/23108 12226/25744/23036</w:t>
        <w:br/>
        <w:t>f 12223/25747/23039 12288/25809/23100 12226/25744/23036</w:t>
        <w:br/>
        <w:t>f 12168/25686/22978 12201/25722/23014 12167/25687/22979</w:t>
        <w:br/>
        <w:t>f 11983/25504/22800 12010/25533/22829 11978/25502/22798</w:t>
        <w:br/>
        <w:t>f 11979/25501/22797 11983/25504/22800 11978/25502/22798</w:t>
        <w:br/>
        <w:t>f 11980/25500/22796 11999/25518/22814 11982/25505/22801</w:t>
        <w:br/>
        <w:t>f 11979/25501/22797 11980/25500/22796 11982/25505/22801</w:t>
        <w:br/>
        <w:t>f 11987/25507/22803 12033/25554/22850 12034/25555/22851</w:t>
        <w:br/>
        <w:t>f 11986/25508/22804 11987/25507/22803 12034/25555/22851</w:t>
        <w:br/>
        <w:t>f 11991/25511/22807 12009/25530/22826 12029/25550/22846</w:t>
        <w:br/>
        <w:t>f 11990/25512/22808 11991/25511/22807 12029/25550/22846</w:t>
        <w:br/>
        <w:t>f 11990/25512/22808 12029/25550/22846 12030/25551/22847</w:t>
        <w:br/>
        <w:t>f 11994/25514/22810 11990/25512/22808 12030/25551/22847</w:t>
        <w:br/>
        <w:t>f 11994/25514/22810 12030/25551/22847 12031/25552/22848</w:t>
        <w:br/>
        <w:t>f 11996/25516/22812 11994/25514/22810 12031/25552/22848</w:t>
        <w:br/>
        <w:t>f 12032/25553/22849 11984/25503/22799 11982/25505/22801</w:t>
        <w:br/>
        <w:t>f 11997/25520/22816 12032/25553/22849 11982/25505/22801</w:t>
        <w:br/>
        <w:t>f 12002/25522/22818 12035/25556/22852 12004/25527/22823</w:t>
        <w:br/>
        <w:t>f 12001/25523/22819 12002/25522/22818 12004/25527/22823</w:t>
        <w:br/>
        <w:t>f 11986/25508/22804 12034/25555/22851 12035/25556/22852</w:t>
        <w:br/>
        <w:t>f 12002/25522/22818 11986/25508/22804 12035/25556/22852</w:t>
        <w:br/>
        <w:t>f 12005/25526/22822 12028/25548/22844 12000/25524/22820</w:t>
        <w:br/>
        <w:t>f 12001/25523/22819 12005/25526/22822 12000/25524/22820</w:t>
        <w:br/>
        <w:t>f 12007/25529/22825 12027/25549/22845 12028/25548/22844</w:t>
        <w:br/>
        <w:t>f 12005/25526/22822 12007/25529/22825 12028/25548/22844</w:t>
        <w:br/>
        <w:t>f 12031/25552/22848 12032/25553/22849 11997/25520/22816</w:t>
        <w:br/>
        <w:t>f 11996/25516/22812 12031/25552/22848 11997/25520/22816</w:t>
        <w:br/>
        <w:t>f 11991/25511/22807 11992/25510/22806 12033/25554/22850</w:t>
        <w:br/>
        <w:t>f 11987/25507/22803 11991/25511/22807 12033/25554/22850</w:t>
        <w:br/>
        <w:t>f 12011/25532/22828 12015/25534/22830 11981/25499/22795</w:t>
        <w:br/>
        <w:t>f 11978/25502/22798 12011/25532/22828 11981/25499/22795</w:t>
        <w:br/>
        <w:t>f 12011/25532/22828 12012/25531/22827 12023/25546/22842</w:t>
        <w:br/>
        <w:t>f 12014/25535/22831 12011/25532/22828 12023/25546/22842</w:t>
        <w:br/>
        <w:t>f 12036/25557/22853 12022/25541/22837 12016/25540/22836</w:t>
        <w:br/>
        <w:t>f 12017/25539/22835 12036/25557/22853 12016/25540/22836</w:t>
        <w:br/>
        <w:t>f 12026/25547/22843 12019/25537/22833 12016/25540/22836</w:t>
        <w:br/>
        <w:t>f 12020/25543/22839 12026/25547/22843 12016/25540/22836</w:t>
        <w:br/>
        <w:t>f 12024/25545/22841 12037/25558/22854 12013/25536/22832</w:t>
        <w:br/>
        <w:t>f 12014/25535/22831 12024/25545/22841 12013/25536/22832</w:t>
        <w:br/>
        <w:t>f 12020/25543/22839 12021/25542/22838 12037/25558/22854</w:t>
        <w:br/>
        <w:t>f 12024/25545/22841 12020/25543/22839 12037/25558/22854</w:t>
        <w:br/>
        <w:t>f 12182/25702/22994 12297/25818/23109 12184/25704/22996</w:t>
        <w:br/>
        <w:t>f 12181/25703/22995 12182/25702/22994 12184/25704/22996</w:t>
        <w:br/>
        <w:t>f 12297/25818/23109 12207/25728/23020 12198/25718/23010</w:t>
        <w:br/>
        <w:t>f 12184/25704/22996 12297/25818/23109 12198/25718/23010</w:t>
        <w:br/>
        <w:t>f 12205/25727/23019 12290/25811/23102 12198/25718/23010</w:t>
        <w:br/>
        <w:t>f 12207/25728/23020 12205/25727/23019 12198/25718/23010</w:t>
        <w:br/>
        <w:t>f 12290/25811/23102 12205/25727/23019 12206/25726/23018</w:t>
        <w:br/>
        <w:t>f 12291/25812/23103 12290/25811/23102 12206/25726/23018</w:t>
        <w:br/>
        <w:t>f 12291/25812/23103 12206/25726/23018 12203/25724/23016</w:t>
        <w:br/>
        <w:t>f 12199/25720/23012 12191/25711/23003 12173/25697/22989</w:t>
        <w:br/>
        <w:t>f 12174/25696/22988 12199/25720/23012 12173/25697/22989</w:t>
        <w:br/>
        <w:t>f 12211/25732/23024 12210/25731/23023 12177/25701/22993</w:t>
        <w:br/>
        <w:t>f 12178/25700/22992 12211/25732/23024 12177/25701/22993</w:t>
        <w:br/>
        <w:t>f 12177/25701/22993 12210/25731/23023 12209/25730/23022</w:t>
        <w:br/>
        <w:t>f 12182/25702/22994 12177/25701/22993 12209/25730/23022</w:t>
        <w:br/>
        <w:t>f 12190/25712/23004 12194/25713/23005 12186/25710/23002</w:t>
        <w:br/>
        <w:t>f 12187/25709/23001 12190/25712/23004 12186/25710/23002</w:t>
        <w:br/>
        <w:t>f 12188/25708/23000 12176/25694/22986 12173/25697/22989</w:t>
        <w:br/>
        <w:t>f 12187/25709/23001 12188/25708/23000 12173/25697/22989</w:t>
        <w:br/>
        <w:t>f 12212/25733/23025 12189/25707/22999 12186/25710/23002</w:t>
        <w:br/>
        <w:t>f 12192/25715/23007 12212/25733/23025 12186/25710/23002</w:t>
        <w:br/>
        <w:t>f 12213/25734/23026 12212/25733/23025 12192/25715/23007</w:t>
        <w:br/>
        <w:t>f 12195/25717/23009 12213/25734/23026 12192/25715/23007</w:t>
        <w:br/>
        <w:t>f 12175/25695/22987 12211/25732/23024 12178/25700/22992</w:t>
        <w:br/>
        <w:t>f 12174/25696/22988 12175/25695/22987 12178/25700/22992</w:t>
        <w:br/>
        <w:t>f 12182/25702/22994 12209/25730/23022 12208/25729/23021</w:t>
        <w:br/>
        <w:t>f 12297/25818/23109 12182/25702/22994 12208/25729/23021</w:t>
        <w:br/>
        <w:t>f 12297/25818/23109 12208/25729/23021 12207/25728/23020</w:t>
        <w:br/>
        <w:t>f 12285/25805/23096 12227/25751/23043 12298/25819/23110</w:t>
        <w:br/>
        <w:t>f 12292/25814/23105 12284/25806/23097 12285/25805/23096</w:t>
        <w:br/>
        <w:t>f 12214/25737/23029 12289/25810/23101 12294/25815/23106</w:t>
        <w:br/>
        <w:t>f 11876/25395/22689 11877/25398/22692 11957/25478/22775</w:t>
        <w:br/>
        <w:t>f 11948/25468/22764 11889/25409/22703 11880/25399/22693</w:t>
        <w:br/>
        <w:t>f 12085/25607/22903 12086/25606/22902 12096/25615/22911</w:t>
        <w:br/>
        <w:t>f 12097/25618/22914 12085/25607/22903 12096/25615/22911</w:t>
        <w:br/>
        <w:t>f 12202/25725/23017 12151/25673/22965 12152/25672/22964</w:t>
        <w:br/>
        <w:t>f 12200/25721/23013 12202/25725/23017 12152/25672/22964</w:t>
        <w:br/>
        <w:t>f 12200/25721/23013 12152/25672/22964 12096/25615/22911</w:t>
        <w:br/>
        <w:t>f 12086/25606/22902 12200/25721/23013 12096/25615/22911</w:t>
        <w:br/>
        <w:t>f 12203/25724/23016 12206/25726/23018 12044/25568/22864</w:t>
        <w:br/>
        <w:t>f 12151/25673/22965 12203/25724/23016 12044/25568/22864</w:t>
        <w:br/>
        <w:t>f 13893/25820/23111 13892/25821/23112 13891/25822/23113</w:t>
        <w:br/>
        <w:t>f 13894/25823/23114 13893/25820/23111 13891/25822/23113</w:t>
        <w:br/>
        <w:t>f 13893/25820/23111 13896/25824/23115 13895/25825/23116</w:t>
        <w:br/>
        <w:t>f 13892/25821/23112 13893/25820/23111 13895/25825/23116</w:t>
        <w:br/>
        <w:t>f 13900/25826/23117 13899/25827/23118 13898/25828/23119</w:t>
        <w:br/>
        <w:t>f 13897/25829/23120 13900/25826/23117 13898/25828/23119</w:t>
        <w:br/>
        <w:t>f 13904/25830/23121 13903/25831/23122 13902/25832/23123</w:t>
        <w:br/>
        <w:t>f 13901/25833/23124 13904/25830/23121 13902/25832/23123</w:t>
        <w:br/>
        <w:t>f 13908/25834/23125 13907/25835/23126 13906/25836/23127</w:t>
        <w:br/>
        <w:t>f 13905/25837/23128 13908/25834/23125 13906/25836/23127</w:t>
        <w:br/>
        <w:t>f 13911/25838/23129 13910/25839/23130 13909/25840/23131</w:t>
        <w:br/>
        <w:t>f 13912/25841/23132 13911/25838/23129 13909/25840/23131</w:t>
        <w:br/>
        <w:t>f 13905/25837/23128 13906/25836/23127 13910/25839/23130</w:t>
        <w:br/>
        <w:t>f 13911/25838/23129 13905/25837/23128 13910/25839/23130</w:t>
        <w:br/>
        <w:t>f 13915/25842/23133 13914/25843/23134 13913/25844/23135</w:t>
        <w:br/>
        <w:t>f 13916/25845/23136 13915/25842/23133 13913/25844/23135</w:t>
        <w:br/>
        <w:t>f 13920/25846/23137 13919/25847/23138 13918/25848/23139</w:t>
        <w:br/>
        <w:t>f 13917/25849/23140 13920/25846/23137 13918/25848/23139</w:t>
        <w:br/>
        <w:t>f 13922/25850/23141 13912/25841/23132 13909/25840/23131</w:t>
        <w:br/>
        <w:t>f 13921/25851/23142 13922/25850/23141 13909/25840/23131</w:t>
        <w:br/>
        <w:t>f 13917/25849/23140 13922/25850/23141 13921/25851/23142</w:t>
        <w:br/>
        <w:t>f 13920/25846/23137 13917/25849/23140 13921/25851/23142</w:t>
        <w:br/>
        <w:t>f 13926/25852/23143 13925/25853/23144 13924/25854/23145</w:t>
        <w:br/>
        <w:t>f 13923/25855/23146 13926/25852/23143 13924/25854/23145</w:t>
        <w:br/>
        <w:t>f 13926/25852/23143 13923/25855/23146 13928/25856/23147</w:t>
        <w:br/>
        <w:t>f 13927/25857/23148 13926/25852/23143 13928/25856/23147</w:t>
        <w:br/>
        <w:t>f 13932/25858/23149 13931/25859/23150 13930/25860/23151</w:t>
        <w:br/>
        <w:t>f 13929/25861/23152 13932/25858/23149 13930/25860/23151</w:t>
        <w:br/>
        <w:t>f 13932/25858/23149 13929/25861/23152 13933/25862/23153</w:t>
        <w:br/>
        <w:t>f 13934/25863/23154 13932/25858/23149 13933/25862/23153</w:t>
        <w:br/>
        <w:t>f 13936/25864/23155 13934/25863/23154 13933/25862/23153</w:t>
        <w:br/>
        <w:t>f 13935/25865/23156 13936/25864/23155 13933/25862/23153</w:t>
        <w:br/>
        <w:t>f 13936/25864/23155 13935/25865/23156 13937/25866/23157</w:t>
        <w:br/>
        <w:t>f 13938/25867/23158 13936/25864/23155 13937/25866/23157</w:t>
        <w:br/>
        <w:t>f 13942/25868/23159 13941/25869/23160 13940/25870/23161</w:t>
        <w:br/>
        <w:t>f 13939/25871/23162 13942/25868/23159 13940/25870/23161</w:t>
        <w:br/>
        <w:t>f 13942/25868/23159 13939/25871/23162 13943/25872/23163</w:t>
        <w:br/>
        <w:t>f 13944/25873/23164 13942/25868/23159 13943/25872/23163</w:t>
        <w:br/>
        <w:t>f 13923/25855/23146 13924/25854/23145 13891/25822/23113</w:t>
        <w:br/>
        <w:t>f 13892/25821/23112 13923/25855/23146 13891/25822/23113</w:t>
        <w:br/>
        <w:t>f 13892/25821/23112 13895/25825/23116 13928/25856/23147</w:t>
        <w:br/>
        <w:t>f 13923/25855/23146 13892/25821/23112 13928/25856/23147</w:t>
        <w:br/>
        <w:t>f 13929/25861/23152 13930/25860/23151 13900/25826/23117</w:t>
        <w:br/>
        <w:t>f 13897/25829/23120 13929/25861/23152 13900/25826/23117</w:t>
        <w:br/>
        <w:t>f 13929/25861/23152 13897/25829/23120 13945/25874/23165</w:t>
        <w:br/>
        <w:t>f 13933/25862/23153 13929/25861/23152 13945/25874/23165</w:t>
        <w:br/>
        <w:t>f 13935/25865/23156 13933/25862/23153 13945/25874/23165</w:t>
        <w:br/>
        <w:t>f 13898/25828/23119 13935/25865/23156 13945/25874/23165</w:t>
        <w:br/>
        <w:t>f 13935/25865/23156 13898/25828/23119 13899/25827/23118</w:t>
        <w:br/>
        <w:t>f 13937/25866/23157 13935/25865/23156 13899/25827/23118</w:t>
        <w:br/>
        <w:t>f 13899/25827/23118 13896/25824/23115 13940/25870/23161</w:t>
        <w:br/>
        <w:t>f 13937/25866/23157 13899/25827/23118 13940/25870/23161</w:t>
        <w:br/>
        <w:t>f 13943/25872/23163 13939/25871/23162 13893/25820/23111</w:t>
        <w:br/>
        <w:t>f 13894/25823/23114 13943/25872/23163 13893/25820/23111</w:t>
        <w:br/>
        <w:t>f 13944/25873/23164 13915/25842/23133 13916/25845/23136</w:t>
        <w:br/>
        <w:t>f 13942/25868/23159 13944/25873/23164 13916/25845/23136</w:t>
        <w:br/>
        <w:t>f 13916/25845/23136 13908/25834/23125 13941/25869/23160</w:t>
        <w:br/>
        <w:t>f 13942/25868/23159 13916/25845/23136 13941/25869/23160</w:t>
        <w:br/>
        <w:t>f 13938/25867/23158 13905/25837/23128 13911/25838/23129</w:t>
        <w:br/>
        <w:t>f 13936/25864/23155 13938/25867/23158 13911/25838/23129</w:t>
        <w:br/>
        <w:t>f 13936/25864/23155 13911/25838/23129 13912/25841/23132</w:t>
        <w:br/>
        <w:t>f 13934/25863/23154 13936/25864/23155 13912/25841/23132</w:t>
        <w:br/>
        <w:t>f 13932/25858/23149 13934/25863/23154 13912/25841/23132</w:t>
        <w:br/>
        <w:t>f 13922/25850/23141 13932/25858/23149 13912/25841/23132</w:t>
        <w:br/>
        <w:t>f 13931/25859/23150 13932/25858/23149 13922/25850/23141</w:t>
        <w:br/>
        <w:t>f 13917/25849/23140 13931/25859/23150 13922/25850/23141</w:t>
        <w:br/>
        <w:t>f 13903/25831/23122 13926/25852/23143 13927/25857/23148</w:t>
        <w:br/>
        <w:t>f 13918/25848/23139 13903/25831/23122 13927/25857/23148</w:t>
        <w:br/>
        <w:t>f 13925/25853/23144 13926/25852/23143 13903/25831/23122</w:t>
        <w:br/>
        <w:t>f 13904/25830/23121 13925/25853/23144 13903/25831/23122</w:t>
        <w:br/>
        <w:t>f 13898/25828/23119 13945/25874/23165 13897/25829/23120</w:t>
        <w:br/>
        <w:t>f 13916/25845/23136 13913/25844/23135 13907/25835/23126</w:t>
        <w:br/>
        <w:t>f 13908/25834/23125 13916/25845/23136 13907/25835/23126</w:t>
        <w:br/>
        <w:t>f 13941/25869/23160 13938/25867/23158 13937/25866/23157</w:t>
        <w:br/>
        <w:t>f 13940/25870/23161 13941/25869/23160 13937/25866/23157</w:t>
        <w:br/>
        <w:t>f 13939/25871/23162 13940/25870/23161 13896/25824/23115</w:t>
        <w:br/>
        <w:t>f 13893/25820/23111 13939/25871/23162 13896/25824/23115</w:t>
        <w:br/>
        <w:t>f 13908/25834/23125 13905/25837/23128 13938/25867/23158</w:t>
        <w:br/>
        <w:t>f 13941/25869/23160 13908/25834/23125 13938/25867/23158</w:t>
        <w:br/>
        <w:t>f 13896/25824/23115 13899/25827/23118 13900/25826/23117</w:t>
        <w:br/>
        <w:t>f 13895/25825/23116 13896/25824/23115 13900/25826/23117</w:t>
        <w:br/>
        <w:t>f 13949/25875/23166 13948/25876/23167 13947/25877/23168</w:t>
        <w:br/>
        <w:t>f 13946/25878/23169 13949/25875/23166 13947/25877/23168</w:t>
        <w:br/>
        <w:t>f 13953/25879/23170 13952/25880/23171 13951/25881/23172</w:t>
        <w:br/>
        <w:t>f 13950/25882/23173 13953/25879/23170 13951/25881/23172</w:t>
        <w:br/>
        <w:t>f 13955/25883/23174 13951/25881/23172 13952/25880/23171</w:t>
        <w:br/>
        <w:t>f 13954/25884/23175 13955/25883/23174 13952/25880/23171</w:t>
        <w:br/>
        <w:t>f 13958/25885/23176 13957/25886/23177 13956/25887/23178</w:t>
        <w:br/>
        <w:t>f 13962/25888/23179 13961/25889/23180 13960/25890/23181</w:t>
        <w:br/>
        <w:t>f 13959/25891/23182 13962/25888/23179 13960/25890/23181</w:t>
        <w:br/>
        <w:t>f 13966/25892/23183 13965/25893/23184 13964/25894/23185</w:t>
        <w:br/>
        <w:t>f 13963/25895/23186 13966/25892/23183 13964/25894/23185</w:t>
        <w:br/>
        <w:t>f 13957/25886/23177 13958/25885/23176 13968/25896/23187</w:t>
        <w:br/>
        <w:t>f 13967/25897/23188 13957/25886/23177 13968/25896/23187</w:t>
        <w:br/>
        <w:t>f 13970/25898/23189 13947/25877/23168 13948/25876/23167</w:t>
        <w:br/>
        <w:t>f 13969/25899/23190 13970/25898/23189 13948/25876/23167</w:t>
        <w:br/>
        <w:t>f 13973/25900/23191 13972/25901/23192 13971/25902/23193</w:t>
        <w:br/>
        <w:t>f 13976/25903/23194 13975/25904/23195 13974/25905/23196</w:t>
        <w:br/>
        <w:t>f 13979/25906/23197 13978/25907/23198 13977/25908/23199</w:t>
        <w:br/>
        <w:t>f 13980/25909/23200 13979/25906/23197 13977/25908/23199</w:t>
        <w:br/>
        <w:t>f 13984/25910/23201 13983/25911/23202 13982/25912/23203</w:t>
        <w:br/>
        <w:t>f 13981/25913/23203 13984/25910/23201 13982/25912/23203</w:t>
        <w:br/>
        <w:t>f 13987/25914/23204 13986/25915/23205 13985/25916/23206</w:t>
        <w:br/>
        <w:t>f 13988/25917/23207 13987/25914/23204 13985/25916/23206</w:t>
        <w:br/>
        <w:t>f 13991/25918/23208 13990/25919/23209 13977/25908/23199</w:t>
        <w:br/>
        <w:t>f 13989/25920/23210 13991/25918/23208 13977/25908/23199</w:t>
        <w:br/>
        <w:t>f 13994/25921/23211 13993/25922/23212 13975/25904/23195</w:t>
        <w:br/>
        <w:t>f 13992/25923/23213 13994/25921/23211 13975/25904/23195</w:t>
        <w:br/>
        <w:t>f 13997/25924/23134 13996/25925/23214 13995/25926/23215</w:t>
        <w:br/>
        <w:t>f 13998/25927/23216 13997/25924/23134 13995/25926/23215</w:t>
        <w:br/>
        <w:t>f 14002/25928/23217 14001/25929/23123 14000/25930/23218</w:t>
        <w:br/>
        <w:t>f 13999/25931/23219 14002/25928/23217 14000/25930/23218</w:t>
        <w:br/>
        <w:t>f 14006/25932/23220 14005/25933/23221 14004/25934/23222</w:t>
        <w:br/>
        <w:t>f 14003/25935/23223 14006/25932/23220 14004/25934/23222</w:t>
        <w:br/>
        <w:t>f 14010/25936/23224 14009/25937/23225 14008/25938/23226</w:t>
        <w:br/>
        <w:t>f 14007/25939/23227 14010/25936/23224 14008/25938/23226</w:t>
        <w:br/>
        <w:t>f 14013/25940/23228 14012/25941/23229 14011/25942/23230</w:t>
        <w:br/>
        <w:t>f 14014/25943/23231 14013/25940/23228 14011/25942/23230</w:t>
        <w:br/>
        <w:t>f 14018/25944/23232 14017/25945/23233 14016/25946/23234</w:t>
        <w:br/>
        <w:t>f 14015/25947/23235 14018/25944/23232 14016/25946/23234</w:t>
        <w:br/>
        <w:t>f 14022/25948/23236 14021/25949/23237 14020/25950/23238</w:t>
        <w:br/>
        <w:t>f 14019/25951/23239 14022/25948/23236 14020/25950/23238</w:t>
        <w:br/>
        <w:t>f 14026/25952/23240 14025/25953/23241 14024/25954/23242</w:t>
        <w:br/>
        <w:t>f 14023/25955/23243 14026/25952/23240 14024/25954/23242</w:t>
        <w:br/>
        <w:t>f 14028/25956/23244 14027/25957/23245 14000/25930/23218</w:t>
        <w:br/>
        <w:t>f 14001/25929/23123 14028/25956/23244 14000/25930/23218</w:t>
        <w:br/>
        <w:t>f 14030/25958/23246 14029/25959/23126 13998/25927/23216</w:t>
        <w:br/>
        <w:t>f 13995/25926/23215 14030/25958/23246 13998/25927/23216</w:t>
        <w:br/>
        <w:t>f 14033/25960/23247 14032/25961/23248 14031/25962/23249</w:t>
        <w:br/>
        <w:t>f 14034/25963/23250 14033/25960/23247 14031/25962/23249</w:t>
        <w:br/>
        <w:t>f 14038/25964/23251 14037/25965/23252 14036/25966/23253</w:t>
        <w:br/>
        <w:t>f 14035/25967/23254 14038/25964/23251 14036/25966/23253</w:t>
        <w:br/>
        <w:t>f 14035/25967/23254 14036/25966/23253 14039/25968/23255</w:t>
        <w:br/>
        <w:t>f 14040/25969/23256 14035/25967/23254 14039/25968/23255</w:t>
        <w:br/>
        <w:t>f 14044/25970/23257 14043/25971/23258 14042/25972/23259</w:t>
        <w:br/>
        <w:t>f 14041/25973/23260 14044/25970/23257 14042/25972/23259</w:t>
        <w:br/>
        <w:t>f 14047/25974/23261 14046/25975/23262 14045/25976/23263</w:t>
        <w:br/>
        <w:t>f 14048/25977/23264 14047/25974/23261 14045/25976/23263</w:t>
        <w:br/>
        <w:t>f 14051/25978/23265 14050/25979/23266 14049/25980/23267</w:t>
        <w:br/>
        <w:t>f 14052/25981/23268 14051/25978/23265 14049/25980/23267</w:t>
        <w:br/>
        <w:t>f 14007/25939/23227 14013/25940/23228 14014/25943/23231</w:t>
        <w:br/>
        <w:t>f 14010/25936/23224 14007/25939/23227 14014/25943/23231</w:t>
        <w:br/>
        <w:t>f 14056/25982/23269 14055/25983/23270 14054/25984/23271</w:t>
        <w:br/>
        <w:t>f 14053/25985/23272 14056/25982/23269 14054/25984/23271</w:t>
        <w:br/>
        <w:t>f 14060/25986/23273 14059/25987/23274 14058/25988/23275</w:t>
        <w:br/>
        <w:t>f 14057/25989/23276 14060/25986/23273 14058/25988/23275</w:t>
        <w:br/>
        <w:t>f 14062/25990/23277 14061/25991/23278 13967/25897/23188</w:t>
        <w:br/>
        <w:t>f 13968/25896/23187 14062/25990/23277 13967/25897/23188</w:t>
        <w:br/>
        <w:t>f 14065/25992/23279 14064/25993/23280 14063/25994/23281</w:t>
        <w:br/>
        <w:t>f 14066/25995/23282 14065/25992/23279 14063/25994/23281</w:t>
        <w:br/>
        <w:t>f 14070/25996/23283 14069/25997/23284 14068/25998/23285</w:t>
        <w:br/>
        <w:t>f 14067/25999/23286 14070/25996/23283 14068/25998/23285</w:t>
        <w:br/>
        <w:t>f 14073/26000/23287 14072/26001/23288 14071/26002/23289</w:t>
        <w:br/>
        <w:t>f 14074/26003/23290 14073/26000/23287 14071/26002/23289</w:t>
        <w:br/>
        <w:t>f 14076/26004/23291 14054/25984/23271 14055/25983/23270</w:t>
        <w:br/>
        <w:t>f 14075/26005/23292 14076/26004/23291 14055/25983/23270</w:t>
        <w:br/>
        <w:t>f 14078/26006/23293 13993/25922/23212 14077/26007/23294</w:t>
        <w:br/>
        <w:t>f 14080/26008/23295 13976/25903/23194 14079/26009/23296</w:t>
        <w:br/>
        <w:t>f 14081/26010/23297 13979/25906/23197 13980/25909/23200</w:t>
        <w:br/>
        <w:t>f 14084/26011/23298 14083/26012/23299 14082/26013/23300</w:t>
        <w:br/>
        <w:t>f 13986/25915/23205 14084/26011/23298 14082/26013/23300</w:t>
        <w:br/>
        <w:t>f 14085/26014/23301 13987/25914/23204 13972/25901/23192</w:t>
        <w:br/>
        <w:t>f 13973/25900/23191 14085/26014/23301 13972/25901/23192</w:t>
        <w:br/>
        <w:t>f 13978/25907/23198 13989/25920/23210 13977/25908/23199</w:t>
        <w:br/>
        <w:t>f 13974/25905/23196 13975/25904/23195 13993/25922/23212</w:t>
        <w:br/>
        <w:t>f 14078/26006/23293 13974/25905/23196 13993/25922/23212</w:t>
        <w:br/>
        <w:t>f 14088/26015/23302 14087/26016/23303 14086/26017/23304</w:t>
        <w:br/>
        <w:t>f 14091/26018/23305 14090/26019/23306 14089/26020/23307</w:t>
        <w:br/>
        <w:t>f 14095/26021/23308 14094/26022/23309 14093/26023/23310</w:t>
        <w:br/>
        <w:t>f 14092/26024/23311 14095/26021/23308 14093/26023/23310</w:t>
        <w:br/>
        <w:t>f 14098/26025/23312 14097/26026/23313 14096/26027/23314</w:t>
        <w:br/>
        <w:t>f 14099/26028/23315 14098/26025/23312 14096/26027/23314</w:t>
        <w:br/>
        <w:t>f 14087/26016/23303 14101/26029/23316 14100/26030/23317</w:t>
        <w:br/>
        <w:t>f 14086/26017/23304 14087/26016/23303 14100/26030/23317</w:t>
        <w:br/>
        <w:t>f 14103/26031/23318 14102/26032/23319 14092/26024/23311</w:t>
        <w:br/>
        <w:t>f 14104/26033/23320 14103/26031/23318 14092/26024/23311</w:t>
        <w:br/>
        <w:t>f 14107/26034/23321 14106/26035/23322 14105/26036/23323</w:t>
        <w:br/>
        <w:t>f 14032/25961/23248 14033/25960/23247 14065/25992/23279</w:t>
        <w:br/>
        <w:t>f 14066/25995/23282 14032/25961/23248 14065/25992/23279</w:t>
        <w:br/>
        <w:t>f 14005/25933/23221 14056/25982/23269 13966/25892/23183</w:t>
        <w:br/>
        <w:t>f 14004/25934/23222 14005/25933/23221 13966/25892/23183</w:t>
        <w:br/>
        <w:t>f 14055/25983/23270 14051/25978/23265 14052/25981/23268</w:t>
        <w:br/>
        <w:t>f 14075/26005/23292 14055/25983/23270 14052/25981/23268</w:t>
        <w:br/>
        <w:t>f 14075/26005/23292 14052/25981/23268 14016/25946/23234</w:t>
        <w:br/>
        <w:t>f 14108/26037/23324 14075/26005/23292 14016/25946/23234</w:t>
        <w:br/>
        <w:t>f 13954/25884/23175 13952/25880/23171 14017/25945/23233</w:t>
        <w:br/>
        <w:t>f 14021/25949/23237 13954/25884/23175 14017/25945/23233</w:t>
        <w:br/>
        <w:t>f 14074/26003/23290 14071/26002/23289 14043/25971/23258</w:t>
        <w:br/>
        <w:t>f 14044/25970/23257 14074/26003/23290 14043/25971/23258</w:t>
        <w:br/>
        <w:t>f 14073/26000/23287 14103/26031/23318 14104/26033/23320</w:t>
        <w:br/>
        <w:t>f 14072/26001/23288 14073/26000/23287 14104/26033/23320</w:t>
        <w:br/>
        <w:t>f 14072/26001/23288 14104/26033/23320 14093/26023/23310</w:t>
        <w:br/>
        <w:t>f 14109/26038/23325 14072/26001/23288 14093/26023/23310</w:t>
        <w:br/>
        <w:t>f 13950/25882/23173 13951/25881/23172 14091/26018/23305</w:t>
        <w:br/>
        <w:t>f 14089/26020/23307 13950/25882/23173 14091/26018/23305</w:t>
        <w:br/>
        <w:t>f 14054/25984/23271 14076/26004/23291 14106/26035/23322</w:t>
        <w:br/>
        <w:t>f 14107/26034/23321 14054/25984/23271 14106/26035/23322</w:t>
        <w:br/>
        <w:t>f 14107/26034/23321 14088/26015/23302 14053/25985/23272</w:t>
        <w:br/>
        <w:t>f 14054/25984/23271 14107/26034/23321 14053/25985/23272</w:t>
        <w:br/>
        <w:t>f 14110/26039/23326 13964/25894/23185 13965/25893/23184</w:t>
        <w:br/>
        <w:t>f 14111/26040/23327 14110/26039/23326 13965/25893/23184</w:t>
        <w:br/>
        <w:t>f 13958/25885/23176 14047/25974/23261 14048/25977/23264</w:t>
        <w:br/>
        <w:t>f 13968/25896/23187 13958/25885/23176 14048/25977/23264</w:t>
        <w:br/>
        <w:t>f 13968/25896/23187 14048/25977/23264 14024/25954/23242</w:t>
        <w:br/>
        <w:t>f 14062/25990/23277 13968/25896/23187 14024/25954/23242</w:t>
        <w:br/>
        <w:t>f 14057/25989/23276 14058/25988/23275 14025/25953/23241</w:t>
        <w:br/>
        <w:t>f 14012/25941/23229 14057/25989/23276 14025/25953/23241</w:t>
        <w:br/>
        <w:t>f 13947/25877/23168 13970/25898/23189 14013/25940/23228</w:t>
        <w:br/>
        <w:t>f 14007/25939/23227 13947/25877/23168 14013/25940/23228</w:t>
        <w:br/>
        <w:t>f 14007/25939/23227 14008/25938/23226 13946/25878/23169</w:t>
        <w:br/>
        <w:t>f 13947/25877/23168 14007/25939/23227 13946/25878/23169</w:t>
        <w:br/>
        <w:t>f 14036/25966/23253 14068/25998/23285 14069/25997/23284</w:t>
        <w:br/>
        <w:t>f 14039/25968/23255 14036/25966/23253 14069/25997/23284</w:t>
        <w:br/>
        <w:t>f 14113/26041/23328 13948/25876/23167 13949/25875/23166</w:t>
        <w:br/>
        <w:t>f 14112/26042/23329 14113/26041/23328 13949/25875/23166</w:t>
        <w:br/>
        <w:t>f 13948/25876/23167 14113/26041/23328 14114/26043/23330</w:t>
        <w:br/>
        <w:t>f 13969/25899/23190 13948/25876/23167 14114/26043/23330</w:t>
        <w:br/>
        <w:t>f 13969/25899/23190 14114/26043/23330 14090/26019/23306</w:t>
        <w:br/>
        <w:t>f 14115/26044/23331 13969/25899/23190 14090/26019/23306</w:t>
        <w:br/>
        <w:t>f 14061/25991/23278 14059/25987/23274 14116/26045/23332</w:t>
        <w:br/>
        <w:t>f 14094/26022/23309 14061/25991/23278 14116/26045/23332</w:t>
        <w:br/>
        <w:t>f 13957/25886/23177 13967/25897/23188 14095/26021/23308</w:t>
        <w:br/>
        <w:t>f 14102/26032/23319 13957/25886/23177 14095/26021/23308</w:t>
        <w:br/>
        <w:t>f 14102/26032/23319 13956/25887/23178 13957/25886/23177</w:t>
        <w:br/>
        <w:t>f 14096/26027/23314 14097/26026/23313 13962/25888/23179</w:t>
        <w:br/>
        <w:t>f 13959/25891/23182 14096/26027/23314 13962/25888/23179</w:t>
        <w:br/>
        <w:t>f 14071/26002/23289 14072/26001/23288 14109/26038/23325</w:t>
        <w:br/>
        <w:t>f 14117/26046/23333 14071/26002/23289 14109/26038/23325</w:t>
        <w:br/>
        <w:t>f 14079/26009/23296 13979/25906/23197 14080/26008/23295</w:t>
        <w:br/>
        <w:t>f 14018/25944/23232 14020/25950/23238 14021/25949/23237</w:t>
        <w:br/>
        <w:t>f 14017/25945/23233 14018/25944/23232 14021/25949/23237</w:t>
        <w:br/>
        <w:t>f 14023/25955/23243 14024/25954/23242 14048/25977/23264</w:t>
        <w:br/>
        <w:t>f 14045/25976/23263 14023/25955/23243 14048/25977/23264</w:t>
        <w:br/>
        <w:t>f 14059/25987/23274 14061/25991/23278 14062/25990/23277</w:t>
        <w:br/>
        <w:t>f 14058/25988/23275 14059/25987/23274 14062/25990/23277</w:t>
        <w:br/>
        <w:t>f 14094/26022/23309 14091/26018/23305 14118/26047/23334</w:t>
        <w:br/>
        <w:t>f 14043/25971/23258 14071/26002/23289 14117/26046/23333</w:t>
        <w:br/>
        <w:t>f 14022/25948/23236 14043/25971/23258 14117/26046/23333</w:t>
        <w:br/>
        <w:t>f 13955/25883/23174 14118/26047/23334 14091/26018/23305</w:t>
        <w:br/>
        <w:t>f 13951/25881/23172 13955/25883/23174 14091/26018/23305</w:t>
        <w:br/>
        <w:t>f 14062/25990/23277 14024/25954/23242 14025/25953/23241</w:t>
        <w:br/>
        <w:t>f 14058/25988/23275 14062/25990/23277 14025/25953/23241</w:t>
        <w:br/>
        <w:t>f 14094/26022/23309 14095/26021/23308 13967/25897/23188</w:t>
        <w:br/>
        <w:t>f 14061/25991/23278 14094/26022/23309 13967/25897/23188</w:t>
        <w:br/>
        <w:t>f 14075/26005/23292 13953/25879/23170 13950/25882/23173</w:t>
        <w:br/>
        <w:t>f 14076/26004/23291 14075/26005/23292 13950/25882/23173</w:t>
        <w:br/>
        <w:t>f 14026/25952/23240 14011/25942/23230 14012/25941/23229</w:t>
        <w:br/>
        <w:t>f 14025/25953/23241 14026/25952/23240 14012/25941/23229</w:t>
        <w:br/>
        <w:t>f 14015/25947/23235 14016/25946/23234 14052/25981/23268</w:t>
        <w:br/>
        <w:t>f 14049/25980/23267 14015/25947/23235 14052/25981/23268</w:t>
        <w:br/>
        <w:t>f 13969/25899/23190 14060/25986/23273 14057/25989/23276</w:t>
        <w:br/>
        <w:t>f 13970/25898/23189 13969/25899/23190 14057/25989/23276</w:t>
        <w:br/>
        <w:t>f 14090/26019/23306 14114/26043/23330 14089/26020/23307</w:t>
        <w:br/>
        <w:t>f 13953/25879/23170 14016/25946/23234 14017/25945/23233</w:t>
        <w:br/>
        <w:t>f 13952/25880/23171 13953/25879/23170 14017/25945/23233</w:t>
        <w:br/>
        <w:t>f 14089/26020/23307 14106/26035/23322 14076/26004/23291</w:t>
        <w:br/>
        <w:t>f 13950/25882/23173 14089/26020/23307 14076/26004/23291</w:t>
        <w:br/>
        <w:t>f 14012/25941/23229 14013/25940/23228 13970/25898/23189</w:t>
        <w:br/>
        <w:t>f 14057/25989/23276 14012/25941/23229 13970/25898/23189</w:t>
        <w:br/>
        <w:t>f 14060/25986/23273 14090/26019/23306 14116/26045/23332</w:t>
        <w:br/>
        <w:t>f 14059/25987/23274 14060/25986/23273 14116/26045/23332</w:t>
        <w:br/>
        <w:t>f 14093/26023/23310 14104/26033/23320 14092/26024/23311</w:t>
        <w:br/>
        <w:t>f 14092/26024/23311 14102/26032/23319 14095/26021/23308</w:t>
        <w:br/>
        <w:t>f 14118/26047/23334 13955/25883/23174 14109/26038/23325</w:t>
        <w:br/>
        <w:t>f 14093/26023/23310 14118/26047/23334 14109/26038/23325</w:t>
        <w:br/>
        <w:t>f 13955/25883/23174 13954/25884/23175 14117/26046/23333</w:t>
        <w:br/>
        <w:t>f 14109/26038/23325 13955/25883/23174 14117/26046/23333</w:t>
        <w:br/>
        <w:t>f 13954/25884/23175 14021/25949/23237 14022/25948/23236</w:t>
        <w:br/>
        <w:t>f 14117/26046/23333 13954/25884/23175 14022/25948/23236</w:t>
        <w:br/>
        <w:t>f 13980/25909/23200 13977/25908/23199 13990/25919/23209</w:t>
        <w:br/>
        <w:t>f 14019/25951/23239 14042/25972/23259 14043/25971/23258</w:t>
        <w:br/>
        <w:t>f 14022/25948/23236 14019/25951/23239 14043/25971/23258</w:t>
        <w:br/>
        <w:t>f 14094/26022/23309 14118/26047/23334 14093/26023/23310</w:t>
        <w:br/>
        <w:t>f 14114/26043/23330 14113/26041/23328 14105/26036/23323</w:t>
        <w:br/>
        <w:t>f 14106/26035/23322 14114/26043/23330 14105/26036/23323</w:t>
        <w:br/>
        <w:t>f 14105/26036/23323 14113/26041/23328 14112/26042/23329</w:t>
        <w:br/>
        <w:t>f 14009/25937/23225 14040/25969/23256 14039/25968/23255</w:t>
        <w:br/>
        <w:t>f 14008/25938/23226 14009/25937/23225 14039/25968/23255</w:t>
        <w:br/>
        <w:t>f 14008/25938/23226 14039/25968/23255 14069/25997/23284</w:t>
        <w:br/>
        <w:t>f 13946/25878/23169 14008/25938/23226 14069/25997/23284</w:t>
        <w:br/>
        <w:t>f 13946/25878/23169 14069/25997/23284 14070/25996/23283</w:t>
        <w:br/>
        <w:t>f 13949/25875/23166 13946/25878/23169 14070/25996/23283</w:t>
        <w:br/>
        <w:t>f 13949/25875/23166 14070/25996/23283 14087/26016/23303</w:t>
        <w:br/>
        <w:t>f 14112/26042/23329 13949/25875/23166 14087/26016/23303</w:t>
        <w:br/>
        <w:t>f 14086/26017/23304 14111/26040/23327 14088/26015/23302</w:t>
        <w:br/>
        <w:t>f 14088/26015/23302 14111/26040/23327 13965/25893/23184</w:t>
        <w:br/>
        <w:t>f 14053/25985/23272 14088/26015/23302 13965/25893/23184</w:t>
        <w:br/>
        <w:t>f 14053/25985/23272 13965/25893/23184 13966/25892/23183</w:t>
        <w:br/>
        <w:t>f 14056/25982/23269 14053/25985/23272 13966/25892/23183</w:t>
        <w:br/>
        <w:t>f 13972/25901/23192 14119/26048/23335 14077/26007/23294</w:t>
        <w:br/>
        <w:t>f 13971/25902/23193 13972/25901/23192 14077/26007/23294</w:t>
        <w:br/>
        <w:t>f 14050/25979/23266 14051/25978/23265 14005/25933/23221</w:t>
        <w:br/>
        <w:t>f 14006/25932/23220 14050/25979/23266 14005/25933/23221</w:t>
        <w:br/>
        <w:t>f 14112/26042/23329 14087/26016/23303 14088/26015/23302</w:t>
        <w:br/>
        <w:t>f 14107/26034/23321 14112/26042/23329 14088/26015/23302</w:t>
        <w:br/>
        <w:t>f 14107/26034/23321 14105/26036/23323 14112/26042/23329</w:t>
        <w:br/>
        <w:t>f 13993/25922/23212 13994/25921/23211 14077/26007/23294</w:t>
        <w:br/>
        <w:t>f 14120/26049/23336 13992/25923/23213 13975/25904/23195</w:t>
        <w:br/>
        <w:t>f 14077/26007/23294 13994/25921/23211 13971/25902/23193</w:t>
        <w:br/>
        <w:t>f 14082/26013/23300 13985/25916/23206 13986/25915/23205</w:t>
        <w:br/>
        <w:t>f 14064/25993/23280 14065/25992/23279 13963/25895/23186</w:t>
        <w:br/>
        <w:t>f 13964/25894/23185 14064/25993/23280 13963/25895/23186</w:t>
        <w:br/>
        <w:t>f 14119/26048/23335 13972/25901/23192 13987/25914/23204</w:t>
        <w:br/>
        <w:t>f 13988/25917/23207 14119/26048/23335 13987/25914/23204</w:t>
        <w:br/>
        <w:t>f 14004/25934/23222 14122/26050/23337 14121/26051/23338</w:t>
        <w:br/>
        <w:t>f 14003/25935/23223 14004/25934/23222 14121/26051/23338</w:t>
        <w:br/>
        <w:t>f 14101/26029/23316 14123/26052/23339 14100/26030/23317</w:t>
        <w:br/>
        <w:t>f 14004/25934/23222 13966/25892/23183 13963/25895/23186</w:t>
        <w:br/>
        <w:t>f 14122/26050/23337 14004/25934/23222 13963/25895/23186</w:t>
        <w:br/>
        <w:t>f 14098/26025/23312 14064/25993/23280 13964/25894/23185</w:t>
        <w:br/>
        <w:t>f 14110/26039/23326 14098/26025/23312 13964/25894/23185</w:t>
        <w:br/>
        <w:t>f 14037/25965/23252 13961/25889/23180 14124/26053/23340</w:t>
        <w:br/>
        <w:t>f 14087/26016/23303 14070/25996/23283 14067/25999/23286</w:t>
        <w:br/>
        <w:t>f 14101/26029/23316 14087/26016/23303 14067/25999/23286</w:t>
        <w:br/>
        <w:t>f 14110/26039/23326 14111/26040/23327 14086/26017/23304</w:t>
        <w:br/>
        <w:t>f 14100/26030/23317 14110/26039/23326 14086/26017/23304</w:t>
        <w:br/>
        <w:t>f 13962/25888/23179 14125/26054/23341 14124/26053/23340</w:t>
        <w:br/>
        <w:t>f 13961/25889/23180 13962/25888/23179 14124/26053/23340</w:t>
        <w:br/>
        <w:t>f 14034/25963/23250 14121/26051/23338 14122/26050/23337</w:t>
        <w:br/>
        <w:t>f 14033/25960/23247 14034/25963/23250 14122/26050/23337</w:t>
        <w:br/>
        <w:t>f 14038/25964/23251 14127/26055/23342 14126/26056/23343</w:t>
        <w:br/>
        <w:t>f 14037/25965/23252 14038/25964/23251 14126/26056/23343</w:t>
        <w:br/>
        <w:t>f 13986/25915/23205 13987/25914/23204 14085/26014/23301</w:t>
        <w:br/>
        <w:t>f 14084/26011/23298 13986/25915/23205 14085/26014/23301</w:t>
        <w:br/>
        <w:t>f 14098/26025/23312 14123/26052/23339 14097/26026/23313</w:t>
        <w:br/>
        <w:t>f 13963/25895/23186 14065/25992/23279 14033/25960/23247</w:t>
        <w:br/>
        <w:t>f 14122/26050/23337 13963/25895/23186 14033/25960/23247</w:t>
        <w:br/>
        <w:t>f 14099/26028/23315 14063/25994/23281 14064/25993/23280</w:t>
        <w:br/>
        <w:t>f 14098/26025/23312 14099/26028/23315 14064/25993/23280</w:t>
        <w:br/>
        <w:t>f 14126/26056/23343 13960/25890/23181 13961/25889/23180</w:t>
        <w:br/>
        <w:t>f 14037/25965/23252 14126/26056/23343 13961/25889/23180</w:t>
        <w:br/>
        <w:t>f 14097/26026/23313 14123/26052/23339 14125/26054/23341</w:t>
        <w:br/>
        <w:t>f 13962/25888/23179 14097/26026/23313 14125/26054/23341</w:t>
        <w:br/>
        <w:t>f 14110/26039/23326 14100/26030/23317 14123/26052/23339</w:t>
        <w:br/>
        <w:t>f 14098/26025/23312 14110/26039/23326 14123/26052/23339</w:t>
        <w:br/>
        <w:t>f 14123/26052/23339 14101/26029/23316 14067/25999/23286</w:t>
        <w:br/>
        <w:t>f 14125/26054/23341 14123/26052/23339 14067/25999/23286</w:t>
        <w:br/>
        <w:t>f 14125/26054/23341 14067/25999/23286 14068/25998/23285</w:t>
        <w:br/>
        <w:t>f 14124/26053/23340 14125/26054/23341 14068/25998/23285</w:t>
        <w:br/>
        <w:t>f 14124/26053/23340 14068/25998/23285 14036/25966/23253</w:t>
        <w:br/>
        <w:t>f 14037/25965/23252 14124/26053/23340 14036/25966/23253</w:t>
        <w:br/>
        <w:t>f 14051/25978/23265 14055/25983/23270 14056/25982/23269</w:t>
        <w:br/>
        <w:t>f 14005/25933/23221 14051/25978/23265 14056/25982/23269</w:t>
        <w:br/>
        <w:t>f 14080/26008/23295 14120/26049/23336 13976/25903/23194</w:t>
        <w:br/>
        <w:t>f 14091/26018/23305 14116/26045/23332 14090/26019/23306</w:t>
        <w:br/>
        <w:t>f 13979/25906/23197 14081/26010/23297 14080/26008/23295</w:t>
        <w:br/>
        <w:t>f 14094/26022/23309 14116/26045/23332 14091/26018/23305</w:t>
        <w:br/>
        <w:t>f 14114/26043/23330 14106/26035/23322 14089/26020/23307</w:t>
        <w:br/>
        <w:t>f 13976/25903/23194 14120/26049/23336 13975/25904/23195</w:t>
        <w:br/>
        <w:t>f 13902/25832/23123 13903/25831/23122 13918/25848/23139</w:t>
        <w:br/>
        <w:t>f 13919/25847/23138 13902/25832/23123 13918/25848/23139</w:t>
        <w:br/>
        <w:t>f 13930/25860/23151 13931/25859/23150 13927/25857/23148</w:t>
        <w:br/>
        <w:t>f 13928/25856/23147 13930/25860/23151 13927/25857/23148</w:t>
        <w:br/>
        <w:t>f 13931/25859/23150 13917/25849/23140 13918/25848/23139</w:t>
        <w:br/>
        <w:t>f 13927/25857/23148 13931/25859/23150 13918/25848/23139</w:t>
        <w:br/>
        <w:t>f 13900/25826/23117 13930/25860/23151 13928/25856/23147</w:t>
        <w:br/>
        <w:t>f 13895/25825/23116 13900/25826/23117 13928/25856/23147</w:t>
        <w:br/>
        <w:t>f 13991/25918/23208 13989/25920/23210 13983/25911/23202</w:t>
        <w:br/>
        <w:t>f 13984/25910/23201 13991/25918/23208 13983/25911/23202</w:t>
        <w:br/>
        <w:t>f 14028/25956/23244 14044/25970/23257 14041/25973/23260</w:t>
        <w:br/>
        <w:t>f 14027/25957/23245 14028/25956/23244 14041/25973/23260</w:t>
        <w:br/>
        <w:t>f 14046/25975/23262 14047/25974/23261 14029/25959/23126</w:t>
        <w:br/>
        <w:t>f 14030/25958/23246 14046/25975/23262 14029/25959/23126</w:t>
        <w:br/>
        <w:t>f 14073/26000/23287 14074/26003/23290 14128/26057/23344</w:t>
        <w:br/>
        <w:t>f 13956/25887/23178 14102/26032/23319 14103/26031/23318</w:t>
        <w:br/>
        <w:t>f 14128/26057/23344 13956/25887/23178 14103/26031/23318</w:t>
        <w:br/>
        <w:t>f 14103/26031/23318 14073/26000/23287 14128/26057/23344</w:t>
        <w:br/>
        <w:t>f 14047/25974/23261 13958/25885/23176 14029/25959/23126</w:t>
        <w:br/>
        <w:t>f 14074/26003/23290 14044/25970/23257 14129/26058/23345</w:t>
        <w:br/>
        <w:t>f 12170/25690/22982 12291/25812/23103 12203/25724/23016</w:t>
        <w:br/>
        <w:t>f 12185/25706/22998 12197/25719/23011 12198/25718/23010</w:t>
        <w:br/>
        <w:t>f 12290/25811/23102 12185/25706/22998 12198/25718/23010</w:t>
        <w:br/>
        <w:t>usemtl 表情</w:t>
        <w:br/>
        <w:t>f 894/26059/23346 893/26060/23347 892/26061/23348</w:t>
        <w:br/>
        <w:t>f 891/26062/23349 894/26059/23346 892/26061/23348</w:t>
        <w:br/>
        <w:t>f 898/26063/23350 897/26064/23351 896/26065/23352</w:t>
        <w:br/>
        <w:t>f 895/26066/23353 898/26063/23350 896/26065/23352</w:t>
        <w:br/>
        <w:t>f 893/26060/23347 894/26059/23346 900/26067/23354</w:t>
        <w:br/>
        <w:t>f 899/26068/23354 893/26060/23347 900/26067/23354</w:t>
        <w:br/>
        <w:t>f 902/26069/23355 898/26063/23350 895/26066/23353</w:t>
        <w:br/>
        <w:t>f 901/26070/23356 902/26069/23355 895/26066/23353</w:t>
        <w:br/>
        <w:t>f 895/26066/23353 896/26065/23352 904/26071/23357</w:t>
        <w:br/>
        <w:t>f 903/26072/23358 895/26066/23353 904/26071/23357</w:t>
        <w:br/>
        <w:t>f 899/26068/23354 900/26067/23354 906/26073/23359</w:t>
        <w:br/>
        <w:t>f 905/26074/23360 899/26068/23354 906/26073/23359</w:t>
        <w:br/>
        <w:t>f 903/26072/23358 907/26075/23361 901/26070/23356</w:t>
        <w:br/>
        <w:t>f 895/26066/23353 903/26072/23358 901/26070/23356</w:t>
        <w:br/>
        <w:t>f 909/26076/23362 905/26074/23360 906/26073/23359</w:t>
        <w:br/>
        <w:t>f 908/26077/23363 909/26076/23362 906/26073/23359</w:t>
        <w:br/>
        <w:t>f 911/26078/23364 909/26076/23362 907/26075/23361</w:t>
        <w:br/>
        <w:t>f 910/26079/23365 911/26078/23364 907/26075/23361</w:t>
        <w:br/>
        <w:t>f 913/26080/23366 912/26081/23367 903/26072/23358</w:t>
        <w:br/>
        <w:t>f 904/26071/23357 913/26080/23366 903/26072/23358</w:t>
        <w:br/>
        <w:t>f 912/26081/23367 910/26079/23365 907/26075/23361</w:t>
        <w:br/>
        <w:t>f 903/26072/23358 912/26081/23367 907/26075/23361</w:t>
        <w:br/>
        <w:t>f 910/26079/23365 915/26082/23368 914/26083/23369</w:t>
        <w:br/>
        <w:t>f 911/26078/23364 910/26079/23365 914/26083/23369</w:t>
        <w:br/>
        <w:t>f 916/26084/23370 910/26079/23365 912/26081/23367</w:t>
        <w:br/>
        <w:t>f 915/26082/23368 918/26085/23371 917/26086/23372</w:t>
        <w:br/>
        <w:t>f 914/26083/23369 915/26082/23368 917/26086/23372</w:t>
        <w:br/>
        <w:t>f 912/26081/23367 919/26087/23373 916/26084/23370</w:t>
        <w:br/>
        <w:t>f 918/26085/23371 921/26088/23374 920/26089/23375</w:t>
        <w:br/>
        <w:t>f 917/26086/23372 918/26085/23371 920/26089/23375</w:t>
        <w:br/>
        <w:t>f 923/26090/23376 920/26089/23375 921/26088/23374</w:t>
        <w:br/>
        <w:t>f 922/26091/23377 923/26090/23376 921/26088/23374</w:t>
        <w:br/>
        <w:t>f 924/26092/23378 921/26088/23379 912/26081/23367</w:t>
        <w:br/>
        <w:t>f 913/26080/23366 924/26092/23378 912/26081/23367</w:t>
        <w:br/>
        <w:t>f 904/26071/23357 925/26093/23380 913/26080/23366</w:t>
        <w:br/>
        <w:t>f 925/26093/23380 926/26094/23381 913/26080/23366</w:t>
        <w:br/>
        <w:t>f 929/26095/23382 928/26096/23383 927/26097/23384</w:t>
        <w:br/>
        <w:t>f 929/26095/23382 923/26090/23376 922/26091/23377</w:t>
        <w:br/>
        <w:t>f 930/26098/23385 929/26095/23382 922/26091/23377</w:t>
        <w:br/>
        <w:t>f 923/26090/23376 929/26095/23382 927/26097/23384</w:t>
        <w:br/>
        <w:t>f 912/26081/23367 921/26088/23379 919/26087/23373</w:t>
        <w:br/>
        <w:t>f 929/26095/23382 930/26098/23385 928/26096/23383</w:t>
        <w:br/>
        <w:t>f 926/26094/23381 922/26091/23377 913/26080/23366</w:t>
        <w:br/>
        <w:t>f 894/26059/23346 891/26062/23349 897/26064/23351</w:t>
        <w:br/>
        <w:t>f 898/26063/23350 894/26059/23346 897/26064/23351</w:t>
        <w:br/>
        <w:t>f 902/26069/23355 931/26099/23386 898/26063/23350</w:t>
        <w:br/>
        <w:t>f 935/26100/23387 934/26101/23388 933/26102/23389</w:t>
        <w:br/>
        <w:t>f 932/26103/23390 935/26100/23387 933/26102/23389</w:t>
        <w:br/>
        <w:t>f 939/26104/23391 938/26105/23392 937/26106/23393</w:t>
        <w:br/>
        <w:t>f 936/26107/23394 939/26104/23391 937/26106/23393</w:t>
        <w:br/>
        <w:t>f 936/26107/23394 937/26106/23393 941/26108/23395</w:t>
        <w:br/>
        <w:t>f 940/26109/23396 936/26107/23394 941/26108/23395</w:t>
        <w:br/>
        <w:t>f 943/26110/23397 942/26111/23398 940/26109/23396</w:t>
        <w:br/>
        <w:t>f 941/26108/23395 943/26110/23397 940/26109/23396</w:t>
        <w:br/>
        <w:t>f 942/26111/23398 943/26110/23397 945/26112/23399</w:t>
        <w:br/>
        <w:t>f 944/26113/23400 942/26111/23398 945/26112/23399</w:t>
        <w:br/>
        <w:t>f 947/26114/23401 943/26110/23397 941/26108/23395</w:t>
        <w:br/>
        <w:t>f 946/26115/23402 947/26114/23401 941/26108/23395</w:t>
        <w:br/>
        <w:t>f 943/26110/23397 947/26114/23401 948/26116/23403</w:t>
        <w:br/>
        <w:t>f 945/26112/23399 943/26110/23397 948/26116/23403</w:t>
        <w:br/>
        <w:t>f 950/26117/23404 949/26118/23405 944/26113/23400</w:t>
        <w:br/>
        <w:t>f 945/26112/23399 950/26117/23404 944/26113/23400</w:t>
        <w:br/>
        <w:t>f 937/26106/23393 951/26119/23406 946/26115/23402</w:t>
        <w:br/>
        <w:t>f 941/26108/23395 937/26106/23393 946/26115/23402</w:t>
        <w:br/>
        <w:t>f 949/26118/23405 950/26117/23404 953/26120/23407</w:t>
        <w:br/>
        <w:t>f 952/26121/23408 949/26118/23405 953/26120/23407</w:t>
        <w:br/>
        <w:t>f 955/26122/23409 954/26123/23410 952/26121/23408</w:t>
        <w:br/>
        <w:t>f 953/26120/23407 955/26122/23409 952/26121/23408</w:t>
        <w:br/>
        <w:t>f 954/26123/23410 955/26122/23409 957/26124/23411</w:t>
        <w:br/>
        <w:t>f 956/26125/23412 954/26123/23410 957/26124/23411</w:t>
        <w:br/>
        <w:t>f 955/26122/23409 953/26120/23407 959/26126/23413</w:t>
        <w:br/>
        <w:t>f 958/26127/23414 955/26122/23409 959/26126/23413</w:t>
        <w:br/>
        <w:t>f 960/26128/23415 959/26126/23413 953/26120/23407</w:t>
        <w:br/>
        <w:t>f 950/26117/23404 960/26128/23415 953/26120/23407</w:t>
        <w:br/>
        <w:t>f 945/26112/23399 948/26116/23403 960/26128/23415</w:t>
        <w:br/>
        <w:t>f 950/26117/23404 945/26112/23399 960/26128/23415</w:t>
        <w:br/>
        <w:t>f 958/26127/23414 961/26129/23416 957/26124/23411</w:t>
        <w:br/>
        <w:t>f 955/26122/23409 958/26127/23414 957/26124/23411</w:t>
        <w:br/>
        <w:t>f 959/26126/23413 960/26128/23415 963/26130/23417</w:t>
        <w:br/>
        <w:t>f 962/26131/23418 959/26126/23413 963/26130/23417</w:t>
        <w:br/>
        <w:t>f 958/26127/23414 959/26126/23413 962/26131/23418</w:t>
        <w:br/>
        <w:t>f 964/26132/23419 958/26127/23414 962/26131/23418</w:t>
        <w:br/>
        <w:t>f 963/26130/23417 960/26128/23415 948/26116/23403</w:t>
        <w:br/>
        <w:t>f 965/26133/23420 963/26130/23417 948/26116/23403</w:t>
        <w:br/>
        <w:t>f 964/26132/23419 966/26134/23421 961/26129/23416</w:t>
        <w:br/>
        <w:t>f 958/26127/23414 964/26132/23419 961/26129/23416</w:t>
        <w:br/>
        <w:t>f 963/26130/23417 968/26135/23422 967/26136/23423</w:t>
        <w:br/>
        <w:t>f 962/26131/23418 963/26130/23417 967/26136/23423</w:t>
        <w:br/>
        <w:t>f 967/26136/23423 964/26132/23419 962/26131/23418</w:t>
        <w:br/>
        <w:t>f 969/26137/23424 965/26133/23420 948/26116/23403</w:t>
        <w:br/>
        <w:t>f 947/26114/23401 969/26137/23424 948/26116/23403</w:t>
        <w:br/>
        <w:t>f 963/26130/23417 965/26133/23420 970/26138/23425</w:t>
        <w:br/>
        <w:t>f 968/26135/23422 963/26130/23417 970/26138/23425</w:t>
        <w:br/>
        <w:t>f 967/26136/23423 971/26139/23426 964/26132/23419</w:t>
        <w:br/>
        <w:t>f 946/26115/23402 972/26140/23427 969/26137/23424</w:t>
        <w:br/>
        <w:t>f 947/26114/23401 946/26115/23402 969/26137/23424</w:t>
        <w:br/>
        <w:t>f 973/26141/23428 967/26136/23423 968/26135/23422</w:t>
        <w:br/>
        <w:t>f 974/26142/23429 973/26141/23428 968/26135/23422</w:t>
        <w:br/>
        <w:t>f 951/26119/23406 975/26143/23430 972/26140/23427</w:t>
        <w:br/>
        <w:t>f 946/26115/23402 951/26119/23406 972/26140/23427</w:t>
        <w:br/>
        <w:t>f 968/26135/23422 970/26138/23425 976/26144/23431</w:t>
        <w:br/>
        <w:t>f 974/26142/23429 968/26135/23422 976/26144/23431</w:t>
        <w:br/>
        <w:t>f 938/26105/23392 977/26145/23432 951/26119/23406</w:t>
        <w:br/>
        <w:t>f 937/26106/23393 938/26105/23392 951/26119/23406</w:t>
        <w:br/>
        <w:t>f 938/26105/23392 939/26104/23391 979/26146/23433</w:t>
        <w:br/>
        <w:t>f 978/26147/23434 938/26105/23392 979/26146/23433</w:t>
        <w:br/>
        <w:t>f 978/26147/23434 979/26146/23433 981/26148/23435</w:t>
        <w:br/>
        <w:t>f 980/26149/23436 978/26147/23434 981/26148/23435</w:t>
        <w:br/>
        <w:t>f 980/26149/23436 983/26150/23437 982/26151/23438</w:t>
        <w:br/>
        <w:t>f 978/26147/23434 980/26149/23436 982/26151/23438</w:t>
        <w:br/>
        <w:t>f 977/26145/23432 938/26105/23392 978/26147/23434</w:t>
        <w:br/>
        <w:t>f 982/26151/23438 977/26145/23432 978/26147/23434</w:t>
        <w:br/>
        <w:t>f 983/26150/23437 985/26152/23439 984/26153/23440</w:t>
        <w:br/>
        <w:t>f 982/26151/23438 983/26150/23437 984/26153/23440</w:t>
        <w:br/>
        <w:t>f 975/26143/23430 951/26119/23406 977/26145/23432</w:t>
        <w:br/>
        <w:t>f 986/26154/23441 975/26143/23430 977/26145/23432</w:t>
        <w:br/>
        <w:t>f 988/26155/23442 984/26153/23440 985/26152/23439</w:t>
        <w:br/>
        <w:t>f 987/26156/23443 988/26155/23442 985/26152/23439</w:t>
        <w:br/>
        <w:t>f 990/26157/23444 975/26143/23430 986/26154/23441</w:t>
        <w:br/>
        <w:t>f 989/26158/23445 990/26157/23444 986/26154/23441</w:t>
        <w:br/>
        <w:t>f 991/26159/23446 989/26158/23445 984/26153/23440</w:t>
        <w:br/>
        <w:t>f 988/26155/23442 991/26159/23446 984/26153/23440</w:t>
        <w:br/>
        <w:t>f 987/26156/23443 993/26160/23447 992/26161/23448</w:t>
        <w:br/>
        <w:t>f 988/26155/23442 987/26156/23443 992/26161/23448</w:t>
        <w:br/>
        <w:t>f 994/26162/23449 991/26159/23446 988/26155/23442</w:t>
        <w:br/>
        <w:t>f 992/26161/23448 994/26162/23449 988/26155/23442</w:t>
        <w:br/>
        <w:t>f 995/26163/23450 990/26157/23444 989/26158/23445</w:t>
        <w:br/>
        <w:t>f 991/26159/23446 995/26163/23450 989/26158/23445</w:t>
        <w:br/>
        <w:t>f 991/26159/23446 994/26162/23449 996/26164/23451</w:t>
        <w:br/>
        <w:t>f 995/26163/23450 991/26159/23446 996/26164/23451</w:t>
        <w:br/>
        <w:t>f 998/26165/23452 992/26161/23448 993/26160/23447</w:t>
        <w:br/>
        <w:t>f 997/26166/23453 998/26165/23452 993/26160/23447</w:t>
        <w:br/>
        <w:t>f 992/26161/23448 998/26165/23452 999/26167/23454</w:t>
        <w:br/>
        <w:t>f 994/26162/23449 992/26161/23448 999/26167/23454</w:t>
        <w:br/>
        <w:t>f 997/26166/23453 1001/26168/23455 1000/26169/23456</w:t>
        <w:br/>
        <w:t>f 998/26165/23452 997/26166/23453 1000/26169/23456</w:t>
        <w:br/>
        <w:t>f 1002/26170/23457 999/26167/23454 998/26165/23452</w:t>
        <w:br/>
        <w:t>f 1000/26169/23456 1002/26170/23457 998/26165/23452</w:t>
        <w:br/>
        <w:t>f 1004/26171/23458 1000/26169/23456 1001/26168/23455</w:t>
        <w:br/>
        <w:t>f 1003/26172/23459 1004/26171/23458 1001/26168/23455</w:t>
        <w:br/>
        <w:t>f 1000/26169/23456 1004/26171/23458 1005/26173/23460</w:t>
        <w:br/>
        <w:t>f 1002/26170/23457 1000/26169/23456 1005/26173/23460</w:t>
        <w:br/>
        <w:t>f 1003/26172/23459 1007/26174/23461 1006/26175/23462</w:t>
        <w:br/>
        <w:t>f 1004/26171/23458 1003/26172/23459 1006/26175/23462</w:t>
        <w:br/>
        <w:t>f 1004/26171/23458 1006/26175/23462 1008/26176/23463</w:t>
        <w:br/>
        <w:t>f 1005/26173/23460 1004/26171/23458 1008/26176/23463</w:t>
        <w:br/>
        <w:t>f 1010/26177/23464 1006/26175/23462 1007/26174/23461</w:t>
        <w:br/>
        <w:t>f 1009/26178/23465 1010/26177/23464 1007/26174/23461</w:t>
        <w:br/>
        <w:t>f 1008/26176/23463 1006/26175/23462 1012/26179/23466</w:t>
        <w:br/>
        <w:t>f 1011/26180/23467 1008/26176/23463 1012/26179/23466</w:t>
        <w:br/>
        <w:t>f 1014/26181/23468 1013/26182/23469 1011/26180/23467</w:t>
        <w:br/>
        <w:t>f 1012/26179/23466 1014/26181/23468 1011/26180/23467</w:t>
        <w:br/>
        <w:t>f 1015/26183/23470 1008/26176/23463 1011/26180/23467</w:t>
        <w:br/>
        <w:t>f 1005/26173/23460 1008/26176/23463 1015/26183/23470</w:t>
        <w:br/>
        <w:t>f 1016/26184/23471 1005/26173/23460 1015/26183/23470</w:t>
        <w:br/>
        <w:t>f 1018/26185/23472 1017/26186/23473 1013/26182/23469</w:t>
        <w:br/>
        <w:t>f 1014/26181/23468 1018/26185/23472 1013/26182/23469</w:t>
        <w:br/>
        <w:t>f 1015/26183/23470 1011/26180/23467 1019/26187/23474</w:t>
        <w:br/>
        <w:t>f 1002/26170/23457 1005/26173/23460 1016/26184/23471</w:t>
        <w:br/>
        <w:t>f 1020/26188/23475 1002/26170/23457 1016/26184/23471</w:t>
        <w:br/>
        <w:t>f 1021/26189/23476 1015/26183/23470 1019/26187/23474</w:t>
        <w:br/>
        <w:t>f 1021/26189/23476 1022/26190/23477 1016/26184/23471</w:t>
        <w:br/>
        <w:t>f 1015/26183/23470 1021/26189/23476 1016/26184/23471</w:t>
        <w:br/>
        <w:t>f 1020/26188/23475 1023/26191/23478 999/26167/23454</w:t>
        <w:br/>
        <w:t>f 1002/26170/23457 1020/26188/23475 999/26167/23454</w:t>
        <w:br/>
        <w:t>f 1022/26190/23477 1024/26192/23479 1020/26188/23475</w:t>
        <w:br/>
        <w:t>f 1016/26184/23471 1022/26190/23477 1020/26188/23475</w:t>
        <w:br/>
        <w:t>f 1023/26191/23478 996/26164/23451 994/26162/23449</w:t>
        <w:br/>
        <w:t>f 999/26167/23454 1023/26191/23478 994/26162/23449</w:t>
        <w:br/>
        <w:t>f 1024/26192/23479 1025/26193/23480 1023/26191/23478</w:t>
        <w:br/>
        <w:t>f 1020/26188/23475 1024/26192/23479 1023/26191/23478</w:t>
        <w:br/>
        <w:t>f 996/26164/23451 1023/26191/23478 1025/26193/23480</w:t>
        <w:br/>
        <w:t>f 1026/26194/23481 996/26164/23451 1025/26193/23480</w:t>
        <w:br/>
        <w:t>f 1026/26194/23481 1027/26195/23482 995/26163/23450</w:t>
        <w:br/>
        <w:t>f 996/26164/23451 1026/26194/23481 995/26163/23450</w:t>
        <w:br/>
        <w:t>f 990/26157/23444 995/26163/23450 1027/26195/23482</w:t>
        <w:br/>
        <w:t>f 1028/26196/23483 990/26157/23444 1027/26195/23482</w:t>
        <w:br/>
        <w:t>f 1025/26193/23480 1030/26197/23484 1029/26198/23485</w:t>
        <w:br/>
        <w:t>f 1026/26194/23481 1025/26193/23480 1029/26198/23485</w:t>
        <w:br/>
        <w:t>f 1029/26198/23485 1031/26199/23486 1027/26195/23482</w:t>
        <w:br/>
        <w:t>f 1026/26194/23481 1029/26198/23485 1027/26195/23482</w:t>
        <w:br/>
        <w:t>f 1030/26197/23484 1025/26193/23480 1024/26192/23479</w:t>
        <w:br/>
        <w:t>f 1032/26200/23487 1030/26197/23484 1024/26192/23479</w:t>
        <w:br/>
        <w:t>f 1032/26200/23487 1024/26192/23479 1022/26190/23477</w:t>
        <w:br/>
        <w:t>f 1033/26201/23488 1032/26200/23487 1022/26190/23477</w:t>
        <w:br/>
        <w:t>f 1028/26196/23483 972/26140/23427 975/26143/23430</w:t>
        <w:br/>
        <w:t>f 990/26157/23444 1028/26196/23483 975/26143/23430</w:t>
        <w:br/>
        <w:t>f 1031/26199/23486 1034/26202/23489 1028/26196/23483</w:t>
        <w:br/>
        <w:t>f 1027/26195/23482 1031/26199/23486 1028/26196/23483</w:t>
        <w:br/>
        <w:t>f 1034/26202/23489 969/26137/23424 972/26140/23427</w:t>
        <w:br/>
        <w:t>f 1028/26196/23483 1034/26202/23489 972/26140/23427</w:t>
        <w:br/>
        <w:t>f 1031/26199/23486 1029/26198/23485 1036/26203/23490</w:t>
        <w:br/>
        <w:t>f 1035/26204/23491 1031/26199/23486 1036/26203/23490</w:t>
        <w:br/>
        <w:t>f 969/26137/23424 1034/26202/23489 1037/26205/23492</w:t>
        <w:br/>
        <w:t>f 965/26133/23420 969/26137/23424 1037/26205/23492</w:t>
        <w:br/>
        <w:t>f 1034/26202/23489 1031/26199/23486 1035/26204/23491</w:t>
        <w:br/>
        <w:t>f 1037/26205/23492 1034/26202/23489 1035/26204/23491</w:t>
        <w:br/>
        <w:t>f 1038/26206/23493 970/26138/23425 965/26133/23420</w:t>
        <w:br/>
        <w:t>f 1037/26205/23492 1038/26206/23493 965/26133/23420</w:t>
        <w:br/>
        <w:t>f 1037/26205/23492 1035/26204/23491 1039/26207/23494</w:t>
        <w:br/>
        <w:t>f 1038/26206/23493 1037/26205/23492 1039/26207/23494</w:t>
        <w:br/>
        <w:t>f 1035/26204/23491 1036/26203/23490 1040/26208/23495</w:t>
        <w:br/>
        <w:t>f 1039/26207/23494 1035/26204/23491 1040/26208/23495</w:t>
        <w:br/>
        <w:t>f 1030/26197/23484 1041/26209/23496 1036/26203/23490</w:t>
        <w:br/>
        <w:t>f 1029/26198/23485 1030/26197/23484 1036/26203/23490</w:t>
        <w:br/>
        <w:t>f 1040/26208/23495 1036/26203/23490 1041/26209/23496</w:t>
        <w:br/>
        <w:t>f 1042/26210/23497 1040/26208/23495 1041/26209/23496</w:t>
        <w:br/>
        <w:t>f 1041/26209/23496 1030/26197/23484 1032/26200/23487</w:t>
        <w:br/>
        <w:t>f 1043/26211/23498 1041/26209/23496 1032/26200/23487</w:t>
        <w:br/>
        <w:t>f 1044/26212/23499 1042/26210/23497 1041/26209/23496</w:t>
        <w:br/>
        <w:t>f 1043/26211/23498 1044/26212/23499 1041/26209/23496</w:t>
        <w:br/>
        <w:t>f 1046/26213/23500 1045/26214/23501 1040/26208/23495</w:t>
        <w:br/>
        <w:t>f 1042/26210/23497 1046/26213/23500 1040/26208/23495</w:t>
        <w:br/>
        <w:t>f 1033/26201/23488 1047/26215/23502 1043/26211/23498</w:t>
        <w:br/>
        <w:t>f 1032/26200/23487 1033/26201/23488 1043/26211/23498</w:t>
        <w:br/>
        <w:t>f 1048/26216/23503 1046/26213/23500 1042/26210/23497</w:t>
        <w:br/>
        <w:t>f 1044/26212/23499 1048/26216/23503 1042/26210/23497</w:t>
        <w:br/>
        <w:t>f 1039/26207/23494 1040/26208/23495 1045/26214/23501</w:t>
        <w:br/>
        <w:t>f 1049/26217/23504 1039/26207/23494 1045/26214/23501</w:t>
        <w:br/>
        <w:t>f 1049/26217/23504 1050/26218/23505 1038/26206/23493</w:t>
        <w:br/>
        <w:t>f 1039/26207/23494 1049/26217/23504 1038/26206/23493</w:t>
        <w:br/>
        <w:t>f 1050/26218/23505 976/26144/23431 970/26138/23425</w:t>
        <w:br/>
        <w:t>f 1038/26206/23493 1050/26218/23505 970/26138/23425</w:t>
        <w:br/>
        <w:t>f 1052/26219/23506 1051/26220/23507 974/26142/23429</w:t>
        <w:br/>
        <w:t>f 974/26142/23429 1051/26220/23507 1053/26221/23508</w:t>
        <w:br/>
        <w:t>f 973/26141/23428 974/26142/23429 1053/26221/23508</w:t>
        <w:br/>
        <w:t>f 1055/26222/23509 973/26141/23428 1053/26221/23508</w:t>
        <w:br/>
        <w:t>f 1054/26223/23510 1055/26222/23509 1053/26221/23508</w:t>
        <w:br/>
        <w:t>f 1054/26223/23510 1057/26224/23511 1056/26225/23512</w:t>
        <w:br/>
        <w:t>f 1055/26222/23509 1054/26223/23510 1056/26225/23512</w:t>
        <w:br/>
        <w:t>f 1058/26226/23513 971/26139/23426 1055/26222/23509</w:t>
        <w:br/>
        <w:t>f 1056/26225/23512 1058/26226/23513 1055/26222/23509</w:t>
        <w:br/>
        <w:t>f 1060/26227/23514 1056/26225/23512 1057/26224/23511</w:t>
        <w:br/>
        <w:t>f 1059/26228/23515 1060/26227/23514 1057/26224/23511</w:t>
        <w:br/>
        <w:t>f 1061/26229/23516 1058/26226/23513 1056/26225/23512</w:t>
        <w:br/>
        <w:t>f 1060/26227/23514 1061/26229/23516 1056/26225/23512</w:t>
        <w:br/>
        <w:t>f 1059/26228/23515 1063/26230/23517 1062/26231/23518</w:t>
        <w:br/>
        <w:t>f 1060/26227/23514 1059/26228/23515 1062/26231/23518</w:t>
        <w:br/>
        <w:t>f 971/26139/23426 966/26134/23421 964/26132/23419</w:t>
        <w:br/>
        <w:t>f 1063/26230/23517 1065/26232/23519 1064/26233/23520</w:t>
        <w:br/>
        <w:t>f 1062/26231/23518 1063/26230/23517 1064/26233/23520</w:t>
        <w:br/>
        <w:t>f 1065/26232/23519 1067/26234/23521 1066/26235/23522</w:t>
        <w:br/>
        <w:t>f 1064/26233/23520 1065/26232/23519 1066/26235/23522</w:t>
        <w:br/>
        <w:t>f 1069/26236/23523 1068/26237/23524 1062/26231/23518</w:t>
        <w:br/>
        <w:t>f 1064/26233/23520 1069/26236/23523 1062/26231/23518</w:t>
        <w:br/>
        <w:t>f 1064/26233/23520 1066/26235/23522 1070/26238/23525</w:t>
        <w:br/>
        <w:t>f 1069/26236/23523 1064/26233/23520 1070/26238/23525</w:t>
        <w:br/>
        <w:t>f 1067/26234/23521 1072/26239/23526 1071/26240/23527</w:t>
        <w:br/>
        <w:t>f 1066/26235/23522 1067/26234/23521 1071/26240/23527</w:t>
        <w:br/>
        <w:t>f 1072/26239/23526 1074/26241/23528 1073/26242/23529</w:t>
        <w:br/>
        <w:t>f 1071/26240/23527 1072/26239/23526 1073/26242/23529</w:t>
        <w:br/>
        <w:t>f 1076/26243/23530 1070/26238/23525 1066/26235/23522</w:t>
        <w:br/>
        <w:t>f 1075/26244/23531 1076/26243/23530 1066/26235/23522</w:t>
        <w:br/>
        <w:t>f 1073/26242/23529 1074/26241/23528 1077/26245/23532</w:t>
        <w:br/>
        <w:t>f 1078/26246/23533 1073/26242/23529 1077/26245/23532</w:t>
        <w:br/>
        <w:t>f 1079/26247/23534 1076/26243/23530 1075/26244/23531</w:t>
        <w:br/>
        <w:t>f 1080/26248/23535 1079/26247/23534 1075/26244/23531</w:t>
        <w:br/>
        <w:t>f 1082/26249/23536 1079/26247/23534 1080/26248/23535</w:t>
        <w:br/>
        <w:t>f 1081/26250/23537 1082/26249/23536 1080/26248/23535</w:t>
        <w:br/>
        <w:t>f 1084/26251/23538 1082/26249/23536 1081/26250/23537</w:t>
        <w:br/>
        <w:t>f 1083/26252/23539 1084/26251/23538 1081/26250/23537</w:t>
        <w:br/>
        <w:t>f 1086/26253/23540 1084/26251/23538 1083/26252/23539</w:t>
        <w:br/>
        <w:t>f 1085/26254/23541 1086/26253/23540 1083/26252/23539</w:t>
        <w:br/>
        <w:t>f 1088/26255/23542 1086/26253/23540 1085/26254/23541</w:t>
        <w:br/>
        <w:t>f 1087/26256/23543 1088/26255/23542 1085/26254/23541</w:t>
        <w:br/>
        <w:t>f 1091/26257/23544 1090/26258/23545 1089/26259/23546</w:t>
        <w:br/>
        <w:t>f 1087/26256/23543 1093/26260/23547 1092/26261/23548</w:t>
        <w:br/>
        <w:t>f 1088/26255/23542 1087/26256/23543 1092/26261/23548</w:t>
        <w:br/>
        <w:t>f 1095/26262/23549 1090/26258/23545 1091/26257/23544</w:t>
        <w:br/>
        <w:t>f 1094/26263/23550 1095/26262/23549 1091/26257/23544</w:t>
        <w:br/>
        <w:t>f 1097/26264/23551 1092/26261/23548 1089/26259/23546</w:t>
        <w:br/>
        <w:t>f 1096/26265/23552 1097/26264/23551 1089/26259/23546</w:t>
        <w:br/>
        <w:t>f 1088/26255/23542 1092/26261/23548 1097/26264/23551</w:t>
        <w:br/>
        <w:t>f 1098/26266/23553 1088/26255/23542 1097/26264/23551</w:t>
        <w:br/>
        <w:t>f 1086/26253/23540 1088/26255/23542 1098/26266/23553</w:t>
        <w:br/>
        <w:t>f 1099/26267/23554 1086/26253/23540 1098/26266/23553</w:t>
        <w:br/>
        <w:t>f 1101/26268/23555 1048/26216/23503 1044/26212/23499</w:t>
        <w:br/>
        <w:t>f 1100/26269/23556 1101/26268/23555 1044/26212/23499</w:t>
        <w:br/>
        <w:t>f 1047/26215/23502 1102/26270/23557 1095/26262/23549</w:t>
        <w:br/>
        <w:t>f 1100/26269/23556 1047/26215/23502 1095/26262/23549</w:t>
        <w:br/>
        <w:t>f 1043/26211/23498 1047/26215/23502 1100/26269/23556</w:t>
        <w:br/>
        <w:t>f 1044/26212/23499 1043/26211/23498 1100/26269/23556</w:t>
        <w:br/>
        <w:t>f 1090/26258/23545 1102/26270/23557 1103/26271/23558</w:t>
        <w:br/>
        <w:t>f 1095/26262/23549 1102/26270/23557 1090/26258/23545</w:t>
        <w:br/>
        <w:t>f 1102/26270/23557 1047/26215/23502 1033/26201/23488</w:t>
        <w:br/>
        <w:t>f 1104/26272/23559 1102/26270/23557 1033/26201/23488</w:t>
        <w:br/>
        <w:t>f 1090/26258/23545 1103/26271/23558 1096/26265/23552</w:t>
        <w:br/>
        <w:t>f 1089/26259/23546 1090/26258/23545 1096/26265/23552</w:t>
        <w:br/>
        <w:t>f 1102/26270/23557 1104/26272/23559 1103/26271/23558</w:t>
        <w:br/>
        <w:t>f 1021/26189/23476 1104/26272/23559 1033/26201/23488</w:t>
        <w:br/>
        <w:t>f 1022/26190/23477 1021/26189/23476 1033/26201/23488</w:t>
        <w:br/>
        <w:t>f 1104/26272/23559 1021/26189/23476 1105/26273/23560</w:t>
        <w:br/>
        <w:t>f 1103/26271/23558 1104/26272/23559 1105/26273/23560</w:t>
        <w:br/>
        <w:t>f 1105/26273/23560 1019/26187/23474 1107/26274/23561</w:t>
        <w:br/>
        <w:t>f 1106/26275/23562 1105/26273/23560 1107/26274/23561</w:t>
        <w:br/>
        <w:t>f 1106/26275/23562 1096/26265/23552 1103/26271/23558</w:t>
        <w:br/>
        <w:t>f 1105/26273/23560 1106/26275/23562 1103/26271/23558</w:t>
        <w:br/>
        <w:t>f 1096/26265/23552 1106/26275/23562 1108/26276/23563</w:t>
        <w:br/>
        <w:t>f 1097/26264/23551 1096/26265/23552 1108/26276/23563</w:t>
        <w:br/>
        <w:t>f 1097/26264/23551 1108/26276/23563 1109/26277/23564</w:t>
        <w:br/>
        <w:t>f 1098/26266/23553 1097/26264/23551 1109/26277/23564</w:t>
        <w:br/>
        <w:t>f 1106/26275/23562 1107/26274/23561 1110/26278/23565</w:t>
        <w:br/>
        <w:t>f 1108/26276/23563 1106/26275/23562 1110/26278/23565</w:t>
        <w:br/>
        <w:t>f 1017/26186/23473 1110/26278/23565 1107/26274/23561</w:t>
        <w:br/>
        <w:t>f 1013/26182/23469 1017/26186/23473 1107/26274/23561</w:t>
        <w:br/>
        <w:t>f 1112/26279/23566 1111/26280/23567 1017/26186/23473</w:t>
        <w:br/>
        <w:t>f 1018/26185/23472 1112/26279/23566 1017/26186/23473</w:t>
        <w:br/>
        <w:t>f 1108/26276/23563 1110/26278/23565 1113/26281/23568</w:t>
        <w:br/>
        <w:t>f 1109/26277/23564 1108/26276/23563 1113/26281/23568</w:t>
        <w:br/>
        <w:t>f 1111/26280/23567 1113/26281/23568 1110/26278/23565</w:t>
        <w:br/>
        <w:t>f 1017/26186/23473 1111/26280/23567 1110/26278/23565</w:t>
        <w:br/>
        <w:t>f 1099/26267/23554 1098/26266/23553 1109/26277/23564</w:t>
        <w:br/>
        <w:t>f 1114/26282/23569 1099/26267/23554 1109/26277/23564</w:t>
        <w:br/>
        <w:t>f 1099/26267/23554 1115/26283/23570 1084/26251/23538</w:t>
        <w:br/>
        <w:t>f 1086/26253/23540 1099/26267/23554 1084/26251/23538</w:t>
        <w:br/>
        <w:t>f 1109/26277/23564 1113/26281/23568 1116/26284/23571</w:t>
        <w:br/>
        <w:t>f 1114/26282/23569 1109/26277/23564 1116/26284/23571</w:t>
        <w:br/>
        <w:t>f 1117/26285/23572 1115/26283/23570 1099/26267/23554</w:t>
        <w:br/>
        <w:t>f 1114/26282/23569 1117/26285/23572 1099/26267/23554</w:t>
        <w:br/>
        <w:t>f 1082/26249/23536 1084/26251/23538 1115/26283/23570</w:t>
        <w:br/>
        <w:t>f 1118/26286/23573 1082/26249/23536 1115/26283/23570</w:t>
        <w:br/>
        <w:t>f 1113/26281/23568 1111/26280/23567 1119/26287/23574</w:t>
        <w:br/>
        <w:t>f 1116/26284/23571 1113/26281/23568 1119/26287/23574</w:t>
        <w:br/>
        <w:t>f 1114/26282/23569 1116/26284/23571 1120/26288/23575</w:t>
        <w:br/>
        <w:t>f 1117/26285/23572 1114/26282/23569 1120/26288/23575</w:t>
        <w:br/>
        <w:t>f 1118/26286/23573 1121/26289/23576 1079/26247/23534</w:t>
        <w:br/>
        <w:t>f 1082/26249/23536 1118/26286/23573 1079/26247/23534</w:t>
        <w:br/>
        <w:t>f 1111/26280/23567 1112/26279/23566 1122/26290/23577</w:t>
        <w:br/>
        <w:t>f 1119/26287/23574 1111/26280/23567 1122/26290/23577</w:t>
        <w:br/>
        <w:t>f 1076/26243/23530 1079/26247/23534 1121/26289/23576</w:t>
        <w:br/>
        <w:t>f 1123/26291/23578 1076/26243/23530 1121/26289/23576</w:t>
        <w:br/>
        <w:t>f 1115/26283/23570 1124/26292/23579 1118/26286/23573</w:t>
        <w:br/>
        <w:t>f 1115/26283/23570 1117/26285/23572 1125/26293/23580</w:t>
        <w:br/>
        <w:t>f 1124/26292/23579 1115/26283/23570 1125/26293/23580</w:t>
        <w:br/>
        <w:t>f 1070/26238/23525 1076/26243/23530 1123/26291/23578</w:t>
        <w:br/>
        <w:t>f 1126/26294/23581 1070/26238/23525 1123/26291/23578</w:t>
        <w:br/>
        <w:t>f 1128/26295/23582 1124/26292/23579 1127/26296/23583</w:t>
        <w:br/>
        <w:t>f 1123/26291/23578 1121/26289/23576 1128/26295/23582</w:t>
        <w:br/>
        <w:t>f 1129/26297/23584 1123/26291/23578 1128/26295/23582</w:t>
        <w:br/>
        <w:t>f 1069/26236/23523 1070/26238/23525 1126/26294/23581</w:t>
        <w:br/>
        <w:t>f 1130/26298/23585 1069/26236/23523 1126/26294/23581</w:t>
        <w:br/>
        <w:t>f 1129/26297/23584 1131/26299/23586 1126/26294/23581</w:t>
        <w:br/>
        <w:t>f 1123/26291/23578 1129/26297/23584 1126/26294/23581</w:t>
        <w:br/>
        <w:t>f 1130/26298/23585 1132/26300/23587 1068/26237/23524</w:t>
        <w:br/>
        <w:t>f 1069/26236/23523 1130/26298/23585 1068/26237/23524</w:t>
        <w:br/>
        <w:t>f 1130/26298/23585 1126/26294/23581 1131/26299/23586</w:t>
        <w:br/>
        <w:t>f 1133/26301/23588 1130/26298/23585 1131/26299/23586</w:t>
        <w:br/>
        <w:t>f 1129/26297/23584 1128/26295/23582 1135/26302/23589</w:t>
        <w:br/>
        <w:t>f 1134/26303/23590 1129/26297/23584 1135/26302/23589</w:t>
        <w:br/>
        <w:t>f 1131/26299/23586 1129/26297/23584 1134/26303/23590</w:t>
        <w:br/>
        <w:t>f 1136/26304/23591 1131/26299/23586 1134/26303/23590</w:t>
        <w:br/>
        <w:t>f 1137/26305/23592 1135/26302/23589 1128/26295/23582</w:t>
        <w:br/>
        <w:t>f 1127/26296/23583 1137/26305/23592 1128/26295/23582</w:t>
        <w:br/>
        <w:t>f 1132/26300/23587 1130/26298/23585 1133/26301/23588</w:t>
        <w:br/>
        <w:t>f 1138/26306/23593 1132/26300/23587 1133/26301/23588</w:t>
        <w:br/>
        <w:t>f 1125/26293/23580 1139/26307/23594 1127/26296/23583</w:t>
        <w:br/>
        <w:t>f 1124/26292/23579 1125/26293/23580 1127/26296/23583</w:t>
        <w:br/>
        <w:t>f 1132/26300/23587 1140/26308/23595 1061/26229/23516</w:t>
        <w:br/>
        <w:t>f 1068/26237/23524 1132/26300/23587 1061/26229/23516</w:t>
        <w:br/>
        <w:t>f 1141/26309/23596 1125/26293/23580 1117/26285/23572</w:t>
        <w:br/>
        <w:t>f 1120/26288/23575 1141/26309/23596 1117/26285/23572</w:t>
        <w:br/>
        <w:t>f 1142/26310/23597 1120/26288/23575 1116/26284/23571</w:t>
        <w:br/>
        <w:t>f 1119/26287/23574 1142/26310/23597 1116/26284/23571</w:t>
        <w:br/>
        <w:t>f 1061/26229/23516 1140/26308/23595 1143/26311/23598</w:t>
        <w:br/>
        <w:t>f 1058/26226/23513 1061/26229/23516 1143/26311/23598</w:t>
        <w:br/>
        <w:t>f 1144/26312/23599 1142/26310/23597 1119/26287/23574</w:t>
        <w:br/>
        <w:t>f 1122/26290/23577 1144/26312/23599 1119/26287/23574</w:t>
        <w:br/>
        <w:t>f 966/26134/23421 1058/26226/23513 1143/26311/23598</w:t>
        <w:br/>
        <w:t>f 1145/26313/23600 966/26134/23421 1143/26311/23598</w:t>
        <w:br/>
        <w:t>f 1120/26288/23575 1142/26310/23597 1146/26314/23601</w:t>
        <w:br/>
        <w:t>f 1141/26309/23596 1120/26288/23575 1146/26314/23601</w:t>
        <w:br/>
        <w:t>f 1142/26310/23597 1144/26312/23599 1147/26315/23602</w:t>
        <w:br/>
        <w:t>f 1146/26314/23601 1142/26310/23597 1147/26315/23602</w:t>
        <w:br/>
        <w:t>f 1139/26307/23594 1141/26309/23596 1148/26316/23603</w:t>
        <w:br/>
        <w:t>f 1149/26317/23604 1148/26316/23603 1141/26309/23596</w:t>
        <w:br/>
        <w:t>f 1146/26314/23601 1149/26317/23604 1141/26309/23596</w:t>
        <w:br/>
        <w:t>f 1150/26318/23605 1149/26317/23604 1146/26314/23601</w:t>
        <w:br/>
        <w:t>f 1139/26307/23594 1137/26305/23592 1127/26296/23583</w:t>
        <w:br/>
        <w:t>f 1152/26319/23606 1151/26320/23607 1137/26305/23592</w:t>
        <w:br/>
        <w:t>f 1139/26307/23594 1152/26319/23606 1137/26305/23592</w:t>
        <w:br/>
        <w:t>f 1139/26307/23594 1148/26316/23603 1152/26319/23606</w:t>
        <w:br/>
        <w:t>f 1151/26320/23607 1153/26321/23608 1135/26302/23589</w:t>
        <w:br/>
        <w:t>f 1137/26305/23592 1151/26320/23607 1135/26302/23589</w:t>
        <w:br/>
        <w:t>f 1153/26321/23608 1154/26322/23609 1134/26303/23590</w:t>
        <w:br/>
        <w:t>f 1135/26302/23589 1153/26321/23608 1134/26303/23590</w:t>
        <w:br/>
        <w:t>f 1151/26320/23607 1152/26319/23606 1156/26323/23610</w:t>
        <w:br/>
        <w:t>f 1155/26324/23611 1151/26320/23607 1156/26323/23610</w:t>
        <w:br/>
        <w:t>f 1155/26324/23611 1157/26325/23612 1153/26321/23608</w:t>
        <w:br/>
        <w:t>f 1151/26320/23607 1155/26324/23611 1153/26321/23608</w:t>
        <w:br/>
        <w:t>f 1152/26319/23606 1148/26316/23603 1158/26326/23613</w:t>
        <w:br/>
        <w:t>f 1156/26323/23610 1152/26319/23606 1158/26326/23613</w:t>
        <w:br/>
        <w:t>f 1159/26327/23614 1158/26326/23613 1148/26316/23603</w:t>
        <w:br/>
        <w:t>f 1149/26317/23604 1159/26327/23614 1148/26316/23603</w:t>
        <w:br/>
        <w:t>f 1161/26328/23615 1160/26329/23616 1156/26323/23610</w:t>
        <w:br/>
        <w:t>f 1158/26326/23613 1161/26328/23615 1156/26323/23610</w:t>
        <w:br/>
        <w:t>f 1162/26330/23617 1159/26327/23614 1149/26317/23604</w:t>
        <w:br/>
        <w:t>f 1150/26318/23605 1162/26330/23617 1149/26317/23604</w:t>
        <w:br/>
        <w:t>f 1158/26326/23613 1159/26327/23614 1163/26331/23618</w:t>
        <w:br/>
        <w:t>f 1161/26328/23615 1158/26326/23613 1163/26331/23618</w:t>
        <w:br/>
        <w:t>f 1166/26332/23619 1165/26333/23620 1164/26334/23621</w:t>
        <w:br/>
        <w:t>f 1167/26335/23622 1164/26334/23621 1150/26318/23605</w:t>
        <w:br/>
        <w:t>f 1169/26336/23623 1166/26332/23619 1168/26337/23624</w:t>
        <w:br/>
        <w:t>f 1172/26338/23625 1171/26339/23626 1170/26340/23627</w:t>
        <w:br/>
        <w:t>f 1166/26332/23619 1172/26338/23625 1170/26340/23627</w:t>
        <w:br/>
        <w:t>f 1166/26332/23619 1170/26340/23627 1165/26333/23620</w:t>
        <w:br/>
        <w:t>f 1162/26330/23617 1165/26333/23620 1173/26341/23628</w:t>
        <w:br/>
        <w:t>f 1171/26339/23626 1175/26342/23629 1174/26343/23630</w:t>
        <w:br/>
        <w:t>f 1170/26340/23627 1171/26339/23626 1174/26343/23630</w:t>
        <w:br/>
        <w:t>f 1165/26333/23620 1176/26344/23631 1173/26341/23628</w:t>
        <w:br/>
        <w:t>f 1175/26342/23629 1178/26345/23632 1177/26346/23633</w:t>
        <w:br/>
        <w:t>f 1174/26343/23630 1175/26342/23629 1177/26346/23633</w:t>
        <w:br/>
        <w:t>f 1179/26347/23634 1176/26344/23631 1174/26343/23630</w:t>
        <w:br/>
        <w:t>f 1177/26346/23633 1179/26347/23634 1174/26343/23630</w:t>
        <w:br/>
        <w:t>f 1178/26345/23632 1181/26348/23635 1180/26349/23636</w:t>
        <w:br/>
        <w:t>f 1177/26346/23633 1178/26345/23632 1180/26349/23636</w:t>
        <w:br/>
        <w:t>f 1179/26347/23634 1177/26346/23633 1180/26349/23636</w:t>
        <w:br/>
        <w:t>f 1182/26350/23637 1179/26347/23634 1180/26349/23636</w:t>
        <w:br/>
        <w:t>f 1173/26341/23628 1176/26344/23631 1183/26351/23638</w:t>
        <w:br/>
        <w:t>f 1181/26348/23635 1185/26352/23639 1184/26353/23640</w:t>
        <w:br/>
        <w:t>f 1180/26349/23636 1181/26348/23635 1184/26353/23640</w:t>
        <w:br/>
        <w:t>f 1161/26328/23615 1163/26331/23618 1187/26354/23641</w:t>
        <w:br/>
        <w:t>f 1186/26355/23642 1161/26328/23615 1187/26354/23641</w:t>
        <w:br/>
        <w:t>f 1183/26351/23638 1176/26344/23631 1179/26347/23634</w:t>
        <w:br/>
        <w:t>f 1188/26356/23643 1183/26351/23638 1179/26347/23634</w:t>
        <w:br/>
        <w:t>f 1187/26354/23641 1183/26351/23638 1188/26356/23643</w:t>
        <w:br/>
        <w:t>f 1189/26357/23644 1187/26354/23641 1188/26356/23643</w:t>
        <w:br/>
        <w:t>f 1182/26350/23637 1190/26358/23645 1188/26356/23643</w:t>
        <w:br/>
        <w:t>f 1179/26347/23634 1182/26350/23637 1188/26356/23643</w:t>
        <w:br/>
        <w:t>f 1190/26358/23645 1191/26359/23646 1189/26357/23644</w:t>
        <w:br/>
        <w:t>f 1188/26356/23643 1190/26358/23645 1189/26357/23644</w:t>
        <w:br/>
        <w:t>f 1180/26349/23636 1184/26353/23640 1182/26350/23637</w:t>
        <w:br/>
        <w:t>f 1182/26350/23637 1192/26360/23647 1190/26358/23645</w:t>
        <w:br/>
        <w:t>f 1192/26360/23647 1193/26361/23648 1191/26359/23646</w:t>
        <w:br/>
        <w:t>f 1190/26358/23645 1192/26360/23647 1191/26359/23646</w:t>
        <w:br/>
        <w:t>f 1194/26362/23649 1182/26350/23637 1184/26353/23640</w:t>
        <w:br/>
        <w:t>f 1196/26363/23650 1185/26352/23639 1195/26364/23651</w:t>
        <w:br/>
        <w:t>f 1194/26362/23649 1184/26353/23640 1196/26363/23650</w:t>
        <w:br/>
        <w:t>f 1197/26365/23652 1194/26362/23649 1196/26363/23650</w:t>
        <w:br/>
        <w:t>f 1194/26362/23649 1198/26366/23653 1192/26360/23647</w:t>
        <w:br/>
        <w:t>f 1197/26365/23652 1196/26363/23650 1200/26367/23654</w:t>
        <w:br/>
        <w:t>f 1199/26368/23655 1197/26365/23652 1200/26367/23654</w:t>
        <w:br/>
        <w:t>f 1194/26362/23649 1201/26369/23656 1198/26366/23653</w:t>
        <w:br/>
        <w:t>f 1203/26370/23657 1198/26366/23653 1201/26369/23656</w:t>
        <w:br/>
        <w:t>f 1202/26371/23658 1203/26370/23657 1201/26369/23656</w:t>
        <w:br/>
        <w:t>f 1204/26372/23659 1197/26365/23652 1199/26368/23655</w:t>
        <w:br/>
        <w:t>f 1202/26371/23658 1201/26369/23656 1204/26372/23659</w:t>
        <w:br/>
        <w:t>f 1205/26373/23660 1202/26371/23658 1204/26372/23659</w:t>
        <w:br/>
        <w:t>f 1202/26371/23658 1207/26374/23661 1206/26375/23662</w:t>
        <w:br/>
        <w:t>f 1203/26370/23657 1202/26371/23658 1206/26375/23662</w:t>
        <w:br/>
        <w:t>f 1193/26361/23648 1209/26376/23663 1208/26377/23664</w:t>
        <w:br/>
        <w:t>f 1191/26359/23646 1193/26361/23648 1208/26377/23664</w:t>
        <w:br/>
        <w:t>f 1191/26359/23646 1208/26377/23664 1210/26378/23665</w:t>
        <w:br/>
        <w:t>f 1189/26357/23644 1191/26359/23646 1210/26378/23665</w:t>
        <w:br/>
        <w:t>f 1186/26355/23642 1187/26354/23641 1189/26357/23644</w:t>
        <w:br/>
        <w:t>f 1210/26378/23665 1186/26355/23642 1189/26357/23644</w:t>
        <w:br/>
        <w:t>f 1212/26379/23666 1208/26377/23664 1209/26376/23663</w:t>
        <w:br/>
        <w:t>f 1211/26380/23667 1212/26379/23666 1209/26376/23663</w:t>
        <w:br/>
        <w:t>f 1213/26381/23668 1210/26378/23665 1208/26377/23664</w:t>
        <w:br/>
        <w:t>f 1212/26379/23666 1213/26381/23668 1208/26377/23664</w:t>
        <w:br/>
        <w:t>f 1210/26378/23665 1213/26381/23668 1214/26382/23669</w:t>
        <w:br/>
        <w:t>f 1186/26355/23642 1210/26378/23665 1214/26382/23669</w:t>
        <w:br/>
        <w:t>f 1160/26329/23616 1161/26328/23615 1186/26355/23642</w:t>
        <w:br/>
        <w:t>f 1214/26382/23669 1160/26329/23616 1186/26355/23642</w:t>
        <w:br/>
        <w:t>f 1160/26329/23616 1215/26383/23670 1155/26324/23611</w:t>
        <w:br/>
        <w:t>f 1156/26323/23610 1160/26329/23616 1155/26324/23611</w:t>
        <w:br/>
        <w:t>f 1213/26381/23668 1217/26384/23671 1216/26385/23672</w:t>
        <w:br/>
        <w:t>f 1214/26382/23669 1213/26381/23668 1216/26385/23672</w:t>
        <w:br/>
        <w:t>f 1157/26325/23612 1155/26324/23611 1215/26383/23670</w:t>
        <w:br/>
        <w:t>f 1218/26386/23673 1157/26325/23612 1215/26383/23670</w:t>
        <w:br/>
        <w:t>f 1217/26384/23671 1213/26381/23668 1212/26379/23666</w:t>
        <w:br/>
        <w:t>f 1219/26387/23674 1217/26384/23671 1212/26379/23666</w:t>
        <w:br/>
        <w:t>f 1157/26325/23612 1220/26388/23675 1154/26322/23609</w:t>
        <w:br/>
        <w:t>f 1153/26321/23608 1157/26325/23612 1154/26322/23609</w:t>
        <w:br/>
        <w:t>f 1222/26389/23676 1216/26385/23672 1217/26384/23671</w:t>
        <w:br/>
        <w:t>f 1221/26390/23677 1222/26389/23676 1217/26384/23671</w:t>
        <w:br/>
        <w:t>f 1218/26386/23673 1222/26389/23676 1223/26391/23678</w:t>
        <w:br/>
        <w:t>f 1136/26304/23591 1134/26303/23590 1154/26322/23609</w:t>
        <w:br/>
        <w:t>f 1224/26392/23679 1136/26304/23591 1154/26322/23609</w:t>
        <w:br/>
        <w:t>f 1136/26304/23591 1225/26393/23680 1133/26301/23588</w:t>
        <w:br/>
        <w:t>f 1131/26299/23586 1136/26304/23591 1133/26301/23588</w:t>
        <w:br/>
        <w:t>f 1157/26325/23612 1218/26386/23673 1220/26388/23675</w:t>
        <w:br/>
        <w:t>f 1224/26392/23679 1154/26322/23609 1220/26388/23675</w:t>
        <w:br/>
        <w:t>f 1226/26394/23681 1224/26392/23679 1220/26388/23675</w:t>
        <w:br/>
        <w:t>f 1225/26393/23680 1136/26304/23591 1224/26392/23679</w:t>
        <w:br/>
        <w:t>f 1227/26395/23682 1225/26393/23680 1224/26392/23679</w:t>
        <w:br/>
        <w:t>f 1138/26306/23593 1133/26301/23588 1225/26393/23680</w:t>
        <w:br/>
        <w:t>f 1228/26396/23683 1138/26306/23593 1225/26393/23680</w:t>
        <w:br/>
        <w:t>f 1140/26308/23595 1132/26300/23587 1138/26306/23593</w:t>
        <w:br/>
        <w:t>f 1229/26397/23684 1140/26308/23595 1138/26306/23593</w:t>
        <w:br/>
        <w:t>f 1227/26395/23682 1230/26398/23685 1228/26396/23683</w:t>
        <w:br/>
        <w:t>f 1225/26393/23680 1227/26395/23682 1228/26396/23683</w:t>
        <w:br/>
        <w:t>f 1229/26397/23684 1138/26306/23593 1228/26396/23683</w:t>
        <w:br/>
        <w:t>f 1231/26399/23686 1229/26397/23684 1228/26396/23683</w:t>
        <w:br/>
        <w:t>f 1143/26311/23598 1140/26308/23595 1229/26397/23684</w:t>
        <w:br/>
        <w:t>f 1232/26400/23687 1143/26311/23598 1229/26397/23684</w:t>
        <w:br/>
        <w:t>f 1231/26399/23686 1233/26401/23688 1232/26400/23687</w:t>
        <w:br/>
        <w:t>f 1229/26397/23684 1231/26399/23686 1232/26400/23687</w:t>
        <w:br/>
        <w:t>f 1231/26399/23686 1228/26396/23683 1230/26398/23685</w:t>
        <w:br/>
        <w:t>f 1234/26402/23689 1231/26399/23686 1230/26398/23685</w:t>
        <w:br/>
        <w:t>f 1227/26395/23682 1224/26392/23679 1226/26394/23681</w:t>
        <w:br/>
        <w:t>f 1235/26403/23690 1227/26395/23682 1226/26394/23681</w:t>
        <w:br/>
        <w:t>f 1235/26403/23690 1236/26404/23691 1230/26398/23685</w:t>
        <w:br/>
        <w:t>f 1227/26395/23682 1235/26403/23690 1230/26398/23685</w:t>
        <w:br/>
        <w:t>f 1238/26405/23692 1237/26406/23693 1226/26394/23681</w:t>
        <w:br/>
        <w:t>f 1220/26388/23675 1238/26405/23692 1226/26394/23681</w:t>
        <w:br/>
        <w:t>f 1235/26403/23690 1226/26394/23681 1237/26406/23693</w:t>
        <w:br/>
        <w:t>f 1239/26407/23694 1235/26403/23690 1237/26406/23693</w:t>
        <w:br/>
        <w:t>f 1223/26391/23678 1238/26405/23692 1220/26388/23675</w:t>
        <w:br/>
        <w:t>f 1218/26386/23673 1223/26391/23678 1220/26388/23675</w:t>
        <w:br/>
        <w:t>f 1241/26408/23695 1240/26409/23696 1237/26406/23693</w:t>
        <w:br/>
        <w:t>f 1238/26405/23692 1241/26408/23695 1237/26406/23693</w:t>
        <w:br/>
        <w:t>f 1242/26410/23697 1241/26408/23695 1238/26405/23692</w:t>
        <w:br/>
        <w:t>f 1223/26391/23678 1242/26410/23697 1238/26405/23692</w:t>
        <w:br/>
        <w:t>f 1223/26391/23678 1222/26389/23676 1243/26411/23698</w:t>
        <w:br/>
        <w:t>f 1240/26409/23696 1244/26412/23699 1239/26407/23694</w:t>
        <w:br/>
        <w:t>f 1237/26406/23693 1240/26409/23696 1239/26407/23694</w:t>
        <w:br/>
        <w:t>f 1236/26404/23691 1235/26403/23690 1239/26407/23694</w:t>
        <w:br/>
        <w:t>f 1245/26413/23700 1236/26404/23691 1239/26407/23694</w:t>
        <w:br/>
        <w:t>f 1243/26411/23698 1246/26414/23701 1242/26410/23697</w:t>
        <w:br/>
        <w:t>f 1223/26391/23678 1243/26411/23698 1242/26410/23697</w:t>
        <w:br/>
        <w:t>f 1236/26404/23691 1247/26415/23702 1234/26402/23689</w:t>
        <w:br/>
        <w:t>f 1230/26398/23685 1236/26404/23691 1234/26402/23689</w:t>
        <w:br/>
        <w:t>f 1233/26401/23688 1231/26399/23686 1234/26402/23689</w:t>
        <w:br/>
        <w:t>f 1248/26416/23703 1233/26401/23688 1234/26402/23689</w:t>
        <w:br/>
        <w:t>f 1248/26416/23703 1234/26402/23689 1247/26415/23702</w:t>
        <w:br/>
        <w:t>f 1249/26417/23704 1248/26416/23703 1247/26415/23702</w:t>
        <w:br/>
        <w:t>f 1245/26413/23700 1250/26418/23705 1247/26415/23702</w:t>
        <w:br/>
        <w:t>f 1236/26404/23691 1245/26413/23700 1247/26415/23702</w:t>
        <w:br/>
        <w:t>f 1252/26419/23706 1232/26400/23687 1233/26401/23688</w:t>
        <w:br/>
        <w:t>f 1251/26420/23707 1252/26419/23706 1233/26401/23688</w:t>
        <w:br/>
        <w:t>f 1245/26413/23700 1239/26407/23694 1244/26412/23699</w:t>
        <w:br/>
        <w:t>f 1253/26421/23708 1245/26413/23700 1244/26412/23699</w:t>
        <w:br/>
        <w:t>f 1232/26400/23687 1252/26419/23706 1145/26313/23600</w:t>
        <w:br/>
        <w:t>f 1143/26311/23598 1232/26400/23687 1145/26313/23600</w:t>
        <w:br/>
        <w:t>f 1251/26420/23707 1233/26401/23688 1248/26416/23703</w:t>
        <w:br/>
        <w:t>f 1254/26422/23709 1251/26420/23707 1248/26416/23703</w:t>
        <w:br/>
        <w:t>f 1256/26423/23710 1252/26419/23706 1251/26420/23707</w:t>
        <w:br/>
        <w:t>f 1255/26424/23711 1256/26423/23710 1251/26420/23707</w:t>
        <w:br/>
        <w:t>f 1254/26422/23709 1257/26425/23712 1255/26424/23711</w:t>
        <w:br/>
        <w:t>f 1251/26420/23707 1254/26422/23709 1255/26424/23711</w:t>
        <w:br/>
        <w:t>f 1252/26419/23706 1256/26423/23710 1258/26426/23713</w:t>
        <w:br/>
        <w:t>f 1145/26313/23600 1252/26419/23706 1258/26426/23713</w:t>
        <w:br/>
        <w:t>f 1258/26426/23713 961/26129/23416 966/26134/23421</w:t>
        <w:br/>
        <w:t>f 1145/26313/23600 1258/26426/23713 966/26134/23421</w:t>
        <w:br/>
        <w:t>f 1260/26427/23714 1256/26423/23710 1255/26424/23711</w:t>
        <w:br/>
        <w:t>f 1259/26428/23715 1260/26427/23714 1255/26424/23711</w:t>
        <w:br/>
        <w:t>f 1258/26426/23713 1261/26429/23716 957/26124/23411</w:t>
        <w:br/>
        <w:t>f 961/26129/23416 1258/26426/23713 957/26124/23411</w:t>
        <w:br/>
        <w:t>f 1256/26423/23710 1260/26427/23714 1261/26429/23716</w:t>
        <w:br/>
        <w:t>f 1258/26426/23713 1256/26423/23710 1261/26429/23716</w:t>
        <w:br/>
        <w:t>f 1261/26429/23716 1262/26430/23717 956/26125/23412</w:t>
        <w:br/>
        <w:t>f 957/26124/23411 1261/26429/23716 956/26125/23412</w:t>
        <w:br/>
        <w:t>f 1257/26425/23712 1263/26431/23718 1259/26428/23715</w:t>
        <w:br/>
        <w:t>f 1255/26424/23711 1257/26425/23712 1259/26428/23715</w:t>
        <w:br/>
        <w:t>f 1260/26427/23714 1264/26432/23719 1262/26430/23717</w:t>
        <w:br/>
        <w:t>f 1261/26429/23716 1260/26427/23714 1262/26430/23717</w:t>
        <w:br/>
        <w:t>f 1264/26432/23719 1260/26427/23714 1259/26428/23715</w:t>
        <w:br/>
        <w:t>f 1265/26433/23720 1264/26432/23719 1259/26428/23715</w:t>
        <w:br/>
        <w:t>f 1263/26431/23718 1266/26434/23721 1265/26433/23720</w:t>
        <w:br/>
        <w:t>f 1259/26428/23715 1263/26431/23718 1265/26433/23720</w:t>
        <w:br/>
        <w:t>f 1263/26431/23718 1268/26435/23722 1267/26436/23723</w:t>
        <w:br/>
        <w:t>f 1266/26434/23721 1263/26431/23718 1267/26436/23723</w:t>
        <w:br/>
        <w:t>f 1263/26431/23718 1257/26425/23712 1269/26437/23724</w:t>
        <w:br/>
        <w:t>f 1268/26435/23722 1263/26431/23718 1269/26437/23724</w:t>
        <w:br/>
        <w:t>f 1270/26438/23725 1269/26437/23724 1257/26425/23712</w:t>
        <w:br/>
        <w:t>f 1254/26422/23709 1270/26438/23725 1257/26425/23712</w:t>
        <w:br/>
        <w:t>f 1268/26435/23722 1269/26437/23724 1272/26439/23726</w:t>
        <w:br/>
        <w:t>f 1271/26440/23727 1268/26435/23722 1272/26439/23726</w:t>
        <w:br/>
        <w:t>f 1254/26422/23709 1248/26416/23703 1249/26417/23704</w:t>
        <w:br/>
        <w:t>f 1270/26438/23725 1254/26422/23709 1249/26417/23704</w:t>
        <w:br/>
        <w:t>f 1273/26441/23728 1272/26439/23726 1269/26437/23724</w:t>
        <w:br/>
        <w:t>f 1270/26438/23725 1273/26441/23728 1269/26437/23724</w:t>
        <w:br/>
        <w:t>f 1274/26442/23729 1273/26441/23728 1270/26438/23725</w:t>
        <w:br/>
        <w:t>f 1249/26417/23704 1274/26442/23729 1270/26438/23725</w:t>
        <w:br/>
        <w:t>f 1250/26418/23705 1274/26442/23729 1249/26417/23704</w:t>
        <w:br/>
        <w:t>f 1247/26415/23702 1250/26418/23705 1249/26417/23704</w:t>
        <w:br/>
        <w:t>f 1250/26418/23705 1245/26413/23700 1253/26421/23708</w:t>
        <w:br/>
        <w:t>f 1275/26443/23730 1250/26418/23705 1253/26421/23708</w:t>
        <w:br/>
        <w:t>f 1277/26444/23731 1276/26445/23732 1273/26441/23728</w:t>
        <w:br/>
        <w:t>f 1274/26442/23729 1277/26444/23731 1273/26441/23728</w:t>
        <w:br/>
        <w:t>f 1279/26446/23733 1278/26447/23734 1275/26443/23730</w:t>
        <w:br/>
        <w:t>f 1253/26421/23708 1279/26446/23733 1275/26443/23730</w:t>
        <w:br/>
        <w:t>f 1277/26444/23731 1275/26443/23730 1281/26448/23735</w:t>
        <w:br/>
        <w:t>f 1280/26449/23736 1277/26444/23731 1281/26448/23735</w:t>
        <w:br/>
        <w:t>f 1281/26448/23735 1275/26443/23730 1278/26447/23734</w:t>
        <w:br/>
        <w:t>f 1282/26450/23737 1281/26448/23735 1278/26447/23734</w:t>
        <w:br/>
        <w:t>f 1253/26421/23708 1244/26412/23699 1283/26451/23738</w:t>
        <w:br/>
        <w:t>f 1279/26446/23733 1253/26421/23708 1283/26451/23738</w:t>
        <w:br/>
        <w:t>f 1280/26449/23736 1284/26452/23739 1276/26445/23732</w:t>
        <w:br/>
        <w:t>f 1277/26444/23731 1280/26449/23736 1276/26445/23732</w:t>
        <w:br/>
        <w:t>f 1276/26445/23732 1285/26453/23740 1272/26439/23726</w:t>
        <w:br/>
        <w:t>f 1273/26441/23728 1276/26445/23732 1272/26439/23726</w:t>
        <w:br/>
        <w:t>f 1286/26454/23741 1285/26453/23740 1276/26445/23732</w:t>
        <w:br/>
        <w:t>f 1284/26452/23739 1286/26454/23741 1276/26445/23732</w:t>
        <w:br/>
        <w:t>f 1271/26440/23727 1272/26439/23726 1285/26453/23740</w:t>
        <w:br/>
        <w:t>f 1287/26455/23742 1271/26440/23727 1285/26453/23740</w:t>
        <w:br/>
        <w:t>f 1289/26456/23743 1288/26457/23744 1284/26452/23739</w:t>
        <w:br/>
        <w:t>f 1280/26449/23736 1289/26456/23743 1284/26452/23739</w:t>
        <w:br/>
        <w:t>f 1280/26449/23736 1281/26448/23735 1290/26458/23745</w:t>
        <w:br/>
        <w:t>f 1289/26456/23743 1280/26449/23736 1290/26458/23745</w:t>
        <w:br/>
        <w:t>f 1291/26459/23746 1287/26455/23742 1285/26453/23740</w:t>
        <w:br/>
        <w:t>f 1286/26454/23741 1291/26459/23746 1285/26453/23740</w:t>
        <w:br/>
        <w:t>f 1271/26440/23727 1292/26460/23747 1267/26436/23723</w:t>
        <w:br/>
        <w:t>f 1268/26435/23722 1271/26440/23727 1267/26436/23723</w:t>
        <w:br/>
        <w:t>f 1287/26455/23742 1293/26461/23748 1292/26460/23747</w:t>
        <w:br/>
        <w:t>f 1271/26440/23727 1287/26455/23742 1292/26460/23747</w:t>
        <w:br/>
        <w:t>f 1291/26459/23746 1294/26462/23749 1293/26461/23748</w:t>
        <w:br/>
        <w:t>f 1287/26455/23742 1291/26459/23746 1293/26461/23748</w:t>
        <w:br/>
        <w:t>f 1295/26463/23750 1294/26462/23749 1291/26459/23746</w:t>
        <w:br/>
        <w:t>f 1286/26454/23741 1295/26463/23750 1291/26459/23746</w:t>
        <w:br/>
        <w:t>f 1286/26454/23741 1284/26452/23739 1288/26457/23744</w:t>
        <w:br/>
        <w:t>f 1295/26463/23750 1286/26454/23741 1288/26457/23744</w:t>
        <w:br/>
        <w:t>f 1282/26450/23737 1296/26464/23751 1290/26458/23745</w:t>
        <w:br/>
        <w:t>f 1281/26448/23735 1282/26450/23737 1290/26458/23745</w:t>
        <w:br/>
        <w:t>f 1298/26465/23752 1297/26466/23753 1282/26450/23737</w:t>
        <w:br/>
        <w:t>f 1278/26447/23734 1298/26465/23752 1282/26450/23737</w:t>
        <w:br/>
        <w:t>f 1299/26467/23754 1298/26465/23752 1278/26447/23734</w:t>
        <w:br/>
        <w:t>f 1279/26446/23733 1299/26467/23754 1278/26447/23734</w:t>
        <w:br/>
        <w:t>f 1282/26450/23737 1297/26466/23753 1300/26468/23755</w:t>
        <w:br/>
        <w:t>f 1296/26464/23751 1282/26450/23737 1300/26468/23755</w:t>
        <w:br/>
        <w:t>f 1304/26469/23756 1303/26470/23757 1302/26471/23758</w:t>
        <w:br/>
        <w:t>f 1301/26472/23759 1304/26469/23756 1302/26471/23758</w:t>
        <w:br/>
        <w:t>f 1306/26473/23760 1305/26474/23761 1301/26472/23759</w:t>
        <w:br/>
        <w:t>f 1302/26471/23758 1306/26473/23760 1301/26472/23759</w:t>
        <w:br/>
        <w:t>f 1310/26475/23762 1309/26476/23763 1308/26477/23764</w:t>
        <w:br/>
        <w:t>f 1307/26478/23765 1310/26475/23762 1308/26477/23764</w:t>
        <w:br/>
        <w:t>f 1312/26479/23766 1311/26480/23767 1309/26476/23763</w:t>
        <w:br/>
        <w:t>f 1310/26475/23762 1312/26479/23766 1309/26476/23763</w:t>
        <w:br/>
        <w:t>f 1314/26481/23768 1313/26482/23769 1311/26480/23767</w:t>
        <w:br/>
        <w:t>f 1312/26479/23766 1314/26481/23768 1311/26480/23767</w:t>
        <w:br/>
        <w:t>f 1279/26446/23733 1283/26451/23738 1315/26483/23770</w:t>
        <w:br/>
        <w:t>f 1299/26467/23754 1279/26446/23733 1315/26483/23770</w:t>
        <w:br/>
        <w:t>f 1283/26451/23738 1317/26484/23771 1316/26485/23772</w:t>
        <w:br/>
        <w:t>f 1315/26483/23770 1283/26451/23738 1316/26485/23772</w:t>
        <w:br/>
        <w:t>f 1244/26412/23699 1240/26409/23696 1317/26484/23771</w:t>
        <w:br/>
        <w:t>f 1283/26451/23738 1244/26412/23699 1317/26484/23771</w:t>
        <w:br/>
        <w:t>f 1240/26409/23696 1241/26408/23695 1318/26486/23773</w:t>
        <w:br/>
        <w:t>f 1317/26484/23771 1240/26409/23696 1318/26486/23773</w:t>
        <w:br/>
        <w:t>f 1319/26487/23774 1318/26486/23773 1241/26408/23695</w:t>
        <w:br/>
        <w:t>f 1242/26410/23697 1319/26487/23774 1241/26408/23695</w:t>
        <w:br/>
        <w:t>f 1317/26484/23771 1318/26486/23773 1320/26488/23775</w:t>
        <w:br/>
        <w:t>f 1316/26485/23772 1317/26484/23771 1320/26488/23775</w:t>
        <w:br/>
        <w:t>f 1321/26489/23776 1320/26488/23775 1318/26486/23773</w:t>
        <w:br/>
        <w:t>f 1319/26487/23774 1321/26489/23776 1318/26486/23773</w:t>
        <w:br/>
        <w:t>f 1319/26487/23774 1323/26490/23777 1322/26491/23778</w:t>
        <w:br/>
        <w:t>f 1321/26489/23776 1319/26487/23774 1322/26491/23778</w:t>
        <w:br/>
        <w:t>f 1325/26492/23779 1324/26493/23780 1322/26491/23778</w:t>
        <w:br/>
        <w:t>f 1323/26490/23777 1325/26492/23779 1322/26491/23778</w:t>
        <w:br/>
        <w:t>f 1326/26494/23781 1325/26492/23779 1323/26490/23777</w:t>
        <w:br/>
        <w:t>f 1246/26414/23701 1326/26494/23781 1323/26490/23777</w:t>
        <w:br/>
        <w:t>f 1327/26495/23782 1326/26494/23781 1246/26414/23701</w:t>
        <w:br/>
        <w:t>f 1243/26411/23698 1327/26495/23782 1246/26414/23701</w:t>
        <w:br/>
        <w:t>f 1329/26496/23783 1328/26497/23784 1327/26495/23782</w:t>
        <w:br/>
        <w:t>f 1221/26390/23677 1329/26496/23783 1327/26495/23782</w:t>
        <w:br/>
        <w:t>f 1219/26387/23674 1329/26496/23783 1221/26390/23677</w:t>
        <w:br/>
        <w:t>f 1217/26384/23671 1219/26387/23674 1221/26390/23677</w:t>
        <w:br/>
        <w:t>f 1331/26498/23785 1330/26499/23786 1328/26497/23784</w:t>
        <w:br/>
        <w:t>f 1329/26496/23783 1331/26498/23785 1328/26497/23784</w:t>
        <w:br/>
        <w:t>f 1219/26387/23674 1212/26379/23666 1211/26380/23667</w:t>
        <w:br/>
        <w:t>f 1332/26500/23787 1219/26387/23674 1211/26380/23667</w:t>
        <w:br/>
        <w:t>f 1206/26375/23662 1333/26501/23788 1211/26380/23667</w:t>
        <w:br/>
        <w:t>f 1209/26376/23663 1206/26375/23662 1211/26380/23667</w:t>
        <w:br/>
        <w:t>f 1332/26500/23787 1331/26498/23785 1329/26496/23783</w:t>
        <w:br/>
        <w:t>f 1219/26387/23674 1332/26500/23787 1329/26496/23783</w:t>
        <w:br/>
        <w:t>f 1333/26501/23788 1334/26502/23789 1332/26500/23787</w:t>
        <w:br/>
        <w:t>f 1211/26380/23667 1333/26501/23788 1332/26500/23787</w:t>
        <w:br/>
        <w:t>f 1333/26501/23788 1206/26375/23662 1207/26374/23661</w:t>
        <w:br/>
        <w:t>f 1335/26503/23790 1333/26501/23788 1207/26374/23661</w:t>
        <w:br/>
        <w:t>f 1207/26374/23661 1202/26371/23658 1205/26373/23660</w:t>
        <w:br/>
        <w:t>f 1336/26504/23791 1207/26374/23661 1205/26373/23660</w:t>
        <w:br/>
        <w:t>f 1337/26505/23792 1334/26502/23789 1333/26501/23788</w:t>
        <w:br/>
        <w:t>f 1335/26503/23790 1337/26505/23792 1333/26501/23788</w:t>
        <w:br/>
        <w:t>f 1336/26504/23791 1338/26506/23793 1335/26503/23790</w:t>
        <w:br/>
        <w:t>f 1207/26374/23661 1336/26504/23791 1335/26503/23790</w:t>
        <w:br/>
        <w:t>f 1339/26507/23794 1331/26498/23785 1332/26500/23787</w:t>
        <w:br/>
        <w:t>f 1334/26502/23789 1339/26507/23794 1332/26500/23787</w:t>
        <w:br/>
        <w:t>f 1334/26502/23789 1337/26505/23792 1340/26508/23795</w:t>
        <w:br/>
        <w:t>f 1339/26507/23794 1334/26502/23789 1340/26508/23795</w:t>
        <w:br/>
        <w:t>f 1341/26509/23796 1330/26499/23786 1331/26498/23785</w:t>
        <w:br/>
        <w:t>f 1339/26507/23794 1341/26509/23796 1331/26498/23785</w:t>
        <w:br/>
        <w:t>f 1342/26510/23797 1341/26509/23796 1339/26507/23794</w:t>
        <w:br/>
        <w:t>f 1340/26508/23795 1342/26510/23797 1339/26507/23794</w:t>
        <w:br/>
        <w:t>f 1337/26505/23792 1344/26511/23798 1343/26512/23799</w:t>
        <w:br/>
        <w:t>f 1340/26508/23795 1337/26505/23792 1343/26512/23799</w:t>
        <w:br/>
        <w:t>f 1341/26509/23796 1346/26513/23800 1345/26514/23801</w:t>
        <w:br/>
        <w:t>f 1330/26499/23786 1341/26509/23796 1345/26514/23801</w:t>
        <w:br/>
        <w:t>f 1342/26510/23797 1347/26515/23802 1346/26513/23800</w:t>
        <w:br/>
        <w:t>f 1341/26509/23796 1342/26510/23797 1346/26513/23800</w:t>
        <w:br/>
        <w:t>f 1346/26513/23800 1349/26516/23803 1348/26517/23804</w:t>
        <w:br/>
        <w:t>f 1345/26514/23801 1346/26513/23800 1348/26517/23804</w:t>
        <w:br/>
        <w:t>f 1349/26516/23803 1351/26518/23805 1350/26519/23806</w:t>
        <w:br/>
        <w:t>f 1348/26517/23804 1349/26516/23803 1350/26519/23806</w:t>
        <w:br/>
        <w:t>f 1352/26520/23807 932/26103/23390 933/26102/23389</w:t>
        <w:br/>
        <w:t>f 1356/26521/23808 1355/26522/23809 1354/26523/23810</w:t>
        <w:br/>
        <w:t>f 1353/26524/23811 1356/26521/23808 1354/26523/23810</w:t>
        <w:br/>
        <w:t>f 1358/26525/23812 1354/26523/23810 1355/26522/23809</w:t>
        <w:br/>
        <w:t>f 1357/26526/23813 1358/26525/23812 1355/26522/23809</w:t>
        <w:br/>
        <w:t>f 1360/26527/23814 1359/26528/23815 1358/26525/23812</w:t>
        <w:br/>
        <w:t>f 1357/26526/23813 1360/26527/23814 1358/26525/23812</w:t>
        <w:br/>
        <w:t>f 1362/26529/23816 1359/26528/23815 1360/26527/23814</w:t>
        <w:br/>
        <w:t>f 1361/26530/23817 1362/26529/23816 1360/26527/23814</w:t>
        <w:br/>
        <w:t>f 1364/26531/23818 1362/26529/23816 1361/26530/23817</w:t>
        <w:br/>
        <w:t>f 1363/26532/23819 1364/26531/23818 1361/26530/23817</w:t>
        <w:br/>
        <w:t>f 1366/26533/23820 1365/26534/23821 1351/26518/23805</w:t>
        <w:br/>
        <w:t>f 1349/26516/23803 1366/26533/23820 1351/26518/23805</w:t>
        <w:br/>
        <w:t>f 1365/26534/23821 1366/26533/23820 1368/26535/23822</w:t>
        <w:br/>
        <w:t>f 1367/26536/23823 1365/26534/23821 1368/26535/23822</w:t>
        <w:br/>
        <w:t>f 1347/26515/23802 1366/26533/23820 1349/26516/23803</w:t>
        <w:br/>
        <w:t>f 1346/26513/23800 1347/26515/23802 1349/26516/23803</w:t>
        <w:br/>
        <w:t>f 1369/26537/23824 1368/26535/23822 1366/26533/23820</w:t>
        <w:br/>
        <w:t>f 1347/26515/23802 1369/26537/23824 1366/26533/23820</w:t>
        <w:br/>
        <w:t>f 1369/26537/23824 1347/26515/23802 1342/26510/23797</w:t>
        <w:br/>
        <w:t>f 1370/26538/23825 1369/26537/23824 1342/26510/23797</w:t>
        <w:br/>
        <w:t>f 1340/26508/23795 1343/26512/23799 1370/26538/23825</w:t>
        <w:br/>
        <w:t>f 1342/26510/23797 1340/26508/23795 1370/26538/23825</w:t>
        <w:br/>
        <w:t>f 1372/26539/23826 1371/26540/23827 1367/26536/23823</w:t>
        <w:br/>
        <w:t>f 1368/26535/23822 1372/26539/23826 1367/26536/23823</w:t>
        <w:br/>
        <w:t>f 1373/26541/23828 1372/26539/23826 1368/26535/23822</w:t>
        <w:br/>
        <w:t>f 1369/26537/23824 1373/26541/23828 1368/26535/23822</w:t>
        <w:br/>
        <w:t>f 1373/26541/23828 1369/26537/23824 1370/26538/23825</w:t>
        <w:br/>
        <w:t>f 1374/26542/23829 1373/26541/23828 1370/26538/23825</w:t>
        <w:br/>
        <w:t>f 1374/26542/23829 1370/26538/23825 1343/26512/23799</w:t>
        <w:br/>
        <w:t>f 1375/26543/23830 1374/26542/23829 1343/26512/23799</w:t>
        <w:br/>
        <w:t>f 1336/26504/23791 1205/26373/23660 1377/26544/23831</w:t>
        <w:br/>
        <w:t>f 1376/26545/23832 1336/26504/23791 1377/26544/23831</w:t>
        <w:br/>
        <w:t>f 1336/26504/23791 1376/26545/23832 1378/26546/23833</w:t>
        <w:br/>
        <w:t>f 1338/26506/23793 1336/26504/23791 1378/26546/23833</w:t>
        <w:br/>
        <w:t>f 1344/26511/23798 1337/26505/23792 1335/26503/23790</w:t>
        <w:br/>
        <w:t>f 1338/26506/23793 1344/26511/23798 1335/26503/23790</w:t>
        <w:br/>
        <w:t>f 1379/26547/23834 1375/26543/23830 1343/26512/23799</w:t>
        <w:br/>
        <w:t>f 1344/26511/23798 1379/26547/23834 1343/26512/23799</w:t>
        <w:br/>
        <w:t>f 1378/26546/23833 1379/26547/23834 1344/26511/23798</w:t>
        <w:br/>
        <w:t>f 1338/26506/23793 1378/26546/23833 1344/26511/23798</w:t>
        <w:br/>
        <w:t>f 1093/26260/23547 1091/26257/23544 1089/26259/23546</w:t>
        <w:br/>
        <w:t>f 1092/26261/23548 1093/26260/23547 1089/26259/23546</w:t>
        <w:br/>
        <w:t>f 1013/26182/23469 1107/26274/23561 1019/26187/23474</w:t>
        <w:br/>
        <w:t>f 1011/26180/23467 1013/26182/23469 1019/26187/23474</w:t>
        <w:br/>
        <w:t>f 1105/26273/23560 1021/26189/23476 1019/26187/23474</w:t>
        <w:br/>
        <w:t>f 1174/26343/23630 1165/26333/23620 1170/26340/23627</w:t>
        <w:br/>
        <w:t>f 1165/26333/23620 1174/26343/23630 1176/26344/23631</w:t>
        <w:br/>
        <w:t>f 1198/26366/23653 1203/26370/23657 1193/26361/23648</w:t>
        <w:br/>
        <w:t>f 1192/26360/23647 1198/26366/23653 1193/26361/23648</w:t>
        <w:br/>
        <w:t>f 1209/26376/23663 1193/26361/23648 1203/26370/23657</w:t>
        <w:br/>
        <w:t>f 1206/26375/23662 1209/26376/23663 1203/26370/23657</w:t>
        <w:br/>
        <w:t>f 1204/26372/23659 1199/26368/23655 1380/26548/23835</w:t>
        <w:br/>
        <w:t>f 1380/26548/23835 1377/26544/23831 1205/26373/23660</w:t>
        <w:br/>
        <w:t>f 1204/26372/23659 1380/26548/23835 1205/26373/23660</w:t>
        <w:br/>
        <w:t>f 1194/26362/23649 1192/26360/23647 1182/26350/23637</w:t>
        <w:br/>
        <w:t>f 1200/26367/23654 1196/26363/23650 1195/26364/23651</w:t>
        <w:br/>
        <w:t>f 1204/26372/23659 1201/26369/23656 1197/26365/23652</w:t>
        <w:br/>
        <w:t>f 1194/26362/23649 1197/26365/23652 1201/26369/23656</w:t>
        <w:br/>
        <w:t>f 1183/26351/23638 1187/26354/23641 1163/26331/23618</w:t>
        <w:br/>
        <w:t>f 1173/26341/23628 1183/26351/23638 1163/26331/23618</w:t>
        <w:br/>
        <w:t>f 1159/26327/23614 1162/26330/23617 1173/26341/23628</w:t>
        <w:br/>
        <w:t>f 1163/26331/23618 1159/26327/23614 1173/26341/23628</w:t>
        <w:br/>
        <w:t>f 1147/26315/23602 1150/26318/23605 1146/26314/23601</w:t>
        <w:br/>
        <w:t>f 1139/26307/23594 1125/26293/23580 1141/26309/23596</w:t>
        <w:br/>
        <w:t>f 1124/26292/23579 1121/26289/23576 1118/26286/23573</w:t>
        <w:br/>
        <w:t>f 1128/26295/23582 1121/26289/23576 1124/26292/23579</w:t>
        <w:br/>
        <w:t>f 971/26139/23426 1058/26226/23513 966/26134/23421</w:t>
        <w:br/>
        <w:t>f 1275/26443/23730 1277/26444/23731 1274/26442/23729</w:t>
        <w:br/>
        <w:t>f 1250/26418/23705 1275/26443/23730 1274/26442/23729</w:t>
        <w:br/>
        <w:t>f 1307/26478/23765 1308/26477/23764 1305/26474/23761</w:t>
        <w:br/>
        <w:t>f 1306/26473/23760 1307/26478/23765 1305/26474/23761</w:t>
        <w:br/>
        <w:t>f 1328/26497/23784 1381/26549/23836 1326/26494/23781</w:t>
        <w:br/>
        <w:t>f 1327/26495/23782 1328/26497/23784 1326/26494/23781</w:t>
        <w:br/>
        <w:t>f 1221/26390/23677 1327/26495/23782 1243/26411/23698</w:t>
        <w:br/>
        <w:t>f 1222/26389/23676 1221/26390/23677 1243/26411/23698</w:t>
        <w:br/>
        <w:t>f 1381/26549/23836 1328/26497/23784 1330/26499/23786</w:t>
        <w:br/>
        <w:t>f 1345/26514/23801 1381/26549/23836 1330/26499/23786</w:t>
        <w:br/>
        <w:t>f 1381/26549/23836 1382/26550/23837 1325/26492/23779</w:t>
        <w:br/>
        <w:t>f 1326/26494/23781 1381/26549/23836 1325/26492/23779</w:t>
        <w:br/>
        <w:t>f 1382/26550/23837 1381/26549/23836 1345/26514/23801</w:t>
        <w:br/>
        <w:t>f 1348/26517/23804 1382/26550/23837 1345/26514/23801</w:t>
        <w:br/>
        <w:t>f 1324/26493/23780 1325/26492/23779 1382/26550/23837</w:t>
        <w:br/>
        <w:t>f 1383/26551/23838 1324/26493/23780 1382/26550/23837</w:t>
        <w:br/>
        <w:t>f 1348/26517/23804 1350/26519/23806 1383/26551/23838</w:t>
        <w:br/>
        <w:t>f 1382/26550/23837 1348/26517/23804 1383/26551/23838</w:t>
        <w:br/>
        <w:t>f 1215/26383/23670 1160/26329/23616 1214/26382/23669</w:t>
        <w:br/>
        <w:t>f 1216/26385/23672 1215/26383/23670 1214/26382/23669</w:t>
        <w:br/>
        <w:t>f 1216/26385/23672 1222/26389/23676 1218/26386/23673</w:t>
        <w:br/>
        <w:t>f 1215/26383/23670 1216/26385/23672 1218/26386/23673</w:t>
        <w:br/>
        <w:t>f 1242/26410/23697 1246/26414/23701 1323/26490/23777</w:t>
        <w:br/>
        <w:t>f 1319/26487/23774 1242/26410/23697 1323/26490/23777</w:t>
        <w:br/>
        <w:t>f 1356/26521/23808 1353/26524/23811 1384/26552/23839</w:t>
        <w:br/>
        <w:t>f 1352/26520/23807 1356/26521/23808 1384/26552/23839</w:t>
        <w:br/>
        <w:t>f 1196/26363/23650 1184/26353/23640 1185/26352/23639</w:t>
        <w:br/>
        <w:t>f 986/26154/23441 982/26151/23438 984/26153/23440</w:t>
        <w:br/>
        <w:t>f 982/26151/23438 986/26154/23441 977/26145/23432</w:t>
        <w:br/>
        <w:t>f 1172/26338/23625 1166/26332/23619 1169/26336/23623</w:t>
        <w:br/>
        <w:t>f 1068/26237/23524 1061/26229/23516 1060/26227/23514</w:t>
        <w:br/>
        <w:t>f 1062/26231/23518 1068/26237/23524 1060/26227/23514</w:t>
        <w:br/>
        <w:t>f 1094/26263/23550 1101/26268/23555 1100/26269/23556</w:t>
        <w:br/>
        <w:t>f 1095/26262/23549 1094/26263/23550 1100/26269/23556</w:t>
        <w:br/>
        <w:t>f 935/26100/23387 1313/26482/23769 1314/26481/23768</w:t>
        <w:br/>
        <w:t>f 934/26101/23388 935/26100/23387 1314/26481/23768</w:t>
        <w:br/>
        <w:t>f 1055/26222/23509 971/26139/23426 967/26136/23423</w:t>
        <w:br/>
        <w:t>f 973/26141/23428 1055/26222/23509 967/26136/23423</w:t>
        <w:br/>
        <w:t>f 989/26158/23445 986/26154/23441 984/26153/23440</w:t>
        <w:br/>
        <w:t>f 1385/26553/23840 1078/26246/23533 1077/26245/23532</w:t>
        <w:br/>
        <w:t>f 1167/26335/23622 1168/26337/23624 1166/26332/23619</w:t>
        <w:br/>
        <w:t>f 1164/26334/23621 1167/26335/23622 1166/26332/23619</w:t>
        <w:br/>
        <w:t>f 1165/26333/23620 1162/26330/23617 1150/26318/23605</w:t>
        <w:br/>
        <w:t>f 1164/26334/23621 1165/26333/23620 1150/26318/23605</w:t>
        <w:br/>
        <w:t>f 1010/26177/23464 1386/26554/23841 925/26093/23380</w:t>
        <w:br/>
        <w:t>f 1387/26555/23842 1386/26554/23841 1009/26178/23465</w:t>
        <w:br/>
        <w:t>f 1009/26178/23465 1386/26554/23841 1010/26177/23464</w:t>
        <w:br/>
        <w:t>f 1012/26179/23466 1006/26175/23462 1010/26177/23464</w:t>
        <w:br/>
        <w:t>f 925/26093/23380 1014/26181/23468 1012/26179/23466</w:t>
        <w:br/>
        <w:t>f 1010/26177/23464 925/26093/23380 1012/26179/23466</w:t>
        <w:br/>
        <w:t>f 904/26071/23357 1018/26185/23472 1014/26181/23468</w:t>
        <w:br/>
        <w:t>f 925/26093/23380 904/26071/23357 1014/26181/23468</w:t>
        <w:br/>
        <w:t>f 1018/26185/23472 904/26071/23357 896/26065/23352</w:t>
        <w:br/>
        <w:t>f 1112/26279/23566 1018/26185/23472 896/26065/23352</w:t>
        <w:br/>
        <w:t>f 1112/26279/23566 896/26065/23352 897/26064/23351</w:t>
        <w:br/>
        <w:t>f 1122/26290/23577 1112/26279/23566 897/26064/23351</w:t>
        <w:br/>
        <w:t>f 1167/26335/23622 1144/26312/23599 891/26062/23349</w:t>
        <w:br/>
        <w:t>f 1147/26315/23602 1144/26312/23599 1167/26335/23622</w:t>
        <w:br/>
        <w:t>f 1167/26335/23622 1150/26318/23605 1147/26315/23602</w:t>
        <w:br/>
        <w:t>f 891/26062/23349 1144/26312/23599 1122/26290/23577</w:t>
        <w:br/>
        <w:t>f 897/26064/23351 891/26062/23349 1122/26290/23577</w:t>
        <w:br/>
        <w:t>f 1167/26335/23622 891/26062/23349 892/26061/23348</w:t>
        <w:br/>
        <w:t>f 1168/26337/23624 1167/26335/23622 892/26061/23348</w:t>
        <w:br/>
        <w:t>f 1168/26337/23624 892/26061/23348 1388/26556/23843</w:t>
        <w:br/>
        <w:t>f 1169/26336/23623 1168/26337/23624 1388/26556/23843</w:t>
        <w:br/>
        <w:t>f 1392/26557/23844 1391/26558/23845 1390/26559/23846</w:t>
        <w:br/>
        <w:t>f 1389/26560/23847 1392/26557/23844 1390/26559/23846</w:t>
        <w:br/>
        <w:t>f 1391/26558/23845 1392/26557/23844 1394/26561/23848</w:t>
        <w:br/>
        <w:t>f 1393/26562/23849 1391/26558/23845 1394/26561/23848</w:t>
        <w:br/>
        <w:t>f 1393/26562/23849 1394/26561/23848 1396/26563/23850</w:t>
        <w:br/>
        <w:t>f 1395/26564/23851 1393/26562/23849 1396/26563/23850</w:t>
        <w:br/>
        <w:t>f 1400/26565/23852 1399/26566/23853 1398/26567/23854</w:t>
        <w:br/>
        <w:t>f 1397/26568/23855 1400/26565/23852 1398/26567/23854</w:t>
        <w:br/>
        <w:t>f 1397/26568/23855 1398/26567/23854 1402/26569/23856</w:t>
        <w:br/>
        <w:t>f 1401/26570/23857 1397/26568/23855 1402/26569/23856</w:t>
        <w:br/>
        <w:t>f 1401/26570/23857 1402/26569/23856 1404/26571/23858</w:t>
        <w:br/>
        <w:t>f 1403/26572/23859 1401/26570/23857 1404/26571/23858</w:t>
        <w:br/>
        <w:t>f 1403/26572/23859 1404/26571/23858 1406/26573/23860</w:t>
        <w:br/>
        <w:t>f 1405/26574/23861 1403/26572/23859 1406/26573/23860</w:t>
        <w:br/>
        <w:t>f 1405/26574/23861 1406/26573/23860 1395/26564/23851</w:t>
        <w:br/>
        <w:t>f 1396/26563/23850 1405/26574/23861 1395/26564/23851</w:t>
        <w:br/>
        <w:t>f 1389/26560/23847 1390/26559/23846 1408/26575/23862</w:t>
        <w:br/>
        <w:t>f 1407/26576/23863 1389/26560/23847 1408/26575/23862</w:t>
        <w:br/>
        <w:t>f 1410/26577/23864 1407/26576/23863 1408/26575/23862</w:t>
        <w:br/>
        <w:t>f 1409/26578/23865 1410/26577/23864 1408/26575/23862</w:t>
        <w:br/>
        <w:t>f 1410/26577/23864 1409/26578/23865 1412/26579/23866</w:t>
        <w:br/>
        <w:t>f 1411/26580/23867 1410/26577/23864 1412/26579/23866</w:t>
        <w:br/>
        <w:t>f 1411/26580/23867 1412/26579/23866 1414/26581/23868</w:t>
        <w:br/>
        <w:t>f 1413/26582/23869 1411/26580/23867 1414/26581/23868</w:t>
        <w:br/>
        <w:t>f 1413/26582/23869 1414/26581/23868 1416/26583/23870</w:t>
        <w:br/>
        <w:t>f 1415/26584/23871 1413/26582/23869 1416/26583/23870</w:t>
        <w:br/>
        <w:t>f 1415/26584/23871 1416/26583/23870 1418/26585/23872</w:t>
        <w:br/>
        <w:t>f 1417/26586/23873 1415/26584/23871 1418/26585/23872</w:t>
        <w:br/>
        <w:t>f 1417/26586/23873 1418/26585/23872 1420/26587/23874</w:t>
        <w:br/>
        <w:t>f 1419/26588/23875 1417/26586/23873 1420/26587/23874</w:t>
        <w:br/>
        <w:t>f 1391/26558/23845 1393/26562/23849 1320/26488/23775</w:t>
        <w:br/>
        <w:t>f 1321/26489/23776 1391/26558/23845 1320/26488/23775</w:t>
        <w:br/>
        <w:t>f 1399/26566/23853 1300/26468/23755 1297/26466/23753</w:t>
        <w:br/>
        <w:t>f 1398/26567/23854 1399/26566/23853 1297/26466/23753</w:t>
        <w:br/>
        <w:t>f 1298/26465/23752 1402/26569/23856 1398/26567/23854</w:t>
        <w:br/>
        <w:t>f 1297/26466/23753 1298/26465/23752 1398/26567/23854</w:t>
        <w:br/>
        <w:t>f 1397/26568/23855 1302/26471/23758 1303/26470/23757</w:t>
        <w:br/>
        <w:t>f 1400/26565/23852 1397/26568/23855 1303/26470/23757</w:t>
        <w:br/>
        <w:t>f 1302/26471/23758 1397/26568/23855 1401/26570/23857</w:t>
        <w:br/>
        <w:t>f 1306/26473/23760 1302/26471/23758 1401/26570/23857</w:t>
        <w:br/>
        <w:t>f 1403/26572/23859 1307/26478/23765 1306/26473/23760</w:t>
        <w:br/>
        <w:t>f 1401/26570/23857 1403/26572/23859 1306/26473/23760</w:t>
        <w:br/>
        <w:t>f 1310/26475/23762 1405/26574/23861 1396/26563/23850</w:t>
        <w:br/>
        <w:t>f 1312/26479/23766 1310/26475/23762 1396/26563/23850</w:t>
        <w:br/>
        <w:t>f 1405/26574/23861 1310/26475/23762 1307/26478/23765</w:t>
        <w:br/>
        <w:t>f 1403/26572/23859 1405/26574/23861 1307/26478/23765</w:t>
        <w:br/>
        <w:t>f 1312/26479/23766 1396/26563/23850 1394/26561/23848</w:t>
        <w:br/>
        <w:t>f 1314/26481/23768 1312/26479/23766 1394/26561/23848</w:t>
        <w:br/>
        <w:t>f 1299/26467/23754 1404/26571/23858 1402/26569/23856</w:t>
        <w:br/>
        <w:t>f 1298/26465/23752 1299/26467/23754 1402/26569/23856</w:t>
        <w:br/>
        <w:t>f 1299/26467/23754 1315/26483/23770 1406/26573/23860</w:t>
        <w:br/>
        <w:t>f 1404/26571/23858 1299/26467/23754 1406/26573/23860</w:t>
        <w:br/>
        <w:t>f 1395/26564/23851 1406/26573/23860 1315/26483/23770</w:t>
        <w:br/>
        <w:t>f 1316/26485/23772 1395/26564/23851 1315/26483/23770</w:t>
        <w:br/>
        <w:t>f 1393/26562/23849 1395/26564/23851 1316/26485/23772</w:t>
        <w:br/>
        <w:t>f 1320/26488/23775 1393/26562/23849 1316/26485/23772</w:t>
        <w:br/>
        <w:t>f 1314/26481/23768 1394/26561/23848 1392/26557/23844</w:t>
        <w:br/>
        <w:t>f 934/26101/23388 1314/26481/23768 1392/26557/23844</w:t>
        <w:br/>
        <w:t>f 1391/26558/23845 1321/26489/23776 1322/26491/23778</w:t>
        <w:br/>
        <w:t>f 1390/26559/23846 1391/26558/23845 1322/26491/23778</w:t>
        <w:br/>
        <w:t>f 1390/26559/23846 1322/26491/23778 1324/26493/23780</w:t>
        <w:br/>
        <w:t>f 1408/26575/23862 1390/26559/23846 1324/26493/23780</w:t>
        <w:br/>
        <w:t>f 1389/26560/23847 933/26102/23389 934/26101/23388</w:t>
        <w:br/>
        <w:t>f 1392/26557/23844 1389/26560/23847 934/26101/23388</w:t>
        <w:br/>
        <w:t>f 1356/26521/23808 1410/26577/23864 1411/26580/23867</w:t>
        <w:br/>
        <w:t>f 1355/26522/23809 1356/26521/23808 1411/26580/23867</w:t>
        <w:br/>
        <w:t>f 1357/26526/23813 1355/26522/23809 1411/26580/23867</w:t>
        <w:br/>
        <w:t>f 1413/26582/23869 1357/26526/23813 1411/26580/23867</w:t>
        <w:br/>
        <w:t>f 1413/26582/23869 1415/26584/23871 1360/26527/23814</w:t>
        <w:br/>
        <w:t>f 1357/26526/23813 1413/26582/23869 1360/26527/23814</w:t>
        <w:br/>
        <w:t>f 1361/26530/23817 1360/26527/23814 1415/26584/23871</w:t>
        <w:br/>
        <w:t>f 1417/26586/23873 1361/26530/23817 1415/26584/23871</w:t>
        <w:br/>
        <w:t>f 1367/26536/23823 1418/26585/23872 1416/26583/23870</w:t>
        <w:br/>
        <w:t>f 1365/26534/23821 1367/26536/23823 1416/26583/23870</w:t>
        <w:br/>
        <w:t>f 1418/26585/23872 1367/26536/23823 1371/26540/23827</w:t>
        <w:br/>
        <w:t>f 1420/26587/23874 1418/26585/23872 1371/26540/23827</w:t>
        <w:br/>
        <w:t>f 1417/26586/23873 1419/26588/23875 1363/26532/23819</w:t>
        <w:br/>
        <w:t>f 1361/26530/23817 1417/26586/23873 1363/26532/23819</w:t>
        <w:br/>
        <w:t>f 1414/26581/23868 1351/26518/23805 1365/26534/23821</w:t>
        <w:br/>
        <w:t>f 1416/26583/23870 1414/26581/23868 1365/26534/23821</w:t>
        <w:br/>
        <w:t>f 1408/26575/23862 1324/26493/23780 1383/26551/23838</w:t>
        <w:br/>
        <w:t>f 1409/26578/23865 1408/26575/23862 1383/26551/23838</w:t>
        <w:br/>
        <w:t>f 1350/26519/23806 1412/26579/23866 1409/26578/23865</w:t>
        <w:br/>
        <w:t>f 1383/26551/23838 1350/26519/23806 1409/26578/23865</w:t>
        <w:br/>
        <w:t>f 1351/26518/23805 1414/26581/23868 1412/26579/23866</w:t>
        <w:br/>
        <w:t>f 1350/26519/23806 1351/26518/23805 1412/26579/23866</w:t>
        <w:br/>
        <w:t>f 1422/26589/23876 1421/26590/23877 1407/26576/23863</w:t>
        <w:br/>
        <w:t>f 1352/26520/23807 1422/26589/23876 1407/26576/23863</w:t>
        <w:br/>
        <w:t>f 1410/26577/23864 1356/26521/23808 1352/26520/23807</w:t>
        <w:br/>
        <w:t>f 1407/26576/23863 1410/26577/23864 1352/26520/23807</w:t>
        <w:br/>
        <w:t>f 1352/26520/23807 1384/26552/23839 932/26103/23390</w:t>
        <w:br/>
        <w:t>f 1425/26591/23878 1424/26592/23879 1423/26593/23880</w:t>
        <w:br/>
        <w:t>f 1427/26594/23881 1426/26595/23882 1425/26591/23878</w:t>
        <w:br/>
        <w:t>f 1423/26593/23880 1427/26594/23881 1425/26591/23878</w:t>
        <w:br/>
        <w:t>f 1427/26594/23881 1428/26596/23883 1426/26595/23882</w:t>
        <w:br/>
        <w:t>f 1432/26597/23884 1431/26598/23885 1430/26599/23886</w:t>
        <w:br/>
        <w:t>f 1429/26600/23887 1432/26597/23884 1430/26599/23886</w:t>
        <w:br/>
        <w:t>f 1426/26595/23882 1428/26596/23883 1433/26601/23888</w:t>
        <w:br/>
        <w:t>f 1432/26597/23884 1426/26595/23882 1433/26601/23888</w:t>
        <w:br/>
        <w:t>f 1432/26597/23884 1433/26601/23888 1434/26602/23889</w:t>
        <w:br/>
        <w:t>f 1431/26598/23885 1432/26597/23884 1434/26602/23889</w:t>
        <w:br/>
        <w:t>f 1435/26603/23890 1431/26598/23885 1434/26602/23889</w:t>
        <w:br/>
        <w:t>f 1430/26599/23886 1431/26598/23885 1436/26604/23891</w:t>
        <w:br/>
        <w:t>f 1437/26605/23892 1436/26604/23891 1431/26598/23885</w:t>
        <w:br/>
        <w:t>f 1435/26603/23890 1437/26605/23892 1431/26598/23885</w:t>
        <w:br/>
        <w:t>f 1436/26604/23891 1437/26605/23892 1439/26606/23893</w:t>
        <w:br/>
        <w:t>f 1438/26607/23894 1436/26604/23891 1439/26606/23893</w:t>
        <w:br/>
        <w:t>f 1436/26604/23891 1438/26607/23894 1430/26599/23886</w:t>
        <w:br/>
        <w:t>f 1438/26607/23894 1439/26606/23893 1440/26608/23895</w:t>
        <w:br/>
        <w:t>f 1441/26609/23896 1430/26599/23886 1438/26607/23894</w:t>
        <w:br/>
        <w:t>f 1440/26608/23895 1441/26609/23896 1438/26607/23894</w:t>
        <w:br/>
        <w:t>f 1429/26600/23887 1442/26610/23897 1426/26595/23882</w:t>
        <w:br/>
        <w:t>f 1432/26597/23884 1429/26600/23887 1426/26595/23882</w:t>
        <w:br/>
        <w:t>f 1425/26591/23878 1443/26611/23898 1424/26592/23879</w:t>
        <w:br/>
        <w:t>f 1425/26591/23878 1442/26610/23897 1443/26611/23898</w:t>
        <w:br/>
        <w:t>f 1443/26611/23899 1445/26612/23900 1444/26613/23901</w:t>
        <w:br/>
        <w:t>f 1425/26591/23878 1426/26595/23882 1442/26610/23897</w:t>
        <w:br/>
        <w:t>f 1610/26614/23902 1609/26615/23903 1608/26616/23904</w:t>
        <w:br/>
        <w:t>f 1607/26617/23905 1610/26614/23902 1608/26616/23904</w:t>
        <w:br/>
        <w:t>f 1614/26618/23906 1613/26619/23907 1612/26620/23908</w:t>
        <w:br/>
        <w:t>f 1611/26621/23909 1614/26618/23906 1612/26620/23908</w:t>
        <w:br/>
        <w:t>f 1607/26617/23905 1616/26622/23910 1615/26623/23910</w:t>
        <w:br/>
        <w:t>f 1610/26614/23902 1607/26617/23905 1615/26623/23910</w:t>
        <w:br/>
        <w:t>f 1618/26624/23911 1617/26625/23912 1613/26619/23907</w:t>
        <w:br/>
        <w:t>f 1614/26618/23906 1618/26624/23911 1613/26619/23907</w:t>
        <w:br/>
        <w:t>f 1613/26619/23907 1620/26626/23913 1619/26627/23914</w:t>
        <w:br/>
        <w:t>f 1612/26620/23908 1613/26619/23907 1619/26627/23914</w:t>
        <w:br/>
        <w:t>f 1616/26622/23910 1622/26628/23915 1621/26629/23915</w:t>
        <w:br/>
        <w:t>f 1615/26623/23910 1616/26622/23910 1621/26629/23915</w:t>
        <w:br/>
        <w:t>f 1620/26626/23913 1613/26619/23907 1617/26625/23912</w:t>
        <w:br/>
        <w:t>f 1623/26630/23916 1620/26626/23913 1617/26625/23912</w:t>
        <w:br/>
        <w:t>f 1625/26631/23917 1624/26632/23918 1621/26629/23915</w:t>
        <w:br/>
        <w:t>f 1622/26628/23915 1625/26631/23917 1621/26629/23915</w:t>
        <w:br/>
        <w:t>f 1627/26633/23919 1626/26634/23920 1623/26630/23916</w:t>
        <w:br/>
        <w:t>f 1625/26631/23921 1627/26633/23919 1623/26630/23916</w:t>
        <w:br/>
        <w:t>f 1629/26635/23922 1619/26627/23914 1620/26626/23913</w:t>
        <w:br/>
        <w:t>f 1628/26636/23923 1629/26635/23922 1620/26626/23913</w:t>
        <w:br/>
        <w:t>f 1628/26636/23923 1620/26626/23913 1623/26630/23916</w:t>
        <w:br/>
        <w:t>f 1626/26634/23920 1628/26636/23923 1623/26630/23916</w:t>
        <w:br/>
        <w:t>f 1626/26634/23920 1627/26633/23919 1631/26637/23924</w:t>
        <w:br/>
        <w:t>f 1630/26638/23925 1626/26634/23920 1631/26637/23924</w:t>
        <w:br/>
        <w:t>f 1632/26639/23926 1628/26636/23923 1626/26634/23920</w:t>
        <w:br/>
        <w:t>f 1630/26638/23925 1631/26637/23924 1634/26640/23927</w:t>
        <w:br/>
        <w:t>f 1633/26641/23927 1630/26638/23925 1634/26640/23927</w:t>
        <w:br/>
        <w:t>f 1628/26636/23923 1632/26639/23926 1635/26642/23928</w:t>
        <w:br/>
        <w:t>f 1633/26641/23927 1634/26640/23927 1637/26643/23929</w:t>
        <w:br/>
        <w:t>f 1636/26644/23930 1633/26641/23927 1637/26643/23929</w:t>
        <w:br/>
        <w:t>f 1639/26645/23931 1638/26646/23932 1636/26644/23930</w:t>
        <w:br/>
        <w:t>f 1637/26643/23929 1639/26645/23931 1636/26644/23930</w:t>
        <w:br/>
        <w:t>f 1628/26636/23923 1636/26644/23933 1640/26647/23934</w:t>
        <w:br/>
        <w:t>f 1629/26635/23922 1628/26636/23923 1640/26647/23934</w:t>
        <w:br/>
        <w:t>f 1619/26627/23914 1629/26635/23922 1641/26648/23935</w:t>
        <w:br/>
        <w:t>f 1641/26648/23935 1629/26635/23922 1642/26649/23936</w:t>
        <w:br/>
        <w:t>f 1645/26650/23937 1644/26651/23938 1643/26652/23939</w:t>
        <w:br/>
        <w:t>f 1645/26650/23937 1646/26653/23940 1638/26646/23932</w:t>
        <w:br/>
        <w:t>f 1639/26645/23931 1645/26650/23937 1638/26646/23932</w:t>
        <w:br/>
        <w:t>f 1639/26645/23931 1644/26651/23938 1645/26650/23937</w:t>
        <w:br/>
        <w:t>f 1628/26636/23923 1635/26642/23928 1636/26644/23933</w:t>
        <w:br/>
        <w:t>f 1645/26650/23937 1643/26652/23939 1646/26653/23940</w:t>
        <w:br/>
        <w:t>f 1642/26649/23936 1629/26635/23922 1638/26646/23941</w:t>
        <w:br/>
        <w:t>f 1610/26614/23902 1614/26618/23906 1611/26621/23909</w:t>
        <w:br/>
        <w:t>f 1609/26615/23903 1610/26614/23902 1611/26621/23909</w:t>
        <w:br/>
        <w:t>f 1618/26624/23911 1614/26618/23906 1647/26654/23942</w:t>
        <w:br/>
        <w:t>f 1651/26655/23943 1650/26656/23944 1649/26657/23945</w:t>
        <w:br/>
        <w:t>f 1648/26658/23946 1651/26655/23943 1649/26657/23945</w:t>
        <w:br/>
        <w:t>f 939/26104/23391 936/26107/23394 1653/26659/23947</w:t>
        <w:br/>
        <w:t>f 1652/26660/23948 939/26104/23391 1653/26659/23947</w:t>
        <w:br/>
        <w:t>f 936/26107/23394 940/26109/23396 1654/26661/23949</w:t>
        <w:br/>
        <w:t>f 1653/26659/23947 936/26107/23394 1654/26661/23949</w:t>
        <w:br/>
        <w:t>f 1655/26662/23950 1654/26661/23949 940/26109/23396</w:t>
        <w:br/>
        <w:t>f 942/26111/23398 1655/26662/23950 940/26109/23396</w:t>
        <w:br/>
        <w:t>f 942/26111/23398 944/26113/23400 1656/26663/23951</w:t>
        <w:br/>
        <w:t>f 1655/26662/23950 942/26111/23398 1656/26663/23951</w:t>
        <w:br/>
        <w:t>f 1658/26664/23952 1657/26665/23953 1654/26661/23949</w:t>
        <w:br/>
        <w:t>f 1655/26662/23950 1658/26664/23952 1654/26661/23949</w:t>
        <w:br/>
        <w:t>f 1655/26662/23950 1656/26663/23951 1659/26666/23954</w:t>
        <w:br/>
        <w:t>f 1658/26664/23952 1655/26662/23950 1659/26666/23954</w:t>
        <w:br/>
        <w:t>f 1660/26667/23955 1656/26663/23951 944/26113/23400</w:t>
        <w:br/>
        <w:t>f 949/26118/23405 1660/26667/23955 944/26113/23400</w:t>
        <w:br/>
        <w:t>f 1653/26659/23947 1654/26661/23949 1657/26665/23953</w:t>
        <w:br/>
        <w:t>f 1661/26668/23956 1653/26659/23947 1657/26665/23953</w:t>
        <w:br/>
        <w:t>f 949/26118/23405 952/26121/23408 1662/26669/23957</w:t>
        <w:br/>
        <w:t>f 1660/26667/23955 949/26118/23405 1662/26669/23957</w:t>
        <w:br/>
        <w:t>f 1663/26670/23958 1662/26669/23957 952/26121/23408</w:t>
        <w:br/>
        <w:t>f 954/26123/23410 1663/26670/23958 952/26121/23408</w:t>
        <w:br/>
        <w:t>f 954/26123/23410 956/26125/23412 1664/26671/23959</w:t>
        <w:br/>
        <w:t>f 1663/26670/23958 954/26123/23410 1664/26671/23959</w:t>
        <w:br/>
        <w:t>f 1663/26670/23958 1666/26672/23960 1665/26673/23961</w:t>
        <w:br/>
        <w:t>f 1662/26669/23957 1663/26670/23958 1665/26673/23961</w:t>
        <w:br/>
        <w:t>f 1667/26674/23962 1660/26667/23955 1662/26669/23957</w:t>
        <w:br/>
        <w:t>f 1665/26673/23961 1667/26674/23962 1662/26669/23957</w:t>
        <w:br/>
        <w:t>f 1656/26663/23951 1660/26667/23955 1667/26674/23962</w:t>
        <w:br/>
        <w:t>f 1659/26666/23954 1656/26663/23951 1667/26674/23962</w:t>
        <w:br/>
        <w:t>f 1666/26672/23960 1663/26670/23958 1664/26671/23959</w:t>
        <w:br/>
        <w:t>f 1668/26675/23963 1666/26672/23960 1664/26671/23959</w:t>
        <w:br/>
        <w:t>f 1665/26673/23961 1670/26676/23964 1669/26677/23965</w:t>
        <w:br/>
        <w:t>f 1667/26674/23962 1665/26673/23961 1669/26677/23965</w:t>
        <w:br/>
        <w:t>f 1670/26676/23964 1665/26673/23961 1666/26672/23960</w:t>
        <w:br/>
        <w:t>f 1671/26678/23966 1670/26676/23964 1666/26672/23960</w:t>
        <w:br/>
        <w:t>f 1669/26677/23965 1672/26679/23967 1659/26666/23954</w:t>
        <w:br/>
        <w:t>f 1667/26674/23962 1669/26677/23965 1659/26666/23954</w:t>
        <w:br/>
        <w:t>f 1671/26678/23966 1666/26672/23960 1668/26675/23963</w:t>
        <w:br/>
        <w:t>f 1673/26680/23968 1671/26678/23966 1668/26675/23963</w:t>
        <w:br/>
        <w:t>f 1669/26677/23965 1670/26676/23964 1675/26681/23969</w:t>
        <w:br/>
        <w:t>f 1674/26682/23970 1669/26677/23965 1675/26681/23969</w:t>
        <w:br/>
        <w:t>f 1675/26681/23969 1670/26676/23964 1671/26678/23966</w:t>
        <w:br/>
        <w:t>f 1676/26683/23971 1658/26664/23952 1659/26666/23954</w:t>
        <w:br/>
        <w:t>f 1672/26679/23967 1676/26683/23971 1659/26666/23954</w:t>
        <w:br/>
        <w:t>f 1669/26677/23965 1674/26682/23970 1677/26684/23972</w:t>
        <w:br/>
        <w:t>f 1672/26679/23967 1669/26677/23965 1677/26684/23972</w:t>
        <w:br/>
        <w:t>f 1675/26681/23969 1671/26678/23966 1678/26685/23973</w:t>
        <w:br/>
        <w:t>f 1657/26665/23953 1658/26664/23952 1676/26683/23971</w:t>
        <w:br/>
        <w:t>f 1679/26686/23974 1657/26665/23953 1676/26683/23971</w:t>
        <w:br/>
        <w:t>f 1674/26682/23970 1675/26681/23969 1680/26687/23975</w:t>
        <w:br/>
        <w:t>f 1681/26688/23976 1674/26682/23970 1680/26687/23975</w:t>
        <w:br/>
        <w:t>f 1661/26668/23956 1657/26665/23953 1679/26686/23974</w:t>
        <w:br/>
        <w:t>f 1682/26689/23977 1661/26668/23956 1679/26686/23974</w:t>
        <w:br/>
        <w:t>f 1674/26682/23970 1681/26688/23976 1683/26690/23978</w:t>
        <w:br/>
        <w:t>f 1677/26684/23972 1674/26682/23970 1683/26690/23978</w:t>
        <w:br/>
        <w:t>f 1652/26660/23948 1653/26659/23947 1661/26668/23956</w:t>
        <w:br/>
        <w:t>f 1684/26691/23979 1652/26660/23948 1661/26668/23956</w:t>
        <w:br/>
        <w:t>f 1652/26660/23948 1685/26692/23980 979/26146/23433</w:t>
        <w:br/>
        <w:t>f 939/26104/23391 1652/26660/23948 979/26146/23433</w:t>
        <w:br/>
        <w:t>f 1685/26692/23980 1686/26693/23981 981/26148/23435</w:t>
        <w:br/>
        <w:t>f 979/26146/23433 1685/26692/23980 981/26148/23435</w:t>
        <w:br/>
        <w:t>f 1686/26693/23981 1685/26692/23980 1688/26694/23982</w:t>
        <w:br/>
        <w:t>f 1687/26695/23983 1686/26693/23981 1688/26694/23982</w:t>
        <w:br/>
        <w:t>f 1684/26691/23979 1688/26694/23982 1685/26692/23980</w:t>
        <w:br/>
        <w:t>f 1652/26660/23948 1684/26691/23979 1685/26692/23980</w:t>
        <w:br/>
        <w:t>f 1687/26695/23983 1688/26694/23982 1690/26696/23984</w:t>
        <w:br/>
        <w:t>f 1689/26697/23985 1687/26695/23983 1690/26696/23984</w:t>
        <w:br/>
        <w:t>f 1682/26689/23977 1691/26698/23986 1684/26691/23979</w:t>
        <w:br/>
        <w:t>f 1661/26668/23956 1682/26689/23977 1684/26691/23979</w:t>
        <w:br/>
        <w:t>f 1693/26699/23987 1692/26700/23988 1689/26697/23985</w:t>
        <w:br/>
        <w:t>f 1690/26696/23984 1693/26699/23987 1689/26697/23985</w:t>
        <w:br/>
        <w:t>f 1695/26701/23989 1694/26702/23990 1691/26698/23986</w:t>
        <w:br/>
        <w:t>f 1682/26689/23977 1695/26701/23989 1691/26698/23986</w:t>
        <w:br/>
        <w:t>f 1696/26703/23991 1693/26699/23987 1690/26696/23984</w:t>
        <w:br/>
        <w:t>f 1694/26702/23990 1696/26703/23991 1690/26696/23984</w:t>
        <w:br/>
        <w:t>f 1692/26700/23988 1693/26699/23987 1698/26704/23992</w:t>
        <w:br/>
        <w:t>f 1697/26705/23993 1692/26700/23988 1698/26704/23992</w:t>
        <w:br/>
        <w:t>f 1699/26706/23994 1698/26704/23992 1693/26699/23987</w:t>
        <w:br/>
        <w:t>f 1696/26703/23991 1699/26706/23994 1693/26699/23987</w:t>
        <w:br/>
        <w:t>f 1700/26707/23995 1696/26703/23991 1694/26702/23990</w:t>
        <w:br/>
        <w:t>f 1695/26701/23989 1700/26707/23995 1694/26702/23990</w:t>
        <w:br/>
        <w:t>f 1696/26703/23991 1700/26707/23995 1701/26708/23996</w:t>
        <w:br/>
        <w:t>f 1699/26706/23994 1696/26703/23991 1701/26708/23996</w:t>
        <w:br/>
        <w:t>f 1703/26709/23997 1702/26710/23998 1697/26705/23993</w:t>
        <w:br/>
        <w:t>f 1698/26704/23992 1703/26709/23997 1697/26705/23993</w:t>
        <w:br/>
        <w:t>f 1698/26704/23992 1699/26706/23994 1704/26711/23999</w:t>
        <w:br/>
        <w:t>f 1703/26709/23997 1698/26704/23992 1704/26711/23999</w:t>
        <w:br/>
        <w:t>f 1702/26710/23998 1703/26709/23997 1706/26712/24000</w:t>
        <w:br/>
        <w:t>f 1705/26713/24001 1702/26710/23998 1706/26712/24000</w:t>
        <w:br/>
        <w:t>f 1707/26714/24002 1706/26712/24000 1703/26709/23997</w:t>
        <w:br/>
        <w:t>f 1704/26711/23999 1707/26714/24002 1703/26709/23997</w:t>
        <w:br/>
        <w:t>f 1709/26715/24003 1708/26716/24004 1705/26713/24001</w:t>
        <w:br/>
        <w:t>f 1706/26712/24000 1709/26715/24003 1705/26713/24001</w:t>
        <w:br/>
        <w:t>f 1706/26712/24000 1707/26714/24002 1710/26717/24005</w:t>
        <w:br/>
        <w:t>f 1709/26715/24003 1706/26712/24000 1710/26717/24005</w:t>
        <w:br/>
        <w:t>f 1708/26716/24004 1709/26715/24003 1712/26718/24006</w:t>
        <w:br/>
        <w:t>f 1711/26719/24007 1708/26716/24004 1712/26718/24006</w:t>
        <w:br/>
        <w:t>f 1709/26715/24003 1710/26717/24005 1713/26720/24008</w:t>
        <w:br/>
        <w:t>f 1712/26718/24006 1709/26715/24003 1713/26720/24008</w:t>
        <w:br/>
        <w:t>f 1715/26721/24009 1714/26722/24010 1711/26719/24007</w:t>
        <w:br/>
        <w:t>f 1712/26718/24006 1715/26721/24009 1711/26719/24007</w:t>
        <w:br/>
        <w:t>f 1713/26720/24008 1717/26723/24011 1716/26724/24012</w:t>
        <w:br/>
        <w:t>f 1712/26718/24006 1713/26720/24008 1716/26724/24012</w:t>
        <w:br/>
        <w:t>f 1719/26725/24013 1716/26724/24012 1717/26723/24011</w:t>
        <w:br/>
        <w:t>f 1718/26726/24014 1719/26725/24013 1717/26723/24011</w:t>
        <w:br/>
        <w:t>f 1720/26727/24015 1717/26723/24011 1713/26720/24008</w:t>
        <w:br/>
        <w:t>f 1710/26717/24005 1721/26728/24016 1720/26727/24015</w:t>
        <w:br/>
        <w:t>f 1713/26720/24008 1710/26717/24005 1720/26727/24015</w:t>
        <w:br/>
        <w:t>f 1723/26729/24017 1719/26725/24013 1718/26726/24014</w:t>
        <w:br/>
        <w:t>f 1722/26730/24018 1723/26729/24017 1718/26726/24014</w:t>
        <w:br/>
        <w:t>f 1720/26727/24015 1724/26731/24019 1717/26723/24011</w:t>
        <w:br/>
        <w:t>f 1707/26714/24002 1725/26732/24020 1721/26728/24016</w:t>
        <w:br/>
        <w:t>f 1710/26717/24005 1707/26714/24002 1721/26728/24016</w:t>
        <w:br/>
        <w:t>f 1726/26733/24021 1724/26731/24019 1720/26727/24015</w:t>
        <w:br/>
        <w:t>f 1726/26733/24021 1720/26727/24015 1721/26728/24016</w:t>
        <w:br/>
        <w:t>f 1727/26734/24022 1726/26733/24021 1721/26728/24016</w:t>
        <w:br/>
        <w:t>f 1725/26732/24020 1707/26714/24002 1704/26711/23999</w:t>
        <w:br/>
        <w:t>f 1728/26735/24023 1725/26732/24020 1704/26711/23999</w:t>
        <w:br/>
        <w:t>f 1727/26734/24022 1721/26728/24016 1725/26732/24020</w:t>
        <w:br/>
        <w:t>f 1729/26736/24024 1727/26734/24022 1725/26732/24020</w:t>
        <w:br/>
        <w:t>f 1728/26735/24023 1704/26711/23999 1699/26706/23994</w:t>
        <w:br/>
        <w:t>f 1701/26708/23996 1728/26735/24023 1699/26706/23994</w:t>
        <w:br/>
        <w:t>f 1729/26736/24024 1725/26732/24020 1728/26735/24023</w:t>
        <w:br/>
        <w:t>f 1730/26737/24025 1729/26736/24024 1728/26735/24023</w:t>
        <w:br/>
        <w:t>f 1730/26737/24025 1728/26735/24023 1701/26708/23996</w:t>
        <w:br/>
        <w:t>f 1731/26738/24026 1730/26737/24025 1701/26708/23996</w:t>
        <w:br/>
        <w:t>f 1731/26738/24026 1701/26708/23996 1700/26707/23995</w:t>
        <w:br/>
        <w:t>f 1732/26739/24027 1731/26738/24026 1700/26707/23995</w:t>
        <w:br/>
        <w:t>f 1695/26701/23989 1733/26740/24028 1732/26739/24027</w:t>
        <w:br/>
        <w:t>f 1700/26707/23995 1695/26701/23989 1732/26739/24027</w:t>
        <w:br/>
        <w:t>f 1730/26737/24025 1731/26738/24026 1735/26741/24029</w:t>
        <w:br/>
        <w:t>f 1734/26742/24030 1730/26737/24025 1735/26741/24029</w:t>
        <w:br/>
        <w:t>f 1735/26741/24029 1731/26738/24026 1732/26739/24027</w:t>
        <w:br/>
        <w:t>f 1736/26743/24031 1735/26741/24029 1732/26739/24027</w:t>
        <w:br/>
        <w:t>f 1734/26742/24030 1737/26744/24032 1729/26736/24024</w:t>
        <w:br/>
        <w:t>f 1730/26737/24025 1734/26742/24030 1729/26736/24024</w:t>
        <w:br/>
        <w:t>f 1737/26744/24032 1738/26745/24033 1727/26734/24022</w:t>
        <w:br/>
        <w:t>f 1729/26736/24024 1737/26744/24032 1727/26734/24022</w:t>
        <w:br/>
        <w:t>f 1733/26740/24028 1695/26701/23989 1682/26689/23977</w:t>
        <w:br/>
        <w:t>f 1679/26686/23974 1733/26740/24028 1682/26689/23977</w:t>
        <w:br/>
        <w:t>f 1736/26743/24031 1732/26739/24027 1733/26740/24028</w:t>
        <w:br/>
        <w:t>f 1739/26746/24034 1736/26743/24031 1733/26740/24028</w:t>
        <w:br/>
        <w:t>f 1739/26746/24034 1733/26740/24028 1679/26686/23974</w:t>
        <w:br/>
        <w:t>f 1676/26683/23971 1739/26746/24034 1679/26686/23974</w:t>
        <w:br/>
        <w:t>f 1736/26743/24031 1741/26747/24035 1740/26748/24036</w:t>
        <w:br/>
        <w:t>f 1735/26741/24029 1736/26743/24031 1740/26748/24036</w:t>
        <w:br/>
        <w:t>f 1676/26683/23971 1672/26679/23967 1742/26749/24037</w:t>
        <w:br/>
        <w:t>f 1739/26746/24034 1676/26683/23971 1742/26749/24037</w:t>
        <w:br/>
        <w:t>f 1739/26746/24034 1742/26749/24037 1741/26747/24035</w:t>
        <w:br/>
        <w:t>f 1736/26743/24031 1739/26746/24034 1741/26747/24035</w:t>
        <w:br/>
        <w:t>f 1743/26750/24038 1742/26749/24037 1672/26679/23967</w:t>
        <w:br/>
        <w:t>f 1677/26684/23972 1743/26750/24038 1672/26679/23967</w:t>
        <w:br/>
        <w:t>f 1742/26749/24037 1743/26750/24038 1744/26751/24039</w:t>
        <w:br/>
        <w:t>f 1741/26747/24035 1742/26749/24037 1744/26751/24039</w:t>
        <w:br/>
        <w:t>f 1741/26747/24035 1744/26751/24039 1745/26752/24040</w:t>
        <w:br/>
        <w:t>f 1740/26748/24036 1741/26747/24035 1745/26752/24040</w:t>
        <w:br/>
        <w:t>f 1740/26748/24036 1746/26753/24041 1734/26742/24030</w:t>
        <w:br/>
        <w:t>f 1735/26741/24029 1740/26748/24036 1734/26742/24030</w:t>
        <w:br/>
        <w:t>f 1745/26752/24040 1747/26754/24042 1746/26753/24041</w:t>
        <w:br/>
        <w:t>f 1740/26748/24036 1745/26752/24040 1746/26753/24041</w:t>
        <w:br/>
        <w:t>f 1746/26753/24041 1748/26755/24043 1737/26744/24032</w:t>
        <w:br/>
        <w:t>f 1734/26742/24030 1746/26753/24041 1737/26744/24032</w:t>
        <w:br/>
        <w:t>f 1749/26756/24044 1748/26755/24043 1746/26753/24041</w:t>
        <w:br/>
        <w:t>f 1747/26754/24042 1749/26756/24044 1746/26753/24041</w:t>
        <w:br/>
        <w:t>f 1745/26752/24040 1751/26757/24045 1750/26758/24046</w:t>
        <w:br/>
        <w:t>f 1747/26754/24042 1745/26752/24040 1750/26758/24046</w:t>
        <w:br/>
        <w:t>f 1738/26745/24033 1737/26744/24032 1748/26755/24043</w:t>
        <w:br/>
        <w:t>f 1752/26759/24047 1738/26745/24033 1748/26755/24043</w:t>
        <w:br/>
        <w:t>f 1753/26760/24048 1749/26756/24044 1747/26754/24042</w:t>
        <w:br/>
        <w:t>f 1750/26758/24046 1753/26760/24048 1747/26754/24042</w:t>
        <w:br/>
        <w:t>f 1744/26751/24039 1754/26761/24049 1751/26757/24045</w:t>
        <w:br/>
        <w:t>f 1745/26752/24040 1744/26751/24039 1751/26757/24045</w:t>
        <w:br/>
        <w:t>f 1754/26761/24049 1744/26751/24039 1743/26750/24038</w:t>
        <w:br/>
        <w:t>f 1755/26762/24050 1754/26761/24049 1743/26750/24038</w:t>
        <w:br/>
        <w:t>f 1755/26762/24050 1743/26750/24038 1677/26684/23972</w:t>
        <w:br/>
        <w:t>f 1683/26690/23978 1755/26762/24050 1677/26684/23972</w:t>
        <w:br/>
        <w:t>f 1757/26763/24051 1681/26688/23976 1756/26764/24052</w:t>
        <w:br/>
        <w:t>f 1758/26765/24053 1756/26764/24052 1681/26688/23976</w:t>
        <w:br/>
        <w:t>f 1680/26687/23975 1758/26765/24053 1681/26688/23976</w:t>
        <w:br/>
        <w:t>f 1760/26766/24054 1759/26767/24055 1758/26765/24053</w:t>
        <w:br/>
        <w:t>f 1680/26687/23975 1760/26766/24054 1758/26765/24053</w:t>
        <w:br/>
        <w:t>f 1759/26767/24055 1760/26766/24054 1762/26768/24056</w:t>
        <w:br/>
        <w:t>f 1761/26769/24057 1759/26767/24055 1762/26768/24056</w:t>
        <w:br/>
        <w:t>f 1763/26770/24058 1762/26768/24056 1760/26766/24054</w:t>
        <w:br/>
        <w:t>f 1678/26685/23973 1763/26770/24058 1760/26766/24054</w:t>
        <w:br/>
        <w:t>f 1765/26771/24059 1764/26772/24060 1761/26769/24057</w:t>
        <w:br/>
        <w:t>f 1762/26768/24056 1765/26771/24059 1761/26769/24057</w:t>
        <w:br/>
        <w:t>f 1766/26773/24061 1765/26771/24059 1762/26768/24056</w:t>
        <w:br/>
        <w:t>f 1763/26770/24058 1766/26773/24061 1762/26768/24056</w:t>
        <w:br/>
        <w:t>f 1764/26772/24060 1765/26771/24059 1768/26774/24062</w:t>
        <w:br/>
        <w:t>f 1767/26775/24063 1764/26772/24060 1768/26774/24062</w:t>
        <w:br/>
        <w:t>f 1678/26685/23973 1671/26678/23966 1673/26680/23968</w:t>
        <w:br/>
        <w:t>f 1767/26775/24063 1768/26774/24062 1770/26776/24064</w:t>
        <w:br/>
        <w:t>f 1769/26777/24065 1767/26775/24063 1770/26776/24064</w:t>
        <w:br/>
        <w:t>f 1769/26777/24065 1770/26776/24064 1772/26778/24066</w:t>
        <w:br/>
        <w:t>f 1771/26779/24067 1769/26777/24065 1772/26778/24066</w:t>
        <w:br/>
        <w:t>f 1774/26780/24068 1770/26776/24064 1768/26774/24062</w:t>
        <w:br/>
        <w:t>f 1773/26781/24069 1774/26780/24068 1768/26774/24062</w:t>
        <w:br/>
        <w:t>f 1770/26776/24064 1774/26780/24068 1775/26782/24070</w:t>
        <w:br/>
        <w:t>f 1772/26778/24066 1770/26776/24064 1775/26782/24070</w:t>
        <w:br/>
        <w:t>f 1771/26779/24067 1772/26778/24066 1777/26783/24071</w:t>
        <w:br/>
        <w:t>f 1776/26784/24072 1771/26779/24067 1777/26783/24071</w:t>
        <w:br/>
        <w:t>f 1776/26784/24072 1777/26783/24071 1779/26785/24073</w:t>
        <w:br/>
        <w:t>f 1778/26786/24074 1776/26784/24072 1779/26785/24073</w:t>
        <w:br/>
        <w:t>f 1781/26787/24075 1780/26788/24076 1772/26778/24066</w:t>
        <w:br/>
        <w:t>f 1775/26782/24070 1781/26787/24075 1772/26778/24066</w:t>
        <w:br/>
        <w:t>f 1782/26789/24077 1778/26786/24074 1779/26785/24073</w:t>
        <w:br/>
        <w:t>f 1783/26790/24078 1782/26789/24077 1779/26785/24073</w:t>
        <w:br/>
        <w:t>f 1785/26791/24079 1784/26792/24080 1780/26788/24076</w:t>
        <w:br/>
        <w:t>f 1781/26787/24075 1785/26791/24079 1780/26788/24076</w:t>
        <w:br/>
        <w:t>f 1787/26793/24081 1786/26794/24082 1784/26792/24080</w:t>
        <w:br/>
        <w:t>f 1785/26791/24079 1787/26793/24081 1784/26792/24080</w:t>
        <w:br/>
        <w:t>f 1789/26795/24083 1788/26796/24084 1786/26794/24082</w:t>
        <w:br/>
        <w:t>f 1787/26793/24081 1789/26795/24083 1786/26794/24082</w:t>
        <w:br/>
        <w:t>f 1791/26797/24085 1790/26798/24086 1788/26796/24084</w:t>
        <w:br/>
        <w:t>f 1789/26795/24083 1791/26797/24085 1788/26796/24084</w:t>
        <w:br/>
        <w:t>f 1793/26799/24087 1792/26800/24088 1790/26798/24086</w:t>
        <w:br/>
        <w:t>f 1791/26797/24085 1793/26799/24087 1790/26798/24086</w:t>
        <w:br/>
        <w:t>f 1796/26801/24089 1795/26802/24090 1794/26803/24091</w:t>
        <w:br/>
        <w:t>f 1792/26800/24088 1793/26799/24087 1798/26804/24092</w:t>
        <w:br/>
        <w:t>f 1797/26805/24093 1792/26800/24088 1798/26804/24092</w:t>
        <w:br/>
        <w:t>f 1800/26806/24094 1799/26807/24095 1796/26801/24089</w:t>
        <w:br/>
        <w:t>f 1794/26803/24091 1800/26806/24094 1796/26801/24089</w:t>
        <w:br/>
        <w:t>f 1802/26808/24096 1801/26809/24097 1795/26802/24090</w:t>
        <w:br/>
        <w:t>f 1798/26804/24092 1802/26808/24096 1795/26802/24090</w:t>
        <w:br/>
        <w:t>f 1793/26799/24087 1803/26810/24098 1802/26808/24096</w:t>
        <w:br/>
        <w:t>f 1798/26804/24092 1793/26799/24087 1802/26808/24096</w:t>
        <w:br/>
        <w:t>f 1791/26797/24085 1804/26811/24099 1803/26810/24098</w:t>
        <w:br/>
        <w:t>f 1793/26799/24087 1791/26797/24085 1803/26810/24098</w:t>
        <w:br/>
        <w:t>f 1806/26812/24100 1805/26813/24101 1749/26756/24044</w:t>
        <w:br/>
        <w:t>f 1753/26760/24048 1806/26812/24100 1749/26756/24044</w:t>
        <w:br/>
        <w:t>f 1752/26759/24047 1805/26813/24101 1800/26806/24094</w:t>
        <w:br/>
        <w:t>f 1807/26814/24102 1752/26759/24047 1800/26806/24094</w:t>
        <w:br/>
        <w:t>f 1748/26755/24043 1749/26756/24044 1805/26813/24101</w:t>
        <w:br/>
        <w:t>f 1752/26759/24047 1748/26755/24043 1805/26813/24101</w:t>
        <w:br/>
        <w:t>f 1794/26803/24091 1808/26815/24103 1807/26814/24102</w:t>
        <w:br/>
        <w:t>f 1800/26806/24094 1794/26803/24091 1807/26814/24102</w:t>
        <w:br/>
        <w:t>f 1807/26814/24102 1809/26816/24104 1738/26745/24033</w:t>
        <w:br/>
        <w:t>f 1752/26759/24047 1807/26814/24102 1738/26745/24033</w:t>
        <w:br/>
        <w:t>f 1794/26803/24091 1795/26802/24090 1801/26809/24097</w:t>
        <w:br/>
        <w:t>f 1808/26815/24103 1794/26803/24091 1801/26809/24097</w:t>
        <w:br/>
        <w:t>f 1807/26814/24102 1808/26815/24103 1809/26816/24104</w:t>
        <w:br/>
        <w:t>f 1726/26733/24021 1727/26734/24022 1738/26745/24033</w:t>
        <w:br/>
        <w:t>f 1809/26816/24104 1726/26733/24021 1738/26745/24033</w:t>
        <w:br/>
        <w:t>f 1809/26816/24104 1808/26815/24103 1810/26817/24105</w:t>
        <w:br/>
        <w:t>f 1726/26733/24021 1809/26816/24104 1810/26817/24105</w:t>
        <w:br/>
        <w:t>f 1810/26817/24105 1812/26818/24106 1811/26819/24107</w:t>
        <w:br/>
        <w:t>f 1724/26731/24019 1810/26817/24105 1811/26819/24107</w:t>
        <w:br/>
        <w:t>f 1812/26818/24106 1810/26817/24105 1808/26815/24103</w:t>
        <w:br/>
        <w:t>f 1801/26809/24097 1812/26818/24106 1808/26815/24103</w:t>
        <w:br/>
        <w:t>f 1801/26809/24097 1802/26808/24096 1813/26820/24108</w:t>
        <w:br/>
        <w:t>f 1812/26818/24106 1801/26809/24097 1813/26820/24108</w:t>
        <w:br/>
        <w:t>f 1802/26808/24096 1803/26810/24098 1814/26821/24109</w:t>
        <w:br/>
        <w:t>f 1813/26820/24108 1802/26808/24096 1814/26821/24109</w:t>
        <w:br/>
        <w:t>f 1812/26818/24106 1813/26820/24108 1815/26822/24110</w:t>
        <w:br/>
        <w:t>f 1811/26819/24107 1812/26818/24106 1815/26822/24110</w:t>
        <w:br/>
        <w:t>f 1722/26730/24018 1718/26726/24014 1811/26819/24107</w:t>
        <w:br/>
        <w:t>f 1815/26822/24110 1722/26730/24018 1811/26819/24107</w:t>
        <w:br/>
        <w:t>f 1817/26823/24111 1723/26729/24017 1722/26730/24018</w:t>
        <w:br/>
        <w:t>f 1816/26824/24112 1817/26823/24111 1722/26730/24018</w:t>
        <w:br/>
        <w:t>f 1813/26820/24108 1814/26821/24109 1818/26825/24113</w:t>
        <w:br/>
        <w:t>f 1815/26822/24110 1813/26820/24108 1818/26825/24113</w:t>
        <w:br/>
        <w:t>f 1816/26824/24112 1722/26730/24018 1815/26822/24110</w:t>
        <w:br/>
        <w:t>f 1818/26825/24113 1816/26824/24112 1815/26822/24110</w:t>
        <w:br/>
        <w:t>f 1804/26811/24099 1819/26826/24114 1814/26821/24109</w:t>
        <w:br/>
        <w:t>f 1803/26810/24098 1804/26811/24099 1814/26821/24109</w:t>
        <w:br/>
        <w:t>f 1804/26811/24099 1791/26797/24085 1789/26795/24083</w:t>
        <w:br/>
        <w:t>f 1820/26827/24115 1804/26811/24099 1789/26795/24083</w:t>
        <w:br/>
        <w:t>f 1814/26821/24109 1819/26826/24114 1821/26828/24116</w:t>
        <w:br/>
        <w:t>f 1818/26825/24113 1814/26821/24109 1821/26828/24116</w:t>
        <w:br/>
        <w:t>f 1822/26829/24117 1819/26826/24114 1804/26811/24099</w:t>
        <w:br/>
        <w:t>f 1820/26827/24115 1822/26829/24117 1804/26811/24099</w:t>
        <w:br/>
        <w:t>f 1787/26793/24081 1823/26830/24118 1820/26827/24115</w:t>
        <w:br/>
        <w:t>f 1789/26795/24083 1787/26793/24081 1820/26827/24115</w:t>
        <w:br/>
        <w:t>f 1818/26825/24113 1821/26828/24116 1824/26831/24119</w:t>
        <w:br/>
        <w:t>f 1816/26824/24112 1818/26825/24113 1824/26831/24119</w:t>
        <w:br/>
        <w:t>f 1819/26826/24114 1822/26829/24117 1825/26832/24120</w:t>
        <w:br/>
        <w:t>f 1821/26828/24116 1819/26826/24114 1825/26832/24120</w:t>
        <w:br/>
        <w:t>f 1823/26830/24118 1787/26793/24081 1785/26791/24079</w:t>
        <w:br/>
        <w:t>f 1826/26833/24121 1823/26830/24118 1785/26791/24079</w:t>
        <w:br/>
        <w:t>f 1816/26824/24112 1824/26831/24119 1827/26834/24122</w:t>
        <w:br/>
        <w:t>f 1817/26823/24111 1816/26824/24112 1827/26834/24122</w:t>
        <w:br/>
        <w:t>f 1781/26787/24075 1828/26835/24123 1826/26833/24121</w:t>
        <w:br/>
        <w:t>f 1785/26791/24079 1781/26787/24075 1826/26833/24121</w:t>
        <w:br/>
        <w:t>f 1820/26827/24115 1823/26830/24118 1829/26836/24124</w:t>
        <w:br/>
        <w:t>f 1820/26827/24115 1829/26836/24124 1830/26837/24125</w:t>
        <w:br/>
        <w:t>f 1822/26829/24117 1820/26827/24115 1830/26837/24125</w:t>
        <w:br/>
        <w:t>f 1775/26782/24070 1831/26838/24126 1828/26835/24123</w:t>
        <w:br/>
        <w:t>f 1781/26787/24075 1775/26782/24070 1828/26835/24123</w:t>
        <w:br/>
        <w:t>f 1833/26839/24127 1832/26840/24128 1829/26836/24124</w:t>
        <w:br/>
        <w:t>f 1828/26835/24123 1834/26841/24129 1833/26839/24127</w:t>
        <w:br/>
        <w:t>f 1826/26833/24121 1828/26835/24123 1833/26839/24127</w:t>
        <w:br/>
        <w:t>f 1774/26780/24068 1835/26842/24130 1831/26838/24126</w:t>
        <w:br/>
        <w:t>f 1775/26782/24070 1774/26780/24068 1831/26838/24126</w:t>
        <w:br/>
        <w:t>f 1834/26841/24129 1828/26835/24123 1831/26838/24126</w:t>
        <w:br/>
        <w:t>f 1836/26843/24131 1834/26841/24129 1831/26838/24126</w:t>
        <w:br/>
        <w:t>f 1835/26842/24130 1774/26780/24068 1773/26781/24069</w:t>
        <w:br/>
        <w:t>f 1837/26844/24132 1835/26842/24130 1773/26781/24069</w:t>
        <w:br/>
        <w:t>f 1835/26842/24130 1838/26845/24133 1836/26843/24131</w:t>
        <w:br/>
        <w:t>f 1831/26838/24126 1835/26842/24130 1836/26843/24131</w:t>
        <w:br/>
        <w:t>f 1834/26841/24129 1840/26846/24134 1839/26847/24135</w:t>
        <w:br/>
        <w:t>f 1833/26839/24127 1834/26841/24129 1839/26847/24135</w:t>
        <w:br/>
        <w:t>f 1836/26843/24131 1841/26848/24136 1840/26846/24134</w:t>
        <w:br/>
        <w:t>f 1834/26841/24129 1836/26843/24131 1840/26846/24134</w:t>
        <w:br/>
        <w:t>f 1842/26849/24137 1832/26840/24128 1833/26839/24127</w:t>
        <w:br/>
        <w:t>f 1839/26847/24135 1842/26849/24137 1833/26839/24127</w:t>
        <w:br/>
        <w:t>f 1837/26844/24132 1843/26850/24138 1838/26845/24133</w:t>
        <w:br/>
        <w:t>f 1835/26842/24130 1837/26844/24132 1838/26845/24133</w:t>
        <w:br/>
        <w:t>f 1830/26837/24125 1829/26836/24124 1832/26840/24128</w:t>
        <w:br/>
        <w:t>f 1844/26851/24139 1830/26837/24125 1832/26840/24128</w:t>
        <w:br/>
        <w:t>f 1837/26844/24132 1773/26781/24069 1766/26773/24061</w:t>
        <w:br/>
        <w:t>f 1845/26852/24140 1837/26844/24132 1766/26773/24061</w:t>
        <w:br/>
        <w:t>f 1846/26853/24141 1825/26832/24120 1822/26829/24117</w:t>
        <w:br/>
        <w:t>f 1830/26837/24125 1846/26853/24141 1822/26829/24117</w:t>
        <w:br/>
        <w:t>f 1847/26854/24142 1824/26831/24119 1821/26828/24116</w:t>
        <w:br/>
        <w:t>f 1825/26832/24120 1847/26854/24142 1821/26828/24116</w:t>
        <w:br/>
        <w:t>f 1766/26773/24061 1763/26770/24058 1848/26855/24143</w:t>
        <w:br/>
        <w:t>f 1845/26852/24140 1766/26773/24061 1848/26855/24143</w:t>
        <w:br/>
        <w:t>f 1849/26856/24144 1827/26834/24122 1824/26831/24119</w:t>
        <w:br/>
        <w:t>f 1847/26854/24142 1849/26856/24144 1824/26831/24119</w:t>
        <w:br/>
        <w:t>f 1673/26680/23968 1850/26857/24145 1848/26855/24143</w:t>
        <w:br/>
        <w:t>f 1763/26770/24058 1673/26680/23968 1848/26855/24143</w:t>
        <w:br/>
        <w:t>f 1825/26832/24120 1846/26853/24141 1851/26858/24146</w:t>
        <w:br/>
        <w:t>f 1847/26854/24142 1825/26832/24120 1851/26858/24146</w:t>
        <w:br/>
        <w:t>f 1847/26854/24142 1851/26858/24146 1852/26859/24147</w:t>
        <w:br/>
        <w:t>f 1849/26856/24144 1847/26854/24142 1852/26859/24147</w:t>
        <w:br/>
        <w:t>f 1844/26851/24139 1853/26860/24148 1846/26853/24141</w:t>
        <w:br/>
        <w:t>f 1854/26861/24149 1851/26858/24146 1846/26853/24141</w:t>
        <w:br/>
        <w:t>f 1853/26860/24148 1854/26861/24149 1846/26853/24141</w:t>
        <w:br/>
        <w:t>f 1855/26862/24150 1851/26858/24146 1854/26861/24149</w:t>
        <w:br/>
        <w:t>f 1844/26851/24139 1832/26840/24128 1842/26849/24137</w:t>
        <w:br/>
        <w:t>f 1857/26863/24151 1844/26851/24139 1842/26849/24137</w:t>
        <w:br/>
        <w:t>f 1856/26864/24152 1857/26863/24151 1842/26849/24137</w:t>
        <w:br/>
        <w:t>f 1844/26851/24139 1857/26863/24151 1853/26860/24148</w:t>
        <w:br/>
        <w:t>f 1856/26864/24152 1842/26849/24137 1839/26847/24135</w:t>
        <w:br/>
        <w:t>f 1858/26865/24153 1856/26864/24152 1839/26847/24135</w:t>
        <w:br/>
        <w:t>f 1858/26865/24153 1839/26847/24135 1840/26846/24134</w:t>
        <w:br/>
        <w:t>f 1859/26866/24154 1858/26865/24153 1840/26846/24134</w:t>
        <w:br/>
        <w:t>f 1856/26864/24152 1861/26867/24155 1860/26868/24156</w:t>
        <w:br/>
        <w:t>f 1857/26863/24151 1856/26864/24152 1860/26868/24156</w:t>
        <w:br/>
        <w:t>f 1861/26867/24155 1856/26864/24152 1858/26865/24153</w:t>
        <w:br/>
        <w:t>f 1862/26869/24157 1861/26867/24155 1858/26865/24153</w:t>
        <w:br/>
        <w:t>f 1857/26863/24151 1860/26868/24156 1863/26870/24158</w:t>
        <w:br/>
        <w:t>f 1853/26860/24148 1857/26863/24151 1863/26870/24158</w:t>
        <w:br/>
        <w:t>f 1864/26871/24159 1854/26861/24149 1853/26860/24148</w:t>
        <w:br/>
        <w:t>f 1863/26870/24158 1864/26871/24159 1853/26860/24148</w:t>
        <w:br/>
        <w:t>f 1866/26872/24160 1863/26870/24158 1860/26868/24156</w:t>
        <w:br/>
        <w:t>f 1865/26873/24161 1866/26872/24160 1860/26868/24156</w:t>
        <w:br/>
        <w:t>f 1867/26874/24162 1855/26862/24150 1854/26861/24149</w:t>
        <w:br/>
        <w:t>f 1864/26871/24159 1867/26874/24162 1854/26861/24149</w:t>
        <w:br/>
        <w:t>f 1863/26870/24158 1866/26872/24160 1868/26875/24163</w:t>
        <w:br/>
        <w:t>f 1864/26871/24159 1863/26870/24158 1868/26875/24163</w:t>
        <w:br/>
        <w:t>f 1871/26876/24164 1870/26877/24165 1869/26878/24166</w:t>
        <w:br/>
        <w:t>f 1872/26879/24167 1855/26862/24150 1870/26877/24165</w:t>
        <w:br/>
        <w:t>f 1874/26880/24168 1873/26881/24169 1871/26876/24164</w:t>
        <w:br/>
        <w:t>f 1877/26882/24170 1871/26876/24164 1876/26883/24171</w:t>
        <w:br/>
        <w:t>f 1875/26884/24172 1877/26882/24170 1876/26883/24171</w:t>
        <w:br/>
        <w:t>f 1871/26876/24164 1869/26878/24166 1876/26883/24171</w:t>
        <w:br/>
        <w:t>f 1867/26874/24162 1878/26885/24173 1869/26878/24166</w:t>
        <w:br/>
        <w:t>f 1875/26884/24172 1876/26883/24171 1880/26886/24174</w:t>
        <w:br/>
        <w:t>f 1879/26887/24175 1875/26884/24172 1880/26886/24174</w:t>
        <w:br/>
        <w:t>f 1869/26878/24166 1878/26885/24173 1881/26888/24176</w:t>
        <w:br/>
        <w:t>f 1879/26887/24175 1880/26886/24174 1883/26889/24177</w:t>
        <w:br/>
        <w:t>f 1882/26890/24178 1879/26887/24175 1883/26889/24177</w:t>
        <w:br/>
        <w:t>f 1884/26891/24179 1883/26889/24177 1880/26886/24174</w:t>
        <w:br/>
        <w:t>f 1881/26888/24176 1884/26891/24179 1880/26886/24174</w:t>
        <w:br/>
        <w:t>f 1882/26890/24178 1883/26889/24177 1886/26892/24180</w:t>
        <w:br/>
        <w:t>f 1885/26893/24181 1882/26890/24178 1886/26892/24180</w:t>
        <w:br/>
        <w:t>f 1884/26891/24179 1887/26894/24182 1886/26892/24180</w:t>
        <w:br/>
        <w:t>f 1883/26889/24177 1884/26891/24179 1886/26892/24180</w:t>
        <w:br/>
        <w:t>f 1878/26885/24173 1888/26895/24183 1881/26888/24176</w:t>
        <w:br/>
        <w:t>f 1885/26893/24181 1886/26892/24180 1890/26896/24184</w:t>
        <w:br/>
        <w:t>f 1889/26897/24185 1885/26893/24181 1890/26896/24184</w:t>
        <w:br/>
        <w:t>f 1866/26872/24160 1892/26898/24186 1891/26899/24187</w:t>
        <w:br/>
        <w:t>f 1868/26875/24163 1866/26872/24160 1891/26899/24187</w:t>
        <w:br/>
        <w:t>f 1888/26895/24183 1893/26900/24188 1884/26891/24179</w:t>
        <w:br/>
        <w:t>f 1881/26888/24176 1888/26895/24183 1884/26891/24179</w:t>
        <w:br/>
        <w:t>f 1891/26899/24187 1894/26901/24189 1893/26900/24188</w:t>
        <w:br/>
        <w:t>f 1888/26895/24183 1891/26899/24187 1893/26900/24188</w:t>
        <w:br/>
        <w:t>f 1887/26894/24182 1884/26891/24179 1893/26900/24188</w:t>
        <w:br/>
        <w:t>f 1895/26902/24190 1887/26894/24182 1893/26900/24188</w:t>
        <w:br/>
        <w:t>f 1895/26902/24190 1893/26900/24188 1894/26901/24189</w:t>
        <w:br/>
        <w:t>f 1896/26903/24191 1895/26902/24190 1894/26901/24189</w:t>
        <w:br/>
        <w:t>f 1886/26892/24180 1887/26894/24182 1890/26896/24184</w:t>
        <w:br/>
        <w:t>f 1887/26894/24182 1895/26902/24190 1897/26904/24192</w:t>
        <w:br/>
        <w:t>f 1897/26904/24192 1895/26902/24190 1896/26903/24191</w:t>
        <w:br/>
        <w:t>f 1898/26905/24193 1897/26904/24192 1896/26903/24191</w:t>
        <w:br/>
        <w:t>f 1899/26906/24194 1890/26896/24184 1887/26894/24182</w:t>
        <w:br/>
        <w:t>f 1901/26907/24195 1900/26908/23651 1889/26897/24185</w:t>
        <w:br/>
        <w:t>f 1899/26906/24194 1902/26909/24196 1901/26907/24195</w:t>
        <w:br/>
        <w:t>f 1890/26896/24184 1899/26906/24194 1901/26907/24195</w:t>
        <w:br/>
        <w:t>f 1899/26906/24194 1897/26904/24192 1903/26910/24197</w:t>
        <w:br/>
        <w:t>f 1902/26909/24196 1905/26911/23655 1904/26912/23654</w:t>
        <w:br/>
        <w:t>f 1901/26907/24195 1902/26909/24196 1904/26912/23654</w:t>
        <w:br/>
        <w:t>f 1899/26906/24194 1903/26910/24197 1906/26913/24198</w:t>
        <w:br/>
        <w:t>f 1908/26914/24199 1907/26915/24200 1906/26913/24198</w:t>
        <w:br/>
        <w:t>f 1903/26910/24197 1908/26914/24199 1906/26913/24198</w:t>
        <w:br/>
        <w:t>f 1909/26916/24201 1905/26911/23655 1902/26909/24196</w:t>
        <w:br/>
        <w:t>f 1907/26915/24200 1910/26917/24202 1909/26916/24201</w:t>
        <w:br/>
        <w:t>f 1906/26913/24198 1907/26915/24200 1909/26916/24201</w:t>
        <w:br/>
        <w:t>f 1907/26915/24200 1908/26914/24199 1912/26918/24203</w:t>
        <w:br/>
        <w:t>f 1911/26919/24204 1907/26915/24200 1912/26918/24203</w:t>
        <w:br/>
        <w:t>f 1898/26905/24193 1896/26903/24191 1914/26920/24205</w:t>
        <w:br/>
        <w:t>f 1913/26921/24206 1898/26905/24193 1914/26920/24205</w:t>
        <w:br/>
        <w:t>f 1896/26903/24191 1894/26901/24189 1915/26922/24207</w:t>
        <w:br/>
        <w:t>f 1914/26920/24205 1896/26903/24191 1915/26922/24207</w:t>
        <w:br/>
        <w:t>f 1892/26898/24186 1915/26922/24207 1894/26901/24189</w:t>
        <w:br/>
        <w:t>f 1891/26899/24187 1892/26898/24186 1894/26901/24189</w:t>
        <w:br/>
        <w:t>f 1917/26923/24208 1916/26924/24209 1913/26921/24206</w:t>
        <w:br/>
        <w:t>f 1914/26920/24205 1917/26923/24208 1913/26921/24206</w:t>
        <w:br/>
        <w:t>f 1918/26925/24210 1917/26923/24208 1914/26920/24205</w:t>
        <w:br/>
        <w:t>f 1915/26922/24207 1918/26925/24210 1914/26920/24205</w:t>
        <w:br/>
        <w:t>f 1915/26922/24207 1892/26898/24186 1919/26926/24211</w:t>
        <w:br/>
        <w:t>f 1918/26925/24210 1915/26922/24207 1919/26926/24211</w:t>
        <w:br/>
        <w:t>f 1865/26873/24161 1919/26926/24211 1892/26898/24186</w:t>
        <w:br/>
        <w:t>f 1866/26872/24160 1865/26873/24161 1892/26898/24186</w:t>
        <w:br/>
        <w:t>f 1865/26873/24161 1860/26868/24156 1861/26867/24155</w:t>
        <w:br/>
        <w:t>f 1920/26927/24212 1865/26873/24161 1861/26867/24155</w:t>
        <w:br/>
        <w:t>f 1918/26925/24210 1919/26926/24211 1922/26928/24213</w:t>
        <w:br/>
        <w:t>f 1921/26929/24214 1918/26925/24210 1922/26928/24213</w:t>
        <w:br/>
        <w:t>f 1862/26869/24157 1923/26930/24215 1920/26927/24212</w:t>
        <w:br/>
        <w:t>f 1861/26867/24155 1862/26869/24157 1920/26927/24212</w:t>
        <w:br/>
        <w:t>f 1921/26929/24214 1924/26931/24216 1917/26923/24208</w:t>
        <w:br/>
        <w:t>f 1918/26925/24210 1921/26929/24214 1917/26923/24208</w:t>
        <w:br/>
        <w:t>f 1862/26869/24157 1858/26865/24153 1859/26866/24154</w:t>
        <w:br/>
        <w:t>f 1925/26932/24217 1862/26869/24157 1859/26866/24154</w:t>
        <w:br/>
        <w:t>f 1927/26933/24218 1926/26934/24219 1921/26929/24214</w:t>
        <w:br/>
        <w:t>f 1922/26928/24213 1927/26933/24218 1921/26929/24214</w:t>
        <w:br/>
        <w:t>f 1923/26930/24215 1928/26935/24220 1927/26933/24218</w:t>
        <w:br/>
        <w:t>f 1841/26848/24136 1929/26936/24221 1859/26866/24154</w:t>
        <w:br/>
        <w:t>f 1840/26846/24134 1841/26848/24136 1859/26866/24154</w:t>
        <w:br/>
        <w:t>f 1841/26848/24136 1836/26843/24131 1838/26845/24133</w:t>
        <w:br/>
        <w:t>f 1930/26937/24222 1841/26848/24136 1838/26845/24133</w:t>
        <w:br/>
        <w:t>f 1862/26869/24157 1925/26932/24217 1923/26930/24215</w:t>
        <w:br/>
        <w:t>f 1929/26936/24221 1931/26938/24223 1925/26932/24217</w:t>
        <w:br/>
        <w:t>f 1859/26866/24154 1929/26936/24221 1925/26932/24217</w:t>
        <w:br/>
        <w:t>f 1930/26937/24222 1932/26939/24224 1929/26936/24221</w:t>
        <w:br/>
        <w:t>f 1841/26848/24136 1930/26937/24222 1929/26936/24221</w:t>
        <w:br/>
        <w:t>f 1843/26850/24138 1933/26940/24225 1930/26937/24222</w:t>
        <w:br/>
        <w:t>f 1838/26845/24133 1843/26850/24138 1930/26937/24222</w:t>
        <w:br/>
        <w:t>f 1845/26852/24140 1934/26941/24226 1843/26850/24138</w:t>
        <w:br/>
        <w:t>f 1837/26844/24132 1845/26852/24140 1843/26850/24138</w:t>
        <w:br/>
        <w:t>f 1932/26939/24224 1930/26937/24222 1933/26940/24225</w:t>
        <w:br/>
        <w:t>f 1935/26942/24227 1932/26939/24224 1933/26940/24225</w:t>
        <w:br/>
        <w:t>f 1934/26941/24226 1936/26943/24228 1933/26940/24225</w:t>
        <w:br/>
        <w:t>f 1843/26850/24138 1934/26941/24226 1933/26940/24225</w:t>
        <w:br/>
        <w:t>f 1848/26855/24143 1937/26944/24229 1934/26941/24226</w:t>
        <w:br/>
        <w:t>f 1845/26852/24140 1848/26855/24143 1934/26941/24226</w:t>
        <w:br/>
        <w:t>f 1936/26943/24228 1934/26941/24226 1937/26944/24229</w:t>
        <w:br/>
        <w:t>f 1938/26945/24230 1936/26943/24228 1937/26944/24229</w:t>
        <w:br/>
        <w:t>f 1936/26943/24228 1939/26946/24231 1935/26942/24227</w:t>
        <w:br/>
        <w:t>f 1933/26940/24225 1936/26943/24228 1935/26942/24227</w:t>
        <w:br/>
        <w:t>f 1932/26939/24224 1940/26947/24232 1931/26938/24223</w:t>
        <w:br/>
        <w:t>f 1929/26936/24221 1932/26939/24224 1931/26938/24223</w:t>
        <w:br/>
        <w:t>f 1940/26947/24232 1932/26939/24224 1935/26942/24227</w:t>
        <w:br/>
        <w:t>f 1941/26948/24233 1940/26947/24232 1935/26942/24227</w:t>
        <w:br/>
        <w:t>f 1943/26949/24234 1925/26932/24217 1931/26938/24223</w:t>
        <w:br/>
        <w:t>f 1942/26950/24235 1943/26949/24234 1931/26938/24223</w:t>
        <w:br/>
        <w:t>f 1940/26947/24232 1944/26951/24236 1942/26950/24235</w:t>
        <w:br/>
        <w:t>f 1931/26938/24223 1940/26947/24232 1942/26950/24235</w:t>
        <w:br/>
        <w:t>f 1928/26935/24220 1923/26930/24215 1925/26932/24217</w:t>
        <w:br/>
        <w:t>f 1943/26949/24234 1928/26935/24220 1925/26932/24217</w:t>
        <w:br/>
        <w:t>f 1946/26952/24237 1943/26949/24234 1942/26950/24235</w:t>
        <w:br/>
        <w:t>f 1945/26953/24238 1946/26952/24237 1942/26950/24235</w:t>
        <w:br/>
        <w:t>f 1947/26954/24239 1928/26935/24220 1943/26949/24234</w:t>
        <w:br/>
        <w:t>f 1946/26952/24237 1947/26954/24239 1943/26949/24234</w:t>
        <w:br/>
        <w:t>f 1928/26935/24220 1948/26955/24240 1927/26933/24218</w:t>
        <w:br/>
        <w:t>f 1945/26953/24238 1942/26950/24235 1944/26951/24236</w:t>
        <w:br/>
        <w:t>f 1949/26956/24241 1945/26953/24238 1944/26951/24236</w:t>
        <w:br/>
        <w:t>f 1941/26948/24233 1950/26957/24242 1944/26951/24236</w:t>
        <w:br/>
        <w:t>f 1940/26947/24232 1941/26948/24233 1944/26951/24236</w:t>
        <w:br/>
        <w:t>f 1948/26955/24240 1928/26935/24220 1947/26954/24239</w:t>
        <w:br/>
        <w:t>f 1951/26958/24243 1948/26955/24240 1947/26954/24239</w:t>
        <w:br/>
        <w:t>f 1941/26948/24233 1935/26942/24227 1939/26946/24231</w:t>
        <w:br/>
        <w:t>f 1952/26959/24244 1941/26948/24233 1939/26946/24231</w:t>
        <w:br/>
        <w:t>f 1938/26945/24230 1953/26960/24245 1939/26946/24231</w:t>
        <w:br/>
        <w:t>f 1936/26943/24228 1938/26945/24230 1939/26946/24231</w:t>
        <w:br/>
        <w:t>f 1953/26960/24245 1954/26961/24246 1952/26959/24244</w:t>
        <w:br/>
        <w:t>f 1939/26946/24231 1953/26960/24245 1952/26959/24244</w:t>
        <w:br/>
        <w:t>f 1950/26957/24242 1941/26948/24233 1952/26959/24244</w:t>
        <w:br/>
        <w:t>f 1955/26962/24247 1950/26957/24242 1952/26959/24244</w:t>
        <w:br/>
        <w:t>f 1957/26963/24248 1956/26964/24249 1938/26945/24230</w:t>
        <w:br/>
        <w:t>f 1937/26944/24229 1957/26963/24248 1938/26945/24230</w:t>
        <w:br/>
        <w:t>f 1950/26957/24242 1958/26965/24250 1949/26956/24241</w:t>
        <w:br/>
        <w:t>f 1944/26951/24236 1950/26957/24242 1949/26956/24241</w:t>
        <w:br/>
        <w:t>f 1937/26944/24229 1848/26855/24143 1850/26857/24145</w:t>
        <w:br/>
        <w:t>f 1957/26963/24248 1937/26944/24229 1850/26857/24145</w:t>
        <w:br/>
        <w:t>f 1956/26964/24249 1959/26966/24251 1953/26960/24245</w:t>
        <w:br/>
        <w:t>f 1938/26945/24230 1956/26964/24249 1953/26960/24245</w:t>
        <w:br/>
        <w:t>f 1961/26967/24252 1960/26968/24253 1956/26964/24249</w:t>
        <w:br/>
        <w:t>f 1957/26963/24248 1961/26967/24252 1956/26964/24249</w:t>
        <w:br/>
        <w:t>f 1959/26966/24251 1956/26964/24249 1960/26968/24253</w:t>
        <w:br/>
        <w:t>f 1962/26969/24254 1959/26966/24251 1960/26968/24253</w:t>
        <w:br/>
        <w:t>f 1957/26963/24248 1850/26857/24145 1963/26970/24255</w:t>
        <w:br/>
        <w:t>f 1961/26967/24252 1957/26963/24248 1963/26970/24255</w:t>
        <w:br/>
        <w:t>f 1963/26970/24255 1850/26857/24145 1673/26680/23968</w:t>
        <w:br/>
        <w:t>f 1668/26675/23963 1963/26970/24255 1673/26680/23968</w:t>
        <w:br/>
        <w:t>f 1965/26971/24256 1964/26972/24257 1960/26968/24253</w:t>
        <w:br/>
        <w:t>f 1961/26967/24252 1965/26971/24256 1960/26968/24253</w:t>
        <w:br/>
        <w:t>f 1963/26970/24255 1668/26675/23963 1664/26671/23959</w:t>
        <w:br/>
        <w:t>f 1966/26973/24258 1963/26970/24255 1664/26671/23959</w:t>
        <w:br/>
        <w:t>f 1961/26967/24252 1963/26970/24255 1966/26973/24258</w:t>
        <w:br/>
        <w:t>f 1965/26971/24256 1961/26967/24252 1966/26973/24258</w:t>
        <w:br/>
        <w:t>f 1966/26973/24258 1664/26671/23959 956/26125/23412</w:t>
        <w:br/>
        <w:t>f 1262/26430/23717 1966/26973/24258 956/26125/23412</w:t>
        <w:br/>
        <w:t>f 1962/26969/24254 1960/26968/24253 1964/26972/24257</w:t>
        <w:br/>
        <w:t>f 1967/26974/24259 1962/26969/24254 1964/26972/24257</w:t>
        <w:br/>
        <w:t>f 1965/26971/24256 1966/26973/24258 1262/26430/23717</w:t>
        <w:br/>
        <w:t>f 1264/26432/23719 1965/26971/24256 1262/26430/23717</w:t>
        <w:br/>
        <w:t>f 1264/26432/23719 1265/26433/23720 1964/26972/24257</w:t>
        <w:br/>
        <w:t>f 1965/26971/24256 1264/26432/23719 1964/26972/24257</w:t>
        <w:br/>
        <w:t>f 1967/26974/24259 1964/26972/24257 1265/26433/23720</w:t>
        <w:br/>
        <w:t>f 1266/26434/23721 1967/26974/24259 1265/26433/23720</w:t>
        <w:br/>
        <w:t>f 1267/26436/23723 1968/26975/24260 1967/26974/24259</w:t>
        <w:br/>
        <w:t>f 1266/26434/23721 1267/26436/23723 1967/26974/24259</w:t>
        <w:br/>
        <w:t>f 1967/26974/24259 1968/26975/24260 1969/26976/24261</w:t>
        <w:br/>
        <w:t>f 1962/26969/24254 1967/26974/24259 1969/26976/24261</w:t>
        <w:br/>
        <w:t>f 1970/26977/24262 1959/26966/24251 1962/26969/24254</w:t>
        <w:br/>
        <w:t>f 1969/26976/24261 1970/26977/24262 1962/26969/24254</w:t>
        <w:br/>
        <w:t>f 1968/26975/24260 1972/26978/24263 1971/26979/24264</w:t>
        <w:br/>
        <w:t>f 1969/26976/24261 1968/26975/24260 1971/26979/24264</w:t>
        <w:br/>
        <w:t>f 1959/26966/24251 1970/26977/24262 1954/26961/24246</w:t>
        <w:br/>
        <w:t>f 1953/26960/24245 1959/26966/24251 1954/26961/24246</w:t>
        <w:br/>
        <w:t>f 1973/26980/24265 1970/26977/24262 1969/26976/24261</w:t>
        <w:br/>
        <w:t>f 1971/26979/24264 1973/26980/24265 1969/26976/24261</w:t>
        <w:br/>
        <w:t>f 1974/26981/24266 1954/26961/24246 1970/26977/24262</w:t>
        <w:br/>
        <w:t>f 1973/26980/24265 1974/26981/24266 1970/26977/24262</w:t>
        <w:br/>
        <w:t>f 1955/26962/24247 1952/26959/24244 1954/26961/24246</w:t>
        <w:br/>
        <w:t>f 1974/26981/24266 1955/26962/24247 1954/26961/24246</w:t>
        <w:br/>
        <w:t>f 1955/26962/24247 1975/26982/24267 1958/26965/24250</w:t>
        <w:br/>
        <w:t>f 1950/26957/24242 1955/26962/24247 1958/26965/24250</w:t>
        <w:br/>
        <w:t>f 1977/26983/24268 1974/26981/24266 1973/26980/24265</w:t>
        <w:br/>
        <w:t>f 1976/26984/24269 1977/26983/24268 1973/26980/24265</w:t>
        <w:br/>
        <w:t>f 1975/26982/24267 1979/26985/24270 1978/26986/24271</w:t>
        <w:br/>
        <w:t>f 1958/26965/24250 1975/26982/24267 1978/26986/24271</w:t>
        <w:br/>
        <w:t>f 1977/26983/24268 1981/26987/24272 1980/26988/24273</w:t>
        <w:br/>
        <w:t>f 1975/26982/24267 1977/26983/24268 1980/26988/24273</w:t>
        <w:br/>
        <w:t>f 1980/26988/24273 1982/26989/24274 1979/26985/24270</w:t>
        <w:br/>
        <w:t>f 1975/26982/24267 1980/26988/24273 1979/26985/24270</w:t>
        <w:br/>
        <w:t>f 1958/26965/24250 1978/26986/24271 1983/26990/24275</w:t>
        <w:br/>
        <w:t>f 1949/26956/24241 1958/26965/24250 1983/26990/24275</w:t>
        <w:br/>
        <w:t>f 1981/26987/24272 1977/26983/24268 1976/26984/24269</w:t>
        <w:br/>
        <w:t>f 1984/26991/24276 1981/26987/24272 1976/26984/24269</w:t>
        <w:br/>
        <w:t>f 1976/26984/24269 1973/26980/24265 1971/26979/24264</w:t>
        <w:br/>
        <w:t>f 1985/26992/24277 1976/26984/24269 1971/26979/24264</w:t>
        <w:br/>
        <w:t>f 1986/26993/24278 1984/26991/24276 1976/26984/24269</w:t>
        <w:br/>
        <w:t>f 1985/26992/24277 1986/26993/24278 1976/26984/24269</w:t>
        <w:br/>
        <w:t>f 1972/26978/24263 1987/26994/24279 1985/26992/24277</w:t>
        <w:br/>
        <w:t>f 1971/26979/24264 1972/26978/24263 1985/26992/24277</w:t>
        <w:br/>
        <w:t>f 1289/26456/23743 1981/26987/24272 1984/26991/24276</w:t>
        <w:br/>
        <w:t>f 1288/26457/23744 1289/26456/23743 1984/26991/24276</w:t>
        <w:br/>
        <w:t>f 1981/26987/24272 1289/26456/23743 1290/26458/23745</w:t>
        <w:br/>
        <w:t>f 1980/26988/24273 1981/26987/24272 1290/26458/23745</w:t>
        <w:br/>
        <w:t>f 1988/26995/24280 1986/26993/24278 1985/26992/24277</w:t>
        <w:br/>
        <w:t>f 1987/26994/24279 1988/26995/24280 1985/26992/24277</w:t>
        <w:br/>
        <w:t>f 1972/26978/24263 1968/26975/24260 1267/26436/23723</w:t>
        <w:br/>
        <w:t>f 1292/26460/23747 1972/26978/24263 1267/26436/23723</w:t>
        <w:br/>
        <w:t>f 1987/26994/24279 1972/26978/24263 1292/26460/23747</w:t>
        <w:br/>
        <w:t>f 1293/26461/23748 1987/26994/24279 1292/26460/23747</w:t>
        <w:br/>
        <w:t>f 1988/26995/24280 1987/26994/24279 1293/26461/23748</w:t>
        <w:br/>
        <w:t>f 1294/26462/23749 1988/26995/24280 1293/26461/23748</w:t>
        <w:br/>
        <w:t>f 1989/26996/24281 1986/26993/24278 1988/26995/24280</w:t>
        <w:br/>
        <w:t>f 1294/26462/23749 1989/26996/24281 1988/26995/24280</w:t>
        <w:br/>
        <w:t>f 1986/26993/24278 1295/26463/23750 1288/26457/23744</w:t>
        <w:br/>
        <w:t>f 1984/26991/24276 1986/26993/24278 1288/26457/23744</w:t>
        <w:br/>
        <w:t>f 1982/26989/24274 1980/26988/24273 1290/26458/23745</w:t>
        <w:br/>
        <w:t>f 1296/26464/23751 1982/26989/24274 1290/26458/23745</w:t>
        <w:br/>
        <w:t>f 1991/26997/24282 1979/26985/24270 1982/26989/24274</w:t>
        <w:br/>
        <w:t>f 1990/26998/24283 1991/26997/24282 1982/26989/24274</w:t>
        <w:br/>
        <w:t>f 1992/26999/24284 1978/26986/24271 1979/26985/24270</w:t>
        <w:br/>
        <w:t>f 1991/26997/24282 1992/26999/24284 1979/26985/24270</w:t>
        <w:br/>
        <w:t>f 1982/26989/24274 1296/26464/23751 1300/26468/23755</w:t>
        <w:br/>
        <w:t>f 1990/26998/24283 1982/26989/24274 1300/26468/23755</w:t>
        <w:br/>
        <w:t>f 1304/26469/23756 1994/27000/24285 1993/27001/24286</w:t>
        <w:br/>
        <w:t>f 1303/26470/23757 1304/26469/23756 1993/27001/24286</w:t>
        <w:br/>
        <w:t>f 1996/27002/24287 1993/27001/24286 1994/27000/24285</w:t>
        <w:br/>
        <w:t>f 1995/27003/24288 1996/27002/24287 1994/27000/24285</w:t>
        <w:br/>
        <w:t>f 2000/27004/24289 1999/27005/24290 1998/27006/24291</w:t>
        <w:br/>
        <w:t>f 1997/27007/24292 2000/27004/24289 1998/27006/24291</w:t>
        <w:br/>
        <w:t>f 2002/27008/24293 2000/27004/24289 1997/27007/24292</w:t>
        <w:br/>
        <w:t>f 2001/27009/24294 2002/27008/24293 1997/27007/24292</w:t>
        <w:br/>
        <w:t>f 2004/27010/24295 2002/27008/24293 2001/27009/24294</w:t>
        <w:br/>
        <w:t>f 2003/27011/24296 2004/27010/24295 2001/27009/24294</w:t>
        <w:br/>
        <w:t>f 1978/26986/24271 1992/26999/24284 2005/27012/24297</w:t>
        <w:br/>
        <w:t>f 1983/26990/24275 1978/26986/24271 2005/27012/24297</w:t>
        <w:br/>
        <w:t>f 1983/26990/24275 2005/27012/24297 2007/27013/24298</w:t>
        <w:br/>
        <w:t>f 2006/27014/24299 1983/26990/24275 2007/27013/24298</w:t>
        <w:br/>
        <w:t>f 1949/26956/24241 1983/26990/24275 2006/27014/24299</w:t>
        <w:br/>
        <w:t>f 1945/26953/24238 1949/26956/24241 2006/27014/24299</w:t>
        <w:br/>
        <w:t>f 1945/26953/24238 2006/27014/24299 2008/27015/24300</w:t>
        <w:br/>
        <w:t>f 1946/26952/24237 1945/26953/24238 2008/27015/24300</w:t>
        <w:br/>
        <w:t>f 2009/27016/24301 1947/26954/24239 1946/26952/24237</w:t>
        <w:br/>
        <w:t>f 2008/27015/24300 2009/27016/24301 1946/26952/24237</w:t>
        <w:br/>
        <w:t>f 2006/27014/24299 2007/27013/24298 2010/27017/24302</w:t>
        <w:br/>
        <w:t>f 2008/27015/24300 2006/27014/24299 2010/27017/24302</w:t>
        <w:br/>
        <w:t>f 2011/27018/24303 2009/27016/24301 2008/27015/24300</w:t>
        <w:br/>
        <w:t>f 2010/27017/24302 2011/27018/24303 2008/27015/24300</w:t>
        <w:br/>
        <w:t>f 2009/27016/24301 2011/27018/24303 2013/27019/24304</w:t>
        <w:br/>
        <w:t>f 2012/27020/24305 2009/27016/24301 2013/27019/24304</w:t>
        <w:br/>
        <w:t>f 2015/27021/24306 2012/27020/24305 2013/27019/24304</w:t>
        <w:br/>
        <w:t>f 2014/27022/24307 2015/27021/24306 2013/27019/24304</w:t>
        <w:br/>
        <w:t>f 2016/27023/24308 1951/26958/24243 2012/27020/24305</w:t>
        <w:br/>
        <w:t>f 2015/27021/24306 2016/27023/24308 2012/27020/24305</w:t>
        <w:br/>
        <w:t>f 2017/27024/24309 1948/26955/24240 1951/26958/24243</w:t>
        <w:br/>
        <w:t>f 2016/27023/24308 2017/27024/24309 1951/26958/24243</w:t>
        <w:br/>
        <w:t>f 2019/27025/24310 1926/26934/24219 2017/27024/24309</w:t>
        <w:br/>
        <w:t>f 2018/27026/24311 2019/27025/24310 2017/27024/24309</w:t>
        <w:br/>
        <w:t>f 1924/26931/24216 1921/26929/24214 1926/26934/24219</w:t>
        <w:br/>
        <w:t>f 2019/27025/24310 1924/26931/24216 1926/26934/24219</w:t>
        <w:br/>
        <w:t>f 2021/27027/24312 2019/27025/24310 2018/27026/24311</w:t>
        <w:br/>
        <w:t>f 2020/27028/24313 2021/27027/24312 2018/27026/24311</w:t>
        <w:br/>
        <w:t>f 1924/26931/24216 2022/27029/24314 1916/26924/24209</w:t>
        <w:br/>
        <w:t>f 1917/26923/24208 1924/26931/24216 1916/26924/24209</w:t>
        <w:br/>
        <w:t>f 1912/26918/24203 1913/26921/24206 1916/26924/24209</w:t>
        <w:br/>
        <w:t>f 2023/27030/24315 1912/26918/24203 1916/26924/24209</w:t>
        <w:br/>
        <w:t>f 2022/27029/24314 1924/26931/24216 2019/27025/24310</w:t>
        <w:br/>
        <w:t>f 2021/27027/24312 2022/27029/24314 2019/27025/24310</w:t>
        <w:br/>
        <w:t>f 2023/27030/24315 1916/26924/24209 2022/27029/24314</w:t>
        <w:br/>
        <w:t>f 2024/27031/24316 2023/27030/24315 2022/27029/24314</w:t>
        <w:br/>
        <w:t>f 2023/27030/24315 2025/27032/24317 1911/26919/24204</w:t>
        <w:br/>
        <w:t>f 1912/26918/24203 2023/27030/24315 1911/26919/24204</w:t>
        <w:br/>
        <w:t>f 1911/26919/24204 2026/27033/24318 1910/26917/24202</w:t>
        <w:br/>
        <w:t>f 1907/26915/24200 1911/26919/24204 1910/26917/24202</w:t>
        <w:br/>
        <w:t>f 2027/27034/24319 2025/27032/24317 2023/27030/24315</w:t>
        <w:br/>
        <w:t>f 2024/27031/24316 2027/27034/24319 2023/27030/24315</w:t>
        <w:br/>
        <w:t>f 2026/27033/24318 1911/26919/24204 2025/27032/24317</w:t>
        <w:br/>
        <w:t>f 2028/27035/24320 2026/27033/24318 2025/27032/24317</w:t>
        <w:br/>
        <w:t>f 2029/27036/24321 2024/27031/24316 2022/27029/24314</w:t>
        <w:br/>
        <w:t>f 2021/27027/24312 2029/27036/24321 2022/27029/24314</w:t>
        <w:br/>
        <w:t>f 2024/27031/24316 2029/27036/24321 2030/27037/24322</w:t>
        <w:br/>
        <w:t>f 2027/27034/24319 2024/27031/24316 2030/27037/24322</w:t>
        <w:br/>
        <w:t>f 2031/27038/24323 2029/27036/24321 2021/27027/24312</w:t>
        <w:br/>
        <w:t>f 2020/27028/24313 2031/27038/24323 2021/27027/24312</w:t>
        <w:br/>
        <w:t>f 2032/27039/24324 2030/27037/24322 2029/27036/24321</w:t>
        <w:br/>
        <w:t>f 2031/27038/24323 2032/27039/24324 2029/27036/24321</w:t>
        <w:br/>
        <w:t>f 2027/27034/24319 2030/27037/24322 2034/27040/24325</w:t>
        <w:br/>
        <w:t>f 2033/27041/24326 2027/27034/24319 2034/27040/24325</w:t>
        <w:br/>
        <w:t>f 2031/27038/24323 2020/27028/24313 2036/27042/24327</w:t>
        <w:br/>
        <w:t>f 2035/27043/24328 2031/27038/24323 2036/27042/24327</w:t>
        <w:br/>
        <w:t>f 2032/27039/24324 2031/27038/24323 2035/27043/24328</w:t>
        <w:br/>
        <w:t>f 2037/27044/24329 2032/27039/24324 2035/27043/24328</w:t>
        <w:br/>
        <w:t>f 2035/27043/24328 2036/27042/24327 2039/27045/24330</w:t>
        <w:br/>
        <w:t>f 2038/27046/24331 2035/27043/24328 2039/27045/24330</w:t>
        <w:br/>
        <w:t>f 2038/27046/24331 2039/27045/24330 2041/27047/24332</w:t>
        <w:br/>
        <w:t>f 2040/27048/24333 2038/27046/24331 2041/27047/24332</w:t>
        <w:br/>
        <w:t>f 2042/27049/24334 1649/26657/23945 1650/26656/23944</w:t>
        <w:br/>
        <w:t>f 2046/27050/24335 2045/27051/24336 2044/27052/24337</w:t>
        <w:br/>
        <w:t>f 2043/27053/24338 2046/27050/24335 2044/27052/24337</w:t>
        <w:br/>
        <w:t>f 2048/27054/24339 2047/27055/24340 2043/27053/24338</w:t>
        <w:br/>
        <w:t>f 2044/27052/24337 2048/27054/24339 2043/27053/24338</w:t>
        <w:br/>
        <w:t>f 2050/27056/24341 2047/27055/24340 2048/27054/24339</w:t>
        <w:br/>
        <w:t>f 2049/27057/24342 2050/27056/24341 2048/27054/24339</w:t>
        <w:br/>
        <w:t>f 2052/27058/24343 2051/27059/24344 2050/27056/24341</w:t>
        <w:br/>
        <w:t>f 2049/27057/24342 2052/27058/24343 2050/27056/24341</w:t>
        <w:br/>
        <w:t>f 1364/26531/23818 1363/26532/23819 2051/27059/24344</w:t>
        <w:br/>
        <w:t>f 2052/27058/24343 1364/26531/23818 2051/27059/24344</w:t>
        <w:br/>
        <w:t>f 2054/27060/24345 2038/27046/24331 2040/27048/24333</w:t>
        <w:br/>
        <w:t>f 2053/27061/24346 2054/27060/24345 2040/27048/24333</w:t>
        <w:br/>
        <w:t>f 2053/27061/24346 2056/27062/24347 2055/27063/24348</w:t>
        <w:br/>
        <w:t>f 2054/27060/24345 2053/27061/24346 2055/27063/24348</w:t>
        <w:br/>
        <w:t>f 2037/27044/24329 2035/27043/24328 2038/27046/24331</w:t>
        <w:br/>
        <w:t>f 2054/27060/24345 2037/27044/24329 2038/27046/24331</w:t>
        <w:br/>
        <w:t>f 2057/27064/24349 2037/27044/24329 2054/27060/24345</w:t>
        <w:br/>
        <w:t>f 2055/27063/24348 2057/27064/24349 2054/27060/24345</w:t>
        <w:br/>
        <w:t>f 2057/27064/24349 2058/27065/24350 2032/27039/24324</w:t>
        <w:br/>
        <w:t>f 2037/27044/24329 2057/27064/24349 2032/27039/24324</w:t>
        <w:br/>
        <w:t>f 2030/27037/24322 2032/27039/24324 2058/27065/24350</w:t>
        <w:br/>
        <w:t>f 2034/27040/24325 2030/27037/24322 2058/27065/24350</w:t>
        <w:br/>
        <w:t>f 1372/26539/23826 2055/27063/24348 2056/27062/24347</w:t>
        <w:br/>
        <w:t>f 1371/26540/23827 1372/26539/23826 2056/27062/24347</w:t>
        <w:br/>
        <w:t>f 1373/26541/23828 2057/27064/24349 2055/27063/24348</w:t>
        <w:br/>
        <w:t>f 1372/26539/23826 1373/26541/23828 2055/27063/24348</w:t>
        <w:br/>
        <w:t>f 2058/27065/24350 2057/27064/24349 1373/26541/23828</w:t>
        <w:br/>
        <w:t>f 1374/26542/23829 2058/27065/24350 1373/26541/23828</w:t>
        <w:br/>
        <w:t>f 1374/26542/23829 1375/26543/23830 2034/27040/24325</w:t>
        <w:br/>
        <w:t>f 2058/27065/24350 1374/26542/23829 2034/27040/24325</w:t>
        <w:br/>
        <w:t>f 2026/27033/24318 1376/26545/23832 2059/27066/23831</w:t>
        <w:br/>
        <w:t>f 1910/26917/24202 2026/27033/24318 2059/27066/23831</w:t>
        <w:br/>
        <w:t>f 2026/27033/24318 2028/27035/24320 1378/26546/23833</w:t>
        <w:br/>
        <w:t>f 1376/26545/23832 2026/27033/24318 1378/26546/23833</w:t>
        <w:br/>
        <w:t>f 2033/27041/24326 2028/27035/24320 2025/27032/24317</w:t>
        <w:br/>
        <w:t>f 2027/27034/24319 2033/27041/24326 2025/27032/24317</w:t>
        <w:br/>
        <w:t>f 1379/26547/23834 2033/27041/24326 2034/27040/24325</w:t>
        <w:br/>
        <w:t>f 1375/26543/23830 1379/26547/23834 2034/27040/24325</w:t>
        <w:br/>
        <w:t>f 2033/27041/24326 1379/26547/23834 1378/26546/23833</w:t>
        <w:br/>
        <w:t>f 2028/27035/24320 2033/27041/24326 1378/26546/23833</w:t>
        <w:br/>
        <w:t>f 1797/26805/24093 1795/26802/24090 1796/26801/24089</w:t>
        <w:br/>
        <w:t>f 1798/26804/24092 1795/26802/24090 1797/26805/24093</w:t>
        <w:br/>
        <w:t>f 1718/26726/24014 1717/26723/24011 1724/26731/24019</w:t>
        <w:br/>
        <w:t>f 1811/26819/24107 1718/26726/24014 1724/26731/24019</w:t>
        <w:br/>
        <w:t>f 1810/26817/24105 1724/26731/24019 1726/26733/24021</w:t>
        <w:br/>
        <w:t>f 1880/26886/24174 1876/26883/24171 1869/26878/24166</w:t>
        <w:br/>
        <w:t>f 1869/26878/24166 1881/26888/24176 1880/26886/24174</w:t>
        <w:br/>
        <w:t>f 1903/26910/24197 1897/26904/24192 1898/26905/24193</w:t>
        <w:br/>
        <w:t>f 1908/26914/24199 1903/26910/24197 1898/26905/24193</w:t>
        <w:br/>
        <w:t>f 1913/26921/24206 1912/26918/24203 1908/26914/24199</w:t>
        <w:br/>
        <w:t>f 1898/26905/24193 1913/26921/24206 1908/26914/24199</w:t>
        <w:br/>
        <w:t>f 1909/26916/24201 2060/27067/23835 1905/26911/23655</w:t>
        <w:br/>
        <w:t>f 2060/27067/23835 1909/26916/24201 1910/26917/24202</w:t>
        <w:br/>
        <w:t>f 2059/27066/23831 2060/27067/23835 1910/26917/24202</w:t>
        <w:br/>
        <w:t>f 1899/26906/24194 1887/26894/24182 1897/26904/24192</w:t>
        <w:br/>
        <w:t>f 1904/26912/23654 1900/26908/23651 1901/26907/24195</w:t>
        <w:br/>
        <w:t>f 1909/26916/24201 1902/26909/24196 1906/26913/24198</w:t>
        <w:br/>
        <w:t>f 1899/26906/24194 1906/26913/24198 1902/26909/24196</w:t>
        <w:br/>
        <w:t>f 1888/26895/24183 1878/26885/24173 1868/26875/24163</w:t>
        <w:br/>
        <w:t>f 1891/26899/24187 1888/26895/24183 1868/26875/24163</w:t>
        <w:br/>
        <w:t>f 1864/26871/24159 1868/26875/24163 1878/26885/24173</w:t>
        <w:br/>
        <w:t>f 1867/26874/24162 1864/26871/24159 1878/26885/24173</w:t>
        <w:br/>
        <w:t>f 1852/26859/24147 1851/26858/24146 1855/26862/24150</w:t>
        <w:br/>
        <w:t>f 1844/26851/24139 1846/26853/24141 1830/26837/24125</w:t>
        <w:br/>
        <w:t>f 1829/26836/24124 1823/26830/24118 1826/26833/24121</w:t>
        <w:br/>
        <w:t>f 1833/26839/24127 1829/26836/24124 1826/26833/24121</w:t>
        <w:br/>
        <w:t>f 1678/26685/23973 1673/26680/23968 1763/26770/24058</w:t>
        <w:br/>
        <w:t>f 1975/26982/24267 1955/26962/24247 1974/26981/24266</w:t>
        <w:br/>
        <w:t>f 1977/26983/24268 1975/26982/24267 1974/26981/24266</w:t>
        <w:br/>
        <w:t>f 1999/27005/24290 1996/27002/24287 1995/27003/24288</w:t>
        <w:br/>
        <w:t>f 1998/27006/24291 1999/27005/24290 1995/27003/24288</w:t>
        <w:br/>
        <w:t>f 2018/27026/24311 2017/27024/24309 2016/27023/24308</w:t>
        <w:br/>
        <w:t>f 2061/27068/24351 2018/27026/24311 2016/27023/24308</w:t>
        <w:br/>
        <w:t>f 1926/26934/24219 1927/26933/24218 1948/26955/24240</w:t>
        <w:br/>
        <w:t>f 2017/27024/24309 1926/26934/24219 1948/26955/24240</w:t>
        <w:br/>
        <w:t>f 2061/27068/24351 2036/27042/24327 2020/27028/24313</w:t>
        <w:br/>
        <w:t>f 2018/27026/24311 2061/27068/24351 2020/27028/24313</w:t>
        <w:br/>
        <w:t>f 2061/27068/24351 2016/27023/24308 2015/27021/24306</w:t>
        <w:br/>
        <w:t>f 2062/27069/24352 2061/27068/24351 2015/27021/24306</w:t>
        <w:br/>
        <w:t>f 2062/27069/24352 2039/27045/24330 2036/27042/24327</w:t>
        <w:br/>
        <w:t>f 2061/27068/24351 2062/27069/24352 2036/27042/24327</w:t>
        <w:br/>
        <w:t>f 2014/27022/24307 2063/27070/24353 2062/27069/24352</w:t>
        <w:br/>
        <w:t>f 2015/27021/24306 2014/27022/24307 2062/27069/24352</w:t>
        <w:br/>
        <w:t>f 2039/27045/24330 2062/27069/24352 2063/27070/24353</w:t>
        <w:br/>
        <w:t>f 2041/27047/24332 2039/27045/24330 2063/27070/24353</w:t>
        <w:br/>
        <w:t>f 1920/26927/24212 1922/26928/24213 1919/26926/24211</w:t>
        <w:br/>
        <w:t>f 1865/26873/24161 1920/26927/24212 1919/26926/24211</w:t>
        <w:br/>
        <w:t>f 1922/26928/24213 1920/26927/24212 1923/26930/24215</w:t>
        <w:br/>
        <w:t>f 1927/26933/24218 1922/26928/24213 1923/26930/24215</w:t>
        <w:br/>
        <w:t>f 1947/26954/24239 2009/27016/24301 2012/27020/24305</w:t>
        <w:br/>
        <w:t>f 1951/26958/24243 1947/26954/24239 2012/27020/24305</w:t>
        <w:br/>
        <w:t>f 2046/27050/24335 2042/27049/24334 2064/27071/24354</w:t>
        <w:br/>
        <w:t>f 2045/27051/24336 2046/27050/24335 2064/27071/24354</w:t>
        <w:br/>
        <w:t>f 1901/26907/24195 1889/26897/24185 1890/26896/24184</w:t>
        <w:br/>
        <w:t>f 1691/26698/23986 1690/26696/23984 1688/26694/23982</w:t>
        <w:br/>
        <w:t>f 1688/26694/23982 1684/26691/23979 1691/26698/23986</w:t>
        <w:br/>
        <w:t>f 1877/26882/24170 1874/26880/24168 1871/26876/24164</w:t>
        <w:br/>
        <w:t>f 1773/26781/24069 1768/26774/24062 1765/26771/24059</w:t>
        <w:br/>
        <w:t>f 1766/26773/24061 1773/26781/24069 1765/26771/24059</w:t>
        <w:br/>
        <w:t>f 1799/26807/24095 1800/26806/24094 1805/26813/24101</w:t>
        <w:br/>
        <w:t>f 1806/26812/24100 1799/26807/24095 1805/26813/24101</w:t>
        <w:br/>
        <w:t>f 1651/26655/23943 1648/26658/23946 2004/27010/24295</w:t>
        <w:br/>
        <w:t>f 2003/27011/24296 1651/26655/23943 2004/27010/24295</w:t>
        <w:br/>
        <w:t>f 1760/26766/24054 1680/26687/23975 1675/26681/23969</w:t>
        <w:br/>
        <w:t>f 1678/26685/23973 1760/26766/24054 1675/26681/23969</w:t>
        <w:br/>
        <w:t>f 1694/26702/23990 1690/26696/23984 1691/26698/23986</w:t>
        <w:br/>
        <w:t>f 2065/27072/24355 1782/26789/24077 1783/26790/24078</w:t>
        <w:br/>
        <w:t>f 1872/26879/24167 1870/26877/24165 1871/26876/24164</w:t>
        <w:br/>
        <w:t>f 1873/26881/24169 1872/26879/24167 1871/26876/24164</w:t>
        <w:br/>
        <w:t>f 1869/26878/24166 1870/26877/24165 1855/26862/24150</w:t>
        <w:br/>
        <w:t>f 1867/26874/24162 1869/26878/24166 1855/26862/24150</w:t>
        <w:br/>
        <w:t>f 1715/26721/24009 1641/26648/23935 2066/27073/24356</w:t>
        <w:br/>
        <w:t>f 2067/27074/24357 1714/26722/24010 2066/27073/24356</w:t>
        <w:br/>
        <w:t>f 1714/26722/24010 1715/26721/24009 2066/27073/24356</w:t>
        <w:br/>
        <w:t>f 1716/26724/24012 1715/26721/24009 1712/26718/24006</w:t>
        <w:br/>
        <w:t>f 1641/26648/23935 1715/26721/24009 1716/26724/24012</w:t>
        <w:br/>
        <w:t>f 1719/26725/24013 1641/26648/23935 1716/26724/24012</w:t>
        <w:br/>
        <w:t>f 1619/26627/23914 1641/26648/23935 1719/26725/24013</w:t>
        <w:br/>
        <w:t>f 1723/26729/24017 1619/26627/23914 1719/26725/24013</w:t>
        <w:br/>
        <w:t>f 1723/26729/24017 1817/26823/24111 1612/26620/23908</w:t>
        <w:br/>
        <w:t>f 1619/26627/23914 1723/26729/24017 1612/26620/23908</w:t>
        <w:br/>
        <w:t>f 1817/26823/24111 1827/26834/24122 1611/26621/23909</w:t>
        <w:br/>
        <w:t>f 1612/26620/23908 1817/26823/24111 1611/26621/23909</w:t>
        <w:br/>
        <w:t>f 1872/26879/24167 1609/26615/23903 1849/26856/24144</w:t>
        <w:br/>
        <w:t>f 1852/26859/24147 1872/26879/24167 1849/26856/24144</w:t>
        <w:br/>
        <w:t>f 1872/26879/24167 1852/26859/24147 1855/26862/24150</w:t>
        <w:br/>
        <w:t>f 1609/26615/23903 1611/26621/23909 1827/26834/24122</w:t>
        <w:br/>
        <w:t>f 1849/26856/24144 1609/26615/23903 1827/26834/24122</w:t>
        <w:br/>
        <w:t>f 1872/26879/24167 1873/26881/24169 1608/26616/23904</w:t>
        <w:br/>
        <w:t>f 1609/26615/23903 1872/26879/24167 1608/26616/23904</w:t>
        <w:br/>
        <w:t>f 1873/26881/24169 1874/26880/24168 2068/27075/24358</w:t>
        <w:br/>
        <w:t>f 1608/26616/23904 1873/26881/24169 2068/27075/24358</w:t>
        <w:br/>
        <w:t>f 2072/27076/24359 2071/27077/24360 2070/27078/24361</w:t>
        <w:br/>
        <w:t>f 2069/27079/24362 2072/27076/24359 2070/27078/24361</w:t>
        <w:br/>
        <w:t>f 2069/27079/24362 2074/27080/24363 2073/27081/24364</w:t>
        <w:br/>
        <w:t>f 2072/27076/24359 2069/27079/24362 2073/27081/24364</w:t>
        <w:br/>
        <w:t>f 2074/27080/24363 2076/27082/24365 2075/27083/24366</w:t>
        <w:br/>
        <w:t>f 2073/27081/24364 2074/27080/24363 2075/27083/24366</w:t>
        <w:br/>
        <w:t>f 1400/26565/23852 2078/27084/24367 2077/27085/24368</w:t>
        <w:br/>
        <w:t>f 1399/26566/23853 1400/26565/23852 2077/27085/24368</w:t>
        <w:br/>
        <w:t>f 2078/27084/24367 2080/27086/24369 2079/27087/24370</w:t>
        <w:br/>
        <w:t>f 2077/27085/24368 2078/27084/24367 2079/27087/24370</w:t>
        <w:br/>
        <w:t>f 2080/27086/24369 2082/27088/24371 2081/27089/24372</w:t>
        <w:br/>
        <w:t>f 2079/27087/24370 2080/27086/24369 2081/27089/24372</w:t>
        <w:br/>
        <w:t>f 2082/27088/24371 2084/27090/24373 2083/27091/24374</w:t>
        <w:br/>
        <w:t>f 2081/27089/24372 2082/27088/24371 2083/27091/24374</w:t>
        <w:br/>
        <w:t>f 2084/27090/24373 2075/27083/24366 2076/27082/24365</w:t>
        <w:br/>
        <w:t>f 2083/27091/24374 2084/27090/24373 2076/27082/24365</w:t>
        <w:br/>
        <w:t>f 2071/27077/24360 2086/27092/24375 2085/27093/24376</w:t>
        <w:br/>
        <w:t>f 2070/27078/24361 2071/27077/24360 2085/27093/24376</w:t>
        <w:br/>
        <w:t>f 2088/27094/24377 2087/27095/24378 2085/27093/24376</w:t>
        <w:br/>
        <w:t>f 2086/27092/24375 2088/27094/24377 2085/27093/24376</w:t>
        <w:br/>
        <w:t>f 2088/27094/24377 2090/27096/24379 2089/27097/24380</w:t>
        <w:br/>
        <w:t>f 2087/27095/24378 2088/27094/24377 2089/27097/24380</w:t>
        <w:br/>
        <w:t>f 2090/27096/24379 2092/27098/24381 2091/27099/24382</w:t>
        <w:br/>
        <w:t>f 2089/27097/24380 2090/27096/24379 2091/27099/24382</w:t>
        <w:br/>
        <w:t>f 2092/27098/24381 2094/27100/24383 2093/27101/24384</w:t>
        <w:br/>
        <w:t>f 2091/27099/24382 2092/27098/24381 2093/27101/24384</w:t>
        <w:br/>
        <w:t>f 2094/27100/24383 2096/27102/24385 2095/27103/24386</w:t>
        <w:br/>
        <w:t>f 2093/27101/24384 2094/27100/24383 2095/27103/24386</w:t>
        <w:br/>
        <w:t>f 2096/27102/24385 1419/26588/23875 1420/26587/23874</w:t>
        <w:br/>
        <w:t>f 2095/27103/24386 2096/27102/24385 1420/26587/23874</w:t>
        <w:br/>
        <w:t>f 2069/27079/24362 2011/27018/24303 2010/27017/24302</w:t>
        <w:br/>
        <w:t>f 2074/27080/24363 2069/27079/24362 2010/27017/24302</w:t>
        <w:br/>
        <w:t>f 1399/26566/23853 2077/27085/24368 1990/26998/24283</w:t>
        <w:br/>
        <w:t>f 1300/26468/23755 1399/26566/23853 1990/26998/24283</w:t>
        <w:br/>
        <w:t>f 1991/26997/24282 1990/26998/24283 2077/27085/24368</w:t>
        <w:br/>
        <w:t>f 2079/27087/24370 1991/26997/24282 2077/27085/24368</w:t>
        <w:br/>
        <w:t>f 2078/27084/24367 1400/26565/23852 1303/26470/23757</w:t>
        <w:br/>
        <w:t>f 1993/27001/24286 2078/27084/24367 1303/26470/23757</w:t>
        <w:br/>
        <w:t>f 1993/27001/24286 1996/27002/24287 2080/27086/24369</w:t>
        <w:br/>
        <w:t>f 2078/27084/24367 1993/27001/24286 2080/27086/24369</w:t>
        <w:br/>
        <w:t>f 2082/27088/24371 2080/27086/24369 1996/27002/24287</w:t>
        <w:br/>
        <w:t>f 1999/27005/24290 2082/27088/24371 1996/27002/24287</w:t>
        <w:br/>
        <w:t>f 2000/27004/24289 2002/27008/24293 2075/27083/24366</w:t>
        <w:br/>
        <w:t>f 2084/27090/24373 2000/27004/24289 2075/27083/24366</w:t>
        <w:br/>
        <w:t>f 2084/27090/24373 2082/27088/24371 1999/27005/24290</w:t>
        <w:br/>
        <w:t>f 2000/27004/24289 2084/27090/24373 1999/27005/24290</w:t>
        <w:br/>
        <w:t>f 2002/27008/24293 2004/27010/24295 2073/27081/24364</w:t>
        <w:br/>
        <w:t>f 2075/27083/24366 2002/27008/24293 2073/27081/24364</w:t>
        <w:br/>
        <w:t>f 1992/26999/24284 1991/26997/24282 2079/27087/24370</w:t>
        <w:br/>
        <w:t>f 2081/27089/24372 1992/26999/24284 2079/27087/24370</w:t>
        <w:br/>
        <w:t>f 1992/26999/24284 2081/27089/24372 2083/27091/24374</w:t>
        <w:br/>
        <w:t>f 2005/27012/24297 1992/26999/24284 2083/27091/24374</w:t>
        <w:br/>
        <w:t>f 2076/27082/24365 2007/27013/24298 2005/27012/24297</w:t>
        <w:br/>
        <w:t>f 2083/27091/24374 2076/27082/24365 2005/27012/24297</w:t>
        <w:br/>
        <w:t>f 2074/27080/24363 2010/27017/24302 2007/27013/24298</w:t>
        <w:br/>
        <w:t>f 2076/27082/24365 2074/27080/24363 2007/27013/24298</w:t>
        <w:br/>
        <w:t>f 2004/27010/24295 1648/26658/23946 2072/27076/24359</w:t>
        <w:br/>
        <w:t>f 2073/27081/24364 2004/27010/24295 2072/27076/24359</w:t>
        <w:br/>
        <w:t>f 2069/27079/24362 2070/27078/24361 2013/27019/24304</w:t>
        <w:br/>
        <w:t>f 2011/27018/24303 2069/27079/24362 2013/27019/24304</w:t>
        <w:br/>
        <w:t>f 2070/27078/24361 2085/27093/24376 2014/27022/24307</w:t>
        <w:br/>
        <w:t>f 2013/27019/24304 2070/27078/24361 2014/27022/24307</w:t>
        <w:br/>
        <w:t>f 2071/27077/24360 2072/27076/24359 1648/26658/23946</w:t>
        <w:br/>
        <w:t>f 1649/26657/23945 2071/27077/24360 1648/26658/23946</w:t>
        <w:br/>
        <w:t>f 2090/27096/24379 2088/27094/24377 2046/27050/24335</w:t>
        <w:br/>
        <w:t>f 2043/27053/24338 2090/27096/24379 2046/27050/24335</w:t>
        <w:br/>
        <w:t>f 2047/27055/24340 2092/27098/24381 2090/27096/24379</w:t>
        <w:br/>
        <w:t>f 2043/27053/24338 2047/27055/24340 2090/27096/24379</w:t>
        <w:br/>
        <w:t>f 2092/27098/24381 2047/27055/24340 2050/27056/24341</w:t>
        <w:br/>
        <w:t>f 2094/27100/24383 2092/27098/24381 2050/27056/24341</w:t>
        <w:br/>
        <w:t>f 2051/27059/24344 2096/27102/24385 2094/27100/24383</w:t>
        <w:br/>
        <w:t>f 2050/27056/24341 2051/27059/24344 2094/27100/24383</w:t>
        <w:br/>
        <w:t>f 2056/27062/24347 2053/27061/24346 2093/27101/24384</w:t>
        <w:br/>
        <w:t>f 2095/27103/24386 2056/27062/24347 2093/27101/24384</w:t>
        <w:br/>
        <w:t>f 2095/27103/24386 1420/26587/23874 1371/26540/23827</w:t>
        <w:br/>
        <w:t>f 2056/27062/24347 2095/27103/24386 1371/26540/23827</w:t>
        <w:br/>
        <w:t>f 2096/27102/24385 2051/27059/24344 1363/26532/23819</w:t>
        <w:br/>
        <w:t>f 1419/26588/23875 2096/27102/24385 1363/26532/23819</w:t>
        <w:br/>
        <w:t>f 2091/27099/24382 2093/27101/24384 2053/27061/24346</w:t>
        <w:br/>
        <w:t>f 2040/27048/24333 2091/27099/24382 2053/27061/24346</w:t>
        <w:br/>
        <w:t>f 2085/27093/24376 2087/27095/24378 2063/27070/24353</w:t>
        <w:br/>
        <w:t>f 2014/27022/24307 2085/27093/24376 2063/27070/24353</w:t>
        <w:br/>
        <w:t>f 2041/27047/24332 2063/27070/24353 2087/27095/24378</w:t>
        <w:br/>
        <w:t>f 2089/27097/24380 2041/27047/24332 2087/27095/24378</w:t>
        <w:br/>
        <w:t>f 2040/27048/24333 2041/27047/24332 2089/27097/24380</w:t>
        <w:br/>
        <w:t>f 2091/27099/24382 2040/27048/24333 2089/27097/24380</w:t>
        <w:br/>
        <w:t>f 2098/27104/24387 2042/27049/24334 2086/27092/24375</w:t>
        <w:br/>
        <w:t>f 2097/27105/24387 2098/27104/24387 2086/27092/24375</w:t>
        <w:br/>
        <w:t>f 2088/27094/24377 2086/27092/24375 2042/27049/24334</w:t>
        <w:br/>
        <w:t>f 2046/27050/24335 2088/27094/24377 2042/27049/24334</w:t>
        <w:br/>
        <w:t>f 2042/27049/24334 1650/26656/23944 2064/27071/24354</w:t>
        <w:br/>
        <w:t>f 2101/27106/24388 2100/27107/24389 2099/27108/24390</w:t>
        <w:br/>
        <w:t>f 2103/27109/24391 2100/27107/24389 2101/27106/24388</w:t>
        <w:br/>
        <w:t>f 2102/27110/24392 2103/27109/24391 2101/27106/24388</w:t>
        <w:br/>
        <w:t>f 2103/27109/24391 2102/27110/24392 2104/27111/24393</w:t>
        <w:br/>
        <w:t>f 2108/27112/24394 2107/27113/24395 2106/27114/24396</w:t>
        <w:br/>
        <w:t>f 2105/27115/24397 2108/27112/24394 2106/27114/24396</w:t>
        <w:br/>
        <w:t>f 2102/27110/24392 2108/27112/24394 2109/27116/24398</w:t>
        <w:br/>
        <w:t>f 2104/27111/24393 2102/27110/24392 2109/27116/24398</w:t>
        <w:br/>
        <w:t>f 2108/27112/24394 2110/27117/24399 2109/27116/24398</w:t>
        <w:br/>
        <w:t>f 2105/27115/24397 2111/27118/24400 2110/27117/24399</w:t>
        <w:br/>
        <w:t>f 2108/27112/24394 2105/27115/24397 2110/27117/24399</w:t>
        <w:br/>
        <w:t>f 2106/27114/24396 2112/27119/24401 2105/27115/24397</w:t>
        <w:br/>
        <w:t>f 2113/27120/24402 2111/27118/24400 2105/27115/24397</w:t>
        <w:br/>
        <w:t>f 2112/27119/24401 2113/27120/24402 2105/27115/24397</w:t>
        <w:br/>
        <w:t>f 2112/27119/24401 2115/27121/24403 2114/27122/24404</w:t>
        <w:br/>
        <w:t>f 2113/27120/24402 2112/27119/24401 2114/27122/24404</w:t>
        <w:br/>
        <w:t>f 2112/27119/24401 2106/27114/24396 2115/27121/24403</w:t>
        <w:br/>
        <w:t>f 2115/27121/24403 2116/27123/24405 2114/27122/24404</w:t>
        <w:br/>
        <w:t>f 2117/27124/23938 2116/27123/24405 2115/27121/24403</w:t>
        <w:br/>
        <w:t>f 2106/27114/24396 2117/27124/23938 2115/27121/24403</w:t>
        <w:br/>
        <w:t>f 2107/27113/24395 2108/27112/24394 2102/27110/24392</w:t>
        <w:br/>
        <w:t>f 2118/27125/24406 2107/27113/24395 2102/27110/24392</w:t>
        <w:br/>
        <w:t>f 2101/27106/24388 2099/27108/24390 2119/27126/24407</w:t>
        <w:br/>
        <w:t>f 2101/27106/24388 2119/27126/24407 2118/27125/24406</w:t>
        <w:br/>
        <w:t>f 2119/27126/24408 2121/27127/24409 2120/27128/24410</w:t>
        <w:br/>
        <w:t>f 2101/27106/24388 2118/27125/24406 2102/27110/24392</w:t>
        <w:br/>
        <w:t>f 2199/27129/24411 1755/26762/24050 1683/26690/23978</w:t>
        <w:br/>
        <w:t>f 1757/26763/24051 2199/27129/24411 1683/26690/23978</w:t>
        <w:br/>
        <w:t>f 1683/26690/23978 1681/26688/23976 1757/26763/24051</w:t>
        <w:br/>
        <w:t>f 2200/27130/24412 1754/26761/24049 1755/26762/24050</w:t>
        <w:br/>
        <w:t>f 2199/27129/24411 2200/27130/24412 1755/26762/24050</w:t>
        <w:br/>
        <w:t>f 2201/27131/24413 1751/26757/24045 1754/26761/24049</w:t>
        <w:br/>
        <w:t>f 2200/27130/24412 2201/27131/24413 1754/26761/24049</w:t>
        <w:br/>
        <w:t>f 2202/27132/24414 1750/26758/24046 1751/26757/24045</w:t>
        <w:br/>
        <w:t>f 2201/27131/24413 2202/27132/24414 1751/26757/24045</w:t>
        <w:br/>
        <w:t>f 2202/27132/24414 2203/27133/24415 1753/26760/24048</w:t>
        <w:br/>
        <w:t>f 1750/26758/24046 2202/27132/24414 1753/26760/24048</w:t>
        <w:br/>
        <w:t>f 2203/27133/24415 2204/27134/24416 1806/26812/24100</w:t>
        <w:br/>
        <w:t>f 1753/26760/24048 2203/27133/24415 1806/26812/24100</w:t>
        <w:br/>
        <w:t>f 2204/27134/24416 2205/27135/24417 1799/26807/24095</w:t>
        <w:br/>
        <w:t>f 1806/26812/24100 2204/27134/24416 1799/26807/24095</w:t>
        <w:br/>
        <w:t>f 2205/27135/24417 2206/27136/24418 1796/26801/24089</w:t>
        <w:br/>
        <w:t>f 1799/26807/24095 2205/27135/24417 1796/26801/24089</w:t>
        <w:br/>
        <w:t>f 2206/27136/24418 2207/27137/24419 1797/26805/24093</w:t>
        <w:br/>
        <w:t>f 1796/26801/24089 2206/27136/24418 1797/26805/24093</w:t>
        <w:br/>
        <w:t>f 2210/27138/24420 2211/27139/24421 1790/26798/24086</w:t>
        <w:br/>
        <w:t>f 1792/26800/24088 2210/27138/24420 1790/26798/24086</w:t>
        <w:br/>
        <w:t>f 2211/27139/24421 2212/27140/24422 1788/26796/24084</w:t>
        <w:br/>
        <w:t>f 1790/26798/24086 2211/27139/24421 1788/26796/24084</w:t>
        <w:br/>
        <w:t>f 2212/27140/24422 2213/27141/24423 1788/26796/24084</w:t>
        <w:br/>
        <w:t>f 97/27142/24424 96/27143/24424 95/27144/24425</w:t>
        <w:br/>
        <w:t>f 101/27145/24426 100/27146/24427 99/27147/24427</w:t>
        <w:br/>
        <w:t>f 98/27148/24426 101/27145/24426 99/27147/24427</w:t>
        <w:br/>
        <w:t>f 96/27143/24424 97/27142/24424 103/27149/24428</w:t>
        <w:br/>
        <w:t>f 102/27150/24429 96/27143/24424 103/27149/24428</w:t>
        <w:br/>
        <w:t>f 98/27148/24426 105/27151/24430 104/27152/24430</w:t>
        <w:br/>
        <w:t>f 101/27145/24426 98/27148/24426 104/27152/24430</w:t>
        <w:br/>
        <w:t>f 107/27153/24431 106/27154/24431 102/27150/24429</w:t>
        <w:br/>
        <w:t>f 103/27149/24428 107/27153/24431 102/27150/24429</w:t>
        <w:br/>
        <w:t>f 105/27151/24430 109/27155/24432 108/27156/24432</w:t>
        <w:br/>
        <w:t>f 104/27152/24430 105/27151/24430 108/27156/24432</w:t>
        <w:br/>
        <w:t>f 111/27157/24433 110/27158/24433 106/27154/24431</w:t>
        <w:br/>
        <w:t>f 107/27153/24431 111/27157/24433 106/27154/24431</w:t>
        <w:br/>
        <w:t>f 109/27155/24432 113/27159/24434 112/27160/24434</w:t>
        <w:br/>
        <w:t>f 108/27156/24432 109/27155/24432 112/27160/24434</w:t>
        <w:br/>
        <w:t>f 110/27158/24433 111/27157/24433 115/27161/24435</w:t>
        <w:br/>
        <w:t>f 114/27162/24435 110/27158/24433 115/27161/24435</w:t>
        <w:br/>
        <w:t>f 113/27159/24434 117/27163/24436 116/27164/24437</w:t>
        <w:br/>
        <w:t>f 112/27160/24434 113/27159/24434 116/27164/24437</w:t>
        <w:br/>
        <w:t>f 117/27163/24436 119/27165/24438 118/27166/24439</w:t>
        <w:br/>
        <w:t>f 116/27164/24437 117/27163/24436 118/27166/24439</w:t>
        <w:br/>
        <w:t>f 123/27167/24440 122/27168/24441 121/27169/24442</w:t>
        <w:br/>
        <w:t>f 120/27170/24443 123/27167/24440 121/27169/24442</w:t>
        <w:br/>
        <w:t>f 119/27165/24438 125/27171/24444 124/27172/24445</w:t>
        <w:br/>
        <w:t>f 118/27166/24439 119/27165/24438 124/27172/24445</w:t>
        <w:br/>
        <w:t>f 126/27173/24446 120/27170/24443 121/27169/24442</w:t>
        <w:br/>
        <w:t>f 127/27174/24447 124/27172/24445 125/27171/24444</w:t>
        <w:br/>
        <w:t>f 129/27175/24448 128/27176/24449 114/27162/24435</w:t>
        <w:br/>
        <w:t>f 115/27161/24435 129/27175/24448 114/27162/24435</w:t>
        <w:br/>
        <w:t>f 122/27168/24441 123/27167/24440 128/27176/24449</w:t>
        <w:br/>
        <w:t>f 129/27175/24448 122/27168/24441 128/27176/24449</w:t>
        <w:br/>
        <w:t>f 99/27147/24427 100/27146/24427 130/27177/24450</w:t>
        <w:br/>
        <w:t>f 790/27178/24451 789/27179/24452 788/27180/24451</w:t>
        <w:br/>
        <w:t>f 794/27181/24453 793/27182/24453 792/27183/24454</w:t>
        <w:br/>
        <w:t>f 791/27184/24455 794/27181/24453 792/27183/24454</w:t>
        <w:br/>
        <w:t>f 788/27180/24451 796/27185/24456 795/27186/24456</w:t>
        <w:br/>
        <w:t>f 790/27178/24451 788/27180/24451 795/27186/24456</w:t>
        <w:br/>
        <w:t>f 793/27182/24453 794/27181/24453 798/27187/24457</w:t>
        <w:br/>
        <w:t>f 797/27188/24457 793/27182/24453 798/27187/24457</w:t>
        <w:br/>
        <w:t>f 800/27189/24458 795/27186/24456 796/27185/24456</w:t>
        <w:br/>
        <w:t>f 799/27190/24458 800/27189/24458 796/27185/24456</w:t>
        <w:br/>
        <w:t>f 797/27188/24457 798/27187/24457 802/27191/24459</w:t>
        <w:br/>
        <w:t>f 801/27192/24459 797/27188/24457 802/27191/24459</w:t>
        <w:br/>
        <w:t>f 804/27193/24460 800/27189/24458 799/27190/24458</w:t>
        <w:br/>
        <w:t>f 803/27194/24460 804/27193/24460 799/27190/24458</w:t>
        <w:br/>
        <w:t>f 801/27192/24459 802/27191/24459 806/27195/24461</w:t>
        <w:br/>
        <w:t>f 805/27196/24461 801/27192/24459 806/27195/24461</w:t>
        <w:br/>
        <w:t>f 803/27194/24460 808/27197/24462 807/27198/24462</w:t>
        <w:br/>
        <w:t>f 804/27193/24460 803/27194/24460 807/27198/24462</w:t>
        <w:br/>
        <w:t>f 805/27196/24461 806/27195/24461 810/27199/24463</w:t>
        <w:br/>
        <w:t>f 809/27200/24464 805/27196/24461 810/27199/24463</w:t>
        <w:br/>
        <w:t>f 809/27200/24464 810/27199/24463 812/27201/24465</w:t>
        <w:br/>
        <w:t>f 811/27202/24466 809/27200/24464 812/27201/24465</w:t>
        <w:br/>
        <w:t>f 816/27203/24467 815/27204/24468 814/27205/24469</w:t>
        <w:br/>
        <w:t>f 813/27206/24470 816/27203/24467 814/27205/24469</w:t>
        <w:br/>
        <w:t>f 811/27202/24466 812/27201/24465 818/27207/24471</w:t>
        <w:br/>
        <w:t>f 817/27208/24472 811/27202/24466 818/27207/24471</w:t>
        <w:br/>
        <w:t>f 819/27209/24473 814/27205/24469 815/27204/24468</w:t>
        <w:br/>
        <w:t>f 820/27210/24474 817/27208/24472 818/27207/24471</w:t>
        <w:br/>
        <w:t>f 822/27211/24475 807/27198/24462 808/27197/24462</w:t>
        <w:br/>
        <w:t>f 821/27212/24476 822/27211/24475 808/27197/24462</w:t>
        <w:br/>
        <w:t>f 813/27206/24470 822/27211/24475 821/27212/24476</w:t>
        <w:br/>
        <w:t>f 816/27203/24467 813/27206/24470 821/27212/24476</w:t>
        <w:br/>
        <w:t>f 792/27183/24454 823/27213/24477 791/27184/24455</w:t>
        <w:br/>
        <w:t>f 27862/27214/3793 27861/27215/24478 27860/27216/24479</w:t>
        <w:br/>
        <w:t>f 27861/27215/24478 27862/27214/3793 27864/27217/24480</w:t>
        <w:br/>
        <w:t>f 27863/27218/24481 27861/27215/24478 27864/27217/24480</w:t>
        <w:br/>
        <w:t>f 27866/27219/3809 27865/27220/24482 27863/27218/24481</w:t>
        <w:br/>
        <w:t>f 27864/27217/24480 27866/27219/3809 27863/27218/24481</w:t>
        <w:br/>
        <w:t>f 27865/27220/24482 27866/27219/3809 27868/27221/24483</w:t>
        <w:br/>
        <w:t>f 27867/27222/24484 27865/27220/24482 27868/27221/24483</w:t>
        <w:br/>
        <w:t>f 27870/27223/3803 27869/27224/24485 27867/27222/24484</w:t>
        <w:br/>
        <w:t>f 27868/27221/24483 27870/27223/3803 27867/27222/24484</w:t>
        <w:br/>
        <w:t>f 27869/27224/24485 27870/27223/3803 27872/27225/3806</w:t>
        <w:br/>
        <w:t>f 27871/27226/24486 27869/27224/24485 27872/27225/3806</w:t>
        <w:br/>
        <w:t>f 27874/27227/24487 27873/27228/24488 27871/27226/24486</w:t>
        <w:br/>
        <w:t>f 27872/27225/3806 27874/27227/24487 27871/27226/24486</w:t>
        <w:br/>
        <w:t>f 27876/27229/24489 27875/27230/24490 27873/27228/24488</w:t>
        <w:br/>
        <w:t>f 27876/27229/24489 27873/27228/24488 27874/27227/24487</w:t>
        <w:br/>
        <w:t>f 28863/27231/4619 28862/27232/24491 28861/27233/24492</w:t>
        <w:br/>
        <w:t>f 28861/27233/24492 28865/27234/24493 28864/27235/24494</w:t>
        <w:br/>
        <w:t>f 28863/27231/4619 28861/27233/24492 28864/27235/24494</w:t>
        <w:br/>
        <w:t>f 28867/27236/4637 28864/27235/24494 28865/27234/24493</w:t>
        <w:br/>
        <w:t>f 28866/27237/24495 28867/27236/4637 28865/27234/24493</w:t>
        <w:br/>
        <w:t>f 28866/27237/24495 28869/27238/24496 28868/27239/4636</w:t>
        <w:br/>
        <w:t>f 28867/27236/4637 28866/27237/24495 28868/27239/4636</w:t>
        <w:br/>
        <w:t>f 28871/27240/4631 28868/27239/4636 28869/27238/24496</w:t>
        <w:br/>
        <w:t>f 28870/27241/24497 28871/27240/4631 28869/27238/24496</w:t>
        <w:br/>
        <w:t>f 28870/27241/24497 28873/27242/24498 28872/27243/4632</w:t>
        <w:br/>
        <w:t>f 28871/27240/4631 28870/27241/24497 28872/27243/4632</w:t>
        <w:br/>
        <w:t>f 28875/27244/24499 28872/27243/4632 28873/27242/24498</w:t>
        <w:br/>
        <w:t>f 28874/27245/24500 28875/27244/24499 28873/27242/24498</w:t>
        <w:br/>
        <w:t>f 28877/27246/24501 28874/27245/24500 28876/27247/24502</w:t>
        <w:br/>
        <w:t>f 28877/27246/24501 28875/27244/24499 28874/27245/24500</w:t>
        <w:br/>
        <w:t>f 3/27248/24503 2/27249/24504 1/27250/24505</w:t>
        <w:br/>
        <w:t>f 7/27251/24506 6/27252/24507 5/27253/24508</w:t>
        <w:br/>
        <w:t>f 4/27254/24509 7/27251/24506 5/27253/24508</w:t>
        <w:br/>
        <w:t>f 4/27254/24509 5/27253/24508 9/27255/24510</w:t>
        <w:br/>
        <w:t>f 8/27256/24511 4/27254/24509 9/27255/24510</w:t>
        <w:br/>
        <w:t>f 10/27257/24512 5/27253/24508 6/27252/24507</w:t>
        <w:br/>
        <w:t>f 5/27253/24508 10/27257/24512 9/27255/24510</w:t>
        <w:br/>
        <w:t>f 4/27254/24509 3/27248/24503 1/27250/24505</w:t>
        <w:br/>
        <w:t>f 7/27251/24506 4/27254/24509 1/27250/24505</w:t>
        <w:br/>
        <w:t>f 8/27256/24511 11/27258/24513 3/27248/24503</w:t>
        <w:br/>
        <w:t>f 4/27254/24509 8/27256/24511 3/27248/24503</w:t>
        <w:br/>
        <w:t>f 3/27248/24503 11/27258/24513 12/27259/24514</w:t>
        <w:br/>
        <w:t>f 3/27248/24503 13/27260/24515 2/27249/24504</w:t>
        <w:br/>
        <w:t>f 17/27261/24516 16/27262/24517 15/27263/24517</w:t>
        <w:br/>
        <w:t>f 14/27264/24518 17/27261/24516 15/27263/24517</w:t>
        <w:br/>
        <w:t>f 21/27265/24519 20/27266/24520 19/27267/24521</w:t>
        <w:br/>
        <w:t>f 18/27268/24522 21/27265/24519 19/27267/24521</w:t>
        <w:br/>
        <w:t>f 19/27267/24521 20/27266/24520 22/27269/24523</w:t>
        <w:br/>
        <w:t>f 23/27270/24524 15/27263/24517 16/27262/24517</w:t>
        <w:br/>
        <w:t>f 27/27271/24525 26/27272/24526 25/27273/24527</w:t>
        <w:br/>
        <w:t>f 24/27274/24528 27/27271/24525 25/27273/24527</w:t>
        <w:br/>
        <w:t>f 31/27275/24529 30/27276/24530 29/27277/24531</w:t>
        <w:br/>
        <w:t>f 28/27278/24532 31/27275/24529 29/27277/24531</w:t>
        <w:br/>
        <w:t>f 30/27276/24530 33/27279/24533 32/27280/24534</w:t>
        <w:br/>
        <w:t>f 29/27277/24531 30/27276/24530 32/27280/24534</w:t>
        <w:br/>
        <w:t>f 35/27281/24535 34/27282/24536 24/27274/24528</w:t>
        <w:br/>
        <w:t>f 25/27273/24527 35/27281/24535 24/27274/24528</w:t>
        <w:br/>
        <w:t>f 31/27275/24529 36/27283/24537 30/27276/24530</w:t>
        <w:br/>
        <w:t>f 24/27274/24528 37/27284/24538 27/27271/24525</w:t>
        <w:br/>
        <w:t>f 30/27276/24530 36/27283/24537 33/27279/24533</w:t>
        <w:br/>
        <w:t>f 34/27282/24536 37/27284/24538 24/27274/24528</w:t>
        <w:br/>
        <w:t>f 39/27285/24539 38/27286/24540 28/27278/24532</w:t>
        <w:br/>
        <w:t>f 29/27277/24531 39/27285/24539 28/27278/24532</w:t>
        <w:br/>
        <w:t>f 40/27287/24541 39/27285/24539 29/27277/24531</w:t>
        <w:br/>
        <w:t>f 32/27280/24534 40/27287/24541 29/27277/24531</w:t>
        <w:br/>
        <w:t>f 41/27288/24542 35/27281/24535 25/27273/24527</w:t>
        <w:br/>
        <w:t>f 21/27265/24543 41/27288/24542 25/27273/24527</w:t>
        <w:br/>
        <w:t>f 14/27264/24518 25/27273/24527 26/27272/24526</w:t>
        <w:br/>
        <w:t>f 17/27261/24516 14/27264/24518 26/27272/24526</w:t>
        <w:br/>
        <w:t>f 44/27289/24544 43/27290/24545 42/27291/24546</w:t>
        <w:br/>
        <w:t>f 47/27292/24547 46/27293/24548 45/27294/24549</w:t>
        <w:br/>
        <w:t>f 21/27265/24519 18/27268/24522 42/27291/24546</w:t>
        <w:br/>
        <w:t>f 43/27290/24545 21/27265/24519 42/27291/24546</w:t>
        <w:br/>
        <w:t>f 45/27294/24549 46/27293/24548 41/27288/24550</w:t>
        <w:br/>
        <w:t>f 14/27264/24551 45/27294/24549 41/27288/24550</w:t>
        <w:br/>
        <w:t>f 50/27295/24552 49/27296/24553 48/27297/24554</w:t>
        <w:br/>
        <w:t>f 54/27298/24555 53/27299/24556 52/27300/24557</w:t>
        <w:br/>
        <w:t>f 51/27301/24558 54/27298/24555 52/27300/24557</w:t>
        <w:br/>
        <w:t>f 53/27299/24556 56/27302/24559 55/27303/24560</w:t>
        <w:br/>
        <w:t>f 52/27300/24557 53/27299/24556 55/27303/24560</w:t>
        <w:br/>
        <w:t>f 57/27304/24561 51/27301/24558 52/27300/24557</w:t>
        <w:br/>
        <w:t>f 52/27300/24557 55/27303/24560 57/27304/24561</w:t>
        <w:br/>
        <w:t>f 53/27299/24556 54/27298/24555 49/27296/24553</w:t>
        <w:br/>
        <w:t>f 50/27295/24552 53/27299/24556 49/27296/24553</w:t>
        <w:br/>
        <w:t>f 56/27302/24559 53/27299/24556 50/27295/24552</w:t>
        <w:br/>
        <w:t>f 58/27305/24562 56/27302/24559 50/27295/24552</w:t>
        <w:br/>
        <w:t>f 50/27295/24552 59/27306/24563 58/27305/24562</w:t>
        <w:br/>
        <w:t>f 50/27295/24552 48/27297/24554 60/27307/24564</w:t>
        <w:br/>
        <w:t>f 64/27308/24565 63/27309/24566 62/27310/24567</w:t>
        <w:br/>
        <w:t>f 61/27311/24568 64/27308/24565 62/27310/24567</w:t>
        <w:br/>
        <w:t>f 68/27312/24569 67/27313/24570 66/27314/24571</w:t>
        <w:br/>
        <w:t>f 65/27315/24572 68/27312/24569 66/27314/24571</w:t>
        <w:br/>
        <w:t>f 66/27314/24571 69/27316/24573 65/27315/24572</w:t>
        <w:br/>
        <w:t>f 70/27317/24574 61/27311/24568 62/27310/24567</w:t>
        <w:br/>
        <w:t>f 74/27318/24575 73/27319/24576 72/27320/24577</w:t>
        <w:br/>
        <w:t>f 71/27321/24578 74/27318/24575 72/27320/24577</w:t>
        <w:br/>
        <w:t>f 78/27322/24579 77/27323/24580 76/27324/24581</w:t>
        <w:br/>
        <w:t>f 75/27325/24582 78/27322/24579 76/27324/24581</w:t>
        <w:br/>
        <w:t>f 75/27325/24582 76/27324/24581 80/27326/24583</w:t>
        <w:br/>
        <w:t>f 79/27327/24584 75/27325/24582 80/27326/24583</w:t>
        <w:br/>
        <w:t>f 82/27328/24585 72/27320/24577 73/27319/24576</w:t>
        <w:br/>
        <w:t>f 81/27329/24586 82/27328/24585 73/27319/24576</w:t>
        <w:br/>
        <w:t>f 78/27322/24579 75/27325/24582 83/27330/24587</w:t>
        <w:br/>
        <w:t>f 73/27319/24576 74/27318/24575 84/27331/24588</w:t>
        <w:br/>
        <w:t>f 75/27325/24582 79/27327/24584 83/27330/24587</w:t>
        <w:br/>
        <w:t>f 81/27329/24586 73/27319/24576 84/27331/24588</w:t>
        <w:br/>
        <w:t>f 86/27332/24589 76/27324/24581 77/27323/24580</w:t>
        <w:br/>
        <w:t>f 85/27333/24590 86/27332/24589 77/27323/24580</w:t>
        <w:br/>
        <w:t>f 87/27334/24591 80/27326/24583 76/27324/24581</w:t>
        <w:br/>
        <w:t>f 86/27332/24589 87/27334/24591 76/27324/24581</w:t>
        <w:br/>
        <w:t>f 88/27335/24592 68/27312/24593 72/27320/24577</w:t>
        <w:br/>
        <w:t>f 82/27328/24585 88/27335/24592 72/27320/24577</w:t>
        <w:br/>
        <w:t>f 63/27309/24566 64/27308/24565 71/27321/24578</w:t>
        <w:br/>
        <w:t>f 72/27320/24577 63/27309/24566 71/27321/24578</w:t>
        <w:br/>
        <w:t>f 91/27336/24594 90/27337/24595 89/27338/24596</w:t>
        <w:br/>
        <w:t>f 94/27339/24597 93/27340/24598 92/27341/24599</w:t>
        <w:br/>
        <w:t>f 68/27312/24569 89/27338/24596 90/27337/24595</w:t>
        <w:br/>
        <w:t>f 67/27313/24570 68/27312/24569 90/27337/24595</w:t>
        <w:br/>
        <w:t>f 93/27340/24598 63/27309/24600 88/27335/24601</w:t>
        <w:br/>
        <w:t>f 92/27341/24599 93/27340/24598 88/27335/24601</w:t>
        <w:br/>
        <w:t>f 369/27342/24602 368/27343/24603 367/27344/24602</w:t>
        <w:br/>
        <w:t>f 371/27345/24604 370/27346/24604 369/27342/24602</w:t>
        <w:br/>
        <w:t>f 367/27344/24602 371/27345/24604 369/27342/24602</w:t>
        <w:br/>
        <w:t>f 370/27346/24604 371/27345/24604 373/27347/24605</w:t>
        <w:br/>
        <w:t>f 372/27348/24606 370/27346/24604 373/27347/24605</w:t>
        <w:br/>
        <w:t>f 375/27349/24607 372/27348/24606 373/27347/24605</w:t>
        <w:br/>
        <w:t>f 374/27350/24607 375/27349/24607 373/27347/24605</w:t>
        <w:br/>
        <w:t>f 376/27351/24608 375/27349/24607 374/27350/24607</w:t>
        <w:br/>
        <w:t>f 751/27352/24609 750/27353/24609 749/27354/24610</w:t>
        <w:br/>
        <w:t>f 753/27355/24611 750/27353/24609 751/27352/24609</w:t>
        <w:br/>
        <w:t>f 752/27356/24611 753/27355/24611 751/27352/24609</w:t>
        <w:br/>
        <w:t>f 752/27356/24611 755/27357/24612 754/27358/24612</w:t>
        <w:br/>
        <w:t>f 753/27355/24611 752/27356/24611 754/27358/24612</w:t>
        <w:br/>
        <w:t>f 754/27358/24612 755/27357/24612 757/27359/24613</w:t>
        <w:br/>
        <w:t>f 756/27360/24614 754/27358/24612 757/27359/24613</w:t>
        <w:br/>
        <w:t>f 758/27361/24615 756/27360/24614 757/27359/24613</w:t>
        <w:br/>
        <w:t>f 2207/27137/24616 2210/27138/24420 2209/27362/24617</w:t>
        <w:br/>
        <w:t>f 2208/27363/24617 2207/27137/24616 2209/27362/24617</w:t>
        <w:br/>
        <w:t>f 2217/27364/24618 2216/27365/24619 2215/27366/24620</w:t>
        <w:br/>
        <w:t>f 2214/27367/23505 2217/27364/24618 2215/27366/24620</w:t>
        <w:br/>
        <w:t>f 2215/27366/24620 2216/27365/24619 2218/27368/24621</w:t>
        <w:br/>
        <w:t>f 2214/27367/23505 2220/27369/24622 2219/27370/24623</w:t>
        <w:br/>
        <w:t>f 2217/27364/24618 2214/27367/23505 2219/27370/24623</w:t>
        <w:br/>
        <w:t>f 2220/27369/24622 2222/27371/23501 2221/27372/24624</w:t>
        <w:br/>
        <w:t>f 2219/27370/24623 2220/27369/24622 2221/27372/24624</w:t>
        <w:br/>
        <w:t>f 2222/27371/23501 2224/27373/24625 2223/27374/24626</w:t>
        <w:br/>
        <w:t>f 2221/27372/24624 2222/27371/23501 2223/27374/24626</w:t>
        <w:br/>
        <w:t>f 2223/27374/24626 2224/27373/24625 2226/27375/23503</w:t>
        <w:br/>
        <w:t>f 2225/27376/24627 2223/27374/24626 2226/27375/23503</w:t>
        <w:br/>
        <w:t>f 2225/27376/24627 2226/27375/23503 2228/27377/24628</w:t>
        <w:br/>
        <w:t>f 2227/27378/24629 2225/27376/24627 2228/27377/24628</w:t>
        <w:br/>
        <w:t>f 2227/27378/24629 2228/27377/24628 2230/27379/23550</w:t>
        <w:br/>
        <w:t>f 2229/27380/24630 2227/27378/24629 2230/27379/23550</w:t>
        <w:br/>
        <w:t>f 2229/27380/24630 2230/27379/23550 2232/27381/24631</w:t>
        <w:br/>
        <w:t>f 2231/27382/24632 2229/27380/24630 2232/27381/24631</w:t>
        <w:br/>
        <w:t>f 2231/27382/24632 2232/27381/24631 2234/27383/24633</w:t>
        <w:br/>
        <w:t>f 2233/27384/24634 2231/27382/24632 2234/27383/24633</w:t>
        <w:br/>
        <w:t>f 2233/27384/24635 2237/27385/24636 2236/27386/24636</w:t>
        <w:br/>
        <w:t>f 2235/27387/24637 2233/27384/24635 2236/27386/24636</w:t>
        <w:br/>
        <w:t>f 2235/27387/24637 2240/27388/24638 2239/27389/23541</w:t>
        <w:br/>
        <w:t>f 2238/27390/24639 2235/27387/24637 2239/27389/23541</w:t>
        <w:br/>
        <w:t>f 2238/27390/24639 2239/27389/23541 2242/27391/24640</w:t>
        <w:br/>
        <w:t>f 2241/27392/24641 2238/27390/24639 2242/27391/24640</w:t>
        <w:br/>
        <w:t>f 2241/27392/24641 2242/27391/24640 2243/27393/24642</w:t>
        <w:br/>
        <w:t>f 2247/27394/24643 2246/27395/24644 2245/27396/24645</w:t>
        <w:br/>
        <w:t>f 2244/27397/24646 2247/27394/24643 2245/27396/24645</w:t>
        <w:br/>
        <w:t>f 2244/27397/24646 2245/27396/24645 2249/27398/24647</w:t>
        <w:br/>
        <w:t>f 2248/27399/24648 2244/27397/24646 2249/27398/24647</w:t>
        <w:br/>
        <w:t>f 2251/27400/24649 2250/27401/24650 2246/27395/24644</w:t>
        <w:br/>
        <w:t>f 2247/27394/24643 2251/27400/24649 2246/27395/24644</w:t>
        <w:br/>
        <w:t>f 2248/27399/24648 2249/27398/24647 2253/27402/24651</w:t>
        <w:br/>
        <w:t>f 2252/27403/24652 2248/27399/24648 2253/27402/24651</w:t>
        <w:br/>
        <w:t>f 2253/27402/24651 2255/27404/24653 2254/27405/24654</w:t>
        <w:br/>
        <w:t>f 2252/27403/24652 2253/27402/24651 2254/27405/24654</w:t>
        <w:br/>
        <w:t>f 2255/27404/24653 2257/27406/24655 2256/27407/24656</w:t>
        <w:br/>
        <w:t>f 2259/27408/24657 2258/27409/24658 2250/27401/24650</w:t>
        <w:br/>
        <w:t>f 2251/27400/24649 2259/27408/24657 2250/27401/24650</w:t>
        <w:br/>
        <w:t>f 2256/27407/24656 2257/27406/24655 2260/27410/24659</w:t>
        <w:br/>
        <w:t>f 2263/27411/24660 2244/27397/24646 2262/27412/24661</w:t>
        <w:br/>
        <w:t>f 2261/27413/24660 2263/27411/24660 2262/27412/24661</w:t>
        <w:br/>
        <w:t>f 2260/27410/24659 2265/27414/24662 2264/27415/24663</w:t>
        <w:br/>
        <w:t>f 2264/27415/24663 2266/27416/24664 2256/27407/24656</w:t>
        <w:br/>
        <w:t>f 2267/27417/24665 2254/27405/24654 2266/27416/24664</w:t>
        <w:br/>
        <w:t>f 2268/27418/24666 2252/27403/24652 2254/27405/24654</w:t>
        <w:br/>
        <w:t>f 2271/27419/24667 2270/27420/24668 2269/27421/24669</w:t>
        <w:br/>
        <w:t>f 2274/27422/24670 2273/27423/24671 2272/27424/24672</w:t>
        <w:br/>
        <w:t>f 2275/27425/24673 2274/27422/24670 2272/27424/24672</w:t>
        <w:br/>
        <w:t>f 2260/27410/24659 2264/27415/24663 2256/27407/24656</w:t>
        <w:br/>
        <w:t>f 2277/27426/24674 2274/27422/24670 2275/27425/24673</w:t>
        <w:br/>
        <w:t>f 2276/27427/24674 2277/27426/24674 2275/27425/24673</w:t>
        <w:br/>
        <w:t>f 2279/27428/24675 2277/27426/24674 2276/27427/24674</w:t>
        <w:br/>
        <w:t>f 2278/27429/24676 2279/27428/24675 2276/27427/24674</w:t>
        <w:br/>
        <w:t>f 2279/27428/24675 2278/27429/24676 2281/27430/24677</w:t>
        <w:br/>
        <w:t>f 2280/27431/24677 2279/27428/24675 2281/27430/24677</w:t>
        <w:br/>
        <w:t>f 2280/27431/24677 2281/27430/24677 2283/27432/24678</w:t>
        <w:br/>
        <w:t>f 2282/27433/24679 2280/27431/24677 2283/27432/24678</w:t>
        <w:br/>
        <w:t>f 2273/27423/24671 2285/27434/24680 2269/27421/24669</w:t>
        <w:br/>
        <w:t>f 2284/27435/24681 2273/27423/24671 2269/27421/24669</w:t>
        <w:br/>
        <w:t>f 2288/27436/24682 2287/27437/24683 2286/27438/24684</w:t>
        <w:br/>
        <w:t>f 2291/27439/24685 2290/27440/24686 2289/27441/24687</w:t>
        <w:br/>
        <w:t>f 2293/27442/24688 2289/27441/24687 2290/27440/24686</w:t>
        <w:br/>
        <w:t>f 2292/27443/24689 2293/27442/24688 2290/27440/24686</w:t>
        <w:br/>
        <w:t>f 2293/27442/24688 2292/27443/24689 2295/27444/24690</w:t>
        <w:br/>
        <w:t>f 2294/27445/24691 2293/27442/24688 2295/27444/24690</w:t>
        <w:br/>
        <w:t>f 2298/27446/24692 2297/27447/24693 2296/27448/24694</w:t>
        <w:br/>
        <w:t>f 2274/27422/24670 2300/27449/24695 2299/27450/24696</w:t>
        <w:br/>
        <w:t>f 2304/27451/24697 2303/27452/24697 2302/27453/24698</w:t>
        <w:br/>
        <w:t>f 2301/27454/24698 2304/27451/24697 2302/27453/24698</w:t>
        <w:br/>
        <w:t>f 2306/27455/24699 2305/27456/24699 2301/27454/24698</w:t>
        <w:br/>
        <w:t>f 2302/27453/24698 2306/27455/24699 2301/27454/24698</w:t>
        <w:br/>
        <w:t>f 2286/27438/24684 2305/27456/24699 2306/27455/24699</w:t>
        <w:br/>
        <w:t>f 2288/27436/24682 2286/27438/24684 2306/27455/24699</w:t>
        <w:br/>
        <w:t>f 2308/27457/24700 2307/27458/24701 2252/27403/24652</w:t>
        <w:br/>
        <w:t>f 2273/27423/24671 2284/27435/24681 2309/27459/24702</w:t>
        <w:br/>
        <w:t>f 2272/27424/24672 2273/27423/24671 2309/27459/24702</w:t>
        <w:br/>
        <w:t>f 2310/27460/24703 2282/27433/24679 2283/27432/24678</w:t>
        <w:br/>
        <w:t>f 2271/27419/24667 2263/27411/24660 2261/27413/24660</w:t>
        <w:br/>
        <w:t>f 2270/27420/24668 2271/27419/24667 2261/27413/24660</w:t>
        <w:br/>
        <w:t>f 2258/27409/24658 2259/27408/24657 2273/27423/24704</w:t>
        <w:br/>
        <w:t>f 2300/27449/24695 2258/27409/24658 2273/27423/24704</w:t>
        <w:br/>
        <w:t>f 2303/27452/24697 2304/27451/24697 2300/27449/24695</w:t>
        <w:br/>
        <w:t>f 2311/27461/24705 2303/27452/24697 2300/27449/24695</w:t>
        <w:br/>
        <w:t>f 2266/27416/24664 2264/27415/24663 2313/27462/24706</w:t>
        <w:br/>
        <w:t>f 2312/27463/24707 2266/27416/24664 2313/27462/24706</w:t>
        <w:br/>
        <w:t>f 2267/27417/24665 2266/27416/24664 2312/27463/24707</w:t>
        <w:br/>
        <w:t>f 2314/27464/24708 2262/27412/24661 2248/27399/24648</w:t>
        <w:br/>
        <w:t>f 2317/27465/24709 2316/27466/24710 2315/27467/24709</w:t>
        <w:br/>
        <w:t>f 2308/27457/24700 2314/27464/24708 2248/27399/24648</w:t>
        <w:br/>
        <w:t>f 2269/27421/24669 2285/27434/24680 2271/27419/24667</w:t>
        <w:br/>
        <w:t>f 2320/27468/24711 2319/27469/24712 2318/27470/24713</w:t>
        <w:br/>
        <w:t>f 2324/27471/24714 2323/27472/24715 2322/27473/24716</w:t>
        <w:br/>
        <w:t>f 2321/27474/24717 2324/27471/24714 2322/27473/24716</w:t>
        <w:br/>
        <w:t>f 2268/27418/24666 2308/27457/24700 2252/27403/24652</w:t>
        <w:br/>
        <w:t>f 2267/27417/24665 2268/27418/24666 2254/27405/24654</w:t>
        <w:br/>
        <w:t>f 2297/27447/24693 2326/27475/24718 2325/27476/24719</w:t>
        <w:br/>
        <w:t>f 2326/27475/24718 2328/27477/24720 2327/27478/24721</w:t>
        <w:br/>
        <w:t>f 2325/27476/24719 2326/27475/24718 2327/27478/24721</w:t>
        <w:br/>
        <w:t>f 2332/27479/24722 2331/27480/24723 2330/27481/24724</w:t>
        <w:br/>
        <w:t>f 2329/27482/24725 2332/27479/24722 2330/27481/24724</w:t>
        <w:br/>
        <w:t>f 2335/27483/24726 2334/27484/24727 2333/27485/24728</w:t>
        <w:br/>
        <w:t>f 2331/27480/24723 2335/27483/24726 2336/27486/24729</w:t>
        <w:br/>
        <w:t>f 2322/27473/24716 2333/27485/24728 2334/27484/24727</w:t>
        <w:br/>
        <w:t>f 2321/27474/24717 2322/27473/24716 2334/27484/24727</w:t>
        <w:br/>
        <w:t>f 2329/27482/24725 2327/27478/24721 2328/27477/24720</w:t>
        <w:br/>
        <w:t>f 2332/27479/24722 2329/27482/24725 2328/27477/24720</w:t>
        <w:br/>
        <w:t>f 2330/27481/24724 2331/27480/24723 2336/27486/24729</w:t>
        <w:br/>
        <w:t>f 2336/27486/24729 2335/27483/24726 2333/27485/24728</w:t>
        <w:br/>
        <w:t>f 2318/27470/24713 2319/27469/24712 2323/27472/24715</w:t>
        <w:br/>
        <w:t>f 2324/27471/24714 2318/27470/24713 2323/27472/24715</w:t>
        <w:br/>
        <w:t>f 2262/27412/24661 2244/27397/24646 2248/27399/24648</w:t>
        <w:br/>
        <w:t>f 2337/27487/24730 2297/27447/24693 2325/27476/24719</w:t>
        <w:br/>
        <w:t>f 2294/27445/24691 2295/27444/24690 2296/27448/24694</w:t>
        <w:br/>
        <w:t>f 2316/27466/24710 2294/27445/24691 2296/27448/24694</w:t>
        <w:br/>
        <w:t>f 2341/27488/24731 2340/27489/24732 2339/27490/24733</w:t>
        <w:br/>
        <w:t>f 2338/27491/24731 2341/27488/24731 2339/27490/24733</w:t>
        <w:br/>
        <w:t>f 2345/27492/24734 2344/27493/24735 2343/27494/24736</w:t>
        <w:br/>
        <w:t>f 2342/27495/24737 2345/27492/24734 2343/27494/24736</w:t>
        <w:br/>
        <w:t>f 2347/27496/24738 2345/27492/24734 2342/27495/24737</w:t>
        <w:br/>
        <w:t>f 2346/27497/24739 2347/27496/24738 2342/27495/24737</w:t>
        <w:br/>
        <w:t>f 2348/27498/24740 2344/27493/24735 2345/27492/24734</w:t>
        <w:br/>
        <w:t>f 2314/27464/24708 2308/27457/24700 2346/27497/24739</w:t>
        <w:br/>
        <w:t>f 2342/27495/24737 2314/27464/24708 2346/27497/24739</w:t>
        <w:br/>
        <w:t>f 2342/27495/24737 2343/27494/24736 2262/27412/24661</w:t>
        <w:br/>
        <w:t>f 2314/27464/24708 2342/27495/24737 2262/27412/24661</w:t>
        <w:br/>
        <w:t>f 2347/27496/24738 2349/27499/24741 2345/27492/24734</w:t>
        <w:br/>
        <w:t>f 2350/27500/24742 2339/27490/24733 2340/27489/24732</w:t>
        <w:br/>
        <w:t>f 2331/27480/24723 2341/27488/24731 2338/27491/24731</w:t>
        <w:br/>
        <w:t>f 2335/27483/24726 2331/27480/24723 2338/27491/24731</w:t>
        <w:br/>
        <w:t>f 2254/27405/24654 2256/27407/24656 2266/27416/24664</w:t>
        <w:br/>
        <w:t>f 2354/27501/24743 2353/27502/24744 2352/27503/24745</w:t>
        <w:br/>
        <w:t>f 2351/27504/24746 2354/27501/24743 2352/27503/24745</w:t>
        <w:br/>
        <w:t>f 2356/27505/24747 2353/27502/24744 2354/27501/24743</w:t>
        <w:br/>
        <w:t>f 2355/27506/24748 2356/27505/24747 2354/27501/24743</w:t>
        <w:br/>
        <w:t>f 2360/27507/24749 2359/27508/24750 2358/27509/24750</w:t>
        <w:br/>
        <w:t>f 2357/27510/24751 2360/27507/24749 2358/27509/24750</w:t>
        <w:br/>
        <w:t>f 2353/27502/24744 2356/27505/24747 2275/27425/24673</w:t>
        <w:br/>
        <w:t>f 2272/27424/24672 2353/27502/24744 2275/27425/24673</w:t>
        <w:br/>
        <w:t>f 2355/27506/24748 2354/27501/24743 2361/27511/24752</w:t>
        <w:br/>
        <w:t>f 2352/27503/24745 2353/27502/24744 2272/27424/24672</w:t>
        <w:br/>
        <w:t>f 2309/27459/24702 2352/27503/24745 2272/27424/24672</w:t>
        <w:br/>
        <w:t>f 2361/27511/24752 2354/27501/24743 2351/27504/24746</w:t>
        <w:br/>
        <w:t>f 2362/27512/24753 2358/27509/24750 2359/27508/24750</w:t>
        <w:br/>
        <w:t>f 2357/27510/24751 2298/27446/24692 2296/27448/24694</w:t>
        <w:br/>
        <w:t>f 2360/27507/24749 2357/27510/24751 2296/27448/24694</w:t>
        <w:br/>
        <w:t>f 2365/27513/24754 2364/27514/24714 2363/27515/24755</w:t>
        <w:br/>
        <w:t>f 2265/27414/24662 2313/27462/24706 2264/27415/24663</w:t>
        <w:br/>
        <w:t>f 2365/27513/24754 2363/27515/24755 2366/27516/24711</w:t>
        <w:br/>
        <w:t>f 2255/27404/24653 2256/27407/24656 2254/27405/24654</w:t>
        <w:br/>
        <w:t>f 2370/27517/24756 2369/27518/24757 2368/27519/24758</w:t>
        <w:br/>
        <w:t>f 2367/27520/24759 2370/27517/24756 2368/27519/24758</w:t>
        <w:br/>
        <w:t>f 2369/27518/24757 2372/27521/24760 2371/27522/24761</w:t>
        <w:br/>
        <w:t>f 2368/27519/24758 2369/27518/24757 2371/27522/24761</w:t>
        <w:br/>
        <w:t>f 2374/27523/24762 2370/27517/24756 2367/27520/24759</w:t>
        <w:br/>
        <w:t>f 2373/27524/24762 2374/27523/24762 2367/27520/24759</w:t>
        <w:br/>
        <w:t>f 2372/27521/24760 2375/27525/24763 2371/27522/24761</w:t>
        <w:br/>
        <w:t>f 2375/27525/24763 2378/27526/24764 2377/27527/24765</w:t>
        <w:br/>
        <w:t>f 2376/27528/24766 2375/27525/24763 2377/27527/24765</w:t>
        <w:br/>
        <w:t>f 2376/27528/24766 2380/27529/24767 2379/27530/24768</w:t>
        <w:br/>
        <w:t>f 2382/27531/24769 2374/27523/24762 2373/27524/24762</w:t>
        <w:br/>
        <w:t>f 2381/27532/24770 2382/27531/24769 2373/27524/24762</w:t>
        <w:br/>
        <w:t>f 2380/27529/24767 2383/27533/24771 2379/27530/24768</w:t>
        <w:br/>
        <w:t>f 2386/27534/24772 2385/27535/24772 2384/27536/24773</w:t>
        <w:br/>
        <w:t>f 2369/27518/24757 2386/27534/24772 2384/27536/24773</w:t>
        <w:br/>
        <w:t>f 2383/27533/24771 2388/27537/24774 2387/27538/24775</w:t>
        <w:br/>
        <w:t>f 2388/27537/24774 2380/27529/24767 2389/27539/24776</w:t>
        <w:br/>
        <w:t>f 2390/27540/24777 2389/27539/24776 2377/27527/24765</w:t>
        <w:br/>
        <w:t>f 2391/27541/24778 2377/27527/24765 2378/27526/24764</w:t>
        <w:br/>
        <w:t>f 2394/27542/24779 2393/27543/24780 2392/27544/24781</w:t>
        <w:br/>
        <w:t>f 2397/27545/24782 2396/27546/24783 2395/27547/24784</w:t>
        <w:br/>
        <w:t>f 2398/27548/24785 2396/27546/24783 2397/27545/24782</w:t>
        <w:br/>
        <w:t>f 2383/27533/24771 2380/27529/24767 2388/27537/24774</w:t>
        <w:br/>
        <w:t>f 2400/27549/24786 2399/27550/24787 2398/27548/24785</w:t>
        <w:br/>
        <w:t>f 2397/27545/24782 2400/27549/24786 2398/27548/24785</w:t>
        <w:br/>
        <w:t>f 2402/27551/24788 2401/27552/24788 2399/27550/24787</w:t>
        <w:br/>
        <w:t>f 2400/27549/24786 2402/27551/24788 2399/27550/24787</w:t>
        <w:br/>
        <w:t>f 2402/27551/24788 2404/27553/24789 2403/27554/24790</w:t>
        <w:br/>
        <w:t>f 2401/27552/24788 2402/27551/24788 2403/27554/24790</w:t>
        <w:br/>
        <w:t>f 2404/27553/24789 2406/27555/24791 2405/27556/24791</w:t>
        <w:br/>
        <w:t>f 2403/27554/24790 2404/27553/24789 2405/27556/24791</w:t>
        <w:br/>
        <w:t>f 2395/27547/24784 2408/27557/24792 2393/27543/24780</w:t>
        <w:br/>
        <w:t>f 2407/27558/24793 2395/27547/24784 2393/27543/24780</w:t>
        <w:br/>
        <w:t>f 2411/27559/24794 2410/27560/24794 2409/27561/24795</w:t>
        <w:br/>
        <w:t>f 2414/27562/24796 2413/27563/24797 2412/27564/24798</w:t>
        <w:br/>
        <w:t>f 2416/27565/24799 2415/27566/24800 2412/27564/24798</w:t>
        <w:br/>
        <w:t>f 2413/27563/24797 2416/27565/24799 2412/27564/24798</w:t>
        <w:br/>
        <w:t>f 2416/27565/24799 2418/27567/24801 2417/27568/24802</w:t>
        <w:br/>
        <w:t>f 2415/27566/24800 2416/27565/24799 2417/27568/24802</w:t>
        <w:br/>
        <w:t>f 2421/27569/24803 2420/27570/24804 2419/27571/24805</w:t>
        <w:br/>
        <w:t>f 2397/27545/24806 2423/27572/24807 2422/27573/24808</w:t>
        <w:br/>
        <w:t>f 2427/27574/24809 2426/27575/24810 2425/27576/24810</w:t>
        <w:br/>
        <w:t>f 2424/27577/24809 2427/27574/24809 2425/27576/24810</w:t>
        <w:br/>
        <w:t>f 2429/27578/24811 2425/27576/24810 2426/27575/24810</w:t>
        <w:br/>
        <w:t>f 2428/27579/24812 2429/27578/24811 2426/27575/24810</w:t>
        <w:br/>
        <w:t>f 2410/27560/24794 2411/27559/24794 2429/27578/24811</w:t>
        <w:br/>
        <w:t>f 2428/27579/24812 2410/27560/24794 2429/27578/24811</w:t>
        <w:br/>
        <w:t>f 2431/27580/24813 2378/27526/24764 2430/27581/24814</w:t>
        <w:br/>
        <w:t>f 2432/27582/24815 2408/27557/24792 2395/27547/24784</w:t>
        <w:br/>
        <w:t>f 2396/27546/24783 2432/27582/24815 2395/27547/24784</w:t>
        <w:br/>
        <w:t>f 2433/27583/24816 2405/27556/24791 2406/27555/24791</w:t>
        <w:br/>
        <w:t>f 2394/27542/24779 2392/27544/24781 2385/27535/24772</w:t>
        <w:br/>
        <w:t>f 2386/27534/24772 2394/27542/24779 2385/27535/24772</w:t>
        <w:br/>
        <w:t>f 2381/27532/24770 2422/27573/24817 2395/27547/24818</w:t>
        <w:br/>
        <w:t>f 2382/27531/24769 2381/27532/24770 2395/27547/24818</w:t>
        <w:br/>
        <w:t>f 2424/27577/24809 2434/27584/24819 2422/27573/24817</w:t>
        <w:br/>
        <w:t>f 2427/27574/24809 2424/27577/24809 2422/27573/24817</w:t>
        <w:br/>
        <w:t>f 2389/27539/24776 2436/27585/24820 2435/27586/24821</w:t>
        <w:br/>
        <w:t>f 2388/27537/24774 2389/27539/24776 2435/27586/24821</w:t>
        <w:br/>
        <w:t>f 2390/27540/24777 2436/27585/24820 2389/27539/24776</w:t>
        <w:br/>
        <w:t>f 2437/27587/24822 2372/27521/24760 2384/27536/24773</w:t>
        <w:br/>
        <w:t>f 2440/27588/24823 2439/27589/24823 2438/27590/24824</w:t>
        <w:br/>
        <w:t>f 2431/27580/24825 2372/27521/24760 2437/27587/24822</w:t>
        <w:br/>
        <w:t>f 2393/27543/24780 2394/27542/24779 2407/27558/24793</w:t>
        <w:br/>
        <w:t>f 2443/27591/24826 2442/27592/24827 2441/27593/24828</w:t>
        <w:br/>
        <w:t>f 2447/27594/24829 2446/27595/24830 2445/27596/24831</w:t>
        <w:br/>
        <w:t>f 2444/27597/24832 2447/27594/24829 2445/27596/24831</w:t>
        <w:br/>
        <w:t>f 2391/27541/24778 2378/27526/24764 2431/27580/24813</w:t>
        <w:br/>
        <w:t>f 2390/27540/24777 2377/27527/24765 2391/27541/24778</w:t>
        <w:br/>
        <w:t>f 2419/27571/24805 2449/27598/24833 2448/27599/24834</w:t>
        <w:br/>
        <w:t>f 2448/27599/24834 2449/27598/24833 2451/27600/24835</w:t>
        <w:br/>
        <w:t>f 2450/27601/24836 2448/27599/24834 2451/27600/24835</w:t>
        <w:br/>
        <w:t>f 2455/27602/24837 2454/27603/24838 2453/27604/24839</w:t>
        <w:br/>
        <w:t>f 2452/27605/24840 2455/27602/24837 2453/27604/24839</w:t>
        <w:br/>
        <w:t>f 2458/27606/24841 2457/27607/24842 2456/27608/24843</w:t>
        <w:br/>
        <w:t>f 2452/27605/24840 2459/27609/24844 2458/27606/24841</w:t>
        <w:br/>
        <w:t>f 2445/27596/24831 2446/27595/24830 2456/27608/24843</w:t>
        <w:br/>
        <w:t>f 2457/27607/24842 2445/27596/24831 2456/27608/24843</w:t>
        <w:br/>
        <w:t>f 2454/27603/24838 2455/27602/24837 2450/27601/24836</w:t>
        <w:br/>
        <w:t>f 2451/27600/24835 2454/27603/24838 2450/27601/24836</w:t>
        <w:br/>
        <w:t>f 2453/27604/24839 2459/27609/24844 2452/27605/24840</w:t>
        <w:br/>
        <w:t>f 2459/27609/24844 2457/27607/24842 2458/27606/24841</w:t>
        <w:br/>
        <w:t>f 2442/27592/24827 2444/27597/24832 2441/27593/24828</w:t>
        <w:br/>
        <w:t>f 2447/27594/24829 2444/27597/24832 2442/27592/24827</w:t>
        <w:br/>
        <w:t>f 2384/27536/24773 2372/27521/24760 2369/27518/24757</w:t>
        <w:br/>
        <w:t>f 2460/27610/24845 2449/27598/24833 2419/27571/24805</w:t>
        <w:br/>
        <w:t>f 2418/27567/24801 2438/27590/24846 2420/27570/24804</w:t>
        <w:br/>
        <w:t>f 2417/27568/24802 2418/27567/24801 2420/27570/24804</w:t>
        <w:br/>
        <w:t>f 2464/27611/24847 2463/27612/24848 2462/27613/24849</w:t>
        <w:br/>
        <w:t>f 2461/27614/24850 2464/27611/24847 2462/27613/24849</w:t>
        <w:br/>
        <w:t>f 2468/27615/24851 2467/27616/24852 2466/27617/24853</w:t>
        <w:br/>
        <w:t>f 2465/27618/24854 2468/27615/24851 2466/27617/24853</w:t>
        <w:br/>
        <w:t>f 2470/27619/24855 2469/27620/24856 2467/27616/24852</w:t>
        <w:br/>
        <w:t>f 2468/27615/24851 2470/27619/24855 2467/27616/24852</w:t>
        <w:br/>
        <w:t>f 2471/27621/24857 2468/27615/24851 2465/27618/24854</w:t>
        <w:br/>
        <w:t>f 2437/27587/24822 2467/27616/24852 2469/27620/24856</w:t>
        <w:br/>
        <w:t>f 2431/27580/24825 2437/27587/24822 2469/27620/24856</w:t>
        <w:br/>
        <w:t>f 2467/27616/24852 2437/27587/24822 2384/27536/24773</w:t>
        <w:br/>
        <w:t>f 2466/27617/24853 2467/27616/24852 2384/27536/24773</w:t>
        <w:br/>
        <w:t>f 2470/27619/24855 2468/27615/24851 2472/27622/24858</w:t>
        <w:br/>
        <w:t>f 2473/27623/24859 2461/27614/24850 2462/27613/24849</w:t>
        <w:br/>
        <w:t>f 2452/27605/24840 2458/27606/24841 2463/27612/24848</w:t>
        <w:br/>
        <w:t>f 2464/27611/24847 2452/27605/24840 2463/27612/24848</w:t>
        <w:br/>
        <w:t>f 2377/27527/24765 2389/27539/24776 2380/27529/24767</w:t>
        <w:br/>
        <w:t>f 2477/27624/24860 2476/27625/24861 2475/27626/24862</w:t>
        <w:br/>
        <w:t>f 2474/27627/24863 2477/27624/24860 2475/27626/24862</w:t>
        <w:br/>
        <w:t>f 2479/27628/24864 2478/27629/24865 2477/27624/24860</w:t>
        <w:br/>
        <w:t>f 2474/27627/24863 2479/27628/24864 2477/27624/24860</w:t>
        <w:br/>
        <w:t>f 2483/27630/24866 2482/27631/24867 2481/27632/24868</w:t>
        <w:br/>
        <w:t>f 2480/27633/24869 2483/27630/24866 2481/27632/24868</w:t>
        <w:br/>
        <w:t>f 2474/27627/24863 2396/27546/24783 2398/27548/24785</w:t>
        <w:br/>
        <w:t>f 2479/27628/24864 2474/27627/24863 2398/27548/24785</w:t>
        <w:br/>
        <w:t>f 2478/27629/24865 2484/27634/24870 2477/27624/24860</w:t>
        <w:br/>
        <w:t>f 2475/27626/24862 2432/27582/24815 2396/27546/24783</w:t>
        <w:br/>
        <w:t>f 2474/27627/24863 2475/27626/24862 2396/27546/24783</w:t>
        <w:br/>
        <w:t>f 2484/27634/24870 2476/27625/24861 2477/27624/24860</w:t>
        <w:br/>
        <w:t>f 2485/27635/24871 2480/27633/24869 2481/27632/24868</w:t>
        <w:br/>
        <w:t>f 2482/27631/24867 2483/27630/24866 2420/27570/24804</w:t>
        <w:br/>
        <w:t>f 2421/27569/24803 2482/27631/24867 2420/27570/24804</w:t>
        <w:br/>
        <w:t>f 2488/27636/24872 2487/27637/24873 2486/27638/24874</w:t>
        <w:br/>
        <w:t>f 2387/27538/24775 2388/27537/24774 2435/27586/24821</w:t>
        <w:br/>
        <w:t>f 2488/27636/24872 2489/27639/24875 2487/27637/24873</w:t>
        <w:br/>
        <w:t>f 2376/27528/24766 2377/27527/24765 2380/27529/24767</w:t>
        <w:br/>
        <w:t>f 2372/27521/24760 2378/27526/24764 2375/27525/24763</w:t>
        <w:br/>
        <w:t>f 2492/27640/24876 2491/27641/24716 2490/27642/24715</w:t>
        <w:br/>
        <w:t>f 2493/27643/24877 2492/27640/24876 2490/27642/24715</w:t>
        <w:br/>
        <w:t>f 2491/27641/24716 2492/27640/24876 2495/27644/24878</w:t>
        <w:br/>
        <w:t>f 2494/27645/24728 2491/27641/24716 2495/27644/24878</w:t>
        <w:br/>
        <w:t>f 2493/27643/24877 2490/27642/24715 2496/27646/24712</w:t>
        <w:br/>
        <w:t>f 2494/27645/24728 2495/27644/24878 2498/27647/24879</w:t>
        <w:br/>
        <w:t>f 2497/27648/24729 2494/27645/24728 2498/27647/24879</w:t>
        <w:br/>
        <w:t>f 2497/27648/24729 2500/27649/24880 2499/27650/24881</w:t>
        <w:br/>
        <w:t>f 2503/27651/24882 2502/27652/24883 2501/27653/24884</w:t>
        <w:br/>
        <w:t>f 2500/27649/24880 2503/27651/24882 2501/27653/24884</w:t>
        <w:br/>
        <w:t>f 2502/27652/24883 2505/27654/24885 2504/27655/24719</w:t>
        <w:br/>
        <w:t>f 2501/27653/24884 2502/27652/24883 2504/27655/24719</w:t>
        <w:br/>
        <w:t>f 2508/27656/24886 2507/27657/24887 2506/27658/24688</w:t>
        <w:br/>
        <w:t>f 2509/27659/24888 2508/27656/24886 2506/27658/24688</w:t>
        <w:br/>
        <w:t>f 2507/27657/24887 2511/27660/24889 2510/27661/24687</w:t>
        <w:br/>
        <w:t>f 2506/27658/24688 2507/27657/24887 2510/27661/24687</w:t>
        <w:br/>
        <w:t>f 2511/27660/24889 2513/27662/24890 2512/27663/24685</w:t>
        <w:br/>
        <w:t>f 2510/27661/24687 2511/27660/24889 2512/27663/24685</w:t>
        <w:br/>
        <w:t>f 2512/27663/24685 2513/27662/24890 2514/27664/24891</w:t>
        <w:br/>
        <w:t>f 2515/27665/24892 2508/27656/24886 2509/27659/24888</w:t>
        <w:br/>
        <w:t>f 2516/27666/24710 2515/27665/24892 2509/27659/24888</w:t>
        <w:br/>
        <w:t>f 2505/27654/24885 2515/27665/24892 2516/27666/24710</w:t>
        <w:br/>
        <w:t>f 2504/27655/24719 2505/27654/24885 2516/27666/24710</w:t>
        <w:br/>
        <w:t>f 2519/27667/24832 2518/27668/24893 2517/27669/24894</w:t>
        <w:br/>
        <w:t>f 2520/27670/24895 2519/27667/24832 2517/27669/24894</w:t>
        <w:br/>
        <w:t>f 2518/27668/24893 2522/27671/24896 2521/27672/24897</w:t>
        <w:br/>
        <w:t>f 2517/27669/24894 2518/27668/24893 2521/27672/24897</w:t>
        <w:br/>
        <w:t>f 2520/27670/24895 2523/27673/24898 2519/27667/24832</w:t>
        <w:br/>
        <w:t>f 2522/27671/24896 2525/27674/24899 2524/27675/24900</w:t>
        <w:br/>
        <w:t>f 2521/27672/24897 2522/27671/24896 2524/27675/24900</w:t>
        <w:br/>
        <w:t>f 2525/27674/24899 2526/27676/24901 2524/27675/24900</w:t>
        <w:br/>
        <w:t>f 2529/27677/24902 2528/27678/24903 2527/27679/24904</w:t>
        <w:br/>
        <w:t>f 2530/27680/24905 2529/27677/24902 2527/27679/24904</w:t>
        <w:br/>
        <w:t>f 2532/27681/24833 2531/27682/24906 2528/27678/24903</w:t>
        <w:br/>
        <w:t>f 2529/27677/24902 2532/27681/24833 2528/27678/24903</w:t>
        <w:br/>
        <w:t>f 2535/27683/24799 2534/27684/24907 2533/27685/24908</w:t>
        <w:br/>
        <w:t>f 2536/27686/24801 2535/27683/24799 2533/27685/24908</w:t>
        <w:br/>
        <w:t>f 2538/27687/24909 2537/27688/24910 2534/27684/24907</w:t>
        <w:br/>
        <w:t>f 2535/27683/24799 2538/27687/24909 2534/27684/24907</w:t>
        <w:br/>
        <w:t>f 2540/27689/24796 2539/27690/24911 2537/27688/24910</w:t>
        <w:br/>
        <w:t>f 2538/27687/24909 2540/27689/24796 2537/27688/24910</w:t>
        <w:br/>
        <w:t>f 2540/27689/24796 2541/27691/24912 2539/27690/24911</w:t>
        <w:br/>
        <w:t>f 2536/27686/24801 2533/27685/24908 2542/27692/24913</w:t>
        <w:br/>
        <w:t>f 2543/27693/24846 2536/27686/24801 2542/27692/24913</w:t>
        <w:br/>
        <w:t>f 2543/27693/24846 2542/27692/24913 2531/27682/24906</w:t>
        <w:br/>
        <w:t>f 2532/27681/24833 2543/27693/24846 2531/27682/24906</w:t>
        <w:br/>
        <w:t>f 2497/27648/24729 2498/27647/24879 2544/27694/24914</w:t>
        <w:br/>
        <w:t>f 2544/27694/24914 2503/27651/24882 2500/27649/24880</w:t>
        <w:br/>
        <w:t>f 2497/27648/24729 2544/27694/24914 2500/27649/24880</w:t>
        <w:br/>
        <w:t>f 2525/27674/24899 2545/27695/24915 2530/27680/24905</w:t>
        <w:br/>
        <w:t>f 2530/27680/24905 2527/27679/24904 2526/27676/24901</w:t>
        <w:br/>
        <w:t>f 2525/27674/24899 2530/27680/24905 2526/27676/24901</w:t>
        <w:br/>
        <w:t>f 230/27696/24916 229/27697/24917 228/27698/24918</w:t>
        <w:br/>
        <w:t>f 229/27697/24917 230/27696/24916 231/27699/24919</w:t>
        <w:br/>
        <w:t>f 229/27697/24917 232/27700/24920 228/27698/24918</w:t>
        <w:br/>
        <w:t>f 229/27697/24917 231/27699/24919 233/27701/24921</w:t>
        <w:br/>
        <w:t>f 234/27702/24922 233/27701/24921 231/27699/24919</w:t>
        <w:br/>
        <w:t>f 234/27702/24922 235/27703/24923 233/27701/24921</w:t>
        <w:br/>
        <w:t>f 232/27700/24920 229/27697/24917 236/27704/24924</w:t>
        <w:br/>
        <w:t>f 232/27700/24920 236/27704/24924 237/27705/24925</w:t>
        <w:br/>
        <w:t>f 235/27703/24923 238/27706/24926 233/27701/24921</w:t>
        <w:br/>
        <w:t>f 239/27707/24927 238/27706/24926 235/27703/24923</w:t>
        <w:br/>
        <w:t>f 233/27701/24921 240/27708/24928 229/27697/24917</w:t>
        <w:br/>
        <w:t>f 238/27706/24926 240/27708/24928 233/27701/24921</w:t>
        <w:br/>
        <w:t>f 229/27697/24917 240/27708/24928 236/27704/24924</w:t>
        <w:br/>
        <w:t>f 239/27707/24927 241/27709/24929 238/27706/24926</w:t>
        <w:br/>
        <w:t>f 241/27709/24929 240/27708/24928 238/27706/24926</w:t>
        <w:br/>
        <w:t>f 241/27709/24929 239/27707/24927 242/27710/24930</w:t>
        <w:br/>
        <w:t>f 243/27711/24931 237/27705/24925 236/27704/24924</w:t>
        <w:br/>
        <w:t>f 236/27704/24924 240/27708/24928 243/27711/24931</w:t>
        <w:br/>
        <w:t>f 237/27705/24925 243/27711/24931 244/27712/24932</w:t>
        <w:br/>
        <w:t>f 242/27710/24930 245/27713/24933 241/27709/24929</w:t>
        <w:br/>
        <w:t>f 245/27713/24933 240/27708/24928 241/27709/24929</w:t>
        <w:br/>
        <w:t>f 245/27713/24933 242/27710/24930 246/27714/24934</w:t>
        <w:br/>
        <w:t>f 247/27715/24935 245/27713/24933 246/27714/24934</w:t>
        <w:br/>
        <w:t>f 248/27716/24936 244/27712/24932 243/27711/24931</w:t>
        <w:br/>
        <w:t>f 243/27711/24931 240/27708/24928 248/27716/24936</w:t>
        <w:br/>
        <w:t>f 244/27712/24932 248/27716/24936 249/27717/24937</w:t>
        <w:br/>
        <w:t>f 249/27717/24937 248/27716/24936 250/27718/24938</w:t>
        <w:br/>
        <w:t>f 247/27715/24935 251/27719/24939 245/27713/24933</w:t>
        <w:br/>
        <w:t>f 251/27719/24939 240/27708/24928 245/27713/24933</w:t>
        <w:br/>
        <w:t>f 251/27719/24939 247/27715/24935 252/27720/24940</w:t>
        <w:br/>
        <w:t>f 253/27721/24941 251/27719/24939 252/27720/24940</w:t>
        <w:br/>
        <w:t>f 248/27716/24936 240/27708/24928 254/27722/24942</w:t>
        <w:br/>
        <w:t>f 254/27722/24942 240/27708/24928 251/27719/24939</w:t>
        <w:br/>
        <w:t>f 254/27722/24942 250/27718/24938 248/27716/24936</w:t>
        <w:br/>
        <w:t>f 253/27721/24941 254/27722/24942 251/27719/24939</w:t>
        <w:br/>
        <w:t>f 254/27722/24942 255/27723/24943 250/27718/24938</w:t>
        <w:br/>
        <w:t>f 254/27722/24942 253/27721/24941 256/27724/24944</w:t>
        <w:br/>
        <w:t>f 255/27723/24943 254/27722/24942 256/27724/24944</w:t>
        <w:br/>
        <w:t>f 259/27725/24945 258/27726/24946 257/27727/24947</w:t>
        <w:br/>
        <w:t>f 258/27726/24946 259/27725/24945 260/27728/24948</w:t>
        <w:br/>
        <w:t>f 258/27726/24946 261/27729/24949 257/27727/24947</w:t>
        <w:br/>
        <w:t>f 258/27726/24946 260/27728/24948 262/27730/24950</w:t>
        <w:br/>
        <w:t>f 263/27731/24951 262/27730/24950 260/27728/24948</w:t>
        <w:br/>
        <w:t>f 263/27731/24951 264/27732/24952 262/27730/24950</w:t>
        <w:br/>
        <w:t>f 261/27729/24949 258/27726/24946 265/27733/24953</w:t>
        <w:br/>
        <w:t>f 261/27729/24949 265/27733/24953 266/27734/24954</w:t>
        <w:br/>
        <w:t>f 264/27732/24952 267/27735/24955 262/27730/24950</w:t>
        <w:br/>
        <w:t>f 268/27736/24956 267/27735/24955 264/27732/24952</w:t>
        <w:br/>
        <w:t>f 262/27730/24950 269/27737/24957 258/27726/24946</w:t>
        <w:br/>
        <w:t>f 267/27735/24955 269/27737/24957 262/27730/24950</w:t>
        <w:br/>
        <w:t>f 258/27726/24946 269/27737/24957 265/27733/24953</w:t>
        <w:br/>
        <w:t>f 268/27736/24956 270/27738/24958 267/27735/24955</w:t>
        <w:br/>
        <w:t>f 270/27738/24958 269/27737/24957 267/27735/24955</w:t>
        <w:br/>
        <w:t>f 270/27738/24958 268/27736/24956 271/27739/24959</w:t>
        <w:br/>
        <w:t>f 272/27740/24960 266/27734/24954 265/27733/24953</w:t>
        <w:br/>
        <w:t>f 265/27733/24953 269/27737/24957 272/27740/24960</w:t>
        <w:br/>
        <w:t>f 266/27734/24954 272/27740/24960 273/27741/24961</w:t>
        <w:br/>
        <w:t>f 271/27739/24959 274/27742/24962 270/27738/24958</w:t>
        <w:br/>
        <w:t>f 274/27742/24962 269/27737/24957 270/27738/24958</w:t>
        <w:br/>
        <w:t>f 274/27742/24962 271/27739/24959 275/27743/24963</w:t>
        <w:br/>
        <w:t>f 276/27744/24964 274/27742/24962 275/27743/24963</w:t>
        <w:br/>
        <w:t>f 277/27745/24965 273/27741/24961 272/27740/24960</w:t>
        <w:br/>
        <w:t>f 272/27740/24960 269/27737/24957 277/27745/24965</w:t>
        <w:br/>
        <w:t>f 273/27741/24961 277/27745/24965 278/27746/24966</w:t>
        <w:br/>
        <w:t>f 278/27746/24966 277/27745/24965 279/27747/24967</w:t>
        <w:br/>
        <w:t>f 276/27744/24964 280/27748/24968 274/27742/24962</w:t>
        <w:br/>
        <w:t>f 280/27748/24968 269/27737/24957 274/27742/24962</w:t>
        <w:br/>
        <w:t>f 280/27748/24968 276/27744/24964 281/27749/24969</w:t>
        <w:br/>
        <w:t>f 282/27750/24970 280/27748/24968 281/27749/24969</w:t>
        <w:br/>
        <w:t>f 277/27745/24965 269/27737/24957 283/27751/24971</w:t>
        <w:br/>
        <w:t>f 283/27751/24971 269/27737/24957 280/27748/24968</w:t>
        <w:br/>
        <w:t>f 283/27751/24971 279/27747/24967 277/27745/24965</w:t>
        <w:br/>
        <w:t>f 282/27750/24970 283/27751/24971 280/27748/24968</w:t>
        <w:br/>
        <w:t>f 283/27751/24971 284/27752/24972 279/27747/24967</w:t>
        <w:br/>
        <w:t>f 283/27751/24971 282/27750/24970 285/27753/24973</w:t>
        <w:br/>
        <w:t>f 284/27752/24972 283/27751/24971 285/27753/24973</w:t>
        <w:br/>
        <w:t>f 289/27754/24974 288/27755/24974 287/27756/24975</w:t>
        <w:br/>
        <w:t>f 286/27757/24975 289/27754/24974 287/27756/24975</w:t>
        <w:br/>
        <w:t>f 293/27758/24976 292/27759/24976 291/27760/24977</w:t>
        <w:br/>
        <w:t>f 290/27761/24978 293/27758/24976 291/27760/24977</w:t>
        <w:br/>
        <w:t>f 286/27757/24975 287/27756/24975 295/27762/24979</w:t>
        <w:br/>
        <w:t>f 294/27763/24979 286/27757/24975 295/27762/24979</w:t>
        <w:br/>
        <w:t>f 299/27764/24980 298/27765/24981 297/27766/24982</w:t>
        <w:br/>
        <w:t>f 296/27767/24983 299/27764/24980 297/27766/24982</w:t>
        <w:br/>
        <w:t>f 301/27768/24984 299/27764/24980 296/27767/24983</w:t>
        <w:br/>
        <w:t>f 300/27769/24985 301/27768/24984 296/27767/24983</w:t>
        <w:br/>
        <w:t>f 303/27770/24986 297/27766/24982 298/27765/24981</w:t>
        <w:br/>
        <w:t>f 302/27771/24987 303/27770/24986 298/27765/24981</w:t>
        <w:br/>
        <w:t>f 290/27761/24978 291/27760/24977 305/27772/24988</w:t>
        <w:br/>
        <w:t>f 304/27773/24988 290/27761/24978 305/27772/24988</w:t>
        <w:br/>
        <w:t>f 307/27774/24989 301/27768/24984 300/27769/24985</w:t>
        <w:br/>
        <w:t>f 306/27775/24990 307/27774/24989 300/27769/24985</w:t>
        <w:br/>
        <w:t>f 304/27773/24988 305/27772/24988 309/27776/24991</w:t>
        <w:br/>
        <w:t>f 308/27777/24992 304/27773/24988 309/27776/24991</w:t>
        <w:br/>
        <w:t>f 311/27778/24993 310/27779/24994 303/27770/24986</w:t>
        <w:br/>
        <w:t>f 302/27771/24987 311/27778/24993 303/27770/24986</w:t>
        <w:br/>
        <w:t>f 313/27780/24995 312/27781/24996 310/27779/24994</w:t>
        <w:br/>
        <w:t>f 311/27778/24993 313/27780/24995 310/27779/24994</w:t>
        <w:br/>
        <w:t>f 315/27782/24997 314/27783/24997 308/27777/24992</w:t>
        <w:br/>
        <w:t>f 309/27776/24991 315/27782/24997 308/27777/24992</w:t>
        <w:br/>
        <w:t>f 317/27784/24998 316/27785/24999 312/27781/24996</w:t>
        <w:br/>
        <w:t>f 313/27780/24995 317/27784/24998 312/27781/24996</w:t>
        <w:br/>
        <w:t>f 315/27782/24997 319/27786/25000 318/27787/25000</w:t>
        <w:br/>
        <w:t>f 314/27783/24997 315/27782/24997 318/27787/25000</w:t>
        <w:br/>
        <w:t>f 321/27788/25001 320/27789/25002 316/27785/24999</w:t>
        <w:br/>
        <w:t>f 317/27784/24998 321/27788/25001 316/27785/24999</w:t>
        <w:br/>
        <w:t>f 323/27790/25003 307/27774/24989 306/27775/24990</w:t>
        <w:br/>
        <w:t>f 322/27791/25004 323/27790/25003 306/27775/24990</w:t>
        <w:br/>
        <w:t>f 310/27779/24994 324/27792/25005 303/27770/24986</w:t>
        <w:br/>
        <w:t>f 297/27766/24982 303/27770/24986 324/27792/25005</w:t>
        <w:br/>
        <w:t>f 316/27785/24999 320/27789/25002 324/27792/25005</w:t>
        <w:br/>
        <w:t>f 296/27767/24983 324/27792/25005 300/27769/24985</w:t>
        <w:br/>
        <w:t>f 300/27769/24985 324/27792/25005 306/27775/24990</w:t>
        <w:br/>
        <w:t>f 324/27792/25005 320/27789/25002 325/27793/25006</w:t>
        <w:br/>
        <w:t>f 294/27763/24979 295/27762/24979 327/27794/25007</w:t>
        <w:br/>
        <w:t>f 326/27795/25008 294/27763/24979 327/27794/25007</w:t>
        <w:br/>
        <w:t>f 326/27795/25008 327/27794/25007 329/27796/25009</w:t>
        <w:br/>
        <w:t>f 328/27797/25010 326/27795/25008 329/27796/25009</w:t>
        <w:br/>
        <w:t>f 323/27790/25003 322/27791/25004 331/27798/25011</w:t>
        <w:br/>
        <w:t>f 330/27799/25012 323/27790/25003 331/27798/25011</w:t>
        <w:br/>
        <w:t>f 333/27800/25013 332/27801/25013 328/27797/25010</w:t>
        <w:br/>
        <w:t>f 329/27796/25009 333/27800/25013 328/27797/25010</w:t>
        <w:br/>
        <w:t>f 335/27802/25014 334/27803/25014 332/27801/25013</w:t>
        <w:br/>
        <w:t>f 333/27800/25013 335/27802/25014 332/27801/25013</w:t>
        <w:br/>
        <w:t>f 337/27804/25015 336/27805/25015 334/27803/25014</w:t>
        <w:br/>
        <w:t>f 335/27802/25014 337/27804/25015 334/27803/25014</w:t>
        <w:br/>
        <w:t>f 330/27799/25012 331/27798/25011 339/27806/25016</w:t>
        <w:br/>
        <w:t>f 338/27807/25017 330/27799/25012 339/27806/25016</w:t>
        <w:br/>
        <w:t>f 338/27807/25017 339/27806/25016 341/27808/25018</w:t>
        <w:br/>
        <w:t>f 340/27809/25019 338/27807/25017 341/27808/25018</w:t>
        <w:br/>
        <w:t>f 340/27809/25019 341/27808/25018 343/27810/25020</w:t>
        <w:br/>
        <w:t>f 342/27811/25021 340/27809/25019 343/27810/25020</w:t>
        <w:br/>
        <w:t>f 347/27812/25022 346/27813/25023 345/27814/25024</w:t>
        <w:br/>
        <w:t>f 344/27815/25025 347/27812/25022 345/27814/25024</w:t>
        <w:br/>
        <w:t>f 339/27806/25016 331/27798/25011 324/27792/25005</w:t>
        <w:br/>
        <w:t>f 348/27816/25026 324/27792/25005 325/27793/25006</w:t>
        <w:br/>
        <w:t>f 347/27812/25022 349/27817/25027 324/27792/25005</w:t>
        <w:br/>
        <w:t>f 324/27792/25005 350/27818/25028 346/27813/25023</w:t>
        <w:br/>
        <w:t>f 349/27817/25027 351/27819/25029 342/27811/25021</w:t>
        <w:br/>
        <w:t>f 343/27810/25020 349/27817/25027 342/27811/25021</w:t>
        <w:br/>
        <w:t>f 351/27819/25029 349/27817/25027 347/27812/25022</w:t>
        <w:br/>
        <w:t>f 344/27815/25025 351/27819/25029 347/27812/25022</w:t>
        <w:br/>
        <w:t>f 324/27792/25005 348/27816/25026 350/27818/25028</w:t>
        <w:br/>
        <w:t>f 346/27813/25023 350/27818/25028 352/27820/25030</w:t>
        <w:br/>
        <w:t>f 345/27814/25024 346/27813/25023 352/27820/25030</w:t>
        <w:br/>
        <w:t>f 350/27818/25028 348/27816/25026 353/27821/25031</w:t>
        <w:br/>
        <w:t>f 352/27820/25030 350/27818/25028 353/27821/25031</w:t>
        <w:br/>
        <w:t>f 324/27792/25005 322/27791/25004 306/27775/24990</w:t>
        <w:br/>
        <w:t>f 353/27821/25031 348/27816/25026 325/27793/25006</w:t>
        <w:br/>
        <w:t>f 354/27822/25032 353/27821/25031 325/27793/25006</w:t>
        <w:br/>
        <w:t>f 354/27822/25032 325/27793/25006 320/27789/25002</w:t>
        <w:br/>
        <w:t>f 321/27788/25001 354/27822/25032 320/27789/25002</w:t>
        <w:br/>
        <w:t>f 349/27817/25027 343/27810/25020 324/27792/25005</w:t>
        <w:br/>
        <w:t>f 324/27792/25005 310/27779/24994 312/27781/24996</w:t>
        <w:br/>
        <w:t>f 324/27792/25005 331/27798/25011 322/27791/25004</w:t>
        <w:br/>
        <w:t>f 292/27759/24976 293/27758/24976 288/27755/24974</w:t>
        <w:br/>
        <w:t>f 289/27754/24974 292/27759/24976 288/27755/24974</w:t>
        <w:br/>
        <w:t>f 341/27808/25018 324/27792/25005 343/27810/25020</w:t>
        <w:br/>
        <w:t>f 358/27823/25033 357/27824/25033 356/27825/25034</w:t>
        <w:br/>
        <w:t>f 355/27826/25034 358/27823/25033 356/27825/25034</w:t>
        <w:br/>
        <w:t>f 355/27826/25034 356/27825/25034 360/27827/25035</w:t>
        <w:br/>
        <w:t>f 359/27828/25036 355/27826/25034 360/27827/25035</w:t>
        <w:br/>
        <w:t>f 362/27829/25037 361/27830/25038 336/27805/25015</w:t>
        <w:br/>
        <w:t>f 337/27804/25015 362/27829/25037 336/27805/25015</w:t>
        <w:br/>
        <w:t>f 358/27823/25033 364/27831/25039 363/27832/25039</w:t>
        <w:br/>
        <w:t>f 357/27824/25033 358/27823/25033 363/27832/25039</w:t>
        <w:br/>
        <w:t>f 366/27833/25040 365/27834/25040 361/27830/25038</w:t>
        <w:br/>
        <w:t>f 362/27829/25037 366/27833/25040 361/27830/25038</w:t>
        <w:br/>
        <w:t>f 359/27828/25036 360/27827/25035 365/27834/25040</w:t>
        <w:br/>
        <w:t>f 366/27833/25040 359/27828/25036 365/27834/25040</w:t>
        <w:br/>
        <w:t>f 364/27831/25039 318/27787/25000 319/27786/25000</w:t>
        <w:br/>
        <w:t>f 363/27832/25039 364/27831/25039 319/27786/25000</w:t>
        <w:br/>
        <w:t>f 347/27812/25022 324/27792/25005 346/27813/25023</w:t>
        <w:br/>
        <w:t>f 341/27808/25018 339/27806/25016 324/27792/25005</w:t>
        <w:br/>
        <w:t>f 297/27766/24982 324/27792/25005 296/27767/24983</w:t>
        <w:br/>
        <w:t>f 324/27792/25005 312/27781/24996 316/27785/24999</w:t>
        <w:br/>
        <w:t>f 551/27835/25041 550/27836/25042 549/27837/25043</w:t>
        <w:br/>
        <w:t>f 550/27836/25042 551/27835/25041 552/27838/25044</w:t>
        <w:br/>
        <w:t>f 550/27836/25042 553/27839/25045 549/27837/25043</w:t>
        <w:br/>
        <w:t>f 550/27836/25042 552/27838/25044 554/27840/25046</w:t>
        <w:br/>
        <w:t>f 555/27841/25047 554/27840/25046 552/27838/25044</w:t>
        <w:br/>
        <w:t>f 555/27841/25047 556/27842/25048 554/27840/25046</w:t>
        <w:br/>
        <w:t>f 553/27839/25045 550/27836/25042 557/27843/25049</w:t>
        <w:br/>
        <w:t>f 553/27839/25045 557/27843/25049 558/27844/25050</w:t>
        <w:br/>
        <w:t>f 556/27842/25048 559/27845/25051 554/27840/25046</w:t>
        <w:br/>
        <w:t>f 560/27846/25052 559/27845/25051 556/27842/25048</w:t>
        <w:br/>
        <w:t>f 554/27840/25046 561/27847/25053 550/27836/25042</w:t>
        <w:br/>
        <w:t>f 559/27845/25051 561/27847/25053 554/27840/25046</w:t>
        <w:br/>
        <w:t>f 550/27836/25042 561/27847/25053 557/27843/25049</w:t>
        <w:br/>
        <w:t>f 560/27846/25052 562/27848/25054 559/27845/25051</w:t>
        <w:br/>
        <w:t>f 562/27848/25054 561/27847/25053 559/27845/25051</w:t>
        <w:br/>
        <w:t>f 562/27848/25054 560/27846/25052 563/27849/25055</w:t>
        <w:br/>
        <w:t>f 564/27850/25056 558/27844/25050 557/27843/25049</w:t>
        <w:br/>
        <w:t>f 557/27843/25049 561/27847/25053 564/27850/25056</w:t>
        <w:br/>
        <w:t>f 558/27844/25050 564/27850/25056 565/27851/25057</w:t>
        <w:br/>
        <w:t>f 563/27849/25055 566/27852/25058 562/27848/25054</w:t>
        <w:br/>
        <w:t>f 566/27852/25058 561/27847/25053 562/27848/25054</w:t>
        <w:br/>
        <w:t>f 566/27852/25058 563/27849/25055 567/27853/25059</w:t>
        <w:br/>
        <w:t>f 568/27854/25060 566/27852/25058 567/27853/25059</w:t>
        <w:br/>
        <w:t>f 569/27855/25061 565/27851/25057 564/27850/25056</w:t>
        <w:br/>
        <w:t>f 564/27850/25056 561/27847/25053 569/27855/25061</w:t>
        <w:br/>
        <w:t>f 565/27851/25057 569/27855/25061 570/27856/25062</w:t>
        <w:br/>
        <w:t>f 570/27856/25062 569/27855/25061 571/27857/25063</w:t>
        <w:br/>
        <w:t>f 568/27854/25060 572/27858/25064 566/27852/25058</w:t>
        <w:br/>
        <w:t>f 572/27858/25064 561/27847/25053 566/27852/25058</w:t>
        <w:br/>
        <w:t>f 572/27858/25064 568/27854/25060 573/27859/25065</w:t>
        <w:br/>
        <w:t>f 574/27860/25066 572/27858/25064 573/27859/25065</w:t>
        <w:br/>
        <w:t>f 569/27855/25061 561/27847/25053 575/27861/25067</w:t>
        <w:br/>
        <w:t>f 575/27861/25067 561/27847/25053 572/27858/25064</w:t>
        <w:br/>
        <w:t>f 575/27861/25067 571/27857/25063 569/27855/25061</w:t>
        <w:br/>
        <w:t>f 574/27860/25066 575/27861/25067 572/27858/25064</w:t>
        <w:br/>
        <w:t>f 575/27861/25067 576/27862/25068 571/27857/25063</w:t>
        <w:br/>
        <w:t>f 575/27861/25067 574/27860/25066 577/27863/25069</w:t>
        <w:br/>
        <w:t>f 576/27862/25068 575/27861/25067 577/27863/25069</w:t>
        <w:br/>
        <w:t>f 581/27864/25070 580/27865/25071 579/27866/25071</w:t>
        <w:br/>
        <w:t>f 578/27867/25070 581/27864/25070 579/27866/25071</w:t>
        <w:br/>
        <w:t>f 585/27868/25072 584/27869/25073 583/27870/25073</w:t>
        <w:br/>
        <w:t>f 582/27871/25072 585/27868/25072 583/27870/25073</w:t>
        <w:br/>
        <w:t>f 580/27865/25071 587/27872/25074 586/27873/25074</w:t>
        <w:br/>
        <w:t>f 579/27866/25071 580/27865/25071 586/27873/25074</w:t>
        <w:br/>
        <w:t>f 591/27874/25075 590/27875/25076 589/27876/25077</w:t>
        <w:br/>
        <w:t>f 588/27877/25078 591/27874/25075 589/27876/25077</w:t>
        <w:br/>
        <w:t>f 593/27878/25079 592/27879/25080 590/27875/25076</w:t>
        <w:br/>
        <w:t>f 591/27874/25075 593/27878/25079 590/27875/25076</w:t>
        <w:br/>
        <w:t>f 595/27880/25081 594/27881/25082 588/27877/25078</w:t>
        <w:br/>
        <w:t>f 589/27876/25077 595/27880/25081 588/27877/25078</w:t>
        <w:br/>
        <w:t>f 584/27869/25073 597/27882/25083 596/27883/25084</w:t>
        <w:br/>
        <w:t>f 583/27870/25073 584/27869/25073 596/27883/25084</w:t>
        <w:br/>
        <w:t>f 599/27884/25085 598/27885/25086 592/27879/25080</w:t>
        <w:br/>
        <w:t>f 593/27878/25079 599/27884/25085 592/27879/25080</w:t>
        <w:br/>
        <w:t>f 597/27882/25083 601/27886/25087 600/27887/25088</w:t>
        <w:br/>
        <w:t>f 596/27883/25084 597/27882/25083 600/27887/25088</w:t>
        <w:br/>
        <w:t>f 603/27888/25089 594/27881/25082 595/27880/25081</w:t>
        <w:br/>
        <w:t>f 602/27889/25090 603/27888/25089 595/27880/25081</w:t>
        <w:br/>
        <w:t>f 605/27890/25091 603/27888/25089 602/27889/25090</w:t>
        <w:br/>
        <w:t>f 604/27891/25092 605/27890/25091 602/27889/25090</w:t>
        <w:br/>
        <w:t>f 607/27892/25093 600/27887/25088 601/27886/25087</w:t>
        <w:br/>
        <w:t>f 606/27893/25094 607/27892/25093 601/27886/25087</w:t>
        <w:br/>
        <w:t>f 609/27894/25095 605/27890/25091 604/27891/25092</w:t>
        <w:br/>
        <w:t>f 608/27895/25096 609/27894/25095 604/27891/25092</w:t>
        <w:br/>
        <w:t>f 607/27892/25093 606/27893/25094 611/27896/25097</w:t>
        <w:br/>
        <w:t>f 610/27897/25097 607/27892/25093 611/27896/25097</w:t>
        <w:br/>
        <w:t>f 613/27898/25098 609/27894/25095 608/27895/25096</w:t>
        <w:br/>
        <w:t>f 612/27899/25099 613/27898/25098 608/27895/25096</w:t>
        <w:br/>
        <w:t>f 615/27900/25100 614/27901/25101 598/27885/25086</w:t>
        <w:br/>
        <w:t>f 599/27884/25085 615/27900/25100 598/27885/25086</w:t>
        <w:br/>
        <w:t>f 602/27889/25090 595/27880/25081 616/27902/25102</w:t>
        <w:br/>
        <w:t>f 589/27876/25077 616/27902/25102 595/27880/25081</w:t>
        <w:br/>
        <w:t>f 608/27895/25096 616/27902/25102 612/27899/25099</w:t>
        <w:br/>
        <w:t>f 590/27875/25076 592/27879/25080 616/27902/25102</w:t>
        <w:br/>
        <w:t>f 592/27879/25080 598/27885/25086 616/27902/25102</w:t>
        <w:br/>
        <w:t>f 616/27902/25102 617/27903/25103 612/27899/25099</w:t>
        <w:br/>
        <w:t>f 587/27872/25074 619/27904/25104 618/27905/25105</w:t>
        <w:br/>
        <w:t>f 586/27873/25074 587/27872/25074 618/27905/25105</w:t>
        <w:br/>
        <w:t>f 619/27904/25104 621/27906/25106 620/27907/25106</w:t>
        <w:br/>
        <w:t>f 618/27905/25105 619/27904/25104 620/27907/25106</w:t>
        <w:br/>
        <w:t>f 615/27900/25100 623/27908/25107 622/27909/25108</w:t>
        <w:br/>
        <w:t>f 614/27901/25101 615/27900/25100 622/27909/25108</w:t>
        <w:br/>
        <w:t>f 625/27910/25109 620/27907/25106 621/27906/25106</w:t>
        <w:br/>
        <w:t>f 624/27911/25109 625/27910/25109 621/27906/25106</w:t>
        <w:br/>
        <w:t>f 627/27912/25110 625/27910/25109 624/27911/25109</w:t>
        <w:br/>
        <w:t>f 626/27913/25110 627/27912/25110 624/27911/25109</w:t>
        <w:br/>
        <w:t>f 629/27914/25111 627/27912/25110 626/27913/25110</w:t>
        <w:br/>
        <w:t>f 628/27915/25111 629/27914/25111 626/27913/25110</w:t>
        <w:br/>
        <w:t>f 623/27908/25107 631/27916/25112 630/27917/25113</w:t>
        <w:br/>
        <w:t>f 622/27909/25108 623/27908/25107 630/27917/25113</w:t>
        <w:br/>
        <w:t>f 631/27916/25112 633/27918/25114 632/27919/25115</w:t>
        <w:br/>
        <w:t>f 630/27917/25113 631/27916/25112 632/27919/25115</w:t>
        <w:br/>
        <w:t>f 633/27918/25114 635/27920/25116 634/27921/25117</w:t>
        <w:br/>
        <w:t>f 632/27919/25115 633/27918/25114 634/27921/25117</w:t>
        <w:br/>
        <w:t>f 639/27922/25118 638/27923/25119 637/27924/25120</w:t>
        <w:br/>
        <w:t>f 636/27925/25121 639/27922/25118 637/27924/25120</w:t>
        <w:br/>
        <w:t>f 630/27917/25113 616/27902/25102 622/27909/25108</w:t>
        <w:br/>
        <w:t>f 640/27926/25122 617/27903/25103 616/27902/25102</w:t>
        <w:br/>
        <w:t>f 639/27922/25118 616/27902/25102 641/27927/25123</w:t>
        <w:br/>
        <w:t>f 616/27902/25102 636/27925/25121 642/27928/25124</w:t>
        <w:br/>
        <w:t>f 641/27927/25123 634/27921/25117 635/27920/25116</w:t>
        <w:br/>
        <w:t>f 643/27929/25125 641/27927/25123 635/27920/25116</w:t>
        <w:br/>
        <w:t>f 639/27922/25118 641/27927/25123 643/27929/25125</w:t>
        <w:br/>
        <w:t>f 638/27923/25119 639/27922/25118 643/27929/25125</w:t>
        <w:br/>
        <w:t>f 616/27902/25102 642/27928/25124 640/27926/25122</w:t>
        <w:br/>
        <w:t>f 636/27925/25121 637/27924/25120 644/27930/25126</w:t>
        <w:br/>
        <w:t>f 642/27928/25124 636/27925/25121 644/27930/25126</w:t>
        <w:br/>
        <w:t>f 642/27928/25124 644/27930/25126 645/27931/25127</w:t>
        <w:br/>
        <w:t>f 640/27926/25122 642/27928/25124 645/27931/25127</w:t>
        <w:br/>
        <w:t>f 616/27902/25102 598/27885/25086 614/27901/25101</w:t>
        <w:br/>
        <w:t>f 645/27931/25127 646/27932/25128 617/27903/25103</w:t>
        <w:br/>
        <w:t>f 640/27926/25122 645/27931/25127 617/27903/25103</w:t>
        <w:br/>
        <w:t>f 646/27932/25128 613/27898/25098 612/27899/25099</w:t>
        <w:br/>
        <w:t>f 617/27903/25103 646/27932/25128 612/27899/25099</w:t>
        <w:br/>
        <w:t>f 641/27927/25123 616/27902/25102 634/27921/25117</w:t>
        <w:br/>
        <w:t>f 616/27902/25102 604/27891/25092 602/27889/25090</w:t>
        <w:br/>
        <w:t>f 616/27902/25102 614/27901/25101 622/27909/25108</w:t>
        <w:br/>
        <w:t>f 582/27871/25072 581/27864/25070 578/27867/25070</w:t>
        <w:br/>
        <w:t>f 585/27868/25072 582/27871/25072 578/27867/25070</w:t>
        <w:br/>
        <w:t>f 632/27919/25115 634/27921/25117 616/27902/25102</w:t>
        <w:br/>
        <w:t>f 650/27933/25129 649/27934/25130 648/27935/25130</w:t>
        <w:br/>
        <w:t>f 647/27936/25131 650/27933/25129 648/27935/25130</w:t>
        <w:br/>
        <w:t>f 649/27934/25130 652/27937/25132 651/27938/25132</w:t>
        <w:br/>
        <w:t>f 648/27935/25130 649/27934/25130 651/27938/25132</w:t>
        <w:br/>
        <w:t>f 654/27939/25133 629/27914/25111 628/27915/25111</w:t>
        <w:br/>
        <w:t>f 653/27940/25134 654/27939/25133 628/27915/25111</w:t>
        <w:br/>
        <w:t>f 650/27933/25129 647/27936/25131 656/27941/25135</w:t>
        <w:br/>
        <w:t>f 655/27942/25136 650/27933/25129 656/27941/25135</w:t>
        <w:br/>
        <w:t>f 658/27943/25137 654/27939/25133 653/27940/25134</w:t>
        <w:br/>
        <w:t>f 657/27944/25137 658/27943/25137 653/27940/25134</w:t>
        <w:br/>
        <w:t>f 652/27937/25132 658/27943/25137 657/27944/25137</w:t>
        <w:br/>
        <w:t>f 651/27938/25132 652/27937/25132 657/27944/25137</w:t>
        <w:br/>
        <w:t>f 655/27942/25136 656/27941/25135 610/27897/25097</w:t>
        <w:br/>
        <w:t>f 611/27896/25097 655/27942/25136 610/27897/25097</w:t>
        <w:br/>
        <w:t>f 639/27922/25118 636/27925/25121 616/27902/25102</w:t>
        <w:br/>
        <w:t>f 632/27919/25115 616/27902/25102 630/27917/25113</w:t>
        <w:br/>
        <w:t>f 589/27876/25077 590/27875/25076 616/27902/25102</w:t>
        <w:br/>
        <w:t>f 616/27902/25102 608/27895/25096 604/27891/25092</w:t>
        <w:br/>
        <w:t>f 761/27945/25138 760/27946/25139 759/27947/25140</w:t>
        <w:br/>
        <w:t>f 760/27946/25139 761/27945/25138 762/27948/25141</w:t>
        <w:br/>
        <w:t>f 760/27946/25139 763/27949/25142 759/27947/25140</w:t>
        <w:br/>
        <w:t>f 760/27946/25139 762/27948/25141 764/27950/25143</w:t>
        <w:br/>
        <w:t>f 765/27951/25144 764/27950/25143 762/27948/25141</w:t>
        <w:br/>
        <w:t>f 765/27951/25144 766/27952/25145 764/27950/25143</w:t>
        <w:br/>
        <w:t>f 763/27949/25142 760/27946/25139 767/27953/25146</w:t>
        <w:br/>
        <w:t>f 763/27949/25142 767/27953/25146 768/27954/25147</w:t>
        <w:br/>
        <w:t>f 766/27952/25145 769/27955/25148 764/27950/25143</w:t>
        <w:br/>
        <w:t>f 770/27956/25149 769/27955/25148 766/27952/25145</w:t>
        <w:br/>
        <w:t>f 764/27950/25143 771/27957/25150 760/27946/25139</w:t>
        <w:br/>
        <w:t>f 769/27955/25148 771/27957/25150 764/27950/25143</w:t>
        <w:br/>
        <w:t>f 760/27946/25139 771/27957/25150 767/27953/25146</w:t>
        <w:br/>
        <w:t>f 770/27956/25149 772/27958/25151 769/27955/25148</w:t>
        <w:br/>
        <w:t>f 772/27958/25151 771/27957/25150 769/27955/25148</w:t>
        <w:br/>
        <w:t>f 772/27958/25151 770/27956/25149 773/27959/25152</w:t>
        <w:br/>
        <w:t>f 774/27960/25153 768/27954/25147 767/27953/25146</w:t>
        <w:br/>
        <w:t>f 767/27953/25146 771/27957/25150 774/27960/25153</w:t>
        <w:br/>
        <w:t>f 768/27954/25147 774/27960/25153 775/27961/25154</w:t>
        <w:br/>
        <w:t>f 773/27959/25152 776/27962/25155 772/27958/25151</w:t>
        <w:br/>
        <w:t>f 776/27962/25155 771/27957/25150 772/27958/25151</w:t>
        <w:br/>
        <w:t>f 776/27962/25155 773/27959/25152 777/27963/25156</w:t>
        <w:br/>
        <w:t>f 778/27964/25157 776/27962/25155 777/27963/25156</w:t>
        <w:br/>
        <w:t>f 779/27965/25158 775/27961/25154 774/27960/25153</w:t>
        <w:br/>
        <w:t>f 774/27960/25153 771/27957/25150 779/27965/25158</w:t>
        <w:br/>
        <w:t>f 775/27961/25154 779/27965/25158 780/27966/25159</w:t>
        <w:br/>
        <w:t>f 780/27966/25159 779/27965/25158 781/27967/25160</w:t>
        <w:br/>
        <w:t>f 778/27964/25157 782/27968/25161 776/27962/25155</w:t>
        <w:br/>
        <w:t>f 782/27968/25161 771/27957/25150 776/27962/25155</w:t>
        <w:br/>
        <w:t>f 782/27968/25161 778/27964/25157 783/27969/25162</w:t>
        <w:br/>
        <w:t>f 784/27970/25163 782/27968/25161 783/27969/25162</w:t>
        <w:br/>
        <w:t>f 779/27965/25158 771/27957/25150 785/27971/25164</w:t>
        <w:br/>
        <w:t>f 785/27971/25164 771/27957/25150 782/27968/25161</w:t>
        <w:br/>
        <w:t>f 785/27971/25164 781/27967/25160 779/27965/25158</w:t>
        <w:br/>
        <w:t>f 784/27970/25163 785/27971/25164 782/27968/25161</w:t>
        <w:br/>
        <w:t>f 785/27971/25164 786/27972/25165 781/27967/25160</w:t>
        <w:br/>
        <w:t>f 785/27971/25164 784/27970/25163 787/27973/25166</w:t>
        <w:br/>
        <w:t>f 786/27972/25165 785/27971/25164 787/27973/25166</w:t>
        <w:br/>
        <w:t>f 1449/27974/25167 1448/27975/25168 1447/27976/25169</w:t>
        <w:br/>
        <w:t>f 1446/27977/25170 1449/27974/25167 1447/27976/25169</w:t>
        <w:br/>
        <w:t>f 1453/27978/25171 1452/27979/25172 1451/27980/25173</w:t>
        <w:br/>
        <w:t>f 1450/27981/25174 1453/27978/25171 1451/27980/25173</w:t>
        <w:br/>
        <w:t>f 1455/27982/25175 1454/27983/25176 1453/27978/25171</w:t>
        <w:br/>
        <w:t>f 1450/27981/25174 1455/27982/25175 1453/27978/25171</w:t>
        <w:br/>
        <w:t>f 1454/27983/25176 1455/27982/25175 1456/27984/25177</w:t>
        <w:br/>
        <w:t>f 1457/27985/25178 1454/27983/25176 1456/27984/25177</w:t>
        <w:br/>
        <w:t>f 1457/27985/25178 1459/27986/25179 1458/27987/25180</w:t>
        <w:br/>
        <w:t>f 1456/27984/25177 1460/27988/25181 1459/27986/25179</w:t>
        <w:br/>
        <w:t>f 1457/27985/25178 1456/27984/25177 1459/27986/25179</w:t>
        <w:br/>
        <w:t>f 1462/27989/25182 1461/27990/25183 1458/27987/25180</w:t>
        <w:br/>
        <w:t>f 1463/27991/25184 1462/27989/25182 1459/27986/25179</w:t>
        <w:br/>
        <w:t>f 1460/27988/25181 1463/27991/25184 1459/27986/25179</w:t>
        <w:br/>
        <w:t>f 1463/27991/25184 1464/27992/25185 1461/27990/25183</w:t>
        <w:br/>
        <w:t>f 1462/27989/25182 1463/27991/25184 1461/27990/25183</w:t>
        <w:br/>
        <w:t>f 1464/27992/25185 1466/27993/25186 1465/27994/25187</w:t>
        <w:br/>
        <w:t>f 1461/27990/25183 1464/27992/25185 1465/27994/25187</w:t>
        <w:br/>
        <w:t>f 1466/27993/25186 1468/27995/25188 1467/27996/25189</w:t>
        <w:br/>
        <w:t>f 1465/27994/25187 1466/27993/25186 1467/27996/25189</w:t>
        <w:br/>
        <w:t>f 1472/27997/25190 1471/27998/25191 1470/27999/25192</w:t>
        <w:br/>
        <w:t>f 1469/28000/25193 1472/27997/25190 1470/27999/25192</w:t>
        <w:br/>
        <w:t>f 1472/27997/25190 1469/28000/25193 1474/28001/25194</w:t>
        <w:br/>
        <w:t>f 1473/28002/25195 1472/27997/25190 1474/28001/25194</w:t>
        <w:br/>
        <w:t>f 1478/28003/25196 1477/28004/25197 1476/28005/25198</w:t>
        <w:br/>
        <w:t>f 1475/28006/25199 1478/28003/25196 1476/28005/25198</w:t>
        <w:br/>
        <w:t>f 1473/28002/25195 1474/28001/25194 1480/28007/25200</w:t>
        <w:br/>
        <w:t>f 1479/28008/25201 1473/28002/25195 1480/28007/25200</w:t>
        <w:br/>
        <w:t>f 1475/28006/25199 1476/28005/25198 1469/28000/25193</w:t>
        <w:br/>
        <w:t>f 1470/27999/25192 1475/28006/25199 1469/28000/25193</w:t>
        <w:br/>
        <w:t>f 1483/28009/25202 1446/27977/25170 1482/28010/25203</w:t>
        <w:br/>
        <w:t>f 1481/28011/25204 1483/28009/25202 1482/28010/25203</w:t>
        <w:br/>
        <w:t>f 1480/28007/25200 1474/28001/25194 1484/28012/25205</w:t>
        <w:br/>
        <w:t>f 1479/28008/25201 1480/28007/25200 1486/28013/25206</w:t>
        <w:br/>
        <w:t>f 1485/28014/25207 1479/28008/25201 1486/28013/25206</w:t>
        <w:br/>
        <w:t>f 1485/28014/25207 1486/28013/25206 1488/28015/25208</w:t>
        <w:br/>
        <w:t>f 1487/28016/25209 1485/28014/25207 1488/28015/25208</w:t>
        <w:br/>
        <w:t>f 1486/28013/25206 1480/28007/25200 1489/28017/25210</w:t>
        <w:br/>
        <w:t>f 1489/28017/25210 1484/28012/25205 1490/28018/25211</w:t>
        <w:br/>
        <w:t>f 1487/28016/25209 1488/28015/25208 1450/27981/25174</w:t>
        <w:br/>
        <w:t>f 1451/27980/25173 1487/28016/25209 1450/27981/25174</w:t>
        <w:br/>
        <w:t>f 1492/28019/25212 1488/28015/25208 1486/28013/25206</w:t>
        <w:br/>
        <w:t>f 1491/28020/25213 1492/28019/25212 1486/28013/25206</w:t>
        <w:br/>
        <w:t>f 1455/27982/25175 1450/27981/25174 1488/28015/25208</w:t>
        <w:br/>
        <w:t>f 1492/28019/25212 1455/27982/25175 1488/28015/25208</w:t>
        <w:br/>
        <w:t>f 1456/27984/25177 1455/27982/25175 1492/28019/25212</w:t>
        <w:br/>
        <w:t>f 1493/28021/25214 1456/27984/25177 1492/28019/25212</w:t>
        <w:br/>
        <w:t>f 1496/28022/25215 1495/28023/25216 1494/28024/25217</w:t>
        <w:br/>
        <w:t>f 1493/28021/25214 1492/28019/25212 1491/28020/25213</w:t>
        <w:br/>
        <w:t>f 1496/28022/25215 1493/28021/25214 1491/28020/25213</w:t>
        <w:br/>
        <w:t>f 1493/28021/25214 1497/28025/25218 1460/27988/25181</w:t>
        <w:br/>
        <w:t>f 1456/27984/25177 1493/28021/25214 1460/27988/25181</w:t>
        <w:br/>
        <w:t>f 1496/28022/25215 1494/28024/25217 1498/28026/25219</w:t>
        <w:br/>
        <w:t>f 1496/28022/25215 1499/28027/25220 1497/28025/25218</w:t>
        <w:br/>
        <w:t>f 1493/28021/25214 1496/28022/25215 1497/28025/25218</w:t>
        <w:br/>
        <w:t>f 1447/27976/25169 1498/28026/25219 1494/28024/25217</w:t>
        <w:br/>
        <w:t>f 1500/28028/25221 1447/27976/25169 1494/28024/25217</w:t>
        <w:br/>
        <w:t>f 1460/27988/25181 1497/28025/25218 1501/28029/25222</w:t>
        <w:br/>
        <w:t>f 1463/27991/25184 1460/27988/25181 1501/28029/25222</w:t>
        <w:br/>
        <w:t>f 1499/28027/25220 1498/28026/25219 1502/28030/25223</w:t>
        <w:br/>
        <w:t>f 1501/28029/25222 1497/28025/25218 1502/28030/25223</w:t>
        <w:br/>
        <w:t>f 1463/27991/25184 1501/28029/25222 1503/28031/25224</w:t>
        <w:br/>
        <w:t>f 1464/27992/25185 1463/27991/25184 1503/28031/25224</w:t>
        <w:br/>
        <w:t>f 1501/28029/25222 1502/28030/25223 1504/28032/25225</w:t>
        <w:br/>
        <w:t>f 1503/28031/25224 1501/28029/25222 1504/28032/25225</w:t>
        <w:br/>
        <w:t>f 1505/28033/25226 1466/27993/25186 1464/27992/25185</w:t>
        <w:br/>
        <w:t>f 1503/28031/25224 1505/28033/25226 1464/27992/25185</w:t>
        <w:br/>
        <w:t>f 1503/28031/25224 1504/28032/25225 1506/28034/25227</w:t>
        <w:br/>
        <w:t>f 1505/28033/25226 1503/28031/25224 1506/28034/25227</w:t>
        <w:br/>
        <w:t>f 1507/28035/25228 1468/27995/25188 1466/27993/25186</w:t>
        <w:br/>
        <w:t>f 1505/28033/25226 1507/28035/25228 1466/27993/25186</w:t>
        <w:br/>
        <w:t>f 1505/28033/25226 1506/28034/25227 1508/28036/25229</w:t>
        <w:br/>
        <w:t>f 1507/28035/25228 1505/28033/25226 1508/28036/25229</w:t>
        <w:br/>
        <w:t>f 1510/28037/25230 1509/28038/25231 1506/28034/25227</w:t>
        <w:br/>
        <w:t>f 1508/28036/25229 1506/28034/25227 1509/28038/25231</w:t>
        <w:br/>
        <w:t>f 1511/28039/25232 1508/28036/25229 1509/28038/25231</w:t>
        <w:br/>
        <w:t>f 1514/28040/25233 1513/28041/25234 1512/28042/25235</w:t>
        <w:br/>
        <w:t>f 1516/28043/25236 1515/28044/25237 1512/28042/25235</w:t>
        <w:br/>
        <w:t>f 1513/28041/25234 1516/28043/25236 1512/28042/25235</w:t>
        <w:br/>
        <w:t>f 1520/28045/25238 1519/28046/25239 1518/28047/25240</w:t>
        <w:br/>
        <w:t>f 1517/28048/25241 1520/28045/25238 1518/28047/25240</w:t>
        <w:br/>
        <w:t>f 1522/28049/25242 1520/28045/25238 1517/28048/25241</w:t>
        <w:br/>
        <w:t>f 1521/28050/25243 1522/28049/25242 1517/28048/25241</w:t>
        <w:br/>
        <w:t>f 1524/28051/25244 1518/28047/25240 1519/28046/25239</w:t>
        <w:br/>
        <w:t>f 1523/28052/25245 1524/28051/25244 1519/28046/25239</w:t>
        <w:br/>
        <w:t>f 1526/28053/25246 1525/28054/25247 1452/27979/25172</w:t>
        <w:br/>
        <w:t>f 1453/27978/25171 1526/28053/25246 1452/27979/25172</w:t>
        <w:br/>
        <w:t>f 1526/28053/25246 1453/27978/25171 1454/27983/25176</w:t>
        <w:br/>
        <w:t>f 1458/27987/25180 1526/28053/25246 1454/27983/25176</w:t>
        <w:br/>
        <w:t>f 1526/28053/25246 1458/27987/25180 1461/27990/25183</w:t>
        <w:br/>
        <w:t>f 1465/27994/25187 1526/28053/25246 1461/27990/25183</w:t>
        <w:br/>
        <w:t>f 1465/27994/25187 1467/27996/25189 1525/28054/25247</w:t>
        <w:br/>
        <w:t>f 1526/28053/25246 1465/27994/25187 1525/28054/25247</w:t>
        <w:br/>
        <w:t>f 1497/28025/25218 1499/28027/25220 1502/28030/25223</w:t>
        <w:br/>
        <w:t>f 1459/27986/25179 1462/27989/25182 1458/27987/25180</w:t>
        <w:br/>
        <w:t>f 1454/27983/25176 1457/27985/25178 1458/27987/25180</w:t>
        <w:br/>
        <w:t>f 1530/28055/25248 1529/28056/25249 1528/28057/25250</w:t>
        <w:br/>
        <w:t>f 1527/28058/25251 1530/28055/25248 1528/28057/25250</w:t>
        <w:br/>
        <w:t>f 1482/28010/25203 1446/27977/25170 1447/27976/25169</w:t>
        <w:br/>
        <w:t>f 1498/28026/25219 1531/28059/25252 1502/28030/25223</w:t>
        <w:br/>
        <w:t>f 1533/28060/25253 1532/28061/25254 1509/28038/25231</w:t>
        <w:br/>
        <w:t>f 1510/28037/25230 1533/28060/25253 1509/28038/25231</w:t>
        <w:br/>
        <w:t>f 1533/28060/25253 1523/28052/25245 1519/28046/25239</w:t>
        <w:br/>
        <w:t>f 1532/28061/25254 1533/28060/25253 1519/28046/25239</w:t>
        <w:br/>
        <w:t>f 1534/28062/25255 1532/28061/25254 1520/28045/25238</w:t>
        <w:br/>
        <w:t>f 1522/28049/25242 1534/28062/25255 1520/28045/25238</w:t>
        <w:br/>
        <w:t>f 1477/28004/25197 1478/28003/25196 1527/28058/25251</w:t>
        <w:br/>
        <w:t>f 1528/28057/25250 1477/28004/25197 1527/28058/25251</w:t>
        <w:br/>
        <w:t>f 1515/28044/25237 1524/28051/25244 1523/28052/25245</w:t>
        <w:br/>
        <w:t>f 1512/28042/25235 1515/28044/25237 1523/28052/25245</w:t>
        <w:br/>
        <w:t>f 1532/28061/25254 1519/28046/25239 1520/28045/25238</w:t>
        <w:br/>
        <w:t>f 1536/28063/25256 1516/28043/25236 1513/28041/25234</w:t>
        <w:br/>
        <w:t>f 1535/28064/25257 1536/28063/25256 1513/28041/25234</w:t>
        <w:br/>
        <w:t>f 1529/28056/25249 1482/28010/25203 1500/28028/25221</w:t>
        <w:br/>
        <w:t>f 1512/28042/25235 1523/28052/25245 1533/28060/25253</w:t>
        <w:br/>
        <w:t>f 1514/28040/25233 1512/28042/25235 1533/28060/25253</w:t>
        <w:br/>
        <w:t>f 1537/28065/25258 1510/28037/25230 1504/28032/25225</w:t>
        <w:br/>
        <w:t>f 1514/28040/25233 1533/28060/25253 1510/28037/25230</w:t>
        <w:br/>
        <w:t>f 1537/28065/25258 1514/28040/25233 1510/28037/25230</w:t>
        <w:br/>
        <w:t>f 1504/28032/25225 1510/28037/25230 1506/28034/25227</w:t>
        <w:br/>
        <w:t>f 1531/28059/25252 1448/27975/25168 1538/28066/25259</w:t>
        <w:br/>
        <w:t>f 1446/27977/25170 1483/28009/25202 1539/28067/25260</w:t>
        <w:br/>
        <w:t>f 1449/27974/25167 1446/27977/25170 1539/28067/25260</w:t>
        <w:br/>
        <w:t>f 1539/28067/25260 1536/28063/25256 1535/28064/25257</w:t>
        <w:br/>
        <w:t>f 1449/27974/25167 1539/28067/25260 1535/28064/25257</w:t>
        <w:br/>
        <w:t>f 1513/28041/25234 1514/28040/25233 1538/28066/25259</w:t>
        <w:br/>
        <w:t>f 1535/28064/25257 1513/28041/25234 1538/28066/25259</w:t>
        <w:br/>
        <w:t>f 1490/28018/25211 1528/28057/25250 1529/28056/25249</w:t>
        <w:br/>
        <w:t>f 1484/28012/25205 1476/28005/25198 1477/28004/25197</w:t>
        <w:br/>
        <w:t>f 1534/28062/25255 1511/28039/25232 1509/28038/25231</w:t>
        <w:br/>
        <w:t>f 1532/28061/25254 1534/28062/25255 1509/28038/25231</w:t>
        <w:br/>
        <w:t>f 1481/28011/25204 1482/28010/25203 1529/28056/25249</w:t>
        <w:br/>
        <w:t>f 1530/28055/25248 1481/28011/25204 1529/28056/25249</w:t>
        <w:br/>
        <w:t>f 1474/28001/25194 1469/28000/25193 1476/28005/25198</w:t>
        <w:br/>
        <w:t>f 1484/28012/25205 1477/28004/25197 1528/28057/25250</w:t>
        <w:br/>
        <w:t>f 1499/28027/25220 1496/28022/25215 1498/28026/25219</w:t>
        <w:br/>
        <w:t>f 1491/28020/25213 1489/28017/25210 1495/28023/25216</w:t>
        <w:br/>
        <w:t>f 1496/28022/25215 1491/28020/25213 1495/28023/25216</w:t>
        <w:br/>
        <w:t>f 1500/28028/25221 1494/28024/25217 1490/28018/25211</w:t>
        <w:br/>
        <w:t>f 1494/28024/25217 1495/28023/25216 1490/28018/25211</w:t>
        <w:br/>
        <w:t>f 1495/28023/25216 1489/28017/25210 1490/28018/25211</w:t>
        <w:br/>
        <w:t>f 1489/28017/25210 1480/28007/25200 1484/28012/25205</w:t>
        <w:br/>
        <w:t>f 1484/28012/25205 1474/28001/25194 1476/28005/25198</w:t>
        <w:br/>
        <w:t>f 1448/27975/25168 1531/28059/25252 1498/28026/25219</w:t>
        <w:br/>
        <w:t>f 1447/27976/25169 1448/27975/25168 1498/28026/25219</w:t>
        <w:br/>
        <w:t>f 1537/28065/25258 1531/28059/25252 1538/28066/25259</w:t>
        <w:br/>
        <w:t>f 1514/28040/25233 1537/28065/25258 1538/28066/25259</w:t>
        <w:br/>
        <w:t>f 1535/28064/25257 1538/28066/25259 1448/27975/25168</w:t>
        <w:br/>
        <w:t>f 1449/27974/25167 1535/28064/25257 1448/27975/25168</w:t>
        <w:br/>
        <w:t>f 1502/28030/25223 1531/28059/25252 1537/28065/25258</w:t>
        <w:br/>
        <w:t>f 1504/28032/25225 1502/28030/25223 1537/28065/25258</w:t>
        <w:br/>
        <w:t>f 1491/28020/25213 1486/28013/25206 1489/28017/25210</w:t>
        <w:br/>
        <w:t>f 1500/28028/25221 1482/28010/25203 1447/27976/25169</w:t>
        <w:br/>
        <w:t>f 1490/28018/25211 1529/28056/25249 1500/28028/25221</w:t>
        <w:br/>
        <w:t>f 1490/28018/25211 1484/28012/25205 1528/28057/25250</w:t>
        <w:br/>
        <w:t>f 2125/28068/25261 2124/28069/25262 2123/28070/25263</w:t>
        <w:br/>
        <w:t>f 2122/28071/25264 2125/28068/25261 2123/28070/25263</w:t>
        <w:br/>
        <w:t>f 2127/28072/25265 2126/28073/25266 1451/27980/25173</w:t>
        <w:br/>
        <w:t>f 1452/27979/25172 2127/28072/25265 1451/27980/25173</w:t>
        <w:br/>
        <w:t>f 2127/28072/25265 2129/28074/25267 2128/28075/25268</w:t>
        <w:br/>
        <w:t>f 2126/28073/25266 2127/28072/25265 2128/28075/25268</w:t>
        <w:br/>
        <w:t>f 2130/28076/25269 2128/28075/25268 2129/28074/25267</w:t>
        <w:br/>
        <w:t>f 2131/28077/25270 2130/28076/25269 2129/28074/25267</w:t>
        <w:br/>
        <w:t>f 2131/28077/25270 2133/28078/25271 2132/28079/25272</w:t>
        <w:br/>
        <w:t>f 2130/28076/25269 2131/28077/25270 2132/28079/25272</w:t>
        <w:br/>
        <w:t>f 2134/28080/25273 2130/28076/25269 2132/28079/25272</w:t>
        <w:br/>
        <w:t>f 2136/28081/25274 2133/28078/25271 2135/28082/25275</w:t>
        <w:br/>
        <w:t>f 2132/28079/25272 2136/28081/25274 2137/28083/25276</w:t>
        <w:br/>
        <w:t>f 2134/28080/25273 2132/28079/25272 2137/28083/25276</w:t>
        <w:br/>
        <w:t>f 2135/28082/25275 2138/28084/25277 2137/28083/25276</w:t>
        <w:br/>
        <w:t>f 2136/28081/25274 2135/28082/25275 2137/28083/25276</w:t>
        <w:br/>
        <w:t>f 2140/28085/25278 2139/28086/25279 2138/28084/25277</w:t>
        <w:br/>
        <w:t>f 2135/28082/25275 2140/28085/25278 2138/28084/25277</w:t>
        <w:br/>
        <w:t>f 1467/27996/25189 1468/27995/25188 2139/28086/25279</w:t>
        <w:br/>
        <w:t>f 2140/28085/25278 1467/27996/25189 2139/28086/25279</w:t>
        <w:br/>
        <w:t>f 1472/27997/25190 2142/28087/25280 2141/28088/25281</w:t>
        <w:br/>
        <w:t>f 1471/27998/25191 1472/27997/25190 2141/28088/25281</w:t>
        <w:br/>
        <w:t>f 1472/27997/25190 1473/28002/25195 2143/28089/25282</w:t>
        <w:br/>
        <w:t>f 2142/28087/25280 1472/27997/25190 2143/28089/25282</w:t>
        <w:br/>
        <w:t>f 2147/28090/25283 2146/28091/25284 2145/28092/25285</w:t>
        <w:br/>
        <w:t>f 2144/28093/25286 2147/28090/25283 2145/28092/25285</w:t>
        <w:br/>
        <w:t>f 1473/28002/25195 1479/28008/25201 2148/28094/25287</w:t>
        <w:br/>
        <w:t>f 2143/28089/25282 1473/28002/25195 2148/28094/25287</w:t>
        <w:br/>
        <w:t>f 2146/28091/25284 2141/28088/25281 2142/28087/25280</w:t>
        <w:br/>
        <w:t>f 2145/28092/25285 2146/28091/25284 2142/28087/25280</w:t>
        <w:br/>
        <w:t>f 2151/28095/25288 2150/28096/25289 2149/28097/25290</w:t>
        <w:br/>
        <w:t>f 2124/28069/25262 2151/28095/25288 2149/28097/25290</w:t>
        <w:br/>
        <w:t>f 2148/28094/25287 2152/28098/25291 2143/28089/25282</w:t>
        <w:br/>
        <w:t>f 1479/28008/25201 1485/28014/25207 2153/28099/25292</w:t>
        <w:br/>
        <w:t>f 2148/28094/25287 1479/28008/25201 2153/28099/25292</w:t>
        <w:br/>
        <w:t>f 1485/28014/25207 1487/28016/25209 2154/28100/25293</w:t>
        <w:br/>
        <w:t>f 2153/28099/25292 1485/28014/25207 2154/28100/25293</w:t>
        <w:br/>
        <w:t>f 2153/28099/25292 2155/28101/25294 2148/28094/25287</w:t>
        <w:br/>
        <w:t>f 2155/28101/25294 2156/28102/25295 2152/28098/25291</w:t>
        <w:br/>
        <w:t>f 1487/28016/25209 1451/27980/25173 2126/28073/25266</w:t>
        <w:br/>
        <w:t>f 2154/28100/25293 1487/28016/25209 2126/28073/25266</w:t>
        <w:br/>
        <w:t>f 2158/28103/25296 2157/28104/25297 2153/28099/25292</w:t>
        <w:br/>
        <w:t>f 2154/28100/25293 2158/28103/25296 2153/28099/25292</w:t>
        <w:br/>
        <w:t>f 2128/28075/25268 2158/28103/25296 2154/28100/25293</w:t>
        <w:br/>
        <w:t>f 2126/28073/25266 2128/28075/25268 2154/28100/25293</w:t>
        <w:br/>
        <w:t>f 2130/28076/25269 2159/28105/25298 2158/28103/25296</w:t>
        <w:br/>
        <w:t>f 2128/28075/25268 2130/28076/25269 2158/28103/25296</w:t>
        <w:br/>
        <w:t>f 2162/28106/25299 2161/28107/25300 2160/28108/25301</w:t>
        <w:br/>
        <w:t>f 2159/28105/25298 2162/28106/25299 2157/28104/25297</w:t>
        <w:br/>
        <w:t>f 2158/28103/25296 2159/28105/25298 2157/28104/25297</w:t>
        <w:br/>
        <w:t>f 2159/28105/25298 2130/28076/25269 2134/28080/25273</w:t>
        <w:br/>
        <w:t>f 2163/28109/25302 2159/28105/25298 2134/28080/25273</w:t>
        <w:br/>
        <w:t>f 2162/28106/25299 2164/28110/25303 2161/28107/25300</w:t>
        <w:br/>
        <w:t>f 2162/28106/25299 2159/28105/25298 2163/28109/25302</w:t>
        <w:br/>
        <w:t>f 2165/28111/25304 2162/28106/25299 2163/28109/25302</w:t>
        <w:br/>
        <w:t>f 2123/28070/25263 2166/28112/25305 2161/28107/25300</w:t>
        <w:br/>
        <w:t>f 2164/28110/25303 2123/28070/25263 2161/28107/25300</w:t>
        <w:br/>
        <w:t>f 2134/28080/25273 2137/28083/25276 2167/28113/25306</w:t>
        <w:br/>
        <w:t>f 2163/28109/25302 2134/28080/25273 2167/28113/25306</w:t>
        <w:br/>
        <w:t>f 2165/28111/25304 2168/28114/25307 2164/28110/25303</w:t>
        <w:br/>
        <w:t>f 2167/28113/25306 2168/28114/25307 2163/28109/25302</w:t>
        <w:br/>
        <w:t>f 2137/28083/25276 2138/28084/25277 2169/28115/25308</w:t>
        <w:br/>
        <w:t>f 2167/28113/25306 2137/28083/25276 2169/28115/25308</w:t>
        <w:br/>
        <w:t>f 2167/28113/25306 2169/28115/25308 2170/28116/25309</w:t>
        <w:br/>
        <w:t>f 2168/28114/25307 2167/28113/25306 2170/28116/25309</w:t>
        <w:br/>
        <w:t>f 2171/28117/25310 2169/28115/25308 2138/28084/25277</w:t>
        <w:br/>
        <w:t>f 2139/28086/25279 2171/28117/25310 2138/28084/25277</w:t>
        <w:br/>
        <w:t>f 2169/28115/25308 2171/28117/25310 2172/28118/25311</w:t>
        <w:br/>
        <w:t>f 2170/28116/25309 2169/28115/25308 2172/28118/25311</w:t>
        <w:br/>
        <w:t>f 1507/28035/25228 2171/28117/25310 2139/28086/25279</w:t>
        <w:br/>
        <w:t>f 1468/27995/25188 1507/28035/25228 2139/28086/25279</w:t>
        <w:br/>
        <w:t>f 2171/28117/25310 1507/28035/25228 1508/28036/25229</w:t>
        <w:br/>
        <w:t>f 2172/28118/25311 2171/28117/25310 1508/28036/25229</w:t>
        <w:br/>
        <w:t>f 2174/28119/25312 2172/28118/25311 2173/28120/25313</w:t>
        <w:br/>
        <w:t>f 2173/28120/25313 2172/28118/25311 1508/28036/25229</w:t>
        <w:br/>
        <w:t>f 1511/28039/25232 2173/28120/25313 1508/28036/25229</w:t>
        <w:br/>
        <w:t>f 2177/28121/25314 2176/28122/25315 2175/28123/25316</w:t>
        <w:br/>
        <w:t>f 2179/28124/25317 2175/28123/25316 2176/28122/25315</w:t>
        <w:br/>
        <w:t>f 2178/28125/25318 2179/28124/25317 2176/28122/25315</w:t>
        <w:br/>
        <w:t>f 2183/28126/25319 2182/28127/25320 2181/28128/25321</w:t>
        <w:br/>
        <w:t>f 2180/28129/25322 2183/28126/25319 2181/28128/25321</w:t>
        <w:br/>
        <w:t>f 1522/28049/25242 1521/28050/25243 2182/28127/25320</w:t>
        <w:br/>
        <w:t>f 2183/28126/25319 1522/28049/25242 2182/28127/25320</w:t>
        <w:br/>
        <w:t>f 2185/28130/25323 2184/28131/25324 2180/28129/25322</w:t>
        <w:br/>
        <w:t>f 2181/28128/25321 2185/28130/25323 2180/28129/25322</w:t>
        <w:br/>
        <w:t>f 2186/28132/25325 2127/28072/25265 1452/27979/25172</w:t>
        <w:br/>
        <w:t>f 1525/28054/25247 2186/28132/25325 1452/27979/25172</w:t>
        <w:br/>
        <w:t>f 2186/28132/25325 2133/28078/25271 2129/28074/25267</w:t>
        <w:br/>
        <w:t>f 2127/28072/25265 2186/28132/25325 2129/28074/25267</w:t>
        <w:br/>
        <w:t>f 2186/28132/25325 2140/28085/25278 2135/28082/25275</w:t>
        <w:br/>
        <w:t>f 2133/28078/25271 2186/28132/25325 2135/28082/25275</w:t>
        <w:br/>
        <w:t>f 1525/28054/25247 1467/27996/25189 2140/28085/25278</w:t>
        <w:br/>
        <w:t>f 2186/28132/25325 1525/28054/25247 2140/28085/25278</w:t>
        <w:br/>
        <w:t>f 2163/28109/25302 2168/28114/25307 2165/28111/25304</w:t>
        <w:br/>
        <w:t>f 2132/28079/25272 2133/28078/25271 2136/28081/25274</w:t>
        <w:br/>
        <w:t>f 2129/28074/25267 2133/28078/25271 2131/28077/25270</w:t>
        <w:br/>
        <w:t>f 2190/28133/25326 2189/28134/25327 2188/28135/25328</w:t>
        <w:br/>
        <w:t>f 2187/28136/25329 2190/28133/25326 2188/28135/25328</w:t>
        <w:br/>
        <w:t>f 2149/28097/25290 2123/28070/25263 2124/28069/25262</w:t>
        <w:br/>
        <w:t>f 2164/28110/25303 2168/28114/25307 2191/28137/25330</w:t>
        <w:br/>
        <w:t>f 2193/28138/25331 2174/28119/25312 2173/28120/25313</w:t>
        <w:br/>
        <w:t>f 2192/28139/25332 2193/28138/25331 2173/28120/25313</w:t>
        <w:br/>
        <w:t>f 2193/28138/25331 2192/28139/25332 2180/28129/25322</w:t>
        <w:br/>
        <w:t>f 2184/28131/25324 2193/28138/25331 2180/28129/25322</w:t>
        <w:br/>
        <w:t>f 1534/28062/25255 1522/28049/25242 2183/28126/25319</w:t>
        <w:br/>
        <w:t>f 2192/28139/25332 1534/28062/25255 2183/28126/25319</w:t>
        <w:br/>
        <w:t>f 2144/28093/25286 2188/28135/25328 2189/28134/25327</w:t>
        <w:br/>
        <w:t>f 2147/28090/25283 2144/28093/25286 2189/28134/25327</w:t>
        <w:br/>
        <w:t>f 2178/28125/25318 2176/28122/25315 2184/28131/25324</w:t>
        <w:br/>
        <w:t>f 2185/28130/25323 2178/28125/25318 2184/28131/25324</w:t>
        <w:br/>
        <w:t>f 2192/28139/25332 2183/28126/25319 2180/28129/25322</w:t>
        <w:br/>
        <w:t>f 2195/28140/25333 2194/28141/25334 2175/28123/25316</w:t>
        <w:br/>
        <w:t>f 2179/28124/25317 2195/28140/25333 2175/28123/25316</w:t>
        <w:br/>
        <w:t>f 2187/28136/25329 2166/28112/25305 2149/28097/25290</w:t>
        <w:br/>
        <w:t>f 2176/28122/25315 2177/28121/25314 2193/28138/25331</w:t>
        <w:br/>
        <w:t>f 2184/28131/25324 2176/28122/25315 2193/28138/25331</w:t>
        <w:br/>
        <w:t>f 2196/28142/25335 2170/28116/25309 2174/28119/25312</w:t>
        <w:br/>
        <w:t>f 2177/28121/25314 2196/28142/25335 2174/28119/25312</w:t>
        <w:br/>
        <w:t>f 2193/28138/25331 2177/28121/25314 2174/28119/25312</w:t>
        <w:br/>
        <w:t>f 2170/28116/25309 2172/28118/25311 2174/28119/25312</w:t>
        <w:br/>
        <w:t>f 2191/28137/25330 2197/28143/25336 2122/28071/25264</w:t>
        <w:br/>
        <w:t>f 2198/28144/25337 2151/28095/25288 2124/28069/25262</w:t>
        <w:br/>
        <w:t>f 2125/28068/25261 2198/28144/25337 2124/28069/25262</w:t>
        <w:br/>
        <w:t>f 2194/28141/25334 2195/28140/25333 2198/28144/25337</w:t>
        <w:br/>
        <w:t>f 2125/28068/25261 2194/28141/25334 2198/28144/25337</w:t>
        <w:br/>
        <w:t>f 2175/28123/25316 2194/28141/25334 2197/28143/25336</w:t>
        <w:br/>
        <w:t>f 2177/28121/25314 2175/28123/25316 2197/28143/25336</w:t>
        <w:br/>
        <w:t>f 2156/28102/25295 2187/28136/25329 2188/28135/25328</w:t>
        <w:br/>
        <w:t>f 2152/28098/25291 2144/28093/25286 2145/28092/25285</w:t>
        <w:br/>
        <w:t>f 1534/28062/25255 2192/28139/25332 2173/28120/25313</w:t>
        <w:br/>
        <w:t>f 1511/28039/25232 1534/28062/25255 2173/28120/25313</w:t>
        <w:br/>
        <w:t>f 2150/28096/25289 2190/28133/25326 2187/28136/25329</w:t>
        <w:br/>
        <w:t>f 2149/28097/25290 2150/28096/25289 2187/28136/25329</w:t>
        <w:br/>
        <w:t>f 2143/28089/25282 2145/28092/25285 2142/28087/25280</w:t>
        <w:br/>
        <w:t>f 2152/28098/25291 2188/28135/25328 2144/28093/25286</w:t>
        <w:br/>
        <w:t>f 2165/28111/25304 2164/28110/25303 2162/28106/25299</w:t>
        <w:br/>
        <w:t>f 2157/28104/25297 2160/28108/25301 2155/28101/25294</w:t>
        <w:br/>
        <w:t>f 2162/28106/25299 2160/28108/25301 2157/28104/25297</w:t>
        <w:br/>
        <w:t>f 2166/28112/25305 2156/28102/25295 2161/28107/25300</w:t>
        <w:br/>
        <w:t>f 2161/28107/25300 2156/28102/25295 2160/28108/25301</w:t>
        <w:br/>
        <w:t>f 2160/28108/25301 2156/28102/25295 2155/28101/25294</w:t>
        <w:br/>
        <w:t>f 2155/28101/25294 2152/28098/25291 2148/28094/25287</w:t>
        <w:br/>
        <w:t>f 2152/28098/25291 2145/28092/25285 2143/28089/25282</w:t>
        <w:br/>
        <w:t>f 2164/28110/25303 2191/28137/25330 2122/28071/25264</w:t>
        <w:br/>
        <w:t>f 2123/28070/25263 2164/28110/25303 2122/28071/25264</w:t>
        <w:br/>
        <w:t>f 2196/28142/25335 2197/28143/25336 2191/28137/25330</w:t>
        <w:br/>
        <w:t>f 2177/28121/25314 2197/28143/25336 2196/28142/25335</w:t>
        <w:br/>
        <w:t>f 2194/28141/25334 2125/28068/25261 2122/28071/25264</w:t>
        <w:br/>
        <w:t>f 2197/28143/25336 2194/28141/25334 2122/28071/25264</w:t>
        <w:br/>
        <w:t>f 2196/28142/25335 2191/28137/25330 2168/28114/25307</w:t>
        <w:br/>
        <w:t>f 2170/28116/25309 2196/28142/25335 2168/28114/25307</w:t>
        <w:br/>
        <w:t>f 2157/28104/25297 2155/28101/25294 2153/28099/25292</w:t>
        <w:br/>
        <w:t>f 2166/28112/25305 2123/28070/25263 2149/28097/25290</w:t>
        <w:br/>
        <w:t>f 2156/28102/25295 2166/28112/25305 2187/28136/25329</w:t>
        <w:br/>
        <w:t>f 2156/28102/25295 2188/28135/25328 2152/28098/25291</w:t>
        <w:br/>
        <w:t>f 380/28145/25338 379/28146/25339 378/28147/25340</w:t>
        <w:br/>
        <w:t>f 377/28148/25341 380/28145/25338 378/28147/25340</w:t>
        <w:br/>
        <w:t>f 377/28148/25341 382/28149/25342 381/28150/25343</w:t>
        <w:br/>
        <w:t>f 380/28145/25338 377/28148/25341 381/28150/25343</w:t>
        <w:br/>
        <w:t>f 384/28151/25344 381/28150/25343 382/28149/25342</w:t>
        <w:br/>
        <w:t>f 383/28152/25345 384/28151/25344 382/28149/25342</w:t>
        <w:br/>
        <w:t>f 383/28152/25345 386/28153/25346 385/28154/25346</w:t>
        <w:br/>
        <w:t>f 384/28151/25344 383/28152/25345 385/28154/25346</w:t>
        <w:br/>
        <w:t>f 386/28153/25346 388/28155/25347 387/28156/25347</w:t>
        <w:br/>
        <w:t>f 385/28154/25346 386/28153/25346 387/28156/25347</w:t>
        <w:br/>
        <w:t>f 390/28157/25348 387/28156/25347 388/28155/25347</w:t>
        <w:br/>
        <w:t>f 389/28158/25348 390/28157/25348 388/28155/25347</w:t>
        <w:br/>
        <w:t>f 392/28159/25349 390/28157/25348 389/28158/25348</w:t>
        <w:br/>
        <w:t>f 391/28160/25350 392/28159/25349 389/28158/25348</w:t>
        <w:br/>
        <w:t>f 394/28161/25351 392/28159/25349 391/28160/25350</w:t>
        <w:br/>
        <w:t>f 393/28162/25351 394/28161/25351 391/28160/25350</w:t>
        <w:br/>
        <w:t>f 393/28162/25351 396/28163/25352 395/28164/25353</w:t>
        <w:br/>
        <w:t>f 394/28161/25351 393/28162/25351 395/28164/25353</w:t>
        <w:br/>
        <w:t>f 398/28165/25354 395/28164/25353 396/28163/25352</w:t>
        <w:br/>
        <w:t>f 397/28166/25355 398/28165/25354 396/28163/25352</w:t>
        <w:br/>
        <w:t>f 399/28167/25356 398/28165/25354 397/28166/25355</w:t>
        <w:br/>
        <w:t>f 399/28167/25356 401/28168/25357 400/28169/25358</w:t>
        <w:br/>
        <w:t>f 405/28170/25359 404/28171/25360 403/28172/25361</w:t>
        <w:br/>
        <w:t>f 402/28173/25362 405/28170/25359 403/28172/25361</w:t>
        <w:br/>
        <w:t>f 402/28173/25362 407/28174/25363 406/28175/25364</w:t>
        <w:br/>
        <w:t>f 405/28170/25359 402/28173/25362 406/28175/25364</w:t>
        <w:br/>
        <w:t>f 405/28170/25359 406/28175/25364 409/28176/25365</w:t>
        <w:br/>
        <w:t>f 408/28177/25366 405/28170/25359 409/28176/25365</w:t>
        <w:br/>
        <w:t>f 407/28174/25363 411/28178/25367 410/28179/25368</w:t>
        <w:br/>
        <w:t>f 406/28175/25364 407/28174/25363 410/28179/25368</w:t>
        <w:br/>
        <w:t>f 415/28180/25369 414/28181/25370 413/28182/25371</w:t>
        <w:br/>
        <w:t>f 412/28183/25372 415/28180/25369 413/28182/25371</w:t>
        <w:br/>
        <w:t>f 417/28184/25373 416/28185/25374 408/28177/25366</w:t>
        <w:br/>
        <w:t>f 410/28179/25368 411/28178/25367 419/28186/25375</w:t>
        <w:br/>
        <w:t>f 418/28187/25376 410/28179/25368 419/28186/25375</w:t>
        <w:br/>
        <w:t>f 417/28184/25373 408/28177/25366 409/28176/25365</w:t>
        <w:br/>
        <w:t>f 420/28188/25377 417/28184/25373 409/28176/25365</w:t>
        <w:br/>
        <w:t>f 406/28175/25364 410/28179/25368 421/28189/25378</w:t>
        <w:br/>
        <w:t>f 409/28176/25365 406/28175/25364 421/28189/25378</w:t>
        <w:br/>
        <w:t>f 418/28187/25376 419/28186/25375 423/28190/25379</w:t>
        <w:br/>
        <w:t>f 422/28191/25380 418/28187/25376 423/28190/25379</w:t>
        <w:br/>
        <w:t>f 424/28192/25381 420/28188/25377 409/28176/25365</w:t>
        <w:br/>
        <w:t>f 421/28189/25378 424/28192/25381 409/28176/25365</w:t>
        <w:br/>
        <w:t>f 410/28179/25368 418/28187/25376 425/28193/25382</w:t>
        <w:br/>
        <w:t>f 421/28189/25378 410/28179/25368 425/28193/25382</w:t>
        <w:br/>
        <w:t>f 426/28194/25383 424/28192/25381 421/28189/25378</w:t>
        <w:br/>
        <w:t>f 425/28193/25382 426/28194/25383 421/28189/25378</w:t>
        <w:br/>
        <w:t>f 427/28195/25384 425/28193/25382 418/28187/25376</w:t>
        <w:br/>
        <w:t>f 422/28191/25380 427/28195/25384 418/28187/25376</w:t>
        <w:br/>
        <w:t>f 429/28196/25385 428/28197/25386 422/28191/25380</w:t>
        <w:br/>
        <w:t>f 423/28190/25379 429/28196/25385 422/28191/25380</w:t>
        <w:br/>
        <w:t>f 425/28193/25382 427/28195/25384 430/28198/25387</w:t>
        <w:br/>
        <w:t>f 426/28194/25383 425/28193/25382 430/28198/25387</w:t>
        <w:br/>
        <w:t>f 431/28199/25388 427/28195/25384 422/28191/25380</w:t>
        <w:br/>
        <w:t>f 428/28197/25386 431/28199/25388 422/28191/25380</w:t>
        <w:br/>
        <w:t>f 432/28200/25389 430/28198/25387 427/28195/25384</w:t>
        <w:br/>
        <w:t>f 431/28199/25388 432/28200/25389 427/28195/25384</w:t>
        <w:br/>
        <w:t>f 428/28197/25386 429/28196/25385 434/28201/25390</w:t>
        <w:br/>
        <w:t>f 433/28202/25391 428/28197/25386 434/28201/25390</w:t>
        <w:br/>
        <w:t>f 435/28203/25392 431/28199/25388 428/28197/25386</w:t>
        <w:br/>
        <w:t>f 433/28202/25391 435/28203/25392 428/28197/25386</w:t>
        <w:br/>
        <w:t>f 436/28204/25393 432/28200/25389 431/28199/25388</w:t>
        <w:br/>
        <w:t>f 435/28203/25392 436/28204/25393 431/28199/25388</w:t>
        <w:br/>
        <w:t>f 438/28205/25394 436/28204/25393 435/28203/25392</w:t>
        <w:br/>
        <w:t>f 437/28206/25395 438/28205/25394 435/28203/25392</w:t>
        <w:br/>
        <w:t>f 437/28206/25395 435/28203/25392 433/28202/25391</w:t>
        <w:br/>
        <w:t>f 439/28207/25396 437/28206/25395 433/28202/25391</w:t>
        <w:br/>
        <w:t>f 437/28206/25395 441/28208/25397 440/28209/25398</w:t>
        <w:br/>
        <w:t>f 381/28150/25399 437/28206/25395 440/28209/25398</w:t>
        <w:br/>
        <w:t>f 434/28201/25390 442/28210/25400 439/28207/25396</w:t>
        <w:br/>
        <w:t>f 433/28202/25391 434/28201/25390 439/28207/25396</w:t>
        <w:br/>
        <w:t>f 439/28207/25396 443/28211/25401 441/28208/25397</w:t>
        <w:br/>
        <w:t>f 437/28206/25395 439/28207/25396 441/28208/25397</w:t>
        <w:br/>
        <w:t>f 379/28146/25339 380/28145/25338 441/28208/25397</w:t>
        <w:br/>
        <w:t>f 444/28212/25402 379/28146/25339 441/28208/25397</w:t>
        <w:br/>
        <w:t>f 443/28211/25401 439/28207/25396 442/28210/25400</w:t>
        <w:br/>
        <w:t>f 445/28213/25403 443/28211/25401 442/28210/25400</w:t>
        <w:br/>
        <w:t>f 443/28211/25401 444/28212/25402 441/28208/25397</w:t>
        <w:br/>
        <w:t>f 446/28214/25404 443/28211/25401 445/28213/25403</w:t>
        <w:br/>
        <w:t>f 450/28215/25405 449/28216/25406 448/28217/25407</w:t>
        <w:br/>
        <w:t>f 447/28218/25408 450/28215/25405 448/28217/25407</w:t>
        <w:br/>
        <w:t>f 453/28219/25409 449/28216/25406 452/28220/25410</w:t>
        <w:br/>
        <w:t>f 451/28221/25411 453/28219/25409 452/28220/25410</w:t>
        <w:br/>
        <w:t>f 454/28222/25412 452/28220/25410 449/28216/25406</w:t>
        <w:br/>
        <w:t>f 450/28215/25405 454/28222/25412 449/28216/25406</w:t>
        <w:br/>
        <w:t>f 456/28223/25413 455/28224/25414 452/28220/25410</w:t>
        <w:br/>
        <w:t>f 454/28222/25412 456/28223/25413 452/28220/25410</w:t>
        <w:br/>
        <w:t>f 451/28221/25411 452/28220/25410 455/28224/25414</w:t>
        <w:br/>
        <w:t>f 457/28225/25415 451/28221/25411 455/28224/25414</w:t>
        <w:br/>
        <w:t>f 457/28225/25415 455/28224/25414 459/28226/25416</w:t>
        <w:br/>
        <w:t>f 458/28227/25417 457/28225/25415 459/28226/25416</w:t>
        <w:br/>
        <w:t>f 455/28224/25414 456/28223/25413 460/28228/25418</w:t>
        <w:br/>
        <w:t>f 459/28226/25416 455/28224/25414 460/28228/25418</w:t>
        <w:br/>
        <w:t>f 459/28226/25416 462/28229/25419 461/28230/25420</w:t>
        <w:br/>
        <w:t>f 458/28227/25417 459/28226/25416 461/28230/25420</w:t>
        <w:br/>
        <w:t>f 459/28226/25416 460/28228/25418 463/28231/25421</w:t>
        <w:br/>
        <w:t>f 462/28229/25419 459/28226/25416 463/28231/25421</w:t>
        <w:br/>
        <w:t>f 462/28229/25419 465/28232/25422 464/28233/25423</w:t>
        <w:br/>
        <w:t>f 461/28230/25420 462/28229/25419 464/28233/25423</w:t>
        <w:br/>
        <w:t>f 466/28234/25424 465/28232/25422 462/28229/25419</w:t>
        <w:br/>
        <w:t>f 463/28231/25421 466/28234/25424 462/28229/25419</w:t>
        <w:br/>
        <w:t>f 469/28235/25425 468/28236/25426 467/28237/25427</w:t>
        <w:br/>
        <w:t>f 415/28180/25369 469/28235/25425 467/28237/25427</w:t>
        <w:br/>
        <w:t>f 470/28238/25428 469/28235/25425 415/28180/25369</w:t>
        <w:br/>
        <w:t>f 412/28183/25372 470/28238/25428 415/28180/25369</w:t>
        <w:br/>
        <w:t>f 412/28183/25372 471/28239/25429 470/28238/25428</w:t>
        <w:br/>
        <w:t>f 472/28240/25430 448/28217/25407 449/28216/25406</w:t>
        <w:br/>
        <w:t>f 453/28219/25409 472/28240/25430 449/28216/25406</w:t>
        <w:br/>
        <w:t>f 473/28241/25431 471/28239/25429 412/28183/25372</w:t>
        <w:br/>
        <w:t>f 413/28182/25371 473/28241/25431 412/28183/25372</w:t>
        <w:br/>
        <w:t>f 443/28211/25401 446/28214/25404 444/28212/25402</w:t>
        <w:br/>
        <w:t>f 408/28177/25366 416/28185/25374 404/28171/25360</w:t>
        <w:br/>
        <w:t>f 405/28170/25359 408/28177/25366 404/28171/25360</w:t>
        <w:br/>
        <w:t>f 465/28232/25422 467/28237/25427 468/28236/25426</w:t>
        <w:br/>
        <w:t>f 464/28233/25423 465/28232/25422 468/28236/25426</w:t>
        <w:br/>
        <w:t>f 467/28237/25427 474/28242/25432 414/28181/25370</w:t>
        <w:br/>
        <w:t>f 415/28180/25369 467/28237/25427 414/28181/25370</w:t>
        <w:br/>
        <w:t>f 474/28242/25432 467/28237/25427 465/28232/25422</w:t>
        <w:br/>
        <w:t>f 466/28234/25424 474/28242/25432 465/28232/25422</w:t>
        <w:br/>
        <w:t>f 478/28243/25433 477/28244/25434 476/28245/25435</w:t>
        <w:br/>
        <w:t>f 475/28246/25436 478/28243/25433 476/28245/25435</w:t>
        <w:br/>
        <w:t>f 480/28247/25437 479/28248/25438 477/28244/25434</w:t>
        <w:br/>
        <w:t>f 478/28243/25433 480/28247/25437 477/28244/25434</w:t>
        <w:br/>
        <w:t>f 479/28248/25438 480/28247/25437 482/28249/25439</w:t>
        <w:br/>
        <w:t>f 481/28250/25439 479/28248/25438 482/28249/25439</w:t>
        <w:br/>
        <w:t>f 484/28251/25440 483/28252/25441 481/28250/25439</w:t>
        <w:br/>
        <w:t>f 482/28249/25439 484/28251/25440 481/28250/25439</w:t>
        <w:br/>
        <w:t>f 483/28252/25441 484/28251/25440 486/28253/25442</w:t>
        <w:br/>
        <w:t>f 485/28254/25443 483/28252/25441 486/28253/25442</w:t>
        <w:br/>
        <w:t>f 485/28254/25443 486/28253/25442 488/28255/25444</w:t>
        <w:br/>
        <w:t>f 487/28256/25444 485/28254/25443 488/28255/25444</w:t>
        <w:br/>
        <w:t>f 490/28257/25445 489/28258/25446 487/28256/25444</w:t>
        <w:br/>
        <w:t>f 488/28255/25444 490/28257/25445 487/28256/25444</w:t>
        <w:br/>
        <w:t>f 489/28258/25446 490/28257/25445 492/28259/25447</w:t>
        <w:br/>
        <w:t>f 491/28260/25447 489/28258/25446 492/28259/25447</w:t>
        <w:br/>
        <w:t>f 491/28260/25447 492/28259/25447 494/28261/25448</w:t>
        <w:br/>
        <w:t>f 493/28262/25449 491/28260/25447 494/28261/25448</w:t>
        <w:br/>
        <w:t>f 493/28262/25449 494/28261/25448 496/28263/25450</w:t>
        <w:br/>
        <w:t>f 495/28264/25451 493/28262/25449 496/28263/25450</w:t>
        <w:br/>
        <w:t>f 497/28265/25452 495/28264/25451 496/28263/25450</w:t>
        <w:br/>
        <w:t>f 497/28265/25452 401/28168/25357 495/28264/25451</w:t>
        <w:br/>
        <w:t>f 403/28172/25361 499/28266/25453 498/28267/25454</w:t>
        <w:br/>
        <w:t>f 402/28173/25362 403/28172/25361 498/28267/25454</w:t>
        <w:br/>
        <w:t>f 402/28173/25362 498/28267/25454 500/28268/25455</w:t>
        <w:br/>
        <w:t>f 407/28174/25363 402/28173/25362 500/28268/25455</w:t>
        <w:br/>
        <w:t>f 502/28269/25456 500/28268/25455 498/28267/25454</w:t>
        <w:br/>
        <w:t>f 501/28270/25457 502/28269/25456 498/28267/25454</w:t>
        <w:br/>
        <w:t>f 407/28174/25363 500/28268/25455 503/28271/25458</w:t>
        <w:br/>
        <w:t>f 411/28178/25367 407/28174/25363 503/28271/25458</w:t>
        <w:br/>
        <w:t>f 413/28182/25371 414/28181/25370 505/28272/25459</w:t>
        <w:br/>
        <w:t>f 504/28273/25460 413/28182/25371 505/28272/25459</w:t>
        <w:br/>
        <w:t>f 507/28274/25461 501/28270/25457 506/28275/25462</w:t>
        <w:br/>
        <w:t>f 419/28186/25375 411/28178/25367 503/28271/25458</w:t>
        <w:br/>
        <w:t>f 508/28276/25463 419/28186/25375 503/28271/25458</w:t>
        <w:br/>
        <w:t>f 502/28269/25456 501/28270/25457 507/28274/25461</w:t>
        <w:br/>
        <w:t>f 509/28277/25464 502/28269/25456 507/28274/25461</w:t>
        <w:br/>
        <w:t>f 510/28278/25465 503/28271/25458 500/28268/25455</w:t>
        <w:br/>
        <w:t>f 502/28269/25456 510/28278/25465 500/28268/25455</w:t>
        <w:br/>
        <w:t>f 508/28276/25463 511/28279/25466 423/28190/25379</w:t>
        <w:br/>
        <w:t>f 419/28186/25375 508/28276/25463 423/28190/25379</w:t>
        <w:br/>
        <w:t>f 502/28269/25456 509/28277/25464 512/28280/25467</w:t>
        <w:br/>
        <w:t>f 510/28278/25465 502/28269/25456 512/28280/25467</w:t>
        <w:br/>
        <w:t>f 503/28271/25458 510/28278/25465 513/28281/25468</w:t>
        <w:br/>
        <w:t>f 508/28276/25463 503/28271/25458 513/28281/25468</w:t>
        <w:br/>
        <w:t>f 514/28282/25469 513/28281/25468 510/28278/25465</w:t>
        <w:br/>
        <w:t>f 512/28280/25467 514/28282/25469 510/28278/25465</w:t>
        <w:br/>
        <w:t>f 515/28283/25470 511/28279/25466 508/28276/25463</w:t>
        <w:br/>
        <w:t>f 513/28281/25468 515/28283/25470 508/28276/25463</w:t>
        <w:br/>
        <w:t>f 511/28279/25466 516/28284/25471 429/28196/25385</w:t>
        <w:br/>
        <w:t>f 423/28190/25379 511/28279/25466 429/28196/25385</w:t>
        <w:br/>
        <w:t>f 513/28281/25468 514/28282/25469 517/28285/25472</w:t>
        <w:br/>
        <w:t>f 515/28283/25470 513/28281/25468 517/28285/25472</w:t>
        <w:br/>
        <w:t>f 518/28286/25473 516/28284/25471 511/28279/25466</w:t>
        <w:br/>
        <w:t>f 515/28283/25470 518/28286/25473 511/28279/25466</w:t>
        <w:br/>
        <w:t>f 515/28283/25470 517/28285/25472 519/28287/25474</w:t>
        <w:br/>
        <w:t>f 518/28286/25473 515/28283/25470 519/28287/25474</w:t>
        <w:br/>
        <w:t>f 434/28201/25390 429/28196/25385 516/28284/25471</w:t>
        <w:br/>
        <w:t>f 520/28288/25475 434/28201/25390 516/28284/25471</w:t>
        <w:br/>
        <w:t>f 516/28284/25471 518/28286/25473 521/28289/25476</w:t>
        <w:br/>
        <w:t>f 520/28288/25475 516/28284/25471 521/28289/25476</w:t>
        <w:br/>
        <w:t>f 522/28290/25477 521/28289/25476 518/28286/25473</w:t>
        <w:br/>
        <w:t>f 519/28287/25474 522/28290/25477 518/28286/25473</w:t>
        <w:br/>
        <w:t>f 521/28289/25476 522/28290/25477 524/28291/25478</w:t>
        <w:br/>
        <w:t>f 523/28292/25479 521/28289/25476 524/28291/25478</w:t>
        <w:br/>
        <w:t>f 520/28288/25475 521/28289/25476 523/28292/25479</w:t>
        <w:br/>
        <w:t>f 525/28293/25480 520/28288/25475 523/28292/25479</w:t>
        <w:br/>
        <w:t>f 523/28292/25479 480/28247/25481 527/28294/25482</w:t>
        <w:br/>
        <w:t>f 526/28295/25483 523/28292/25479 527/28294/25482</w:t>
        <w:br/>
        <w:t>f 434/28201/25390 520/28288/25475 525/28293/25480</w:t>
        <w:br/>
        <w:t>f 442/28210/25400 434/28201/25390 525/28293/25480</w:t>
        <w:br/>
        <w:t>f 525/28293/25480 523/28292/25479 526/28295/25483</w:t>
        <w:br/>
        <w:t>f 528/28296/25484 525/28293/25480 526/28295/25483</w:t>
        <w:br/>
        <w:t>f 475/28246/25436 529/28297/25485 526/28295/25483</w:t>
        <w:br/>
        <w:t>f 478/28243/25433 475/28246/25436 526/28295/25483</w:t>
        <w:br/>
        <w:t>f 528/28296/25484 445/28213/25403 442/28210/25400</w:t>
        <w:br/>
        <w:t>f 525/28293/25480 528/28296/25484 442/28210/25400</w:t>
        <w:br/>
        <w:t>f 528/28296/25484 526/28295/25483 529/28297/25485</w:t>
        <w:br/>
        <w:t>f 446/28214/25404 445/28213/25403 528/28296/25484</w:t>
        <w:br/>
        <w:t>f 531/28298/25486 530/28299/25487 450/28215/25405</w:t>
        <w:br/>
        <w:t>f 447/28218/25408 531/28298/25486 450/28215/25405</w:t>
        <w:br/>
        <w:t>f 534/28300/25488 533/28301/25489 532/28302/25490</w:t>
        <w:br/>
        <w:t>f 530/28299/25487 534/28300/25488 532/28302/25490</w:t>
        <w:br/>
        <w:t>f 454/28222/25412 450/28215/25405 530/28299/25487</w:t>
        <w:br/>
        <w:t>f 532/28302/25490 454/28222/25412 530/28299/25487</w:t>
        <w:br/>
        <w:t>f 532/28302/25490 535/28303/25491 456/28223/25413</w:t>
        <w:br/>
        <w:t>f 454/28222/25412 532/28302/25490 456/28223/25413</w:t>
        <w:br/>
        <w:t>f 533/28301/25489 536/28304/25492 535/28303/25491</w:t>
        <w:br/>
        <w:t>f 532/28302/25490 533/28301/25489 535/28303/25491</w:t>
        <w:br/>
        <w:t>f 538/28305/25493 535/28303/25491 536/28304/25492</w:t>
        <w:br/>
        <w:t>f 537/28306/25494 538/28305/25493 536/28304/25492</w:t>
        <w:br/>
        <w:t>f 535/28303/25491 538/28305/25493 460/28228/25418</w:t>
        <w:br/>
        <w:t>f 456/28223/25413 535/28303/25491 460/28228/25418</w:t>
        <w:br/>
        <w:t>f 540/28307/25495 539/28308/25496 538/28305/25493</w:t>
        <w:br/>
        <w:t>f 537/28306/25494 540/28307/25495 538/28305/25493</w:t>
        <w:br/>
        <w:t>f 463/28231/25421 460/28228/25418 538/28305/25493</w:t>
        <w:br/>
        <w:t>f 539/28308/25496 463/28231/25421 538/28305/25493</w:t>
        <w:br/>
        <w:t>f 539/28308/25496 540/28307/25495 542/28309/25497</w:t>
        <w:br/>
        <w:t>f 541/28310/25498 539/28308/25496 542/28309/25497</w:t>
        <w:br/>
        <w:t>f 466/28234/25424 463/28231/25421 539/28308/25496</w:t>
        <w:br/>
        <w:t>f 541/28310/25498 466/28234/25424 539/28308/25496</w:t>
        <w:br/>
        <w:t>f 545/28311/25499 505/28272/25459 544/28312/25500</w:t>
        <w:br/>
        <w:t>f 543/28313/25501 545/28311/25499 544/28312/25500</w:t>
        <w:br/>
        <w:t>f 505/28272/25459 545/28311/25499 546/28314/25502</w:t>
        <w:br/>
        <w:t>f 504/28273/25460 505/28272/25459 546/28314/25502</w:t>
        <w:br/>
        <w:t>f 504/28273/25460 546/28314/25502 547/28315/25503</w:t>
        <w:br/>
        <w:t>f 548/28316/25504 534/28300/25488 530/28299/25487</w:t>
        <w:br/>
        <w:t>f 531/28298/25486 548/28316/25504 530/28299/25487</w:t>
        <w:br/>
        <w:t>f 504/28273/25460 547/28315/25503 473/28241/25431</w:t>
        <w:br/>
        <w:t>f 413/28182/25371 504/28273/25460 473/28241/25431</w:t>
        <w:br/>
        <w:t>f 528/28296/25484 529/28297/25485 446/28214/25404</w:t>
        <w:br/>
        <w:t>f 501/28270/25457 498/28267/25454 499/28266/25453</w:t>
        <w:br/>
        <w:t>f 506/28275/25462 501/28270/25457 499/28266/25453</w:t>
        <w:br/>
        <w:t>f 543/28313/25501 544/28312/25500 541/28310/25498</w:t>
        <w:br/>
        <w:t>f 542/28309/25497 543/28313/25501 541/28310/25498</w:t>
        <w:br/>
        <w:t>f 544/28312/25500 505/28272/25459 414/28181/25370</w:t>
        <w:br/>
        <w:t>f 474/28242/25432 544/28312/25500 414/28181/25370</w:t>
        <w:br/>
        <w:t>f 541/28310/25498 544/28312/25500 474/28242/25432</w:t>
        <w:br/>
        <w:t>f 466/28234/25424 541/28310/25498 474/28242/25432</w:t>
        <w:br/>
        <w:t>f 399/28167/25356 397/28166/25355 401/28168/25357</w:t>
        <w:br/>
        <w:t>f 497/28265/25452 400/28169/25358 401/28168/25357</w:t>
        <w:br/>
        <w:t>f 133/28317/25505 132/28318/25506 131/28319/25507</w:t>
        <w:br/>
        <w:t>f 134/28320/25505 133/28317/25505 131/28319/25507</w:t>
        <w:br/>
        <w:t>f 133/28317/25505 134/28320/25505 136/28321/25508</w:t>
        <w:br/>
        <w:t>f 135/28322/25508 133/28317/25505 136/28321/25508</w:t>
        <w:br/>
        <w:t>f 138/28323/25509 137/28324/25510 135/28322/25508</w:t>
        <w:br/>
        <w:t>f 136/28321/25508 138/28323/25509 135/28322/25508</w:t>
        <w:br/>
        <w:t>f 140/28325/25511 139/28326/25511 137/28324/25510</w:t>
        <w:br/>
        <w:t>f 138/28323/25509 140/28325/25511 137/28324/25510</w:t>
        <w:br/>
        <w:t>f 139/28326/25511 140/28325/25511 142/28327/25512</w:t>
        <w:br/>
        <w:t>f 141/28328/25512 139/28326/25511 142/28327/25512</w:t>
        <w:br/>
        <w:t>f 145/28329/25513 144/28330/25514 143/28331/25515</w:t>
        <w:br/>
        <w:t>f 146/28332/25516 145/28329/25513 143/28331/25515</w:t>
        <w:br/>
        <w:t>f 150/28333/25517 149/28334/25518 148/28335/25519</w:t>
        <w:br/>
        <w:t>f 147/28336/25520 150/28333/25517 148/28335/25519</w:t>
        <w:br/>
        <w:t>f 149/28334/25518 152/28337/25521 151/28338/25522</w:t>
        <w:br/>
        <w:t>f 148/28335/25519 149/28334/25518 151/28338/25522</w:t>
        <w:br/>
        <w:t>f 154/28339/25523 151/28338/25522 152/28337/25521</w:t>
        <w:br/>
        <w:t>f 153/28340/25524 154/28339/25523 152/28337/25521</w:t>
        <w:br/>
        <w:t>f 156/28341/25525 154/28339/25523 153/28340/25524</w:t>
        <w:br/>
        <w:t>f 155/28342/25526 156/28341/25525 153/28340/25524</w:t>
        <w:br/>
        <w:t>f 158/28343/25527 156/28341/25525 155/28342/25526</w:t>
        <w:br/>
        <w:t>f 157/28344/25527 158/28343/25527 155/28342/25526</w:t>
        <w:br/>
        <w:t>f 158/28343/25527 157/28344/25527 160/28345/25528</w:t>
        <w:br/>
        <w:t>f 159/28346/25528 158/28343/25527 160/28345/25528</w:t>
        <w:br/>
        <w:t>f 159/28346/25528 160/28345/25528 162/28347/25529</w:t>
        <w:br/>
        <w:t>f 161/28348/25530 159/28346/25528 162/28347/25529</w:t>
        <w:br/>
        <w:t>f 166/28349/25531 165/28350/25532 164/28351/25532</w:t>
        <w:br/>
        <w:t>f 163/28352/25533 166/28349/25531 164/28351/25532</w:t>
        <w:br/>
        <w:t>f 168/28353/25534 166/28349/25531 163/28352/25533</w:t>
        <w:br/>
        <w:t>f 167/28354/25534 168/28353/25534 163/28352/25533</w:t>
        <w:br/>
        <w:t>f 167/28354/25534 170/28355/25535 169/28356/25536</w:t>
        <w:br/>
        <w:t>f 168/28353/25534 167/28354/25534 169/28356/25536</w:t>
        <w:br/>
        <w:t>f 170/28355/25535 172/28357/25537 171/28358/25538</w:t>
        <w:br/>
        <w:t>f 169/28356/25536 170/28355/25535 171/28358/25538</w:t>
        <w:br/>
        <w:t>f 172/28357/25537 174/28359/25539 173/28360/25539</w:t>
        <w:br/>
        <w:t>f 171/28358/25538 172/28357/25537 173/28360/25539</w:t>
        <w:br/>
        <w:t>f 146/28332/25516 143/28331/25515 141/28328/25512</w:t>
        <w:br/>
        <w:t>f 142/28327/25512 146/28332/25516 141/28328/25512</w:t>
        <w:br/>
        <w:t>f 177/28361/25540 176/28362/25541 175/28363/25541</w:t>
        <w:br/>
        <w:t>f 178/28364/25542 177/28361/25540 175/28363/25541</w:t>
        <w:br/>
        <w:t>f 178/28364/25542 173/28360/25539 174/28359/25539</w:t>
        <w:br/>
        <w:t>f 177/28361/25540 178/28364/25542 174/28359/25539</w:t>
        <w:br/>
        <w:t>f 181/28365/25543 180/28366/25543 179/28367/25544</w:t>
        <w:br/>
        <w:t>f 182/28368/25544 181/28365/25543 179/28367/25544</w:t>
        <w:br/>
        <w:t>f 184/28369/25545 182/28368/25544 179/28367/25544</w:t>
        <w:br/>
        <w:t>f 183/28370/25546 184/28369/25545 179/28367/25544</w:t>
        <w:br/>
        <w:t>f 186/28371/25547 184/28369/25545 183/28370/25546</w:t>
        <w:br/>
        <w:t>f 185/28372/25548 186/28371/25547 183/28370/25546</w:t>
        <w:br/>
        <w:t>f 188/28373/25549 186/28371/25547 185/28372/25548</w:t>
        <w:br/>
        <w:t>f 187/28374/25550 188/28373/25549 185/28372/25548</w:t>
        <w:br/>
        <w:t>f 190/28375/25551 188/28373/25549 187/28374/25550</w:t>
        <w:br/>
        <w:t>f 189/28376/25551 190/28375/25551 187/28374/25550</w:t>
        <w:br/>
        <w:t>f 145/28329/25513 192/28377/25552 191/28378/25553</w:t>
        <w:br/>
        <w:t>f 144/28330/25514 145/28329/25513 191/28378/25553</w:t>
        <w:br/>
        <w:t>f 150/28333/25517 147/28336/25520 194/28379/25554</w:t>
        <w:br/>
        <w:t>f 193/28380/25555 150/28333/25517 194/28379/25554</w:t>
        <w:br/>
        <w:t>f 193/28380/25555 194/28379/25554 196/28381/25556</w:t>
        <w:br/>
        <w:t>f 195/28382/25556 193/28380/25555 196/28381/25556</w:t>
        <w:br/>
        <w:t>f 195/28382/25556 196/28381/25556 198/28383/25557</w:t>
        <w:br/>
        <w:t>f 197/28384/25558 195/28382/25556 198/28383/25557</w:t>
        <w:br/>
        <w:t>f 202/28385/25559 201/28386/25560 200/28387/25561</w:t>
        <w:br/>
        <w:t>f 199/28388/25562 202/28385/25559 200/28387/25561</w:t>
        <w:br/>
        <w:t>f 202/28385/25559 204/28389/25563 203/28390/25564</w:t>
        <w:br/>
        <w:t>f 201/28386/25560 202/28385/25559 203/28390/25564</w:t>
        <w:br/>
        <w:t>f 204/28389/25563 206/28391/25565 205/28392/25566</w:t>
        <w:br/>
        <w:t>f 203/28390/25564 204/28389/25563 205/28392/25566</w:t>
        <w:br/>
        <w:t>f 210/28393/25567 209/28394/25567 208/28395/25568</w:t>
        <w:br/>
        <w:t>f 207/28396/25568 210/28393/25567 208/28395/25568</w:t>
        <w:br/>
        <w:t>f 207/28396/25568 208/28395/25568 212/28397/25569</w:t>
        <w:br/>
        <w:t>f 211/28398/25569 207/28396/25568 212/28397/25569</w:t>
        <w:br/>
        <w:t>f 214/28399/25570 213/28400/25571 211/28398/25569</w:t>
        <w:br/>
        <w:t>f 212/28397/25569 214/28399/25570 211/28398/25569</w:t>
        <w:br/>
        <w:t>f 216/28401/25572 215/28402/25573 213/28400/25571</w:t>
        <w:br/>
        <w:t>f 214/28399/25570 216/28401/25572 213/28400/25571</w:t>
        <w:br/>
        <w:t>f 215/28402/25573 216/28401/25572 218/28403/25574</w:t>
        <w:br/>
        <w:t>f 217/28404/25574 215/28402/25573 218/28403/25574</w:t>
        <w:br/>
        <w:t>f 192/28377/25552 190/28375/25551 189/28376/25551</w:t>
        <w:br/>
        <w:t>f 191/28378/25553 192/28377/25552 189/28376/25551</w:t>
        <w:br/>
        <w:t>f 220/28405/25575 219/28406/25575 175/28363/25541</w:t>
        <w:br/>
        <w:t>f 176/28362/25541 220/28405/25575 175/28363/25541</w:t>
        <w:br/>
        <w:t>f 219/28406/25575 220/28405/25575 217/28404/25574</w:t>
        <w:br/>
        <w:t>f 218/28403/25574 219/28406/25575 217/28404/25574</w:t>
        <w:br/>
        <w:t>f 223/28407/25576 222/28408/25576 221/28409/25577</w:t>
        <w:br/>
        <w:t>f 186/28371/25547 188/28373/25549 224/28410/25578</w:t>
        <w:br/>
        <w:t>f 227/28411/25579 226/28412/25579 225/28413/25579</w:t>
        <w:br/>
        <w:t>f 216/28401/25572 214/28399/25570 221/28409/25580</w:t>
        <w:br/>
        <w:t>f 662/28414/25581 661/28415/25582 660/28416/25583</w:t>
        <w:br/>
        <w:t>f 659/28417/25583 662/28414/25581 660/28416/25583</w:t>
        <w:br/>
        <w:t>f 666/28418/25584 665/28419/25584 664/28420/25585</w:t>
        <w:br/>
        <w:t>f 663/28421/25585 666/28418/25584 664/28420/25585</w:t>
        <w:br/>
        <w:t>f 665/28419/25584 666/28418/25584 668/28422/25586</w:t>
        <w:br/>
        <w:t>f 667/28423/25586 665/28419/25584 668/28422/25586</w:t>
        <w:br/>
        <w:t>f 670/28424/25587 669/28425/25587 667/28423/25586</w:t>
        <w:br/>
        <w:t>f 668/28422/25586 670/28424/25587 667/28423/25586</w:t>
        <w:br/>
        <w:t>f 672/28426/25588 671/28427/25588 669/28425/25587</w:t>
        <w:br/>
        <w:t>f 670/28424/25587 672/28426/25588 669/28425/25587</w:t>
        <w:br/>
        <w:t>f 674/28428/25589 671/28427/25588 672/28426/25588</w:t>
        <w:br/>
        <w:t>f 673/28429/25589 674/28428/25589 672/28426/25588</w:t>
        <w:br/>
        <w:t>f 678/28430/25590 677/28431/25591 676/28432/25592</w:t>
        <w:br/>
        <w:t>f 675/28433/25590 678/28430/25590 676/28432/25592</w:t>
        <w:br/>
        <w:t>f 682/28434/25593 681/28435/25594 680/28436/25595</w:t>
        <w:br/>
        <w:t>f 679/28437/25596 682/28434/25593 680/28436/25595</w:t>
        <w:br/>
        <w:t>f 679/28437/25596 684/28438/25597 683/28439/25597</w:t>
        <w:br/>
        <w:t>f 682/28434/25593 679/28437/25596 683/28439/25597</w:t>
        <w:br/>
        <w:t>f 684/28438/25597 686/28440/25598 685/28441/25598</w:t>
        <w:br/>
        <w:t>f 683/28439/25597 684/28438/25597 685/28441/25598</w:t>
        <w:br/>
        <w:t>f 685/28441/25598 686/28440/25598 688/28442/25599</w:t>
        <w:br/>
        <w:t>f 687/28443/25600 685/28441/25598 688/28442/25599</w:t>
        <w:br/>
        <w:t>f 687/28443/25600 688/28442/25599 690/28444/25601</w:t>
        <w:br/>
        <w:t>f 689/28445/25602 687/28443/25600 690/28444/25601</w:t>
        <w:br/>
        <w:t>f 694/28446/25603 693/28447/25604 692/28448/25604</w:t>
        <w:br/>
        <w:t>f 691/28449/25605 694/28446/25603 692/28448/25604</w:t>
        <w:br/>
        <w:t>f 696/28450/25606 694/28446/25603 691/28449/25605</w:t>
        <w:br/>
        <w:t>f 695/28451/25606 696/28450/25606 691/28449/25605</w:t>
        <w:br/>
        <w:t>f 696/28450/25606 695/28451/25606 698/28452/25607</w:t>
        <w:br/>
        <w:t>f 697/28453/25608 696/28450/25606 698/28452/25607</w:t>
        <w:br/>
        <w:t>f 700/28454/25609 699/28455/25610 697/28453/25608</w:t>
        <w:br/>
        <w:t>f 698/28452/25607 700/28454/25609 697/28453/25608</w:t>
        <w:br/>
        <w:t>f 702/28456/25611 701/28457/25611 699/28455/25610</w:t>
        <w:br/>
        <w:t>f 700/28454/25609 702/28456/25611 699/28455/25610</w:t>
        <w:br/>
        <w:t>f 701/28457/25611 702/28456/25611 704/28458/25612</w:t>
        <w:br/>
        <w:t>f 703/28459/25613 701/28457/25611 704/28458/25612</w:t>
        <w:br/>
        <w:t>f 706/28460/25614 705/28461/25615 703/28459/25613</w:t>
        <w:br/>
        <w:t>f 704/28458/25612 706/28460/25614 703/28459/25613</w:t>
        <w:br/>
        <w:t>f 689/28445/25602 690/28444/25601 659/28417/25583</w:t>
        <w:br/>
        <w:t>f 660/28416/25583 689/28445/25602 659/28417/25583</w:t>
        <w:br/>
        <w:t>f 673/28429/25589 676/28432/25592 677/28431/25591</w:t>
        <w:br/>
        <w:t>f 674/28428/25589 673/28429/25589 677/28431/25591</w:t>
        <w:br/>
        <w:t>f 662/28414/25581 708/28462/25616 707/28463/25616</w:t>
        <w:br/>
        <w:t>f 661/28415/25582 662/28414/25581 707/28463/25616</w:t>
        <w:br/>
        <w:t>f 712/28464/25617 711/28465/25618 710/28466/25619</w:t>
        <w:br/>
        <w:t>f 709/28467/25620 712/28464/25617 710/28466/25619</w:t>
        <w:br/>
        <w:t>f 714/28468/25621 710/28466/25619 711/28465/25618</w:t>
        <w:br/>
        <w:t>f 713/28469/25622 714/28468/25621 711/28465/25618</w:t>
        <w:br/>
        <w:t>f 715/28470/25623 714/28468/25621 713/28469/25622</w:t>
        <w:br/>
        <w:t>f 716/28471/25624 715/28470/25623 713/28469/25622</w:t>
        <w:br/>
        <w:t>f 717/28472/25625 715/28470/25623 716/28471/25624</w:t>
        <w:br/>
        <w:t>f 718/28473/25625 717/28472/25625 716/28471/25624</w:t>
        <w:br/>
        <w:t>f 720/28474/25626 719/28475/25626 717/28472/25625</w:t>
        <w:br/>
        <w:t>f 718/28473/25625 720/28474/25626 717/28472/25625</w:t>
        <w:br/>
        <w:t>f 722/28476/25627 721/28477/25627 678/28430/25590</w:t>
        <w:br/>
        <w:t>f 675/28433/25590 722/28476/25627 678/28430/25590</w:t>
        <w:br/>
        <w:t>f 726/28478/25628 725/28479/25628 724/28480/25629</w:t>
        <w:br/>
        <w:t>f 723/28481/25629 726/28478/25628 724/28480/25629</w:t>
        <w:br/>
        <w:t>f 723/28481/25629 724/28480/25629 728/28482/25630</w:t>
        <w:br/>
        <w:t>f 727/28483/25631 723/28481/25629 728/28482/25630</w:t>
        <w:br/>
        <w:t>f 727/28483/25631 728/28482/25630 729/28484/25632</w:t>
        <w:br/>
        <w:t>f 730/28485/25633 727/28483/25631 729/28484/25632</w:t>
        <w:br/>
        <w:t>f 729/28484/25632 732/28486/25634 731/28487/25635</w:t>
        <w:br/>
        <w:t>f 730/28485/25633 729/28484/25632 731/28487/25635</w:t>
        <w:br/>
        <w:t>f 732/28486/25634 734/28488/25636 733/28489/25637</w:t>
        <w:br/>
        <w:t>f 731/28487/25635 732/28486/25634 733/28489/25637</w:t>
        <w:br/>
        <w:t>f 738/28490/25638 737/28491/25638 736/28492/25639</w:t>
        <w:br/>
        <w:t>f 735/28493/25640 738/28490/25638 736/28492/25639</w:t>
        <w:br/>
        <w:t>f 740/28494/25641 739/28495/25642 737/28491/25638</w:t>
        <w:br/>
        <w:t>f 738/28490/25638 740/28494/25641 737/28491/25638</w:t>
        <w:br/>
        <w:t>f 742/28496/25643 739/28495/25642 740/28494/25641</w:t>
        <w:br/>
        <w:t>f 741/28497/25644 742/28496/25643 740/28494/25641</w:t>
        <w:br/>
        <w:t>f 741/28497/25644 744/28498/25645 743/28499/25646</w:t>
        <w:br/>
        <w:t>f 742/28496/25643 741/28497/25644 743/28499/25646</w:t>
        <w:br/>
        <w:t>f 744/28498/25645 746/28500/25647 745/28501/25647</w:t>
        <w:br/>
        <w:t>f 743/28499/25646 744/28498/25645 745/28501/25647</w:t>
        <w:br/>
        <w:t>f 746/28500/25647 748/28502/25648 747/28503/25649</w:t>
        <w:br/>
        <w:t>f 745/28501/25647 746/28500/25647 747/28503/25649</w:t>
        <w:br/>
        <w:t>f 706/28460/25614 747/28503/25649 748/28502/25648</w:t>
        <w:br/>
        <w:t>f 705/28461/25615 706/28460/25614 748/28502/25648</w:t>
        <w:br/>
        <w:t>f 708/28462/25616 733/28489/25637 734/28488/25636</w:t>
        <w:br/>
        <w:t>f 707/28463/25616 708/28462/25616 734/28488/25636</w:t>
        <w:br/>
        <w:t>f 721/28477/25627 722/28476/25627 719/28475/25626</w:t>
        <w:br/>
        <w:t>f 720/28474/25626 721/28477/25627 719/28475/25626</w:t>
        <w:br/>
        <w:t>f 826/28504/25650 825/28505/25651 824/28506/25652</w:t>
        <w:br/>
        <w:t>f 829/28507/25653 828/28508/25654 827/28509/25655</w:t>
        <w:br/>
        <w:t>f 829/28507/25653 831/28510/25656 830/28511/25657</w:t>
        <w:br/>
        <w:t>f 833/28512/25658 832/28513/25659 829/28507/25653</w:t>
        <w:br/>
        <w:t>f 831/28510/25656 835/28514/23528 834/28515/25660</w:t>
        <w:br/>
        <w:t>f 833/28512/25658 836/28516/23511 832/28513/25659</w:t>
        <w:br/>
        <w:t>f 836/28516/23511 838/28517/25661 837/28518/25662</w:t>
        <w:br/>
        <w:t>f 832/28513/25659 836/28516/23511 837/28518/25662</w:t>
        <w:br/>
        <w:t>f 831/28510/25656 829/28507/25653 840/28519/25663</w:t>
        <w:br/>
        <w:t>f 839/28520/25664 831/28510/25656 840/28519/25663</w:t>
        <w:br/>
        <w:t>f 842/28521/25665 841/28522/25666 840/28519/25663</w:t>
        <w:br/>
        <w:t>f 829/28507/25653 842/28521/25665 840/28519/25663</w:t>
        <w:br/>
        <w:t>f 844/28523/25667 837/28518/25662 838/28517/25661</w:t>
        <w:br/>
        <w:t>f 843/28524/25668 844/28523/25667 838/28517/25661</w:t>
        <w:br/>
        <w:t>f 845/28525/25669 841/28522/25666 832/28513/25659</w:t>
        <w:br/>
        <w:t>f 841/28522/25666 845/28525/25669 847/28526/25670</w:t>
        <w:br/>
        <w:t>f 846/28527/25671 841/28522/25666 847/28526/25670</w:t>
        <w:br/>
        <w:t>f 824/28506/25652 843/28524/25668 848/28528/25672</w:t>
        <w:br/>
        <w:t>f 851/28529/25673 850/28530/25674 849/28531/25675</w:t>
        <w:br/>
        <w:t>f 852/28532/25676 840/28519/25663 841/28522/25666</w:t>
        <w:br/>
        <w:t>f 846/28527/25671 852/28532/25676 841/28522/25666</w:t>
        <w:br/>
        <w:t>f 844/28523/25667 843/28524/25668 824/28506/25652</w:t>
        <w:br/>
        <w:t>f 826/28504/25650 854/28533/25677 853/28534/25678</w:t>
        <w:br/>
        <w:t>f 857/28535/25679 856/28536/25680 855/28537/25681</w:t>
        <w:br/>
        <w:t>f 859/28538/25682 852/28532/25676 846/28527/25671</w:t>
        <w:br/>
        <w:t>f 858/28539/25683 859/28538/25682 846/28527/25671</w:t>
        <w:br/>
        <w:t>f 857/28535/25679 859/28538/25682 856/28536/25680</w:t>
        <w:br/>
        <w:t>f 854/28533/25677 861/28540/25684 860/28541/25685</w:t>
        <w:br/>
        <w:t>f 859/28538/25682 857/28535/25679 862/28542/25686</w:t>
        <w:br/>
        <w:t>f 866/28543/25687 865/28544/25688 864/28545/25689</w:t>
        <w:br/>
        <w:t>f 863/28546/25690 866/28543/25687 864/28545/25689</w:t>
        <w:br/>
        <w:t>f 859/28538/25682 862/28542/25686 868/28547/25691</w:t>
        <w:br/>
        <w:t>f 867/28548/25692 859/28538/25682 868/28547/25691</w:t>
        <w:br/>
        <w:t>f 852/28532/25676 859/28538/25682 867/28548/25692</w:t>
        <w:br/>
        <w:t>f 869/28549/25693 852/28532/25676 867/28548/25692</w:t>
        <w:br/>
        <w:t>f 869/28549/25693 839/28520/25664 840/28519/25663</w:t>
        <w:br/>
        <w:t>f 852/28532/25676 869/28549/25693 840/28519/25663</w:t>
        <w:br/>
        <w:t>f 868/28547/25691 870/28550/25694 867/28548/25692</w:t>
        <w:br/>
        <w:t>f 861/28540/25684 872/28551/25695 871/28552/25696</w:t>
        <w:br/>
        <w:t>f 864/28545/25689 865/28544/25688 873/28553/25697</w:t>
        <w:br/>
        <w:t>f 870/28550/25694 851/28529/25673 867/28548/25692</w:t>
        <w:br/>
        <w:t>f 869/28549/25693 867/28548/25692 851/28529/25673</w:t>
        <w:br/>
        <w:t>f 849/28531/25675 869/28549/25693 851/28529/25673</w:t>
        <w:br/>
        <w:t>f 872/28551/25695 873/28553/25697 871/28552/25696</w:t>
        <w:br/>
        <w:t>f 870/28550/25694 874/28554/25698 851/28529/25673</w:t>
        <w:br/>
        <w:t>f 876/28555/25699 875/28556/25700 866/28543/25687</w:t>
        <w:br/>
        <w:t>f 874/28554/25698 850/28530/25674 851/28529/25673</w:t>
        <w:br/>
        <w:t>f 850/28530/25674 877/28557/25701 849/28531/25675</w:t>
        <w:br/>
        <w:t>f 880/28558/25702 879/28559/25703 878/28560/25704</w:t>
        <w:br/>
        <w:t>f 882/28561/25705 849/28531/25675 877/28557/25701</w:t>
        <w:br/>
        <w:t>f 881/28562/25706 882/28561/25705 877/28557/25701</w:t>
        <w:br/>
        <w:t>f 879/28559/25703 880/28558/25702 883/28563/25707</w:t>
        <w:br/>
        <w:t>f 885/28564/25708 884/28565/25709 879/28559/25703</w:t>
        <w:br/>
        <w:t>f 883/28563/25707 885/28564/25708 879/28559/25703</w:t>
        <w:br/>
        <w:t>f 882/28561/25705 881/28562/25706 886/28566/25710</w:t>
        <w:br/>
        <w:t>f 887/28567/23532 884/28565/25709 885/28564/25708</w:t>
        <w:br/>
        <w:t>f 835/28514/23528 831/28510/25656 884/28565/25709</w:t>
        <w:br/>
        <w:t>f 849/28531/25675 882/28561/25705 839/28520/25664</w:t>
        <w:br/>
        <w:t>f 869/28549/25693 849/28531/25675 839/28520/25664</w:t>
        <w:br/>
        <w:t>f 886/28566/25710 831/28510/25656 839/28520/25664</w:t>
        <w:br/>
        <w:t>f 882/28561/25705 886/28566/25710 839/28520/25664</w:t>
        <w:br/>
        <w:t>f 846/28527/25671 847/28526/25670 888/28568/25711</w:t>
        <w:br/>
        <w:t>f 848/28528/25672 826/28504/25650 824/28506/25652</w:t>
        <w:br/>
        <w:t>f 866/28543/25687 875/28556/25700 889/28569/25712</w:t>
        <w:br/>
        <w:t>f 878/28560/25704 889/28569/25712 875/28556/25700</w:t>
        <w:br/>
        <w:t>f 830/28511/25657 831/28510/25656 834/28515/25660</w:t>
        <w:br/>
        <w:t>f 828/28508/25654 829/28507/25653 830/28511/25657</w:t>
        <w:br/>
        <w:t>f 887/28567/23532 835/28514/23528 884/28565/25709</w:t>
        <w:br/>
        <w:t>f 824/28506/25652 855/28537/25681 856/28536/25680</w:t>
        <w:br/>
        <w:t>f 888/28568/25711 824/28506/25652 856/28536/25680</w:t>
        <w:br/>
        <w:t>f 856/28536/25680 846/28527/25671 888/28568/25711</w:t>
        <w:br/>
        <w:t>f 827/28509/25655 833/28512/25658 829/28507/25653</w:t>
        <w:br/>
        <w:t>f 888/28568/25711 844/28523/25667 824/28506/25652</w:t>
        <w:br/>
        <w:t>f 863/28546/25690 876/28555/25699 866/28543/25687</w:t>
        <w:br/>
        <w:t>f 860/28541/25685 861/28540/25684 871/28552/25696</w:t>
        <w:br/>
        <w:t>f 853/28534/25678 854/28533/25677 860/28541/25685</w:t>
        <w:br/>
        <w:t>f 825/28505/25651 826/28504/25650 853/28534/25678</w:t>
        <w:br/>
        <w:t>f 873/28553/25697 865/28544/25688 871/28552/25696</w:t>
        <w:br/>
        <w:t>f 890/28570/25713 878/28560/25704 875/28556/25700</w:t>
        <w:br/>
        <w:t>f 890/28570/25713 880/28558/25702 878/28560/25704</w:t>
        <w:br/>
        <w:t>f 1542/28571/25714 1541/28572/25715 1540/28573/25716</w:t>
        <w:br/>
        <w:t>f 1545/28574/25717 1544/28575/25718 1543/28576/25719</w:t>
        <w:br/>
        <w:t>f 1545/28574/25717 1547/28577/25720 1546/28578/25721</w:t>
        <w:br/>
        <w:t>f 1549/28579/24060 1545/28574/25717 1548/28580/25722</w:t>
        <w:br/>
        <w:t>f 1546/28578/25721 1551/28581/25723 1550/28582/25724</w:t>
        <w:br/>
        <w:t>f 1549/28579/24060 1548/28580/25722 1552/28583/24057</w:t>
        <w:br/>
        <w:t>f 1552/28583/24057 1548/28580/25722 1554/28584/25725</w:t>
        <w:br/>
        <w:t>f 1553/28585/25726 1552/28583/24057 1554/28584/25725</w:t>
        <w:br/>
        <w:t>f 1546/28578/25721 1556/28586/25727 1555/28587/25728</w:t>
        <w:br/>
        <w:t>f 1545/28574/25717 1546/28578/25721 1555/28587/25728</w:t>
        <w:br/>
        <w:t>f 1558/28588/25729 1545/28574/25717 1555/28587/25728</w:t>
        <w:br/>
        <w:t>f 1557/28589/25730 1558/28588/25729 1555/28587/25728</w:t>
        <w:br/>
        <w:t>f 1560/28590/25731 1559/28591/25732 1553/28585/25726</w:t>
        <w:br/>
        <w:t>f 1554/28584/25725 1560/28590/25731 1553/28585/25726</w:t>
        <w:br/>
        <w:t>f 1561/28592/25733 1548/28580/25722 1557/28589/25730</w:t>
        <w:br/>
        <w:t>f 1557/28589/25730 1563/28593/25734 1562/28594/25735</w:t>
        <w:br/>
        <w:t>f 1561/28592/25733 1557/28589/25730 1562/28594/25735</w:t>
        <w:br/>
        <w:t>f 1541/28572/25715 1564/28595/25736 1559/28591/25732</w:t>
        <w:br/>
        <w:t>f 1567/28596/25737 1566/28597/25738 1565/28598/25739</w:t>
        <w:br/>
        <w:t>f 1568/28599/25740 1563/28593/25734 1557/28589/25730</w:t>
        <w:br/>
        <w:t>f 1555/28587/25728 1568/28599/25740 1557/28589/25730</w:t>
        <w:br/>
        <w:t>f 1560/28590/25731 1541/28572/25715 1559/28591/25732</w:t>
        <w:br/>
        <w:t>f 1542/28571/25714 1570/28600/25741 1569/28601/25742</w:t>
        <w:br/>
        <w:t>f 1573/28602/25743 1572/28603/25744 1571/28604/25745</w:t>
        <w:br/>
        <w:t>f 1575/28605/25746 1574/28606/25747 1563/28593/25734</w:t>
        <w:br/>
        <w:t>f 1568/28599/25740 1575/28605/25746 1563/28593/25734</w:t>
        <w:br/>
        <w:t>f 1573/28602/25743 1571/28604/25745 1575/28605/25746</w:t>
        <w:br/>
        <w:t>f 1569/28601/25742 1577/28607/25748 1576/28608/25749</w:t>
        <w:br/>
        <w:t>f 1575/28605/25746 1578/28609/25750 1573/28602/25743</w:t>
        <w:br/>
        <w:t>f 1582/28610/25751 1581/28611/25752 1580/28612/25753</w:t>
        <w:br/>
        <w:t>f 1579/28613/25754 1582/28610/25751 1580/28612/25753</w:t>
        <w:br/>
        <w:t>f 1575/28605/25746 1584/28614/25755 1583/28615/25756</w:t>
        <w:br/>
        <w:t>f 1578/28609/25750 1575/28605/25746 1583/28615/25756</w:t>
        <w:br/>
        <w:t>f 1568/28599/25740 1585/28616/25757 1584/28614/25755</w:t>
        <w:br/>
        <w:t>f 1575/28605/25746 1568/28599/25740 1584/28614/25755</w:t>
        <w:br/>
        <w:t>f 1585/28616/25757 1568/28599/25740 1555/28587/25728</w:t>
        <w:br/>
        <w:t>f 1556/28586/25727 1585/28616/25757 1555/28587/25728</w:t>
        <w:br/>
        <w:t>f 1583/28615/25756 1584/28614/25755 1586/28617/25758</w:t>
        <w:br/>
        <w:t>f 1576/28608/25749 1588/28618/25759 1587/28619/25760</w:t>
        <w:br/>
        <w:t>f 1580/28612/25753 1589/28620/25761 1579/28613/25754</w:t>
        <w:br/>
        <w:t>f 1586/28617/25758 1584/28614/25755 1567/28596/25737</w:t>
        <w:br/>
        <w:t>f 1585/28616/25757 1566/28597/25738 1567/28596/25737</w:t>
        <w:br/>
        <w:t>f 1584/28614/25755 1585/28616/25757 1567/28596/25737</w:t>
        <w:br/>
        <w:t>f 1587/28619/25760 1588/28618/25759 1589/28620/25761</w:t>
        <w:br/>
        <w:t>f 1586/28617/25758 1567/28596/25737 1590/28621/25762</w:t>
        <w:br/>
        <w:t>f 1592/28622/25763 1582/28610/25751 1591/28623/25764</w:t>
        <w:br/>
        <w:t>f 1590/28621/25762 1567/28596/25737 1565/28598/25739</w:t>
        <w:br/>
        <w:t>f 1565/28598/25739 1566/28597/25738 1593/28624/25765</w:t>
        <w:br/>
        <w:t>f 1596/28625/25766 1595/28626/25767 1594/28627/25768</w:t>
        <w:br/>
        <w:t>f 1598/28628/25769 1597/28629/25770 1593/28624/25765</w:t>
        <w:br/>
        <w:t>f 1566/28597/25738 1598/28628/25769 1593/28624/25765</w:t>
        <w:br/>
        <w:t>f 1594/28627/25768 1599/28630/25771 1596/28625/25766</w:t>
        <w:br/>
        <w:t>f 1601/28631/25772 1599/28630/25771 1594/28627/25768</w:t>
        <w:br/>
        <w:t>f 1600/28632/25773 1601/28631/25772 1594/28627/25768</w:t>
        <w:br/>
        <w:t>f 1598/28628/25769 1602/28633/25774 1597/28629/25770</w:t>
        <w:br/>
        <w:t>f 1603/28634/25775 1601/28631/25772 1600/28632/25773</w:t>
        <w:br/>
        <w:t>f 1550/28582/25724 1600/28632/25773 1546/28578/25721</w:t>
        <w:br/>
        <w:t>f 1566/28597/25738 1585/28616/25757 1556/28586/25727</w:t>
        <w:br/>
        <w:t>f 1598/28628/25769 1566/28597/25738 1556/28586/25727</w:t>
        <w:br/>
        <w:t>f 1602/28633/25774 1598/28628/25769 1556/28586/25727</w:t>
        <w:br/>
        <w:t>f 1546/28578/25721 1602/28633/25774 1556/28586/25727</w:t>
        <w:br/>
        <w:t>f 1563/28593/25734 1604/28635/25776 1562/28594/25735</w:t>
        <w:br/>
        <w:t>f 1564/28595/25736 1541/28572/25715 1542/28571/25714</w:t>
        <w:br/>
        <w:t>f 1582/28610/25751 1605/28636/25777 1591/28623/25764</w:t>
        <w:br/>
        <w:t>f 1595/28626/25767 1591/28623/25764 1605/28636/25777</w:t>
        <w:br/>
        <w:t>f 1547/28577/25720 1551/28581/25723 1546/28578/25721</w:t>
        <w:br/>
        <w:t>f 1543/28576/25719 1547/28577/25720 1545/28574/25717</w:t>
        <w:br/>
        <w:t>f 1603/28634/25775 1600/28632/25773 1550/28582/25724</w:t>
        <w:br/>
        <w:t>f 1541/28572/25715 1604/28635/25776 1571/28604/25745</w:t>
        <w:br/>
        <w:t>f 1572/28603/25744 1541/28572/25715 1571/28604/25745</w:t>
        <w:br/>
        <w:t>f 1571/28604/25745 1604/28635/25776 1563/28593/25734</w:t>
        <w:br/>
        <w:t>f 1544/28575/25718 1545/28574/25717 1549/28579/24060</w:t>
        <w:br/>
        <w:t>f 1604/28635/25776 1541/28572/25715 1560/28590/25731</w:t>
        <w:br/>
        <w:t>f 1581/28611/25752 1582/28610/25751 1592/28622/25763</w:t>
        <w:br/>
        <w:t>f 1577/28607/25748 1588/28618/25759 1576/28608/25749</w:t>
        <w:br/>
        <w:t>f 1570/28600/25741 1577/28607/25748 1569/28601/25742</w:t>
        <w:br/>
        <w:t>f 1540/28573/25716 1570/28600/25741 1542/28571/25714</w:t>
        <w:br/>
        <w:t>f 1589/28620/25761 1588/28618/25759 1579/28613/25754</w:t>
        <w:br/>
        <w:t>f 1606/28637/25778 1591/28623/25764 1595/28626/25767</w:t>
        <w:br/>
        <w:t>f 1606/28637/25778 1595/28626/25767 1596/28625/25766</w:t>
        <w:br/>
        <w:t>f 2549/28638/25779 2548/28639/25780 2547/28640/25779</w:t>
        <w:br/>
        <w:t>f 2546/28641/25781 2549/28638/25779 2547/28640/25779</w:t>
        <w:br/>
        <w:t>f 2548/28639/25780 2551/28642/25779 2550/28643/25779</w:t>
        <w:br/>
        <w:t>f 2547/28640/25779 2548/28639/25780 2550/28643/25779</w:t>
        <w:br/>
        <w:t>f 2551/28642/25779 2553/28644/25779 2552/28645/25779</w:t>
        <w:br/>
        <w:t>f 2550/28643/25779 2551/28642/25779 2552/28645/25779</w:t>
        <w:br/>
        <w:t>f 2553/28644/25779 2555/28646/25779 2554/28647/25779</w:t>
        <w:br/>
        <w:t>f 2552/28645/25779 2553/28644/25779 2554/28647/25779</w:t>
        <w:br/>
        <w:t>f 2557/28648/25782 2556/28649/25779 2554/28647/25779</w:t>
        <w:br/>
        <w:t>f 2555/28646/25779 2557/28648/25782 2554/28647/25779</w:t>
        <w:br/>
        <w:t>f 2559/28650/25783 2558/28651/25781 2556/28649/25779</w:t>
        <w:br/>
        <w:t>f 2557/28648/25782 2559/28650/25783 2556/28649/25779</w:t>
        <w:br/>
        <w:t>f 2561/28652/25782 2560/28653/25782 2558/28651/25781</w:t>
        <w:br/>
        <w:t>f 2559/28650/25783 2561/28652/25782 2558/28651/25781</w:t>
        <w:br/>
        <w:t>f 2563/28654/25784 2562/28655/25782 2560/28653/25782</w:t>
        <w:br/>
        <w:t>f 2561/28652/25782 2563/28654/25784 2560/28653/25782</w:t>
        <w:br/>
        <w:t>f 2565/28656/25782 2564/28657/25785 2562/28655/25782</w:t>
        <w:br/>
        <w:t>f 2563/28654/25784 2565/28656/25782 2562/28655/25782</w:t>
        <w:br/>
        <w:t>f 2565/28656/25782 2567/28658/25786 2566/28659/25779</w:t>
        <w:br/>
        <w:t>f 2564/28657/25785 2565/28656/25782 2566/28659/25779</w:t>
        <w:br/>
        <w:t>f 2567/28658/25786 2569/28660/25779 2568/28661/25779</w:t>
        <w:br/>
        <w:t>f 2566/28659/25779 2567/28658/25786 2568/28661/25779</w:t>
        <w:br/>
        <w:t>f 2573/28662/25779 2572/28663/25779 2571/28664/25779</w:t>
        <w:br/>
        <w:t>f 2570/28665/25780 2573/28662/25779 2571/28664/25779</w:t>
        <w:br/>
        <w:t>f 2572/28663/25779 2575/28666/25779 2574/28667/25779</w:t>
        <w:br/>
        <w:t>f 2571/28664/25779 2572/28663/25779 2574/28667/25779</w:t>
        <w:br/>
        <w:t>f 2575/28666/25779 2577/28668/25779 2576/28669/25779</w:t>
        <w:br/>
        <w:t>f 2574/28667/25779 2575/28666/25779 2576/28669/25779</w:t>
        <w:br/>
        <w:t>f 2577/28668/25779 2579/28670/25780 2578/28671/25780</w:t>
        <w:br/>
        <w:t>f 2576/28669/25779 2577/28668/25779 2578/28671/25780</w:t>
        <w:br/>
        <w:t>f 2581/28672/25779 2580/28673/25779 2578/28671/25780</w:t>
        <w:br/>
        <w:t>f 2579/28670/25780 2581/28672/25779 2578/28671/25780</w:t>
        <w:br/>
        <w:t>f 2583/28674/25780 2582/28675/25782 2580/28673/25779</w:t>
        <w:br/>
        <w:t>f 2581/28672/25779 2583/28674/25780 2580/28673/25779</w:t>
        <w:br/>
        <w:t>f 2585/28676/25779 2584/28677/25779 2582/28675/25782</w:t>
        <w:br/>
        <w:t>f 2583/28674/25780 2585/28676/25779 2582/28675/25782</w:t>
        <w:br/>
        <w:t>f 2587/28678/25780 2586/28679/25783 2584/28677/25779</w:t>
        <w:br/>
        <w:t>f 2585/28676/25779 2587/28678/25780 2584/28677/25779</w:t>
        <w:br/>
        <w:t>f 2589/28680/25783 2588/28681/25782 2586/28679/25783</w:t>
        <w:br/>
        <w:t>f 2587/28678/25780 2589/28680/25783 2586/28679/25783</w:t>
        <w:br/>
        <w:t>f 2591/28682/25779 2590/28683/25782 2588/28681/25782</w:t>
        <w:br/>
        <w:t>f 2589/28680/25783 2591/28682/25779 2588/28681/25782</w:t>
        <w:br/>
        <w:t>f 2593/28684/25780 2592/28685/25780 2590/28683/25782</w:t>
        <w:br/>
        <w:t>f 2591/28682/25779 2593/28684/25780 2590/28683/25782</w:t>
        <w:br/>
        <w:t>f 2595/28686/25783 2594/28687/25783 2592/28685/25780</w:t>
        <w:br/>
        <w:t>f 2593/28684/25780 2595/28686/25783 2592/28685/25780</w:t>
        <w:br/>
        <w:t>f 2599/28688/25785 2598/28689/25779 2597/28690/25782</w:t>
        <w:br/>
        <w:t>f 2596/28691/25779 2599/28688/25785 2597/28690/25782</w:t>
        <w:br/>
        <w:t>f 2598/28689/25779 2601/28692/25779 2600/28693/25782</w:t>
        <w:br/>
        <w:t>f 2597/28690/25782 2598/28689/25779 2600/28693/25782</w:t>
        <w:br/>
        <w:t>f 2601/28692/25779 2603/28694/25779 2602/28695/25782</w:t>
        <w:br/>
        <w:t>f 2600/28693/25782 2601/28692/25779 2602/28695/25782</w:t>
        <w:br/>
        <w:t>f 2603/28694/25779 2605/28696/25779 2604/28697/25779</w:t>
        <w:br/>
        <w:t>f 2602/28695/25782 2603/28694/25779 2604/28697/25779</w:t>
        <w:br/>
        <w:t>f 2605/28696/25779 2607/28698/25779 2606/28699/25779</w:t>
        <w:br/>
        <w:t>f 2604/28697/25779 2605/28696/25779 2606/28699/25779</w:t>
        <w:br/>
        <w:t>f 2607/28698/25779 2609/28700/25783 2608/28701/25779</w:t>
        <w:br/>
        <w:t>f 2606/28699/25779 2607/28698/25779 2608/28701/25779</w:t>
        <w:br/>
        <w:t>f 2609/28700/25783 2611/28702/25780 2610/28703/25779</w:t>
        <w:br/>
        <w:t>f 2608/28701/25779 2609/28700/25783 2610/28703/25779</w:t>
        <w:br/>
        <w:t>f 2611/28702/25780 2613/28704/25779 2612/28705/25780</w:t>
        <w:br/>
        <w:t>f 2610/28703/25779 2611/28702/25780 2612/28705/25780</w:t>
        <w:br/>
        <w:t>f 2613/28704/25779 2615/28706/25783 2614/28707/25782</w:t>
        <w:br/>
        <w:t>f 2612/28705/25780 2613/28704/25779 2614/28707/25782</w:t>
        <w:br/>
        <w:t>f 2617/28708/25787 2616/28709/25779 2614/28707/25782</w:t>
        <w:br/>
        <w:t>f 2615/28706/25783 2617/28708/25787 2614/28707/25782</w:t>
        <w:br/>
        <w:t>f 2619/28710/25779 2618/28711/25781 2616/28709/25779</w:t>
        <w:br/>
        <w:t>f 2617/28708/25787 2619/28710/25779 2616/28709/25779</w:t>
        <w:br/>
        <w:t>f 2621/28712/25781 2620/28713/25781 2618/28711/25781</w:t>
        <w:br/>
        <w:t>f 2619/28710/25779 2621/28712/25781 2618/28711/25781</w:t>
        <w:br/>
        <w:t>f 2621/28712/25781 2623/28714/25788 2622/28715/25779</w:t>
        <w:br/>
        <w:t>f 2620/28713/25781 2621/28712/25781 2622/28715/25779</w:t>
        <w:br/>
        <w:t>f 2625/28716/25779 2624/28717/25785 2622/28715/25779</w:t>
        <w:br/>
        <w:t>f 2623/28714/25788 2625/28716/25779 2622/28715/25779</w:t>
        <w:br/>
        <w:t>f 2627/28718/25789 2626/28719/25779 2624/28717/25785</w:t>
        <w:br/>
        <w:t>f 2625/28716/25779 2627/28718/25789 2624/28717/25785</w:t>
        <w:br/>
        <w:t>f 2629/28720/25790 2628/28721/25786 2626/28719/25779</w:t>
        <w:br/>
        <w:t>f 2627/28718/25789 2629/28720/25790 2626/28719/25779</w:t>
        <w:br/>
        <w:t>f 2631/28722/25780 2630/28723/25779 2628/28721/25786</w:t>
        <w:br/>
        <w:t>f 2629/28720/25790 2631/28722/25780 2628/28721/25786</w:t>
        <w:br/>
        <w:t>f 2633/28724/25783 2632/28725/25784 2630/28723/25779</w:t>
        <w:br/>
        <w:t>f 2631/28722/25780 2633/28724/25783 2630/28723/25779</w:t>
        <w:br/>
        <w:t>f 2635/28726/25780 2634/28727/25783 2632/28725/25784</w:t>
        <w:br/>
        <w:t>f 2633/28724/25783 2635/28726/25780 2632/28725/25784</w:t>
        <w:br/>
        <w:t>f 2637/28728/25791 2636/28729/25781 2634/28727/25783</w:t>
        <w:br/>
        <w:t>f 2635/28726/25780 2637/28728/25791 2634/28727/25783</w:t>
        <w:br/>
        <w:t>f 2639/28730/25783 2638/28731/25779 2636/28729/25781</w:t>
        <w:br/>
        <w:t>f 2637/28728/25791 2639/28730/25783 2636/28729/25781</w:t>
        <w:br/>
        <w:t>f 2641/28732/25779 2640/28733/25779 2638/28731/25779</w:t>
        <w:br/>
        <w:t>f 2639/28730/25783 2641/28732/25779 2638/28731/25779</w:t>
        <w:br/>
        <w:t>f 2643/28734/25786 2642/28735/25788 2640/28733/25779</w:t>
        <w:br/>
        <w:t>f 2641/28732/25779 2643/28734/25786 2640/28733/25779</w:t>
        <w:br/>
        <w:t>f 2643/28734/25786 2644/28736/25792 2642/28735/25788</w:t>
        <w:br/>
        <w:t>f 2643/28734/25786 2645/28737/25792 2644/28736/25792</w:t>
        <w:br/>
        <w:t>f 2648/28738/25793 2645/28737/25792 2643/28734/25786</w:t>
        <w:br/>
        <w:t>f 2648/28738/25793 2646/28739/25794 2645/28737/25792</w:t>
        <w:br/>
        <w:t>f 2648/28738/25793 2647/28740/25795 2646/28739/25794</w:t>
        <w:br/>
        <w:t>f 2649/28741/25782 2651/28742/25796 2650/28743/25797</w:t>
        <w:br/>
        <w:t>f 2649/28741/25782 2652/28744/25779 2651/28742/25796</w:t>
        <w:br/>
        <w:t>f 2649/28741/25782 2653/28745/25779 2652/28744/25779</w:t>
        <w:br/>
        <w:t>f 2549/28638/25779 2653/28745/25779 2649/28741/25782</w:t>
        <w:br/>
        <w:t>f 2549/28638/25779 2546/28641/25781 2653/28745/25779</w:t>
        <w:br/>
        <w:t>f 2569/28660/25779 2573/28662/25779 2570/28665/25780</w:t>
        <w:br/>
        <w:t>f 2568/28661/25779 2569/28660/25779 2570/28665/25780</w:t>
        <w:br/>
        <w:t>f 2595/28686/25783 2655/28746/25784 2654/28747/25783</w:t>
        <w:br/>
        <w:t>f 2594/28687/25783 2595/28686/25783 2654/28747/25783</w:t>
        <w:br/>
        <w:t>f 2655/28746/25784 2599/28688/25785 2596/28691/25779</w:t>
        <w:br/>
        <w:t>f 2654/28747/25783 2655/28746/25784 2596/28691/25779</w:t>
        <w:br/>
        <w:t>f 2659/28748/25798 2658/28749/25799 2657/28750/25800</w:t>
        <w:br/>
        <w:t>f 2656/28751/25801 2659/28748/25798 2657/28750/25800</w:t>
        <w:br/>
        <w:t>f 2656/28751/25801 2657/28750/25800 2661/28752/25802</w:t>
        <w:br/>
        <w:t>f 2660/28753/25803 2656/28751/25801 2661/28752/25802</w:t>
        <w:br/>
        <w:t>f 2660/28753/25803 2661/28752/25802 2663/28754/25804</w:t>
        <w:br/>
        <w:t>f 2662/28755/25805 2660/28753/25803 2663/28754/25804</w:t>
        <w:br/>
        <w:t>f 2662/28755/25805 2663/28754/25804 2665/28756/25806</w:t>
        <w:br/>
        <w:t>f 2664/28757/25807 2662/28755/25805 2665/28756/25806</w:t>
        <w:br/>
        <w:t>f 2664/28757/25807 2665/28756/25806 2667/28758/25808</w:t>
        <w:br/>
        <w:t>f 2666/28759/25809 2664/28757/25807 2667/28758/25808</w:t>
        <w:br/>
        <w:t>f 2667/28758/25808 2669/28760/25810 2668/28761/25811</w:t>
        <w:br/>
        <w:t>f 2666/28759/25809 2667/28758/25808 2668/28761/25811</w:t>
        <w:br/>
        <w:t>f 2669/28760/25810 2671/28762/25812 2670/28763/25813</w:t>
        <w:br/>
        <w:t>f 2668/28761/25811 2669/28760/25810 2670/28763/25813</w:t>
        <w:br/>
        <w:t>f 2671/28762/25812 2673/28764/25814 2672/28765/25815</w:t>
        <w:br/>
        <w:t>f 2670/28763/25813 2671/28762/25812 2672/28765/25815</w:t>
        <w:br/>
        <w:t>f 2673/28764/25814 2675/28766/25816 2674/28767/25817</w:t>
        <w:br/>
        <w:t>f 2672/28765/25815 2673/28764/25814 2674/28767/25817</w:t>
        <w:br/>
        <w:t>f 2675/28766/25816 2677/28768/25818 2676/28769/25819</w:t>
        <w:br/>
        <w:t>f 2674/28767/25817 2675/28766/25816 2676/28769/25819</w:t>
        <w:br/>
        <w:t>f 2677/28768/25818 2679/28770/25820 2678/28771/25821</w:t>
        <w:br/>
        <w:t>f 2676/28769/25819 2677/28768/25818 2678/28771/25821</w:t>
        <w:br/>
        <w:t>f 2679/28770/25820 2681/28772/25822 2680/28773/25823</w:t>
        <w:br/>
        <w:t>f 2678/28771/25821 2679/28770/25820 2680/28773/25823</w:t>
        <w:br/>
        <w:t>f 2681/28772/25822 2683/28774/25824 2682/28775/25825</w:t>
        <w:br/>
        <w:t>f 2680/28773/25823 2681/28772/25822 2682/28775/25825</w:t>
        <w:br/>
        <w:t>f 2683/28774/25824 2685/28776/25826 2684/28777/25827</w:t>
        <w:br/>
        <w:t>f 2682/28775/25825 2683/28774/25824 2684/28777/25827</w:t>
        <w:br/>
        <w:t>f 2685/28776/25826 2687/28778/25828 2686/28779/25829</w:t>
        <w:br/>
        <w:t>f 2684/28777/25827 2685/28776/25826 2686/28779/25829</w:t>
        <w:br/>
        <w:t>f 2687/28778/25828 2689/28780/25830 2688/28781/25831</w:t>
        <w:br/>
        <w:t>f 2686/28779/25829 2687/28778/25828 2688/28781/25831</w:t>
        <w:br/>
        <w:t>f 2689/28780/25830 2691/28782/25832 2690/28783/25833</w:t>
        <w:br/>
        <w:t>f 2688/28781/25831 2689/28780/25830 2690/28783/25833</w:t>
        <w:br/>
        <w:t>f 2691/28782/25832 2693/28784/25834 2692/28785/25835</w:t>
        <w:br/>
        <w:t>f 2690/28783/25833 2691/28782/25832 2692/28785/25835</w:t>
        <w:br/>
        <w:t>f 2693/28784/25834 2695/28786/25836 2694/28787/25837</w:t>
        <w:br/>
        <w:t>f 2692/28785/25835 2693/28784/25834 2694/28787/25837</w:t>
        <w:br/>
        <w:t>f 2695/28786/25836 2697/28788/25838 2696/28789/25839</w:t>
        <w:br/>
        <w:t>f 2694/28787/25837 2695/28786/25836 2696/28789/25839</w:t>
        <w:br/>
        <w:t>f 2697/28788/25838 2699/28790/25840 2698/28791/25841</w:t>
        <w:br/>
        <w:t>f 2696/28789/25839 2697/28788/25838 2698/28791/25841</w:t>
        <w:br/>
        <w:t>f 2698/28791/25841 2699/28790/25840 2701/28792/25842</w:t>
        <w:br/>
        <w:t>f 2700/28793/25843 2698/28791/25841 2701/28792/25842</w:t>
        <w:br/>
        <w:t>f 2700/28793/25843 2701/28792/25842 2703/28794/25844</w:t>
        <w:br/>
        <w:t>f 2702/28795/25845 2700/28793/25843 2703/28794/25844</w:t>
        <w:br/>
        <w:t>f 2702/28795/25845 2703/28794/25844 2705/28796/25846</w:t>
        <w:br/>
        <w:t>f 2704/28797/25847 2702/28795/25845 2705/28796/25846</w:t>
        <w:br/>
        <w:t>f 2704/28797/25847 2705/28796/25846 2707/28798/25848</w:t>
        <w:br/>
        <w:t>f 2706/28799/25849 2704/28797/25847 2707/28798/25848</w:t>
        <w:br/>
        <w:t>f 2706/28799/25849 2707/28798/25848 2709/28800/25850</w:t>
        <w:br/>
        <w:t>f 2708/28801/25851 2706/28799/25849 2709/28800/25850</w:t>
        <w:br/>
        <w:t>f 2708/28801/25851 2709/28800/25850 2711/28802/25852</w:t>
        <w:br/>
        <w:t>f 2710/28803/25853 2708/28801/25851 2711/28802/25852</w:t>
        <w:br/>
        <w:t>f 2710/28803/25853 2711/28802/25852 2713/28804/25854</w:t>
        <w:br/>
        <w:t>f 2712/28805/25855 2710/28803/25853 2713/28804/25854</w:t>
        <w:br/>
        <w:t>f 2712/28805/25855 2713/28804/25854 2715/28806/25856</w:t>
        <w:br/>
        <w:t>f 2714/28807/25857 2712/28805/25855 2715/28806/25856</w:t>
        <w:br/>
        <w:t>f 2714/28807/25857 2715/28806/25856 2717/28808/25858</w:t>
        <w:br/>
        <w:t>f 2716/28809/25859 2714/28807/25857 2717/28808/25858</w:t>
        <w:br/>
        <w:t>f 2665/28756/25806 2663/28754/25804 2718/28810/25860</w:t>
        <w:br/>
        <w:t>f 2716/28809/25859 2717/28808/25858 2720/28811/25861</w:t>
        <w:br/>
        <w:t>f 2719/28812/25862 2716/28809/25859 2720/28811/25861</w:t>
        <w:br/>
        <w:t>f 2719/28812/25862 2720/28811/25861 2658/28749/25799</w:t>
        <w:br/>
        <w:t>f 2659/28748/25798 2719/28812/25862 2658/28749/25799</w:t>
        <w:br/>
        <w:t>f 2683/28774/25824 2681/28772/25822 2718/28810/25860</w:t>
        <w:br/>
        <w:t>f 2701/28792/25842 2699/28790/25840 2718/28810/25860</w:t>
        <w:br/>
        <w:t>f 2720/28811/25861 2717/28808/25858 2718/28810/25860</w:t>
        <w:br/>
        <w:t>f 2675/28766/25816 2673/28764/25814 2718/28810/25860</w:t>
        <w:br/>
        <w:t>f 2693/28784/25834 2691/28782/25832 2718/28810/25860</w:t>
        <w:br/>
        <w:t>f 2711/28802/25852 2709/28800/25850 2718/28810/25860</w:t>
        <w:br/>
        <w:t>f 2667/28758/25808 2665/28756/25806 2718/28810/25860</w:t>
        <w:br/>
        <w:t>f 2685/28776/25826 2683/28774/25824 2718/28810/25860</w:t>
        <w:br/>
        <w:t>f 2703/28794/25844 2701/28792/25842 2718/28810/25860</w:t>
        <w:br/>
        <w:t>f 2657/28750/25800 2658/28749/25799 2718/28810/25860</w:t>
        <w:br/>
        <w:t>f 2658/28749/25799 2720/28811/25861 2718/28810/25860</w:t>
        <w:br/>
        <w:t>f 2677/28768/25818 2675/28766/25816 2718/28810/25860</w:t>
        <w:br/>
        <w:t>f 2695/28786/25836 2693/28784/25834 2718/28810/25860</w:t>
        <w:br/>
        <w:t>f 2713/28804/25854 2711/28802/25852 2718/28810/25860</w:t>
        <w:br/>
        <w:t>f 2669/28760/25810 2667/28758/25808 2718/28810/25860</w:t>
        <w:br/>
        <w:t>f 2687/28778/25828 2685/28776/25826 2718/28810/25860</w:t>
        <w:br/>
        <w:t>f 2705/28796/25846 2703/28794/25844 2718/28810/25860</w:t>
        <w:br/>
        <w:t>f 2661/28752/25802 2657/28750/25800 2718/28810/25860</w:t>
        <w:br/>
        <w:t>f 2679/28770/25820 2677/28768/25818 2718/28810/25860</w:t>
        <w:br/>
        <w:t>f 2697/28788/25838 2695/28786/25836 2718/28810/25860</w:t>
        <w:br/>
        <w:t>f 2715/28806/25856 2713/28804/25854 2718/28810/25860</w:t>
        <w:br/>
        <w:t>f 2671/28762/25812 2669/28760/25810 2718/28810/25860</w:t>
        <w:br/>
        <w:t>f 2689/28780/25830 2687/28778/25828 2718/28810/25860</w:t>
        <w:br/>
        <w:t>f 2707/28798/25848 2705/28796/25846 2718/28810/25860</w:t>
        <w:br/>
        <w:t>f 2663/28754/25804 2661/28752/25802 2718/28810/25860</w:t>
        <w:br/>
        <w:t>f 2681/28772/25822 2679/28770/25820 2718/28810/25860</w:t>
        <w:br/>
        <w:t>f 2699/28790/25840 2697/28788/25838 2718/28810/25860</w:t>
        <w:br/>
        <w:t>f 2717/28808/25858 2715/28806/25856 2718/28810/25860</w:t>
        <w:br/>
        <w:t>f 2673/28764/25814 2671/28762/25812 2718/28810/25860</w:t>
        <w:br/>
        <w:t>f 2691/28782/25832 2689/28780/25830 2718/28810/25860</w:t>
        <w:br/>
        <w:t>f 2709/28800/25850 2707/28798/25848 2718/28810/25860</w:t>
        <w:br/>
        <w:t>f 2724/28813/25863 2723/28814/25864 2722/28815/25865</w:t>
        <w:br/>
        <w:t>f 2721/28816/25866 2724/28813/25863 2722/28815/25865</w:t>
        <w:br/>
        <w:t>f 2723/28814/25864 2726/28817/25867 2725/28818/25868</w:t>
        <w:br/>
        <w:t>f 2722/28815/25865 2723/28814/25864 2725/28818/25868</w:t>
        <w:br/>
        <w:t>f 2726/28817/25867 2728/28819/25869 2727/28820/25870</w:t>
        <w:br/>
        <w:t>f 2725/28818/25868 2726/28817/25867 2727/28820/25870</w:t>
        <w:br/>
        <w:t>f 2728/28819/25869 2730/28821/25871 2729/28822/25872</w:t>
        <w:br/>
        <w:t>f 2727/28820/25870 2728/28819/25869 2729/28822/25872</w:t>
        <w:br/>
        <w:t>f 2730/28821/25871 2732/28823/25873 2731/28824/25874</w:t>
        <w:br/>
        <w:t>f 2729/28822/25872 2730/28821/25871 2731/28824/25874</w:t>
        <w:br/>
        <w:t>f 2734/28825/25875 2733/28826/25876 2731/28824/25874</w:t>
        <w:br/>
        <w:t>f 2732/28823/25873 2734/28825/25875 2731/28824/25874</w:t>
        <w:br/>
        <w:t>f 2736/28827/25877 2735/28828/25878 2733/28826/25876</w:t>
        <w:br/>
        <w:t>f 2734/28825/25875 2736/28827/25877 2733/28826/25876</w:t>
        <w:br/>
        <w:t>f 2738/28829/25879 2737/28830/25880 2735/28828/25878</w:t>
        <w:br/>
        <w:t>f 2736/28827/25877 2738/28829/25879 2735/28828/25878</w:t>
        <w:br/>
        <w:t>f 2740/28831/25881 2739/28832/25882 2737/28830/25880</w:t>
        <w:br/>
        <w:t>f 2738/28829/25879 2740/28831/25881 2737/28830/25880</w:t>
        <w:br/>
        <w:t>f 2742/28833/25883 2741/28834/25884 2739/28832/25882</w:t>
        <w:br/>
        <w:t>f 2740/28831/25881 2742/28833/25883 2739/28832/25882</w:t>
        <w:br/>
        <w:t>f 2744/28835/25885 2743/28836/25886 2741/28834/25884</w:t>
        <w:br/>
        <w:t>f 2742/28833/25883 2744/28835/25885 2741/28834/25884</w:t>
        <w:br/>
        <w:t>f 2746/28837/25887 2745/28838/25888 2743/28836/25886</w:t>
        <w:br/>
        <w:t>f 2744/28835/25885 2746/28837/25887 2743/28836/25886</w:t>
        <w:br/>
        <w:t>f 2748/28839/25889 2747/28840/25890 2745/28838/25888</w:t>
        <w:br/>
        <w:t>f 2746/28837/25887 2748/28839/25889 2745/28838/25888</w:t>
        <w:br/>
        <w:t>f 2750/28841/25891 2749/28842/25892 2747/28840/25890</w:t>
        <w:br/>
        <w:t>f 2748/28839/25889 2750/28841/25891 2747/28840/25890</w:t>
        <w:br/>
        <w:t>f 2752/28843/25893 2751/28844/25894 2749/28842/25892</w:t>
        <w:br/>
        <w:t>f 2750/28841/25891 2752/28843/25893 2749/28842/25892</w:t>
        <w:br/>
        <w:t>f 2754/28845/25895 2753/28846/25896 2751/28844/25894</w:t>
        <w:br/>
        <w:t>f 2752/28843/25893 2754/28845/25895 2751/28844/25894</w:t>
        <w:br/>
        <w:t>f 2756/28847/25897 2755/28848/25898 2753/28846/25896</w:t>
        <w:br/>
        <w:t>f 2754/28845/25895 2756/28847/25897 2753/28846/25896</w:t>
        <w:br/>
        <w:t>f 2758/28849/25899 2757/28850/25900 2755/28848/25898</w:t>
        <w:br/>
        <w:t>f 2756/28847/25897 2758/28849/25899 2755/28848/25898</w:t>
        <w:br/>
        <w:t>f 2760/28851/25901 2759/28852/25902 2757/28850/25900</w:t>
        <w:br/>
        <w:t>f 2758/28849/25899 2760/28851/25901 2757/28850/25900</w:t>
        <w:br/>
        <w:t>f 2762/28853/25903 2761/28854/25904 2759/28852/25902</w:t>
        <w:br/>
        <w:t>f 2760/28851/25901 2762/28853/25903 2759/28852/25902</w:t>
        <w:br/>
        <w:t>f 2764/28855/25905 2763/28856/25906 2761/28854/25904</w:t>
        <w:br/>
        <w:t>f 2762/28853/25903 2764/28855/25905 2761/28854/25904</w:t>
        <w:br/>
        <w:t>f 2764/28855/25905 2766/28857/25907 2765/28858/25908</w:t>
        <w:br/>
        <w:t>f 2763/28856/25906 2764/28855/25905 2765/28858/25908</w:t>
        <w:br/>
        <w:t>f 2766/28857/25907 2768/28859/25909 2767/28860/25910</w:t>
        <w:br/>
        <w:t>f 2765/28858/25908 2766/28857/25907 2767/28860/25910</w:t>
        <w:br/>
        <w:t>f 2768/28859/25909 2770/28861/25911 2769/28862/25912</w:t>
        <w:br/>
        <w:t>f 2767/28860/25910 2768/28859/25909 2769/28862/25912</w:t>
        <w:br/>
        <w:t>f 2770/28861/25911 2772/28863/25913 2771/28864/25914</w:t>
        <w:br/>
        <w:t>f 2769/28862/25912 2770/28861/25911 2771/28864/25914</w:t>
        <w:br/>
        <w:t>f 2772/28863/25913 2774/28865/25915 2773/28866/25916</w:t>
        <w:br/>
        <w:t>f 2771/28864/25914 2772/28863/25913 2773/28866/25916</w:t>
        <w:br/>
        <w:t>f 2774/28865/25915 2776/28867/25917 2775/28868/25918</w:t>
        <w:br/>
        <w:t>f 2773/28866/25916 2774/28865/25915 2775/28868/25918</w:t>
        <w:br/>
        <w:t>f 2776/28867/25917 2778/28869/25919 2777/28870/25920</w:t>
        <w:br/>
        <w:t>f 2775/28868/25918 2776/28867/25917 2777/28870/25920</w:t>
        <w:br/>
        <w:t>f 2778/28869/25919 2780/28871/25921 2779/28872/25922</w:t>
        <w:br/>
        <w:t>f 2777/28870/25920 2778/28869/25919 2779/28872/25922</w:t>
        <w:br/>
        <w:t>f 2780/28871/25921 2782/28873/25923 2781/28874/25924</w:t>
        <w:br/>
        <w:t>f 2779/28872/25922 2780/28871/25921 2781/28874/25924</w:t>
        <w:br/>
        <w:t>f 2729/28822/25872 2783/28875/25925 2727/28820/25870</w:t>
        <w:br/>
        <w:t>f 2782/28873/25923 2785/28876/25926 2784/28877/25927</w:t>
        <w:br/>
        <w:t>f 2781/28874/25924 2782/28873/25923 2784/28877/25927</w:t>
        <w:br/>
        <w:t>f 2785/28876/25926 2724/28813/25863 2721/28816/25866</w:t>
        <w:br/>
        <w:t>f 2784/28877/25927 2785/28876/25926 2721/28816/25866</w:t>
        <w:br/>
        <w:t>f 2747/28840/25890 2783/28875/25925 2745/28838/25888</w:t>
        <w:br/>
        <w:t>f 2765/28858/25908 2783/28875/25925 2763/28856/25906</w:t>
        <w:br/>
        <w:t>f 2784/28877/25927 2783/28875/25925 2781/28874/25924</w:t>
        <w:br/>
        <w:t>f 2739/28832/25882 2783/28875/25925 2737/28830/25880</w:t>
        <w:br/>
        <w:t>f 2757/28850/25900 2783/28875/25925 2755/28848/25898</w:t>
        <w:br/>
        <w:t>f 2775/28868/25918 2783/28875/25925 2773/28866/25916</w:t>
        <w:br/>
        <w:t>f 2731/28824/25874 2783/28875/25925 2729/28822/25872</w:t>
        <w:br/>
        <w:t>f 2749/28842/25892 2783/28875/25925 2747/28840/25890</w:t>
        <w:br/>
        <w:t>f 2767/28860/25910 2783/28875/25925 2765/28858/25908</w:t>
        <w:br/>
        <w:t>f 2722/28815/25865 2783/28875/25925 2721/28816/25866</w:t>
        <w:br/>
        <w:t>f 2721/28816/25866 2783/28875/25925 2784/28877/25927</w:t>
        <w:br/>
        <w:t>f 2741/28834/25884 2783/28875/25925 2739/28832/25882</w:t>
        <w:br/>
        <w:t>f 2759/28852/25902 2783/28875/25925 2757/28850/25900</w:t>
        <w:br/>
        <w:t>f 2777/28870/25920 2783/28875/25925 2775/28868/25918</w:t>
        <w:br/>
        <w:t>f 2733/28826/25876 2783/28875/25925 2731/28824/25874</w:t>
        <w:br/>
        <w:t>f 2751/28844/25894 2783/28875/25925 2749/28842/25892</w:t>
        <w:br/>
        <w:t>f 2769/28862/25912 2783/28875/25925 2767/28860/25910</w:t>
        <w:br/>
        <w:t>f 2725/28818/25868 2783/28875/25925 2722/28815/25865</w:t>
        <w:br/>
        <w:t>f 2743/28836/25886 2783/28875/25925 2741/28834/25884</w:t>
        <w:br/>
        <w:t>f 2761/28854/25904 2783/28875/25925 2759/28852/25902</w:t>
        <w:br/>
        <w:t>f 2779/28872/25922 2783/28875/25925 2777/28870/25920</w:t>
        <w:br/>
        <w:t>f 2735/28828/25878 2783/28875/25925 2733/28826/25876</w:t>
        <w:br/>
        <w:t>f 2753/28846/25896 2783/28875/25925 2751/28844/25894</w:t>
        <w:br/>
        <w:t>f 2771/28864/25914 2783/28875/25925 2769/28862/25912</w:t>
        <w:br/>
        <w:t>f 2727/28820/25870 2783/28875/25925 2725/28818/25868</w:t>
        <w:br/>
        <w:t>f 2745/28838/25888 2783/28875/25925 2743/28836/25886</w:t>
        <w:br/>
        <w:t>f 2763/28856/25906 2783/28875/25925 2761/28854/25904</w:t>
        <w:br/>
        <w:t>f 2781/28874/25924 2783/28875/25925 2779/28872/25922</w:t>
        <w:br/>
        <w:t>f 2737/28830/25880 2783/28875/25925 2735/28828/25878</w:t>
        <w:br/>
        <w:t>f 2755/28848/25898 2783/28875/25925 2753/28846/25896</w:t>
        <w:br/>
        <w:t>f 2773/28866/25916 2783/28875/25925 2771/28864/25914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